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wisdom · full transcripts with timestamps · exported 2026-09-22</w:t>
      </w:r>
    </w:p>
    <w:p>
      <w:pPr>
        <w:pStyle w:val="Heading2"/>
      </w:pPr>
      <w:r>
        <w:t>patience and gratitude: jannah's price, told through a deadly wedding-smoke dispute</w:t>
      </w:r>
    </w:p>
    <w:p>
      <w:r>
        <w:rPr>
          <w:color w:val="666666"/>
          <w:sz w:val="18"/>
        </w:rPr>
        <w:t>Wisdom September 20, 2015 · 4m 05s · at 45:07 · https://youtu.be/Xgk_3YvTkSQ?t=2707</w:t>
      </w:r>
    </w:p>
    <w:p>
      <w:r>
        <w:rPr>
          <w:i/>
        </w:rPr>
        <w:t>“جنت ملے گی ان لوگوں کو جو صبر کریں اور شکر کریں”</w:t>
      </w:r>
    </w:p>
    <w:p>
      <w:r>
        <w:rPr>
          <w:sz w:val="20"/>
        </w:rPr>
        <w:t>45:07  dekhiye, ek cheez Quran majeed mein hai ke jannat milegi un logon ko jo sabr karein aur shukr karein.</w:t>
      </w:r>
      <w:r>
        <w:br/>
      </w:r>
      <w:r>
        <w:rPr>
          <w:sz w:val="20"/>
        </w:rPr>
        <w:t>45:16  donon baatein hain. to mein bohat dinon tak sochta raha ke shukr to samajh mein aata hai, sabr kyun? jaisay ke aap Allah taala ne aap ko paida kiya, aap ko sehat di to aap shukr karein,</w:t>
      </w:r>
      <w:r>
        <w:br/>
      </w:r>
      <w:r>
        <w:rPr>
          <w:sz w:val="20"/>
        </w:rPr>
        <w:t>45:30  aap shukr karein. to sabr jannat ki qeemat kyun hai?</w:t>
      </w:r>
      <w:r>
        <w:br/>
      </w:r>
      <w:r>
        <w:rPr>
          <w:sz w:val="20"/>
        </w:rPr>
        <w:t>45:38  kehta hai aap yeh sawal paida hota hai? nahi, phir bilkul paida hota hai. haan, to mere samnay aaya ke sabr ke baghair aap shukr kar nahi sakte.</w:t>
      </w:r>
      <w:r>
        <w:br/>
      </w:r>
      <w:r>
        <w:rPr>
          <w:sz w:val="20"/>
        </w:rPr>
        <w:t>45:51  sabr ke baghair aap shukr nahi kar sakte. kyun? jis duniya mein Allah ne aap ko rakha hai, woh duniya masail ki duniya hai.</w:t>
      </w:r>
      <w:r>
        <w:br/>
      </w:r>
      <w:r>
        <w:rPr>
          <w:sz w:val="20"/>
        </w:rPr>
        <w:t>46:03  laqad khalaqnal insana fi kabad, problem, problem, problem.</w:t>
      </w:r>
      <w:r>
        <w:br/>
      </w:r>
      <w:r>
        <w:rPr>
          <w:sz w:val="20"/>
        </w:rPr>
        <w:t>46:08  ghar mein problem, shohar biwi ke darmiyan, society mein problem, apne parosiyon ke darmiyan, poori zindagi yeh problem.</w:t>
      </w:r>
      <w:r>
        <w:br/>
      </w:r>
      <w:r>
        <w:rPr>
          <w:sz w:val="20"/>
        </w:rPr>
        <w:t>46:19  kyun? problem kyun hai? jis tarah aap ko azadi mili hui hai, doosron ko bhi azadi mili hui hai. ab to apni azadi ko aap se pooch kar istemal nahi karega.</w:t>
      </w:r>
      <w:r>
        <w:br/>
      </w:r>
      <w:r>
        <w:rPr>
          <w:sz w:val="20"/>
        </w:rPr>
        <w:t>46:32  kehta hai mujh se khud: "haan ji, sahi baat hai." doosra aadmi apni azadi ko aap se poochay ga nahi istemal karne ke li</w:t>
      </w:r>
      <w:r>
        <w:br/>
      </w:r>
      <w:r>
        <w:rPr>
          <w:sz w:val="20"/>
        </w:rPr>
        <w:t>46:38  ye. ji, woh to jab chahe ga, woh kare ga. bilkul sahi hai, bilkul sahi hai. jaisay mein ne ek martaba ek pilot se meri mulaqat hui thi, to us ne bataya ke woh idhar ka jo jahaz la raha tha, woh aadmi dono ek range mein aa gaye.</w:t>
      </w:r>
      <w:r>
        <w:br/>
      </w:r>
      <w:r>
        <w:rPr>
          <w:sz w:val="20"/>
        </w:rPr>
        <w:t>46:56  aisa ittefaq pada to us ne us ko, mein ne usay bhi pooch ke thori aap se urraye ga woh ab mein ura raha hoon. to mein ne kaha: "phir aap ne kiya kiya?</w:t>
      </w:r>
      <w:r>
        <w:br/>
      </w:r>
      <w:r>
        <w:rPr>
          <w:sz w:val="20"/>
        </w:rPr>
        <w:t>47:06  " to unhon ne kaha ke hum ne apne jahaz ko neechay kar liya. aisa system koi hota hoga. ji, matlab yani us ki, us ka, us ka jo satah hai, oopar ho gayi, hamari satah neechay ho gayi.</w:t>
      </w:r>
      <w:r>
        <w:br/>
      </w:r>
      <w:r>
        <w:rPr>
          <w:sz w:val="20"/>
        </w:rPr>
        <w:t>47:19  to idhar chala gaya, idhar chalay gaye. ji, to matlab duniya mein beshumar log hain, koi aadmi aap se poochne nahi aaye ga ke mein kaisay rahoon?</w:t>
      </w:r>
      <w:r>
        <w:br/>
      </w:r>
      <w:r>
        <w:rPr>
          <w:sz w:val="20"/>
        </w:rPr>
        <w:t>47:31  apni azadi ka istemal karun, apni marzi ko karega. woh</w:t>
      </w:r>
      <w:r>
        <w:br/>
      </w:r>
      <w:r>
        <w:rPr>
          <w:sz w:val="20"/>
        </w:rPr>
        <w:t>47:37  that creates problem for his neighbors.</w:t>
      </w:r>
      <w:r>
        <w:br/>
      </w:r>
      <w:r>
        <w:rPr>
          <w:sz w:val="20"/>
        </w:rPr>
        <w:t>47:44  to agar aap isi mein uljhe rahen, isi mein uljhe rahen to kya hoga? to shukr kahan? shukr kahan aega?</w:t>
      </w:r>
      <w:r>
        <w:br/>
      </w:r>
      <w:r>
        <w:rPr>
          <w:sz w:val="20"/>
        </w:rPr>
        <w:t>47:54  jaise maine ek akhbar mein padha, ek qissa, ek shadi ka qissa, ek urdu akhbar mein tha ke ek ek ghar yahan hai, ek ghar wahan hai.</w:t>
      </w:r>
      <w:r>
        <w:br/>
      </w:r>
      <w:r>
        <w:rPr>
          <w:sz w:val="20"/>
        </w:rPr>
        <w:t>48:10  to yahan jo ghar tha, wahan usko zyada dhuwan aane laga kyunke wahan shadi ho rahi thi aur khana pakwa rahe the. woh</w:t>
      </w:r>
      <w:r>
        <w:br/>
      </w:r>
      <w:r>
        <w:rPr>
          <w:sz w:val="20"/>
        </w:rPr>
        <w:t>48:20  to unhon ne mana kiya ke dhuwan band karo. to woh dhuwan to band nahin kar sakta tha, woh woh khana pak raha tha bahar, ghar ke bahar.</w:t>
      </w:r>
      <w:r>
        <w:br/>
      </w:r>
      <w:r>
        <w:rPr>
          <w:sz w:val="20"/>
        </w:rPr>
        <w:t>48:30  to dhuwan to aane hi aane tha. to ek do bar unhon ne band kiya, band kiya. iske baad kya kiya? ghar mein unki gun thi, ek sacha qissa.</w:t>
      </w:r>
      <w:r>
        <w:br/>
      </w:r>
      <w:r>
        <w:rPr>
          <w:sz w:val="20"/>
        </w:rPr>
        <w:t>48:40  gun le ke nikle aur aur usko mara, woh mar gaya. woh jo malik ka makan tha.</w:t>
      </w:r>
      <w:r>
        <w:br/>
      </w:r>
      <w:r>
        <w:rPr>
          <w:sz w:val="20"/>
        </w:rPr>
        <w:t>48:48  to kya hua? problem ghata nahin hai, problem barha. to police aayi, unko pakad ke le gaye, unko phir muqadma chala. barson tak qissa raha.</w:t>
      </w:r>
      <w:r>
        <w:br/>
      </w:r>
      <w:r>
        <w:rPr>
          <w:sz w:val="20"/>
        </w:rPr>
        <w:t>48:58  to agar woh sabr karte to thori der ke baad khatm ho jata mamla. na na gun chalti hai, na maut hoti hai, na police aati hai, na case banta.</w:t>
      </w:r>
    </w:p>
    <w:p>
      <w:pPr>
        <w:pStyle w:val="Heading2"/>
      </w:pPr>
      <w:r>
        <w:t>Positive response leads to personality growth</w:t>
      </w:r>
    </w:p>
    <w:p>
      <w:r>
        <w:rPr>
          <w:color w:val="666666"/>
          <w:sz w:val="18"/>
        </w:rPr>
        <w:t>The Wisdom of Du'a March 31, 2018 · 4m 58s · at 2:54 · https://youtu.be/Uwre0tNF-yU?t=174</w:t>
      </w:r>
    </w:p>
    <w:p>
      <w:r>
        <w:rPr>
          <w:i/>
        </w:rPr>
        <w:t>“Dekhiye, hadeeson ko samajhne ke liye ek bunyadi baat”</w:t>
      </w:r>
    </w:p>
    <w:p>
      <w:r>
        <w:rPr>
          <w:sz w:val="20"/>
        </w:rPr>
        <w:t>2:54  dekhiye, hadithon ko samajhne ke liye aik buniyadi baat yeh zehn mein rakhiye ke</w:t>
      </w:r>
      <w:r>
        <w:br/>
      </w:r>
      <w:r>
        <w:rPr>
          <w:sz w:val="20"/>
        </w:rPr>
        <w:t>3:08  is ka asal matlab lafzon mein nahi hota,</w:t>
      </w:r>
      <w:r>
        <w:br/>
      </w:r>
      <w:r>
        <w:rPr>
          <w:sz w:val="20"/>
        </w:rPr>
        <w:t>3:16  ghor karne mein hota hai. yani tarjuma kar ke aap is ko nahi samajh sakte, soch kar ke samajh sakte hain.</w:t>
      </w:r>
      <w:r>
        <w:br/>
      </w:r>
      <w:r>
        <w:rPr>
          <w:sz w:val="20"/>
        </w:rPr>
        <w:t>3:28  to dekhiye, is hadith mein kaha gaya hai ke allah farishton se kehta hai ke mere falan bande ke paas jao aur is par museebatein dalo.</w:t>
      </w:r>
      <w:r>
        <w:br/>
      </w:r>
      <w:r>
        <w:rPr>
          <w:sz w:val="20"/>
        </w:rPr>
        <w:t>3:45  to farishtay aisa karte hain. to bande ka response kya hota hai? banda response yeh hota hai ke woh museebaton mein parh kar Alhamdulillah kehta hai aur kehta rehta hai.</w:t>
      </w:r>
      <w:r>
        <w:br/>
      </w:r>
      <w:r>
        <w:rPr>
          <w:sz w:val="20"/>
        </w:rPr>
        <w:t>4:12  yahan Alhamdulillah ka matlab kya hai, yeh samajhna hai. aur doosri baat yeh ke allah farishton, farishtay jab batate hain aa kar ke ke hum ne is par museebat dali to</w:t>
      </w:r>
      <w:r>
        <w:br/>
      </w:r>
      <w:r>
        <w:rPr>
          <w:sz w:val="20"/>
        </w:rPr>
        <w:t>4:28  bande ne Alhamdulillah kaha</w:t>
      </w:r>
      <w:r>
        <w:br/>
      </w:r>
      <w:r>
        <w:rPr>
          <w:sz w:val="20"/>
        </w:rPr>
        <w:t>4:33  to khuda kehta hai ke aur is par museebat dalte raho, jaldi mat karo is ki hajat ko poora karne mein.</w:t>
      </w:r>
      <w:r>
        <w:br/>
      </w:r>
      <w:r>
        <w:rPr>
          <w:sz w:val="20"/>
        </w:rPr>
        <w:t>4:46  to yeh bhi sochne ki baat hai ke is ka matlab kya hai. to dekhiye, museebat par Alhamdulillah kehna woh nahi jaise aaj kal musalman bar bar Alhamdulillah Alhamdulillah karte hain,</w:t>
      </w:r>
      <w:r>
        <w:br/>
      </w:r>
      <w:r>
        <w:rPr>
          <w:sz w:val="20"/>
        </w:rPr>
        <w:t>5:05  woh kuch nahi, nothing hai. nahi, Alhamdulillah ka matlab hai positive response dena.</w:t>
      </w:r>
      <w:r>
        <w:br/>
      </w:r>
      <w:r>
        <w:rPr>
          <w:sz w:val="20"/>
        </w:rPr>
        <w:t>5:17  positive response dena. positive response kya hai? is mein jo hikmat hai, is museebat mein jo hikmat hai, is mein jo wisdom hai,</w:t>
      </w:r>
      <w:r>
        <w:br/>
      </w:r>
      <w:r>
        <w:rPr>
          <w:sz w:val="20"/>
        </w:rPr>
        <w:t>5:34  is ko discover karna.</w:t>
      </w:r>
      <w:r>
        <w:br/>
      </w:r>
      <w:r>
        <w:rPr>
          <w:sz w:val="20"/>
        </w:rPr>
        <w:t>5:39  aur der karne ka matlab kya hai?</w:t>
      </w:r>
      <w:r>
        <w:br/>
      </w:r>
      <w:r>
        <w:rPr>
          <w:sz w:val="20"/>
        </w:rPr>
        <w:t>5:44  der karne ka matlab kya hai ke jab tak banda wisdom ko discover karta rehta hai, kyunke wisdom ek nahi hoti, wisdom to bohat hoti hai.</w:t>
      </w:r>
      <w:r>
        <w:br/>
      </w:r>
      <w:r>
        <w:rPr>
          <w:sz w:val="20"/>
        </w:rPr>
        <w:t>5:58  to banda jab tak</w:t>
      </w:r>
      <w:r>
        <w:br/>
      </w:r>
      <w:r>
        <w:rPr>
          <w:sz w:val="20"/>
        </w:rPr>
        <w:t>6:04  is ka saboot deta hai ke us ki discovery of wisdom abhi jaari hai, abhi jaari hai, abhi jaari hai, naya aspect, naya aspect woh discover kar raha hai,</w:t>
      </w:r>
      <w:r>
        <w:br/>
      </w:r>
      <w:r>
        <w:rPr>
          <w:sz w:val="20"/>
        </w:rPr>
        <w:t>6:19  to us ki museebat khatam nahi jaati.</w:t>
      </w:r>
      <w:r>
        <w:br/>
      </w:r>
      <w:r>
        <w:rPr>
          <w:sz w:val="20"/>
        </w:rPr>
        <w:t>6:26  is ka matlab yeh hai ke Allah ke haan dekha jaata hai sach, jis ko kehte hain saturation point.</w:t>
      </w:r>
      <w:r>
        <w:br/>
      </w:r>
      <w:r>
        <w:rPr>
          <w:sz w:val="20"/>
        </w:rPr>
        <w:t>6:37  saturation point. Yaani bande par jo museebat pari aur us se us ne positive response diya to dekha jaata hai ke kab us ke response ka saturation point aa gaya.</w:t>
      </w:r>
      <w:r>
        <w:br/>
      </w:r>
      <w:r>
        <w:rPr>
          <w:sz w:val="20"/>
        </w:rPr>
        <w:t>6:59  saturation point aa gaya, tab us ko khatam kiya jaata hai. Agar saturation point na aaye, na aaye, jaari rahe, jaari rahe to yaad rakhiye,</w:t>
      </w:r>
      <w:r>
        <w:br/>
      </w:r>
      <w:r>
        <w:rPr>
          <w:sz w:val="20"/>
        </w:rPr>
        <w:t>7:14  aakhir waqt tak museebat baqi rahegi, museebat khatam hi nahi hogi.</w:t>
      </w:r>
      <w:r>
        <w:br/>
      </w:r>
      <w:r>
        <w:rPr>
          <w:sz w:val="20"/>
        </w:rPr>
        <w:t>7:24  agar saturation point aa gaya, tab to museebat khatam. Agar saturation point nahi aaya to museebat jaari rahegi taake bande ka jo personality development hai,</w:t>
      </w:r>
      <w:r>
        <w:br/>
      </w:r>
      <w:r>
        <w:rPr>
          <w:sz w:val="20"/>
        </w:rPr>
        <w:t>7:40  woh aur aur zyada ho, aur zyada ho.</w:t>
      </w:r>
      <w:r>
        <w:br/>
      </w:r>
      <w:r>
        <w:rPr>
          <w:sz w:val="20"/>
        </w:rPr>
        <w:t>7:46  yeh bohat anokha maamla hai.</w:t>
      </w:r>
    </w:p>
    <w:p>
      <w:pPr>
        <w:pStyle w:val="Heading2"/>
      </w:pPr>
      <w:r>
        <w:t>Full argument: this era's defining freedom, and its limits</w:t>
      </w:r>
    </w:p>
    <w:p>
      <w:r>
        <w:rPr>
          <w:color w:val="666666"/>
          <w:sz w:val="18"/>
        </w:rPr>
        <w:t>Lessons from My Journey to the US September 13, 2015 · 5m 52s · at 13:49 · https://youtu.be/RgXmKX1PxQc?t=829</w:t>
      </w:r>
    </w:p>
    <w:p>
      <w:r>
        <w:rPr>
          <w:i/>
        </w:rPr>
        <w:t>“This era's defining feature is total freedom”</w:t>
      </w:r>
    </w:p>
    <w:p>
      <w:r>
        <w:rPr>
          <w:sz w:val="20"/>
        </w:rPr>
        <w:t>13:49  Is se pehle duniya mein kabhi insaan ko total freedom nahi mila tha, kyunke badshahon ka zamana hota tha.</w:t>
      </w:r>
      <w:r>
        <w:br/>
      </w:r>
      <w:r>
        <w:rPr>
          <w:sz w:val="20"/>
        </w:rPr>
        <w:t>14:02  Badshah ke zamane mein azadi ka haq sirf badshah ko tha, baqi log usay subject hote the. Yeh zamana jis mein ke democracy aayi hai, ek ek shakhs ka yeh undeniable right maan liya gaya ke woh azaad hai aur apni azadi ko jis tarah chahe istemal kar sakta hai.</w:t>
      </w:r>
      <w:r>
        <w:br/>
      </w:r>
      <w:r>
        <w:rPr>
          <w:sz w:val="20"/>
        </w:rPr>
        <w:t>14:27  To yeh kaisi anokhi baat hai!</w:t>
      </w:r>
      <w:r>
        <w:br/>
      </w:r>
      <w:r>
        <w:rPr>
          <w:sz w:val="20"/>
        </w:rPr>
        <w:t>14:30  khud rasool Allah ke zamane mein azadi nahi thi. Quran mein dekhiye, yeh aayat hai ar'ait alladhina yanhā 'abdan idha ṣallā dekho, in logon ko yeh Allah ke bande ko haram mein namaz parhne se rokte hain.</w:t>
      </w:r>
      <w:r>
        <w:br/>
      </w:r>
      <w:r>
        <w:rPr>
          <w:sz w:val="20"/>
        </w:rPr>
        <w:t>14:51  aaj to aap ko kahin rukawat nahi hai, duniya mein jahan chahe namaz parhiye.</w:t>
      </w:r>
      <w:r>
        <w:br/>
      </w:r>
      <w:r>
        <w:rPr>
          <w:sz w:val="20"/>
        </w:rPr>
        <w:t>14:58  to kehti hain, ajeeb ajeeb baat hai yeh ke rasool Allah aur ashaab-e-rasool ko namaz parhne mein problem hota tha.</w:t>
      </w:r>
      <w:r>
        <w:br/>
      </w:r>
      <w:r>
        <w:rPr>
          <w:sz w:val="20"/>
        </w:rPr>
        <w:t>15:08  aaj aap masjidain banate hain, wahan namaz parhte hain, koi problem nahi hai. yeh hai azadi! to yeh daur jo hai, is ko pehchanna hai aap ko.</w:t>
      </w:r>
      <w:r>
        <w:br/>
      </w:r>
      <w:r>
        <w:rPr>
          <w:sz w:val="20"/>
        </w:rPr>
        <w:t>15:17  to yeh jaanna parega ke is ka asal kya hai. woh hai azadi!</w:t>
      </w:r>
      <w:r>
        <w:br/>
      </w:r>
      <w:r>
        <w:rPr>
          <w:sz w:val="20"/>
        </w:rPr>
        <w:t>15:26  is daur ki sab se bari sifat jo hai, woh azadi hai. azadi kya hai? azadi ka matlab hai opportunities ko avail karne ki azadi.</w:t>
      </w:r>
      <w:r>
        <w:br/>
      </w:r>
      <w:r>
        <w:rPr>
          <w:sz w:val="20"/>
        </w:rPr>
        <w:t>15:38  azadi kya hai? mawaqe ko istemal karne ki azadi. to is zamane mein dekhiye, opportunities ka explosion hua hai.</w:t>
      </w:r>
      <w:r>
        <w:br/>
      </w:r>
      <w:r>
        <w:rPr>
          <w:sz w:val="20"/>
        </w:rPr>
        <w:t>15:51  explosion! yeh zamana opportunity explosion ka zamana hai. aur doosri taraf azadi. yani ek taraf to opportunities jo hai, bohat zyada in ka infijar hua,</w:t>
      </w:r>
      <w:r>
        <w:br/>
      </w:r>
      <w:r>
        <w:rPr>
          <w:sz w:val="20"/>
        </w:rPr>
        <w:t>16:07  aur doosri taraf azadi mil gayi. jis tarah chahe is ko istemal kijiye, chahe education ke liye, chahe dawat ke liye, chahe business ke liye, jis jis maqsad ke liye chale jayen, istemal kijiye.</w:t>
      </w:r>
      <w:r>
        <w:br/>
      </w:r>
      <w:r>
        <w:rPr>
          <w:sz w:val="20"/>
        </w:rPr>
        <w:t>16:19  koi rukawat nahi, koi rukawat nahi. to maine kaha ke lekin ek rukawat hai, woh hai yeh ke aap apni azadi ko istemal karen to kisi ko aap harm na pahunchayen,</w:t>
      </w:r>
      <w:r>
        <w:br/>
      </w:r>
      <w:r>
        <w:rPr>
          <w:sz w:val="20"/>
        </w:rPr>
        <w:t>16:35  kisi ko physical harm na pahunchayen, kisi ko takleef na den. jab tak aap doosron ko nuqsan pahunchane se bachenge, aap ko koi rokne wala nahi hai.</w:t>
      </w:r>
      <w:r>
        <w:br/>
      </w:r>
      <w:r>
        <w:rPr>
          <w:sz w:val="20"/>
        </w:rPr>
        <w:t>16:51  to ek waqia hai America ke nazdeek ka, woh bohat strategic waqia hai is mamle mein.</w:t>
      </w:r>
      <w:r>
        <w:br/>
      </w:r>
      <w:r>
        <w:rPr>
          <w:sz w:val="20"/>
        </w:rPr>
        <w:t>17:02  kaha jata hai ke jab America azad hua, aap jante hain ke America shuru mein Britishers ki hukumat thi wahan par.</w:t>
      </w:r>
      <w:r>
        <w:br/>
      </w:r>
      <w:r>
        <w:rPr>
          <w:sz w:val="20"/>
        </w:rPr>
        <w:t>17:13  to jab America azad hua to ek American shehri bohat khush tha, bohat khush tha. woh apne ghar se nikla apni khushi ko manane ke liye,</w:t>
      </w:r>
      <w:r>
        <w:br/>
      </w:r>
      <w:r>
        <w:rPr>
          <w:sz w:val="20"/>
        </w:rPr>
        <w:t>17:29  yani celebrate karne ke liye. to woh sadak par chal raha tha, ek unruly manner mein, yani haath aise aise karte hue.</w:t>
      </w:r>
      <w:r>
        <w:br/>
      </w:r>
      <w:r>
        <w:rPr>
          <w:sz w:val="20"/>
        </w:rPr>
        <w:t>17:40  to is dauran uska haath jo hai, ek passerby se, yani ek aur aadmi jo chal raha tha, usi road par se takra gaya, us ki naak se takra gaya.</w:t>
      </w:r>
      <w:r>
        <w:br/>
      </w:r>
      <w:r>
        <w:rPr>
          <w:sz w:val="20"/>
        </w:rPr>
        <w:t>17:56  to woh doosra aadmi jo tha, woh ghussa ho gaya. us ne kaha ke "Why you hit my nose? Why you hit my nose?" tum ne meri naak par kyun mara?</w:t>
      </w:r>
      <w:r>
        <w:br/>
      </w:r>
      <w:r>
        <w:rPr>
          <w:sz w:val="20"/>
        </w:rPr>
        <w:t>18:09  us ne kaha ke "Today I am free. I am exercising my freedom." to us aadmi ne privately kaha, privately kaha ke "Yes, you are free,</w:t>
      </w:r>
      <w:r>
        <w:br/>
      </w:r>
      <w:r>
        <w:rPr>
          <w:sz w:val="20"/>
        </w:rPr>
        <w:t>18:25  but your freedom ends where my nose begins." yeh sahi hai ke tum azad ho, lekin tumhari azadi wahan khatm ho jati hai jahan se meri naak shuru hoti hai.</w:t>
      </w:r>
      <w:r>
        <w:br/>
      </w:r>
      <w:r>
        <w:rPr>
          <w:sz w:val="20"/>
        </w:rPr>
        <w:t>18:38  to is is qisse ko batane ke baad maine kaha ke dekhiye, yeh America mein New York mein jo waqia hua, us ko kehte hain 9/11.</w:t>
      </w:r>
      <w:r>
        <w:br/>
      </w:r>
      <w:r>
        <w:rPr>
          <w:sz w:val="20"/>
        </w:rPr>
        <w:t>18:50  hum yani ek bohat bara jo tower tha wahan ka, us ko hawa jahaz takra ke device kar diya.</w:t>
      </w:r>
      <w:r>
        <w:br/>
      </w:r>
      <w:r>
        <w:rPr>
          <w:sz w:val="20"/>
        </w:rPr>
        <w:t>19:02  to maine kaha ke "It was like hitting the industrial nose of America." yeh jo 9/11 hua, "It was like hitting the industrial nose of America." to aap agar aisa karen to aap azadi ko bharpoor taur par avail nahi kar sakte.</w:t>
      </w:r>
      <w:r>
        <w:br/>
      </w:r>
      <w:r>
        <w:rPr>
          <w:sz w:val="20"/>
        </w:rPr>
        <w:t>19:27  aap doosre ke nose ko hit karne se apne ko bachana hoga, yani aap ko violence nahi karna hoga, aap ko gun culture aur bib culture nahi chalana hoga.</w:t>
      </w:r>
      <w:r>
        <w:br/>
      </w:r>
      <w:r>
        <w:rPr>
          <w:sz w:val="20"/>
        </w:rPr>
        <w:t>19:42  is se jitna aap bachayenge apne aap ko, utna hi aap is freedom ko avail kar sakte hain.</w:t>
      </w:r>
    </w:p>
    <w:p>
      <w:pPr>
        <w:pStyle w:val="Heading2"/>
      </w:pPr>
      <w:r>
        <w:t>Replanning over protest as tawba nasuh for Muslims</w:t>
      </w:r>
    </w:p>
    <w:p>
      <w:r>
        <w:rPr>
          <w:color w:val="666666"/>
          <w:sz w:val="18"/>
        </w:rPr>
        <w:t>Tawbah-e-Nasuh (Sincere Repentance) 16 Feb 2020 - Maulana Wahiduddin Khan · 5m 29s · at 17:50 · https://youtu.be/0CccKs-1Uu8?t=1070</w:t>
      </w:r>
    </w:p>
    <w:p>
      <w:r>
        <w:rPr>
          <w:i/>
        </w:rPr>
        <w:t>“To yeh yeh chhote se maamle mein hai”</w:t>
      </w:r>
    </w:p>
    <w:p>
      <w:r>
        <w:rPr>
          <w:sz w:val="20"/>
        </w:rPr>
        <w:t>17:50  to yeh yeh chote se mamle mein hai. is se bari repetens ya toba nasooh yeh hai ke musalman so baras se etraz ki</w:t>
      </w:r>
      <w:r>
        <w:br/>
      </w:r>
      <w:r>
        <w:rPr>
          <w:sz w:val="20"/>
        </w:rPr>
        <w:t>18:10  ki jo tareeqa hai, us ko chala rahe hain.</w:t>
      </w:r>
      <w:r>
        <w:br/>
      </w:r>
      <w:r>
        <w:rPr>
          <w:sz w:val="20"/>
        </w:rPr>
        <w:t>18:21  saraqon par etejaj karna, etejaji mazameen likhna, ijtamai jalos nikalna, etejaj ke matlab hai protest.</w:t>
      </w:r>
      <w:r>
        <w:br/>
      </w:r>
      <w:r>
        <w:rPr>
          <w:sz w:val="20"/>
        </w:rPr>
        <w:t>18:34  lekin Allah ke fazal se meri itni umar ho gayi aur main keh sakta hoon</w:t>
      </w:r>
      <w:r>
        <w:br/>
      </w:r>
      <w:r>
        <w:rPr>
          <w:sz w:val="20"/>
        </w:rPr>
        <w:t>18:40  ke aaj tak is protest karte hain musalman, koi is ka faida nahi hua. sab se bara protest jo tha, woh angrezon ki hukoomat ke khilaf tha.</w:t>
      </w:r>
      <w:r>
        <w:br/>
      </w:r>
      <w:r>
        <w:rPr>
          <w:sz w:val="20"/>
        </w:rPr>
        <w:t>19:00  sara musalman angrezon ki hukoomat ke khilaf etejaj mein laga hua tha. aur top ke log, Maulana Abul Akram Azad, Maulana Hussain Ahmed Madni aur kon kon top ke log,</w:t>
      </w:r>
      <w:r>
        <w:br/>
      </w:r>
      <w:r>
        <w:rPr>
          <w:sz w:val="20"/>
        </w:rPr>
        <w:t>19:19  agar woh kamyab ho gaya, kamyab hua, koi daawa kare kamyab hua to sare phir bhi aaj wohi protest jari hai.</w:t>
      </w:r>
      <w:r>
        <w:br/>
      </w:r>
      <w:r>
        <w:rPr>
          <w:sz w:val="20"/>
        </w:rPr>
        <w:t>19:31  yeh so sala protest ka ka kya faida hua? jo protest pehle kiya tha musalmanon ne, aaj bhi wohi kar rahe hain.</w:t>
      </w:r>
      <w:r>
        <w:br/>
      </w:r>
      <w:r>
        <w:rPr>
          <w:sz w:val="20"/>
        </w:rPr>
        <w:t>19:40  is bare mein yeh be faida. to ab repetens kya hai? lotna. loten. soch lein ke yeh jo hum so sal se protest kar rahe hain,</w:t>
      </w:r>
      <w:r>
        <w:br/>
      </w:r>
      <w:r>
        <w:rPr>
          <w:sz w:val="20"/>
        </w:rPr>
        <w:t>19:55  ab faida kuch nahi hai. ab kya karna hai?</w:t>
      </w:r>
      <w:r>
        <w:br/>
      </w:r>
      <w:r>
        <w:rPr>
          <w:sz w:val="20"/>
        </w:rPr>
        <w:t>19:59  ab to waqt hai replanning ka. ab waqt hai replanning ka. ab is ko repeat karne ka waqt nahi hai.</w:t>
      </w:r>
      <w:r>
        <w:br/>
      </w:r>
      <w:r>
        <w:rPr>
          <w:sz w:val="20"/>
        </w:rPr>
        <w:t>20:10  aise jitne bhi musalman, pichle so baras ke bare mein main kehta hoon ke jitne musalmanon ne protest kiye hain, koi faida nahi.</w:t>
      </w:r>
      <w:r>
        <w:br/>
      </w:r>
      <w:r>
        <w:rPr>
          <w:sz w:val="20"/>
        </w:rPr>
        <w:t>20:23  misal ke tor par dekhiye, qadiyaniyon ke khilaf protest ka anbar laga diya unhon ne. lekin qadiyaniat pehle se zyada hai.</w:t>
      </w:r>
      <w:r>
        <w:br/>
      </w:r>
      <w:r>
        <w:rPr>
          <w:sz w:val="20"/>
        </w:rPr>
        <w:t>20:33  pehle se zyada phaili hui hai.</w:t>
      </w:r>
      <w:r>
        <w:br/>
      </w:r>
      <w:r>
        <w:rPr>
          <w:sz w:val="20"/>
        </w:rPr>
        <w:t>20:38  main khud qadiyani nahi kehta, jo naam unhon ne apne rakha hai, usi ko kehta hoon. lekin jo musalman qadiyaniat karte hain, is ko le kar main kehta hoon ke tumhari qadiyaniat ke khilaf jo protest tum ne kiya,</w:t>
      </w:r>
      <w:r>
        <w:br/>
      </w:r>
      <w:r>
        <w:rPr>
          <w:sz w:val="20"/>
        </w:rPr>
        <w:t>20:53  tareekh taqreerain chalain, jalse kiye,</w:t>
      </w:r>
      <w:r>
        <w:br/>
      </w:r>
      <w:r>
        <w:rPr>
          <w:sz w:val="20"/>
        </w:rPr>
        <w:t>20:56  ab pata nahi kon kon aagah mein hai. hatta kaafir banaya un ko, fatwa de ke diya ke kafir hain. un ke qanoon banaye un ko kharab.</w:t>
      </w:r>
      <w:r>
        <w:br/>
      </w:r>
      <w:r>
        <w:rPr>
          <w:sz w:val="20"/>
        </w:rPr>
        <w:t>21:05  lekin qadiyaniat aaj bhi zinda hai har jagah, sari duniya mein. to kya faida hua?</w:t>
      </w:r>
      <w:r>
        <w:br/>
      </w:r>
      <w:r>
        <w:rPr>
          <w:sz w:val="20"/>
        </w:rPr>
        <w:t>21:14  to toba nasooh yeh hai ke aap loten. sochen ke doosri taraf doosra tareeqa kya hai?</w:t>
      </w:r>
      <w:r>
        <w:br/>
      </w:r>
      <w:r>
        <w:rPr>
          <w:sz w:val="20"/>
        </w:rPr>
        <w:t>21:25  doosra tareeqa. doosra tareeqa kya hai?</w:t>
      </w:r>
      <w:r>
        <w:br/>
      </w:r>
      <w:r>
        <w:rPr>
          <w:sz w:val="20"/>
        </w:rPr>
        <w:t>21:31  to ab waqt aa gaya hai ke musalman, aaj ka tauba nasooh yeh hai ke musalman re planning karein apne poore kaam ki.</w:t>
      </w:r>
      <w:r>
        <w:br/>
      </w:r>
      <w:r>
        <w:rPr>
          <w:sz w:val="20"/>
        </w:rPr>
        <w:t>21:42  ehtejaj, protest, yeh sara band, band, band. fatwa ki to aaj dukanein band,</w:t>
      </w:r>
      <w:r>
        <w:br/>
      </w:r>
      <w:r>
        <w:rPr>
          <w:sz w:val="20"/>
        </w:rPr>
        <w:t>21:51  fatwe ki dukanein band. kyunke fatwe se koi faida nahin. protest se koi faida nahin. to sab band karo. hamare ulma kachahi ko chala kar qaim, cheekh kar qaim ke fatwe ki dukanein band karo,</w:t>
      </w:r>
      <w:r>
        <w:br/>
      </w:r>
      <w:r>
        <w:rPr>
          <w:sz w:val="20"/>
        </w:rPr>
        <w:t>22:09  protest band karo. kyunke iska koi faida nahin.</w:t>
      </w:r>
      <w:r>
        <w:br/>
      </w:r>
      <w:r>
        <w:rPr>
          <w:sz w:val="20"/>
        </w:rPr>
        <w:t>22:23  to</w:t>
      </w:r>
      <w:r>
        <w:br/>
      </w:r>
      <w:r>
        <w:rPr>
          <w:sz w:val="20"/>
        </w:rPr>
        <w:t>22:27  is mani yeh kya hai ke logon ki hassasiyat, hassasiyat, hassas pan khatam ho gaya hai. log hassas nahin rahe.</w:t>
      </w:r>
      <w:r>
        <w:br/>
      </w:r>
      <w:r>
        <w:rPr>
          <w:sz w:val="20"/>
        </w:rPr>
        <w:t>22:39  log hassas nahin rahe. aaj bhi log wahi tareeqa ikhtiyar kar rahe hain.</w:t>
      </w:r>
      <w:r>
        <w:br/>
      </w:r>
      <w:r>
        <w:rPr>
          <w:sz w:val="20"/>
        </w:rPr>
        <w:t>22:46  aaj bhi. ehtejaj aur shor o ghul aur naarah, wahi aaj bhi hai.</w:t>
      </w:r>
      <w:r>
        <w:br/>
      </w:r>
      <w:r>
        <w:rPr>
          <w:sz w:val="20"/>
        </w:rPr>
        <w:t>22:59  to jab iska koi faida nahin hai to</w:t>
      </w:r>
      <w:r>
        <w:br/>
      </w:r>
      <w:r>
        <w:rPr>
          <w:sz w:val="20"/>
        </w:rPr>
        <w:t>23:03  repentance aana chahiye. tauba nasooh aana chahiye.</w:t>
      </w:r>
      <w:r>
        <w:br/>
      </w:r>
      <w:r>
        <w:rPr>
          <w:sz w:val="20"/>
        </w:rPr>
        <w:t>23:11  isi ko main kehta hoon ke re planning aana chahiye.</w:t>
      </w:r>
    </w:p>
    <w:p>
      <w:pPr>
        <w:pStyle w:val="Heading2"/>
      </w:pPr>
      <w:r>
        <w:t>Overcoming distraction through fear</w:t>
      </w:r>
    </w:p>
    <w:p>
      <w:r>
        <w:rPr>
          <w:color w:val="666666"/>
          <w:sz w:val="18"/>
        </w:rPr>
        <w:t>Waqt ki Qadr · 3m 36s · at 8:54 · https://youtu.be/F1ILfxjCiCo?t=534</w:t>
      </w:r>
    </w:p>
    <w:p>
      <w:r>
        <w:rPr>
          <w:i/>
        </w:rPr>
        <w:t>“اب وقت ضائع کرنے کی طرف آتے ہیں”</w:t>
      </w:r>
    </w:p>
    <w:p>
      <w:r>
        <w:rPr>
          <w:sz w:val="20"/>
        </w:rPr>
        <w:t>8:54  ab waqt zaya karne ki taraf aate hain. is mein buniyadi baat hai ke waqt distraction se zaya hota hai.</w:t>
      </w:r>
      <w:r>
        <w:br/>
      </w:r>
      <w:r>
        <w:rPr>
          <w:sz w:val="20"/>
        </w:rPr>
        <w:t>9:05  Maulana sahib distraction se bachne ki baat bohat ziyada karte hain. main is par bohat sochti thi.</w:t>
      </w:r>
      <w:r>
        <w:br/>
      </w:r>
      <w:r>
        <w:rPr>
          <w:sz w:val="20"/>
        </w:rPr>
        <w:t>9:15  ek tajrube se kuch baatein is zimn mein samajh mein aayin. yeh ek airport ke common scene se samjha maine.</w:t>
      </w:r>
      <w:r>
        <w:br/>
      </w:r>
      <w:r>
        <w:rPr>
          <w:sz w:val="20"/>
        </w:rPr>
        <w:t>9:24  dekhiye, hum dekhte hain ke airport par sare passengers jo hote hain bohat focused rehte hain, apna saman gaadi se utarne se le kar check in karne tak apne documents ke bare mein bhi bohat careful rehte hain, apni har cheez ke bare mein careful rehte hain.</w:t>
      </w:r>
      <w:r>
        <w:br/>
      </w:r>
      <w:r>
        <w:rPr>
          <w:sz w:val="20"/>
        </w:rPr>
        <w:t>9:47  un ke atraf bohat kuch hota hai dekhne ke liye lekin koi bhi kisi aur cheez par dhyan hi nahi deta jab tak ke sari zaroori karrawai poori na ho jaye.</w:t>
      </w:r>
      <w:r>
        <w:br/>
      </w:r>
      <w:r>
        <w:rPr>
          <w:sz w:val="20"/>
        </w:rPr>
        <w:t>10:01  ab dekhiye, is ke baad kya hota hai? jab sab kaam poore ho gaye,</w:t>
      </w:r>
      <w:r>
        <w:br/>
      </w:r>
      <w:r>
        <w:rPr>
          <w:sz w:val="20"/>
        </w:rPr>
        <w:t>10:07  saamaan ki hifaazat ho gayi, boarding ka intezaar mein baitha hua passenger ab advertisements, aane jaane wale logon ko, dukaanon mein sajaai hui cheezon ko dekhne lagta hai.</w:t>
      </w:r>
      <w:r>
        <w:br/>
      </w:r>
      <w:r>
        <w:rPr>
          <w:sz w:val="20"/>
        </w:rPr>
        <w:t>10:22  sabhi ka ravaiyya aisa hi hai.</w:t>
      </w:r>
      <w:r>
        <w:br/>
      </w:r>
      <w:r>
        <w:rPr>
          <w:sz w:val="20"/>
        </w:rPr>
        <w:t>10:25  is ravaiye ko dekh kar mujhe samajh mein aaya ke Allah ne insaan ke andar focused rehne ki salahiyat rakh di hai lekin is salahiyat ko istemaal karne ke liye ek hamare command ki zaroorat hoti hai.</w:t>
      </w:r>
      <w:r>
        <w:br/>
      </w:r>
      <w:r>
        <w:rPr>
          <w:sz w:val="20"/>
        </w:rPr>
        <w:t>10:44  wo command kya hai? wo hai khauf. dekhiye, log is liye focused the airport mein ke unhein saamaan chhootne ka dar tha,</w:t>
      </w:r>
      <w:r>
        <w:br/>
      </w:r>
      <w:r>
        <w:rPr>
          <w:sz w:val="20"/>
        </w:rPr>
        <w:t>10:59  documents ke gum hone ka dar tha.</w:t>
      </w:r>
      <w:r>
        <w:br/>
      </w:r>
      <w:r>
        <w:rPr>
          <w:sz w:val="20"/>
        </w:rPr>
        <w:t>11:04  yeh sab khauf hote the, is ki wajah se itne focused the. ab chunke sab saamaan ki jab safety ho gayi, zaroori kaarwai poori ho gayi to idhar udhar dekhne ki azaadi mil gayi.</w:t>
      </w:r>
      <w:r>
        <w:br/>
      </w:r>
      <w:r>
        <w:rPr>
          <w:sz w:val="20"/>
        </w:rPr>
        <w:t>11:19  to dekhiye, distraction se bachne ka ek hi tareeqa hai:</w:t>
      </w:r>
      <w:r>
        <w:br/>
      </w:r>
      <w:r>
        <w:rPr>
          <w:sz w:val="20"/>
        </w:rPr>
        <w:t>11:25  badha hua khauf.</w:t>
      </w:r>
      <w:r>
        <w:br/>
      </w:r>
      <w:r>
        <w:rPr>
          <w:sz w:val="20"/>
        </w:rPr>
        <w:t>11:30  bahut zyada conscious hona hai is ke baare mein. ab kaun sa khauf? dunya mein apne aap ko develop karne ki opportunity ko khone ka khauf, aur aakhirat ke abdi inaamaat se mehroom reh jaane ka khauf.</w:t>
      </w:r>
      <w:r>
        <w:br/>
      </w:r>
      <w:r>
        <w:rPr>
          <w:sz w:val="20"/>
        </w:rPr>
        <w:t>11:53  Allah ne Quran mein farmaya hai ke jo Allah ke saamne khada hone se dara, us ke liye do do jannatein.</w:t>
      </w:r>
      <w:r>
        <w:br/>
      </w:r>
      <w:r>
        <w:rPr>
          <w:sz w:val="20"/>
        </w:rPr>
        <w:t>12:03  yeh do jannatein kya hain? ek to aakhirat wali,</w:t>
      </w:r>
      <w:r>
        <w:br/>
      </w:r>
      <w:r>
        <w:rPr>
          <w:sz w:val="20"/>
        </w:rPr>
        <w:t>12:10  doosri dunya mein aafiyat aur itminaan wali zindagi jo distraction se bachne walon ko mayassar aati hai.</w:t>
      </w:r>
      <w:r>
        <w:br/>
      </w:r>
      <w:r>
        <w:rPr>
          <w:sz w:val="20"/>
        </w:rPr>
        <w:t>12:22  so distraction se bachna hai to khauf ko badhana hai.</w:t>
      </w:r>
    </w:p>
    <w:p>
      <w:pPr>
        <w:pStyle w:val="Heading2"/>
      </w:pPr>
      <w:r>
        <w:t>Prophet Ibrahim's desert therapy and its impact</w:t>
      </w:r>
    </w:p>
    <w:p>
      <w:r>
        <w:rPr>
          <w:color w:val="666666"/>
          <w:sz w:val="18"/>
        </w:rPr>
        <w:t>Importance of Re-Planning November 6, 2022 · 5m 43s · at 21:40 · https://youtu.be/5rg4BU0r5Ow?t=1300</w:t>
      </w:r>
    </w:p>
    <w:p>
      <w:r>
        <w:rPr>
          <w:i/>
        </w:rPr>
        <w:t>“Achha aap agar hum Islamic history mein dekhein”</w:t>
      </w:r>
    </w:p>
    <w:p>
      <w:r>
        <w:rPr>
          <w:sz w:val="20"/>
        </w:rPr>
        <w:t>21:40  achha aap agar hum Islamic history mein dekhen to ek bohat bada waqea prophet ibrahim ke daur par aaya aur hum yeh keh sakte hain ke aage chal kar yahi waqea Islam ka source bana.</w:t>
      </w:r>
      <w:r>
        <w:br/>
      </w:r>
      <w:r>
        <w:rPr>
          <w:sz w:val="20"/>
        </w:rPr>
        <w:t>21:53  yeh woh waqea tha jab Hazrat Ibrahim ne apni biwi Hajra aur apne bete Ismail ko desert mein settle kiya aur Maulana Wahiduddin Khan sahab is settlement ko desert therapy kaha karte thay. unhone likha bhi hai aur kai lectures mein bhi kaha hai. to main chahunga ke aap yeh batayen ke yeh desert therapy kya hai? isko aap achhe se wazeh karen.</w:t>
      </w:r>
      <w:r>
        <w:br/>
      </w:r>
      <w:r>
        <w:rPr>
          <w:sz w:val="20"/>
        </w:rPr>
        <w:t>22:22  asal mein Allah taala ne jab insan ko paida kiya to usi waqt uske guidance ka intezam bhi kiya. Hazrat Adam Ali Salam pehle insan bhi thay aur pehle paighambar bhi. uske baad musalsal paighambar aate rahe. kaha jata hai ke ek lakh chobis hazar paighambar aaye. lekin zyadatar paighambaron ko bohat hi thode se followers mile.</w:t>
      </w:r>
      <w:r>
        <w:br/>
      </w:r>
      <w:r>
        <w:rPr>
          <w:sz w:val="20"/>
        </w:rPr>
        <w:t>22:48  kyunki Allah taala ne azadi di thi aur us azadi ka woh galat istemal karte thay. sachchai ko accept karne mein unko bohat zyada problem hoti thi kyunki woh dunya dari ki ek zindagi guzar rahe thay. to woh unko yeh samajh mein nahi aata tha. to woh inkar hi karte rahe. Quran mein bar bar aaya hai ke maine mere paighambaron ko tumne inkar kiya. tumne istehza kiya.</w:t>
      </w:r>
      <w:r>
        <w:br/>
      </w:r>
      <w:r>
        <w:rPr>
          <w:sz w:val="20"/>
        </w:rPr>
        <w:t>23:16  to yeh Allah taala kyunki Allah taala ne mukammal azadi di hai isliye kafi dinon tak Allah paighambaron ko bhejta raha taake kyunki insan halat test mein hai isi mein uska test ho raha tha. to lekin ab yeh hai ke ek aakhri paighambar Allah ko bhejna tha. to aakhri paighambar bhi wahi haal hota jo doosre paighambaron ko hua.</w:t>
      </w:r>
      <w:r>
        <w:br/>
      </w:r>
      <w:r>
        <w:rPr>
          <w:sz w:val="20"/>
        </w:rPr>
        <w:t>23:44  agar usko strong supporters, strong team usko na milti. to Allah taala ne ek nayi re planning ki ke Hazrat Hazrat Ibrahim ke zariye se unki biwi Hazrat Hajra aur unke bete Ismail ko dessert mein basa diya. Dessert mein kuch bhi nahi tha. us waqt wahan pani bhi nahi tha. adam na adamzad.</w:t>
      </w:r>
      <w:r>
        <w:br/>
      </w:r>
      <w:r>
        <w:rPr>
          <w:sz w:val="20"/>
        </w:rPr>
        <w:t>24:10  to unhone accept kiya Hazrat Hajra ke bohat badi qurbani hai. unhone usko accept kiya aur Allah taala ne phir pani ka intezam kiya dheere dheere. ek qabila Jurhum aa gaya wahan bas gaya.</w:t>
      </w:r>
      <w:r>
        <w:br/>
      </w:r>
      <w:r>
        <w:rPr>
          <w:sz w:val="20"/>
        </w:rPr>
        <w:t>24:25  to Hazrat Ismail jab bade hue to qabila Jurhum ki ek ladki se shadi ki aur talwaalu to tanasul ke zariye se ek poori jo hai nas tayyar ho gayi aur asal mein shehar mein koi burai ka koi inkar hi nahi tha. jo evil hoti hai woh sab society mein hoti hai. misal ke taur par bachcha jayega society mein agar wahan galat kaam ho rahe hain to woh wahin se seekhega jhoot bol raha ab koi to jhoot seekhega.</w:t>
      </w:r>
      <w:r>
        <w:br/>
      </w:r>
      <w:r>
        <w:rPr>
          <w:sz w:val="20"/>
        </w:rPr>
        <w:t>24:54  corruption ho raha hai to corruption seekhega lekin wahan shehar tha. wahan kuch tha hi nahi kuch seekhne ke liye. to us taraf fitrat ke mahol mein woh log badhe hue aur bohat zabardast tareeqe se unke andar woh fitri khushoosiyat paida hui. jafakashi ki, bahadari ki, fayyazi ki aur woh qurbani dekar ke koi kaam karna.</w:t>
      </w:r>
      <w:r>
        <w:br/>
      </w:r>
      <w:r>
        <w:rPr>
          <w:sz w:val="20"/>
        </w:rPr>
        <w:t>25:23  sachchai ko qubool karne ki unke andar salahiyat paida hui kyunki woh jhoot bolne hi nahi jante thay. agar koi baat keh raha hai aur unko unko akal mein baat woh aa rahi hai to usko foran maan lete thay. kyunki woh yeh Rasool Allah SAW ke upar kabhi bhi unhone jhoot ka ilzam nahi lagaya kyunki woh arab jhoot bolna hi nahi jante thay.</w:t>
      </w:r>
      <w:r>
        <w:br/>
      </w:r>
      <w:r>
        <w:rPr>
          <w:sz w:val="20"/>
        </w:rPr>
        <w:t>25:46  to yeh sab unko usi desert mein unko woh sari jo growth hui unki to uski wajah se unhone yeh sara wahan se seekha.</w:t>
      </w:r>
      <w:r>
        <w:br/>
      </w:r>
      <w:r>
        <w:rPr>
          <w:sz w:val="20"/>
        </w:rPr>
        <w:t>25:55  to tamaddun se door hokar ke ek jandar nasl tayyar hui aur jab Rasool Allah SAW paida hue usi nasl mein to in yahi log thay jinhone jinko sahabi ka darja mila aur unhone Rasool Allah SAW ki har qeemat par, har qurbani par dekar ke Rasool Allah ki asahad diya.</w:t>
      </w:r>
      <w:r>
        <w:br/>
      </w:r>
      <w:r>
        <w:rPr>
          <w:sz w:val="20"/>
        </w:rPr>
        <w:t>26:19  to yahi wajah thi jo Allah taala ko bhi re planning karni padi aur yeh log jo thay sirf aisa nahi tha ke tauheed parambmi and kalab sirf sirf ek religious concept hai balki iski wajah se dunya mein jo sari taraqqiyan aayin usi ki wajah se aayin. kyunki insan jo hai nature worship mein mubtala tha.</w:t>
      </w:r>
      <w:r>
        <w:br/>
      </w:r>
      <w:r>
        <w:rPr>
          <w:sz w:val="20"/>
        </w:rPr>
        <w:t>26:45  nature worship jab khatam hui kyunki sari Allah taala ko Islam se unko maloom hua ke sirf ek Khuda hai aur baqi tamam cheezein insan ke liye mushakhar kar di gayi hain, insan ke liye banayi gayi hain.</w:t>
      </w:r>
      <w:r>
        <w:br/>
      </w:r>
      <w:r>
        <w:rPr>
          <w:sz w:val="20"/>
        </w:rPr>
        <w:t>27:00  to is tareeqe se har cheez jo hai woh defy hone se khatam matlab jo defy kar rakha tha woh uska khatma ho gaya aur jo hai usko uske upar tehqeeq shuru ho gayi. to jo tehqeeq shuru hui yeh sab kaam shuru mein musalmanon ne hi kiya hai.</w:t>
      </w:r>
      <w:r>
        <w:br/>
      </w:r>
      <w:r>
        <w:rPr>
          <w:sz w:val="20"/>
        </w:rPr>
        <w:t>27:23  Spain mein bohat zyada kaam hua lekin baad mein woh jo hai ilm jo hai Europe pohncha aur Europe ne usmein bohat zabardast tareeqe se taraqqi ki aur tamam science aur technology jo hai woh maujood mein aayi. to dunya poori badal gayi is re planning se.</w:t>
      </w:r>
    </w:p>
    <w:p>
      <w:pPr>
        <w:pStyle w:val="Heading2"/>
      </w:pPr>
      <w:r>
        <w:t>Unlimited freedom and its harmful consequences</w:t>
      </w:r>
    </w:p>
    <w:p>
      <w:r>
        <w:rPr>
          <w:color w:val="666666"/>
          <w:sz w:val="18"/>
        </w:rPr>
        <w:t>Nature of Modern Problem 12 July 2009 - Maulana Wahiduddin Khan · 5m 28s · at 25:35 · https://youtu.be/JULJoDRvUNU?t=1535</w:t>
      </w:r>
    </w:p>
    <w:p>
      <w:r>
        <w:rPr>
          <w:i/>
        </w:rPr>
        <w:t>“Freedom ka concept leejeye aap.”</w:t>
      </w:r>
    </w:p>
    <w:p>
      <w:r>
        <w:rPr>
          <w:sz w:val="20"/>
        </w:rPr>
        <w:t>25:35  aise hi dekhiye, freedom ka concept lijiye aap. yeh to khuda ko displace kar diya. khuda ko displace kar diya. ab freedom ka concept lijiye.</w:t>
      </w:r>
      <w:r>
        <w:br/>
      </w:r>
      <w:r>
        <w:rPr>
          <w:sz w:val="20"/>
        </w:rPr>
        <w:t>25:48  yeh bentham jo hai,</w:t>
      </w:r>
      <w:r>
        <w:br/>
      </w:r>
      <w:r>
        <w:rPr>
          <w:sz w:val="20"/>
        </w:rPr>
        <w:t>25:51  jo british philosopher hai, bentham</w:t>
      </w:r>
      <w:r>
        <w:br/>
      </w:r>
      <w:r>
        <w:rPr>
          <w:sz w:val="20"/>
        </w:rPr>
        <w:t>26:01  1832 mein is ki death hui hai. toh is ne utilitarianism ki philosophy pesh ki ke bas faide hi sab kuch hai, interest hi sab kuch hai,</w:t>
      </w:r>
      <w:r>
        <w:br/>
      </w:r>
      <w:r>
        <w:rPr>
          <w:sz w:val="20"/>
        </w:rPr>
        <w:t>26:15  aur is ke siwa aur kuch kuch bhi nahi hai.</w:t>
      </w:r>
      <w:r>
        <w:br/>
      </w:r>
      <w:r>
        <w:rPr>
          <w:sz w:val="20"/>
        </w:rPr>
        <w:t>26:18  phir is ko aage badhaya. is ko john stuart mill ne, jis ki death hui 1800</w:t>
      </w:r>
      <w:r>
        <w:br/>
      </w:r>
      <w:r>
        <w:rPr>
          <w:sz w:val="20"/>
        </w:rPr>
        <w:t>26:28  73 mein, is ki kitaab hai "on liberty".</w:t>
      </w:r>
      <w:r>
        <w:br/>
      </w:r>
      <w:r>
        <w:rPr>
          <w:sz w:val="20"/>
        </w:rPr>
        <w:t>26:37  toh aazadi ko sab se bari cheez banaya is ne. woh barhte barhte aaj jo halat hai, aaj ke bas</w:t>
      </w:r>
      <w:r>
        <w:br/>
      </w:r>
      <w:r>
        <w:rPr>
          <w:sz w:val="20"/>
        </w:rPr>
        <w:t>26:46  freedom jo hai, freedom is the summum bonum. modern mind kya hai? modern culture kya hai? modern civilization kya hai?</w:t>
      </w:r>
      <w:r>
        <w:br/>
      </w:r>
      <w:r>
        <w:rPr>
          <w:sz w:val="20"/>
        </w:rPr>
        <w:t>26:55  woh kya kehti hai? is ke nazdeek jo hai, yahi wohi kalma hai is ka: "freedom is the summum bonum".</w:t>
      </w:r>
      <w:r>
        <w:br/>
      </w:r>
      <w:r>
        <w:rPr>
          <w:sz w:val="20"/>
        </w:rPr>
        <w:t>27:05  yani freedom hi sab kuch, sab se bari greatest good jo hai, freedom hai. unlimited freedom.</w:t>
      </w:r>
      <w:r>
        <w:br/>
      </w:r>
      <w:r>
        <w:rPr>
          <w:sz w:val="20"/>
        </w:rPr>
        <w:t>27:14  unlimited freedom. aur isi ka yeh is zamane mein ek bohat hi shameful, shameful yeh aaya hai.</w:t>
      </w:r>
      <w:r>
        <w:br/>
      </w:r>
      <w:r>
        <w:rPr>
          <w:sz w:val="20"/>
        </w:rPr>
        <w:t>27:24  is ka ek, ek namoona, shameful namoona ke homosexuality ko</w:t>
      </w:r>
      <w:r>
        <w:br/>
      </w:r>
      <w:r>
        <w:rPr>
          <w:sz w:val="20"/>
        </w:rPr>
        <w:t>27:32  ek general acceptance mil gaya hai. kaisi ajeeb baat hai!</w:t>
      </w:r>
      <w:r>
        <w:br/>
      </w:r>
      <w:r>
        <w:rPr>
          <w:sz w:val="20"/>
        </w:rPr>
        <w:t>27:38  aaj bhi paper mein main parh raha tha, aaj kal rozana kuch na kuch aata hai ke hum, hum, hum yeh hamara apna choice hai jo, jo choice hum lein, kaun interfere karne wala hai humein.</w:t>
      </w:r>
      <w:r>
        <w:br/>
      </w:r>
      <w:r>
        <w:rPr>
          <w:sz w:val="20"/>
        </w:rPr>
        <w:t>27:52  yani homoseuxuality ko apna choice bata rahe hain. woh</w:t>
      </w:r>
      <w:r>
        <w:br/>
      </w:r>
      <w:r>
        <w:rPr>
          <w:sz w:val="20"/>
        </w:rPr>
        <w:t>27:57  kitna</w:t>
      </w:r>
      <w:r>
        <w:br/>
      </w:r>
      <w:r>
        <w:rPr>
          <w:sz w:val="20"/>
        </w:rPr>
        <w:t>27:58  shameful baat hai! shameful! yeh nature se bilkul hatna hai. nature se hatna hai. ab yeh, yeh aaj kal haalat yeh hai ke koi is ke khilaaf bol nahin raha hai.</w:t>
      </w:r>
      <w:r>
        <w:br/>
      </w:r>
      <w:r>
        <w:rPr>
          <w:sz w:val="20"/>
        </w:rPr>
        <w:t>28:12  chand logon ko bolte honge idhar udhar corner par.</w:t>
      </w:r>
      <w:r>
        <w:br/>
      </w:r>
      <w:r>
        <w:rPr>
          <w:sz w:val="20"/>
        </w:rPr>
        <w:t>28:16  yani judiciary hamari, woh is ke haq mein apna verdict de rahi hai. beba top ke politicians is ke favour mein ho gaye hain.</w:t>
      </w:r>
      <w:r>
        <w:br/>
      </w:r>
      <w:r>
        <w:rPr>
          <w:sz w:val="20"/>
        </w:rPr>
        <w:t>28:28  society is ko favour kar rahi hai. paper rozana chhap raha hai.</w:t>
      </w:r>
      <w:r>
        <w:br/>
      </w:r>
      <w:r>
        <w:rPr>
          <w:sz w:val="20"/>
        </w:rPr>
        <w:t>28:34  toh Khalil Jibran ne kaha tha ke "no leaf fall down without the silent consent of whole tree".</w:t>
      </w:r>
      <w:r>
        <w:br/>
      </w:r>
      <w:r>
        <w:rPr>
          <w:sz w:val="20"/>
        </w:rPr>
        <w:t>28:48  jab kisi peed se ek patti girti hai</w:t>
      </w:r>
      <w:r>
        <w:br/>
      </w:r>
      <w:r>
        <w:rPr>
          <w:sz w:val="20"/>
        </w:rPr>
        <w:t>28:52  toh poore peed ki silent consent is ko mili hui hoti hai. woh ne gire nahin. woh toh is tarah ki buraiyan jo phail rahi hain, toh poori society ka silent consensus hai, consent hai.</w:t>
      </w:r>
      <w:r>
        <w:br/>
      </w:r>
      <w:r>
        <w:rPr>
          <w:sz w:val="20"/>
        </w:rPr>
        <w:t>29:06  agar general acceptance na ho, agar society is ko, is ko</w:t>
      </w:r>
      <w:r>
        <w:br/>
      </w:r>
      <w:r>
        <w:rPr>
          <w:sz w:val="20"/>
        </w:rPr>
        <w:t>29:12  taiyar na ho tolerate karne ke liye, toh kis ko himmat hai ke aisi ridiculous baatein kare? kis ko himmat hai?</w:t>
      </w:r>
      <w:r>
        <w:br/>
      </w:r>
      <w:r>
        <w:rPr>
          <w:sz w:val="20"/>
        </w:rPr>
        <w:t>29:28  dekhiye, aaj kal aap sunte honge logon ko yeh kehte hue ke bhai agar hamein koi harmful nahin banta hai toh jo chahe kare, woh apne bedroom mein jo chahe kare, woh hamein toh harmful nahin ban raha hai.</w:t>
      </w:r>
      <w:r>
        <w:br/>
      </w:r>
      <w:r>
        <w:rPr>
          <w:sz w:val="20"/>
        </w:rPr>
        <w:t>29:40  woh lekin jo researches hui hain, is se yeh tasawwur bilkul</w:t>
      </w:r>
      <w:r>
        <w:br/>
      </w:r>
      <w:r>
        <w:rPr>
          <w:sz w:val="20"/>
        </w:rPr>
        <w:t>29:46  yani ghalat saabit ho gaya hai ke aap chahe chhip kar ke bhi ek burai kare toh poori society pe is ka asar parta hai.</w:t>
      </w:r>
      <w:r>
        <w:br/>
      </w:r>
      <w:r>
        <w:rPr>
          <w:sz w:val="20"/>
        </w:rPr>
        <w:t>29:58  kisi ne kaha tha, kisi philosopher ne ke aadmi hairan apne aap ko radiate karta rehta hai.</w:t>
      </w:r>
      <w:r>
        <w:br/>
      </w:r>
      <w:r>
        <w:rPr>
          <w:sz w:val="20"/>
        </w:rPr>
        <w:t>30:06  bura ya acha, aadmi hairan apne aap ko radiate karta rehta hai.</w:t>
      </w:r>
      <w:r>
        <w:br/>
      </w:r>
      <w:r>
        <w:rPr>
          <w:sz w:val="20"/>
        </w:rPr>
        <w:t>30:15  toh abhi dekhiye, aap parhte honge paperon mein ke pehle zamane mein, hamare bachpan ke zamane mein, smoking jo thi, ek individual burai thi.</w:t>
      </w:r>
      <w:r>
        <w:br/>
      </w:r>
      <w:r>
        <w:rPr>
          <w:sz w:val="20"/>
        </w:rPr>
        <w:t>30:25  smoking</w:t>
      </w:r>
      <w:r>
        <w:br/>
      </w:r>
      <w:r>
        <w:rPr>
          <w:sz w:val="20"/>
        </w:rPr>
        <w:t>30:30  likha rehta tha packet par ke "cigarette smoking is injurious to health". itna hi likha rehta tha. yani woh jo smoker hai, jo aadmi pi raha hai, us ke liye bura hai.</w:t>
      </w:r>
      <w:r>
        <w:br/>
      </w:r>
      <w:r>
        <w:rPr>
          <w:sz w:val="20"/>
        </w:rPr>
        <w:t>30:40  woh bas. lekin aap jante hain ke ab jo researches hui hain,</w:t>
      </w:r>
      <w:r>
        <w:br/>
      </w:r>
      <w:r>
        <w:rPr>
          <w:sz w:val="20"/>
        </w:rPr>
        <w:t>30:46  toh ab yeh hai active smoker aur passive smoker. do category bana diya gayi hai. jab ek aadmi peeta hai toh woh active smoker hai, lekin doosron ko bhi nuksan pahuncha raha hai.</w:t>
      </w:r>
      <w:r>
        <w:br/>
      </w:r>
      <w:r>
        <w:rPr>
          <w:sz w:val="20"/>
        </w:rPr>
        <w:t>31:02  woh</w:t>
      </w:r>
    </w:p>
    <w:p>
      <w:pPr>
        <w:pStyle w:val="Heading2"/>
      </w:pPr>
      <w:r>
        <w:t>Replanning examples from history</w:t>
      </w:r>
    </w:p>
    <w:p>
      <w:r>
        <w:rPr>
          <w:color w:val="666666"/>
          <w:sz w:val="18"/>
        </w:rPr>
        <w:t>Replanning in the Changed Age January 13, 2019 · 5m 35s · at 12:07 · https://youtu.be/pDniYg5aJlg?t=727</w:t>
      </w:r>
    </w:p>
    <w:p>
      <w:r>
        <w:rPr>
          <w:i/>
        </w:rPr>
        <w:t>“Ek naya raaz khula Second World War ke baad, replanning”</w:t>
      </w:r>
    </w:p>
    <w:p>
      <w:r>
        <w:rPr>
          <w:sz w:val="20"/>
        </w:rPr>
        <w:t>12:07  lekin aaj wohi same germany zyada taqatwar hai. kyun? ek naya raaz khula second world war ke baad, replanning.</w:t>
      </w:r>
      <w:r>
        <w:br/>
      </w:r>
      <w:r>
        <w:rPr>
          <w:sz w:val="20"/>
        </w:rPr>
        <w:t>12:21  replanning toh woh kya tha jo border dunya ke samnay aaya germany ke zariye se? woh tha remaining part of the land par le kar ke planning karna.</w:t>
      </w:r>
      <w:r>
        <w:br/>
      </w:r>
      <w:r>
        <w:rPr>
          <w:sz w:val="20"/>
        </w:rPr>
        <w:t>12:36  toh aap jantay hain ke second world war ke zamanay mein germany east germany aur west germany mein bat gaya, ek kamzor mulk ban gaya.</w:t>
      </w:r>
      <w:r>
        <w:br/>
      </w:r>
      <w:r>
        <w:rPr>
          <w:sz w:val="20"/>
        </w:rPr>
        <w:t>12:48  lekin germany ne west east germany ko bhula diya aur west germany ka jo un ke paas abhi bhi tha, us ko le kar planning ki.</w:t>
      </w:r>
      <w:r>
        <w:br/>
      </w:r>
      <w:r>
        <w:rPr>
          <w:sz w:val="20"/>
        </w:rPr>
        <w:t>13:00  jis ko mein kahoon ga ke remaining part of the land par planning, remaining part of the land par planning.</w:t>
      </w:r>
      <w:r>
        <w:br/>
      </w:r>
      <w:r>
        <w:rPr>
          <w:sz w:val="20"/>
        </w:rPr>
        <w:t>13:10  aap jantay hain ke woh dobara kya hua? ek naya germany emerge hua, us ne apne khoye hue history ko bhi le liya peaceful tareeqay se aur aur zyada taraqqi ki.</w:t>
      </w:r>
      <w:r>
        <w:br/>
      </w:r>
      <w:r>
        <w:rPr>
          <w:sz w:val="20"/>
        </w:rPr>
        <w:t>13:29  us ne</w:t>
      </w:r>
      <w:r>
        <w:br/>
      </w:r>
      <w:r>
        <w:rPr>
          <w:sz w:val="20"/>
        </w:rPr>
        <w:t>13:33  is se kya maloom hua ke is zamanay badal gaya hai. pathar marne ka zamanay, goli marne ka zamanay, talwar chalane ka zamanay, hatta ke bomb marne ka zamanay khatam ho gaya, khatam ho gaya.</w:t>
      </w:r>
      <w:r>
        <w:br/>
      </w:r>
      <w:r>
        <w:rPr>
          <w:sz w:val="20"/>
        </w:rPr>
        <w:t>13:46  ab to peaceful planning mein taqat hai. ab jo taqat hai, woh peaceful planning mein hai.</w:t>
      </w:r>
      <w:r>
        <w:br/>
      </w:r>
      <w:r>
        <w:rPr>
          <w:sz w:val="20"/>
        </w:rPr>
        <w:t>13:56  ab na pathar marna hai, na goli chalana hai, na talwar chalana hai, hatta ke bomb bomb bhi girane se koi kuch hone wala nahi hai.</w:t>
      </w:r>
      <w:r>
        <w:br/>
      </w:r>
      <w:r>
        <w:rPr>
          <w:sz w:val="20"/>
        </w:rPr>
        <w:t>14:08  ab peaceful planning chahiye. peaceful planning, peaceful planning se dekho kya hua? germany kamzor, germany taqatwar, germany ban gaya.</w:t>
      </w:r>
      <w:r>
        <w:br/>
      </w:r>
      <w:r>
        <w:rPr>
          <w:sz w:val="20"/>
        </w:rPr>
        <w:t>14:25  japan phir se emerge kiya, is ne british empire khatm ho gaya tha, lekin aaj woh british empire phir nai taqat ke sath dunya mein zinda hai.</w:t>
      </w:r>
      <w:r>
        <w:br/>
      </w:r>
      <w:r>
        <w:rPr>
          <w:sz w:val="20"/>
        </w:rPr>
        <w:t>14:38  yeh sab peaceful, peaceful taqat ke zariye, peaceful planning ke zariye. aap ghor kijiye, kaisi ajeeb baat hai ke britain,</w:t>
      </w:r>
      <w:r>
        <w:br/>
      </w:r>
      <w:r>
        <w:rPr>
          <w:sz w:val="20"/>
        </w:rPr>
        <w:t>14:52  britain jo hai, woh is ka empire khatm ho gaya. jis ke baray mein kaha jata hai ke kaha jata tha ke "the sun never sets on the british empire".</w:t>
      </w:r>
      <w:r>
        <w:br/>
      </w:r>
      <w:r>
        <w:rPr>
          <w:sz w:val="20"/>
        </w:rPr>
        <w:t>15:09  itna bara is ko taqat thi. aaj kya hai? aaj is ka jo airbus hai, is ki jo hawa jahaz hai, sari dunya mein run kar raha hai.</w:t>
      </w:r>
      <w:r>
        <w:br/>
      </w:r>
      <w:r>
        <w:rPr>
          <w:sz w:val="20"/>
        </w:rPr>
        <w:t>15:24  aap ko pata hai ke sari dunya mein hawa jahaz ka jo empire hai, is par do ka qabza hai: airbus ka aur boeing ka.</w:t>
      </w:r>
      <w:r>
        <w:br/>
      </w:r>
      <w:r>
        <w:rPr>
          <w:sz w:val="20"/>
        </w:rPr>
        <w:t>15:36  boeing japan, jo boeing america ka hai, airbus britain ka hai. yeh do country run kar rahe hain hawa jahaz ki dunya dunya mein, halanke woh dono se koi bhi empire nahi hai.</w:t>
      </w:r>
      <w:r>
        <w:br/>
      </w:r>
      <w:r>
        <w:rPr>
          <w:sz w:val="20"/>
        </w:rPr>
        <w:t>15:54  dono mein se koi empire nahi hai. aur musalmanon ka haal yeh hai ke aaj tak woh turkish empire ko ro rahe hain. aaj tak</w:t>
      </w:r>
      <w:r>
        <w:br/>
      </w:r>
      <w:r>
        <w:rPr>
          <w:sz w:val="20"/>
        </w:rPr>
        <w:t>16:05  itna zyada in ko gham hua turkish ka, turkish empire ka khatm hua aur falasteen ka partition hua.</w:t>
      </w:r>
      <w:r>
        <w:br/>
      </w:r>
      <w:r>
        <w:rPr>
          <w:sz w:val="20"/>
        </w:rPr>
        <w:t>16:16  to musalmanon ko aaj tak bas west se nafrat, nafrat. aur mere alfaaz mein ek naya musalmanon mein aya: westophobia.</w:t>
      </w:r>
      <w:r>
        <w:br/>
      </w:r>
      <w:r>
        <w:rPr>
          <w:sz w:val="20"/>
        </w:rPr>
        <w:t>16:31  aaj sari is dunya ke musalman westophobia mein jee rahe hain, west se nafrat, west se nafrat. jabke Allah taala ne namuna dikhaya tha ke dekho germany ko dekho, japan ko dekho,</w:t>
      </w:r>
      <w:r>
        <w:br/>
      </w:r>
      <w:r>
        <w:rPr>
          <w:sz w:val="20"/>
        </w:rPr>
        <w:t>16:45  british empire ko dekho.</w:t>
      </w:r>
      <w:r>
        <w:br/>
      </w:r>
      <w:r>
        <w:rPr>
          <w:sz w:val="20"/>
        </w:rPr>
        <w:t>16:50  in ka re-emergence hua, in ki re-planning hua, nai taqat hazir ki unho ne. yeh kya hai? naya daur ek nai taqat le kar aya hai.</w:t>
      </w:r>
      <w:r>
        <w:br/>
      </w:r>
      <w:r>
        <w:rPr>
          <w:sz w:val="20"/>
        </w:rPr>
        <w:t>17:02  woh khatm ho gaya, changez ka zamana khatm ho gaya, alexander ka zamana khatm ho gaya,</w:t>
      </w:r>
      <w:r>
        <w:br/>
      </w:r>
      <w:r>
        <w:rPr>
          <w:sz w:val="20"/>
        </w:rPr>
        <w:t>17:10  babur aur urdu ka zamana khatm ho gaya. ab kuch nahi.</w:t>
      </w:r>
      <w:r>
        <w:br/>
      </w:r>
      <w:r>
        <w:rPr>
          <w:sz w:val="20"/>
        </w:rPr>
        <w:t>17:20  to aaj ka jo sab se bara message hai dunya ko, woh yeh hai ke kuch ho, kuch bhi ho jaye, re-planning karo.</w:t>
      </w:r>
      <w:r>
        <w:br/>
      </w:r>
      <w:r>
        <w:rPr>
          <w:sz w:val="20"/>
        </w:rPr>
        <w:t>17:32  tumhare sar par bomb gira diya jaye, atom bomb, atom bomb se tumhare sar tabah kar diye jayein, tab bhi kuch gaya nahi hai. re-planning karo.</w:t>
      </w:r>
    </w:p>
    <w:p>
      <w:pPr>
        <w:pStyle w:val="Heading2"/>
      </w:pPr>
      <w:r>
        <w:t>selling outdated table-cloths in a laminate world: planning fails</w:t>
      </w:r>
    </w:p>
    <w:p>
      <w:r>
        <w:rPr>
          <w:color w:val="666666"/>
          <w:sz w:val="18"/>
        </w:rPr>
        <w:t>The Secret of Success June 26, 2008 Maulana Wahiduddin Khan · 4m 50s · at 41:39 · https://youtu.be/_vqfB9XcpPs?t=2499</w:t>
      </w:r>
    </w:p>
    <w:p>
      <w:r>
        <w:rPr>
          <w:i/>
        </w:rPr>
        <w:t>“ایک مرتبہ میں گیا ایک شہر میں، وہاں ایک کالج تھا”</w:t>
      </w:r>
    </w:p>
    <w:p>
      <w:r>
        <w:rPr>
          <w:sz w:val="20"/>
        </w:rPr>
        <w:t>41:39  ek martaba mein gaya ek shehar mein, toh wahan ek college tha, ek sahib is mein parhate they.</w:t>
      </w:r>
      <w:r>
        <w:br/>
      </w:r>
      <w:r>
        <w:rPr>
          <w:sz w:val="20"/>
        </w:rPr>
        <w:t>41:56  toh unhon ne kya kiya? ek school khola, embroidery school, ke student ko woh embroidery sikhate they</w:t>
      </w:r>
      <w:r>
        <w:br/>
      </w:r>
      <w:r>
        <w:rPr>
          <w:sz w:val="20"/>
        </w:rPr>
        <w:t>42:08  aur banate thay kya? jis ko kehte hain mes posh, yani jo table hota hai, table ke upar ek kapra dala jata hai, us ko kehte hain mes posh.</w:t>
      </w:r>
      <w:r>
        <w:br/>
      </w:r>
      <w:r>
        <w:rPr>
          <w:sz w:val="20"/>
        </w:rPr>
        <w:t>42:23  table ke upar kapra. to unhon ne mujhe sham ke khane mein bulaya, main wahan gaya.</w:t>
      </w:r>
      <w:r>
        <w:br/>
      </w:r>
      <w:r>
        <w:rPr>
          <w:sz w:val="20"/>
        </w:rPr>
        <w:t>42:33  khane ke baad un ka ghar kafi bara tha,</w:t>
      </w:r>
      <w:r>
        <w:br/>
      </w:r>
      <w:r>
        <w:rPr>
          <w:sz w:val="20"/>
        </w:rPr>
        <w:t>42:37  khane ke baad mujhe woh apne ek aur kamre mein le gaye. to wahan maine maine kya dekha ke mes posh itne sab bane banaye rakhe hue hain, yani table ke upar jo kapra dala jata tha pehle,</w:t>
      </w:r>
      <w:r>
        <w:br/>
      </w:r>
      <w:r>
        <w:rPr>
          <w:sz w:val="20"/>
        </w:rPr>
        <w:t>42:53  us ko kehte thay mes posh.</w:t>
      </w:r>
      <w:r>
        <w:br/>
      </w:r>
      <w:r>
        <w:rPr>
          <w:sz w:val="20"/>
        </w:rPr>
        <w:t>42:58  to unhon ne kaha ke hum yeh hum ne bachchon ko sikhate hain, to seekhne ke liye yeh banate hain. woh</w:t>
      </w:r>
      <w:r>
        <w:br/>
      </w:r>
      <w:r>
        <w:rPr>
          <w:sz w:val="20"/>
        </w:rPr>
        <w:t>43:09  kya? local market mein un ki koi khapat nahi hai, aap dilli mein in ko bikwa dijiye, in ka paisa khali ho jaye to student mulk jaye ga, woh aur kapra mangwayenge is se,</w:t>
      </w:r>
      <w:r>
        <w:br/>
      </w:r>
      <w:r>
        <w:rPr>
          <w:sz w:val="20"/>
        </w:rPr>
        <w:t>43:23  kyun ke kapra dena parta hai seekhne ke liye.</w:t>
      </w:r>
      <w:r>
        <w:br/>
      </w:r>
      <w:r>
        <w:rPr>
          <w:sz w:val="20"/>
        </w:rPr>
        <w:t>43:28  to main dekhta raha, dekhta raha, dekhta raha, phir maine socha ke aap jante nahi ke aaj zamana kya hai?</w:t>
      </w:r>
      <w:r>
        <w:br/>
      </w:r>
      <w:r>
        <w:rPr>
          <w:sz w:val="20"/>
        </w:rPr>
        <w:t>43:39  aaj to sanmaika ke mez bante hain, ab mez posh kaun bichhata hai apni mez ke upar? to maine un se kaha ke sanmaika ke zamane mein aap mez posh ka business karna chahte hain?</w:t>
      </w:r>
      <w:r>
        <w:br/>
      </w:r>
      <w:r>
        <w:rPr>
          <w:sz w:val="20"/>
        </w:rPr>
        <w:t>44:02  yani agar farz kijiye ke mere paas pehle zamane mein mitti ke glass hua karte thay,</w:t>
      </w:r>
      <w:r>
        <w:br/>
      </w:r>
      <w:r>
        <w:rPr>
          <w:sz w:val="20"/>
        </w:rPr>
        <w:t>44:08  ab mitti glass le kar ke main yahan baith jaon dilli mein to kaun kharedega us ko? to shishe ke glass ke zamane mein mitti glass ke main business karon to main pehle din samajh lijiye ke fail ho gaya.</w:t>
      </w:r>
      <w:r>
        <w:br/>
      </w:r>
      <w:r>
        <w:rPr>
          <w:sz w:val="20"/>
        </w:rPr>
        <w:t>44:21  main duniya pahunch chuki hai shishe glass ke zamane mein, aur hum abhi tak mitti glass bechna chahte hain, to hum kaise kamyab honge?</w:t>
      </w:r>
      <w:r>
        <w:br/>
      </w:r>
      <w:r>
        <w:rPr>
          <w:sz w:val="20"/>
        </w:rPr>
        <w:t>44:37  to maine un se kaha ke aap zamana aa gaya hai sanmaika ka, aur aap mez posh bana bana kar is ko bechna chahte hain bazaar mein, to kaun kharedega us ko?</w:t>
      </w:r>
      <w:r>
        <w:br/>
      </w:r>
      <w:r>
        <w:rPr>
          <w:sz w:val="20"/>
        </w:rPr>
        <w:t>44:53  to dekhen, zindagi mein kamyabi ke liye koi ek formula nahi hai. kaise?</w:t>
      </w:r>
      <w:r>
        <w:br/>
      </w:r>
      <w:r>
        <w:rPr>
          <w:sz w:val="20"/>
        </w:rPr>
        <w:t>45:02  kis situation mein aap hain? kin logon ke beech mein aap hain?</w:t>
      </w:r>
      <w:r>
        <w:br/>
      </w:r>
      <w:r>
        <w:rPr>
          <w:sz w:val="20"/>
        </w:rPr>
        <w:t>45:11  kis jagah aap hain? yani</w:t>
      </w:r>
      <w:r>
        <w:br/>
      </w:r>
      <w:r>
        <w:rPr>
          <w:sz w:val="20"/>
        </w:rPr>
        <w:t>45:20  to in sab cheezon ko dhyan rakh kar ke aap ko planning karni padegi. planning, tab aap kamyab honge.</w:t>
      </w:r>
      <w:r>
        <w:br/>
      </w:r>
      <w:r>
        <w:rPr>
          <w:sz w:val="20"/>
        </w:rPr>
        <w:t>45:33  hamare naujawan hukumat mein ek zamane mein bara dhoom thi engineering ki, jis ko dekhen woh engineering kar raha hai.</w:t>
      </w:r>
      <w:r>
        <w:br/>
      </w:r>
      <w:r>
        <w:rPr>
          <w:sz w:val="20"/>
        </w:rPr>
        <w:t>45:42  yahan tak ke itne engineer ho gaye ke engineer plus ho gaye, woh sirf surplus ho gaye. itne log engineering parh dali, itne logon ne ke engineer jo hai woh surplus ho gaye.</w:t>
      </w:r>
      <w:r>
        <w:br/>
      </w:r>
      <w:r>
        <w:rPr>
          <w:sz w:val="20"/>
        </w:rPr>
        <w:t>45:55  yeh hai planning ke baghair parhna, planning ke baghair parhna. planning kar ke dekhiye ke jab market mein kis ki zaroorat hai, zamane mein kis ka riwaj hai, aaj ke log kya chahte hain,</w:t>
      </w:r>
      <w:r>
        <w:br/>
      </w:r>
      <w:r>
        <w:rPr>
          <w:sz w:val="20"/>
        </w:rPr>
        <w:t>46:12  phir us ke mutabiq aap apna naqsha banaiye zindagi ka. andha dhund nahi, andha dhund kaam karne se aadmi ko taraqqi nahi hoti.</w:t>
      </w:r>
    </w:p>
    <w:p>
      <w:pPr>
        <w:pStyle w:val="Heading2"/>
      </w:pPr>
      <w:r>
        <w:t>World distraction team building</w:t>
      </w:r>
    </w:p>
    <w:p>
      <w:r>
        <w:rPr>
          <w:color w:val="666666"/>
          <w:sz w:val="18"/>
        </w:rPr>
        <w:t>Islam Ideology, Team and Method 9 Oct, 2011 - Maulana Wahiduddin Khan · 5m 13s · at 23:07 · https://youtu.be/gEd027DIDw8?t=1387</w:t>
      </w:r>
    </w:p>
    <w:p>
      <w:r>
        <w:rPr>
          <w:i/>
        </w:rPr>
        <w:t>“World of distraction mein team kaise banaye?”</w:t>
      </w:r>
    </w:p>
    <w:p>
      <w:r>
        <w:rPr>
          <w:sz w:val="20"/>
        </w:rPr>
        <w:t>23:07  aadmi akela nahin rehta. to ek cheez yeh hai ke distraction, dis world of distraction mein kis tarah team banai jaye.</w:t>
      </w:r>
      <w:r>
        <w:br/>
      </w:r>
      <w:r>
        <w:rPr>
          <w:sz w:val="20"/>
        </w:rPr>
        <w:t>23:24  world of distraction mein kis tarah woh team banai jaye jo Islam ke mission ko le ke aage badhe. to is ka jo example hai, us ko jo model hai, woh qaim hua Hazrat Ismail, Hazrat Hajra, Hazrat Ismail, Hazrat Ibrahim ke zariye se.</w:t>
      </w:r>
      <w:r>
        <w:br/>
      </w:r>
      <w:r>
        <w:rPr>
          <w:sz w:val="20"/>
        </w:rPr>
        <w:t>23:44  to jaisa ke maine arz kiya, woh model apni haqeeqat ke aitbar se matloob hai na ke apni shakal ke aitbar se.</w:t>
      </w:r>
      <w:r>
        <w:br/>
      </w:r>
      <w:r>
        <w:rPr>
          <w:sz w:val="20"/>
        </w:rPr>
        <w:t>23:53  is model ki jo spirit hai, woh aaj matloob hai. is ki jo shakal hai, woh aaj matloob nahin hai. aur spirit yahi hai ke kuch log apne aap ko Allah ke bharose par daal dein ke woh apne ko train karein, apne ko tayyar karein, apne ko prepare karein team banne ke liye.</w:t>
      </w:r>
      <w:r>
        <w:br/>
      </w:r>
      <w:r>
        <w:rPr>
          <w:sz w:val="20"/>
        </w:rPr>
        <w:t>24:20  to ek yeh cheez hai ke world of distraction mein kis tarah se aisi team banai jaye jo Islam ki dawat mission ko le kar aage badhe.</w:t>
      </w:r>
      <w:r>
        <w:br/>
      </w:r>
      <w:r>
        <w:rPr>
          <w:sz w:val="20"/>
        </w:rPr>
        <w:t>24:33  team bahut hi zaruri hai. team ke baghair kaam nahin ho sakta. Allah ke fazl se hamare mission mein yeh sari baaten wajood mein aa chuki hain.</w:t>
      </w:r>
      <w:r>
        <w:br/>
      </w:r>
      <w:r>
        <w:rPr>
          <w:sz w:val="20"/>
        </w:rPr>
        <w:t>24:44  hamari koi is mein plan nahin hai. Allah ki madad ki wajah se aisa hua ke team ban rahi hai yahan se le kar America tak, aur isi lihaz mein ban rahi hai ke woh log fi waqe wadi ghair zar mein jump kar rahe hain.</w:t>
      </w:r>
      <w:r>
        <w:br/>
      </w:r>
      <w:r>
        <w:rPr>
          <w:sz w:val="20"/>
        </w:rPr>
        <w:t>25:02  yani ab dunya bhaag rahi hai material taraqqi ke liye, aur more aur more money ke money ke liye.</w:t>
      </w:r>
      <w:r>
        <w:br/>
      </w:r>
      <w:r>
        <w:rPr>
          <w:sz w:val="20"/>
        </w:rPr>
        <w:t>25:12  in logon ne apne ko dala hai ke more aur more nusrat Khuda, yani bajaye is ke ke aur zyada, aur zyada paisa, aur zyada, is ke bajaye aur zyada, aur zyada Allah ki madad is rah par dala hai.</w:t>
      </w:r>
      <w:r>
        <w:br/>
      </w:r>
      <w:r>
        <w:rPr>
          <w:sz w:val="20"/>
        </w:rPr>
        <w:t>25:28  to allah ke fazl se hamare liye ye mustaqbil ki baat nahi, aaj ki baat hai. yani ab ye cheez waqe ho chuki hai ke pehle islam ki ideology samne aai,</w:t>
      </w:r>
      <w:r>
        <w:br/>
      </w:r>
      <w:r>
        <w:rPr>
          <w:sz w:val="20"/>
        </w:rPr>
        <w:t>25:42  Quran ka transition hua, Quran ki commentary likhi gayi dawat ki buniyad par, aur ab Allah ke fazl</w:t>
      </w:r>
      <w:r>
        <w:br/>
      </w:r>
      <w:r>
        <w:rPr>
          <w:sz w:val="20"/>
        </w:rPr>
        <w:t>25:50  se aise afraad ikhatta ho gaye hain jo apne aap ko prepare kar rahe hain, apne aap ko</w:t>
      </w:r>
      <w:r>
        <w:br/>
      </w:r>
      <w:r>
        <w:rPr>
          <w:sz w:val="20"/>
        </w:rPr>
        <w:t>25:58  taiyar kar rahe hain ke woh team ban kar</w:t>
      </w:r>
      <w:r>
        <w:br/>
      </w:r>
      <w:r>
        <w:rPr>
          <w:sz w:val="20"/>
        </w:rPr>
        <w:t>26:01  Islam ka jo aalmi</w:t>
      </w:r>
      <w:r>
        <w:br/>
      </w:r>
      <w:r>
        <w:rPr>
          <w:sz w:val="20"/>
        </w:rPr>
        <w:t>26:07  mission hai, us ko</w:t>
      </w:r>
      <w:r>
        <w:br/>
      </w:r>
      <w:r>
        <w:rPr>
          <w:sz w:val="20"/>
        </w:rPr>
        <w:t>26:10  is mein apna hissa ada karein.</w:t>
      </w:r>
      <w:r>
        <w:br/>
      </w:r>
      <w:r>
        <w:rPr>
          <w:sz w:val="20"/>
        </w:rPr>
        <w:t>26:14  dusri cheez jo main kehna chahta hoon, wo hai methodology ko le kar ke, method ko le kar ke. ye ek bahut mushkil sawal hai ke aap ek ideology ko le kar jab aate hain society mein to doosre logon ki alag ideology hai, doosre logon ke alag interest hain.</w:t>
      </w:r>
      <w:r>
        <w:br/>
      </w:r>
      <w:r>
        <w:rPr>
          <w:sz w:val="20"/>
        </w:rPr>
        <w:t>26:33  har aadmi apni azadi ko istemal kar raha hai. to qadam bad qadam par rukawat. is lihaz se main kahunga ke ye masla jo hai, agar world of conflict mein, world of conflict mein ye talash karna ke kaise apne mission ko aap chalayen,</w:t>
      </w:r>
      <w:r>
        <w:br/>
      </w:r>
      <w:r>
        <w:rPr>
          <w:sz w:val="20"/>
        </w:rPr>
        <w:t>26:56  wahan jo tha ke world of distraction mein kaise aap ek team banayen, ye wahan ye sawal tha. yahan ye sawal hai ke world of conflict mein kaise aap apne liye rasta nikalein,</w:t>
      </w:r>
      <w:r>
        <w:br/>
      </w:r>
      <w:r>
        <w:rPr>
          <w:sz w:val="20"/>
        </w:rPr>
        <w:t>27:11  kaise aap apne mission ko aage badhayen. to is ka namuna dekhiye, paighambaron ka hai, khud rasool allah ka hai, lekin ek bahut hi zabardast namuna quran mein wo hai jo surah yusuf mein hai.</w:t>
      </w:r>
      <w:r>
        <w:br/>
      </w:r>
      <w:r>
        <w:rPr>
          <w:sz w:val="20"/>
        </w:rPr>
        <w:t>27:29  isi namune ki wajah se is ko asal al qasas kaha gaya hai ke hazrat yusuf ke ke namuno ko kaha gaya asal al qasas, best story.</w:t>
      </w:r>
      <w:r>
        <w:br/>
      </w:r>
      <w:r>
        <w:rPr>
          <w:sz w:val="20"/>
        </w:rPr>
        <w:t>27:42  ye lafz quran mein kahin aur kisi aur ke liye nahi aaya hai, hazrat ibrahim ke liye aaya hai, uswa hasna, uswa hasna.</w:t>
      </w:r>
      <w:r>
        <w:br/>
      </w:r>
      <w:r>
        <w:rPr>
          <w:sz w:val="20"/>
        </w:rPr>
        <w:t>27:52  yahan hazrat yusuf ke liye lafz aaya hai, asal al qasas, best story. to hazrat yusuf ki zindagi mein best story hai, yani best example hai.</w:t>
      </w:r>
      <w:r>
        <w:br/>
      </w:r>
      <w:r>
        <w:rPr>
          <w:sz w:val="20"/>
        </w:rPr>
        <w:t>28:06  ye bahut hi ajib baat hai, aur quran ki ek hi aisi ek hi aisi surah hai ke poori surah mein ek hi paighambar ka zikr hai, hazrat yusuf ka, wo surah yusuf.</w:t>
      </w:r>
    </w:p>
    <w:p>
      <w:pPr>
        <w:pStyle w:val="Heading2"/>
      </w:pPr>
      <w:r>
        <w:t>Dajjal concept from meaning to appearance</w:t>
      </w:r>
    </w:p>
    <w:p>
      <w:r>
        <w:rPr>
          <w:color w:val="666666"/>
          <w:sz w:val="18"/>
        </w:rPr>
        <w:t>Dajjal and Dajjalism | July 26, 2009 · 6m 02s · at 0:43 · https://youtu.be/CrB6NhxHfTI?t=43</w:t>
      </w:r>
    </w:p>
    <w:p>
      <w:r>
        <w:rPr>
          <w:i/>
        </w:rPr>
        <w:t>“Dajjal bahut hi mashhoor lafz hai”</w:t>
      </w:r>
    </w:p>
    <w:p>
      <w:r>
        <w:rPr>
          <w:sz w:val="20"/>
        </w:rPr>
        <w:t>0:43  dajjal bohat hi mashhoor lafz hai, sab log jante hain is ko.</w:t>
      </w:r>
      <w:r>
        <w:br/>
      </w:r>
      <w:r>
        <w:rPr>
          <w:sz w:val="20"/>
        </w:rPr>
        <w:t>0:51  Lekin main samajhta hoon ke concept clear nahin hai is maamle mein.</w:t>
      </w:r>
      <w:r>
        <w:br/>
      </w:r>
      <w:r>
        <w:rPr>
          <w:sz w:val="20"/>
        </w:rPr>
        <w:t>0:58  is ko samajhne ke liye humein thoda sa ghor karna chahiye.</w:t>
      </w:r>
      <w:r>
        <w:br/>
      </w:r>
      <w:r>
        <w:rPr>
          <w:sz w:val="20"/>
        </w:rPr>
        <w:t>1:06  دیکھیں، دجال کا جو literal meaning ہے وہ ہے deceiving</w:t>
      </w:r>
      <w:r>
        <w:br/>
      </w:r>
      <w:r>
        <w:rPr>
          <w:sz w:val="20"/>
        </w:rPr>
        <w:t>1:13  ۔ dajjal jo hai noun hai to is ka matlab hoga great deceiver. yaani is mein mubalgha bhi hai. to dajjal ka matlab hai great deceiver. dekhen, yeh jo deceiving ka kaam hai yeh shaitan ka kaam hai. aur hadee</w:t>
      </w:r>
      <w:r>
        <w:br/>
      </w:r>
      <w:r>
        <w:rPr>
          <w:sz w:val="20"/>
        </w:rPr>
        <w:t>1:43  sa mein aata hai ke surasoon dajaloon kazzaboon.</w:t>
      </w:r>
      <w:r>
        <w:br/>
      </w:r>
      <w:r>
        <w:rPr>
          <w:sz w:val="20"/>
        </w:rPr>
        <w:t>1:48  yani jo gumrah karne wale log hain, jo leader hon ya shaitan hon, un ka tareeqa yahi hai</w:t>
      </w:r>
      <w:r>
        <w:br/>
      </w:r>
      <w:r>
        <w:rPr>
          <w:sz w:val="20"/>
        </w:rPr>
        <w:t>1:53  ke woh dajal karte hain.</w:t>
      </w:r>
      <w:r>
        <w:br/>
      </w:r>
      <w:r>
        <w:rPr>
          <w:sz w:val="20"/>
        </w:rPr>
        <w:t>1:58  yani desieve karte hain.</w:t>
      </w:r>
      <w:r>
        <w:br/>
      </w:r>
      <w:r>
        <w:rPr>
          <w:sz w:val="20"/>
        </w:rPr>
        <w:t>2:03  to aap ghore kijiye to dajal ka kaam shuru ho gaya tha jab insan paida hua jabi se.</w:t>
      </w:r>
      <w:r>
        <w:br/>
      </w:r>
      <w:r>
        <w:rPr>
          <w:sz w:val="20"/>
        </w:rPr>
        <w:t>2:08  pehlay jo dajal hua, pehlay jo dajal hota tha woh</w:t>
      </w:r>
      <w:r>
        <w:br/>
      </w:r>
      <w:r>
        <w:rPr>
          <w:sz w:val="20"/>
        </w:rPr>
        <w:t>2:13  bohat hi simple way mein hota tha.</w:t>
      </w:r>
      <w:r>
        <w:br/>
      </w:r>
      <w:r>
        <w:rPr>
          <w:sz w:val="20"/>
        </w:rPr>
        <w:t>2:18  اس کو آپ simple deception کہہ سکتے ہیں۔</w:t>
      </w:r>
      <w:r>
        <w:br/>
      </w:r>
      <w:r>
        <w:rPr>
          <w:sz w:val="20"/>
        </w:rPr>
        <w:t>2:23  baad ke zamanay mein jo hai bohat hi hoshiyari ke sath yeh kaam hone wala tha.</w:t>
      </w:r>
      <w:r>
        <w:br/>
      </w:r>
      <w:r>
        <w:rPr>
          <w:sz w:val="20"/>
        </w:rPr>
        <w:t>2:29  جس کو آپ cunning deception کہہ سکتے ہیں۔</w:t>
      </w:r>
      <w:r>
        <w:br/>
      </w:r>
      <w:r>
        <w:rPr>
          <w:sz w:val="20"/>
        </w:rPr>
        <w:t>2:34  to is ka matlab hai ke do age hain dajali ke.</w:t>
      </w:r>
      <w:r>
        <w:br/>
      </w:r>
      <w:r>
        <w:rPr>
          <w:sz w:val="20"/>
        </w:rPr>
        <w:t>2:39  ek hai simple deception ka age aur doosra hai cunning deception ka age.</w:t>
      </w:r>
      <w:r>
        <w:br/>
      </w:r>
      <w:r>
        <w:rPr>
          <w:sz w:val="20"/>
        </w:rPr>
        <w:t>2:44  to baad ke zamanay mein jabke dajal ka kaam ya dajali ka kaam bohat hi ziyada hoshiyari ke</w:t>
      </w:r>
      <w:r>
        <w:br/>
      </w:r>
      <w:r>
        <w:rPr>
          <w:sz w:val="20"/>
        </w:rPr>
        <w:t>2:48  sath kiya jaane wala tha.</w:t>
      </w:r>
      <w:r>
        <w:br/>
      </w:r>
      <w:r>
        <w:rPr>
          <w:sz w:val="20"/>
        </w:rPr>
        <w:t>2:52  ziyada baray paimane par.</w:t>
      </w:r>
      <w:r>
        <w:br/>
      </w:r>
      <w:r>
        <w:rPr>
          <w:sz w:val="20"/>
        </w:rPr>
        <w:t>2:57  to isi ko dajjal kaha gaya.</w:t>
      </w:r>
      <w:r>
        <w:br/>
      </w:r>
      <w:r>
        <w:rPr>
          <w:sz w:val="20"/>
        </w:rPr>
        <w:t>3:01  warna dajal ka jo kaam hai woh to hamesha hota raha hai.</w:t>
      </w:r>
      <w:r>
        <w:br/>
      </w:r>
      <w:r>
        <w:rPr>
          <w:sz w:val="20"/>
        </w:rPr>
        <w:t>3:05  yahan tak ke Hazrat Adam hi se shuru ho gaya woh.</w:t>
      </w:r>
      <w:r>
        <w:br/>
      </w:r>
      <w:r>
        <w:rPr>
          <w:sz w:val="20"/>
        </w:rPr>
        <w:t>3:10  dekhen, Adam jab</w:t>
      </w:r>
      <w:r>
        <w:br/>
      </w:r>
      <w:r>
        <w:rPr>
          <w:sz w:val="20"/>
        </w:rPr>
        <w:t>3:14  paradise mein thay, jannat mein to wahan par ek tree tha, five burden tree.</w:t>
      </w:r>
      <w:r>
        <w:br/>
      </w:r>
      <w:r>
        <w:rPr>
          <w:sz w:val="20"/>
        </w:rPr>
        <w:t>3:19  Allah taala ne kaha tha ke Adam se ke tum is ke paas na jao.</w:t>
      </w:r>
      <w:r>
        <w:br/>
      </w:r>
      <w:r>
        <w:rPr>
          <w:sz w:val="20"/>
        </w:rPr>
        <w:t>3:24  don't approach this tree.</w:t>
      </w:r>
      <w:r>
        <w:br/>
      </w:r>
      <w:r>
        <w:rPr>
          <w:sz w:val="20"/>
        </w:rPr>
        <w:t>3:29  to shaitan ne behkaya.</w:t>
      </w:r>
      <w:r>
        <w:br/>
      </w:r>
      <w:r>
        <w:rPr>
          <w:sz w:val="20"/>
        </w:rPr>
        <w:t>3:34  shaitan ne kaha ke yeh jo peed hai yeh to tumhare liye bohat bari blessing hai.</w:t>
      </w:r>
      <w:r>
        <w:br/>
      </w:r>
      <w:r>
        <w:rPr>
          <w:sz w:val="20"/>
        </w:rPr>
        <w:t>3:39  agar tum ne is ka phal kha liya to tum ko</w:t>
      </w:r>
      <w:r>
        <w:br/>
      </w:r>
      <w:r>
        <w:rPr>
          <w:sz w:val="20"/>
        </w:rPr>
        <w:t>3:44  eternity mil jayegi.</w:t>
      </w:r>
      <w:r>
        <w:br/>
      </w:r>
      <w:r>
        <w:rPr>
          <w:sz w:val="20"/>
        </w:rPr>
        <w:t>3:50  jiska matlab hai ke jo five burden tree tha us ko us ne tree of eternity bataya Adam ko.</w:t>
      </w:r>
      <w:r>
        <w:br/>
      </w:r>
      <w:r>
        <w:rPr>
          <w:sz w:val="20"/>
        </w:rPr>
        <w:t>3:56  keh is ko kha lo ge to tum ko eternal life mil jae gi.</w:t>
      </w:r>
      <w:r>
        <w:br/>
      </w:r>
      <w:r>
        <w:rPr>
          <w:sz w:val="20"/>
        </w:rPr>
        <w:t>4:02  hamesha ke liye paradise mil jae gi.</w:t>
      </w:r>
      <w:r>
        <w:br/>
      </w:r>
      <w:r>
        <w:rPr>
          <w:sz w:val="20"/>
        </w:rPr>
        <w:t>4:08  is tarah se unhon ne is five burden tree ka phal kha lia aur phir jannat se nikale gae.</w:t>
      </w:r>
      <w:r>
        <w:br/>
      </w:r>
      <w:r>
        <w:rPr>
          <w:sz w:val="20"/>
        </w:rPr>
        <w:t>4:14  yeh tha pehla case deceiving ka ya dajali ka.</w:t>
      </w:r>
      <w:r>
        <w:br/>
      </w:r>
      <w:r>
        <w:rPr>
          <w:sz w:val="20"/>
        </w:rPr>
        <w:t>4:18  magar yeh bohat hi simple way mein tha.</w:t>
      </w:r>
      <w:r>
        <w:br/>
      </w:r>
      <w:r>
        <w:rPr>
          <w:sz w:val="20"/>
        </w:rPr>
        <w:t>4:23  is ko mein kahoon ga keh woh simple deception tha woh.</w:t>
      </w:r>
      <w:r>
        <w:br/>
      </w:r>
      <w:r>
        <w:rPr>
          <w:sz w:val="20"/>
        </w:rPr>
        <w:t>4:27  phir poori history mein chalta raha, chalta raha, chalta raha.</w:t>
      </w:r>
      <w:r>
        <w:br/>
      </w:r>
      <w:r>
        <w:rPr>
          <w:sz w:val="20"/>
        </w:rPr>
        <w:t>4:32  yeh modern age jis ko hum kehte hain.</w:t>
      </w:r>
      <w:r>
        <w:br/>
      </w:r>
      <w:r>
        <w:rPr>
          <w:sz w:val="20"/>
        </w:rPr>
        <w:t>4:36  modern age mein har cheez bohat hi articulate way mein ki jati hai.</w:t>
      </w:r>
      <w:r>
        <w:br/>
      </w:r>
      <w:r>
        <w:rPr>
          <w:sz w:val="20"/>
        </w:rPr>
        <w:t>4:41  bohat hi hoshiari ke sath ki jati hai. bohat hi</w:t>
      </w:r>
      <w:r>
        <w:br/>
      </w:r>
      <w:r>
        <w:rPr>
          <w:sz w:val="20"/>
        </w:rPr>
        <w:t>4:45  aam insan samajh na pae keh yeh dhoka diya ja raha hai.</w:t>
      </w:r>
      <w:r>
        <w:br/>
      </w:r>
      <w:r>
        <w:rPr>
          <w:sz w:val="20"/>
        </w:rPr>
        <w:t>4:50  isi liye mein is ko cunning deception kahoon ga.</w:t>
      </w:r>
      <w:r>
        <w:br/>
      </w:r>
      <w:r>
        <w:rPr>
          <w:sz w:val="20"/>
        </w:rPr>
        <w:t>4:55  to yeh jo daur hai baad wala isi ke zamane mein paida hone wale jo jo mis lead</w:t>
      </w:r>
      <w:r>
        <w:br/>
      </w:r>
      <w:r>
        <w:rPr>
          <w:sz w:val="20"/>
        </w:rPr>
        <w:t>5:00  karen ge un ko dajjal kaha gaya hai.</w:t>
      </w:r>
      <w:r>
        <w:br/>
      </w:r>
      <w:r>
        <w:rPr>
          <w:sz w:val="20"/>
        </w:rPr>
        <w:t>5:05  is ko samjhiye.</w:t>
      </w:r>
      <w:r>
        <w:br/>
      </w:r>
      <w:r>
        <w:rPr>
          <w:sz w:val="20"/>
        </w:rPr>
        <w:t>5:11  dosri baat mein yeh kahoon ga keh rasool Allah ne farmaya hadith mein keh Adam se le kar qayamat tak</w:t>
      </w:r>
      <w:r>
        <w:br/>
      </w:r>
      <w:r>
        <w:rPr>
          <w:sz w:val="20"/>
        </w:rPr>
        <w:t>5:16  sab se bada jo khatra hai woh dajjal ka khatra hai. Adam se le kar qayamat tak sab se bada khatra dajjal ka khatra hai jo aadmi ko behkayega. aur aap ne yeh bhi farmaya rasool Allah sal Allah alaihi wasallam ne ke jitne bhi paighambar aaye Allah taala ki taraf se sab apne zamaney mein logon ko darate rahe ke dekho dajjal aane wala hai. to yeh itna bada khatra tha ke s</w:t>
      </w:r>
      <w:r>
        <w:br/>
      </w:r>
      <w:r>
        <w:rPr>
          <w:sz w:val="20"/>
        </w:rPr>
        <w:t>5:46  are paighambaron ki zuban se Allah taala ne is ke baray mein logon ko daraya taake log hoshiyar rahen. aur phir hadees mein bahut baqayda tor par tafseer ke saath woh signs bataye gaye, signs yaani alamatain ke aap jaan len qayamat aayegi, qayamat se pehle yeh alamatain aayengi, phir dajjal aayega. to woh saari baatein agar aap sincere hon, sach much aap ko concerned ho</w:t>
      </w:r>
      <w:r>
        <w:br/>
      </w:r>
      <w:r>
        <w:rPr>
          <w:sz w:val="20"/>
        </w:rPr>
        <w:t>6:16  is baat ko janne ka keh dajjal kiya hai, dajjalism kiya hai to undoubtedly aap samajh sakte</w:t>
      </w:r>
      <w:r>
        <w:br/>
      </w:r>
      <w:r>
        <w:rPr>
          <w:sz w:val="20"/>
        </w:rPr>
        <w:t>6:21  hain keh kiya dajali hai aur kiya dajjal hai aur kab aya hua hai, aya hua hai.</w:t>
      </w:r>
      <w:r>
        <w:br/>
      </w:r>
      <w:r>
        <w:rPr>
          <w:sz w:val="20"/>
        </w:rPr>
        <w:t>6:26  mein ne yahan tak parha hai dajjal ka zamana aa chuka hai.</w:t>
      </w:r>
      <w:r>
        <w:br/>
      </w:r>
      <w:r>
        <w:rPr>
          <w:sz w:val="20"/>
        </w:rPr>
        <w:t>6:31  dajjal zahir ho chuka hai.</w:t>
      </w:r>
      <w:r>
        <w:br/>
      </w:r>
      <w:r>
        <w:rPr>
          <w:sz w:val="20"/>
        </w:rPr>
        <w:t>6:36  jo log abhi wait kar rahe hain to woh sirf qayamat ka wait kar rahe hain.</w:t>
      </w:r>
      <w:r>
        <w:br/>
      </w:r>
      <w:r>
        <w:rPr>
          <w:sz w:val="20"/>
        </w:rPr>
        <w:t>6:41  un ke hisse mein sirf yeh ae ga keh israfel ka</w:t>
      </w:r>
    </w:p>
    <w:p>
      <w:pPr>
        <w:pStyle w:val="Heading2"/>
      </w:pPr>
      <w:r>
        <w:t>Horse-man story and conclusion on mindset</w:t>
      </w:r>
    </w:p>
    <w:p>
      <w:r>
        <w:rPr>
          <w:color w:val="666666"/>
          <w:sz w:val="18"/>
        </w:rPr>
        <w:t>Understanding The Quran 31 Dec 2016 - Maulana Wahiduddin Khan · 5m 54s · at 22:10 · https://youtu.be/61Nza5VQut8?t=1330</w:t>
      </w:r>
    </w:p>
    <w:p>
      <w:r>
        <w:rPr>
          <w:i/>
        </w:rPr>
        <w:t>“Mujhe apna ek waqea yaad aaya”</w:t>
      </w:r>
    </w:p>
    <w:p>
      <w:r>
        <w:rPr>
          <w:sz w:val="20"/>
        </w:rPr>
        <w:t>22:10  to mujhe apna ek waqia yaad aaya us waqt ka jab ke early teenage mein tha. early teenage mein.</w:t>
      </w:r>
      <w:r>
        <w:br/>
      </w:r>
      <w:r>
        <w:rPr>
          <w:sz w:val="20"/>
        </w:rPr>
        <w:t>22:21  wo illustration hai is maamle ka.</w:t>
      </w:r>
      <w:r>
        <w:br/>
      </w:r>
      <w:r>
        <w:rPr>
          <w:sz w:val="20"/>
        </w:rPr>
        <w:t>22:25  is waqt mein Adamgarh ke ek gaon mein rehta tha. to hamare jo bade bhai the, unki shadi hui thi ek wahan par ek gaon Mirza Pur.</w:t>
      </w:r>
      <w:r>
        <w:br/>
      </w:r>
      <w:r>
        <w:rPr>
          <w:sz w:val="20"/>
        </w:rPr>
        <w:t>22:39  to mujhe apne gaon se Mirza Pur jaana tha. to is zamane mein hum zamindar tradition mein the. hamara khandan ek bada zamindar tha.</w:t>
      </w:r>
      <w:r>
        <w:br/>
      </w:r>
      <w:r>
        <w:rPr>
          <w:sz w:val="20"/>
        </w:rPr>
        <w:t>22:51  to wahan jaane ke liye hamare paas koi aur sawari nahi hoti thi is zamane mein. to hum ghode par bheje gaye the.</w:t>
      </w:r>
      <w:r>
        <w:br/>
      </w:r>
      <w:r>
        <w:rPr>
          <w:sz w:val="20"/>
        </w:rPr>
        <w:t>22:59  ek rasam thi is rasam ke liye, main apne bade bade bhai ke sasural mein bheja gaya tha. to mujhe jaana tha to ghode par bheja gaya tha.</w:t>
      </w:r>
      <w:r>
        <w:br/>
      </w:r>
      <w:r>
        <w:rPr>
          <w:sz w:val="20"/>
        </w:rPr>
        <w:t>23:10  to us waqt mein ghoda, yaani ghoda nahi jaanta chalana, ghode par baithna mujhko aata nahi tha.</w:t>
      </w:r>
      <w:r>
        <w:br/>
      </w:r>
      <w:r>
        <w:rPr>
          <w:sz w:val="20"/>
        </w:rPr>
        <w:t>23:21  to mere saath ek jisko kehte hain Urdu zabaan mein saiz, Angrezi mein kehte hain horseman, ek horseman bheja gaya tha.</w:t>
      </w:r>
      <w:r>
        <w:br/>
      </w:r>
      <w:r>
        <w:rPr>
          <w:sz w:val="20"/>
        </w:rPr>
        <w:t>23:31  is ka naam tha Mohan.</w:t>
      </w:r>
      <w:r>
        <w:br/>
      </w:r>
      <w:r>
        <w:rPr>
          <w:sz w:val="20"/>
        </w:rPr>
        <w:t>23:34  Mohan jo hai, wo horseman hua karta tha hamare khandani jo ghoda tha uska. to ghoda mujhko le ke chalta tha aur saath saath horseman chalta tha taake kahin galat bhatak na jaaye, galat raaste par</w:t>
      </w:r>
      <w:r>
        <w:br/>
      </w:r>
      <w:r>
        <w:rPr>
          <w:sz w:val="20"/>
        </w:rPr>
        <w:t>23:51  mere guide karne ke liye. kyunke ghode ko to pata nahi tha raasta, raasta aur mujhe bhi pata nahi tha. to saath saath chalta tha wo, wo paidal chalta tha, main ghode pe hota tha.</w:t>
      </w:r>
      <w:r>
        <w:br/>
      </w:r>
      <w:r>
        <w:rPr>
          <w:sz w:val="20"/>
        </w:rPr>
        <w:t>24:05  to mujhe wahan se le kar Mirza Pur tak pahunchaya is ne, phir wapas laya wo</w:t>
      </w:r>
      <w:r>
        <w:br/>
      </w:r>
      <w:r>
        <w:rPr>
          <w:sz w:val="20"/>
        </w:rPr>
        <w:t>24:10  is horseman ne. to maine socha ke Allah Ta'ala ne insaan ke saath ek horseman de diya hai angels ke roop mein ke hum dunya mein safar karte hain,</w:t>
      </w:r>
      <w:r>
        <w:br/>
      </w:r>
      <w:r>
        <w:rPr>
          <w:sz w:val="20"/>
        </w:rPr>
        <w:t>24:28  hum bhatak sakte hain. yaani apne mind ke saath, hum apne mindset se hum Quran ke parrot padh sakte hain. hum bar bar bhatak sakte hain, hatta ke khud Quran ko apne mind ke saath, apne mindset ke saath padh sakte hain.</w:t>
      </w:r>
      <w:r>
        <w:br/>
      </w:r>
      <w:r>
        <w:rPr>
          <w:sz w:val="20"/>
        </w:rPr>
        <w:t>24:45  to Allah ki rehmat azeem, ghareeb rehmat hai yeh Allah Ta'ala ki, us ne hum hamare liye yeh nizaam bana diya ke hamare saath ek horseman chale, ek farishta chale.</w:t>
      </w:r>
      <w:r>
        <w:br/>
      </w:r>
      <w:r>
        <w:rPr>
          <w:sz w:val="20"/>
        </w:rPr>
        <w:t>25:01  to wo waqia jo meri zindagi ka tha, wo ek phir illustration hai is waqie ka ke Allah agar hum Allah ke talib banenge hidayat ke to Allah hamare saath ek farishta laga dega.</w:t>
      </w:r>
      <w:r>
        <w:br/>
      </w:r>
      <w:r>
        <w:rPr>
          <w:sz w:val="20"/>
        </w:rPr>
        <w:t>25:15  is bande ko bachpan se maut tak is ke saath raho,</w:t>
      </w:r>
      <w:r>
        <w:br/>
      </w:r>
      <w:r>
        <w:rPr>
          <w:sz w:val="20"/>
        </w:rPr>
        <w:t>25:20  is ko bhatak bhatakne na do.</w:t>
      </w:r>
      <w:r>
        <w:br/>
      </w:r>
      <w:r>
        <w:rPr>
          <w:sz w:val="20"/>
        </w:rPr>
        <w:t>25:25  to yaad rakhiye, na Arabi jaanna kaafi hai, na madrasay ka sanad kaafi hai, na university ki degree kaafi hai, koi cheez kaafi nahi.</w:t>
      </w:r>
      <w:r>
        <w:br/>
      </w:r>
      <w:r>
        <w:rPr>
          <w:sz w:val="20"/>
        </w:rPr>
        <w:t>25:36  kyunke har aadmi dekhein, hadith batata hai: "kul bidi yulad al fitra, fa abawa yudani wa yusani".</w:t>
      </w:r>
      <w:r>
        <w:br/>
      </w:r>
      <w:r>
        <w:rPr>
          <w:sz w:val="20"/>
        </w:rPr>
        <w:t>25:45  yeh hadith mein hai ke har har insaan ka ek mindset ban jaata hai. yeh hadith mein hai, Bukhari mein hai, hadith jo usool kutub baad kitab Allah</w:t>
      </w:r>
      <w:r>
        <w:br/>
      </w:r>
      <w:r>
        <w:rPr>
          <w:sz w:val="20"/>
        </w:rPr>
        <w:t>25:58  ke har har insaan without exception, har insaan ka case yeh hai ke is ka ek mindset ban jaata hai apne environment ke lehaz se.</w:t>
      </w:r>
      <w:r>
        <w:br/>
      </w:r>
      <w:r>
        <w:rPr>
          <w:sz w:val="20"/>
        </w:rPr>
        <w:t>26:10  yeh hona hi hona hai aisa. to aap ko yeh kaise aisa ho ke aap apne mindset se bahar aa kar Quran ko samjhein?</w:t>
      </w:r>
      <w:r>
        <w:br/>
      </w:r>
      <w:r>
        <w:rPr>
          <w:sz w:val="20"/>
        </w:rPr>
        <w:t>26:22  apne mindset se bahar aa kar Quran ko samjhein? ek aisa kaise hoga? is ke liye Allah ne farishta laga diya. na na, awliya ko dunya yaani farishta aa kar kehta hai ke:</w:t>
      </w:r>
      <w:r>
        <w:br/>
      </w:r>
      <w:r>
        <w:rPr>
          <w:sz w:val="20"/>
        </w:rPr>
        <w:t>26:36  "Ae bande, main tere saath hoon, main tera horseman hoon,</w:t>
      </w:r>
      <w:r>
        <w:br/>
      </w:r>
      <w:r>
        <w:rPr>
          <w:sz w:val="20"/>
        </w:rPr>
        <w:t>26:42  to jidhar chahe chal, to jidhar chahe chal, main tera horseman bana rahunga aur tujh ko bhatakne nahi dunga".</w:t>
      </w:r>
      <w:r>
        <w:br/>
      </w:r>
      <w:r>
        <w:rPr>
          <w:sz w:val="20"/>
        </w:rPr>
        <w:t>26:53  kaisi ajeeb baat hai!</w:t>
      </w:r>
      <w:r>
        <w:br/>
      </w:r>
      <w:r>
        <w:rPr>
          <w:sz w:val="20"/>
        </w:rPr>
        <w:t>26:58  aap darya mein guzren, pahaad par charhen, janglat mein jaen, har jagah aap ka horseman aap ke saath rahega.</w:t>
      </w:r>
      <w:r>
        <w:br/>
      </w:r>
      <w:r>
        <w:rPr>
          <w:sz w:val="20"/>
        </w:rPr>
        <w:t>27:08  na na, awliya filhaal dunya, dunya ki zindagi mein hum tumhare saath hain, yeh farishta kehta hai. to zahir hai ke number one par aata hai deen ko samajhna, quran ko samajhna, seerat-e-rasool ko samajhna, rasool Allah salallahu alaihi wasallam ki taleemat ko samajhna.</w:t>
      </w:r>
      <w:r>
        <w:br/>
      </w:r>
      <w:r>
        <w:rPr>
          <w:sz w:val="20"/>
        </w:rPr>
        <w:t>27:25  yeh to number one par aata hai</w:t>
      </w:r>
      <w:r>
        <w:br/>
      </w:r>
      <w:r>
        <w:rPr>
          <w:sz w:val="20"/>
        </w:rPr>
        <w:t>27:27  ke jab tum samajhna chaho ge quran ko, jab tum samajh samajhna chaho ge seerat-e-rasool ko, hum wahan maujood rahen ge aur tum ko</w:t>
      </w:r>
      <w:r>
        <w:br/>
      </w:r>
      <w:r>
        <w:rPr>
          <w:sz w:val="20"/>
        </w:rPr>
        <w:t>27:39  aisa nahi hone den ge ke tum apne mindset ke saath logon ko samajhne quran ko.</w:t>
      </w:r>
      <w:r>
        <w:br/>
      </w:r>
      <w:r>
        <w:rPr>
          <w:sz w:val="20"/>
        </w:rPr>
        <w:t>27:49  yeh rizq nahi tumhare hone den ge ke tum quran ko parho aur samjho apne mind ke aitbaar se, seerat ko parho aur samjho apne mindset ke aitbaar se.</w:t>
      </w:r>
    </w:p>
    <w:p>
      <w:pPr>
        <w:pStyle w:val="Heading2"/>
      </w:pPr>
      <w:r>
        <w:t>Science for God vs materialism and need for planning</w:t>
      </w:r>
    </w:p>
    <w:p>
      <w:r>
        <w:rPr>
          <w:color w:val="666666"/>
          <w:sz w:val="18"/>
        </w:rPr>
        <w:t>Significance of I'tikaf Today | June 10, 2018 · 4m 33s · at 25:03 · https://youtu.be/UWmQVRON9rg?t=1503</w:t>
      </w:r>
    </w:p>
    <w:p>
      <w:r>
        <w:rPr>
          <w:i/>
        </w:rPr>
        <w:t>“Science tha Allah ki marifat ka zareya.”</w:t>
      </w:r>
    </w:p>
    <w:p>
      <w:r>
        <w:rPr>
          <w:sz w:val="20"/>
        </w:rPr>
        <w:t>25:03  haye mere bete ki daulat kaun lega? yeh hai sara insaan.</w:t>
      </w:r>
      <w:r>
        <w:br/>
      </w:r>
      <w:r>
        <w:rPr>
          <w:sz w:val="20"/>
        </w:rPr>
        <w:t>25:11  sara insaan daud raha hai ke science ko paisa ikattha karne ka zariya banaye.</w:t>
      </w:r>
      <w:r>
        <w:br/>
      </w:r>
      <w:r>
        <w:rPr>
          <w:sz w:val="20"/>
        </w:rPr>
        <w:t>25:18  jab ke science tha Allah ki marifat ka zariya.</w:t>
      </w:r>
      <w:r>
        <w:br/>
      </w:r>
      <w:r>
        <w:rPr>
          <w:sz w:val="20"/>
        </w:rPr>
        <w:t>25:26  mein aap ko arz karoon ke science jab dunya mein aayi char sau saal pehle, char sau saal pehle to</w:t>
      </w:r>
      <w:r>
        <w:br/>
      </w:r>
      <w:r>
        <w:rPr>
          <w:sz w:val="20"/>
        </w:rPr>
        <w:t>25:34  top ke science dan jo the woh sab ke sab woh the pro god the.</w:t>
      </w:r>
      <w:r>
        <w:br/>
      </w:r>
      <w:r>
        <w:rPr>
          <w:sz w:val="20"/>
        </w:rPr>
        <w:t>25:40  chahe ailan karein ya na karein.</w:t>
      </w:r>
      <w:r>
        <w:br/>
      </w:r>
      <w:r>
        <w:rPr>
          <w:sz w:val="20"/>
        </w:rPr>
        <w:t>25:46  misal ke taur par dekhiye James Jeans, Sir James Jeans, Sir Arthur Eddington.</w:t>
      </w:r>
      <w:r>
        <w:br/>
      </w:r>
      <w:r>
        <w:rPr>
          <w:sz w:val="20"/>
        </w:rPr>
        <w:t>25:52  aur woh us zamane mein woh jo zamana hai bees sadi ka, yani unnis sadi ka nisf aakhir</w:t>
      </w:r>
      <w:r>
        <w:br/>
      </w:r>
      <w:r>
        <w:rPr>
          <w:sz w:val="20"/>
        </w:rPr>
        <w:t>25:58  aur bees sadi ka nisf</w:t>
      </w:r>
      <w:r>
        <w:br/>
      </w:r>
      <w:r>
        <w:rPr>
          <w:sz w:val="20"/>
        </w:rPr>
        <w:t>26:04  awwal.</w:t>
      </w:r>
      <w:r>
        <w:br/>
      </w:r>
      <w:r>
        <w:rPr>
          <w:sz w:val="20"/>
        </w:rPr>
        <w:t>26:08  ek zamana hai jis ko mein kahoon ga ke woh.</w:t>
      </w:r>
      <w:r>
        <w:br/>
      </w:r>
      <w:r>
        <w:rPr>
          <w:sz w:val="20"/>
        </w:rPr>
        <w:t>26:12  19th century ka second half aur 20th century ka first half.</w:t>
      </w:r>
      <w:r>
        <w:br/>
      </w:r>
      <w:r>
        <w:rPr>
          <w:sz w:val="20"/>
        </w:rPr>
        <w:t>26:17  to top ke science dan paida hue marifat wale the.</w:t>
      </w:r>
      <w:r>
        <w:br/>
      </w:r>
      <w:r>
        <w:rPr>
          <w:sz w:val="20"/>
        </w:rPr>
        <w:t>26:21  lekin dheere dheere shaitan ne yeh kiya ke pure science ko peeche ke thuker diya.</w:t>
      </w:r>
      <w:r>
        <w:br/>
      </w:r>
      <w:r>
        <w:rPr>
          <w:sz w:val="20"/>
        </w:rPr>
        <w:t>26:25  kyun ke use paisa nahi hota tha.</w:t>
      </w:r>
      <w:r>
        <w:br/>
      </w:r>
      <w:r>
        <w:rPr>
          <w:sz w:val="20"/>
        </w:rPr>
        <w:t>26:29  applied sciences ko bohat badhaya, bohat badhaya,</w:t>
      </w:r>
      <w:r>
        <w:br/>
      </w:r>
      <w:r>
        <w:rPr>
          <w:sz w:val="20"/>
        </w:rPr>
        <w:t>26:34  badhaya.</w:t>
      </w:r>
      <w:r>
        <w:br/>
      </w:r>
      <w:r>
        <w:rPr>
          <w:sz w:val="20"/>
        </w:rPr>
        <w:t>26:40  yani applied science se murad yeh hai jo jise engine banata hai insan, jis se hawa jahaz banata</w:t>
      </w:r>
      <w:r>
        <w:br/>
      </w:r>
      <w:r>
        <w:rPr>
          <w:sz w:val="20"/>
        </w:rPr>
        <w:t>26:47  hai, car banata hai, computer banata hai.</w:t>
      </w:r>
      <w:r>
        <w:br/>
      </w:r>
      <w:r>
        <w:rPr>
          <w:sz w:val="20"/>
        </w:rPr>
        <w:t>26:53  Yeh sab woh sciences hain jis se paisa aata hai, paisa, khoob paisa, khoob paisa.</w:t>
      </w:r>
      <w:r>
        <w:br/>
      </w:r>
      <w:r>
        <w:rPr>
          <w:sz w:val="20"/>
        </w:rPr>
        <w:t>27:00  Toh saare aisi aag chalai shaitan ne ke sab ko ek bohat bara brain drain.</w:t>
      </w:r>
      <w:r>
        <w:br/>
      </w:r>
      <w:r>
        <w:rPr>
          <w:sz w:val="20"/>
        </w:rPr>
        <w:t>27:06  cash theming ka mani kya hai? Brain drain. Brain drain. To lekin aakhir mein kya hota hai? Maine apni zindagi mein dekha hai ke har aadmi taqreeban har aadmi paisa khoob kamata hai, bankon mein rakhta hai, buildingen banata hai aur us ke baad bimar hota hai, bedridden ho jata hai aur mar jata hai. Aur phir us ki maa ya us ki biwi kehte hain, haye mere be</w:t>
      </w:r>
      <w:r>
        <w:br/>
      </w:r>
      <w:r>
        <w:rPr>
          <w:sz w:val="20"/>
        </w:rPr>
        <w:t>27:36  te ki daulat kaun lega? haye mere bete ki daulat kaun lega? yeh haal insan ko kar rakha hai shaitan ne. yahi matlab hai ke ek aag niklegi jo logon ko hakka kar east se west ki taraf le jayegi. to yeh mein samajhta hoon ke aaj is saal ka jo itikaf hai is mein karna yeh hai ke aap</w:t>
      </w:r>
      <w:r>
        <w:br/>
      </w:r>
      <w:r>
        <w:rPr>
          <w:sz w:val="20"/>
        </w:rPr>
        <w:t>28:06  Sochain, planning karein.</w:t>
      </w:r>
      <w:r>
        <w:br/>
      </w:r>
      <w:r>
        <w:rPr>
          <w:sz w:val="20"/>
        </w:rPr>
        <w:t>28:11  Aur shaitan ke is jo challenge kar raha hai woh la takrar.</w:t>
      </w:r>
      <w:r>
        <w:br/>
      </w:r>
      <w:r>
        <w:rPr>
          <w:sz w:val="20"/>
        </w:rPr>
        <w:t>28:16  Shaitan ne kaha tha ke la takrar zaroori hai toh rasool aur sahaba rasool ne is ko is</w:t>
      </w:r>
      <w:r>
        <w:br/>
      </w:r>
      <w:r>
        <w:rPr>
          <w:sz w:val="20"/>
        </w:rPr>
        <w:t>28:21  tarah toda ke.</w:t>
      </w:r>
      <w:r>
        <w:br/>
      </w:r>
      <w:r>
        <w:rPr>
          <w:sz w:val="20"/>
        </w:rPr>
        <w:t>28:26  Nature aur divinity ko alag alag kar diya.</w:t>
      </w:r>
      <w:r>
        <w:br/>
      </w:r>
      <w:r>
        <w:rPr>
          <w:sz w:val="20"/>
        </w:rPr>
        <w:t>28:31  Rasool ne aur ashaab rasool ne jo ko</w:t>
      </w:r>
      <w:r>
        <w:br/>
      </w:r>
      <w:r>
        <w:rPr>
          <w:sz w:val="20"/>
        </w:rPr>
        <w:t>28:36  shish ki thi is ka jo sab se bara aspect tha jis ko order time maine mana</w:t>
      </w:r>
      <w:r>
        <w:br/>
      </w:r>
      <w:r>
        <w:rPr>
          <w:sz w:val="20"/>
        </w:rPr>
        <w:t>28:47  ہے کہ نیچر اور ڈیوینٹی کو dis-dealing کر دیا، dealing، dealing کر دیا۔</w:t>
      </w:r>
      <w:r>
        <w:br/>
      </w:r>
      <w:r>
        <w:rPr>
          <w:sz w:val="20"/>
        </w:rPr>
        <w:t>28:57  Ab aap ko kya karna hai? Aaj ka itkaf, aaj ka Ramzan ek nai planning ke liye hona chahiye.</w:t>
      </w:r>
      <w:r>
        <w:br/>
      </w:r>
      <w:r>
        <w:rPr>
          <w:sz w:val="20"/>
        </w:rPr>
        <w:t>29:07  Aaj ka Ramzan, aaj ka itkaf, aaj ka Quran ek nai planning ke liye hona chahiye.</w:t>
      </w:r>
      <w:r>
        <w:br/>
      </w:r>
      <w:r>
        <w:rPr>
          <w:sz w:val="20"/>
        </w:rPr>
        <w:t>29:15  Woh plan yeh hai ke yeh jo cash demining ka culture chal rakha hai shaitan ne.</w:t>
      </w:r>
      <w:r>
        <w:br/>
      </w:r>
      <w:r>
        <w:rPr>
          <w:sz w:val="20"/>
        </w:rPr>
        <w:t>29:22  Sab ko kheench le ja raha hai, sab ko kheench ke le ja raha hai.</w:t>
      </w:r>
      <w:r>
        <w:br/>
      </w:r>
      <w:r>
        <w:rPr>
          <w:sz w:val="20"/>
        </w:rPr>
        <w:t>29:30  Kya lafz hai woh? Yasir? Nar tukhraj min al-mashriq</w:t>
      </w:r>
    </w:p>
    <w:p>
      <w:pPr>
        <w:pStyle w:val="Heading2"/>
      </w:pPr>
      <w:r>
        <w:t>Quranic signs revealed through non-Muslim science</w:t>
      </w:r>
    </w:p>
    <w:p>
      <w:r>
        <w:rPr>
          <w:color w:val="666666"/>
          <w:sz w:val="18"/>
        </w:rPr>
        <w:t>The Deeper Meaning of The Quran 18 Aug 2019 - Maulana Wahiduddin Khan · 5m 02s · at 15:29 · https://youtu.be/EYyhbiR_ZIQ?t=929</w:t>
      </w:r>
    </w:p>
    <w:p>
      <w:r>
        <w:rPr>
          <w:i/>
        </w:rPr>
        <w:t>“Ab dekhiye, ye baat ko hone wali baat thi.”</w:t>
      </w:r>
    </w:p>
    <w:p>
      <w:r>
        <w:rPr>
          <w:sz w:val="20"/>
        </w:rPr>
        <w:t>15:29  ab dekhein, yeh yeh baat ko hone wali baat thi, yani arab door mein nahi hone wali thi. arabon mein to kabhi science ka development hi nahi hua,</w:t>
      </w:r>
      <w:r>
        <w:br/>
      </w:r>
      <w:r>
        <w:rPr>
          <w:sz w:val="20"/>
        </w:rPr>
        <w:t>15:44  to kaise hogi wahan? arabon mein science ka development kabhi hua nahi, aaj bhi nahi hai. to yeh waqea jo hai, yeh hai door science ka waqea.</w:t>
      </w:r>
      <w:r>
        <w:br/>
      </w:r>
      <w:r>
        <w:rPr>
          <w:sz w:val="20"/>
        </w:rPr>
        <w:t>15:59  sanurihim ayatina fil afaqi wa fi anfusihim hatta yatabillun to galileo ke zamane se jo science mein mutala shuru hua,</w:t>
      </w:r>
      <w:r>
        <w:br/>
      </w:r>
      <w:r>
        <w:rPr>
          <w:sz w:val="20"/>
        </w:rPr>
        <w:t>16:13  telescope se, bescope se, durbin se, khurdbeen se, mathematical, mathematical calculation ke zariye aur tarah tarah tareeqe se, yeh sab arabon ki deen nahi thi,</w:t>
      </w:r>
      <w:r>
        <w:br/>
      </w:r>
      <w:r>
        <w:rPr>
          <w:sz w:val="20"/>
        </w:rPr>
        <w:t>16:31  yeh ahl maghrib ki deen thi. mathematical knowledge poori ki poori ahl maghrib ki deen hai</w:t>
      </w:r>
      <w:r>
        <w:br/>
      </w:r>
      <w:r>
        <w:rPr>
          <w:sz w:val="20"/>
        </w:rPr>
        <w:t>16:42  aur sara scientific daryaft daryaft hai. to ab yeh bataiye ke yeh jo log kar rahe the, woh arabi bolne wale to the nahi, woh to koi english ka tha, koi french ka tha, koi german tha.</w:t>
      </w:r>
      <w:r>
        <w:br/>
      </w:r>
      <w:r>
        <w:rPr>
          <w:sz w:val="20"/>
        </w:rPr>
        <w:t>17:01  to unhon ne jo kitaben likhin aur yeh sab aaya door press mein, yani jab duniya mein printing press aa gaya, tab yeh sab tehqiqat huin.</w:t>
      </w:r>
      <w:r>
        <w:br/>
      </w:r>
      <w:r>
        <w:rPr>
          <w:sz w:val="20"/>
        </w:rPr>
        <w:t>17:12  to unhon ne apni tehqiqat ko likha, to likha apni zaban mein, german zaban mein, french mein, angrezi mein likha unhon ne.</w:t>
      </w:r>
      <w:r>
        <w:br/>
      </w:r>
      <w:r>
        <w:rPr>
          <w:sz w:val="20"/>
        </w:rPr>
        <w:t>17:27  to ab agar aap aik is zaban mein jab abbasi door tha, aik aqeedah bana liya to rasool Allah ka matlab yahi tha ke khud sakhta aqeeday tum bana loge, us ki wajah se foran andar tafreeq paida ho jayegi.</w:t>
      </w:r>
      <w:r>
        <w:br/>
      </w:r>
      <w:r>
        <w:rPr>
          <w:sz w:val="20"/>
        </w:rPr>
        <w:t>17:44  to dekhiye, khud quran mein yeh baat hai ke</w:t>
      </w:r>
      <w:r>
        <w:br/>
      </w:r>
      <w:r>
        <w:rPr>
          <w:sz w:val="20"/>
        </w:rPr>
        <w:t>17:52  ghair muslim qaumein islam ki taeed karengi, yaani aisi tehqiqat aayengi jis se islam ki baatein khulegii.</w:t>
      </w:r>
      <w:r>
        <w:br/>
      </w:r>
      <w:r>
        <w:rPr>
          <w:sz w:val="20"/>
        </w:rPr>
        <w:t>18:06  jaise dekhiye, quran mein hai ke firoun jab gharaq hua to allah ne kaha firoun se alyawma najjika bibadanika litakuna liman khalfaka ayat</w:t>
      </w:r>
      <w:r>
        <w:br/>
      </w:r>
      <w:r>
        <w:rPr>
          <w:sz w:val="20"/>
        </w:rPr>
        <w:t>18:22  to yeh to bohat pehle ki baat hai, yeh arabi zaban mein nahi hua hota, yeh allah ne is se arabi zaban mein nahi kaha tha firoun se.</w:t>
      </w:r>
      <w:r>
        <w:br/>
      </w:r>
      <w:r>
        <w:rPr>
          <w:sz w:val="20"/>
        </w:rPr>
        <w:t>18:33  firoun ki zaban to qibti thi. to yeh jo quran mein hai ke jab firoun doobne laga to allah ne kaha ke tumhare body ko hum pedal rakhenge taake baad walon ke liye nishani ho.</w:t>
      </w:r>
      <w:r>
        <w:br/>
      </w:r>
      <w:r>
        <w:rPr>
          <w:sz w:val="20"/>
        </w:rPr>
        <w:t>18:51  is mein do nukte hain,</w:t>
      </w:r>
      <w:r>
        <w:br/>
      </w:r>
      <w:r>
        <w:rPr>
          <w:sz w:val="20"/>
        </w:rPr>
        <w:t>18:56  is ka koi saboot nahi ke allah ne yeh baat arabi zaban mein kahi thi kyunke firoun ki zaban arabi thi hi nahi.</w:t>
      </w:r>
      <w:r>
        <w:br/>
      </w:r>
      <w:r>
        <w:rPr>
          <w:sz w:val="20"/>
        </w:rPr>
        <w:t>19:08  dusri baat yeh hai ke is ka bhi koi saboot nahi hai ke arab arab daur mein is harkat ka discovery hui ke firoun ka body preserve hai.</w:t>
      </w:r>
      <w:r>
        <w:br/>
      </w:r>
      <w:r>
        <w:rPr>
          <w:sz w:val="20"/>
        </w:rPr>
        <w:t>19:24  yeh to bohat baad ko hui,</w:t>
      </w:r>
      <w:r>
        <w:br/>
      </w:r>
      <w:r>
        <w:rPr>
          <w:sz w:val="20"/>
        </w:rPr>
        <w:t>19:29  atharahwin sadi mein. aur germany aur france ke scholars ne is ko pata kiya. ab jab unhone pata kiya to unki bhi zaban arabi nahi thi,</w:t>
      </w:r>
      <w:r>
        <w:br/>
      </w:r>
      <w:r>
        <w:rPr>
          <w:sz w:val="20"/>
        </w:rPr>
        <w:t>19:44  to apni tehqiqat ko likha unhone apni zaban mein, yaani french mein ya germany german zaban mein.</w:t>
      </w:r>
      <w:r>
        <w:br/>
      </w:r>
      <w:r>
        <w:rPr>
          <w:sz w:val="20"/>
        </w:rPr>
        <w:t>19:55  yeh sab, yeh sab, yeh sab record arabi mein nahi hai, na firoun se baat cheet ka, na firoun ki laash ko tehqiq karne ka, aur na jo tehqiqat bohat lambi muddat tak tehqiq hone ke baad jo likha gaya, woh arabi mein nahi hai.</w:t>
      </w:r>
      <w:r>
        <w:br/>
      </w:r>
      <w:r>
        <w:rPr>
          <w:sz w:val="20"/>
        </w:rPr>
        <w:t>20:16  to ek bohat badi ghalati musalmanon se yeh hui hai ke unhone fazilat ka nazariya paida kiya. fazilat, fazilat islam mein thi nahi, yeh doosre badon se aayi hai.</w:t>
      </w:r>
    </w:p>
    <w:p>
      <w:pPr>
        <w:pStyle w:val="Heading2"/>
      </w:pPr>
      <w:r>
        <w:t>What positive thinking is and why it matters</w:t>
      </w:r>
    </w:p>
    <w:p>
      <w:r>
        <w:rPr>
          <w:color w:val="666666"/>
          <w:sz w:val="18"/>
        </w:rPr>
        <w:t>The Power of Positive Thinking November 3, 2024 · 4m 42s · at 0:48 · https://youtu.be/q6Ly4ofTmxY?t=48</w:t>
      </w:r>
    </w:p>
    <w:p>
      <w:r>
        <w:rPr>
          <w:i/>
        </w:rPr>
        <w:t>“Positive thinking क्या है, इसके बारे में आप हम सबको बताएं”</w:t>
      </w:r>
    </w:p>
    <w:p>
      <w:r>
        <w:rPr>
          <w:sz w:val="20"/>
        </w:rPr>
        <w:t>0:48  Ji aap, Alhamdulillah. Aap ka sabse pehla sawal to subject par hi hai ki positive thinking kya hai, iske bare mein aap hum sab ko bataein. Positive thinking dekhiye, sabse zyada important cheez hai,</w:t>
      </w:r>
      <w:r>
        <w:br/>
      </w:r>
      <w:r>
        <w:rPr>
          <w:sz w:val="20"/>
        </w:rPr>
        <w:t>1:03  lekin yahi ek aisi cheez hai jiske bare mein log bahut kam jante hain.</w:t>
      </w:r>
      <w:r>
        <w:br/>
      </w:r>
      <w:r>
        <w:rPr>
          <w:sz w:val="20"/>
        </w:rPr>
        <w:t>1:08  Insaan ke andar jo sabse badi cheez hai, wo mind hai. Lekin masla ye hai ki mind jo hai, wo ek potential form hai hamare paas. Humein usko istemal karna hai, usko awaken karna hai,</w:t>
      </w:r>
      <w:r>
        <w:br/>
      </w:r>
      <w:r>
        <w:rPr>
          <w:sz w:val="20"/>
        </w:rPr>
        <w:t>1:23  us potential ko realize karna hai. Animals ko wo different hote hain, unke yahan to wo they are governed by their instincts. Lekin hamare yahan insaan ke paas aisa nahi hai,</w:t>
      </w:r>
      <w:r>
        <w:br/>
      </w:r>
      <w:r>
        <w:rPr>
          <w:sz w:val="20"/>
        </w:rPr>
        <w:t>1:37  unko har cheez potential form mein, usko unhone actual banana hai. Maulana ne is par bahut likha hai, Taameer-e-Hayat mein likhte hain ki zindagi ek art hai. Jo log is art ko jaanein, wahi kaamyaab hote hain. Aur ye art hai positive thinking. Positive thinking ka matlab hai psychology of reaction se upar uth jana</w:t>
      </w:r>
      <w:r>
        <w:br/>
      </w:r>
      <w:r>
        <w:rPr>
          <w:sz w:val="20"/>
        </w:rPr>
        <w:t>2:04  . Jaise hum humein koi aisi baat kehta hai jo humein napasand hoti hai, to hum react karte hain. Sochte nahi hain ki is masle ka hal kya hai. Maine dekha hai Maulana ko, bahut zyada Maulana ki mukhalfatein huin, lekin bilkul calm rehte the wo, aur bahut hi bas jaise sochte the ki is masle ka hal kya hai. Wo ye nahi sochte the ki wo kya keh raha hai, hal sochte lagte the.</w:t>
      </w:r>
      <w:r>
        <w:br/>
      </w:r>
      <w:r>
        <w:rPr>
          <w:sz w:val="20"/>
        </w:rPr>
        <w:t>2:32  To isliye unke chehre par kabhi bhi koi bhi pareshani ke asaar nahi hote the. To kyunki gussa, inteqaam, nafrat, yahi sari cheezein hain jo humein positive thinking par amal karne par baadha dalti hain, rukawat banti hain. To humein bahut hi zyada apne aap ko aware banana hai aur in sab cheezon se upar uth jana hai.</w:t>
      </w:r>
      <w:r>
        <w:br/>
      </w:r>
      <w:r>
        <w:rPr>
          <w:sz w:val="20"/>
        </w:rPr>
        <w:t>3:01  Kyunki jab tak hamari approach unbiased na ho, tab tak hum sahi-sahi planning nahi kar sakte. Aur jab tak hum sahi planning nahi karenge, hum kaamyaab nahi ho sakte hain. To sahi tarz-e-fikr, sahi way of thinking jo hai, wahi humein kaamyaabi ki taraf le jata hai, aur galat way of thinking jo hai, humein barbadi ki taraf le jata hai. Main yahan ek-do misaal</w:t>
      </w:r>
      <w:r>
        <w:br/>
      </w:r>
      <w:r>
        <w:rPr>
          <w:sz w:val="20"/>
        </w:rPr>
        <w:t>3:26  doongi. Ek baar ye Maulana ne shayad Taameer-e-Hayat mein likhi hai, Araazi-e-Hayat mein. To ek dukaan mein aag lag gayi thi, to ab bahut badi nuksan ki baat thi, sara saaman jal gaya. Lekin usne replanning ki. Wo nahi socha usne ki kisne aag lagayi, kyun aag lagi, aur pareshan hokar ghar mein so jata, let jata ki ab hum kuch</w:t>
      </w:r>
      <w:r>
        <w:br/>
      </w:r>
      <w:r>
        <w:rPr>
          <w:sz w:val="20"/>
        </w:rPr>
        <w:t>3:55  nahi kar sakte, hum failure ho gaye hain. Lekin usne fauran nayi planning ki, naya saaman kharida, aur uske board par laga diya mota-mota bold likhkar, "Is dukaan mein aap ko har saaman fresh milega." Ab aap jante hain ki fresh saaman ke liye customer kitna toot pade uski dukaan par. Ab wo dukaan pehle se bhi zyada chalne lagi. To</w:t>
      </w:r>
      <w:r>
        <w:br/>
      </w:r>
      <w:r>
        <w:rPr>
          <w:sz w:val="20"/>
        </w:rPr>
        <w:t>4:18  humein yaad rakhna chahiye ki is duniya mein agar problem hai, to bahut zyada uske saath mawaqe hain. Ab mawaqe tabhi khulte hain jab hamare andar positive thinking hoti hai, jab hum halaat se mutassir nahi ho jate, balki hum replanning karte hain. Maulana ne ek kitaab bhi likhi, ek booklet hai replanning par. To har cheez ke bare mein hum replan kar sakte hain.</w:t>
      </w:r>
      <w:r>
        <w:br/>
      </w:r>
      <w:r>
        <w:rPr>
          <w:sz w:val="20"/>
        </w:rPr>
        <w:t>4:44  Kyunki is duniya mein, ye duniya Allah taala ne banayi hai, to yahan par masail se bahut zyada opportunities hain. To replan karein hum aur opportunities ko talash karein. Aur is tarike se hum mawaqe ko avail karna seekhein, to inshaAllah zaroor hum kaamyaab honge. Ji,</w:t>
      </w:r>
      <w:r>
        <w:br/>
      </w:r>
      <w:r>
        <w:rPr>
          <w:sz w:val="20"/>
        </w:rPr>
        <w:t>5:05  aap ne bahut sahi baat kahi hai ki jitni zyada problems hain is duniya mein, us se zyada to opportunities hain. Aur lekin aap, hota kya hai ki jaise aap ne abhi positive thinking ke bare mein bataya, usi ka opposite negative thinking bhi hai. Aksar log external situations ko lekar negative ho jate hain. Aur aap, ye to bada clear hai ki your level of success depends upon whether you have negative thinking or positive</w:t>
      </w:r>
    </w:p>
    <w:p>
      <w:pPr>
        <w:pStyle w:val="Heading2"/>
      </w:pPr>
      <w:r>
        <w:t>Ottoman Caliphate's fall and rise of Gulen's education empire</w:t>
      </w:r>
    </w:p>
    <w:p>
      <w:r>
        <w:rPr>
          <w:color w:val="666666"/>
          <w:sz w:val="18"/>
        </w:rPr>
        <w:t>Lessons from My Journey to the US September 13, 2015 · 5m 30s · at 24:37 · https://youtu.be/RgXmKX1PxQc?t=1477</w:t>
      </w:r>
    </w:p>
    <w:p>
      <w:r>
        <w:rPr>
          <w:i/>
        </w:rPr>
        <w:t>“The Turkish nation built the Ottoman Caliphate, then an educational one”</w:t>
      </w:r>
    </w:p>
    <w:p>
      <w:r>
        <w:rPr>
          <w:sz w:val="20"/>
        </w:rPr>
        <w:t>24:37  Turk khilafat qaim ki thi, jis ko Ottoman Empire kehte hain.</w:t>
      </w:r>
      <w:r>
        <w:br/>
      </w:r>
      <w:r>
        <w:rPr>
          <w:sz w:val="20"/>
        </w:rPr>
        <w:t>24:45  sainkaron saal tak nihayat kamyabi ke sath chalti rahi, lekin First World War ke zamane mein aise halaat paida hue ke yeh khilafat toot gayi.</w:t>
      </w:r>
      <w:r>
        <w:br/>
      </w:r>
      <w:r>
        <w:rPr>
          <w:sz w:val="20"/>
        </w:rPr>
        <w:t>25:00  log samajhte hain ke is ko Mustafa Kamal Atatürk ne is ko khatam kiya, lekin maine is ki study</w:t>
      </w:r>
      <w:r>
        <w:br/>
      </w:r>
      <w:r>
        <w:rPr>
          <w:sz w:val="20"/>
        </w:rPr>
        <w:t>25:09  ki hai. main yeh keh sakta hoon ke kisi ek shakhs ki wajah se Turk Turkey ki khilafat ka khatma nahi hua, yeh zamane ka taqaza tha.</w:t>
      </w:r>
      <w:r>
        <w:br/>
      </w:r>
      <w:r>
        <w:rPr>
          <w:sz w:val="20"/>
        </w:rPr>
        <w:t>25:24  yaani political empire ka daur khatam ho gaya, yaani beesveen sadi ke aaghaz mein wo daur khatam ho gaya jabke political empire bana karti thi.</w:t>
      </w:r>
      <w:r>
        <w:br/>
      </w:r>
      <w:r>
        <w:rPr>
          <w:sz w:val="20"/>
        </w:rPr>
        <w:t>25:39  aap jante hain, is se pehle maghrib empire thi, british empire thi, roman empire, sasadi empire, bohat se empire dunya mein bane.</w:t>
      </w:r>
      <w:r>
        <w:br/>
      </w:r>
      <w:r>
        <w:rPr>
          <w:sz w:val="20"/>
        </w:rPr>
        <w:t>25:48  ek zamana tha jab ke aisa hota tha, lekin beesveen sadi ke shuru mein woh daur khatm ho chuka tha jabke koi political empire bana.</w:t>
      </w:r>
      <w:r>
        <w:br/>
      </w:r>
      <w:r>
        <w:rPr>
          <w:sz w:val="20"/>
        </w:rPr>
        <w:t>25:59  is zamane mein Allah taala ne Fatahullah Gulent sahib jo hain, un ko khara kiya.</w:t>
      </w:r>
      <w:r>
        <w:br/>
      </w:r>
      <w:r>
        <w:rPr>
          <w:sz w:val="20"/>
        </w:rPr>
        <w:t>26:06  woh bohat hi ajeeb ghareeb aadmi hain, bohat zabardast salahiyat wale aadmi hain. do million turk ke, turk ke do million log un ki party mein shamil hain, do million.</w:t>
      </w:r>
      <w:r>
        <w:br/>
      </w:r>
      <w:r>
        <w:rPr>
          <w:sz w:val="20"/>
        </w:rPr>
        <w:t>26:19  to unhon ne logon ko tayyar kiya, logon ko yeh jazba paida kiya ke woh woh taleem ke maidan mein kaam karein.</w:t>
      </w:r>
      <w:r>
        <w:br/>
      </w:r>
      <w:r>
        <w:rPr>
          <w:sz w:val="20"/>
        </w:rPr>
        <w:t>26:33  bohat jar ki baat pakri unhon ne.</w:t>
      </w:r>
      <w:r>
        <w:br/>
      </w:r>
      <w:r>
        <w:rPr>
          <w:sz w:val="20"/>
        </w:rPr>
        <w:t>26:36  is zamane mein number one ahmiyat taleem ki hoti hai, education. is ko pakra unhon ne ke humein sari dunya mein school kholne hain.</w:t>
      </w:r>
      <w:r>
        <w:br/>
      </w:r>
      <w:r>
        <w:rPr>
          <w:sz w:val="20"/>
        </w:rPr>
        <w:t>26:47  yeh bhi bohat ajeeb baat hai ke unhon ne university ke naam baat nahi ki ke university kholna hai. university se kuch nahi hota, jar jahan hai wahan aap ko pani dena parta hai.</w:t>
      </w:r>
      <w:r>
        <w:br/>
      </w:r>
      <w:r>
        <w:rPr>
          <w:sz w:val="20"/>
        </w:rPr>
        <w:t>27:01  to</w:t>
      </w:r>
      <w:r>
        <w:br/>
      </w:r>
      <w:r>
        <w:rPr>
          <w:sz w:val="20"/>
        </w:rPr>
        <w:t>27:02  pehli baat hai ke is achi schooling ho, school mein achhe talba tayyar hon, tab to university mein pohnchen ge. to university mein jo log pohnchte hain, sab se pehle woh tayyar hote hain school mein.</w:t>
      </w:r>
      <w:r>
        <w:br/>
      </w:r>
      <w:r>
        <w:rPr>
          <w:sz w:val="20"/>
        </w:rPr>
        <w:t>27:19  to school kholte hain, woh bohat standard school. to mein mein ne kaha ke is movement ne s</w:t>
      </w:r>
      <w:r>
        <w:br/>
      </w:r>
      <w:r>
        <w:rPr>
          <w:sz w:val="20"/>
        </w:rPr>
        <w:t>27:30  ari dunya mein educational empire bana rakha hai. educational empire, hazaron ki tadad mein un ke school hain dunya mein phailay hue hain.</w:t>
      </w:r>
      <w:r>
        <w:br/>
      </w:r>
      <w:r>
        <w:rPr>
          <w:sz w:val="20"/>
        </w:rPr>
        <w:t>27:46  to is safar mein jab mein ne is ko ghor kiya to ek baat samajh mein aayi meri ke Mustafa Kamal ne jo aelan kiya tha ke turki ki khilafat khatm ho gayi, to woh ek shakhs ka aelan nahi tha,</w:t>
      </w:r>
      <w:r>
        <w:br/>
      </w:r>
      <w:r>
        <w:rPr>
          <w:sz w:val="20"/>
        </w:rPr>
        <w:t>28:01  woh zabani ki awaz thi. zabani ki awaz jo ek shakhs ki zuban se degree aur us ki takmeel Fatahullah Gulent ne ki.</w:t>
      </w:r>
      <w:r>
        <w:br/>
      </w:r>
      <w:r>
        <w:rPr>
          <w:sz w:val="20"/>
        </w:rPr>
        <w:t>28:13  zamane mein ek waqea pesh aya tha, is waqea ke first half ka aelan kiya Kamal tha Turk ne, aur second half ka aelan hua Fatahullah Gulent ke zariye se.</w:t>
      </w:r>
      <w:r>
        <w:br/>
      </w:r>
      <w:r>
        <w:rPr>
          <w:sz w:val="20"/>
        </w:rPr>
        <w:t>28:29  yani woh kya tha? woh zamana khatm ho gaya jab dunya mein political empire bana karti thi, lekin opportunities khatm nahi huin,</w:t>
      </w:r>
      <w:r>
        <w:br/>
      </w:r>
      <w:r>
        <w:rPr>
          <w:sz w:val="20"/>
        </w:rPr>
        <w:t>28:44  is balkeh is se barh kar mawaqe paida ho gaye. yani aaj aap non-political empire bana sakte hain. yani pehle agar bana dete hain aap political empire to aaj aap bana sakte hain non-political empire, aur non-political empire ka to koi hudood sky is all evate.</w:t>
      </w:r>
      <w:r>
        <w:br/>
      </w:r>
      <w:r>
        <w:rPr>
          <w:sz w:val="20"/>
        </w:rPr>
        <w:t>29:03  sari dunya mein aap qaim kijiye, lekin na فوج ki zaroorat hai, na army ki zaroorat hai, na ladai karne ki zaroorat hai, kuch nahi.</w:t>
      </w:r>
      <w:r>
        <w:br/>
      </w:r>
      <w:r>
        <w:rPr>
          <w:sz w:val="20"/>
        </w:rPr>
        <w:t>29:12  to kaisi ajeeb cheez thi yeh jo Allah taala ne jis ki misaal turkon ke zariye se qaim ki, yani inhi ke zariye se jinhon ne dunya mein musalmanon ka muslim empire khara kar rakha tha, inhi ke zariye se.</w:t>
      </w:r>
      <w:r>
        <w:br/>
      </w:r>
      <w:r>
        <w:rPr>
          <w:sz w:val="20"/>
        </w:rPr>
        <w:t>29:29  yani beesveen sadi se pehle woh political empire banaye hue the,</w:t>
      </w:r>
      <w:r>
        <w:br/>
      </w:r>
      <w:r>
        <w:rPr>
          <w:sz w:val="20"/>
        </w:rPr>
        <w:t>29:39  beesveen sadi ke baad inhi logon ne dunya mein educational empire banaya.</w:t>
      </w:r>
      <w:r>
        <w:br/>
      </w:r>
      <w:r>
        <w:rPr>
          <w:sz w:val="20"/>
        </w:rPr>
        <w:t>29:48  to ab Allah ne inhi ko muntakhib kiya is ke liye ke woh dunya ko batayein ke ab matam mat karo, maeeshat mat parho, balkeh naye naye mawaqe samjho aur naye mawaqe ke lehaz se kaam karo.</w:t>
      </w:r>
    </w:p>
    <w:p>
      <w:pPr>
        <w:pStyle w:val="Heading2"/>
      </w:pPr>
      <w:r>
        <w:t>Mass conversion to Islam and the problem of trivialism</w:t>
      </w:r>
    </w:p>
    <w:p>
      <w:r>
        <w:rPr>
          <w:color w:val="666666"/>
          <w:sz w:val="18"/>
        </w:rPr>
        <w:t>The Deeper Meaning of The Quran 18 Aug 2019 - Maulana Wahiduddin Khan · 5m 43s · at 2:03 · https://youtu.be/EYyhbiR_ZIQ?t=123</w:t>
      </w:r>
    </w:p>
    <w:p>
      <w:r>
        <w:rPr>
          <w:i/>
        </w:rPr>
        <w:t>“Yeh kya hai? Fouj dar fouj daakhil hona kya hai?”</w:t>
      </w:r>
    </w:p>
    <w:p>
      <w:r>
        <w:rPr>
          <w:sz w:val="20"/>
        </w:rPr>
        <w:t>2:03  yeh kya hai? fowj dar fowj dakhil hona kya hai? yeh wahi cheez hai jis ko hum kehte hain mass conversion.</w:t>
      </w:r>
      <w:r>
        <w:br/>
      </w:r>
      <w:r>
        <w:rPr>
          <w:sz w:val="20"/>
        </w:rPr>
        <w:t>2:16  mass conversion yani islam mein</w:t>
      </w:r>
      <w:r>
        <w:br/>
      </w:r>
      <w:r>
        <w:rPr>
          <w:sz w:val="20"/>
        </w:rPr>
        <w:t>2:24  apne aap kisi jabar ke baghair mass conversion hoga. phir log mass level par nikal bhi jayenge.</w:t>
      </w:r>
      <w:r>
        <w:br/>
      </w:r>
      <w:r>
        <w:rPr>
          <w:sz w:val="20"/>
        </w:rPr>
        <w:t>2:43  to main bohat dinon se is ko sochta tha.</w:t>
      </w:r>
      <w:r>
        <w:br/>
      </w:r>
      <w:r>
        <w:rPr>
          <w:sz w:val="20"/>
        </w:rPr>
        <w:t>2:49  to yeh to aik waqia hai ke mass conversion hua islam mein, sab log jante hain. lekin history kisi bhi aisay waqie ko nahi batati jab ke musalman</w:t>
      </w:r>
      <w:r>
        <w:br/>
      </w:r>
      <w:r>
        <w:rPr>
          <w:sz w:val="20"/>
        </w:rPr>
        <w:t>3:09  mass level par islam ko chhod ke chalay gaye hon, Hazrat ke ghubar ne.</w:t>
      </w:r>
      <w:r>
        <w:br/>
      </w:r>
      <w:r>
        <w:rPr>
          <w:sz w:val="20"/>
        </w:rPr>
        <w:t>3:20  yani pehla waqia hua ke mass conversion hua apne aap kisi compression ke baghair.</w:t>
      </w:r>
      <w:r>
        <w:br/>
      </w:r>
      <w:r>
        <w:rPr>
          <w:sz w:val="20"/>
        </w:rPr>
        <w:t>3:31  lekin aisa kabhi nahi hua ke musalman</w:t>
      </w:r>
      <w:r>
        <w:br/>
      </w:r>
      <w:r>
        <w:rPr>
          <w:sz w:val="20"/>
        </w:rPr>
        <w:t>3:42  mass level par islam ko chhod ke chale gaye hon.</w:t>
      </w:r>
      <w:r>
        <w:br/>
      </w:r>
      <w:r>
        <w:rPr>
          <w:sz w:val="20"/>
        </w:rPr>
        <w:t>3:48  to is ka matlab kya hai? to bas mein is ko samajh samajh paaya hoon ke conversion to mass level par hua, waqea hai.</w:t>
      </w:r>
      <w:r>
        <w:br/>
      </w:r>
      <w:r>
        <w:rPr>
          <w:sz w:val="20"/>
        </w:rPr>
        <w:t>4:00  ek tareekhi waqea hai. is tareekh ko aap manna chahiye</w:t>
      </w:r>
      <w:r>
        <w:br/>
      </w:r>
      <w:r>
        <w:rPr>
          <w:sz w:val="20"/>
        </w:rPr>
        <w:t>4:10  ke islam mein</w:t>
      </w:r>
      <w:r>
        <w:br/>
      </w:r>
      <w:r>
        <w:rPr>
          <w:sz w:val="20"/>
        </w:rPr>
        <w:t>4:16  deen mein dakhla mass level par hua.</w:t>
      </w:r>
      <w:r>
        <w:br/>
      </w:r>
      <w:r>
        <w:rPr>
          <w:sz w:val="20"/>
        </w:rPr>
        <w:t>4:24  to doosra jo waqea hai wo kaise hua?</w:t>
      </w:r>
      <w:r>
        <w:br/>
      </w:r>
      <w:r>
        <w:rPr>
          <w:sz w:val="20"/>
        </w:rPr>
        <w:t>4:29  is ko maine mazeed mutale se samajha.</w:t>
      </w:r>
      <w:r>
        <w:br/>
      </w:r>
      <w:r>
        <w:rPr>
          <w:sz w:val="20"/>
        </w:rPr>
        <w:t>4:35  woh yeh hai ke yeh jo mass maashrat jo aaye islam mein to woh kisi na kisi mazhab mein pehle shamil thay.</w:t>
      </w:r>
      <w:r>
        <w:br/>
      </w:r>
      <w:r>
        <w:rPr>
          <w:sz w:val="20"/>
        </w:rPr>
        <w:t>4:50  aur pichhle tamam mazahib mein jo islam ka model raaij tha woh tha masle masail ka model.</w:t>
      </w:r>
      <w:r>
        <w:br/>
      </w:r>
      <w:r>
        <w:rPr>
          <w:sz w:val="20"/>
        </w:rPr>
        <w:t>5:05  har mazhab mein chhote chhote masle, is ke liye fatwa.</w:t>
      </w:r>
      <w:r>
        <w:br/>
      </w:r>
      <w:r>
        <w:rPr>
          <w:sz w:val="20"/>
        </w:rPr>
        <w:t>5:16  misalan maine ek baar ek christian aalim se poocha ke orthodox church aur</w:t>
      </w:r>
      <w:r>
        <w:br/>
      </w:r>
      <w:r>
        <w:rPr>
          <w:sz w:val="20"/>
        </w:rPr>
        <w:t>5:30  catholic church mein kya farq hai?</w:t>
      </w:r>
      <w:r>
        <w:br/>
      </w:r>
      <w:r>
        <w:rPr>
          <w:sz w:val="20"/>
        </w:rPr>
        <w:t>5:35  orthodox church aur catholic church mein kya farq hai?</w:t>
      </w:r>
      <w:r>
        <w:br/>
      </w:r>
      <w:r>
        <w:rPr>
          <w:sz w:val="20"/>
        </w:rPr>
        <w:t>5:43  to us ne kaha ke bohat hi trivial qism ka farq hai.</w:t>
      </w:r>
      <w:r>
        <w:br/>
      </w:r>
      <w:r>
        <w:rPr>
          <w:sz w:val="20"/>
        </w:rPr>
        <w:t>5:48  real church mein koi farq hi nahi hai.</w:t>
      </w:r>
      <w:r>
        <w:br/>
      </w:r>
      <w:r>
        <w:rPr>
          <w:sz w:val="20"/>
        </w:rPr>
        <w:t>5:54  yahi log doosre mazahib ko chhod kar islam mein aaye.</w:t>
      </w:r>
      <w:r>
        <w:br/>
      </w:r>
      <w:r>
        <w:rPr>
          <w:sz w:val="20"/>
        </w:rPr>
        <w:t>6:00  un ke nazdeek deen naam tha kuch chhote chhote masail ka.</w:t>
      </w:r>
      <w:r>
        <w:br/>
      </w:r>
      <w:r>
        <w:rPr>
          <w:sz w:val="20"/>
        </w:rPr>
        <w:t>6:10  chhote chhote masail ka.</w:t>
      </w:r>
      <w:r>
        <w:br/>
      </w:r>
      <w:r>
        <w:rPr>
          <w:sz w:val="20"/>
        </w:rPr>
        <w:t>6:15  to wohi pattern un ko woh jaante thay ke yeh important is mazhab ka important hai. to islam mein bhi unhon ne samjha ke yeh important wahan bhi hoga.</w:t>
      </w:r>
      <w:r>
        <w:br/>
      </w:r>
      <w:r>
        <w:rPr>
          <w:sz w:val="20"/>
        </w:rPr>
        <w:t>6:26  to chunancha jab woh yeh zyada tar hua abbasi daur mein. chunancha unhon ne jab jab woh islam mein dakhil hue to us waqt ke jo ulma thay jo fuqaha thay un se ja ja ke poochhte thay ke is ka matlab kya?</w:t>
      </w:r>
      <w:r>
        <w:br/>
      </w:r>
      <w:r>
        <w:rPr>
          <w:sz w:val="20"/>
        </w:rPr>
        <w:t>6:44  is ka matlab kya?</w:t>
      </w:r>
      <w:r>
        <w:br/>
      </w:r>
      <w:r>
        <w:rPr>
          <w:sz w:val="20"/>
        </w:rPr>
        <w:t>6:51  to fuqaha jo thay masla batane lagay. misalan namaz mein hath uthayen to hath kahan tak jaye?</w:t>
      </w:r>
      <w:r>
        <w:br/>
      </w:r>
      <w:r>
        <w:rPr>
          <w:sz w:val="20"/>
        </w:rPr>
        <w:t>7:00  yahan tak jaye ke yahan tak jaye?</w:t>
      </w:r>
      <w:r>
        <w:br/>
      </w:r>
      <w:r>
        <w:rPr>
          <w:sz w:val="20"/>
        </w:rPr>
        <w:t>7:05  ameen kahein to zor se kahein ke dheere se kahein? yahi un ke masail thay un un</w:t>
      </w:r>
      <w:r>
        <w:br/>
      </w:r>
      <w:r>
        <w:rPr>
          <w:sz w:val="20"/>
        </w:rPr>
        <w:t>7:14  naye musalmano ke.</w:t>
      </w:r>
      <w:r>
        <w:br/>
      </w:r>
      <w:r>
        <w:rPr>
          <w:sz w:val="20"/>
        </w:rPr>
        <w:t>7:18  khade khade hona namaz mein to paon jo hai bilkul aise ho ke aise ho. To fuqaha ko ko yeh kehna chahiye tha ke yeh koi masla nahi hai.</w:t>
      </w:r>
      <w:r>
        <w:br/>
      </w:r>
      <w:r>
        <w:rPr>
          <w:sz w:val="20"/>
        </w:rPr>
        <w:t>7:30  yeh to</w:t>
      </w:r>
      <w:r>
        <w:br/>
      </w:r>
      <w:r>
        <w:rPr>
          <w:sz w:val="20"/>
        </w:rPr>
        <w:t>7:34  yeh to</w:t>
      </w:r>
      <w:r>
        <w:br/>
      </w:r>
      <w:r>
        <w:rPr>
          <w:sz w:val="20"/>
        </w:rPr>
        <w:t>7:37  taus'a ki baat hai. Yeh bhi theek, woh bhi theek. Tum is chakkar mein mat parho. Tum to khusoosan apna andar lao.</w:t>
      </w:r>
    </w:p>
    <w:p>
      <w:pPr>
        <w:pStyle w:val="Heading2"/>
      </w:pPr>
      <w:r>
        <w:t>Missing link and the missed opportunity of British</w:t>
      </w:r>
    </w:p>
    <w:p>
      <w:r>
        <w:rPr>
          <w:color w:val="666666"/>
          <w:sz w:val="18"/>
        </w:rPr>
        <w:t>The Spirit of Islam 10 June 2012 - Maulana Wahiduddin Khan · 6m 08s · at 10:09 · https://youtu.be/2FuK5ml2tx4?t=609</w:t>
      </w:r>
    </w:p>
    <w:p>
      <w:r>
        <w:rPr>
          <w:i/>
        </w:rPr>
        <w:t>“Maulana Ubaidullah Sindhi ki tasveer hai.”</w:t>
      </w:r>
    </w:p>
    <w:p>
      <w:r>
        <w:rPr>
          <w:sz w:val="20"/>
        </w:rPr>
        <w:t>10:09  Maulana Ubaidullah Sindhi ki tasweer hai. kitna zabardast aadmi thay Maulana Ubaidullah Sindhi.</w:t>
      </w:r>
      <w:r>
        <w:br/>
      </w:r>
      <w:r>
        <w:rPr>
          <w:sz w:val="20"/>
        </w:rPr>
        <w:t>10:16  yeh sikh family mein paida hue, phir unhon ne islam qubool kiya. bohat zeheen thay, bohat zabardast aadmi thay. lekin yeh chalay gaye Deoband.</w:t>
      </w:r>
      <w:r>
        <w:br/>
      </w:r>
      <w:r>
        <w:rPr>
          <w:sz w:val="20"/>
        </w:rPr>
        <w:t>10:26  Deoband mein unki taleem hui. ab Deoband ke ulama us waqt bas angrez nafrat mein jeetay thay. sab se bada islam unke ma'ano mein tha ke angrez nafrat, nafrat, nafrat.</w:t>
      </w:r>
      <w:r>
        <w:br/>
      </w:r>
      <w:r>
        <w:rPr>
          <w:sz w:val="20"/>
        </w:rPr>
        <w:t>10:39  to angrez ko India se nikalna ke is mazmoon ko aap padhiye, yeh aaj hi ke akhbar mein hai. khud ulama ne farmaya un se ke angrez ko hum khud se nahi nikal sakte.</w:t>
      </w:r>
      <w:r>
        <w:br/>
      </w:r>
      <w:r>
        <w:rPr>
          <w:sz w:val="20"/>
        </w:rPr>
        <w:t>10:57  angrez itna taqatwar hai ke hum khud se nahi nikal sakte. to humein bahar se madad lena hai. kis se? Afghanistan se, Turkey se, Germany se.</w:t>
      </w:r>
      <w:r>
        <w:br/>
      </w:r>
      <w:r>
        <w:rPr>
          <w:sz w:val="20"/>
        </w:rPr>
        <w:t>11:09  yeh yeh khud isi mein likha hua hai aur kitabon mein likha hua hai. aap kitabon ko padh lijiyey. in ulama ka zehan yeh tha</w:t>
      </w:r>
      <w:r>
        <w:br/>
      </w:r>
      <w:r>
        <w:rPr>
          <w:sz w:val="20"/>
        </w:rPr>
        <w:t>11:16  us zamane mein ke angrezon ko chuki hum khud se nahi nikal sakte, is liye humein bahar ki madad deni padegi.</w:t>
      </w:r>
      <w:r>
        <w:br/>
      </w:r>
      <w:r>
        <w:rPr>
          <w:sz w:val="20"/>
        </w:rPr>
        <w:t>11:26  to in logon ne Afghanistan mein ek exile government, government, government banayi, jis ke yeh yeh</w:t>
      </w:r>
      <w:r>
        <w:br/>
      </w:r>
      <w:r>
        <w:rPr>
          <w:sz w:val="20"/>
        </w:rPr>
        <w:t>11:34  Wazir-e-Dakhla thay, is ke yeh Maulana Ubaidullah Sindhi aur Raja Mahendra Pratap Sadar thay waghera waghera. to in logon ka kaam yeh tha ke Turkey se, Afghanistan se, Germany se ta'alluqat qaim kar ke wahan se hamla karwayein India ke upar.</w:t>
      </w:r>
      <w:r>
        <w:br/>
      </w:r>
      <w:r>
        <w:rPr>
          <w:sz w:val="20"/>
        </w:rPr>
        <w:t>11:53  jab mein is ko padh raha tha to ek bohat ajeeb-o-ghareeb khayal mere zehan mein aaya. bohat ajeeb khayal ke aap nazariya-e-e'tiqad mein agar aap ne padha hoga, aap wahan pe ek ek term hai "missing link".</w:t>
      </w:r>
      <w:r>
        <w:br/>
      </w:r>
      <w:r>
        <w:rPr>
          <w:sz w:val="20"/>
        </w:rPr>
        <w:t>12:09  "missing link"</w:t>
      </w:r>
      <w:r>
        <w:br/>
      </w:r>
      <w:r>
        <w:rPr>
          <w:sz w:val="20"/>
        </w:rPr>
        <w:t>12:10  yani woh jo batate hain yani ke ke woh ek cheez se doosri cheez ban gayi, jo ek ek cheez se doosri cheez ban gayi, jaise billi se sher ban gaya,</w:t>
      </w:r>
      <w:r>
        <w:br/>
      </w:r>
      <w:r>
        <w:rPr>
          <w:sz w:val="20"/>
        </w:rPr>
        <w:t>12:30  hippopotamus se whale ban gaya waghera. to jo yeh batate hain to beech mein bar bar un ko mehsoos hota hai ke beech ka beech kadiyan nahi hain.</w:t>
      </w:r>
      <w:r>
        <w:br/>
      </w:r>
      <w:r>
        <w:rPr>
          <w:sz w:val="20"/>
        </w:rPr>
        <w:t>12:45  yani billi aur sher ki beech kadi kahan hai?</w:t>
      </w:r>
      <w:r>
        <w:br/>
      </w:r>
      <w:r>
        <w:rPr>
          <w:sz w:val="20"/>
        </w:rPr>
        <w:t>12:49  hippopotamus aur whale ki beech kadiyan kahan hain? to is ko kehte hain "missing link" jo aaj tak daryaft nahi hui. to mujhe likha ke yeh musalmanon mein jo missing link hai, woh khud Allah Ta'ala hai.</w:t>
      </w:r>
      <w:r>
        <w:br/>
      </w:r>
      <w:r>
        <w:rPr>
          <w:sz w:val="20"/>
        </w:rPr>
        <w:t>13:06  Allah Ta'ala hi miss ho gaya.</w:t>
      </w:r>
      <w:r>
        <w:br/>
      </w:r>
      <w:r>
        <w:rPr>
          <w:sz w:val="20"/>
        </w:rPr>
        <w:t>13:09  kaisi ajeeb cheez hai!</w:t>
      </w:r>
      <w:r>
        <w:br/>
      </w:r>
      <w:r>
        <w:rPr>
          <w:sz w:val="20"/>
        </w:rPr>
        <w:t>13:11  is ko parhte hue mujhe ek mein rone laga. maine kaha ke khudaaye is qaum se to hi ghayab ho gaya, teri kadi mafqood ho gayi.</w:t>
      </w:r>
      <w:r>
        <w:br/>
      </w:r>
      <w:r>
        <w:rPr>
          <w:sz w:val="20"/>
        </w:rPr>
        <w:t>13:20  woh kaise? dekhiye, yeh jo ulamaa the, un ki unhone yeh socha ke angrez ko hum khud se nahi nikaal sakte, to humein daudna chahiye turki aur afghanistan aur germany ki taraf.</w:t>
      </w:r>
      <w:r>
        <w:br/>
      </w:r>
      <w:r>
        <w:rPr>
          <w:sz w:val="20"/>
        </w:rPr>
        <w:t>13:35  kya yahi soch rasool Allah ki thi? yahi soch paighambaron ki thi?</w:t>
      </w:r>
      <w:r>
        <w:br/>
      </w:r>
      <w:r>
        <w:rPr>
          <w:sz w:val="20"/>
        </w:rPr>
        <w:t>13:42  soorah yusuf mein ek paighambar kehte hain: innamā ashku baththī waḥdī Allāh! in ko jo problem hai, is problem ko Allah ko refer kar rahe hain.</w:t>
      </w:r>
      <w:r>
        <w:br/>
      </w:r>
      <w:r>
        <w:rPr>
          <w:sz w:val="20"/>
        </w:rPr>
        <w:t>13:54  innamā ashku baththī waḥdī Allāh! aye Allah! main problem se dochaar hoon, teri taraf mein is problem ko refer karta hoon, to hal kar de mere problem ko.</w:t>
      </w:r>
      <w:r>
        <w:br/>
      </w:r>
      <w:r>
        <w:rPr>
          <w:sz w:val="20"/>
        </w:rPr>
        <w:t>14:04  aise hi dekhiye, rasool Allah sallallahu alaihi wasallam ne makkah se hijrat farmaayi madine ke liye. darmiyan mein aap ghaar e thor mein thehre to wahan aap ke dushman the, wahan bhi pahunch gaye.</w:t>
      </w:r>
      <w:r>
        <w:br/>
      </w:r>
      <w:r>
        <w:rPr>
          <w:sz w:val="20"/>
        </w:rPr>
        <w:t>14:18  talwarein li hui theen, woh log qatl karna chahte the.</w:t>
      </w:r>
      <w:r>
        <w:br/>
      </w:r>
      <w:r>
        <w:rPr>
          <w:sz w:val="20"/>
        </w:rPr>
        <w:t>14:22  to sirf do aadmi wahan the: rasool Allah aur abubakar. hazrat abubakar ne kaha ke yeh to yahan hi pahunch gaye. to aap ne quran mein soorah at-taubah mein padh lijiye, aap ne farmaya: lā taḥzan inna Allāha maʿanā</w:t>
      </w:r>
      <w:r>
        <w:br/>
      </w:r>
      <w:r>
        <w:rPr>
          <w:sz w:val="20"/>
        </w:rPr>
        <w:t>14:40  lā taḥzan inna Allāha maʿanā</w:t>
      </w:r>
      <w:r>
        <w:br/>
      </w:r>
      <w:r>
        <w:rPr>
          <w:sz w:val="20"/>
        </w:rPr>
        <w:t>14:45  gham na karo, Allah hamare saath hai. to yeh kaun se ulamaa the? main poochta hoon ke un ki yeh samajh mein nahi aayi ke Allah ki taraf rujoo karein, Allah se duaayein karein, quran padhkar sochein ke kya karna chahiye.</w:t>
      </w:r>
      <w:r>
        <w:br/>
      </w:r>
      <w:r>
        <w:rPr>
          <w:sz w:val="20"/>
        </w:rPr>
        <w:t>15:00  yeh daud rahe hain turki ki taraf, daud rahe hain germany ki taraf, daud rahe hain afghanistan ki taraf.</w:t>
      </w:r>
      <w:r>
        <w:br/>
      </w:r>
      <w:r>
        <w:rPr>
          <w:sz w:val="20"/>
        </w:rPr>
        <w:t>15:05  natija kya hua? mukammal nakaami hui. ek lakh ulamaa ko shaheed kar maara angrezon ne. log be watan ho gaye, jaayedaadein un ki bik gayeen aur kya kya museebatein pesh aayeen.</w:t>
      </w:r>
      <w:r>
        <w:br/>
      </w:r>
      <w:r>
        <w:rPr>
          <w:sz w:val="20"/>
        </w:rPr>
        <w:t>15:20  faayda kuch bhi nahi.</w:t>
      </w:r>
      <w:r>
        <w:br/>
      </w:r>
      <w:r>
        <w:rPr>
          <w:sz w:val="20"/>
        </w:rPr>
        <w:t>15:24  to angrezon ke aane se jo masla paida hua tha, to log daudna chahte the Allah ki taraf. yeh daude kis ki taraf?</w:t>
      </w:r>
      <w:r>
        <w:br/>
      </w:r>
      <w:r>
        <w:rPr>
          <w:sz w:val="20"/>
        </w:rPr>
        <w:t>15:33  insaanon ki taraf, afghanistan ki taraf, turki ki taraf, germany ki taraf. is wajah se wahan yaani unhein kuch khabar hi nahi hui ke kya karna chahiye.</w:t>
      </w:r>
      <w:r>
        <w:br/>
      </w:r>
      <w:r>
        <w:rPr>
          <w:sz w:val="20"/>
        </w:rPr>
        <w:t>15:44  ab dekhiye, is ko yeh saada baat nahi hai. agar woh daudte Allah ki taraf, yaani matlab duaayein karte, quran padhte, nabiyon ke haalaat ko mutaala karte,</w:t>
      </w:r>
      <w:r>
        <w:br/>
      </w:r>
      <w:r>
        <w:rPr>
          <w:sz w:val="20"/>
        </w:rPr>
        <w:t>16:00  to un par ek bahut badi cheez khulti.</w:t>
      </w:r>
      <w:r>
        <w:br/>
      </w:r>
      <w:r>
        <w:rPr>
          <w:sz w:val="20"/>
        </w:rPr>
        <w:t>16:03  bahut badi cheez khulti. woh kya hai? innamā al-ʿusra yusra innamā al-ʿusra yusra yaani har usr ke saath yusr aata hai, har problem ke saath ek opportunity aati hai.</w:t>
      </w:r>
    </w:p>
    <w:p>
      <w:pPr>
        <w:pStyle w:val="Heading2"/>
      </w:pPr>
      <w:r>
        <w:t>Final warning and three types of people</w:t>
      </w:r>
    </w:p>
    <w:p>
      <w:r>
        <w:rPr>
          <w:color w:val="666666"/>
          <w:sz w:val="18"/>
        </w:rPr>
        <w:t>The Doomsday is Coming | November 26, 2007 · 5m 35s · at 27:32 · https://youtu.be/AkOKuzwv1HI?t=1652</w:t>
      </w:r>
    </w:p>
    <w:p>
      <w:r>
        <w:rPr>
          <w:i/>
        </w:rPr>
        <w:t>“Test period khatam ho raha hai”</w:t>
      </w:r>
    </w:p>
    <w:p>
      <w:r>
        <w:rPr>
          <w:sz w:val="20"/>
        </w:rPr>
        <w:t>27:32  hum hon, lekin life support system khatm ho chuka ho.</w:t>
      </w:r>
      <w:r>
        <w:br/>
      </w:r>
      <w:r>
        <w:rPr>
          <w:sz w:val="20"/>
        </w:rPr>
        <w:t>27:36  isi ka naam hell hai.</w:t>
      </w:r>
      <w:r>
        <w:br/>
      </w:r>
      <w:r>
        <w:rPr>
          <w:sz w:val="20"/>
        </w:rPr>
        <w:t>27:40  to ab yeh duniya aane wali hai.</w:t>
      </w:r>
      <w:r>
        <w:br/>
      </w:r>
      <w:r>
        <w:rPr>
          <w:sz w:val="20"/>
        </w:rPr>
        <w:t>27:43  yeh warning di ja rahi hai, warning.</w:t>
      </w:r>
      <w:r>
        <w:br/>
      </w:r>
      <w:r>
        <w:rPr>
          <w:sz w:val="20"/>
        </w:rPr>
        <w:t>27:47  ke test period khatm ho raha hai.</w:t>
      </w:r>
      <w:r>
        <w:br/>
      </w:r>
      <w:r>
        <w:rPr>
          <w:sz w:val="20"/>
        </w:rPr>
        <w:t>27:51  test period khatm ho raha hai.</w:t>
      </w:r>
      <w:r>
        <w:br/>
      </w:r>
      <w:r>
        <w:rPr>
          <w:sz w:val="20"/>
        </w:rPr>
        <w:t>27:55  to in ko final call di ja di gayi.</w:t>
      </w:r>
      <w:r>
        <w:br/>
      </w:r>
      <w:r>
        <w:rPr>
          <w:sz w:val="20"/>
        </w:rPr>
        <w:t>27:58  jis tarah se ek student</w:t>
      </w:r>
      <w:r>
        <w:br/>
      </w:r>
      <w:r>
        <w:rPr>
          <w:sz w:val="20"/>
        </w:rPr>
        <w:t>28:02  hum hon, lekin life support system khatm ho chuka ho. isi ka naam hell hai. to ab yeh dunya aane wali hai. yeh warning di ja rahi hai, warning. ke test period khatm ho raha hai. test period khatm ho raha hai. to in ko final call di ja di gayi. jis tarah se ek student</w:t>
      </w:r>
      <w:r>
        <w:br/>
      </w:r>
      <w:r>
        <w:rPr>
          <w:sz w:val="20"/>
        </w:rPr>
        <w:t>28:32  buniyad par hum yeh duniya ko bata rahe hain ke aagah ho jao.</w:t>
      </w:r>
      <w:r>
        <w:br/>
      </w:r>
      <w:r>
        <w:rPr>
          <w:sz w:val="20"/>
        </w:rPr>
        <w:t>28:37  hoshiyar ho jao.</w:t>
      </w:r>
      <w:r>
        <w:br/>
      </w:r>
      <w:r>
        <w:rPr>
          <w:sz w:val="20"/>
        </w:rPr>
        <w:t>28:42  ab time baqi nahi raha hai.</w:t>
      </w:r>
      <w:r>
        <w:br/>
      </w:r>
      <w:r>
        <w:rPr>
          <w:sz w:val="20"/>
        </w:rPr>
        <w:t>28:48  ab time baqi nahi raha hai.</w:t>
      </w:r>
      <w:r>
        <w:br/>
      </w:r>
      <w:r>
        <w:rPr>
          <w:sz w:val="20"/>
        </w:rPr>
        <w:t>28:53  bilkul aakhri waqt aa gaya hai.</w:t>
      </w:r>
      <w:r>
        <w:br/>
      </w:r>
      <w:r>
        <w:rPr>
          <w:sz w:val="20"/>
        </w:rPr>
        <w:t>28:58  dekhiye Quran mein ek hai surah waqia, chapter waqia, number 56</w:t>
      </w:r>
      <w:r>
        <w:br/>
      </w:r>
      <w:r>
        <w:rPr>
          <w:sz w:val="20"/>
        </w:rPr>
        <w:t>29:03  56. is mein bataya gaya hai ke wa kuntum azwajan thalathan. yeh bohat ziyada sochne ki baat hai. yani jab yeh test period khatam hoga aur saare insaan jo hain jama kiye jayenge Allah taala ke aagay. mein samajhta hoon ke Mr Rajat Malhotra ko jo dream aaya, woh yahi hai ke saare log chale ja rahe</w:t>
      </w:r>
      <w:r>
        <w:br/>
      </w:r>
      <w:r>
        <w:rPr>
          <w:sz w:val="20"/>
        </w:rPr>
        <w:t>29:33  e hain Khuda ki taraf.</w:t>
      </w:r>
      <w:r>
        <w:br/>
      </w:r>
      <w:r>
        <w:rPr>
          <w:sz w:val="20"/>
        </w:rPr>
        <w:t>29:37  yani maidan-e-hashr ki taraf.</w:t>
      </w:r>
      <w:r>
        <w:br/>
      </w:r>
      <w:r>
        <w:rPr>
          <w:sz w:val="20"/>
        </w:rPr>
        <w:t>29:41  ab in ka hisab kitab hone wala hai.</w:t>
      </w:r>
      <w:r>
        <w:br/>
      </w:r>
      <w:r>
        <w:rPr>
          <w:sz w:val="20"/>
        </w:rPr>
        <w:t>29:45  aur kisi ke liye hell hogi, kisi ke liye paradise hogi.</w:t>
      </w:r>
      <w:r>
        <w:br/>
      </w:r>
      <w:r>
        <w:rPr>
          <w:sz w:val="20"/>
        </w:rPr>
        <w:t>29:48  to surah waqia jo hai, chapter number 56 mein kaha gaya hai ke kuntum azwajan thalatha.</w:t>
      </w:r>
      <w:r>
        <w:br/>
      </w:r>
      <w:r>
        <w:rPr>
          <w:sz w:val="20"/>
        </w:rPr>
        <w:t>29:52  is din tum log teen group mein bat jaoge. sare insan.</w:t>
      </w:r>
      <w:r>
        <w:br/>
      </w:r>
      <w:r>
        <w:rPr>
          <w:sz w:val="20"/>
        </w:rPr>
        <w:t>29:56  kuntum azwajan thalatha.</w:t>
      </w:r>
      <w:r>
        <w:br/>
      </w:r>
      <w:r>
        <w:rPr>
          <w:sz w:val="20"/>
        </w:rPr>
        <w:t>30:00  sare insan jo poori history mein paida</w:t>
      </w:r>
      <w:r>
        <w:br/>
      </w:r>
      <w:r>
        <w:rPr>
          <w:sz w:val="20"/>
        </w:rPr>
        <w:t>30:04  hue.</w:t>
      </w:r>
      <w:r>
        <w:br/>
      </w:r>
      <w:r>
        <w:rPr>
          <w:sz w:val="20"/>
        </w:rPr>
        <w:t>30:10  poori poori history mein paida hone wale mard aur aurat sab teen group mein bat jayenge.</w:t>
      </w:r>
      <w:r>
        <w:br/>
      </w:r>
      <w:r>
        <w:rPr>
          <w:sz w:val="20"/>
        </w:rPr>
        <w:t>30:16  woh kaun group hain? ashab-ul-maymana, ashab-ul-mashama aur sabiqoon-al-awwaloon.</w:t>
      </w:r>
      <w:r>
        <w:br/>
      </w:r>
      <w:r>
        <w:rPr>
          <w:sz w:val="20"/>
        </w:rPr>
        <w:t>30:22  yeh teen group bataye gaye hain.</w:t>
      </w:r>
      <w:r>
        <w:br/>
      </w:r>
      <w:r>
        <w:rPr>
          <w:sz w:val="20"/>
        </w:rPr>
        <w:t>30:28  qayamat ka jo scene hai bataya gaya ke wahan kya hoga?</w:t>
      </w:r>
      <w:r>
        <w:br/>
      </w:r>
      <w:r>
        <w:rPr>
          <w:sz w:val="20"/>
        </w:rPr>
        <w:t>30:34  sare insan ekattha hain aur phir un ko teen group mein bant diya gaya.</w:t>
      </w:r>
      <w:r>
        <w:br/>
      </w:r>
      <w:r>
        <w:rPr>
          <w:sz w:val="20"/>
        </w:rPr>
        <w:t>30:39  ashab-ul-yameen ko kaha gaya hai yani people of right hand.</w:t>
      </w:r>
      <w:r>
        <w:br/>
      </w:r>
      <w:r>
        <w:rPr>
          <w:sz w:val="20"/>
        </w:rPr>
        <w:t>30:43  aur ashab-ul-shamal people of left hand.</w:t>
      </w:r>
      <w:r>
        <w:br/>
      </w:r>
      <w:r>
        <w:rPr>
          <w:sz w:val="20"/>
        </w:rPr>
        <w:t>30:47  dayein wale aur bayein wale.</w:t>
      </w:r>
      <w:r>
        <w:br/>
      </w:r>
      <w:r>
        <w:rPr>
          <w:sz w:val="20"/>
        </w:rPr>
        <w:t>30:52  aur sabiqoon-al-awwaloon.</w:t>
      </w:r>
      <w:r>
        <w:br/>
      </w:r>
      <w:r>
        <w:rPr>
          <w:sz w:val="20"/>
        </w:rPr>
        <w:t>30:56  for most aage wale.</w:t>
      </w:r>
      <w:r>
        <w:br/>
      </w:r>
      <w:r>
        <w:rPr>
          <w:sz w:val="20"/>
        </w:rPr>
        <w:t>31:00  to quran mein bata</w:t>
      </w:r>
      <w:r>
        <w:br/>
      </w:r>
      <w:r>
        <w:rPr>
          <w:sz w:val="20"/>
        </w:rPr>
        <w:t>31:04  ya gaya hai ke jo jo jo hell wale log honge un ko bataya gaya hai ke</w:t>
      </w:r>
      <w:r>
        <w:br/>
      </w:r>
      <w:r>
        <w:rPr>
          <w:sz w:val="20"/>
        </w:rPr>
        <w:t>31:11  yeh ashab-ul-shamal honge.</w:t>
      </w:r>
      <w:r>
        <w:br/>
      </w:r>
      <w:r>
        <w:rPr>
          <w:sz w:val="20"/>
        </w:rPr>
        <w:t>31:17  yeh bayein wale log honge.</w:t>
      </w:r>
      <w:r>
        <w:br/>
      </w:r>
      <w:r>
        <w:rPr>
          <w:sz w:val="20"/>
        </w:rPr>
        <w:t>31:24  woh sare is taraf honge bayein wale.</w:t>
      </w:r>
      <w:r>
        <w:br/>
      </w:r>
      <w:r>
        <w:rPr>
          <w:sz w:val="20"/>
        </w:rPr>
        <w:t>31:30  ashab-ul-yameen woh honge jo jannat wale honge.</w:t>
      </w:r>
      <w:r>
        <w:br/>
      </w:r>
      <w:r>
        <w:rPr>
          <w:sz w:val="20"/>
        </w:rPr>
        <w:t>31:37  aur aage wale woh honge jo jo ziyada Allah ke deen par ziyada chale. jinhone Allah ke aage badh badhkar surrender kiya. aur jinhone apna sab kuch Allah ke liye dedicate kar diya woh log honge. to doosre lafzon mein mein yeh kahunga jo mein aksar kaha karta hoon ke duniya mein teen qism ke log hain. mein apne lafzon mein</w:t>
      </w:r>
      <w:r>
        <w:br/>
      </w:r>
      <w:r>
        <w:rPr>
          <w:sz w:val="20"/>
        </w:rPr>
        <w:t>32:07  yeh kaha karta hoon ke dunya mein teen qism ke log hain.</w:t>
      </w:r>
      <w:r>
        <w:br/>
      </w:r>
      <w:r>
        <w:rPr>
          <w:sz w:val="20"/>
        </w:rPr>
        <w:t>32:12  aik hai one man one mission.</w:t>
      </w:r>
      <w:r>
        <w:br/>
      </w:r>
      <w:r>
        <w:rPr>
          <w:sz w:val="20"/>
        </w:rPr>
        <w:t>32:17  aik hai one man two mission.</w:t>
      </w:r>
      <w:r>
        <w:br/>
      </w:r>
      <w:r>
        <w:rPr>
          <w:sz w:val="20"/>
        </w:rPr>
        <w:t>32:22  aur aik hai one man no mission.</w:t>
      </w:r>
      <w:r>
        <w:br/>
      </w:r>
      <w:r>
        <w:rPr>
          <w:sz w:val="20"/>
        </w:rPr>
        <w:t>32:28  to one man one mission kon hain? jinhon ne apna sab kuch Allah ke liye ko de diya.</w:t>
      </w:r>
      <w:r>
        <w:br/>
      </w:r>
      <w:r>
        <w:rPr>
          <w:sz w:val="20"/>
        </w:rPr>
        <w:t>32:33  supreme dedicate kar diya apne aap ko Khuda ke rastay mein.</w:t>
      </w:r>
      <w:r>
        <w:br/>
      </w:r>
      <w:r>
        <w:rPr>
          <w:sz w:val="20"/>
        </w:rPr>
        <w:t>32:38  isi ke liye jeena, Khuda ke liye jeena, Khuda ke liye uthna, Khuda ke liye sona, Khuda ke liye chalna, Khuda ke liye baithna, Khuda ke mission mein apne aap ko aap ko dedicate kar dena. yeh hai one man one mission. yani inka koi doosra concern hi nahin. Khuda ke siwa koi doosra concern nahin inka. inka paisa, inka time, inki energy, jo kuch bhi inke paas</w:t>
      </w:r>
    </w:p>
    <w:p>
      <w:pPr>
        <w:pStyle w:val="Heading2"/>
      </w:pPr>
      <w:r>
        <w:t>Learning from a Hindu scholar's question</w:t>
      </w:r>
    </w:p>
    <w:p>
      <w:r>
        <w:rPr>
          <w:color w:val="666666"/>
          <w:sz w:val="18"/>
        </w:rPr>
        <w:t>Comparative Study of Religions | May 30, 2010 | Maulana Wahiduddin Khan · 3m 32s · at 15:26 · https://youtu.be/W5Pm3XIyyz8?t=926</w:t>
      </w:r>
    </w:p>
    <w:p>
      <w:r>
        <w:rPr>
          <w:i/>
        </w:rPr>
        <w:t>“Lucknow mein ek sahib thay, ek Hindu scholar.”</w:t>
      </w:r>
    </w:p>
    <w:p>
      <w:r>
        <w:rPr>
          <w:sz w:val="20"/>
        </w:rPr>
        <w:t>15:26  jaise main is se pehle main ne aap ko qissa ghaliban bataya hoga ke lucknow mein ek sahab</w:t>
      </w:r>
      <w:r>
        <w:br/>
      </w:r>
      <w:r>
        <w:rPr>
          <w:sz w:val="20"/>
        </w:rPr>
        <w:t>15:31  the, ek hindu scholar, woh pakke secular the.</w:t>
      </w:r>
      <w:r>
        <w:br/>
      </w:r>
      <w:r>
        <w:rPr>
          <w:sz w:val="20"/>
        </w:rPr>
        <w:t>15:36  ek iftikhar aadmi ek sahab the wahan par, ab to unka death ho gaya.</w:t>
      </w:r>
      <w:r>
        <w:br/>
      </w:r>
      <w:r>
        <w:rPr>
          <w:sz w:val="20"/>
        </w:rPr>
        <w:t>15:41  to unhon ne mujhe milaya tha wahan iftikhar aadmi se.</w:t>
      </w:r>
      <w:r>
        <w:br/>
      </w:r>
      <w:r>
        <w:rPr>
          <w:sz w:val="20"/>
        </w:rPr>
        <w:t>15:47  iftikhar aadmi ne mujhe un se milaya tha.</w:t>
      </w:r>
      <w:r>
        <w:br/>
      </w:r>
      <w:r>
        <w:rPr>
          <w:sz w:val="20"/>
        </w:rPr>
        <w:t>15:52  to unhon ne kaha ke bare ajeeb dhang se bolte the woh</w:t>
      </w:r>
      <w:r>
        <w:br/>
      </w:r>
      <w:r>
        <w:rPr>
          <w:sz w:val="20"/>
        </w:rPr>
        <w:t>15:57  ke Muhammad ko agar history se nikal liya jaye to history mein kya kami reh jaye gi? Muhammad</w:t>
      </w:r>
      <w:r>
        <w:br/>
      </w:r>
      <w:r>
        <w:rPr>
          <w:sz w:val="20"/>
        </w:rPr>
        <w:t>16:04  ko agar history se nikal liya jaye to history mein kya kami reh jaye gi? ab rapidly mere</w:t>
      </w:r>
      <w:r>
        <w:br/>
      </w:r>
      <w:r>
        <w:rPr>
          <w:sz w:val="20"/>
        </w:rPr>
        <w:t>16:12  muh se nikla ke wohi kami jo Muhammad se pehle history mein thi.</w:t>
      </w:r>
      <w:r>
        <w:br/>
      </w:r>
      <w:r>
        <w:rPr>
          <w:sz w:val="20"/>
        </w:rPr>
        <w:t>16:19  matlab is waqt na radio tha, na bijli thi, na rail thi, na hawa jahaz tha, na car thi.</w:t>
      </w:r>
      <w:r>
        <w:br/>
      </w:r>
      <w:r>
        <w:rPr>
          <w:sz w:val="20"/>
        </w:rPr>
        <w:t>16:27  aise hi bas nikla spontaneously.</w:t>
      </w:r>
      <w:r>
        <w:br/>
      </w:r>
      <w:r>
        <w:rPr>
          <w:sz w:val="20"/>
        </w:rPr>
        <w:t>16:31  to main ne socha ke bhai kis baat, kis liye main ne aisa keh diya? kya matlab hai</w:t>
      </w:r>
      <w:r>
        <w:br/>
      </w:r>
      <w:r>
        <w:rPr>
          <w:sz w:val="20"/>
        </w:rPr>
        <w:t>16:36  iska? to woh jo takrao un se hua mera ke unhon ne kaha ke Muhammad sahab, unhon</w:t>
      </w:r>
      <w:r>
        <w:br/>
      </w:r>
      <w:r>
        <w:rPr>
          <w:sz w:val="20"/>
        </w:rPr>
        <w:t>16:40  ne ridicule kiya, nauzubillah, un ko history se nikal liya jaye to history mein kya kami reh</w:t>
      </w:r>
      <w:r>
        <w:br/>
      </w:r>
      <w:r>
        <w:rPr>
          <w:sz w:val="20"/>
        </w:rPr>
        <w:t>16:44  jaaye gi? to woh samajhte the ke kuch bhi nahi kami hogi.</w:t>
      </w:r>
      <w:r>
        <w:br/>
      </w:r>
      <w:r>
        <w:rPr>
          <w:sz w:val="20"/>
        </w:rPr>
        <w:t>16:49  to phir maine socha ke maine kyun aisa keh diya? to maine study kiya, study</w:t>
      </w:r>
      <w:r>
        <w:br/>
      </w:r>
      <w:r>
        <w:rPr>
          <w:sz w:val="20"/>
        </w:rPr>
        <w:t>16:53  kiya, study kiya.</w:t>
      </w:r>
      <w:r>
        <w:br/>
      </w:r>
      <w:r>
        <w:rPr>
          <w:sz w:val="20"/>
        </w:rPr>
        <w:t>16:57  to ek bohat bari discovery mujhe ho gayi.</w:t>
      </w:r>
      <w:r>
        <w:br/>
      </w:r>
      <w:r>
        <w:rPr>
          <w:sz w:val="20"/>
        </w:rPr>
        <w:t>17:04  aur phir maine kitaab likhi yaani Prophet of Revolution.</w:t>
      </w:r>
      <w:r>
        <w:br/>
      </w:r>
      <w:r>
        <w:rPr>
          <w:sz w:val="20"/>
        </w:rPr>
        <w:t>17:10  woh angrezi urdu mein chhapi hai, woh kitab yaani peghambar e inqilaab.</w:t>
      </w:r>
      <w:r>
        <w:br/>
      </w:r>
      <w:r>
        <w:rPr>
          <w:sz w:val="20"/>
        </w:rPr>
        <w:t>17:16  aur woh angrezi mein chhapi hai Profit of Revolution.</w:t>
      </w:r>
      <w:r>
        <w:br/>
      </w:r>
      <w:r>
        <w:rPr>
          <w:sz w:val="20"/>
        </w:rPr>
        <w:t>17:22  ab dekhiye, ek aadmi jo secular tha, jo</w:t>
      </w:r>
      <w:r>
        <w:br/>
      </w:r>
      <w:r>
        <w:rPr>
          <w:sz w:val="20"/>
        </w:rPr>
        <w:t>17:28  aisi baat jisne kahi thi ke aam taur par musalman is se lad jayenge, is se</w:t>
      </w:r>
      <w:r>
        <w:br/>
      </w:r>
      <w:r>
        <w:rPr>
          <w:sz w:val="20"/>
        </w:rPr>
        <w:t>17:34  ke tum hamare peghambar ki toheen kar rahe ho, kaisi baat karte ho? to mujhe kuch aisa is</w:t>
      </w:r>
      <w:r>
        <w:br/>
      </w:r>
      <w:r>
        <w:rPr>
          <w:sz w:val="20"/>
        </w:rPr>
        <w:t>17:40  qism ka bias mere andar nahi.</w:t>
      </w:r>
      <w:r>
        <w:br/>
      </w:r>
      <w:r>
        <w:rPr>
          <w:sz w:val="20"/>
        </w:rPr>
        <w:t>17:46  to different mazahib ka mutaala bohat hi zyada is mein faida hai.</w:t>
      </w:r>
      <w:r>
        <w:br/>
      </w:r>
      <w:r>
        <w:rPr>
          <w:sz w:val="20"/>
        </w:rPr>
        <w:t>17:52  lekin yeh lazmi condition hai ke aap ke andar koi bias na ho, koi hate na ho, koi debating</w:t>
      </w:r>
      <w:r>
        <w:br/>
      </w:r>
      <w:r>
        <w:rPr>
          <w:sz w:val="20"/>
        </w:rPr>
        <w:t>17:58  mizaj na aap ka ho, apne ko superior, doosre ko inferior manne ka mizaj na ho. yeh sab kuch nahi hai. tab aap faida utha payenge, warna kuch kuch bhi aap ko faida nahi hoga. aise hi dekhiye, bohat si baatein mujhe bari bari baatein mere haan mili hain inhi logon se jo islam ko mante nahi the. islam ko mante nahi the inhi logon</w:t>
      </w:r>
      <w:r>
        <w:br/>
      </w:r>
      <w:r>
        <w:rPr>
          <w:sz w:val="20"/>
        </w:rPr>
        <w:t>18:28  on se mili hain mujhe.</w:t>
      </w:r>
      <w:r>
        <w:br/>
      </w:r>
      <w:r>
        <w:rPr>
          <w:sz w:val="20"/>
        </w:rPr>
        <w:t>18:33  ya mazahib ko nahi mante the, ya islam ko nahi mante the, ya rasool Allah ko nahi mante the.</w:t>
      </w:r>
      <w:r>
        <w:br/>
      </w:r>
      <w:r>
        <w:rPr>
          <w:sz w:val="20"/>
        </w:rPr>
        <w:t>18:37  inhi logon se mujhe bari bari baatein mili hain.</w:t>
      </w:r>
      <w:r>
        <w:br/>
      </w:r>
      <w:r>
        <w:rPr>
          <w:sz w:val="20"/>
        </w:rPr>
        <w:t>18:41  aur is ke peeche bohat lambi history hai.</w:t>
      </w:r>
      <w:r>
        <w:br/>
      </w:r>
      <w:r>
        <w:rPr>
          <w:sz w:val="20"/>
        </w:rPr>
        <w:t>18:46  yaani pachas saath saal ki ek tareekh hai.</w:t>
      </w:r>
      <w:r>
        <w:br/>
      </w:r>
      <w:r>
        <w:rPr>
          <w:sz w:val="20"/>
        </w:rPr>
        <w:t>18:50  aur aise bohat se waqeaat hain jin ko main bayan kar sakta hoon inshallah ke kis tarah se</w:t>
      </w:r>
      <w:r>
        <w:br/>
      </w:r>
      <w:r>
        <w:rPr>
          <w:sz w:val="20"/>
        </w:rPr>
        <w:t>18:54  in logon se mujhe faida hua</w:t>
      </w:r>
    </w:p>
    <w:p>
      <w:pPr>
        <w:pStyle w:val="Heading2"/>
      </w:pPr>
      <w:r>
        <w:t>Call to the Muslim ummah: drop confrontation, seize open opportunities</w:t>
      </w:r>
    </w:p>
    <w:p>
      <w:r>
        <w:rPr>
          <w:color w:val="666666"/>
          <w:sz w:val="18"/>
        </w:rPr>
        <w:t>Non Confrontational Method May 04, 2014 Maulana Wahiduddin Khan · 3m 34s · at 34:15 · https://youtu.be/uioEZUeFxLg?t=2055</w:t>
      </w:r>
    </w:p>
    <w:p>
      <w:r>
        <w:rPr>
          <w:i/>
        </w:rPr>
        <w:t>“Our mission is to make the Muslim ummah aware of this forgotten formula.”</w:t>
      </w:r>
    </w:p>
    <w:p>
      <w:r>
        <w:rPr>
          <w:sz w:val="20"/>
        </w:rPr>
        <w:t>34:15  to hamara mission jo hai, wo mission yeh hai ke hum is baat ko ummat-e-muslima ko batayein, ummat, ummat-e-muslima ko is baat se agah karein.</w:t>
      </w:r>
      <w:r>
        <w:br/>
      </w:r>
      <w:r>
        <w:rPr>
          <w:sz w:val="20"/>
        </w:rPr>
        <w:t>34:31  kyunke is waqt jo ummat-e-muslima hai, wo is formula ko bhool gayi hai.</w:t>
      </w:r>
      <w:r>
        <w:br/>
      </w:r>
      <w:r>
        <w:rPr>
          <w:sz w:val="20"/>
        </w:rPr>
        <w:t>34:39  yahi wajah hai har jagah, har wajah hai ke aap dekhein, har jagah log complaint mein jeete hain, protest mein jeete hain. Enemy samajhte hain ke sab log hamare enemy hain, lad rahe hain idhar udhar.</w:t>
      </w:r>
      <w:r>
        <w:br/>
      </w:r>
      <w:r>
        <w:rPr>
          <w:sz w:val="20"/>
        </w:rPr>
        <w:t>34:52  yahan dekhiye,</w:t>
      </w:r>
      <w:r>
        <w:br/>
      </w:r>
      <w:r>
        <w:rPr>
          <w:sz w:val="20"/>
        </w:rPr>
        <w:t>34:56  main ek seminar mein, musalmanon ke ek seminar mein gaya, jahan musalmanon ke parhe likhe log aaye the, parhe likhe sab educated log the.</w:t>
      </w:r>
      <w:r>
        <w:br/>
      </w:r>
      <w:r>
        <w:rPr>
          <w:sz w:val="20"/>
        </w:rPr>
        <w:t>35:08  to wahan par kaha gaya ke "Muslims are under siege". "Muslims are under siege" yani musalman jo hain, dushmanon ke ghere mein hain.</w:t>
      </w:r>
      <w:r>
        <w:br/>
      </w:r>
      <w:r>
        <w:rPr>
          <w:sz w:val="20"/>
        </w:rPr>
        <w:t>35:23  main wahan bola tha, main ne kaha ke yeh to bilkul galat baat hai. Yani har cheez, har cheez aap ke liye open ho gayi hai, sari opportunity aap ke khul rahi hain.</w:t>
      </w:r>
      <w:r>
        <w:br/>
      </w:r>
      <w:r>
        <w:rPr>
          <w:sz w:val="20"/>
        </w:rPr>
        <w:t>35:32  to siege kahan hai? "where the siege".</w:t>
      </w:r>
      <w:r>
        <w:br/>
      </w:r>
      <w:r>
        <w:rPr>
          <w:sz w:val="20"/>
        </w:rPr>
        <w:t>35:37  to yeh jo musalmanon par chhaya hua hai ke "we are under siege", is ko khatam karna.</w:t>
      </w:r>
      <w:r>
        <w:br/>
      </w:r>
      <w:r>
        <w:rPr>
          <w:sz w:val="20"/>
        </w:rPr>
        <w:t>35:47  aur musalmanon is kis ke nateejay mein? Musalman ek blind alley mein phans gaye hain, blind alley, band gali mein. Sawal ladne ke aur suicide bombing karna, yeh tareeqa in ko reh gaya in ke paas.</w:t>
      </w:r>
      <w:r>
        <w:br/>
      </w:r>
      <w:r>
        <w:rPr>
          <w:sz w:val="20"/>
        </w:rPr>
        <w:t>36:04  jab dekhte hain ke lad kar kaam nahi ban raha hai to suicide bombing karte hain. Yeh sab kya hai? Blind alley mein, blind alley mein phans jana, band gali mein phans jana.</w:t>
      </w:r>
      <w:r>
        <w:br/>
      </w:r>
      <w:r>
        <w:rPr>
          <w:sz w:val="20"/>
        </w:rPr>
        <w:t>36:17  to hamara mission yeh hai ke hum ek taraf khud modern opportunities ko avail karein, aur doosri taraf</w:t>
      </w:r>
      <w:r>
        <w:br/>
      </w:r>
      <w:r>
        <w:rPr>
          <w:sz w:val="20"/>
        </w:rPr>
        <w:t>36:31  ummat-e-muslima ko hum agah kar kar kar rahe hain ke wo apne mindset ko badle, apne way of thinking ko badle.</w:t>
      </w:r>
      <w:r>
        <w:br/>
      </w:r>
      <w:r>
        <w:rPr>
          <w:sz w:val="20"/>
        </w:rPr>
        <w:t>36:42  wo discover kare ke jis age mein wo hai, wo wo age kya</w:t>
      </w:r>
      <w:r>
        <w:br/>
      </w:r>
      <w:r>
        <w:rPr>
          <w:sz w:val="20"/>
        </w:rPr>
        <w:t>36:46  hai? Wo ek badla hua age hai, ek naya age hai.</w:t>
      </w:r>
      <w:r>
        <w:br/>
      </w:r>
      <w:r>
        <w:rPr>
          <w:sz w:val="20"/>
        </w:rPr>
        <w:t>36:53  Quran ki ayat mein jo main ne ab jo padhi aap ke samne, is mein jis jis baat ka zikr kiya tha, wo aaj waqe ho chuka hai. Aaj fitna khatam ho chuka hai.</w:t>
      </w:r>
      <w:r>
        <w:br/>
      </w:r>
      <w:r>
        <w:rPr>
          <w:sz w:val="20"/>
        </w:rPr>
        <w:t>37:06  aaj din Allah ke liye ho chuka hai, lekin political sense mein nahi, balkay opportunity ke sense mein.</w:t>
      </w:r>
      <w:r>
        <w:br/>
      </w:r>
      <w:r>
        <w:rPr>
          <w:sz w:val="20"/>
        </w:rPr>
        <w:t>37:21  to musalmanon ko main samajhta hoon ke sab se zaroori baat batane ki yeh hai ke political takrao ko khatam karo, arm culture ko khatam karo, suicide bombing ko khatam karo,</w:t>
      </w:r>
      <w:r>
        <w:br/>
      </w:r>
      <w:r>
        <w:rPr>
          <w:sz w:val="20"/>
        </w:rPr>
        <w:t>37:37  nafrat ko khatam karo, tashaddud ko khatam karo, aur aaj ke zamane mein jo opportunities khuli hain, us ko avail karo.</w:t>
      </w:r>
    </w:p>
    <w:p>
      <w:pPr>
        <w:pStyle w:val="Heading2"/>
      </w:pPr>
      <w:r>
        <w:t>God's law of replacing nations through history</w:t>
      </w:r>
    </w:p>
    <w:p>
      <w:r>
        <w:rPr>
          <w:color w:val="666666"/>
          <w:sz w:val="18"/>
        </w:rPr>
        <w:t>The Importance of Positive Thinking | June 13, 2010 | Maulana Wahiduddin Khan · 5m 01s · at 11:52 · https://youtu.be/81MIy8VqzYU?t=712</w:t>
      </w:r>
    </w:p>
    <w:p>
      <w:r>
        <w:rPr>
          <w:i/>
        </w:rPr>
        <w:t>“Romans were given two thousand years by God”</w:t>
      </w:r>
    </w:p>
    <w:p>
      <w:r>
        <w:rPr>
          <w:sz w:val="20"/>
        </w:rPr>
        <w:t>11:52  Romans jo hain, do hazar saal tak in ko Allah taala ne mauqa diya.</w:t>
      </w:r>
      <w:r>
        <w:br/>
      </w:r>
      <w:r>
        <w:rPr>
          <w:sz w:val="20"/>
        </w:rPr>
        <w:t>11:57  Romans ne kya kiya? ek bohat bara kaam kiya: unity.</w:t>
      </w:r>
      <w:r>
        <w:br/>
      </w:r>
      <w:r>
        <w:rPr>
          <w:sz w:val="20"/>
        </w:rPr>
        <w:t>12:02  Romans se pehle dunya mein log qabail mein bikhre hue the, aapas mein koi unity nahi thi.</w:t>
      </w:r>
      <w:r>
        <w:br/>
      </w:r>
      <w:r>
        <w:rPr>
          <w:sz w:val="20"/>
        </w:rPr>
        <w:t>12:07  to Romans ne ek unity paida ki.</w:t>
      </w:r>
      <w:r>
        <w:br/>
      </w:r>
      <w:r>
        <w:rPr>
          <w:sz w:val="20"/>
        </w:rPr>
        <w:t>12:12  unity se kya hua? interaction barha.</w:t>
      </w:r>
      <w:r>
        <w:br/>
      </w:r>
      <w:r>
        <w:rPr>
          <w:sz w:val="20"/>
        </w:rPr>
        <w:t>12:17  to yeh Romans ka ek karname aaj Roman empire banaya tha jinho ne aur kaha jata hai ke Pax Romana.</w:t>
      </w:r>
      <w:r>
        <w:br/>
      </w:r>
      <w:r>
        <w:rPr>
          <w:sz w:val="20"/>
        </w:rPr>
        <w:t>12:22  to Pax Romana jo tha, is ka ek bohat bara yeh hua ke pichle daur, jo ke tribal</w:t>
      </w:r>
      <w:r>
        <w:br/>
      </w:r>
      <w:r>
        <w:rPr>
          <w:sz w:val="20"/>
        </w:rPr>
        <w:t>12:27  age tha, qabaili daur, mutfarriq, sab mutfarriq, sab mutfarriq, is mein inhone unity paida ki.</w:t>
      </w:r>
      <w:r>
        <w:br/>
      </w:r>
      <w:r>
        <w:rPr>
          <w:sz w:val="20"/>
        </w:rPr>
        <w:t>12:32  ek hi empire ki tarah sab ko laye aur interaction barhne laga.</w:t>
      </w:r>
      <w:r>
        <w:br/>
      </w:r>
      <w:r>
        <w:rPr>
          <w:sz w:val="20"/>
        </w:rPr>
        <w:t>12:37  yeh tha karname Romans ka.</w:t>
      </w:r>
      <w:r>
        <w:br/>
      </w:r>
      <w:r>
        <w:rPr>
          <w:sz w:val="20"/>
        </w:rPr>
        <w:t>12:42  is ke baad saatvi sadi mein in ko hata kar Allah taala ne Musalmanon ko laya, Musalmanon ne</w:t>
      </w:r>
      <w:r>
        <w:br/>
      </w:r>
      <w:r>
        <w:rPr>
          <w:sz w:val="20"/>
        </w:rPr>
        <w:t>12:47  empire qaim kiya jo</w:t>
      </w:r>
      <w:r>
        <w:br/>
      </w:r>
      <w:r>
        <w:rPr>
          <w:sz w:val="20"/>
        </w:rPr>
        <w:t>12:52  taqreeban aath so saal tak raha.</w:t>
      </w:r>
      <w:r>
        <w:br/>
      </w:r>
      <w:r>
        <w:rPr>
          <w:sz w:val="20"/>
        </w:rPr>
        <w:t>12:58  Roman empire ko hata kar Muslim empire aaya.</w:t>
      </w:r>
      <w:r>
        <w:br/>
      </w:r>
      <w:r>
        <w:rPr>
          <w:sz w:val="20"/>
        </w:rPr>
        <w:t>13:04  Musalmanon ne ek bohat bara kaam kiya, woh tha nature worship ka khatma, jo Romans nahi kar saken the.</w:t>
      </w:r>
      <w:r>
        <w:br/>
      </w:r>
      <w:r>
        <w:rPr>
          <w:sz w:val="20"/>
        </w:rPr>
        <w:t>13:10  Romans ne unity laye, Romans ne interaction barhaya inhone, lekin nature worship jo thi woh baqi rahi phir bhi.</w:t>
      </w:r>
      <w:r>
        <w:br/>
      </w:r>
      <w:r>
        <w:rPr>
          <w:sz w:val="20"/>
        </w:rPr>
        <w:t>13:16  aur nature worship jo thi woh rukawat thi science mein</w:t>
      </w:r>
      <w:r>
        <w:br/>
      </w:r>
      <w:r>
        <w:rPr>
          <w:sz w:val="20"/>
        </w:rPr>
        <w:t>13:22  jab ke nature ko explore karne se to science nikli hai.</w:t>
      </w:r>
      <w:r>
        <w:br/>
      </w:r>
      <w:r>
        <w:rPr>
          <w:sz w:val="20"/>
        </w:rPr>
        <w:t>13:27  What is science?</w:t>
      </w:r>
      <w:r>
        <w:br/>
      </w:r>
      <w:r>
        <w:rPr>
          <w:sz w:val="20"/>
        </w:rPr>
        <w:t>13:32  Science is nothing but exploration of nature.</w:t>
      </w:r>
      <w:r>
        <w:br/>
      </w:r>
      <w:r>
        <w:rPr>
          <w:sz w:val="20"/>
        </w:rPr>
        <w:t>13:37  nature ko explore kiya, nature ko ke hidden secret ko discover kiya to science ban gai.</w:t>
      </w:r>
      <w:r>
        <w:br/>
      </w:r>
      <w:r>
        <w:rPr>
          <w:sz w:val="20"/>
        </w:rPr>
        <w:t>13:42  to musalmanon ne apne empire jo qaim kiya, un ka is ka aik bohat bara kaam yeh kiya</w:t>
      </w:r>
      <w:r>
        <w:br/>
      </w:r>
      <w:r>
        <w:rPr>
          <w:sz w:val="20"/>
        </w:rPr>
        <w:t>13:47  ke nature ko unhon ne worship ke maqam se hataya.</w:t>
      </w:r>
      <w:r>
        <w:br/>
      </w:r>
      <w:r>
        <w:rPr>
          <w:sz w:val="20"/>
        </w:rPr>
        <w:t>13:52  to phir exploration shuru hua, science ka daur shuru hua, lekin bohat aage nahi barha sakay woh, yahan</w:t>
      </w:r>
      <w:r>
        <w:br/>
      </w:r>
      <w:r>
        <w:rPr>
          <w:sz w:val="20"/>
        </w:rPr>
        <w:t>13:57  tak ke un ko zawal aa gaya.</w:t>
      </w:r>
      <w:r>
        <w:br/>
      </w:r>
      <w:r>
        <w:rPr>
          <w:sz w:val="20"/>
        </w:rPr>
        <w:t>14:02  jab zawal aa gaya to Allah taala ne un ko bhi hataya, un ko hataya.</w:t>
      </w:r>
      <w:r>
        <w:br/>
      </w:r>
      <w:r>
        <w:rPr>
          <w:sz w:val="20"/>
        </w:rPr>
        <w:t>14:07  phir Europeans aaye, British Empire aaya.</w:t>
      </w:r>
      <w:r>
        <w:br/>
      </w:r>
      <w:r>
        <w:rPr>
          <w:sz w:val="20"/>
        </w:rPr>
        <w:t>14:13  British Empire ne aik bohat bara kaam kiya, ya European Empire keh saktay hain ya British Empire keh</w:t>
      </w:r>
      <w:r>
        <w:br/>
      </w:r>
      <w:r>
        <w:rPr>
          <w:sz w:val="20"/>
        </w:rPr>
        <w:t>14:18  saktay hain, ke unhon ne nature worship</w:t>
      </w:r>
      <w:r>
        <w:br/>
      </w:r>
      <w:r>
        <w:rPr>
          <w:sz w:val="20"/>
        </w:rPr>
        <w:t>14:23  ko jo hataya tha musalmanon ne, is ka agla jo marhala hai unhon ne pura kiya.</w:t>
      </w:r>
      <w:r>
        <w:br/>
      </w:r>
      <w:r>
        <w:rPr>
          <w:sz w:val="20"/>
        </w:rPr>
        <w:t>14:29  yani unhon ne mechanization of power hum keh saktay hain is ko.</w:t>
      </w:r>
      <w:r>
        <w:br/>
      </w:r>
      <w:r>
        <w:rPr>
          <w:sz w:val="20"/>
        </w:rPr>
        <w:t>14:35  musalman jahan tak puhnchay thay, bas woh ghoray aur oont tak puhnchay thay.</w:t>
      </w:r>
      <w:r>
        <w:br/>
      </w:r>
      <w:r>
        <w:rPr>
          <w:sz w:val="20"/>
        </w:rPr>
        <w:t>14:41  yani ghora taqat tha un ke zamanay mein, lekin angrezon ke zamanay mein yeh hua ke pani ko</w:t>
      </w:r>
      <w:r>
        <w:br/>
      </w:r>
      <w:r>
        <w:rPr>
          <w:sz w:val="20"/>
        </w:rPr>
        <w:t>14:47  unhon ne discover kiya ke is ke andar taqat hai,</w:t>
      </w:r>
      <w:r>
        <w:br/>
      </w:r>
      <w:r>
        <w:rPr>
          <w:sz w:val="20"/>
        </w:rPr>
        <w:t>14:53  steam power hai.</w:t>
      </w:r>
      <w:r>
        <w:br/>
      </w:r>
      <w:r>
        <w:rPr>
          <w:sz w:val="20"/>
        </w:rPr>
        <w:t>14:58  pani ko steam power mein convert kiya unhon ne, yeh musalman nahi kar sakay thay.</w:t>
      </w:r>
      <w:r>
        <w:br/>
      </w:r>
      <w:r>
        <w:rPr>
          <w:sz w:val="20"/>
        </w:rPr>
        <w:t>15:03  musalman ghoray tak puhnchay thay, oont tak puhnchay thay, yani animal power tak puhnchay thay.</w:t>
      </w:r>
      <w:r>
        <w:br/>
      </w:r>
      <w:r>
        <w:rPr>
          <w:sz w:val="20"/>
        </w:rPr>
        <w:t>15:08  woh animal power, mechanical power tak musalman nahi puhnch sakay aur zawal aa gaya un ko.</w:t>
      </w:r>
      <w:r>
        <w:br/>
      </w:r>
      <w:r>
        <w:rPr>
          <w:sz w:val="20"/>
        </w:rPr>
        <w:t>15:13  jab zawal aa gaya to aage kuch imkan nahi tha un ka.</w:t>
      </w:r>
      <w:r>
        <w:br/>
      </w:r>
      <w:r>
        <w:rPr>
          <w:sz w:val="20"/>
        </w:rPr>
        <w:t>15:18  to Allah taala ne Europeans ko khara kiya. British Empire</w:t>
      </w:r>
      <w:r>
        <w:br/>
      </w:r>
      <w:r>
        <w:rPr>
          <w:sz w:val="20"/>
        </w:rPr>
        <w:t>15:23  ko aik lamba arsa mila, unhon ne steam power ijad kiya.</w:t>
      </w:r>
      <w:r>
        <w:br/>
      </w:r>
      <w:r>
        <w:rPr>
          <w:sz w:val="20"/>
        </w:rPr>
        <w:t>15:28  steam power ka matlab kya tha? steam ship bnnay lagay, rail gariyan dornay lagin, machinein bnnay lagin waghera,</w:t>
      </w:r>
      <w:r>
        <w:br/>
      </w:r>
      <w:r>
        <w:rPr>
          <w:sz w:val="20"/>
        </w:rPr>
        <w:t>15:33  aur phir communication bhi unhi ke zamanay mein shuru hua.</w:t>
      </w:r>
      <w:r>
        <w:br/>
      </w:r>
      <w:r>
        <w:rPr>
          <w:sz w:val="20"/>
        </w:rPr>
        <w:t>15:38  to yeh tha British Empire ka contribution, lekin is ko bhi zawal aaya.</w:t>
      </w:r>
      <w:r>
        <w:br/>
      </w:r>
      <w:r>
        <w:rPr>
          <w:sz w:val="20"/>
        </w:rPr>
        <w:t>15:43  yani British Empire bhi do sau saal ke baad is ko zawal aa gaya.</w:t>
      </w:r>
      <w:r>
        <w:br/>
      </w:r>
      <w:r>
        <w:rPr>
          <w:sz w:val="20"/>
        </w:rPr>
        <w:t>15:48  tu allah taala ne</w:t>
      </w:r>
      <w:r>
        <w:br/>
      </w:r>
      <w:r>
        <w:rPr>
          <w:sz w:val="20"/>
        </w:rPr>
        <w:t>15:53  americans ko khara kiya.</w:t>
      </w:r>
      <w:r>
        <w:br/>
      </w:r>
      <w:r>
        <w:rPr>
          <w:sz w:val="20"/>
        </w:rPr>
        <w:t>15:57  americans ne dekhiye, bohat bara kaam kiya hai communication ke daire mein.</w:t>
      </w:r>
      <w:r>
        <w:br/>
      </w:r>
      <w:r>
        <w:rPr>
          <w:sz w:val="20"/>
        </w:rPr>
        <w:t>16:02  americans ki research aur americans ke contribution ki waja se aisa hua ke global village ban gayi duniya mein.</w:t>
      </w:r>
      <w:r>
        <w:br/>
      </w:r>
      <w:r>
        <w:rPr>
          <w:sz w:val="20"/>
        </w:rPr>
        <w:t>16:06  kaisi ajeeb baat hai ke aap yahan baith kar bol rahe hain aur sari duniya sun rahi hai.</w:t>
      </w:r>
      <w:r>
        <w:br/>
      </w:r>
      <w:r>
        <w:rPr>
          <w:sz w:val="20"/>
        </w:rPr>
        <w:t>16:10  kaisi ajeeb baat hai yeh ke kisi bhi goshe mein aap ki awaz pahunch rahi hai.</w:t>
      </w:r>
      <w:r>
        <w:br/>
      </w:r>
      <w:r>
        <w:rPr>
          <w:sz w:val="20"/>
        </w:rPr>
        <w:t>16:15  that is globalization.</w:t>
      </w:r>
      <w:r>
        <w:br/>
      </w:r>
      <w:r>
        <w:rPr>
          <w:sz w:val="20"/>
        </w:rPr>
        <w:t>16:19  tu globalization jis ko hum kehte hain,</w:t>
      </w:r>
      <w:r>
        <w:br/>
      </w:r>
      <w:r>
        <w:rPr>
          <w:sz w:val="20"/>
        </w:rPr>
        <w:t>16:23  wo americans ne paida kiya.</w:t>
      </w:r>
      <w:r>
        <w:br/>
      </w:r>
      <w:r>
        <w:rPr>
          <w:sz w:val="20"/>
        </w:rPr>
        <w:t>16:27  yeh bohat hi bara karname americans ka hai.</w:t>
      </w:r>
      <w:r>
        <w:br/>
      </w:r>
      <w:r>
        <w:rPr>
          <w:sz w:val="20"/>
        </w:rPr>
        <w:t>16:31  ab americans ko bhi zawal shuru hogaya hai.</w:t>
      </w:r>
      <w:r>
        <w:br/>
      </w:r>
      <w:r>
        <w:rPr>
          <w:sz w:val="20"/>
        </w:rPr>
        <w:t>16:35  ab ek naya daur aaya hai jabke siyasat se nikal kar ke ek economic power jo hai, ek</w:t>
      </w:r>
      <w:r>
        <w:br/>
      </w:r>
      <w:r>
        <w:rPr>
          <w:sz w:val="20"/>
        </w:rPr>
        <w:t>16:38  is mein aa gayi hai iqtisadiyat mein.</w:t>
      </w:r>
      <w:r>
        <w:br/>
      </w:r>
      <w:r>
        <w:rPr>
          <w:sz w:val="20"/>
        </w:rPr>
        <w:t>16:42  ab zamana aa gaya hai multinationals ka.</w:t>
      </w:r>
      <w:r>
        <w:br/>
      </w:r>
      <w:r>
        <w:rPr>
          <w:sz w:val="20"/>
        </w:rPr>
        <w:t>16:46  multinationals ne ek bohat bara kaam kiya hai, kai kai kaam kiye hain.</w:t>
      </w:r>
      <w:r>
        <w:br/>
      </w:r>
      <w:r>
        <w:rPr>
          <w:sz w:val="20"/>
        </w:rPr>
        <w:t>16:50  is mein se ek wo hai jis ko hum kehte hain outs</w:t>
      </w:r>
      <w:r>
        <w:br/>
      </w:r>
      <w:r>
        <w:rPr>
          <w:sz w:val="20"/>
        </w:rPr>
        <w:t>16:54  ourcing. yeh ek bohat hi naya idea hai outsourcing. to yeh sari cheezein jo ek ke baad ek history mein aati chali ja rahi hain, lekin musalman kuch samajhte nahi. yani unhon ne na to romans ke contribution ko jana, apne bare mein to fakhar karte hain bohat, lekin romans ke contribution ko nahi jana unhon ne. british ke contribution ko nahi jana unhon ne. americans ke contribution ko nahi jana unhon ne. ab multinational</w:t>
      </w:r>
    </w:p>
    <w:p>
      <w:pPr>
        <w:pStyle w:val="Heading2"/>
      </w:pPr>
      <w:r>
        <w:t>Performer and booster volleyball analogy</w:t>
      </w:r>
    </w:p>
    <w:p>
      <w:r>
        <w:rPr>
          <w:color w:val="666666"/>
          <w:sz w:val="18"/>
        </w:rPr>
        <w:t>Place of Women in Islam | March 5, 2006 | Maulana Wahiduddin Khan · 4m 02s · at 53:49 · https://youtu.be/1Ti4skvf7UA?t=3229</w:t>
      </w:r>
    </w:p>
    <w:p>
      <w:r>
        <w:rPr>
          <w:i/>
        </w:rPr>
        <w:t>“Main is ko volleyball ki misaal se waazih karta hoon.”</w:t>
      </w:r>
    </w:p>
    <w:p>
      <w:r>
        <w:rPr>
          <w:sz w:val="20"/>
        </w:rPr>
        <w:t>53:49  ah karta hoon. aap log volleyball ko jantay hon gay, aik khel hai. aap mein se sabhi logon nay uss ko dekha hoga. agar field mein nahi dekha hoga to TV par dekha hoga. to volleyball ke khel mein aisa hota hai ke net jo hota hai, net ke paas aik taraf aik hota hai, uss ko roller kehtay hain. hum roller doosri taraf hota hai, uss ko hum booster ke</w:t>
      </w:r>
      <w:r>
        <w:br/>
      </w:r>
      <w:r>
        <w:rPr>
          <w:sz w:val="20"/>
        </w:rPr>
        <w:t>54:19  htay hain. roller aur booster. dekhiye, roller agar chahe booster kaam karay to volleyball khelni hogi. booster agar chahe ke roller kaam karay, tab bhi volleyball khelni hogi. har aik apnay role ko jantay hain, tab volleyball ka khel ho pata hai. booster janta hai ke mujhe boost karna hai, roller janta hai ke mujhe volley marna hai. to main samajhta hoon ke yeh boht</w:t>
      </w:r>
      <w:r>
        <w:br/>
      </w:r>
      <w:r>
        <w:rPr>
          <w:sz w:val="20"/>
        </w:rPr>
        <w:t>54:49  acha misaal hai iss samajhnay ke liye ke aurat aur mard ka muamla kya hai. meray nazdeek ya law of nature jo main nay samjha hai, uss ke nazdeek mard performer hai aur aurat booster hai. single word mein kisi ka darja kam nahi hai. jis tarah volleyball ke khel mein roller aur booster ka darja ghaṭta baṛhta nahi hai, dono equal member hain aik team ke,</w:t>
      </w:r>
      <w:r>
        <w:br/>
      </w:r>
      <w:r>
        <w:rPr>
          <w:sz w:val="20"/>
        </w:rPr>
        <w:t>55:20  lekin in ka role different hota hai. agar aurat sirf is baat ko jaan le ke according to da nature, is ka role khuda ne muqaddar kiya hai ke woh booster bane, mard ka role muqaddar kiya hai ke woh performer bane. yani mard ruler ka role ada kare aur aurat booster ka role ada kare. agar yeh baat jaan le to main samajhta hoon ke har aurat jo hai, hero ban jaye.</w:t>
      </w:r>
      <w:r>
        <w:br/>
      </w:r>
      <w:r>
        <w:rPr>
          <w:sz w:val="20"/>
        </w:rPr>
        <w:t>55:51  har aurat aik heroic role ada kar sakti hai. main yahan par aik aik misaal doon ga ke aik baat aur arz kar doon. aik hota hai individual ke liye booster banna, aik hota hai group ke liye booster banna. jaise ke thomas alwai edison, jo science</w:t>
      </w:r>
      <w:r>
        <w:br/>
      </w:r>
      <w:r>
        <w:rPr>
          <w:sz w:val="20"/>
        </w:rPr>
        <w:t>56:21  test tha, us ki maa nancy aik individual ke liye booster bani. yani edison ke liye woh booster bani, yani aik individual ke liye woh booster bani, us ki maa nancy. lekin jab aik aurat aik educational institution mein parhati hai, jo bachche schooling ke liye aaye hue hain, un ko educate karti hai, to woh group ko group ke liye bos</w:t>
      </w:r>
      <w:r>
        <w:br/>
      </w:r>
      <w:r>
        <w:rPr>
          <w:sz w:val="20"/>
        </w:rPr>
        <w:t>56:51  ter banti hai. group ke liye booster banti hai, aik generation banati hai. generation to aik individual ke liye booster banne ki misaal aap paate hain mr yeh miss nancy mein, jo maa thi edison ki, aur har woh lady jo poori duty ke sath duty conscious ban kar ke aik school mein</w:t>
      </w:r>
      <w:r>
        <w:br/>
      </w:r>
      <w:r>
        <w:rPr>
          <w:sz w:val="20"/>
        </w:rPr>
        <w:t>57:21  bachchon ko parha rahi hai, us ko educate kar rahi hai, woh poore group ki booster hai. woh agli generation ko aage barha rahi hai, bohat bara kaam kar rahi hai. woh to main yeh keh raha tha ke khuda ne ya creation plan ke mutabiq jo jo role rakha gaya hai, woh yeh hai ke mard performer bane</w:t>
      </w:r>
    </w:p>
    <w:p>
      <w:pPr>
        <w:pStyle w:val="Heading2"/>
      </w:pPr>
      <w:r>
        <w:t>Wisdom behind truncated Kaaba</w:t>
      </w:r>
    </w:p>
    <w:p>
      <w:r>
        <w:rPr>
          <w:color w:val="666666"/>
          <w:sz w:val="18"/>
        </w:rPr>
        <w:t>Principle of Loss May 31, 2015 · 5m 20s · at 1:42 · https://youtu.be/vM-CUyBiDkc?t=102</w:t>
      </w:r>
    </w:p>
    <w:p>
      <w:r>
        <w:rPr>
          <w:i/>
        </w:rPr>
        <w:t>“Main sochne laga Kaaba ke baare mein”</w:t>
      </w:r>
    </w:p>
    <w:p>
      <w:r>
        <w:rPr>
          <w:sz w:val="20"/>
        </w:rPr>
        <w:t>1:42  main sochne laga kaaba ke bare mein.</w:t>
      </w:r>
      <w:r>
        <w:br/>
      </w:r>
      <w:r>
        <w:rPr>
          <w:sz w:val="20"/>
        </w:rPr>
        <w:t>1:47  kaaba ke bare mein hum ne parha tha kitabon mein ke kaaba ki jo building hai, ab chowkor hai woh.</w:t>
      </w:r>
      <w:r>
        <w:br/>
      </w:r>
      <w:r>
        <w:rPr>
          <w:sz w:val="20"/>
        </w:rPr>
        <w:t>1:58  lekin jo hazrat ibrahim ne banaya tha char hazar saal pehle, to woh chowkor nahi thi, woh woh lambi thi jaise yeh haal lamba hai.</w:t>
      </w:r>
      <w:r>
        <w:br/>
      </w:r>
      <w:r>
        <w:rPr>
          <w:sz w:val="20"/>
        </w:rPr>
        <w:t>2:13  to phir main jab 1982 mein hajj kiya, main ne to main ne dekha is ko apni aankh se ke wahan par aisa hai ke ek taraf to chowkor kaaba khada hua hai,</w:t>
      </w:r>
      <w:r>
        <w:br/>
      </w:r>
      <w:r>
        <w:rPr>
          <w:sz w:val="20"/>
        </w:rPr>
        <w:t>2:28  dusri taraf usi se mila hua ek hissa hai jisay kehte hain hatim.</w:t>
      </w:r>
      <w:r>
        <w:br/>
      </w:r>
      <w:r>
        <w:rPr>
          <w:sz w:val="20"/>
        </w:rPr>
        <w:t>2:35  to kitabon mein likha hua hai, yeh hadith bukhari ki mein bhi aayi hai ke bohat baad ko aisa hua ke kaaba ki buniyad, kaaba ki imarat gir gayi kisi wajah se.</w:t>
      </w:r>
      <w:r>
        <w:br/>
      </w:r>
      <w:r>
        <w:rPr>
          <w:sz w:val="20"/>
        </w:rPr>
        <w:t>2:55  to us waqt mushrikeen ka ghalba tha kaaba mein aur makkah mein.</w:t>
      </w:r>
      <w:r>
        <w:br/>
      </w:r>
      <w:r>
        <w:rPr>
          <w:sz w:val="20"/>
        </w:rPr>
        <w:t>3:03  to unhon ne jab dobara banaya to kisi wajah se unhon ne pehle ki tarah nahi banaya, yani lamba nahi banaya, chowkor kar diya is ko.</w:t>
      </w:r>
      <w:r>
        <w:br/>
      </w:r>
      <w:r>
        <w:rPr>
          <w:sz w:val="20"/>
        </w:rPr>
        <w:t>3:16  aur jo hissa is mein shamil nahi kiya, woh bhi hai jaise ek roeen ke taur par baqi rakh chhod diya, woh aaj tak baqi hai.</w:t>
      </w:r>
      <w:r>
        <w:br/>
      </w:r>
      <w:r>
        <w:rPr>
          <w:sz w:val="20"/>
        </w:rPr>
        <w:t>3:28  to main sochne laga ke aisa kyun hai?</w:t>
      </w:r>
      <w:r>
        <w:br/>
      </w:r>
      <w:r>
        <w:rPr>
          <w:sz w:val="20"/>
        </w:rPr>
        <w:t>3:32  kyun chhod diya gaya woh? yaani aap jante hain ke kaaba sab se zyada muqaddas jagah hai islam mein, aur kaaba hi wahid imarat hai jo kisi nabi ki yaadgar hai.</w:t>
      </w:r>
      <w:r>
        <w:br/>
      </w:r>
      <w:r>
        <w:rPr>
          <w:sz w:val="20"/>
        </w:rPr>
        <w:t>3:48  kisi bhi nabi ki asal yaadgar maujood nahi hai siwaye kaaba ke. to is mein yeh khandAT kyun?</w:t>
      </w:r>
      <w:r>
        <w:br/>
      </w:r>
      <w:r>
        <w:rPr>
          <w:sz w:val="20"/>
        </w:rPr>
        <w:t>4:00  aur hazrat aisha ne kaha tha rasool allah se ke aap bana dijiye un ko kaaba ko pehle wali jo tareeqe se, hazrat ibrahim ke tareeqe se.</w:t>
      </w:r>
      <w:r>
        <w:br/>
      </w:r>
      <w:r>
        <w:rPr>
          <w:sz w:val="20"/>
        </w:rPr>
        <w:t>4:09  to rasool allah ne nahi banaya.</w:t>
      </w:r>
      <w:r>
        <w:br/>
      </w:r>
      <w:r>
        <w:rPr>
          <w:sz w:val="20"/>
        </w:rPr>
        <w:t>4:14  to main sochne laga ke is ke andar koi bohat bari wisdom honi chahiye, yeh khwamkhwah nahi ho sakta. kitabon mein itna itna likha hua hai ke un ke paas saman kam tha,</w:t>
      </w:r>
      <w:r>
        <w:br/>
      </w:r>
      <w:r>
        <w:rPr>
          <w:sz w:val="20"/>
        </w:rPr>
        <w:t>4:27  to unhone aadha banaya, aadha chhod diya. lekin yeh koi aisi baat nahi hai jo is ki tawjeeh kare.</w:t>
      </w:r>
      <w:r>
        <w:br/>
      </w:r>
      <w:r>
        <w:rPr>
          <w:sz w:val="20"/>
        </w:rPr>
        <w:t>4:38  yaani aap ghor kijiye ke allah ko maloom tha, khud rasool allah ko bhi allah ne zaroor bataya hoga ke kaaba qayamat tak markaz rahega islam ka.</w:t>
      </w:r>
      <w:r>
        <w:br/>
      </w:r>
      <w:r>
        <w:rPr>
          <w:sz w:val="20"/>
        </w:rPr>
        <w:t>4:54  saare duniya ke log wahan aayenge.</w:t>
      </w:r>
      <w:r>
        <w:br/>
      </w:r>
      <w:r>
        <w:rPr>
          <w:sz w:val="20"/>
        </w:rPr>
        <w:t>4:57  hajj mein to salana aate hain, lekin umrah bhi aap jante hain ke kya aata hai. to amalan dekhen, duniya bhar ke log saare saare saal aate hain, hajj ke liye aate hain saal mein ek baar, umrah ke liye saal bhar aate rehte hain.</w:t>
      </w:r>
      <w:r>
        <w:br/>
      </w:r>
      <w:r>
        <w:rPr>
          <w:sz w:val="20"/>
        </w:rPr>
        <w:t>5:14  to kaha saare duniya ke log aa kar wahan dekhne wale the ke kaaba jo hai natwam hai.</w:t>
      </w:r>
      <w:r>
        <w:br/>
      </w:r>
      <w:r>
        <w:rPr>
          <w:sz w:val="20"/>
        </w:rPr>
        <w:t>5:23  to yeh kyun aisa hua ke there must be some wisdom? yaani woh khatam bhi nahi kar diya gaya ke wahan</w:t>
      </w:r>
      <w:r>
        <w:br/>
      </w:r>
      <w:r>
        <w:rPr>
          <w:sz w:val="20"/>
        </w:rPr>
        <w:t>5:34  wahan ki zameen level kar di jaye aur sirf kaaba hi rahe, wahan hatim na rahe. yeh kyun hai? to mera mizaj yeh hai ke har cheez ki, main jis ko kehte hain ken, yaani har cheez ka sabab janna chahta hoon.</w:t>
      </w:r>
      <w:r>
        <w:br/>
      </w:r>
      <w:r>
        <w:rPr>
          <w:sz w:val="20"/>
        </w:rPr>
        <w:t>5:52  to sochta raha, sochta raha, sochta raha. to ek ajib gharib wisdom daryaft hui ke yeh khwamkhwah aisa nahi hai.</w:t>
      </w:r>
      <w:r>
        <w:br/>
      </w:r>
      <w:r>
        <w:rPr>
          <w:sz w:val="20"/>
        </w:rPr>
        <w:t>6:03  khwamkhwah aisa nahi hai. yeh ek demonstration hai is baat ka jo ayat mein kahi gayi hai. wa nablu kum bishai min al khawfi wal joo'i wa naqsin min al amwali wal anfus wal thmarat</w:t>
      </w:r>
      <w:r>
        <w:br/>
      </w:r>
      <w:r>
        <w:rPr>
          <w:sz w:val="20"/>
        </w:rPr>
        <w:t>6:21  ke yeh naqis jo hai, naqis mani hote hain loss,</w:t>
      </w:r>
      <w:r>
        <w:br/>
      </w:r>
      <w:r>
        <w:rPr>
          <w:sz w:val="20"/>
        </w:rPr>
        <w:t>6:27  jaan ka loss aur maal ka loss. yeh as a principle quran mein bataya gaya hai, aur kaaba is ka demonstration hai qayamat tak ke liye.</w:t>
      </w:r>
      <w:r>
        <w:br/>
      </w:r>
      <w:r>
        <w:rPr>
          <w:sz w:val="20"/>
        </w:rPr>
        <w:t>6:40  aur har har musalman dekha hai, aisi aisi jagah yeh waqea kar diya gaya. farz kijiye ke naamuddin mein hota koi aisa mamla to yahan kaun dekhta aa kar?</w:t>
      </w:r>
      <w:r>
        <w:br/>
      </w:r>
      <w:r>
        <w:rPr>
          <w:sz w:val="20"/>
        </w:rPr>
        <w:t>6:50  lekin kaaba mein har aadmi dekh raha hai ke kaaba aisa tha, pehle phir toda gaya, phir hatim shakal mein chhod diya gaya.</w:t>
      </w:r>
    </w:p>
    <w:p>
      <w:pPr>
        <w:pStyle w:val="Heading2"/>
      </w:pPr>
      <w:r>
        <w:t>Three stories of Adam, Iblis, Qabeel show negative thought is humanity's real enemy</w:t>
      </w:r>
    </w:p>
    <w:p>
      <w:r>
        <w:rPr>
          <w:color w:val="666666"/>
          <w:sz w:val="18"/>
        </w:rPr>
        <w:t>Positive Thinking 7 May 2014 · 5m 36s · at 6:26 · https://youtu.be/Ie4-njJHuVY?t=386</w:t>
      </w:r>
    </w:p>
    <w:p>
      <w:r>
        <w:rPr>
          <w:i/>
        </w:rPr>
        <w:t>“Aap Quran ke un bayanaat par ghor kijiye jo Adam ke baare mein hain”</w:t>
      </w:r>
    </w:p>
    <w:p>
      <w:r>
        <w:rPr>
          <w:sz w:val="20"/>
        </w:rPr>
        <w:t>6:26  is baat ko samne rakh kar ke aap Quran ke in banat par ghor kijiye jo Adam ke bare mein hain. mushtahaon ke Adam ko jab Allah ne paida kiya to shuru hi mein aisi misalein qaim kar dein jo hamesha insaan ke liye guide kar saken.</w:t>
      </w:r>
      <w:r>
        <w:br/>
      </w:r>
      <w:r>
        <w:rPr>
          <w:sz w:val="20"/>
        </w:rPr>
        <w:t>6:47  guide</w:t>
      </w:r>
      <w:r>
        <w:br/>
      </w:r>
      <w:r>
        <w:rPr>
          <w:sz w:val="20"/>
        </w:rPr>
        <w:t>6:49  shuru hi mein, yani in da out out set. dekhein, shuru mein jo pesh aaya Hazrat Adam ko paida karne ke baad, to main teen waqeat ka main aap ko</w:t>
      </w:r>
      <w:r>
        <w:br/>
      </w:r>
      <w:r>
        <w:rPr>
          <w:sz w:val="20"/>
        </w:rPr>
        <w:t>7:07  hawala deta hoon. teen waqe kya hain?</w:t>
      </w:r>
      <w:r>
        <w:br/>
      </w:r>
      <w:r>
        <w:rPr>
          <w:sz w:val="20"/>
        </w:rPr>
        <w:t>7:12  sab se pehle ye hai ke Allah ne insaan ko paida kar ke jannat mein rakha, yani paida karte hue us ko jannat allot kar di.</w:t>
      </w:r>
      <w:r>
        <w:br/>
      </w:r>
      <w:r>
        <w:rPr>
          <w:sz w:val="20"/>
        </w:rPr>
        <w:t>7:25  aur us par condition sirf ek thi ke poori jannat wali khuli hui hai.</w:t>
      </w:r>
      <w:r>
        <w:br/>
      </w:r>
      <w:r>
        <w:rPr>
          <w:sz w:val="20"/>
        </w:rPr>
        <w:t>7:31  sirf ek darakht tha wahan par, ek peed tha wahan jo jis ko kehte hain shajar mamnooa, yani five forbidden tree.</w:t>
      </w:r>
      <w:r>
        <w:br/>
      </w:r>
      <w:r>
        <w:rPr>
          <w:sz w:val="20"/>
        </w:rPr>
        <w:t>7:41  sirf ek darakht tha. ek darakht five forbidden tree tha. to Adam se kaha gaya ke tum bas is ek darakht ka phal mat khana, baqi sari jannat tumhare liye hai.</w:t>
      </w:r>
      <w:r>
        <w:br/>
      </w:r>
      <w:r>
        <w:rPr>
          <w:sz w:val="20"/>
        </w:rPr>
        <w:t>7:57  to kya hua?</w:t>
      </w:r>
      <w:r>
        <w:br/>
      </w:r>
      <w:r>
        <w:rPr>
          <w:sz w:val="20"/>
        </w:rPr>
        <w:t>7:59  is ek darakht ko le kar Adam ke andar ye ehsas hua ke main to mehroom hoon. yani insaan ki ajeeb o ghareeb mizaj hai ke ek cheez us ko khoyi gayi ho to samjha gaya ke main to sab kuch khoya gaya.</w:t>
      </w:r>
      <w:r>
        <w:br/>
      </w:r>
      <w:r>
        <w:rPr>
          <w:sz w:val="20"/>
        </w:rPr>
        <w:t>8:14  ab us ko ye sari jannat mili hui hai aur ek darakht nahi mila hua hai, to un ko mehroomi ka ehsas satane laga.</w:t>
      </w:r>
      <w:r>
        <w:br/>
      </w:r>
      <w:r>
        <w:rPr>
          <w:sz w:val="20"/>
        </w:rPr>
        <w:t>8:25  haye! ye darakht to mujhe mila hi nahi! haye! ye darakht to mujhe mila hi nahi!</w:t>
      </w:r>
      <w:r>
        <w:br/>
      </w:r>
      <w:r>
        <w:rPr>
          <w:sz w:val="20"/>
        </w:rPr>
        <w:t>8:31  to is ehsas, is mehroomi ke ehsas mein kuch din jeete rahe, yahan tak ke gaye us darakht ke paas, us ka phal tod ke kha liya.</w:t>
      </w:r>
      <w:r>
        <w:br/>
      </w:r>
      <w:r>
        <w:rPr>
          <w:sz w:val="20"/>
        </w:rPr>
        <w:t>8:42  to jaise hi asar unhon ne kiya, waise hi jannat chhin gayi un se. jannat chhin gayi.</w:t>
      </w:r>
      <w:r>
        <w:br/>
      </w:r>
      <w:r>
        <w:rPr>
          <w:sz w:val="20"/>
        </w:rPr>
        <w:t>8:53  dusra waqe ye hai</w:t>
      </w:r>
      <w:r>
        <w:br/>
      </w:r>
      <w:r>
        <w:rPr>
          <w:sz w:val="20"/>
        </w:rPr>
        <w:t>8:57  ke jab Adam ko Allah ne paida kiya to us waqt dunya mein do makhlooq thin: jin the aur farishte the.</w:t>
      </w:r>
      <w:r>
        <w:br/>
      </w:r>
      <w:r>
        <w:rPr>
          <w:sz w:val="20"/>
        </w:rPr>
        <w:t>9:10  to Allah ne kaha jin se aur farishte se ke tum Adam ke aage jhuk jao.</w:t>
      </w:r>
      <w:r>
        <w:br/>
      </w:r>
      <w:r>
        <w:rPr>
          <w:sz w:val="20"/>
        </w:rPr>
        <w:t>9:15  to farishtay jo thay, angels, woh to jhuk gaye, lekin jinn jo tha, woh nahi jhuka. jinn ka shaitan tha, iblis, iblis nahi jhuka.</w:t>
      </w:r>
      <w:r>
        <w:br/>
      </w:r>
      <w:r>
        <w:rPr>
          <w:sz w:val="20"/>
        </w:rPr>
        <w:t>9:27  to khuda ne poocha ke jab maine to hukum diya tha tum ko jhukne ka, to tum kuch kyun nahi jhuke? us ne kaha ke mujh ko to ne paida kiya hai aag se aur insan ko paida kiya hai mitti se.</w:t>
      </w:r>
      <w:r>
        <w:br/>
      </w:r>
      <w:r>
        <w:rPr>
          <w:sz w:val="20"/>
        </w:rPr>
        <w:t>9:40  main us se superior hoon.</w:t>
      </w:r>
      <w:r>
        <w:br/>
      </w:r>
      <w:r>
        <w:rPr>
          <w:sz w:val="20"/>
        </w:rPr>
        <w:t>9:42  to aap us ko dekhiye, ek superiority ka concept is ke andar aa gaya aur us ke le kar us ne Allah ki baat ko nahi mana.</w:t>
      </w:r>
      <w:r>
        <w:br/>
      </w:r>
      <w:r>
        <w:rPr>
          <w:sz w:val="20"/>
        </w:rPr>
        <w:t>9:52  yani jinn ko bhi is waqt sab kuch mila hua tha, jinn ki taqat itni zyada thi ke jab chahe idhar se udhar jaye, jab chahe idhar udhar jaye.</w:t>
      </w:r>
      <w:r>
        <w:br/>
      </w:r>
      <w:r>
        <w:rPr>
          <w:sz w:val="20"/>
        </w:rPr>
        <w:t>10:07  bohat jinn jinnon ke andar insan se zyada taqat hoti hai.</w:t>
      </w:r>
      <w:r>
        <w:br/>
      </w:r>
      <w:r>
        <w:rPr>
          <w:sz w:val="20"/>
        </w:rPr>
        <w:t>10:12  to sab kuch maujood tha, yani us ke paas bhi gaya, poori poori jannat khuli hui thi, lekin ek cheez ke na milne se woh negative ho gaya ke mujhe, yani yani malaika ko aur insan ko dono ko mere aage jhukana chahiye tha.</w:t>
      </w:r>
      <w:r>
        <w:br/>
      </w:r>
      <w:r>
        <w:rPr>
          <w:sz w:val="20"/>
        </w:rPr>
        <w:t>10:32  yeh hukum hua ke mujhe hukum kiya gaya.</w:t>
      </w:r>
      <w:r>
        <w:br/>
      </w:r>
      <w:r>
        <w:rPr>
          <w:sz w:val="20"/>
        </w:rPr>
        <w:t>10:38  to yeh paish aaya. aur teesri cheez jo main batana chahta hoon, woh yeh ke Adam ki pehli nasal mein kuch log paida hue, un mein do bhai thay: Habil aur Qabil.</w:t>
      </w:r>
      <w:r>
        <w:br/>
      </w:r>
      <w:r>
        <w:rPr>
          <w:sz w:val="20"/>
        </w:rPr>
        <w:t>10:50  yeh first generation. to un mein aapas mein ek ek ek baat ko le kar ke takrao ho gaya. ek cheez Habil ko mil gayi, Qabil ko nahi mili.</w:t>
      </w:r>
      <w:r>
        <w:br/>
      </w:r>
      <w:r>
        <w:rPr>
          <w:sz w:val="20"/>
        </w:rPr>
        <w:t>11:01  ab isi par Qabil jo hai, negative ho gaya. achha! mujhe nahi mili, us ko mil gayi.</w:t>
      </w:r>
      <w:r>
        <w:br/>
      </w:r>
      <w:r>
        <w:rPr>
          <w:sz w:val="20"/>
        </w:rPr>
        <w:t>11:08  to dono mein kuch qatl hui aur Qabil ne Habil ko maar dala. yeh teen waqiat shuru zamane mein hua.</w:t>
      </w:r>
      <w:r>
        <w:br/>
      </w:r>
      <w:r>
        <w:rPr>
          <w:sz w:val="20"/>
        </w:rPr>
        <w:t>11:19  is mein Allah taala ne kaha insan ko dikha diya ke sab se zyada disastrous cheez tumhare liye kya hogi? sab se zyada muhlik cheez kya hogi tumhare liye?</w:t>
      </w:r>
      <w:r>
        <w:br/>
      </w:r>
      <w:r>
        <w:rPr>
          <w:sz w:val="20"/>
        </w:rPr>
        <w:t>11:30  woh hai negative negative thought. Adam ko negative thought aaya to jannat se mahroomi.</w:t>
      </w:r>
      <w:r>
        <w:br/>
      </w:r>
      <w:r>
        <w:rPr>
          <w:sz w:val="20"/>
        </w:rPr>
        <w:t>11:38  Iblis ko negative thought aaya to us ko bhi rehmat se door kar diya gaya. Qabil ka agar negative thought aaya to use maar dala apne bhai ko aur aur jahannami apne ko jahannami bana liya.</w:t>
      </w:r>
      <w:r>
        <w:br/>
      </w:r>
      <w:r>
        <w:rPr>
          <w:sz w:val="20"/>
        </w:rPr>
        <w:t>11:52  to yeh Allah taala ne shuru hi mein dikha diya ke sab se buri cheez insan ke liye kya hai? negative thought, negative thinking.</w:t>
      </w:r>
    </w:p>
    <w:p>
      <w:pPr>
        <w:pStyle w:val="Heading2"/>
      </w:pPr>
      <w:r>
        <w:t>The fundamentalism-vs-enlightenment debate, reframed as two extremisms</w:t>
      </w:r>
    </w:p>
    <w:p>
      <w:r>
        <w:rPr>
          <w:color w:val="666666"/>
          <w:sz w:val="18"/>
        </w:rPr>
        <w:t>Religious Extremism and Rational Extremism November 27, 2005 Maulana Wahiduddin Khan · 4m 59s · at 0:38 · https://youtu.be/o-EF-I_SE_M?t=38</w:t>
      </w:r>
    </w:p>
    <w:p>
      <w:r>
        <w:rPr>
          <w:i/>
        </w:rPr>
        <w:t>“Aaj kal intellectual circle mein ek baat bohot kahi ja rahi hai”</w:t>
      </w:r>
    </w:p>
    <w:p>
      <w:r>
        <w:rPr>
          <w:sz w:val="20"/>
        </w:rPr>
        <w:t>0:38  aaj kal intellectual circle mein ek baat bohat zyada kahi ja rahi hai,</w:t>
      </w:r>
      <w:r>
        <w:br/>
      </w:r>
      <w:r>
        <w:rPr>
          <w:sz w:val="20"/>
        </w:rPr>
        <w:t>0:51  woh yeh ke fundamentalism jo hai woh hamare liye ek khatra hai.</w:t>
      </w:r>
      <w:r>
        <w:br/>
      </w:r>
      <w:r>
        <w:rPr>
          <w:sz w:val="20"/>
        </w:rPr>
        <w:t>1:03  fundamentalism poses a serious danger to modern scientific thought or modern rational thinking.</w:t>
      </w:r>
      <w:r>
        <w:br/>
      </w:r>
      <w:r>
        <w:rPr>
          <w:sz w:val="20"/>
        </w:rPr>
        <w:t>1:21  is par aap logon ne kai cheezein padhi hongi kyunke aksar paper mein, magazine mein aur kitabon mein yeh baatein aa rahi hain.</w:t>
      </w:r>
      <w:r>
        <w:br/>
      </w:r>
      <w:r>
        <w:rPr>
          <w:sz w:val="20"/>
        </w:rPr>
        <w:t>1:30  mere samne, mere paas yeh ek article hai, yeh chapa hai New Scientist magazine.</w:t>
      </w:r>
      <w:r>
        <w:br/>
      </w:r>
      <w:r>
        <w:rPr>
          <w:sz w:val="20"/>
        </w:rPr>
        <w:t>1:39  New Scientist magazine jo hai bohat hi standard ka magazine samjha jata hai. is mein yeh chapa hai, is ke Dr. McKenzie is ke likhne wale hain.</w:t>
      </w:r>
      <w:r>
        <w:br/>
      </w:r>
      <w:r>
        <w:rPr>
          <w:sz w:val="20"/>
        </w:rPr>
        <w:t>1:55  is</w:t>
      </w:r>
      <w:r>
        <w:br/>
      </w:r>
      <w:r>
        <w:rPr>
          <w:sz w:val="20"/>
        </w:rPr>
        <w:t>1:59  ka, is ki jo heading hai woh hai "An End of the Enlightenment".</w:t>
      </w:r>
      <w:r>
        <w:br/>
      </w:r>
      <w:r>
        <w:rPr>
          <w:sz w:val="20"/>
        </w:rPr>
        <w:t>2:10  An End of the Enlightenment. kya ke bohat hi, bohat hi</w:t>
      </w:r>
      <w:r>
        <w:br/>
      </w:r>
      <w:r>
        <w:rPr>
          <w:sz w:val="20"/>
        </w:rPr>
        <w:t>2:22  mayusi ki picture de rahe hain yeh modern community ko ke yeh jo fundamentalism hai yeh tumhara,</w:t>
      </w:r>
      <w:r>
        <w:br/>
      </w:r>
      <w:r>
        <w:rPr>
          <w:sz w:val="20"/>
        </w:rPr>
        <w:t>2:39  tum ko kill kar dena chahta hai.</w:t>
      </w:r>
      <w:r>
        <w:br/>
      </w:r>
      <w:r>
        <w:rPr>
          <w:sz w:val="20"/>
        </w:rPr>
        <w:t>2:41  dekhein yahan environment, yahan jo yeh hai ke enlightenment is ka matlab hai scientific view of thinking ya rational thinking.</w:t>
      </w:r>
      <w:r>
        <w:br/>
      </w:r>
      <w:r>
        <w:rPr>
          <w:sz w:val="20"/>
        </w:rPr>
        <w:t>2:51  toh agarche is ka caption hai "An End of the Enlightenment" lekin is ko maine padha, do teen baar padha toh mere khayal se zyada sahi caption yeh ho sakta hai ke "Fundamentalism versus Rational Thought".</w:t>
      </w:r>
      <w:r>
        <w:br/>
      </w:r>
      <w:r>
        <w:rPr>
          <w:sz w:val="20"/>
        </w:rPr>
        <w:t>3:18  kyunke basically is mein yahi baat hai.</w:t>
      </w:r>
      <w:r>
        <w:br/>
      </w:r>
      <w:r>
        <w:rPr>
          <w:sz w:val="20"/>
        </w:rPr>
        <w:t>3:21  is ka khulasa yeh hai ke aaj kal har religion mein fundamentalism zor pakad raha hai.</w:t>
      </w:r>
      <w:r>
        <w:br/>
      </w:r>
      <w:r>
        <w:rPr>
          <w:sz w:val="20"/>
        </w:rPr>
        <w:t>3:32  Hinduism mein, Jainism mein, Buddhism mein, Christianity mein, Judaism mein aur Islam mein, sab mein fundamentalism zor pakad raha</w:t>
      </w:r>
      <w:r>
        <w:br/>
      </w:r>
      <w:r>
        <w:rPr>
          <w:sz w:val="20"/>
        </w:rPr>
        <w:t>3:44  hai. return to back. fundamentalism ka matlab in ke nazdeek hai return to back. toh is ki kai, kai is mein unhon ne example diye hain.</w:t>
      </w:r>
      <w:r>
        <w:br/>
      </w:r>
      <w:r>
        <w:rPr>
          <w:sz w:val="20"/>
        </w:rPr>
        <w:t>3:58  ek bohat hi extremist example yeh hai ke America jo most modern society hai wahan par yeh demand zor pakad rahi hai ke creationism ko syllabus mein laya jaye.</w:t>
      </w:r>
      <w:r>
        <w:br/>
      </w:r>
      <w:r>
        <w:rPr>
          <w:sz w:val="20"/>
        </w:rPr>
        <w:t>4:18  yani America mein bohat se mazhabi log yeh keh rahe hain ke school mein jo padhaya jata hai evolution, theory of evolution is ke sath sath nahi balkeh is ko hata kar ke,</w:t>
      </w:r>
      <w:r>
        <w:br/>
      </w:r>
      <w:r>
        <w:rPr>
          <w:sz w:val="20"/>
        </w:rPr>
        <w:t>4:34  yani along with the evolution nahi, evolution theory jo hai hata kar ke is ki jagah creationism ka jo nazariya hai is ko laya j</w:t>
      </w:r>
      <w:r>
        <w:br/>
      </w:r>
      <w:r>
        <w:rPr>
          <w:sz w:val="20"/>
        </w:rPr>
        <w:t>4:45  aye. yani Khuda ne paida kiya, nahi ke physical forces se sab kuch ban gaya, insan ban gaya.</w:t>
      </w:r>
      <w:r>
        <w:br/>
      </w:r>
      <w:r>
        <w:rPr>
          <w:sz w:val="20"/>
        </w:rPr>
        <w:t>4:55  toh behal har mazhab ka unhon ne kuch na kuch example diya hai ke yeh har mazhab mein chal raha hai</w:t>
      </w:r>
      <w:r>
        <w:br/>
      </w:r>
      <w:r>
        <w:rPr>
          <w:sz w:val="20"/>
        </w:rPr>
        <w:t>5:04  aisa, aisi movement jis ko yeh log kehte hain fundamentalism. yani movement chalane wale toh apne ko fundamentalist nahi kehte kyunke doosron ne in ko yahi naam diya hai.</w:t>
      </w:r>
      <w:r>
        <w:br/>
      </w:r>
      <w:r>
        <w:rPr>
          <w:sz w:val="20"/>
        </w:rPr>
        <w:t>5:20  to agarche main khud is ke muwafiqat mein nahin hoon, main yeh kahoon ga ke yeh darasal religious extremism hai jis ko fundamentalism kaha jata hai.</w:t>
      </w:r>
    </w:p>
    <w:p>
      <w:pPr>
        <w:pStyle w:val="Heading2"/>
      </w:pPr>
      <w:r>
        <w:t>True believer versus crowd and the real jihad</w:t>
      </w:r>
    </w:p>
    <w:p>
      <w:r>
        <w:rPr>
          <w:color w:val="666666"/>
          <w:sz w:val="18"/>
        </w:rPr>
        <w:t>The Secret of Divine Wisdom I September 2,. 2012 Maulana Wahiduddin Khan · 5m 20s · at 42:50 · https://youtu.be/Y-UdfIX33As?t=2570</w:t>
      </w:r>
    </w:p>
    <w:p>
      <w:r>
        <w:rPr>
          <w:i/>
        </w:rPr>
        <w:t>“To woh jo hai ke ittaqu firas al-mumin binur Allah”</w:t>
      </w:r>
    </w:p>
    <w:p>
      <w:r>
        <w:rPr>
          <w:sz w:val="20"/>
        </w:rPr>
        <w:t>42:50  to woh jo hai ke ittaqu faraz al momin bi noor Allah to woh momin duniya mein nahi hai. Yeh sara jo bheed hai ek billion insano ki aap yeh na samjhein ke yeh woh momin hain yeh log.</w:t>
      </w:r>
      <w:r>
        <w:br/>
      </w:r>
      <w:r>
        <w:rPr>
          <w:sz w:val="20"/>
        </w:rPr>
        <w:t>43:08  woh momin woh hai jo Allah ko discover karta hai. Jo Allah ke deen ko discover karta hai.</w:t>
      </w:r>
      <w:r>
        <w:br/>
      </w:r>
      <w:r>
        <w:rPr>
          <w:sz w:val="20"/>
        </w:rPr>
        <w:t>43:18  jo Quran ko discover karta hai. Jo yeh sachai jo Allah ki taraf se aayi hai is ko discover karta hai.</w:t>
      </w:r>
      <w:r>
        <w:br/>
      </w:r>
      <w:r>
        <w:rPr>
          <w:sz w:val="20"/>
        </w:rPr>
        <w:t>43:26  is discovery par khada hota hai woh. To is ke andar ek nayi shakhsiyat ubhar karti hai. Is ke andar se negativity khatam ho jati hai.</w:t>
      </w:r>
      <w:r>
        <w:br/>
      </w:r>
      <w:r>
        <w:rPr>
          <w:sz w:val="20"/>
        </w:rPr>
        <w:t>43:34  woh ghussa khatam ho jata hai. Intiqam khatam ho jata hai. Violence khatam ho jata hai. Intolerance khatam ho jata hai.</w:t>
      </w:r>
      <w:r>
        <w:br/>
      </w:r>
      <w:r>
        <w:rPr>
          <w:sz w:val="20"/>
        </w:rPr>
        <w:t>43:43  aur phir woh insan ka khair khwah ban jata hai. Haqaiq is ko dikhai dene lagte hain. Sare wisdom ke darwaze khul jate hain is ke liye.</w:t>
      </w:r>
      <w:r>
        <w:br/>
      </w:r>
      <w:r>
        <w:rPr>
          <w:sz w:val="20"/>
        </w:rPr>
        <w:t>43:53  woh momin. Aise momin koi wajood nahi. Yeh bheed hai ek billion insano ki.</w:t>
      </w:r>
      <w:r>
        <w:br/>
      </w:r>
      <w:r>
        <w:rPr>
          <w:sz w:val="20"/>
        </w:rPr>
        <w:t>44:01  kyun ke lad rahe hain lad rahe hain lad rahe hain ya ladai ki baatein kar rahe hain. Sare musalman do category mein batte hue hain. Ya to lad rahe hain ya ladai ki baatein kar rahe hain.</w:t>
      </w:r>
      <w:r>
        <w:br/>
      </w:r>
      <w:r>
        <w:rPr>
          <w:sz w:val="20"/>
        </w:rPr>
        <w:t>44:14  is ki wajah se aql chhin gayi hai in se. Wisdom chhin gayi hai.</w:t>
      </w:r>
      <w:r>
        <w:br/>
      </w:r>
      <w:r>
        <w:rPr>
          <w:sz w:val="20"/>
        </w:rPr>
        <w:t>44:22  aur bajaye is ke ke woh Khuda ki taraf se aai hui itni bari cheez ko istemal karen. jhoote gun aur jhoote bam mein phanse hue hain.</w:t>
      </w:r>
      <w:r>
        <w:br/>
      </w:r>
      <w:r>
        <w:rPr>
          <w:sz w:val="20"/>
        </w:rPr>
        <w:t>44:37  to yeh kitni bari baat hai jo Rasool Allah ke kalam mein hum ko bata di gayi hai aap se chaudah sau trehtees saal pehle.</w:t>
      </w:r>
      <w:r>
        <w:br/>
      </w:r>
      <w:r>
        <w:rPr>
          <w:sz w:val="20"/>
        </w:rPr>
        <w:t>44:53  kaisi ajeeb baat hai. aur aaj bhi log bekhabar hain. aaj kal aik mein wahan America gaya to wahan aik internet par ishtihar rakha logon ne arabi parho arabi parho.</w:t>
      </w:r>
      <w:r>
        <w:br/>
      </w:r>
      <w:r>
        <w:rPr>
          <w:sz w:val="20"/>
        </w:rPr>
        <w:t>45:08  mein ne kaha is se kuch nahi hota aql parho.</w:t>
      </w:r>
      <w:r>
        <w:br/>
      </w:r>
      <w:r>
        <w:rPr>
          <w:sz w:val="20"/>
        </w:rPr>
        <w:t>45:14  arabi parho sare log jo arabi to jante hain sare Arab mein. aur kya kar rahe hain? painsath saal se lad rahe hain.</w:t>
      </w:r>
      <w:r>
        <w:br/>
      </w:r>
      <w:r>
        <w:rPr>
          <w:sz w:val="20"/>
        </w:rPr>
        <w:t>45:23  yeh bhi koi nahi sochta ke dekhiye is Falasteen ki ladai jo hai</w:t>
      </w:r>
      <w:r>
        <w:br/>
      </w:r>
      <w:r>
        <w:rPr>
          <w:sz w:val="20"/>
        </w:rPr>
        <w:t>45:30  wo chal rahi hai kam az kam painsath saal se. ji yeh arabi janne wale ulma mein jo Arab log jo to aik se aik barh kar arabi ke mahir hain.</w:t>
      </w:r>
      <w:r>
        <w:br/>
      </w:r>
      <w:r>
        <w:rPr>
          <w:sz w:val="20"/>
        </w:rPr>
        <w:t>45:44  Rasool Allah ne ke zamane mein jo ladaiyan hui thin besically teen ladaiyan hui thin. Badr Uhud aur Hunain besically aur to jhapain is ka mashinz thi woh.</w:t>
      </w:r>
      <w:r>
        <w:br/>
      </w:r>
      <w:r>
        <w:rPr>
          <w:sz w:val="20"/>
        </w:rPr>
        <w:t>45:58  to in teen ladaiyon mein kya hua?</w:t>
      </w:r>
      <w:r>
        <w:br/>
      </w:r>
      <w:r>
        <w:rPr>
          <w:sz w:val="20"/>
        </w:rPr>
        <w:t>46:01  sirf aadhe din ladai hui thi. dopahar ko shuru hui sham ko khatam ho gayi. aap kitabon mein parh lijiye. aap kitabon mein parh lijiye ke yeh teeno ladaiyan aadhe aadhe din hui thin.</w:t>
      </w:r>
      <w:r>
        <w:br/>
      </w:r>
      <w:r>
        <w:rPr>
          <w:sz w:val="20"/>
        </w:rPr>
        <w:t>46:18  to yeh Arab log koi nahi sochte is ko ke yeh kaisi ladai hai kaisa jihad hai jo painsath saal chala ja raha hai. Rasool Allah ne jis cheez ko jihad kaha tha woh jihad to woh aadhe din ka tha woh.</w:t>
      </w:r>
      <w:r>
        <w:br/>
      </w:r>
      <w:r>
        <w:rPr>
          <w:sz w:val="20"/>
        </w:rPr>
        <w:t>46:32  jis cheez ko Rasool Allah ne jihad kaha tha aur jis jihad mein Rasool Allah ne basharat di thi woh to aadhe din ka tha.</w:t>
      </w:r>
      <w:r>
        <w:br/>
      </w:r>
      <w:r>
        <w:rPr>
          <w:sz w:val="20"/>
        </w:rPr>
        <w:t>46:39  yeh to hamara jihad nahi hai yeh yeh to jhooti ladai hai yeh. jihad hota to woh bhi aadhe din mein faisla ho jata. yani kitna ziyada sochne ki baat hai.</w:t>
      </w:r>
      <w:r>
        <w:br/>
      </w:r>
      <w:r>
        <w:rPr>
          <w:sz w:val="20"/>
        </w:rPr>
        <w:t>46:55  jo hadithain jihad ke bare mein hain woh khoob dhoom se log sunate hain.</w:t>
      </w:r>
      <w:r>
        <w:br/>
      </w:r>
      <w:r>
        <w:rPr>
          <w:sz w:val="20"/>
        </w:rPr>
        <w:t>47:02  jhoot sop to sunate hain hadithain jihad wali. lekin mein logon se poochta hoon ke yeh bhi to isi inhi kitabon mein hai ke Rasool Allah ne teen ladaiyan ladi aur teeno aadhe din ke liye theen bas.</w:t>
      </w:r>
      <w:r>
        <w:br/>
      </w:r>
      <w:r>
        <w:rPr>
          <w:sz w:val="20"/>
        </w:rPr>
        <w:t>47:18  to yeh kaun sa torat jihad hai jo painsath saal chala ja raha hai aaj tak khatam nahi hua aur tabahi tabahi tabahi tabahi.</w:t>
      </w:r>
      <w:r>
        <w:br/>
      </w:r>
      <w:r>
        <w:rPr>
          <w:sz w:val="20"/>
        </w:rPr>
        <w:t>47:26  yani painsath saal ke andar Arab aur Falasteen mein sab kuch kho diya. Rasool Allah ne aadhe din ki ladai mein jeet hasil kar di aur tum ne painsath saal ki ladai mein sirf haar aa rahe ho.</w:t>
      </w:r>
      <w:r>
        <w:br/>
      </w:r>
      <w:r>
        <w:rPr>
          <w:sz w:val="20"/>
        </w:rPr>
        <w:t>47:40  is mani ka hai Khuda tumhare jahan to dis own kar raha hai. tumhari is is ladai ko Khuda dis own kar raha hai. Khuda keh raha hai ke tum ko meri blessing nahi pahunche gi.</w:t>
      </w:r>
    </w:p>
    <w:p>
      <w:pPr>
        <w:pStyle w:val="Heading2"/>
      </w:pPr>
      <w:r>
        <w:t>God's creation plan: why real happiness waits after death</w:t>
      </w:r>
    </w:p>
    <w:p>
      <w:r>
        <w:rPr>
          <w:color w:val="666666"/>
          <w:sz w:val="18"/>
        </w:rPr>
        <w:t>Science of Life Sep 10, 2006 Maulana Wahiduddin Khan · 4m 55s · at 3:40 · https://youtu.be/9ZRasJA7jTw?t=220</w:t>
      </w:r>
    </w:p>
    <w:p>
      <w:r>
        <w:rPr>
          <w:i/>
        </w:rPr>
        <w:t>“Aisa is liye hai ke hum sab ke mind mein ek ideal world basa hai”</w:t>
      </w:r>
    </w:p>
    <w:p>
      <w:r>
        <w:rPr>
          <w:sz w:val="20"/>
        </w:rPr>
        <w:t>3:40  aisa is liye hai ke hum sab ke mind mein aik ideal world basa hua hai, aik perfect society basi hui hai.</w:t>
      </w:r>
      <w:r>
        <w:br/>
      </w:r>
      <w:r>
        <w:rPr>
          <w:sz w:val="20"/>
        </w:rPr>
        <w:t>3:54  aisi dunya jahan sab kuch theek ho, har taraf happiness ho,</w:t>
      </w:r>
      <w:r>
        <w:br/>
      </w:r>
      <w:r>
        <w:rPr>
          <w:sz w:val="20"/>
        </w:rPr>
        <w:t>4:03  jahan koi cheez unpleasant na ho,</w:t>
      </w:r>
      <w:r>
        <w:br/>
      </w:r>
      <w:r>
        <w:rPr>
          <w:sz w:val="20"/>
        </w:rPr>
        <w:t>4:10  aisi aik dunya.</w:t>
      </w:r>
      <w:r>
        <w:br/>
      </w:r>
      <w:r>
        <w:rPr>
          <w:sz w:val="20"/>
        </w:rPr>
        <w:t>4:13  lekin sara problem yeh hai ke jo is dunya ka creator hai, God, ko God ke creation plan ko jaane baghair hum</w:t>
      </w:r>
      <w:r>
        <w:br/>
      </w:r>
      <w:r>
        <w:rPr>
          <w:sz w:val="20"/>
        </w:rPr>
        <w:t>4:33  apna project bana rahe hain.</w:t>
      </w:r>
      <w:r>
        <w:br/>
      </w:r>
      <w:r>
        <w:rPr>
          <w:sz w:val="20"/>
        </w:rPr>
        <w:t>4:35  God ka jo creation plan hai, us mein aik cheez woh hai jo hamein milti hai pre-death period mein, aur doosri cheez woh hai jo milti hai post-death period mein.</w:t>
      </w:r>
      <w:r>
        <w:br/>
      </w:r>
      <w:r>
        <w:rPr>
          <w:sz w:val="20"/>
        </w:rPr>
        <w:t>4:55  to jo log isi aaj ki dunya mein perfect society banana chahte hain,</w:t>
      </w:r>
      <w:r>
        <w:br/>
      </w:r>
      <w:r>
        <w:rPr>
          <w:sz w:val="20"/>
        </w:rPr>
        <w:t>5:03  to woh un ki ghalti kya hai ke jo cheez God ne, yani creator ne, rakhi hai post-death period mein, woh chahte hain pre-death period mein.</w:t>
      </w:r>
      <w:r>
        <w:br/>
      </w:r>
      <w:r>
        <w:rPr>
          <w:sz w:val="20"/>
        </w:rPr>
        <w:t>5:20  sara mamla yahi hai.</w:t>
      </w:r>
      <w:r>
        <w:br/>
      </w:r>
      <w:r>
        <w:rPr>
          <w:sz w:val="20"/>
        </w:rPr>
        <w:t>5:23  is ka best example yeh hai ke aik student examination hall mein aata hai. agar woh examination hall hi mein job dhoondhne lage</w:t>
      </w:r>
      <w:r>
        <w:br/>
      </w:r>
      <w:r>
        <w:rPr>
          <w:sz w:val="20"/>
        </w:rPr>
        <w:t>5:41  to kya hoga? wahan woh nahi paye ga.</w:t>
      </w:r>
      <w:r>
        <w:br/>
      </w:r>
      <w:r>
        <w:rPr>
          <w:sz w:val="20"/>
        </w:rPr>
        <w:t>5:45  us ke mind mein basa hua hai ke mujhe aik acha job mile,</w:t>
      </w:r>
      <w:r>
        <w:br/>
      </w:r>
      <w:r>
        <w:rPr>
          <w:sz w:val="20"/>
        </w:rPr>
        <w:t>5:52  lekin woh job jo woh chahta hai, woh nahi mile ga us ko examination hall mein. woh to us ke bahar mile ga jab woh us ke liye qualify kar chuka hoga.</w:t>
      </w:r>
      <w:r>
        <w:br/>
      </w:r>
      <w:r>
        <w:rPr>
          <w:sz w:val="20"/>
        </w:rPr>
        <w:t>6:05  examination hall is liye hota hai ke wahan par aap apne ko prove kar saken ke main aik deserving candidate hoon aik achay job ke liye.</w:t>
      </w:r>
      <w:r>
        <w:br/>
      </w:r>
      <w:r>
        <w:rPr>
          <w:sz w:val="20"/>
        </w:rPr>
        <w:t>6:18  to pre death period is like an examination hall. yahan aap ko</w:t>
      </w:r>
      <w:r>
        <w:br/>
      </w:r>
      <w:r>
        <w:rPr>
          <w:sz w:val="20"/>
        </w:rPr>
        <w:t>6:26  test dena hai, qualify karna hai test mein, phir reward ke taur par aap ko post death period mein paradise mile gi.</w:t>
      </w:r>
      <w:r>
        <w:br/>
      </w:r>
      <w:r>
        <w:rPr>
          <w:sz w:val="20"/>
        </w:rPr>
        <w:t>6:39  yeh hai</w:t>
      </w:r>
      <w:r>
        <w:br/>
      </w:r>
      <w:r>
        <w:rPr>
          <w:sz w:val="20"/>
        </w:rPr>
        <w:t>6:46  God ka creation plan.</w:t>
      </w:r>
      <w:r>
        <w:br/>
      </w:r>
      <w:r>
        <w:rPr>
          <w:sz w:val="20"/>
        </w:rPr>
        <w:t>6:57  so the case is that</w:t>
      </w:r>
      <w:r>
        <w:br/>
      </w:r>
      <w:r>
        <w:rPr>
          <w:sz w:val="20"/>
        </w:rPr>
        <w:t>7:01  we are seeking our paradise in pre death life period, whereas according to the God's plan,</w:t>
      </w:r>
      <w:r>
        <w:br/>
      </w:r>
      <w:r>
        <w:rPr>
          <w:sz w:val="20"/>
        </w:rPr>
        <w:t>7:18  paradise lies in the post death period of life. yeh hai sara mamla.</w:t>
      </w:r>
      <w:r>
        <w:br/>
      </w:r>
      <w:r>
        <w:rPr>
          <w:sz w:val="20"/>
        </w:rPr>
        <w:t>7:33  is</w:t>
      </w:r>
      <w:r>
        <w:br/>
      </w:r>
      <w:r>
        <w:rPr>
          <w:sz w:val="20"/>
        </w:rPr>
        <w:t>7:34  liye tension hai. sari dunya aap dekhen, tension mein jee rahi hai, frustration mein jee rahi hai.</w:t>
      </w:r>
      <w:r>
        <w:br/>
      </w:r>
      <w:r>
        <w:rPr>
          <w:sz w:val="20"/>
        </w:rPr>
        <w:t>7:42  har aik ka yeh ehsas hota hai ke jo main chahta tha, woh main nahi pa saka. is ehsas ke baghair woh mar raha hai.</w:t>
      </w:r>
      <w:r>
        <w:br/>
      </w:r>
      <w:r>
        <w:rPr>
          <w:sz w:val="20"/>
        </w:rPr>
        <w:t>7:51  to main samajhta hoon ke</w:t>
      </w:r>
      <w:r>
        <w:br/>
      </w:r>
      <w:r>
        <w:rPr>
          <w:sz w:val="20"/>
        </w:rPr>
        <w:t>7:56  better life ke liye jo master formula hai, woh yeh hai.</w:t>
      </w:r>
      <w:r>
        <w:br/>
      </w:r>
      <w:r>
        <w:rPr>
          <w:sz w:val="20"/>
        </w:rPr>
        <w:t>8:02  master formula kya hai? woh yeh hai ke hum is wisdom ko janen, is creation plan jo hai God ka, is ko janen,</w:t>
      </w:r>
      <w:r>
        <w:br/>
      </w:r>
      <w:r>
        <w:rPr>
          <w:sz w:val="20"/>
        </w:rPr>
        <w:t>8:18  aur yeh hamare dil mein yeh conviction aa jaye ke my future is better than the present.</w:t>
      </w:r>
      <w:r>
        <w:br/>
      </w:r>
      <w:r>
        <w:rPr>
          <w:sz w:val="20"/>
        </w:rPr>
        <w:t>8:32  yehi master formula hai.</w:t>
      </w:r>
    </w:p>
    <w:p>
      <w:pPr>
        <w:pStyle w:val="Heading2"/>
      </w:pPr>
      <w:r>
        <w:t>Believer's discipline and self-control analogy</w:t>
      </w:r>
    </w:p>
    <w:p>
      <w:r>
        <w:rPr>
          <w:color w:val="666666"/>
          <w:sz w:val="18"/>
        </w:rPr>
        <w:t>Example of the Believers (Prophetic Wisdom) November 25, 2006 Maulana Wahiduddin Khan · 5m 36s · at 2:13 · https://youtu.be/4tLVOVvI0aE?t=133</w:t>
      </w:r>
    </w:p>
    <w:p>
      <w:r>
        <w:rPr>
          <w:i/>
        </w:rPr>
        <w:t>“Aik hadith hai jis ki wording yeh hai”</w:t>
      </w:r>
    </w:p>
    <w:p>
      <w:r>
        <w:rPr>
          <w:sz w:val="20"/>
        </w:rPr>
        <w:t>2:13  aik hadees hai jis ki wording yeh hai ke: misl al-mu'min mink misl al-farasi fi aaqitah yahool miraj ila aaqitah.</w:t>
      </w:r>
      <w:r>
        <w:br/>
      </w:r>
      <w:r>
        <w:rPr>
          <w:sz w:val="20"/>
        </w:rPr>
        <w:t>2:30  momin ki misaal</w:t>
      </w:r>
      <w:r>
        <w:br/>
      </w:r>
      <w:r>
        <w:rPr>
          <w:sz w:val="20"/>
        </w:rPr>
        <w:t>2:35  ghore jaisi hai jo rasi mein bandha hua ho.</w:t>
      </w:r>
      <w:r>
        <w:br/>
      </w:r>
      <w:r>
        <w:rPr>
          <w:sz w:val="20"/>
        </w:rPr>
        <w:t>2:44  to woh ghoomta hai lekin rasi se bahir nahi ja pata. aap jante hain ke ghora ya koi animal, jo paaltu animal hote hain, to un ka tareeqa yeh hai ke aik khoti gaadi aayegi, us mein aik rasi hogi,</w:t>
      </w:r>
      <w:r>
        <w:br/>
      </w:r>
      <w:r>
        <w:rPr>
          <w:sz w:val="20"/>
        </w:rPr>
        <w:t>3:02  us mein us ki gardan mein daal di jayegi. to suppose woh paanch meter ki rasi hai, to paanch meter ke radius mein woh chalega.</w:t>
      </w:r>
      <w:r>
        <w:br/>
      </w:r>
      <w:r>
        <w:rPr>
          <w:sz w:val="20"/>
        </w:rPr>
        <w:t>3:15  paanch meter se bahir nahi aa sakta. to farmaya ke aisa hi misaal true believer ki hai. aisa hi mamla momin ka hai.</w:t>
      </w:r>
      <w:r>
        <w:br/>
      </w:r>
      <w:r>
        <w:rPr>
          <w:sz w:val="20"/>
        </w:rPr>
        <w:t>3:27  us ki gardan mein goya ke Khuda ki rasi pari hui hai. yani Khuda ka hukum, Khuda ke dos aur don'ts ki list.</w:t>
      </w:r>
      <w:r>
        <w:br/>
      </w:r>
      <w:r>
        <w:rPr>
          <w:sz w:val="20"/>
        </w:rPr>
        <w:t>3:42  isi mein woh chalta hai, isi ke dayre mein. is se bahir nahi jata.</w:t>
      </w:r>
      <w:r>
        <w:br/>
      </w:r>
      <w:r>
        <w:rPr>
          <w:sz w:val="20"/>
        </w:rPr>
        <w:t>3:51  yeh aik misaal ke zariye momin ke mamle ko, yani true believer ke mamle ko bataya gaya hai ke jo aadmi sachaa believer ho,</w:t>
      </w:r>
      <w:r>
        <w:br/>
      </w:r>
      <w:r>
        <w:rPr>
          <w:sz w:val="20"/>
        </w:rPr>
        <w:t>4:07  Khuda ko sachaa mannay wala ho, to us ka mamla kya hota hai?</w:t>
      </w:r>
      <w:r>
        <w:br/>
      </w:r>
      <w:r>
        <w:rPr>
          <w:sz w:val="20"/>
        </w:rPr>
        <w:t>4:16  woh phir azaad nahi rehta. woh aik discipline mein bandh jata hai.</w:t>
      </w:r>
      <w:r>
        <w:br/>
      </w:r>
      <w:r>
        <w:rPr>
          <w:sz w:val="20"/>
        </w:rPr>
        <w:t>4:27  aik discipline mein bandh jata hai. momin aik disciplined insan hai. us ke bolne ka bhi aik discipline hota hai, karne ka bhi discipline hota hai,</w:t>
      </w:r>
      <w:r>
        <w:br/>
      </w:r>
      <w:r>
        <w:rPr>
          <w:sz w:val="20"/>
        </w:rPr>
        <w:t>4:41  character ka bhi discipline hota hai. to us ki poori zindagi disciplined way mein hoti hai. aisa nahi ke bilkul azaad hai, jo chahe kare, jo chahe bolay.</w:t>
      </w:r>
      <w:r>
        <w:br/>
      </w:r>
      <w:r>
        <w:rPr>
          <w:sz w:val="20"/>
        </w:rPr>
        <w:t>4:56  aisa nahi hota momin ka mamla. misaal ke taur par dekhiye, momin aisi bol nahi bolay ga jis se kisi ke dil ko takleef pohnche.</w:t>
      </w:r>
      <w:r>
        <w:br/>
      </w:r>
      <w:r>
        <w:rPr>
          <w:sz w:val="20"/>
        </w:rPr>
        <w:t>5:11  nahi bolay ga aisa. woh aisa bol bolay ga jis se aadmi ko</w:t>
      </w:r>
      <w:r>
        <w:br/>
      </w:r>
      <w:r>
        <w:rPr>
          <w:sz w:val="20"/>
        </w:rPr>
        <w:t>5:20  peace milay, aadmi ko justice milay, aadmi ko koi achaa message milay.</w:t>
      </w:r>
      <w:r>
        <w:br/>
      </w:r>
      <w:r>
        <w:rPr>
          <w:sz w:val="20"/>
        </w:rPr>
        <w:t>5:30  aisa bol bolay ga. woh hate ki boli, revenge ki boli nahi bolay ga.</w:t>
      </w:r>
      <w:r>
        <w:br/>
      </w:r>
      <w:r>
        <w:rPr>
          <w:sz w:val="20"/>
        </w:rPr>
        <w:t>5:40  aisa hi us ka behavior, us ka character bhi Khuda ke bataye hue jo tareeqay hain, us ke mutabiq hoga.</w:t>
      </w:r>
      <w:r>
        <w:br/>
      </w:r>
      <w:r>
        <w:rPr>
          <w:sz w:val="20"/>
        </w:rPr>
        <w:t>5:57  misaal ke taur par woh selfish nahi ho sakta.</w:t>
      </w:r>
      <w:r>
        <w:br/>
      </w:r>
      <w:r>
        <w:rPr>
          <w:sz w:val="20"/>
        </w:rPr>
        <w:t>6:03  apne interest ko hasil karne ke liye aisa nahi kar sakta woh ke doosre ko exploit karne lagay.</w:t>
      </w:r>
      <w:r>
        <w:br/>
      </w:r>
      <w:r>
        <w:rPr>
          <w:sz w:val="20"/>
        </w:rPr>
        <w:t>6:13  kisi ke bare mein bolne ke liye woh aisa nahi karega ke us ke upar allegation lagane lage. yani momin ek</w:t>
      </w:r>
      <w:r>
        <w:br/>
      </w:r>
      <w:r>
        <w:rPr>
          <w:sz w:val="20"/>
        </w:rPr>
        <w:t>6:26  scientific criticism to kar sakta hai, ilmi criticism kisi ke bare mein. lekin kisi ke upar allegation lagaye, kisi par ilzam lagaye, kisi ke irade par woh hamla kare, yeh momin nahi karega.</w:t>
      </w:r>
      <w:r>
        <w:br/>
      </w:r>
      <w:r>
        <w:rPr>
          <w:sz w:val="20"/>
        </w:rPr>
        <w:t>6:47  to har mamle mein, aap jante hain ke har mamle mein Khuda ke kuch dos and don'ts hain. is ko follow karte hue woh zindagi guzarega.</w:t>
      </w:r>
      <w:r>
        <w:br/>
      </w:r>
      <w:r>
        <w:rPr>
          <w:sz w:val="20"/>
        </w:rPr>
        <w:t>7:00  to ghore ki gardan mein jo rassi hoti hai, woh to ek visible rassi hoti hai, dikhai deti hai. momin ki gardan mein visible rassi to nahi hoti, lekin woh self control mamla hota hai.</w:t>
      </w:r>
      <w:r>
        <w:br/>
      </w:r>
      <w:r>
        <w:rPr>
          <w:sz w:val="20"/>
        </w:rPr>
        <w:t>7:16  ghore ko control karta hai is ka malik, lekin momin jo hai, is ka mamla self controlled hota hai.</w:t>
      </w:r>
      <w:r>
        <w:br/>
      </w:r>
      <w:r>
        <w:rPr>
          <w:sz w:val="20"/>
        </w:rPr>
        <w:t>7:26  apne aap ko khud hi woh control karta hai, apne aap ko khud hi woh paband karta hai. apne aap ko khud hi soch kar, soch kar woh Khuda ke dos and don'ts ko follow karne wala banata hai.</w:t>
      </w:r>
      <w:r>
        <w:br/>
      </w:r>
      <w:r>
        <w:rPr>
          <w:sz w:val="20"/>
        </w:rPr>
        <w:t>7:42  yeh hai momin ki misaal hadith mein.</w:t>
      </w:r>
    </w:p>
    <w:p>
      <w:pPr>
        <w:pStyle w:val="Heading2"/>
      </w:pPr>
      <w:r>
        <w:t>Ignoring problem availing opportunity formula</w:t>
      </w:r>
    </w:p>
    <w:p>
      <w:r>
        <w:rPr>
          <w:color w:val="666666"/>
          <w:sz w:val="18"/>
        </w:rPr>
        <w:t>Islam:  A Historical Religion | July 23, 2008 · 5m 36s · at 35:56 · https://youtu.be/2EmX8Ubz6G8?t=2156</w:t>
      </w:r>
    </w:p>
    <w:p>
      <w:r>
        <w:rPr>
          <w:i/>
        </w:rPr>
        <w:t>“The Kaaba had 360 idols.”</w:t>
      </w:r>
    </w:p>
    <w:p>
      <w:r>
        <w:rPr>
          <w:sz w:val="20"/>
        </w:rPr>
        <w:t>35:56  jo aaj bhi relevant hai, aindah bhi relevant rahega.</w:t>
      </w:r>
      <w:r>
        <w:br/>
      </w:r>
      <w:r>
        <w:rPr>
          <w:sz w:val="20"/>
        </w:rPr>
        <w:t>36:04  jab aap Makah mein thay, yaani seven century ke first quarter mein, to wahan par aap jante hain</w:t>
      </w:r>
      <w:r>
        <w:br/>
      </w:r>
      <w:r>
        <w:rPr>
          <w:sz w:val="20"/>
        </w:rPr>
        <w:t>36:11  ke Kaaba jo hai, is mein 300, 70 yaani 360 moortiyan rakhi hui theen. but.</w:t>
      </w:r>
      <w:r>
        <w:br/>
      </w:r>
      <w:r>
        <w:rPr>
          <w:sz w:val="20"/>
        </w:rPr>
        <w:t>36:19  ab Rasool Allah ka to</w:t>
      </w:r>
      <w:r>
        <w:br/>
      </w:r>
      <w:r>
        <w:rPr>
          <w:sz w:val="20"/>
        </w:rPr>
        <w:t>36:27  jo mission tha, woh tauheed tha, oneness of God ko establish karna.</w:t>
      </w:r>
      <w:r>
        <w:br/>
      </w:r>
      <w:r>
        <w:rPr>
          <w:sz w:val="20"/>
        </w:rPr>
        <w:t>36:33  logon ko ek Khuda ka worshipper banana.</w:t>
      </w:r>
      <w:r>
        <w:br/>
      </w:r>
      <w:r>
        <w:rPr>
          <w:sz w:val="20"/>
        </w:rPr>
        <w:t>36:40  aur wahan par jo Hazrat Ibrahim ki banai hui jo masjid thi, usi mein but rakhe hue thay. itne saare.</w:t>
      </w:r>
      <w:r>
        <w:br/>
      </w:r>
      <w:r>
        <w:rPr>
          <w:sz w:val="20"/>
        </w:rPr>
        <w:t>36:46  that was a great problem.</w:t>
      </w:r>
      <w:r>
        <w:br/>
      </w:r>
      <w:r>
        <w:rPr>
          <w:sz w:val="20"/>
        </w:rPr>
        <w:t>36:53  to aam taur par kya hota hai? log problem se apne mission ko shuru karte hain.</w:t>
      </w:r>
      <w:r>
        <w:br/>
      </w:r>
      <w:r>
        <w:rPr>
          <w:sz w:val="20"/>
        </w:rPr>
        <w:t>36:59  generally aise hi hota hai. yani woh kya kahengay? bhai sab se pehla kaam to yeh hai ke bonton se pak karo kaba ko. is ke baghair kya ho sakta hai? to sab se pehle woh yeh chahengay ke starting point is ko banayein ke kaba mein jo but rakhe hue hain, un ko nikalen. acha, agar is ko nikalte aap, kya hota? jhagda khara hota, ladaai hoti. kyunkay sainkaron saal se unhon ne woh but rakh liya tha wahan par. Hazrat</w:t>
      </w:r>
      <w:r>
        <w:br/>
      </w:r>
      <w:r>
        <w:rPr>
          <w:sz w:val="20"/>
        </w:rPr>
        <w:t>37:29  Adam, Hazrat Ibrahim ne jo banaya tha Kaaba, is mein to nahi tha.</w:t>
      </w:r>
      <w:r>
        <w:br/>
      </w:r>
      <w:r>
        <w:rPr>
          <w:sz w:val="20"/>
        </w:rPr>
        <w:t>37:33  lekin baad ko rakh liya.</w:t>
      </w:r>
      <w:r>
        <w:br/>
      </w:r>
      <w:r>
        <w:rPr>
          <w:sz w:val="20"/>
        </w:rPr>
        <w:t>37:37  ab dheere dheere dheere woh unka business ban gaya.</w:t>
      </w:r>
      <w:r>
        <w:br/>
      </w:r>
      <w:r>
        <w:rPr>
          <w:sz w:val="20"/>
        </w:rPr>
        <w:t>37:41  log aate thay aur wahan par bohat faida hota tha logon ko.</w:t>
      </w:r>
      <w:r>
        <w:br/>
      </w:r>
      <w:r>
        <w:rPr>
          <w:sz w:val="20"/>
        </w:rPr>
        <w:t>37:44  nazrana dete thay.</w:t>
      </w:r>
      <w:r>
        <w:br/>
      </w:r>
      <w:r>
        <w:rPr>
          <w:sz w:val="20"/>
        </w:rPr>
        <w:t>37:48  to agar aap yahan se shuru karte ke pehle in buton ko nikalo, yahan se khatam karo, to</w:t>
      </w:r>
      <w:r>
        <w:br/>
      </w:r>
      <w:r>
        <w:rPr>
          <w:sz w:val="20"/>
        </w:rPr>
        <w:t>37:52  ek jhagda khara hota.</w:t>
      </w:r>
      <w:r>
        <w:br/>
      </w:r>
      <w:r>
        <w:rPr>
          <w:sz w:val="20"/>
        </w:rPr>
        <w:t>37:56  to aap ne kiya formula apn</w:t>
      </w:r>
      <w:r>
        <w:br/>
      </w:r>
      <w:r>
        <w:rPr>
          <w:sz w:val="20"/>
        </w:rPr>
        <w:t>37:59  aya? 13 saal tak aap Makah mein thay, lekin aap ne in buton ko touch nahi kiya.</w:t>
      </w:r>
      <w:r>
        <w:br/>
      </w:r>
      <w:r>
        <w:rPr>
          <w:sz w:val="20"/>
        </w:rPr>
        <w:t>38:05  touch nahi kiya.</w:t>
      </w:r>
      <w:r>
        <w:br/>
      </w:r>
      <w:r>
        <w:rPr>
          <w:sz w:val="20"/>
        </w:rPr>
        <w:t>38:11  wahan koi taala nahi band tha in buton ke upar.</w:t>
      </w:r>
      <w:r>
        <w:br/>
      </w:r>
      <w:r>
        <w:rPr>
          <w:sz w:val="20"/>
        </w:rPr>
        <w:t>38:17  sab log jaate thay wahan par.</w:t>
      </w:r>
      <w:r>
        <w:br/>
      </w:r>
      <w:r>
        <w:rPr>
          <w:sz w:val="20"/>
        </w:rPr>
        <w:t>38:23  اور آپ نے کیا اسٹریٹجی اپنائی؟ ان بتوں کی وجہ سے وہاں ڈیلی گیدرنگ ہوتی تھی۔ different tribes</w:t>
      </w:r>
      <w:r>
        <w:br/>
      </w:r>
      <w:r>
        <w:rPr>
          <w:sz w:val="20"/>
        </w:rPr>
        <w:t>38:30  ke log wahan aate thay, apna nazrana pesh karte thay, apni mannat mannate thay, unko worship karte thay.</w:t>
      </w:r>
      <w:r>
        <w:br/>
      </w:r>
      <w:r>
        <w:rPr>
          <w:sz w:val="20"/>
        </w:rPr>
        <w:t>38:37  to un 360 buton ki waja se wahan daily gathering hua karti thi.</w:t>
      </w:r>
      <w:r>
        <w:br/>
      </w:r>
      <w:r>
        <w:rPr>
          <w:sz w:val="20"/>
        </w:rPr>
        <w:t>38:45  تو اس کو آپ نے as an opportunity لیا کہ بت اگرچہ ایک پرابلم ہے، لیکن یہ گیدرنگ</w:t>
      </w:r>
      <w:r>
        <w:br/>
      </w:r>
      <w:r>
        <w:rPr>
          <w:sz w:val="20"/>
        </w:rPr>
        <w:t>38:53  to opportunity hai.</w:t>
      </w:r>
      <w:r>
        <w:br/>
      </w:r>
      <w:r>
        <w:rPr>
          <w:sz w:val="20"/>
        </w:rPr>
        <w:t>39:01  yeh Makka kaba mein jo but rakhe hue hain, woh aik problem hai. lekin in bonton ki wajah se jo wahan gathering hoti hai daily, woh hamaray liye aik opportunity hai kyunkay hum ko audience milta hai. is mein audience milta hai. to Rasool Allah ne kya kiya? bonton ke presence ko ignore kiya. bonton ke presence ko ignore kiya. aur woh jo wahan par gathering hoti thi, us ko as</w:t>
      </w:r>
      <w:r>
        <w:br/>
      </w:r>
      <w:r>
        <w:rPr>
          <w:sz w:val="20"/>
        </w:rPr>
        <w:t>39:31  an audience istemal kiya. wahan aap jatay thay rozana, ja kar un ko Quran sunatay thay. mujhe kehtay thay, "Eyyaha annas, qooloo la ilaha illallah tuflihu". to yeh policy aap ne ikhtiyar ki jis ko mein kehta hoon ke ignore the problem and avail the opportunities. yani bonton ke problem ko ignore karo. aur wahan jo daily jo gathering</w:t>
      </w:r>
      <w:r>
        <w:br/>
      </w:r>
      <w:r>
        <w:rPr>
          <w:sz w:val="20"/>
        </w:rPr>
        <w:t>40:01  ہو رہی ہے، اس کو as an opportunity avail کرو۔</w:t>
      </w:r>
      <w:r>
        <w:br/>
      </w:r>
      <w:r>
        <w:rPr>
          <w:sz w:val="20"/>
        </w:rPr>
        <w:t>40:05  یہ کتنا بڑا فارمولا دیا آپ نے؟ Ignore the problem, avail the opportunities.</w:t>
      </w:r>
      <w:r>
        <w:br/>
      </w:r>
      <w:r>
        <w:rPr>
          <w:sz w:val="20"/>
        </w:rPr>
        <w:t>40:10  yeh sirf us waqt ke liye nahi thi.</w:t>
      </w:r>
      <w:r>
        <w:br/>
      </w:r>
      <w:r>
        <w:rPr>
          <w:sz w:val="20"/>
        </w:rPr>
        <w:t>40:14  aaj bhi itna hi relevant hai.</w:t>
      </w:r>
      <w:r>
        <w:br/>
      </w:r>
      <w:r>
        <w:rPr>
          <w:sz w:val="20"/>
        </w:rPr>
        <w:t>40:18  aaj bhi woh itni hi useful hai.</w:t>
      </w:r>
      <w:r>
        <w:br/>
      </w:r>
      <w:r>
        <w:rPr>
          <w:sz w:val="20"/>
        </w:rPr>
        <w:t>40:22  اور آئندہ بھی، وہ آگے بھی ہمیشہ کا ہمیشہ relevant رہے گی۔</w:t>
      </w:r>
      <w:r>
        <w:br/>
      </w:r>
      <w:r>
        <w:rPr>
          <w:sz w:val="20"/>
        </w:rPr>
        <w:t>40:27  individual life mein,</w:t>
      </w:r>
      <w:r>
        <w:br/>
      </w:r>
      <w:r>
        <w:rPr>
          <w:sz w:val="20"/>
        </w:rPr>
        <w:t>40:31  national life mein, international life mein, har jagah.</w:t>
      </w:r>
      <w:r>
        <w:br/>
      </w:r>
      <w:r>
        <w:rPr>
          <w:sz w:val="20"/>
        </w:rPr>
        <w:t>40:35  اس لیے کہ دیکھیے، problems are parts of life۔</w:t>
      </w:r>
      <w:r>
        <w:br/>
      </w:r>
      <w:r>
        <w:rPr>
          <w:sz w:val="20"/>
        </w:rPr>
        <w:t>40:40  aap aisi zindagi nahi pa sakte jis mein problem na ho.</w:t>
      </w:r>
      <w:r>
        <w:br/>
      </w:r>
      <w:r>
        <w:rPr>
          <w:sz w:val="20"/>
        </w:rPr>
        <w:t>40:44  jahan zindagi hai, wahan problem hai.</w:t>
      </w:r>
      <w:r>
        <w:br/>
      </w:r>
      <w:r>
        <w:rPr>
          <w:sz w:val="20"/>
        </w:rPr>
        <w:t>40:49  jahan insan hai, wahan problem hai.</w:t>
      </w:r>
      <w:r>
        <w:br/>
      </w:r>
      <w:r>
        <w:rPr>
          <w:sz w:val="20"/>
        </w:rPr>
        <w:t>40:53  jahan log mil jul kar rehte hain, wahan problem hai.</w:t>
      </w:r>
      <w:r>
        <w:br/>
      </w:r>
      <w:r>
        <w:rPr>
          <w:sz w:val="20"/>
        </w:rPr>
        <w:t>40:58  to aap kya karenge?</w:t>
      </w:r>
      <w:r>
        <w:br/>
      </w:r>
      <w:r>
        <w:rPr>
          <w:sz w:val="20"/>
        </w:rPr>
        <w:t>41:02  اگر آپ کی پالیسی یہ ہو کہ پہلے پرابلم کو ختم کرو، کہ first of all, you have</w:t>
      </w:r>
      <w:r>
        <w:br/>
      </w:r>
      <w:r>
        <w:rPr>
          <w:sz w:val="20"/>
        </w:rPr>
        <w:t>41:08  to eliminate da problems, phir kya hoga? ladai, jhagda, fasad.</w:t>
      </w:r>
      <w:r>
        <w:br/>
      </w:r>
      <w:r>
        <w:rPr>
          <w:sz w:val="20"/>
        </w:rPr>
        <w:t>41:14  لیکن آپ نے جو پالیسی اختیار کی کہ ignore the problem and avail the opportunities، تو جہاں پرابلم</w:t>
      </w:r>
      <w:r>
        <w:br/>
      </w:r>
      <w:r>
        <w:rPr>
          <w:sz w:val="20"/>
        </w:rPr>
        <w:t>41:20  hota hai, wahin wahin opportunity bhi hoti hai.</w:t>
      </w:r>
      <w:r>
        <w:br/>
      </w:r>
      <w:r>
        <w:rPr>
          <w:sz w:val="20"/>
        </w:rPr>
        <w:t>41:26  jaise maine misaal di ke kaba mein 360 but</w:t>
      </w:r>
    </w:p>
    <w:p>
      <w:pPr>
        <w:pStyle w:val="Heading2"/>
      </w:pPr>
      <w:r>
        <w:t>Explaining the Quran verse: with hardship comes double ease</w:t>
      </w:r>
    </w:p>
    <w:p>
      <w:r>
        <w:rPr>
          <w:color w:val="666666"/>
          <w:sz w:val="18"/>
        </w:rPr>
        <w:t>Take it as A Challenge April 29, 2007 · 3m 27s · at 11:14 · https://youtu.be/pONW5UkRZ_M?t=674</w:t>
      </w:r>
    </w:p>
    <w:p>
      <w:r>
        <w:rPr>
          <w:i/>
        </w:rPr>
        <w:t>“Quran ka chapter number 94, iska naam hai Al-Inshirah”</w:t>
      </w:r>
    </w:p>
    <w:p>
      <w:r>
        <w:rPr>
          <w:sz w:val="20"/>
        </w:rPr>
        <w:t>11:14  kisi bhi commentator ne ise clear nahin kiya. woh is tarah se hai ke aap dekhen quran ka chapter number 94,</w:t>
      </w:r>
      <w:r>
        <w:br/>
      </w:r>
      <w:r>
        <w:rPr>
          <w:sz w:val="20"/>
        </w:rPr>
        <w:t>11:30  chapter number 94, is ka naam hai al-inshirah.</w:t>
      </w:r>
      <w:r>
        <w:br/>
      </w:r>
      <w:r>
        <w:rPr>
          <w:sz w:val="20"/>
        </w:rPr>
        <w:t>11:37  is mein hai yeh verse, yani yeh utri hai kab? makkah mein. makkah mein bohat problem thay, bohat hardship thi,</w:t>
      </w:r>
      <w:r>
        <w:br/>
      </w:r>
      <w:r>
        <w:rPr>
          <w:sz w:val="20"/>
        </w:rPr>
        <w:t>11:51  aur bohat log satate thay.</w:t>
      </w:r>
      <w:r>
        <w:br/>
      </w:r>
      <w:r>
        <w:rPr>
          <w:sz w:val="20"/>
        </w:rPr>
        <w:t>11:55  to kiya tha ke woh is waqt jo muslim thay, thore se, they were compared to live in problems,</w:t>
      </w:r>
      <w:r>
        <w:br/>
      </w:r>
      <w:r>
        <w:rPr>
          <w:sz w:val="20"/>
        </w:rPr>
        <w:t>12:07  there was no scope. To is waqt yeh ayat utri hai: "In ma'a al-'usri yusra, in ma'a al-'usri yusra, with every hardship there is ease,</w:t>
      </w:r>
      <w:r>
        <w:br/>
      </w:r>
      <w:r>
        <w:rPr>
          <w:sz w:val="20"/>
        </w:rPr>
        <w:t>12:23  with every hardship there is ease". Yeh hai is ka translation.</w:t>
      </w:r>
      <w:r>
        <w:br/>
      </w:r>
      <w:r>
        <w:rPr>
          <w:sz w:val="20"/>
        </w:rPr>
        <w:t>12:29  Ab is ayat ko le kar ke prophet ne, prophet salallahu alaihi wasallam ne is ki ek comment, is ki ek woh ki, is ko explain kiya.</w:t>
      </w:r>
      <w:r>
        <w:br/>
      </w:r>
      <w:r>
        <w:rPr>
          <w:sz w:val="20"/>
        </w:rPr>
        <w:t>12:40  To is mein dekhein, is verse mein ease jo hai, ease ka word do baar aaya hai:</w:t>
      </w:r>
      <w:r>
        <w:br/>
      </w:r>
      <w:r>
        <w:rPr>
          <w:sz w:val="20"/>
        </w:rPr>
        <w:t>12:52  "With every hardship there is ease, with every hardship there is ease". To is se aap ne kiya nikala?</w:t>
      </w:r>
      <w:r>
        <w:br/>
      </w:r>
      <w:r>
        <w:rPr>
          <w:sz w:val="20"/>
        </w:rPr>
        <w:t>12:58  Is ko aap ne explain kiya is tarah se ke "li yaghlab yusraan". "Li yaghlab yusraan"</w:t>
      </w:r>
      <w:r>
        <w:br/>
      </w:r>
      <w:r>
        <w:rPr>
          <w:sz w:val="20"/>
        </w:rPr>
        <w:t>13:08  Yeh bohat anokha yeh explanation hai, yani one. Is ka matlab youn to samajh lijiye ke yahan par hardship aur ease ka word hai.</w:t>
      </w:r>
      <w:r>
        <w:br/>
      </w:r>
      <w:r>
        <w:rPr>
          <w:sz w:val="20"/>
        </w:rPr>
        <w:t>13:18  Ek matlab kiya hai ke "with every problem there are opportunities". Pehla to aap ko yeh karna hai ke aap ise convert karein.</w:t>
      </w:r>
      <w:r>
        <w:br/>
      </w:r>
      <w:r>
        <w:rPr>
          <w:sz w:val="20"/>
        </w:rPr>
        <w:t>13:27  Literal translation to yeh hai ke "with every hardship there is ease", lekin aap ko phir convert karna parega ke "with every problem there are solutions".</w:t>
      </w:r>
      <w:r>
        <w:br/>
      </w:r>
      <w:r>
        <w:rPr>
          <w:sz w:val="20"/>
        </w:rPr>
        <w:t>13:40  "With every problem there are opportunities". Jab aap convert kareinge, tab ja kar ke is ki gehrai, is ki deep meaning jo hai, woh samajh mein ayegi.</w:t>
      </w:r>
      <w:r>
        <w:br/>
      </w:r>
      <w:r>
        <w:rPr>
          <w:sz w:val="20"/>
        </w:rPr>
        <w:t>13:54  Phir is ko aur bhi convert kiya prophet ne.</w:t>
      </w:r>
      <w:r>
        <w:br/>
      </w:r>
      <w:r>
        <w:rPr>
          <w:sz w:val="20"/>
        </w:rPr>
        <w:t>13:57  Aap ne kaha ke "li yaghlab yusraan". Is se aap yeh liya ke ayat kehti hai, yeh yeh verse kehta hai ke "yusra" ya "opportunity" double hai,</w:t>
      </w:r>
      <w:r>
        <w:br/>
      </w:r>
      <w:r>
        <w:rPr>
          <w:sz w:val="20"/>
        </w:rPr>
        <w:t>14:12  yani problem ek hai to opportunity double hai. To aap ne kaha ke "li yaghlab yusraan", yani "one hardship cannot overcome two opportunities".</w:t>
      </w:r>
      <w:r>
        <w:br/>
      </w:r>
      <w:r>
        <w:rPr>
          <w:sz w:val="20"/>
        </w:rPr>
        <w:t>14:28  Yeh is ka translation hai is hadith ka, ek prophet ka yeh saying hai ke "one problem cannot overcome two opportunities".</w:t>
      </w:r>
    </w:p>
    <w:p>
      <w:pPr>
        <w:pStyle w:val="Heading2"/>
      </w:pPr>
      <w:r>
        <w:t>Dr. Reddy story and double focus lesson</w:t>
      </w:r>
    </w:p>
    <w:p>
      <w:r>
        <w:rPr>
          <w:color w:val="666666"/>
          <w:sz w:val="18"/>
        </w:rPr>
        <w:t>Lessons from Kabah October 6, 2019 - Maulana Wahiduddin Khan · 5m 00s · at 7:18 · https://youtu.be/pDZ22V5Tk0g?t=438</w:t>
      </w:r>
    </w:p>
    <w:p>
      <w:r>
        <w:rPr>
          <w:i/>
        </w:rPr>
        <w:t>“To yeh jo mujhe yaad aaya”</w:t>
      </w:r>
    </w:p>
    <w:p>
      <w:r>
        <w:rPr>
          <w:sz w:val="20"/>
        </w:rPr>
        <w:t>7:18  to yeh jo mujhe yaad aaya, to mujhe yaad aaya ke ek ek shakhs jo south ka tha, doctor reddy, uska ek mission tha,</w:t>
      </w:r>
      <w:r>
        <w:br/>
      </w:r>
      <w:r>
        <w:rPr>
          <w:sz w:val="20"/>
        </w:rPr>
        <w:t>7:32  us mission par zindagi bhar woh kaam karta raha.</w:t>
      </w:r>
      <w:r>
        <w:br/>
      </w:r>
      <w:r>
        <w:rPr>
          <w:sz w:val="20"/>
        </w:rPr>
        <w:t>7:37  us mein us ne ek kitaab likhi, unfinished agenda, yeh us kitaab ka title hai, jo uska mission tha, ek medical mission tha uska,</w:t>
      </w:r>
      <w:r>
        <w:br/>
      </w:r>
      <w:r>
        <w:rPr>
          <w:sz w:val="20"/>
        </w:rPr>
        <w:t>7:52  to us ki detail us ne likhi us ne.</w:t>
      </w:r>
      <w:r>
        <w:br/>
      </w:r>
      <w:r>
        <w:rPr>
          <w:sz w:val="20"/>
        </w:rPr>
        <w:t>7:57  lekin saari umar us ki, us ki, us ki maut ghaleban 72 mein hui, 72 saal mein.</w:t>
      </w:r>
      <w:r>
        <w:br/>
      </w:r>
      <w:r>
        <w:rPr>
          <w:sz w:val="20"/>
        </w:rPr>
        <w:t>8:08  to saari umar woh apne us goal ko poora karne mein laga raha, lekin woh poora nahin kar saka.</w:t>
      </w:r>
      <w:r>
        <w:br/>
      </w:r>
      <w:r>
        <w:rPr>
          <w:sz w:val="20"/>
        </w:rPr>
        <w:t>8:18  chunaanche us ki jo kitaab hai, uska naam yeh title hai, unfinished agenda. to us ki kitaab chhap rahi thi aakhir mein, jab chhap kar aayi woh press se,</w:t>
      </w:r>
      <w:r>
        <w:br/>
      </w:r>
      <w:r>
        <w:rPr>
          <w:sz w:val="20"/>
        </w:rPr>
        <w:t>8:32  uska pehla, us ki pehli copy apne haath mein li us ne, aur ajeeb baat hai ke us ke baad us ki maut, maut ho gayi.</w:t>
      </w:r>
      <w:r>
        <w:br/>
      </w:r>
      <w:r>
        <w:rPr>
          <w:sz w:val="20"/>
        </w:rPr>
        <w:t>8:44  yani apni kitab ko hath mein liya us ne aur isi din us ki maut ho gayi. to us ke hath mein kya aaya?</w:t>
      </w:r>
      <w:r>
        <w:br/>
      </w:r>
      <w:r>
        <w:rPr>
          <w:sz w:val="20"/>
        </w:rPr>
        <w:t>8:53  un finished agenda. sari zindagi koshish karne ke bawajood, bohat paisa kharch kiya us ne is mein, aakhir mein jo us ke hisse mein aaya woh tha un finished agenda.</w:t>
      </w:r>
      <w:r>
        <w:br/>
      </w:r>
      <w:r>
        <w:rPr>
          <w:sz w:val="20"/>
        </w:rPr>
        <w:t>9:10  to main ne socha ke aakhir kyun main wahan itna zyada dekhta tha, us ka raaz kya tha? to aaj mujhe samajh aaya ke shayad yeh tha us ka raaz,</w:t>
      </w:r>
      <w:r>
        <w:br/>
      </w:r>
      <w:r>
        <w:rPr>
          <w:sz w:val="20"/>
        </w:rPr>
        <w:t>9:25  ke Allah taala insan ko dikhana chahte hain ek bohat bari haqeeqat. woh un finished agenda dunya ke bare mein hai,</w:t>
      </w:r>
      <w:r>
        <w:br/>
      </w:r>
      <w:r>
        <w:rPr>
          <w:sz w:val="20"/>
        </w:rPr>
        <w:t>9:38  yani insan ko yeh saud dena matloob hai, us ki kaba, kaba jaisi muqaddas imarat, zahir hai ke is kaba se zyada muqaddas koi cheez ho nahi sakti.</w:t>
      </w:r>
      <w:r>
        <w:br/>
      </w:r>
      <w:r>
        <w:rPr>
          <w:sz w:val="20"/>
        </w:rPr>
        <w:t>9:52  sab se muqaddas woh holy kaba hai, us ko un finished chhod diya gaya, yeh sabak dene ke liye ke yeh dunya jo hai,</w:t>
      </w:r>
      <w:r>
        <w:br/>
      </w:r>
      <w:r>
        <w:rPr>
          <w:sz w:val="20"/>
        </w:rPr>
        <w:t>10:08  yahan tum ko</w:t>
      </w:r>
      <w:r>
        <w:br/>
      </w:r>
      <w:r>
        <w:rPr>
          <w:sz w:val="20"/>
        </w:rPr>
        <w:t>10:12  apne mansoobon ko un finished chhodna hai, apni zindagi ko tum mukammal nahi kar paoge aur khatma ho jayega tumhara.</w:t>
      </w:r>
      <w:r>
        <w:br/>
      </w:r>
      <w:r>
        <w:rPr>
          <w:sz w:val="20"/>
        </w:rPr>
        <w:t>10:24  to is ka matlab kya hua? ke sari fikr tumhari akhirat ke liye honi chahiye, dunya ke liye nahi. sari fikr.</w:t>
      </w:r>
      <w:r>
        <w:br/>
      </w:r>
      <w:r>
        <w:rPr>
          <w:sz w:val="20"/>
        </w:rPr>
        <w:t>10:37  yeh focus dekhiye, insan aisi munawwar is ki hui hai ke Quran mein hai ke Allah ne insan ke sine mein do dil nahi banaye.</w:t>
      </w:r>
      <w:r>
        <w:br/>
      </w:r>
      <w:r>
        <w:rPr>
          <w:sz w:val="20"/>
        </w:rPr>
        <w:t>10:50  is ka matlab kya hai? insan ka focus do cheez ban nahi sakti. agar dunya banegi to akhirat chhoot jayegi, akhirat banegi to dunya chhoot jayegi.</w:t>
      </w:r>
      <w:r>
        <w:br/>
      </w:r>
      <w:r>
        <w:rPr>
          <w:sz w:val="20"/>
        </w:rPr>
        <w:t>11:05  to jab insan ki banawat aisi hai ke woh double focus ban kar jee nahi sakta,</w:t>
      </w:r>
      <w:r>
        <w:br/>
      </w:r>
      <w:r>
        <w:rPr>
          <w:sz w:val="20"/>
        </w:rPr>
        <w:t>11:17  to focus bana hua akhirat ko, jo abadi hai, yeh sabak dena hai wahan. main samajhta hoon ke yeh jo ayat hai, laishru wa na fa'al lahum,</w:t>
      </w:r>
      <w:r>
        <w:br/>
      </w:r>
      <w:r>
        <w:rPr>
          <w:sz w:val="20"/>
        </w:rPr>
        <w:t>11:30  taake woh dekhoon, woh dekhe kaba ko ke kaba un finished abhi to pada hua hai, un finished.</w:t>
      </w:r>
      <w:r>
        <w:br/>
      </w:r>
      <w:r>
        <w:rPr>
          <w:sz w:val="20"/>
        </w:rPr>
        <w:t>11:42  to kyun, kyun Rasool Allah ne is ko aise hi chhod diya? Jibrael ne nahi bataya ke aye Muhammad, is ko mukammal karo apni zindagi mein, un finished agenda bana kar na chhod do.</w:t>
      </w:r>
      <w:r>
        <w:br/>
      </w:r>
      <w:r>
        <w:rPr>
          <w:sz w:val="20"/>
        </w:rPr>
        <w:t>11:59  to kyun? woh to bohat bara sabak dena tha us ne, bohat bara sabak.</w:t>
      </w:r>
      <w:r>
        <w:br/>
      </w:r>
      <w:r>
        <w:rPr>
          <w:sz w:val="20"/>
        </w:rPr>
        <w:t>12:08  to dekhiye, hamare jitne bhi leader hain, jitne bare bare log hain, woh sab isi phanse rahe.</w:t>
      </w:r>
    </w:p>
    <w:p>
      <w:pPr>
        <w:pStyle w:val="Heading2"/>
      </w:pPr>
      <w:r>
        <w:t>Ego based on false conviction about power</w:t>
      </w:r>
    </w:p>
    <w:p>
      <w:r>
        <w:rPr>
          <w:color w:val="666666"/>
          <w:sz w:val="18"/>
        </w:rPr>
        <w:t>Human Knowledge and Divine Knowledge 17 Feb, 2008 - Maulana Wahiduddin Khan · 3m 51s · at 1:10:22 · https://youtu.be/YbylPFaoAp4?t=4222</w:t>
      </w:r>
    </w:p>
    <w:p>
      <w:r>
        <w:rPr>
          <w:i/>
        </w:rPr>
        <w:t>“Look, I think this is not a difficult test.”</w:t>
      </w:r>
    </w:p>
    <w:p>
      <w:r>
        <w:rPr>
          <w:sz w:val="20"/>
        </w:rPr>
        <w:t>1:10:22  dekhiye, ab main samajhta hoon ke yeh difficult test nahi hai. dekhiye, difficult test us ko banaya jayega jo beyond our capacity ho.</w:t>
      </w:r>
      <w:r>
        <w:br/>
      </w:r>
      <w:r>
        <w:rPr>
          <w:sz w:val="20"/>
        </w:rPr>
        <w:t>1:10:39  ya to yeh jo hum hain, isi ki demand ki gayi hai hum se. yani ego ka matlab kya hai?</w:t>
      </w:r>
      <w:r>
        <w:br/>
      </w:r>
      <w:r>
        <w:rPr>
          <w:sz w:val="20"/>
        </w:rPr>
        <w:t>1:10:50  ek aadmi agar egoist banta hai, to is ka matlab hai woh kehta hai ke mere paas power hai. to power kahan kisi insaan ke paas hai? yeh to false conviction mein jo log jeete hain, woh egoist ban jate hain.</w:t>
      </w:r>
      <w:r>
        <w:br/>
      </w:r>
      <w:r>
        <w:rPr>
          <w:sz w:val="20"/>
        </w:rPr>
        <w:t>1:11:05  yeh mere paas power hai, mere paas knowledge hai, main superior hoon, main yeh hoon, main woh hoon. to yeh to false conviction hai. to main samajhta hoon ke bohat easy hai ke aap aadmi apne andar realistic approach paida kare.</w:t>
      </w:r>
      <w:r>
        <w:br/>
      </w:r>
      <w:r>
        <w:rPr>
          <w:sz w:val="20"/>
        </w:rPr>
        <w:t>1:11:20  realistic approach, yani is cheez ko woh believe na karne lage jo hai nahi.</w:t>
      </w:r>
      <w:r>
        <w:br/>
      </w:r>
      <w:r>
        <w:rPr>
          <w:sz w:val="20"/>
        </w:rPr>
        <w:t>1:11:28  woh</w:t>
      </w:r>
      <w:r>
        <w:br/>
      </w:r>
      <w:r>
        <w:rPr>
          <w:sz w:val="20"/>
        </w:rPr>
        <w:t>1:11:32  jo hai nahi, woh jaise Hazrat Umar khaleefa thay, toh bohat bara un ka is zamane mein bohat bara area tha, bohat bari hukoomat thi.</w:t>
      </w:r>
      <w:r>
        <w:br/>
      </w:r>
      <w:r>
        <w:rPr>
          <w:sz w:val="20"/>
        </w:rPr>
        <w:t>1:11:47  toh ek din bait ul maal ka ek oont gum ho gaya. toh oont dhoondne ke liye nikle, toh ek sahib un se milne ke liye aaye thay bahar se.</w:t>
      </w:r>
      <w:r>
        <w:br/>
      </w:r>
      <w:r>
        <w:rPr>
          <w:sz w:val="20"/>
        </w:rPr>
        <w:t>1:11:57  woh mulaqat ho gayi, toh unhone kaha ke bhai aap apne, yani apne, yani ghar par ya apne daftar mein nahi hain, yahan aap kyun hain?</w:t>
      </w:r>
      <w:r>
        <w:br/>
      </w:r>
      <w:r>
        <w:rPr>
          <w:sz w:val="20"/>
        </w:rPr>
        <w:t>1:12:08  unhone kaha ke oont gum ho gaya hai bait ul maal ka, ab mein is ko talash kar raha hoon. toh unhone kaha ke kisi abd ko, abd ka matlab hota hai kisi servant ko, kisi kisi</w:t>
      </w:r>
      <w:r>
        <w:br/>
      </w:r>
      <w:r>
        <w:rPr>
          <w:sz w:val="20"/>
        </w:rPr>
        <w:t>1:12:22  kisi kisi abd ko aap ne keh diya hota hai, woh karta hai yeh kaam. toh unhone kaha: "abd abd mini", mujh se zyada abd kaun hai?</w:t>
      </w:r>
      <w:r>
        <w:br/>
      </w:r>
      <w:r>
        <w:rPr>
          <w:sz w:val="20"/>
        </w:rPr>
        <w:t>1:12:34  toh Hazrat Umar apne aap ko pehante thay ke Khuda ke muqable mein mein aakhri had tak abd hoon, meri helpless hoon.</w:t>
      </w:r>
      <w:r>
        <w:br/>
      </w:r>
      <w:r>
        <w:rPr>
          <w:sz w:val="20"/>
        </w:rPr>
        <w:t>1:12:45  toh mein samajhta hoon ke egoist jo log bante hain, woh false connection mein jeete hain.</w:t>
      </w:r>
      <w:r>
        <w:br/>
      </w:r>
      <w:r>
        <w:rPr>
          <w:sz w:val="20"/>
        </w:rPr>
        <w:t>1:12:53  egoist banna apne aap ko bara samajhne ki wajah se hota hai. jis aadmi ke andar modesty ho, modesty ka maani kya hota hai?</w:t>
      </w:r>
      <w:r>
        <w:br/>
      </w:r>
      <w:r>
        <w:rPr>
          <w:sz w:val="20"/>
        </w:rPr>
        <w:t>1:13:02  realistic approach. modesty sach poochien, realistic thinking ka doosra naam hai.</w:t>
      </w:r>
      <w:r>
        <w:br/>
      </w:r>
      <w:r>
        <w:rPr>
          <w:sz w:val="20"/>
        </w:rPr>
        <w:t>1:13:11  jab mein Khuda ne create kiya toh mein bana, khud se toh bana nahi. mein</w:t>
      </w:r>
      <w:r>
        <w:br/>
      </w:r>
      <w:r>
        <w:rPr>
          <w:sz w:val="20"/>
        </w:rPr>
        <w:t>1:13:20  Khuda ke life support system ko mein istemal karta hoon, toh mein zinda hoon is duniya mein. Khuda ke suraj ki roshni jo hai, us ko jab istemal karta hoon toh mein dekh pata hoon, na mein blind hoon.</w:t>
      </w:r>
      <w:r>
        <w:br/>
      </w:r>
      <w:r>
        <w:rPr>
          <w:sz w:val="20"/>
        </w:rPr>
        <w:t>1:13:31  toh aap dekhen ke jab aadmi itna helpless hai is duniya mein, toh modesty hi is ke liye sahi banti hai.</w:t>
      </w:r>
      <w:r>
        <w:br/>
      </w:r>
      <w:r>
        <w:rPr>
          <w:sz w:val="20"/>
        </w:rPr>
        <w:t>1:13:43  baat toh modesty jo hai, woh is aadmi ke andar zaroor hogi jis ke andar sach much realistic approach ho. ke jo hai, woh wohi apne ko samajhna.</w:t>
      </w:r>
      <w:r>
        <w:br/>
      </w:r>
      <w:r>
        <w:rPr>
          <w:sz w:val="20"/>
        </w:rPr>
        <w:t>1:13:54  toh mein samajhta hoon ke yeh false conviction hai jo logon ko egoist bana deta hai. aur jo log is raat ko samajh len aur false hood banna jeen, woh bilashuba woh modest ban jayenge, woh egoist nahi honge.</w:t>
      </w:r>
    </w:p>
    <w:p>
      <w:pPr>
        <w:pStyle w:val="Heading2"/>
      </w:pPr>
      <w:r>
        <w:t>A robber's honesty code and the obsession that clouds judgment</w:t>
      </w:r>
    </w:p>
    <w:p>
      <w:r>
        <w:rPr>
          <w:color w:val="666666"/>
          <w:sz w:val="18"/>
        </w:rPr>
        <w:t>The Problem of Misunderstanding January 1, 2008 Maulana Wahiduddin Khan · 4m 23s · at 36:20 · https://youtu.be/LdzzoBvyaD0?t=2180</w:t>
      </w:r>
    </w:p>
    <w:p>
      <w:r>
        <w:rPr>
          <w:i/>
        </w:rPr>
        <w:t>“I once met a very notorious robber”</w:t>
      </w:r>
    </w:p>
    <w:p>
      <w:r>
        <w:rPr>
          <w:sz w:val="20"/>
        </w:rPr>
        <w:t>36:20  jaise ab mein aik baar aik aik daaku se mila. woh bohat hi zabardast qisam ka daaku tha. to ittefaq se mulaqat ho gayi.</w:t>
      </w:r>
      <w:r>
        <w:br/>
      </w:r>
      <w:r>
        <w:rPr>
          <w:sz w:val="20"/>
        </w:rPr>
        <w:t>36:32  to mujhe Allah ke fazl se kisi se bhi nafrat hoti nahi. to normal tareeqay se mein har waqt se baat karta hoon har ek se. to us se mein ne poocha ke aap apne koi bataiye aap ka jo culture hai, is culture ki kuch baaten.</w:t>
      </w:r>
      <w:r>
        <w:br/>
      </w:r>
      <w:r>
        <w:rPr>
          <w:sz w:val="20"/>
        </w:rPr>
        <w:t>36:48  to us ne kaha ke hamare haan jhoot ko nahi bardasht kiya jata. koi jhoot bolay to hum us ko goli maar dete hain. kyunke hamara jo business hai, hamara jo hamara jo kaam hai, is kaam mein jhoot nahi chal sakta.</w:t>
      </w:r>
      <w:r>
        <w:br/>
      </w:r>
      <w:r>
        <w:rPr>
          <w:sz w:val="20"/>
        </w:rPr>
        <w:t>37:03  jhoot chalenge to yeh kaam khatam. jhoot bolenge to yeh kaam khatam. kyunke bohat se log mil kar ke daka dalte hain.</w:t>
      </w:r>
      <w:r>
        <w:br/>
      </w:r>
      <w:r>
        <w:rPr>
          <w:sz w:val="20"/>
        </w:rPr>
        <w:t>37:12  sab aik doosre par aitmad karna parta hai, aitmad.</w:t>
      </w:r>
      <w:r>
        <w:br/>
      </w:r>
      <w:r>
        <w:rPr>
          <w:sz w:val="20"/>
        </w:rPr>
        <w:t>37:16  aik poori community hoti hai, woh aitmad karti hai aik doosre par, tab woh poori ittehad ke saath woh kaam kar paate hain.</w:t>
      </w:r>
      <w:r>
        <w:br/>
      </w:r>
      <w:r>
        <w:rPr>
          <w:sz w:val="20"/>
        </w:rPr>
        <w:t>37:26  to mein ne us ko aik sabak le liya us se ke dekhiye in ke haan bhi ke sachai ke baghair koi kaam nahi ho sakta duniya mein.</w:t>
      </w:r>
      <w:r>
        <w:br/>
      </w:r>
      <w:r>
        <w:rPr>
          <w:sz w:val="20"/>
        </w:rPr>
        <w:t>37:35  sachai ke baghair koi kaam nahi ho sakta duniya mein.</w:t>
      </w:r>
      <w:r>
        <w:br/>
      </w:r>
      <w:r>
        <w:rPr>
          <w:sz w:val="20"/>
        </w:rPr>
        <w:t>37:40  is tarah is ne ek qissa bataya ke ek ghar mein dako log ghusay. paisay wala ghar tha koi.</w:t>
      </w:r>
      <w:r>
        <w:br/>
      </w:r>
      <w:r>
        <w:rPr>
          <w:sz w:val="20"/>
        </w:rPr>
        <w:t>37:50  aur wahan notes samaitay, unhon ne note sumat kar ke bori mein bhara. aur bori bhar kar ke woh niklay. lekin is se pehlay ghar ke malik ne police ko telephone kar diya tha.</w:t>
      </w:r>
      <w:r>
        <w:br/>
      </w:r>
      <w:r>
        <w:rPr>
          <w:sz w:val="20"/>
        </w:rPr>
        <w:t>38:04  to jab yeh niklay noton ki bori le kar bahar, yeh dako log, to police aa chuki thi. police aa chuki thi.</w:t>
      </w:r>
      <w:r>
        <w:br/>
      </w:r>
      <w:r>
        <w:rPr>
          <w:sz w:val="20"/>
        </w:rPr>
        <w:t>38:16  aap jantay hain kya kiya is ne, police walay ne? woh yeh dako logon ne kiya kiya? saray notay bikhair dein police walon ke aagay.</w:t>
      </w:r>
      <w:r>
        <w:br/>
      </w:r>
      <w:r>
        <w:rPr>
          <w:sz w:val="20"/>
        </w:rPr>
        <w:t>38:26  yani bajaye pathar maarne ke, un ke paas goli bhi thi, pathar bhi tha, goli nahi mari unhon ne.</w:t>
      </w:r>
      <w:r>
        <w:br/>
      </w:r>
      <w:r>
        <w:rPr>
          <w:sz w:val="20"/>
        </w:rPr>
        <w:t>38:33  dako logon ke paas aap jantay hain ke goli bhi hoti hai. to police walon ko goli nahi mari unhon ne.</w:t>
      </w:r>
      <w:r>
        <w:br/>
      </w:r>
      <w:r>
        <w:rPr>
          <w:sz w:val="20"/>
        </w:rPr>
        <w:t>38:43  saray note jo thay woh aisay uchal kar un ki taraf phenk diye. yani agar woh police par goli chalate to apnay bhaag paate woh. idhar se bhi goli aati.</w:t>
      </w:r>
      <w:r>
        <w:br/>
      </w:r>
      <w:r>
        <w:rPr>
          <w:sz w:val="20"/>
        </w:rPr>
        <w:t>38:54  hota hai ek ki bajaye do aati goli un ki taraf se. to jab aap dekhiye is mein bhi ek sabak liya mein ne.</w:t>
      </w:r>
      <w:r>
        <w:br/>
      </w:r>
      <w:r>
        <w:rPr>
          <w:sz w:val="20"/>
        </w:rPr>
        <w:t>38:59  woh sabak yeh tha ke kisi ki mohabbat mein aap maghloob ho jayen, maghloob, to aap ki aql kaam nahi karti. noton ki mohabbat mein agar woh noton ki mohabbat oopar chha chuki hoti ho,</w:t>
      </w:r>
      <w:r>
        <w:br/>
      </w:r>
      <w:r>
        <w:rPr>
          <w:sz w:val="20"/>
        </w:rPr>
        <w:t>39:15  un ke zehn ko aap qabza kar le kar chuki hoti, to woh faisla na kar paate.</w:t>
      </w:r>
      <w:r>
        <w:br/>
      </w:r>
      <w:r>
        <w:rPr>
          <w:sz w:val="20"/>
        </w:rPr>
        <w:t>39:24  is mein ek usool mujhe mila, ek usool mila, ek usool ke agar aap ke zehn par koi cheez chha jaye, bohat ziyada, to woh junoon ban jaye woh cheez aap ke liye, to phir aap durust faisla nahi le paate.</w:t>
      </w:r>
      <w:r>
        <w:br/>
      </w:r>
      <w:r>
        <w:rPr>
          <w:sz w:val="20"/>
        </w:rPr>
        <w:t>39:45  agar un ke dilo mein noton ki mohabbat chhai hui hoti aur samajhtay hain ke note to humein chhodna nahi hai, note to humein to humein le jana hai, to noton ko bachane ke chakar mein kya hota?</w:t>
      </w:r>
      <w:r>
        <w:br/>
      </w:r>
      <w:r>
        <w:rPr>
          <w:sz w:val="20"/>
        </w:rPr>
        <w:t>40:00  woh police ki goliyon ka nishana ban jatay.</w:t>
      </w:r>
      <w:r>
        <w:br/>
      </w:r>
      <w:r>
        <w:rPr>
          <w:sz w:val="20"/>
        </w:rPr>
        <w:t>40:06  to is se mein ne yeh sabak liya ke aadmi ko chahiye ke kisi bhi cheez ko apnay liye junoon na banaye.</w:t>
      </w:r>
      <w:r>
        <w:br/>
      </w:r>
      <w:r>
        <w:rPr>
          <w:sz w:val="20"/>
        </w:rPr>
        <w:t>40:14  kisi bhi cheez ke baray mein itni ziyada mohabbat na karne lage ke wohi chha jaye us ke zehn par. to phir kya hoga?</w:t>
      </w:r>
      <w:r>
        <w:br/>
      </w:r>
      <w:r>
        <w:rPr>
          <w:sz w:val="20"/>
        </w:rPr>
        <w:t>40:24  woh durust faisla nahi le payega. woh durust faisla nahi le paye ga</w:t>
      </w:r>
      <w:r>
        <w:br/>
      </w:r>
      <w:r>
        <w:rPr>
          <w:sz w:val="20"/>
        </w:rPr>
        <w:t>40:30  a. to mein samajhta hoon ke yeh bohat hi zaroori hai insaan ke andar ke apnay aap ko manfi khayalat se bachaye. aur jo aala tareen fikr hota hai,</w:t>
      </w:r>
    </w:p>
    <w:p>
      <w:pPr>
        <w:pStyle w:val="Heading2"/>
      </w:pPr>
      <w:r>
        <w:t>Why the papacy survived while the caliphate was abolished</w:t>
      </w:r>
    </w:p>
    <w:p>
      <w:r>
        <w:rPr>
          <w:color w:val="666666"/>
          <w:sz w:val="18"/>
        </w:rPr>
        <w:t>Concept of Modesty in Islam (English) June 20, 2007 · 5m 33s · at 34:43 · https://youtu.be/mHQWcOA-2qo?t=2083</w:t>
      </w:r>
    </w:p>
    <w:p>
      <w:r>
        <w:rPr>
          <w:i/>
        </w:rPr>
        <w:t>“You have to compare the Christendom — the institution of Pope is alive.”</w:t>
      </w:r>
    </w:p>
    <w:p>
      <w:r>
        <w:rPr>
          <w:sz w:val="20"/>
        </w:rPr>
        <w:t>34:43  but you have to compare the Christendom. You know, Pope is the institution of Pope is alive.</w:t>
      </w:r>
      <w:r>
        <w:br/>
      </w:r>
      <w:r>
        <w:rPr>
          <w:sz w:val="20"/>
        </w:rPr>
        <w:t>34:58  institution of Khaleefatul Muslimeen is dead, but institution of Pope is alive. why?</w:t>
      </w:r>
      <w:r>
        <w:br/>
      </w:r>
      <w:r>
        <w:rPr>
          <w:sz w:val="20"/>
        </w:rPr>
        <w:t>35:08  Khaleefatul Muslimeen was like a Pope of the Muslim world, and Pope was like Khaleefatul Muslimeen in the Christian world.</w:t>
      </w:r>
      <w:r>
        <w:br/>
      </w:r>
      <w:r>
        <w:rPr>
          <w:sz w:val="20"/>
        </w:rPr>
        <w:t>35:20  so why happen that</w:t>
      </w:r>
      <w:r>
        <w:br/>
      </w:r>
      <w:r>
        <w:rPr>
          <w:sz w:val="20"/>
        </w:rPr>
        <w:t>35:25  Khaleefatul Muslimeen, the institution of Khaleefatul Muslimeen, was abolished in 1924, but the institution of Pope is still alive.</w:t>
      </w:r>
      <w:r>
        <w:br/>
      </w:r>
      <w:r>
        <w:rPr>
          <w:sz w:val="20"/>
        </w:rPr>
        <w:t>35:37  why?</w:t>
      </w:r>
      <w:r>
        <w:br/>
      </w:r>
      <w:r>
        <w:rPr>
          <w:sz w:val="20"/>
        </w:rPr>
        <w:t>35:39  because Christian people took the back seat.</w:t>
      </w:r>
      <w:r>
        <w:br/>
      </w:r>
      <w:r>
        <w:rPr>
          <w:sz w:val="20"/>
        </w:rPr>
        <w:t>35:47  Muslims wanted to retain seat at the top, but Christian people opted retreat.</w:t>
      </w:r>
      <w:r>
        <w:br/>
      </w:r>
      <w:r>
        <w:rPr>
          <w:sz w:val="20"/>
        </w:rPr>
        <w:t>35:59  they took back seat</w:t>
      </w:r>
      <w:r>
        <w:br/>
      </w:r>
      <w:r>
        <w:rPr>
          <w:sz w:val="20"/>
        </w:rPr>
        <w:t>36:01  . so they are able, they were able to retain the title of Pope successfully.</w:t>
      </w:r>
      <w:r>
        <w:br/>
      </w:r>
      <w:r>
        <w:rPr>
          <w:sz w:val="20"/>
        </w:rPr>
        <w:t>36:13  you know what happened in the Middle Ages? During the Middle Ages, Pope was virtually ruler of the whole Europe, Europe,</w:t>
      </w:r>
      <w:r>
        <w:br/>
      </w:r>
      <w:r>
        <w:rPr>
          <w:sz w:val="20"/>
        </w:rPr>
        <w:t>36:27  whole Christian Europe.</w:t>
      </w:r>
      <w:r>
        <w:br/>
      </w:r>
      <w:r>
        <w:rPr>
          <w:sz w:val="20"/>
        </w:rPr>
        <w:t>36:30  during the middle ages, Pope was Pope was ruler of of the whole Europe.</w:t>
      </w:r>
      <w:r>
        <w:br/>
      </w:r>
      <w:r>
        <w:rPr>
          <w:sz w:val="20"/>
        </w:rPr>
        <w:t>36:41  then during Renaissance, there was revolt. during Renaissance, there was revolt against Christian church.</w:t>
      </w:r>
      <w:r>
        <w:br/>
      </w:r>
      <w:r>
        <w:rPr>
          <w:sz w:val="20"/>
        </w:rPr>
        <w:t>36:54  so there was a fighting between church and secular Christians.</w:t>
      </w:r>
      <w:r>
        <w:br/>
      </w:r>
      <w:r>
        <w:rPr>
          <w:sz w:val="20"/>
        </w:rPr>
        <w:t>37:06  it is a long story. after all, there were two options before Christian people</w:t>
      </w:r>
      <w:r>
        <w:br/>
      </w:r>
      <w:r>
        <w:rPr>
          <w:sz w:val="20"/>
        </w:rPr>
        <w:t>37:16  : either to abolish the Pope, abolish the institution of Pope, like Khaleefatul Muslimeen.</w:t>
      </w:r>
      <w:r>
        <w:br/>
      </w:r>
      <w:r>
        <w:rPr>
          <w:sz w:val="20"/>
        </w:rPr>
        <w:t>37:27  in the first quarter of 20th century, there were two options before Christians: either abolish institution of Pope, just like Khaleefatul Muslimeen.</w:t>
      </w:r>
      <w:r>
        <w:br/>
      </w:r>
      <w:r>
        <w:rPr>
          <w:sz w:val="20"/>
        </w:rPr>
        <w:t>37:43  the other option was to take a back seat.</w:t>
      </w:r>
      <w:r>
        <w:br/>
      </w:r>
      <w:r>
        <w:rPr>
          <w:sz w:val="20"/>
        </w:rPr>
        <w:t>37:49  so they took a back seat. How it happened in 1929?</w:t>
      </w:r>
      <w:r>
        <w:br/>
      </w:r>
      <w:r>
        <w:rPr>
          <w:sz w:val="20"/>
        </w:rPr>
        <w:t>37:57  1929, yani after five years of the</w:t>
      </w:r>
      <w:r>
        <w:br/>
      </w:r>
      <w:r>
        <w:rPr>
          <w:sz w:val="20"/>
        </w:rPr>
        <w:t>38:07  abolishing of Khaleefatul Muslimeen.</w:t>
      </w:r>
      <w:r>
        <w:br/>
      </w:r>
      <w:r>
        <w:rPr>
          <w:sz w:val="20"/>
        </w:rPr>
        <w:t>38:12  so at the time, I have seen that palace that was called Pope palace.</w:t>
      </w:r>
      <w:r>
        <w:br/>
      </w:r>
      <w:r>
        <w:rPr>
          <w:sz w:val="20"/>
        </w:rPr>
        <w:t>38:22  palace was living at the time in a great great palace. I have seen that palace during my visit</w:t>
      </w:r>
      <w:r>
        <w:br/>
      </w:r>
      <w:r>
        <w:rPr>
          <w:sz w:val="20"/>
        </w:rPr>
        <w:t>38:32  . This palace is situated in Rome. Then during the rule of Mussolini at the time, Mussolini was ruler of Italy.</w:t>
      </w:r>
      <w:r>
        <w:br/>
      </w:r>
      <w:r>
        <w:rPr>
          <w:sz w:val="20"/>
        </w:rPr>
        <w:t>38:43  So there was a negotiation, long long negotiation between the state of Italy and the representatives of church.</w:t>
      </w:r>
      <w:r>
        <w:br/>
      </w:r>
      <w:r>
        <w:rPr>
          <w:sz w:val="20"/>
        </w:rPr>
        <w:t>38:56  So the church agreed to adopt a reduced position of Pope.</w:t>
      </w:r>
      <w:r>
        <w:br/>
      </w:r>
      <w:r>
        <w:rPr>
          <w:sz w:val="20"/>
        </w:rPr>
        <w:t>39:06  سو چرچ واز الاٹڈ ا ویری سمال پیس اف لینڈ ان روم۔ دیر از کالڈ ویٹیکن۔ یو نو دا ایریا اف ویٹیکن سٹی؟</w:t>
      </w:r>
      <w:r>
        <w:br/>
      </w:r>
      <w:r>
        <w:rPr>
          <w:sz w:val="20"/>
        </w:rPr>
        <w:t>39:18  ویٹیکن سٹی از دا سیٹ اف پوپ۔</w:t>
      </w:r>
      <w:r>
        <w:br/>
      </w:r>
      <w:r>
        <w:rPr>
          <w:sz w:val="20"/>
        </w:rPr>
        <w:t>39:23  ویٹیکن سٹی از سپوز ٹو بی اینڈ انڈیپینڈنٹ کنٹری۔ اینڈ یو نو واٹ از دا ایریا اف دس دس ویٹیکن سٹی؟</w:t>
      </w:r>
      <w:r>
        <w:br/>
      </w:r>
      <w:r>
        <w:rPr>
          <w:sz w:val="20"/>
        </w:rPr>
        <w:t>39:39  میرلی ون 110 ایکر۔ دیٹس ال</w:t>
      </w:r>
      <w:r>
        <w:br/>
      </w:r>
      <w:r>
        <w:rPr>
          <w:sz w:val="20"/>
        </w:rPr>
        <w:t>39:46  110 ایکر، پریسائزلی 109 ایکر، پریسائزلی 109 ایکر۔</w:t>
      </w:r>
      <w:r>
        <w:br/>
      </w:r>
      <w:r>
        <w:rPr>
          <w:sz w:val="20"/>
        </w:rPr>
        <w:t>39:59  دیر از دا ایریا اف ویٹیکن سٹی، بٹ دا سیٹ اف پوپ۔</w:t>
      </w:r>
      <w:r>
        <w:br/>
      </w:r>
      <w:r>
        <w:rPr>
          <w:sz w:val="20"/>
        </w:rPr>
        <w:t>40:07  So they opted for reduced position, and the result was miraculous.</w:t>
      </w:r>
    </w:p>
    <w:p>
      <w:pPr>
        <w:pStyle w:val="Heading2"/>
      </w:pPr>
      <w:r>
        <w:t>Muslims must replan after 200 years of failure</w:t>
      </w:r>
    </w:p>
    <w:p>
      <w:r>
        <w:rPr>
          <w:color w:val="666666"/>
          <w:sz w:val="18"/>
        </w:rPr>
        <w:t>The Quran: A Book of Wisdom, Dec 25, 2016 · 6m 05s · at 22:50 · https://youtu.be/lv8Lg31Z-QM?t=1370</w:t>
      </w:r>
    </w:p>
    <w:p>
      <w:r>
        <w:rPr>
          <w:i/>
        </w:rPr>
        <w:t>“Muslims struggle began from Tipu Sultan 200 years”</w:t>
      </w:r>
    </w:p>
    <w:p>
      <w:r>
        <w:rPr>
          <w:sz w:val="20"/>
        </w:rPr>
        <w:t>22:50  kaha jata hai ke musalmanon ki jahad shuru hui hai sultan tipu ke zamane se yaani 200 saal pehle yeh main nahin keh raha aisa hamare mufakkireen kehte hain ke sultan tipu jo lade angrezon se is mein woh mare gaye that was beginning of muslim struggle to</w:t>
      </w:r>
      <w:r>
        <w:br/>
      </w:r>
      <w:r>
        <w:rPr>
          <w:sz w:val="20"/>
        </w:rPr>
        <w:t>23:20  is ko kitne muddat kitni muddat guzri 200 saal guzar gaye 200 saal yeh to jaiz hi nahi kyunke kuch bhi nahi paya do saal ki judo jehad se koi nahi mention kar sakta ke ifraajiyat payi hum ne kuch nahi kar sakte aap siwaye khone ke jaan ko khoya baal ko khoya property khoya aur dunya ke sab se bar</w:t>
      </w:r>
      <w:r>
        <w:br/>
      </w:r>
      <w:r>
        <w:rPr>
          <w:sz w:val="20"/>
        </w:rPr>
        <w:t>23:50  a jo khoya ke dunya taraqqi ki taraf dor rahi thi development ki taraf dor rahi thi modern age mein aur musalman peechay ho gaye yani 200 saal ki judo jehad karte hue jo mila woh kya muslim became a backward community in the whole world to kya paya 200 saala judo jehad se koi target</w:t>
      </w:r>
      <w:r>
        <w:br/>
      </w:r>
      <w:r>
        <w:rPr>
          <w:sz w:val="20"/>
        </w:rPr>
        <w:t>24:21  nahi mila koi goal nahi mila balke ulta ho gaya ke musalman dunya mein development ke aitbaar se backward community samajh liye gaye to yeh to jaiz hi nahi ke aap 200 saal tak isi first planning par chalte rahein aap ko re planning karni paregi yeh yani farz hai farz ab musalmanon</w:t>
      </w:r>
      <w:r>
        <w:br/>
      </w:r>
      <w:r>
        <w:rPr>
          <w:sz w:val="20"/>
        </w:rPr>
        <w:t>24:51  ke upar farz hai ke jab 13 saal tak nahi hasil hua balke 200 saal tak nahi hasil hua to musalman par farz hai jis tarah namaz farz hai ke woh re planning karein phir se sochein re assessment karein yeh to farz hai farz ke rasool Allah ki sunnat ke mutabiq aap sirf first planning ki kamyabi ka 13 saal tak intazar</w:t>
      </w:r>
      <w:r>
        <w:br/>
      </w:r>
      <w:r>
        <w:rPr>
          <w:sz w:val="20"/>
        </w:rPr>
        <w:t>25:21  kar sakte hain is ke baad nahi to aaj ke zamane mein musalmanon ko sab se bari baat jo batani hai woh yeh hai ke tum ek sunnat rasool ko chode hue ho to kamyabi kaise milegi kamyabi milti hai rasool Allah ke isوة par amal karne se rasool Allah ke model par chalne se warna kamyabi nahi</w:t>
      </w:r>
      <w:r>
        <w:br/>
      </w:r>
      <w:r>
        <w:rPr>
          <w:sz w:val="20"/>
        </w:rPr>
        <w:t>25:53  to us waqt musalmanon ko sab se bari baat jo janna hai ya sab se bari baat jo un ko batana hai woh yeh hai ke rasool Allah ne jo isوة bataya tha ke first planning ka intazar 13 saal to karo agar nahi poori hoti to re assess karo re plan karo work na kare to agar tumhari planning first planning jo hai work na kare to 13 saal se zyada</w:t>
      </w:r>
      <w:r>
        <w:br/>
      </w:r>
      <w:r>
        <w:rPr>
          <w:sz w:val="20"/>
        </w:rPr>
        <w:t>26:23  intazar mat karo phir re assess karo phir re planning karo to ab to musalmanon par farz ho gaya farz stop karein woh sari fighting ko stop karein society bombing ko stop karein yani haram samajh ke chodein ab no ab koi bomb nahi koi gun nahi koi politics ki baat nahi koi qatal ki baat nahi ab to sirf sochna hai</w:t>
      </w:r>
      <w:r>
        <w:br/>
      </w:r>
      <w:r>
        <w:rPr>
          <w:sz w:val="20"/>
        </w:rPr>
        <w:t>26:54  re assess karna hai yani how to re plan aur strategy yeh yeh sara focus is par hona chahiye koi war nahi koi jang nahi koi society bombing nahi koi political activity nahi kyunke political activity kya hai woh beginning hai tashaddud ki pehle political activity ati hai is ke baad tashaddud shuru ho jata hai</w:t>
      </w:r>
      <w:r>
        <w:br/>
      </w:r>
      <w:r>
        <w:rPr>
          <w:sz w:val="20"/>
        </w:rPr>
        <w:t>27:26  to musalmanon par farz ho chuka hai ke woh political activity band karein nare ki siyasat band karein protest ki siyasat band karein bomb aur gun ko samundar mein phenk dein aur sab sare musalman mil kar ke re assess karein ke ab hamari nai strategy kya honi chahiye jab is tarah woh so</w:t>
      </w:r>
      <w:r>
        <w:br/>
      </w:r>
      <w:r>
        <w:rPr>
          <w:sz w:val="20"/>
        </w:rPr>
        <w:t>27:56  chenge aur phir quran o hadees ko padhenge to main samajhta hoon ke ek hi nateeje tak pahunch jayenge sirf ek hi woh ek hum ne dawat Allah chhod diya aur qatal shuru kar diya mudo se mudo se to qatal jaiz hi nahi mudo se dawat ka kaam karna hai mudo ke bare mein yahi ke aap un ka khair khwah banna hai jab aap mudo friendly behaviour aap ka hoga</w:t>
      </w:r>
      <w:r>
        <w:br/>
      </w:r>
      <w:r>
        <w:rPr>
          <w:sz w:val="20"/>
        </w:rPr>
        <w:t>28:26  to aap sochenge nahi ke in se qatal karein dawat Allah kya karta hai dawat Allah ka mission dawat Allah ka mission yeh karta hai ke aap ke andar mudo friendly behaviour paida karta hai mudo friendly thinking paida karta hai to jab yeh hoga to aap qatal ki baat hi nahi sochenge hatta ke id</w:t>
      </w:r>
    </w:p>
    <w:p>
      <w:pPr>
        <w:pStyle w:val="Heading2"/>
      </w:pPr>
      <w:r>
        <w:t>Full analogy: a stranger's amazement reveals Earth's design</w:t>
      </w:r>
    </w:p>
    <w:p>
      <w:r>
        <w:rPr>
          <w:color w:val="666666"/>
          <w:sz w:val="18"/>
        </w:rPr>
        <w:t>Creation Plan of God November 14, 2021 Prof. Farida Khanam. · 3m 14s · at 0:13 · https://youtu.be/Jzd4BVEj8Lc?t=13</w:t>
      </w:r>
    </w:p>
    <w:p>
      <w:r>
        <w:rPr>
          <w:i/>
        </w:rPr>
        <w:t>“Bismillah — today's topic: God's Creation Plan”</w:t>
      </w:r>
    </w:p>
    <w:p>
      <w:r>
        <w:rPr>
          <w:sz w:val="20"/>
        </w:rPr>
        <w:t>0:13  bismillah-hir-rahman-nir-rahim. assalam-o-alaikum-wa-rahmatullah. aaj hamara topic hai "creation plan of God".</w:t>
      </w:r>
      <w:r>
        <w:br/>
      </w:r>
      <w:r>
        <w:rPr>
          <w:sz w:val="20"/>
        </w:rPr>
        <w:t>0:26  is par Maulana sahib ne to bohat likha hai, lekin ek kitaab hai jis ka naam hai "Maqsad-e-Hayat", aur English mein is ka naam hai "Purpose of Creation".</w:t>
      </w:r>
      <w:r>
        <w:br/>
      </w:r>
      <w:r>
        <w:rPr>
          <w:sz w:val="20"/>
        </w:rPr>
        <w:t>0:40  to is mein kafi detail mein sab baatein hain.</w:t>
      </w:r>
      <w:r>
        <w:br/>
      </w:r>
      <w:r>
        <w:rPr>
          <w:sz w:val="20"/>
        </w:rPr>
        <w:t>0:47  to Maulana sahib likhte hain ke ek insaan jis ne, uh, sayarah zameen ko na dekha ho, aur woh ek tez raftaar khalaai jahaz se poori kainaat ka safar kare,</w:t>
      </w:r>
      <w:r>
        <w:br/>
      </w:r>
      <w:r>
        <w:rPr>
          <w:sz w:val="20"/>
        </w:rPr>
        <w:t>1:03  aur us ke baad woh pehli baar is planet Earth par utre, to woh bilkul achaanak ek mabhut ho jayega, hairaan ho jayega, kyunke yahan par woh jo cheezein dekhega, ek dam anokhi noiyat ki, yahan par hayat bakhsh cheezein,</w:t>
      </w:r>
      <w:r>
        <w:br/>
      </w:r>
      <w:r>
        <w:rPr>
          <w:sz w:val="20"/>
        </w:rPr>
        <w:t>1:26  zindagi ko support karne ka poora system, jabke woh poori kainaat mein us ne jo dekha, woh yeh hai ke sitare hain jo bhadakti hui aag hain, aur sayare hain jo khushk chattan ki manind hain.</w:t>
      </w:r>
      <w:r>
        <w:br/>
      </w:r>
      <w:r>
        <w:rPr>
          <w:sz w:val="20"/>
        </w:rPr>
        <w:t>1:42  wahan koi aisi cheez nahi hai jo life ko support kare. to yeh cheez jo hai, zindagi bakhsh anasir jo hai, yahan par jis ko hum, jis ke majmooay ko life support system kehte hain,</w:t>
      </w:r>
      <w:r>
        <w:br/>
      </w:r>
      <w:r>
        <w:rPr>
          <w:sz w:val="20"/>
        </w:rPr>
        <w:t>2:00  to har insaan isi planet par paida hota hai, saari zindagi yahin guzarta hai, lekin us ko is ka anokha pan, us ko hairaan nahi karta,</w:t>
      </w:r>
      <w:r>
        <w:br/>
      </w:r>
      <w:r>
        <w:rPr>
          <w:sz w:val="20"/>
        </w:rPr>
        <w:t>2:15  kyunke woh bachpan se woh aadi ho chuka hota hai. to is wajah se us ko kuch naya pan nahi mehsoos hota.</w:t>
      </w:r>
      <w:r>
        <w:br/>
      </w:r>
      <w:r>
        <w:rPr>
          <w:sz w:val="20"/>
        </w:rPr>
        <w:t>2:25  to agar is ko naya pan mehsoos ho to woh rozana jab subah ko uthe ga to aik dam pukaar uthe ga: "what a beautiful earth</w:t>
      </w:r>
      <w:r>
        <w:br/>
      </w:r>
      <w:r>
        <w:rPr>
          <w:sz w:val="20"/>
        </w:rPr>
        <w:t>2:36  ! what a perfect world!" aur aur aaj ke zamane mein jab ke science ki daryafton ne bohat baatein hamein batai hain jo pehle insan ko pata nahi theen, to ab yeh jo anokhi noiyat hai is seyaray ki,</w:t>
      </w:r>
      <w:r>
        <w:br/>
      </w:r>
      <w:r>
        <w:rPr>
          <w:sz w:val="20"/>
        </w:rPr>
        <w:t>2:58  woh aik maloom waqea ho gaya hai. to sirf aik misaal mein aap ko doon gi, yeh to rozana nai nai discovery</w:t>
      </w:r>
    </w:p>
    <w:p>
      <w:pPr>
        <w:pStyle w:val="Heading2"/>
      </w:pPr>
      <w:r>
        <w:t>Doomsday knocking with volcano signs</w:t>
      </w:r>
    </w:p>
    <w:p>
      <w:r>
        <w:rPr>
          <w:color w:val="666666"/>
          <w:sz w:val="18"/>
        </w:rPr>
        <w:t>Doomsday Knocking at the Door April 18, 2010 Maulana Wahiduddin Khan · 3m 23s · at 0:38 · https://youtu.be/-kau2ZHfsXc?t=38</w:t>
      </w:r>
    </w:p>
    <w:p>
      <w:r>
        <w:rPr>
          <w:i/>
        </w:rPr>
        <w:t>“Aaj ka jo topic hai woh hai Doomsday Knocking at the Door”</w:t>
      </w:r>
    </w:p>
    <w:p>
      <w:r>
        <w:rPr>
          <w:sz w:val="20"/>
        </w:rPr>
        <w:t>0:38  aaj ka jo topic hai woh hai "Doomsday Knocking at the Door".</w:t>
      </w:r>
      <w:r>
        <w:br/>
      </w:r>
      <w:r>
        <w:rPr>
          <w:sz w:val="20"/>
        </w:rPr>
        <w:t>0:50  zahair hai ke yeh koi good news nahi hai.</w:t>
      </w:r>
      <w:r>
        <w:br/>
      </w:r>
      <w:r>
        <w:rPr>
          <w:sz w:val="20"/>
        </w:rPr>
        <w:t>0:56  bohat ziyada sochne wali baat hai.</w:t>
      </w:r>
      <w:r>
        <w:br/>
      </w:r>
      <w:r>
        <w:rPr>
          <w:sz w:val="20"/>
        </w:rPr>
        <w:t>1:02  aap sab log jante hain ke kai din se barabar media mein yeh khabrein aa rahi hain</w:t>
      </w:r>
      <w:r>
        <w:br/>
      </w:r>
      <w:r>
        <w:rPr>
          <w:sz w:val="20"/>
        </w:rPr>
        <w:t>1:12  ke Iceland mein aik glacier phat gaya aur is ke andar se</w:t>
      </w:r>
      <w:r>
        <w:br/>
      </w:r>
      <w:r>
        <w:rPr>
          <w:sz w:val="20"/>
        </w:rPr>
        <w:t>1:21  volcanic ashes bahar nikli aur sari fiza mein phail gayin. Poora Europe taqreeban dhak gaya is mein.</w:t>
      </w:r>
      <w:r>
        <w:br/>
      </w:r>
      <w:r>
        <w:rPr>
          <w:sz w:val="20"/>
        </w:rPr>
        <w:t>1:36  natija kya hai?</w:t>
      </w:r>
      <w:r>
        <w:br/>
      </w:r>
      <w:r>
        <w:rPr>
          <w:sz w:val="20"/>
        </w:rPr>
        <w:t>1:41  Europe mein har din 28,000 flight operate karti hain.</w:t>
      </w:r>
      <w:r>
        <w:br/>
      </w:r>
      <w:r>
        <w:rPr>
          <w:sz w:val="20"/>
        </w:rPr>
        <w:t>1:52  Paris se, London se aur baray baray shehron se. In mein se sirf aath hazar flight operate kar rahi hain is waqt.</w:t>
      </w:r>
      <w:r>
        <w:br/>
      </w:r>
      <w:r>
        <w:rPr>
          <w:sz w:val="20"/>
        </w:rPr>
        <w:t>2:03  sab ki sab band pari hain. Is ki wajah se jahaz ki companiyon ko 200 million dollar per day ka nuqsan ho raha hai.</w:t>
      </w:r>
      <w:r>
        <w:br/>
      </w:r>
      <w:r>
        <w:rPr>
          <w:sz w:val="20"/>
        </w:rPr>
        <w:t>2:19  yeh to sirf aik baat hai. Sari zindagi wahan paralyze ho rahi hai. Business thap ho raha hai. Tourism khatam ho raha hai.</w:t>
      </w:r>
      <w:r>
        <w:br/>
      </w:r>
      <w:r>
        <w:rPr>
          <w:sz w:val="20"/>
        </w:rPr>
        <w:t>2:31  yeh baat wahan ho rahi hai jahan jo modern development ka jo center samjha jata tha.</w:t>
      </w:r>
      <w:r>
        <w:br/>
      </w:r>
      <w:r>
        <w:rPr>
          <w:sz w:val="20"/>
        </w:rPr>
        <w:t>2:43  aik bar mein jahaz mein safar kar raha tha to aik aadmi jo jahaz ke first class mein tha, baray fakhr ke sath us ne kaha tha ke jahaz kya hai?</w:t>
      </w:r>
      <w:r>
        <w:br/>
      </w:r>
      <w:r>
        <w:rPr>
          <w:sz w:val="20"/>
        </w:rPr>
        <w:t>2:57  yeh flying palace hai. Flying palace matlab hamari development, hamari taraqqi ne hum ko yahan tak pohanchaya hai ke hum urte hue mahallon mein safar karein.</w:t>
      </w:r>
      <w:r>
        <w:br/>
      </w:r>
      <w:r>
        <w:rPr>
          <w:sz w:val="20"/>
        </w:rPr>
        <w:t>3:15  flying palace. aaj flying palace sab ground kar diye gaye hain.</w:t>
      </w:r>
      <w:r>
        <w:br/>
      </w:r>
      <w:r>
        <w:rPr>
          <w:sz w:val="20"/>
        </w:rPr>
        <w:t>3:25  kyunke jo raakh urr rahi hai, woh raakh bohat hi dangerous hai jahaz ke liye. ek to visibility nahi hai upar.</w:t>
      </w:r>
      <w:r>
        <w:br/>
      </w:r>
      <w:r>
        <w:rPr>
          <w:sz w:val="20"/>
        </w:rPr>
        <w:t>3:35  iske ilawa is mein woh raakh khali dhuwan nahi hai. is mein bohat sari cheezein mili hui hain. maslan sheesha hai aur doosri cheezein.</w:t>
      </w:r>
      <w:r>
        <w:br/>
      </w:r>
      <w:r>
        <w:rPr>
          <w:sz w:val="20"/>
        </w:rPr>
        <w:t>3:44  toh dar hai ke engine mein woh ja kar ke engine ko paralyze kar degi. airporton par bheed ki bheed lagi hui hai kyunke woh ja nahi paa rahe hain.</w:t>
      </w:r>
    </w:p>
    <w:p>
      <w:pPr>
        <w:pStyle w:val="Heading2"/>
      </w:pPr>
      <w:r>
        <w:t>Helping is enmity; compression unlocks potential</w:t>
      </w:r>
    </w:p>
    <w:p>
      <w:r>
        <w:rPr>
          <w:color w:val="666666"/>
          <w:sz w:val="18"/>
        </w:rPr>
        <w:t>The Concept of Help Feb 9, 2020—Maulana Wahiduddin Khan · 4m 35s · at 2:18 · https://youtu.be/WScXmduh1AQ?t=138</w:t>
      </w:r>
    </w:p>
    <w:p>
      <w:r>
        <w:rPr>
          <w:i/>
        </w:rPr>
        <w:t>“دیکھیے، یہ میری ڈسکوری ہے”</w:t>
      </w:r>
    </w:p>
    <w:p>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p>
    <w:p>
      <w:pPr>
        <w:pStyle w:val="Heading2"/>
      </w:pPr>
      <w:r>
        <w:t>Achievable vs unachievable targets with examples</w:t>
      </w:r>
    </w:p>
    <w:p>
      <w:r>
        <w:rPr>
          <w:color w:val="666666"/>
          <w:sz w:val="18"/>
        </w:rPr>
        <w:t>Art of Life Management | October 23, 2007 · 5m 33s · at 2:45 · https://youtu.be/Zp3-HZBflTc?t=165</w:t>
      </w:r>
    </w:p>
    <w:p>
      <w:r>
        <w:rPr>
          <w:i/>
        </w:rPr>
        <w:t>“Duniya mein kuch cheezein hamare liye achievable hain”</w:t>
      </w:r>
    </w:p>
    <w:p>
      <w:r>
        <w:rPr>
          <w:sz w:val="20"/>
        </w:rPr>
        <w:t>2:45  kuch cheezein hamare liye achievable hain, kuch cheezein hamare liye achievable nahi hain۔</w:t>
      </w:r>
      <w:r>
        <w:br/>
      </w:r>
      <w:r>
        <w:rPr>
          <w:sz w:val="20"/>
        </w:rPr>
        <w:t>2:52  yeh law of nature hai, har ek ke liye۔</w:t>
      </w:r>
      <w:r>
        <w:br/>
      </w:r>
      <w:r>
        <w:rPr>
          <w:sz w:val="20"/>
        </w:rPr>
        <w:t>2:58  chahe woh king ho ya koi baldi aadmi ho, kuch bhi ho, kuch bhi ho, har ek ke</w:t>
      </w:r>
      <w:r>
        <w:br/>
      </w:r>
      <w:r>
        <w:rPr>
          <w:sz w:val="20"/>
        </w:rPr>
        <w:t>3:04  liye sab kuch achievable nahi hai۔</w:t>
      </w:r>
      <w:r>
        <w:br/>
      </w:r>
      <w:r>
        <w:rPr>
          <w:sz w:val="20"/>
        </w:rPr>
        <w:t>3:11  toh kya hota hai ke log is cheez ko</w:t>
      </w:r>
      <w:r>
        <w:br/>
      </w:r>
      <w:r>
        <w:rPr>
          <w:sz w:val="20"/>
        </w:rPr>
        <w:t>3:17  apna target bana lete hain jo achievable nahi hai۔</w:t>
      </w:r>
      <w:r>
        <w:br/>
      </w:r>
      <w:r>
        <w:rPr>
          <w:sz w:val="20"/>
        </w:rPr>
        <w:t>3:24  aur jo achievable hai us ko target banaya nahi unhon ne۔</w:t>
      </w:r>
      <w:r>
        <w:br/>
      </w:r>
      <w:r>
        <w:rPr>
          <w:sz w:val="20"/>
        </w:rPr>
        <w:t>3:32  yeh hai raaz۔</w:t>
      </w:r>
      <w:r>
        <w:br/>
      </w:r>
      <w:r>
        <w:rPr>
          <w:sz w:val="20"/>
        </w:rPr>
        <w:t>3:39  mein ek sheher mein gaya, wahan par ek sahib hain jo hamari kitabein parhte hain aur hum se</w:t>
      </w:r>
      <w:r>
        <w:br/>
      </w:r>
      <w:r>
        <w:rPr>
          <w:sz w:val="20"/>
        </w:rPr>
        <w:t>3:47  poori tarah agree karte hain woh۔</w:t>
      </w:r>
      <w:r>
        <w:br/>
      </w:r>
      <w:r>
        <w:rPr>
          <w:sz w:val="20"/>
        </w:rPr>
        <w:t>3:53  toh un se maine baat ki ke aap kuch dua o work nahi karte? aap hamari baaton</w:t>
      </w:r>
      <w:r>
        <w:br/>
      </w:r>
      <w:r>
        <w:rPr>
          <w:sz w:val="20"/>
        </w:rPr>
        <w:t>3:59  ko theek mante hain toh is ko phailaiye? toh unhon ne kaha ke aap bataein, bohat si pareshaniyan</w:t>
      </w:r>
      <w:r>
        <w:br/>
      </w:r>
      <w:r>
        <w:rPr>
          <w:sz w:val="20"/>
        </w:rPr>
        <w:t>4:05  hain, pareshaniyon ki wajah se kuch mein aur kuch kaam kar nahi pata۔</w:t>
      </w:r>
      <w:r>
        <w:br/>
      </w:r>
      <w:r>
        <w:rPr>
          <w:sz w:val="20"/>
        </w:rPr>
        <w:t>4:11  toh maine jab un ke jo</w:t>
      </w:r>
      <w:r>
        <w:br/>
      </w:r>
      <w:r>
        <w:rPr>
          <w:sz w:val="20"/>
        </w:rPr>
        <w:t>4:17  haalaat the us ko janne ki koshish ki toh maloom hua ke woh apne business ko bohat zyada</w:t>
      </w:r>
      <w:r>
        <w:br/>
      </w:r>
      <w:r>
        <w:rPr>
          <w:sz w:val="20"/>
        </w:rPr>
        <w:t>4:22  badhaye hue hain۔</w:t>
      </w:r>
      <w:r>
        <w:br/>
      </w:r>
      <w:r>
        <w:rPr>
          <w:sz w:val="20"/>
        </w:rPr>
        <w:t>4:27  toh maine kaha ke aap ne apni business ko unmanageable limit tak badha rakha hai۔</w:t>
      </w:r>
      <w:r>
        <w:br/>
      </w:r>
      <w:r>
        <w:rPr>
          <w:sz w:val="20"/>
        </w:rPr>
        <w:t>4:32  aap ke paas sab kuch hai, phir bhi aap apni business ko unmanageable limit tak badhane ki wajah</w:t>
      </w:r>
      <w:r>
        <w:br/>
      </w:r>
      <w:r>
        <w:rPr>
          <w:sz w:val="20"/>
        </w:rPr>
        <w:t>4:37  se aap pareshan rehte hain۔</w:t>
      </w:r>
      <w:r>
        <w:br/>
      </w:r>
      <w:r>
        <w:rPr>
          <w:sz w:val="20"/>
        </w:rPr>
        <w:t>4:42  to mein ne kaha ke aap apne business ko manageable limit mein</w:t>
      </w:r>
      <w:r>
        <w:br/>
      </w:r>
      <w:r>
        <w:rPr>
          <w:sz w:val="20"/>
        </w:rPr>
        <w:t>4:47  laiye. maine kaha har aadmi ki ek capacity hoti hai, chahe koi aurat ho ya koi mard ho. to jab unmanageable limit mein tak aap le jayenge to zahir hai ke pareshani. to maine khoob samjhaya un ko ke aap apne business ko manageable limit mein laiye. to Khuda ka fazl se unhon ne</w:t>
      </w:r>
      <w:r>
        <w:br/>
      </w:r>
      <w:r>
        <w:rPr>
          <w:sz w:val="20"/>
        </w:rPr>
        <w:t>5:17  meri baat maan li aur apne business ko unhon ne yahi kiya ke manageable limit mein laye woh. ab wohi aadmi khoob dua o work kar raha hai, ab woh sad nahin hai. to aksar log chahe woh ek common man ho ya koi bohat zyada yaani top ka aadmi ho, sab ka yahi haal</w:t>
      </w:r>
      <w:r>
        <w:br/>
      </w:r>
      <w:r>
        <w:rPr>
          <w:sz w:val="20"/>
        </w:rPr>
        <w:t>5:47  hai ke unmanageable limit ko apna target kiye rehte hain to pareshan rehte hain.</w:t>
      </w:r>
      <w:r>
        <w:br/>
      </w:r>
      <w:r>
        <w:rPr>
          <w:sz w:val="20"/>
        </w:rPr>
        <w:t>5:55  to kya faida zindagi se bataiye? dunya mein saath satar saal jeena hai, is ke baad mar jana hai.</w:t>
      </w:r>
      <w:r>
        <w:br/>
      </w:r>
      <w:r>
        <w:rPr>
          <w:sz w:val="20"/>
        </w:rPr>
        <w:t>6:03  to manageable limit mein rahiye.</w:t>
      </w:r>
      <w:r>
        <w:br/>
      </w:r>
      <w:r>
        <w:rPr>
          <w:sz w:val="20"/>
        </w:rPr>
        <w:t>6:10  ek sahab hamare haan the UP mein, to un ke baap kafi paisa chhod kar mare.</w:t>
      </w:r>
      <w:r>
        <w:br/>
      </w:r>
      <w:r>
        <w:rPr>
          <w:sz w:val="20"/>
        </w:rPr>
        <w:t>6:18  to un ko kya hua? kaafi paisa tha un ke paas. to un ko yeh hoga ke main rockefeller ki ladki se mujhe shadi karna hai. yaani America ka jo bohat bara industries tha, apne zamane mein woh America ka sab se bara aadmi tha. to bas un ko rockefeller ki beti se shadi karna hai. is zamane mein hawai jahaz nahin hua karte the, to ship</w:t>
      </w:r>
      <w:r>
        <w:br/>
      </w:r>
      <w:r>
        <w:rPr>
          <w:sz w:val="20"/>
        </w:rPr>
        <w:t>6:48  se safar kar ke woh America pohanche. wahan ja kar unhon ne rockefeller ki family ko message diya ke mujhe aap ki beti se shadi karna hai. to jante hain kya hua? rockefeller ne police ko itla kar di ke India se ek aadmi aaya hai, woh mad maloom hota hai, us ko deport karo. to woh deport kar diye gaye. ab bataiye ke un ke bas mein yeh nahin tha ke ra</w:t>
      </w:r>
      <w:r>
        <w:br/>
      </w:r>
      <w:r>
        <w:rPr>
          <w:sz w:val="20"/>
        </w:rPr>
        <w:t>7:18  k filler ki ladki se woh shadi karein.</w:t>
      </w:r>
      <w:r>
        <w:br/>
      </w:r>
      <w:r>
        <w:rPr>
          <w:sz w:val="20"/>
        </w:rPr>
        <w:t>7:22  lekin India mein achhi ladki mil sakti thi un ko.</w:t>
      </w:r>
      <w:r>
        <w:br/>
      </w:r>
      <w:r>
        <w:rPr>
          <w:sz w:val="20"/>
        </w:rPr>
        <w:t>7:26  natija kya hua ke wahi aadmi jo hai yaani itna pareshan hua, sara paisa dooba diya unhon ne,</w:t>
      </w:r>
      <w:r>
        <w:br/>
      </w:r>
      <w:r>
        <w:rPr>
          <w:sz w:val="20"/>
        </w:rPr>
        <w:t>7:31  aakhir mein un ke paas kuch bhi nahin raha.</w:t>
      </w:r>
      <w:r>
        <w:br/>
      </w:r>
      <w:r>
        <w:rPr>
          <w:sz w:val="20"/>
        </w:rPr>
        <w:t>7:35  penniless ho gaye aur frustration mein mare woh.</w:t>
      </w:r>
      <w:r>
        <w:br/>
      </w:r>
      <w:r>
        <w:rPr>
          <w:sz w:val="20"/>
        </w:rPr>
        <w:t>7:39  to har aadmi kahin na kahin yahi kar raha hai.</w:t>
      </w:r>
      <w:r>
        <w:br/>
      </w:r>
      <w:r>
        <w:rPr>
          <w:sz w:val="20"/>
        </w:rPr>
        <w:t>7:43  kahin na kahin. koi</w:t>
      </w:r>
      <w:r>
        <w:br/>
      </w:r>
      <w:r>
        <w:rPr>
          <w:sz w:val="20"/>
        </w:rPr>
        <w:t>7:48  chhote level par, koi bade level par.</w:t>
      </w:r>
      <w:r>
        <w:br/>
      </w:r>
      <w:r>
        <w:rPr>
          <w:sz w:val="20"/>
        </w:rPr>
        <w:t>7:55  to sirf yeh agar aap jaan lein ke ek hai achievable target, ek hai unachievable target.</w:t>
      </w:r>
      <w:r>
        <w:br/>
      </w:r>
      <w:r>
        <w:rPr>
          <w:sz w:val="20"/>
        </w:rPr>
        <w:t>8:03  to bas zindagi bilkul theek ho jayegi.</w:t>
      </w:r>
      <w:r>
        <w:br/>
      </w:r>
      <w:r>
        <w:rPr>
          <w:sz w:val="20"/>
        </w:rPr>
        <w:t>8:11  ek aur sahab mujh se mile, woh bhi pareshan the.</w:t>
      </w:r>
    </w:p>
    <w:p>
      <w:pPr>
        <w:pStyle w:val="Heading2"/>
      </w:pPr>
      <w:r>
        <w:t>Tragedy of Muslims losing the caliphate through lack of modesty</w:t>
      </w:r>
    </w:p>
    <w:p>
      <w:r>
        <w:rPr>
          <w:color w:val="666666"/>
          <w:sz w:val="18"/>
        </w:rPr>
        <w:t>Concept of Modesty in Islam (English) June 20, 2007 · 4m 32s · at 41:51 · https://youtu.be/mHQWcOA-2qo?t=2511</w:t>
      </w:r>
    </w:p>
    <w:p>
      <w:r>
        <w:rPr>
          <w:i/>
        </w:rPr>
        <w:t>“The word Pope contains a mysterious glory because of history.”</w:t>
      </w:r>
    </w:p>
    <w:p>
      <w:r>
        <w:rPr>
          <w:sz w:val="20"/>
        </w:rPr>
        <w:t>41:51  یو نو، پوپ از ا ویری ویری ہسٹوریکل ٹائٹل۔ اٹ ہیز مسٹیریس گلوری۔</w:t>
      </w:r>
      <w:r>
        <w:br/>
      </w:r>
      <w:r>
        <w:rPr>
          <w:sz w:val="20"/>
        </w:rPr>
        <w:t>42:00  ورڈ پوپ کنٹینز ا مسٹیریس گلوری</w:t>
      </w:r>
      <w:r>
        <w:br/>
      </w:r>
      <w:r>
        <w:rPr>
          <w:sz w:val="20"/>
        </w:rPr>
        <w:t>42:07  بیکاز اف ہسٹری، دا لانگ ہسٹری بیہائنڈ دس ٹائٹل۔</w:t>
      </w:r>
      <w:r>
        <w:br/>
      </w:r>
      <w:r>
        <w:rPr>
          <w:sz w:val="20"/>
        </w:rPr>
        <w:t>42:15  دیر از ا لانگ ہسٹوریکل ٹریڈیشن بیہائنڈ دس ٹائٹل۔</w:t>
      </w:r>
      <w:r>
        <w:br/>
      </w:r>
      <w:r>
        <w:rPr>
          <w:sz w:val="20"/>
        </w:rPr>
        <w:t>42:21  سو دس واز ا کیس اف ماڈیسٹی۔</w:t>
      </w:r>
      <w:r>
        <w:br/>
      </w:r>
      <w:r>
        <w:rPr>
          <w:sz w:val="20"/>
        </w:rPr>
        <w:t>42:26  By this policy of modesty, Christian people were able to retain the historical title of Pope.</w:t>
      </w:r>
      <w:r>
        <w:br/>
      </w:r>
      <w:r>
        <w:rPr>
          <w:sz w:val="20"/>
        </w:rPr>
        <w:t>42:40  ناو، یو نو پوپ از دا سٹرینتھ۔ پوپ از سینٹر اف یونٹی فار کرسچنڈم۔</w:t>
      </w:r>
      <w:r>
        <w:br/>
      </w:r>
      <w:r>
        <w:rPr>
          <w:sz w:val="20"/>
        </w:rPr>
        <w:t>42:52  Pope is spiritual power for Christendom.</w:t>
      </w:r>
      <w:r>
        <w:br/>
      </w:r>
      <w:r>
        <w:rPr>
          <w:sz w:val="20"/>
        </w:rPr>
        <w:t>42:57  Pope is a great name for Christian community. We have no such name. We have lost.</w:t>
      </w:r>
      <w:r>
        <w:br/>
      </w:r>
      <w:r>
        <w:rPr>
          <w:sz w:val="20"/>
        </w:rPr>
        <w:t>43:08  to khaleefat al muslimeen was a great name for more than pop. khaleefat al muslimeen was having great great historical traditions from abbas period upto uthman period</w:t>
      </w:r>
      <w:r>
        <w:br/>
      </w:r>
      <w:r>
        <w:rPr>
          <w:sz w:val="20"/>
        </w:rPr>
        <w:t>43:25  . the center of abbas khilafat was baghdad, and center of uthman khilafat was turkey.</w:t>
      </w:r>
      <w:r>
        <w:br/>
      </w:r>
      <w:r>
        <w:rPr>
          <w:sz w:val="20"/>
        </w:rPr>
        <w:t>43:34  so there is a long historical tradition. khaleefat al muslimeen was a very historical title, having a great historical tradition,</w:t>
      </w:r>
      <w:r>
        <w:br/>
      </w:r>
      <w:r>
        <w:rPr>
          <w:sz w:val="20"/>
        </w:rPr>
        <w:t>43:52  a mysterious glory for muslims.</w:t>
      </w:r>
      <w:r>
        <w:br/>
      </w:r>
      <w:r>
        <w:rPr>
          <w:sz w:val="20"/>
        </w:rPr>
        <w:t>43:56  but muslims,</w:t>
      </w:r>
      <w:r>
        <w:br/>
      </w:r>
      <w:r>
        <w:rPr>
          <w:sz w:val="20"/>
        </w:rPr>
        <w:t>44:00  but muslims fail to retain this title. now, no, no, there is no khaleefat al muslimeen. there is a pop for christians, but there is no khaleefat al muslimeen for muslims.</w:t>
      </w:r>
      <w:r>
        <w:br/>
      </w:r>
      <w:r>
        <w:rPr>
          <w:sz w:val="20"/>
        </w:rPr>
        <w:t>44:15  in our present time, there is a pop for christians, but there is no khaleefat al muslimeen for muslim community.</w:t>
      </w:r>
      <w:r>
        <w:br/>
      </w:r>
      <w:r>
        <w:rPr>
          <w:sz w:val="20"/>
        </w:rPr>
        <w:t>44:28  and this tragedy happened only due to lack of modesty.</w:t>
      </w:r>
      <w:r>
        <w:br/>
      </w:r>
      <w:r>
        <w:rPr>
          <w:sz w:val="20"/>
        </w:rPr>
        <w:t>44:39  all our muslim leaders wanted to to retain the top.</w:t>
      </w:r>
      <w:r>
        <w:br/>
      </w:r>
      <w:r>
        <w:rPr>
          <w:sz w:val="20"/>
        </w:rPr>
        <w:t>44:50  they wanted to jump to the top, and they fell.</w:t>
      </w:r>
      <w:r>
        <w:br/>
      </w:r>
      <w:r>
        <w:rPr>
          <w:sz w:val="20"/>
        </w:rPr>
        <w:t>45:00  they for them, the real option was to take a back se</w:t>
      </w:r>
      <w:r>
        <w:br/>
      </w:r>
      <w:r>
        <w:rPr>
          <w:sz w:val="20"/>
        </w:rPr>
        <w:t>45:07  t. the real option, actual option for our muslim leaders of the time, the only option, only possible option was to take a back seat,</w:t>
      </w:r>
      <w:r>
        <w:br/>
      </w:r>
      <w:r>
        <w:rPr>
          <w:sz w:val="20"/>
        </w:rPr>
        <w:t>45:24  just like vatican.</w:t>
      </w:r>
      <w:r>
        <w:br/>
      </w:r>
      <w:r>
        <w:rPr>
          <w:sz w:val="20"/>
        </w:rPr>
        <w:t>45:29  they have to opt for a small piece of land as a center of khilafat, just like vatican.</w:t>
      </w:r>
      <w:r>
        <w:br/>
      </w:r>
      <w:r>
        <w:rPr>
          <w:sz w:val="20"/>
        </w:rPr>
        <w:t>45:41  we were able to establish islamic vatican</w:t>
      </w:r>
      <w:r>
        <w:br/>
      </w:r>
      <w:r>
        <w:rPr>
          <w:sz w:val="20"/>
        </w:rPr>
        <w:t>45:47  at the time in 1924.</w:t>
      </w:r>
      <w:r>
        <w:br/>
      </w:r>
      <w:r>
        <w:rPr>
          <w:sz w:val="20"/>
        </w:rPr>
        <w:t>45:53  to christians establish a vatican in 1929. the same was possible for us establish islamic vatican in 1924.</w:t>
      </w:r>
      <w:r>
        <w:br/>
      </w:r>
      <w:r>
        <w:rPr>
          <w:sz w:val="20"/>
        </w:rPr>
        <w:t>46:12  but due to lack of wisdom, we were not able to avail this opportunity.</w:t>
      </w:r>
    </w:p>
    <w:p>
      <w:pPr>
        <w:pStyle w:val="Heading2"/>
      </w:pPr>
      <w:r>
        <w:t>Introduction to Simple Living High Thinking and modesty</w:t>
      </w:r>
    </w:p>
    <w:p>
      <w:r>
        <w:rPr>
          <w:color w:val="666666"/>
          <w:sz w:val="18"/>
        </w:rPr>
        <w:t>Simple Living and High Thinking November 03, 2018 · 3m 52s · at 0:41 · https://youtu.be/6O7ebJVVRII?t=41</w:t>
      </w:r>
    </w:p>
    <w:p>
      <w:r>
        <w:rPr>
          <w:i/>
        </w:rPr>
        <w:t>“Aaj ka topic hai: Simple Living, High Thinking.”</w:t>
      </w:r>
    </w:p>
    <w:p>
      <w:r>
        <w:rPr>
          <w:sz w:val="20"/>
        </w:rPr>
        <w:t>0:41  aaj ka topic hai: simple living, high thinking. simple living aur high thinking par ghaur kijiye, to is ki</w:t>
      </w:r>
      <w:r>
        <w:br/>
      </w:r>
      <w:r>
        <w:rPr>
          <w:sz w:val="20"/>
        </w:rPr>
        <w:t>0:58  religion mein is ki ahmiyat yeh hai ke aadmi ko mind cut size banata hai.</w:t>
      </w:r>
      <w:r>
        <w:br/>
      </w:r>
      <w:r>
        <w:rPr>
          <w:sz w:val="20"/>
        </w:rPr>
        <w:t>1:09  yani</w:t>
      </w:r>
      <w:r>
        <w:br/>
      </w:r>
      <w:r>
        <w:rPr>
          <w:sz w:val="20"/>
        </w:rPr>
        <w:t>1:13  modest insan.</w:t>
      </w:r>
      <w:r>
        <w:br/>
      </w:r>
      <w:r>
        <w:rPr>
          <w:sz w:val="20"/>
        </w:rPr>
        <w:t>1:21  aur dekhiye, modesty sab se bari sifat hai mazhab ke culture mein.</w:t>
      </w:r>
      <w:r>
        <w:br/>
      </w:r>
      <w:r>
        <w:rPr>
          <w:sz w:val="20"/>
        </w:rPr>
        <w:t>1:32  is liye ke modesty aadmi ke andar jab aati hai to woh wujood mukhtalif ka tajurba karta hai.</w:t>
      </w:r>
      <w:r>
        <w:br/>
      </w:r>
      <w:r>
        <w:rPr>
          <w:sz w:val="20"/>
        </w:rPr>
        <w:t>1:49  yeh bohat zyada aham baat hai.</w:t>
      </w:r>
      <w:r>
        <w:br/>
      </w:r>
      <w:r>
        <w:rPr>
          <w:sz w:val="20"/>
        </w:rPr>
        <w:t>1:55  yani</w:t>
      </w:r>
      <w:r>
        <w:br/>
      </w:r>
      <w:r>
        <w:rPr>
          <w:sz w:val="20"/>
        </w:rPr>
        <w:t>1:59  Allah se qurbat sirf is ki Allah se sirf is insaan ko milti hai jis ke andar modesty ho.</w:t>
      </w:r>
      <w:r>
        <w:br/>
      </w:r>
      <w:r>
        <w:rPr>
          <w:sz w:val="20"/>
        </w:rPr>
        <w:t>2:11  modesty ke baghair khalq se qurbat milna impossible hai. Kyun ke yeh sirf modesty hai jo insaan aur khalq ke darmiyan nisbat qaim karti hai.</w:t>
      </w:r>
      <w:r>
        <w:br/>
      </w:r>
      <w:r>
        <w:rPr>
          <w:sz w:val="20"/>
        </w:rPr>
        <w:t>2:34  dekhiye, khalq jo hai woh all powerful hai. Is ke muqable mein modest insaan ka muamla yeh hota hai ke woh is baat ko discover karta hai ke woh all powerless hai.</w:t>
      </w:r>
      <w:r>
        <w:br/>
      </w:r>
      <w:r>
        <w:rPr>
          <w:sz w:val="20"/>
        </w:rPr>
        <w:t>2:56  modesty jis aadmi ki qadar hogi real cheez mein, to woh discover karega is nisbat ko ke khalq all powerful hai aur woh is ke muqable mein all powerless hai.</w:t>
      </w:r>
      <w:r>
        <w:br/>
      </w:r>
      <w:r>
        <w:rPr>
          <w:sz w:val="20"/>
        </w:rPr>
        <w:t>3:17  yahi woh maqam hai jis ko quran mein kaha gaya hai: "wa-sjud wa-qtarib". Yani</w:t>
      </w:r>
      <w:r>
        <w:br/>
      </w:r>
      <w:r>
        <w:rPr>
          <w:sz w:val="20"/>
        </w:rPr>
        <w:t>3:27  apni modesty ko daryaft karo. Modest insaan bano real cheez mein, to tum ko khalq se qurbat hasil ho jayegi.</w:t>
      </w:r>
      <w:r>
        <w:br/>
      </w:r>
      <w:r>
        <w:rPr>
          <w:sz w:val="20"/>
        </w:rPr>
        <w:t>3:45  zahir hai ke is se bari to koi cheez ho nahi sakti. Insaan apne rab se qurbat hasil kar le to is se bari cheez kya ho sakti hai?</w:t>
      </w:r>
      <w:r>
        <w:br/>
      </w:r>
      <w:r>
        <w:rPr>
          <w:sz w:val="20"/>
        </w:rPr>
        <w:t>4:01  aur yeh sirf is insaan ko milti hai jo yeh discovery ke darje mein yeh baat jaan le ke khalq all powerful hai aur main is ke muqable mein all powerless hoon.</w:t>
      </w:r>
      <w:r>
        <w:br/>
      </w:r>
      <w:r>
        <w:rPr>
          <w:sz w:val="20"/>
        </w:rPr>
        <w:t>4:21  yahi essence hai modesty ka. Yahi essence hai modesty ka.</w:t>
      </w:r>
    </w:p>
    <w:p>
      <w:pPr>
        <w:pStyle w:val="Heading2"/>
      </w:pPr>
      <w:r>
        <w:t>Chocolate factory story and spirituality of zuhd</w:t>
      </w:r>
    </w:p>
    <w:p>
      <w:r>
        <w:rPr>
          <w:color w:val="666666"/>
          <w:sz w:val="18"/>
        </w:rPr>
        <w:t>Teachings of the Prophet (Prophetic Wisdom) · 5m 35s · at 33:51 · https://youtu.be/QLDybbFl7JM?t=2031</w:t>
      </w:r>
    </w:p>
    <w:p>
      <w:r>
        <w:rPr>
          <w:i/>
        </w:rPr>
        <w:t>“Aise mujhe ek sahib mile London mein”</w:t>
      </w:r>
    </w:p>
    <w:p>
      <w:r>
        <w:rPr>
          <w:sz w:val="20"/>
        </w:rPr>
        <w:t>33:51  aise mujhe ek sahab mile London mein, toh woh kisi, woh woh angrez nahi the, bahar se aa</w:t>
      </w:r>
      <w:r>
        <w:br/>
      </w:r>
      <w:r>
        <w:rPr>
          <w:sz w:val="20"/>
        </w:rPr>
        <w:t>33:56  kar wahan base the.</w:t>
      </w:r>
      <w:r>
        <w:br/>
      </w:r>
      <w:r>
        <w:rPr>
          <w:sz w:val="20"/>
        </w:rPr>
        <w:t>34:01  toh mein ne dekha ke un ki bari dadi wali hai, bohat yani Islami dhang par dekha mein</w:t>
      </w:r>
      <w:r>
        <w:br/>
      </w:r>
      <w:r>
        <w:rPr>
          <w:sz w:val="20"/>
        </w:rPr>
        <w:t>34:06  ne un ko.</w:t>
      </w:r>
      <w:r>
        <w:br/>
      </w:r>
      <w:r>
        <w:rPr>
          <w:sz w:val="20"/>
        </w:rPr>
        <w:t>34:11  to main ne socha ke aap yahan par to sab log coat pant pehente hain aur materialistic hote</w:t>
      </w:r>
      <w:r>
        <w:br/>
      </w:r>
      <w:r>
        <w:rPr>
          <w:sz w:val="20"/>
        </w:rPr>
        <w:t>34:16  hain, to aap</w:t>
      </w:r>
      <w:r>
        <w:br/>
      </w:r>
      <w:r>
        <w:rPr>
          <w:sz w:val="20"/>
        </w:rPr>
        <w:t>34:21  ke andar yeh religious spirit kaise aai? to unhon ne bataya ke main aik chocolate banane wali company</w:t>
      </w:r>
      <w:r>
        <w:br/>
      </w:r>
      <w:r>
        <w:rPr>
          <w:sz w:val="20"/>
        </w:rPr>
        <w:t>34:27  mein kaam karta hoon.</w:t>
      </w:r>
      <w:r>
        <w:br/>
      </w:r>
      <w:r>
        <w:rPr>
          <w:sz w:val="20"/>
        </w:rPr>
        <w:t>34:33  London mein aik company hai jo chocolate banati hai, us mein main kaam karta hoon.</w:t>
      </w:r>
      <w:r>
        <w:br/>
      </w:r>
      <w:r>
        <w:rPr>
          <w:sz w:val="20"/>
        </w:rPr>
        <w:t>34:39  mera kaam kya hai? chocolate ban ban kar ke aata hai bahir, machine ne chocolate banaya, us ka</w:t>
      </w:r>
      <w:r>
        <w:br/>
      </w:r>
      <w:r>
        <w:rPr>
          <w:sz w:val="20"/>
        </w:rPr>
        <w:t>34:45  wrapper lagaya, sara kaam to machine karti hai,</w:t>
      </w:r>
      <w:r>
        <w:br/>
      </w:r>
      <w:r>
        <w:rPr>
          <w:sz w:val="20"/>
        </w:rPr>
        <w:t>34:51  phir bhi kuch chocolate jo hai, kuch un mein defect reh jata hai.</w:t>
      </w:r>
      <w:r>
        <w:br/>
      </w:r>
      <w:r>
        <w:rPr>
          <w:sz w:val="20"/>
        </w:rPr>
        <w:t>34:58  to mera kaam kya hai? jab woh chocolate ban par aata hai to main defective chocolate ko chanta hoon.</w:t>
      </w:r>
      <w:r>
        <w:br/>
      </w:r>
      <w:r>
        <w:rPr>
          <w:sz w:val="20"/>
        </w:rPr>
        <w:t>35:04  mere paas aik aik chhari jaisi aik cheez hoti hai ke jaise hi koi chocolate aaya jis mein</w:t>
      </w:r>
      <w:r>
        <w:br/>
      </w:r>
      <w:r>
        <w:rPr>
          <w:sz w:val="20"/>
        </w:rPr>
        <w:t>35:10  koi defect tha, jaise woh toota hua hai, suppose toota hua, uska wrapper acha nahi laga hai,</w:t>
      </w:r>
      <w:r>
        <w:br/>
      </w:r>
      <w:r>
        <w:rPr>
          <w:sz w:val="20"/>
        </w:rPr>
        <w:t>35:16  us ko main chanta deta hoon.</w:t>
      </w:r>
      <w:r>
        <w:br/>
      </w:r>
      <w:r>
        <w:rPr>
          <w:sz w:val="20"/>
        </w:rPr>
        <w:t>35:22  to unhon ne kaha ke unhon ne kaha ke aik din aisa hua ke main apna job kar</w:t>
      </w:r>
      <w:r>
        <w:br/>
      </w:r>
      <w:r>
        <w:rPr>
          <w:sz w:val="20"/>
        </w:rPr>
        <w:t>35:38  raha tha aur main chocolate ko chanta raha tha, to achaanak mujh par aik aik ajeeb mujhe experience hua</w:t>
      </w:r>
      <w:r>
        <w:br/>
      </w:r>
      <w:r>
        <w:rPr>
          <w:sz w:val="20"/>
        </w:rPr>
        <w:t>35:53  ke mujhe yeh khayal aaya ke qayamat mein jab logon ko paradise mein jaane ke liye select kiya jayega, us waqt agar khuda mujhe chhant de, mujhe reject kar de, to kya hoga? jis tarah se main reject kar raha hoon kuch chocolate ko, aur phir woh market mein jaane wala nahin hai, woh jis ko maine reject kar diya, woh</w:t>
      </w:r>
      <w:r>
        <w:br/>
      </w:r>
      <w:r>
        <w:rPr>
          <w:sz w:val="20"/>
        </w:rPr>
        <w:t>36:23  market mein nahi jayega.</w:t>
      </w:r>
      <w:r>
        <w:br/>
      </w:r>
      <w:r>
        <w:rPr>
          <w:sz w:val="20"/>
        </w:rPr>
        <w:t>36:28  to agar wahan par mujhe reject kar diya jaye, mujhe paradise mein entry nahi milegi.</w:t>
      </w:r>
      <w:r>
        <w:br/>
      </w:r>
      <w:r>
        <w:rPr>
          <w:sz w:val="20"/>
        </w:rPr>
        <w:t>36:32  yeh sochate hi un ke andar aik bhonchal aa gaya.</w:t>
      </w:r>
      <w:r>
        <w:br/>
      </w:r>
      <w:r>
        <w:rPr>
          <w:sz w:val="20"/>
        </w:rPr>
        <w:t>36:36  to unhon ne bataya ke main chutti le kar chala aaya.</w:t>
      </w:r>
      <w:r>
        <w:br/>
      </w:r>
      <w:r>
        <w:rPr>
          <w:sz w:val="20"/>
        </w:rPr>
        <w:t>36:41  us din main chutti le kar ghar aa gaya.</w:t>
      </w:r>
      <w:r>
        <w:br/>
      </w:r>
      <w:r>
        <w:rPr>
          <w:sz w:val="20"/>
        </w:rPr>
        <w:t>36:45  sochta raha, sochta raha, sochta raha, introspection karta raha, aur phir meri zindagi mein change aa gaya jo</w:t>
      </w:r>
      <w:r>
        <w:br/>
      </w:r>
      <w:r>
        <w:rPr>
          <w:sz w:val="20"/>
        </w:rPr>
        <w:t>36:49  aap dekh rahe hain. yeh hai</w:t>
      </w:r>
      <w:r>
        <w:br/>
      </w:r>
      <w:r>
        <w:rPr>
          <w:sz w:val="20"/>
        </w:rPr>
        <w:t>36:53  Islam ki roohaniyat ke duniya mein rehte hue akhirat ki baat sochna, insanon ke beech mein rehte hue</w:t>
      </w:r>
      <w:r>
        <w:br/>
      </w:r>
      <w:r>
        <w:rPr>
          <w:sz w:val="20"/>
        </w:rPr>
        <w:t>37:03  Khuda mein dil ka laga rehna, material experience ko, yani material events ko spiritual experience mein dhalna.</w:t>
      </w:r>
      <w:r>
        <w:br/>
      </w:r>
      <w:r>
        <w:rPr>
          <w:sz w:val="20"/>
        </w:rPr>
        <w:t>37:14  aap par guzre ga to aik material</w:t>
      </w:r>
      <w:r>
        <w:br/>
      </w:r>
      <w:r>
        <w:rPr>
          <w:sz w:val="20"/>
        </w:rPr>
        <w:t>37:24  waqea, aap is ko dhaal lenge spiritual tajrubay mein, aur phir aap ke andar aik aik badlao aayega.</w:t>
      </w:r>
      <w:r>
        <w:br/>
      </w:r>
      <w:r>
        <w:rPr>
          <w:sz w:val="20"/>
        </w:rPr>
        <w:t>37:31  yeh hai islam ki roohaniyat ke zuhd ka jo concept hai islam mein, woh yahi hai ke dunya</w:t>
      </w:r>
      <w:r>
        <w:br/>
      </w:r>
      <w:r>
        <w:rPr>
          <w:sz w:val="20"/>
        </w:rPr>
        <w:t>37:39  ko chhodna, yaani tark-e-dunya, yeh islam ki roohaniyat nahi hai.</w:t>
      </w:r>
      <w:r>
        <w:br/>
      </w:r>
      <w:r>
        <w:rPr>
          <w:sz w:val="20"/>
        </w:rPr>
        <w:t>37:47  islam ki roohaniyat yeh hai ke dunya mein rehte hue apna dil jo hai,</w:t>
      </w:r>
      <w:r>
        <w:br/>
      </w:r>
      <w:r>
        <w:rPr>
          <w:sz w:val="20"/>
        </w:rPr>
        <w:t>37:54  lagaye rakhna khuda mein, apna dil lagaye rakhna aakhirat mein, yaani soch ke level par apne ko alag rakhna.</w:t>
      </w:r>
      <w:r>
        <w:br/>
      </w:r>
      <w:r>
        <w:rPr>
          <w:sz w:val="20"/>
        </w:rPr>
        <w:t>38:02  practical tor par aap ka body jo hai, busy rahega unhi cheezon mein jis mein doosre log</w:t>
      </w:r>
      <w:r>
        <w:br/>
      </w:r>
      <w:r>
        <w:rPr>
          <w:sz w:val="20"/>
        </w:rPr>
        <w:t>38:10  busy hain, lekin aap ki soch is se detach hokar kaam karegi, aur phir aap ko</w:t>
      </w:r>
      <w:r>
        <w:br/>
      </w:r>
      <w:r>
        <w:rPr>
          <w:sz w:val="20"/>
        </w:rPr>
        <w:t>38:17  ajeeb ajeeb experience hoga.</w:t>
      </w:r>
      <w:r>
        <w:br/>
      </w:r>
      <w:r>
        <w:rPr>
          <w:sz w:val="20"/>
        </w:rPr>
        <w:t>38:25  aap ke andar aik spirituality ka development hoga, aur dheere dheere kya hoga ke aap ki jo personality</w:t>
      </w:r>
      <w:r>
        <w:br/>
      </w:r>
      <w:r>
        <w:rPr>
          <w:sz w:val="20"/>
        </w:rPr>
        <w:t>38:31  hai, woh aik spiritual personality ban jayegi.</w:t>
      </w:r>
      <w:r>
        <w:br/>
      </w:r>
      <w:r>
        <w:rPr>
          <w:sz w:val="20"/>
        </w:rPr>
        <w:t>38:37  materially aap jude hue honge isi dunya mein, lekin spiritually aap aik naye insaan, aap ke andar</w:t>
      </w:r>
      <w:r>
        <w:br/>
      </w:r>
      <w:r>
        <w:rPr>
          <w:sz w:val="20"/>
        </w:rPr>
        <w:t>38:44  aik naya insaan emerge kar raha hoga.</w:t>
      </w:r>
      <w:r>
        <w:br/>
      </w:r>
      <w:r>
        <w:rPr>
          <w:sz w:val="20"/>
        </w:rPr>
        <w:t>38:50  yeh hai islam ka concept</w:t>
      </w:r>
      <w:r>
        <w:br/>
      </w:r>
      <w:r>
        <w:rPr>
          <w:sz w:val="20"/>
        </w:rPr>
        <w:t>38:56  of spirituality.</w:t>
      </w:r>
      <w:r>
        <w:br/>
      </w:r>
      <w:r>
        <w:rPr>
          <w:sz w:val="20"/>
        </w:rPr>
        <w:t>39:02  is concept ko kaha jata hai zuhd.</w:t>
      </w:r>
      <w:r>
        <w:br/>
      </w:r>
      <w:r>
        <w:rPr>
          <w:sz w:val="20"/>
        </w:rPr>
        <w:t>39:08  jaisa ke maine aap ke samne aik hadith padhi ke "ma zahada abdun fi</w:t>
      </w:r>
      <w:r>
        <w:br/>
      </w:r>
      <w:r>
        <w:rPr>
          <w:sz w:val="20"/>
        </w:rPr>
        <w:t>39:14  al dunya illa anbatallahu al hikmata fi qalbihi wa dunya wadawahu wa akhrajahu saliman ila dar al salam".</w:t>
      </w:r>
      <w:r>
        <w:br/>
      </w:r>
      <w:r>
        <w:rPr>
          <w:sz w:val="20"/>
        </w:rPr>
        <w:t>39:20  toh zuhd aik process hai. Zuhd</w:t>
      </w:r>
    </w:p>
    <w:p>
      <w:pPr>
        <w:pStyle w:val="Heading2"/>
      </w:pPr>
      <w:r>
        <w:t>Adam's story: fatal habits and addiction</w:t>
      </w:r>
    </w:p>
    <w:p>
      <w:r>
        <w:rPr>
          <w:color w:val="666666"/>
          <w:sz w:val="18"/>
        </w:rPr>
        <w:t>Fragments of a CPS Mind | April 24, 2011 · 5m 05s · at 1:45 · https://youtu.be/cBf7U4Qggyw?t=105</w:t>
      </w:r>
    </w:p>
    <w:p>
      <w:r>
        <w:rPr>
          <w:i/>
        </w:rPr>
        <w:t>“Dekhiye aap jante hain ke pehla insaan jo hai woh aadam the”</w:t>
      </w:r>
    </w:p>
    <w:p>
      <w:r>
        <w:rPr>
          <w:sz w:val="20"/>
        </w:rPr>
        <w:t>1:45  "Fragments of a CPS Mine". aaj ki baat ko mein shuru karunga aik aisi baat se jo khud jahan se insan ki tareekh shuru hoti hai. dekhen aap jante hain ke pehla insan jo hai woh adam the. adam se insan ki history shuru hoti hai. to</w:t>
      </w:r>
      <w:r>
        <w:br/>
      </w:r>
      <w:r>
        <w:rPr>
          <w:sz w:val="20"/>
        </w:rPr>
        <w:t>2:15  quran mein bataya gaya hai aur bible mein bhi yahi kahani hai thode farq ke sath ke adam ko jab allah taala ne paida kiya to un ko jannat mein rakha aur kaha ke jannat mein tum aaram se raho aur yahan jo tumhare liye sab cheezein hain rahat ki un se enjoy karo. lekin un par sirf aik</w:t>
      </w:r>
      <w:r>
        <w:br/>
      </w:r>
      <w:r>
        <w:rPr>
          <w:sz w:val="20"/>
        </w:rPr>
        <w:t>2:45  restriction tha woh tha "ولا تقرب أحد الشجر"۔</w:t>
      </w:r>
      <w:r>
        <w:br/>
      </w:r>
      <w:r>
        <w:rPr>
          <w:sz w:val="20"/>
        </w:rPr>
        <w:t>2:50  Don't approach to this tree۔</w:t>
      </w:r>
      <w:r>
        <w:br/>
      </w:r>
      <w:r>
        <w:rPr>
          <w:sz w:val="20"/>
        </w:rPr>
        <w:t>2:55  Don't approach this tree۔</w:t>
      </w:r>
      <w:r>
        <w:br/>
      </w:r>
      <w:r>
        <w:rPr>
          <w:sz w:val="20"/>
        </w:rPr>
        <w:t>3:00  wohan par ek drakht tha jis ko kaha jata hai "الشجر الممنوعہ" ya "forbidden tree"۔</w:t>
      </w:r>
      <w:r>
        <w:br/>
      </w:r>
      <w:r>
        <w:rPr>
          <w:sz w:val="20"/>
        </w:rPr>
        <w:t>3:06  to is ke paas mat jana, is ka phall na khana۔</w:t>
      </w:r>
      <w:r>
        <w:br/>
      </w:r>
      <w:r>
        <w:rPr>
          <w:sz w:val="20"/>
        </w:rPr>
        <w:t>3:11  quran mein yeh nahi bataya gaya hai ke woh phall woh drakht kis cheez ka tha۔</w:t>
      </w:r>
      <w:r>
        <w:br/>
      </w:r>
      <w:r>
        <w:rPr>
          <w:sz w:val="20"/>
        </w:rPr>
        <w:t>3:16  albatta Christian tradition ke mutabiq woh gehoon ka drakht tha۔</w:t>
      </w:r>
      <w:r>
        <w:br/>
      </w:r>
      <w:r>
        <w:rPr>
          <w:sz w:val="20"/>
        </w:rPr>
        <w:t>3:26  mein nahi keh sakta ke kon sa drakht tha woh lekin behraal woh ek forbidden tree tha۔</w:t>
      </w:r>
      <w:r>
        <w:br/>
      </w:r>
      <w:r>
        <w:rPr>
          <w:sz w:val="20"/>
        </w:rPr>
        <w:t>3:36  to kya hua ke kuch din tak to adam is se door rahe phir</w:t>
      </w:r>
      <w:r>
        <w:br/>
      </w:r>
      <w:r>
        <w:rPr>
          <w:sz w:val="20"/>
        </w:rPr>
        <w:t>3:47  un ko khayal aaya ke shayad yeh koi bohat khaas cheez hai jis se mujhe roka gaya hai۔</w:t>
      </w:r>
      <w:r>
        <w:br/>
      </w:r>
      <w:r>
        <w:rPr>
          <w:sz w:val="20"/>
        </w:rPr>
        <w:t>3:53  agar mein is drakht ka phall kha loon to mujhe koi bohat bari cheez jo abhi mujhe nahi</w:t>
      </w:r>
      <w:r>
        <w:br/>
      </w:r>
      <w:r>
        <w:rPr>
          <w:sz w:val="20"/>
        </w:rPr>
        <w:t>3:59  mili hai woh mil jayegi۔</w:t>
      </w:r>
      <w:r>
        <w:br/>
      </w:r>
      <w:r>
        <w:rPr>
          <w:sz w:val="20"/>
        </w:rPr>
        <w:t>4:05  chunancha woh gaye, is drakht ka phall kha liya unhon ne۔</w:t>
      </w:r>
      <w:r>
        <w:br/>
      </w:r>
      <w:r>
        <w:rPr>
          <w:sz w:val="20"/>
        </w:rPr>
        <w:t>4:11  is ke baad kya hua? woh jannat se nikal diye gaye aur</w:t>
      </w:r>
      <w:r>
        <w:br/>
      </w:r>
      <w:r>
        <w:rPr>
          <w:sz w:val="20"/>
        </w:rPr>
        <w:t>4:17  is zameen par unhein basne ke liye kaha gaya. dekhein is mein aik sochne ki baat yeh hai ke woh jo drakht tha "forbidden tree" woh koi khanzir nahi tha, koi sharab nahi tha. woh to aik jaiz cheez thi. agar is ko gehoon ka drakht mana jaye to zahir hai ke gehoon jaiz tha un ke liye. to koi bhi aisi cheez thi woh jo aam halaat mein insan ke liye jaiz hoti</w:t>
      </w:r>
      <w:r>
        <w:br/>
      </w:r>
      <w:r>
        <w:rPr>
          <w:sz w:val="20"/>
        </w:rPr>
        <w:t>4:47  hai۔</w:t>
      </w:r>
      <w:r>
        <w:br/>
      </w:r>
      <w:r>
        <w:rPr>
          <w:sz w:val="20"/>
        </w:rPr>
        <w:t>4:52  to gaya ke unhein jaiz cheez se roka gaya۔</w:t>
      </w:r>
      <w:r>
        <w:br/>
      </w:r>
      <w:r>
        <w:rPr>
          <w:sz w:val="20"/>
        </w:rPr>
        <w:t>4:57  mein samajhta hoon ke yeh pehla lesson tha jo insan ko diya gaya۔</w:t>
      </w:r>
      <w:r>
        <w:br/>
      </w:r>
      <w:r>
        <w:rPr>
          <w:sz w:val="20"/>
        </w:rPr>
        <w:t>5:02  insan ki jo history shuru hui us waqt jo lesson diya gaya us ko yeh is mein se</w:t>
      </w:r>
      <w:r>
        <w:br/>
      </w:r>
      <w:r>
        <w:rPr>
          <w:sz w:val="20"/>
        </w:rPr>
        <w:t>5:07  ek lesson yeh tha۔</w:t>
      </w:r>
      <w:r>
        <w:br/>
      </w:r>
      <w:r>
        <w:rPr>
          <w:sz w:val="20"/>
        </w:rPr>
        <w:t>5:12  is mein kya baat hai? is mein baat yeh hai ke</w:t>
      </w:r>
      <w:r>
        <w:br/>
      </w:r>
      <w:r>
        <w:rPr>
          <w:sz w:val="20"/>
        </w:rPr>
        <w:t>5:17  insan ke liye jo fatal cheezein hain, jo halakat wali cheezein hain woh sirf woh nahi hain jo haram hain۔</w:t>
      </w:r>
      <w:r>
        <w:br/>
      </w:r>
      <w:r>
        <w:rPr>
          <w:sz w:val="20"/>
        </w:rPr>
        <w:t>5:23  haram to do char hain, khanzir haram hai, sharab haram hai۔</w:t>
      </w:r>
      <w:r>
        <w:br/>
      </w:r>
      <w:r>
        <w:rPr>
          <w:sz w:val="20"/>
        </w:rPr>
        <w:t>5:30  woh cheez sab se bari halakat nahi hai۔</w:t>
      </w:r>
      <w:r>
        <w:br/>
      </w:r>
      <w:r>
        <w:rPr>
          <w:sz w:val="20"/>
        </w:rPr>
        <w:t>5:36  sab se bari halakat woh cheezein hain jo bazahir haram nahi hain aur insan subah shaam is mein</w:t>
      </w:r>
      <w:r>
        <w:br/>
      </w:r>
      <w:r>
        <w:rPr>
          <w:sz w:val="20"/>
        </w:rPr>
        <w:t>5:43  phanstā rehtā hai.</w:t>
      </w:r>
      <w:r>
        <w:br/>
      </w:r>
      <w:r>
        <w:rPr>
          <w:sz w:val="20"/>
        </w:rPr>
        <w:t>5:50  aur woh jo cheezein harām nahīñ hain bazāhir woh itnā ziyādah mohlak ho saktī hain, itnā ziyādah fatal</w:t>
      </w:r>
      <w:r>
        <w:br/>
      </w:r>
      <w:r>
        <w:rPr>
          <w:sz w:val="20"/>
        </w:rPr>
        <w:t>5:57  ho saktī hain ke ādmī jantī se ma'rūf ho ja'e.</w:t>
      </w:r>
      <w:r>
        <w:br/>
      </w:r>
      <w:r>
        <w:rPr>
          <w:sz w:val="20"/>
        </w:rPr>
        <w:t>6:05  jaisā ke ādam ko jannat se nikāl diyā gayā.</w:t>
      </w:r>
      <w:r>
        <w:br/>
      </w:r>
      <w:r>
        <w:rPr>
          <w:sz w:val="20"/>
        </w:rPr>
        <w:t>6:12  is par maiñ ne sochā ke ākhir kyā bāt hai ke ghair harām cheez</w:t>
      </w:r>
      <w:r>
        <w:br/>
      </w:r>
      <w:r>
        <w:rPr>
          <w:sz w:val="20"/>
        </w:rPr>
        <w:t>6:20  itnā ziyādah serious ban gaī ke jannat se mahrumī kā sabab ho gaī woh.</w:t>
      </w:r>
      <w:r>
        <w:br/>
      </w:r>
      <w:r>
        <w:rPr>
          <w:sz w:val="20"/>
        </w:rPr>
        <w:t>6:28  kyā mu'āmalah hai yeh? bahut ziyādah sochne kī bāt hai ke ek ghair harām cheez itnā ziyādah serious</w:t>
      </w:r>
      <w:r>
        <w:br/>
      </w:r>
      <w:r>
        <w:rPr>
          <w:sz w:val="20"/>
        </w:rPr>
        <w:t>6:35  ban jātī hai ke woh insān ko jannat se mahrum kar detī hai.</w:t>
      </w:r>
      <w:r>
        <w:br/>
      </w:r>
      <w:r>
        <w:rPr>
          <w:sz w:val="20"/>
        </w:rPr>
        <w:t>6:43  maiñ ne yeh samjhā hai</w:t>
      </w:r>
    </w:p>
    <w:p>
      <w:pPr>
        <w:pStyle w:val="Heading2"/>
      </w:pPr>
      <w:r>
        <w:t>Root cause: three intellectuals and counter-ideology</w:t>
      </w:r>
    </w:p>
    <w:p>
      <w:r>
        <w:rPr>
          <w:color w:val="666666"/>
          <w:sz w:val="18"/>
        </w:rPr>
        <w:t>Result Oriented Life 23 Jan, 08 - Maulana Wahiduddin Khan · 4m 40s · at 6:35 · https://youtu.be/eA6rtcPn-rY?t=395</w:t>
      </w:r>
    </w:p>
    <w:p>
      <w:r>
        <w:rPr>
          <w:i/>
        </w:rPr>
        <w:t>“Why you are so negative?”</w:t>
      </w:r>
    </w:p>
    <w:p>
      <w:r>
        <w:rPr>
          <w:sz w:val="20"/>
        </w:rPr>
        <w:t>6:35  why you are saying like this? i said that you have to go to the root cause. root cause.</w:t>
      </w:r>
      <w:r>
        <w:br/>
      </w:r>
      <w:r>
        <w:rPr>
          <w:sz w:val="20"/>
        </w:rPr>
        <w:t>6:46  then first of all, you have to know that the prophet of Islam had said, "man hasan islam mar'u, taraka mala ya'ni." it means that your actions will be result in direction.</w:t>
      </w:r>
      <w:r>
        <w:br/>
      </w:r>
      <w:r>
        <w:rPr>
          <w:sz w:val="20"/>
        </w:rPr>
        <w:t>7:03  if there is no result, then you have to keep patience.</w:t>
      </w:r>
      <w:r>
        <w:br/>
      </w:r>
      <w:r>
        <w:rPr>
          <w:sz w:val="20"/>
        </w:rPr>
        <w:t>7:14  this is the basic formula of life. basic formula of life is that your every action, your every behavior, everything must be result oriented.</w:t>
      </w:r>
      <w:r>
        <w:br/>
      </w:r>
      <w:r>
        <w:rPr>
          <w:sz w:val="20"/>
        </w:rPr>
        <w:t>7:32  then i said that what is the root cause behind this perversion?</w:t>
      </w:r>
      <w:r>
        <w:br/>
      </w:r>
      <w:r>
        <w:rPr>
          <w:sz w:val="20"/>
        </w:rPr>
        <w:t>7:43  I say that is not very simple. In our age, there arose three very brilliant people, brilliant minds.</w:t>
      </w:r>
      <w:r>
        <w:br/>
      </w:r>
      <w:r>
        <w:rPr>
          <w:sz w:val="20"/>
        </w:rPr>
        <w:t>7:59  they have distarted through out the world. these three mind have devastrated all the intellectual fabric every vere in the world.</w:t>
      </w:r>
      <w:r>
        <w:br/>
      </w:r>
      <w:r>
        <w:rPr>
          <w:sz w:val="20"/>
        </w:rPr>
        <w:t>8:11  who were these three brains? They were Darwin,</w:t>
      </w:r>
      <w:r>
        <w:br/>
      </w:r>
      <w:r>
        <w:rPr>
          <w:sz w:val="20"/>
        </w:rPr>
        <w:t>8:21  charles darvin, who propagated the formula of evolution. then there was carl marx.</w:t>
      </w:r>
      <w:r>
        <w:br/>
      </w:r>
      <w:r>
        <w:rPr>
          <w:sz w:val="20"/>
        </w:rPr>
        <w:t>8:35  then there was sigmund freud.</w:t>
      </w:r>
      <w:r>
        <w:br/>
      </w:r>
      <w:r>
        <w:rPr>
          <w:sz w:val="20"/>
        </w:rPr>
        <w:t>8:40  These three intellectual players are behind all these perversions. Don't take it as a simple, simple phenomena.</w:t>
      </w:r>
      <w:r>
        <w:br/>
      </w:r>
      <w:r>
        <w:rPr>
          <w:sz w:val="20"/>
        </w:rPr>
        <w:t>8:52  and these three brains</w:t>
      </w:r>
      <w:r>
        <w:br/>
      </w:r>
      <w:r>
        <w:rPr>
          <w:sz w:val="20"/>
        </w:rPr>
        <w:t>8:59  enjoy great popularity among modern generations. all the, all the libraries are full of their literatures.</w:t>
      </w:r>
      <w:r>
        <w:br/>
      </w:r>
      <w:r>
        <w:rPr>
          <w:sz w:val="20"/>
        </w:rPr>
        <w:t>9:11  in every university, they are,</w:t>
      </w:r>
      <w:r>
        <w:br/>
      </w:r>
      <w:r>
        <w:rPr>
          <w:sz w:val="20"/>
        </w:rPr>
        <w:t>9:18  they are included in their syllabus. so the whole, in the whole educated mind is obsessed with the notions of these three thinkers.</w:t>
      </w:r>
      <w:r>
        <w:br/>
      </w:r>
      <w:r>
        <w:rPr>
          <w:sz w:val="20"/>
        </w:rPr>
        <w:t>9:37  so you have it. so i said that is not simply a moral perversion. no, it is a great intellectual challenge.</w:t>
      </w:r>
      <w:r>
        <w:br/>
      </w:r>
      <w:r>
        <w:rPr>
          <w:sz w:val="20"/>
        </w:rPr>
        <w:t>9:48  it is intellectual challenge. perversion is an ideology, not simply some moral behaviour.</w:t>
      </w:r>
      <w:r>
        <w:br/>
      </w:r>
      <w:r>
        <w:rPr>
          <w:sz w:val="20"/>
        </w:rPr>
        <w:t>9:59  dont take it simply as a moral phenomena. it is an ideological phenomena. so you have to find a counter ideology.</w:t>
      </w:r>
      <w:r>
        <w:br/>
      </w:r>
      <w:r>
        <w:rPr>
          <w:sz w:val="20"/>
        </w:rPr>
        <w:t>10:16  you have to crush this ideology. otherwise, these books are doom to to go to rubbish, to litter bin.</w:t>
      </w:r>
      <w:r>
        <w:br/>
      </w:r>
      <w:r>
        <w:rPr>
          <w:sz w:val="20"/>
        </w:rPr>
        <w:t>10:30  then i said that</w:t>
      </w:r>
      <w:r>
        <w:br/>
      </w:r>
      <w:r>
        <w:rPr>
          <w:sz w:val="20"/>
        </w:rPr>
        <w:t>10:34  it is not necessary that your book, if you prepare a book, if you find some counter ideology, then you will change the whole world.</w:t>
      </w:r>
      <w:r>
        <w:br/>
      </w:r>
      <w:r>
        <w:rPr>
          <w:sz w:val="20"/>
        </w:rPr>
        <w:t>10:46  no, it is not by single person. you can, if you can change a single person, then you can by these method.</w:t>
      </w:r>
      <w:r>
        <w:br/>
      </w:r>
      <w:r>
        <w:rPr>
          <w:sz w:val="20"/>
        </w:rPr>
        <w:t>11:00  and if you are able to change a single mind, that is enough for your success. a single mind, it is not possible to change the whole humanity,</w:t>
      </w:r>
    </w:p>
    <w:p>
      <w:pPr>
        <w:pStyle w:val="Heading2"/>
      </w:pPr>
      <w:r>
        <w:t>Full teaching: resist temptation 30 seconds to invite the angel</w:t>
      </w:r>
    </w:p>
    <w:p>
      <w:r>
        <w:rPr>
          <w:color w:val="666666"/>
          <w:sz w:val="18"/>
        </w:rPr>
        <w:t>Take it as A Challenge April 29, 2007 · 3m 21s · at 1:28:16 · https://youtu.be/pONW5UkRZ_M?t=5296</w:t>
      </w:r>
    </w:p>
    <w:p>
      <w:r>
        <w:rPr>
          <w:i/>
        </w:rPr>
        <w:t>“Har insan ke saath do lage rehte hain: ek angel, ek shaitan”</w:t>
      </w:r>
    </w:p>
    <w:p>
      <w:r>
        <w:rPr>
          <w:sz w:val="20"/>
        </w:rPr>
        <w:t>1:28:16  das question is from sadia: why do we give in to temptations easily? dekhein, hadith mein aata hai, quran mein aata hai ke har insaan ke saath do aur lage rehte hain: ek angel, ek satan.</w:t>
      </w:r>
      <w:r>
        <w:br/>
      </w:r>
      <w:r>
        <w:rPr>
          <w:sz w:val="20"/>
        </w:rPr>
        <w:t>1:28:31  with every woman, with every man,</w:t>
      </w:r>
      <w:r>
        <w:br/>
      </w:r>
      <w:r>
        <w:rPr>
          <w:sz w:val="20"/>
        </w:rPr>
        <w:t>1:28:34  ek satan hai, ek ek ek ek ek angel hai. to yeh test ki wajah se khuda ne jo test aap ko lena hai, khuda ko is ki wajah se yeh kiya gaya hai.</w:t>
      </w:r>
      <w:r>
        <w:br/>
      </w:r>
      <w:r>
        <w:rPr>
          <w:sz w:val="20"/>
        </w:rPr>
        <w:t>1:28:47  ab insaan ka is mein role kya hota hai ke jaise hi aap ne koi koi situation create hui, aur aap ne negative taraf sochna shuru kiya, bas satan ko aap ne world point de diya.</w:t>
      </w:r>
      <w:r>
        <w:br/>
      </w:r>
      <w:r>
        <w:rPr>
          <w:sz w:val="20"/>
        </w:rPr>
        <w:t>1:29:04  jaise hi satan waise kuch nahi karega, aap ko attack nahi karega, lekin jaise hi koi world point diya aap ne, ab idhar lust aa gaya, revenge aa gaya, inteqaam aa gaya, aur greed aa gaya,</w:t>
      </w:r>
      <w:r>
        <w:br/>
      </w:r>
      <w:r>
        <w:rPr>
          <w:sz w:val="20"/>
        </w:rPr>
        <w:t>1:29:18  intolerance aa gaya, kuch bhi aa gaya, to aap ne satan ko de diya world point, woh ghus padega, aur phir woh aap ne aap ko ek dum apna bana kar rahega.</w:t>
      </w:r>
      <w:r>
        <w:br/>
      </w:r>
      <w:r>
        <w:rPr>
          <w:sz w:val="20"/>
        </w:rPr>
        <w:t>1:29:32  achha, agar aap ne us waqt thoda sa, jab main ne kaha thirty second, thirty second aap ne sustain kiya, last thirty second, woh to main ne bola tha, aap ko yaad hoga, last thirty second,</w:t>
      </w:r>
      <w:r>
        <w:br/>
      </w:r>
      <w:r>
        <w:rPr>
          <w:sz w:val="20"/>
        </w:rPr>
        <w:t>1:29:45  thirty second aap ko resist karna padta hai satan ko, ya apne us desire ko. agar thirty second aap resist kar sakein to phir kya hota hai ke phir woh doosri direction chalne lagti hai,</w:t>
      </w:r>
      <w:r>
        <w:br/>
      </w:r>
      <w:r>
        <w:rPr>
          <w:sz w:val="20"/>
        </w:rPr>
        <w:t>1:29:59  aap ke sentiment doosri dire</w:t>
      </w:r>
      <w:r>
        <w:br/>
      </w:r>
      <w:r>
        <w:rPr>
          <w:sz w:val="20"/>
        </w:rPr>
        <w:t>1:30:01  direction chalne lagti hai. main psychology bata raha hoon aap ko ke agar mere andar ghussa aaya, lust aaya, revenge aaya, to to pehle to is direction mein chalega woh, lekin agar main misaalun chup rahoon, ek dum kuch na boloon, khuda se kahoon, khuda mujhe maaf kar,</w:t>
      </w:r>
      <w:r>
        <w:br/>
      </w:r>
      <w:r>
        <w:rPr>
          <w:sz w:val="20"/>
        </w:rPr>
        <w:t>1:30:23  thirty second to phir is ka direction change ho jayega, woh aur woh positive taraf chalne lagega,</w:t>
      </w:r>
      <w:r>
        <w:br/>
      </w:r>
      <w:r>
        <w:rPr>
          <w:sz w:val="20"/>
        </w:rPr>
        <w:t>1:30:29  aur phir foran aap ko us angel ki help mil jayegi. aap aap is ka tajurba kar ke dekh lijiye, jab bhi aap ko misaalun ghussa aaye, koi revenge aaye, koi negative thought aaye, to aap do baar tajurba kijiye.</w:t>
      </w:r>
      <w:r>
        <w:br/>
      </w:r>
      <w:r>
        <w:rPr>
          <w:sz w:val="20"/>
        </w:rPr>
        <w:t>1:30:45  ek baar isi ko aap khoob, yaani yaani isi mein jeete rahiye, paanch das minute tak.</w:t>
      </w:r>
      <w:r>
        <w:br/>
      </w:r>
      <w:r>
        <w:rPr>
          <w:sz w:val="20"/>
        </w:rPr>
        <w:t>1:30:53  aap dekhenge satan aap par bilkul overpower kar liya satan ne. agar aap 30 second ke formula par amal karein ke thirty second aap bilkul apne ko rokein, aur sirf khuda se dua karein, khuda mujhe bacha is se, to 30 second ke baad aap dekhein ek change aayega aap ke andar,</w:t>
      </w:r>
      <w:r>
        <w:br/>
      </w:r>
      <w:r>
        <w:rPr>
          <w:sz w:val="20"/>
        </w:rPr>
        <w:t>1:31:09  aur dheere dheere dheere bilkul angel aap ko apne is mein le le ga, apne shelter mein. jab chahein aap experience kar ke dekh lijiye, main yeh sab mera mera personal experience hai yeh ke jab main woh thirty second ko follow karta hoon to angel mujhe mil jata hai,</w:t>
      </w:r>
      <w:r>
        <w:br/>
      </w:r>
      <w:r>
        <w:rPr>
          <w:sz w:val="20"/>
        </w:rPr>
        <w:t>1:31:24  angel ka shelter, aur jab nahin follow karta to satan ghus aata hai. yeh yeh psychology se bhi yeh establish ho chuka hai, aur yeh islam ka formula hai.</w:t>
      </w:r>
    </w:p>
    <w:p>
      <w:pPr>
        <w:pStyle w:val="Heading2"/>
      </w:pPr>
      <w:r>
        <w:t>Homelessness to launching Al-Risala</w:t>
      </w:r>
    </w:p>
    <w:p>
      <w:r>
        <w:rPr>
          <w:color w:val="666666"/>
          <w:sz w:val="18"/>
        </w:rPr>
        <w:t>How to Remove Tension February 11, 2007 Maulana Wahiduddin Khan · 4m 03s · at 42:39 · https://youtu.be/_PB2YOm8cV8?t=2559</w:t>
      </w:r>
    </w:p>
    <w:p>
      <w:r>
        <w:rPr>
          <w:i/>
        </w:rPr>
        <w:t>“Aur main to sau baar kam se kam bata sakta hoon”</w:t>
      </w:r>
    </w:p>
    <w:p>
      <w:r>
        <w:rPr>
          <w:sz w:val="20"/>
        </w:rPr>
        <w:t>42:39  aur main to yani so bar kam az kam bata sakta hoon aap ko bar bar aisa hua ke tension ne mujhe aik nai dunya se</w:t>
      </w:r>
      <w:r>
        <w:br/>
      </w:r>
      <w:r>
        <w:rPr>
          <w:sz w:val="20"/>
        </w:rPr>
        <w:t>42:50  mili mujhe jaisay isi dilli mein dekhiye isi dilli mein aisa hua ke 1975 mein mein isi dilli mein mein be ghar ho gaya be ghar ho gaya jab aik aik aik zamanay mein aik haftay mein aik din nikalta tha mein is ka editor tha achaanak unhon ne band kar diya unhon ne.</w:t>
      </w:r>
      <w:r>
        <w:br/>
      </w:r>
      <w:r>
        <w:rPr>
          <w:sz w:val="20"/>
        </w:rPr>
        <w:t>43:15  ab mein bilkul aik be ghar shakhs ban gaya isi dilli mein 1975 mein to logon ne mujh se kaha ke in par case kijiye.</w:t>
      </w:r>
      <w:r>
        <w:br/>
      </w:r>
      <w:r>
        <w:rPr>
          <w:sz w:val="20"/>
        </w:rPr>
        <w:t>43:25  aur yeh lambi kahani hai har aadmi karta hai to case kijiye case kijiye lekin mein ne kya faisla kiya?</w:t>
      </w:r>
      <w:r>
        <w:br/>
      </w:r>
      <w:r>
        <w:rPr>
          <w:sz w:val="20"/>
        </w:rPr>
        <w:t>43:35  ke is haftay ke parche ke bahar bhi aik dunya hai woh dunya pehle hi mere qabzay mein hai.</w:t>
      </w:r>
      <w:r>
        <w:br/>
      </w:r>
      <w:r>
        <w:rPr>
          <w:sz w:val="20"/>
        </w:rPr>
        <w:t>43:44  woh jo aik haftay ka parcha tha aik i association ka is ka aik office tha to kya wohi kal dunya hai is ke bahar bohat bari dunya hai.</w:t>
      </w:r>
      <w:r>
        <w:br/>
      </w:r>
      <w:r>
        <w:rPr>
          <w:sz w:val="20"/>
        </w:rPr>
        <w:t>43:54  trillion time ziyada bari dunya to mein aik saal tak chala is tarah ka qissa phir mein ne apna magazine nikala.</w:t>
      </w:r>
      <w:r>
        <w:br/>
      </w:r>
      <w:r>
        <w:rPr>
          <w:sz w:val="20"/>
        </w:rPr>
        <w:t>44:04  1975 hi ke aakhir mein.</w:t>
      </w:r>
      <w:r>
        <w:br/>
      </w:r>
      <w:r>
        <w:rPr>
          <w:sz w:val="20"/>
        </w:rPr>
        <w:t>44:10  is ka naam mein ne rakha Al-Risala Al-Risala means the message Al-Risala ka matlab hai the message urdu mein english mein aur hindi mein.</w:t>
      </w:r>
      <w:r>
        <w:br/>
      </w:r>
      <w:r>
        <w:rPr>
          <w:sz w:val="20"/>
        </w:rPr>
        <w:t>44:21  to woh us waqt se baqaaida tareeqay se barabar nikal raha hai aaj aur poore yaani urdu jo muslim lafz jo hai is ka munfarid parcha maana jata hai woh.</w:t>
      </w:r>
      <w:r>
        <w:br/>
      </w:r>
      <w:r>
        <w:rPr>
          <w:sz w:val="20"/>
        </w:rPr>
        <w:t>44:33  aap ghhor kijiye ke mein barabar pakistan par tanqeed karta hoon jo mein jinnah par tanqeed karta hoon iqbal par tanqeed karta hoon.</w:t>
      </w:r>
      <w:r>
        <w:br/>
      </w:r>
      <w:r>
        <w:rPr>
          <w:sz w:val="20"/>
        </w:rPr>
        <w:t>44:43  aap jante hain ke iqbal jo thay woh pakistan ke sochne walay thay jinnah sahib thay jo pakistan ke builder thay.</w:t>
      </w:r>
      <w:r>
        <w:br/>
      </w:r>
      <w:r>
        <w:rPr>
          <w:sz w:val="20"/>
        </w:rPr>
        <w:t>44:51  to mein aur abdullah al mehdi jo pakistan ke is mein bohat un ka darja mila un ko to mein barabar pakistan ko kehta hoon ke yeh koi yaani yeh koi kaam nahi tha jo musalmanon ne kiya.</w:t>
      </w:r>
      <w:r>
        <w:br/>
      </w:r>
      <w:r>
        <w:rPr>
          <w:sz w:val="20"/>
        </w:rPr>
        <w:t>45:06  partition ko mein kehta hoon ke yeh koi kaam nahi tha jo musalmanon ne kiya to mein iqbal par tanqeed karta hoon mehdi par tanqeed karta hoon jinnah par tanqeed karta hoon.</w:t>
      </w:r>
      <w:r>
        <w:br/>
      </w:r>
      <w:r>
        <w:rPr>
          <w:sz w:val="20"/>
        </w:rPr>
        <w:t>45:14  p</w:t>
      </w:r>
      <w:r>
        <w:br/>
      </w:r>
      <w:r>
        <w:rPr>
          <w:sz w:val="20"/>
        </w:rPr>
        <w:t>45:15  har bhi mera parcha jo hai akela parcha india ka hai jo wahan par dobara chhapaya jata hai har mahine har mahine.</w:t>
      </w:r>
      <w:r>
        <w:br/>
      </w:r>
      <w:r>
        <w:rPr>
          <w:sz w:val="20"/>
        </w:rPr>
        <w:t>45:25  kyun ke woh log nazar andaz nahi kar sakte Al-Risala ke parche ko is mein itni ziyada aur baatein hoti hain is aik baat ko chhod kar ke is liye un logon ko mujh se mohabbat nafrat ka ta'alluq hai.</w:t>
      </w:r>
      <w:r>
        <w:br/>
      </w:r>
      <w:r>
        <w:rPr>
          <w:sz w:val="20"/>
        </w:rPr>
        <w:t>45:34  mohabbat nafrat ke aik fisad agar woh baatein hoti hain jo unhein achhi nahi lagti hain kyun ke 90 fisad baatein woh baatein hoti hoti hain 99 fisad.</w:t>
      </w:r>
      <w:r>
        <w:br/>
      </w:r>
      <w:r>
        <w:rPr>
          <w:sz w:val="20"/>
        </w:rPr>
        <w:t>45:44  is ka koi un ke paas mutabadil nahi hai kisi bhi magazine mein woh baat nahi pa sakte woh arabic mein farsi mein english mein urdu mein kisi bhi zaban mein.</w:t>
      </w:r>
      <w:r>
        <w:br/>
      </w:r>
      <w:r>
        <w:rPr>
          <w:sz w:val="20"/>
        </w:rPr>
        <w:t>45:54  jo hamare parche mein hoti hain.</w:t>
      </w:r>
      <w:r>
        <w:br/>
      </w:r>
      <w:r>
        <w:rPr>
          <w:sz w:val="20"/>
        </w:rPr>
        <w:t>45:58  to mein ne parcha apna nikala aur khoob mehnat kar ke parhta tha mein.</w:t>
      </w:r>
      <w:r>
        <w:br/>
      </w:r>
      <w:r>
        <w:rPr>
          <w:sz w:val="20"/>
        </w:rPr>
        <w:t>46:03  bohat saare magazine bohat saare risalay bohat saari kitaben aur bilkul nai baatein lata tha risalay mein nai baatein jo is se pehle kabhi na kisi ne socha tha aur na woh chhapi theen woh baatein.</w:t>
      </w:r>
      <w:r>
        <w:br/>
      </w:r>
      <w:r>
        <w:rPr>
          <w:sz w:val="20"/>
        </w:rPr>
        <w:t>46:17  to Khuda ke fazal se yaani 75 mein agar mein samajhta ke meri tareekh khatam ho gayi mera chapter band ho chuka.</w:t>
      </w:r>
      <w:r>
        <w:br/>
      </w:r>
      <w:r>
        <w:rPr>
          <w:sz w:val="20"/>
        </w:rPr>
        <w:t>46:26  to mein bhi khudkushi kar sakta tha.</w:t>
      </w:r>
      <w:r>
        <w:br/>
      </w:r>
      <w:r>
        <w:rPr>
          <w:sz w:val="20"/>
        </w:rPr>
        <w:t>46:30  lekin mein ne phir se apna naya chapter khola is waqt ke muqablay mein aaj mein samajhta hoon ke million time ziyada bara kaam Allah taala mujh se le rahe hain million time ziyada bara kaam le rahe hain mujh se.</w:t>
      </w:r>
    </w:p>
    <w:p>
      <w:pPr>
        <w:pStyle w:val="Heading2"/>
      </w:pPr>
      <w:r>
        <w:t>Doctor's appendix operation story — understanding without words</w:t>
      </w:r>
    </w:p>
    <w:p>
      <w:r>
        <w:rPr>
          <w:color w:val="666666"/>
          <w:sz w:val="18"/>
        </w:rPr>
        <w:t>Missionary Ethics May 4, 2006 Maulana Wahiduddin Khan · 5m 38s · at 24:18 · https://youtu.be/W4yIZa45gDw?t=1458</w:t>
      </w:r>
    </w:p>
    <w:p>
      <w:r>
        <w:rPr>
          <w:i/>
        </w:rPr>
        <w:t>“غالباً 1948 کا زمانہ تھا، اس وقت میں آذربائیجان میں تھا۔”</w:t>
      </w:r>
    </w:p>
    <w:p>
      <w:r>
        <w:rPr>
          <w:sz w:val="20"/>
        </w:rPr>
        <w:t>24:18  ghaliban 1948 ka zamana tha, us waqt main Azerbaijan mein tha to mere bade bhai Abdul Aziz Khan marhoom ko sham ko sakht dard hua pet mein.</w:t>
      </w:r>
      <w:r>
        <w:br/>
      </w:r>
      <w:r>
        <w:rPr>
          <w:sz w:val="20"/>
        </w:rPr>
        <w:t>24:39  bahut zyada dard pet mein hua</w:t>
      </w:r>
      <w:r>
        <w:br/>
      </w:r>
      <w:r>
        <w:rPr>
          <w:sz w:val="20"/>
        </w:rPr>
        <w:t>24:42  to us waqt wahan par ek jo district hospital tha, us mein surgeon the Anisuddin Ahmed, Doctor Anisuddin Ahmed.</w:t>
      </w:r>
      <w:r>
        <w:br/>
      </w:r>
      <w:r>
        <w:rPr>
          <w:sz w:val="20"/>
        </w:rPr>
        <w:t>24:56  un ko bulaya gaya, unhon ne dekhte hi kaha ke yeh to aap appendicitis ka case hai, is ka to operation hoga.</w:t>
      </w:r>
      <w:r>
        <w:br/>
      </w:r>
      <w:r>
        <w:rPr>
          <w:sz w:val="20"/>
        </w:rPr>
        <w:t>25:06  aap in ko foran Lucknow le jaiye, yeh raat ke waqt woh keh rahe hain hum se,</w:t>
      </w:r>
      <w:r>
        <w:br/>
      </w:r>
      <w:r>
        <w:rPr>
          <w:sz w:val="20"/>
        </w:rPr>
        <w:t>25:12  abhi le jaiye. to raaton raat safar kar ke hum pahunche phir Lucknow, lekin jo waqia hua woh batata hoon main aap ko. main un se baat kar raha tha to maine Doctor sahab se kaha ke appendix ka operation is zamane mein koi major operation nahi mana jata,</w:t>
      </w:r>
      <w:r>
        <w:br/>
      </w:r>
      <w:r>
        <w:rPr>
          <w:sz w:val="20"/>
        </w:rPr>
        <w:t>25:35  woh minor operation samjha jata hai. to aap Azam Garhi mein operation kar dijiye</w:t>
      </w:r>
      <w:r>
        <w:br/>
      </w:r>
      <w:r>
        <w:rPr>
          <w:sz w:val="20"/>
        </w:rPr>
        <w:t>25:42  , aap hum ko Lucknow kyun bhej rahe hain?</w:t>
      </w:r>
      <w:r>
        <w:br/>
      </w:r>
      <w:r>
        <w:rPr>
          <w:sz w:val="20"/>
        </w:rPr>
        <w:t>25:48  to unhon ne ek aisi baat kahi jis mein bada sabak tha.</w:t>
      </w:r>
      <w:r>
        <w:br/>
      </w:r>
      <w:r>
        <w:rPr>
          <w:sz w:val="20"/>
        </w:rPr>
        <w:t>25:54  unki yeh baat mujhe lafz ba lafz yaad hai.</w:t>
      </w:r>
      <w:r>
        <w:br/>
      </w:r>
      <w:r>
        <w:rPr>
          <w:sz w:val="20"/>
        </w:rPr>
        <w:t>25:57  dekhiye, aap yeh jante hain ke Doctor jab kisi mareez ko operation table par latata hai aur kuch cheer phad karta hai to us ko kai hand chahiye,</w:t>
      </w:r>
      <w:r>
        <w:br/>
      </w:r>
      <w:r>
        <w:rPr>
          <w:sz w:val="20"/>
        </w:rPr>
        <w:t>26:12  kai compounder chahiye. yeh log bohat ziyada tarbiyat yafta hotay hain, yani woh aisay ziyada tarbiyat yafta hotay hain ke kahe baghair baaton ko samajhein.</w:t>
      </w:r>
      <w:r>
        <w:br/>
      </w:r>
      <w:r>
        <w:rPr>
          <w:sz w:val="20"/>
        </w:rPr>
        <w:t>26:25  mislan doctor jo operation ka kaam karta hai to aik lamba kaam hota hai. pehle woh jaisay appendix ke operation mein pehle woh pait ko cheere ga, is ke baad pait ke andar se appendix ka jo aik chota sa tukra hota hai woh nikale ga, kaat kar ke.</w:t>
      </w:r>
      <w:r>
        <w:br/>
      </w:r>
      <w:r>
        <w:rPr>
          <w:sz w:val="20"/>
        </w:rPr>
        <w:t>26:43  nikalne ke baad ab is ko dobara is ko seena hai, jo pait chaak kiya tha us ko seena hai.</w:t>
      </w:r>
      <w:r>
        <w:br/>
      </w:r>
      <w:r>
        <w:rPr>
          <w:sz w:val="20"/>
        </w:rPr>
        <w:t>26:54  ab seene ke liye hota hai jo kehte hain ghaliban catgut, thread hoti hai jild ki.</w:t>
      </w:r>
      <w:r>
        <w:br/>
      </w:r>
      <w:r>
        <w:rPr>
          <w:sz w:val="20"/>
        </w:rPr>
        <w:t>27:07  yeh yeh threaden jis tarah aap kapra sente hain taake woh jild mein mil jaye</w:t>
      </w:r>
      <w:r>
        <w:br/>
      </w:r>
      <w:r>
        <w:rPr>
          <w:sz w:val="20"/>
        </w:rPr>
        <w:t>27:16  to sui mein is ko daal kar ke dena parta hai.</w:t>
      </w:r>
      <w:r>
        <w:br/>
      </w:r>
      <w:r>
        <w:rPr>
          <w:sz w:val="20"/>
        </w:rPr>
        <w:t>27:21  to jab doctor operation kar raha ho to kaichi ki zaroorat hai ya knife ki zaroorat hai to compounder wahan khara rehta hai, woh aik aik aik ke baad aik deta rehta hai.</w:t>
      </w:r>
      <w:r>
        <w:br/>
      </w:r>
      <w:r>
        <w:rPr>
          <w:sz w:val="20"/>
        </w:rPr>
        <w:t>27:31  is ko doctor bole ga nahi, apne aap woh deta rahe ga. to doctor sahib ne wazahat karte hue kaha ke farz kijiye ke hum hum ne pait cheera,</w:t>
      </w:r>
      <w:r>
        <w:br/>
      </w:r>
      <w:r>
        <w:rPr>
          <w:sz w:val="20"/>
        </w:rPr>
        <w:t>27:46  appendix nikala, sara kaam ho chuka,</w:t>
      </w:r>
      <w:r>
        <w:br/>
      </w:r>
      <w:r>
        <w:rPr>
          <w:sz w:val="20"/>
        </w:rPr>
        <w:t>27:50  ab hamein seena hai to hamein thread chahiye. ab agar hamara jo saathi hai, hamara jo compounder hamare saath khara hua hai to woh hum ko,</w:t>
      </w:r>
      <w:r>
        <w:br/>
      </w:r>
      <w:r>
        <w:rPr>
          <w:sz w:val="20"/>
        </w:rPr>
        <w:t>28:03  hum ko us waqt farz kijiye zaroorat hai bareek thread ki, woh hum ko sui mein mota thread daal kar dene lagay. to unhon ne kaha ke us waqt itna waqt nahi hota ke hum yeh kahein kar rahe ho bareek thread do.</w:t>
      </w:r>
      <w:r>
        <w:br/>
      </w:r>
      <w:r>
        <w:rPr>
          <w:sz w:val="20"/>
        </w:rPr>
        <w:t>28:21  unhon ne kaha ke woh to secondon ka maamla hota hai, aadmi jeene aur marne ke beech mein hota hai, zindagi aur maut ke beech mein hota hai insaan.</w:t>
      </w:r>
      <w:r>
        <w:br/>
      </w:r>
      <w:r>
        <w:rPr>
          <w:sz w:val="20"/>
        </w:rPr>
        <w:t>28:31  to hamein yeh waqt hota hai na ke bolein hum ke dekho bhai mota thread kyun diya diya, bareek bareek do.</w:t>
      </w:r>
      <w:r>
        <w:br/>
      </w:r>
      <w:r>
        <w:rPr>
          <w:sz w:val="20"/>
        </w:rPr>
        <w:t>28:42  to unhon ne kaha ke is ko batate hue ke mere saathi ko yeh jaanna chahiye ke mein aage kya karne wala hoon,</w:t>
      </w:r>
      <w:r>
        <w:br/>
      </w:r>
      <w:r>
        <w:rPr>
          <w:sz w:val="20"/>
        </w:rPr>
        <w:t>28:54  mere saathi ko yeh jaanna chahiye ke mein aage kya karne wala hoon. to jo log kahe baghair baaton ko jaanein, wohi mission mein apna kirdaar kar sakte hain.</w:t>
      </w:r>
      <w:r>
        <w:br/>
      </w:r>
      <w:r>
        <w:rPr>
          <w:sz w:val="20"/>
        </w:rPr>
        <w:t>29:12  jab aap bohat ziyada apne ko dedicate karte hain, usi ke baray mein sochte hain, apne zehan ko usi par laga dete hain, aap ka sara aap ka rohani fikr wohi mission ban jata hai.</w:t>
      </w:r>
      <w:r>
        <w:br/>
      </w:r>
      <w:r>
        <w:rPr>
          <w:sz w:val="20"/>
        </w:rPr>
        <w:t>29:27  to apne aap aisa hota hai ke aap kahe baghair baaton ko jaan lete hain.</w:t>
      </w:r>
    </w:p>
    <w:p>
      <w:pPr>
        <w:pStyle w:val="Heading2"/>
      </w:pPr>
      <w:r>
        <w:t>Masterstroke of destroying imperialism for science</w:t>
      </w:r>
    </w:p>
    <w:p>
      <w:r>
        <w:rPr>
          <w:color w:val="666666"/>
          <w:sz w:val="18"/>
        </w:rPr>
        <w:t>Religion and The Modern Age | February 26, 2006 | Maulana Wahidduin Khan · 5m 08s · at 14:19 · https://youtu.be/KJmEtnm_SpE?t=859</w:t>
      </w:r>
    </w:p>
    <w:p>
      <w:r>
        <w:rPr>
          <w:i/>
        </w:rPr>
        <w:t>“ماسٹر اسٹروک جس کا نتیجہ یہ ہوا کہ”</w:t>
      </w:r>
    </w:p>
    <w:p>
      <w:r>
        <w:rPr>
          <w:sz w:val="20"/>
        </w:rPr>
        <w:t>14:19  master stroke jis ka nateeja yeh hua ke absolute imperialism toot gaya aur history mein ek naya process jari hua. is ka culmination tha modern scientific era. yaani seventh century mein prophet ke companion ne, prophet ne aur aap ke companion ne jo master stroke kiya tha us waqt ke sys</w:t>
      </w:r>
      <w:r>
        <w:br/>
      </w:r>
      <w:r>
        <w:rPr>
          <w:sz w:val="20"/>
        </w:rPr>
        <w:t>14:49  tem par, jis se absolute imperialism toot gaya tha, ek naya process history mein jari hua tha. woh kya process tha? nature ko explore karna, nature ko uncover karna. woh sab bhang ho gaya. culmination isi aaj ka jo scientific revolution hai, isi culmination hai. lekin logon ko pata hi nahi.</w:t>
      </w:r>
      <w:r>
        <w:br/>
      </w:r>
      <w:r>
        <w:rPr>
          <w:sz w:val="20"/>
        </w:rPr>
        <w:t>15:19  logon ko pata hi nahin. kyon log masroof hain doosri cheezon mein? jab aap masroof hon doosri cheezon mein to asal point aap ki nigah se hat jayega. yeh baat jo main keh raha hoon, dekhiye, quran ki chapter number 41</w:t>
      </w:r>
      <w:r>
        <w:br/>
      </w:r>
      <w:r>
        <w:rPr>
          <w:sz w:val="20"/>
        </w:rPr>
        <w:t>15:51  , quran ke chapter number 41 mein ek verse hai: "sanureehim ayatina fil afaq wa fi anfusihim hatta yatabayyan al-haq". yeh iska translation hai. yaani future mein seventh century mein yeh ailaan kiya gaya ke future mein hum</w:t>
      </w:r>
      <w:r>
        <w:br/>
      </w:r>
      <w:r>
        <w:rPr>
          <w:sz w:val="20"/>
        </w:rPr>
        <w:t>16:21  , yaani Allah taala, hum dikhayenge logon ko nishaniyan universe mein aur human history mein taake logon par khul jaye ke quran is word of god. yeh thi khuda ki scheme. ab samjhiye ke khuda ki scheme kya thi?</w:t>
      </w:r>
      <w:r>
        <w:br/>
      </w:r>
      <w:r>
        <w:rPr>
          <w:sz w:val="20"/>
        </w:rPr>
        <w:t>16:53  jis ko main kehta hoon master stroke. aap un ki padhiye history mein. yeh woh log thay jin ki sacrifice ka yeh haal tha ke history mein koi doosri misaal nahin. unhon ne apni jaan ko jaan nahin samjha, apne maal ko maal nahin samjha, apne beta beti ko beta beti nahin samjha, apne ghar ko ghar nahin samjha.</w:t>
      </w:r>
      <w:r>
        <w:br/>
      </w:r>
      <w:r>
        <w:rPr>
          <w:sz w:val="20"/>
        </w:rPr>
        <w:t>17:24  sab kuch luta kar unhon ne ek sacrifice di. tab woh master stroke wajood mein aaya jis ne history mein ek naya process jari kiya. process. aur phir iska culmination tha yeh ke science ka revelation hua. science kya cheez hai? science koi musalmanon ne bohat dinon se samajh rakha hai ke science naam hai western culture ka, colonialism ka, george bush ke</w:t>
      </w:r>
      <w:r>
        <w:br/>
      </w:r>
      <w:r>
        <w:rPr>
          <w:sz w:val="20"/>
        </w:rPr>
        <w:t>17:55  exploitation ka. yeh sab jhooti baatein hain. science hai nature ko uncover karna. khuda ke creation mein jo khuda ki nishaniyan chupi hui thin, un ko uncover karna, un ko nikal kar bahar karna. ek yeh kaam hone mein hazar saal beet gaye, hazar saal. kyunke yeh ek historical process ke through hua yeh.</w:t>
      </w:r>
      <w:r>
        <w:br/>
      </w:r>
      <w:r>
        <w:rPr>
          <w:sz w:val="20"/>
        </w:rPr>
        <w:t>18:28  lekin jab yeh waqea ho gaya to kya hua? hamare logon ne ladai chhed di jo ladai aaj tak jari hai. to ladai ki wajah se kya hua? un ka focus hat gaya. focus jo tha bajaye quran ke apne qoumi jhagdon par chala gaya.</w:t>
      </w:r>
      <w:r>
        <w:br/>
      </w:r>
      <w:r>
        <w:rPr>
          <w:sz w:val="20"/>
        </w:rPr>
        <w:t>18:58  bajaye daao warq ke land par chala gaya. bajaye islami jo jo islam ke liye jo kaam karna tha, us ke bajaye ult gaye issues pe chala gaya. ab taqreeban 200 saal se saare musalman active hain in issueson mein. unhein pata hi nahin hai ke khuda ki scheme kya thi aur kis tarah is is ki aaj aakhri tor par mukammal ho chuki hai ke</w:t>
      </w:r>
    </w:p>
    <w:p>
      <w:pPr>
        <w:pStyle w:val="Heading2"/>
      </w:pPr>
      <w:r>
        <w:t>Learning wisdom through prolonged trials</w:t>
      </w:r>
    </w:p>
    <w:p>
      <w:r>
        <w:rPr>
          <w:color w:val="666666"/>
          <w:sz w:val="18"/>
        </w:rPr>
        <w:t>The Wisdom of Du'a March 31, 2018 · 4m 58s · at 5:44 · https://youtu.be/Uwre0tNF-yU?t=344</w:t>
      </w:r>
    </w:p>
    <w:p>
      <w:r>
        <w:rPr>
          <w:i/>
        </w:rPr>
        <w:t>“Der karne ka matlab kya hai?”</w:t>
      </w:r>
    </w:p>
    <w:p>
      <w:r>
        <w:rPr>
          <w:sz w:val="20"/>
        </w:rPr>
        <w:t>5:44  der karne ka matlab kya hai ke jab tak banda wisdom ko discover karta rehta hai, kyunke wisdom ek nahi hoti, wisdom to bohat hoti hai.</w:t>
      </w:r>
      <w:r>
        <w:br/>
      </w:r>
      <w:r>
        <w:rPr>
          <w:sz w:val="20"/>
        </w:rPr>
        <w:t>5:58  to banda jab tak</w:t>
      </w:r>
      <w:r>
        <w:br/>
      </w:r>
      <w:r>
        <w:rPr>
          <w:sz w:val="20"/>
        </w:rPr>
        <w:t>6:04  is ka saboot deta hai ke us ki discovery of wisdom abhi jaari hai, abhi jaari hai, abhi jaari hai, naya aspect, naya aspect woh discover kar raha hai,</w:t>
      </w:r>
      <w:r>
        <w:br/>
      </w:r>
      <w:r>
        <w:rPr>
          <w:sz w:val="20"/>
        </w:rPr>
        <w:t>6:19  to us ki museebat khatam nahi jaati.</w:t>
      </w:r>
      <w:r>
        <w:br/>
      </w:r>
      <w:r>
        <w:rPr>
          <w:sz w:val="20"/>
        </w:rPr>
        <w:t>6:26  is ka matlab yeh hai ke Allah ke haan dekha jaata hai sach, jis ko kehte hain saturation point.</w:t>
      </w:r>
      <w:r>
        <w:br/>
      </w:r>
      <w:r>
        <w:rPr>
          <w:sz w:val="20"/>
        </w:rPr>
        <w:t>6:37  saturation point. Yaani bande par jo museebat pari aur us se us ne positive response diya to dekha jaata hai ke kab us ke response ka saturation point aa gaya.</w:t>
      </w:r>
      <w:r>
        <w:br/>
      </w:r>
      <w:r>
        <w:rPr>
          <w:sz w:val="20"/>
        </w:rPr>
        <w:t>6:59  saturation point aa gaya, tab us ko khatam kiya jaata hai. Agar saturation point na aaye, na aaye, jaari rahe, jaari rahe to yaad rakhiye,</w:t>
      </w:r>
      <w:r>
        <w:br/>
      </w:r>
      <w:r>
        <w:rPr>
          <w:sz w:val="20"/>
        </w:rPr>
        <w:t>7:14  aakhir waqt tak museebat baqi rahegi, museebat khatam hi nahi hogi.</w:t>
      </w:r>
      <w:r>
        <w:br/>
      </w:r>
      <w:r>
        <w:rPr>
          <w:sz w:val="20"/>
        </w:rPr>
        <w:t>7:24  agar saturation point aa gaya, tab to museebat khatam. Agar saturation point nahi aaya to museebat jaari rahegi taake bande ka jo personality development hai,</w:t>
      </w:r>
      <w:r>
        <w:br/>
      </w:r>
      <w:r>
        <w:rPr>
          <w:sz w:val="20"/>
        </w:rPr>
        <w:t>7:40  woh aur aur zyada ho, aur zyada ho.</w:t>
      </w:r>
      <w:r>
        <w:br/>
      </w:r>
      <w:r>
        <w:rPr>
          <w:sz w:val="20"/>
        </w:rPr>
        <w:t>7:46  yeh bohat anokha maamla hai.</w:t>
      </w:r>
      <w:r>
        <w:br/>
      </w:r>
      <w:r>
        <w:rPr>
          <w:sz w:val="20"/>
        </w:rPr>
        <w:t>7:53  to dekhiye, asal cheez kya hai? Asal cheez ke yeh learning jo hai, learning of wisdom, is ki koi had nahi hai.</w:t>
      </w:r>
      <w:r>
        <w:br/>
      </w:r>
      <w:r>
        <w:rPr>
          <w:sz w:val="20"/>
        </w:rPr>
        <w:t>8:10  sky is the limit.</w:t>
      </w:r>
      <w:r>
        <w:br/>
      </w:r>
      <w:r>
        <w:rPr>
          <w:sz w:val="20"/>
        </w:rPr>
        <w:t>8:15  learning ki koi had nahi hai.</w:t>
      </w:r>
      <w:r>
        <w:br/>
      </w:r>
      <w:r>
        <w:rPr>
          <w:sz w:val="20"/>
        </w:rPr>
        <w:t>8:20  to yeh bhi aap jaante hain ke death par khatam ho jaati hai learning. Death aayi to learning khatam.</w:t>
      </w:r>
      <w:r>
        <w:br/>
      </w:r>
      <w:r>
        <w:rPr>
          <w:sz w:val="20"/>
        </w:rPr>
        <w:t>8:36  to aisa nahi ho sakta ke kisi ki learning jaari hai, us ka personality development continue hai, phir bhi us ko mauqa khatam kar diya jaaye, kyunke museebat to mauqa hai,</w:t>
      </w:r>
      <w:r>
        <w:br/>
      </w:r>
      <w:r>
        <w:rPr>
          <w:sz w:val="20"/>
        </w:rPr>
        <w:t>8:57  opportunity hai.</w:t>
      </w:r>
      <w:r>
        <w:br/>
      </w:r>
      <w:r>
        <w:rPr>
          <w:sz w:val="20"/>
        </w:rPr>
        <w:t>9:01  to</w:t>
      </w:r>
      <w:r>
        <w:br/>
      </w:r>
      <w:r>
        <w:rPr>
          <w:sz w:val="20"/>
        </w:rPr>
        <w:t>9:05  is hadees mein ek bohat bada message hai, woh yeh hai ke agar koi banda, us ki niyat achi hai, woh saleh hai,</w:t>
      </w:r>
      <w:r>
        <w:br/>
      </w:r>
      <w:r>
        <w:rPr>
          <w:sz w:val="20"/>
        </w:rPr>
        <w:t>9:24  pious hai, lekin woh dua kar raha hai, lekin us ki museebat khatam nahi ho rahi hai, to yeh bande ko chahiye ke woh positive way mein soche.</w:t>
      </w:r>
      <w:r>
        <w:br/>
      </w:r>
      <w:r>
        <w:rPr>
          <w:sz w:val="20"/>
        </w:rPr>
        <w:t>9:46  yaani woh yeh soche ke shayad abhi kuch aur wisdom baqi hai jo Allah Rabbul Aalameen chahta hai ke main is wisdom tak bhi pahunch jaaun.</w:t>
      </w:r>
      <w:r>
        <w:br/>
      </w:r>
      <w:r>
        <w:rPr>
          <w:sz w:val="20"/>
        </w:rPr>
        <w:t>10:04  yaani kuch wisdom to main ne le li hai, koi learning to main ne le li hai, lekin abhi kuch aur learning abhi baqi hai, baqi hai.</w:t>
      </w:r>
      <w:r>
        <w:br/>
      </w:r>
      <w:r>
        <w:rPr>
          <w:sz w:val="20"/>
        </w:rPr>
        <w:t>10:20  to bande ko yeh kehna chahiye ke Khuda hamein sabr ki tofeeq de.</w:t>
      </w:r>
      <w:r>
        <w:br/>
      </w:r>
      <w:r>
        <w:rPr>
          <w:sz w:val="20"/>
        </w:rPr>
        <w:t>10:30  yani mayusi mein nahi padna chahiye,</w:t>
      </w:r>
      <w:r>
        <w:br/>
      </w:r>
      <w:r>
        <w:rPr>
          <w:sz w:val="20"/>
        </w:rPr>
        <w:t>10:37  frustration mein nahi padna chahiye.</w:t>
      </w:r>
    </w:p>
    <w:p>
      <w:pPr>
        <w:pStyle w:val="Heading2"/>
      </w:pPr>
      <w:r>
        <w:t>Law enforcement, last question, disagreement as blessing</w:t>
      </w:r>
    </w:p>
    <w:p>
      <w:r>
        <w:rPr>
          <w:color w:val="666666"/>
          <w:sz w:val="18"/>
        </w:rPr>
        <w:t>Glow Tv Maulana Wahiduddin Khan discussing with Zain Khan, about the Ideology of Maulana Maududi · 4m 58s · at 14:04 · https://youtu.be/wVNhLUk_YS0?t=844</w:t>
      </w:r>
    </w:p>
    <w:p>
      <w:r>
        <w:rPr>
          <w:i/>
        </w:rPr>
        <w:t>“Nahi, nahi, woh bilkul ghalat hai yeh baat”</w:t>
      </w:r>
    </w:p>
    <w:p>
      <w:r>
        <w:rPr>
          <w:sz w:val="20"/>
        </w:rPr>
        <w:t>14:04  Nahi, nahi, woh, woh bilkul galat hai yeh baat.</w:t>
      </w:r>
      <w:r>
        <w:br/>
      </w:r>
      <w:r>
        <w:rPr>
          <w:sz w:val="20"/>
        </w:rPr>
        <w:t>14:07  Main ne is pe mazmoon likha hai Ibn Taymiyyah ke baray mein.</w:t>
      </w:r>
      <w:r>
        <w:br/>
      </w:r>
      <w:r>
        <w:rPr>
          <w:sz w:val="20"/>
        </w:rPr>
        <w:t>14:09  Aik baat main clear kar doon ke qanoon ko naafiz karna, yeh is ke do tasawwur hain.</w:t>
      </w:r>
      <w:r>
        <w:br/>
      </w:r>
      <w:r>
        <w:rPr>
          <w:sz w:val="20"/>
        </w:rPr>
        <w:t>14:17  Aik hai, aik muashra qaim hai, is muashray se aik state emerge karti hai, to us ki zimme</w:t>
      </w:r>
      <w:r>
        <w:br/>
      </w:r>
      <w:r>
        <w:rPr>
          <w:sz w:val="20"/>
        </w:rPr>
        <w:t>14:24  daari hogi ke woh</w:t>
      </w:r>
      <w:r>
        <w:br/>
      </w:r>
      <w:r>
        <w:rPr>
          <w:sz w:val="20"/>
        </w:rPr>
        <w:t>14:27  apne istita'at ke mutabiq qanoon ko naafiz kare.</w:t>
      </w:r>
      <w:r>
        <w:br/>
      </w:r>
      <w:r>
        <w:rPr>
          <w:sz w:val="20"/>
        </w:rPr>
        <w:t>14:30  Aur aik hai nishana, nasb ul ain.</w:t>
      </w:r>
      <w:r>
        <w:br/>
      </w:r>
      <w:r>
        <w:rPr>
          <w:sz w:val="20"/>
        </w:rPr>
        <w:t>14:33  To main jis ka munkir hoon woh yeh hai ke ummat e muslema ka nasb ul ain yeh nahi hai</w:t>
      </w:r>
      <w:r>
        <w:br/>
      </w:r>
      <w:r>
        <w:rPr>
          <w:sz w:val="20"/>
        </w:rPr>
        <w:t>14:38  ke Islami hukoomat qaim karna.</w:t>
      </w:r>
      <w:r>
        <w:br/>
      </w:r>
      <w:r>
        <w:rPr>
          <w:sz w:val="20"/>
        </w:rPr>
        <w:t>14:41  Is ka main munkir hoon.</w:t>
      </w:r>
      <w:r>
        <w:br/>
      </w:r>
      <w:r>
        <w:rPr>
          <w:sz w:val="20"/>
        </w:rPr>
        <w:t>14:43  Baaki agar koi Muslim muashra hai aur muashra tayyar bhi ho, tayyar bhi ho agar, tab aisa hoga</w:t>
      </w:r>
      <w:r>
        <w:br/>
      </w:r>
      <w:r>
        <w:rPr>
          <w:sz w:val="20"/>
        </w:rPr>
        <w:t>14:50  ke Islam ke woh qawaneen jo is muashray mein</w:t>
      </w:r>
      <w:r>
        <w:br/>
      </w:r>
      <w:r>
        <w:rPr>
          <w:sz w:val="20"/>
        </w:rPr>
        <w:t>14:55  qabil e intibaq hon, is ka, is par amal kiya jayega.</w:t>
      </w:r>
      <w:r>
        <w:br/>
      </w:r>
      <w:r>
        <w:rPr>
          <w:sz w:val="20"/>
        </w:rPr>
        <w:t>14:59  Main aap ko aik hawala deta hoon sahih Bukhari ka.</w:t>
      </w:r>
      <w:r>
        <w:br/>
      </w:r>
      <w:r>
        <w:rPr>
          <w:sz w:val="20"/>
        </w:rPr>
        <w:t>15:02  Bukhari mein Hazrat Aisha ki aik riwayat hai ke Islam mein pehle woh ayat utri "fiha zikr al jannat</w:t>
      </w:r>
      <w:r>
        <w:br/>
      </w:r>
      <w:r>
        <w:rPr>
          <w:sz w:val="20"/>
        </w:rPr>
        <w:t>15:10  wal nar". Is mein</w:t>
      </w:r>
      <w:r>
        <w:br/>
      </w:r>
      <w:r>
        <w:rPr>
          <w:sz w:val="20"/>
        </w:rPr>
        <w:t>15:13  jahannum ka aur jannat ka tazkira tha.</w:t>
      </w:r>
      <w:r>
        <w:br/>
      </w:r>
      <w:r>
        <w:rPr>
          <w:sz w:val="20"/>
        </w:rPr>
        <w:t>15:15  Yahan tak ke jab logon ke dilo mein amadagi aa gayi, un ka dil qabool karne ke liye</w:t>
      </w:r>
      <w:r>
        <w:br/>
      </w:r>
      <w:r>
        <w:rPr>
          <w:sz w:val="20"/>
        </w:rPr>
        <w:t>15:20  tayyar ho gaya, to farmati hain ke is ke baad utra ke zina chhod do aur sharab chhod</w:t>
      </w:r>
      <w:r>
        <w:br/>
      </w:r>
      <w:r>
        <w:rPr>
          <w:sz w:val="20"/>
        </w:rPr>
        <w:t>15:26  do. To woh kehti hain ke agar is se pehle utarta,</w:t>
      </w:r>
      <w:r>
        <w:br/>
      </w:r>
      <w:r>
        <w:rPr>
          <w:sz w:val="20"/>
        </w:rPr>
        <w:t>15:30  is se pehle utarta to log kehte ke "la nad'u az zina abadan, la nad'u al khamr abadan".</w:t>
      </w:r>
      <w:r>
        <w:br/>
      </w:r>
      <w:r>
        <w:rPr>
          <w:sz w:val="20"/>
        </w:rPr>
        <w:t>15:37  Hum to kabhi bhi zina nahi chhodenge, hum to kabhi bhi sharab nahi piyenge.</w:t>
      </w:r>
      <w:r>
        <w:br/>
      </w:r>
      <w:r>
        <w:rPr>
          <w:sz w:val="20"/>
        </w:rPr>
        <w:t>15:41  is ka ma'ni hai ke pehle ma'ashre ko tayyar karna hai, na ke nishana bana kar hukoomat ke</w:t>
      </w:r>
      <w:r>
        <w:br/>
      </w:r>
      <w:r>
        <w:rPr>
          <w:sz w:val="20"/>
        </w:rPr>
        <w:t>15:46  toor phor karna.</w:t>
      </w:r>
      <w:r>
        <w:br/>
      </w:r>
      <w:r>
        <w:rPr>
          <w:sz w:val="20"/>
        </w:rPr>
        <w:t>15:48  Syed Qutb ne, Maulana Maududi ne jo kiya, nishana bana kar ke hukoomaton se takraye woh, ke hukoomaton</w:t>
      </w:r>
      <w:r>
        <w:br/>
      </w:r>
      <w:r>
        <w:rPr>
          <w:sz w:val="20"/>
        </w:rPr>
        <w:t>15:54  ko constitution kar ke un ke upar khud qaboo mein Islam ka qanoon nafiz kar dain.</w:t>
      </w:r>
      <w:r>
        <w:br/>
      </w:r>
      <w:r>
        <w:rPr>
          <w:sz w:val="20"/>
        </w:rPr>
        <w:t>15:59  yeh har giz, har giz Islam mein nahi hai.</w:t>
      </w:r>
      <w:r>
        <w:br/>
      </w:r>
      <w:r>
        <w:rPr>
          <w:sz w:val="20"/>
        </w:rPr>
        <w:t>16:01  dekhiye, main aap ko arz karna chahta hoon ke aap Imam Nawawi ki woh jo sharah Muslim hai,</w:t>
      </w:r>
      <w:r>
        <w:br/>
      </w:r>
      <w:r>
        <w:rPr>
          <w:sz w:val="20"/>
        </w:rPr>
        <w:t>16:08  use parhiye. Is mein woh kehte hain ke</w:t>
      </w:r>
      <w:r>
        <w:br/>
      </w:r>
      <w:r>
        <w:rPr>
          <w:sz w:val="20"/>
        </w:rPr>
        <w:t>16:12  Islam mein khurooj haram hai.</w:t>
      </w:r>
      <w:r>
        <w:br/>
      </w:r>
      <w:r>
        <w:rPr>
          <w:sz w:val="20"/>
        </w:rPr>
        <w:t>16:15  yani ek established hukoomat hai, us ke sath aap baghavat nahi kar sakte.</w:t>
      </w:r>
      <w:r>
        <w:br/>
      </w:r>
      <w:r>
        <w:rPr>
          <w:sz w:val="20"/>
        </w:rPr>
        <w:t>16:20  Is mein woh likhte hain ke agar aap ko ikhtilaf hai hukoomat se to "fa baini wa bainah".</w:t>
      </w:r>
      <w:r>
        <w:br/>
      </w:r>
      <w:r>
        <w:rPr>
          <w:sz w:val="20"/>
        </w:rPr>
        <w:t>16:26  yani us se apart le kar ke person to person baat karein aap.</w:t>
      </w:r>
      <w:r>
        <w:br/>
      </w:r>
      <w:r>
        <w:rPr>
          <w:sz w:val="20"/>
        </w:rPr>
        <w:t>16:31  "wa amr al-khurooj alaihim fa haram bij ba al-muslimeen".</w:t>
      </w:r>
      <w:r>
        <w:br/>
      </w:r>
      <w:r>
        <w:rPr>
          <w:sz w:val="20"/>
        </w:rPr>
        <w:t>16:36  "wa in kanoo fasqo wa in kanoo zaleemeen".</w:t>
      </w:r>
      <w:r>
        <w:br/>
      </w:r>
      <w:r>
        <w:rPr>
          <w:sz w:val="20"/>
        </w:rPr>
        <w:t>16:38  Aur jahan tak khurooj ka ta'alluq hai, baghavat ka ta'alluq hai, woh haram hai Islam mein.</w:t>
      </w:r>
      <w:r>
        <w:br/>
      </w:r>
      <w:r>
        <w:rPr>
          <w:sz w:val="20"/>
        </w:rPr>
        <w:t>16:43  To main kehta hoon ke Syed Qutb ne Misr mein, Maulana Maududi ne Pakistan mein wohi fa'al kiya</w:t>
      </w:r>
      <w:r>
        <w:br/>
      </w:r>
      <w:r>
        <w:rPr>
          <w:sz w:val="20"/>
        </w:rPr>
        <w:t>16:48  jo haram tha Islam mein, hukoomat se takrana.</w:t>
      </w:r>
      <w:r>
        <w:br/>
      </w:r>
      <w:r>
        <w:rPr>
          <w:sz w:val="20"/>
        </w:rPr>
        <w:t>16:53  Is mein bohat kuch likha hai maine, aap parh sakte hain meri kitabon mein.</w:t>
      </w:r>
      <w:r>
        <w:br/>
      </w:r>
      <w:r>
        <w:rPr>
          <w:sz w:val="20"/>
        </w:rPr>
        <w:t>16:57  Maulana sahib, aakhri sawal aap se. Aap ka ikhtilaf rai hai Maulana Maududi ke saath, kaafi ulama ka aapas mein. Aap ki rai mein ek achhe musalman ka kya ravaiyya hona chahiye ikhtilaf rai ke upar?</w:t>
      </w:r>
      <w:r>
        <w:br/>
      </w:r>
      <w:r>
        <w:rPr>
          <w:sz w:val="20"/>
        </w:rPr>
        <w:t>17:12  ? Dekhiye, ikhtilaf-e-rai ko main ek blessing samajhta hoon, nemat.</w:t>
      </w:r>
      <w:r>
        <w:br/>
      </w:r>
      <w:r>
        <w:rPr>
          <w:sz w:val="20"/>
        </w:rPr>
        <w:t>17:18  Hadees mein aata hai ke "ikhtilaf ummati rahmat".</w:t>
      </w:r>
      <w:r>
        <w:br/>
      </w:r>
      <w:r>
        <w:rPr>
          <w:sz w:val="20"/>
        </w:rPr>
        <w:t>17:22  Meri ummat ka ikhtilaf rehmat hai.</w:t>
      </w:r>
      <w:r>
        <w:br/>
      </w:r>
      <w:r>
        <w:rPr>
          <w:sz w:val="20"/>
        </w:rPr>
        <w:t>17:26  To ikhtilaf ko main ek positive sense mein leta hoon, yani reason ke silsile mein.</w:t>
      </w:r>
      <w:r>
        <w:br/>
      </w:r>
      <w:r>
        <w:rPr>
          <w:sz w:val="20"/>
        </w:rPr>
        <w:t>17:31  Ke jab bhi</w:t>
      </w:r>
      <w:r>
        <w:br/>
      </w:r>
      <w:r>
        <w:rPr>
          <w:sz w:val="20"/>
        </w:rPr>
        <w:t>17:35  kisi ko kisi aur dhang se woh soch raha ho, us ki ek alag rai ho, us ko</w:t>
      </w:r>
      <w:r>
        <w:br/>
      </w:r>
      <w:r>
        <w:rPr>
          <w:sz w:val="20"/>
        </w:rPr>
        <w:t>17:40  chahiye ke woh apni rai ko pesh kare, us par discussion ho, aur us par intellectual exchange ho.</w:t>
      </w:r>
      <w:r>
        <w:br/>
      </w:r>
      <w:r>
        <w:rPr>
          <w:sz w:val="20"/>
        </w:rPr>
        <w:t>17:47  Yeh hota tha Rasool Allah ke zamane mein, Sahaba ke zamane mein.</w:t>
      </w:r>
      <w:r>
        <w:br/>
      </w:r>
      <w:r>
        <w:rPr>
          <w:sz w:val="20"/>
        </w:rPr>
        <w:t>17:50  kabhi bhi aisa nahi tha rasool Allah aur sahaba aur tabeen ke zamanay mein ke ikhtilaf e rai ko</w:t>
      </w:r>
      <w:r>
        <w:br/>
      </w:r>
      <w:r>
        <w:rPr>
          <w:sz w:val="20"/>
        </w:rPr>
        <w:t>17:56  bara mana jata.</w:t>
      </w:r>
      <w:r>
        <w:br/>
      </w:r>
      <w:r>
        <w:rPr>
          <w:sz w:val="20"/>
        </w:rPr>
        <w:t>17:58  اختلاف رائے کو ہمیشہ invite کیا جاتا تھا۔</w:t>
      </w:r>
      <w:r>
        <w:br/>
      </w:r>
      <w:r>
        <w:rPr>
          <w:sz w:val="20"/>
        </w:rPr>
        <w:t>18:02  balkay mein kaha karta hoon ke khud Allah taala ne is ka aik example set kiya.</w:t>
      </w:r>
      <w:r>
        <w:br/>
      </w:r>
      <w:r>
        <w:rPr>
          <w:sz w:val="20"/>
        </w:rPr>
        <w:t>18:08  aap jantay hain Quran mein bataya gaya hai ke Allah taala ne jab Adam ko paida kiya to</w:t>
      </w:r>
      <w:r>
        <w:br/>
      </w:r>
      <w:r>
        <w:rPr>
          <w:sz w:val="20"/>
        </w:rPr>
        <w:t>18:16  firishton ko aik shakk hua jis ko hum ikhtilaf e rai keh saktay hain.</w:t>
      </w:r>
      <w:r>
        <w:br/>
      </w:r>
      <w:r>
        <w:rPr>
          <w:sz w:val="20"/>
        </w:rPr>
        <w:t>18:21  unhon ne kaha ke "atajalu fiha ma yusdiha wa yashfiqu al-dimaa".</w:t>
      </w:r>
      <w:r>
        <w:br/>
      </w:r>
      <w:r>
        <w:rPr>
          <w:sz w:val="20"/>
        </w:rPr>
        <w:t>18:27  yeh wazeh tor par aik ikhtilaf e rai ki baat thi, yeh dissent ki baat thi.</w:t>
      </w:r>
      <w:r>
        <w:br/>
      </w:r>
      <w:r>
        <w:rPr>
          <w:sz w:val="20"/>
        </w:rPr>
        <w:t>18:31  to Allah taala ne un ko daanta nahi, Allah taala ne un ko condemn nahi kiya, balkay is</w:t>
      </w:r>
      <w:r>
        <w:br/>
      </w:r>
      <w:r>
        <w:rPr>
          <w:sz w:val="20"/>
        </w:rPr>
        <w:t>18:36  ko explain kiya.</w:t>
      </w:r>
      <w:r>
        <w:br/>
      </w:r>
      <w:r>
        <w:rPr>
          <w:sz w:val="20"/>
        </w:rPr>
        <w:t>18:39  to woh Allah aur firishton ke darmiyan aik qisam ka tabadul e khayal tha, intellectual exchange tha, discussion tha.</w:t>
      </w:r>
      <w:r>
        <w:br/>
      </w:r>
      <w:r>
        <w:rPr>
          <w:sz w:val="20"/>
        </w:rPr>
        <w:t>18:46  to mein samajhta hoon ke Allah taala ne khud is ka aik example set kiya ke ikhtilaf ko</w:t>
      </w:r>
      <w:r>
        <w:br/>
      </w:r>
      <w:r>
        <w:rPr>
          <w:sz w:val="20"/>
        </w:rPr>
        <w:t>18:51  bara mat mano, ikhtilaf ko positive sense mein lo.</w:t>
      </w:r>
      <w:r>
        <w:br/>
      </w:r>
      <w:r>
        <w:rPr>
          <w:sz w:val="20"/>
        </w:rPr>
        <w:t>18:55  kyun ke ikhtilaf se baatein aur clear hoti hain, ikhtilaf se intellectual development hota hai, ikhtilaf se ilmi taraqqi</w:t>
      </w:r>
      <w:r>
        <w:br/>
      </w:r>
      <w:r>
        <w:rPr>
          <w:sz w:val="20"/>
        </w:rPr>
        <w:t>19:01  hoti</w:t>
      </w:r>
      <w:r>
        <w:br/>
      </w:r>
      <w:r>
        <w:rPr>
          <w:sz w:val="20"/>
        </w:rPr>
        <w:t>19:02  Thank you so much Maulana sahib for being on our show. Aap ka bohat bohat shukriya, aap ne hamare liye waqt nikala. Main dobara aap ka shukriya ada karta hoon ke aap ne mujhe yeh mauqa diya. Allah taala aap ko jazaye khair de aur main is ko aap ki taraf se ek ta'awun samajhta hoon apne mission mein. Aur aap ke is ta'awun ke liye main dua karta hoon ke Allah taala aap ko jazaye khair ata farmaye.</w:t>
      </w:r>
    </w:p>
    <w:p>
      <w:pPr>
        <w:pStyle w:val="Heading2"/>
      </w:pPr>
      <w:r>
        <w:t>Full explanation of tafaqquh: deep understanding and receiving divine inspiration</w:t>
      </w:r>
    </w:p>
    <w:p>
      <w:r>
        <w:rPr>
          <w:color w:val="666666"/>
          <w:sz w:val="18"/>
        </w:rPr>
        <w:t>Deep Thinking April 3, 2014 Maulana Wahiduddin Khan · 5m 34s · at 1:35 · https://youtu.be/1DvZY_4ddps?t=95</w:t>
      </w:r>
    </w:p>
    <w:p>
      <w:r>
        <w:rPr>
          <w:i/>
        </w:rPr>
        <w:t>“Is hadees mein bataya gaya hai gehri samajh ka raaz”</w:t>
      </w:r>
    </w:p>
    <w:p>
      <w:r>
        <w:rPr>
          <w:sz w:val="20"/>
        </w:rPr>
        <w:t>1:35  is hadees-e-Rasool mein</w:t>
      </w:r>
      <w:r>
        <w:br/>
      </w:r>
      <w:r>
        <w:rPr>
          <w:sz w:val="20"/>
        </w:rPr>
        <w:t>1:42  bataya gaya hai ke Allah taala jis ke liye khair ka faisla farmata hai,</w:t>
      </w:r>
      <w:r>
        <w:br/>
      </w:r>
      <w:r>
        <w:rPr>
          <w:sz w:val="20"/>
        </w:rPr>
        <w:t>1:51  us ko tafaqquh de deta hai.</w:t>
      </w:r>
      <w:r>
        <w:br/>
      </w:r>
      <w:r>
        <w:rPr>
          <w:sz w:val="20"/>
        </w:rPr>
        <w:t>2:01  tafaqquh ke ma'ni hote hain to understand, samajhna, lekin tafaqquh saada taur par samajhne ke ma'ni mein nahi hai, yeh gehri samajh ke ma'ni mein hai,</w:t>
      </w:r>
      <w:r>
        <w:br/>
      </w:r>
      <w:r>
        <w:rPr>
          <w:sz w:val="20"/>
        </w:rPr>
        <w:t>2:15  yani deep thinking.</w:t>
      </w:r>
      <w:r>
        <w:br/>
      </w:r>
      <w:r>
        <w:rPr>
          <w:sz w:val="20"/>
        </w:rPr>
        <w:t>2:21  Deep thinking bohat bari Allah taala ki rehmat hai. To is hadith mein bataya gaya hai ke jis ko Allah taala</w:t>
      </w:r>
      <w:r>
        <w:br/>
      </w:r>
      <w:r>
        <w:rPr>
          <w:sz w:val="20"/>
        </w:rPr>
        <w:t>2:34  jis ke liye khair ka faisla farmata hai, to us ko gehri soch de deta hai, deep thinking de deta hai. Dekhein, is dunya mein hum rehte hain to tarah tarah ki baatein pesh aati hain.</w:t>
      </w:r>
      <w:r>
        <w:br/>
      </w:r>
      <w:r>
        <w:rPr>
          <w:sz w:val="20"/>
        </w:rPr>
        <w:t>2:46  Zyada tar log cheezon ko face value par le lete hain,</w:t>
      </w:r>
      <w:r>
        <w:br/>
      </w:r>
      <w:r>
        <w:rPr>
          <w:sz w:val="20"/>
        </w:rPr>
        <w:t>2:51  face value par, yani cheezon ko bazahir jaisa dekhte hain, wahi samajh lete hain. Yeh deep thinking nahi hai, yeh gehri samajh ki baat nahi hai.</w:t>
      </w:r>
      <w:r>
        <w:br/>
      </w:r>
      <w:r>
        <w:rPr>
          <w:sz w:val="20"/>
        </w:rPr>
        <w:t>3:03  Gehri samajh yeh hai ke zahiri halaat se guzar kar aap andar tak sochen aur</w:t>
      </w:r>
      <w:r>
        <w:br/>
      </w:r>
      <w:r>
        <w:rPr>
          <w:sz w:val="20"/>
        </w:rPr>
        <w:t>3:16  saare pehluon ko</w:t>
      </w:r>
      <w:r>
        <w:br/>
      </w:r>
      <w:r>
        <w:rPr>
          <w:sz w:val="20"/>
        </w:rPr>
        <w:t>3:22  daryaft kar ke gehrai tak pahunch kar faisla karen.</w:t>
      </w:r>
      <w:r>
        <w:br/>
      </w:r>
      <w:r>
        <w:rPr>
          <w:sz w:val="20"/>
        </w:rPr>
        <w:t>3:29  Yeh hai tafaqquh.</w:t>
      </w:r>
      <w:r>
        <w:br/>
      </w:r>
      <w:r>
        <w:rPr>
          <w:sz w:val="20"/>
        </w:rPr>
        <w:t>3:32  Tafaqquh ka talluq secular mamle se bhi hai aur mazhabi mamle se bhi hai.</w:t>
      </w:r>
      <w:r>
        <w:br/>
      </w:r>
      <w:r>
        <w:rPr>
          <w:sz w:val="20"/>
        </w:rPr>
        <w:t>3:42  Is dunya mein wahi log sahih rai kaam kar paate hain jin ke andar tafaqquh ho,</w:t>
      </w:r>
      <w:r>
        <w:br/>
      </w:r>
      <w:r>
        <w:rPr>
          <w:sz w:val="20"/>
        </w:rPr>
        <w:t>3:51  yani cheezon ko face value par na len balkeh</w:t>
      </w:r>
      <w:r>
        <w:br/>
      </w:r>
      <w:r>
        <w:rPr>
          <w:sz w:val="20"/>
        </w:rPr>
        <w:t>3:58  gehrai ke sath ghaur kar ke</w:t>
      </w:r>
      <w:r>
        <w:br/>
      </w:r>
      <w:r>
        <w:rPr>
          <w:sz w:val="20"/>
        </w:rPr>
        <w:t>4:02  baaton ka matlab nikalen.</w:t>
      </w:r>
      <w:r>
        <w:br/>
      </w:r>
      <w:r>
        <w:rPr>
          <w:sz w:val="20"/>
        </w:rPr>
        <w:t>4:08  Ayub ne farmaya ke main to qasim hoon, dene wala Allah hai. Yeh kisi mysterious maani mein nahi hai.</w:t>
      </w:r>
      <w:r>
        <w:br/>
      </w:r>
      <w:r>
        <w:rPr>
          <w:sz w:val="20"/>
        </w:rPr>
        <w:t>4:17  Yeh wahi cheez ko ulma kehte hain ke aap ka jo kalam hota tha Quran ke ilawa, woh wahi ghair matloob hota tha. Wohi isi maani mein hai</w:t>
      </w:r>
      <w:r>
        <w:br/>
      </w:r>
      <w:r>
        <w:rPr>
          <w:sz w:val="20"/>
        </w:rPr>
        <w:t>4:30  ke jo kuch aap bolte hain, jis ko hum aaj hadith kehte hain, woh kya hai? Woh wahi ghair matloob hai. Bas aur koi is ke baad mysterious maani nahi hain is ke.</w:t>
      </w:r>
      <w:r>
        <w:br/>
      </w:r>
      <w:r>
        <w:rPr>
          <w:sz w:val="20"/>
        </w:rPr>
        <w:t>4:45  Yani Allah ki taraf se mujhe yeh special aata hai, yeh farmaya aap ne. Allah ki taraf se mujhe ilham hoti hain baatein, yeh farmaya aap ne, aur phir main logon ko batata hoon.</w:t>
      </w:r>
      <w:r>
        <w:br/>
      </w:r>
      <w:r>
        <w:rPr>
          <w:sz w:val="20"/>
        </w:rPr>
        <w:t>5:02  To is ka matlab yeh bhi hua ke Rasool Allah ka jo kalam hai, us ko hum sirf ek insan ka kalam na samjhen balkeh samjhen ke woh that is a</w:t>
      </w:r>
      <w:r>
        <w:br/>
      </w:r>
      <w:r>
        <w:rPr>
          <w:sz w:val="20"/>
        </w:rPr>
        <w:t>5:18  yani that was inspired from God. Woh Allah ki taraf se ilham kiya gaya tha aap ko. To woh wahi ghair matloob hai.</w:t>
      </w:r>
      <w:r>
        <w:br/>
      </w:r>
      <w:r>
        <w:rPr>
          <w:sz w:val="20"/>
        </w:rPr>
        <w:t>5:33  Yeh bohat hi zyada yeh bhi yeh baat samjhen ke wahi ghair matloob jo hai, woh sirf Rasool Allah ki sifat thi. Haqeeqat yeh hai ke wahi ghair matloob darja badarja doosre insanon ko bhi milti hai.</w:t>
      </w:r>
      <w:r>
        <w:br/>
      </w:r>
      <w:r>
        <w:rPr>
          <w:sz w:val="20"/>
        </w:rPr>
        <w:t>5:49  Is ka saboot yeh hai ke hadith mein aata hai ke insanon mein kuch muhaddath hote hain. To muhaddath wahi to hai jis ko hum mulham mante hain.</w:t>
      </w:r>
      <w:r>
        <w:br/>
      </w:r>
      <w:r>
        <w:rPr>
          <w:sz w:val="20"/>
        </w:rPr>
        <w:t>6:02  Yani Rasool Allah mulham the, aap par baatein alqaa ki jati thin. Aise hi kuch log hote hain al-iman mein jo muhaddath hote hain, yani Allah un se kalam karta hai.</w:t>
      </w:r>
      <w:r>
        <w:br/>
      </w:r>
      <w:r>
        <w:rPr>
          <w:sz w:val="20"/>
        </w:rPr>
        <w:t>6:16  Kalam karne ka maani yahi hai ke un par Allah ka inspiration aata hai.</w:t>
      </w:r>
      <w:r>
        <w:br/>
      </w:r>
      <w:r>
        <w:rPr>
          <w:sz w:val="20"/>
        </w:rPr>
        <w:t>6:25  Woh Allah ka inspiration receive karte hain. Is maani mein hai yeh</w:t>
      </w:r>
      <w:r>
        <w:br/>
      </w:r>
      <w:r>
        <w:rPr>
          <w:sz w:val="20"/>
        </w:rPr>
        <w:t>6:35  keh hadith jo hai, is baat ki talqeen karti hai keh hum ko chahiye keh hum Allah ki qurbat talash karein,</w:t>
      </w:r>
      <w:r>
        <w:br/>
      </w:r>
      <w:r>
        <w:rPr>
          <w:sz w:val="20"/>
        </w:rPr>
        <w:t>6:49  Allah se duaen karein,</w:t>
      </w:r>
      <w:r>
        <w:br/>
      </w:r>
      <w:r>
        <w:rPr>
          <w:sz w:val="20"/>
        </w:rPr>
        <w:t>6:54  Allah ki baaton ko le kar ghore o fikr karein.</w:t>
      </w:r>
      <w:r>
        <w:br/>
      </w:r>
      <w:r>
        <w:rPr>
          <w:sz w:val="20"/>
        </w:rPr>
        <w:t>6:58  is tarah se apne andar woh zehan develop karein jo Allah ka ilham wasool karne ke qabil ho jaye.</w:t>
      </w:r>
    </w:p>
    <w:p>
      <w:pPr>
        <w:pStyle w:val="Heading2"/>
      </w:pPr>
      <w:r>
        <w:t>Mother's story and brothers success</w:t>
      </w:r>
    </w:p>
    <w:p>
      <w:r>
        <w:rPr>
          <w:color w:val="666666"/>
          <w:sz w:val="18"/>
        </w:rPr>
        <w:t>How to Remove Tension February 11, 2007 Maulana Wahiduddin Khan · 5m 50s · at 20:03 · https://youtu.be/_PB2YOm8cV8?t=1203</w:t>
      </w:r>
    </w:p>
    <w:p>
      <w:r>
        <w:rPr>
          <w:i/>
        </w:rPr>
        <w:t>“Ab main aapko doosri misaal deta hoon”</w:t>
      </w:r>
    </w:p>
    <w:p>
      <w:r>
        <w:rPr>
          <w:sz w:val="20"/>
        </w:rPr>
        <w:t>20:03  mujhe kam shirkat karte hain. to depression hua aur apne aap ko khwamkhwah maar dala. ab mein aap ko doosri misaal deta hoon apni walida ka.</w:t>
      </w:r>
      <w:r>
        <w:br/>
      </w:r>
      <w:r>
        <w:rPr>
          <w:sz w:val="20"/>
        </w:rPr>
        <w:t>20:18  meri walida jo thin log sab log kehte the ke bohat khoobsoorat thin woh. aur hamare baap bohat mante the un ko.</w:t>
      </w:r>
      <w:r>
        <w:br/>
      </w:r>
      <w:r>
        <w:rPr>
          <w:sz w:val="20"/>
        </w:rPr>
        <w:t>20:27  abhi woh zyada umar nahi hui thi un ki. ke december unees so chhappan mein mere baap ka inteqal ho gaya.</w:t>
      </w:r>
      <w:r>
        <w:br/>
      </w:r>
      <w:r>
        <w:rPr>
          <w:sz w:val="20"/>
        </w:rPr>
        <w:t>20:40  december unees so chhappan mein.</w:t>
      </w:r>
      <w:r>
        <w:br/>
      </w:r>
      <w:r>
        <w:rPr>
          <w:sz w:val="20"/>
        </w:rPr>
        <w:t>20:45  to abhi un ki umar itni zyada nahi thi. rishte aate the un ke doosri shadi ke liye. lekin un ke paas paanch bachhe the. hum log jo the paanch bachhe.</w:t>
      </w:r>
      <w:r>
        <w:br/>
      </w:r>
      <w:r>
        <w:rPr>
          <w:sz w:val="20"/>
        </w:rPr>
        <w:t>20:54  do behnein, teen bhai. to unhon ne yeh faisla kiya ke mujhe doosri shadi nahi karna hai. kyunke in bachhon ko mujhe paalna hai.</w:t>
      </w:r>
      <w:r>
        <w:br/>
      </w:r>
      <w:r>
        <w:rPr>
          <w:sz w:val="20"/>
        </w:rPr>
        <w:t>21:04  lekin masla kya tha?</w:t>
      </w:r>
      <w:r>
        <w:br/>
      </w:r>
      <w:r>
        <w:rPr>
          <w:sz w:val="20"/>
        </w:rPr>
        <w:t>21:07  ke baap ke marne ke baad</w:t>
      </w:r>
      <w:r>
        <w:br/>
      </w:r>
      <w:r>
        <w:rPr>
          <w:sz w:val="20"/>
        </w:rPr>
        <w:t>21:12  aap logon ko ek baat ka pata nahi hoga ke zarai zamane mein kya hota tha hamare gaon mein. ke sab kuch base karta tha zameen par.</w:t>
      </w:r>
      <w:r>
        <w:br/>
      </w:r>
      <w:r>
        <w:rPr>
          <w:sz w:val="20"/>
        </w:rPr>
        <w:t>21:21  to zameen ko log girift kiya karte thay. ab zameen ki ahmiyat number do par chali gayi hai. ab log karobar mein, sanat mein aur naukri mein yahan wahan milian chezen khuli hui hain aap paisa kama sakte hain ja kar ke</w:t>
      </w:r>
      <w:r>
        <w:br/>
      </w:r>
      <w:r>
        <w:rPr>
          <w:sz w:val="20"/>
        </w:rPr>
        <w:t>21:35  wahan. kyunke pehle to sirf ek hi cheez thi zameen bas. to sara jhagda hota tha zameen ke upar le kar ke. koi aur logon ko dikhai nahi padta tha zariya aamdani.</w:t>
      </w:r>
      <w:r>
        <w:br/>
      </w:r>
      <w:r>
        <w:rPr>
          <w:sz w:val="20"/>
        </w:rPr>
        <w:t>21:45  to kya hua ke hamare baap jab mare to sari hamari zameen aur bagh aur yeh sab logon ne le liya. hamari maan jo hai un ko ek jagah de di jo hospital, istbal thi yani wahan ghoda rehta tha.</w:t>
      </w:r>
      <w:r>
        <w:br/>
      </w:r>
      <w:r>
        <w:rPr>
          <w:sz w:val="20"/>
        </w:rPr>
        <w:t>22:03  h</w:t>
      </w:r>
      <w:r>
        <w:br/>
      </w:r>
      <w:r>
        <w:rPr>
          <w:sz w:val="20"/>
        </w:rPr>
        <w:t>22:04  mare ghorey paley rehte thay to woh ghoda wahan rehta tha. to kafi bara compound tha wohi de diya rani ke liye. to hum log ghar ki bajaye istbal bhi rakh le.</w:t>
      </w:r>
      <w:r>
        <w:br/>
      </w:r>
      <w:r>
        <w:rPr>
          <w:sz w:val="20"/>
        </w:rPr>
        <w:t>22:16  ab dekhen ke meri maan jo hai khudkushi kar sakti thi ya doosri shadi kar leti hai hum log bilkul yani woh ho kar rehte yani bigad kar reh jatay.</w:t>
      </w:r>
      <w:r>
        <w:br/>
      </w:r>
      <w:r>
        <w:rPr>
          <w:sz w:val="20"/>
        </w:rPr>
        <w:t>22:29  bila maan, bila baap ke jo bachay hotay hain woh kharab ho jatay hain aap jantay hain.</w:t>
      </w:r>
      <w:r>
        <w:br/>
      </w:r>
      <w:r>
        <w:rPr>
          <w:sz w:val="20"/>
        </w:rPr>
        <w:t>22:34  lekin unhon ne kya faisla kiya ke mujhe ek nai zindagi banani hai. ek khushhal kisan ke ghar ki larki thi woh.</w:t>
      </w:r>
      <w:r>
        <w:br/>
      </w:r>
      <w:r>
        <w:rPr>
          <w:sz w:val="20"/>
        </w:rPr>
        <w:t>22:45  aur hamare baap bhi achi halat mein thay. hum log zamindar thay. achank zamindar ho gaye hum log. to unhon ne kya kiya? unhon ne yeh faisla kiya ke mere pas sehat hai.</w:t>
      </w:r>
      <w:r>
        <w:br/>
      </w:r>
      <w:r>
        <w:rPr>
          <w:sz w:val="20"/>
        </w:rPr>
        <w:t>22:56  mere pas taqat hai. is ko mujhe istemal karna hai.</w:t>
      </w:r>
      <w:r>
        <w:br/>
      </w:r>
      <w:r>
        <w:rPr>
          <w:sz w:val="20"/>
        </w:rPr>
        <w:t>23:00  to is ghar mein jo bara sa compound tha us mein unhon ne bakri paali. bakri se aamdani hoti thi. uska doodh milta tha.</w:t>
      </w:r>
      <w:r>
        <w:br/>
      </w:r>
      <w:r>
        <w:rPr>
          <w:sz w:val="20"/>
        </w:rPr>
        <w:t>23:09  murghi paali. usey anda milta tha. us ko bechti thi woh. us ke andar woh sabzi boti thi. us se sabzi milti thi. to is zamane mein yeh dekh kar ke maine ek sher banaya tha ke bakri, murghi, sabzi, phal yeh hai momin ki maash ka hal.</w:t>
      </w:r>
      <w:r>
        <w:br/>
      </w:r>
      <w:r>
        <w:rPr>
          <w:sz w:val="20"/>
        </w:rPr>
        <w:t>23:31  aap logon ko shayad yeh samajh mein nahi ayegi yeh baat ke aap ne woh zindagi dekhi nahi hai. yeh sirf zarai zamane mein jo tha wohi tabhi yeh mumkin bhi tha.</w:t>
      </w:r>
      <w:r>
        <w:br/>
      </w:r>
      <w:r>
        <w:rPr>
          <w:sz w:val="20"/>
        </w:rPr>
        <w:t>23:45  bakri, murghi, sabzi, phal yeh hai momin ki maash ka hal. yani unhon ne bakri paali yani bilkul literally yeh baat sahi hai jo main keh raha hoon aap se.</w:t>
      </w:r>
      <w:r>
        <w:br/>
      </w:r>
      <w:r>
        <w:rPr>
          <w:sz w:val="20"/>
        </w:rPr>
        <w:t>23:56  bakri paali, murghi paali, sabzi lagai. isi mein kuch amroot waghera phal bhi laga diye. aur kuch silai karti theen.</w:t>
      </w:r>
      <w:r>
        <w:br/>
      </w:r>
      <w:r>
        <w:rPr>
          <w:sz w:val="20"/>
        </w:rPr>
        <w:t>24:04  bas isi se guzar karti theen. ek bohat hi bahadur aurat ki tarah, bahadur aurat ki tarah unhon ne samna kiya.</w:t>
      </w:r>
      <w:r>
        <w:br/>
      </w:r>
      <w:r>
        <w:rPr>
          <w:sz w:val="20"/>
        </w:rPr>
        <w:t>24:15  aur us ke baad kya hua? ke hum log jo hain aap jantay hain ke teeno bhai teen field mein gaye.</w:t>
      </w:r>
      <w:r>
        <w:br/>
      </w:r>
      <w:r>
        <w:rPr>
          <w:sz w:val="20"/>
        </w:rPr>
        <w:t>24:26  main rohaniyat ki field mein aya. to Khuda Akbar se ek aisa mission Allah taala ne mujhe chalaya ke woh bain ul aqwami mission hai is waqt. shayad duniya mein is ko log jantay hain.</w:t>
      </w:r>
      <w:r>
        <w:br/>
      </w:r>
      <w:r>
        <w:rPr>
          <w:sz w:val="20"/>
        </w:rPr>
        <w:t>24:38  mere bare bhai jo thay industry ki taraf gaye woh. yeh lambi kahani un ki hai.</w:t>
      </w:r>
      <w:r>
        <w:br/>
      </w:r>
      <w:r>
        <w:rPr>
          <w:sz w:val="20"/>
        </w:rPr>
        <w:t>24:44  unes sau choun mein chota sa kaam shuru kiya tha unhon ne panch rupay se. unnes sau choun mein panch rupiya meri maan ne diya tha us waqt.</w:t>
      </w:r>
      <w:r>
        <w:br/>
      </w:r>
      <w:r>
        <w:rPr>
          <w:sz w:val="20"/>
        </w:rPr>
        <w:t>24:53  aur us ke baad unhon ne karoron rupiya kamaya. mere chote bhai jo thay AM Khan jo abhi zinda hain woh bare bhai to mar gaye.</w:t>
      </w:r>
      <w:r>
        <w:br/>
      </w:r>
      <w:r>
        <w:rPr>
          <w:sz w:val="20"/>
        </w:rPr>
        <w:t>25:02  woh Faizabad mein rehte hain. aaj kal Aligarh mein rehte hain woh.</w:t>
      </w:r>
      <w:r>
        <w:br/>
      </w:r>
      <w:r>
        <w:rPr>
          <w:sz w:val="20"/>
        </w:rPr>
        <w:t>25:06  to ab dekhiye ke yeh jo yeh jo halat thi ke hum yateem ho gaye. maan bechari sabzi, murghi, sabzi, phal se hum ek kaam chala rahi hain. koi zariya nahi hamare pas.</w:t>
      </w:r>
      <w:r>
        <w:br/>
      </w:r>
      <w:r>
        <w:rPr>
          <w:sz w:val="20"/>
        </w:rPr>
        <w:t>25:18  to chote bhai ne kya kiya? khoob mehnat kar ke parhna. unhon ne is line ko pakra. mehnat kar ke parhna hai mujhe. to Banaras Hindu University tak pohanchay woh.</w:t>
      </w:r>
      <w:r>
        <w:br/>
      </w:r>
      <w:r>
        <w:rPr>
          <w:sz w:val="20"/>
        </w:rPr>
        <w:t>25:29  yeh bhi lambi kahani hai. wahan unhon ne electrical engineer bane wahan par woh.</w:t>
      </w:r>
      <w:r>
        <w:br/>
      </w:r>
      <w:r>
        <w:rPr>
          <w:sz w:val="20"/>
        </w:rPr>
        <w:t>25:36  to jab unhon ne mehnat se kaam kiya tha, mehnat se parha tha. to bas zabardast apne fun mein ho gaye woh. main un ka do qisse bataunga ke polytechnic jo tha wahan par banaras ka is mein woh principal woh woh the lecturer the.</w:t>
      </w:r>
    </w:p>
    <w:p>
      <w:pPr>
        <w:pStyle w:val="Heading2"/>
      </w:pPr>
      <w:r>
        <w:t>Pair system in universe proves akhirah for desire</w:t>
      </w:r>
    </w:p>
    <w:p>
      <w:r>
        <w:rPr>
          <w:color w:val="666666"/>
          <w:sz w:val="18"/>
        </w:rPr>
        <w:t>What is Akhirat? | March 12, 2006 | Maulana Wahiduddin Khan · 5m 36s · at 23:36 · https://youtu.be/ogMXLsGHvpY?t=1416</w:t>
      </w:r>
    </w:p>
    <w:p>
      <w:r>
        <w:rPr>
          <w:i/>
        </w:rPr>
        <w:t>“See, when we think of this world, we find everything has a pair.”</w:t>
      </w:r>
    </w:p>
    <w:p>
      <w:r>
        <w:rPr>
          <w:sz w:val="20"/>
        </w:rPr>
        <w:t>23:36  to dekhiye, jab hum is duniya ko sochte hain to hum paate hain ke yeh hamari duniya jo hai, yahan par har cheez ka aik pair hai. yeh duniya duality par qaim hai. mein aankh se dekhna chahta hoon, lekin aankh bana light ke dekh nahi sakti. to yahan par sun maujood</w:t>
      </w:r>
      <w:r>
        <w:br/>
      </w:r>
      <w:r>
        <w:rPr>
          <w:sz w:val="20"/>
        </w:rPr>
        <w:t>24:06  hai, suraj jo taqreeban nau crore das lakh meel door hai, wahan se light bhej raha hai. woh to aik taraf meri aankh hai aur doosri taraf sun light. isi ko mein kehta hoon ke pair system. aankh ho aur light na ho to mein dekh nahi sakta, ya light ho aur aankh na ho to</w:t>
      </w:r>
      <w:r>
        <w:br/>
      </w:r>
      <w:r>
        <w:rPr>
          <w:sz w:val="20"/>
        </w:rPr>
        <w:t>24:37  koi yahan dekhne wala nahi hoga. is tarah se dekhiye, thirst hai, pyaas to sath sath abundantly pani maujood hai. pani ho aur pyaas na ho to woh pani bekar hoga. aur thirst hai, pani agar nahi hai to thirst poori nahi hogi. to is duniya ko Khuda ne banaya hai pair system par. yahan tak ke aap chale jayen, chale jayen,</w:t>
      </w:r>
      <w:r>
        <w:br/>
      </w:r>
      <w:r>
        <w:rPr>
          <w:sz w:val="20"/>
        </w:rPr>
        <w:t>25:07  aap atom tak pahunch jayen to woh bhi wahan pe dual system hai. negative particle, positive particle, dono jab hain tab atom hai. agar negative particle hon aur positive particle na ho to atom exist nahi karega. to atom se le kar ke aage tak, jahan tak aap sochte chale jayen, har jagah aik aik duality ka system hai. do se mil kar aik unit</w:t>
      </w:r>
      <w:r>
        <w:br/>
      </w:r>
      <w:r>
        <w:rPr>
          <w:sz w:val="20"/>
        </w:rPr>
        <w:t>25:37  banta hai. to aise aisi duniya mein aik hi exception hai, aur woh hai desire. to sochne ki baat hai ke aik hi exception kyun? yaani itni bari universe, itni bari universe, har har aik mein is ka pair hai. pair ka matlab hota</w:t>
      </w:r>
      <w:r>
        <w:br/>
      </w:r>
      <w:r>
        <w:rPr>
          <w:sz w:val="20"/>
        </w:rPr>
        <w:t>26:07  hai ke aik cheez jo hai, doosre se mil kar apne ko complete kare. jaise male female se mil kar apne aap ko complete karta hai. negative particle, positive particle se mil kar apne aap ko complete karte hain. pyaas pani se mil kar apne aap ko complete karta hai. yahan tak ke ab yeh science mein yeh mana gaya hai ke hamari zameen bhi</w:t>
      </w:r>
      <w:r>
        <w:br/>
      </w:r>
      <w:r>
        <w:rPr>
          <w:sz w:val="20"/>
        </w:rPr>
        <w:t>26:37  do zameen hai. dono na hotin, khatam ho jayegi. agarche yeh imaginary yeh concept hai abhi tak, lekin science mein maan liya gaya hai is ko. to aik aik negative world hai, aik positive world hai. yaani wohi same system jo atom mein hai, negative particle, positive particle, wohi is duniya mein bhi hai. to negative world</w:t>
      </w:r>
      <w:r>
        <w:br/>
      </w:r>
      <w:r>
        <w:rPr>
          <w:sz w:val="20"/>
        </w:rPr>
        <w:t>27:07  aur positive world dono hain, tab hi exist kar rahi hai hamari zameen. warna exist hi nahi karegi, disappear ho jayegi, disintegrate ho jayegi. aap sochiye ke jab is duniya mein sara system jo hai, duality par qaim hai, aik hi exception kyun? ke desire hai, magar is ka fulfillment nahi. yeh</w:t>
      </w:r>
      <w:r>
        <w:br/>
      </w:r>
      <w:r>
        <w:rPr>
          <w:sz w:val="20"/>
        </w:rPr>
        <w:t>27:37  bohat sochne ki baat hai ke desire hai, magar is ka fulfillment nahi. is is aik exception ke siwa koi aur doosra exception aap bata nahi sakte is poori universe mein ke aik cheez maujood ho, is ka pair maujood na ho. yaani aik cheez exist kar rahi ho, is ka pair exist na kar raha ho. aisi koi bhi example aap is duniya mein bata nahi sakte.</w:t>
      </w:r>
      <w:r>
        <w:br/>
      </w:r>
      <w:r>
        <w:rPr>
          <w:sz w:val="20"/>
        </w:rPr>
        <w:t>28:10  yeh aik hi example hai ke insan paida hota hai unlimited desire le kar, unlimited desire, lekin us ko is ke fulfillment ke liye yahan par koi saman nahi, koi sadhan nahi. to ab yahan par dekhiye, aap logic jo hai, aap scientific logic jo hai, us ko apply kijiye. to hum manne par</w:t>
      </w:r>
      <w:r>
        <w:br/>
      </w:r>
      <w:r>
        <w:rPr>
          <w:sz w:val="20"/>
        </w:rPr>
        <w:t>28:40  majboor honge ke jab 99 cheezon mein aik har cheez ka pair hai, to yaqeenan sauween mein bhi pair hona chahiye. yaani jo hai law of probability, science mein mana jata hai, to law of probability se apne aap yeh prove ho rahi hai</w:t>
      </w:r>
    </w:p>
    <w:p>
      <w:pPr>
        <w:pStyle w:val="Heading2"/>
      </w:pPr>
      <w:r>
        <w:t>Consulting scholars about launching magazine</w:t>
      </w:r>
    </w:p>
    <w:p>
      <w:r>
        <w:rPr>
          <w:color w:val="666666"/>
          <w:sz w:val="18"/>
        </w:rPr>
        <w:t>Istikhara in Islam 27 July, 2019 - Maulana Wahiduddin Khan · 5m 26s · at 1:59 · https://youtu.be/Gf6P5IA15Zo?t=119</w:t>
      </w:r>
    </w:p>
    <w:p>
      <w:r>
        <w:rPr>
          <w:i/>
        </w:rPr>
        <w:t>“ایک ایک مثال دیتا ہوں میں آپ کو”</w:t>
      </w:r>
    </w:p>
    <w:p>
      <w:r>
        <w:rPr>
          <w:sz w:val="20"/>
        </w:rPr>
        <w:t>1:59  Ek ek misaal deta hoon mein aap ko. Jab mein Dilli aaya 1967 mein to yahan par bohat se halaat guzre mere.</w:t>
      </w:r>
      <w:r>
        <w:br/>
      </w:r>
      <w:r>
        <w:rPr>
          <w:sz w:val="20"/>
        </w:rPr>
        <w:t>2:14  Is ki detail mujhe yeh batana hai aap ko. Yeh batana hai ke ek waqt aaya jab ke maine yeh faisla kiya ke mujhe apna magazine nikalna hai,</w:t>
      </w:r>
      <w:r>
        <w:br/>
      </w:r>
      <w:r>
        <w:rPr>
          <w:sz w:val="20"/>
        </w:rPr>
        <w:t>2:30  apna magazine.</w:t>
      </w:r>
      <w:r>
        <w:br/>
      </w:r>
      <w:r>
        <w:rPr>
          <w:sz w:val="20"/>
        </w:rPr>
        <w:t>2:35  To</w:t>
      </w:r>
      <w:r>
        <w:br/>
      </w:r>
      <w:r>
        <w:rPr>
          <w:sz w:val="20"/>
        </w:rPr>
        <w:t>2:39  maine mashwara bhi kiya aur istikhara bhi kiya.</w:t>
      </w:r>
      <w:r>
        <w:br/>
      </w:r>
      <w:r>
        <w:rPr>
          <w:sz w:val="20"/>
        </w:rPr>
        <w:t>2:47  To jahan tak mujhe yaad hai, apne jo janne wale mere the, un sab se mashwara kiya maine. Masalan Aligarh ke Maulana Taqyumi sahib aur Dilli ke Maulana Abdul Rahim Siddiqui sahib</w:t>
      </w:r>
      <w:r>
        <w:br/>
      </w:r>
      <w:r>
        <w:rPr>
          <w:sz w:val="20"/>
        </w:rPr>
        <w:t>3:05  waghera.</w:t>
      </w:r>
      <w:r>
        <w:br/>
      </w:r>
      <w:r>
        <w:rPr>
          <w:sz w:val="20"/>
        </w:rPr>
        <w:t>3:10  Yeh log parhe likhe log the, aalim the. To un ke paas gaya mein mashware ke liye.</w:t>
      </w:r>
      <w:r>
        <w:br/>
      </w:r>
      <w:r>
        <w:rPr>
          <w:sz w:val="20"/>
        </w:rPr>
        <w:t>3:22  To jis jis jahan tak mujhe yaad hai, jis jis se maine mashwara kiya, sab ne kaha ke nahi, aap harghiz mat nikaliye magazine, harghiz mat nikaliye.</w:t>
      </w:r>
      <w:r>
        <w:br/>
      </w:r>
      <w:r>
        <w:rPr>
          <w:sz w:val="20"/>
        </w:rPr>
        <w:t>3:34  Aap Urdu mein nikalenge, Urdu mein kya koi dikkat? Future kya hai India mein? Ek angrezi parhe likhe aadmi the, ab mujhe nahi maloom woh kahan rehte hain.</w:t>
      </w:r>
      <w:r>
        <w:br/>
      </w:r>
      <w:r>
        <w:rPr>
          <w:sz w:val="20"/>
        </w:rPr>
        <w:t>3:51  to unhon ne ek ajeeb baat kahi. woh mujh ko achhi tarah jante the, meri cheezein parh chuke the.</w:t>
      </w:r>
      <w:r>
        <w:br/>
      </w:r>
      <w:r>
        <w:rPr>
          <w:sz w:val="20"/>
        </w:rPr>
        <w:t>4:02  to unhon ne bohat hi yaqeen ke sath kaha ke aap ka magazine kabhi bhi kamyab nahi hoga, successful nahi hoga.</w:t>
      </w:r>
      <w:r>
        <w:br/>
      </w:r>
      <w:r>
        <w:rPr>
          <w:sz w:val="20"/>
        </w:rPr>
        <w:t>4:17  to woh angrezi parhe likhe the, apni zuban mein kaha unhon ne. is liye ke main aap ko janta hoon achhi tarah.</w:t>
      </w:r>
      <w:r>
        <w:br/>
      </w:r>
      <w:r>
        <w:rPr>
          <w:sz w:val="20"/>
        </w:rPr>
        <w:t>4:28  to aap ka jo magazine hoga, woh hoga suggestive. yeh un ke alfaaz the. aap magazine hoga suggestive.</w:t>
      </w:r>
      <w:r>
        <w:br/>
      </w:r>
      <w:r>
        <w:rPr>
          <w:sz w:val="20"/>
        </w:rPr>
        <w:t>4:37  aur aaj ka insan parhna chahta hai informative. aaj ka insan kisi cheez parhta hai to woh information lene ke liye,</w:t>
      </w:r>
      <w:r>
        <w:br/>
      </w:r>
      <w:r>
        <w:rPr>
          <w:sz w:val="20"/>
        </w:rPr>
        <w:t>4:51  aap se suggestion lene ke liye nahi. aap kya bata rahe hain is ko, yeh use nahi sunna hai. haan, kuch information hai to woh parh lega.</w:t>
      </w:r>
      <w:r>
        <w:br/>
      </w:r>
      <w:r>
        <w:rPr>
          <w:sz w:val="20"/>
        </w:rPr>
        <w:t>5:03  to un ke alfaaz yahi the ke aap ka magazine hoga suggestive. aur aaj ka insan sunna chahta hai informative.</w:t>
      </w:r>
      <w:r>
        <w:br/>
      </w:r>
      <w:r>
        <w:rPr>
          <w:sz w:val="20"/>
        </w:rPr>
        <w:t>5:23  to main thoda sa is mein parh gaya, yani doubt full ho gaya.</w:t>
      </w:r>
      <w:r>
        <w:br/>
      </w:r>
      <w:r>
        <w:rPr>
          <w:sz w:val="20"/>
        </w:rPr>
        <w:t>5:37  hamare Aligarh ke jo sathi the, bohat ziyada hamare hamdard the, woh Maulana Taqi Umi sahib, unhon ne bhi woh bhi ikhtilaf kiya.</w:t>
      </w:r>
      <w:r>
        <w:br/>
      </w:r>
      <w:r>
        <w:rPr>
          <w:sz w:val="20"/>
        </w:rPr>
        <w:t>5:46  unhon ne bhi mat nikaliye, chale gaye, aap ko pata chalega nahi.</w:t>
      </w:r>
      <w:r>
        <w:br/>
      </w:r>
      <w:r>
        <w:rPr>
          <w:sz w:val="20"/>
        </w:rPr>
        <w:t>5:53  aur Maulana Abdul Wahid Siddiqui, jo khud bhi ek percha nikalte the, Naya Zamana, yeh un ke walid the, yeh Siddiq Shah Siddiq sahib the.</w:t>
      </w:r>
      <w:r>
        <w:br/>
      </w:r>
      <w:r>
        <w:rPr>
          <w:sz w:val="20"/>
        </w:rPr>
        <w:t>6:05  to woh us waqt rehte the East mein.</w:t>
      </w:r>
      <w:r>
        <w:br/>
      </w:r>
      <w:r>
        <w:rPr>
          <w:sz w:val="20"/>
        </w:rPr>
        <w:t>6:10  to main un ke ghar gaya, ab main tha Purani Dilli mein.</w:t>
      </w:r>
      <w:r>
        <w:br/>
      </w:r>
      <w:r>
        <w:rPr>
          <w:sz w:val="20"/>
        </w:rPr>
        <w:t>6:16  to main un ke ghar gaya. woh bimar the us waqt, leTe hue the. ek bistar bichha hua tha us par, leTe hue the.</w:t>
      </w:r>
      <w:r>
        <w:br/>
      </w:r>
      <w:r>
        <w:rPr>
          <w:sz w:val="20"/>
        </w:rPr>
        <w:t>6:28  to leTe leTe main ne un se kaha ke main ek magazine nikalna chahta hoon, aap ki rai lene ke liye aaya hoon. to aap jante hain kya hua?</w:t>
      </w:r>
      <w:r>
        <w:br/>
      </w:r>
      <w:r>
        <w:rPr>
          <w:sz w:val="20"/>
        </w:rPr>
        <w:t>6:39  woh bimar the aur leTe hue the. jaldi se uth ke baith gaye, woh uth ke baith gaye.</w:t>
      </w:r>
      <w:r>
        <w:br/>
      </w:r>
      <w:r>
        <w:rPr>
          <w:sz w:val="20"/>
        </w:rPr>
        <w:t>6:48  to unhon ne kaha ke har giz nahi, Urdu percha kahin chalta hai? Urdu percha ka is is mulk mein koi mustaqbil hai?</w:t>
      </w:r>
      <w:r>
        <w:br/>
      </w:r>
      <w:r>
        <w:rPr>
          <w:sz w:val="20"/>
        </w:rPr>
        <w:t>7:02  woh to baith gaye.</w:t>
      </w:r>
      <w:r>
        <w:br/>
      </w:r>
      <w:r>
        <w:rPr>
          <w:sz w:val="20"/>
        </w:rPr>
        <w:t>7:09  ab yeh yeh koi bhi nahi tha jo jo encourage kare, ek bhi nahi.</w:t>
      </w:r>
      <w:r>
        <w:br/>
      </w:r>
      <w:r>
        <w:rPr>
          <w:sz w:val="20"/>
        </w:rPr>
        <w:t>7:19  yeh tha mashware ki baat.</w:t>
      </w:r>
    </w:p>
    <w:p>
      <w:pPr>
        <w:pStyle w:val="Heading2"/>
      </w:pPr>
      <w:r>
        <w:t>How losing the Crusades sparked Europe's scientific revolution</w:t>
      </w:r>
    </w:p>
    <w:p>
      <w:r>
        <w:rPr>
          <w:color w:val="666666"/>
          <w:sz w:val="18"/>
        </w:rPr>
        <w:t>Take it as A Challenge April 29, 2007 · 4m 20s · at 28:48 · https://youtu.be/pONW5UkRZ_M?t=1728</w:t>
      </w:r>
    </w:p>
    <w:p>
      <w:r>
        <w:rPr>
          <w:i/>
        </w:rPr>
        <w:t>“Ek jo hai wo hai jisko aap Crusades kehte hain”</w:t>
      </w:r>
    </w:p>
    <w:p>
      <w:r>
        <w:rPr>
          <w:sz w:val="20"/>
        </w:rPr>
        <w:t>28:48  is mein se ek jo hai, woh hai jis ko aap crusades kehte hain.</w:t>
      </w:r>
      <w:r>
        <w:br/>
      </w:r>
      <w:r>
        <w:rPr>
          <w:sz w:val="20"/>
        </w:rPr>
        <w:t>28:54  crusades. aap jante hain ke muslim rulers aur christian rulers ke beech mein ladaiyan huin, bohat lambi ladaiyan jo do sau saal tak chalti rahin,</w:t>
      </w:r>
      <w:r>
        <w:br/>
      </w:r>
      <w:r>
        <w:rPr>
          <w:sz w:val="20"/>
        </w:rPr>
        <w:t>29:10  yani continuously nahi, gap ke sath huin. to</w:t>
      </w:r>
      <w:r>
        <w:br/>
      </w:r>
      <w:r>
        <w:rPr>
          <w:sz w:val="20"/>
        </w:rPr>
        <w:t>29:16  kya hua ke muslim jo hain, woh jeet gaye aur christian haar gaye.</w:t>
      </w:r>
      <w:r>
        <w:br/>
      </w:r>
      <w:r>
        <w:rPr>
          <w:sz w:val="20"/>
        </w:rPr>
        <w:t>29:27  yani ek taraf European Christians the, doosri taraf Muslims the, woh haar gaye. to haarne ke baad kya hua?</w:t>
      </w:r>
      <w:r>
        <w:br/>
      </w:r>
      <w:r>
        <w:rPr>
          <w:sz w:val="20"/>
        </w:rPr>
        <w:t>29:38  haarne ke baad un ke andar wohi hua jo, yani jo un machhliyon mein hua, shark daalne ke baad. un ke andar ek woh sochne lage, sochne lage, sochne lage.</w:t>
      </w:r>
      <w:r>
        <w:br/>
      </w:r>
      <w:r>
        <w:rPr>
          <w:sz w:val="20"/>
        </w:rPr>
        <w:t>29:51  sochte sochte ek naya idea emerge kiya, ek naya idea jaise Japan mein bohat dinon ki soch ke baad yeh idea emerge kiya ke shark daalo is mein.</w:t>
      </w:r>
      <w:r>
        <w:br/>
      </w:r>
      <w:r>
        <w:rPr>
          <w:sz w:val="20"/>
        </w:rPr>
        <w:t>30:02  shark</w:t>
      </w:r>
      <w:r>
        <w:br/>
      </w:r>
      <w:r>
        <w:rPr>
          <w:sz w:val="20"/>
        </w:rPr>
        <w:t>30:03  ek din mein nahi hua tha yeh. aur yahan par Christians mein ek naya idea emerge kiya, woh kya tha? is ko kehte hain yeh log spiritual crusades.</w:t>
      </w:r>
      <w:r>
        <w:br/>
      </w:r>
      <w:r>
        <w:rPr>
          <w:sz w:val="20"/>
        </w:rPr>
        <w:t>30:18  spiritual crusades woh to violent crusade thi, ladai bhadai. ab unhon ne kaha ke spiritual crusades woh kya hai?</w:t>
      </w:r>
      <w:r>
        <w:br/>
      </w:r>
      <w:r>
        <w:rPr>
          <w:sz w:val="20"/>
        </w:rPr>
        <w:t>30:30  woh yeh hai ke woh aakhir mein badh kar ke woh scientific research bani. scientific research yani isi se scientific research ka motivation paida hua ke hum battlefield mein haar chuke hain, ab science ke field mein hamein jeetna hai.</w:t>
      </w:r>
      <w:r>
        <w:br/>
      </w:r>
      <w:r>
        <w:rPr>
          <w:sz w:val="20"/>
        </w:rPr>
        <w:t>30:52  yeh tha krusets ka idea, woh yeh tha spiritual krusets ka idea ke jo larai hum ne haari hai battlefield mein, is larai ko humein jeetna hai scientific field mein.</w:t>
      </w:r>
      <w:r>
        <w:br/>
      </w:r>
      <w:r>
        <w:rPr>
          <w:sz w:val="20"/>
        </w:rPr>
        <w:t>31:06  shuru mein bohat clear nahi tha yeh idea, dheere dheere clear hua. ke baad is ko kaha unhon ne crus spiritual krusets. ab dekha is baad kya hua?</w:t>
      </w:r>
      <w:r>
        <w:br/>
      </w:r>
      <w:r>
        <w:rPr>
          <w:sz w:val="20"/>
        </w:rPr>
        <w:t>31:15  aap ne ke history badal gayi, history</w:t>
      </w:r>
      <w:r>
        <w:br/>
      </w:r>
      <w:r>
        <w:rPr>
          <w:sz w:val="20"/>
        </w:rPr>
        <w:t>31:21  ek naya revolution aa gaya. yani traditional dor jo tha, traditional period jo hai, khatam ho kar ek scientific period aa gaya.</w:t>
      </w:r>
      <w:r>
        <w:br/>
      </w:r>
      <w:r>
        <w:rPr>
          <w:sz w:val="20"/>
        </w:rPr>
        <w:t>31:32  haath se larai ka zamana tha, dasti hathiyar isi wajah se kya hua? door se maarne wale hathiyar ban gaye.</w:t>
      </w:r>
      <w:r>
        <w:br/>
      </w:r>
      <w:r>
        <w:rPr>
          <w:sz w:val="20"/>
        </w:rPr>
        <w:t>31:42  pehlay jo tha, suit se aap paas ke aadmi ko maar sakte thay, gun se aap ko door ka aadmi maarne laga. aap</w:t>
      </w:r>
      <w:r>
        <w:br/>
      </w:r>
      <w:r>
        <w:rPr>
          <w:sz w:val="20"/>
        </w:rPr>
        <w:t>31:51  is tareeqay se dekhiye, pehlay kya tha? ghore aur oont ka power tha hamare paas, insaan ke paas animal power bas.</w:t>
      </w:r>
      <w:r>
        <w:br/>
      </w:r>
      <w:r>
        <w:rPr>
          <w:sz w:val="20"/>
        </w:rPr>
        <w:t>32:00  ab unhon ne is ko mechanize kiya, mechanical power unhon ne daryaft kiya. sab se pehle steam power, phir is ke baad aur petrol, yeh sab cheezein.</w:t>
      </w:r>
      <w:r>
        <w:br/>
      </w:r>
      <w:r>
        <w:rPr>
          <w:sz w:val="20"/>
        </w:rPr>
        <w:t>32:13  to ek ke baad ek ke baad ek, unhon ne ek nai civilization aa gayi.</w:t>
      </w:r>
      <w:r>
        <w:br/>
      </w:r>
      <w:r>
        <w:rPr>
          <w:sz w:val="20"/>
        </w:rPr>
        <w:t>32:20  to ab ab usmanon ko defeat ho gayi, woh woh woh balance of power hi khatam ho gaya. woh jo balance of power jis mein usmanon ko mili thi, superiority, woh zamana hi khatam ho gaya.</w:t>
      </w:r>
      <w:r>
        <w:br/>
      </w:r>
      <w:r>
        <w:rPr>
          <w:sz w:val="20"/>
        </w:rPr>
        <w:t>32:36  ab ek naya zamana aa gaya. ab woh choriye, ab sochiye zara ke woh animal power se l</w:t>
      </w:r>
      <w:r>
        <w:br/>
      </w:r>
      <w:r>
        <w:rPr>
          <w:sz w:val="20"/>
        </w:rPr>
        <w:t>32:45  de thay, ab unhon ne mechanize kar liya power ko, mechanical power aur daryaft kar liya. to bilkul naya zamana aa gaya.</w:t>
      </w:r>
      <w:r>
        <w:br/>
      </w:r>
      <w:r>
        <w:rPr>
          <w:sz w:val="20"/>
        </w:rPr>
        <w:t>32:54  traditional jo traditional age ko khatam kar ke unhon ne scientific age paida kar liya. yeh hai challenge ka miracle, challenge ka miracle.</w:t>
      </w:r>
    </w:p>
    <w:p>
      <w:pPr>
        <w:pStyle w:val="Heading2"/>
      </w:pPr>
      <w:r>
        <w:t>From defeat to peaceful activism: Quranic guidance</w:t>
      </w:r>
    </w:p>
    <w:p>
      <w:r>
        <w:rPr>
          <w:color w:val="666666"/>
          <w:sz w:val="18"/>
        </w:rPr>
        <w:t>Intellectual Poverty of Intellectuals December 31, 2006 · 3m 44s · at 38:58 · https://youtu.be/xz00TfFlXkI?t=2338</w:t>
      </w:r>
    </w:p>
    <w:p>
      <w:r>
        <w:rPr>
          <w:i/>
        </w:rPr>
        <w:t>“Islam ke early period mein Battle of Uhud hui thi”</w:t>
      </w:r>
    </w:p>
    <w:p>
      <w:r>
        <w:rPr>
          <w:sz w:val="20"/>
        </w:rPr>
        <w:t>38:58  reference dunga: Islam ki early, Islam ke early period mein,</w:t>
      </w:r>
      <w:r>
        <w:br/>
      </w:r>
      <w:r>
        <w:rPr>
          <w:sz w:val="20"/>
        </w:rPr>
        <w:t>39:08  Prophet ke zamaney mein ek war hui thi, ek battle hui thi jis ko kehte hain Battle of Uhud.</w:t>
      </w:r>
      <w:r>
        <w:br/>
      </w:r>
      <w:r>
        <w:rPr>
          <w:sz w:val="20"/>
        </w:rPr>
        <w:t>39:20  Battle of Uhud jo hai, wo is tarah hui thi ke Prophet ke jo khilaf thay, jo log, jo idol worshippers thay, unhon ne attack kiya Madina par jahan aap rehte thay.</w:t>
      </w:r>
      <w:r>
        <w:br/>
      </w:r>
      <w:r>
        <w:rPr>
          <w:sz w:val="20"/>
        </w:rPr>
        <w:t>39:36  aap to aap ne defense mein aap lade,</w:t>
      </w:r>
      <w:r>
        <w:br/>
      </w:r>
      <w:r>
        <w:rPr>
          <w:sz w:val="20"/>
        </w:rPr>
        <w:t>39:43  lekin wahan par kya hua ke Musalmanon ko is mein defeat hui aur taqreeban seventy companions maare gaye.</w:t>
      </w:r>
      <w:r>
        <w:br/>
      </w:r>
      <w:r>
        <w:rPr>
          <w:sz w:val="20"/>
        </w:rPr>
        <w:t>39:55  is mein</w:t>
      </w:r>
      <w:r>
        <w:br/>
      </w:r>
      <w:r>
        <w:rPr>
          <w:sz w:val="20"/>
        </w:rPr>
        <w:t>40:00  yeh bohat bara, yaani bohat hi bohat bari tragedy thi. yeh</w:t>
      </w:r>
      <w:r>
        <w:br/>
      </w:r>
      <w:r>
        <w:rPr>
          <w:sz w:val="20"/>
        </w:rPr>
        <w:t>40:07  to jo aap ke companion the, un ko bohat dukh hua, bohat gham hua un ko ke itne saare log hamare maare gaye, hum ko defeat bhi hui.</w:t>
      </w:r>
      <w:r>
        <w:br/>
      </w:r>
      <w:r>
        <w:rPr>
          <w:sz w:val="20"/>
        </w:rPr>
        <w:t>40:20  to is waqt dekhiye, quran mein ek aayat utri, bohat anokhi baat hai yeh:</w:t>
      </w:r>
      <w:r>
        <w:br/>
      </w:r>
      <w:r>
        <w:rPr>
          <w:sz w:val="20"/>
        </w:rPr>
        <w:t>40:37  yaani is waqt jo language bol rahe hain muslim sahabaan saddam hussain ke waqeye par, woh sab negative boli, negative boli, negative boli.</w:t>
      </w:r>
      <w:r>
        <w:br/>
      </w:r>
      <w:r>
        <w:rPr>
          <w:sz w:val="20"/>
        </w:rPr>
        <w:t>40:48  itna bara waqea hota hai ke prophet ke companions seventy</w:t>
      </w:r>
      <w:r>
        <w:br/>
      </w:r>
      <w:r>
        <w:rPr>
          <w:sz w:val="20"/>
        </w:rPr>
        <w:t>40:55  woh log aa kar attack karte hain aur un ko maar daalte hain, lekin quran mein un par kuch bhi protest nahi, kuch bhi un ko condemn nahi kiya, kuch bhi bura bhala nahi kaha.</w:t>
      </w:r>
      <w:r>
        <w:br/>
      </w:r>
      <w:r>
        <w:rPr>
          <w:sz w:val="20"/>
        </w:rPr>
        <w:t>41:07  kaisi anokhi baat hai yeh!</w:t>
      </w:r>
      <w:r>
        <w:br/>
      </w:r>
      <w:r>
        <w:rPr>
          <w:sz w:val="20"/>
        </w:rPr>
        <w:t>41:12  balkeh yeh kaha gaya ke battle of uhud se pehle hui thi battle of badr. to badr mein musalmanon ko</w:t>
      </w:r>
      <w:r>
        <w:br/>
      </w:r>
      <w:r>
        <w:rPr>
          <w:sz w:val="20"/>
        </w:rPr>
        <w:t>41:25  jeet mili thi aur un logon ko defeat hui thi.</w:t>
      </w:r>
      <w:r>
        <w:br/>
      </w:r>
      <w:r>
        <w:rPr>
          <w:sz w:val="20"/>
        </w:rPr>
        <w:t>41:34  to yeh kaha gaya ke fi nassabikum qara faqat musal qara misl ke agar tum ko battle of uhud mein haar hui hai to is se pehle un ko battle of badr mein haar ho chuki thi.</w:t>
      </w:r>
      <w:r>
        <w:br/>
      </w:r>
      <w:r>
        <w:rPr>
          <w:sz w:val="20"/>
        </w:rPr>
        <w:t>41:50  agar agar unhon ne tum ko kill kiya to woh us se pehle un ko kill kar chuke the. wa tilka al ayyam da'a</w:t>
      </w:r>
      <w:r>
        <w:br/>
      </w:r>
      <w:r>
        <w:rPr>
          <w:sz w:val="20"/>
        </w:rPr>
        <w:t>41:58  al nas! yeh kitni bari baat hai ke rethinking diya ke socho is ko chodo, woh to barabar ho chuka. revenge lene ki baat na socho, negative thought badlo apne mind mein,</w:t>
      </w:r>
      <w:r>
        <w:br/>
      </w:r>
      <w:r>
        <w:rPr>
          <w:sz w:val="20"/>
        </w:rPr>
        <w:t>42:12  donon barabar ho chuke. tum ne unhein mara, unhon ne tum ko mara.</w:t>
      </w:r>
      <w:r>
        <w:br/>
      </w:r>
      <w:r>
        <w:rPr>
          <w:sz w:val="20"/>
        </w:rPr>
        <w:t>42:17  is ka is message ka itna bara faida hua ke sab logon ke andar rethinking aa gayi aur ladne ke bajaye, yaani yaani violent activism ki jagah peaceful activism ka yeh soch aa gayi ke kaise aisa kiya jaye ke ladai na ho aur baghair ladai ke hamara mission chal sake aage.</w:t>
      </w:r>
    </w:p>
    <w:p>
      <w:pPr>
        <w:pStyle w:val="Heading2"/>
      </w:pPr>
      <w:r>
        <w:t>Mind as computer, and Dale Carnegie's tragic counterexample</w:t>
      </w:r>
    </w:p>
    <w:p>
      <w:r>
        <w:rPr>
          <w:color w:val="666666"/>
          <w:sz w:val="18"/>
        </w:rPr>
        <w:t>The Problem of Misunderstanding January 1, 2008 · 5m 17s · at 11:47 · https://youtu.be/CTmUoJ714fg?t=707</w:t>
      </w:r>
    </w:p>
    <w:p>
      <w:r>
        <w:rPr>
          <w:i/>
        </w:rPr>
        <w:t>“If you type a matter in your computer but it's not good”</w:t>
      </w:r>
    </w:p>
    <w:p>
      <w:r>
        <w:rPr>
          <w:sz w:val="20"/>
        </w:rPr>
        <w:t>11:47  if you are using computer, let us take the example of computer. y</w:t>
      </w:r>
      <w:r>
        <w:br/>
      </w:r>
      <w:r>
        <w:rPr>
          <w:sz w:val="20"/>
        </w:rPr>
        <w:t>11:53  ou know, if you type up matter in your computer, but then you, then you feel that it is not good.</w:t>
      </w:r>
      <w:r>
        <w:br/>
      </w:r>
      <w:r>
        <w:rPr>
          <w:sz w:val="20"/>
        </w:rPr>
        <w:t>12:04  you want to, you want to delete it from the computer memory. then you touch a button.</w:t>
      </w:r>
      <w:r>
        <w:br/>
      </w:r>
      <w:r>
        <w:rPr>
          <w:sz w:val="20"/>
        </w:rPr>
        <w:t>12:14  simply, simple by touching a button, it is instantly deleted from the computer.</w:t>
      </w:r>
      <w:r>
        <w:br/>
      </w:r>
      <w:r>
        <w:rPr>
          <w:sz w:val="20"/>
        </w:rPr>
        <w:t>12:24  so is the case your mind that your mind is super computer. your mind is super computer.</w:t>
      </w:r>
      <w:r>
        <w:br/>
      </w:r>
      <w:r>
        <w:rPr>
          <w:sz w:val="20"/>
        </w:rPr>
        <w:t>12:36  if you know, every, every stress and tension is based on some kind of seed memory.</w:t>
      </w:r>
      <w:r>
        <w:br/>
      </w:r>
      <w:r>
        <w:rPr>
          <w:sz w:val="20"/>
        </w:rPr>
        <w:t>12:47  seed memory about past, about present, about future. seed memory, unwanted memory.</w:t>
      </w:r>
      <w:r>
        <w:br/>
      </w:r>
      <w:r>
        <w:rPr>
          <w:sz w:val="20"/>
        </w:rPr>
        <w:t>12:54  so if you, if you find some, some this kind of worry, this kind of, this kind of seed memory.</w:t>
      </w:r>
      <w:r>
        <w:br/>
      </w:r>
      <w:r>
        <w:rPr>
          <w:sz w:val="20"/>
        </w:rPr>
        <w:t>13:07  so it is very easy. delete it by touching a button. then mind is a super computer. mind has double capacity.</w:t>
      </w:r>
      <w:r>
        <w:br/>
      </w:r>
      <w:r>
        <w:rPr>
          <w:sz w:val="20"/>
        </w:rPr>
        <w:t>13:19  double capacity.</w:t>
      </w:r>
      <w:r>
        <w:br/>
      </w:r>
      <w:r>
        <w:rPr>
          <w:sz w:val="20"/>
        </w:rPr>
        <w:t>13:22  if you delete a matter in your, in your, if you delete a matter from your computer, it is deleted for ever.</w:t>
      </w:r>
      <w:r>
        <w:br/>
      </w:r>
      <w:r>
        <w:rPr>
          <w:sz w:val="20"/>
        </w:rPr>
        <w:t>13:33  it deleted for ever. but your memory has very strange type of quality. if you delete a matter from your memory.</w:t>
      </w:r>
      <w:r>
        <w:br/>
      </w:r>
      <w:r>
        <w:rPr>
          <w:sz w:val="20"/>
        </w:rPr>
        <w:t>13:43  so mind can delete it or forget it. at the same time, it can preserve it.</w:t>
      </w:r>
      <w:r>
        <w:br/>
      </w:r>
      <w:r>
        <w:rPr>
          <w:sz w:val="20"/>
        </w:rPr>
        <w:t>13:52  your mind has double capacity to preserve a memory in your, in your, in your subconscious mind.</w:t>
      </w:r>
      <w:r>
        <w:br/>
      </w:r>
      <w:r>
        <w:rPr>
          <w:sz w:val="20"/>
        </w:rPr>
        <w:t>14:03  at the same time, delete it from your conscious mind. so mind is a very strange capacity.</w:t>
      </w:r>
      <w:r>
        <w:br/>
      </w:r>
      <w:r>
        <w:rPr>
          <w:sz w:val="20"/>
        </w:rPr>
        <w:t>14:15  then i will give you an example</w:t>
      </w:r>
      <w:r>
        <w:br/>
      </w:r>
      <w:r>
        <w:rPr>
          <w:sz w:val="20"/>
        </w:rPr>
        <w:t>14:18  l. you know, dale carnegie was, was a well known expert in this issue.</w:t>
      </w:r>
      <w:r>
        <w:br/>
      </w:r>
      <w:r>
        <w:rPr>
          <w:sz w:val="20"/>
        </w:rPr>
        <w:t>14:31  he published a book, stop worry and start living. it is well known book.</w:t>
      </w:r>
      <w:r>
        <w:br/>
      </w:r>
      <w:r>
        <w:rPr>
          <w:sz w:val="20"/>
        </w:rPr>
        <w:t>14:42  and also, carnegie was well</w:t>
      </w:r>
      <w:r>
        <w:br/>
      </w:r>
      <w:r>
        <w:rPr>
          <w:sz w:val="20"/>
        </w:rPr>
        <w:t>14:44  known author. millions and billions copy was sold everywhere in the world. but you know, what happened with the, with the author?</w:t>
      </w:r>
      <w:r>
        <w:br/>
      </w:r>
      <w:r>
        <w:rPr>
          <w:sz w:val="20"/>
        </w:rPr>
        <w:t>14:56  with the author, it is said that he committed suicide in very early age, perhaps 66 years of old.</w:t>
      </w:r>
      <w:r>
        <w:br/>
      </w:r>
      <w:r>
        <w:rPr>
          <w:sz w:val="20"/>
        </w:rPr>
        <w:t>15:08  so why this happened?</w:t>
      </w:r>
      <w:r>
        <w:br/>
      </w:r>
      <w:r>
        <w:rPr>
          <w:sz w:val="20"/>
        </w:rPr>
        <w:t>15:12  he prepared a book on this subject, stop worry and start living. but his formula was wrong.</w:t>
      </w:r>
      <w:r>
        <w:br/>
      </w:r>
      <w:r>
        <w:rPr>
          <w:sz w:val="20"/>
        </w:rPr>
        <w:t>15:25  his formula was not natural formula. his formula was based on unnatural formula.</w:t>
      </w:r>
      <w:r>
        <w:br/>
      </w:r>
      <w:r>
        <w:rPr>
          <w:sz w:val="20"/>
        </w:rPr>
        <w:t>15:36  so unnatural formula</w:t>
      </w:r>
      <w:r>
        <w:br/>
      </w:r>
      <w:r>
        <w:rPr>
          <w:sz w:val="20"/>
        </w:rPr>
        <w:t>15:41  is. you cannot follow unnatural formula forever. maybe and unnatural formula is good for temporary period.</w:t>
      </w:r>
      <w:r>
        <w:br/>
      </w:r>
      <w:r>
        <w:rPr>
          <w:sz w:val="20"/>
        </w:rPr>
        <w:t>15:54  for temporary period. but and unnatural formula cannot give souls forever. so his formula was unnatural formula.</w:t>
      </w:r>
      <w:r>
        <w:br/>
      </w:r>
      <w:r>
        <w:rPr>
          <w:sz w:val="20"/>
        </w:rPr>
        <w:t>16:07  so unnatural formula failed to give him, give him rescue, give him stress free mind, attention free mind.</w:t>
      </w:r>
      <w:r>
        <w:br/>
      </w:r>
      <w:r>
        <w:rPr>
          <w:sz w:val="20"/>
        </w:rPr>
        <w:t>16:19  so he himself was living in, in worry and intention. and finally, he committed suicide, perhaps.</w:t>
      </w:r>
      <w:r>
        <w:br/>
      </w:r>
      <w:r>
        <w:rPr>
          <w:sz w:val="20"/>
        </w:rPr>
        <w:t>16:33  so i think that any formula based on</w:t>
      </w:r>
      <w:r>
        <w:br/>
      </w:r>
      <w:r>
        <w:rPr>
          <w:sz w:val="20"/>
        </w:rPr>
        <w:t>16:41  removal concept. any formula based on this concept that remove your stress, remove your, your problem, remove your tension.</w:t>
      </w:r>
      <w:r>
        <w:br/>
      </w:r>
      <w:r>
        <w:rPr>
          <w:sz w:val="20"/>
        </w:rPr>
        <w:t>16:52  is doomed to failure. because when it is part of nature, then you are, we have no, you it is beyond your capacity to remove it.</w:t>
      </w:r>
    </w:p>
    <w:p>
      <w:pPr>
        <w:pStyle w:val="Heading2"/>
      </w:pPr>
      <w:r>
        <w:t>Simple Living High Thinking as super formula</w:t>
      </w:r>
    </w:p>
    <w:p>
      <w:r>
        <w:rPr>
          <w:color w:val="666666"/>
          <w:sz w:val="18"/>
        </w:rPr>
        <w:t>Simple Living and High Thinking November 03, 2018 · 4m 44s · at 10:04 · https://youtu.be/6O7ebJVVRII?t=604</w:t>
      </w:r>
    </w:p>
    <w:p>
      <w:r>
        <w:rPr>
          <w:i/>
        </w:rPr>
        <w:t>“Yeh jo formula hai: Simple Living, High Thinking.”</w:t>
      </w:r>
    </w:p>
    <w:p>
      <w:r>
        <w:rPr>
          <w:sz w:val="20"/>
        </w:rPr>
        <w:t>10:04  "simple living, high thinking", ye dunya se le kar akhirat tak insan ke kaam aata hai.</w:t>
      </w:r>
      <w:r>
        <w:br/>
      </w:r>
      <w:r>
        <w:rPr>
          <w:sz w:val="20"/>
        </w:rPr>
        <w:t>10:16  simple living se aadmi ke andar high thinking aati hai. aur high thinking agar aap ke andar hai to aap ke andar</w:t>
      </w:r>
      <w:r>
        <w:br/>
      </w:r>
      <w:r>
        <w:rPr>
          <w:sz w:val="20"/>
        </w:rPr>
        <w:t>10:28  relative ka process aayega,</w:t>
      </w:r>
      <w:r>
        <w:br/>
      </w:r>
      <w:r>
        <w:rPr>
          <w:sz w:val="20"/>
        </w:rPr>
        <w:t>10:33  aap ke andar boundary aayegi.</w:t>
      </w:r>
      <w:r>
        <w:br/>
      </w:r>
      <w:r>
        <w:rPr>
          <w:sz w:val="20"/>
        </w:rPr>
        <w:t>10:39  ye sab mil kar ke wo sifat paida hogi aap ke andar jo aap ko apne khaliq se qareeb jagah de akhirat mein.</w:t>
      </w:r>
      <w:r>
        <w:br/>
      </w:r>
      <w:r>
        <w:rPr>
          <w:sz w:val="20"/>
        </w:rPr>
        <w:t>10:49  "fee muqaddasin al-mulk muqtadir".</w:t>
      </w:r>
      <w:r>
        <w:br/>
      </w:r>
      <w:r>
        <w:rPr>
          <w:sz w:val="20"/>
        </w:rPr>
        <w:t>10:56  yani ye log sachai ki seat par honge apne khaliq ke paas.</w:t>
      </w:r>
      <w:r>
        <w:br/>
      </w:r>
      <w:r>
        <w:rPr>
          <w:sz w:val="20"/>
        </w:rPr>
        <w:t>11:07  to jin logon ke andar</w:t>
      </w:r>
      <w:r>
        <w:br/>
      </w:r>
      <w:r>
        <w:rPr>
          <w:sz w:val="20"/>
        </w:rPr>
        <w:t>11:15  simple living, high thinking ki sifat ho wo dunya mein bhi izzat paate hain aur akhirat mein bhi un ko izzat ka maqam milega.</w:t>
      </w:r>
      <w:r>
        <w:br/>
      </w:r>
      <w:r>
        <w:rPr>
          <w:sz w:val="20"/>
        </w:rPr>
        <w:t>11:27  yeh aisi sifat hai jo jahan bhi kaam aati hai wahan bhi kaam aayegi.</w:t>
      </w:r>
      <w:r>
        <w:br/>
      </w:r>
      <w:r>
        <w:rPr>
          <w:sz w:val="20"/>
        </w:rPr>
        <w:t>11:37  simple living se high thinking aati hai, high thinking se simple living aati hai. aur jin logon ke andar yeh sifat ho woh dunya mein bhi</w:t>
      </w:r>
      <w:r>
        <w:br/>
      </w:r>
      <w:r>
        <w:rPr>
          <w:sz w:val="20"/>
        </w:rPr>
        <w:t>11:54  badai ka darja paate hain aur aakhirat mein bhi unko badai ka darja milega.</w:t>
      </w:r>
      <w:r>
        <w:br/>
      </w:r>
      <w:r>
        <w:rPr>
          <w:sz w:val="20"/>
        </w:rPr>
        <w:t>12:07  meri apni finding toh yahi hai ke sab se bari quality yahi hai mazhab ke aitbar se bhi aur</w:t>
      </w:r>
      <w:r>
        <w:br/>
      </w:r>
      <w:r>
        <w:rPr>
          <w:sz w:val="20"/>
        </w:rPr>
        <w:t>12:24  secularism ke aitbar se bhi.</w:t>
      </w:r>
      <w:r>
        <w:br/>
      </w:r>
      <w:r>
        <w:rPr>
          <w:sz w:val="20"/>
        </w:rPr>
        <w:t>12:29  simple living, high thinking. dekhiye, simple living ki pehchan kya hai? aap ke andar simple living hai ke nahi hai?</w:t>
      </w:r>
      <w:r>
        <w:br/>
      </w:r>
      <w:r>
        <w:rPr>
          <w:sz w:val="20"/>
        </w:rPr>
        <w:t>12:41  iski pehchan kya hai?</w:t>
      </w:r>
      <w:r>
        <w:br/>
      </w:r>
      <w:r>
        <w:rPr>
          <w:sz w:val="20"/>
        </w:rPr>
        <w:t>12:47  iski pehchan yeh hai</w:t>
      </w:r>
      <w:r>
        <w:br/>
      </w:r>
      <w:r>
        <w:rPr>
          <w:sz w:val="20"/>
        </w:rPr>
        <w:t>12:55  ke aap ko</w:t>
      </w:r>
      <w:r>
        <w:br/>
      </w:r>
      <w:r>
        <w:rPr>
          <w:sz w:val="20"/>
        </w:rPr>
        <w:t>13:01  badai ki baat achhi hi na lage. koi aap ko bara bataye toh aap ko sharam aaye.</w:t>
      </w:r>
      <w:r>
        <w:br/>
      </w:r>
      <w:r>
        <w:rPr>
          <w:sz w:val="20"/>
        </w:rPr>
        <w:t>13:13  high thinking hi aap ko suit karti ho. bari bari baatein, bare bare daawe, yeh sab aap ko jhoot lagte hon.</w:t>
      </w:r>
      <w:r>
        <w:br/>
      </w:r>
      <w:r>
        <w:rPr>
          <w:sz w:val="20"/>
        </w:rPr>
        <w:t>13:28  jhoot.</w:t>
      </w:r>
      <w:r>
        <w:br/>
      </w:r>
      <w:r>
        <w:rPr>
          <w:sz w:val="20"/>
        </w:rPr>
        <w:t>13:33  yeh pehchan hai.</w:t>
      </w:r>
      <w:r>
        <w:br/>
      </w:r>
      <w:r>
        <w:rPr>
          <w:sz w:val="20"/>
        </w:rPr>
        <w:t>13:38  yani</w:t>
      </w:r>
      <w:r>
        <w:br/>
      </w:r>
      <w:r>
        <w:rPr>
          <w:sz w:val="20"/>
        </w:rPr>
        <w:t>13:41  neeche ki seat par baithne mein aap ko</w:t>
      </w:r>
      <w:r>
        <w:br/>
      </w:r>
      <w:r>
        <w:rPr>
          <w:sz w:val="20"/>
        </w:rPr>
        <w:t>13:46  khushi hasil ho aur badai ki seat par baithne mein aap ko khushi na mile. aap sochen ke badai ki seat toh Allah rab ul alameen ke liye hai,</w:t>
      </w:r>
      <w:r>
        <w:br/>
      </w:r>
      <w:r>
        <w:rPr>
          <w:sz w:val="20"/>
        </w:rPr>
        <w:t>14:02  insan ke liye toh</w:t>
      </w:r>
      <w:r>
        <w:br/>
      </w:r>
      <w:r>
        <w:rPr>
          <w:sz w:val="20"/>
        </w:rPr>
        <w:t>14:08  badai ki seat hai nahi.</w:t>
      </w:r>
      <w:r>
        <w:br/>
      </w:r>
      <w:r>
        <w:rPr>
          <w:sz w:val="20"/>
        </w:rPr>
        <w:t>14:18  toh main samajhta hoon ke jitna zyada aap sochen, jitna zyada sochen, utna hi aap discover karenge ke yeh jo formula hai:</w:t>
      </w:r>
      <w:r>
        <w:br/>
      </w:r>
      <w:r>
        <w:rPr>
          <w:sz w:val="20"/>
        </w:rPr>
        <w:t>14:33  "simple living, high thinking", yeh super formula hai.</w:t>
      </w:r>
      <w:r>
        <w:br/>
      </w:r>
      <w:r>
        <w:rPr>
          <w:sz w:val="20"/>
        </w:rPr>
        <w:t>14:40  yeh super formula hai aur yeh har jagah kaam aata hai.</w:t>
      </w:r>
    </w:p>
    <w:p>
      <w:pPr>
        <w:pStyle w:val="Heading2"/>
      </w:pPr>
      <w:r>
        <w:t>Every hardship has ease, turn minus to plus</w:t>
      </w:r>
    </w:p>
    <w:p>
      <w:r>
        <w:rPr>
          <w:color w:val="666666"/>
          <w:sz w:val="18"/>
        </w:rPr>
        <w:t>Al-Hikmah in Islam September 14, 2007 · 5m 31s · at 24:19 · https://youtu.be/PxOdof00YIM?t=1459</w:t>
      </w:r>
    </w:p>
    <w:p>
      <w:r>
        <w:rPr>
          <w:i/>
        </w:rPr>
        <w:t>“Indeed, with hardship comes ease”</w:t>
      </w:r>
    </w:p>
    <w:p>
      <w:r>
        <w:rPr>
          <w:sz w:val="20"/>
        </w:rPr>
        <w:t>24:19  is se kya baat saabit ho rahi hai? is ko samjhiye. woh Quran ki jo baat hai ke "إن المال غُسرَ يُسْرَى".</w:t>
      </w:r>
      <w:r>
        <w:br/>
      </w:r>
      <w:r>
        <w:rPr>
          <w:sz w:val="20"/>
        </w:rPr>
        <w:t>24:28  "إن المال غُسرَ يُسْرَى". "With every hardship there is ease". "With every disadvantage there is an advantage". "With every negativity there is a positivity".</w:t>
      </w:r>
      <w:r>
        <w:br/>
      </w:r>
      <w:r>
        <w:rPr>
          <w:sz w:val="20"/>
        </w:rPr>
        <w:t>24:39  yeh Law of Nature hai. yeh hai Wisdom. is baat ko jaanna yahi Wisdom hai. is baat ko jaanna yeh Wisdom hai ke har Negativity, har Negative Point ke saath Positive Point hota hai.</w:t>
      </w:r>
      <w:r>
        <w:br/>
      </w:r>
      <w:r>
        <w:rPr>
          <w:sz w:val="20"/>
        </w:rPr>
        <w:t>24:56  har Disadvantage ke saath Advantage hota hai.</w:t>
      </w:r>
      <w:r>
        <w:br/>
      </w:r>
      <w:r>
        <w:rPr>
          <w:sz w:val="20"/>
        </w:rPr>
        <w:t>25:02  har Problem ke saath Opportunities hoti hain. yeh Wisdom hai. Rasool Allah Sal Allahu Alaihi Wasallam ne jab Hudaybiyyah Agreement kiya to saare Sahaba samajhte the ke hum dab kar sulah kar len, dab kar.</w:t>
      </w:r>
      <w:r>
        <w:br/>
      </w:r>
      <w:r>
        <w:rPr>
          <w:sz w:val="20"/>
        </w:rPr>
        <w:t>25:15  yaani paspayi hai, dab kar sulah karna hai, aur apne aap ko yaani ke zaleel karna hai, peechhe hatana hai.</w:t>
      </w:r>
      <w:r>
        <w:br/>
      </w:r>
      <w:r>
        <w:rPr>
          <w:sz w:val="20"/>
        </w:rPr>
        <w:t>25:27  lekin isi mein dekhiye ke ek naya Advantage chhaapa hua tha. jis ko Quran mein kaha ke "إنا فتحنا لك فتحاً مبيناً". yaani bazahir shikast ki sulah, fateh is mein chhipi hui thi.</w:t>
      </w:r>
      <w:r>
        <w:br/>
      </w:r>
      <w:r>
        <w:rPr>
          <w:sz w:val="20"/>
        </w:rPr>
        <w:t>25:43  bazahir ek mehroomi ka Agreement, is ke andar kamyabi ka faida chha pa hua tha. yeh hai Wisdom.</w:t>
      </w:r>
      <w:r>
        <w:br/>
      </w:r>
      <w:r>
        <w:rPr>
          <w:sz w:val="20"/>
        </w:rPr>
        <w:t>25:54  isi ko kaha gaya ke "اتقوا فراس المؤمن فإنه يَنْظُرُ بِنُورِ اللَّهِ". ke Momin woh hai jo nahi mein hai ko dekhe. jo Negative mein Positive ko dekhe.</w:t>
      </w:r>
      <w:r>
        <w:br/>
      </w:r>
      <w:r>
        <w:rPr>
          <w:sz w:val="20"/>
        </w:rPr>
        <w:t>26:06  jo Disadvantage mein Advantage ko dekhe. ab ghaur kijiye ke Musalman agar is raaz ko jaante to do sau saal khote nahi woh.</w:t>
      </w:r>
      <w:r>
        <w:br/>
      </w:r>
      <w:r>
        <w:rPr>
          <w:sz w:val="20"/>
        </w:rPr>
        <w:t>26:17  do sau saal, yaani satrah sau nananve mein jab Tipu ne lad kar ke apne ko khatm kar liya Angrezon se, us waqt se agar aap shuru karen to do sau saal kho diya hum ne isi mein ke pehle unhein mitana hai,</w:t>
      </w:r>
      <w:r>
        <w:br/>
      </w:r>
      <w:r>
        <w:rPr>
          <w:sz w:val="20"/>
        </w:rPr>
        <w:t>26:34  pehla British ko khatm karna hai, pehle Colonial Powers ko khatm karna hai, phir humein Chances milenge.</w:t>
      </w:r>
      <w:r>
        <w:br/>
      </w:r>
      <w:r>
        <w:rPr>
          <w:sz w:val="20"/>
        </w:rPr>
        <w:t>26:45  un ke hote hue Chances hain. is isi ko jaanne ka naam Wisdom hai. yeh Wisdom nahi aayi kisi ke andar. yaani Colonial Powers ke hote hue hamari Opportunities hain.</w:t>
      </w:r>
      <w:r>
        <w:br/>
      </w:r>
      <w:r>
        <w:rPr>
          <w:sz w:val="20"/>
        </w:rPr>
        <w:t>26:59  Globalization ke hote hue hamari Opportunities hain. Hindu Rule ke hote hue hamare paas Opportunities hain. yaani Usr har haal mein hai.</w:t>
      </w:r>
      <w:r>
        <w:br/>
      </w:r>
      <w:r>
        <w:rPr>
          <w:sz w:val="20"/>
        </w:rPr>
        <w:t>27:10  koi bhi Usr jo hai, Usr ko Cancel nahi karta. koi bhi Usr Usr ko Abolish nahi karta. yeh hai Wisdom. is Wisdom ko nahi jaana hai logon ne.</w:t>
      </w:r>
      <w:r>
        <w:br/>
      </w:r>
      <w:r>
        <w:rPr>
          <w:sz w:val="20"/>
        </w:rPr>
        <w:t>27:24  "إن المال غُسرَ يُسْرَى". "إن المال غُسرَ يُسْرَى". do baar kaha gaya. ke yaad rakho har Usr mein Usr hai. yaani har har Problem mein Opportunities hain.</w:t>
      </w:r>
      <w:r>
        <w:br/>
      </w:r>
      <w:r>
        <w:rPr>
          <w:sz w:val="20"/>
        </w:rPr>
        <w:t>27:37  har mushkil mein aasani hai. har Disadvantage ke saath Advantage hai.</w:t>
      </w:r>
      <w:r>
        <w:br/>
      </w:r>
      <w:r>
        <w:rPr>
          <w:sz w:val="20"/>
        </w:rPr>
        <w:t>27:48  yani isi ko Psychology mein aik bohat bara Scholar tha Psychology mein, jis ka naam tha woh</w:t>
      </w:r>
      <w:r>
        <w:br/>
      </w:r>
      <w:r>
        <w:rPr>
          <w:sz w:val="20"/>
        </w:rPr>
        <w:t>28:06  aik Alfred۔ to us ne aik kitaab likhi</w:t>
      </w:r>
      <w:r>
        <w:br/>
      </w:r>
      <w:r>
        <w:rPr>
          <w:sz w:val="20"/>
        </w:rPr>
        <w:t>28:15  "The Individual Psychology"۔ is mein woh kehta hai ke maine sari umar, sari zindagi insan ki Study ki۔</w:t>
      </w:r>
      <w:r>
        <w:br/>
      </w:r>
      <w:r>
        <w:rPr>
          <w:sz w:val="20"/>
        </w:rPr>
        <w:t>28:27  insan ko parha۔ insan ko janne ki koshish ki۔</w:t>
      </w:r>
      <w:r>
        <w:br/>
      </w:r>
      <w:r>
        <w:rPr>
          <w:sz w:val="20"/>
        </w:rPr>
        <w:t>28:34  to woh kehta hai ke maine apni Study mein jo sab se anokhi cheez pai insan ke baray mein, woh kya thi؟</w:t>
      </w:r>
      <w:r>
        <w:br/>
      </w:r>
      <w:r>
        <w:rPr>
          <w:sz w:val="20"/>
        </w:rPr>
        <w:t>28:44  "Their power to turn a minus into a plus"۔ "Their power to turn a minus into a plus"۔</w:t>
      </w:r>
      <w:r>
        <w:br/>
      </w:r>
      <w:r>
        <w:rPr>
          <w:sz w:val="20"/>
        </w:rPr>
        <w:t>28:55  insan ki yeh taqat ke woh minus ko plus mein Convert kar sakay۔ insan ke andar yeh anokhi taqat hai ke woh apnay minus ko apna plus bana sakay۔</w:t>
      </w:r>
      <w:r>
        <w:br/>
      </w:r>
      <w:r>
        <w:rPr>
          <w:sz w:val="20"/>
        </w:rPr>
        <w:t>29:13  yeh wohi cheez hai jo Quran mein is se bohat pehlay kahi gayi thi ke "إن المال غُسرَ يُسْرَى"۔ har usar mein yusr hai۔ matlab kya hai؟ har yusr, har usar ko tum Convert kar ke yusr bana saktay ho۔</w:t>
      </w:r>
      <w:r>
        <w:br/>
      </w:r>
      <w:r>
        <w:rPr>
          <w:sz w:val="20"/>
        </w:rPr>
        <w:t>29:25  apni Wisdom ko istemal kar ke, apni aql ko istemal kar ke, apni samajh ko istemal kar ke tum aisa kar saktay ho ke har Disadvantage ko Advantage bana lo۔</w:t>
      </w:r>
      <w:r>
        <w:br/>
      </w:r>
      <w:r>
        <w:rPr>
          <w:sz w:val="20"/>
        </w:rPr>
        <w:t>29:38  har usar ko yusr bana lo۔ har minus ko plus bana lo۔ jaisa ke Rasool Allah Sal Allahu Alaihi Wasallam ne apni zindagi mein kiya۔ yeh hai Islamic Wisdom۔</w:t>
      </w:r>
    </w:p>
    <w:p>
      <w:pPr>
        <w:pStyle w:val="Heading2"/>
      </w:pPr>
      <w:r>
        <w:t>Dawah period patience and defensive war only</w:t>
      </w:r>
    </w:p>
    <w:p>
      <w:r>
        <w:rPr>
          <w:color w:val="666666"/>
          <w:sz w:val="18"/>
        </w:rPr>
        <w:t>The Concept of Tafkeer in Islam | August 9, 2007 · 5m 45s · at 22:43 · https://youtu.be/6PhlvUwQygQ?t=1363</w:t>
      </w:r>
    </w:p>
    <w:p>
      <w:r>
        <w:rPr>
          <w:i/>
        </w:rPr>
        <w:t>“When the Prophet of Islam was in Makkah, there were atrocities.”</w:t>
      </w:r>
    </w:p>
    <w:p>
      <w:r>
        <w:rPr>
          <w:sz w:val="20"/>
        </w:rPr>
        <w:t>22:43  the Prophet of Islam was in Makkah, there were atrocities.</w:t>
      </w:r>
      <w:r>
        <w:br/>
      </w:r>
      <w:r>
        <w:rPr>
          <w:sz w:val="20"/>
        </w:rPr>
        <w:t>22:49  There were atrocities.</w:t>
      </w:r>
      <w:r>
        <w:br/>
      </w:r>
      <w:r>
        <w:rPr>
          <w:sz w:val="20"/>
        </w:rPr>
        <w:t>22:55  There was Zulm.</w:t>
      </w:r>
      <w:r>
        <w:br/>
      </w:r>
      <w:r>
        <w:rPr>
          <w:sz w:val="20"/>
        </w:rPr>
        <w:t>23:01  So if you say that this situation allows us to go to Jihad, to Qatal, that is wrong.</w:t>
      </w:r>
      <w:r>
        <w:br/>
      </w:r>
      <w:r>
        <w:rPr>
          <w:sz w:val="20"/>
        </w:rPr>
        <w:t>23:07  Because in Makk</w:t>
      </w:r>
      <w:r>
        <w:br/>
      </w:r>
      <w:r>
        <w:rPr>
          <w:sz w:val="20"/>
        </w:rPr>
        <w:t>23:13  ah, Islam was in its Dawah period.</w:t>
      </w:r>
      <w:r>
        <w:br/>
      </w:r>
      <w:r>
        <w:rPr>
          <w:sz w:val="20"/>
        </w:rPr>
        <w:t>23:20  When the Prophet of Islam was in Makkah, he was in his Dawah period.</w:t>
      </w:r>
      <w:r>
        <w:br/>
      </w:r>
      <w:r>
        <w:rPr>
          <w:sz w:val="20"/>
        </w:rPr>
        <w:t>23:27  Dawah period means to convey the message of God.</w:t>
      </w:r>
      <w:r>
        <w:br/>
      </w:r>
      <w:r>
        <w:rPr>
          <w:sz w:val="20"/>
        </w:rPr>
        <w:t>23:35  So at that time, he was in Dawah period.</w:t>
      </w:r>
      <w:r>
        <w:br/>
      </w:r>
      <w:r>
        <w:rPr>
          <w:sz w:val="20"/>
        </w:rPr>
        <w:t>23:42  And during Dawah period, there is no Jihad.</w:t>
      </w:r>
      <w:r>
        <w:br/>
      </w:r>
      <w:r>
        <w:rPr>
          <w:sz w:val="20"/>
        </w:rPr>
        <w:t>23:49  During Dawah period, there is no Jihad, no Qatal, no war, no fighting. Why?</w:t>
      </w:r>
      <w:r>
        <w:br/>
      </w:r>
      <w:r>
        <w:rPr>
          <w:sz w:val="20"/>
        </w:rPr>
        <w:t>24:00  Because during Dawah period, it requires normalcy between Dawi and Madhu.</w:t>
      </w:r>
      <w:r>
        <w:br/>
      </w:r>
      <w:r>
        <w:rPr>
          <w:sz w:val="20"/>
        </w:rPr>
        <w:t>24:10  At the time of Dawah, it requires normalcy, normal relationship</w:t>
      </w:r>
      <w:r>
        <w:br/>
      </w:r>
      <w:r>
        <w:rPr>
          <w:sz w:val="20"/>
        </w:rPr>
        <w:t>24:21  , friendly relations between Dawi and Madhu.</w:t>
      </w:r>
      <w:r>
        <w:br/>
      </w:r>
      <w:r>
        <w:rPr>
          <w:sz w:val="20"/>
        </w:rPr>
        <w:t>24:27  So you have to be patient.</w:t>
      </w:r>
      <w:r>
        <w:br/>
      </w:r>
      <w:r>
        <w:rPr>
          <w:sz w:val="20"/>
        </w:rPr>
        <w:t>24:33  You have to keep patience.</w:t>
      </w:r>
      <w:r>
        <w:br/>
      </w:r>
      <w:r>
        <w:rPr>
          <w:sz w:val="20"/>
        </w:rPr>
        <w:t>24:39  "We will keep patience." These words were revealed in Makkah.</w:t>
      </w:r>
      <w:r>
        <w:br/>
      </w:r>
      <w:r>
        <w:rPr>
          <w:sz w:val="20"/>
        </w:rPr>
        <w:t>24:45  These verses and also the other verses with the</w:t>
      </w:r>
      <w:r>
        <w:br/>
      </w:r>
      <w:r>
        <w:rPr>
          <w:sz w:val="20"/>
        </w:rPr>
        <w:t>24:51  same meaning were revealed in Makkah when the Prophet of Islam was doing Dawah work. So at that time, he was told by God, "You have to keep patience." Patience means maintaining normalcy. For what? Patience. The purpose of patience is to maintain the normal relationship between Dawi</w:t>
      </w:r>
      <w:r>
        <w:br/>
      </w:r>
      <w:r>
        <w:rPr>
          <w:sz w:val="20"/>
        </w:rPr>
        <w:t>25:21  and Madhu.</w:t>
      </w:r>
      <w:r>
        <w:br/>
      </w:r>
      <w:r>
        <w:rPr>
          <w:sz w:val="20"/>
        </w:rPr>
        <w:t>25:27  Because without normalcy, without normal relationship, no Dawah work is possible.</w:t>
      </w:r>
      <w:r>
        <w:br/>
      </w:r>
      <w:r>
        <w:rPr>
          <w:sz w:val="20"/>
        </w:rPr>
        <w:t>25:33  So at that time, when the Prophet of Islam was in Makkah and he was doing Dawah work,</w:t>
      </w:r>
      <w:r>
        <w:br/>
      </w:r>
      <w:r>
        <w:rPr>
          <w:sz w:val="20"/>
        </w:rPr>
        <w:t>25:40  so it was a Dawah period.</w:t>
      </w:r>
      <w:r>
        <w:br/>
      </w:r>
      <w:r>
        <w:rPr>
          <w:sz w:val="20"/>
        </w:rPr>
        <w:t>25:46  So at that time, the Quran,</w:t>
      </w:r>
      <w:r>
        <w:br/>
      </w:r>
      <w:r>
        <w:rPr>
          <w:sz w:val="20"/>
        </w:rPr>
        <w:t>25:52  at that time, God revealed these verses, the verses of Sabr, the verses of patience, that, "O Muslims,</w:t>
      </w:r>
      <w:r>
        <w:br/>
      </w:r>
      <w:r>
        <w:rPr>
          <w:sz w:val="20"/>
        </w:rPr>
        <w:t>26:02  you have to keep patience until Dawah work ends to its completion.</w:t>
      </w:r>
      <w:r>
        <w:br/>
      </w:r>
      <w:r>
        <w:rPr>
          <w:sz w:val="20"/>
        </w:rPr>
        <w:t>26:12  Until Dawah work</w:t>
      </w:r>
      <w:r>
        <w:br/>
      </w:r>
      <w:r>
        <w:rPr>
          <w:sz w:val="20"/>
        </w:rPr>
        <w:t>26:22  ends to its completion." That is Itimam Hujjat.</w:t>
      </w:r>
      <w:r>
        <w:br/>
      </w:r>
      <w:r>
        <w:rPr>
          <w:sz w:val="20"/>
        </w:rPr>
        <w:t>26:29  In Dawah work, Itimam Hujjat.</w:t>
      </w:r>
      <w:r>
        <w:br/>
      </w:r>
      <w:r>
        <w:rPr>
          <w:sz w:val="20"/>
        </w:rPr>
        <w:t>26:36  In Dawah work, what is required is Itimam Hujjat.</w:t>
      </w:r>
      <w:r>
        <w:br/>
      </w:r>
      <w:r>
        <w:rPr>
          <w:sz w:val="20"/>
        </w:rPr>
        <w:t>26:43  Itimam Hujjat means to complete the Dawah process.</w:t>
      </w:r>
      <w:r>
        <w:br/>
      </w:r>
      <w:r>
        <w:rPr>
          <w:sz w:val="20"/>
        </w:rPr>
        <w:t>26:49  Until you complete the process, until the process of Dawah is completed, you have to keep patience.</w:t>
      </w:r>
      <w:r>
        <w:br/>
      </w:r>
      <w:r>
        <w:rPr>
          <w:sz w:val="20"/>
        </w:rPr>
        <w:t>26:56  So it requires thinking.</w:t>
      </w:r>
      <w:r>
        <w:br/>
      </w:r>
      <w:r>
        <w:rPr>
          <w:sz w:val="20"/>
        </w:rPr>
        <w:t>27:02  It requires contemplation.</w:t>
      </w:r>
      <w:r>
        <w:br/>
      </w:r>
      <w:r>
        <w:rPr>
          <w:sz w:val="20"/>
        </w:rPr>
        <w:t>27:09  It requires Tafkir to know that when I am in the Dawah process, I cannot do Jihad.</w:t>
      </w:r>
      <w:r>
        <w:br/>
      </w:r>
      <w:r>
        <w:rPr>
          <w:sz w:val="20"/>
        </w:rPr>
        <w:t>27:15  Again, I would say that if there is injustice, you cannot do Jihad.</w:t>
      </w:r>
      <w:r>
        <w:br/>
      </w:r>
      <w:r>
        <w:rPr>
          <w:sz w:val="20"/>
        </w:rPr>
        <w:t>27:21  Injustice does not allow you to wage a war. No.</w:t>
      </w:r>
      <w:r>
        <w:br/>
      </w:r>
      <w:r>
        <w:rPr>
          <w:sz w:val="20"/>
        </w:rPr>
        <w:t>27:28  You have to know that if you are facing injustice, you have to do against that injustice peacefully.</w:t>
      </w:r>
      <w:r>
        <w:br/>
      </w:r>
      <w:r>
        <w:rPr>
          <w:sz w:val="20"/>
        </w:rPr>
        <w:t>27:34  Injustice allows you to go to peaceful work.</w:t>
      </w:r>
      <w:r>
        <w:br/>
      </w:r>
      <w:r>
        <w:rPr>
          <w:sz w:val="20"/>
        </w:rPr>
        <w:t>27:40  You are not allowed to go to sword.</w:t>
      </w:r>
      <w:r>
        <w:br/>
      </w:r>
      <w:r>
        <w:rPr>
          <w:sz w:val="20"/>
        </w:rPr>
        <w:t>27:46  Not at all.</w:t>
      </w:r>
      <w:r>
        <w:br/>
      </w:r>
      <w:r>
        <w:rPr>
          <w:sz w:val="20"/>
        </w:rPr>
        <w:t>27:52  So you have to know the difference between injustice and attack</w:t>
      </w:r>
      <w:r>
        <w:br/>
      </w:r>
      <w:r>
        <w:rPr>
          <w:sz w:val="20"/>
        </w:rPr>
        <w:t xml:space="preserve">27:59  </w:t>
      </w:r>
      <w:r>
        <w:br/>
      </w:r>
      <w:r>
        <w:rPr>
          <w:sz w:val="20"/>
        </w:rPr>
        <w:t>28:05  If there is attack, then you are allowed to go to defensive war.</w:t>
      </w:r>
      <w:r>
        <w:br/>
      </w:r>
      <w:r>
        <w:rPr>
          <w:sz w:val="20"/>
        </w:rPr>
        <w:t>28:11  But if there is injustice, you are not allowed to go to war.</w:t>
      </w:r>
      <w:r>
        <w:br/>
      </w:r>
      <w:r>
        <w:rPr>
          <w:sz w:val="20"/>
        </w:rPr>
        <w:t>28:17  You are allowed only to go to peaceful activism, peaceful struggle.</w:t>
      </w:r>
      <w:r>
        <w:br/>
      </w:r>
      <w:r>
        <w:rPr>
          <w:sz w:val="20"/>
        </w:rPr>
        <w:t>28:23  So you must know the difference between injustice and</w:t>
      </w:r>
    </w:p>
    <w:p>
      <w:pPr>
        <w:pStyle w:val="Heading2"/>
      </w:pPr>
      <w:r>
        <w:t>Day of Judgment and Islamophobia myth</w:t>
      </w:r>
    </w:p>
    <w:p>
      <w:r>
        <w:rPr>
          <w:color w:val="666666"/>
          <w:sz w:val="18"/>
        </w:rPr>
        <w:t>Double Standards of Present-Day Muslims August 6, 2017 · 3m 43s · at 32:08 · https://youtu.be/k1NcZQpHTyg?t=1928</w:t>
      </w:r>
    </w:p>
    <w:p>
      <w:r>
        <w:rPr>
          <w:i/>
        </w:rPr>
        <w:t>“To log doosron ke khilaf bolte hain khoob dhoom se”</w:t>
      </w:r>
    </w:p>
    <w:p>
      <w:r>
        <w:rPr>
          <w:sz w:val="20"/>
        </w:rPr>
        <w:t>32:08  to log doosron ke khilaf bolte hain khoob dhoom se. jo bhi musalmanon ke jalsay bajaiye, musalmanon ke jalsay ya musalmanon ke jo magazine hain, risale hain, akhbar hain, jis ko bhi dekhiye, one to all, without any exception,</w:t>
      </w:r>
      <w:r>
        <w:br/>
      </w:r>
      <w:r>
        <w:rPr>
          <w:sz w:val="20"/>
        </w:rPr>
        <w:t>32:27  sab musalmanon ki mazloomiyat ki baat ziyada tar bataye ga. to baat yahan khatam nahi hoti. bataya jaye ke kaun hai jis ne hum ko mazloom banaya aur Allah ne kyun aisa kiya ke wo mazloom banaye,</w:t>
      </w:r>
      <w:r>
        <w:br/>
      </w:r>
      <w:r>
        <w:rPr>
          <w:sz w:val="20"/>
        </w:rPr>
        <w:t>32:43  banane ke liye in ko aazad chhod diya.</w:t>
      </w:r>
      <w:r>
        <w:br/>
      </w:r>
      <w:r>
        <w:rPr>
          <w:sz w:val="20"/>
        </w:rPr>
        <w:t>32:51  to meri dua hai ke hum log aadhe se niklein,</w:t>
      </w:r>
      <w:r>
        <w:br/>
      </w:r>
      <w:r>
        <w:rPr>
          <w:sz w:val="20"/>
        </w:rPr>
        <w:t>32:59  right thinking hamare andar paida ho,</w:t>
      </w:r>
      <w:r>
        <w:br/>
      </w:r>
      <w:r>
        <w:rPr>
          <w:sz w:val="20"/>
        </w:rPr>
        <w:t>33:05  hamari aankhein khulein.</w:t>
      </w:r>
      <w:r>
        <w:br/>
      </w:r>
      <w:r>
        <w:rPr>
          <w:sz w:val="20"/>
        </w:rPr>
        <w:t>33:10  kyun ke yeh baatein aakhirat mein nahi chalengi. aakhir kar to hum sab ko aakhirat mein Allah ke samne khada hona hai, to wahan nahi chalengi aisi baatein.</w:t>
      </w:r>
      <w:r>
        <w:br/>
      </w:r>
      <w:r>
        <w:rPr>
          <w:sz w:val="20"/>
        </w:rPr>
        <w:t>33:20  apne jalson mein jo aap kehte hain, apne so called media jo aap ka hai, us mein jo aap</w:t>
      </w:r>
      <w:r>
        <w:br/>
      </w:r>
      <w:r>
        <w:rPr>
          <w:sz w:val="20"/>
        </w:rPr>
        <w:t>33:30  likhte bolte hain, to yeh hashar mein nahi chalega.</w:t>
      </w:r>
      <w:r>
        <w:br/>
      </w:r>
      <w:r>
        <w:rPr>
          <w:sz w:val="20"/>
        </w:rPr>
        <w:t>33:39  yom yaqoomun naasu li rabbil aalameen Quran mein aaya hai yani jis din log rabbul aalameen ke samne khade honge. yom yaqoomun naasu li rabbil aalameen yani kaisi dara dene wali aayat hai.</w:t>
      </w:r>
      <w:r>
        <w:br/>
      </w:r>
      <w:r>
        <w:rPr>
          <w:sz w:val="20"/>
        </w:rPr>
        <w:t>33:57  yani wo din aane wala hai jab ke sare log apne rabb ke samne khade kiye jayenge. poocha jayega,</w:t>
      </w:r>
      <w:r>
        <w:br/>
      </w:r>
      <w:r>
        <w:rPr>
          <w:sz w:val="20"/>
        </w:rPr>
        <w:t>34:07  in se poocha jayega ke tum ne kaise sare west mein keh diya ke sare west mein Islamophobia hai? kaise keh diya? daleel daleel lao. kaise keh diya ke sare west mein Islamophobia hai?</w:t>
      </w:r>
      <w:r>
        <w:br/>
      </w:r>
      <w:r>
        <w:rPr>
          <w:sz w:val="20"/>
        </w:rPr>
        <w:t>34:20  kaise keh diya ke sari duniya hamare khilaf zalim hai? kaise keh diya? daleel lao. to kya daleel layenge aap?</w:t>
      </w:r>
      <w:r>
        <w:br/>
      </w:r>
      <w:r>
        <w:rPr>
          <w:sz w:val="20"/>
        </w:rPr>
        <w:t>34:34  yom yaqoomun naasu li rabbil aalameen yani wo din aane wala hai jab ke sare log Allah rabbul aalameen ke samne khade kiye jayenge.</w:t>
      </w:r>
      <w:r>
        <w:br/>
      </w:r>
      <w:r>
        <w:rPr>
          <w:sz w:val="20"/>
        </w:rPr>
        <w:t>34:42  ab poocha jayega.</w:t>
      </w:r>
      <w:r>
        <w:br/>
      </w:r>
      <w:r>
        <w:rPr>
          <w:sz w:val="20"/>
        </w:rPr>
        <w:t>34:46  to yeh khayal kijiye, logon ke paas koi jawab nahi hota. kyun? kyun ke yeh baatein jo kehte hain log, koi daleel nahi, koi saboot nahi, bas kehte hain yeh zalim hain, wo bure hain, wo Islamophobia mein pade hue hain.</w:t>
      </w:r>
      <w:r>
        <w:br/>
      </w:r>
      <w:r>
        <w:rPr>
          <w:sz w:val="20"/>
        </w:rPr>
        <w:t>34:59  yeh sab hamare allegations hain. allegation.</w:t>
      </w:r>
      <w:r>
        <w:br/>
      </w:r>
      <w:r>
        <w:rPr>
          <w:sz w:val="20"/>
        </w:rPr>
        <w:t>35:05  yeh sab hamare allegations hain. main bohat gaya hoon maghribi mulkon mein, America mein. main ne kabhi nahi dekha hua koi Islamophobia.</w:t>
      </w:r>
      <w:r>
        <w:br/>
      </w:r>
      <w:r>
        <w:rPr>
          <w:sz w:val="20"/>
        </w:rPr>
        <w:t>35:16  yeh musalmanon ke apne dimagh mein hai, yeh Islamophobia. musalmanon ki apni invention hai, yeh Islamophobia.</w:t>
      </w:r>
      <w:r>
        <w:br/>
      </w:r>
      <w:r>
        <w:rPr>
          <w:sz w:val="20"/>
        </w:rPr>
        <w:t>35:35  to meri dua hai ke Allah taala hum ko sahi soch, hamare andar sahi soch aaye, hum</w:t>
      </w:r>
    </w:p>
    <w:p>
      <w:pPr>
        <w:pStyle w:val="Heading2"/>
      </w:pPr>
      <w:r>
        <w:t>True cause of Muslim decline is lost wisdom, not enemy oppression</w:t>
      </w:r>
    </w:p>
    <w:p>
      <w:r>
        <w:rPr>
          <w:color w:val="666666"/>
          <w:sz w:val="18"/>
        </w:rPr>
        <w:t>Deep Thinking April 3, 2014 Maulana Wahiduddin Khan · 5m 45s · at 14:58 · https://youtu.be/1DvZY_4ddps?t=898</w:t>
      </w:r>
    </w:p>
    <w:p>
      <w:r>
        <w:rPr>
          <w:i/>
        </w:rPr>
        <w:t>“Ummat par kabhi zalim ghalib nahi aayega, magar shart kya hai”</w:t>
      </w:r>
    </w:p>
    <w:p>
      <w:r>
        <w:rPr>
          <w:sz w:val="20"/>
        </w:rPr>
        <w:t>14:58  is ke baad yeh jo farmaya ke</w:t>
      </w:r>
      <w:r>
        <w:br/>
      </w:r>
      <w:r>
        <w:rPr>
          <w:sz w:val="20"/>
        </w:rPr>
        <w:t>15:05  ummat par aisa waqt nahi aayega ke jo koi zalim is par is ko overpower kar le, zalim is par ghalib aa jaye.</w:t>
      </w:r>
      <w:r>
        <w:br/>
      </w:r>
      <w:r>
        <w:rPr>
          <w:sz w:val="20"/>
        </w:rPr>
        <w:t>15:17  to yahan par sochne ki baat hai ke tafaqquh se kya ta'alluq is ka hai? Kyun ke ek hi silsila-e-kalam mein dono baatein aayi hain.</w:t>
      </w:r>
      <w:r>
        <w:br/>
      </w:r>
      <w:r>
        <w:rPr>
          <w:sz w:val="20"/>
        </w:rPr>
        <w:t>15:31  to koi</w:t>
      </w:r>
      <w:r>
        <w:br/>
      </w:r>
      <w:r>
        <w:rPr>
          <w:sz w:val="20"/>
        </w:rPr>
        <w:t>15:36  ajnabi karo, koi dushman karo, koi</w:t>
      </w:r>
      <w:r>
        <w:br/>
      </w:r>
      <w:r>
        <w:rPr>
          <w:sz w:val="20"/>
        </w:rPr>
        <w:t>15:42  mukhalif karo, kabhi bhi ummat par ghalib nahi aayega. Lekin woh shart kya hai?</w:t>
      </w:r>
      <w:r>
        <w:br/>
      </w:r>
      <w:r>
        <w:rPr>
          <w:sz w:val="20"/>
        </w:rPr>
        <w:t>15:51  tafaqquh is ke andar ho, yeh bhi ummat ki fazilat nahi hai. Ummat ke liye fazilat ki baat nahi hai.</w:t>
      </w:r>
      <w:r>
        <w:br/>
      </w:r>
      <w:r>
        <w:rPr>
          <w:sz w:val="20"/>
        </w:rPr>
        <w:t>16:04  woh baat isi ma'ne mein hai ke ummat agar ummat ke andar sachcha iman aayega, sachcha tafaqquh aayega, woh is qabil hogi ke yaani divine mind ke sath soche baaton ko, cheezon ko deep thinking ke sath samjhe</w:t>
      </w:r>
      <w:r>
        <w:br/>
      </w:r>
      <w:r>
        <w:rPr>
          <w:sz w:val="20"/>
        </w:rPr>
        <w:t>16:31  to woh us ki strategy bohat kamyab hogi. woh aisa nahi kare gi ke aise iqdam kare, polish iqdam ke zalim ko taqwa pa le, is pe ghalib aa jaye.</w:t>
      </w:r>
      <w:r>
        <w:br/>
      </w:r>
      <w:r>
        <w:rPr>
          <w:sz w:val="20"/>
        </w:rPr>
        <w:t>16:46  to yeh ummat ki fazilat nahi hai, balkeh fazilat hai hikmat ke sath, gehri danishmandi ke sath, planning ki.</w:t>
      </w:r>
      <w:r>
        <w:br/>
      </w:r>
      <w:r>
        <w:rPr>
          <w:sz w:val="20"/>
        </w:rPr>
        <w:t>16:59  gehri danishmandi ke</w:t>
      </w:r>
      <w:r>
        <w:br/>
      </w:r>
      <w:r>
        <w:rPr>
          <w:sz w:val="20"/>
        </w:rPr>
        <w:t>17:00  sath planning ki. aaj kal aap dekhiye, musalman jagah jagah shikayatein kar rahe hain, jagah jagah un ko museebatein pesh aa rahi hain, aur shikayat karte hain ke yeh log zalim hain, yeh log sazishi hain,</w:t>
      </w:r>
      <w:r>
        <w:br/>
      </w:r>
      <w:r>
        <w:rPr>
          <w:sz w:val="20"/>
        </w:rPr>
        <w:t>17:14  yeh log islam dushman hain. yeh sab galat baat hai. is hadith se sabit hota hai ke musalmanon mein tafaqqah khatm ho gaya hai, gehri gehri hikmat khatm ho gayi,</w:t>
      </w:r>
      <w:r>
        <w:br/>
      </w:r>
      <w:r>
        <w:rPr>
          <w:sz w:val="20"/>
        </w:rPr>
        <w:t>17:28  aur isi ki woh prize de rahe hain,</w:t>
      </w:r>
      <w:r>
        <w:br/>
      </w:r>
      <w:r>
        <w:rPr>
          <w:sz w:val="20"/>
        </w:rPr>
        <w:t>17:31  isi ki prize de rahe hain.</w:t>
      </w:r>
      <w:r>
        <w:br/>
      </w:r>
      <w:r>
        <w:rPr>
          <w:sz w:val="20"/>
        </w:rPr>
        <w:t>17:36  to jahan jahan musalmanon ko aise masail pesh aa rahe hain jis ko woh zulm ke taabeer karte hain, wahan un ko yeh sochna chahiye ke hum ne kahan hikmat kho di,</w:t>
      </w:r>
      <w:r>
        <w:br/>
      </w:r>
      <w:r>
        <w:rPr>
          <w:sz w:val="20"/>
        </w:rPr>
        <w:t>17:51  kahan hum ne tawaqqu se mehroom ho gaya, kahan aisa hua ke hum ne deep thinking se kaam nahi liya.</w:t>
      </w:r>
      <w:r>
        <w:br/>
      </w:r>
      <w:r>
        <w:rPr>
          <w:sz w:val="20"/>
        </w:rPr>
        <w:t>18:00  yeh sochna ke kaam hai, yeh soch, yeh sochna chahiye.</w:t>
      </w:r>
      <w:r>
        <w:br/>
      </w:r>
      <w:r>
        <w:rPr>
          <w:sz w:val="20"/>
        </w:rPr>
        <w:t>18:10  to yeh bohat hi zyada aham baat hai jo hadith riwayat ki gayi hai ke agar tum</w:t>
      </w:r>
      <w:r>
        <w:br/>
      </w:r>
      <w:r>
        <w:rPr>
          <w:sz w:val="20"/>
        </w:rPr>
        <w:t>18:19  rasool Allah ke namune ki pairwi karoge to tumhare andar tawaqqu aayega, deep thinking aayegi,</w:t>
      </w:r>
      <w:r>
        <w:br/>
      </w:r>
      <w:r>
        <w:rPr>
          <w:sz w:val="20"/>
        </w:rPr>
        <w:t>18:29  wise thinking aayegi, wisdom aayegi, hikmat aayegi.</w:t>
      </w:r>
      <w:r>
        <w:br/>
      </w:r>
      <w:r>
        <w:rPr>
          <w:sz w:val="20"/>
        </w:rPr>
        <w:t>18:38  aisi halat mein jab bhi aisa ho ke tum mehsoos karo ke tumhare par aise log ghalib aa gaye hain jo ke tum zalim samajhte ho, to kabhi bhi yeh mat samjho ke un ke woh zulmat tumhare par ghalib</w:t>
      </w:r>
      <w:r>
        <w:br/>
      </w:r>
      <w:r>
        <w:rPr>
          <w:sz w:val="20"/>
        </w:rPr>
        <w:t>18:54  ho gaye. nahi, is ka sabab hamesha yeh hoga ke adam tawaqqu tumhare apne andar, tumhare apne andar deep thinking ki kami,</w:t>
      </w:r>
      <w:r>
        <w:br/>
      </w:r>
      <w:r>
        <w:rPr>
          <w:sz w:val="20"/>
        </w:rPr>
        <w:t>19:07  tumhare apne andar gehri samajh ki kami, tumhare apne andar gehri planning ki kami.</w:t>
      </w:r>
      <w:r>
        <w:br/>
      </w:r>
      <w:r>
        <w:rPr>
          <w:sz w:val="20"/>
        </w:rPr>
        <w:t>19:19  kyunke jahan tawaqqu hoga, wahan gehri planning hogi.</w:t>
      </w:r>
      <w:r>
        <w:br/>
      </w:r>
      <w:r>
        <w:rPr>
          <w:sz w:val="20"/>
        </w:rPr>
        <w:t>19:24  jahan deep thinking hogi, wahan gehri planning hogi.</w:t>
      </w:r>
      <w:r>
        <w:br/>
      </w:r>
      <w:r>
        <w:rPr>
          <w:sz w:val="20"/>
        </w:rPr>
        <w:t>19:34  to is hadith mein bohat bara sabak diya gaya hai ek insan ke liye apni zaati zindagi mein bhi aur majmooi taur par poori ummat ke liye bhi,</w:t>
      </w:r>
      <w:r>
        <w:br/>
      </w:r>
      <w:r>
        <w:rPr>
          <w:sz w:val="20"/>
        </w:rPr>
        <w:t>19:49  dono halaton ke liye.</w:t>
      </w:r>
      <w:r>
        <w:br/>
      </w:r>
      <w:r>
        <w:rPr>
          <w:sz w:val="20"/>
        </w:rPr>
        <w:t>19:58  to dekhiye, ek hote hain is islam ke masail jin ko hum kehte hain fiqhi masail. ek hote hain masail.</w:t>
      </w:r>
      <w:r>
        <w:br/>
      </w:r>
      <w:r>
        <w:rPr>
          <w:sz w:val="20"/>
        </w:rPr>
        <w:t>20:09  masail kya hain? woh islam ka form hai, woh islam ka form hai, zahiri form. wohi asal islam nahi hai.</w:t>
      </w:r>
      <w:r>
        <w:br/>
      </w:r>
      <w:r>
        <w:rPr>
          <w:sz w:val="20"/>
        </w:rPr>
        <w:t>20:23  asal islam woh hai jo is ki spirit hai, woh hai asal islam.</w:t>
      </w:r>
      <w:r>
        <w:br/>
      </w:r>
      <w:r>
        <w:rPr>
          <w:sz w:val="20"/>
        </w:rPr>
        <w:t>20:33  to jab tak musalmanon mein tawaqqu zinda rahe ga, woh spirit wale islam par qaim rahenge, aur jab tawaqqu nahi rahe ga to form wale islam par qaim ho jayenge.</w:t>
      </w:r>
    </w:p>
    <w:p>
      <w:pPr>
        <w:pStyle w:val="Heading2"/>
      </w:pPr>
      <w:r>
        <w:t>Gandhi dream and mission of harmony</w:t>
      </w:r>
    </w:p>
    <w:p>
      <w:r>
        <w:rPr>
          <w:color w:val="666666"/>
          <w:sz w:val="18"/>
        </w:rPr>
        <w:t>Principle of Talif al-Qalb (English) May 2, 2009 Maulana Wahiduddin Khan · 5m 58s · at 9:24 · https://youtu.be/rDs0yh-Nsig?t=564</w:t>
      </w:r>
    </w:p>
    <w:p>
      <w:r>
        <w:rPr>
          <w:i/>
        </w:rPr>
        <w:t>“According to my diary, I dreamt at May 15, 2001.”</w:t>
      </w:r>
    </w:p>
    <w:p>
      <w:r>
        <w:rPr>
          <w:sz w:val="20"/>
        </w:rPr>
        <w:t>9:24  for example, according to my diary, I said I dream at May 15, 2001.</w:t>
      </w:r>
      <w:r>
        <w:br/>
      </w:r>
      <w:r>
        <w:rPr>
          <w:sz w:val="20"/>
        </w:rPr>
        <w:t>9:38  it was very clear dream, and I have noted down this in my diary. you can see it in my diary. so in this dream, I said that I am walking at some road,</w:t>
      </w:r>
      <w:r>
        <w:br/>
      </w:r>
      <w:r>
        <w:rPr>
          <w:sz w:val="20"/>
        </w:rPr>
        <w:t>9:51  and in the road side, there were trees. then I notice that Mahatma Gandhi is sitting under tree</w:t>
      </w:r>
      <w:r>
        <w:br/>
      </w:r>
      <w:r>
        <w:rPr>
          <w:sz w:val="20"/>
        </w:rPr>
        <w:t>10:03  . at that time, he was alone, quite alone. so I approached, I came close to Mahatma Gandhi.</w:t>
      </w:r>
      <w:r>
        <w:br/>
      </w:r>
      <w:r>
        <w:rPr>
          <w:sz w:val="20"/>
        </w:rPr>
        <w:t>10:15  so he became happy, and he said something. and then, as I remember, he said the conversation was was Hindi in Hindi</w:t>
      </w:r>
      <w:r>
        <w:br/>
      </w:r>
      <w:r>
        <w:rPr>
          <w:sz w:val="20"/>
        </w:rPr>
        <w:t>10:31  . he said, "Maulana sahib, aap jo kaam kar rahe hain, is ko karte rahiye.</w:t>
      </w:r>
      <w:r>
        <w:br/>
      </w:r>
      <w:r>
        <w:rPr>
          <w:sz w:val="20"/>
        </w:rPr>
        <w:t>10:42  Maulana sahib, aap jo kaam kar rahe hain, is ko karte rahiye." then at that time, there was two fountain pen with him.</w:t>
      </w:r>
      <w:r>
        <w:br/>
      </w:r>
      <w:r>
        <w:rPr>
          <w:sz w:val="20"/>
        </w:rPr>
        <w:t>10:55  he gave me this fountain pen,</w:t>
      </w:r>
      <w:r>
        <w:br/>
      </w:r>
      <w:r>
        <w:rPr>
          <w:sz w:val="20"/>
        </w:rPr>
        <w:t>11:01  first one fountain pen, then both this fountain pen he gave me.</w:t>
      </w:r>
      <w:r>
        <w:br/>
      </w:r>
      <w:r>
        <w:rPr>
          <w:sz w:val="20"/>
        </w:rPr>
        <w:t>11:10  so there was some other details of this dream. so by this dream, according to my interpretation, this dream means that Mahatma Gandhi is happy with my mission</w:t>
      </w:r>
      <w:r>
        <w:br/>
      </w:r>
      <w:r>
        <w:rPr>
          <w:sz w:val="20"/>
        </w:rPr>
        <w:t>11:26  , because a very important aspect of mission is to normalize the relationship between Hindus or Muslims. this is an important part of my mission.</w:t>
      </w:r>
      <w:r>
        <w:br/>
      </w:r>
      <w:r>
        <w:rPr>
          <w:sz w:val="20"/>
        </w:rPr>
        <w:t>11:40  since the out set, I am always try to emphasize that Muslims or Hindus both have to live in this country with normal relationship</w:t>
      </w:r>
      <w:r>
        <w:br/>
      </w:r>
      <w:r>
        <w:rPr>
          <w:sz w:val="20"/>
        </w:rPr>
        <w:t>11:55  , because you know, partition was very sad aspect of history. partition inculcated hate among the both communities.</w:t>
      </w:r>
      <w:r>
        <w:br/>
      </w:r>
      <w:r>
        <w:rPr>
          <w:sz w:val="20"/>
        </w:rPr>
        <w:t>12:07  partition of the country was very very, I can say, that was a blunder, blunder mistake, because life is based on interaction.</w:t>
      </w:r>
      <w:r>
        <w:br/>
      </w:r>
      <w:r>
        <w:rPr>
          <w:sz w:val="20"/>
        </w:rPr>
        <w:t>12:20  interaction,</w:t>
      </w:r>
      <w:r>
        <w:br/>
      </w:r>
      <w:r>
        <w:rPr>
          <w:sz w:val="20"/>
        </w:rPr>
        <w:t>12:22  all the progress are, all the progress are development depend on interaction. without interaction, there is no progress. and especially in our modern age, we are living in age where the world has become a single village.</w:t>
      </w:r>
      <w:r>
        <w:br/>
      </w:r>
      <w:r>
        <w:rPr>
          <w:sz w:val="20"/>
        </w:rPr>
        <w:t>12:43  there is a globalization. so in the age of globalization, it is quite anachronism to demand a separate land</w:t>
      </w:r>
      <w:r>
        <w:br/>
      </w:r>
      <w:r>
        <w:rPr>
          <w:sz w:val="20"/>
        </w:rPr>
        <w:t>12:52  . so all those leaders who demanded a separate land, they were, any they were speaking against the spirit of the age.</w:t>
      </w:r>
      <w:r>
        <w:br/>
      </w:r>
      <w:r>
        <w:rPr>
          <w:sz w:val="20"/>
        </w:rPr>
        <w:t>13:02  it was an anachronistic attitude. so</w:t>
      </w:r>
      <w:r>
        <w:br/>
      </w:r>
      <w:r>
        <w:rPr>
          <w:sz w:val="20"/>
        </w:rPr>
        <w:t>13:11  I started my mission just after 1947, namely in 1950</w:t>
      </w:r>
      <w:r>
        <w:br/>
      </w:r>
      <w:r>
        <w:rPr>
          <w:sz w:val="20"/>
        </w:rPr>
        <w:t>13:20  . so my mission was to fold mission. first, to normalize the relationship between Hindus or Muslims, and then spread the teaching of Islam, especially basic teachings.</w:t>
      </w:r>
      <w:r>
        <w:br/>
      </w:r>
      <w:r>
        <w:rPr>
          <w:sz w:val="20"/>
        </w:rPr>
        <w:t>13:42  so I</w:t>
      </w:r>
      <w:r>
        <w:br/>
      </w:r>
      <w:r>
        <w:rPr>
          <w:sz w:val="20"/>
        </w:rPr>
        <w:t>13:46  try to</w:t>
      </w:r>
      <w:r>
        <w:br/>
      </w:r>
      <w:r>
        <w:rPr>
          <w:sz w:val="20"/>
        </w:rPr>
        <w:t>13:50  prepare muslim to pay the price by unilateral adjustment, because of this situation persist, then Muslims will suffer</w:t>
      </w:r>
      <w:r>
        <w:br/>
      </w:r>
      <w:r>
        <w:rPr>
          <w:sz w:val="20"/>
        </w:rPr>
        <w:t>14:09  . Hindus are in majority, or Muslims are in minority. so if the situation of hate between the two communities, and tension between the two communities, then it is Muslim community that will suffer.</w:t>
      </w:r>
      <w:r>
        <w:br/>
      </w:r>
      <w:r>
        <w:rPr>
          <w:sz w:val="20"/>
        </w:rPr>
        <w:t>14:28  so I said to Muslims that you have to to to try to make adjustment unilaterally, so that you may prosper in this country</w:t>
      </w:r>
      <w:r>
        <w:br/>
      </w:r>
      <w:r>
        <w:rPr>
          <w:sz w:val="20"/>
        </w:rPr>
        <w:t>14:39  , so that you may. you may plan your future, future development, and also you can do the work in a normal situation,</w:t>
      </w:r>
      <w:r>
        <w:br/>
      </w:r>
      <w:r>
        <w:rPr>
          <w:sz w:val="20"/>
        </w:rPr>
        <w:t>14:53  because without doing the work, you can not obtain the blessing of Gods, blessing of God.</w:t>
      </w:r>
      <w:r>
        <w:br/>
      </w:r>
      <w:r>
        <w:rPr>
          <w:sz w:val="20"/>
        </w:rPr>
        <w:t>15:03  to this was my mission</w:t>
      </w:r>
      <w:r>
        <w:br/>
      </w:r>
      <w:r>
        <w:rPr>
          <w:sz w:val="20"/>
        </w:rPr>
        <w:t>15:06  , and I think that Mahatma Gandhi, according to this dream, of this dream is a reality, then the spirit of Mahatma Gandhi is happy with my mission.</w:t>
      </w:r>
    </w:p>
    <w:p>
      <w:pPr>
        <w:pStyle w:val="Heading2"/>
      </w:pPr>
      <w:r>
        <w:t>Muslims backward due to ignoring Quranic law</w:t>
      </w:r>
    </w:p>
    <w:p>
      <w:r>
        <w:rPr>
          <w:color w:val="666666"/>
          <w:sz w:val="18"/>
        </w:rPr>
        <w:t>Challenge Activates Potential March 7, 2009 Maulana Wahiduddin Khan · 5m 48s · at 19:18 · https://youtu.be/fINKWi2aYzo?t=1158</w:t>
      </w:r>
    </w:p>
    <w:p>
      <w:r>
        <w:rPr>
          <w:i/>
        </w:rPr>
        <w:t>“You know, in our world, all the Muslims are living in frustration.”</w:t>
      </w:r>
    </w:p>
    <w:p>
      <w:r>
        <w:rPr>
          <w:sz w:val="20"/>
        </w:rPr>
        <w:t>19:18  so you have to adopt this formula, and also you have to preach this formula. you know, in our world, you know, in the present world, all the Muslims are living in frustration, in disappointment</w:t>
      </w:r>
      <w:r>
        <w:br/>
      </w:r>
      <w:r>
        <w:rPr>
          <w:sz w:val="20"/>
        </w:rPr>
        <w:t>19:34  . nearly all the Muslims in India, in Bangladesh, in Pakistan, in Arab, in Europe, in America, all are speaking in negative tone.</w:t>
      </w:r>
      <w:r>
        <w:br/>
      </w:r>
      <w:r>
        <w:rPr>
          <w:sz w:val="20"/>
        </w:rPr>
        <w:t>19:48  all are have some complaint in their heart, some protestant in their heart, because they don't know this law of nature.</w:t>
      </w:r>
      <w:r>
        <w:br/>
      </w:r>
      <w:r>
        <w:rPr>
          <w:sz w:val="20"/>
        </w:rPr>
        <w:t>19:58  although its mention in the Quran, although it was practice by the prophet of Islam, although we have a model in this regard.</w:t>
      </w:r>
      <w:r>
        <w:br/>
      </w:r>
      <w:r>
        <w:rPr>
          <w:sz w:val="20"/>
        </w:rPr>
        <w:t>20:08  but Muslims are blind. Muslims are opportunity blind. present Muslims are, i by Muslim, i mean their leaders.</w:t>
      </w:r>
      <w:r>
        <w:br/>
      </w:r>
      <w:r>
        <w:rPr>
          <w:sz w:val="20"/>
        </w:rPr>
        <w:t>20:21  i am not referring to mosque. i am not referring to mosque.</w:t>
      </w:r>
      <w:r>
        <w:br/>
      </w:r>
      <w:r>
        <w:rPr>
          <w:sz w:val="20"/>
        </w:rPr>
        <w:t>20:27  mosque is not to blame. the blame goes to leaders, to intellectuals. so this is the set that all the leaders become opportunity blind.</w:t>
      </w:r>
      <w:r>
        <w:br/>
      </w:r>
      <w:r>
        <w:rPr>
          <w:sz w:val="20"/>
        </w:rPr>
        <w:t>20:46  de no only problems, de no only atrocities, de no only sad aspect of the things, or negative aspect of the things.</w:t>
      </w:r>
      <w:r>
        <w:br/>
      </w:r>
      <w:r>
        <w:rPr>
          <w:sz w:val="20"/>
        </w:rPr>
        <w:t>21:01  it is this, it is the single factor that has made Muslims backward.</w:t>
      </w:r>
      <w:r>
        <w:br/>
      </w:r>
      <w:r>
        <w:rPr>
          <w:sz w:val="20"/>
        </w:rPr>
        <w:t>21:08  in our present world, Muslims feel them self displaced people, dictate committee.</w:t>
      </w:r>
      <w:r>
        <w:br/>
      </w:r>
      <w:r>
        <w:rPr>
          <w:sz w:val="20"/>
        </w:rPr>
        <w:t>21:19  they feel that they are in sad. all these things are due to mis guidance.</w:t>
      </w:r>
      <w:r>
        <w:br/>
      </w:r>
      <w:r>
        <w:rPr>
          <w:sz w:val="20"/>
        </w:rPr>
        <w:t>21:28  mis guidance.</w:t>
      </w:r>
      <w:r>
        <w:br/>
      </w:r>
      <w:r>
        <w:rPr>
          <w:sz w:val="20"/>
        </w:rPr>
        <w:t>21:32  or leaders fail to, fail to, fail to guide Muslims in positive turn.</w:t>
      </w:r>
      <w:r>
        <w:br/>
      </w:r>
      <w:r>
        <w:rPr>
          <w:sz w:val="20"/>
        </w:rPr>
        <w:t>21:48  so it is a very, yani this phenomena is not very simple phenomena. this also indicate a greater evil</w:t>
      </w:r>
      <w:r>
        <w:br/>
      </w:r>
      <w:r>
        <w:rPr>
          <w:sz w:val="20"/>
        </w:rPr>
        <w:t>21:58  , that is our present reformers or leaders fail to drive their thought from from the Quran.</w:t>
      </w:r>
      <w:r>
        <w:br/>
      </w:r>
      <w:r>
        <w:rPr>
          <w:sz w:val="20"/>
        </w:rPr>
        <w:t>22:10  i don't know any Muslim leader who claims that i, i wanted to know</w:t>
      </w:r>
      <w:r>
        <w:br/>
      </w:r>
      <w:r>
        <w:rPr>
          <w:sz w:val="20"/>
        </w:rPr>
        <w:t>22:24  what i have to do from the Quran</w:t>
      </w:r>
      <w:r>
        <w:br/>
      </w:r>
      <w:r>
        <w:rPr>
          <w:sz w:val="20"/>
        </w:rPr>
        <w:t>22:27  . i, i, i went to a itikaf, i studied Quran for a long time, for several time, and then i discovered from the Quran that this is the solution of Muslims problems.</w:t>
      </w:r>
      <w:r>
        <w:br/>
      </w:r>
      <w:r>
        <w:rPr>
          <w:sz w:val="20"/>
        </w:rPr>
        <w:t>22:44  and then i started my, my movement. all these Muslims only were case of reaction,</w:t>
      </w:r>
      <w:r>
        <w:br/>
      </w:r>
      <w:r>
        <w:rPr>
          <w:sz w:val="20"/>
        </w:rPr>
        <w:t>22:56  reaction out of reaction. I am talking about the present Muslim leaders. All these Muslim leaders were case of reaction.</w:t>
      </w:r>
      <w:r>
        <w:br/>
      </w:r>
      <w:r>
        <w:rPr>
          <w:sz w:val="20"/>
        </w:rPr>
        <w:t>23:07  de, de reacted negatively.</w:t>
      </w:r>
      <w:r>
        <w:br/>
      </w:r>
      <w:r>
        <w:rPr>
          <w:sz w:val="20"/>
        </w:rPr>
        <w:t>23:15  they were facing some situation, especially political situation, and some other social situation that seems to be an unfavorable phase.</w:t>
      </w:r>
      <w:r>
        <w:br/>
      </w:r>
      <w:r>
        <w:rPr>
          <w:sz w:val="20"/>
        </w:rPr>
        <w:t>23:30  so they were facing some situation that was apparently not favorable to Muslims. so they reacted negatively.</w:t>
      </w:r>
      <w:r>
        <w:br/>
      </w:r>
      <w:r>
        <w:rPr>
          <w:sz w:val="20"/>
        </w:rPr>
        <w:t>23:42  so all these reformers, all these leaders were case of negative reaction.</w:t>
      </w:r>
      <w:r>
        <w:br/>
      </w:r>
      <w:r>
        <w:rPr>
          <w:sz w:val="20"/>
        </w:rPr>
        <w:t>23:52  so de fail to, to de fail to discover the guidance given by the Quran. de fail to, de fail to discover the guidance given by the prophet of Islam.</w:t>
      </w:r>
      <w:r>
        <w:br/>
      </w:r>
      <w:r>
        <w:rPr>
          <w:sz w:val="20"/>
        </w:rPr>
        <w:t>24:08  to this is the most sad aspect of our present life. present Muslims are victim of of this kind of misleading.</w:t>
      </w:r>
      <w:r>
        <w:br/>
      </w:r>
      <w:r>
        <w:rPr>
          <w:sz w:val="20"/>
        </w:rPr>
        <w:t>24:25  deir are so many books in this subject, thousand and thousand books and articles. for example, one Arab Sheikh has publish a book with this title</w:t>
      </w:r>
      <w:r>
        <w:br/>
      </w:r>
      <w:r>
        <w:rPr>
          <w:sz w:val="20"/>
        </w:rPr>
        <w:t>24:38  : "Lamada al-Muslimeen Ghair, why Muslims become backward and other become forward".</w:t>
      </w:r>
      <w:r>
        <w:br/>
      </w:r>
      <w:r>
        <w:rPr>
          <w:sz w:val="20"/>
        </w:rPr>
        <w:t>24:53  Mada, this, this is the title of his book: "Lamada al-Muslimeen Ghair, why Muslims become backward and other become forward".</w:t>
      </w:r>
    </w:p>
    <w:p>
      <w:pPr>
        <w:pStyle w:val="Heading2"/>
      </w:pPr>
      <w:r>
        <w:t>Two rejections that shaped a universal thinker</w:t>
      </w:r>
    </w:p>
    <w:p>
      <w:r>
        <w:rPr>
          <w:color w:val="666666"/>
          <w:sz w:val="18"/>
        </w:rPr>
        <w:t>Science of Life Sep 10, 2006 Maulana Wahiduddin Khan · 4m 46s · at 42:21 · https://youtu.be/9ZRasJA7jTw?t=2541</w:t>
      </w:r>
    </w:p>
    <w:p>
      <w:r>
        <w:rPr>
          <w:i/>
        </w:rPr>
        <w:t>“Azaadi se pehle main Jamia Millia mein admission lene aaya tha”</w:t>
      </w:r>
    </w:p>
    <w:p>
      <w:r>
        <w:rPr>
          <w:sz w:val="20"/>
        </w:rPr>
        <w:t>42:21  realistic approach ek direct tor par result hai is baat ka ke main yateem ban gaya. aise hi main meri zindagi ke mein bahut se aise waqey mein arz karoon aap ki khidmat mein, in mein se do azaadi se pehle yaani 47 se pehle ek baar main dilli aaya tha jab mujhe koi jaanta nahi tha naujawaani ki umar mein.</w:t>
      </w:r>
      <w:r>
        <w:br/>
      </w:r>
      <w:r>
        <w:rPr>
          <w:sz w:val="20"/>
        </w:rPr>
        <w:t>42:48  toh aaya tha main yahan jamia millia jo hai, yahan par is mein admission lene ke liye.</w:t>
      </w:r>
      <w:r>
        <w:br/>
      </w:r>
      <w:r>
        <w:rPr>
          <w:sz w:val="20"/>
        </w:rPr>
        <w:t>42:55  aazaadi se bahut pehle shayad 42 mein ya aap yeh theek se yaad nahi hai sun is ka. zaakir hussain is waqt vice chancellor the jaamea mein.</w:t>
      </w:r>
      <w:r>
        <w:br/>
      </w:r>
      <w:r>
        <w:rPr>
          <w:sz w:val="20"/>
        </w:rPr>
        <w:t>43:04  is waqt jaamea deacrize nahi hui thi, is waqt sheikh ul jaamea un ko kaha jaata tha.</w:t>
      </w:r>
      <w:r>
        <w:br/>
      </w:r>
      <w:r>
        <w:rPr>
          <w:sz w:val="20"/>
        </w:rPr>
        <w:t>43:12  to mere bare bhai jo zaakir hussain sahib ke bahut gehre dost the, kyunke dono ne aligarh mein saath padha tha, iqbal ahmed sohail.</w:t>
      </w:r>
      <w:r>
        <w:br/>
      </w:r>
      <w:r>
        <w:rPr>
          <w:sz w:val="20"/>
        </w:rPr>
        <w:t>43:21  to iqbal ahmed sohail ne ek personal khat likha, bahut hi strong khat likha. unho ne recommend kiya ke mujh ko admission de de.</w:t>
      </w:r>
      <w:r>
        <w:br/>
      </w:r>
      <w:r>
        <w:rPr>
          <w:sz w:val="20"/>
        </w:rPr>
        <w:t>43:31  woh is zamane mein admission jaamea milna kuch bhi koi badi baat nahi thi, kyunke woh to ek ek naam ka ek adara tha, kyunke</w:t>
      </w:r>
      <w:r>
        <w:br/>
      </w:r>
      <w:r>
        <w:rPr>
          <w:sz w:val="20"/>
        </w:rPr>
        <w:t>43:40  deacrize tha nahi. woh mein un ka letter le kar aaya aur zaakir hussain sahib ne is ko padha aur kuch bhi mujhe chair bhi offer nahi ki, chair bithaya bhi nahi mujhe.</w:t>
      </w:r>
      <w:r>
        <w:br/>
      </w:r>
      <w:r>
        <w:rPr>
          <w:sz w:val="20"/>
        </w:rPr>
        <w:t>43:54  bas itna keh diya ke bhai dakhla to nahi ho sakta, bas na mujhe koi chai offer ki, na ek chair offer ki, aur mein chup chap wahan se loot aaya.</w:t>
      </w:r>
      <w:r>
        <w:br/>
      </w:r>
      <w:r>
        <w:rPr>
          <w:sz w:val="20"/>
        </w:rPr>
        <w:t>44:04  mein samajhta tha ke meri zindagi ka bahut hi bada yani hamesha mein is bare mein bahut dinon tak mein negative thought mere andar raha, lekin mein samajhta hoon ke agar dakhla un ko de diya hota unho ne to mere liye bahut hi galat hota woh.</w:t>
      </w:r>
      <w:r>
        <w:br/>
      </w:r>
      <w:r>
        <w:rPr>
          <w:sz w:val="20"/>
        </w:rPr>
        <w:t>44:20  kyun? phir mein chala jaata wohi usi life mein yani school, college, university mein service kar ke woh usi mein mein jeeta marta.</w:t>
      </w:r>
      <w:r>
        <w:br/>
      </w:r>
      <w:r>
        <w:rPr>
          <w:sz w:val="20"/>
        </w:rPr>
        <w:t>44:28  bas promotion aur service yahi duniya meri ban jaati. goya ke ek limited duniya mein jeeta mein.</w:t>
      </w:r>
      <w:r>
        <w:br/>
      </w:r>
      <w:r>
        <w:rPr>
          <w:sz w:val="20"/>
        </w:rPr>
        <w:t>44:39  agar jaamea mein B.A. karta, M.A. karta to mein ek bahut hi limited duniya mein chala jaata jis mein bahut sare log jee rahe hain.</w:t>
      </w:r>
      <w:r>
        <w:br/>
      </w:r>
      <w:r>
        <w:rPr>
          <w:sz w:val="20"/>
        </w:rPr>
        <w:t>44:48  usi mein un ka sab se bada woh hota hai ke bas kisi tarah se promotion mil jaye, kisi tarah se yeh mil jaye, kisi tarah se woh mil jaye. wohi meri life hoti.</w:t>
      </w:r>
      <w:r>
        <w:br/>
      </w:r>
      <w:r>
        <w:rPr>
          <w:sz w:val="20"/>
        </w:rPr>
        <w:t>44:58  ek limited duniya mein jeeta mein. to aaj mein sochta hoon ke yeh jo disadvantage tha mera meri zindagi ka, woh haqeeqat mein yani advantage tha mera.</w:t>
      </w:r>
      <w:r>
        <w:br/>
      </w:r>
      <w:r>
        <w:rPr>
          <w:sz w:val="20"/>
        </w:rPr>
        <w:t>45:12  yani us waqt yeh potential good tha, aaj mein sochta hoon ke mere liye woh actual good hai ke mein universal thinking mere andar aayi.</w:t>
      </w:r>
      <w:r>
        <w:br/>
      </w:r>
      <w:r>
        <w:rPr>
          <w:sz w:val="20"/>
        </w:rPr>
        <w:t>45:24  is tarike se mein second world war ke zamane mein</w:t>
      </w:r>
      <w:r>
        <w:br/>
      </w:r>
      <w:r>
        <w:rPr>
          <w:sz w:val="20"/>
        </w:rPr>
        <w:t>45:31  jab English angrez yahan rule kar rahe the to gorakhpur mein ek center khula tha, wahan supervisor ki bharti ho rahi thi.</w:t>
      </w:r>
      <w:r>
        <w:br/>
      </w:r>
      <w:r>
        <w:rPr>
          <w:sz w:val="20"/>
        </w:rPr>
        <w:t>45:40  to mein wahan gaya service ke liye, government service ke liye. goya ke ek bahut bade afsar the, mister faikh, gorakhpur mein DTS kaha jaata tha is zamane mein.</w:t>
      </w:r>
      <w:r>
        <w:br/>
      </w:r>
      <w:r>
        <w:rPr>
          <w:sz w:val="20"/>
        </w:rPr>
        <w:t>45:52  to unho ne bahut khat likha mujhe, aur phir nahi hua to phir aakhri unho ne bahut zabardast strong khat likha.</w:t>
      </w:r>
      <w:r>
        <w:br/>
      </w:r>
      <w:r>
        <w:rPr>
          <w:sz w:val="20"/>
        </w:rPr>
        <w:t>46:02  unho ne is ka ek sentence mujhe yaad hai ke "I hope you will take him in today". yani woh to ek clerk ke darje ka aadmi tha jo mujhe recruit kar raha tha, aur yeh bahut bada afsar tha.</w:t>
      </w:r>
      <w:r>
        <w:br/>
      </w:r>
      <w:r>
        <w:rPr>
          <w:sz w:val="20"/>
        </w:rPr>
        <w:t>46:16  yeh to is mein unho ne likha ke "I hope you will take him in today". phir bhi us ne nahi liya mujh ko.</w:t>
      </w:r>
      <w:r>
        <w:br/>
      </w:r>
      <w:r>
        <w:rPr>
          <w:sz w:val="20"/>
        </w:rPr>
        <w:t>46:23  bahut dinon tak mein is par sochta raha ke meri zindagi mein goya ek aaj mein samajhta hoon ke woh bahut bada advantage tha mere liye.</w:t>
      </w:r>
      <w:r>
        <w:br/>
      </w:r>
      <w:r>
        <w:rPr>
          <w:sz w:val="20"/>
        </w:rPr>
        <w:t>46:33  kyunke aap dekhiye in logon ko jo government service mein rehte hain, government service mein jo log chale aate hain, un ki soch kya hoti hai? bahut hi limited soch hoti hai.</w:t>
      </w:r>
      <w:r>
        <w:br/>
      </w:r>
      <w:r>
        <w:rPr>
          <w:sz w:val="20"/>
        </w:rPr>
        <w:t>46:43  government service mein bach gaya mein to is ka matlab hai ke unlimited soch mere andar aa gayi. ek badi duniya mein dakhil ho gaya mein.</w:t>
      </w:r>
      <w:r>
        <w:br/>
      </w:r>
      <w:r>
        <w:rPr>
          <w:sz w:val="20"/>
        </w:rPr>
        <w:t>46:54  aise hi mein ek apni zindagi ka ek qissa bataoon aap ko jo aap log jante hain, shayad na honge. 47 se pehle mein ek baar chala gaya tha lahore, yani woh is mulk, woh jahan jo aaj pakistan hai.</w:t>
      </w:r>
    </w:p>
    <w:p>
      <w:pPr>
        <w:pStyle w:val="Heading2"/>
      </w:pPr>
      <w:r>
        <w:t>Who will enter paradise and concept of tawba nasuh</w:t>
      </w:r>
    </w:p>
    <w:p>
      <w:r>
        <w:rPr>
          <w:color w:val="666666"/>
          <w:sz w:val="18"/>
        </w:rPr>
        <w:t>Tawbah-e-Nasuh (Sincere Repentance) 16 Feb 2020 - Maulana Wahiduddin Khan · 5m 31s · at 0:32 · https://youtu.be/0CccKs-1Uu8?t=32</w:t>
      </w:r>
    </w:p>
    <w:p>
      <w:r>
        <w:rPr>
          <w:i/>
        </w:rPr>
        <w:t>“16 February 2020. Aaj mein soch raha tha ke jannat mein kaun log jayenge”</w:t>
      </w:r>
    </w:p>
    <w:p>
      <w:r>
        <w:rPr>
          <w:sz w:val="20"/>
        </w:rPr>
        <w:t>0:32  yafqa qawli. 16 february 2020. aaj mein soch raha tha ke jannat mein kaun log jayenge,</w:t>
      </w:r>
      <w:r>
        <w:br/>
      </w:r>
      <w:r>
        <w:rPr>
          <w:sz w:val="20"/>
        </w:rPr>
        <w:t>0:51  kyunke is dunya mein aadmi jab rehta hai toh har waqt koi na koi</w:t>
      </w:r>
      <w:r>
        <w:br/>
      </w:r>
      <w:r>
        <w:rPr>
          <w:sz w:val="20"/>
        </w:rPr>
        <w:t>1:03  cheez aisi hoti hai jo uske</w:t>
      </w:r>
      <w:r>
        <w:br/>
      </w:r>
      <w:r>
        <w:rPr>
          <w:sz w:val="20"/>
        </w:rPr>
        <w:t>1:13  tazkire ko daghdar kare.</w:t>
      </w:r>
      <w:r>
        <w:br/>
      </w:r>
      <w:r>
        <w:rPr>
          <w:sz w:val="20"/>
        </w:rPr>
        <w:t>1:21  har insaan har waqt</w:t>
      </w:r>
      <w:r>
        <w:br/>
      </w:r>
      <w:r>
        <w:rPr>
          <w:sz w:val="20"/>
        </w:rPr>
        <w:t>1:28  apne tazkire ko daghdar karta rehta hai.</w:t>
      </w:r>
      <w:r>
        <w:br/>
      </w:r>
      <w:r>
        <w:rPr>
          <w:sz w:val="20"/>
        </w:rPr>
        <w:t>1:36  toh doosri taraf yeh hai ke Allah ta'ala sirf un insano ko, un roohon ko jannat mein dakhil karega jo</w:t>
      </w:r>
      <w:r>
        <w:br/>
      </w:r>
      <w:r>
        <w:rPr>
          <w:sz w:val="20"/>
        </w:rPr>
        <w:t>1:52  apna tazkira karein, jo apne ko purify karein. toh yeh kaise hai? insaan ki personality har waqt daghdar</w:t>
      </w:r>
      <w:r>
        <w:br/>
      </w:r>
      <w:r>
        <w:rPr>
          <w:sz w:val="20"/>
        </w:rPr>
        <w:t>2:09  hoti hai, toh phir woh preferred personality</w:t>
      </w:r>
      <w:r>
        <w:br/>
      </w:r>
      <w:r>
        <w:rPr>
          <w:sz w:val="20"/>
        </w:rPr>
        <w:t>2:17  kaise banegi jo jannat mein dakhle ke qabil ho?</w:t>
      </w:r>
      <w:r>
        <w:br/>
      </w:r>
      <w:r>
        <w:rPr>
          <w:sz w:val="20"/>
        </w:rPr>
        <w:t>2:26  toh mujhe samajh mein aaya ke surah tahreem mein jo ayat hai, tawbah nasuha, taubah nasuh karo.</w:t>
      </w:r>
      <w:r>
        <w:br/>
      </w:r>
      <w:r>
        <w:rPr>
          <w:sz w:val="20"/>
        </w:rPr>
        <w:t>2:41  taubah nasuh karo.</w:t>
      </w:r>
      <w:r>
        <w:br/>
      </w:r>
      <w:r>
        <w:rPr>
          <w:sz w:val="20"/>
        </w:rPr>
        <w:t>2:48  nasuh ke maani</w:t>
      </w:r>
      <w:r>
        <w:br/>
      </w:r>
      <w:r>
        <w:rPr>
          <w:sz w:val="20"/>
        </w:rPr>
        <w:t>2:58  hain</w:t>
      </w:r>
      <w:r>
        <w:br/>
      </w:r>
      <w:r>
        <w:rPr>
          <w:sz w:val="20"/>
        </w:rPr>
        <w:t>3:02  sincere repentance.</w:t>
      </w:r>
      <w:r>
        <w:br/>
      </w:r>
      <w:r>
        <w:rPr>
          <w:sz w:val="20"/>
        </w:rPr>
        <w:t>3:11  to is soch mein bohat si kitabein hain</w:t>
      </w:r>
      <w:r>
        <w:br/>
      </w:r>
      <w:r>
        <w:rPr>
          <w:sz w:val="20"/>
        </w:rPr>
        <w:t>3:19  ke ek aisa insan jo har dafa</w:t>
      </w:r>
      <w:r>
        <w:br/>
      </w:r>
      <w:r>
        <w:rPr>
          <w:sz w:val="20"/>
        </w:rPr>
        <w:t>3:27  peechay kuch dhabba lagta rahe is ki personality mein, to woh insan kaise banega jo dhabbe se pak preferred soul ho?</w:t>
      </w:r>
      <w:r>
        <w:br/>
      </w:r>
      <w:r>
        <w:rPr>
          <w:sz w:val="20"/>
        </w:rPr>
        <w:t>3:45  to is ka</w:t>
      </w:r>
      <w:r>
        <w:br/>
      </w:r>
      <w:r>
        <w:rPr>
          <w:sz w:val="20"/>
        </w:rPr>
        <w:t>3:54  is mamle ko maine samjha ek baar. main gaya university ki ek office mein,</w:t>
      </w:r>
      <w:r>
        <w:br/>
      </w:r>
      <w:r>
        <w:rPr>
          <w:sz w:val="20"/>
        </w:rPr>
        <w:t>4:07  to wahan ek aadmi tha jis ka naam tha cleaner, jis ki post thi. cleaner. yani woh har waqt building mein ghoomta rehta tha aur zara sa bhi kahin</w:t>
      </w:r>
      <w:r>
        <w:br/>
      </w:r>
      <w:r>
        <w:rPr>
          <w:sz w:val="20"/>
        </w:rPr>
        <w:t>4:25  ghard lag gayi ya koi daagh lag gaya to jaldi se us ko saaf karta tha.</w:t>
      </w:r>
      <w:r>
        <w:br/>
      </w:r>
      <w:r>
        <w:rPr>
          <w:sz w:val="20"/>
        </w:rPr>
        <w:t>4:36  is se maine samjha ke jannat mein kon log jayenge aur tauba nasooh ka matlab kya hai.</w:t>
      </w:r>
      <w:r>
        <w:br/>
      </w:r>
      <w:r>
        <w:rPr>
          <w:sz w:val="20"/>
        </w:rPr>
        <w:t>4:51  yeh jo quran mein hai surah tahreem mein ke aye iman walo!</w:t>
      </w:r>
      <w:r>
        <w:br/>
      </w:r>
      <w:r>
        <w:rPr>
          <w:sz w:val="20"/>
        </w:rPr>
        <w:t>4:57  tauba nasooh karo.</w:t>
      </w:r>
      <w:r>
        <w:br/>
      </w:r>
      <w:r>
        <w:rPr>
          <w:sz w:val="20"/>
        </w:rPr>
        <w:t>5:02  awaz parh di sahib is ka tarjuma? sirf itna hi.</w:t>
      </w:r>
      <w:r>
        <w:br/>
      </w:r>
      <w:r>
        <w:rPr>
          <w:sz w:val="20"/>
        </w:rPr>
        <w:t>5:09  tubatan nasooha. ya ayuhal lazeena amanoo tooboo ilal lahi tubatan nasooha. haan bas.</w:t>
      </w:r>
      <w:r>
        <w:br/>
      </w:r>
      <w:r>
        <w:rPr>
          <w:sz w:val="20"/>
        </w:rPr>
        <w:t>5:18  surah tahreem chapter number 66 verse number 8. aye iman walo! Allah ke aage sachi tauba karo.</w:t>
      </w:r>
      <w:r>
        <w:br/>
      </w:r>
      <w:r>
        <w:rPr>
          <w:sz w:val="20"/>
        </w:rPr>
        <w:t>5:29  khalis tauba karo. to is waqe ke baad university ki building mein jo dekha to maine is ayat ka matlab maine yeh samjha ke apne</w:t>
      </w:r>
      <w:r>
        <w:br/>
      </w:r>
      <w:r>
        <w:rPr>
          <w:sz w:val="20"/>
        </w:rPr>
        <w:t>5:52  aap ko clean karne wale bano. yani hamesha apne ko purify karne wale bano. apne ko safai karne wale bano.</w:t>
      </w:r>
    </w:p>
    <w:p>
      <w:pPr>
        <w:pStyle w:val="Heading2"/>
      </w:pPr>
      <w:r>
        <w:t>two shopkeepers who ignored society and lost their business</w:t>
      </w:r>
    </w:p>
    <w:p>
      <w:r>
        <w:rPr>
          <w:color w:val="666666"/>
          <w:sz w:val="18"/>
        </w:rPr>
        <w:t>The Secret of Success June 26, 2008 Maulana Wahiduddin Khan · 5m 51s · at 32:49 · https://youtu.be/_vqfB9XcpPs?t=1969</w:t>
      </w:r>
    </w:p>
    <w:p>
      <w:r>
        <w:rPr>
          <w:i/>
        </w:rPr>
        <w:t>“ہمارے ایک صاحب تھے، انہوں نے ایک دکان کھولی، منیچر اسٹور”</w:t>
      </w:r>
    </w:p>
    <w:p>
      <w:r>
        <w:rPr>
          <w:sz w:val="20"/>
        </w:rPr>
        <w:t>32:49  wo cheez chahiye jo society mein acceptable ho. akele akele aap nahin ja sakte. hamare adab barh bhai ek sahab the, unhon ne ek shop kholi,</w:t>
      </w:r>
      <w:r>
        <w:br/>
      </w:r>
      <w:r>
        <w:rPr>
          <w:sz w:val="20"/>
        </w:rPr>
        <w:t>33:02  ek dukaan. general store yaani is ka naam rakha unhon ne miniature store.</w:t>
      </w:r>
      <w:r>
        <w:br/>
      </w:r>
      <w:r>
        <w:rPr>
          <w:sz w:val="20"/>
        </w:rPr>
        <w:t>33:14  is ka naam rakha unhon ne miniature store.</w:t>
      </w:r>
      <w:r>
        <w:br/>
      </w:r>
      <w:r>
        <w:rPr>
          <w:sz w:val="20"/>
        </w:rPr>
        <w:t>33:20  to bohat zyada woh yaani namaz ke paband the. panchoun waqt dukaan band kar ke masjid mein aate the woh.</w:t>
      </w:r>
      <w:r>
        <w:br/>
      </w:r>
      <w:r>
        <w:rPr>
          <w:sz w:val="20"/>
        </w:rPr>
        <w:t>33:31  to main ne poocha ke aap dukaan band kar dete hain, gahaak aayega to woh loot jayega. aur gahaak jab ek baar loot jaye to phir aata nahin hai woh.</w:t>
      </w:r>
      <w:r>
        <w:br/>
      </w:r>
      <w:r>
        <w:rPr>
          <w:sz w:val="20"/>
        </w:rPr>
        <w:t>33:42  yaani gahaak aaya aur woh dekha ke us ne ke wahan par tala laga hua hai, loot gaya.</w:t>
      </w:r>
      <w:r>
        <w:br/>
      </w:r>
      <w:r>
        <w:rPr>
          <w:sz w:val="20"/>
        </w:rPr>
        <w:t>33:48  zahir hai ke woh doosri dukaan mein jaayega. phir dobara laut kar nahi aayega aap ke haan. phir isi se lene lage samaan woh. to maine un se kaha ke aap aisa jo karte hain to to to gaahak to laut ta laut jaayega aap ka.</w:t>
      </w:r>
      <w:r>
        <w:br/>
      </w:r>
      <w:r>
        <w:rPr>
          <w:sz w:val="20"/>
        </w:rPr>
        <w:t>34:04  to unhon ne kaha kya kaha? nahi nahi main jaanta hoon ke gaahak aane ka time kya hai. yeh gaahak aane ka time kya hai?</w:t>
      </w:r>
      <w:r>
        <w:br/>
      </w:r>
      <w:r>
        <w:rPr>
          <w:sz w:val="20"/>
        </w:rPr>
        <w:t>34:14  to woh un ke nazdeek woh time nahi tha</w:t>
      </w:r>
      <w:r>
        <w:br/>
      </w:r>
      <w:r>
        <w:rPr>
          <w:sz w:val="20"/>
        </w:rPr>
        <w:t>34:16  , is liye woh taala band kar dete thay. lekin zahir hai ke yeh koi baat nahi hai.</w:t>
      </w:r>
      <w:r>
        <w:br/>
      </w:r>
      <w:r>
        <w:rPr>
          <w:sz w:val="20"/>
        </w:rPr>
        <w:t>34:26  kisi ne sahi kaha hai ke gaahak ki aur maut ki koi time nahi hota. customer ka aur death ka koi time nahi hota.</w:t>
      </w:r>
      <w:r>
        <w:br/>
      </w:r>
      <w:r>
        <w:rPr>
          <w:sz w:val="20"/>
        </w:rPr>
        <w:t>34:36  kab customer aa jaaye kuch pata nahi. kab death aa jaaye kuch pata nahi.</w:t>
      </w:r>
      <w:r>
        <w:br/>
      </w:r>
      <w:r>
        <w:rPr>
          <w:sz w:val="20"/>
        </w:rPr>
        <w:t>34:43  to kisi ne kaha ke do cheezon ka koi time nahi hota.</w:t>
      </w:r>
      <w:r>
        <w:br/>
      </w:r>
      <w:r>
        <w:rPr>
          <w:sz w:val="20"/>
        </w:rPr>
        <w:t>34:46  customer ka aur death ka. to yeh hua wahan par.</w:t>
      </w:r>
      <w:r>
        <w:br/>
      </w:r>
      <w:r>
        <w:rPr>
          <w:sz w:val="20"/>
        </w:rPr>
        <w:t>34:54  kuch din tak gaahak aaya, loot gaye. yahan tak ke gaahak aana band ho gaye aur un ki dukaan khatam ho gayi. miniature store jo hoti hai un ki waqai miniature saabit hui.</w:t>
      </w:r>
      <w:r>
        <w:br/>
      </w:r>
      <w:r>
        <w:rPr>
          <w:sz w:val="20"/>
        </w:rPr>
        <w:t>35:07  chal nahi paayi woh.</w:t>
      </w:r>
      <w:r>
        <w:br/>
      </w:r>
      <w:r>
        <w:rPr>
          <w:sz w:val="20"/>
        </w:rPr>
        <w:t>35:12  to aap society ko neglect kar ke, doosron ko ignore kar ke kaise aap society ke andar kaam kar sakte hain?</w:t>
      </w:r>
      <w:r>
        <w:br/>
      </w:r>
      <w:r>
        <w:rPr>
          <w:sz w:val="20"/>
        </w:rPr>
        <w:t>35:23  main logon se kehta hoon ke bhai sabr se sabr ke saath kaam kijiye, patience se kaam kijiye.</w:t>
      </w:r>
      <w:r>
        <w:br/>
      </w:r>
      <w:r>
        <w:rPr>
          <w:sz w:val="20"/>
        </w:rPr>
        <w:t>35:31  avoid kijiye. kehte hain ke yeh to buzdi hai, hum sabr kyun karein? sawaal yeh buzdi ka nahi hai. sawaal yeh hai ke society mein aap jeena hai ke nahi jeena hai aap ko?</w:t>
      </w:r>
      <w:r>
        <w:br/>
      </w:r>
      <w:r>
        <w:rPr>
          <w:sz w:val="20"/>
        </w:rPr>
        <w:t>35:42  society mein aap ko kaamyaabi lena hai ke nahi lena hai aap ko? agar lena hai kaamyaabi society mein to society ka aap ko lihaaz karna hai, society ke saath adjust karna hai.</w:t>
      </w:r>
      <w:r>
        <w:br/>
      </w:r>
      <w:r>
        <w:rPr>
          <w:sz w:val="20"/>
        </w:rPr>
        <w:t>35:56  yeh to ek bilateral maamla hai.</w:t>
      </w:r>
      <w:r>
        <w:br/>
      </w:r>
      <w:r>
        <w:rPr>
          <w:sz w:val="20"/>
        </w:rPr>
        <w:t>36:02  to sabr ka matlab hai society ke saath society ko jaanna aur us ke saath adjust karna.</w:t>
      </w:r>
      <w:r>
        <w:br/>
      </w:r>
      <w:r>
        <w:rPr>
          <w:sz w:val="20"/>
        </w:rPr>
        <w:t>36:10  warna kaise aap kaamyaab honge? warna kaamyaabi nahi milegi.</w:t>
      </w:r>
      <w:r>
        <w:br/>
      </w:r>
      <w:r>
        <w:rPr>
          <w:sz w:val="20"/>
        </w:rPr>
        <w:t>36:17  to kaamyaabi yaad rakhiye, kisi ek formula, ek single formula ka naam nahi hai ke bohat acha number aa gaya aap ka to bas aap kaamyaab hain.</w:t>
      </w:r>
      <w:r>
        <w:br/>
      </w:r>
      <w:r>
        <w:rPr>
          <w:sz w:val="20"/>
        </w:rPr>
        <w:t>36:31  kaamyaabi ke liye zaroori hai ke aap bohat ziyada sincere hon, bohat ziyada seriously cheezon ko lein, bohat ziyada sochein aur apni planning jo hai yaani realistic planning karein.</w:t>
      </w:r>
      <w:r>
        <w:br/>
      </w:r>
      <w:r>
        <w:rPr>
          <w:sz w:val="20"/>
        </w:rPr>
        <w:t>36:53  aur saath saath bohat si cheezein</w:t>
      </w:r>
      <w:r>
        <w:br/>
      </w:r>
      <w:r>
        <w:rPr>
          <w:sz w:val="20"/>
        </w:rPr>
        <w:t>36:57  jaise hamare ek sahab thay, unhon ne dukaan kholi, kapre ki dukaan. to aap jaante hain kapre ki dukaan jo hai us mein bohat paisa invest karna padta hai.</w:t>
      </w:r>
      <w:r>
        <w:br/>
      </w:r>
      <w:r>
        <w:rPr>
          <w:sz w:val="20"/>
        </w:rPr>
        <w:t>37:10  to generally kya hota hai ke log jo wholesalers hain un se credit par maal laate hain, udhaar. ab bechne ke baad un ko paisa de dete hain.</w:t>
      </w:r>
      <w:r>
        <w:br/>
      </w:r>
      <w:r>
        <w:rPr>
          <w:sz w:val="20"/>
        </w:rPr>
        <w:t>37:22  yeh general practice hai.</w:t>
      </w:r>
      <w:r>
        <w:br/>
      </w:r>
      <w:r>
        <w:rPr>
          <w:sz w:val="20"/>
        </w:rPr>
        <w:t>37:25  to woh bhi laaye wholesalers jo thay un se kapra aur dukaan. dukaan chalne lagi, un ki bikne laga samaan.</w:t>
      </w:r>
      <w:r>
        <w:br/>
      </w:r>
      <w:r>
        <w:rPr>
          <w:sz w:val="20"/>
        </w:rPr>
        <w:t>37:35  to ab kya hota tha ke jitna paisa aaya, us paise ko unhon ne apni income samajh liya. farz kijiye ke din bhar mein paanch hazar rupay ka samaan bika.</w:t>
      </w:r>
      <w:r>
        <w:br/>
      </w:r>
      <w:r>
        <w:rPr>
          <w:sz w:val="20"/>
        </w:rPr>
        <w:t>37:48  samjhein ke panch hazar rupay mera hai.</w:t>
      </w:r>
      <w:r>
        <w:br/>
      </w:r>
      <w:r>
        <w:rPr>
          <w:sz w:val="20"/>
        </w:rPr>
        <w:t>37:51  halankey is panch hazar rupay mein zyada bara hissa hai woh wholesalers ka, unka thoda sa hai.</w:t>
      </w:r>
      <w:r>
        <w:br/>
      </w:r>
      <w:r>
        <w:rPr>
          <w:sz w:val="20"/>
        </w:rPr>
        <w:t>38:02  toh sab paisa unhon ne samajh liya ke meri income hai. toh us zamane mein unki biwi kuch ilaaj ki zaroorat thi unko, toh bohat top ka ilaaj kiya unhon ne.</w:t>
      </w:r>
      <w:r>
        <w:br/>
      </w:r>
      <w:r>
        <w:rPr>
          <w:sz w:val="20"/>
        </w:rPr>
        <w:t>38:15  ab se sara paisa isi mein dete rahe, dete rahe.</w:t>
      </w:r>
      <w:r>
        <w:br/>
      </w:r>
      <w:r>
        <w:rPr>
          <w:sz w:val="20"/>
        </w:rPr>
        <w:t>38:19  natija kya hua ke jo unhon ne wada kiya tha wholesalers se woh poora nahi kar sake, woh time par woh payment nahi de sake.</w:t>
      </w:r>
      <w:r>
        <w:br/>
      </w:r>
      <w:r>
        <w:rPr>
          <w:sz w:val="20"/>
        </w:rPr>
        <w:t>38:30  toh kya hua? bankrupt ho gaye, dukaan toot gayi. toh yaad rakhiye, success kisi ek cheez ka naam nahi hai.</w:t>
      </w:r>
    </w:p>
    <w:p>
      <w:pPr>
        <w:pStyle w:val="Heading2"/>
      </w:pPr>
      <w:r>
        <w:t>double standard over Muslim children in non-Muslim schools</w:t>
      </w:r>
    </w:p>
    <w:p>
      <w:r>
        <w:rPr>
          <w:color w:val="666666"/>
          <w:sz w:val="18"/>
        </w:rPr>
        <w:t>Principle of Avoidance in Islam December 12, 2010 · 3m 51s · at 1:27:22 · https://youtu.be/W5DQnHPN1y4?t=5242</w:t>
      </w:r>
    </w:p>
    <w:p>
      <w:r>
        <w:rPr>
          <w:i/>
        </w:rPr>
        <w:t>“سکولوں میں صدر کا پاؤں چھوتے ہیں، مسلم بچے کیا کریں؟”</w:t>
      </w:r>
    </w:p>
    <w:p>
      <w:r>
        <w:rPr>
          <w:sz w:val="20"/>
        </w:rPr>
        <w:t>1:27:22  unhon ne likha hai: "maulana sahib, bataen ke schoolon mein english ya hindi medium mein dua ya prarthna ke baad sadr ka paon chhoote hue chalte hain.</w:t>
      </w:r>
      <w:r>
        <w:br/>
      </w:r>
      <w:r>
        <w:rPr>
          <w:sz w:val="20"/>
        </w:rPr>
        <w:t>1:27:36  is mein muslim bachche aur ghair muslim shamil hote hain. aisi halaton mein muslim bachche kya karen? jaisa ke musalman kehte hain ke kisi ke aage sar ko jhukana islam ijazat nahi deta." yeh sab bekar ke sawalat hain aur isi isi mein phanse hue hain.</w:t>
      </w:r>
      <w:r>
        <w:br/>
      </w:r>
      <w:r>
        <w:rPr>
          <w:sz w:val="20"/>
        </w:rPr>
        <w:t>1:27:56  musalman is liye to backward hain. woh bhai, aap wahan aap ke do hi option hain: ya to wahan apne bachchon ko dakhil kijiye, nahi to us ke culture ko follow kijiye. teesra option jo hai, yahan se le ke europe tak jo karte hain log, ke apne bachchon ko dakhil bhi karenge aur chahenge us ke culture ko hum follow na karen aur chhut chhut bachayenge.</w:t>
      </w:r>
      <w:r>
        <w:br/>
      </w:r>
      <w:r>
        <w:rPr>
          <w:sz w:val="20"/>
        </w:rPr>
        <w:t>1:28:13  wahan hum to aisa rahenge, hum to waise rahenge. yeh bahut third class ki baat hai,</w:t>
      </w:r>
      <w:r>
        <w:br/>
      </w:r>
      <w:r>
        <w:rPr>
          <w:sz w:val="20"/>
        </w:rPr>
        <w:t>1:28:19  yeh koi islam nahi hai. yeh yeh jhootha, yani jhootha qaumi pride hai. yeh bhai, do hi option hain aap ke liye: ya to wahan par apne bachchon ko dakhil kijiye aur follow kijiye us ke culture ko, nahi to dakhil mat kijiye.</w:t>
      </w:r>
      <w:r>
        <w:br/>
      </w:r>
      <w:r>
        <w:rPr>
          <w:sz w:val="20"/>
        </w:rPr>
        <w:t>1:28:36  jo log is mein fatwe dete hain, woh bhi bilkul galat kaam karte hain. jo jo dakhil kar ke masjid khadi karte hain, woh bhi galat kaam karte hain. aur yeh bhi mein aap ko arz karoon, yeh bhi wahi hai: double standard.</w:t>
      </w:r>
      <w:r>
        <w:br/>
      </w:r>
      <w:r>
        <w:rPr>
          <w:sz w:val="20"/>
        </w:rPr>
        <w:t>1:28:49  yeh koi islam nahi. yaad rakhiye, bilkul nahi, hargiz islam nahi hai. yeh double standard hai. yeh aap ko yaad hoga, ek zamane mein bahut khabron aayin thin france ke bare mein ke france mein scarf ke sawal par tha ke ladkiyan jo hain, wahan scarf bandh ke jati thin.</w:t>
      </w:r>
      <w:r>
        <w:br/>
      </w:r>
      <w:r>
        <w:rPr>
          <w:sz w:val="20"/>
        </w:rPr>
        <w:t>1:29:09  to wahan ke nizam ne kaha ke yeh aap, aap yahan par scarf nahi chalega. yeh sab log rehte hain, waise aap ko bhi rehna hoga baghair scarf ke.</w:t>
      </w:r>
      <w:r>
        <w:br/>
      </w:r>
      <w:r>
        <w:rPr>
          <w:sz w:val="20"/>
        </w:rPr>
        <w:t>1:29:19  to is par do ladkiyon ko nikal diya gaya kyunke woh unhon ne kaha ke hamein islam par chalna hai aur baghair scarf ke islam nahi hai.</w:t>
      </w:r>
      <w:r>
        <w:br/>
      </w:r>
      <w:r>
        <w:rPr>
          <w:sz w:val="20"/>
        </w:rPr>
        <w:t>1:29:29  ittifaq se wahi zamane mein mujhe morocco jana hua. woh dono ladkiyan morocco ki thin. woh france mein jo ladkiyan thin, dono woh morocco ki thin. woh to mein gaya hoon is zamane mein ittifaq se.</w:t>
      </w:r>
      <w:r>
        <w:br/>
      </w:r>
      <w:r>
        <w:rPr>
          <w:sz w:val="20"/>
        </w:rPr>
        <w:t>1:29:40  to wahan mein isi wajah se mujhe school bhi jana pada. to ladkiyan baghair scarf ke daud rahi thin wahan par.</w:t>
      </w:r>
      <w:r>
        <w:br/>
      </w:r>
      <w:r>
        <w:rPr>
          <w:sz w:val="20"/>
        </w:rPr>
        <w:t>1:29:47  to mein ne kaha ke france mein scarf ke baghair islam khatre mein tha aur morocco mein scarf ke baghair bhi islam khoob mehfooz hai.</w:t>
      </w:r>
      <w:r>
        <w:br/>
      </w:r>
      <w:r>
        <w:rPr>
          <w:sz w:val="20"/>
        </w:rPr>
        <w:t>1:29:56  yeh ke double standard nahi hai. yeh yeh sab baaten bilashubah double standard ki baaten hain aur musalman sare ke sare double standard mein mubtala hain aur is ko naam dete hain islam ka.</w:t>
      </w:r>
      <w:r>
        <w:br/>
      </w:r>
      <w:r>
        <w:rPr>
          <w:sz w:val="20"/>
        </w:rPr>
        <w:t>1:30:10  mein is ko kuch, yani yani is ki ahmiyat nahi de</w:t>
      </w:r>
      <w:r>
        <w:br/>
      </w:r>
      <w:r>
        <w:rPr>
          <w:sz w:val="20"/>
        </w:rPr>
        <w:t>1:30:14  sakta. yahi kahunga ke musalman ya to dakhil na karen ya dakhil karen to wahan ka culture aap follow karen. is ko bilkul teesra option nahi hai.</w:t>
      </w:r>
      <w:r>
        <w:br/>
      </w:r>
      <w:r>
        <w:rPr>
          <w:sz w:val="20"/>
        </w:rPr>
        <w:t>1:30:24  teesra option hai ke aap khud apne school kholiye. kaun mana karta hai aap ko school kholne ke liye? ab school kholiye apne. yeh bohat hi third class ki baat hai ke khud to school nahi kholte, doosre school mein jaate hain, woh jhijhat machate hain.</w:t>
      </w:r>
      <w:r>
        <w:br/>
      </w:r>
      <w:r>
        <w:rPr>
          <w:sz w:val="20"/>
        </w:rPr>
        <w:t>1:30:40  yeh koi tareeqa hai? yeh yeh koi zindagi ka tareeqa hai? yeh</w:t>
      </w:r>
      <w:r>
        <w:br/>
      </w:r>
      <w:r>
        <w:rPr>
          <w:sz w:val="20"/>
        </w:rPr>
        <w:t>1:30:45  kisi ko nahi manzoor hai to apna school kholen. musalmanon mein bohat paisa hai, shadiyon mein karoron rupay kharch karte hain. musalman to school kholo.</w:t>
      </w:r>
      <w:r>
        <w:br/>
      </w:r>
      <w:r>
        <w:rPr>
          <w:sz w:val="20"/>
        </w:rPr>
        <w:t>1:30:55  yeh koi zindagi ka tak ka tareeqa nahi hai. beharhaal khulasa yeh hai ke chahe yahan ka mamla ho ya Europe ka mamla ho, musalman ke liye do hi option hain: ya to jahan aap apne bachon ko dakhil kar rahe hain, us ke culture ko follow kijiye, jhijhat mat bachaiye.</w:t>
      </w:r>
    </w:p>
    <w:p>
      <w:pPr>
        <w:pStyle w:val="Heading2"/>
      </w:pPr>
      <w:r>
        <w:t>Positive perspective on British rule based on results</w:t>
      </w:r>
    </w:p>
    <w:p>
      <w:r>
        <w:rPr>
          <w:color w:val="666666"/>
          <w:sz w:val="18"/>
        </w:rPr>
        <w:t>Interview Session with Maulana Wahiduddin Khan December 18, 2018 · 3m 58s · at 12:17 · https://youtu.be/hLFWrNgTn1I?t=737</w:t>
      </w:r>
    </w:p>
    <w:p>
      <w:r>
        <w:rPr>
          <w:i/>
        </w:rPr>
        <w:t>“I focused on the results, not the oppression.”</w:t>
      </w:r>
    </w:p>
    <w:p>
      <w:r>
        <w:rPr>
          <w:sz w:val="20"/>
        </w:rPr>
        <w:t>12:17  ? dekhiye, sab se pehle jo mujhe ek ek ek shakk laga, jo soch meri soch banayi hai jis ne, woh yeh ke hamare gaon ke bohat hi paas railway line thi.</w:t>
      </w:r>
      <w:r>
        <w:br/>
      </w:r>
      <w:r>
        <w:rPr>
          <w:sz w:val="20"/>
        </w:rPr>
        <w:t>12:34  yani</w:t>
      </w:r>
      <w:r>
        <w:br/>
      </w:r>
      <w:r>
        <w:rPr>
          <w:sz w:val="20"/>
        </w:rPr>
        <w:t>12:38  woh meri paidaish se pehle wahan railway line bich chuki thi. toh woh thi.</w:t>
      </w:r>
      <w:r>
        <w:br/>
      </w:r>
      <w:r>
        <w:rPr>
          <w:sz w:val="20"/>
        </w:rPr>
        <w:t>12:47  toh jab main bilkul gaon mein tha, tab tak toh hum bulghari chalte thay. bulghari chala karti thi zamane mein.</w:t>
      </w:r>
      <w:r>
        <w:br/>
      </w:r>
      <w:r>
        <w:rPr>
          <w:sz w:val="20"/>
        </w:rPr>
        <w:t>12:58  phir jab maine gaon se shehar ka safar kiya, yani yani gaon se gaya adam garh, adam garh, toh wahan par station tha, fareeha station.</w:t>
      </w:r>
      <w:r>
        <w:br/>
      </w:r>
      <w:r>
        <w:rPr>
          <w:sz w:val="20"/>
        </w:rPr>
        <w:t>13:10  fareeha se hamein rail se jana tha adam garh.</w:t>
      </w:r>
      <w:r>
        <w:br/>
      </w:r>
      <w:r>
        <w:rPr>
          <w:sz w:val="20"/>
        </w:rPr>
        <w:t>13:14  toh jab main pehli baar baitha is par, train par, pehli baar, is ka naam hua karta tha bnwr, is zamane mein.</w:t>
      </w:r>
      <w:r>
        <w:br/>
      </w:r>
      <w:r>
        <w:rPr>
          <w:sz w:val="20"/>
        </w:rPr>
        <w:t>13:32  toh hamare kuch log aise thay hamare gaon mein jo angrezon ke zulm ki shikayat karte thay. zulm, zulm.</w:t>
      </w:r>
      <w:r>
        <w:br/>
      </w:r>
      <w:r>
        <w:rPr>
          <w:sz w:val="20"/>
        </w:rPr>
        <w:t>13:44  charcha har is zamane mein jo hum paida hue thay toh angrez ke zulm ka charcha bohat tha idhar udhar. toh jab main train mein baitha, aur is se pehle main baitha tha bulghare mein, toh constantly ya in constantly mere mind mein aaya ke yeh toh angrez hi toh thay jinho ne yeh kiya hai.</w:t>
      </w:r>
      <w:r>
        <w:br/>
      </w:r>
      <w:r>
        <w:rPr>
          <w:sz w:val="20"/>
        </w:rPr>
        <w:t>14:04  yani hamein bulghare se utha ke railway bacha diya. yeh angrez thay, is mein ke indian ka koi hath nahi hai.</w:t>
      </w:r>
      <w:r>
        <w:br/>
      </w:r>
      <w:r>
        <w:rPr>
          <w:sz w:val="20"/>
        </w:rPr>
        <w:t>14:14  toh jin ministers ne hum ko bulghare ke safar se utha kar railway ke safar par pahuncha diya, toh woh toh woh toh benefactor hain, woh toh hamare mulk ke mohsin hain.</w:t>
      </w:r>
      <w:r>
        <w:br/>
      </w:r>
      <w:r>
        <w:rPr>
          <w:sz w:val="20"/>
        </w:rPr>
        <w:t>14:30  toh yaqeen kijiye, main kabhi bhi angrezon ke bare mein negative nahi hua, ya europe europe ke bare mein kabhi bhi, ek second ke liye bhi nahi.</w:t>
      </w:r>
      <w:r>
        <w:br/>
      </w:r>
      <w:r>
        <w:rPr>
          <w:sz w:val="20"/>
        </w:rPr>
        <w:t>14:39  main hamesha janta raha ke woh log india mein solution laye hain, india mein development laye hain. yeh yeh soch meri jo bani thi, woh is tarah bani thi ke ek hadith hai, bohat hi bari wisdom is ke andar hai,</w:t>
      </w:r>
      <w:r>
        <w:br/>
      </w:r>
      <w:r>
        <w:rPr>
          <w:sz w:val="20"/>
        </w:rPr>
        <w:t>14:59  woh yeh hai: "man hasana islami maray turka mawla yani".</w:t>
      </w:r>
      <w:r>
        <w:br/>
      </w:r>
      <w:r>
        <w:rPr>
          <w:sz w:val="20"/>
        </w:rPr>
        <w:t>15:07  yani momin woh hai jo result ko dekhe. momin woh hai jo result ko dekhe. toh maine kaha result jo hai, woh toh taraqqi hui mulk mulk mulk mein.</w:t>
      </w:r>
      <w:r>
        <w:br/>
      </w:r>
      <w:r>
        <w:rPr>
          <w:sz w:val="20"/>
        </w:rPr>
        <w:t>15:20  result toh zulm zulm nahi phaila. maine kabhi zulm ko dekha nahi apne area mein, kabhi bhi nahi dekha.</w:t>
      </w:r>
      <w:r>
        <w:br/>
      </w:r>
      <w:r>
        <w:rPr>
          <w:sz w:val="20"/>
        </w:rPr>
        <w:t>15:31  peace hoti thi, bell block hota tha.</w:t>
      </w:r>
      <w:r>
        <w:br/>
      </w:r>
      <w:r>
        <w:rPr>
          <w:sz w:val="20"/>
        </w:rPr>
        <w:t>15:34  toh main dekhta tha rail dor rahi hai, daak khane qaim ho gaye hain. yeh toh bohat acha kaam kiya angrezon ne. isi liye us waqt se aaj tak main angrezon ke bare mein, ya west ke bare mein, ya america ke bare mein kabhi bhi negative nahi raha.</w:t>
      </w:r>
      <w:r>
        <w:br/>
      </w:r>
      <w:r>
        <w:rPr>
          <w:sz w:val="20"/>
        </w:rPr>
        <w:t>15:51  kyun ke main dekhta tha result toh bohat acha hai, result toh bohat acha hai ke america jo hai, car laya, america hawa yaad laya, british hamare desh mein train laye,</w:t>
      </w:r>
      <w:r>
        <w:br/>
      </w:r>
      <w:r>
        <w:rPr>
          <w:sz w:val="20"/>
        </w:rPr>
        <w:t>16:06  railway laye, le laye. toh phir toh phir zalim kahan se aaye hain? woh maine kabhi bhi zulm ke term mein socha nahi.</w:t>
      </w:r>
    </w:p>
    <w:p>
      <w:pPr>
        <w:pStyle w:val="Heading2"/>
      </w:pPr>
      <w:r>
        <w:t>How sensationalist media manufactures misplaced hatred</w:t>
      </w:r>
    </w:p>
    <w:p>
      <w:r>
        <w:rPr>
          <w:color w:val="666666"/>
          <w:sz w:val="18"/>
        </w:rPr>
        <w:t>Art of Thinking August 21, 2022 · 3m 33s · at 31:13 · https://youtu.be/H_0zmN0MLS8?t=1873</w:t>
      </w:r>
    </w:p>
    <w:p>
      <w:r>
        <w:rPr>
          <w:i/>
        </w:rPr>
        <w:t>“Media is an industry that only reports bad news.”</w:t>
      </w:r>
    </w:p>
    <w:p>
      <w:r>
        <w:rPr>
          <w:sz w:val="20"/>
        </w:rPr>
        <w:t>31:13  to media dekhiye, aik industry hai jo sirf buri khabron ko, buri khabron ka matlab sensational khabron ko batata hai. to agar hum bohat ziyada rely karenge media par, TV par, to hamara zehn bilkul negative ban jaye ga.</w:t>
      </w:r>
      <w:r>
        <w:br/>
      </w:r>
      <w:r>
        <w:rPr>
          <w:sz w:val="20"/>
        </w:rPr>
        <w:t>31:29  to</w:t>
      </w:r>
      <w:r>
        <w:br/>
      </w:r>
      <w:r>
        <w:rPr>
          <w:sz w:val="20"/>
        </w:rPr>
        <w:t>31:31  aik bar Maulana nay likha hai keh aik bar ah, jab BBC radio suntay thay to BBC, woh Hindi BBC wala jo program tha, woh suntay thay.</w:t>
      </w:r>
      <w:r>
        <w:br/>
      </w:r>
      <w:r>
        <w:rPr>
          <w:sz w:val="20"/>
        </w:rPr>
        <w:t>31:42  to us mein aik us kay, us kay jo sunnay walay nay kaha keh Marshalism mein bohat saray Hindi jananay walay log hain, Hindi bolnay walay log hain.</w:t>
      </w:r>
      <w:r>
        <w:br/>
      </w:r>
      <w:r>
        <w:rPr>
          <w:sz w:val="20"/>
        </w:rPr>
        <w:t>31:53  to aap Marshalism ki khabrein kyun nahi detay</w:t>
      </w:r>
      <w:r>
        <w:br/>
      </w:r>
      <w:r>
        <w:rPr>
          <w:sz w:val="20"/>
        </w:rPr>
        <w:t>31:55  ? to BBC announcer nay kaha keh dekhiye, aap kay haan to koi buri buri khabar hoti hi nahi.</w:t>
      </w:r>
      <w:r>
        <w:br/>
      </w:r>
      <w:r>
        <w:rPr>
          <w:sz w:val="20"/>
        </w:rPr>
        <w:t>32:04  to good news is no news hamaray liye. to is liye hum koi khabar bhi nahi banti hamaray liye. to media mein to wohi bad news jo hain, wohi sensational news hoti hain.</w:t>
      </w:r>
      <w:r>
        <w:br/>
      </w:r>
      <w:r>
        <w:rPr>
          <w:sz w:val="20"/>
        </w:rPr>
        <w:t>32:15  woh usi ko media cover karta hai. to hamein yeh baat janna chahiye. jab</w:t>
      </w:r>
      <w:r>
        <w:br/>
      </w:r>
      <w:r>
        <w:rPr>
          <w:sz w:val="20"/>
        </w:rPr>
        <w:t>32:20  hum apni soch ko develop karenge to hamein yeh bhi pata chalega keh is par hamein bohat ziyada rely nahi karna. mein to kabhi TV dekhti hi nahi, isi liye keh sirf bad news aa rahi hogi, us ko kiya dekhna?</w:t>
      </w:r>
      <w:r>
        <w:br/>
      </w:r>
      <w:r>
        <w:rPr>
          <w:sz w:val="20"/>
        </w:rPr>
        <w:t>32:32  to hamein jo hai, usse ziyada se ziyada apne aap ko bachana hai.</w:t>
      </w:r>
      <w:r>
        <w:br/>
      </w:r>
      <w:r>
        <w:rPr>
          <w:sz w:val="20"/>
        </w:rPr>
        <w:t>32:38  media ki wajah se hum log jo hain, kahin angrezon se nafrat kar rahe hain, kahin america se nafrat kar rahe hain, kahin yahudiyon se nafrat kar rahe hain. kahin zara sa kuch waqea ho jata hai, bas woh media usko aisa batata hai ke jaise poore mulk mein yahi ho raha hai.</w:t>
      </w:r>
      <w:r>
        <w:br/>
      </w:r>
      <w:r>
        <w:rPr>
          <w:sz w:val="20"/>
        </w:rPr>
        <w:t>32:53  to ab hum log gaye thay israel, to wahan to kuch nahi tha, sab peace peace tha wahan par. aur log samajhte hain ke wahan par to bas sab sab maare ja rahe honge, saare falastini.</w:t>
      </w:r>
      <w:r>
        <w:br/>
      </w:r>
      <w:r>
        <w:rPr>
          <w:sz w:val="20"/>
        </w:rPr>
        <w:t>33:05  aisa to kuch nahi hai.</w:t>
      </w:r>
      <w:r>
        <w:br/>
      </w:r>
      <w:r>
        <w:rPr>
          <w:sz w:val="20"/>
        </w:rPr>
        <w:t>33:06  jo falastini, jo arab israel mein rehte hain, woh to khoob taleem hasil kar rahe hain, business kar rahe hain. jo unse jang karte hain, bas unhi par jo hai, woh reaction hota hai.</w:t>
      </w:r>
      <w:r>
        <w:br/>
      </w:r>
      <w:r>
        <w:rPr>
          <w:sz w:val="20"/>
        </w:rPr>
        <w:t>33:18  baqi log to sab aaram se reh rahe hain, peace falastini tareeqe se. to yeh jo hai, isi tareeqe se log jo hain, samajhte hain ke woh har jagah jo hai, zulm ho raha hai,</w:t>
      </w:r>
      <w:r>
        <w:br/>
      </w:r>
      <w:r>
        <w:rPr>
          <w:sz w:val="20"/>
        </w:rPr>
        <w:t>33:31  woh media ko dekh kar ke. haalanke isi tareeqe se woh log nafrat karne lagte hain, america se nafrat karte hain. to america se nafrat karte hain is liye ke america yahudiyon ka saath deta hai.</w:t>
      </w:r>
      <w:r>
        <w:br/>
      </w:r>
      <w:r>
        <w:rPr>
          <w:sz w:val="20"/>
        </w:rPr>
        <w:t>33:44  to ab har mulk ke apne mafadat hote hain, woh hum se pooch pooch ke thoda woh america kaam karega. to unke mafadat hain, lekin woh yeh nahi dekhte ke isi america mein itni badi tadad mein taqreeban chhe million musalman rehte hain aur bohat hi</w:t>
      </w:r>
      <w:r>
        <w:br/>
      </w:r>
      <w:r>
        <w:rPr>
          <w:sz w:val="20"/>
        </w:rPr>
        <w:t>33:59  achhe, unki comfortable life hai, bohat bade bade unke business hain, aaram se rehte hain, bade bade unke centers hain, islami centers hain.</w:t>
      </w:r>
      <w:r>
        <w:br/>
      </w:r>
      <w:r>
        <w:rPr>
          <w:sz w:val="20"/>
        </w:rPr>
        <w:t>34:09  bilkul azadi ke sath wahan woh apna kaam karte hain. ek baar hum wahan chicago mein dekha, ek, turkey ka ek adara hai, ek, kuch science karke kuch tha adara.</w:t>
      </w:r>
      <w:r>
        <w:br/>
      </w:r>
      <w:r>
        <w:rPr>
          <w:sz w:val="20"/>
        </w:rPr>
        <w:t>34:21  to america ke das sabse bade adaron mein se woh iska shumar hota</w:t>
      </w:r>
      <w:r>
        <w:br/>
      </w:r>
      <w:r>
        <w:rPr>
          <w:sz w:val="20"/>
        </w:rPr>
        <w:t>34:26  hai. itna zyada wahan mawaqe hain, phir bhi america se nafrat karte hain. to woh yeh media jo hai, wohi unka zehan banata hai.</w:t>
      </w:r>
      <w:r>
        <w:br/>
      </w:r>
      <w:r>
        <w:rPr>
          <w:sz w:val="20"/>
        </w:rPr>
        <w:t>34:35  woh yeh nahi sochte ke yeh haqeeqat, haqeeqat waqe ko dekhna hai, reality ko dekhna hai. to unki soch develop nahi hoti, bas woh degree mil jati hai, woh job karne lag jaate hain.</w:t>
      </w:r>
    </w:p>
    <w:p>
      <w:pPr>
        <w:pStyle w:val="Heading2"/>
      </w:pPr>
      <w:r>
        <w:t>Eternal lesson in the story of Adam's sons</w:t>
      </w:r>
    </w:p>
    <w:p>
      <w:r>
        <w:rPr>
          <w:color w:val="666666"/>
          <w:sz w:val="18"/>
        </w:rPr>
        <w:t>Lessons from The Quran 30 Apr 2014 - Maulana Wahiduddin Khan · 5m 58s · at 3:00 · https://youtu.be/lhFmEWbbP2E?t=180</w:t>
      </w:r>
    </w:p>
    <w:p>
      <w:r>
        <w:rPr>
          <w:i/>
        </w:rPr>
        <w:t>“These Quranic verses contain a great lesson.”</w:t>
      </w:r>
    </w:p>
    <w:p>
      <w:r>
        <w:rPr>
          <w:sz w:val="20"/>
        </w:rPr>
        <w:t>3:00  Qur'an ki yeh aayaten jo parhi gayeen, us mein aik bohat bari naseehat hai.</w:t>
      </w:r>
      <w:r>
        <w:br/>
      </w:r>
      <w:r>
        <w:rPr>
          <w:sz w:val="20"/>
        </w:rPr>
        <w:t>3:10  aksar log yeh samajhte hain ke Qur'an mein kai hisse aise hain jin mein koi abadi paigham nahi hai, woh zamani aitbar se hain yani mazi ki tareekh ki aik dastan.</w:t>
      </w:r>
      <w:r>
        <w:br/>
      </w:r>
      <w:r>
        <w:rPr>
          <w:sz w:val="20"/>
        </w:rPr>
        <w:t>3:29  lekin aisa nahi hai. aur</w:t>
      </w:r>
      <w:r>
        <w:br/>
      </w:r>
      <w:r>
        <w:rPr>
          <w:sz w:val="20"/>
        </w:rPr>
        <w:t>3:35  yeh aayat is baat ka aik saboot hai. dekhiye, aayat ka pehla tukra yeh hai: wa tuloo alaihim naba ibna adama bil haqq.</w:t>
      </w:r>
      <w:r>
        <w:br/>
      </w:r>
      <w:r>
        <w:rPr>
          <w:sz w:val="20"/>
        </w:rPr>
        <w:t>3:52  yani haq ke sath unhein qissa adam ke beton ka batao. yeh haq ka lafz yahan par jo hai, jo bil haqq ka jo lafz hai, is mein is baat ka ishara hai ke is mein aik aam naseehat hai.</w:t>
      </w:r>
      <w:r>
        <w:br/>
      </w:r>
      <w:r>
        <w:rPr>
          <w:sz w:val="20"/>
        </w:rPr>
        <w:t>4:10  yani is mein aik aisi haqeeqat hayat batai gayi hai jis mein sare insano ke liye sabaq hai.</w:t>
      </w:r>
      <w:r>
        <w:br/>
      </w:r>
      <w:r>
        <w:rPr>
          <w:sz w:val="20"/>
        </w:rPr>
        <w:t>4:23  to mein samajhta hoon ke quran ka koi bhi hissa, chahe bazoher woh zamani, waqti ya qadeem tareekh se mutaliq nazar aata ho, is mein abadi sabaq hoga.</w:t>
      </w:r>
      <w:r>
        <w:br/>
      </w:r>
      <w:r>
        <w:rPr>
          <w:sz w:val="20"/>
        </w:rPr>
        <w:t>4:41  ab is mein, ab in baton par ghor kijiye.</w:t>
      </w:r>
      <w:r>
        <w:br/>
      </w:r>
      <w:r>
        <w:rPr>
          <w:sz w:val="20"/>
        </w:rPr>
        <w:t>4:49  ab dekhiye, is aayat se maloom hota hai ke adam ke bete ko maloom nahi tha ke apne bhai ki dead body ko kis tarah woh thikane lagaye.</w:t>
      </w:r>
      <w:r>
        <w:br/>
      </w:r>
      <w:r>
        <w:rPr>
          <w:sz w:val="20"/>
        </w:rPr>
        <w:t>5:08  to koway ke zariye is ko rehnumai mili.</w:t>
      </w:r>
      <w:r>
        <w:br/>
      </w:r>
      <w:r>
        <w:rPr>
          <w:sz w:val="20"/>
        </w:rPr>
        <w:t>5:17  is se maloom hua ke koway ke andar bhi insan ke liye sabaq hai.</w:t>
      </w:r>
      <w:r>
        <w:br/>
      </w:r>
      <w:r>
        <w:rPr>
          <w:sz w:val="20"/>
        </w:rPr>
        <w:t>5:24  yani Allah ne rakha hai, tab hai. khaliq ne koway ke andar sabaq rakha hai, tab insan ko sabaq mil raha hai.</w:t>
      </w:r>
      <w:r>
        <w:br/>
      </w:r>
      <w:r>
        <w:rPr>
          <w:sz w:val="20"/>
        </w:rPr>
        <w:t>5:36  agar Allah ne na rakha hota to sabaq milta bhi nahi.</w:t>
      </w:r>
      <w:r>
        <w:br/>
      </w:r>
      <w:r>
        <w:rPr>
          <w:sz w:val="20"/>
        </w:rPr>
        <w:t>5:41  is se maloom hua ke Allah ko matloob hai ke hum har cheez se modesty ka sabaq lein. modesty.</w:t>
      </w:r>
      <w:r>
        <w:br/>
      </w:r>
      <w:r>
        <w:rPr>
          <w:sz w:val="20"/>
        </w:rPr>
        <w:t>5:54  chunancha woh adam ka beta kehta hai ke kaise ajib hai ke mein koway jaisa bhi na ho saka.</w:t>
      </w:r>
      <w:r>
        <w:br/>
      </w:r>
      <w:r>
        <w:rPr>
          <w:sz w:val="20"/>
        </w:rPr>
        <w:t>6:05  to Allah ne apne nizam fitrat mein yeh ittefaq ki baat nahi hai. yeh yani creation plan of god mein shamil hai.</w:t>
      </w:r>
      <w:r>
        <w:br/>
      </w:r>
      <w:r>
        <w:rPr>
          <w:sz w:val="20"/>
        </w:rPr>
        <w:t>6:16  yeh creation plan of god ka aik hissa hai. Allah ne takhleeq ka nizam is tarah banaya hai ke yahan insan ko cheezon se modesty ka sabaq milta rahe.</w:t>
      </w:r>
      <w:r>
        <w:br/>
      </w:r>
      <w:r>
        <w:rPr>
          <w:sz w:val="20"/>
        </w:rPr>
        <w:t>6:31  ajaz ka sabaq milta rahe. yeh khud takhleeq mein yeh shamil hai. agar aisa na hota to sabaq bhi na milta.</w:t>
      </w:r>
      <w:r>
        <w:br/>
      </w:r>
      <w:r>
        <w:rPr>
          <w:sz w:val="20"/>
        </w:rPr>
        <w:t>6:45  to yeh kaisi ajib baat hai.</w:t>
      </w:r>
      <w:r>
        <w:br/>
      </w:r>
      <w:r>
        <w:rPr>
          <w:sz w:val="20"/>
        </w:rPr>
        <w:t>6:50  kaisi ajib baat hai. aur is ka raaz kya bataya? wa asbah min an nadimeen. nadamat jo hai, yeh bohat hi aham baat hai.</w:t>
      </w:r>
      <w:r>
        <w:br/>
      </w:r>
      <w:r>
        <w:rPr>
          <w:sz w:val="20"/>
        </w:rPr>
        <w:t>7:03  nadamat ke lafzi mani to hain regret. regret. lekin nadamat jo hai, is ki asal haqeeqat kya hai?</w:t>
      </w:r>
      <w:r>
        <w:br/>
      </w:r>
      <w:r>
        <w:rPr>
          <w:sz w:val="20"/>
        </w:rPr>
        <w:t>7:11  yeh par ghor kijiye. asal haqeeqat yeh hai ke aap ke andar introspection ho. aap ke andar yeh madah ho ke aap apne upar rai sani karein.</w:t>
      </w:r>
      <w:r>
        <w:br/>
      </w:r>
      <w:r>
        <w:rPr>
          <w:sz w:val="20"/>
        </w:rPr>
        <w:t>7:25  yahan tak ke aap agar payein ek achi cheez koway mein to is ka etiraf karein.</w:t>
      </w:r>
      <w:r>
        <w:br/>
      </w:r>
      <w:r>
        <w:rPr>
          <w:sz w:val="20"/>
        </w:rPr>
        <w:t>7:35  to nadamat yahan par is mani mein hai ke aadmi ke andar regret hona chahiye, introspection hona chahiye.</w:t>
      </w:r>
      <w:r>
        <w:br/>
      </w:r>
      <w:r>
        <w:rPr>
          <w:sz w:val="20"/>
        </w:rPr>
        <w:t>7:45  is ko is ka shaoor itna barha hua hona chahiye ke agar koway mein bhi ek ek naseehat hai to is ko poore etiraf ke sath woh qabool kare.</w:t>
      </w:r>
      <w:r>
        <w:br/>
      </w:r>
      <w:r>
        <w:rPr>
          <w:sz w:val="20"/>
        </w:rPr>
        <w:t>7:58  kaisi ajib baat hai.</w:t>
      </w:r>
      <w:r>
        <w:br/>
      </w:r>
      <w:r>
        <w:rPr>
          <w:sz w:val="20"/>
        </w:rPr>
        <w:t>8:02  bohat hi ajib baat hai.</w:t>
      </w:r>
      <w:r>
        <w:br/>
      </w:r>
      <w:r>
        <w:rPr>
          <w:sz w:val="20"/>
        </w:rPr>
        <w:t>8:08  to is waqe mein hamein ek quloob mila sochne ke liye. quloob mila ke tumhare liye takhleeqi jo plan hai Allah ka, us ke mutabiq cheezon mein sabaq rakha gaya hai.</w:t>
      </w:r>
      <w:r>
        <w:br/>
      </w:r>
      <w:r>
        <w:rPr>
          <w:sz w:val="20"/>
        </w:rPr>
        <w:t>8:23  aik misal hai koway ki, lekin woh us ko generalize kiya. generalize kijiye us ko. har cheez mein sabaq hai. cheunti rahe gaye tab bhi sabaq hai.</w:t>
      </w:r>
      <w:r>
        <w:br/>
      </w:r>
      <w:r>
        <w:rPr>
          <w:sz w:val="20"/>
        </w:rPr>
        <w:t>8:35  chirya uray tab bhi sabaq hai. barish barsay tab bhi sabaq hai. yaani kawa jo yahan par hai, woh aik bator aik misal ke hai ke poore nature mein sabaq hai.</w:t>
      </w:r>
      <w:r>
        <w:br/>
      </w:r>
      <w:r>
        <w:rPr>
          <w:sz w:val="20"/>
        </w:rPr>
        <w:t>8:50  yeh bataya gaya hai. isi liye kaha gaya hai bilhaq.</w:t>
      </w:r>
    </w:p>
    <w:p>
      <w:pPr>
        <w:pStyle w:val="Heading2"/>
      </w:pPr>
      <w:r>
        <w:t>From the Hyderabad bomb blast to why killing the body is futile</w:t>
      </w:r>
    </w:p>
    <w:p>
      <w:r>
        <w:rPr>
          <w:color w:val="666666"/>
          <w:sz w:val="18"/>
        </w:rPr>
        <w:t>Islamic Outlook on Life August 26, 2007 · 5m 39s · at 3:36 · https://youtu.be/QCAHPg3_G_M?t=216</w:t>
      </w:r>
    </w:p>
    <w:p>
      <w:r>
        <w:rPr>
          <w:i/>
        </w:rPr>
        <w:t>“Aaj mere saamne yeh aaj ka Times of India hai”</w:t>
      </w:r>
    </w:p>
    <w:p>
      <w:r>
        <w:rPr>
          <w:sz w:val="20"/>
        </w:rPr>
        <w:t>3:36  almaidah ke verse number thirty two mein ek aayat hai.</w:t>
      </w:r>
      <w:r>
        <w:br/>
      </w:r>
      <w:r>
        <w:rPr>
          <w:sz w:val="20"/>
        </w:rPr>
        <w:t>3:43  is mein bataya gaya hai ke insan jab shuru mein zameen par basaya gaya to shuru hi mein ek insan ne doosre insan ko maar dala.</w:t>
      </w:r>
      <w:r>
        <w:br/>
      </w:r>
      <w:r>
        <w:rPr>
          <w:sz w:val="20"/>
        </w:rPr>
        <w:t>3:56  yeh the qabil aur habil. qabil ne habil ko maar dala.</w:t>
      </w:r>
      <w:r>
        <w:br/>
      </w:r>
      <w:r>
        <w:rPr>
          <w:sz w:val="20"/>
        </w:rPr>
        <w:t>4:04  us waqt khuda ne yeh likh diya aur tamam jo revealed religion the is mein sab ko bataya, revelation ke through ek baat.</w:t>
      </w:r>
      <w:r>
        <w:br/>
      </w:r>
      <w:r>
        <w:rPr>
          <w:sz w:val="20"/>
        </w:rPr>
        <w:t>4:15  woh quran mein quote ki gayi hai. woh kya hai? man qatala nafsan bighair nafs wa fasad fakama qatala nass jamee</w:t>
      </w:r>
      <w:r>
        <w:br/>
      </w:r>
      <w:r>
        <w:rPr>
          <w:sz w:val="20"/>
        </w:rPr>
        <w:t>4:29  wa man ahya fakama ahya nass jamee yeh quran ki aayat hai, chapter number five, verse number thirty two.</w:t>
      </w:r>
      <w:r>
        <w:br/>
      </w:r>
      <w:r>
        <w:rPr>
          <w:sz w:val="20"/>
        </w:rPr>
        <w:t>4:43  is mein kaha gaya hai ke jis ne ek insan ko mara to us ne sare hi insanon ko maar dala.</w:t>
      </w:r>
      <w:r>
        <w:br/>
      </w:r>
      <w:r>
        <w:rPr>
          <w:sz w:val="20"/>
        </w:rPr>
        <w:t>4:56  jis ne ek insan ko mara to goya ke us ne sare hi insanon ko maar dala. aur jis ne ek insan ko zindagi di to us ne sare insanon ko zindagi di.</w:t>
      </w:r>
      <w:r>
        <w:br/>
      </w:r>
      <w:r>
        <w:rPr>
          <w:sz w:val="20"/>
        </w:rPr>
        <w:t>5:13  is aayat mein yeh jo baat hai ke jis ne zindagi di ek insan ko, woh aaj hi meri samajh mein aai</w:t>
      </w:r>
      <w:r>
        <w:br/>
      </w:r>
      <w:r>
        <w:rPr>
          <w:sz w:val="20"/>
        </w:rPr>
        <w:t>5:20  . tafseeron mein is ki ek bohat zyada mein samajh nahi paya tha jo tafseeron mein jo baatein likhi gayi hain is se. woh kaise?</w:t>
      </w:r>
      <w:r>
        <w:br/>
      </w:r>
      <w:r>
        <w:rPr>
          <w:sz w:val="20"/>
        </w:rPr>
        <w:t>5:28  jab bhi koi baat hoti hai to mera mind jo hai active ho jata hai sochne ke liye. to ek shock laga mujhe is par. ke innocent log, bachche, auratein,</w:t>
      </w:r>
      <w:r>
        <w:br/>
      </w:r>
      <w:r>
        <w:rPr>
          <w:sz w:val="20"/>
        </w:rPr>
        <w:t>5:43  yeh koi ladne wale log nahi the. koi wahan battle field nahi tha.</w:t>
      </w:r>
      <w:r>
        <w:br/>
      </w:r>
      <w:r>
        <w:rPr>
          <w:sz w:val="20"/>
        </w:rPr>
        <w:t>5:48  wahan bum phata aur shayad kai bum phate to is mein forty aadmi mar gaye aur bohat sare zakhmi hue. is par main sochne laga.</w:t>
      </w:r>
      <w:r>
        <w:br/>
      </w:r>
      <w:r>
        <w:rPr>
          <w:sz w:val="20"/>
        </w:rPr>
        <w:t>6:01  ke kyun mara unhon ne? zahir hai ke unhein koi complaint hogi, koi shikayat hogi.</w:t>
      </w:r>
      <w:r>
        <w:br/>
      </w:r>
      <w:r>
        <w:rPr>
          <w:sz w:val="20"/>
        </w:rPr>
        <w:t>6:11  un logon se na ho to un ki qaum se hogi, un ki communities hogi</w:t>
      </w:r>
      <w:r>
        <w:br/>
      </w:r>
      <w:r>
        <w:rPr>
          <w:sz w:val="20"/>
        </w:rPr>
        <w:t>6:15  . jis community ko woh belong kar rahe hain, to us ko woh, un logon ko woh us community ka ek part samajhte honge.</w:t>
      </w:r>
      <w:r>
        <w:br/>
      </w:r>
      <w:r>
        <w:rPr>
          <w:sz w:val="20"/>
        </w:rPr>
        <w:t>6:27  to apna ghussa utara unhon ne is ke upar. to zahir hai ke jab tak aadmi ko ghussa na ho, revenge na ho, koi complaint na ho, aadmi kabhi kisi ko marega nahi.</w:t>
      </w:r>
      <w:r>
        <w:br/>
      </w:r>
      <w:r>
        <w:rPr>
          <w:sz w:val="20"/>
        </w:rPr>
        <w:t>6:42  ab yeh hai woh cheez ke yeh revenge ka phenomenon hai ke aadmi ne maar dala. ab quran kehta hai ke ke agar tum ne ek insan ko bhi zindagi di to goya ke tum ne sare insanon ko zindagi di.</w:t>
      </w:r>
      <w:r>
        <w:br/>
      </w:r>
      <w:r>
        <w:rPr>
          <w:sz w:val="20"/>
        </w:rPr>
        <w:t>6:57  is ko compare kar ke jab maine socha yeh samajh mein aaya ke un ke sath, un ke paas ek aur option tha.</w:t>
      </w:r>
      <w:r>
        <w:br/>
      </w:r>
      <w:r>
        <w:rPr>
          <w:sz w:val="20"/>
        </w:rPr>
        <w:t>7:07  woh option tha un ko life dena. yani un ki soch ko badalna. un ki soch ko kill karna. unhon ne un ke body ko kill kiya.</w:t>
      </w:r>
      <w:r>
        <w:br/>
      </w:r>
      <w:r>
        <w:rPr>
          <w:sz w:val="20"/>
        </w:rPr>
        <w:t>7:18  quran keh raha hai ke tum ek aur option bhi tumhare paas tha. woh tha un ki soch ko badlo. jis soch ki wajah se unhon ne tumhare sath negative sulook kiya.</w:t>
      </w:r>
      <w:r>
        <w:br/>
      </w:r>
      <w:r>
        <w:rPr>
          <w:sz w:val="20"/>
        </w:rPr>
        <w:t>7:32  tum ko provoke kiya. tum ko nuqsan pohanchaya.</w:t>
      </w:r>
      <w:r>
        <w:br/>
      </w:r>
      <w:r>
        <w:rPr>
          <w:sz w:val="20"/>
        </w:rPr>
        <w:t>7:37  kuch bhi tumhare sath aisa kiya jo tum ko pasand nahi aaya to wo kisi soch ki waja se hua. kyun ke money is a thinking money is a thinking animal aadmi soch wala haiwan hai,</w:t>
      </w:r>
      <w:r>
        <w:br/>
      </w:r>
      <w:r>
        <w:rPr>
          <w:sz w:val="20"/>
        </w:rPr>
        <w:t>7:53  soch ke mutabiq wo amal karta hai. ye ek maloom baat hai. to reason lies in the thinking reason lies in the mind</w:t>
      </w:r>
      <w:r>
        <w:br/>
      </w:r>
      <w:r>
        <w:rPr>
          <w:sz w:val="20"/>
        </w:rPr>
        <w:t>8:06  body to sirf vehicle hai mind ka.</w:t>
      </w:r>
      <w:r>
        <w:br/>
      </w:r>
      <w:r>
        <w:rPr>
          <w:sz w:val="20"/>
        </w:rPr>
        <w:t>8:11  to jis se aap ko shikayat hai, jis se aap ghussa hain, to aap body ko kill kar rahe hain. halanke body ki kya qasoor?</w:t>
      </w:r>
      <w:r>
        <w:br/>
      </w:r>
      <w:r>
        <w:rPr>
          <w:sz w:val="20"/>
        </w:rPr>
        <w:t>8:20  body to vehicle hai sirf. wo to tool hai sirf. asal to hai mind. to mind ko to aap kill kar nahi sakte. mind ko koi bhi kill nahi kar sakta.</w:t>
      </w:r>
      <w:r>
        <w:br/>
      </w:r>
      <w:r>
        <w:rPr>
          <w:sz w:val="20"/>
        </w:rPr>
        <w:t>8:33  mind aap ke sare weapon se oopar hai. jis tarah se aap angel ko kill nahi kar sakte, usi tarah se aap mind ko kill nahi kar sakte.</w:t>
      </w:r>
      <w:r>
        <w:br/>
      </w:r>
      <w:r>
        <w:rPr>
          <w:sz w:val="20"/>
        </w:rPr>
        <w:t>8:46  to ek futile exercise hai ke tum ne body ko kill kar diya aur mind to waise hi ka waise hi raha.</w:t>
      </w:r>
      <w:r>
        <w:br/>
      </w:r>
      <w:r>
        <w:rPr>
          <w:sz w:val="20"/>
        </w:rPr>
        <w:t>8:54  is dunya se nikal kar wo ek aur dunya mein pahunch gaya ya nahi hua bas.</w:t>
      </w:r>
      <w:r>
        <w:br/>
      </w:r>
      <w:r>
        <w:rPr>
          <w:sz w:val="20"/>
        </w:rPr>
        <w:t>8:59  to is ayat mein jo kaha gaya hai ke jis ne ek insan ko zindagi di to us ne goya ke sare insanon ko zindagi di. yani jis ne us ke thinking ko change kiya, jis ne us ki negativity ko positivity mein badla,</w:t>
      </w:r>
    </w:p>
    <w:p>
      <w:pPr>
        <w:pStyle w:val="Heading2"/>
      </w:pPr>
      <w:r>
        <w:t>End double standard to restore Ummah mission</w:t>
      </w:r>
    </w:p>
    <w:p>
      <w:r>
        <w:rPr>
          <w:color w:val="666666"/>
          <w:sz w:val="18"/>
        </w:rPr>
        <w:t>Double Standards of Present-Day Muslims August 6, 2017 · 5m 06s · at 17:07 · https://youtu.be/k1NcZQpHTyg?t=1027</w:t>
      </w:r>
    </w:p>
    <w:p>
      <w:r>
        <w:rPr>
          <w:i/>
        </w:rPr>
        <w:t>“To shuru yahan se karein”</w:t>
      </w:r>
    </w:p>
    <w:p>
      <w:r>
        <w:rPr>
          <w:sz w:val="20"/>
        </w:rPr>
        <w:t>17:07  to shuru yahan se karein ke musalmanon ke andar se jo double standard culture aa gaya, us ko khatam karein.</w:t>
      </w:r>
      <w:r>
        <w:br/>
      </w:r>
      <w:r>
        <w:rPr>
          <w:sz w:val="20"/>
        </w:rPr>
        <w:t>17:16  yahan shuru karna hai, musalmanon ke andar jo aa gaya double standard culture, us ko khatam karein.</w:t>
      </w:r>
      <w:r>
        <w:br/>
      </w:r>
      <w:r>
        <w:rPr>
          <w:sz w:val="20"/>
        </w:rPr>
        <w:t>17:31  aur is se bhi ek aur baat samajh lijiye ke is se fard ki satah pe bhi koi bari taraqqi musalman nahi kar sakte. choti taraqqi karenge, choti taraqqi.</w:t>
      </w:r>
      <w:r>
        <w:br/>
      </w:r>
      <w:r>
        <w:rPr>
          <w:sz w:val="20"/>
        </w:rPr>
        <w:t>17:41  bari taraqqi aati hai jab aap ke andar universal soch ho, poori insaniyat ke liye sochta ho.</w:t>
      </w:r>
      <w:r>
        <w:br/>
      </w:r>
      <w:r>
        <w:rPr>
          <w:sz w:val="20"/>
        </w:rPr>
        <w:t>17:52  abhi mere paas kal telephone aaya tha bombay se. bombay ne bombay mein ek bohat bara seminar hua tha is par organ donation par.</w:t>
      </w:r>
      <w:r>
        <w:br/>
      </w:r>
      <w:r>
        <w:rPr>
          <w:sz w:val="20"/>
        </w:rPr>
        <w:t>18:05  organ donation to ek sahab ne bataya ke wahan musalman jitne bhi thay, sab ke khilaf organ donation ki.</w:t>
      </w:r>
      <w:r>
        <w:br/>
      </w:r>
      <w:r>
        <w:rPr>
          <w:sz w:val="20"/>
        </w:rPr>
        <w:t>18:17  to kya is donation kya hai? giving, giving ki spirit se khali ho gaya musalman. donation ke mani hain ke aap apne kisi zaroorat mand ko, yani aap ka bit pe chale jayen, aakhir waqt aa jaye to aap wasiyat kar dein ke bhai aankh mere baad is ko de dijiye.</w:t>
      </w:r>
      <w:r>
        <w:br/>
      </w:r>
      <w:r>
        <w:rPr>
          <w:sz w:val="20"/>
        </w:rPr>
        <w:t>18:42  to ye ye ye haram hai. aur khud agar zaroorat ho to wo zaroor le lenge aankh, kis tarah aankh? to musalman jo dekhiye, ye jo double standard culture hai, is ka kya nuqsan hota hai ke giving speed khatam ho jati hai,</w:t>
      </w:r>
      <w:r>
        <w:br/>
      </w:r>
      <w:r>
        <w:rPr>
          <w:sz w:val="20"/>
        </w:rPr>
        <w:t>19:01  taking speed baqi rehti hai. to sari dunya ke musalman jo hain, taker community bani hui hain. kahin bhi dunya mein musalman give giving community nahi hai, giver community nahi hai.</w:t>
      </w:r>
      <w:r>
        <w:br/>
      </w:r>
      <w:r>
        <w:rPr>
          <w:sz w:val="20"/>
        </w:rPr>
        <w:t>19:17  jo log aisa ho jayen, un ka haal to bari taraqqi nahi karenge. yaad rakhiye, choti moti kar lenge, bari taraqqi nahi.</w:t>
      </w:r>
      <w:r>
        <w:br/>
      </w:r>
      <w:r>
        <w:rPr>
          <w:sz w:val="20"/>
        </w:rPr>
        <w:t>19:27  is liye aap dekhiye, hindu hain, christian hain, bari bari taraqqiyan kar rahe hain, bari bari taraqqiyan.</w:t>
      </w:r>
      <w:r>
        <w:br/>
      </w:r>
      <w:r>
        <w:rPr>
          <w:sz w:val="20"/>
        </w:rPr>
        <w:t>19:37  bhai musalman apna ghar bana lenge aur ek car kharid lenge, wo to is baat khush rahenge.</w:t>
      </w:r>
      <w:r>
        <w:br/>
      </w:r>
      <w:r>
        <w:rPr>
          <w:sz w:val="20"/>
        </w:rPr>
        <w:t>19:51  aap dekhiye, india mein aap rehte hain, ghor kijiye, musalmanon ke bohat jalse hote hain. kabhi aaj tak wahin walon ke musalmanon ne kabhi jalsa kiya ho insani masle par, ملت ke masle par?</w:t>
      </w:r>
      <w:r>
        <w:br/>
      </w:r>
      <w:r>
        <w:rPr>
          <w:sz w:val="20"/>
        </w:rPr>
        <w:t>20:05  karte hain jalse, wo ملت ke zulm ki faryad batane ke liye. musalmanon ke jitne jalse hote hain, wo sab ملت ke naam par hote hain, ملت ke liye masail par hote hain, insan ke masail par nahi hote hain.</w:t>
      </w:r>
      <w:r>
        <w:br/>
      </w:r>
      <w:r>
        <w:rPr>
          <w:sz w:val="20"/>
        </w:rPr>
        <w:t>20:20  ye ek ek alamat hai ke musalman</w:t>
      </w:r>
      <w:r>
        <w:br/>
      </w:r>
      <w:r>
        <w:rPr>
          <w:sz w:val="20"/>
        </w:rPr>
        <w:t>20:27  sari dunya mein ek taker community ban kar reh gaye hain, wo giver community nahi hai.</w:t>
      </w:r>
      <w:r>
        <w:br/>
      </w:r>
      <w:r>
        <w:rPr>
          <w:sz w:val="20"/>
        </w:rPr>
        <w:t>20:35  to yaad rakhiye, sada baat nahi hai double standard hona. aala thakeen khatam, giving giving speed khatam, aala akhlaq khatam, insaniyat ki khair khwahi khatam.</w:t>
      </w:r>
      <w:r>
        <w:br/>
      </w:r>
      <w:r>
        <w:rPr>
          <w:sz w:val="20"/>
        </w:rPr>
        <w:t>20:49  aur sab se bari baat, sab se bari hoti hai ke dawat khatam. jab aap selfish ban jayen, selfish, aap ko sirf apni family dikhai de.</w:t>
      </w:r>
      <w:r>
        <w:br/>
      </w:r>
      <w:r>
        <w:rPr>
          <w:sz w:val="20"/>
        </w:rPr>
        <w:t>21:01  jab aap selfish ban jayen aur aap ko sirf apni family family dikhai de to aap ki qadar kabhi bhi yaad rakhiye, dawat ki speed nahi jayegi.</w:t>
      </w:r>
      <w:r>
        <w:br/>
      </w:r>
      <w:r>
        <w:rPr>
          <w:sz w:val="20"/>
        </w:rPr>
        <w:t>21:12  dawat ke kabhi tadpenge nahi aap, kyunke aam insan aap ka concern nahi hai. aap concern to apne beta beti hain, apni family hai.</w:t>
      </w:r>
      <w:r>
        <w:br/>
      </w:r>
      <w:r>
        <w:rPr>
          <w:sz w:val="20"/>
        </w:rPr>
        <w:t>21:25  to dawat ka kaam wo karega jis ke liye sari insaniyat concern bani hui hai. to double standard banne ke baad sab se bara nuqsan, sab se bara nuqsan jo hota hai, wo ye hota hai ke dawat khatam ho jati hai,</w:t>
      </w:r>
      <w:r>
        <w:br/>
      </w:r>
      <w:r>
        <w:rPr>
          <w:sz w:val="20"/>
        </w:rPr>
        <w:t>21:42  kyunke insan aap ka concern nahi rehta. achha, ab is ke baad kya hai? jab aap ka to dawat khatam ho jaye to jante hain kya hai?</w:t>
      </w:r>
      <w:r>
        <w:br/>
      </w:r>
      <w:r>
        <w:rPr>
          <w:sz w:val="20"/>
        </w:rPr>
        <w:t>21:53  aap ki ummat mohammadi hone ki hesiyat khatam ho jati hai. ye bohat hi seedhi rizq ki baat, bohat hi sakht baat keh raha hoon main aap ko.</w:t>
      </w:r>
      <w:r>
        <w:br/>
      </w:r>
      <w:r>
        <w:rPr>
          <w:sz w:val="20"/>
        </w:rPr>
        <w:t>22:05  to sochiye ke dawat khatam to aap ki hesiyat ummat mohammadi ho rahi hai, khatam.</w:t>
      </w:r>
    </w:p>
    <w:p>
      <w:pPr>
        <w:pStyle w:val="Heading2"/>
      </w:pPr>
      <w:r>
        <w:t>A companion's dignity stands firm before the Persian king</w:t>
      </w:r>
    </w:p>
    <w:p>
      <w:r>
        <w:rPr>
          <w:color w:val="666666"/>
          <w:sz w:val="18"/>
        </w:rPr>
        <w:t>The Problem of Misunderstanding January 1, 2008 Maulana Wahiduddin Khan · 5m 42s · at 41:45 · https://youtu.be/LdzzoBvyaD0?t=2505</w:t>
      </w:r>
    </w:p>
    <w:p>
      <w:r>
        <w:rPr>
          <w:i/>
        </w:rPr>
        <w:t>“The companion refused to bow before the King of Persia”</w:t>
      </w:r>
    </w:p>
    <w:p>
      <w:r>
        <w:rPr>
          <w:sz w:val="20"/>
        </w:rPr>
        <w:t>41:45  jaisay ek waqia yeh hai ke sahaba ke zamanay mein, yani Hazrat Umar ke zamanay mein,</w:t>
      </w:r>
      <w:r>
        <w:br/>
      </w:r>
      <w:r>
        <w:rPr>
          <w:sz w:val="20"/>
        </w:rPr>
        <w:t>41:54  musalmanon mein aur Iran mein, us waqt Iran mein un ki hukumat thi, majlisiyon ka hukmarani thi, wahan par kisra hukmarani karta tha.</w:t>
      </w:r>
      <w:r>
        <w:br/>
      </w:r>
      <w:r>
        <w:rPr>
          <w:sz w:val="20"/>
        </w:rPr>
        <w:t>42:04  to dono mein jang hui.</w:t>
      </w:r>
      <w:r>
        <w:br/>
      </w:r>
      <w:r>
        <w:rPr>
          <w:sz w:val="20"/>
        </w:rPr>
        <w:t>42:08  to is mein musalman jo log thay, woh</w:t>
      </w:r>
      <w:r>
        <w:br/>
      </w:r>
      <w:r>
        <w:rPr>
          <w:sz w:val="20"/>
        </w:rPr>
        <w:t>42:19  yani ghalib aane lagay. woh difai halat mein aa gaye irani log. to unho ne chaha ke mukalmat kar ke baat ko khatam karein.</w:t>
      </w:r>
      <w:r>
        <w:br/>
      </w:r>
      <w:r>
        <w:rPr>
          <w:sz w:val="20"/>
        </w:rPr>
        <w:t>42:31  yani larai ko khatam karne ke liye unho ne chaha ke mukalmat, kuch de dila kar unhein rokhsat kar diya jaye yahan se, wapas le jayein.</w:t>
      </w:r>
      <w:r>
        <w:br/>
      </w:r>
      <w:r>
        <w:rPr>
          <w:sz w:val="20"/>
        </w:rPr>
        <w:t>42:39  to unho ne kaha, jo sardar thay, un ka naam tha Saad, Hazrat Saad, ke hum chahte hain baat cheet karna to aap apna safeer bhejiye, apna aadmi bhejiye.</w:t>
      </w:r>
      <w:r>
        <w:br/>
      </w:r>
      <w:r>
        <w:rPr>
          <w:sz w:val="20"/>
        </w:rPr>
        <w:t>42:51  yahan se kai log gaye. to un mein se aik sahab, jo sahabi thay, jab wahan pohanchay to woh</w:t>
      </w:r>
      <w:r>
        <w:br/>
      </w:r>
      <w:r>
        <w:rPr>
          <w:sz w:val="20"/>
        </w:rPr>
        <w:t>43:04  jo is ke jo woh tha, jo Kisra tha,</w:t>
      </w:r>
      <w:r>
        <w:br/>
      </w:r>
      <w:r>
        <w:rPr>
          <w:sz w:val="20"/>
        </w:rPr>
        <w:t>43:10  us ke aagay log jhukte thay, sajda karte thay, rukoo karte thay. woh to badshahat ka zamana tha. woh shehenshah tha woh.</w:t>
      </w:r>
      <w:r>
        <w:br/>
      </w:r>
      <w:r>
        <w:rPr>
          <w:sz w:val="20"/>
        </w:rPr>
        <w:t>43:21  yeh jhuke nahi, kuch bhi nahi, aise hi jaise aam aadmi ki tarah baat karne lagay woh. yani kuch bhi unho ne is ko izzat nahi di.</w:t>
      </w:r>
      <w:r>
        <w:br/>
      </w:r>
      <w:r>
        <w:rPr>
          <w:sz w:val="20"/>
        </w:rPr>
        <w:t>43:31  kuch bhi is ko unho ne woh badshahi izzat nahi di. aise hi bas kharay ho gaye takht ke samnay us ke aur aisi baat karne lagay.</w:t>
      </w:r>
      <w:r>
        <w:br/>
      </w:r>
      <w:r>
        <w:rPr>
          <w:sz w:val="20"/>
        </w:rPr>
        <w:t>43:39  to bohat ghussa aa gaya us ko. yeh kon aadmi hai? jo meri izzat nahi karta? apni izzat karne ko woh samajhte thay ke woh to karna hi karna hai har aik ko.</w:t>
      </w:r>
      <w:r>
        <w:br/>
      </w:r>
      <w:r>
        <w:rPr>
          <w:sz w:val="20"/>
        </w:rPr>
        <w:t>43:51  hum badshah hain, hum badshah hain, hum shehenshah hain. to unho ne koi izzat nahi suni thi. aur aise hi mamooli aadmi jaise hota hai, badshah, is tarah baat karne lagay us se.</w:t>
      </w:r>
      <w:r>
        <w:br/>
      </w:r>
      <w:r>
        <w:rPr>
          <w:sz w:val="20"/>
        </w:rPr>
        <w:t>44:03  to ghussa ho gaya woh.</w:t>
      </w:r>
      <w:r>
        <w:br/>
      </w:r>
      <w:r>
        <w:rPr>
          <w:sz w:val="20"/>
        </w:rPr>
        <w:t>44:07  to yeh kuch bhi unho ne is ki parwah nahi ki is ki baaton ki. to ghussa ho kar us ne kaha ke mitti lao. mitti ka aik tokra lao.</w:t>
      </w:r>
      <w:r>
        <w:br/>
      </w:r>
      <w:r>
        <w:rPr>
          <w:sz w:val="20"/>
        </w:rPr>
        <w:t>44:18  woh mitti un ke sar par rakh diya. woh kaha ke is ko bhaga do in ko. unho ne kaha jo mahal tha, us mein baat ho rahi thi wahan mahal mein, nikal do mahal se.</w:t>
      </w:r>
      <w:r>
        <w:br/>
      </w:r>
      <w:r>
        <w:rPr>
          <w:sz w:val="20"/>
        </w:rPr>
        <w:t>44:28  mitti ka tokra sar par rakh kar ke.</w:t>
      </w:r>
      <w:r>
        <w:br/>
      </w:r>
      <w:r>
        <w:rPr>
          <w:sz w:val="20"/>
        </w:rPr>
        <w:t>44:31  ab dekhiye ke woh jo sahabi thay, woh na ghussa huye, na aisa kiya ke mitti ka tokra phenk dein aur lar jayein us se, kuch bhi nahi.</w:t>
      </w:r>
      <w:r>
        <w:br/>
      </w:r>
      <w:r>
        <w:rPr>
          <w:sz w:val="20"/>
        </w:rPr>
        <w:t>44:42  woh liye liye khamosh, khushi khushi chalay aaye mahal ke bahar. aur mitti ka tokra liye liye</w:t>
      </w:r>
      <w:r>
        <w:br/>
      </w:r>
      <w:r>
        <w:rPr>
          <w:sz w:val="20"/>
        </w:rPr>
        <w:t>44:54  apni ghoṛi par sawar huye aur pohanch gaye wahan jahan ka khayma laga hua tha, jo general thay Hazrat Saad wahan.</w:t>
      </w:r>
      <w:r>
        <w:br/>
      </w:r>
      <w:r>
        <w:rPr>
          <w:sz w:val="20"/>
        </w:rPr>
        <w:t>45:02  to is mein dakhil huye, un ke khaymay mein, jo jo ke general thay Muslim army ke, un ke samnay tokra rakh diya ke dekho yeh Kisra ne diya hai yeh mitti ka tokra.</w:t>
      </w:r>
      <w:r>
        <w:br/>
      </w:r>
      <w:r>
        <w:rPr>
          <w:sz w:val="20"/>
        </w:rPr>
        <w:t>45:18  to woh bhi ghussa nahi huye. yani Hazrat Saad kehte hain ke kaisay tum bewakoof ho? ke mitti ka tokra liye chalay aa rahay ho wahan se? kyun nahi us ke sar par phenk diya tum ne us ko?</w:t>
      </w:r>
      <w:r>
        <w:br/>
      </w:r>
      <w:r>
        <w:rPr>
          <w:sz w:val="20"/>
        </w:rPr>
        <w:t>45:29  kuch nahi. na yeh dekhiye is ko izzat ka sawal banaya, na unho ne, na unho ne izzat ka sawal banaya. dono ne is ko normal tareeqay se liya.</w:t>
      </w:r>
      <w:r>
        <w:br/>
      </w:r>
      <w:r>
        <w:rPr>
          <w:sz w:val="20"/>
        </w:rPr>
        <w:t>45:42  is ka faida yeh hua ke woh ghair janabdar tareeqay mein soch sakay. ma'rozi tareeqay mein rai bana sakay apni.</w:t>
      </w:r>
      <w:r>
        <w:br/>
      </w:r>
      <w:r>
        <w:rPr>
          <w:sz w:val="20"/>
        </w:rPr>
        <w:t>45:51  to kitni bari baat unho ne nikal li. kitni bari baat nikal li. jo Saad thay, jo general thay, unho ne kaha ab shuru.</w:t>
      </w:r>
      <w:r>
        <w:br/>
      </w:r>
      <w:r>
        <w:rPr>
          <w:sz w:val="20"/>
        </w:rPr>
        <w:t>46:04  yeh to achi khabar hai. yeh to khushkhabri ki baat hai.</w:t>
      </w:r>
      <w:r>
        <w:br/>
      </w:r>
      <w:r>
        <w:rPr>
          <w:sz w:val="20"/>
        </w:rPr>
        <w:t>46:08  yani mitti ka tokra liye chale aa rahe hain. bajaye ghussa hone ke, kya keh rahe hain? ab shuru. yeh to achi khabar hai.</w:t>
      </w:r>
      <w:r>
        <w:br/>
      </w:r>
      <w:r>
        <w:rPr>
          <w:sz w:val="20"/>
        </w:rPr>
        <w:t>46:18  khush ho jao. to unhon ne kya kaha? faqat wallah aatan Allah aqaid mulkehum.</w:t>
      </w:r>
      <w:r>
        <w:br/>
      </w:r>
      <w:r>
        <w:rPr>
          <w:sz w:val="20"/>
        </w:rPr>
        <w:t>46:29  phir rawi kehte hain ke wa tafaa'alu bidhalik aqsa bilad.</w:t>
      </w:r>
      <w:r>
        <w:br/>
      </w:r>
      <w:r>
        <w:rPr>
          <w:sz w:val="20"/>
        </w:rPr>
        <w:t>46:35  yani rawi kehte hain ke is ko jo mitti thi, us se unhon ne yeh afaal liya. yeh to apne mulk ki mitti de di unhon ne.</w:t>
      </w:r>
      <w:r>
        <w:br/>
      </w:r>
      <w:r>
        <w:rPr>
          <w:sz w:val="20"/>
        </w:rPr>
        <w:t>46:43  apna mulk hi utha kar de diya unhon ne. in ka jo mulk tha, usi mulk ki to mitti thi woh. mitti kahin aur se to aayi nahi thi woh.</w:t>
      </w:r>
      <w:r>
        <w:br/>
      </w:r>
      <w:r>
        <w:rPr>
          <w:sz w:val="20"/>
        </w:rPr>
        <w:t>46:52  apne mulk ki, apne mulk ki mitti di unhon ne. to is ko unhon ne kaha ke yeh to apna mulk khud hi de diya unhon ne.</w:t>
      </w:r>
      <w:r>
        <w:br/>
      </w:r>
      <w:r>
        <w:rPr>
          <w:sz w:val="20"/>
        </w:rPr>
        <w:t>47:05  ab kya hai? ab to fateh hamari hai. dekhiye jis waqe se log lete hain ghussa, jhijhlahat, ishtia'al, nafrat, nafrat, adam bardasht, is se kya liya liya unhon ne?</w:t>
      </w:r>
      <w:r>
        <w:br/>
      </w:r>
      <w:r>
        <w:rPr>
          <w:sz w:val="20"/>
        </w:rPr>
        <w:t>47:20  ek naya yaqeen, ek naya yaqeen, ek nayi himmat.</w:t>
      </w:r>
    </w:p>
    <w:p>
      <w:pPr>
        <w:pStyle w:val="Heading2"/>
      </w:pPr>
      <w:r>
        <w:t>Wisdom as creativity and hadith on insight</w:t>
      </w:r>
    </w:p>
    <w:p>
      <w:r>
        <w:rPr>
          <w:color w:val="666666"/>
          <w:sz w:val="18"/>
        </w:rPr>
        <w:t>Al-Hikmah in Islam September 14, 2007 · 4m 47s · at 4:57 · https://youtu.be/PxOdof00YIM?t=297</w:t>
      </w:r>
    </w:p>
    <w:p>
      <w:r>
        <w:rPr>
          <w:i/>
        </w:rPr>
        <w:t>“Wisdom is not something you can put in a packet”</w:t>
      </w:r>
    </w:p>
    <w:p>
      <w:r>
        <w:rPr>
          <w:sz w:val="20"/>
        </w:rPr>
        <w:t>4:57  aur bohat kuch deta hai. aur sath sath Wisdom deta hai. Wisdom dekhiye, Wisdom aisi cheez nahi ke aap ek ek packet mein band kar ke kisi ko de dein.</w:t>
      </w:r>
      <w:r>
        <w:br/>
      </w:r>
      <w:r>
        <w:rPr>
          <w:sz w:val="20"/>
        </w:rPr>
        <w:t>5:12  Wisdom ek creativity ka naam hai. yeh kabhi bhi aisi koi kitab aap nahi likh sakte jis mein Wisdom ko ek book mein band kar diya gaya ho.</w:t>
      </w:r>
      <w:r>
        <w:br/>
      </w:r>
      <w:r>
        <w:rPr>
          <w:sz w:val="20"/>
        </w:rPr>
        <w:t>5:25  nahi, aisa mumkin nahi hai. Wisdom ek creativity ka naam hai. yani logon ke andar creative thinking paida karna.</w:t>
      </w:r>
      <w:r>
        <w:br/>
      </w:r>
      <w:r>
        <w:rPr>
          <w:sz w:val="20"/>
        </w:rPr>
        <w:t>5:39  jab tak aap logon ke andar creative thinking paida na karein, aap logon ko wise insan nahi bana sakte.</w:t>
      </w:r>
      <w:r>
        <w:br/>
      </w:r>
      <w:r>
        <w:rPr>
          <w:sz w:val="20"/>
        </w:rPr>
        <w:t>5:49  kyun ke situation badalti rehti hai, circumstances badalte rehte hain. har baar Wisdom ko rediscover karna parta hai different situation mein.</w:t>
      </w:r>
      <w:r>
        <w:br/>
      </w:r>
      <w:r>
        <w:rPr>
          <w:sz w:val="20"/>
        </w:rPr>
        <w:t>6:03  Wisdom koi solid cheez nahi hai, koi jamid cheez nahi hai. har lamha, har subah shaam aap ko Wisdom ko rediscover karna parta hai.</w:t>
      </w:r>
      <w:r>
        <w:br/>
      </w:r>
      <w:r>
        <w:rPr>
          <w:sz w:val="20"/>
        </w:rPr>
        <w:t>6:17  Naye situation mein, naye halaat mein. Agar aap ke andar creativity na ho to aap wise insaan nahi ban sakte.</w:t>
      </w:r>
      <w:r>
        <w:br/>
      </w:r>
      <w:r>
        <w:rPr>
          <w:sz w:val="20"/>
        </w:rPr>
        <w:t>6:29  To yeh baat ke nabi bheja gaya wisdom ke liye, iska matlab nahi ke ek koi list hai wisdom ki, woh de diya nabi ne. Dekho, yeh yeh yeh wisdom hai, isko le lo.</w:t>
      </w:r>
      <w:r>
        <w:br/>
      </w:r>
      <w:r>
        <w:rPr>
          <w:sz w:val="20"/>
        </w:rPr>
        <w:t>6:41  Nahi. Yaani iska matlab yeh hai ke nabi ka ek mission yeh tha ke woh logon ko un logon ke andar intellectual awakening laye.</w:t>
      </w:r>
      <w:r>
        <w:br/>
      </w:r>
      <w:r>
        <w:rPr>
          <w:sz w:val="20"/>
        </w:rPr>
        <w:t>6:54  Logon ke andar creativity laye. Logon ke andar intellectual development laye. Logon ke andar high thinking paida kare.</w:t>
      </w:r>
      <w:r>
        <w:br/>
      </w:r>
      <w:r>
        <w:rPr>
          <w:sz w:val="20"/>
        </w:rPr>
        <w:t>7:05  Taake woh</w:t>
      </w:r>
      <w:r>
        <w:br/>
      </w:r>
      <w:r>
        <w:rPr>
          <w:sz w:val="20"/>
        </w:rPr>
        <w:t>7:08  Wisdom ko discover kar saken. Taake woh badi badi baaton ko jaan saken. Yaad rakhiye, wisdom ek chupi hui haqeeqat ka naam hai.</w:t>
      </w:r>
      <w:r>
        <w:br/>
      </w:r>
      <w:r>
        <w:rPr>
          <w:sz w:val="20"/>
        </w:rPr>
        <w:t>7:20  Wisdom hamesha hoti hai between the line. Hamesha. Wisdom ko aap line mein likh nahi sakte.</w:t>
      </w:r>
      <w:r>
        <w:br/>
      </w:r>
      <w:r>
        <w:rPr>
          <w:sz w:val="20"/>
        </w:rPr>
        <w:t>7:30  Hamesha wisdom between the line hoti hai. Isi liye main kehta hoon ke wisdom ko aap ko discover karna padta hai.</w:t>
      </w:r>
      <w:r>
        <w:br/>
      </w:r>
      <w:r>
        <w:rPr>
          <w:sz w:val="20"/>
        </w:rPr>
        <w:t>7:41  Agar aap ke andar creativity na ho, discovery ki salahiyat na ho, sochne ka maada na ho, aur aap high thinking aap ke andar na ho,</w:t>
      </w:r>
      <w:r>
        <w:br/>
      </w:r>
      <w:r>
        <w:rPr>
          <w:sz w:val="20"/>
        </w:rPr>
        <w:t>7:56  To aap wisdom ko jaan nahi sakte. Wisdom ke naam se aap dobara kuch rituals ko janenge, kuch form ko janenge.</w:t>
      </w:r>
      <w:r>
        <w:br/>
      </w:r>
      <w:r>
        <w:rPr>
          <w:sz w:val="20"/>
        </w:rPr>
        <w:t>8:05  Bas. To yeh bohat hi aham baat hai ke Islam except of rituals ka naam nahi hai. Islam ek form ka naam nahi hai.</w:t>
      </w:r>
      <w:r>
        <w:br/>
      </w:r>
      <w:r>
        <w:rPr>
          <w:sz w:val="20"/>
        </w:rPr>
        <w:t>8:16  Balke Islam naam hai creativity ka, wisdom ka. Gehri baaton ko samajhne ka.</w:t>
      </w:r>
      <w:r>
        <w:br/>
      </w:r>
      <w:r>
        <w:rPr>
          <w:sz w:val="20"/>
        </w:rPr>
        <w:t>8:26  Isi liye dekhiye, hadees mein hai ke: ataqqu firasat al mu'min fa innahu yunziru bi nuri allahi.</w:t>
      </w:r>
      <w:r>
        <w:br/>
      </w:r>
      <w:r>
        <w:rPr>
          <w:sz w:val="20"/>
        </w:rPr>
        <w:t>8:35  Momin ki wisdom se daro. Kaisi ajeeb baat hai yeh. Daro ka matlab yeh hai ke momin jo hai,</w:t>
      </w:r>
      <w:r>
        <w:br/>
      </w:r>
      <w:r>
        <w:rPr>
          <w:sz w:val="20"/>
        </w:rPr>
        <w:t>8:47  Be panah unlimited wisdom uske andar hoti hai. Us ko bohat hi simple na samjho. Ataaqu firasat al mu'min fa innahu yunziru bi nuri allahi.</w:t>
      </w:r>
      <w:r>
        <w:br/>
      </w:r>
      <w:r>
        <w:rPr>
          <w:sz w:val="20"/>
        </w:rPr>
        <w:t>8:59  Momin ki wisdom se apne aap ko bachao. Kyun? Kyun ke momin Khuda ki roshni se sochta hai.</w:t>
      </w:r>
      <w:r>
        <w:br/>
      </w:r>
      <w:r>
        <w:rPr>
          <w:sz w:val="20"/>
        </w:rPr>
        <w:t>9:09  Khuda ki light se sochta hai. Khuda ki light kya hai? Woh ek creative tor par sochta hai. Yaani momin ke andar yeh salahiyat aa jati hai ke woh Khuda se us ko inspiration mile, aur Khuda ki light mein woh soch sake.</w:t>
      </w:r>
      <w:r>
        <w:br/>
      </w:r>
      <w:r>
        <w:rPr>
          <w:sz w:val="20"/>
        </w:rPr>
        <w:t>9:26  Isi ko hikmat aur wisdom kaha gaya hai. To yeh Islam ka yeh jo aspect hai, is ko agar aap na jaane to samjhiye ke sab se most important aspect jo hai Islam ka, woh isi se aap be khabar reh gaye.</w:t>
      </w:r>
    </w:p>
    <w:p>
      <w:pPr>
        <w:pStyle w:val="Heading2"/>
      </w:pPr>
      <w:r>
        <w:t>The common problem of negativity</w:t>
      </w:r>
    </w:p>
    <w:p>
      <w:r>
        <w:rPr>
          <w:color w:val="666666"/>
          <w:sz w:val="18"/>
        </w:rPr>
        <w:t>Positive Thinking December 30, 2016 · 5m 36s · at 1:23 · https://youtu.be/y6r5Pk3HT9w?t=83</w:t>
      </w:r>
    </w:p>
    <w:p>
      <w:r>
        <w:rPr>
          <w:i/>
        </w:rPr>
        <w:t>“Yeh jo problem hai, yeh bahut hi common hai”</w:t>
      </w:r>
    </w:p>
    <w:p>
      <w:r>
        <w:rPr>
          <w:sz w:val="20"/>
        </w:rPr>
        <w:t>1:23  dekhen, yeh jo problem hai, yeh bohat hi zyada common hai.</w:t>
      </w:r>
      <w:r>
        <w:br/>
      </w:r>
      <w:r>
        <w:rPr>
          <w:sz w:val="20"/>
        </w:rPr>
        <w:t>1:30  yani koi shakhs, political power wala aadmi hai, kisi ke paas wealth hai, kuch bhi hai, lekin phir</w:t>
      </w:r>
      <w:r>
        <w:br/>
      </w:r>
      <w:r>
        <w:rPr>
          <w:sz w:val="20"/>
        </w:rPr>
        <w:t>1:38  bhi yeh problem is ke sath laga hua hai.</w:t>
      </w:r>
      <w:r>
        <w:br/>
      </w:r>
      <w:r>
        <w:rPr>
          <w:sz w:val="20"/>
        </w:rPr>
        <w:t>1:46  to sawal yeh hai ke itna zyada common kyun hai? is par maine bohat socha hai.</w:t>
      </w:r>
      <w:r>
        <w:br/>
      </w:r>
      <w:r>
        <w:rPr>
          <w:sz w:val="20"/>
        </w:rPr>
        <w:t>1:54  is ka jawab mere samajh mein aaya hai ke insan pedaishi taur par idealist hai, perfectionist hai.</w:t>
      </w:r>
      <w:r>
        <w:br/>
      </w:r>
      <w:r>
        <w:rPr>
          <w:sz w:val="20"/>
        </w:rPr>
        <w:t>2:02  to idealism ek aisi cheez hai jo kisi ki koi limit ko qabool nahi karti.</w:t>
      </w:r>
      <w:r>
        <w:br/>
      </w:r>
      <w:r>
        <w:rPr>
          <w:sz w:val="20"/>
        </w:rPr>
        <w:t>2:09  idealism aur perfectionism jo hai, yeh chahta hai ke unlimited taur par cheezen is ko milti rahen.</w:t>
      </w:r>
      <w:r>
        <w:br/>
      </w:r>
      <w:r>
        <w:rPr>
          <w:sz w:val="20"/>
        </w:rPr>
        <w:t>2:17  yeh is ka idealism ka nature hai.</w:t>
      </w:r>
      <w:r>
        <w:br/>
      </w:r>
      <w:r>
        <w:rPr>
          <w:sz w:val="20"/>
        </w:rPr>
        <w:t>2:25  lekin yeh duniya jahan insan ko rehna hai, woh ideal world nahi hai, woh perfect world nahi hai.</w:t>
      </w:r>
      <w:r>
        <w:br/>
      </w:r>
      <w:r>
        <w:rPr>
          <w:sz w:val="20"/>
        </w:rPr>
        <w:t>2:33  yeh to ek temporary abode hai insan ke liye, permanent nahi hai.</w:t>
      </w:r>
      <w:r>
        <w:br/>
      </w:r>
      <w:r>
        <w:rPr>
          <w:sz w:val="20"/>
        </w:rPr>
        <w:t>2:41  to yahan har cheez milti hai less than ideal, less than perfect.</w:t>
      </w:r>
      <w:r>
        <w:br/>
      </w:r>
      <w:r>
        <w:rPr>
          <w:sz w:val="20"/>
        </w:rPr>
        <w:t>2:48  yeh disparity jo hai, yahi disparity asal mein logon ke andar problem paida karti hai.</w:t>
      </w:r>
      <w:r>
        <w:br/>
      </w:r>
      <w:r>
        <w:rPr>
          <w:sz w:val="20"/>
        </w:rPr>
        <w:t>2:56  chounke log discontent rehte hain, discontent rehne ki wajah se un ko khushi kabhi real sense</w:t>
      </w:r>
      <w:r>
        <w:br/>
      </w:r>
      <w:r>
        <w:rPr>
          <w:sz w:val="20"/>
        </w:rPr>
        <w:t>3:04  mein milti nahin.</w:t>
      </w:r>
      <w:r>
        <w:br/>
      </w:r>
      <w:r>
        <w:rPr>
          <w:sz w:val="20"/>
        </w:rPr>
        <w:t>3:12  to discontentment ek aisi cheez hai jo ek aam cheez ban gayi hai.</w:t>
      </w:r>
      <w:r>
        <w:br/>
      </w:r>
      <w:r>
        <w:rPr>
          <w:sz w:val="20"/>
        </w:rPr>
        <w:t>3:20  aur iski wajah yeh hai ke chahte hain zyada milta hai kam, chahte hain ideal milta hai</w:t>
      </w:r>
      <w:r>
        <w:br/>
      </w:r>
      <w:r>
        <w:rPr>
          <w:sz w:val="20"/>
        </w:rPr>
        <w:t>3:28  less than ideal, chahte hain perfect milta hai imperfect.</w:t>
      </w:r>
      <w:r>
        <w:br/>
      </w:r>
      <w:r>
        <w:rPr>
          <w:sz w:val="20"/>
        </w:rPr>
        <w:t>3:35  to yeh jo disparity hai, yeh nature mein inherent hai.</w:t>
      </w:r>
      <w:r>
        <w:br/>
      </w:r>
      <w:r>
        <w:rPr>
          <w:sz w:val="20"/>
        </w:rPr>
        <w:t>3:43  to yeh nahin sochna hai ke hum is masle ko hal karein, kyunke hal to hoga nahin is tareeqe se.</w:t>
      </w:r>
      <w:r>
        <w:br/>
      </w:r>
      <w:r>
        <w:rPr>
          <w:sz w:val="20"/>
        </w:rPr>
        <w:t>3:51  woh isko explain karein.</w:t>
      </w:r>
      <w:r>
        <w:br/>
      </w:r>
      <w:r>
        <w:rPr>
          <w:sz w:val="20"/>
        </w:rPr>
        <w:t>3:59  asal masla explain karne ka hai ke kyun aisa hai ke intellectual level par hum idealist hote hain,</w:t>
      </w:r>
      <w:r>
        <w:br/>
      </w:r>
      <w:r>
        <w:rPr>
          <w:sz w:val="20"/>
        </w:rPr>
        <w:t>4:07  practical level par hum ko jo jo milti hai woh less than ideal hoti hai.</w:t>
      </w:r>
      <w:r>
        <w:br/>
      </w:r>
      <w:r>
        <w:rPr>
          <w:sz w:val="20"/>
        </w:rPr>
        <w:t>4:14  kyun aisa hai? to asal baat yeh hai ke ek hai intellectual development, ek hai physical need.</w:t>
      </w:r>
      <w:r>
        <w:br/>
      </w:r>
      <w:r>
        <w:rPr>
          <w:sz w:val="20"/>
        </w:rPr>
        <w:t>4:22  to physical need ke bare mein hum ko jo natural course hai, natural course se ke andar jo</w:t>
      </w:r>
      <w:r>
        <w:br/>
      </w:r>
      <w:r>
        <w:rPr>
          <w:sz w:val="20"/>
        </w:rPr>
        <w:t>4:30  milta hai, hum ko us par raazi hona padega.</w:t>
      </w:r>
      <w:r>
        <w:br/>
      </w:r>
      <w:r>
        <w:rPr>
          <w:sz w:val="20"/>
        </w:rPr>
        <w:t>4:38  yaani apni tamanna ke lehaz se nahin, ke se nahin balkeh natural course se practical taur par jo</w:t>
      </w:r>
      <w:r>
        <w:br/>
      </w:r>
      <w:r>
        <w:rPr>
          <w:sz w:val="20"/>
        </w:rPr>
        <w:t>4:46  milta hai us par raazi hain.</w:t>
      </w:r>
      <w:r>
        <w:br/>
      </w:r>
      <w:r>
        <w:rPr>
          <w:sz w:val="20"/>
        </w:rPr>
        <w:t>4:53  aur apne idealism ko hum istemal karein intellectual development ke liye, kyunke intellectual development jo hai woh is</w:t>
      </w:r>
      <w:r>
        <w:br/>
      </w:r>
      <w:r>
        <w:rPr>
          <w:sz w:val="20"/>
        </w:rPr>
        <w:t>5:01  ki koi had nahin hai.</w:t>
      </w:r>
      <w:r>
        <w:br/>
      </w:r>
      <w:r>
        <w:rPr>
          <w:sz w:val="20"/>
        </w:rPr>
        <w:t>5:09  jitna chahein aap sochein, jitna chahein aap develop karein, jitna zyada aap chahein parwaz karein, iski koi</w:t>
      </w:r>
      <w:r>
        <w:br/>
      </w:r>
      <w:r>
        <w:rPr>
          <w:sz w:val="20"/>
        </w:rPr>
        <w:t>5:17  had nahin hoti.</w:t>
      </w:r>
      <w:r>
        <w:br/>
      </w:r>
      <w:r>
        <w:rPr>
          <w:sz w:val="20"/>
        </w:rPr>
        <w:t>5:25  to insaan ki jo paidaishi saakht hai, uske lehaz se aadmi ko chahiye ke apne mind ke</w:t>
      </w:r>
      <w:r>
        <w:br/>
      </w:r>
      <w:r>
        <w:rPr>
          <w:sz w:val="20"/>
        </w:rPr>
        <w:t>5:33  lehaz se, yaani soch ke lehaz se, woh ideal ho aur ideal ko paane ki koshish laga rahe.</w:t>
      </w:r>
      <w:r>
        <w:br/>
      </w:r>
      <w:r>
        <w:rPr>
          <w:sz w:val="20"/>
        </w:rPr>
        <w:t>5:40  lekin jo physical need hai, uske bare mein woh realist ban jaye.</w:t>
      </w:r>
      <w:r>
        <w:br/>
      </w:r>
      <w:r>
        <w:rPr>
          <w:sz w:val="20"/>
        </w:rPr>
        <w:t>5:48  yaani natural course mein jo milta hai, us par raazi ho jaye.</w:t>
      </w:r>
      <w:r>
        <w:br/>
      </w:r>
      <w:r>
        <w:rPr>
          <w:sz w:val="20"/>
        </w:rPr>
        <w:t>5:56  is tarah se kya hoga? uski physical zarooraten bhi poori hoti rahengi aur uska intellectual</w:t>
      </w:r>
      <w:r>
        <w:br/>
      </w:r>
      <w:r>
        <w:rPr>
          <w:sz w:val="20"/>
        </w:rPr>
        <w:t>6:04  development bhi chalta rahega.</w:t>
      </w:r>
      <w:r>
        <w:br/>
      </w:r>
      <w:r>
        <w:rPr>
          <w:sz w:val="20"/>
        </w:rPr>
        <w:t>6:12  to insaan ki do jo personality hain, ek hai intellectual level aur ek hai physical level.</w:t>
      </w:r>
      <w:r>
        <w:br/>
      </w:r>
      <w:r>
        <w:rPr>
          <w:sz w:val="20"/>
        </w:rPr>
        <w:t>6:19  to physical level par is ki zaroorat poori hoti rahe gi, is ki zaroorat koi atke gi nahin.</w:t>
      </w:r>
      <w:r>
        <w:br/>
      </w:r>
      <w:r>
        <w:rPr>
          <w:sz w:val="20"/>
        </w:rPr>
        <w:t>6:27  aur intellejical level par is ka development khoob jaari rahe ga, unlimited tor par, kyunke is mein</w:t>
      </w:r>
      <w:r>
        <w:br/>
      </w:r>
      <w:r>
        <w:rPr>
          <w:sz w:val="20"/>
        </w:rPr>
        <w:t>6:35  to sky is the limit ka mamla hai.</w:t>
      </w:r>
      <w:r>
        <w:br/>
      </w:r>
      <w:r>
        <w:rPr>
          <w:sz w:val="20"/>
        </w:rPr>
        <w:t>6:43  yehi wahid formula hai jo hamein de sakta hai sukoon, peace, peaceful mind bana sakta hai.</w:t>
      </w:r>
      <w:r>
        <w:br/>
      </w:r>
      <w:r>
        <w:rPr>
          <w:sz w:val="20"/>
        </w:rPr>
        <w:t>6:51  woh is ke siwa koi doosra formula work karne wala nahin.</w:t>
      </w:r>
      <w:r>
        <w:br/>
      </w:r>
      <w:r>
        <w:rPr>
          <w:sz w:val="20"/>
        </w:rPr>
        <w:t>6:59  ji molana sahib, how can losses and pain help in continuing to be positive in a person's life?</w:t>
      </w:r>
    </w:p>
    <w:p>
      <w:pPr>
        <w:pStyle w:val="Heading2"/>
      </w:pPr>
      <w:r>
        <w:t>Full story and advice on being different</w:t>
      </w:r>
    </w:p>
    <w:p>
      <w:r>
        <w:rPr>
          <w:color w:val="666666"/>
          <w:sz w:val="18"/>
        </w:rPr>
        <w:t>Faith March 30, 2019 · 5m 55s · at 10:13 · https://youtu.be/zcqo87p7uks?t=613</w:t>
      </w:r>
    </w:p>
    <w:p>
      <w:r>
        <w:rPr>
          <w:i/>
        </w:rPr>
        <w:t>“Misaal mein apna ek qissa”</w:t>
      </w:r>
    </w:p>
    <w:p>
      <w:r>
        <w:rPr>
          <w:sz w:val="20"/>
        </w:rPr>
        <w:t>10:13  misal ke taur par main apna ek qissa main ne bataya is se pehle aap logon ko ke Kingsway camp mein ek baar, bohat dil ki baat hai, road par paidal chal raha tha to ek aadmi aaya, bohat tez cycle daud raha tha,</w:t>
      </w:r>
      <w:r>
        <w:br/>
      </w:r>
      <w:r>
        <w:rPr>
          <w:sz w:val="20"/>
        </w:rPr>
        <w:t>10:31  sirf cycle daud raha tha, to mujh se takra gaya. woh ab main gir pada, meri aankhein toot gayin.</w:t>
      </w:r>
      <w:r>
        <w:br/>
      </w:r>
      <w:r>
        <w:rPr>
          <w:sz w:val="20"/>
        </w:rPr>
        <w:t>10:41  to generally kya hota hai ke log lagte hain us ko bohat zyada bolne ke tum andhe ho, jaande ho kya hai?</w:t>
      </w:r>
      <w:r>
        <w:br/>
      </w:r>
      <w:r>
        <w:rPr>
          <w:sz w:val="20"/>
        </w:rPr>
        <w:t>10:51  to main kuch bhi, main ne idhar udhar dekha bhi nahi ke woh kaun aadmi tha, dekha bhi nahi, chup chap se ja ke road side pe baith gaya, aisi aisi sar jhuka kar ke,</w:t>
      </w:r>
      <w:r>
        <w:br/>
      </w:r>
      <w:r>
        <w:rPr>
          <w:sz w:val="20"/>
        </w:rPr>
        <w:t>11:05  sar jhuka kar. jab main bajaye is aadmi ke, is aadmi ke liye to kuch main soch raha hi tha, woh kaisa hai, kya hai, khud yeh soch raha tha ke bhai meri aankh toot gayi hai, yahan par khoon nikal raha tha,</w:t>
      </w:r>
      <w:r>
        <w:br/>
      </w:r>
      <w:r>
        <w:rPr>
          <w:sz w:val="20"/>
        </w:rPr>
        <w:t>11:24  to main socha mujhe kya karna chahiye is waqt. to mere mind ne kaha ke sab se pehle to main doctor ke paas jana chahiye, aur woh jo ek injection jo hota hai,</w:t>
      </w:r>
      <w:r>
        <w:br/>
      </w:r>
      <w:r>
        <w:rPr>
          <w:sz w:val="20"/>
        </w:rPr>
        <w:t>11:39  kya kehte hain us ko?</w:t>
      </w:r>
      <w:r>
        <w:br/>
      </w:r>
      <w:r>
        <w:rPr>
          <w:sz w:val="20"/>
        </w:rPr>
        <w:t>11:41  tetanus ka tetanus injection? haan, woh injection lagana chahiye. to acha, jaise hi yeh qissa hua to mere paas ek police man aa gaya poochne ke liye ke kya karna hai, report karna hai, kya karna hai.</w:t>
      </w:r>
      <w:r>
        <w:br/>
      </w:r>
      <w:r>
        <w:rPr>
          <w:sz w:val="20"/>
        </w:rPr>
        <w:t>11:59  us se poochta tha ke yeh aadmi jis ne aap ko takra kar gira diya hai, to us ke khilaf kya karna hai? jis ko police ki report, first report shayad kehte hain.</w:t>
      </w:r>
      <w:r>
        <w:br/>
      </w:r>
      <w:r>
        <w:rPr>
          <w:sz w:val="20"/>
        </w:rPr>
        <w:t>12:13  to mein kuch bol nahi raha tha, woh woh pooch raha tha, mein bol nahi raha tha. to woh jo police wala tha, woh pakad rakh, us ko cycle wale ko pakad pakde hue tha, woh aur bhi kai akhatta ho gaye, road par chalne wale.</w:t>
      </w:r>
      <w:r>
        <w:br/>
      </w:r>
      <w:r>
        <w:rPr>
          <w:sz w:val="20"/>
        </w:rPr>
        <w:t>12:36  to police wala poochte poochte aakhir mein yeh keh kar chala gaya ke baba to bolta nahi, baba to kuch bolta nahi.</w:t>
      </w:r>
      <w:r>
        <w:br/>
      </w:r>
      <w:r>
        <w:rPr>
          <w:sz w:val="20"/>
        </w:rPr>
        <w:t>12:46  to ab dekhiye, yeh phir in logon se meri mera contact nahi hua, lekin mujhe yaqeen hai ke zaroor unhon ne saare poocha hoga ke bhai yeh aadmi to different hai, yeh aadmi to different hai.</w:t>
      </w:r>
      <w:r>
        <w:br/>
      </w:r>
      <w:r>
        <w:rPr>
          <w:sz w:val="20"/>
        </w:rPr>
        <w:t>13:00  ab kahin woh meri tasweer dekhega TV mein to zaroor sochega ke yeh to wahi aadmi lagta hai, yeh kaisa aadmi hai?</w:t>
      </w:r>
      <w:r>
        <w:br/>
      </w:r>
      <w:r>
        <w:rPr>
          <w:sz w:val="20"/>
        </w:rPr>
        <w:t>13:10  is ki</w:t>
      </w:r>
      <w:r>
        <w:br/>
      </w:r>
      <w:r>
        <w:rPr>
          <w:sz w:val="20"/>
        </w:rPr>
        <w:t>13:14  agar koi is ko quran dega aur is ko yaad aa jayega to sochega ke bhai acha, is ka quran tha, lao is ko parhein. to aap, mein samajhta hoon ke status malhotra ke case mein mein sirf ek advice doonga aap sab logon ko, aap sab logon ko, aap sab logon ko.</w:t>
      </w:r>
      <w:r>
        <w:br/>
      </w:r>
      <w:r>
        <w:rPr>
          <w:sz w:val="20"/>
        </w:rPr>
        <w:t>13:34  woh yeh hai ke aap jahan bhi hain, har jagah mister different ya miss different ban kar rahiye, chahe india mein ho, chahe aap bahar hon, kisi bhi country mein hon, jahan bhi hon,</w:t>
      </w:r>
      <w:r>
        <w:br/>
      </w:r>
      <w:r>
        <w:rPr>
          <w:sz w:val="20"/>
        </w:rPr>
        <w:t>13:52  mister different ban kar rahiye. jaise kareemuddin sahib america mein hain to woh un ke paas logon ke woh aate hain demand ke quran hum ko bhi jo.</w:t>
      </w:r>
      <w:r>
        <w:br/>
      </w:r>
      <w:r>
        <w:rPr>
          <w:sz w:val="20"/>
        </w:rPr>
        <w:t>14:08  to woh packet bana kar ke police, woh post office ja kar dete hain. to wahan ek ek common seat, ek ek scene ban gaya hai.</w:t>
      </w:r>
      <w:r>
        <w:br/>
      </w:r>
      <w:r>
        <w:rPr>
          <w:sz w:val="20"/>
        </w:rPr>
        <w:t>14:20  woh to yeh jab jab jaate hain post office mein to post office kehte hain quran mean. to aaiye, mister different, is ko mein keh raha hoon.</w:t>
      </w:r>
      <w:r>
        <w:br/>
      </w:r>
      <w:r>
        <w:rPr>
          <w:sz w:val="20"/>
        </w:rPr>
        <w:t>14:33  to aap ko chahiye ke aap jahan bhi hain, india mein, india ke bahar, gaon mein hon, shehar mein hon, har jagah aap log, log aap ko aap kuch kahenge nahi ke dekho mujhe mein kya hoon.</w:t>
      </w:r>
      <w:r>
        <w:br/>
      </w:r>
      <w:r>
        <w:rPr>
          <w:sz w:val="20"/>
        </w:rPr>
        <w:t>14:51  yeh matlab nahi ke aap logon ko kahen ke dekho mera akhlaq kaisa hai, yeh sab kuch nahi. daily daily behaviour mein logon ko aap dikhai pade ke bhai yeh to different different hai,</w:t>
      </w:r>
      <w:r>
        <w:br/>
      </w:r>
      <w:r>
        <w:rPr>
          <w:sz w:val="20"/>
        </w:rPr>
        <w:t>15:08  yeh to different hai. is ka gaadi mein kuch</w:t>
      </w:r>
      <w:r>
        <w:br/>
      </w:r>
      <w:r>
        <w:rPr>
          <w:sz w:val="20"/>
        </w:rPr>
        <w:t>15:16  woh kya kehte hain jo lag lag jata hai, jo takraao se kuch ho jata hai, kya kehte ho? dent, dent, dent, d</w:t>
      </w:r>
      <w:r>
        <w:br/>
      </w:r>
      <w:r>
        <w:rPr>
          <w:sz w:val="20"/>
        </w:rPr>
        <w:t>15:27  ent, dent, dent, dent. haan,</w:t>
      </w:r>
      <w:r>
        <w:br/>
      </w:r>
      <w:r>
        <w:rPr>
          <w:sz w:val="20"/>
        </w:rPr>
        <w:t>15:32  to aadmi soche ke bhai yeh aadmi jo hai bajaye mujh se ladne ke sirf problem ki taraf gaya ke woh jo jo problem hai, us ko mein kaise kiya karoon?</w:t>
      </w:r>
      <w:r>
        <w:br/>
      </w:r>
      <w:r>
        <w:rPr>
          <w:sz w:val="20"/>
        </w:rPr>
        <w:t>15:44  yeh nahi ke mujh se lad raha hai to andhe ho ya mujh se paisa mang raha hai. to jo bhi daira ka ho, chota daira ho, bada daira ho, india mein ho, india ke bahar ho,</w:t>
      </w:r>
      <w:r>
        <w:br/>
      </w:r>
      <w:r>
        <w:rPr>
          <w:sz w:val="20"/>
        </w:rPr>
        <w:t>15:59  to aap logon ko different dikhai dein, mister different, miss different.</w:t>
      </w:r>
    </w:p>
    <w:p>
      <w:pPr>
        <w:pStyle w:val="Heading2"/>
      </w:pPr>
      <w:r>
        <w:t>Comprehensive importance of time in Islam</w:t>
      </w:r>
    </w:p>
    <w:p>
      <w:r>
        <w:rPr>
          <w:color w:val="666666"/>
          <w:sz w:val="18"/>
        </w:rPr>
        <w:t>Waqt ki Qadr · 5m 59s · at 1:36 · https://youtu.be/F1ILfxjCiCo?t=96</w:t>
      </w:r>
    </w:p>
    <w:p>
      <w:r>
        <w:rPr>
          <w:i/>
        </w:rPr>
        <w:t>“سب سے پہلے وقت کیا ہے یہ سمجھ لیں گے”</w:t>
      </w:r>
    </w:p>
    <w:p>
      <w:r>
        <w:rPr>
          <w:sz w:val="20"/>
        </w:rPr>
        <w:t>1:36  sab se pehle waqt kya hai yeh samajh lenge. waqt ka matlab hai umar, humein jo allah ne ata farmayi hai.</w:t>
      </w:r>
      <w:r>
        <w:br/>
      </w:r>
      <w:r>
        <w:rPr>
          <w:sz w:val="20"/>
        </w:rPr>
        <w:t>1:47  jitni umar milegi itna waqt humein dunya mein diya gaya hai.</w:t>
      </w:r>
      <w:r>
        <w:br/>
      </w:r>
      <w:r>
        <w:rPr>
          <w:sz w:val="20"/>
        </w:rPr>
        <w:t>1:54  waqt ka phenomena is dunya ke liye allah ka banaya hua hai. ab is ko samjhenge quran o hadith se.</w:t>
      </w:r>
      <w:r>
        <w:br/>
      </w:r>
      <w:r>
        <w:rPr>
          <w:sz w:val="20"/>
        </w:rPr>
        <w:t>2:05  allah taala ne, quran majeed ne kai maqamat par</w:t>
      </w:r>
      <w:r>
        <w:br/>
      </w:r>
      <w:r>
        <w:rPr>
          <w:sz w:val="20"/>
        </w:rPr>
        <w:t>2:10  mukhtalif auqat ki qasam khai hai jis se waqt ki bepanah ahmiyat samajh mein aati hai kyunke allah kabhi bhi kisi kamtar cheez ki qasam nahi khata.</w:t>
      </w:r>
      <w:r>
        <w:br/>
      </w:r>
      <w:r>
        <w:rPr>
          <w:sz w:val="20"/>
        </w:rPr>
        <w:t>2:24  surah alfajr, chapter 89, verse 1: "qasam hai fajar ki". surah allail, chapter 92, verses 1 and 2: "qasam hai raat ki jab ke woh chha jaye aur din ki</w:t>
      </w:r>
      <w:r>
        <w:br/>
      </w:r>
      <w:r>
        <w:rPr>
          <w:sz w:val="20"/>
        </w:rPr>
        <w:t>2:40  jab ke woh roshan ho". surah addoha, chapter 93, verses 1 to 2: "qasam hai roz-e-roshan ki aur raat ki jab ke woh chha jaye".</w:t>
      </w:r>
      <w:r>
        <w:br/>
      </w:r>
      <w:r>
        <w:rPr>
          <w:sz w:val="20"/>
        </w:rPr>
        <w:t>2:55  surah al-asr, chapter 103, verses 1 and 2: "waqt ki qasam jis ki gardish insani halaat par gawah hai,</w:t>
      </w:r>
      <w:r>
        <w:br/>
      </w:r>
      <w:r>
        <w:rPr>
          <w:sz w:val="20"/>
        </w:rPr>
        <w:t>3:07  beshak insan khasare mein hai ke woh umar-e-aziz gawah raha hai". yeh theen kuch ayatein. in tamam ayaton mein jo mein ne abhi padhein allah ne fajar, subah, raat, din aur zamanay ki qasam khai hai.</w:t>
      </w:r>
      <w:r>
        <w:br/>
      </w:r>
      <w:r>
        <w:rPr>
          <w:sz w:val="20"/>
        </w:rPr>
        <w:t>3:26  allah ka yeh usool hai ke woh hamesha kisi ghair-mamooli nemat ki qasam khate hain taake insan un ko ghair-mamooli samajh kar is ka sahi istemal kar le, kare.</w:t>
      </w:r>
      <w:r>
        <w:br/>
      </w:r>
      <w:r>
        <w:rPr>
          <w:sz w:val="20"/>
        </w:rPr>
        <w:t>3:41  lehaza in ayaton mein jo allah ne mukhtalif auqat ki qasam khai hai</w:t>
      </w:r>
      <w:r>
        <w:br/>
      </w:r>
      <w:r>
        <w:rPr>
          <w:sz w:val="20"/>
        </w:rPr>
        <w:t>3:48  koi mamooli baat nahi balkeh in ke zariye darhaqeeqat humein jhanjhora ja raha hai ke hum apni zindagi ke auqat ko mamooli aur haqeer na samjhein.</w:t>
      </w:r>
      <w:r>
        <w:br/>
      </w:r>
      <w:r>
        <w:rPr>
          <w:sz w:val="20"/>
        </w:rPr>
        <w:t>4:08  humein is ke aik aik lamhe ka hisab dena hai. ab kuch ahadees se mazeed waqt ki ahmiyat maloom hoti hai.</w:t>
      </w:r>
      <w:r>
        <w:br/>
      </w:r>
      <w:r>
        <w:rPr>
          <w:sz w:val="20"/>
        </w:rPr>
        <w:t>4:19  aik martaba rasool allah ne suraj gharoob hota dekha to farmaya: "tumhari dunya mein se</w:t>
      </w:r>
      <w:r>
        <w:br/>
      </w:r>
      <w:r>
        <w:rPr>
          <w:sz w:val="20"/>
        </w:rPr>
        <w:t>4:27  jo guzar chuki hai sirf itni miqdar baqi hai jitna yeh suraj zindagi guzar kar is din mein baqi bacha hai".</w:t>
      </w:r>
      <w:r>
        <w:br/>
      </w:r>
      <w:r>
        <w:rPr>
          <w:sz w:val="20"/>
        </w:rPr>
        <w:t>4:42  aik aur hadith: "qayamat ke din banda us waqt tak allah ki bargah mein khara rahega jab tak ke us se</w:t>
      </w:r>
      <w:r>
        <w:br/>
      </w:r>
      <w:r>
        <w:rPr>
          <w:sz w:val="20"/>
        </w:rPr>
        <w:t>4:52  chaar cheezon ke bare mein pooch na liya jayega. sab se pehle sawal hoga ke is ne apni zindagi ke auqat kaise guzare".</w:t>
      </w:r>
      <w:r>
        <w:br/>
      </w:r>
      <w:r>
        <w:rPr>
          <w:sz w:val="20"/>
        </w:rPr>
        <w:t>5:05  Allah taala ke qaim kardah nizam mein</w:t>
      </w:r>
      <w:r>
        <w:br/>
      </w:r>
      <w:r>
        <w:rPr>
          <w:sz w:val="20"/>
        </w:rPr>
        <w:t>5:08  waqt ki pabandi ka saboot milta hai. har cheez apne apne madar par waqt zaya kiye baghair gardish karti hai.</w:t>
      </w:r>
      <w:r>
        <w:br/>
      </w:r>
      <w:r>
        <w:rPr>
          <w:sz w:val="20"/>
        </w:rPr>
        <w:t>5:20  sooraj, chand, sitare sab apne apne muqarrar waqt par nikalte aur gharoob hote hain.</w:t>
      </w:r>
      <w:r>
        <w:br/>
      </w:r>
      <w:r>
        <w:rPr>
          <w:sz w:val="20"/>
        </w:rPr>
        <w:t>5:28  poori duniya ka nizam waqt ki pabandi par chal raha hai. ghraz yeh ke kainat ka sara nizam waqt ki ahmiyat o zarurat ka munh bolta saboot hai.</w:t>
      </w:r>
      <w:r>
        <w:br/>
      </w:r>
      <w:r>
        <w:rPr>
          <w:sz w:val="20"/>
        </w:rPr>
        <w:t>5:43  imaan wale hone ke nate hamein waqt ki bohat ziyada qadar karna chahiye kyunke hum jante hain ke dunyavi zindagi</w:t>
      </w:r>
      <w:r>
        <w:br/>
      </w:r>
      <w:r>
        <w:rPr>
          <w:sz w:val="20"/>
        </w:rPr>
        <w:t>5:54  aakhiri ke liye kheti ki manind hai. hum is mein jo boyenge aakhirat mein wohi kaatenge. agar hum is zindagi mein apne waqt ki qadar karte hue ise bhalai, khair aur neki ke kaam mein sarf karenge to kal yom-e-qayamat ke din</w:t>
      </w:r>
      <w:r>
        <w:br/>
      </w:r>
      <w:r>
        <w:rPr>
          <w:sz w:val="20"/>
        </w:rPr>
        <w:t>6:17  hamein falah o nijat ka inshallah samar milega. aise bandon ko jannat mein dakhil kiya jayega aur kaha jayega: surah haqqah mein hai, chapter 69, verse 24:</w:t>
      </w:r>
      <w:r>
        <w:br/>
      </w:r>
      <w:r>
        <w:rPr>
          <w:sz w:val="20"/>
        </w:rPr>
        <w:t>6:33  "khao aur piyo maze ke sath</w:t>
      </w:r>
      <w:r>
        <w:br/>
      </w:r>
      <w:r>
        <w:rPr>
          <w:sz w:val="20"/>
        </w:rPr>
        <w:t>6:36  in aamal ke badle jo tum ne guzre hue dinon mein kiye hain</w:t>
      </w:r>
      <w:r>
        <w:br/>
      </w:r>
      <w:r>
        <w:rPr>
          <w:sz w:val="20"/>
        </w:rPr>
        <w:t>6:43  is ke bar aks jinhone waqt ki nakadri ki aur ise ghaflat susti kahili mein guzar diya toh</w:t>
      </w:r>
      <w:r>
        <w:br/>
      </w:r>
      <w:r>
        <w:rPr>
          <w:sz w:val="20"/>
        </w:rPr>
        <w:t>6:53  un se kaha jayega: jo surah fatir mein hai, chapter 35, verse 37: "kya hum ne tum</w:t>
      </w:r>
      <w:r>
        <w:br/>
      </w:r>
      <w:r>
        <w:rPr>
          <w:sz w:val="20"/>
        </w:rPr>
        <w:t>7:01  ko itni umar na di ke jis ko samajhna hota woh samajh</w:t>
      </w:r>
      <w:r>
        <w:br/>
      </w:r>
      <w:r>
        <w:rPr>
          <w:sz w:val="20"/>
        </w:rPr>
        <w:t>7:06  sakta? pas tumhare paas darane wala aya, pas ab azab ka maza chako, ab zalimon ke liye koi madadgar na hoga".</w:t>
      </w:r>
      <w:r>
        <w:br/>
      </w:r>
      <w:r>
        <w:rPr>
          <w:sz w:val="20"/>
        </w:rPr>
        <w:t>7:18  yeh thi ayat. dekhiye, waqt ko zaya karna zindagi ko zaya karna hai.</w:t>
      </w:r>
      <w:r>
        <w:br/>
      </w:r>
      <w:r>
        <w:rPr>
          <w:sz w:val="20"/>
        </w:rPr>
        <w:t>7:26  is mein koi shaq nahi ke insan ke paas sab se nafees tareen aur sab se qeemti سرمایہ waqt hai.</w:t>
      </w:r>
      <w:r>
        <w:br/>
      </w:r>
      <w:r>
        <w:rPr>
          <w:sz w:val="20"/>
        </w:rPr>
        <w:t>7:36  lekin afsos ke sab se badi nemat zaya karte hain aur koi is ka ranj nahi, aur chhoti chhoti dunyavi cheezon ke nuqsan par pareshan hote hain.</w:t>
      </w:r>
    </w:p>
    <w:p>
      <w:pPr>
        <w:pStyle w:val="Heading2"/>
      </w:pPr>
      <w:r>
        <w:t>Applying Talif-e-Qalb in mixed gathering</w:t>
      </w:r>
    </w:p>
    <w:p>
      <w:r>
        <w:rPr>
          <w:color w:val="666666"/>
          <w:sz w:val="18"/>
        </w:rPr>
        <w:t>Principle of Talif al-Qalb (English) May 2, 2009 Maulana Wahiduddin Khan · 5m 33s · at 2:02 · https://youtu.be/rDs0yh-Nsig?t=122</w:t>
      </w:r>
    </w:p>
    <w:p>
      <w:r>
        <w:rPr>
          <w:i/>
        </w:rPr>
        <w:t>“I thought that I must apply the principle called Talif-e-Qalb.”</w:t>
      </w:r>
    </w:p>
    <w:p>
      <w:r>
        <w:rPr>
          <w:sz w:val="20"/>
        </w:rPr>
        <w:t>2:02  so at that time, a thought came into my mind that i must apply the principle that is called talib qalb.</w:t>
      </w:r>
      <w:r>
        <w:br/>
      </w:r>
      <w:r>
        <w:rPr>
          <w:sz w:val="20"/>
        </w:rPr>
        <w:t>2:21  talib qalb is a well known principle in islam. talib qalb means softening the heart of people</w:t>
      </w:r>
      <w:r>
        <w:br/>
      </w:r>
      <w:r>
        <w:rPr>
          <w:sz w:val="20"/>
        </w:rPr>
        <w:t>2:33  . generally people take it as a gift in terms of money ya in terms of</w:t>
      </w:r>
      <w:r>
        <w:br/>
      </w:r>
      <w:r>
        <w:rPr>
          <w:sz w:val="20"/>
        </w:rPr>
        <w:t>2:45  sheep and goat. but at that time i discovered that it is not limited to that kind of material gift.</w:t>
      </w:r>
      <w:r>
        <w:br/>
      </w:r>
      <w:r>
        <w:rPr>
          <w:sz w:val="20"/>
        </w:rPr>
        <w:t>2:58  it has a general application.</w:t>
      </w:r>
      <w:r>
        <w:br/>
      </w:r>
      <w:r>
        <w:rPr>
          <w:sz w:val="20"/>
        </w:rPr>
        <w:t>3:03  that is, we have to do the work in a</w:t>
      </w:r>
      <w:r>
        <w:br/>
      </w:r>
      <w:r>
        <w:rPr>
          <w:sz w:val="20"/>
        </w:rPr>
        <w:t>3:15  principle of talif. that is</w:t>
      </w:r>
      <w:r>
        <w:br/>
      </w:r>
      <w:r>
        <w:rPr>
          <w:sz w:val="20"/>
        </w:rPr>
        <w:t>3:25  to divide the work into parts.</w:t>
      </w:r>
      <w:r>
        <w:br/>
      </w:r>
      <w:r>
        <w:rPr>
          <w:sz w:val="20"/>
        </w:rPr>
        <w:t>3:30  first, we have to say something following the common ground, what is according to quranic word kalma sawa.</w:t>
      </w:r>
      <w:r>
        <w:br/>
      </w:r>
      <w:r>
        <w:rPr>
          <w:sz w:val="20"/>
        </w:rPr>
        <w:t>3:41  so common ground is a like a first approach. it is a first approach.</w:t>
      </w:r>
      <w:r>
        <w:br/>
      </w:r>
      <w:r>
        <w:rPr>
          <w:sz w:val="20"/>
        </w:rPr>
        <w:t>3:49  then in the second phase, we have to</w:t>
      </w:r>
      <w:r>
        <w:br/>
      </w:r>
      <w:r>
        <w:rPr>
          <w:sz w:val="20"/>
        </w:rPr>
        <w:t>3:59  tell them the detailed principle of islam. now what happened</w:t>
      </w:r>
      <w:r>
        <w:br/>
      </w:r>
      <w:r>
        <w:rPr>
          <w:sz w:val="20"/>
        </w:rPr>
        <w:t>4:10  ? my colleagues have</w:t>
      </w:r>
      <w:r>
        <w:br/>
      </w:r>
      <w:r>
        <w:rPr>
          <w:sz w:val="20"/>
        </w:rPr>
        <w:t>4:18  some books, islamic literature with them. they want to distribute it. so we divided the work into parts.</w:t>
      </w:r>
      <w:r>
        <w:br/>
      </w:r>
      <w:r>
        <w:rPr>
          <w:sz w:val="20"/>
        </w:rPr>
        <w:t>4:30  that is fifty fifty.</w:t>
      </w:r>
      <w:r>
        <w:br/>
      </w:r>
      <w:r>
        <w:rPr>
          <w:sz w:val="20"/>
        </w:rPr>
        <w:t>4:32  so in the first part, i delivered my speech by following the common ground, not going to the detail or direct daawa.</w:t>
      </w:r>
      <w:r>
        <w:br/>
      </w:r>
      <w:r>
        <w:rPr>
          <w:sz w:val="20"/>
        </w:rPr>
        <w:t>4:49  and people were very impressed</w:t>
      </w:r>
      <w:r>
        <w:br/>
      </w:r>
      <w:r>
        <w:rPr>
          <w:sz w:val="20"/>
        </w:rPr>
        <w:t>4:52  deen</w:t>
      </w:r>
      <w:r>
        <w:br/>
      </w:r>
      <w:r>
        <w:rPr>
          <w:sz w:val="20"/>
        </w:rPr>
        <w:t>4:56  aur colleagues distributed the</w:t>
      </w:r>
      <w:r>
        <w:br/>
      </w:r>
      <w:r>
        <w:rPr>
          <w:sz w:val="20"/>
        </w:rPr>
        <w:t>5:02  literature. and they by first, my speech have created already great interest in Islam.</w:t>
      </w:r>
      <w:r>
        <w:br/>
      </w:r>
      <w:r>
        <w:rPr>
          <w:sz w:val="20"/>
        </w:rPr>
        <w:t>5:18  so they took the literature with great interest.</w:t>
      </w:r>
      <w:r>
        <w:br/>
      </w:r>
      <w:r>
        <w:rPr>
          <w:sz w:val="20"/>
        </w:rPr>
        <w:t>5:24  so it was very successful. it was a discovery for me. if you read books or commentary of the Quran, of Surah Taubah, there is a verse in the Surah Taubah,</w:t>
      </w:r>
      <w:r>
        <w:br/>
      </w:r>
      <w:r>
        <w:rPr>
          <w:sz w:val="20"/>
        </w:rPr>
        <w:t>5:41  lilmu'allafati qulubuhum. so this verse refers to the prophetic period e</w:t>
      </w:r>
      <w:r>
        <w:br/>
      </w:r>
      <w:r>
        <w:rPr>
          <w:sz w:val="20"/>
        </w:rPr>
        <w:t>5:51  t the time prophet of Islam gave some money or some sheep and goats to those people who were new convert or</w:t>
      </w:r>
      <w:r>
        <w:br/>
      </w:r>
      <w:r>
        <w:rPr>
          <w:sz w:val="20"/>
        </w:rPr>
        <w:t>6:08  they were not very</w:t>
      </w:r>
      <w:r>
        <w:br/>
      </w:r>
      <w:r>
        <w:rPr>
          <w:sz w:val="20"/>
        </w:rPr>
        <w:t>6:16  indecisive about Islam</w:t>
      </w:r>
      <w:r>
        <w:br/>
      </w:r>
      <w:r>
        <w:rPr>
          <w:sz w:val="20"/>
        </w:rPr>
        <w:t>6:18  . so prophet wanted to soften their heart. so people no only this kind of talib qalb, that is giving gift in material term,</w:t>
      </w:r>
      <w:r>
        <w:br/>
      </w:r>
      <w:r>
        <w:rPr>
          <w:sz w:val="20"/>
        </w:rPr>
        <w:t>6:33  in term of giving gift in term of some material goods. but here i used this in psychological term.</w:t>
      </w:r>
      <w:r>
        <w:br/>
      </w:r>
      <w:r>
        <w:rPr>
          <w:sz w:val="20"/>
        </w:rPr>
        <w:t>6:45  it was a kind of psychological talif.</w:t>
      </w:r>
      <w:r>
        <w:br/>
      </w:r>
      <w:r>
        <w:rPr>
          <w:sz w:val="20"/>
        </w:rPr>
        <w:t>6:49  that talif was material talif. but now i discovered that there is another vast scope in psychological talif.</w:t>
      </w:r>
      <w:r>
        <w:br/>
      </w:r>
      <w:r>
        <w:rPr>
          <w:sz w:val="20"/>
        </w:rPr>
        <w:t>7:04  and you give a speech and try to give them a dose of talif</w:t>
      </w:r>
      <w:r>
        <w:br/>
      </w:r>
      <w:r>
        <w:rPr>
          <w:sz w:val="20"/>
        </w:rPr>
        <w:t>7:18  by following the kalimah sawa, there is common ground. then after softening the heart, you can give them literature in which Islamic teachings are discussed in details.</w:t>
      </w:r>
      <w:r>
        <w:br/>
      </w:r>
      <w:r>
        <w:rPr>
          <w:sz w:val="20"/>
        </w:rPr>
        <w:t>7:32  so this was very successful.</w:t>
      </w:r>
    </w:p>
    <w:p>
      <w:pPr>
        <w:pStyle w:val="Heading2"/>
      </w:pPr>
      <w:r>
        <w:t>the Prophet's patient realism as the true meaning of sunnah</w:t>
      </w:r>
    </w:p>
    <w:p>
      <w:r>
        <w:rPr>
          <w:color w:val="666666"/>
          <w:sz w:val="18"/>
        </w:rPr>
        <w:t>Fragments of a CPS Mind April 24, 2011 Maulana Wahiduddin Khan · 4m 50s · at 52:31 · https://youtu.be/kn1KfE--rug?t=3151</w:t>
      </w:r>
    </w:p>
    <w:p>
      <w:r>
        <w:rPr>
          <w:i/>
        </w:rPr>
        <w:t>“Makkah mein jab aapne dawati kaam shuru kiya”</w:t>
      </w:r>
    </w:p>
    <w:p>
      <w:r>
        <w:rPr>
          <w:sz w:val="20"/>
        </w:rPr>
        <w:t>52:31  aaj mein soch raha tha ke rasool Allah sal Allah alaihi wasallam ne dekhiye, makkah mein jab aap ne dawati kaam shuru kiya to aap wahan kaba ke paas log akhatta hote the, zyada tar woh wahan par woh assembly hoti thi.</w:t>
      </w:r>
      <w:r>
        <w:br/>
      </w:r>
      <w:r>
        <w:rPr>
          <w:sz w:val="20"/>
        </w:rPr>
        <w:t>52:51  to wahan par aap ko audience milta tha. to wahan par ja kar aap kehte the ke "eha naas qoolu la ilaha illallah tafloo".</w:t>
      </w:r>
      <w:r>
        <w:br/>
      </w:r>
      <w:r>
        <w:rPr>
          <w:sz w:val="20"/>
        </w:rPr>
        <w:t>53:01  ae logon, kaho ke Allah ke sath koi ilan nahi hai aur tum kamyab ho gaye. maine socha ke dekhiye, wahan par jo hai, wahan par sankron but rakhe hue the kaba mein.</w:t>
      </w:r>
      <w:r>
        <w:br/>
      </w:r>
      <w:r>
        <w:rPr>
          <w:sz w:val="20"/>
        </w:rPr>
        <w:t>53:18  sankron but kaba mein rakhe hue the. to aap yeh kehna chahiye the ke "ae logon, kaba ko buton se pak karo, tum ko falah mile gi".</w:t>
      </w:r>
      <w:r>
        <w:br/>
      </w:r>
      <w:r>
        <w:rPr>
          <w:sz w:val="20"/>
        </w:rPr>
        <w:t>53:29  aap ghor kijiye,</w:t>
      </w:r>
      <w:r>
        <w:br/>
      </w:r>
      <w:r>
        <w:rPr>
          <w:sz w:val="20"/>
        </w:rPr>
        <w:t>53:31  yani wohi khade hue hain jahan kaba hai, wohi khade hue hain jahan ke kaba jaise muqaddas jagah par sankron but rakhe hue hain, jo ke tauheed ke liye ban</w:t>
      </w:r>
      <w:r>
        <w:br/>
      </w:r>
      <w:r>
        <w:rPr>
          <w:sz w:val="20"/>
        </w:rPr>
        <w:t>53:44  aya gaya tha. wohi khade ho kar yeh keh rahe hain "eha naas qoolu la ilaha illallah tafloo".</w:t>
      </w:r>
      <w:r>
        <w:br/>
      </w:r>
      <w:r>
        <w:rPr>
          <w:sz w:val="20"/>
        </w:rPr>
        <w:t>53:54  yani kehte hain "eha naas tahir al kaba alaihi assalam tafloo". yani yeh keh rahe hain ke "ae logon, kaho ke Allah ke siwa koi ilan nahi hai, tum ko falah mile gi".</w:t>
      </w:r>
      <w:r>
        <w:br/>
      </w:r>
      <w:r>
        <w:rPr>
          <w:sz w:val="20"/>
        </w:rPr>
        <w:t>54:07  yeh nahi keh rahe hain ke "ae logon, kaba ko buton se pak karo, tum ko falah mile gi". kyunke mumkin nahi tha.</w:t>
      </w:r>
      <w:r>
        <w:br/>
      </w:r>
      <w:r>
        <w:rPr>
          <w:sz w:val="20"/>
        </w:rPr>
        <w:t>54:16  aaj aap kehte ho jhagda hota, khali marpeet hoti, ladai hoti. to maine socha ke rasool Allah sal Allah alaihi wasallam bohat zabardast qism ka, yani aap ka jo tha, realistic approach tha,</w:t>
      </w:r>
      <w:r>
        <w:br/>
      </w:r>
      <w:r>
        <w:rPr>
          <w:sz w:val="20"/>
        </w:rPr>
        <w:t>54:29  bohat zyada.</w:t>
      </w:r>
      <w:r>
        <w:br/>
      </w:r>
      <w:r>
        <w:rPr>
          <w:sz w:val="20"/>
        </w:rPr>
        <w:t>54:34  aaj kal ka pur josh mullah agar wahan hota to pehla nara is ka yeh hota ke "kaba se buton ko pak karo, nahi to tumhare nijat nahi mile gi tum ko".</w:t>
      </w:r>
      <w:r>
        <w:br/>
      </w:r>
      <w:r>
        <w:rPr>
          <w:sz w:val="20"/>
        </w:rPr>
        <w:t>54:44  pehla nara is ka yeh hota.</w:t>
      </w:r>
      <w:r>
        <w:br/>
      </w:r>
      <w:r>
        <w:rPr>
          <w:sz w:val="20"/>
        </w:rPr>
        <w:t>54:47  mere rasool Allah sal Allah alaihi wasallam 13 saal tak wahan rahe aur kabhi aisi baat nahi bole. aap</w:t>
      </w:r>
      <w:r>
        <w:br/>
      </w:r>
      <w:r>
        <w:rPr>
          <w:sz w:val="20"/>
        </w:rPr>
        <w:t>54:56  is se maine ek principle nikala, ek sunnat rasool ke har kaam se pehle socho, socho, har kaam se pehle socho.</w:t>
      </w:r>
      <w:r>
        <w:br/>
      </w:r>
      <w:r>
        <w:rPr>
          <w:sz w:val="20"/>
        </w:rPr>
        <w:t>55:06  yani sochne se pehle bhi socho, sochne se pehle bhi socho.</w:t>
      </w:r>
      <w:r>
        <w:br/>
      </w:r>
      <w:r>
        <w:rPr>
          <w:sz w:val="20"/>
        </w:rPr>
        <w:t>55:16  kaisi ajeeb hai yeh Islam ki taleem! yeh sochne se pehle bhi socho, bolne se pehle bhi socho, karne se pehle bhi socho.</w:t>
      </w:r>
      <w:r>
        <w:br/>
      </w:r>
      <w:r>
        <w:rPr>
          <w:sz w:val="20"/>
        </w:rPr>
        <w:t>55:33  yeh sunnat rasool hai.</w:t>
      </w:r>
      <w:r>
        <w:br/>
      </w:r>
      <w:r>
        <w:rPr>
          <w:sz w:val="20"/>
        </w:rPr>
        <w:t>55:35  yeh log samajhte hain ke sunnat rasool jo hai ke dadi mein khizab laga liya aur</w:t>
      </w:r>
      <w:r>
        <w:br/>
      </w:r>
      <w:r>
        <w:rPr>
          <w:sz w:val="20"/>
        </w:rPr>
        <w:t>55:43  aisi kuch aur cheezein kar leen to woh sunnat rasool hai.</w:t>
      </w:r>
      <w:r>
        <w:br/>
      </w:r>
      <w:r>
        <w:rPr>
          <w:sz w:val="20"/>
        </w:rPr>
        <w:t>55:49  yeh to choti choti baatein hain, zyada bari baatein jo hain woh is se log be khabar hain</w:t>
      </w:r>
      <w:r>
        <w:br/>
      </w:r>
      <w:r>
        <w:rPr>
          <w:sz w:val="20"/>
        </w:rPr>
        <w:t>55:58  aur zyada bari baatein yahi hain:</w:t>
      </w:r>
      <w:r>
        <w:br/>
      </w:r>
      <w:r>
        <w:rPr>
          <w:sz w:val="20"/>
        </w:rPr>
        <w:t>56:05  tafakkur, tadabbur, tasawwur, tazakkur. yeh hai sab se bari sunnat, is se bari koi sunnat nahi hai.</w:t>
      </w:r>
      <w:r>
        <w:br/>
      </w:r>
      <w:r>
        <w:rPr>
          <w:sz w:val="20"/>
        </w:rPr>
        <w:t>56:18  agar lafz badlein hum to kahengay "intellectual development" sab bari sunnat hai. kyunke aap sochengay to kya hoga?</w:t>
      </w:r>
      <w:r>
        <w:br/>
      </w:r>
      <w:r>
        <w:rPr>
          <w:sz w:val="20"/>
        </w:rPr>
        <w:t>56:28  intelectual development hoga.</w:t>
      </w:r>
      <w:r>
        <w:br/>
      </w:r>
      <w:r>
        <w:rPr>
          <w:sz w:val="20"/>
        </w:rPr>
        <w:t>56:33  kisi ajeeb</w:t>
      </w:r>
      <w:r>
        <w:br/>
      </w:r>
      <w:r>
        <w:rPr>
          <w:sz w:val="20"/>
        </w:rPr>
        <w:t>56:34  baat hai sunnat-e-rasool ki! main bohat si kitabein chhapi hui hain, kisi mein yeh nahi likha hua ke rasool Allah ki ek sunnat yeh bhi thi ke apne zehan ko develop karo.</w:t>
      </w:r>
      <w:r>
        <w:br/>
      </w:r>
      <w:r>
        <w:rPr>
          <w:sz w:val="20"/>
        </w:rPr>
        <w:t>56:46  halankey yeh sunnat-e-rasool hai.</w:t>
      </w:r>
      <w:r>
        <w:br/>
      </w:r>
      <w:r>
        <w:rPr>
          <w:sz w:val="20"/>
        </w:rPr>
        <w:t>56:57  to sunnat-e-rasool ka koi mehdood mafhoom, koi limited mafhoom, limited mafhoom agar diya jaye to woh galat hoga, woh sahi nahi hoga, woh bilkul sahi nahi hoga.</w:t>
      </w:r>
    </w:p>
    <w:p>
      <w:pPr>
        <w:pStyle w:val="Heading2"/>
      </w:pPr>
      <w:r>
        <w:t>Stress management industry and Bill Gates quote</w:t>
      </w:r>
    </w:p>
    <w:p>
      <w:r>
        <w:rPr>
          <w:color w:val="666666"/>
          <w:sz w:val="18"/>
        </w:rPr>
        <w:t>Stress Management Jan 25, 2020 - Maulana Wahiduddin Khan · 4m 06s · at 21:56 · https://youtu.be/oK-oYmN2YVA?t=1316</w:t>
      </w:r>
    </w:p>
    <w:p>
      <w:r>
        <w:rPr>
          <w:i/>
        </w:rPr>
        <w:t>“Is ki to ek baat bohat achi misaal hai”</w:t>
      </w:r>
    </w:p>
    <w:p>
      <w:r>
        <w:rPr>
          <w:sz w:val="20"/>
        </w:rPr>
        <w:t>21:56  is ki to aik baat bohat achi misaal hai. bohat achi misaal hai.</w:t>
      </w:r>
      <w:r>
        <w:br/>
      </w:r>
      <w:r>
        <w:rPr>
          <w:sz w:val="20"/>
        </w:rPr>
        <w:t>22:05  chahe single million ka case ho ya multi billion ka case ho,</w:t>
      </w:r>
      <w:r>
        <w:br/>
      </w:r>
      <w:r>
        <w:rPr>
          <w:sz w:val="20"/>
        </w:rPr>
        <w:t>22:14  donon aik hain. aur is ki misaal dekhiye, bill gates. bill gates jo hai, us ne aik aik taqreer ki thi isi par.</w:t>
      </w:r>
      <w:r>
        <w:br/>
      </w:r>
      <w:r>
        <w:rPr>
          <w:sz w:val="20"/>
        </w:rPr>
        <w:t>22:31  isi par taqreer ki thi. aur us ke alfaaz maine chhapay thay apne saare mein. aap ko yaad hain aise alfaaz</w:t>
      </w:r>
      <w:r>
        <w:br/>
      </w:r>
      <w:r>
        <w:rPr>
          <w:sz w:val="20"/>
        </w:rPr>
        <w:t>22:42  ? when you get beyond million dollars, it is same hamburger. haan dekhiye, phir se kahiye. when you get beyond million dollars, it is same hamburger.</w:t>
      </w:r>
      <w:r>
        <w:br/>
      </w:r>
      <w:r>
        <w:rPr>
          <w:sz w:val="20"/>
        </w:rPr>
        <w:t>22:56  haan, hamburger. hamara jab double roti hoti hai, isi ko kehte hain shayad. hain?</w:t>
      </w:r>
      <w:r>
        <w:br/>
      </w:r>
      <w:r>
        <w:rPr>
          <w:sz w:val="20"/>
        </w:rPr>
        <w:t>23:07  ji molana,</w:t>
      </w:r>
      <w:r>
        <w:br/>
      </w:r>
      <w:r>
        <w:rPr>
          <w:sz w:val="20"/>
        </w:rPr>
        <w:t>23:08  wohi hota hai. haan ji.</w:t>
      </w:r>
      <w:r>
        <w:br/>
      </w:r>
      <w:r>
        <w:rPr>
          <w:sz w:val="20"/>
        </w:rPr>
        <w:t>23:13  to is ne dono ko aik kar diya. chahe aik double-u rate ka mamla ho ya</w:t>
      </w:r>
      <w:r>
        <w:br/>
      </w:r>
      <w:r>
        <w:rPr>
          <w:sz w:val="20"/>
        </w:rPr>
        <w:t>23:24  bohat ziyada</w:t>
      </w:r>
      <w:r>
        <w:br/>
      </w:r>
      <w:r>
        <w:rPr>
          <w:sz w:val="20"/>
        </w:rPr>
        <w:t>23:27  aik aik truck double roti ka mamla.</w:t>
      </w:r>
      <w:r>
        <w:br/>
      </w:r>
      <w:r>
        <w:rPr>
          <w:sz w:val="20"/>
        </w:rPr>
        <w:t>23:34  maulana, un ka sawal yeh hai priya ka ke aap ne to jaise ab bataya ke kabhi stress ho to aap dua karein ya hadith aap ne batayi aur aap ne kaha ke is se aik mind mein idea aa jayega, solution aa jayega.</w:t>
      </w:r>
      <w:r>
        <w:br/>
      </w:r>
      <w:r>
        <w:rPr>
          <w:sz w:val="20"/>
        </w:rPr>
        <w:t>23:50  lekin woh yeh keh rahi hain ke aaj ki date mein jinke paas Khuda ka concept nahi hai, woh billion dollar stress management industry chala rahe hain.</w:t>
      </w:r>
      <w:r>
        <w:br/>
      </w:r>
      <w:r>
        <w:rPr>
          <w:sz w:val="20"/>
        </w:rPr>
        <w:t>23:59  to kaise woh us ko manage kar rahe hain, logon ke stress door kar rahe hain? aur itni ziyada woh industry bari ho gayi hai ke billions of dollars log is mein se kama rahe hain stress management workshops kar ke.</w:t>
      </w:r>
      <w:r>
        <w:br/>
      </w:r>
      <w:r>
        <w:rPr>
          <w:sz w:val="20"/>
        </w:rPr>
        <w:t>24:13  dekhiye, hum istemal karte hain Khuda ke naam ko. woh istemal karte hain reason ko, aql ko.</w:t>
      </w:r>
      <w:r>
        <w:br/>
      </w:r>
      <w:r>
        <w:rPr>
          <w:sz w:val="20"/>
        </w:rPr>
        <w:t>24:25  is ne jo kaha tha Bill Gates ne, yahi to tha ke chahe</w:t>
      </w:r>
      <w:r>
        <w:br/>
      </w:r>
      <w:r>
        <w:rPr>
          <w:sz w:val="20"/>
        </w:rPr>
        <w:t>24:34  aik million kamao, chahe aik aik billion dollars kamao, lekin tum ko tumhari zarurat to poori hoti hai</w:t>
      </w:r>
      <w:r>
        <w:br/>
      </w:r>
      <w:r>
        <w:rPr>
          <w:sz w:val="20"/>
        </w:rPr>
        <w:t>24:47  aik is se.</w:t>
      </w:r>
      <w:r>
        <w:br/>
      </w:r>
      <w:r>
        <w:rPr>
          <w:sz w:val="20"/>
        </w:rPr>
        <w:t>24:50  aik hamburger se? aik hamburger se. is tarah se us ko stress ko woh kar liya, manage kar liya. yani is ne yeh kaha, yeh is ki chhupi hui taqreer thi jo mein ne naqal kiya tha.</w:t>
      </w:r>
      <w:r>
        <w:br/>
      </w:r>
      <w:r>
        <w:rPr>
          <w:sz w:val="20"/>
        </w:rPr>
        <w:t>25:05  is ne is ne jo kaha tha, is ka matlab yeh tha ke chahe tum</w:t>
      </w:r>
      <w:r>
        <w:br/>
      </w:r>
      <w:r>
        <w:rPr>
          <w:sz w:val="20"/>
        </w:rPr>
        <w:t>25:13  aik aik dollar kamao, chahe billion billion dollar kamao, aakhir mein tumhari zarurat to wahi hai.</w:t>
      </w:r>
      <w:r>
        <w:br/>
      </w:r>
      <w:r>
        <w:rPr>
          <w:sz w:val="20"/>
        </w:rPr>
        <w:t>25:28  to yeh bhi to aik formula hai. to is ne apne stress ko manage kar liya. asal masla stress ko manage karne ka hai.</w:t>
      </w:r>
      <w:r>
        <w:br/>
      </w:r>
      <w:r>
        <w:rPr>
          <w:sz w:val="20"/>
        </w:rPr>
        <w:t>25:38  chahe Khuda ke naam par manage karein, aap reason ke zariye manage karein.</w:t>
      </w:r>
      <w:r>
        <w:br/>
      </w:r>
      <w:r>
        <w:rPr>
          <w:sz w:val="20"/>
        </w:rPr>
        <w:t>25:47  maulana, dobara mein is ke quotation jo hain woh mein parh deta hoon. yeh Daily Mail dot UK, Daily Mail dot UK news, 28 October 2011.</w:t>
      </w:r>
    </w:p>
    <w:p>
      <w:pPr>
        <w:pStyle w:val="Heading2"/>
      </w:pPr>
      <w:r>
        <w:t>Quran calls for scientific exploration</w:t>
      </w:r>
    </w:p>
    <w:p>
      <w:r>
        <w:rPr>
          <w:color w:val="666666"/>
          <w:sz w:val="18"/>
        </w:rPr>
        <w:t>Dars-e-Quran, Ch. 12, V. 105 ; Ch. 10 V. 61 (Study of Nature) | July 15, 2018 · 3m 02s · at 4:46 · https://youtu.be/5d-qNvpMg4k?t=286</w:t>
      </w:r>
    </w:p>
    <w:p>
      <w:r>
        <w:rPr>
          <w:i/>
        </w:rPr>
        <w:t>“Aage badhein, exploration mein aage badhein”</w:t>
      </w:r>
    </w:p>
    <w:p>
      <w:r>
        <w:rPr>
          <w:sz w:val="20"/>
        </w:rPr>
        <w:t>4:46  aage barhein, exploration mein aage barhein.</w:t>
      </w:r>
      <w:r>
        <w:br/>
      </w:r>
      <w:r>
        <w:rPr>
          <w:sz w:val="20"/>
        </w:rPr>
        <w:t>4:56  aap telescope daryaft karein, microscope, khurdbeen daryaft karein, microscope daryaft karein, telescope daryaft karein.</w:t>
      </w:r>
      <w:r>
        <w:br/>
      </w:r>
      <w:r>
        <w:rPr>
          <w:sz w:val="20"/>
        </w:rPr>
        <w:t>5:06  kyun ke jab tak aap apne mushahiday ko barhainge nahin, jab tak aap apne mushahida ko barha</w:t>
      </w:r>
      <w:r>
        <w:br/>
      </w:r>
      <w:r>
        <w:rPr>
          <w:sz w:val="20"/>
        </w:rPr>
        <w:t>5:16  ge nahi, apni study ko barhaoge nahi, Quran ke ma'ni aap ko nahi khulenge. kyunke Quran ke ma'ni jab galaxy mein phailay hue hain, solar system mein phailay hue hain, poori universe mein phailay hue hain, aur aap ke paas jo sadar hai woh sirf is aas paas ki cheezon ko dekhne ka, to aap kaise samjhoge Quran ko? Quran ko samajh nahi sakte aap. to yeh ayat zor de rahi</w:t>
      </w:r>
      <w:r>
        <w:br/>
      </w:r>
      <w:r>
        <w:rPr>
          <w:sz w:val="20"/>
        </w:rPr>
        <w:t>5:46  hai ke apne mushahiday ki taqat ko barhao, apne study ki taqat ko barhao, taake quran ko</w:t>
      </w:r>
      <w:r>
        <w:br/>
      </w:r>
      <w:r>
        <w:rPr>
          <w:sz w:val="20"/>
        </w:rPr>
        <w:t>5:53  ziada wasee tar andaaz mein samajh sako.</w:t>
      </w:r>
      <w:r>
        <w:br/>
      </w:r>
      <w:r>
        <w:rPr>
          <w:sz w:val="20"/>
        </w:rPr>
        <w:t>6:01  lekin ajeeb baat hui ke log bas is aas paas ke jo alfaaz hain usi ki tehqeeq karne lage.</w:t>
      </w:r>
      <w:r>
        <w:br/>
      </w:r>
      <w:r>
        <w:rPr>
          <w:sz w:val="20"/>
        </w:rPr>
        <w:t>6:08  is aas paas ke jo alfaaz hain unhi ki lughwi tehqeeq</w:t>
      </w:r>
      <w:r>
        <w:br/>
      </w:r>
      <w:r>
        <w:rPr>
          <w:sz w:val="20"/>
        </w:rPr>
        <w:t>6:16  , unhi ki nahvi tehqeeq isi mein phans kar reh gaye.</w:t>
      </w:r>
      <w:r>
        <w:br/>
      </w:r>
      <w:r>
        <w:rPr>
          <w:sz w:val="20"/>
        </w:rPr>
        <w:t>6:24  aur jo wasee tar dayera hai, is ka kuch, yani musalman logon ne is ka kuch dhyan hi</w:t>
      </w:r>
      <w:r>
        <w:br/>
      </w:r>
      <w:r>
        <w:rPr>
          <w:sz w:val="20"/>
        </w:rPr>
        <w:t>6:32  nahin diya, kyun ke woh ka lafz tha, samajhte hain ke jo hum guzarte hain woh itne matlab hai.</w:t>
      </w:r>
      <w:r>
        <w:br/>
      </w:r>
      <w:r>
        <w:rPr>
          <w:sz w:val="20"/>
        </w:rPr>
        <w:t>6:40  toh Allah taala ne doosri qaumon ko khara kiya, jaisa ke quran hadith mein aata hai ke</w:t>
      </w:r>
      <w:r>
        <w:br/>
      </w:r>
      <w:r>
        <w:rPr>
          <w:sz w:val="20"/>
        </w:rPr>
        <w:t>6:48  Allah ghair muslim qaumon ko khara karega tumhari madad ke liye.</w:t>
      </w:r>
      <w:r>
        <w:br/>
      </w:r>
      <w:r>
        <w:rPr>
          <w:sz w:val="20"/>
        </w:rPr>
        <w:t>6:54  toh yahi toh matlab hai ke quran mein kaha gaya tha ke telescope ijad karo, khurdbeen ijad karo,</w:t>
      </w:r>
      <w:r>
        <w:br/>
      </w:r>
      <w:r>
        <w:rPr>
          <w:sz w:val="20"/>
        </w:rPr>
        <w:t>7:00  door ki cheezon ko study karo, taake quran ke maani khulein tumhare upar.</w:t>
      </w:r>
      <w:r>
        <w:br/>
      </w:r>
      <w:r>
        <w:rPr>
          <w:sz w:val="20"/>
        </w:rPr>
        <w:t>7:06  lekin musalmanon ne nahin kiya, musalmanon ne sirf political expansion hi parhe the.</w:t>
      </w:r>
      <w:r>
        <w:br/>
      </w:r>
      <w:r>
        <w:rPr>
          <w:sz w:val="20"/>
        </w:rPr>
        <w:t>7:12  musalmanon ka sara dhyan</w:t>
      </w:r>
      <w:r>
        <w:br/>
      </w:r>
      <w:r>
        <w:rPr>
          <w:sz w:val="20"/>
        </w:rPr>
        <w:t>7:19  political expansion mein tha, knowledge expansion un ka concern hi nahi tha. dekhiye, ek hai political expansion, ek hai knowledge expansion. to musalman poori tareekh mein bas political expansion mein phanse rahe, knowledge expansion un ka concern nahi bana. jab Quran keh raha hai ke apne knowledge ko phailao, kyunke Quran ke references sari kainat mein phailay</w:t>
      </w:r>
    </w:p>
    <w:p>
      <w:pPr>
        <w:pStyle w:val="Heading2"/>
      </w:pPr>
      <w:r>
        <w:t>Developing faith via nature and study</w:t>
      </w:r>
    </w:p>
    <w:p>
      <w:r>
        <w:rPr>
          <w:color w:val="666666"/>
          <w:sz w:val="18"/>
        </w:rPr>
        <w:t>A Conversation on Life and Beyound April 30, 2016 · 4m 08s · at 23:00 · https://youtu.be/JQYiWeopeFA?t=1380</w:t>
      </w:r>
    </w:p>
    <w:p>
      <w:r>
        <w:rPr>
          <w:i/>
        </w:rPr>
        <w:t>“Faith must be discovered”</w:t>
      </w:r>
    </w:p>
    <w:p>
      <w:r>
        <w:rPr>
          <w:sz w:val="20"/>
        </w:rPr>
        <w:t>23:00  dekhiye, is par maine kafi socha. main is baat par socha hoon ki wo ladki jo thi, nature par thi. ye nature thi jo use bol rahi thi. log jo hain, zyada tar apne nature ko</w:t>
      </w:r>
      <w:r>
        <w:br/>
      </w:r>
      <w:r>
        <w:rPr>
          <w:sz w:val="20"/>
        </w:rPr>
        <w:t>23:14  nature ko bigad dete hain. nature ko kaam nahin lete. nature har aadmi ki God owned hoti hai. by nature, everyone is God owned person. to wo ladki ki jo fitrat intact thi, fitrat mehfooz thi,</w:t>
      </w:r>
      <w:r>
        <w:br/>
      </w:r>
      <w:r>
        <w:rPr>
          <w:sz w:val="20"/>
        </w:rPr>
        <w:t>23:37  uski fitrat ne usko ye jawab bataya. agar baad jo bade hone wale log, wo apni fitrat ko mehfooz rakhte hain, wo bhi aise hi kahenge. achha, fitrat ko mehfooz karne ka tarika kya hai?</w:t>
      </w:r>
      <w:r>
        <w:br/>
      </w:r>
      <w:r>
        <w:rPr>
          <w:sz w:val="20"/>
        </w:rPr>
        <w:t>23:54  wahi mujhe maine kaha ki out of campus log jo hain, informal education le. library se, boorhe logon se, tajurba kar logon se,</w:t>
      </w:r>
      <w:r>
        <w:br/>
      </w:r>
      <w:r>
        <w:rPr>
          <w:sz w:val="20"/>
        </w:rPr>
        <w:t>24:10  zyada padhe-likhe logon se. yani out of campus jo informal education hoti hai, wo iski guarantee hai ki aap fitrat par rahenge. fitrat par rahenge aur koi doosra tarika nahin.</w:t>
      </w:r>
      <w:r>
        <w:br/>
      </w:r>
      <w:r>
        <w:rPr>
          <w:sz w:val="20"/>
        </w:rPr>
        <w:t>24:31  bat maulana sahib, the question is that many a times people face trials and there are turbulations in ones life. and it actually shakes the persons faith in god. so how can one regain the confidence in god?</w:t>
      </w:r>
      <w:r>
        <w:br/>
      </w:r>
      <w:r>
        <w:rPr>
          <w:sz w:val="20"/>
        </w:rPr>
        <w:t>24:44  because there is this feeling of guilty that my faith is shaken because i face the particular situation. so what should one do in that situation?</w:t>
      </w:r>
      <w:r>
        <w:br/>
      </w:r>
      <w:r>
        <w:rPr>
          <w:sz w:val="20"/>
        </w:rPr>
        <w:t>24:56  dekhiye, main to kahunga ke faith hota hi nahin. aise log hain.</w:t>
      </w:r>
      <w:r>
        <w:br/>
      </w:r>
      <w:r>
        <w:rPr>
          <w:sz w:val="20"/>
        </w:rPr>
        <w:t>25:02  main suni sunai baaton ki baat lete hain ke khuda bhi kahin hai. yaani unka faith jo hai, suni sunai baaton par base karta hai.</w:t>
      </w:r>
      <w:r>
        <w:br/>
      </w:r>
      <w:r>
        <w:rPr>
          <w:sz w:val="20"/>
        </w:rPr>
        <w:t>25:13  faith woh hai jo discovery ke dwara mile aadmi ko, study ke zariye mile aadmi ko, gehre contemplation ke zariye mile aadmi ko,</w:t>
      </w:r>
      <w:r>
        <w:br/>
      </w:r>
      <w:r>
        <w:rPr>
          <w:sz w:val="20"/>
        </w:rPr>
        <w:t>25:27  gehre gaur ke zariye mile. toh woh marifat hoga. woh woh hile woh hil nahin sakta. lekin jo jin logon ne is tarah apna is tarah faith nahin paya hai,</w:t>
      </w:r>
      <w:r>
        <w:br/>
      </w:r>
      <w:r>
        <w:rPr>
          <w:sz w:val="20"/>
        </w:rPr>
        <w:t>25:42  bas baba sun liya toh padh liya, toh unka toh aise hi rahega mamla. koi bhi cheez unko hila sakti hai. sir, main bahut zyada zor deta hoon ke out of campus jo informal education hai, woh har aadmi ko lena chahiye.</w:t>
      </w:r>
      <w:r>
        <w:br/>
      </w:r>
      <w:r>
        <w:rPr>
          <w:sz w:val="20"/>
        </w:rPr>
        <w:t>26:04  So Maulana, what according to you is the formula for leading a God-oriented life? Study or contemplation. Ye badtameezi hai hamare</w:t>
      </w:r>
      <w:r>
        <w:br/>
      </w:r>
      <w:r>
        <w:rPr>
          <w:sz w:val="20"/>
        </w:rPr>
        <w:t>26:18  modern ecosystem ki.</w:t>
      </w:r>
      <w:r>
        <w:br/>
      </w:r>
      <w:r>
        <w:rPr>
          <w:sz w:val="20"/>
        </w:rPr>
        <w:t>26:20  hai nahi. sara focus hota hai kis par?</w:t>
      </w:r>
      <w:r>
        <w:br/>
      </w:r>
      <w:r>
        <w:rPr>
          <w:sz w:val="20"/>
        </w:rPr>
        <w:t>26:23  kisi ke tarike se degree le lein aur phir job le lein.</w:t>
      </w:r>
      <w:r>
        <w:br/>
      </w:r>
      <w:r>
        <w:rPr>
          <w:sz w:val="20"/>
        </w:rPr>
        <w:t>26:29  bas degree aur job.</w:t>
      </w:r>
      <w:r>
        <w:br/>
      </w:r>
      <w:r>
        <w:rPr>
          <w:sz w:val="20"/>
        </w:rPr>
        <w:t>26:30  degree aur job.</w:t>
      </w:r>
      <w:r>
        <w:br/>
      </w:r>
      <w:r>
        <w:rPr>
          <w:sz w:val="20"/>
        </w:rPr>
        <w:t>26:32  ye hai hi nahi ki hum</w:t>
      </w:r>
      <w:r>
        <w:br/>
      </w:r>
      <w:r>
        <w:rPr>
          <w:sz w:val="20"/>
        </w:rPr>
        <w:t>26:35  intellectual development karein, apna wisdom badhayein, apni apni</w:t>
      </w:r>
      <w:r>
        <w:br/>
      </w:r>
      <w:r>
        <w:rPr>
          <w:sz w:val="20"/>
        </w:rPr>
        <w:t>26:43  outside campus education</w:t>
      </w:r>
      <w:r>
        <w:br/>
      </w:r>
      <w:r>
        <w:rPr>
          <w:sz w:val="20"/>
        </w:rPr>
        <w:t>26:46  mein hum waqt lagayein.</w:t>
      </w:r>
      <w:r>
        <w:br/>
      </w:r>
      <w:r>
        <w:rPr>
          <w:sz w:val="20"/>
        </w:rPr>
        <w:t>26:52  ye ye cheez hai hi nahi.</w:t>
      </w:r>
      <w:r>
        <w:br/>
      </w:r>
      <w:r>
        <w:rPr>
          <w:sz w:val="20"/>
        </w:rPr>
        <w:t>26:53  ye gayab hai.</w:t>
      </w:r>
      <w:r>
        <w:br/>
      </w:r>
      <w:r>
        <w:rPr>
          <w:sz w:val="20"/>
        </w:rPr>
        <w:t>26:54  ye log sirf forward education jante hain.</w:t>
      </w:r>
      <w:r>
        <w:br/>
      </w:r>
      <w:r>
        <w:rPr>
          <w:sz w:val="20"/>
        </w:rPr>
        <w:t>26:57  informal education kya thi?</w:t>
      </w:r>
      <w:r>
        <w:br/>
      </w:r>
      <w:r>
        <w:rPr>
          <w:sz w:val="20"/>
        </w:rPr>
        <w:t>27:00  informal education is waqt dictionary mein reh gaya hai. haqeeqat mein nahin hai.</w:t>
      </w:r>
    </w:p>
    <w:p>
      <w:pPr>
        <w:pStyle w:val="Heading2"/>
      </w:pPr>
      <w:r>
        <w:t>Hadith prediction and allegorical fulfillment</w:t>
      </w:r>
    </w:p>
    <w:p>
      <w:r>
        <w:rPr>
          <w:color w:val="666666"/>
          <w:sz w:val="18"/>
        </w:rPr>
        <w:t>Dars-e-Quran, Chapter 2, Verses 67-73, May 6, 2018 · 5m 56s · at 7:14 · https://youtu.be/JAsg4SpiVDU?t=434</w:t>
      </w:r>
    </w:p>
    <w:p>
      <w:r>
        <w:rPr>
          <w:i/>
        </w:rPr>
        <w:t>“This hadith is authentic. The Prophet said...”</w:t>
      </w:r>
    </w:p>
    <w:p>
      <w:r>
        <w:rPr>
          <w:sz w:val="20"/>
        </w:rPr>
        <w:t>7:14  bilkul yeh dekhiye, yeh hadith jo hai, woh sahih hadith hai. Is mein Rasool Allah ne farmaya</w:t>
      </w:r>
      <w:r>
        <w:br/>
      </w:r>
      <w:r>
        <w:rPr>
          <w:sz w:val="20"/>
        </w:rPr>
        <w:t>7:23  taakeed ki zabaan mein ke tum zaroor</w:t>
      </w:r>
      <w:r>
        <w:br/>
      </w:r>
      <w:r>
        <w:rPr>
          <w:sz w:val="20"/>
        </w:rPr>
        <w:t>7:30  follow karoge, tum zaroor follow karoge Yahood ke tareeqe ko. Jo jo Yahood ne kiya, woh woh sab tum zaroor karoge.</w:t>
      </w:r>
      <w:r>
        <w:br/>
      </w:r>
      <w:r>
        <w:rPr>
          <w:sz w:val="20"/>
        </w:rPr>
        <w:t>7:48  toh zahir hai ke Rasool Allah ki yeh baat ek peshangoi hai, woh peshangoi zaroor sahih honi chahiye, kyunke double taakeed hai.</w:t>
      </w:r>
      <w:r>
        <w:br/>
      </w:r>
      <w:r>
        <w:rPr>
          <w:sz w:val="20"/>
        </w:rPr>
        <w:t>8:00  Arabi mein jo log jaante hain, yahan par double taakeed hai: "la" hai, phir "ana" hai: "latatba'unanna sunana man kana qablakum".</w:t>
      </w:r>
      <w:r>
        <w:br/>
      </w:r>
      <w:r>
        <w:rPr>
          <w:sz w:val="20"/>
        </w:rPr>
        <w:t>8:13  toh "la" hai aur "ana" yaani double taakeed hai. Toh is peshangoi ko ya is prediction ko zaroor poora hona chahiye,</w:t>
      </w:r>
      <w:r>
        <w:br/>
      </w:r>
      <w:r>
        <w:rPr>
          <w:sz w:val="20"/>
        </w:rPr>
        <w:t>8:28  zaroor poora hona chahiye, kyunke woh Allah ki taraf se hota hai. Ab aap dekhiye, ummat-e-muslima ki tareekh dekhiye.</w:t>
      </w:r>
      <w:r>
        <w:br/>
      </w:r>
      <w:r>
        <w:rPr>
          <w:sz w:val="20"/>
        </w:rPr>
        <w:t>8:40  Ummat-e-muslima ki tareekh pe chaudah sau saal beet chuke hain, chaudah sau saal, lekin is poori muddat mein koi waqea aisa nahi hua ke</w:t>
      </w:r>
      <w:r>
        <w:br/>
      </w:r>
      <w:r>
        <w:rPr>
          <w:sz w:val="20"/>
        </w:rPr>
        <w:t>8:58  ummat-e-muslima ne baqra ki pooja ki ho aur zaroorat ho isko zabah karne ki. Chaudah sau saal beet gaye aur ummat-e-muslima ke liye is hadith ki peshangoi poori nahi utri.</w:t>
      </w:r>
      <w:r>
        <w:br/>
      </w:r>
      <w:r>
        <w:rPr>
          <w:sz w:val="20"/>
        </w:rPr>
        <w:t>9:18  toh dekhiye, yeh namumkin hai, yeh namumkin hai ke Rasool Allah ki ek peshangoi jo Allah ki batai hui hoti hai, woh poori na utre.</w:t>
      </w:r>
      <w:r>
        <w:br/>
      </w:r>
      <w:r>
        <w:rPr>
          <w:sz w:val="20"/>
        </w:rPr>
        <w:t>9:32  Yaani ummat-e-muslima kabhi baqra ki ki pooja mein mubtala hui nahi, kabhi nahi, aaj bhi nahi, aaj bhi nahi.</w:t>
      </w:r>
      <w:r>
        <w:br/>
      </w:r>
      <w:r>
        <w:rPr>
          <w:sz w:val="20"/>
        </w:rPr>
        <w:t>9:43  Is liye isne kabhi baqra ko zabah bhi nahi kiya. Toh phir kya matlab hai iska? Humein dhoondhna padega ke koi bada waqea jis tarah baqra ka waqea tha Yahood ki tareekh mein,</w:t>
      </w:r>
      <w:r>
        <w:br/>
      </w:r>
      <w:r>
        <w:rPr>
          <w:sz w:val="20"/>
        </w:rPr>
        <w:t>10:00  aisa hi koi bada waqea ummat-e-muslima mein pesh aaye. Bada waqea.</w:t>
      </w:r>
      <w:r>
        <w:br/>
      </w:r>
      <w:r>
        <w:rPr>
          <w:sz w:val="20"/>
        </w:rPr>
        <w:t>10:11  Is par maine bahut gaur kiya, is par maine bahut gaur kiya toh meri samajh mein aaya ke Dajjal ki jo riwayatein aayi hain, aap jaante hain ke Dajjal ki riwayat hadith ki taqreeban tamam kitabon mein aayi hai,</w:t>
      </w:r>
      <w:r>
        <w:br/>
      </w:r>
      <w:r>
        <w:rPr>
          <w:sz w:val="20"/>
        </w:rPr>
        <w:t>10:31  hadith ki tamam kitabon mein aayi hai, Dajjal ki riwayat.</w:t>
      </w:r>
      <w:r>
        <w:br/>
      </w:r>
      <w:r>
        <w:rPr>
          <w:sz w:val="20"/>
        </w:rPr>
        <w:t>10:38  toh mere nazdeek is mein Dajjal se murad baqra hai aur Dajjal ke bare mein dekhiye, hadith mein aata hai ke woh aur hoga: "Al Ain Waw Ray".</w:t>
      </w:r>
      <w:r>
        <w:br/>
      </w:r>
      <w:r>
        <w:rPr>
          <w:sz w:val="20"/>
        </w:rPr>
        <w:t>10:50  Aur aur ka matlab hota hai</w:t>
      </w:r>
      <w:r>
        <w:br/>
      </w:r>
      <w:r>
        <w:rPr>
          <w:sz w:val="20"/>
        </w:rPr>
        <w:t>10:57  single eyed, ek aankh wala,</w:t>
      </w:r>
      <w:r>
        <w:br/>
      </w:r>
      <w:r>
        <w:rPr>
          <w:sz w:val="20"/>
        </w:rPr>
        <w:t>11:03  ek aankh wala jisko awami zabaan mein kehte hain "kana". Toh iska matlab hai ke</w:t>
      </w:r>
      <w:r>
        <w:br/>
      </w:r>
      <w:r>
        <w:rPr>
          <w:sz w:val="20"/>
        </w:rPr>
        <w:t>11:16  koi bada waqea humein dhoondhna padega jisko saare log follow karne lage hon, jaise Yahood follow kar rahe the baqra ko.</w:t>
      </w:r>
      <w:r>
        <w:br/>
      </w:r>
      <w:r>
        <w:rPr>
          <w:sz w:val="20"/>
        </w:rPr>
        <w:t>11:29  Phir zaroorat pade ke is is parastish ko chhoden woh. Toh poori chaudah sau saal ki tareekh mein mere nazdeek sab se bada waqea jo pesh aaya hai ummat-e-muslima ki tareekh mein,</w:t>
      </w:r>
      <w:r>
        <w:br/>
      </w:r>
      <w:r>
        <w:rPr>
          <w:sz w:val="20"/>
        </w:rPr>
        <w:t>11:45  woh Dajjal ke fareb mein mubtala ho jaana. Dajjal maani kya hai?</w:t>
      </w:r>
      <w:r>
        <w:br/>
      </w:r>
      <w:r>
        <w:rPr>
          <w:sz w:val="20"/>
        </w:rPr>
        <w:t>11:54  Deceiver, great deceiver, great deceiver. Toh koi Dajjal jaisa koi zamana aayega jis mein saari hi ummat-e-muslima phans jayegi,</w:t>
      </w:r>
      <w:r>
        <w:br/>
      </w:r>
      <w:r>
        <w:rPr>
          <w:sz w:val="20"/>
        </w:rPr>
        <w:t>12:12  saari aur zaroorat hogi ke is se nikle, is ko zibah kar ke khatam karay.</w:t>
      </w:r>
      <w:r>
        <w:br/>
      </w:r>
      <w:r>
        <w:rPr>
          <w:sz w:val="20"/>
        </w:rPr>
        <w:t>12:24  to is par main ne socha to is ka jawab mujhe aur bhi nikla, aur keh dajjal aur hoga, dajjal aik aankh wala hoga.</w:t>
      </w:r>
      <w:r>
        <w:br/>
      </w:r>
      <w:r>
        <w:rPr>
          <w:sz w:val="20"/>
        </w:rPr>
        <w:t>12:36  acha dekhiye, is tarah ke jo prediction hain rasool Allah ki taraf se, woh ziyada tar tamseel ki zaban mein hain, allegorical language mein hain.</w:t>
      </w:r>
      <w:r>
        <w:br/>
      </w:r>
      <w:r>
        <w:rPr>
          <w:sz w:val="20"/>
        </w:rPr>
        <w:t>12:49  yeh bhi mere nazdeek tamseel ki zaban mein hai, yani dajjal aik aankh wala hoga ke is ka kya hua?</w:t>
      </w:r>
      <w:r>
        <w:br/>
      </w:r>
      <w:r>
        <w:rPr>
          <w:sz w:val="20"/>
        </w:rPr>
        <w:t>13:01  is ki thinking one sided hogi, is ki thinking one sided hogi.</w:t>
      </w:r>
    </w:p>
    <w:p>
      <w:pPr>
        <w:pStyle w:val="Heading2"/>
      </w:pPr>
      <w:r>
        <w:t>Quran's opening challenge: judge me by reason alone</w:t>
      </w:r>
    </w:p>
    <w:p>
      <w:r>
        <w:rPr>
          <w:color w:val="666666"/>
          <w:sz w:val="18"/>
        </w:rPr>
        <w:t>Untold Story of Islam January 28, 2007 · 4m 50s · at 27:14 · https://youtu.be/SoBrn4U1jyw?t=1634</w:t>
      </w:r>
    </w:p>
    <w:p>
      <w:r>
        <w:rPr>
          <w:i/>
        </w:rPr>
        <w:t>“Quran shuru hi mein kehta hai: judge me by reason”</w:t>
      </w:r>
    </w:p>
    <w:p>
      <w:r>
        <w:rPr>
          <w:sz w:val="20"/>
        </w:rPr>
        <w:t>27:14  dekhen aap quran ki aik copy lijeeye.</w:t>
      </w:r>
      <w:r>
        <w:br/>
      </w:r>
      <w:r>
        <w:rPr>
          <w:sz w:val="20"/>
        </w:rPr>
        <w:t>27:21  aap jab kholenge to bilkul shuru hi mein, is ki beginning mein aap ko yeh words milenge. zлик al-kitab la rafi' zлик al-kitab la rafi' this is the book there is no doubt in it</w:t>
      </w:r>
      <w:r>
        <w:br/>
      </w:r>
      <w:r>
        <w:rPr>
          <w:sz w:val="20"/>
        </w:rPr>
        <w:t>27:48  this is the book</w:t>
      </w:r>
      <w:r>
        <w:br/>
      </w:r>
      <w:r>
        <w:rPr>
          <w:sz w:val="20"/>
        </w:rPr>
        <w:t>27:50  there is no doubt in it is ka matlab kya hai?</w:t>
      </w:r>
      <w:r>
        <w:br/>
      </w:r>
      <w:r>
        <w:rPr>
          <w:sz w:val="20"/>
        </w:rPr>
        <w:t>27:57  is ka matlab yeh hai ke hum yeh keh sakte thay pope se ke dekhiye religious library jo hai, jo thi, jo jo mazhabi kutub khana ya jo religious library thi, us mein quran aik nai book ka izafa hai.</w:t>
      </w:r>
      <w:r>
        <w:br/>
      </w:r>
      <w:r>
        <w:rPr>
          <w:sz w:val="20"/>
        </w:rPr>
        <w:t>28:12  aik nai book ko add kiya quran ne. woh kya?</w:t>
      </w:r>
      <w:r>
        <w:br/>
      </w:r>
      <w:r>
        <w:rPr>
          <w:sz w:val="20"/>
        </w:rPr>
        <w:t>28:18  aik aisi book jo sari ki sari reason based hai. woh challenge kar raha hai ke reason par judge kar lo hamari kitab ko.</w:t>
      </w:r>
      <w:r>
        <w:br/>
      </w:r>
      <w:r>
        <w:rPr>
          <w:sz w:val="20"/>
        </w:rPr>
        <w:t>28:28  zлик al-kitab la rafi' tum reason par judge kar lo. is ki sachai ko, is ki veracity ko janne ke liye. is ki veracity ko janne ke liye tum is ko reason par judge kar lo.</w:t>
      </w:r>
      <w:r>
        <w:br/>
      </w:r>
      <w:r>
        <w:rPr>
          <w:sz w:val="20"/>
        </w:rPr>
        <w:t>28:41  is ka matlab kya hua?</w:t>
      </w:r>
      <w:r>
        <w:br/>
      </w:r>
      <w:r>
        <w:rPr>
          <w:sz w:val="20"/>
        </w:rPr>
        <w:t>28:44  ideology aur ideology dono ka. is ka matlab yeh hua ke jo jo woh hai, jo criterion hai, accepted criterion between two party, us par keh diya gaya.</w:t>
      </w:r>
      <w:r>
        <w:br/>
      </w:r>
      <w:r>
        <w:rPr>
          <w:sz w:val="20"/>
        </w:rPr>
        <w:t>28:59  agar aap yeh kahein ke quran meri mazhabi kitab hai, quran jo hai meri book of belief hai, to accepted criterion par aap ne pesh nahi kiya.</w:t>
      </w:r>
      <w:r>
        <w:br/>
      </w:r>
      <w:r>
        <w:rPr>
          <w:sz w:val="20"/>
        </w:rPr>
        <w:t>29:11  lekin jab aap yeh kahein ke yeh quran woh hai jo reason based hai, to aap ne kya kiya? dono partyon ke beech mein jo criterion accepted hai, yani reason, us par pesh kar diya aap ne.</w:t>
      </w:r>
      <w:r>
        <w:br/>
      </w:r>
      <w:r>
        <w:rPr>
          <w:sz w:val="20"/>
        </w:rPr>
        <w:t>29:26  to religious library jo thi hamari ab tak, woh sirf book of belief ke tor par thi. kisi book mein aisa nahi tha is se pehle ke accepted criterion par judge karne ke liye woh challenge kare.</w:t>
      </w:r>
      <w:r>
        <w:br/>
      </w:r>
      <w:r>
        <w:rPr>
          <w:sz w:val="20"/>
        </w:rPr>
        <w:t>29:43  ke mazhabi sachaiyon ko batata hai yeh quran. aur woh sach hai to is ki veracity ko janchne ke liye dekho. accepted criterion mein pesh karta hoon tum ko.</w:t>
      </w:r>
      <w:r>
        <w:br/>
      </w:r>
      <w:r>
        <w:rPr>
          <w:sz w:val="20"/>
        </w:rPr>
        <w:t>29:53  ke tum bhi mante ho reason ko, mein bhi manta hoon reason ko. dekh lo.</w:t>
      </w:r>
      <w:r>
        <w:br/>
      </w:r>
      <w:r>
        <w:rPr>
          <w:sz w:val="20"/>
        </w:rPr>
        <w:t>30:00  ab bataiye ke kitni bari baat yeh hai? poori poori religious library mein aik bhi book aisi nahi hai jo yeh challenge de insaan se</w:t>
      </w:r>
      <w:r>
        <w:br/>
      </w:r>
      <w:r>
        <w:rPr>
          <w:sz w:val="20"/>
        </w:rPr>
        <w:t>30:10  ke accepted criterion, jo dono partyon ke beech mein accepted ho, us par judge kar lo. is ki sachai ko janne ke liye.</w:t>
      </w:r>
      <w:r>
        <w:br/>
      </w:r>
      <w:r>
        <w:rPr>
          <w:sz w:val="20"/>
        </w:rPr>
        <w:t>30:20  to zлик al-kitab la rafi'</w:t>
      </w:r>
      <w:r>
        <w:br/>
      </w:r>
      <w:r>
        <w:rPr>
          <w:sz w:val="20"/>
        </w:rPr>
        <w:t>30:25  quran ki bilkul shuru mein yeh words aati hain. to hum yeh keh sakte hain ke aik aisi book ko quran mein, religious library mein add kiya quran ne.</w:t>
      </w:r>
      <w:r>
        <w:br/>
      </w:r>
      <w:r>
        <w:rPr>
          <w:sz w:val="20"/>
        </w:rPr>
        <w:t>30:37  jo pehli baar sare books jo hain belief par pesh karti theen. ke hamara aqeeda hai, hamare aqeede ki kitab hai, hamare baap dada is ko mante chale aa rahe hain.</w:t>
      </w:r>
      <w:r>
        <w:br/>
      </w:r>
      <w:r>
        <w:rPr>
          <w:sz w:val="20"/>
        </w:rPr>
        <w:t>30:50  lekin pehli baar aik aisi kitab introduce ki gayi religious library mein ke jo criterion tum khud mante ho, tum samajhte ho ke reason par jo utre woh sahi hai.</w:t>
      </w:r>
      <w:r>
        <w:br/>
      </w:r>
      <w:r>
        <w:rPr>
          <w:sz w:val="20"/>
        </w:rPr>
        <w:t>31:03  jo scientific scrutiny par jo stand kare woh sahi hai.</w:t>
      </w:r>
      <w:r>
        <w:br/>
      </w:r>
      <w:r>
        <w:rPr>
          <w:sz w:val="20"/>
        </w:rPr>
        <w:t>31:07  jo logic par stand kare woh sahi hai. to is par is ko judge kar lo, is ko jaancho, is ko. to koi book aisi is se pehle nahi thi religious library mein jo accepted criterion par, yani accepted between two party, ke base par pesh kar rahi ho.</w:t>
      </w:r>
      <w:r>
        <w:br/>
      </w:r>
      <w:r>
        <w:rPr>
          <w:sz w:val="20"/>
        </w:rPr>
        <w:t>31:29  to kitna bara yeh addition tha religious library mein. kitna bara addition</w:t>
      </w:r>
      <w:r>
        <w:br/>
      </w:r>
      <w:r>
        <w:rPr>
          <w:sz w:val="20"/>
        </w:rPr>
        <w:t>31:36  tha. ke hum keh sakte the dekho yeh hai contribution Islam ka, yeh hai contribution Muhammad ka.</w:t>
      </w:r>
      <w:r>
        <w:br/>
      </w:r>
      <w:r>
        <w:rPr>
          <w:sz w:val="20"/>
        </w:rPr>
        <w:t>31:46  ab mein is ka ek proof deta hoon jo aaj hi ke parche mein aya hai. aaj hi ke parche mein. yani is ko sankron proof hain jo apni kitabon mein likha hai maine ke accepted criterion par Islam ki sachai proof ho rahi hai.</w:t>
      </w:r>
    </w:p>
    <w:p>
      <w:pPr>
        <w:pStyle w:val="Heading2"/>
      </w:pPr>
      <w:r>
        <w:t>Repentance creates new personality like Adam</w:t>
      </w:r>
    </w:p>
    <w:p>
      <w:r>
        <w:rPr>
          <w:color w:val="666666"/>
          <w:sz w:val="18"/>
        </w:rPr>
        <w:t>Materialism and Intellectual Dwarfism April 29, 2012 Maulana Wahiduddin Khan · 4m 20s · at 52:48 · https://youtu.be/tEtieTuJvUE?t=3168</w:t>
      </w:r>
    </w:p>
    <w:p>
      <w:r>
        <w:rPr>
          <w:i/>
        </w:rPr>
        <w:t>“Insaan se ghaltiyan hongi”</w:t>
      </w:r>
    </w:p>
    <w:p>
      <w:r>
        <w:rPr>
          <w:sz w:val="20"/>
        </w:rPr>
        <w:t>52:48  insaan se ghaltiyan hongi. aur ghaltiyan khud bhi matloob hain.</w:t>
      </w:r>
      <w:r>
        <w:br/>
      </w:r>
      <w:r>
        <w:rPr>
          <w:sz w:val="20"/>
        </w:rPr>
        <w:t>52:55  hadees mein aata hai keh agar insaan ghalti na kare to Allah taala ek aur makhlooq paida karega jo ghalti kare aur toba kare ghalti kare aur Allah se maafi mangay.</w:t>
      </w:r>
      <w:r>
        <w:br/>
      </w:r>
      <w:r>
        <w:rPr>
          <w:sz w:val="20"/>
        </w:rPr>
        <w:t>53:08  yeh bhi dekhen saada baat nahi hai. yaani ghalti kar ke toba karne ka matlab kya hai?</w:t>
      </w:r>
      <w:r>
        <w:br/>
      </w:r>
      <w:r>
        <w:rPr>
          <w:sz w:val="20"/>
        </w:rPr>
        <w:t>53:16  yeh bhi saada baat nahi hai. yeh ek nai shakhsiyat emerge karti hai. ek nai shakhsiyat emerge karti hai.</w:t>
      </w:r>
      <w:r>
        <w:br/>
      </w:r>
      <w:r>
        <w:rPr>
          <w:sz w:val="20"/>
        </w:rPr>
        <w:t>53:27  jab aap se ghalti ho gayi aur phir repentance aaya aur bohat ziyada muhasba kiya aap ne bohat introspection kiya aap ne to saari andar ki faculties aap ki jaag padti hain.</w:t>
      </w:r>
      <w:r>
        <w:br/>
      </w:r>
      <w:r>
        <w:rPr>
          <w:sz w:val="20"/>
        </w:rPr>
        <w:t>53:38  aur ek nai shakhsiyat emerge karti hai aap ke andar. is ki misaal mein doon ga aap ko. Hazrat Adam علیہ السلام jannat mein rakhe gaye.</w:t>
      </w:r>
      <w:r>
        <w:br/>
      </w:r>
      <w:r>
        <w:rPr>
          <w:sz w:val="20"/>
        </w:rPr>
        <w:t>53:50  Allah taala ne barah-e-raast un ko hukum diya keh jannat mein tum</w:t>
      </w:r>
      <w:r>
        <w:br/>
      </w:r>
      <w:r>
        <w:rPr>
          <w:sz w:val="20"/>
        </w:rPr>
        <w:t>53:55  aazad ho. jo chahe khao piyo lekin is darakht ke paas mat jana. is darakht ka phal mat khana. ek darakht.</w:t>
      </w:r>
      <w:r>
        <w:br/>
      </w:r>
      <w:r>
        <w:rPr>
          <w:sz w:val="20"/>
        </w:rPr>
        <w:t>54:06  to ek barah-e-raast un ko hukum diya gaya tha. lekin unhon ne ghalti ki</w:t>
      </w:r>
      <w:r>
        <w:br/>
      </w:r>
      <w:r>
        <w:rPr>
          <w:sz w:val="20"/>
        </w:rPr>
        <w:t>54:13  aur is darakht ka phal kha liya ja kar ke. to zahir hai keh ek bohat bari ghalti thi. ek gunah ka fe'l tha. lekin phir aata hai hadeeson mein Quran mein bhi keh un ko repentance hua.</w:t>
      </w:r>
      <w:r>
        <w:br/>
      </w:r>
      <w:r>
        <w:rPr>
          <w:sz w:val="20"/>
        </w:rPr>
        <w:t>54:30  aur rote rahe bohat dinon tak woh. bohat ziyada introspection kiya unhon ne. to Allah taala ne maaf kar diya.</w:t>
      </w:r>
      <w:r>
        <w:br/>
      </w:r>
      <w:r>
        <w:rPr>
          <w:sz w:val="20"/>
        </w:rPr>
        <w:t>54:40  sirf maafi nahi kiya balkeh Allah taala ne un ko pehla paighambar banaya.</w:t>
      </w:r>
      <w:r>
        <w:br/>
      </w:r>
      <w:r>
        <w:rPr>
          <w:sz w:val="20"/>
        </w:rPr>
        <w:t>54:47  is par maine socha to ek ek bohat ajeeb baat daryaft hui. keh repentance ya toba jo hai woh ek nai shakhsiyat emerge karne ka zariya hai.</w:t>
      </w:r>
      <w:r>
        <w:br/>
      </w:r>
      <w:r>
        <w:rPr>
          <w:sz w:val="20"/>
        </w:rPr>
        <w:t>54:59  ek faasla hoga Hazrat Adam ke is is</w:t>
      </w:r>
      <w:r>
        <w:br/>
      </w:r>
      <w:r>
        <w:rPr>
          <w:sz w:val="20"/>
        </w:rPr>
        <w:t>55:03  is phal ko khane mein aur phir Hazrat Adam ko prophet banane mein. ek faasla hoga.</w:t>
      </w:r>
      <w:r>
        <w:br/>
      </w:r>
      <w:r>
        <w:rPr>
          <w:sz w:val="20"/>
        </w:rPr>
        <w:t>55:14  jis waqt Hazrat Adam ne phal khaya tha us waqt wale Adam nahi rahe honge us waqt jab keh unhein paighambar banaya gaya.</w:t>
      </w:r>
      <w:r>
        <w:br/>
      </w:r>
      <w:r>
        <w:rPr>
          <w:sz w:val="20"/>
        </w:rPr>
        <w:t>55:25  un ki un ke andar ek naya ek ek nai shakhsiyat emerge ki hogi. nai soch aayi hogi. naye jazbaat aaye honge.</w:t>
      </w:r>
      <w:r>
        <w:br/>
      </w:r>
      <w:r>
        <w:rPr>
          <w:sz w:val="20"/>
        </w:rPr>
        <w:t>55:34  nai personailty bani hogi. ek ek naya insan ubhra hoga un ke andar. to wo Allah ki nazar mein is qabil thehra hoga ke in ko</w:t>
      </w:r>
      <w:r>
        <w:br/>
      </w:r>
      <w:r>
        <w:rPr>
          <w:sz w:val="20"/>
        </w:rPr>
        <w:t>55:44  paighambar banwa diya jaye. to jab aap se koi khata hoti hai aur aap ke andar repentance aata hai aap tauba karte hain to saada baat nahi hai yeh.</w:t>
      </w:r>
      <w:r>
        <w:br/>
      </w:r>
      <w:r>
        <w:rPr>
          <w:sz w:val="20"/>
        </w:rPr>
        <w:t>55:55  is ka matlab yeh hai ke ek shakhsiyat nai aap ke andar ubharti hai. jo itna ho sakta hai itna barh sakti hai ke aap ko</w:t>
      </w:r>
      <w:r>
        <w:br/>
      </w:r>
      <w:r>
        <w:rPr>
          <w:sz w:val="20"/>
        </w:rPr>
        <w:t>56:04  Khuda ab to paighambari khatm ho gayi hai. lekin aap ko koi bara darja Allah taala de de. yani Hazrat Adam ki misaal jo hai bohat ajeeb misaal hai.</w:t>
      </w:r>
      <w:r>
        <w:br/>
      </w:r>
      <w:r>
        <w:rPr>
          <w:sz w:val="20"/>
        </w:rPr>
        <w:t>56:17  ghalti ghalti kar ke agar aadmi tauba karta hai</w:t>
      </w:r>
      <w:r>
        <w:br/>
      </w:r>
      <w:r>
        <w:rPr>
          <w:sz w:val="20"/>
        </w:rPr>
        <w:t>56:21  to is ke andar is shakhsiyat mein ek naya process shuru hota hai. ek naya process.</w:t>
      </w:r>
      <w:r>
        <w:br/>
      </w:r>
      <w:r>
        <w:rPr>
          <w:sz w:val="20"/>
        </w:rPr>
        <w:t>56:30  tauba agar karta hai aadmi to is ki soch is ke jazbat is ke sara sari faculties mein ek naya direction aa jata hai.</w:t>
      </w:r>
      <w:r>
        <w:br/>
      </w:r>
      <w:r>
        <w:rPr>
          <w:sz w:val="20"/>
        </w:rPr>
        <w:t>56:45  aur hote hote yeh process apni takmeel mein pohanch kar ke Hazrat Adam ke liye bana ke wo paighambar bana diye gaye.</w:t>
      </w:r>
      <w:r>
        <w:br/>
      </w:r>
      <w:r>
        <w:rPr>
          <w:sz w:val="20"/>
        </w:rPr>
        <w:t>56:52  aam insan ke liye hoga ke is ko bhi koi bohat bara Allah taala ki taraf se maqam mil jaye ga. to kaisi ajeeb baat hai yeh tauba mein chupi hui hai.</w:t>
      </w:r>
    </w:p>
    <w:p>
      <w:pPr>
        <w:pStyle w:val="Heading2"/>
      </w:pPr>
      <w:r>
        <w:t>Political monopoly causes stagnation, Roman Empire example</w:t>
      </w:r>
    </w:p>
    <w:p>
      <w:r>
        <w:rPr>
          <w:color w:val="666666"/>
          <w:sz w:val="18"/>
        </w:rPr>
        <w:t>Between Possible and Impossible December 9, 2012 · 5m 37s · at 42:37 · https://youtu.be/Q0tC7obKbT8?t=2557</w:t>
      </w:r>
    </w:p>
    <w:p>
      <w:r>
        <w:rPr>
          <w:i/>
        </w:rPr>
        <w:t>“پاور کرپٹس اینڈ ایبسولیوٹ پاور کرپٹس ایبسولیوٹلی”</w:t>
      </w:r>
    </w:p>
    <w:p>
      <w:r>
        <w:rPr>
          <w:sz w:val="20"/>
        </w:rPr>
        <w:t>42:37  Quran mein hai. Kyun aisa hota hai? Dekhiye, political power jab bhi aayega, kuch dino ke baad stagnation aa jayega.</w:t>
      </w:r>
      <w:r>
        <w:br/>
      </w:r>
      <w:r>
        <w:rPr>
          <w:sz w:val="20"/>
        </w:rPr>
        <w:t>42:47  Kisi ne bohat sahi kaha ke power corrupts and absolute power corrupts absolutely.</w:t>
      </w:r>
      <w:r>
        <w:br/>
      </w:r>
      <w:r>
        <w:rPr>
          <w:sz w:val="20"/>
        </w:rPr>
        <w:t>42:52  to hamesha aisa hoga, stagnation aayega. aur stagnation aayega to sari kharabiyan paida ho jati hain. jaise India mein aap dekhiye, raja the, rule kar rahe the.</w:t>
      </w:r>
      <w:r>
        <w:br/>
      </w:r>
      <w:r>
        <w:rPr>
          <w:sz w:val="20"/>
        </w:rPr>
        <w:t>43:03  stagnation aaya, unko hataya gaya. iske baad kya hua? Mughal aaye, Mughlon mein stagnation aaya, unko hataya gaya. iske baad kya hua?</w:t>
      </w:r>
      <w:r>
        <w:br/>
      </w:r>
      <w:r>
        <w:rPr>
          <w:sz w:val="20"/>
        </w:rPr>
        <w:t>43:12  Britishz aaye, in mein bhi stagnation aaya, do sau saal ke baad. inko bhi hataya gaya. aur phir national rule aaya.</w:t>
      </w:r>
      <w:r>
        <w:br/>
      </w:r>
      <w:r>
        <w:rPr>
          <w:sz w:val="20"/>
        </w:rPr>
        <w:t>43:20  to Allah taala ki scheme yeh hai ke political power kabhi bhi kisi ki monopoly na rahe. monopoly rahegi to kya hoga? stagnation eternal ho jayega.</w:t>
      </w:r>
      <w:r>
        <w:br/>
      </w:r>
      <w:r>
        <w:rPr>
          <w:sz w:val="20"/>
        </w:rPr>
        <w:t>43:31  hamesha stagnation jo ke hukumat rahegi. aur jab stagnation jab aata hai to sari kharabiyan aa jati hain.</w:t>
      </w:r>
      <w:r>
        <w:br/>
      </w:r>
      <w:r>
        <w:rPr>
          <w:sz w:val="20"/>
        </w:rPr>
        <w:t>43:42  stagnation matlab jabood. jabood aaya to sari kharabiyan aa gayeen.</w:t>
      </w:r>
      <w:r>
        <w:br/>
      </w:r>
      <w:r>
        <w:rPr>
          <w:sz w:val="20"/>
        </w:rPr>
        <w:t>43:48  to Allah taala ki scheme yeh hai ke political power jo hai badalta rahe, badalta rahe, badalta rahe. isi liye isko lafz Khalifa kaha gaya hai Quran majeed mein.</w:t>
      </w:r>
      <w:r>
        <w:br/>
      </w:r>
      <w:r>
        <w:rPr>
          <w:sz w:val="20"/>
        </w:rPr>
        <w:t>43:58  Khalifa jo hai lafz hai political power ke liye. Khalifa ka matlab hai qaum yakhlufo ba'du ba'dan yani ek aisa institution jis mein kabhi yeh aayen, kabhi woh aayen, kabhi woh aayen.</w:t>
      </w:r>
      <w:r>
        <w:br/>
      </w:r>
      <w:r>
        <w:rPr>
          <w:sz w:val="20"/>
        </w:rPr>
        <w:t>44:10  yeh yeh Allah ki scheme hai.</w:t>
      </w:r>
      <w:r>
        <w:br/>
      </w:r>
      <w:r>
        <w:rPr>
          <w:sz w:val="20"/>
        </w:rPr>
        <w:t>44:13  kyun? iske baghair stagnation hi duniya mein stagnation hi stagnation rahega. kuch aur nahi hoga. koi taraqqi nahi hogi.</w:t>
      </w:r>
      <w:r>
        <w:br/>
      </w:r>
      <w:r>
        <w:rPr>
          <w:sz w:val="20"/>
        </w:rPr>
        <w:t>44:21  koi development nahi hoga. kuch bhi nahi hoga. to is insaan ko stagnation se bachane ke liye Allah taala ne yeh kiya ke political power kabhi kisi ki monopoly na rahe.</w:t>
      </w:r>
      <w:r>
        <w:br/>
      </w:r>
      <w:r>
        <w:rPr>
          <w:sz w:val="20"/>
        </w:rPr>
        <w:t>44:34  monopoly na rahe. chunancha jahan jahan Musalman rule kar rahe the, har jagah stagnation aa gaya tha.</w:t>
      </w:r>
      <w:r>
        <w:br/>
      </w:r>
      <w:r>
        <w:rPr>
          <w:sz w:val="20"/>
        </w:rPr>
        <w:t>44:42  khud Falasteen mein dekhiye, Falasteen mein ya Misr mein, yahan par rule kar rahe the is se pehle Usmaan, yani Turk Khilafat thi wahan par.</w:t>
      </w:r>
      <w:r>
        <w:br/>
      </w:r>
      <w:r>
        <w:rPr>
          <w:sz w:val="20"/>
        </w:rPr>
        <w:t>44:52  Turk Khilafat thi. to Turk Khilafat jo thi, usko beesveen sadi ke aakhir mein zabardast stagnation ka shikar ho chuki thi.</w:t>
      </w:r>
      <w:r>
        <w:br/>
      </w:r>
      <w:r>
        <w:rPr>
          <w:sz w:val="20"/>
        </w:rPr>
        <w:t>45:06  zabardast shikar ho chuki thi stagnation ka. to us waqt khatam hui woh.</w:t>
      </w:r>
      <w:r>
        <w:br/>
      </w:r>
      <w:r>
        <w:rPr>
          <w:sz w:val="20"/>
        </w:rPr>
        <w:t>45:13  agar aaj tak qaim rehti hai farz kiye Turk Khilafat to har taraf stagnation hi stagnation hota. jabood hi jabood hota.</w:t>
      </w:r>
      <w:r>
        <w:br/>
      </w:r>
      <w:r>
        <w:rPr>
          <w:sz w:val="20"/>
        </w:rPr>
        <w:t>45:24  isi liye ek taraf Allah taala ne khud Turki mein khatam kar diya is hukumat ko aur phir idhar bhi khatam kar diya.</w:t>
      </w:r>
      <w:r>
        <w:br/>
      </w:r>
      <w:r>
        <w:rPr>
          <w:sz w:val="20"/>
        </w:rPr>
        <w:t>45:30  kyun? stagnation se bachane ke liye. yeh bohat hi important baat hai jis ko log samajhte nahi ke kabhi bhi aisa nahi ho sakta ke kisi ek ki monopoly agar ho jaye political power to taraqqiyan ruk jayengi.</w:t>
      </w:r>
      <w:r>
        <w:br/>
      </w:r>
      <w:r>
        <w:rPr>
          <w:sz w:val="20"/>
        </w:rPr>
        <w:t>45:45  jabood aayega, stagnation aayega, free thinking ruk jayegi. to Allah taala ka matlab hai ke duniya ke taraqqi ka safar jari rahe.</w:t>
      </w:r>
      <w:r>
        <w:br/>
      </w:r>
      <w:r>
        <w:rPr>
          <w:sz w:val="20"/>
        </w:rPr>
        <w:t>45:55  taraqqi ka safar kabhi ruke nahi.</w:t>
      </w:r>
      <w:r>
        <w:br/>
      </w:r>
      <w:r>
        <w:rPr>
          <w:sz w:val="20"/>
        </w:rPr>
        <w:t>45:58  to taraqqi ke safar ko rok deti hai political monopoly. political monopoly taraqqi ke safar ko rok deti hai.</w:t>
      </w:r>
      <w:r>
        <w:br/>
      </w:r>
      <w:r>
        <w:rPr>
          <w:sz w:val="20"/>
        </w:rPr>
        <w:t>46:09  isi liye isko hataya jata hai, hataya jata hai, hataya jata hai.</w:t>
      </w:r>
      <w:r>
        <w:br/>
      </w:r>
      <w:r>
        <w:rPr>
          <w:sz w:val="20"/>
        </w:rPr>
        <w:t>46:12  yahi yeh raaz hai is ayat mein ke tilka al-yawm nu dawiluha bayna al-nas</w:t>
      </w:r>
      <w:r>
        <w:br/>
      </w:r>
      <w:r>
        <w:rPr>
          <w:sz w:val="20"/>
        </w:rPr>
        <w:t>46:20  aur ek aur ayat hai ke wa la dafa'a Allah al-nas ba'dahum ba'dan lafasadat al-ardh ke yani agar agar agar hataya na jaye ek ek ke baad ek ko to duniya mein fasad aa jayega.</w:t>
      </w:r>
      <w:r>
        <w:br/>
      </w:r>
      <w:r>
        <w:rPr>
          <w:sz w:val="20"/>
        </w:rPr>
        <w:t>46:33  fasad ke ma'ni kya hain? stagnation. stagnation ka matlab jabood. aur jabood aayega to sari kharabiyan aa jayengi.</w:t>
      </w:r>
      <w:r>
        <w:br/>
      </w:r>
      <w:r>
        <w:rPr>
          <w:sz w:val="20"/>
        </w:rPr>
        <w:t>46:43  to log jo larh larhte phirte hain, ek ek ek larhai bharhai ka culture hi chal raha hai poori history mein. kyon?</w:t>
      </w:r>
      <w:r>
        <w:br/>
      </w:r>
      <w:r>
        <w:rPr>
          <w:sz w:val="20"/>
        </w:rPr>
        <w:t>46:51  is liye ke Allah taala ki scheme ko log samajhte nahin. samajhte nahin.</w:t>
      </w:r>
      <w:r>
        <w:br/>
      </w:r>
      <w:r>
        <w:rPr>
          <w:sz w:val="20"/>
        </w:rPr>
        <w:t>46:59  to is stagnation ya jamood jo hai bohat hi buri cheez hai. is se dimagh ka intellectual process ruk jata hai.</w:t>
      </w:r>
      <w:r>
        <w:br/>
      </w:r>
      <w:r>
        <w:rPr>
          <w:sz w:val="20"/>
        </w:rPr>
        <w:t>47:10  jahan stagnation aaye ga to intellectual process ruk jaye ga. log yaani logon ki soch ka daira bohat mehdood ho jaye ga.</w:t>
      </w:r>
      <w:r>
        <w:br/>
      </w:r>
      <w:r>
        <w:rPr>
          <w:sz w:val="20"/>
        </w:rPr>
        <w:t>47:20  tarqqiyan nahin hongi. is ka dekhiye, ek ek morkhin is ki misaal dete hain ke Roman power aur Roman empire jo thi, Roman empire do hazar saal tak rule kiya is ne.</w:t>
      </w:r>
      <w:r>
        <w:br/>
      </w:r>
      <w:r>
        <w:rPr>
          <w:sz w:val="20"/>
        </w:rPr>
        <w:t>47:34  Roman empire ne</w:t>
      </w:r>
      <w:r>
        <w:br/>
      </w:r>
      <w:r>
        <w:rPr>
          <w:sz w:val="20"/>
        </w:rPr>
        <w:t>47:36  2000 years tak. aur Roman empire ke zamanay mein koi scientific development nahin hua. Roman empire do hazar saal tak rule karti rahi.</w:t>
      </w:r>
      <w:r>
        <w:br/>
      </w:r>
      <w:r>
        <w:rPr>
          <w:sz w:val="20"/>
        </w:rPr>
        <w:t>47:46  aur koi aur koi development, scientific develop</w:t>
      </w:r>
      <w:r>
        <w:br/>
      </w:r>
      <w:r>
        <w:rPr>
          <w:sz w:val="20"/>
        </w:rPr>
        <w:t>47:51  ment nahin hua. jab Roman empire khatm hui tab aap jante hain ke Europe mein sari tarqqiyan huin. kyunke is tarah ka yaani political, political Allah taala ki scheme yeh hai ke political monopoly dunya mein kabhi na rahe.</w:t>
      </w:r>
      <w:r>
        <w:br/>
      </w:r>
      <w:r>
        <w:rPr>
          <w:sz w:val="20"/>
        </w:rPr>
        <w:t>48:08  balke political power badalta rahe.</w:t>
      </w:r>
    </w:p>
    <w:p>
      <w:pPr>
        <w:pStyle w:val="Heading2"/>
      </w:pPr>
      <w:r>
        <w:t>Why does Islam cut off a thief's hand?</w:t>
      </w:r>
    </w:p>
    <w:p>
      <w:r>
        <w:rPr>
          <w:color w:val="666666"/>
          <w:sz w:val="18"/>
        </w:rPr>
        <w:t>The Concept of Doomsday in islam May 16, 2009 · 3m 18s · at 28:39 · https://youtu.be/yPjFg8vwSLw?t=1719</w:t>
      </w:r>
    </w:p>
    <w:p>
      <w:r>
        <w:rPr>
          <w:i/>
        </w:rPr>
        <w:t>“The Qur'an says cut off the hand of a thief, but repentance brings mercy. How?”</w:t>
      </w:r>
    </w:p>
    <w:p>
      <w:r>
        <w:rPr>
          <w:sz w:val="20"/>
        </w:rPr>
        <w:t>28:39  There are verses in the Qur'an that ask for a man or a woman who steals cut off their hands as a punishment. But if they repent and reform, then God will turn to them mercifully.</w:t>
      </w:r>
      <w:r>
        <w:br/>
      </w:r>
      <w:r>
        <w:rPr>
          <w:sz w:val="20"/>
        </w:rPr>
        <w:t>28:53  Deep was asking. Rana, I was asking that once you cut off the hands, then how will they only cut?</w:t>
      </w:r>
      <w:r>
        <w:br/>
      </w:r>
      <w:r>
        <w:rPr>
          <w:sz w:val="20"/>
        </w:rPr>
        <w:t>29:04  Then how will God show mercy?</w:t>
      </w:r>
      <w:r>
        <w:br/>
      </w:r>
      <w:r>
        <w:rPr>
          <w:sz w:val="20"/>
        </w:rPr>
        <w:t>29:09  This lie is not simply by stealing. No.</w:t>
      </w:r>
      <w:r>
        <w:br/>
      </w:r>
      <w:r>
        <w:rPr>
          <w:sz w:val="20"/>
        </w:rPr>
        <w:t>29:16  un ka is ka jo translation kiya hai abu ul ma'eed ul abadi ne bohat acha kiya hai. chota aur choti ke hath kaat do. yaani jo jis ki woh woh ban gayi ho.</w:t>
      </w:r>
      <w:r>
        <w:br/>
      </w:r>
      <w:r>
        <w:rPr>
          <w:sz w:val="20"/>
        </w:rPr>
        <w:t>29:28  habit ke sab kuch kar ke dekh liya, sab kuch kar ke dekh liya, chorta hi nahi hai. woh chota aur choti.</w:t>
      </w:r>
      <w:r>
        <w:br/>
      </w:r>
      <w:r>
        <w:rPr>
          <w:sz w:val="20"/>
        </w:rPr>
        <w:t>29:35  First of all, you will do the work. You will persuade him for a long time, for a long time.</w:t>
      </w:r>
      <w:r>
        <w:br/>
      </w:r>
      <w:r>
        <w:rPr>
          <w:sz w:val="20"/>
        </w:rPr>
        <w:t>29:46  But when you see that he is not accepting your advice and he becomes a permanent danger for the society, to save the society, we will punish that person.</w:t>
      </w:r>
      <w:r>
        <w:br/>
      </w:r>
      <w:r>
        <w:rPr>
          <w:sz w:val="20"/>
        </w:rPr>
        <w:t>29:59  Here we have two options.</w:t>
      </w:r>
      <w:r>
        <w:br/>
      </w:r>
      <w:r>
        <w:rPr>
          <w:sz w:val="20"/>
        </w:rPr>
        <w:t>30:02  Either we leave society in a permanent danger or we have to give a deterrent punishment for that person.</w:t>
      </w:r>
      <w:r>
        <w:br/>
      </w:r>
      <w:r>
        <w:rPr>
          <w:sz w:val="20"/>
        </w:rPr>
        <w:t>30:14  It is a very, very exceptional position after a long period of persuasion, a long period of</w:t>
      </w:r>
      <w:r>
        <w:br/>
      </w:r>
      <w:r>
        <w:rPr>
          <w:sz w:val="20"/>
        </w:rPr>
        <w:t>30:30  counsel</w:t>
      </w:r>
      <w:r>
        <w:br/>
      </w:r>
      <w:r>
        <w:rPr>
          <w:sz w:val="20"/>
        </w:rPr>
        <w:t>30:31  ing. Resort to this punishment. You can see the Islamic history. Perhaps only few people were.</w:t>
      </w:r>
      <w:r>
        <w:br/>
      </w:r>
      <w:r>
        <w:rPr>
          <w:sz w:val="20"/>
        </w:rPr>
        <w:t>30:43  Once they know their hands are going to be cut, they don't do all these things. Stealing and all these things. But Rana, God has given leverage to humans.</w:t>
      </w:r>
      <w:r>
        <w:br/>
      </w:r>
      <w:r>
        <w:rPr>
          <w:sz w:val="20"/>
        </w:rPr>
        <w:t>30:57  Means that repentance can be at any moment. They live the life.</w:t>
      </w:r>
      <w:r>
        <w:br/>
      </w:r>
      <w:r>
        <w:rPr>
          <w:sz w:val="20"/>
        </w:rPr>
        <w:t>31:03  haan toh isi liye dekhein. And also freedom. You know tarjuma kiya hai? chota aur choti. bohat dinon tak in ko samajhate raho.</w:t>
      </w:r>
      <w:r>
        <w:br/>
      </w:r>
      <w:r>
        <w:rPr>
          <w:sz w:val="20"/>
        </w:rPr>
        <w:t>31:13  isi liye poori history mein. habitual thi. habitual thi. habitual chora hi nahi ja raha. toh ab society ko bachao ya is ko bachao. masla yeh ban gaya.</w:t>
      </w:r>
      <w:r>
        <w:br/>
      </w:r>
      <w:r>
        <w:rPr>
          <w:sz w:val="20"/>
        </w:rPr>
        <w:t>31:23  poori history mein aik do aadmi ka hath katta gaya hoga.</w:t>
      </w:r>
      <w:r>
        <w:br/>
      </w:r>
      <w:r>
        <w:rPr>
          <w:sz w:val="20"/>
        </w:rPr>
        <w:t>31:28  poori history mein. I think this is also practiced in Saudi Arabia where a convict is caught, then they are not given a second chance or a third chance.</w:t>
      </w:r>
      <w:r>
        <w:br/>
      </w:r>
      <w:r>
        <w:rPr>
          <w:sz w:val="20"/>
        </w:rPr>
        <w:t>31:39  They simply. Saudi Arab mein yaani chori hai hi nahi. aik ka hath kaat ke sab ko rok diya.</w:t>
      </w:r>
      <w:r>
        <w:br/>
      </w:r>
      <w:r>
        <w:rPr>
          <w:sz w:val="20"/>
        </w:rPr>
        <w:t>31:51  Deterrent punishment. Deterrent punishment. It is a deterrent punishment.</w:t>
      </w:r>
    </w:p>
    <w:p>
      <w:pPr>
        <w:pStyle w:val="Heading2"/>
      </w:pPr>
      <w:r>
        <w:t>history proves even your enemy can't destroy your opportunities</w:t>
      </w:r>
    </w:p>
    <w:p>
      <w:r>
        <w:rPr>
          <w:color w:val="666666"/>
          <w:sz w:val="18"/>
        </w:rPr>
        <w:t>Importance of Art of Situation Management 16th Sept ’07 · 4m 12s · at 7:18 · https://youtu.be/a-3ewJVGdIc?t=438</w:t>
      </w:r>
    </w:p>
    <w:p>
      <w:r>
        <w:rPr>
          <w:i/>
        </w:rPr>
        <w:t>“Jab British India mein rule kar rahe thay, unhon ne ek scheme banayi”</w:t>
      </w:r>
    </w:p>
    <w:p>
      <w:r>
        <w:rPr>
          <w:sz w:val="20"/>
        </w:rPr>
        <w:t>7:18  kuch references aur yaad aaye tareekh ke. maslan aap dekhiye ke India mein jab British rule kar rahe the to unhon ne ek scheme banai.</w:t>
      </w:r>
      <w:r>
        <w:br/>
      </w:r>
      <w:r>
        <w:rPr>
          <w:sz w:val="20"/>
        </w:rPr>
        <w:t>7:29  saare India ko Angrezi parhao. Angrezi parhao. Lord Macaulay bohat hi, yaani bara scholar tha.</w:t>
      </w:r>
      <w:r>
        <w:br/>
      </w:r>
      <w:r>
        <w:rPr>
          <w:sz w:val="20"/>
        </w:rPr>
        <w:t>7:42  us ne ek is ka plan banaya. aur is ke plan ko India mein laagu kiya gaya. to Lord Macaulay ne kaha tha bohat hi, yaani pride ke sath ke yeh jo hum duniya India mein jo la rahe hain to maqsad kya hai</w:t>
      </w:r>
      <w:r>
        <w:br/>
      </w:r>
      <w:r>
        <w:rPr>
          <w:sz w:val="20"/>
        </w:rPr>
        <w:t>8:01  ? ke "So that a generation may arise that will be Indian in birth and British in thought." lekin aaj kya hai?</w:t>
      </w:r>
      <w:r>
        <w:br/>
      </w:r>
      <w:r>
        <w:rPr>
          <w:sz w:val="20"/>
        </w:rPr>
        <w:t>8:17  wo angrezi India ke liye sab se bara advantage ban gaya. Isi angrezi ki badolat India aaj developed countries ki taraf barh raha hai.</w:t>
      </w:r>
      <w:r>
        <w:br/>
      </w:r>
      <w:r>
        <w:rPr>
          <w:sz w:val="20"/>
        </w:rPr>
        <w:t>8:27  mein shamil ho raha hai.</w:t>
      </w:r>
      <w:r>
        <w:br/>
      </w:r>
      <w:r>
        <w:rPr>
          <w:sz w:val="20"/>
        </w:rPr>
        <w:t>8:29  kyun ke aap jante hain ke English jo hai computer age mein must ban chuki hai. English computer age mein must ban chuki hai.</w:t>
      </w:r>
      <w:r>
        <w:br/>
      </w:r>
      <w:r>
        <w:rPr>
          <w:sz w:val="20"/>
        </w:rPr>
        <w:t>8:41  baghair English ke computer age se aap faida nahi utha sakte. To is waqt dunya mein India teesre number par hai English mein.</w:t>
      </w:r>
      <w:r>
        <w:br/>
      </w:r>
      <w:r>
        <w:rPr>
          <w:sz w:val="20"/>
        </w:rPr>
        <w:t>8:51  yani Britain, America, phir is ke baad India hai.</w:t>
      </w:r>
      <w:r>
        <w:br/>
      </w:r>
      <w:r>
        <w:rPr>
          <w:sz w:val="20"/>
        </w:rPr>
        <w:t>8:55  To Lord Macaulay ne jo angrezi yahan chalai thi is liye ke yahan par hamesha ke liye British rule qaim rahe, is se kya dekhiye?</w:t>
      </w:r>
      <w:r>
        <w:br/>
      </w:r>
      <w:r>
        <w:rPr>
          <w:sz w:val="20"/>
        </w:rPr>
        <w:t>9:05  India ki development nikal aai. Isi ki badolat India aaj yahan tak taraqqi kar raha hai. Isi English ki badolat.</w:t>
      </w:r>
      <w:r>
        <w:br/>
      </w:r>
      <w:r>
        <w:rPr>
          <w:sz w:val="20"/>
        </w:rPr>
        <w:t>9:15  aise hi dekhiye Japan</w:t>
      </w:r>
      <w:r>
        <w:br/>
      </w:r>
      <w:r>
        <w:rPr>
          <w:sz w:val="20"/>
        </w:rPr>
        <w:t>9:16  mein hua. Second World War ke baad wahan General MacArthur ne wo system banaya jo education ka.</w:t>
      </w:r>
      <w:r>
        <w:br/>
      </w:r>
      <w:r>
        <w:rPr>
          <w:sz w:val="20"/>
        </w:rPr>
        <w:t>9:24  jo poori tarah American system tha wo. Wo samajhte the ke American system ko yahan lagao, yahan laagu karo. Aur hamesha ke liye Japan par apna rule chalate raho.</w:t>
      </w:r>
      <w:r>
        <w:br/>
      </w:r>
      <w:r>
        <w:rPr>
          <w:sz w:val="20"/>
        </w:rPr>
        <w:t>9:37  lekin kya hua? Japan aik rival power ban kar ubhra.</w:t>
      </w:r>
      <w:r>
        <w:br/>
      </w:r>
      <w:r>
        <w:rPr>
          <w:sz w:val="20"/>
        </w:rPr>
        <w:t>9:43  yani America military superpower tha to Japan economic superpower ban gaya.</w:t>
      </w:r>
      <w:r>
        <w:br/>
      </w:r>
      <w:r>
        <w:rPr>
          <w:sz w:val="20"/>
        </w:rPr>
        <w:t>9:52  Ab dekhiye ke log samajhte the ke wo enemy hain. MacArthur enemy hai ya Macaulay enemy hain. Isi enemy ki jo planning thi, isi enemy se hamare liye sab se bara advantage nikal aya.</w:t>
      </w:r>
      <w:r>
        <w:br/>
      </w:r>
      <w:r>
        <w:rPr>
          <w:sz w:val="20"/>
        </w:rPr>
        <w:t>10:07  To is ke mutabiq enemy bhi aap ke liye opportunities ko abolish nahi kar sakta.</w:t>
      </w:r>
      <w:r>
        <w:br/>
      </w:r>
      <w:r>
        <w:rPr>
          <w:sz w:val="20"/>
        </w:rPr>
        <w:t>10:13  Kaisi ajeeb baat hai ye. Is se maine samjha hai ke Allah taala ne ye jo rakha hai dunya mein system, is liye rakha hai ke Khuda ko bilkul hi pasand nahi hai negative thinking.</w:t>
      </w:r>
      <w:r>
        <w:br/>
      </w:r>
      <w:r>
        <w:rPr>
          <w:sz w:val="20"/>
        </w:rPr>
        <w:t>10:30  Negative thinking Khuda ko sab se buri cheez hai Khuda ke nazdeek. Main to samajhta hoon ke sharab aur khanzir se bhi ziyada buri cheez hai negative thinking.</w:t>
      </w:r>
      <w:r>
        <w:br/>
      </w:r>
      <w:r>
        <w:rPr>
          <w:sz w:val="20"/>
        </w:rPr>
        <w:t>10:40  Khuda chahta hai ke aap positive thinker banen.</w:t>
      </w:r>
      <w:r>
        <w:br/>
      </w:r>
      <w:r>
        <w:rPr>
          <w:sz w:val="20"/>
        </w:rPr>
        <w:t>10:43  Hamesha aap ke andar musbat khayalat hon. Kyun? Khuda aap ke andar jo blessing dalna chahta hai, wo blessing us waqt aap receive nahi kar sakte.</w:t>
      </w:r>
      <w:r>
        <w:br/>
      </w:r>
      <w:r>
        <w:rPr>
          <w:sz w:val="20"/>
        </w:rPr>
        <w:t>10:55  Agar aap ke andar negative thought hon. Hundred percent positivity chahiye Khuda ki blessing ko receive karne ke liye. To Khuda ko bohat hi ziyada, Khuda pasand nahi hai zara bhi negative thinking.</w:t>
      </w:r>
      <w:r>
        <w:br/>
      </w:r>
      <w:r>
        <w:rPr>
          <w:sz w:val="20"/>
        </w:rPr>
        <w:t>11:12  To Khuda ne itna ziyada yahan bhar diya opportunities ke aap ka dushman bhi aap ko kill na kar sake. Aap ka dushman bhi aap ke, aap ki taraqqi ko chheen na sake.</w:t>
      </w:r>
      <w:r>
        <w:br/>
      </w:r>
      <w:r>
        <w:rPr>
          <w:sz w:val="20"/>
        </w:rPr>
        <w:t>11:23  Is se ziyada aur kya ho sakta hai? Is se ziyada to kuch nahi ho sakta hai. Ke</w:t>
      </w:r>
    </w:p>
    <w:p>
      <w:pPr>
        <w:pStyle w:val="Heading2"/>
      </w:pPr>
      <w:r>
        <w:t>Full biography: Maulana's life, books, and awards</w:t>
      </w:r>
    </w:p>
    <w:p>
      <w:r>
        <w:rPr>
          <w:color w:val="666666"/>
          <w:sz w:val="18"/>
        </w:rPr>
        <w:t>From Anger to Awareness A Journey with Maulana Wahiduddin Khan · 3m 25s · at 2:00 · https://youtu.be/EmHNgq0Iq1w?t=120</w:t>
      </w:r>
    </w:p>
    <w:p>
      <w:r>
        <w:rPr>
          <w:i/>
        </w:rPr>
        <w:t>“We'd like to start with the very basics about Maulana.”</w:t>
      </w:r>
    </w:p>
    <w:p>
      <w:r>
        <w:rPr>
          <w:sz w:val="20"/>
        </w:rPr>
        <w:t>2:00  So welcome, Dr. Rajat Malhotra. How are you? Good, uh, thank you. Thank you, Vikrant, for having me in the CPS, uh, studio tod</w:t>
      </w:r>
      <w:r>
        <w:br/>
      </w:r>
      <w:r>
        <w:rPr>
          <w:sz w:val="20"/>
        </w:rPr>
        <w:t>2:07  ay. So Dr. Rajat, we would like to start with the very basics about CPS International and Maulana Wahiduddin Khan.</w:t>
      </w:r>
      <w:r>
        <w:br/>
      </w:r>
      <w:r>
        <w:rPr>
          <w:sz w:val="20"/>
        </w:rPr>
        <w:t>2:15  Yeah, sure. You know, Maulana Wahiduddin Khan was an extra- extraordinary man, way ahead of his time. Uh, there are moments, uh, in life when you meet someone, uh, who changes the direction of your life, and their words, uh, not just inform you but transform you.</w:t>
      </w:r>
      <w:r>
        <w:br/>
      </w:r>
      <w:r>
        <w:rPr>
          <w:sz w:val="20"/>
        </w:rPr>
        <w:t>2:34  Uh,</w:t>
      </w:r>
      <w:r>
        <w:br/>
      </w:r>
      <w:r>
        <w:rPr>
          <w:sz w:val="20"/>
        </w:rPr>
        <w:t>2:35  Maulana Wahiduddin Khan was, uh, such a voice, a scholar, a thinker, and a global ambassador of, uh, peace. He would say that, uh, violence, uh, anger, confrontation, uh, these are, uh, tools of human failure, of human spirit, and positive thinking, uh, dialogue, spirituality--they are the tools of, uh, change.</w:t>
      </w:r>
      <w:r>
        <w:br/>
      </w:r>
      <w:r>
        <w:rPr>
          <w:sz w:val="20"/>
        </w:rPr>
        <w:t>2:58  But perhaps one of his greatest achievements was he helped create, uh, a new mindset, a mindset, uh, that rejects extremism, uh, breaks the cycle of, uh, reaction, and replaces anger with, uh, compassion, and inculcates love of God.</w:t>
      </w:r>
      <w:r>
        <w:br/>
      </w:r>
      <w:r>
        <w:rPr>
          <w:sz w:val="20"/>
        </w:rPr>
        <w:t>3:14  He taught that, uh, the biggest jihad is not against others but against one's own negativity.</w:t>
      </w:r>
      <w:r>
        <w:br/>
      </w:r>
      <w:r>
        <w:rPr>
          <w:sz w:val="20"/>
        </w:rPr>
        <w:t>3:22  Through more than 200 of his, uh, books, uh, from "God Arises" to "Prophet of Peace" to "Spirit of Islam" and "Quran Commentary," he reintroduced Islam as a religion of, uh, compassion, reason, and spirituality.</w:t>
      </w:r>
      <w:r>
        <w:br/>
      </w:r>
      <w:r>
        <w:rPr>
          <w:sz w:val="20"/>
        </w:rPr>
        <w:t>3:40  And, uh, he did not just stop</w:t>
      </w:r>
      <w:r>
        <w:br/>
      </w:r>
      <w:r>
        <w:rPr>
          <w:sz w:val="20"/>
        </w:rPr>
        <w:t>3:42  at theory. At the age of 75 years, he founded the Center for Peace and Spirituality International, uh, a kind of a movement that, uh, spread from India to far corners of the world, encouraging, uh, uh, positive thinking, interfaith dialogue, building bridges between communities, and, uh, welcoming people, uh, irrespective of faith, to discover God through reflection and gratitude.</w:t>
      </w:r>
      <w:r>
        <w:br/>
      </w:r>
      <w:r>
        <w:rPr>
          <w:sz w:val="20"/>
        </w:rPr>
        <w:t>4:09  Um,</w:t>
      </w:r>
      <w:r>
        <w:br/>
      </w:r>
      <w:r>
        <w:rPr>
          <w:sz w:val="20"/>
        </w:rPr>
        <w:t>4:10  he was awarded many national and international awards. Uh, in India, he got, uh, the top awards like Padma Bhushan, Padma Vibhushan, uh, Rajiv Gandhi Sadhbhavna Award, National Citizen Award, Communal Harmony Award, and many others.</w:t>
      </w:r>
      <w:r>
        <w:br/>
      </w:r>
      <w:r>
        <w:rPr>
          <w:sz w:val="20"/>
        </w:rPr>
        <w:t>4:24  And internationally, he was given the Peace Demagogues International Award, which was given by the Nuclear Disarmament Forum, along with Vladimir Putin of Russia, Archbishop Desmond Tutu, and Princes of Yugoslav</w:t>
      </w:r>
      <w:r>
        <w:br/>
      </w:r>
      <w:r>
        <w:rPr>
          <w:sz w:val="20"/>
        </w:rPr>
        <w:t>4:36  ia. He also, um, uh, was honored with the Lifetime Achievement Award, um, in Canada by ISNA, and the Muslim Forum gave him an award in Abu Dhabi.</w:t>
      </w:r>
      <w:r>
        <w:br/>
      </w:r>
      <w:r>
        <w:rPr>
          <w:sz w:val="20"/>
        </w:rPr>
        <w:t>4:47  Uh, so his journey, uh, carried on, and he never, uh, sort of, uh, uh, focused on the awards, but his work was recognized.</w:t>
      </w:r>
      <w:r>
        <w:br/>
      </w:r>
      <w:r>
        <w:rPr>
          <w:sz w:val="20"/>
        </w:rPr>
        <w:t>4:58  Today, uh, I would say a world divided, uh, needs bridg</w:t>
      </w:r>
      <w:r>
        <w:br/>
      </w:r>
      <w:r>
        <w:rPr>
          <w:sz w:val="20"/>
        </w:rPr>
        <w:t>5:02  es, a world angry needs compassion, and a world restless needs, uh, spirituality, and a world confused, uh, needs clarity.</w:t>
      </w:r>
      <w:r>
        <w:br/>
      </w:r>
      <w:r>
        <w:rPr>
          <w:sz w:val="20"/>
        </w:rPr>
        <w:t>5:10  And, uh, this is exactly what is the role of the Center for Peace and Spirituality International. And, uh, CPS International, along with its members across the world, are carrying forward, uh, uh, his legacy of positivity in a hate-free world.</w:t>
      </w:r>
    </w:p>
    <w:p>
      <w:pPr>
        <w:pStyle w:val="Heading2"/>
      </w:pPr>
      <w:r>
        <w:t>Sandal strap story shows prayer finds solution</w:t>
      </w:r>
    </w:p>
    <w:p>
      <w:r>
        <w:rPr>
          <w:color w:val="666666"/>
          <w:sz w:val="18"/>
        </w:rPr>
        <w:t>Stress Management Jan 25, 2020 - Maulana Wahiduddin Khan · 5m 48s · at 4:57 · https://youtu.be/oK-oYmN2YVA?t=297</w:t>
      </w:r>
    </w:p>
    <w:p>
      <w:r>
        <w:rPr>
          <w:i/>
        </w:rPr>
        <w:t>“Misaal mein ek chhota sa tajriba apna batata hoon”</w:t>
      </w:r>
    </w:p>
    <w:p>
      <w:r>
        <w:rPr>
          <w:sz w:val="20"/>
        </w:rPr>
        <w:t>4:57  misalan mein ek ek chhota sa tajurba apna batata hoon. hai to bohat chhota sa, woh lekin meri zindagi ke mein woh bohat anokha waqea tha.</w:t>
      </w:r>
      <w:r>
        <w:br/>
      </w:r>
      <w:r>
        <w:rPr>
          <w:sz w:val="20"/>
        </w:rPr>
        <w:t>5:12  mein jahan rehta tha, jis gaon mein, us gaon ke</w:t>
      </w:r>
      <w:r>
        <w:br/>
      </w:r>
      <w:r>
        <w:rPr>
          <w:sz w:val="20"/>
        </w:rPr>
        <w:t>5:23  is se taqreeban do mil ke faasle par bazaar tha, sarabir ka bazaar. to hum kabhi kabhi wahan jate thay apne kaam se.</w:t>
      </w:r>
      <w:r>
        <w:br/>
      </w:r>
      <w:r>
        <w:rPr>
          <w:sz w:val="20"/>
        </w:rPr>
        <w:t>5:40  to ek baar ka tajurba woh tha, anokha, woh batata hoon aap ko. ke hamare jo bare bete hain, zafar salam, un ko le kar mein rawana hua apne gaon se</w:t>
      </w:r>
      <w:r>
        <w:br/>
      </w:r>
      <w:r>
        <w:rPr>
          <w:sz w:val="20"/>
        </w:rPr>
        <w:t>6:02  bazaar ki taraf, sarabir ki taraf. to hamare jo bete thay, woh ek chappal pehne hue thay jab hum ja rahe thay, to ek chappal.</w:t>
      </w:r>
      <w:r>
        <w:br/>
      </w:r>
      <w:r>
        <w:rPr>
          <w:sz w:val="20"/>
        </w:rPr>
        <w:t>6:16  beech mein parti thi ek nadi. nadi ke paas jab pohanche to kisi wajah se us ki woh toot gayi.</w:t>
      </w:r>
      <w:r>
        <w:br/>
      </w:r>
      <w:r>
        <w:rPr>
          <w:sz w:val="20"/>
        </w:rPr>
        <w:t>6:29  exactly is ka jo</w:t>
      </w:r>
      <w:r>
        <w:br/>
      </w:r>
      <w:r>
        <w:rPr>
          <w:sz w:val="20"/>
        </w:rPr>
        <w:t>6:33  naam hai, woh mujhe yaad nahi aa raha. baharhal hua yeh ke jab hum woh dono pohanche nadi ke paas, nadi paar kar ke hamein jana tha sarabir, to woh woh jo thi,</w:t>
      </w:r>
      <w:r>
        <w:br/>
      </w:r>
      <w:r>
        <w:rPr>
          <w:sz w:val="20"/>
        </w:rPr>
        <w:t>6:53  woh toot gayi.</w:t>
      </w:r>
      <w:r>
        <w:br/>
      </w:r>
      <w:r>
        <w:rPr>
          <w:sz w:val="20"/>
        </w:rPr>
        <w:t>6:57  ab woh jab toot jaye, strap toot gaya. to ab woh jab toot gaya, woh jab toot jaye to angothe ki pakad mein nahi rehta woh, angotha alag ho jata hai.</w:t>
      </w:r>
      <w:r>
        <w:br/>
      </w:r>
      <w:r>
        <w:rPr>
          <w:sz w:val="20"/>
        </w:rPr>
        <w:t>7:12  woh</w:t>
      </w:r>
      <w:r>
        <w:br/>
      </w:r>
      <w:r>
        <w:rPr>
          <w:sz w:val="20"/>
        </w:rPr>
        <w:t>7:16  to mujhe jana tha sarabir, aur jane ke liye koi wahan koi sazan nahi tha.</w:t>
      </w:r>
      <w:r>
        <w:br/>
      </w:r>
      <w:r>
        <w:rPr>
          <w:sz w:val="20"/>
        </w:rPr>
        <w:t>7:26  na koi</w:t>
      </w:r>
      <w:r>
        <w:br/>
      </w:r>
      <w:r>
        <w:rPr>
          <w:sz w:val="20"/>
        </w:rPr>
        <w:t>7:30  is zamane mein wahan kuch aisa nahi tha ke wahan kuch koi sazan ho. road nahi thi.</w:t>
      </w:r>
      <w:r>
        <w:br/>
      </w:r>
      <w:r>
        <w:rPr>
          <w:sz w:val="20"/>
        </w:rPr>
        <w:t>7:43  to woh alag ho gaya, woh alag ho gaya. to ab mere mind par ek stress pada ke ab kya hoga, ab kaise yahan se sarabir tak jayenge hum.</w:t>
      </w:r>
      <w:r>
        <w:br/>
      </w:r>
      <w:r>
        <w:rPr>
          <w:sz w:val="20"/>
        </w:rPr>
        <w:t>8:02  to ek hadith hai, ek hadith hai ke Allah se mango, yahan tak ke agar tumhare joote ka kya hai woh hadith?</w:t>
      </w:r>
      <w:r>
        <w:br/>
      </w:r>
      <w:r>
        <w:rPr>
          <w:sz w:val="20"/>
        </w:rPr>
        <w:t>8:20  tasma. hatta shsaana aleh. tasma. haan? tasma. haan, tasma. hatta ke tasma toot jaaye to us ko hi maango. matlab woh to mochi ke paas jaana padta hai.</w:t>
      </w:r>
      <w:r>
        <w:br/>
      </w:r>
      <w:r>
        <w:rPr>
          <w:sz w:val="20"/>
        </w:rPr>
        <w:t>8:31  yeh hadees mein hai ke maango. to mujhe woh yeh hadees yaad aayi. aur maine dua karna shuru kiya ke khuda main kya karoon, yahan to koi moti nahi,</w:t>
      </w:r>
      <w:r>
        <w:br/>
      </w:r>
      <w:r>
        <w:rPr>
          <w:sz w:val="20"/>
        </w:rPr>
        <w:t>8:46  koi aadmi nahi.</w:t>
      </w:r>
      <w:r>
        <w:br/>
      </w:r>
      <w:r>
        <w:rPr>
          <w:sz w:val="20"/>
        </w:rPr>
        <w:t>8:51  to zafarsalam ne kya kiya? maine un se kuch kaha nahi, main to dua karta tha ke khuda hai, tasma toot gaya, ab kya karoon?</w:t>
      </w:r>
      <w:r>
        <w:br/>
      </w:r>
      <w:r>
        <w:rPr>
          <w:sz w:val="20"/>
        </w:rPr>
        <w:t>9:02  beech raaste mein. to zafarsalam ne kya kiya ke un ke dil mein kuch aaya hoga, to chappal jo tha woh haath mein le liya.</w:t>
      </w:r>
      <w:r>
        <w:br/>
      </w:r>
      <w:r>
        <w:rPr>
          <w:sz w:val="20"/>
        </w:rPr>
        <w:t>9:16  haath mein. yaani nange paon ho gaye aur chappal haath mein le liya. aur chalne lage.</w:t>
      </w:r>
      <w:r>
        <w:br/>
      </w:r>
      <w:r>
        <w:rPr>
          <w:sz w:val="20"/>
        </w:rPr>
        <w:t>9:28  to maine unhein kuch toka nahi, kyunke main kuch karne ki position mein tha nahi. to hum log isi tarah chalte chalte chalte sarabeer pahunche.</w:t>
      </w:r>
      <w:r>
        <w:br/>
      </w:r>
      <w:r>
        <w:rPr>
          <w:sz w:val="20"/>
        </w:rPr>
        <w:t>9:43  sarabeer pahunche. jo wahan se taqreeban shayad do meel ke faasle par tha.</w:t>
      </w:r>
      <w:r>
        <w:br/>
      </w:r>
      <w:r>
        <w:rPr>
          <w:sz w:val="20"/>
        </w:rPr>
        <w:t>9:54  to yeh ek tajurba hai ke jab stress pada mere mind par to maine kuch kiya nahi, bas dua karne laga. to dua us waqt shuru se ban gayi.</w:t>
      </w:r>
      <w:r>
        <w:br/>
      </w:r>
      <w:r>
        <w:rPr>
          <w:sz w:val="20"/>
        </w:rPr>
        <w:t>10:07  is ka yeh matlab nahi hai ke hamesha aadmi yahi kare, yeh aisa nahi hai.</w:t>
      </w:r>
      <w:r>
        <w:br/>
      </w:r>
      <w:r>
        <w:rPr>
          <w:sz w:val="20"/>
        </w:rPr>
        <w:t>10:19  to un ke dil mein aa gaya bas, yaani joote ka tasma ke aasman se tapka nahi.</w:t>
      </w:r>
      <w:r>
        <w:br/>
      </w:r>
      <w:r>
        <w:rPr>
          <w:sz w:val="20"/>
        </w:rPr>
        <w:t>10:29  un ke dil dil mein aa gaya ke chalo bhai thodi der chalayein, haath mein le lete hain, wahan to mochi mil jayega. yeh bhi ek solution hai.</w:t>
      </w:r>
    </w:p>
    <w:p>
      <w:pPr>
        <w:pStyle w:val="Heading2"/>
      </w:pPr>
      <w:r>
        <w:t>Suffering as blessing, law of nature</w:t>
      </w:r>
    </w:p>
    <w:p>
      <w:r>
        <w:rPr>
          <w:color w:val="666666"/>
          <w:sz w:val="18"/>
        </w:rPr>
        <w:t>The Problem of Suffering December 11, 2007 Maulana Wahiduddin Khan · 4m 36s · at 1:28 · https://youtu.be/OLDzkgsWMRQ?t=88</w:t>
      </w:r>
    </w:p>
    <w:p>
      <w:r>
        <w:rPr>
          <w:i/>
        </w:rPr>
        <w:t>“Instead, suffering is a blessing.”</w:t>
      </w:r>
    </w:p>
    <w:p>
      <w:r>
        <w:rPr>
          <w:sz w:val="20"/>
        </w:rPr>
        <w:t>1:28  instead, suffering is a blessing. suffering is an advantage.</w:t>
      </w:r>
      <w:r>
        <w:br/>
      </w:r>
      <w:r>
        <w:rPr>
          <w:sz w:val="20"/>
        </w:rPr>
        <w:t>1:42  history proves this notion. there are so many people who were born in suffering, but they became super achievers.</w:t>
      </w:r>
      <w:r>
        <w:br/>
      </w:r>
      <w:r>
        <w:rPr>
          <w:sz w:val="20"/>
        </w:rPr>
        <w:t>1:59  it is a fact. in India, you know, it is certain that Nehru was born with a slippery Nehru was born with a silver spoon in his mouth.</w:t>
      </w:r>
      <w:r>
        <w:br/>
      </w:r>
      <w:r>
        <w:rPr>
          <w:sz w:val="20"/>
        </w:rPr>
        <w:t>2:22  it is a fact. and then nehru became the first prime minister of india.</w:t>
      </w:r>
      <w:r>
        <w:br/>
      </w:r>
      <w:r>
        <w:rPr>
          <w:sz w:val="20"/>
        </w:rPr>
        <w:t>2:32  but there are so many other examples. for instance, let us take dr abdul kalam.</w:t>
      </w:r>
      <w:r>
        <w:br/>
      </w:r>
      <w:r>
        <w:rPr>
          <w:sz w:val="20"/>
        </w:rPr>
        <w:t>2:46  abdul kalam was born in a family, in a poor family.</w:t>
      </w:r>
      <w:r>
        <w:br/>
      </w:r>
      <w:r>
        <w:rPr>
          <w:sz w:val="20"/>
        </w:rPr>
        <w:t>2:54  this family was living in abject poverty. so they were not in a position to</w:t>
      </w:r>
      <w:r>
        <w:br/>
      </w:r>
      <w:r>
        <w:rPr>
          <w:sz w:val="20"/>
        </w:rPr>
        <w:t>3:06  to</w:t>
      </w:r>
      <w:r>
        <w:br/>
      </w:r>
      <w:r>
        <w:rPr>
          <w:sz w:val="20"/>
        </w:rPr>
        <w:t>3:13  to give education to their child</w:t>
      </w:r>
      <w:r>
        <w:br/>
      </w:r>
      <w:r>
        <w:rPr>
          <w:sz w:val="20"/>
        </w:rPr>
        <w:t>3:19  . they were not able to pay fee of schools. but you know, dr abdul kalam</w:t>
      </w:r>
      <w:r>
        <w:br/>
      </w:r>
      <w:r>
        <w:rPr>
          <w:sz w:val="20"/>
        </w:rPr>
        <w:t>3:32  rose to the position that he became the president of india. a successful president of india.</w:t>
      </w:r>
      <w:r>
        <w:br/>
      </w:r>
      <w:r>
        <w:rPr>
          <w:sz w:val="20"/>
        </w:rPr>
        <w:t>3:46  so I can say that Nehru was born with a silver spoon in his mouth, and Abdul Kalam was born with an incentive spoon in his mouth.</w:t>
      </w:r>
      <w:r>
        <w:br/>
      </w:r>
      <w:r>
        <w:rPr>
          <w:sz w:val="20"/>
        </w:rPr>
        <w:t>4:10  his condition</w:t>
      </w:r>
      <w:r>
        <w:br/>
      </w:r>
      <w:r>
        <w:rPr>
          <w:sz w:val="20"/>
        </w:rPr>
        <w:t>4:17  provided him great incentive, motivation. although his family's condition was poor, but this poverty inculcated in abdul kalam.</w:t>
      </w:r>
      <w:r>
        <w:br/>
      </w:r>
      <w:r>
        <w:rPr>
          <w:sz w:val="20"/>
        </w:rPr>
        <w:t>4:40  super incentive, super motivation. so this incentive was alternative of all kind of</w:t>
      </w:r>
      <w:r>
        <w:br/>
      </w:r>
      <w:r>
        <w:rPr>
          <w:sz w:val="20"/>
        </w:rPr>
        <w:t>4:56  all kind of advantages.</w:t>
      </w:r>
      <w:r>
        <w:br/>
      </w:r>
      <w:r>
        <w:rPr>
          <w:sz w:val="20"/>
        </w:rPr>
        <w:t>5:02  so i can say that those who were born as a disabled person.</w:t>
      </w:r>
      <w:r>
        <w:br/>
      </w:r>
      <w:r>
        <w:rPr>
          <w:sz w:val="20"/>
        </w:rPr>
        <w:t>5:13  those who were called disabled person. they are not disabled person.</w:t>
      </w:r>
      <w:r>
        <w:br/>
      </w:r>
      <w:r>
        <w:rPr>
          <w:sz w:val="20"/>
        </w:rPr>
        <w:t>5:23  they have super they are super abled person. dont call them disabled person.</w:t>
      </w:r>
      <w:r>
        <w:br/>
      </w:r>
      <w:r>
        <w:rPr>
          <w:sz w:val="20"/>
        </w:rPr>
        <w:t>5:34  better to call them super abled person. why?</w:t>
      </w:r>
      <w:r>
        <w:br/>
      </w:r>
      <w:r>
        <w:rPr>
          <w:sz w:val="20"/>
        </w:rPr>
        <w:t>5:40  it is law of nature. it is law of nature. when nature deprives you in some aspect, he gave it gives more in some other aspect.</w:t>
      </w:r>
    </w:p>
    <w:p>
      <w:pPr>
        <w:pStyle w:val="Heading2"/>
      </w:pPr>
      <w:r>
        <w:t>Qital's sole purpose: ending religious persecution</w:t>
      </w:r>
    </w:p>
    <w:p>
      <w:r>
        <w:rPr>
          <w:color w:val="666666"/>
          <w:sz w:val="18"/>
        </w:rPr>
        <w:t>Building A Creative Personality | 20 Nov 2011 · 3m 02s · at 17:03 · https://youtu.be/jdfhpwfEvKg?t=1023</w:t>
      </w:r>
    </w:p>
    <w:p>
      <w:r>
        <w:rPr>
          <w:i/>
        </w:rPr>
        <w:t>“There's one issue we never resolved: armed jihad, called qital.”</w:t>
      </w:r>
    </w:p>
    <w:p>
      <w:r>
        <w:rPr>
          <w:sz w:val="20"/>
        </w:rPr>
        <w:t>17:03  to woh ijtihad nahi kar sakay.</w:t>
      </w:r>
      <w:r>
        <w:br/>
      </w:r>
      <w:r>
        <w:rPr>
          <w:sz w:val="20"/>
        </w:rPr>
        <w:t>17:09  aur aaj tak woh is mein hum phansay hue hain.</w:t>
      </w:r>
      <w:r>
        <w:br/>
      </w:r>
      <w:r>
        <w:rPr>
          <w:sz w:val="20"/>
        </w:rPr>
        <w:t>17:15  woh kya hai? woh hai muamla musallah jihad ka, jis ko qital kehte hain.</w:t>
      </w:r>
      <w:r>
        <w:br/>
      </w:r>
      <w:r>
        <w:rPr>
          <w:sz w:val="20"/>
        </w:rPr>
        <w:t>17:21  rasool Allah sal Allah alaihi wasallam ke zamanay mein qital hua musallah jihad.</w:t>
      </w:r>
      <w:r>
        <w:br/>
      </w:r>
      <w:r>
        <w:rPr>
          <w:sz w:val="20"/>
        </w:rPr>
        <w:t>17:27  to quran mein yeh ayat hai ke qataloohum hatta la takuna fitna wa yakoon ad-deenu k</w:t>
      </w:r>
      <w:r>
        <w:br/>
      </w:r>
      <w:r>
        <w:rPr>
          <w:sz w:val="20"/>
        </w:rPr>
        <w:t>17:33  llah. yani fitnah ke khatm hone tak qital karo. fitnah ke khatm hone tak qital karo. jab tak fitnah khatm na ho jaye to tab tak qital jaari rakho. fitnah kya tha? fitnah ka matlab wahi hai jis ko hum kehte hain religious persecution. yani mazhabi zabr, mazhabi zabr, mazhabi zulm. qadeem zamana, qadeem zamane mein hazaron saal se saari duniya mein</w:t>
      </w:r>
      <w:r>
        <w:br/>
      </w:r>
      <w:r>
        <w:rPr>
          <w:sz w:val="20"/>
        </w:rPr>
        <w:t>18:03  yeh tha ke aik mazhab wala doosre mazhab ko bardasht nahi karta tha.</w:t>
      </w:r>
      <w:r>
        <w:br/>
      </w:r>
      <w:r>
        <w:rPr>
          <w:sz w:val="20"/>
        </w:rPr>
        <w:t>18:08  mazhabi takrao jari rehta tha hazaron saal tak.</w:t>
      </w:r>
      <w:r>
        <w:br/>
      </w:r>
      <w:r>
        <w:rPr>
          <w:sz w:val="20"/>
        </w:rPr>
        <w:t>18:13  تو اس کو کہتے ہیں religious persecution.</w:t>
      </w:r>
      <w:r>
        <w:br/>
      </w:r>
      <w:r>
        <w:rPr>
          <w:sz w:val="20"/>
        </w:rPr>
        <w:t>18:18  yeh aik bohat bara masla tha.</w:t>
      </w:r>
      <w:r>
        <w:br/>
      </w:r>
      <w:r>
        <w:rPr>
          <w:sz w:val="20"/>
        </w:rPr>
        <w:t>18:23  yani log ibadat karne ke liye azaad nahi thay.</w:t>
      </w:r>
      <w:r>
        <w:br/>
      </w:r>
      <w:r>
        <w:rPr>
          <w:sz w:val="20"/>
        </w:rPr>
        <w:t>18:28  dawat o tabligh ke liye azaad nahi thay. aur</w:t>
      </w:r>
      <w:r>
        <w:br/>
      </w:r>
      <w:r>
        <w:rPr>
          <w:sz w:val="20"/>
        </w:rPr>
        <w:t>18:34  ibadati aur mazhabi sargarmion ke liye azaad nahi thay.</w:t>
      </w:r>
      <w:r>
        <w:br/>
      </w:r>
      <w:r>
        <w:rPr>
          <w:sz w:val="20"/>
        </w:rPr>
        <w:t>18:38  yeh bohat hi bara masla tha.</w:t>
      </w:r>
      <w:r>
        <w:br/>
      </w:r>
      <w:r>
        <w:rPr>
          <w:sz w:val="20"/>
        </w:rPr>
        <w:t>18:42  aur yeh masla is liye tha sangin tha ke Allah ka jo creation plan hai, us ke khilaaf tha yeh.</w:t>
      </w:r>
      <w:r>
        <w:br/>
      </w:r>
      <w:r>
        <w:rPr>
          <w:sz w:val="20"/>
        </w:rPr>
        <w:t>18:47  Allah ne paida kiya insaan ko is dunya mein test ke liye.</w:t>
      </w:r>
      <w:r>
        <w:br/>
      </w:r>
      <w:r>
        <w:rPr>
          <w:sz w:val="20"/>
        </w:rPr>
        <w:t>18:51  to test kaise hoga? is ke liye azaadi zaroori hai.</w:t>
      </w:r>
      <w:r>
        <w:br/>
      </w:r>
      <w:r>
        <w:rPr>
          <w:sz w:val="20"/>
        </w:rPr>
        <w:t>18:55  azaadi deni hai to test kahan se hoga? to jab aap ne pabandi laga di ke aik hi</w:t>
      </w:r>
      <w:r>
        <w:br/>
      </w:r>
      <w:r>
        <w:rPr>
          <w:sz w:val="20"/>
        </w:rPr>
        <w:t>18:59  dhang par tum</w:t>
      </w:r>
      <w:r>
        <w:br/>
      </w:r>
      <w:r>
        <w:rPr>
          <w:sz w:val="20"/>
        </w:rPr>
        <w:t>19:04  , yani aik hi mazhab ko ikhtiyar kar sakte ho, doosra nahi ikhtiyar kar sakte ho, to jabr aa gaya.</w:t>
      </w:r>
      <w:r>
        <w:br/>
      </w:r>
      <w:r>
        <w:rPr>
          <w:sz w:val="20"/>
        </w:rPr>
        <w:t>19:08  جبر آ گیا تو اللہ کا تخلیقی منصوبہ جہاں jeopardize ہونے لگا۔</w:t>
      </w:r>
      <w:r>
        <w:br/>
      </w:r>
      <w:r>
        <w:rPr>
          <w:sz w:val="20"/>
        </w:rPr>
        <w:t>19:13  to Allah taala ko matloob hua ke is soorathal ko khatam kiya jaye jo ke Allah ke takhleeqi</w:t>
      </w:r>
      <w:r>
        <w:br/>
      </w:r>
      <w:r>
        <w:rPr>
          <w:sz w:val="20"/>
        </w:rPr>
        <w:t>19:17  mansoobe ko ke liye masla ban gaya hai.</w:t>
      </w:r>
      <w:r>
        <w:br/>
      </w:r>
      <w:r>
        <w:rPr>
          <w:sz w:val="20"/>
        </w:rPr>
        <w:t>19:22  is liye qitaal hua.</w:t>
      </w:r>
      <w:r>
        <w:br/>
      </w:r>
      <w:r>
        <w:rPr>
          <w:sz w:val="20"/>
        </w:rPr>
        <w:t>19:26  to khatm fitna tak qitaal.</w:t>
      </w:r>
      <w:r>
        <w:br/>
      </w:r>
      <w:r>
        <w:rPr>
          <w:sz w:val="20"/>
        </w:rPr>
        <w:t>19:31  yani jab tak religious persecution khatm na ho, tab tak qitaal. to</w:t>
      </w:r>
      <w:r>
        <w:br/>
      </w:r>
      <w:r>
        <w:rPr>
          <w:sz w:val="20"/>
        </w:rPr>
        <w:t>19:35  rasool Allah sallallahu alaihi wasallam aur sahaba rasool ne jo ladaiyan keen, woh isi maqsad ke liye theen. aur is ke baad kya hua? mukammal khatma ho gaya mazhabi zabr ka, religious persecution ka. Hazrat Umar ke zamane tak khatm ho chuka tha bilkul yeh. lekin is ke baad qital jaari raha. to jahan tak mein samajhta hoon, is tareekh mein sirf do aadmi aise mujhe maloom</w:t>
      </w:r>
    </w:p>
    <w:p>
      <w:pPr>
        <w:pStyle w:val="Heading2"/>
      </w:pPr>
      <w:r>
        <w:t>Choosing the lesser evil in an imperfect world</w:t>
      </w:r>
    </w:p>
    <w:p>
      <w:r>
        <w:rPr>
          <w:color w:val="666666"/>
          <w:sz w:val="18"/>
        </w:rPr>
        <w:t>What is Right Thinking June 23, 2024 · 5m 37s · at 41:30 · https://youtu.be/ZOxcATnAqNs?t=2490</w:t>
      </w:r>
    </w:p>
    <w:p>
      <w:r>
        <w:rPr>
          <w:i/>
        </w:rPr>
        <w:t>“Hamein hamesha lesser evil aur greater evil mein farq seekhna hai”</w:t>
      </w:r>
    </w:p>
    <w:p>
      <w:r>
        <w:rPr>
          <w:sz w:val="20"/>
        </w:rPr>
        <w:t>41:30  aap ek bahut hi important aspect hai, samajhne wala point hai. Maulana ne kaafi likha hai iske bare mein baat kari hai ke humein hamesha we have to learn to differentiate between a lesser evil and a greater evil. Aksar log jo hain result ko nahi dekhte hain aur woh hamesha nakaam hi paate hain kyunke is difference ko nahi jaante woh.</w:t>
      </w:r>
      <w:r>
        <w:br/>
      </w:r>
      <w:r>
        <w:rPr>
          <w:sz w:val="20"/>
        </w:rPr>
        <w:t>41:56  To aap main chahunga ke iske bare mein aap is isko thoda wazeh karein. Difference between lesser evil and greater evil kyunke bahut important subject hai yeh. Bahut important hai kisi ko farq na samajhne ki wajah se saare problem paida hote hain. Asal mein iski jad gayi hai ke man is born an idealist. Ab uski samajh mein nahi aata. Woh har cheez mein best chahta hai.</w:t>
      </w:r>
      <w:r>
        <w:br/>
      </w:r>
      <w:r>
        <w:rPr>
          <w:sz w:val="20"/>
        </w:rPr>
        <w:t>42:22  To agar use kam mil raha hai to woh kaise usko accept karein? To usko samajhna padega ke yeh paradise nahi hai. Yeh duniya hai. Yahan sabke saath zindagi guzarni hai. Adjust karna hai. To yahan par mukhtalif wajuhaat se clash of interest hota hai. To sirf adjustment hi the only possible way jo hai adjustment hi hai.</w:t>
      </w:r>
      <w:r>
        <w:br/>
      </w:r>
      <w:r>
        <w:rPr>
          <w:sz w:val="20"/>
        </w:rPr>
        <w:t>42:48  Yahan par mujhe ek yaad aata hai shayad Kabir ka dhua hai. Chot sahe jo shabd ki vaay guru maidas. To yahi alfaaz it hote hain. Koi fauran maarpeetai thodi shuru ho jaati hai. Alfaaz koi aisa bol deta hai jo humein pasand nahi aata to hum gussa ho jaate hain. To usko samajhna hai ke yeh duniya mein duniya mein ideal humein milega nahi.</w:t>
      </w:r>
      <w:r>
        <w:br/>
      </w:r>
      <w:r>
        <w:rPr>
          <w:sz w:val="20"/>
        </w:rPr>
        <w:t>43:15  Jo mil raha hai bas usi se kaam chalana hai aur ideal ke liye intezaar karna hai aakhirat ka. To is duniya mein jo choice hai hamare liye woh khair aur sharr ke darmiyan nahi balki lesser evil aur greater evil ke darmiyan hai. Jisko hum keh sakte hain badi burai aur chhoti burai.</w:t>
      </w:r>
      <w:r>
        <w:br/>
      </w:r>
      <w:r>
        <w:rPr>
          <w:sz w:val="20"/>
        </w:rPr>
        <w:t>43:37  Aur Hady Tumhar ne ek baar farmaya tha ke danishmand woh nahi jo sar ke muqable mein khair ko jaane balki danishmand woh hai jo do sar mein se yeh jaane ke behtar sar kaun hai? Lesser evil kaun hai? To isi ko Maulana ne kaha hai lesser evil aur greater evil. Asal mein yeh samajhna padega ke koi bhi mamla ho to us mamle mein do party hoti hai.</w:t>
      </w:r>
      <w:r>
        <w:br/>
      </w:r>
      <w:r>
        <w:rPr>
          <w:sz w:val="20"/>
        </w:rPr>
        <w:t>44:04  Agar hum chahenge ke har baar bas apni marzi ke mutabiq hum wahan mein solution mile to yeh to possible nahi hai aur jo hai jab tak ke doosri party bhi razaman na ho jaye tab tak mamla jo hal nahi ho sakta hai. To bilkul yahi jo aaj Palestine aur Israel mein ho raha hai ke Palestine wale Arab chahte hain ke hamari marzi ke mutabiq woh ho, shool ho.</w:t>
      </w:r>
      <w:r>
        <w:br/>
      </w:r>
      <w:r>
        <w:rPr>
          <w:sz w:val="20"/>
        </w:rPr>
        <w:t>44:32  Yeh to ho nahi sakta yeh possible hi nahi hai. To dono ko jo hai dono party ke mutabiq vasool hogi tabhi vasool hogi. Warna aise hi ladte rahenge. To mamle ko what is possible ke usmein dekhna hai. Na ki what is ideal, what is perfect. Balki what is possible.</w:t>
      </w:r>
      <w:r>
        <w:br/>
      </w:r>
      <w:r>
        <w:rPr>
          <w:sz w:val="20"/>
        </w:rPr>
        <w:t>44:57  To possible to yahi hai ke hum doosre ka bhi viewpoint ko saamne rakhein aur uske mutabiq ek ek ek balanced way of thinking ke mutabiq ek faisla karein jo ke dono ke liye acceptable ho. To jo log peace with justice ko bracket karte hain woh bilkul galat hai. Kyunke amn bar bar Maulana likha hai ke amn insaaf ke liye nahi hota balki amn opportunities haasil karne ke liye hota hai.</w:t>
      </w:r>
      <w:r>
        <w:br/>
      </w:r>
      <w:r>
        <w:rPr>
          <w:sz w:val="20"/>
        </w:rPr>
        <w:t>45:27  Jab opportunities milenge aur hum unko sahi tareeqe se avail kar payenge amn bhara amn ke usool par. Sul ki na ki amn bhara justice ke usool par ki.</w:t>
      </w:r>
      <w:r>
        <w:br/>
      </w:r>
      <w:r>
        <w:rPr>
          <w:sz w:val="20"/>
        </w:rPr>
        <w:t>45:54  To wahi agar yeh log kuch na karein sirf Rasoolullah sallallahu alaihi wasallam ki zindagi ko aapke namune ko behrai se samjhein aur uske mutabiq amal karein. To aaj unke saare masle hal ho sakte hain. To yeh Maulana bar bar likhte the ke zyada hi zindagi mein to aap ideal ko apna nishana bana sakte hain. Kyunke hum akele hain. Hum kitna bhi ideal tareeqe se koi kaam karna chahein to koi rukawat nahi hai.</w:t>
      </w:r>
      <w:r>
        <w:br/>
      </w:r>
      <w:r>
        <w:rPr>
          <w:sz w:val="20"/>
        </w:rPr>
        <w:t>46:23  Lekin ishtemayi zindagi mein hum social life mein hum agar aisa karenge to yeh namumkin hai. Ishtemayi zindagi mein humein practical van jaana hai aur apne apni individual life mein hum hum aisa kar sakte hain ke hum ideal chalayein.</w:t>
      </w:r>
      <w:r>
        <w:br/>
      </w:r>
      <w:r>
        <w:rPr>
          <w:sz w:val="20"/>
        </w:rPr>
        <w:t>46:42  Ji aur aap yeh bhi hai do benefit iske yeh bhi hain ke one that it saves you from further loss And secondly, it helps you to save your time so that you can do better planning to achieve your objective. Nahi to aapka yahi hoga jo Maulana ne shayad ek alwasaala mein likha tha ke a foolish man does what a wise one does but after great loss.</w:t>
      </w:r>
      <w:r>
        <w:br/>
      </w:r>
      <w:r>
        <w:rPr>
          <w:sz w:val="20"/>
        </w:rPr>
        <w:t>47:07  To aisa na ho isliye lesser evil aur greater evil ko yeh difference ko samajhna bahut zaroori hai. Ab aakhiri sawal lene se pehle yeh ek sawal, poochna chahunga aapse. Yeh Rohit Kumar ji ne likha hai Amrit sir se. Unhone likha hai ke hum apni negative thinking ko kaise door karein? Kaise isse khud ko bachayein? Iske bare mein batayein. Aapne iske bare mein abhi bataya bhi hai lekin shayad kuch aur chahte hain aap</w:t>
      </w:r>
    </w:p>
    <w:p>
      <w:pPr>
        <w:pStyle w:val="Heading2"/>
      </w:pPr>
      <w:r>
        <w:t>Crusades and spiritual replanning lesson</w:t>
      </w:r>
    </w:p>
    <w:p>
      <w:r>
        <w:rPr>
          <w:color w:val="666666"/>
          <w:sz w:val="18"/>
        </w:rPr>
        <w:t>Importance of Re-Planning November 6, 2022 · 5m 46s · at 37:53 · https://youtu.be/5rg4BU0r5Ow?t=2273</w:t>
      </w:r>
    </w:p>
    <w:p>
      <w:r>
        <w:rPr>
          <w:i/>
        </w:rPr>
        <w:t>“Crusades do sau saal tak jari raheen”</w:t>
      </w:r>
    </w:p>
    <w:p>
      <w:r>
        <w:rPr>
          <w:sz w:val="20"/>
        </w:rPr>
        <w:t>37:53  ji aur aap agar hum aise hi ek aur matlab different context mein agar hum example ko dekhein history mein to jo crusade shuru hue which started in January aur woh intermittently December tak musalsal chalte rahe and it was basically the onslaught of western nations against islam.</w:t>
      </w:r>
      <w:r>
        <w:br/>
      </w:r>
      <w:r>
        <w:rPr>
          <w:sz w:val="20"/>
        </w:rPr>
        <w:t>38:19  lekin hum dekhte hain ki kaise christians re planning karte hain crusades ke baad? to uske hawale se bhi aap thoda aur hamein samjhaiye ki kaise replanning jo hai ek situation ko negative se positive mein badal deti hai ya kis tarah se hum jahan par haar rahe hote hain, hum ekdam jeet jate hain. to yeh ek bahut bada history samay example milta hai crusades ko lekar. iske bare mein bataein.</w:t>
      </w:r>
      <w:r>
        <w:br/>
      </w:r>
      <w:r>
        <w:rPr>
          <w:sz w:val="20"/>
        </w:rPr>
        <w:t>38:49  crusades do sau saal tak jaari rahin. yeh das sau pachaanve se barah sau ikyanve do sau saal. to yeh baitul maqdis ko lekar ke tha. asal mein baitul maqdis jo jerusalem hai wahan par sabke muqaddas yaadgaare hain.</w:t>
      </w:r>
      <w:r>
        <w:br/>
      </w:r>
      <w:r>
        <w:rPr>
          <w:sz w:val="20"/>
        </w:rPr>
        <w:t>39:09  yudiyon ki bhi, isaiyon ki bhi aur musalmanon ki us mamle mein hai ki rasoolullah sausalam wahan par meraj ke safar mein wahan gaye the aur wahan tamam paigambar aaye the aur aapki imamat mein namaz padi thi. to yeh tha to teeno jo semitic religions hai unke liye woh muqaddas jagah thi.</w:t>
      </w:r>
      <w:r>
        <w:br/>
      </w:r>
      <w:r>
        <w:rPr>
          <w:sz w:val="20"/>
        </w:rPr>
        <w:t>39:34  to jab musalmanon ne baitul maqdis ko hazrat umar ke zamane mein hi yeh falasteen ka qabza ho gaya tha. to kai taqreeban hazaar varsh tak musalmanon ke paas raha. phir europe mein iske khilaf bahut zyada hua ki isko humko apne is par iske liye jang karni chahiye aur yeh humko apne kabze mein karna chahiye. baitul maqdis ko.</w:t>
      </w:r>
      <w:r>
        <w:br/>
      </w:r>
      <w:r>
        <w:rPr>
          <w:sz w:val="20"/>
        </w:rPr>
        <w:t>40:02  kyunki zyada tar to wahan par isai logon ki ye huddiyon ki bahut zyada yaadgar hain. rajat maseeh wahan paida paidaish ka bhi hai wahan par sab kuch unka yaadgar wahin par hai. to tamam Europe walon ne milkar jang ki lekin woh musalmanon ko hara nahi sake. to bahut vardas qism ki sakht qism ki defeat unki hui. to woh bahut hi zinda qaum the.</w:t>
      </w:r>
      <w:r>
        <w:br/>
      </w:r>
      <w:r>
        <w:rPr>
          <w:sz w:val="20"/>
        </w:rPr>
        <w:t>40:29  unhone socha ki yeh musalmanon ko maidan-e-jang mein hum hara nahi sakte. to unhone usko ilm ke maidan mein harana chaha. to unhone sara ilm hasil kiya sabse pehle to Spain mein jo musalmanon ka ilm tha usko unhone sare kitabon ka tarjuma karwaya. wahan jaakar unhone taleem hasil ki. to woh uske baad unhone us par bahut zyada kaam kiya.</w:t>
      </w:r>
      <w:r>
        <w:br/>
      </w:r>
      <w:r>
        <w:rPr>
          <w:sz w:val="20"/>
        </w:rPr>
        <w:t>40:58  maseed us par kaam kiya. taqreeban solahvin sadi tak Europe mein yeh kitabein jo musalmanon ne tayyar ki thi Spain mein. woh baqayda textbook ke taur par padhai jati thi. to ab unhone ek isko unhone spiritual crusade kaha.</w:t>
      </w:r>
      <w:r>
        <w:br/>
      </w:r>
      <w:r>
        <w:rPr>
          <w:sz w:val="20"/>
        </w:rPr>
        <w:t>41:16  to spiritual crusade yahi tha ilm ilm ke maidan mein spiritual crusade aur unhone itna mehnat ki chaar sau paanch sau saal ki unhone ek bura ekdam naya age liya hai. woh science ka itna zabardast tarah ki aur baqayda tamam ilme unhone nature par tehqeeq ki. nature ki tehqeeq jo hai woh musalmanon ne shuru kiya tha.</w:t>
      </w:r>
      <w:r>
        <w:br/>
      </w:r>
      <w:r>
        <w:rPr>
          <w:sz w:val="20"/>
        </w:rPr>
        <w:t>41:42  kaafi had tak unhone kaam kiya tha lekin chuki musalmanon mein yeh siyasi ukhed pachhad bahut zyada thi aur kuch kuch dino mein ek dynasty khatm ho jati thi aur dynasty mein ek dynasty hoti thi jab aur uske saath chuki pehle zamane mein badshahi ilm ko ki funding karta tha. ilm ko patronize karta tha aalim ko.</w:t>
      </w:r>
      <w:r>
        <w:br/>
      </w:r>
      <w:r>
        <w:rPr>
          <w:sz w:val="20"/>
        </w:rPr>
        <w:t>42:07  to agar jab badshah nahi raha to woh sab unko koi unka pattern khatm ho jata tha. to is tarah se woh kaam ruk jata tha. ab ki tarah nahi hai ki ab jaise yeh dhare hote hain. ek ek hukoomat aaye ya doosri hukoomat aaye isse koi fark nahi padta. lekin pehle yahi badshah aur yeh nawab aur raja yahi log patronize karte the ilm ko.</w:t>
      </w:r>
      <w:r>
        <w:br/>
      </w:r>
      <w:r>
        <w:rPr>
          <w:sz w:val="20"/>
        </w:rPr>
        <w:t>42:33  to is wajah se woh musalmanon ka ilm jo hai woh khatm hota ja raha tha aur jo ottoman empire thi lekin unhone isko kuch ilm ko bahut zyada ahmad nahi di. to woh bahut sare aise the bade bade scientist jo european court mein chale gaye. to is tarike se yeh kaam jo hai aage badhta raha badhta raha.</w:t>
      </w:r>
      <w:r>
        <w:br/>
      </w:r>
      <w:r>
        <w:rPr>
          <w:sz w:val="20"/>
        </w:rPr>
        <w:t>43:01  nature ki tehqeeq unhone itni zyada ki ki science aur technology mein itni unhone tarrke kar li ki ek poora daur unhone le aaye aur sirf bedul magdesh nahi balki poori duniya ko unhone colonize kar liya. to yeh re planning jo hai yeh zindakhon mein karti hain aur unhone foran ek minute bhi apna lamba lamba apna barbaad nahi kiya.</w:t>
      </w:r>
      <w:r>
        <w:br/>
      </w:r>
      <w:r>
        <w:rPr>
          <w:sz w:val="20"/>
        </w:rPr>
        <w:t>43:27  foran doosre maidan mein lag gaye jahan unke liye opportunities bahut zyada thi aur usmein unhone tarrke ki aur sari duniya ko apne kabze mein kar liya.</w:t>
      </w:r>
      <w:r>
        <w:br/>
      </w:r>
      <w:r>
        <w:rPr>
          <w:sz w:val="20"/>
        </w:rPr>
        <w:t>43:39  ab musalmanon ko dekhiye, falasteen mein jab yeh hua jab bal four declaration hua nineteen forty seven mein aur falasteen ka do hissa bana aur jabki achha hissa musalmanon ko diya gaya tha aur jo zara desert wagera type ke the woh yahudiyon ko diya gaya tha. lekin musalmanon ne usko accept nahi kiya. jabki musalmanon ko sochna chahiye tha ki hazaar baras humne hukoomat kiye.</w:t>
      </w:r>
    </w:p>
    <w:p>
      <w:pPr>
        <w:pStyle w:val="Heading2"/>
      </w:pPr>
      <w:r>
        <w:t>The strange story behind the book title God Rises</w:t>
      </w:r>
    </w:p>
    <w:p>
      <w:r>
        <w:rPr>
          <w:color w:val="666666"/>
          <w:sz w:val="18"/>
        </w:rPr>
        <w:t>Glimpses from My Life January 4, 2009 · 6m 10s · at 47:22 · https://youtu.be/qLpcIX-hlC0?t=2842</w:t>
      </w:r>
    </w:p>
    <w:p>
      <w:r>
        <w:rPr>
          <w:i/>
        </w:rPr>
        <w:t>“Iss Arabi tarjume ka bahut ajeeb qissa hai”</w:t>
      </w:r>
    </w:p>
    <w:p>
      <w:r>
        <w:rPr>
          <w:sz w:val="20"/>
        </w:rPr>
        <w:t>47:22  is Arabic tarjume ka bohat ajeeb qissa hai.</w:t>
      </w:r>
      <w:r>
        <w:br/>
      </w:r>
      <w:r>
        <w:rPr>
          <w:sz w:val="20"/>
        </w:rPr>
        <w:t>47:25  1965 mein aur 1966 mein mein lucknow mein tha, nadwah mein. Is waqt meri english bhi kamzor thi.</w:t>
      </w:r>
      <w:r>
        <w:br/>
      </w:r>
      <w:r>
        <w:rPr>
          <w:sz w:val="20"/>
        </w:rPr>
        <w:t>47:36  Mein kuch zyada janta nahi tha english ke bare mein. Aur koi ek bhi mere paas aisa aadmi nahi tha jo english mein meri baaton ko translate kar sake.</w:t>
      </w:r>
      <w:r>
        <w:br/>
      </w:r>
      <w:r>
        <w:rPr>
          <w:sz w:val="20"/>
        </w:rPr>
        <w:t>47:45  Hamare ek saath khandan ke dost hua karte the,</w:t>
      </w:r>
      <w:r>
        <w:br/>
      </w:r>
      <w:r>
        <w:rPr>
          <w:sz w:val="20"/>
        </w:rPr>
        <w:t>47:50  woh Mr. Ansari. Woh chale gaye Pakistan 47 mein. Woh mere bohat dost the, woh.</w:t>
      </w:r>
      <w:r>
        <w:br/>
      </w:r>
      <w:r>
        <w:rPr>
          <w:sz w:val="20"/>
        </w:rPr>
        <w:t>47:58  Unko maine apni kuch cheezein bhijwain, urdu ki, ke woh translate kar dein usko angrezi mein. Lekin unhone kuch bhi nahi kiya. Aur bhi kai log jo angrezan the, aindah aanay walay, unko maine chaha ke tarjuma karein.</w:t>
      </w:r>
      <w:r>
        <w:br/>
      </w:r>
      <w:r>
        <w:rPr>
          <w:sz w:val="20"/>
        </w:rPr>
        <w:t>48:11  Kisi ne kuch nahi kiya.</w:t>
      </w:r>
      <w:r>
        <w:br/>
      </w:r>
      <w:r>
        <w:rPr>
          <w:sz w:val="20"/>
        </w:rPr>
        <w:t>48:14  Woh waqt tha jab ke mein khud likh nahi sakta tha. Doosra koi milta nahi tha jo meri kitabon ka tarjuma kare. Toh zohar ka waqt tha, nadwah ki masjid mein mein dakhil hua.</w:t>
      </w:r>
      <w:r>
        <w:br/>
      </w:r>
      <w:r>
        <w:rPr>
          <w:sz w:val="20"/>
        </w:rPr>
        <w:t>48:27  Toh mera mamool tha ke mein dahni taraf bilkul deewar se mil kar baitha karta tha, second row mein. First row mein kabhi nahi baitha mein.</w:t>
      </w:r>
      <w:r>
        <w:br/>
      </w:r>
      <w:r>
        <w:rPr>
          <w:sz w:val="20"/>
        </w:rPr>
        <w:t>48:35  Second row mein, dahni taraf. Toh maine sunnat parhi, yaani azan hui zohar ki, masjid mein gaya. Sunnat parhi, sunnat parh ke mein apni aadat ke mutabiq mein deewar ki taraf baith gaya, second row mein.</w:t>
      </w:r>
      <w:r>
        <w:br/>
      </w:r>
      <w:r>
        <w:rPr>
          <w:sz w:val="20"/>
        </w:rPr>
        <w:t>48:50  Is waqt mujhe ek ek ek vision aaya, vision. Ek bohat hi anokha tajurba yeh hai.</w:t>
      </w:r>
      <w:r>
        <w:br/>
      </w:r>
      <w:r>
        <w:rPr>
          <w:sz w:val="20"/>
        </w:rPr>
        <w:t>48:58  Ek vision aaya.</w:t>
      </w:r>
      <w:r>
        <w:br/>
      </w:r>
      <w:r>
        <w:rPr>
          <w:sz w:val="20"/>
        </w:rPr>
        <w:t>49:00  Is vision mein mein apni zuban se achanak nikla, "God arises." Achanak "God arises." Is waqt mein janta nahi tha "God arises" ka matlab kya hai.</w:t>
      </w:r>
      <w:r>
        <w:br/>
      </w:r>
      <w:r>
        <w:rPr>
          <w:sz w:val="20"/>
        </w:rPr>
        <w:t>49:12  Kuch bhi iska mujhe nahi pata tha mujhe. Namaz ke baad wapas aaya toh maine teacher se consult kiya, toh maloom hua ke yeh biblical expression hai, "Let God arise.</w:t>
      </w:r>
      <w:r>
        <w:br/>
      </w:r>
      <w:r>
        <w:rPr>
          <w:sz w:val="20"/>
        </w:rPr>
        <w:t>49:25  "Let His enemies be scattered." Toh</w:t>
      </w:r>
      <w:r>
        <w:br/>
      </w:r>
      <w:r>
        <w:rPr>
          <w:sz w:val="20"/>
        </w:rPr>
        <w:t>49:29  "Let God arise" jo hai bible mein, isi se meri zuban pe aaya tha ke "God arises." Toh yaani apparently it was the title of English translation ya English book.</w:t>
      </w:r>
      <w:r>
        <w:br/>
      </w:r>
      <w:r>
        <w:rPr>
          <w:sz w:val="20"/>
        </w:rPr>
        <w:t>49:44  Is waqt door door bhi mere zehen mein nahi tha ke meri kitab jo hai english mein chhape gi. Bas ek title mujhe ek vision mein mil gaya. Woh maine likha tha isi waqt.</w:t>
      </w:r>
      <w:r>
        <w:br/>
      </w:r>
      <w:r>
        <w:rPr>
          <w:sz w:val="20"/>
        </w:rPr>
        <w:t>49:56  Yaani mein wapas aaya apne room par.</w:t>
      </w:r>
      <w:r>
        <w:br/>
      </w:r>
      <w:r>
        <w:rPr>
          <w:sz w:val="20"/>
        </w:rPr>
        <w:t>49:59  Toh maine kya kiya ke is waqt yeh nikalta tha parcha angrezi mein, neeche heralds ko liya maine aur us mein se letters kaate maine.</w:t>
      </w:r>
      <w:r>
        <w:br/>
      </w:r>
      <w:r>
        <w:rPr>
          <w:sz w:val="20"/>
        </w:rPr>
        <w:t>50:15  Yaani "God", "G-O-D God" kaata us mein se. "G" kaata, "O" kaata, "D" kaata. Phir "Arises", "A-R-I-S-E-S" sab us mein se letter kaate.</w:t>
      </w:r>
      <w:r>
        <w:br/>
      </w:r>
      <w:r>
        <w:rPr>
          <w:sz w:val="20"/>
        </w:rPr>
        <w:t>50:25  Kaat kar maine chipkaya ek cheez us par.</w:t>
      </w:r>
      <w:r>
        <w:br/>
      </w:r>
      <w:r>
        <w:rPr>
          <w:sz w:val="20"/>
        </w:rPr>
        <w:t>50:28  Abhi bhi woh maujood hai mere kamre mein. Jo maine chipka ke banaya tha, "God arises." Yaani motay bold letters mein.</w:t>
      </w:r>
      <w:r>
        <w:br/>
      </w:r>
      <w:r>
        <w:rPr>
          <w:sz w:val="20"/>
        </w:rPr>
        <w:t>50:38  Bas ek khwab tha, ek dream tha, ek romantic idea tha ke meri koi kitab ho gi jis ka naam ho ga "God arises", uska title ho ga.</w:t>
      </w:r>
      <w:r>
        <w:br/>
      </w:r>
      <w:r>
        <w:rPr>
          <w:sz w:val="20"/>
        </w:rPr>
        <w:t>50:47  Toh is waqt nadwah mein jo mera kamra tha, wahan par maine der tak yahi karta raha ke kahin se "G" nikala, kahin se "O" nikala, kahin se "D" nikala.</w:t>
      </w:r>
      <w:r>
        <w:br/>
      </w:r>
      <w:r>
        <w:rPr>
          <w:sz w:val="20"/>
        </w:rPr>
        <w:t>50:56  Phir kahin se "A" nikala, "R" nikala, "I", "SE" sab nikala. Toh ek ek ek post card size ka ek mere paas tha, ek kaghaz.</w:t>
      </w:r>
      <w:r>
        <w:br/>
      </w:r>
      <w:r>
        <w:rPr>
          <w:sz w:val="20"/>
        </w:rPr>
        <w:t>51:08  Us par chipkaya maine, "God arises." Us par date bhi likhi hui hai. Woh card bhi mere paas maujood hai kamre mein.</w:t>
      </w:r>
      <w:r>
        <w:br/>
      </w:r>
      <w:r>
        <w:rPr>
          <w:sz w:val="20"/>
        </w:rPr>
        <w:t>51:15  to ek sapna tha, sapna. lekin kya hua, Allah taala ne is ke baad, yaani is kitaab ke Arabic tarjuma kiya tha Dr ZafarIslam ne.</w:t>
      </w:r>
      <w:r>
        <w:br/>
      </w:r>
      <w:r>
        <w:rPr>
          <w:sz w:val="20"/>
        </w:rPr>
        <w:t>51:27  aur aur is ka jo English tarjuma kiya, woh Dr Fareeda Khalam ne kiya. aur bohat zyada unhon ne jihad kiya is ke liye. kyunke dekhiye, main jo Urdu kitaab likhi thi, to mere paas khud woh saara English kitaabon se liya gaya tha.</w:t>
      </w:r>
      <w:r>
        <w:br/>
      </w:r>
      <w:r>
        <w:rPr>
          <w:sz w:val="20"/>
        </w:rPr>
        <w:t>51:43  Different libraries se main main is ko likhne ke liye gaya, Chandigarh gaya, Lucknow gaya, Faizabad gaya. aur Delhi aaya.</w:t>
      </w:r>
      <w:r>
        <w:br/>
      </w:r>
      <w:r>
        <w:rPr>
          <w:sz w:val="20"/>
        </w:rPr>
        <w:t>51:54  bohat se maine safar kiye, libraryon mein. to mere paas kitaab khud apni nahi thi. libraryon se le kar ke maine woh kitaab likhi thi.</w:t>
      </w:r>
      <w:r>
        <w:br/>
      </w:r>
      <w:r>
        <w:rPr>
          <w:sz w:val="20"/>
        </w:rPr>
        <w:t>52:03  is mein sankron references the woh.</w:t>
      </w:r>
      <w:r>
        <w:br/>
      </w:r>
      <w:r>
        <w:rPr>
          <w:sz w:val="20"/>
        </w:rPr>
        <w:t>52:07  ab sawal yeh tha ke ab jo tarjuma kiya jaye to to translation ka translation to kuch nahi theek ho ga. hamein original English woh chahiye thi,</w:t>
      </w:r>
      <w:r>
        <w:br/>
      </w:r>
      <w:r>
        <w:rPr>
          <w:sz w:val="20"/>
        </w:rPr>
        <w:t>52:20  quotation. to mere paas kitaab thi nahi. to Dr Fareeda Khalam deewana waar unhon ne kaam kiya ke libraryon pe jaati thi kitaab dhoondne ke liye.</w:t>
      </w:r>
      <w:r>
        <w:br/>
      </w:r>
      <w:r>
        <w:rPr>
          <w:sz w:val="20"/>
        </w:rPr>
        <w:t>52:32  is mein ek sahib the Poona mein, Ikram sahib, IAS, un ka naam hai, Ikram sahib, abhi bhi woh hain. unhon ne ek kaam kiya ke saari kitaabon ki list banai.</w:t>
      </w:r>
      <w:r>
        <w:br/>
      </w:r>
      <w:r>
        <w:rPr>
          <w:sz w:val="20"/>
        </w:rPr>
        <w:t>52:45  jin ke reference aaye the hamari kitaab mein. to kai page par woh list bana banai thi unhon ne.</w:t>
      </w:r>
      <w:r>
        <w:br/>
      </w:r>
      <w:r>
        <w:rPr>
          <w:sz w:val="20"/>
        </w:rPr>
        <w:t>52:51  is kitaab, is is is pe, is is in pages ko le kar ke jo Ikram sahib ne, jo IAS the, jaati thi Delhi library mein, Jamia ki library mein, Nehru library mein, pata nahi kahan kahan, public library mein.</w:t>
      </w:r>
      <w:r>
        <w:br/>
      </w:r>
      <w:r>
        <w:rPr>
          <w:sz w:val="20"/>
        </w:rPr>
        <w:t>53:08  un kitaabon ko dhoondti thi. is quotation ko nikalti thi is mein se. to bohat lambi effort ke baad unhon ne "God Rises" ka tarjuma English zabaan mein kiya.</w:t>
      </w:r>
      <w:r>
        <w:br/>
      </w:r>
      <w:r>
        <w:rPr>
          <w:sz w:val="20"/>
        </w:rPr>
        <w:t>53:20  is tarah se woh chapa 1985 mein. ji to English translation chapa hai 1985 mein. phir is mein Dr Saani Hussain sahib ka bohat hi bara role hai.</w:t>
      </w:r>
    </w:p>
    <w:p>
      <w:pPr>
        <w:pStyle w:val="Heading2"/>
      </w:pPr>
      <w:r>
        <w:t>Story of Aisha and collective tawba revelation</w:t>
      </w:r>
    </w:p>
    <w:p>
      <w:r>
        <w:rPr>
          <w:color w:val="666666"/>
          <w:sz w:val="18"/>
        </w:rPr>
        <w:t>Collective Repentance I Feb 24, 2013 Maulana Wahiduddin Khan · 5m 22s · at 5:57 · https://youtu.be/lkkolxAL38c?t=357</w:t>
      </w:r>
    </w:p>
    <w:p>
      <w:r>
        <w:rPr>
          <w:i/>
        </w:rPr>
        <w:t>“Surah An-Nur utri thi hijrat ke paanchwe saal”</w:t>
      </w:r>
    </w:p>
    <w:p>
      <w:r>
        <w:rPr>
          <w:sz w:val="20"/>
        </w:rPr>
        <w:t>5:57  Surah Al-Noor utri thi hijrat ke paanchwein saal.</w:t>
      </w:r>
      <w:r>
        <w:br/>
      </w:r>
      <w:r>
        <w:rPr>
          <w:sz w:val="20"/>
        </w:rPr>
        <w:t>6:05  is mein ek waqea hua tha ke Rasool Allah ek safar pe gaye. bohat se sahaba aap ke saath thay aur aap ki ahliyah Hazrat Aisha bhi aap ke saath gayeen.</w:t>
      </w:r>
      <w:r>
        <w:br/>
      </w:r>
      <w:r>
        <w:rPr>
          <w:sz w:val="20"/>
        </w:rPr>
        <w:t>6:20  to wapsi mein jab ke ek maqam par raat ko padao dala gaya tha, phir subah pehle, subah se pehle wahan se log rawana hue.</w:t>
      </w:r>
      <w:r>
        <w:br/>
      </w:r>
      <w:r>
        <w:rPr>
          <w:sz w:val="20"/>
        </w:rPr>
        <w:t>6:35  to rawangi mein ek</w:t>
      </w:r>
      <w:r>
        <w:br/>
      </w:r>
      <w:r>
        <w:rPr>
          <w:sz w:val="20"/>
        </w:rPr>
        <w:t>6:38  haath, ek ek ek ek muamla pesh aa gaya. is ki wajah se Hazrat Aisha pachhad gayeen, reh gayeen qafile mein.</w:t>
      </w:r>
      <w:r>
        <w:br/>
      </w:r>
      <w:r>
        <w:rPr>
          <w:sz w:val="20"/>
        </w:rPr>
        <w:t>6:53  is ka qissa aap janna chahen to aap Surah Al-Noor ki tafseer mein dekh sakte hain. har tafseer mein aap ko yeh qissa mil jayega.</w:t>
      </w:r>
      <w:r>
        <w:br/>
      </w:r>
      <w:r>
        <w:rPr>
          <w:sz w:val="20"/>
        </w:rPr>
        <w:t>7:04  to phir kya hua ke Hazrat Aisha</w:t>
      </w:r>
      <w:r>
        <w:br/>
      </w:r>
      <w:r>
        <w:rPr>
          <w:sz w:val="20"/>
        </w:rPr>
        <w:t>7:10  ne jab dekha ke mein akeli hoon, jahan par padao dala tha logon ne, jab woh log nikal ke chale gaye, raat ka waqt tha, kisi ne dekha nahi.</w:t>
      </w:r>
      <w:r>
        <w:br/>
      </w:r>
      <w:r>
        <w:rPr>
          <w:sz w:val="20"/>
        </w:rPr>
        <w:t>7:20  to Hazrat Aisha ko mehsoos hua ke mein to akeli hoon, log chale gaye. to chadar odh kar wahan par woh let gayeen.</w:t>
      </w:r>
      <w:r>
        <w:br/>
      </w:r>
      <w:r>
        <w:rPr>
          <w:sz w:val="20"/>
        </w:rPr>
        <w:t>7:30  to pehle zamane mein yeh aqa'idah hota tha ke is tarah ke safaron mein ek aadmi muqarrar hota tha ke tum ko peeche, sab se peeche aana hai.</w:t>
      </w:r>
      <w:r>
        <w:br/>
      </w:r>
      <w:r>
        <w:rPr>
          <w:sz w:val="20"/>
        </w:rPr>
        <w:t>7:42  yaani sab log jab ja chuke hain to baad ko tumhein chalna hai. taake koi</w:t>
      </w:r>
      <w:r>
        <w:br/>
      </w:r>
      <w:r>
        <w:rPr>
          <w:sz w:val="20"/>
        </w:rPr>
        <w:t>7:49  koi cheez chhoot gayi hai, koi insaan chhoot gaya hai, koi baat ho gayi hai to woh tum jano is ko aur is ko theek thaak karo. to is mauqe par ek thay Safwan, un ka naam tha, ek naujawan sahabi.</w:t>
      </w:r>
      <w:r>
        <w:br/>
      </w:r>
      <w:r>
        <w:rPr>
          <w:sz w:val="20"/>
        </w:rPr>
        <w:t>8:03  woh is kaam ke liye muqarrar thay.</w:t>
      </w:r>
      <w:r>
        <w:br/>
      </w:r>
      <w:r>
        <w:rPr>
          <w:sz w:val="20"/>
        </w:rPr>
        <w:t>8:06  to woh baad ko rawana hue. to baad ko jab so kar uthe rawangi ke liye to unhon ne dekha ke koi soya hua hai wahan par.</w:t>
      </w:r>
      <w:r>
        <w:br/>
      </w:r>
      <w:r>
        <w:rPr>
          <w:sz w:val="20"/>
        </w:rPr>
        <w:t>8:19  to qareeb gaye to maloom hua ke yeh to Hazrat Aisha hain.</w:t>
      </w:r>
      <w:r>
        <w:br/>
      </w:r>
      <w:r>
        <w:rPr>
          <w:sz w:val="20"/>
        </w:rPr>
        <w:t>8:25  to koi baat cheet nahi hui dono mein. Safwan ne yeh kiya ke apna oont wahan laye aur oont ko wahan bitha diya.</w:t>
      </w:r>
      <w:r>
        <w:br/>
      </w:r>
      <w:r>
        <w:rPr>
          <w:sz w:val="20"/>
        </w:rPr>
        <w:t>8:35  yeh ishara tha ke aap is par sawaar ho jayen. koi baat cheet nahi hui. oont ko bitha diya. to Hazrat Aisha is oont par baith gayeen.</w:t>
      </w:r>
      <w:r>
        <w:br/>
      </w:r>
      <w:r>
        <w:rPr>
          <w:sz w:val="20"/>
        </w:rPr>
        <w:t>8:47  aur phir Safwan aage aage oont ki jo nakeel hoti hai us ko pakad kar chale. to aage aage paidal chal rahe thay Safwan aur oont par baithi hui thi Hazrat Aisha.</w:t>
      </w:r>
      <w:r>
        <w:br/>
      </w:r>
      <w:r>
        <w:rPr>
          <w:sz w:val="20"/>
        </w:rPr>
        <w:t>9:00  to jab Madine mein dakhil hue</w:t>
      </w:r>
      <w:r>
        <w:br/>
      </w:r>
      <w:r>
        <w:rPr>
          <w:sz w:val="20"/>
        </w:rPr>
        <w:t>9:06  to logon ne dekha ke Hazrat Aisha akeli chali aa rahi hain ek naujawan sahabi ke saath.</w:t>
      </w:r>
      <w:r>
        <w:br/>
      </w:r>
      <w:r>
        <w:rPr>
          <w:sz w:val="20"/>
        </w:rPr>
        <w:t>9:16  to wahan to kuch log thay aise mukhalif, woh kuch shoshe ki talash mein rehte thay.</w:t>
      </w:r>
      <w:r>
        <w:br/>
      </w:r>
      <w:r>
        <w:rPr>
          <w:sz w:val="20"/>
        </w:rPr>
        <w:t>9:25  to ek shosha mila in ko. to aise logon ka sardar tha abdullah ibn abi. jab abdullah ibn abi ko yeh maloom hua ke is tarah aai hain aisha to us ne ek shosha chhod diya.</w:t>
      </w:r>
      <w:r>
        <w:br/>
      </w:r>
      <w:r>
        <w:rPr>
          <w:sz w:val="20"/>
        </w:rPr>
        <w:t>9:43  ek jumla us ne kaha ke "wallah ma najat minhu wa ma naja minha". bas yeh bohat hi zehreela jumla tha, zehreela.</w:t>
      </w:r>
      <w:r>
        <w:br/>
      </w:r>
      <w:r>
        <w:rPr>
          <w:sz w:val="20"/>
        </w:rPr>
        <w:t>9:57  "wallah ma najat minhu wa ma naja minha". aur yeh saare madine mein phail gaya.</w:t>
      </w:r>
      <w:r>
        <w:br/>
      </w:r>
      <w:r>
        <w:rPr>
          <w:sz w:val="20"/>
        </w:rPr>
        <w:t>10:04  ek afwah ke roop mein. riwayat batati hain ke sara madina jo tha us se mutasir ho gaya. aam taur par log negative ho gaye is khabar ko lekar.</w:t>
      </w:r>
      <w:r>
        <w:br/>
      </w:r>
      <w:r>
        <w:rPr>
          <w:sz w:val="20"/>
        </w:rPr>
        <w:t>10:18  yahan tak ke khud Hazrat Rasool, khud Hazrat Aisha ki jo family thi, family</w:t>
      </w:r>
      <w:r>
        <w:br/>
      </w:r>
      <w:r>
        <w:rPr>
          <w:sz w:val="20"/>
        </w:rPr>
        <w:t>10:26  aur Rasool Allah ki jo family thi woh khud mutasir ho gayi. is ki tafseel aap riwayat mein dekh sakte hain.</w:t>
      </w:r>
      <w:r>
        <w:br/>
      </w:r>
      <w:r>
        <w:rPr>
          <w:sz w:val="20"/>
        </w:rPr>
        <w:t>10:35  is waqt yeh ayat utri ke tum ne bohat badi ghalti ki hai. saare madine walon ne aisi galat baat kyun maan li?</w:t>
      </w:r>
      <w:r>
        <w:br/>
      </w:r>
      <w:r>
        <w:rPr>
          <w:sz w:val="20"/>
        </w:rPr>
        <w:t>10:46  itni negative thinking kaise tumhare andar aa gayi? sunte hi tum ko kehna chahiye tha ke yeh to galat hai, yeh to jhoot hai. to is waqt yeh ayat utri thi</w:t>
      </w:r>
      <w:r>
        <w:br/>
      </w:r>
      <w:r>
        <w:rPr>
          <w:sz w:val="20"/>
        </w:rPr>
        <w:t>11:01  ke "taubo ilallah jameea aiha al-musalmoon". a</w:t>
      </w:r>
      <w:r>
        <w:br/>
      </w:r>
      <w:r>
        <w:rPr>
          <w:sz w:val="20"/>
        </w:rPr>
        <w:t>11:07  e musalmano! sab mil kar tauba karo. "lakum tuflihoon". isi tauba se tum ko falaah milegi.</w:t>
      </w:r>
    </w:p>
    <w:p>
      <w:pPr>
        <w:pStyle w:val="Heading2"/>
      </w:pPr>
      <w:r>
        <w:t>Cain's regret teaches to think before acting</w:t>
      </w:r>
    </w:p>
    <w:p>
      <w:r>
        <w:rPr>
          <w:color w:val="666666"/>
          <w:sz w:val="18"/>
        </w:rPr>
        <w:t>Lessons from The Quran 30 Apr 2014 - Maulana Wahiduddin Khan · 5m 07s · at 21:33 · https://youtu.be/lhFmEWbbP2E?t=1293</w:t>
      </w:r>
    </w:p>
    <w:p>
      <w:r>
        <w:rPr>
          <w:i/>
        </w:rPr>
        <w:t>“What a strange lesson this is!”</w:t>
      </w:r>
    </w:p>
    <w:p>
      <w:r>
        <w:rPr>
          <w:sz w:val="20"/>
        </w:rPr>
        <w:t>21:33  kaisa ajeeb sabak hai yeh! phir is mein yeh bhi sabak hai ke qatal karna, yani bhai ne bhai ko qatal kar diya.</w:t>
      </w:r>
      <w:r>
        <w:br/>
      </w:r>
      <w:r>
        <w:rPr>
          <w:sz w:val="20"/>
        </w:rPr>
        <w:t>21:43  acha, qatal ke baad kya mila is ko? koi faida mila? koi khushi mili? kuch bhi nahi mila. afsos, nadamat yeh mila.</w:t>
      </w:r>
      <w:r>
        <w:br/>
      </w:r>
      <w:r>
        <w:rPr>
          <w:sz w:val="20"/>
        </w:rPr>
        <w:t>21:57  is mein yeh bhi sabak hai ke koi iqdam jab karo to pehle socho is ke ke is ka result, result kya hoga?</w:t>
      </w:r>
      <w:r>
        <w:br/>
      </w:r>
      <w:r>
        <w:rPr>
          <w:sz w:val="20"/>
        </w:rPr>
        <w:t>22:08  yani bhai ne jab bhai ko mara to peshgi sochta agar yeh ke marne ke baad kya hoga? marne ke baad mujhe sharminda hona padega?</w:t>
      </w:r>
      <w:r>
        <w:br/>
      </w:r>
      <w:r>
        <w:rPr>
          <w:sz w:val="20"/>
        </w:rPr>
        <w:t>22:23  mujhe pata chalega ke main to kaway se bhi kam janta hoon. to agar is result ko sochta ho to qatal ka kaam na karta ho.</w:t>
      </w:r>
      <w:r>
        <w:br/>
      </w:r>
      <w:r>
        <w:rPr>
          <w:sz w:val="20"/>
        </w:rPr>
        <w:t>22:37  to is mein kitna bara sabak hai, kitna bara sabak hai ke aye insaan, koi jab iqdam to karo, qatal ka iqdam karo, kisi ko gaali do, kisi se ghussa karo,</w:t>
      </w:r>
      <w:r>
        <w:br/>
      </w:r>
      <w:r>
        <w:rPr>
          <w:sz w:val="20"/>
        </w:rPr>
        <w:t>22:51  kisi ke khilaf inteqaam ki karwai karo, kisi ka maal chheeno, to soch lo pehle ke result kya hoga, nateeja kya hoga?</w:t>
      </w:r>
      <w:r>
        <w:br/>
      </w:r>
      <w:r>
        <w:rPr>
          <w:sz w:val="20"/>
        </w:rPr>
        <w:t>23:09  yani result oriented thinking bhi is ke andar maujood hai.</w:t>
      </w:r>
      <w:r>
        <w:br/>
      </w:r>
      <w:r>
        <w:rPr>
          <w:sz w:val="20"/>
        </w:rPr>
        <w:t>23:18  is ke andar kyunke dekhiye, waqia batata hai ke agarchay is nay apnay bhai ko maar dala, lekin faida toh kuch bhi nahi mila rahi is ko.</w:t>
      </w:r>
      <w:r>
        <w:br/>
      </w:r>
      <w:r>
        <w:rPr>
          <w:sz w:val="20"/>
        </w:rPr>
        <w:t>23:29  jis cheez ko woh samajhta tha, ab apna nuqsan, is nuqsan ki talafi toh hui nahi, woh toh apni jagah baqi raha.</w:t>
      </w:r>
      <w:r>
        <w:br/>
      </w:r>
      <w:r>
        <w:rPr>
          <w:sz w:val="20"/>
        </w:rPr>
        <w:t>23:39  yani bhai ko maar kar bhi is ko koi faida nahi mila. toh is mein yeh aadmi ke liye sabaq hai ke aisa kaam tum kyun karo ke itni bari, yani itna bara bhayanak waqia karne ke baad bhi toh koi milay kuch nahi?</w:t>
      </w:r>
      <w:r>
        <w:br/>
      </w:r>
      <w:r>
        <w:rPr>
          <w:sz w:val="20"/>
        </w:rPr>
        <w:t>24:01  toh bhai ko maar dalo aur milay kuch nahi?</w:t>
      </w:r>
      <w:r>
        <w:br/>
      </w:r>
      <w:r>
        <w:rPr>
          <w:sz w:val="20"/>
        </w:rPr>
        <w:t>24:07  bhai ko maar dalo toh milay kuch nahi? riwayat mein aata hai ke maarne ke baad woh bhai jo tha, us ki laash ko kandhay par rakha aur diwangi ke sath ghoomta dete thay.</w:t>
      </w:r>
      <w:r>
        <w:br/>
      </w:r>
      <w:r>
        <w:rPr>
          <w:sz w:val="20"/>
        </w:rPr>
        <w:t>24:20  haye! mein nay kya kiya? haye! mein nay kya kiya? yani bhai ki dead body ko kandhay par rakh kar ke deewana war ghoomta raha idhar udhar.</w:t>
      </w:r>
      <w:r>
        <w:br/>
      </w:r>
      <w:r>
        <w:rPr>
          <w:sz w:val="20"/>
        </w:rPr>
        <w:t>24:30  yani wohin nahi hua tha waqia jahan is nay apnay bhai ko qatal kiya tha, wohin wohin nahi. kawa aaya,</w:t>
      </w:r>
      <w:r>
        <w:br/>
      </w:r>
      <w:r>
        <w:rPr>
          <w:sz w:val="20"/>
        </w:rPr>
        <w:t>24:41  kawa wohin ka wohin foran foran, yani isi waqt durn andar nahi aa gaya. woh apnay bhai ki laash ko liye phirta raha gham mein aur afsos mein</w:t>
      </w:r>
      <w:r>
        <w:br/>
      </w:r>
      <w:r>
        <w:rPr>
          <w:sz w:val="20"/>
        </w:rPr>
        <w:t>24:53  ke haye! mein nay kya kiya? phir aakhir mein kawa aaya.</w:t>
      </w:r>
      <w:r>
        <w:br/>
      </w:r>
      <w:r>
        <w:rPr>
          <w:sz w:val="20"/>
        </w:rPr>
        <w:t>25:01  toh yeh kitna bara sabaq hai ke koi iqdam karo toh pehle socho. agar iqdam mein koi nateeja nahi karne wala hai, tab toh karo, nahi toh iqdam hi mat karo,</w:t>
      </w:r>
      <w:r>
        <w:br/>
      </w:r>
      <w:r>
        <w:rPr>
          <w:sz w:val="20"/>
        </w:rPr>
        <w:t>25:17  iqdam hi mat karo.</w:t>
      </w:r>
      <w:r>
        <w:br/>
      </w:r>
      <w:r>
        <w:rPr>
          <w:sz w:val="20"/>
        </w:rPr>
        <w:t>25:22  mein samajhta hoon ke yeh itna bara sabaq hai jo insani tareekh ke aaghaz mein diya gaya tha. insani tareekh ke aaghaz mein ke tumhara amal jo hai,</w:t>
      </w:r>
      <w:r>
        <w:br/>
      </w:r>
      <w:r>
        <w:rPr>
          <w:sz w:val="20"/>
        </w:rPr>
        <w:t>25:35  result oriented rehna chahiye, warna kya hoga? afsos, nakami mein izafa, sharmindagi.</w:t>
      </w:r>
      <w:r>
        <w:br/>
      </w:r>
      <w:r>
        <w:rPr>
          <w:sz w:val="20"/>
        </w:rPr>
        <w:t>25:46  zahair hai ke woh bhai jo tha, jis nay mara tha, yaqeenan sari umar woh sharminda hi raha hoga ke</w:t>
      </w:r>
      <w:r>
        <w:br/>
      </w:r>
      <w:r>
        <w:rPr>
          <w:sz w:val="20"/>
        </w:rPr>
        <w:t>25:54  haye! mein nay kya kiya? bhai ko maar dala, mila kuch bhi nahi. aap sochiye, woh bhai sari umar hamesha raha hoga sharmindagi mein, afsos mein, rota raha hoga.</w:t>
      </w:r>
      <w:r>
        <w:br/>
      </w:r>
      <w:r>
        <w:rPr>
          <w:sz w:val="20"/>
        </w:rPr>
        <w:t>26:11  ab dekhen, kya mila is ko? apni energy zaya ki, is nay apna waqt zaya kiya, is nay. ab woh sochta hoga yaqeenan ke mein aur bhai dono taqat thay, mein us ki taqat tha</w:t>
      </w:r>
    </w:p>
    <w:p>
      <w:pPr>
        <w:pStyle w:val="Heading2"/>
      </w:pPr>
      <w:r>
        <w:t>Germany and Japan: success through planning on remainder</w:t>
      </w:r>
    </w:p>
    <w:p>
      <w:r>
        <w:rPr>
          <w:color w:val="666666"/>
          <w:sz w:val="18"/>
        </w:rPr>
        <w:t>Prophetic Guidance | October 04, 2015 · 5m 03s · at 27:45 · https://youtu.be/xkQO53EdaVU?t=1665</w:t>
      </w:r>
    </w:p>
    <w:p>
      <w:r>
        <w:rPr>
          <w:i/>
        </w:rPr>
        <w:t>“Japan and Germany both lost territory after war.”</w:t>
      </w:r>
    </w:p>
    <w:p>
      <w:r>
        <w:rPr>
          <w:sz w:val="20"/>
        </w:rPr>
        <w:t>27:45  nishanaat mujhe dikhai nahi dete.</w:t>
      </w:r>
      <w:r>
        <w:br/>
      </w:r>
      <w:r>
        <w:rPr>
          <w:sz w:val="20"/>
        </w:rPr>
        <w:t>27:53  main aap ko misaal deta hoon.</w:t>
      </w:r>
      <w:r>
        <w:br/>
      </w:r>
      <w:r>
        <w:rPr>
          <w:sz w:val="20"/>
        </w:rPr>
        <w:t>28:00  dekhein, japan aik mulk hai, aap jante hain asia ka, aur germany aik mulk hai europe ka.</w:t>
      </w:r>
      <w:r>
        <w:br/>
      </w:r>
      <w:r>
        <w:rPr>
          <w:sz w:val="20"/>
        </w:rPr>
        <w:t>28:08  dono mulkon ke sath wahi waqea hua ke un ka kuch hissa chhin gaya, kuch hissa baqi reh</w:t>
      </w:r>
      <w:r>
        <w:br/>
      </w:r>
      <w:r>
        <w:rPr>
          <w:sz w:val="20"/>
        </w:rPr>
        <w:t>28:15  gaya. jaise pakistan ka hissa chhin gaya, kuch baqi raha. falasteen mein arbon ka kuch hissa chhin gaya, kuch baqi raha. same case tha japan ka aur germany ka second world war ke baad. to yeh Allah taala ne nishani qaim kar, yeh yeh bhi nishani hai. sirf woh khaddar jo hain sham ke ilaqe mein kahin jo ab wajood bhi un ka nahi hai, sirf kuch eent, eent, eent pathar hain wahan kuch. bas isi ko samajhte hain ke is aayat ka</w:t>
      </w:r>
      <w:r>
        <w:br/>
      </w:r>
      <w:r>
        <w:rPr>
          <w:sz w:val="20"/>
        </w:rPr>
        <w:t>28:45  matlab yeh bhi nishani hai.</w:t>
      </w:r>
      <w:r>
        <w:br/>
      </w:r>
      <w:r>
        <w:rPr>
          <w:sz w:val="20"/>
        </w:rPr>
        <w:t>28:50  Allah taala ne japan mein nishani rakhi thi, germany mein nishani rakhi thi, singapore mein nishani rakhi thi.</w:t>
      </w:r>
      <w:r>
        <w:br/>
      </w:r>
      <w:r>
        <w:rPr>
          <w:sz w:val="20"/>
        </w:rPr>
        <w:t>28:55  is se koi sabak nahi.</w:t>
      </w:r>
      <w:r>
        <w:br/>
      </w:r>
      <w:r>
        <w:rPr>
          <w:sz w:val="20"/>
        </w:rPr>
        <w:t>29:00  woh kaise? germany dekhiye, second world war mein baqayda jang mein shareek hua.</w:t>
      </w:r>
      <w:r>
        <w:br/>
      </w:r>
      <w:r>
        <w:rPr>
          <w:sz w:val="20"/>
        </w:rPr>
        <w:t>29:05  sab se bara member tha germany second world war.</w:t>
      </w:r>
      <w:r>
        <w:br/>
      </w:r>
      <w:r>
        <w:rPr>
          <w:sz w:val="20"/>
        </w:rPr>
        <w:t>29:10  aap jante hain ke</w:t>
      </w:r>
      <w:r>
        <w:br/>
      </w:r>
      <w:r>
        <w:rPr>
          <w:sz w:val="20"/>
        </w:rPr>
        <w:t>29:15  wahan do mahaz bane the, allied aur axis, axis forces aur allied forces.</w:t>
      </w:r>
      <w:r>
        <w:br/>
      </w:r>
      <w:r>
        <w:rPr>
          <w:sz w:val="20"/>
        </w:rPr>
        <w:t>29:20  to aik ka woh sardar tha germany.</w:t>
      </w:r>
      <w:r>
        <w:br/>
      </w:r>
      <w:r>
        <w:rPr>
          <w:sz w:val="20"/>
        </w:rPr>
        <w:t>29:26  lekin jab jang khatam hui to kya hua? germany ka jo mulk hai, is ka aik hissa chhin</w:t>
      </w:r>
      <w:r>
        <w:br/>
      </w:r>
      <w:r>
        <w:rPr>
          <w:sz w:val="20"/>
        </w:rPr>
        <w:t>29:31  gaya us se, jis ko hum kehte hain east germany.</w:t>
      </w:r>
      <w:r>
        <w:br/>
      </w:r>
      <w:r>
        <w:rPr>
          <w:sz w:val="20"/>
        </w:rPr>
        <w:t>29:36  ab to nahin hai woh, lekin east germany.</w:t>
      </w:r>
      <w:r>
        <w:br/>
      </w:r>
      <w:r>
        <w:rPr>
          <w:sz w:val="20"/>
        </w:rPr>
        <w:t>29:41  east germany ne khud berlin ka</w:t>
      </w:r>
      <w:r>
        <w:br/>
      </w:r>
      <w:r>
        <w:rPr>
          <w:sz w:val="20"/>
        </w:rPr>
        <w:t>29:46  jo capital city hai, us ka bhi aik hissa shamil tha.</w:t>
      </w:r>
      <w:r>
        <w:br/>
      </w:r>
      <w:r>
        <w:rPr>
          <w:sz w:val="20"/>
        </w:rPr>
        <w:t>29:53  to world war war jab khatam hui to germany ka aik hissa is se chhin gaya tha.</w:t>
      </w:r>
      <w:r>
        <w:br/>
      </w:r>
      <w:r>
        <w:rPr>
          <w:sz w:val="20"/>
        </w:rPr>
        <w:t>30:01  jis tarah arbon se chhin, jis tarah pakistan se chhin.</w:t>
      </w:r>
      <w:r>
        <w:br/>
      </w:r>
      <w:r>
        <w:rPr>
          <w:sz w:val="20"/>
        </w:rPr>
        <w:t>30:08  yeh germany to japan ka jo leader tha, us ne fitrat ke qanoon ko samjha,</w:t>
      </w:r>
      <w:r>
        <w:br/>
      </w:r>
      <w:r>
        <w:rPr>
          <w:sz w:val="20"/>
        </w:rPr>
        <w:t>30:16  fitrat ke qanoon ko samjha.</w:t>
      </w:r>
      <w:r>
        <w:br/>
      </w:r>
      <w:r>
        <w:rPr>
          <w:sz w:val="20"/>
        </w:rPr>
        <w:t>30:21  us ne baqi maada germany ko le kar planning ki apni.</w:t>
      </w:r>
      <w:r>
        <w:br/>
      </w:r>
      <w:r>
        <w:rPr>
          <w:sz w:val="20"/>
        </w:rPr>
        <w:t>30:26  yeh germany ko bhula diya.</w:t>
      </w:r>
      <w:r>
        <w:br/>
      </w:r>
      <w:r>
        <w:rPr>
          <w:sz w:val="20"/>
        </w:rPr>
        <w:t>30:31  yeh germany ko bhula diya bilkul, jo jo russia ke qabze mein chala gaya tha, commercial russia.</w:t>
      </w:r>
      <w:r>
        <w:br/>
      </w:r>
      <w:r>
        <w:rPr>
          <w:sz w:val="20"/>
        </w:rPr>
        <w:t>30:36  to to west germany ya baqi maada germany ki buniyad par unhon ne planning ki apni.</w:t>
      </w:r>
      <w:r>
        <w:br/>
      </w:r>
      <w:r>
        <w:rPr>
          <w:sz w:val="20"/>
        </w:rPr>
        <w:t>30:41  aap jante hain kya hua?</w:t>
      </w:r>
      <w:r>
        <w:br/>
      </w:r>
      <w:r>
        <w:rPr>
          <w:sz w:val="20"/>
        </w:rPr>
        <w:t>30:47  aaj germany poore europe ka number one country bana hua hai, industrial sense mein.</w:t>
      </w:r>
      <w:r>
        <w:br/>
      </w:r>
      <w:r>
        <w:rPr>
          <w:sz w:val="20"/>
        </w:rPr>
        <w:t>30:54  aaj germany poore europe ka industrial leader bana hua hai.</w:t>
      </w:r>
      <w:r>
        <w:br/>
      </w:r>
      <w:r>
        <w:rPr>
          <w:sz w:val="20"/>
        </w:rPr>
        <w:t>31:02  aur aakhir mein phir east germany bhi mil gaya is ko, woh bhi mil gaya.</w:t>
      </w:r>
      <w:r>
        <w:br/>
      </w:r>
      <w:r>
        <w:rPr>
          <w:sz w:val="20"/>
        </w:rPr>
        <w:t>31:10  lekin is ne jo planning ki, woh baqi maada germany par ki, kal germany par nahin.</w:t>
      </w:r>
      <w:r>
        <w:br/>
      </w:r>
      <w:r>
        <w:rPr>
          <w:sz w:val="20"/>
        </w:rPr>
        <w:t>31:18  jo germany is ke hath se chala gaya tha second world war mein, us ko bhula diya, us</w:t>
      </w:r>
      <w:r>
        <w:br/>
      </w:r>
      <w:r>
        <w:rPr>
          <w:sz w:val="20"/>
        </w:rPr>
        <w:t>31:23  ko chhod diya.</w:t>
      </w:r>
      <w:r>
        <w:br/>
      </w:r>
      <w:r>
        <w:rPr>
          <w:sz w:val="20"/>
        </w:rPr>
        <w:t>31:28  aur jo jo germany ka jo part abhi bhi is ke paas maujood tha, yani west germany, un</w:t>
      </w:r>
      <w:r>
        <w:br/>
      </w:r>
      <w:r>
        <w:rPr>
          <w:sz w:val="20"/>
        </w:rPr>
        <w:t>31:33  ka do hisse ban gaye the is zamane mein, west germany aur east germany.</w:t>
      </w:r>
      <w:r>
        <w:br/>
      </w:r>
      <w:r>
        <w:rPr>
          <w:sz w:val="20"/>
        </w:rPr>
        <w:t>31:38  to east germany ko bhula diya aur west germany par apni planning ki hui.</w:t>
      </w:r>
      <w:r>
        <w:br/>
      </w:r>
      <w:r>
        <w:rPr>
          <w:sz w:val="20"/>
        </w:rPr>
        <w:t>31:43  to aaj misaal ke taur par dekhiye, printing machinery jo hai,</w:t>
      </w:r>
      <w:r>
        <w:br/>
      </w:r>
      <w:r>
        <w:rPr>
          <w:sz w:val="20"/>
        </w:rPr>
        <w:t>31:48  duniya mein bohat poora kaam hai printing ka.</w:t>
      </w:r>
      <w:r>
        <w:br/>
      </w:r>
      <w:r>
        <w:rPr>
          <w:sz w:val="20"/>
        </w:rPr>
        <w:t>31:53  chhapayi ka kaam is zamane mein bohat hi zyada bada hai.</w:t>
      </w:r>
      <w:r>
        <w:br/>
      </w:r>
      <w:r>
        <w:rPr>
          <w:sz w:val="20"/>
        </w:rPr>
        <w:t>31:59  to printing machinery jo hai, sab se achhi samjhi jati hai germany ki.</w:t>
      </w:r>
      <w:r>
        <w:br/>
      </w:r>
      <w:r>
        <w:rPr>
          <w:sz w:val="20"/>
        </w:rPr>
        <w:t>32:04  tamam printing technology, tamam printing masheen germany se log khareedte hain.</w:t>
      </w:r>
      <w:r>
        <w:br/>
      </w:r>
      <w:r>
        <w:rPr>
          <w:sz w:val="20"/>
        </w:rPr>
        <w:t>32:09  germany se khareedte hain aur aur isi tarah doosri cheezein.</w:t>
      </w:r>
      <w:r>
        <w:br/>
      </w:r>
      <w:r>
        <w:rPr>
          <w:sz w:val="20"/>
        </w:rPr>
        <w:t>32:14  to baqi maada par planning ke nateejay mein germany</w:t>
      </w:r>
      <w:r>
        <w:br/>
      </w:r>
      <w:r>
        <w:rPr>
          <w:sz w:val="20"/>
        </w:rPr>
        <w:t>32:19  thori muddat ke andar poore europe ka sardar ban gaya.</w:t>
      </w:r>
      <w:r>
        <w:br/>
      </w:r>
      <w:r>
        <w:rPr>
          <w:sz w:val="20"/>
        </w:rPr>
        <w:t>32:25  sab se zyada stable economy is waqt germany ki hai.</w:t>
      </w:r>
      <w:r>
        <w:br/>
      </w:r>
      <w:r>
        <w:rPr>
          <w:sz w:val="20"/>
        </w:rPr>
        <w:t>32:31  yeh maamla japan ka second world war ke baad japan par atom bomb giraya gaya.</w:t>
      </w:r>
      <w:r>
        <w:br/>
      </w:r>
      <w:r>
        <w:rPr>
          <w:sz w:val="20"/>
        </w:rPr>
        <w:t>32:37  is ke hiroshima aur nagasaki tabah hui.</w:t>
      </w:r>
      <w:r>
        <w:br/>
      </w:r>
      <w:r>
        <w:rPr>
          <w:sz w:val="20"/>
        </w:rPr>
        <w:t>32:43  mazeed yeh ke japan ka ek bohat bara jazeera, jis ka naam okinawa</w:t>
      </w:r>
    </w:p>
    <w:p>
      <w:pPr>
        <w:pStyle w:val="Heading2"/>
      </w:pPr>
      <w:r>
        <w:t>The West's technology as an answered Sahaba prayer</w:t>
      </w:r>
    </w:p>
    <w:p>
      <w:r>
        <w:rPr>
          <w:color w:val="666666"/>
          <w:sz w:val="18"/>
        </w:rPr>
        <w:t>Collective Repentance 24th February 2013 · 3m 55s · at 33:25 · https://youtu.be/TNw6muKhfpU?t=2005</w:t>
      </w:r>
    </w:p>
    <w:p>
      <w:r>
        <w:rPr>
          <w:i/>
        </w:rPr>
        <w:t>“Sahaba-e-Kiram ne dua ki thi ke Khudaya, hamare liye sahulat ka daur paida farma”</w:t>
      </w:r>
    </w:p>
    <w:p>
      <w:r>
        <w:rPr>
          <w:sz w:val="20"/>
        </w:rPr>
        <w:t>33:25  to is ke maani hain ke sahaba karam ne dua ki thi ke Khuda ya! hamare liye aik sahulat ka daur paida farma. yeh jo daur tha pehle ke hum Allah ko aik nahi keh sakte the,</w:t>
      </w:r>
      <w:r>
        <w:br/>
      </w:r>
      <w:r>
        <w:rPr>
          <w:sz w:val="20"/>
        </w:rPr>
        <w:t>33:40  Allah ki parastish nahi kar sakte the, Allah ki ibadat nahi kar sakte the, har jagah maar peet hoti thi, yani mushrik banne ki aazadi thi, muahhid banne ki aazadi nahi thi.</w:t>
      </w:r>
      <w:r>
        <w:br/>
      </w:r>
      <w:r>
        <w:rPr>
          <w:sz w:val="20"/>
        </w:rPr>
        <w:t>33:54  kaisa ajeeb daur tha pehle zamaney mein! Quran mein hai ke "wa ma naqam min hum illa ayub billah al-aziz al-hamid".</w:t>
      </w:r>
      <w:r>
        <w:br/>
      </w:r>
      <w:r>
        <w:rPr>
          <w:sz w:val="20"/>
        </w:rPr>
        <w:t>34:03  is ka matlab tha qadeem zamaney mein hazaron saal tak yeh duniya mein culture tha ke mushrik bane to aap aazad hain, muahhid bane to aap ko mara jayega.</w:t>
      </w:r>
      <w:r>
        <w:br/>
      </w:r>
      <w:r>
        <w:rPr>
          <w:sz w:val="20"/>
        </w:rPr>
        <w:t>34:15  is daur ko khatam sahaba ne dua ki ke yeh daur khatam ho. Khuda ya!</w:t>
      </w:r>
      <w:r>
        <w:br/>
      </w:r>
      <w:r>
        <w:rPr>
          <w:sz w:val="20"/>
        </w:rPr>
        <w:t>34:20  yeh kaisi museebat hai ke Khuda ki duniya mein aadmi Khuda parasti ka tareeqa nahi ikhtiyar kar sakta. to Allah taala ne tofeeq diya ahl-e-maghrib ko aur unhon ne sari cheezein badal din.</w:t>
      </w:r>
      <w:r>
        <w:br/>
      </w:r>
      <w:r>
        <w:rPr>
          <w:sz w:val="20"/>
        </w:rPr>
        <w:t>34:35  aik taraf unhon ne scientific technology paida ki, is technology se yeh sara nayi nayi cheezein samne aayin.</w:t>
      </w:r>
      <w:r>
        <w:br/>
      </w:r>
      <w:r>
        <w:rPr>
          <w:sz w:val="20"/>
        </w:rPr>
        <w:t>34:44  doosre unhon ne, yani woh bhi badla, yani phaat bhi badla, culture bhi badla. yeh jitni cheezein aayin hain, chahe aazadi ho, jo democracy ho, secularism ho, yeh sab kaun laya hai? wohi to laye hain, wohi log.</w:t>
      </w:r>
      <w:r>
        <w:br/>
      </w:r>
      <w:r>
        <w:rPr>
          <w:sz w:val="20"/>
        </w:rPr>
        <w:t>35:02  iski waja se aap ke liye mumkin hai ke aap anti-authority bolte hain aur koi aap ko pakadta nahin hai. aap apne mazhab ki tableegh karte hain aur koi pakadta nahin hai.</w:t>
      </w:r>
      <w:r>
        <w:br/>
      </w:r>
      <w:r>
        <w:rPr>
          <w:sz w:val="20"/>
        </w:rPr>
        <w:t>35:15  yeh sari, yaani haqeeqat ke aitbaar se, sab Allah ki blessings hain. yeh sab kis ki Allah ki blessings hain. lekin Allah ne kis ko zariya banaya is is blessing ko saamne laane ka?</w:t>
      </w:r>
      <w:r>
        <w:br/>
      </w:r>
      <w:r>
        <w:rPr>
          <w:sz w:val="20"/>
        </w:rPr>
        <w:t>35:27  inhin ko banaya phir us zariya. achha, jab woh bana chuke to aap unka enemy, dushman bane. yaani jeeb mein mobile rakhe hue hain aur dushman wohi hai jo jis ne mobile ko, yaani tayyar kiya hai.</w:t>
      </w:r>
      <w:r>
        <w:br/>
      </w:r>
      <w:r>
        <w:rPr>
          <w:sz w:val="20"/>
        </w:rPr>
        <w:t>35:44  woh industries jin se mobile bana, camera bana, computer bana, car bana, hawai jahaz bana, yeh sari industries kis ne paida ki?</w:t>
      </w:r>
      <w:r>
        <w:br/>
      </w:r>
      <w:r>
        <w:rPr>
          <w:sz w:val="20"/>
        </w:rPr>
        <w:t>35:55  yeh industries kis ne laya?</w:t>
      </w:r>
      <w:r>
        <w:br/>
      </w:r>
      <w:r>
        <w:rPr>
          <w:sz w:val="20"/>
        </w:rPr>
        <w:t>36:00  yeh printing press aur sari cheezein jo yeh ek jo modern industries ko kehte hain, kaun laya?</w:t>
      </w:r>
      <w:r>
        <w:br/>
      </w:r>
      <w:r>
        <w:rPr>
          <w:sz w:val="20"/>
        </w:rPr>
        <w:t>36:09  yeh maghrib ke log laaye.</w:t>
      </w:r>
      <w:r>
        <w:br/>
      </w:r>
      <w:r>
        <w:rPr>
          <w:sz w:val="20"/>
        </w:rPr>
        <w:t>36:13  to main yeh kehta hoon ke khud Sahaba kiram ki dua se aisa hua. Allah taala ki rehmat mutawajjah hui, Allah taala ne ahle maghrib ko tofeeq di aur yeh sab cheezein paida keen, unhone daryaft keen.</w:t>
      </w:r>
      <w:r>
        <w:br/>
      </w:r>
      <w:r>
        <w:rPr>
          <w:sz w:val="20"/>
        </w:rPr>
        <w:t>36:29  ab jab saamne aaya to wohi hua gaya ke "falamma jahum ma'aruf kafar". jab woh sab cheezein saamne aa gayeen to aap uske enemy bhi bane.</w:t>
      </w:r>
      <w:r>
        <w:br/>
      </w:r>
      <w:r>
        <w:rPr>
          <w:sz w:val="20"/>
        </w:rPr>
        <w:t>36:41  to zaati nafa ke liye, zaati interest ke liye to khoob istemaal karte hain log, hatta ke apne beta, beti ko, apne pota, beti ko, apne nawasa, nawasi ko isi west mein bhejte hain,</w:t>
      </w:r>
      <w:r>
        <w:br/>
      </w:r>
      <w:r>
        <w:rPr>
          <w:sz w:val="20"/>
        </w:rPr>
        <w:t>36:54  yahan tak karte hain. lekin west ke dushman hain. yeh kya hai? yeh secular Yahudiyat hai.</w:t>
      </w:r>
      <w:r>
        <w:br/>
      </w:r>
      <w:r>
        <w:rPr>
          <w:sz w:val="20"/>
        </w:rPr>
        <w:t>37:05  yeh Yahudiyat ka secular imitation hai. yeh</w:t>
      </w:r>
      <w:r>
        <w:br/>
      </w:r>
      <w:r>
        <w:rPr>
          <w:sz w:val="20"/>
        </w:rPr>
        <w:t>37:09  yeh Yahudiyon ki secular naqal hai ke apne apne Muslim ko ka dushman ban jaana.</w:t>
      </w:r>
    </w:p>
    <w:p>
      <w:pPr>
        <w:pStyle w:val="Heading2"/>
      </w:pPr>
      <w:r>
        <w:t>Maulana's own bias about Turkey shattered by facts</w:t>
      </w:r>
    </w:p>
    <w:p>
      <w:r>
        <w:rPr>
          <w:color w:val="666666"/>
          <w:sz w:val="18"/>
        </w:rPr>
        <w:t>Building A Creative Personality | 20 Nov 2011 · 4m 32s · at 42:56 · https://youtu.be/jdfhpwfEvKg?t=2576</w:t>
      </w:r>
    </w:p>
    <w:p>
      <w:r>
        <w:rPr>
          <w:i/>
        </w:rPr>
        <w:t>“I myself was negative about Turkey because of Kemal Ataturk.”</w:t>
      </w:r>
    </w:p>
    <w:p>
      <w:r>
        <w:rPr>
          <w:sz w:val="20"/>
        </w:rPr>
        <w:t>42:56  creative thinking hi nahi hai. soch nahi pate, woh soch hi nahi paate. main khud aap ko apne bare mein arz karoon ke main apna ek tajurba yeh jo turkey se yeh aaya mere pas to yeh meri ek discovery thi. yeh kyun? main bhi isi duniya mein padha padha bada hoon, isi madarse mein padha hai maine. to taleem ke zamane se</w:t>
      </w:r>
      <w:r>
        <w:br/>
      </w:r>
      <w:r>
        <w:rPr>
          <w:sz w:val="20"/>
        </w:rPr>
        <w:t>43:26  mein negative tha turkey ke baray mein kyunke beesween sadi ke aaghaz mein jo kamal tha turk ko</w:t>
      </w:r>
      <w:r>
        <w:br/>
      </w:r>
      <w:r>
        <w:rPr>
          <w:sz w:val="20"/>
        </w:rPr>
        <w:t>43:31  wahan power mil gaya to woh thay secular aadmi, bilkul hi secular aadmi thay.</w:t>
      </w:r>
      <w:r>
        <w:br/>
      </w:r>
      <w:r>
        <w:rPr>
          <w:sz w:val="20"/>
        </w:rPr>
        <w:t>43:36  unhon ne bohat sari tabdeeliyaan wahan keen.</w:t>
      </w:r>
      <w:r>
        <w:br/>
      </w:r>
      <w:r>
        <w:rPr>
          <w:sz w:val="20"/>
        </w:rPr>
        <w:t>43:41  misal ke taur par unhon ne turki zaban jo likhi aati thi arabic script mein, us ko english</w:t>
      </w:r>
      <w:r>
        <w:br/>
      </w:r>
      <w:r>
        <w:rPr>
          <w:sz w:val="20"/>
        </w:rPr>
        <w:t>43:46  script mein kar diya.</w:t>
      </w:r>
      <w:r>
        <w:br/>
      </w:r>
      <w:r>
        <w:rPr>
          <w:sz w:val="20"/>
        </w:rPr>
        <w:t>43:51  unhon ne is tarah ke bohat sare cultural changes ke, unhon</w:t>
      </w:r>
      <w:r>
        <w:br/>
      </w:r>
      <w:r>
        <w:rPr>
          <w:sz w:val="20"/>
        </w:rPr>
        <w:t>43:56  ne aur ulama ko, unhon ne ulama ko yani darja bohat ghataya aur bohat se mazhabi mamlaat aur</w:t>
      </w:r>
      <w:r>
        <w:br/>
      </w:r>
      <w:r>
        <w:rPr>
          <w:sz w:val="20"/>
        </w:rPr>
        <w:t>44:02  bohat sara unhon ne aisi cheezein keen jis se logon ko shikayatein ho'een.</w:t>
      </w:r>
      <w:r>
        <w:br/>
      </w:r>
      <w:r>
        <w:rPr>
          <w:sz w:val="20"/>
        </w:rPr>
        <w:t>44:08  to gharaaz ek hum ne woh kitabein padhi theen jis mein yeh ta'assur diya gaya tha ke kamal</w:t>
      </w:r>
      <w:r>
        <w:br/>
      </w:r>
      <w:r>
        <w:rPr>
          <w:sz w:val="20"/>
        </w:rPr>
        <w:t>44:14  atar ke sath dushman aadmi hain, kamal atar turk aur us ke sath hi sath islam dushman aadmi hain.</w:t>
      </w:r>
      <w:r>
        <w:br/>
      </w:r>
      <w:r>
        <w:rPr>
          <w:sz w:val="20"/>
        </w:rPr>
        <w:t>44:20  yeh saare madrasay ke log abhi bhi yahi samajhte hain.</w:t>
      </w:r>
      <w:r>
        <w:br/>
      </w:r>
      <w:r>
        <w:rPr>
          <w:sz w:val="20"/>
        </w:rPr>
        <w:t>44:26  aap kisi madrasay mein jaiye aur kamal turk ka naam lije, kahenge woh to islam dushman aadmi tha.</w:t>
      </w:r>
      <w:r>
        <w:br/>
      </w:r>
      <w:r>
        <w:rPr>
          <w:sz w:val="20"/>
        </w:rPr>
        <w:t>44:31  woh abhi bhi us waqt bhi.</w:t>
      </w:r>
      <w:r>
        <w:br/>
      </w:r>
      <w:r>
        <w:rPr>
          <w:sz w:val="20"/>
        </w:rPr>
        <w:t>44:36  ab mein abhi abhi yani is tajrube se pehle bakhud bhi isi mein mubtala tha lekin jo hamare</w:t>
      </w:r>
      <w:r>
        <w:br/>
      </w:r>
      <w:r>
        <w:rPr>
          <w:sz w:val="20"/>
        </w:rPr>
        <w:t>44:41  saathi wahan gaye, wahan ja kar dekha, unhon ne jo bataya to maloom hua ke kamal turk aur</w:t>
      </w:r>
      <w:r>
        <w:br/>
      </w:r>
      <w:r>
        <w:rPr>
          <w:sz w:val="20"/>
        </w:rPr>
        <w:t>44:46  is ke saathi jo thay, woh islam dushman nahi thay.</w:t>
      </w:r>
      <w:r>
        <w:br/>
      </w:r>
      <w:r>
        <w:rPr>
          <w:sz w:val="20"/>
        </w:rPr>
        <w:t>44:51  woh yani woh nai tar</w:t>
      </w:r>
      <w:r>
        <w:br/>
      </w:r>
      <w:r>
        <w:rPr>
          <w:sz w:val="20"/>
        </w:rPr>
        <w:t>44:56  qiyon ko chala lana chahte the turkey mein kyunke khilafat ke zamane mein bilkul wahan traditional cheez har cheez hua karti thi aur modern tarqiyan western civilization wahan dakhil nahi ho pati theen. to us ko us dhanche ko unhone tod diya, unhone aur unhone jo tarqiyan ho rahi theen europe mein, us ko dakhil kiya turkey mein. aur ab us waqt turkey jo hai, ek bahut hi develop country hai, bahut hi</w:t>
      </w:r>
      <w:r>
        <w:br/>
      </w:r>
      <w:r>
        <w:rPr>
          <w:sz w:val="20"/>
        </w:rPr>
        <w:t>45:26  aala darjay ki sarkain, aala darjay ka yani bijli ka nizam, telephone ka nizam, industry aala darjay</w:t>
      </w:r>
      <w:r>
        <w:br/>
      </w:r>
      <w:r>
        <w:rPr>
          <w:sz w:val="20"/>
        </w:rPr>
        <w:t>45:34  ki, printing ka bohat acha nizam yani bohat hi aala darjay ka develop country hai woh yani secular sense mein.</w:t>
      </w:r>
      <w:r>
        <w:br/>
      </w:r>
      <w:r>
        <w:rPr>
          <w:sz w:val="20"/>
        </w:rPr>
        <w:t>45:41  ab hum, mein khud hi is mamle mein negative tha kyunke mein wahan ke wahan ke airport se</w:t>
      </w:r>
      <w:r>
        <w:br/>
      </w:r>
      <w:r>
        <w:rPr>
          <w:sz w:val="20"/>
        </w:rPr>
        <w:t>45:49  guzra hoon lekin khud turki shehar mein, turki mulk mein kabhi gaya nahi tha mein.</w:t>
      </w:r>
      <w:r>
        <w:br/>
      </w:r>
      <w:r>
        <w:rPr>
          <w:sz w:val="20"/>
        </w:rPr>
        <w:t>45:56  to mein ne socha tha ke mere zehen mein yeh tha ke airport to bana diya unhon ne</w:t>
      </w:r>
      <w:r>
        <w:br/>
      </w:r>
      <w:r>
        <w:rPr>
          <w:sz w:val="20"/>
        </w:rPr>
        <w:t>46:02  lekin andar turki jo hai, bilkul kharab halaat mein hoga.</w:t>
      </w:r>
      <w:r>
        <w:br/>
      </w:r>
      <w:r>
        <w:rPr>
          <w:sz w:val="20"/>
        </w:rPr>
        <w:t>46:08  lekin ab jo hamare saathi wahan gaye, doctor sana hussain sahib aur doosre log, to unhon ne bataya</w:t>
      </w:r>
      <w:r>
        <w:br/>
      </w:r>
      <w:r>
        <w:rPr>
          <w:sz w:val="20"/>
        </w:rPr>
        <w:t>46:15  ke wahan par to zabardast taraqqiyan hui hain.</w:t>
      </w:r>
      <w:r>
        <w:br/>
      </w:r>
      <w:r>
        <w:rPr>
          <w:sz w:val="20"/>
        </w:rPr>
        <w:t>46:21  tab meri aankh khul gayi to mein ne alag kiya yani ata turk ki tehreek ka ek pehlu hai ke</w:t>
      </w:r>
      <w:r>
        <w:br/>
      </w:r>
      <w:r>
        <w:rPr>
          <w:sz w:val="20"/>
        </w:rPr>
        <w:t>46:27  traditional culture ko unhon ne khatam kiya wahan par.</w:t>
      </w:r>
      <w:r>
        <w:br/>
      </w:r>
      <w:r>
        <w:rPr>
          <w:sz w:val="20"/>
        </w:rPr>
        <w:t>46:32  doosra pehlu yeh hai ke technology aur science ko taraqqi di unhon ne, wahan develop kiya unhon ne</w:t>
      </w:r>
      <w:r>
        <w:br/>
      </w:r>
      <w:r>
        <w:rPr>
          <w:sz w:val="20"/>
        </w:rPr>
        <w:t>46:37  apne shehron ko.</w:t>
      </w:r>
      <w:r>
        <w:br/>
      </w:r>
      <w:r>
        <w:rPr>
          <w:sz w:val="20"/>
        </w:rPr>
        <w:t>46:42  ek doosra pehlu yeh to doosra pehlu hum ko bataya nahi gaya tha madrasay mein.</w:t>
      </w:r>
      <w:r>
        <w:br/>
      </w:r>
      <w:r>
        <w:rPr>
          <w:sz w:val="20"/>
        </w:rPr>
        <w:t>46:47  hamare jo is daur mein jo kitabein padhein, mein ne jo mazameen padhta tha, mein doosra pehlu is</w:t>
      </w:r>
      <w:r>
        <w:br/>
      </w:r>
      <w:r>
        <w:rPr>
          <w:sz w:val="20"/>
        </w:rPr>
        <w:t>46:52  mein nahi hota tha, woh sirf ek hi pehlu hota tha.</w:t>
      </w:r>
      <w:r>
        <w:br/>
      </w:r>
      <w:r>
        <w:rPr>
          <w:sz w:val="20"/>
        </w:rPr>
        <w:t>46:58  to ab meri aankh khuli to maloom hua ke turki to bohat taraqqi yafta mulk hai, develop country hai.</w:t>
      </w:r>
      <w:r>
        <w:br/>
      </w:r>
      <w:r>
        <w:rPr>
          <w:sz w:val="20"/>
        </w:rPr>
        <w:t>47:05  to yeh aap samajh sakte hain ke mera jaisa aadmi bhi kehta hoon yani yani mera mere jaisa</w:t>
      </w:r>
      <w:r>
        <w:br/>
      </w:r>
      <w:r>
        <w:rPr>
          <w:sz w:val="20"/>
        </w:rPr>
        <w:t>47:13  aadmi bhi kehta tha shikar banta hai in in provonto ka jabke mein bohat hi apne ko samajhta</w:t>
      </w:r>
      <w:r>
        <w:br/>
      </w:r>
      <w:r>
        <w:rPr>
          <w:sz w:val="20"/>
        </w:rPr>
        <w:t>47:21  hoon ke mein bohat hi yani</w:t>
      </w:r>
    </w:p>
    <w:p>
      <w:pPr>
        <w:pStyle w:val="Heading2"/>
      </w:pPr>
      <w:r>
        <w:t>Idealism vs practical wisdom, illustrated through Adam's story</w:t>
      </w:r>
    </w:p>
    <w:p>
      <w:r>
        <w:rPr>
          <w:color w:val="666666"/>
          <w:sz w:val="18"/>
        </w:rPr>
        <w:t>Idealism vs Practical Wisdom November 13, 2011 · 2m 40s · at 0:37 · https://youtu.be/wBAP5e9j7m8?t=37</w:t>
      </w:r>
    </w:p>
    <w:p>
      <w:r>
        <w:rPr>
          <w:i/>
        </w:rPr>
        <w:t>“Aaj ka topic hai: Idealism versus Practical Wisdom”</w:t>
      </w:r>
    </w:p>
    <w:p>
      <w:r>
        <w:rPr>
          <w:sz w:val="20"/>
        </w:rPr>
        <w:t>0:37  Aaj ka topic hai: Idealism versus Practical Wisdom.</w:t>
      </w:r>
      <w:r>
        <w:br/>
      </w:r>
      <w:r>
        <w:rPr>
          <w:sz w:val="20"/>
        </w:rPr>
        <w:t>0:50  Yani miyar pasandida aur amli natije ke aitbar se cheezon ko lena.</w:t>
      </w:r>
      <w:r>
        <w:br/>
      </w:r>
      <w:r>
        <w:rPr>
          <w:sz w:val="20"/>
        </w:rPr>
        <w:t>1:07  Yeh ajib baat hai ke poori history mein insan idealism ke peeche daudta raha hai. Bahut hi kam misalein milengi jab ke insan ne practical wisdom ki ahmiyat ko samjha ho.</w:t>
      </w:r>
      <w:r>
        <w:br/>
      </w:r>
      <w:r>
        <w:rPr>
          <w:sz w:val="20"/>
        </w:rPr>
        <w:t>1:27  Pehle bhi aise hi tha, aaj bhi aisa hi hai.</w:t>
      </w:r>
      <w:r>
        <w:br/>
      </w:r>
      <w:r>
        <w:rPr>
          <w:sz w:val="20"/>
        </w:rPr>
        <w:t>1:33  Is mamle mein Quran ko padhte hue mujhe ek ajib ehsas hota hai ke Adam ki jo kahani hai, woh kahani itni zyada, iske itne diverse aspects hain ke taqreeban zindagi ke sare aspects ko woh cover kar raha hai.</w:t>
      </w:r>
      <w:r>
        <w:br/>
      </w:r>
      <w:r>
        <w:rPr>
          <w:sz w:val="20"/>
        </w:rPr>
        <w:t>1:57  Aap ko yeh jan na ho ke duniya mein hamein kis tarah rehna hai to sirf Adam aur Iblees ki kahani ko aap padhiye, phir gaur kijiye to aap ko sari guidance is mein mil jayegi.</w:t>
      </w:r>
      <w:r>
        <w:br/>
      </w:r>
      <w:r>
        <w:rPr>
          <w:sz w:val="20"/>
        </w:rPr>
        <w:t>2:19  Bahut hi ajib baat hai yeh.</w:t>
      </w:r>
      <w:r>
        <w:br/>
      </w:r>
      <w:r>
        <w:rPr>
          <w:sz w:val="20"/>
        </w:rPr>
        <w:t>2:22  Misal ke taur par dekhein, yeh jo masla aaj hum le rahe hain, jo topic, iska jawab bhi Adam ki zindagi mein maujood hai. Yani ke woh pehle insan ki hi zindagi hai, phir bhi insan ne is se sabak nahi liya.</w:t>
      </w:r>
      <w:r>
        <w:br/>
      </w:r>
      <w:r>
        <w:rPr>
          <w:sz w:val="20"/>
        </w:rPr>
        <w:t>2:40  Aap dekhiye, Adam ko jab Allah Ta'ala ne paida kiya</w:t>
      </w:r>
      <w:r>
        <w:br/>
      </w:r>
      <w:r>
        <w:rPr>
          <w:sz w:val="20"/>
        </w:rPr>
        <w:t>2:47  To unko jannat mein rakha</w:t>
      </w:r>
    </w:p>
    <w:p>
      <w:pPr>
        <w:pStyle w:val="Heading2"/>
      </w:pPr>
      <w:r>
        <w:t>Permanent ousting and the test of man</w:t>
      </w:r>
    </w:p>
    <w:p>
      <w:r>
        <w:rPr>
          <w:color w:val="666666"/>
          <w:sz w:val="18"/>
        </w:rPr>
        <w:t>Nature of Modern Problem 12 July 2009 - Maulana Wahiduddin Khan · 5m 12s · at 34:45 · https://youtu.be/JULJoDRvUNU?t=2085</w:t>
      </w:r>
    </w:p>
    <w:p>
      <w:r>
        <w:rPr>
          <w:i/>
        </w:rPr>
        <w:t>“To main asal mein jo baat kehna chahta hoon, woh yeh hai.”</w:t>
      </w:r>
    </w:p>
    <w:p>
      <w:r>
        <w:rPr>
          <w:sz w:val="20"/>
        </w:rPr>
        <w:t>34:45  yeh sab cheezon ka haal haal hai. to jitni buraiyan is zamanay mein phailai gayi thin, un sab ke nuqsan ab insaan ke samnay atay chalay ja rahay hain.</w:t>
      </w:r>
      <w:r>
        <w:br/>
      </w:r>
      <w:r>
        <w:rPr>
          <w:sz w:val="20"/>
        </w:rPr>
        <w:t>34:59  to mein asal mein jo baat kehna chahta hoon, woh yeh hai ke wohi wohi cheez ziyada baray scale par dohrai ja rahi hai jo Adam ke sath hui thi jannat mein.</w:t>
      </w:r>
      <w:r>
        <w:br/>
      </w:r>
      <w:r>
        <w:rPr>
          <w:sz w:val="20"/>
        </w:rPr>
        <w:t>35:17  yeh dunya humain di gayi thi ke hum yahan enjoy karen, yahan hum oxygen len, yahan hum pani len, yahan hum food len, yahan hum rahen.</w:t>
      </w:r>
      <w:r>
        <w:br/>
      </w:r>
      <w:r>
        <w:rPr>
          <w:sz w:val="20"/>
        </w:rPr>
        <w:t>35:29  life support system diya gaya humain, is ko hum istemal kar ke rahen yahan par. lekin</w:t>
      </w:r>
      <w:r>
        <w:br/>
      </w:r>
      <w:r>
        <w:rPr>
          <w:sz w:val="20"/>
        </w:rPr>
        <w:t>35:35  insaan ne apni limit ko cross kiya. yani wahan jis tarah kaha gaya tha Adam se, "don't approach this tree" ke yahan pe forbidden tree maujood tha.</w:t>
      </w:r>
      <w:r>
        <w:br/>
      </w:r>
      <w:r>
        <w:rPr>
          <w:sz w:val="20"/>
        </w:rPr>
        <w:t>35:52  woh woh tha ke apni apni</w:t>
      </w:r>
      <w:r>
        <w:br/>
      </w:r>
      <w:r>
        <w:rPr>
          <w:sz w:val="20"/>
        </w:rPr>
        <w:t>35:55  apni freedom ko restricted way mein tum istemal kar saktay ho. tum free ho, tum ko freedom mila hua hai, lekin tum ko sirf restricted freedom mili hui hai.</w:t>
      </w:r>
      <w:r>
        <w:br/>
      </w:r>
      <w:r>
        <w:rPr>
          <w:sz w:val="20"/>
        </w:rPr>
        <w:t>36:07  tumhein apni apni freedom ko</w:t>
      </w:r>
      <w:r>
        <w:br/>
      </w:r>
      <w:r>
        <w:rPr>
          <w:sz w:val="20"/>
        </w:rPr>
        <w:t>36:12  hadd se bahir nahi jana hai.</w:t>
      </w:r>
      <w:r>
        <w:br/>
      </w:r>
      <w:r>
        <w:rPr>
          <w:sz w:val="20"/>
        </w:rPr>
        <w:t>36:18  to insan sari hadon ko tod kar bahir nikal gaya, sari hadon ko tod kar bahir nikal gaya. us ne khuda ko, yaani khuda ko aisa itna reduce kiya ke khuda ka koi dakhal dakhal hi hamari zindagi mein na rahe.</w:t>
      </w:r>
      <w:r>
        <w:br/>
      </w:r>
      <w:r>
        <w:rPr>
          <w:sz w:val="20"/>
        </w:rPr>
        <w:t>36:39  us ne nazariya banaya ke "right here, right now". abhi abhi enjoy kar lo, bas us ke baad. yaani ab babar ne bhi yeh baat kahi thi ke "babar baais koshish kiya, alam dobara neest".</w:t>
      </w:r>
      <w:r>
        <w:br/>
      </w:r>
      <w:r>
        <w:rPr>
          <w:sz w:val="20"/>
        </w:rPr>
        <w:t>36:53  babar baais koshish kiya ke "alam dobara neest". lekin woh to ek kehna tha uska, sirf</w:t>
      </w:r>
      <w:r>
        <w:br/>
      </w:r>
      <w:r>
        <w:rPr>
          <w:sz w:val="20"/>
        </w:rPr>
        <w:t>37:00  uski philosophy uske paas nahi thi. koi babar ke paas koi philosophy nahi thi. ab to yeh nazariya "right here, right now" ka nazariya ke ideologically justified evil ki surat ikhtiyar kar chuka hai.</w:t>
      </w:r>
      <w:r>
        <w:br/>
      </w:r>
      <w:r>
        <w:rPr>
          <w:sz w:val="20"/>
        </w:rPr>
        <w:t>37:14  ab logon ke paas ideology hai, logon ke paas philosophy hai,</w:t>
      </w:r>
      <w:r>
        <w:br/>
      </w:r>
      <w:r>
        <w:rPr>
          <w:sz w:val="20"/>
        </w:rPr>
        <w:t>37:17  logon ke paas justification hai uska. adam babar ke paas nahi tha.</w:t>
      </w:r>
      <w:r>
        <w:br/>
      </w:r>
      <w:r>
        <w:rPr>
          <w:sz w:val="20"/>
        </w:rPr>
        <w:t>37:24  to isi ko mein keh raha hoon ke ab permanent ouster ka time ho gaya. us waqt jo tha jab koi philosophy nahi thi, koi ideology nahi thi, tab tab temporary ouster hua tha.</w:t>
      </w:r>
      <w:r>
        <w:br/>
      </w:r>
      <w:r>
        <w:rPr>
          <w:sz w:val="20"/>
        </w:rPr>
        <w:t>37:39  ek admi ne aisa kiya tha.</w:t>
      </w:r>
      <w:r>
        <w:br/>
      </w:r>
      <w:r>
        <w:rPr>
          <w:sz w:val="20"/>
        </w:rPr>
        <w:t>37:42  ab poori duniya isi mein hai</w:t>
      </w:r>
      <w:r>
        <w:br/>
      </w:r>
      <w:r>
        <w:rPr>
          <w:sz w:val="20"/>
        </w:rPr>
        <w:t>37:46  aur uski ek philosophy bana li gayi hai, uski ideology banai gayi, li gayi hai, uska justification, justification talash kar liya gaya hai.</w:t>
      </w:r>
      <w:r>
        <w:br/>
      </w:r>
      <w:r>
        <w:rPr>
          <w:sz w:val="20"/>
        </w:rPr>
        <w:t>37:58  to ab to permanent ouster ka zamana aa gaya hai.</w:t>
      </w:r>
      <w:r>
        <w:br/>
      </w:r>
      <w:r>
        <w:rPr>
          <w:sz w:val="20"/>
        </w:rPr>
        <w:t>38:06  mein ek martaba UK gaya to wahan par ek mujhe ek arab mile jo paida hue arab mein. phir woh wahan par aa ke rehte the, parhte the aur kuch kaam karte the.</w:t>
      </w:r>
      <w:r>
        <w:br/>
      </w:r>
      <w:r>
        <w:rPr>
          <w:sz w:val="20"/>
        </w:rPr>
        <w:t>38:20  to unhon ne kaha ke yahan jab se mein aaya hoon UK mein</w:t>
      </w:r>
      <w:r>
        <w:br/>
      </w:r>
      <w:r>
        <w:rPr>
          <w:sz w:val="20"/>
        </w:rPr>
        <w:t>38:24  to ek cheez mujhe discover hui hai ke aaj ka jo insan hai, uska jo unhon ne mere jo unhon ne bataya ke jo mein ne aaj aaj ke insan ko samjha aur parha,</w:t>
      </w:r>
      <w:r>
        <w:br/>
      </w:r>
      <w:r>
        <w:rPr>
          <w:sz w:val="20"/>
        </w:rPr>
        <w:t>38:40  to aaj ke insan ne inaam ko aur moniem ko ek doosre se detach kar diya hai. inaam matlab blessing, moniem maani jo blessing de, yaani khuda blessing dene wala aur ek blessing enjoy karne wala insan aur khuda.</w:t>
      </w:r>
      <w:r>
        <w:br/>
      </w:r>
      <w:r>
        <w:rPr>
          <w:sz w:val="20"/>
        </w:rPr>
        <w:t>39:00  to unhon ne kaha ke apne lafzon mein ke aaj ka insan ne inaam ko to le liya hai, ab moniem ko chhod diya hai.</w:t>
      </w:r>
      <w:r>
        <w:br/>
      </w:r>
      <w:r>
        <w:rPr>
          <w:sz w:val="20"/>
        </w:rPr>
        <w:t>39:13  moniem se koi usko koi matlab nahi hai, yaani blessing to khoob khoob le raha hai woh, lekin blessing jisne diya hai, jo creator hai,</w:t>
      </w:r>
      <w:r>
        <w:br/>
      </w:r>
      <w:r>
        <w:rPr>
          <w:sz w:val="20"/>
        </w:rPr>
        <w:t>39:24  jo lord of the universe hai, jo god hai, usko ek dam be dakhal kar diya zindagi se.</w:t>
      </w:r>
      <w:r>
        <w:br/>
      </w:r>
      <w:r>
        <w:rPr>
          <w:sz w:val="20"/>
        </w:rPr>
        <w:t>39:35  to insan ne khuda ko oust kiya tha, ab khuda insan ko oust karne wala hai.</w:t>
      </w:r>
      <w:r>
        <w:br/>
      </w:r>
      <w:r>
        <w:rPr>
          <w:sz w:val="20"/>
        </w:rPr>
        <w:t>39:45  yeh koi joke nahi hai, haqeeqat hai ke insan ne khuda ko oust kar diya tha. ab khuda zahir hone wala hai aur insan ko oust kar dene wala hai ke tum is qabil nahi ho.</w:t>
      </w:r>
    </w:p>
    <w:p>
      <w:pPr>
        <w:pStyle w:val="Heading2"/>
      </w:pPr>
      <w:r>
        <w:t>Burma's history shows the cost of one-sided blame</w:t>
      </w:r>
    </w:p>
    <w:p>
      <w:r>
        <w:rPr>
          <w:color w:val="666666"/>
          <w:sz w:val="18"/>
        </w:rPr>
        <w:t>Art of Thinking August 21, 2022 · 3m 49s · at 1:09:38 · https://youtu.be/H_0zmN0MLS8?t=4178</w:t>
      </w:r>
    </w:p>
    <w:p>
      <w:r>
        <w:rPr>
          <w:i/>
        </w:rPr>
        <w:t>“Burma was once a prosperous home for a thriving Muslim community.”</w:t>
      </w:r>
    </w:p>
    <w:p>
      <w:r>
        <w:rPr>
          <w:sz w:val="20"/>
        </w:rPr>
        <w:t>1:09:38  to yahan main sirf ek burma ki misaal doongi, kyunke aajkal rohingya ka masla bahut zyada news mein hai. to burma ek bahut hi khushhal</w:t>
      </w:r>
      <w:r>
        <w:br/>
      </w:r>
      <w:r>
        <w:rPr>
          <w:sz w:val="20"/>
        </w:rPr>
        <w:t>1:09:48  mulk tha, wahan bahut musalman the. ek arakan ka ek ilaqa hai, wahan par 99 percent muslim population thi, aur bahut khushhal the. wahan par to log kamane jaaya karte the.</w:t>
      </w:r>
      <w:r>
        <w:br/>
      </w:r>
      <w:r>
        <w:rPr>
          <w:sz w:val="20"/>
        </w:rPr>
        <w:t>1:09:59  meri madar bhi burma gayi theen, to akyaab keh rahi theen, ke akyaab, ek shehar tha bada, woh sirf ek musalman ke paas tha poora akyaab.</w:t>
      </w:r>
      <w:r>
        <w:br/>
      </w:r>
      <w:r>
        <w:rPr>
          <w:sz w:val="20"/>
        </w:rPr>
        <w:t>1:10:08  to, ah, itne achhe halaat the. to yeh yeh hai na ke soch develop nahin hoti, to woh sochte nahin ke aakhir aisa kyun hua? ek</w:t>
      </w:r>
      <w:r>
        <w:br/>
      </w:r>
      <w:r>
        <w:rPr>
          <w:sz w:val="20"/>
        </w:rPr>
        <w:t>1:10:17  aisa burma jahan musalman itne khushhal tareeqe se reh rahe the, phir yeh aisa kyun hua ke aaj jo hai itne bure haal mein jagah jagah fauji camp mein pade hue hain?</w:t>
      </w:r>
      <w:r>
        <w:br/>
      </w:r>
      <w:r>
        <w:rPr>
          <w:sz w:val="20"/>
        </w:rPr>
        <w:t>1:10:29  to jab molana madrasa al-islam mein parhte the, jab wahan se parhai khatam hui to unke ek class mate burmi bhi the. to yeh 1940 ka waqea hai.</w:t>
      </w:r>
      <w:r>
        <w:br/>
      </w:r>
      <w:r>
        <w:rPr>
          <w:sz w:val="20"/>
        </w:rPr>
        <w:t>1:10:41  to unhone kaha ke ab hum chalenge burma, aap bhi chaliye, wahan jihad karna hai.</w:t>
      </w:r>
      <w:r>
        <w:br/>
      </w:r>
      <w:r>
        <w:rPr>
          <w:sz w:val="20"/>
        </w:rPr>
        <w:t>1:10:47  to wahan par tehreek chal rahi thi, kyunke woh pura ek ilaqe mein 99 feesad musalman the. to jahan bhi musalman, ah, majority mein hote hain, to woh samajhte hain ke isko ek alag autonomous zone bana liya ja</w:t>
      </w:r>
      <w:r>
        <w:br/>
      </w:r>
      <w:r>
        <w:rPr>
          <w:sz w:val="20"/>
        </w:rPr>
        <w:t>1:11:01  aye. woh jamaat-e-islami ki jo tehreek thi, siyasi hukumat har jagah qaim karne ki, to uska har jagah uska asar pada. bangladesh mein, yahan par har jagah woh chahte hain ke jab tak musalmanon ki hukumat qaim nahi hogi, jab tak saare qawaneen nafiz nahi honge, aur tab tak jo hai islam par amal poori tarah se nahi ho sakta.</w:t>
      </w:r>
      <w:r>
        <w:br/>
      </w:r>
      <w:r>
        <w:rPr>
          <w:sz w:val="20"/>
        </w:rPr>
        <w:t>1:11:23  aur isne saari duniya ko aaj militancy ka adda bana diya hai.</w:t>
      </w:r>
      <w:r>
        <w:br/>
      </w:r>
      <w:r>
        <w:rPr>
          <w:sz w:val="20"/>
        </w:rPr>
        <w:t>1:11:29  to iski wajah se kya hai ke burma ek khushhal mulk aaj itni buri haalat mein ho gaya hai? kyunke 1940 aur 1950 mein wahan jihad hua.</w:t>
      </w:r>
      <w:r>
        <w:br/>
      </w:r>
      <w:r>
        <w:rPr>
          <w:sz w:val="20"/>
        </w:rPr>
        <w:t>1:11:40  to unhone kaha ke unhone ek autonomous muslim zone jo hai na arkan mein qaim karne ki koshish ki. isko shash mein wahan ki jo hukumat hai, unhone bohat zabardast tareeqe se inko koshish kiya, aur wahan par bohat zyada zulm hua.</w:t>
      </w:r>
      <w:r>
        <w:br/>
      </w:r>
      <w:r>
        <w:rPr>
          <w:sz w:val="20"/>
        </w:rPr>
        <w:t>1:11:56  to yeh bhi woh yeh hai ke one sided dekhna ke yeh dekhna ke kya hamare kya aqdamat the jiski wajah se aaj hamein yeh bhugtna pad raha hai.</w:t>
      </w:r>
      <w:r>
        <w:br/>
      </w:r>
      <w:r>
        <w:rPr>
          <w:sz w:val="20"/>
        </w:rPr>
        <w:t>1:12:08  yeh nahi sochte, balkeh woh obsessed hain apne ke bas you are the best. kisi ne kaha tha ke shaitan ne sabke kaan mein phoonk diya hai ke you are the best.</w:t>
      </w:r>
      <w:r>
        <w:br/>
      </w:r>
      <w:r>
        <w:rPr>
          <w:sz w:val="20"/>
        </w:rPr>
        <w:t>1:12:18  to wohi saare log samajhte hain ke hum best hain, hamein kuch aur so</w:t>
      </w:r>
      <w:r>
        <w:br/>
      </w:r>
      <w:r>
        <w:rPr>
          <w:sz w:val="20"/>
        </w:rPr>
        <w:t>1:12:22  chna nahi hai, hamari marzi ke mutabiq is duniya mein saare kaam hona chahiye. to woh batate nahi hain. yeh toh maine bohat padha, tab mujhe pata chala ke woh 1940 aur 50 mein zabardast wahan tehreek chal rahi thi ke isko alag kar liya jaye, ek muslim autonomous zone bana liya jaye.</w:t>
      </w:r>
      <w:r>
        <w:br/>
      </w:r>
      <w:r>
        <w:rPr>
          <w:sz w:val="20"/>
        </w:rPr>
        <w:t>1:12:40  to ispar koi bhi mulk aisa nahi hoga jo aisi tehreek ko koshish nahi karega. har mulk karega, chahe woh muslim mulk ho ya ghair muslim mulk ho</w:t>
      </w:r>
      <w:r>
        <w:br/>
      </w:r>
      <w:r>
        <w:rPr>
          <w:sz w:val="20"/>
        </w:rPr>
        <w:t>1:12:50  . to is tarike se ismein inko wahan par koshish kiya gaya. ab log kehte hain mazhabi azaadi kahan hai? to mazhabi azaadi ho, koi bhi cheez ho, is duniya mein har cheez ki condition hoti hai.</w:t>
      </w:r>
      <w:r>
        <w:br/>
      </w:r>
      <w:r>
        <w:rPr>
          <w:sz w:val="20"/>
        </w:rPr>
        <w:t>1:13:01  jab hum is condition ko poora karenge, tabhi hum woh cheez milegi. chahe hum ghar mein har waqt hungama machaye rakhein, to kaun hamari madad karega? kaun hamari help karega?</w:t>
      </w:r>
      <w:r>
        <w:br/>
      </w:r>
      <w:r>
        <w:rPr>
          <w:sz w:val="20"/>
        </w:rPr>
        <w:t>1:13:11  sab humse pareshan rahenge. to ghar mein bhi peaceful tareeqe se rehna hai, aur bahar bhi peaceful tareeqe se rehna hai. tabhi hamein tamam jo aasaniyan aur tamam jo azaadiyan jo hamein mili hui hain, tabhi hum unse faida utha payenge.</w:t>
      </w:r>
    </w:p>
    <w:p>
      <w:pPr>
        <w:pStyle w:val="Heading2"/>
      </w:pPr>
      <w:r>
        <w:t>finding God through discovery, the Archimedes Eureka story</w:t>
      </w:r>
    </w:p>
    <w:p>
      <w:r>
        <w:rPr>
          <w:color w:val="666666"/>
          <w:sz w:val="18"/>
        </w:rPr>
        <w:t>The Message of The Prophet Muhammad April 5, 2008 · 5m 24s · at 13:42 · https://youtu.be/4Awv6yrWLBw?t=822</w:t>
      </w:r>
    </w:p>
    <w:p>
      <w:r>
        <w:rPr>
          <w:i/>
        </w:rPr>
        <w:t>“La ilaha illallah is a word of discovery”</w:t>
      </w:r>
    </w:p>
    <w:p>
      <w:r>
        <w:rPr>
          <w:sz w:val="20"/>
        </w:rPr>
        <w:t>13:42  la ilaha illallah jo hai, ek discovery ka bol hai. ek cheez aap ko discover hoti hai, khuda ka existence, khuda ka presence.</w:t>
      </w:r>
      <w:r>
        <w:br/>
      </w:r>
      <w:r>
        <w:rPr>
          <w:sz w:val="20"/>
        </w:rPr>
        <w:t>13:51  ke aap bol padhte hain ke la ilaha illallah. there is no god but one god.</w:t>
      </w:r>
      <w:r>
        <w:br/>
      </w:r>
      <w:r>
        <w:rPr>
          <w:sz w:val="20"/>
        </w:rPr>
        <w:t>13:56  main aap ko misaal doonga ke aap jante hain ke Christ se, Eid Christ se koi teen sau saal pehle, Greek mein, Greece mein ek scientist paida hua, uska naam tha Archimedes.</w:t>
      </w:r>
      <w:r>
        <w:br/>
      </w:r>
      <w:r>
        <w:rPr>
          <w:sz w:val="20"/>
        </w:rPr>
        <w:t>14:14  us ko badshah ne ek challenge diya ke tum mujhe batao ke boat jo hai, pani mein kyun chalti hai? agar hum zameen, agar hum pani mein ek lohe ka tukda daal dein to woh doob jata hai,</w:t>
      </w:r>
      <w:r>
        <w:br/>
      </w:r>
      <w:r>
        <w:rPr>
          <w:sz w:val="20"/>
        </w:rPr>
        <w:t>14:27  aur boat jo hai, woh chal rahi hai, tair rahi hai. batao, uska kya law hai, kya science hai? to yeh pehla aadmi us ko discover kiya, us science ko.</w:t>
      </w:r>
      <w:r>
        <w:br/>
      </w:r>
      <w:r>
        <w:rPr>
          <w:sz w:val="20"/>
        </w:rPr>
        <w:t>14:38  to kya hua? jab jab king ne us ko challenge diya tha, tab us ko pata nahi tha. to woh ek din apne tub mein naha raha tha.</w:t>
      </w:r>
      <w:r>
        <w:br/>
      </w:r>
      <w:r>
        <w:rPr>
          <w:sz w:val="20"/>
        </w:rPr>
        <w:t>14:49  achanak kuch der ke liye uska body, use float karne laga. us waqt discover kiya us ne ke kya mamla hai? use kehte hain hydrostatics.</w:t>
      </w:r>
      <w:r>
        <w:br/>
      </w:r>
      <w:r>
        <w:rPr>
          <w:sz w:val="20"/>
        </w:rPr>
        <w:t>15:00  ab bohat hi well known science hai, hydrostatics. use discover kiya ke pani mein jitna jab hum dalte hain ek ek naav jaisi ek cheez ko, to jitni jagah, jitni pani ko displace karti hai, woh usi ke equal upper pressure paida hota hai.</w:t>
      </w:r>
      <w:r>
        <w:br/>
      </w:r>
      <w:r>
        <w:rPr>
          <w:sz w:val="20"/>
        </w:rPr>
        <w:t>15:23  to upper pressure par naav chalne lagti hai. yeh hai hydrostatics</w:t>
      </w:r>
      <w:r>
        <w:br/>
      </w:r>
      <w:r>
        <w:rPr>
          <w:sz w:val="20"/>
        </w:rPr>
        <w:t>15:28  to is ke jab yeh discovery hui to kya hua? woh nikla tub se aur bhaga, yeh kehte hue, "eureka, eureka, maine pa liya, maine pa liya." yeh hai la ilaha illallah.</w:t>
      </w:r>
      <w:r>
        <w:br/>
      </w:r>
      <w:r>
        <w:rPr>
          <w:sz w:val="20"/>
        </w:rPr>
        <w:t>15:43  ke jab aap apne bare mein sochen ke kaise ban gaya ek bolta hua insan, ek dekhta hua insan, ek chalta hua insan, kaise ban gaya?</w:t>
      </w:r>
      <w:r>
        <w:br/>
      </w:r>
      <w:r>
        <w:rPr>
          <w:sz w:val="20"/>
        </w:rPr>
        <w:t>15:52  mere baap ke andar yeh taqat nahi thi, meri maa ke andar yeh taqat nahi thi, khud mere andar yeh taqat nahi thi. kaise woh ban gaya?</w:t>
      </w:r>
      <w:r>
        <w:br/>
      </w:r>
      <w:r>
        <w:rPr>
          <w:sz w:val="20"/>
        </w:rPr>
        <w:t>16:02  phir aap sochte hain ke yeh zameen kaise ban gayi, jo pure universe mein ek exception hai. aap jante hain ke pure universe mein ya to aag hai ya pathar hai, aur kuch nahi hai.</w:t>
      </w:r>
      <w:r>
        <w:br/>
      </w:r>
      <w:r>
        <w:rPr>
          <w:sz w:val="20"/>
        </w:rPr>
        <w:t>16:16  ya aag hai ya pathar. zameen jaisa koi planet pure universe mein maujood nahi hai. halanke planet bohat hi bari hai, universe bohat bari hai, bohat bari hai, bohat bari hai.</w:t>
      </w:r>
      <w:r>
        <w:br/>
      </w:r>
      <w:r>
        <w:rPr>
          <w:sz w:val="20"/>
        </w:rPr>
        <w:t>16:25  to itne bare universe mein ek aisa ek exception, unique exception kaise hai jahan main rahoon, jahan main saans loon, jahan main khaoon, jahan main civilization banaoon?</w:t>
      </w:r>
      <w:r>
        <w:br/>
      </w:r>
      <w:r>
        <w:rPr>
          <w:sz w:val="20"/>
        </w:rPr>
        <w:t>16:37  to aap sochna parta hai. to sochte sochte jab aap discover karte hain ke ek creator hai, to aap keh dete hain, "la ilaha illallah, there is no god but one god, ek hi creator hai." aaj main ek article parh raha tha,</w:t>
      </w:r>
      <w:r>
        <w:br/>
      </w:r>
      <w:r>
        <w:rPr>
          <w:sz w:val="20"/>
        </w:rPr>
        <w:t>16:56  is mein is ne bataya tha ke tamam scientist indirectly khuda ko mante thay. kyunke science kya hai? science is ilm ka naam hai jo nature ko study karti hai.</w:t>
      </w:r>
      <w:r>
        <w:br/>
      </w:r>
      <w:r>
        <w:rPr>
          <w:sz w:val="20"/>
        </w:rPr>
        <w:t>17:09  nature kya hai? nature creation of god. creation of god, un ka subject of study hai.</w:t>
      </w:r>
      <w:r>
        <w:br/>
      </w:r>
      <w:r>
        <w:rPr>
          <w:sz w:val="20"/>
        </w:rPr>
        <w:t>17:17  to is mein woh dekhte hain ke is mein meaning hai, is mein design hai, is mein be-panah harmony hai. to yeh jo un ko milti hai cheez universe mein, to un ka dil andar se manne lagta hai ke is mein koi koi force kaam kar rahi hai.</w:t>
      </w:r>
      <w:r>
        <w:br/>
      </w:r>
      <w:r>
        <w:rPr>
          <w:sz w:val="20"/>
        </w:rPr>
        <w:t>17:38  yeh sirf ek ek, yeh sirf ek material cheezon ka ek kaam nahi ho sakta hai, koi force hai.</w:t>
      </w:r>
      <w:r>
        <w:br/>
      </w:r>
      <w:r>
        <w:rPr>
          <w:sz w:val="20"/>
        </w:rPr>
        <w:t>17:48  to is mein bataya tha is ne ke agarchay scientist god ka naam to nahi lete, lekin doosre namon se indirectly mante hain. is ko mislan Newton ne aur Kepler ne mana ke universe mein ek order hai.</w:t>
      </w:r>
      <w:r>
        <w:br/>
      </w:r>
      <w:r>
        <w:rPr>
          <w:sz w:val="20"/>
        </w:rPr>
        <w:t>18:04  is tareeqay se Spinoza ne aur Einstein ne mana ke yahan ek cosmic, ek cosmic spirit hai.</w:t>
      </w:r>
      <w:r>
        <w:br/>
      </w:r>
      <w:r>
        <w:rPr>
          <w:sz w:val="20"/>
        </w:rPr>
        <w:t>18:12  James Jeans ne aur Arthur Eddington ne mana ke yahan koi ek michael mind hai. to agarchay woh god ka naam nahi lete, GOT god, lekin indirectly woh mante hain ke is ke peechay ek khuda hai, ek taqat hai, ek force hai.</w:t>
      </w:r>
      <w:r>
        <w:br/>
      </w:r>
      <w:r>
        <w:rPr>
          <w:sz w:val="20"/>
        </w:rPr>
        <w:t>18:28  to beharhaal main yeh keh raha tha ke jis ko hum tawheed kehte hain, jis ko hum kehte hain la ilaha illallah, woh koi, woh koi koi written vidya nahi hai.</w:t>
      </w:r>
      <w:r>
        <w:br/>
      </w:r>
      <w:r>
        <w:rPr>
          <w:sz w:val="20"/>
        </w:rPr>
        <w:t>18:39  woh koi mujh se yeh yeh yeh service nahi hai. yeh yeh ek discovery ke baad nikalne wala bold hai, jis tarah Archimedes ke munh se nikla, "eureka, eureka".</w:t>
      </w:r>
      <w:r>
        <w:br/>
      </w:r>
      <w:r>
        <w:rPr>
          <w:sz w:val="20"/>
        </w:rPr>
        <w:t>18:52  is tarah jab ek aadmi wahan par sochta hai, apne mind ko istemal karta hai, to us ko ek discovery hoti hai.</w:t>
      </w:r>
      <w:r>
        <w:br/>
      </w:r>
      <w:r>
        <w:rPr>
          <w:sz w:val="20"/>
        </w:rPr>
        <w:t>19:01  to pukaar uthta hai ke "la ilaha illallah, there is no god but one god".</w:t>
      </w:r>
    </w:p>
    <w:p>
      <w:pPr>
        <w:pStyle w:val="Heading2"/>
      </w:pPr>
      <w:r>
        <w:t>Hagar's story and generation of heroes</w:t>
      </w:r>
    </w:p>
    <w:p>
      <w:r>
        <w:rPr>
          <w:color w:val="666666"/>
          <w:sz w:val="18"/>
        </w:rPr>
        <w:t>The Ideology of Truth July 15, 2007 · 5m 58s · at 37:44 · https://youtu.be/w3OkX5xvqTI?t=2264</w:t>
      </w:r>
    </w:p>
    <w:p>
      <w:r>
        <w:rPr>
          <w:i/>
        </w:rPr>
        <w:t>“Aise hi maine aap ke saamne ek qissa bayan kiya tha Hagar ka”</w:t>
      </w:r>
    </w:p>
    <w:p>
      <w:r>
        <w:rPr>
          <w:sz w:val="20"/>
        </w:rPr>
        <w:t>37:44  aise hi main ne aap ke aap ke samne aik qissa bayan kiya tha Hajra ka jo chaar hazar saal pehle Arab ke desert mein ja kar bas gayi.</w:t>
      </w:r>
      <w:r>
        <w:br/>
      </w:r>
      <w:r>
        <w:rPr>
          <w:sz w:val="20"/>
        </w:rPr>
        <w:t>37:59  main ne bataya tha aap ko ke Prophet Ibrahim ne, Prophet Ibrahim jo bohat bare Prophet the, Bible mein bhi un ka zikr hai, Quran mein bhi un ka zikr hai.</w:t>
      </w:r>
      <w:r>
        <w:br/>
      </w:r>
      <w:r>
        <w:rPr>
          <w:sz w:val="20"/>
        </w:rPr>
        <w:t>38:12  to un ko Khuda ne kaha ke duniya mein bohat provision aa gaya hai, bohat zyada log conditioned ho gaye hain, is mein idol worshipping mein, shirk mein.</w:t>
      </w:r>
      <w:r>
        <w:br/>
      </w:r>
      <w:r>
        <w:rPr>
          <w:sz w:val="20"/>
        </w:rPr>
        <w:t>38:25  to itni conditioning ho chuki hai insaan ki ke woh is ko sachai ki roshni is ko dikhai nahi parti. to aik aisi generation banao jo de-conditioned generation ho</w:t>
      </w:r>
      <w:r>
        <w:br/>
      </w:r>
      <w:r>
        <w:rPr>
          <w:sz w:val="20"/>
        </w:rPr>
        <w:t>38:40  , conditioning se pak ho. to woh city mein nahi banegi. city mein mahaul tha conditioning ka, jo paida hua usi conditioning shuru ho gayi.</w:t>
      </w:r>
      <w:r>
        <w:br/>
      </w:r>
      <w:r>
        <w:rPr>
          <w:sz w:val="20"/>
        </w:rPr>
        <w:t>38:52  to desert mein jao, jahan na kuch bhi nahi, koi insaan nahi, koi civilization nahi, koi culture nahi, koi koi city nahi.</w:t>
      </w:r>
      <w:r>
        <w:br/>
      </w:r>
      <w:r>
        <w:rPr>
          <w:sz w:val="20"/>
        </w:rPr>
        <w:t>39:04  wahan sirf nature hi nature hai,</w:t>
      </w:r>
      <w:r>
        <w:br/>
      </w:r>
      <w:r>
        <w:rPr>
          <w:sz w:val="20"/>
        </w:rPr>
        <w:t>39:06  desert hai, aasman hai, suraj hai, chand hai, mountain hai. to woh apni biwi Hajra ko le gaye, un apne bachche Ismail ke sath desert mein basa diya.</w:t>
      </w:r>
      <w:r>
        <w:br/>
      </w:r>
      <w:r>
        <w:rPr>
          <w:sz w:val="20"/>
        </w:rPr>
        <w:t>39:20  to Hajra jo theen, jab un ko wahan basa kar ke woh jane lage to poocha ke aap yahan in ko chhod ke ja rahe hain ya desert mein? yahan to kuch bhi nahi, yahan na pani hai, na insaan hai, na na kuch hai, na kuch hai.</w:t>
      </w:r>
      <w:r>
        <w:br/>
      </w:r>
      <w:r>
        <w:rPr>
          <w:sz w:val="20"/>
        </w:rPr>
        <w:t>39:37  to ibrahim bolay nahin. unhon ne phir poocha, phir poocha. to phir hajra jo theen, unhon ne kaha, is lady ne ke kya khuda ne aap ko aisa karne ke liye bola hai?</w:t>
      </w:r>
      <w:r>
        <w:br/>
      </w:r>
      <w:r>
        <w:rPr>
          <w:sz w:val="20"/>
        </w:rPr>
        <w:t>39:51  to unhon ne kaha ke haan. to us waqt woh kehti hain ke izan laiyzionna, yeh khuda hum ko west nahin karega. ab dekh, yeh yeh jo sentence nikla is lady ki zuban se, main to hajra ko super lady manta hoon,</w:t>
      </w:r>
      <w:r>
        <w:br/>
      </w:r>
      <w:r>
        <w:rPr>
          <w:sz w:val="20"/>
        </w:rPr>
        <w:t>40:07  first lady manta hoon un ko, poori history ki first lady, poori human history ki first lady agar koi hai to hajra hain. hum</w:t>
      </w:r>
      <w:r>
        <w:br/>
      </w:r>
      <w:r>
        <w:rPr>
          <w:sz w:val="20"/>
        </w:rPr>
        <w:t>40:18  poori human history ki first lady. ab is desert mein khare ho kar ke woh lady ne kaha ke phir humain khuda zaya nahin karega, khuda humain west nahin karega.</w:t>
      </w:r>
      <w:r>
        <w:br/>
      </w:r>
      <w:r>
        <w:rPr>
          <w:sz w:val="20"/>
        </w:rPr>
        <w:t>40:29  yeh conviction tha khuda ke existence par, existence of god par, conviction ke khuda hai, khuda exist kar raha hai, khuda ke hath mein sara power hai.</w:t>
      </w:r>
      <w:r>
        <w:br/>
      </w:r>
      <w:r>
        <w:rPr>
          <w:sz w:val="20"/>
        </w:rPr>
        <w:t>40:43  to god almighty par ata conviction jo tha un ko, us ki wajah se woh yeh keh sakeen ke phir humain khuda zaya nahin karega.</w:t>
      </w:r>
      <w:r>
        <w:br/>
      </w:r>
      <w:r>
        <w:rPr>
          <w:sz w:val="20"/>
        </w:rPr>
        <w:t>40:52  aur waqatan aap jante hain ke wahan par aik generation bani, us ki lambi history hai,</w:t>
      </w:r>
      <w:r>
        <w:br/>
      </w:r>
      <w:r>
        <w:rPr>
          <w:sz w:val="20"/>
        </w:rPr>
        <w:t>40:58  aik generation bani jis ke liye likha hai woh philip ke hatti ne aur kai logon ne ke is mein aik aik aadmi hero tha.</w:t>
      </w:r>
      <w:r>
        <w:br/>
      </w:r>
      <w:r>
        <w:rPr>
          <w:sz w:val="20"/>
        </w:rPr>
        <w:t>41:11  kai logon ne likha hai, thomas carlyle ne, philip ke hatti ne ke jo log banay wahan par is desert mein, to un mein se aik aik aadmi hero tha.</w:t>
      </w:r>
      <w:r>
        <w:br/>
      </w:r>
      <w:r>
        <w:rPr>
          <w:sz w:val="20"/>
        </w:rPr>
        <w:t>41:22  to arabia jo hai, woh woh nursery of heroes ban gai.</w:t>
      </w:r>
      <w:r>
        <w:br/>
      </w:r>
      <w:r>
        <w:rPr>
          <w:sz w:val="20"/>
        </w:rPr>
        <w:t>41:29  yeh aik lady ka yeh jo conviction tha, is ka yeh itna bara result nikla ke wahan aisay aisay environment mein log banay jahan koi provision nahin tha, koi conditioning nahin thi, wahan nature hi nature tha.</w:t>
      </w:r>
      <w:r>
        <w:br/>
      </w:r>
      <w:r>
        <w:rPr>
          <w:sz w:val="20"/>
        </w:rPr>
        <w:t>41:45  wahan aik aik aadmi mister nature tha. yani main jo qissa bataya aap ko is bachi ka, woh bachi jo thi, nature par thi, is liye aisa keh pai.</w:t>
      </w:r>
      <w:r>
        <w:br/>
      </w:r>
      <w:r>
        <w:rPr>
          <w:sz w:val="20"/>
        </w:rPr>
        <w:t>41:57  woh</w:t>
      </w:r>
      <w:r>
        <w:br/>
      </w:r>
      <w:r>
        <w:rPr>
          <w:sz w:val="20"/>
        </w:rPr>
        <w:t>41:59  isi tarah se arab mein jo bani, jo jo generation bani, aik aik aadmi mister nature tha. is mein aik aik aadmi,</w:t>
      </w:r>
      <w:r>
        <w:br/>
      </w:r>
      <w:r>
        <w:rPr>
          <w:sz w:val="20"/>
        </w:rPr>
        <w:t>42:12  aik aik aadmi nature, aik aik aadmi mister nature tha.</w:t>
      </w:r>
      <w:r>
        <w:br/>
      </w:r>
      <w:r>
        <w:rPr>
          <w:sz w:val="20"/>
        </w:rPr>
        <w:t>42:17  yeh jo likha hai, is mein doctor woh michaelhart ne jo book un ki hai, da hundred, aur bohat se logon ne likha hai is tarah ki baatein, jaisay jaisay mn ra ne india mein likha, aur kai logon ne ke muhammad jo revolution laye, woh history ka sab se bara revolution tha.</w:t>
      </w:r>
      <w:r>
        <w:br/>
      </w:r>
      <w:r>
        <w:rPr>
          <w:sz w:val="20"/>
        </w:rPr>
        <w:t>42:41  to kaisay yeh possible hua?</w:t>
      </w:r>
      <w:r>
        <w:br/>
      </w:r>
      <w:r>
        <w:rPr>
          <w:sz w:val="20"/>
        </w:rPr>
        <w:t>42:44  wohi woh heroes jo banay thay wahan par, un se aap ki aap ko aik team mil gai. woh jo heroes banay thay is desert mein, us se aap ko aik aik team mil gai.</w:t>
      </w:r>
      <w:r>
        <w:br/>
      </w:r>
      <w:r>
        <w:rPr>
          <w:sz w:val="20"/>
        </w:rPr>
        <w:t>42:57  is team ko le kar ke aap ne aik revolution barpa kiya. woh team kaisay bani thi? woh aik lady ke conviction se bani thi, woh ke desert mein ja kar woh bas gai, aur wahan par jo log paida huay,</w:t>
      </w:r>
      <w:r>
        <w:br/>
      </w:r>
      <w:r>
        <w:rPr>
          <w:sz w:val="20"/>
        </w:rPr>
        <w:t>43:14  to sab logon ke wahan is aas paas koi nature ke siwa koi cheez nahin thi. wahan par</w:t>
      </w:r>
      <w:r>
        <w:br/>
      </w:r>
      <w:r>
        <w:rPr>
          <w:sz w:val="20"/>
        </w:rPr>
        <w:t>43:23  un ka jo un ki jo training thi, un ka woh un ka jo un ka jo kuch bhi tha, woh sab kuch nature tha.</w:t>
      </w:r>
      <w:r>
        <w:br/>
      </w:r>
      <w:r>
        <w:rPr>
          <w:sz w:val="20"/>
        </w:rPr>
        <w:t>43:31  bas wahan na koi conditioning thi, na koi provision tha, na koi corruption tha. wahan ke log jo thay, jhoot bolna jantay hi nahin thay.</w:t>
      </w:r>
    </w:p>
    <w:p>
      <w:pPr>
        <w:pStyle w:val="Heading2"/>
      </w:pPr>
      <w:r>
        <w:t>Misinterpretation of history, freedom, and solution</w:t>
      </w:r>
    </w:p>
    <w:p>
      <w:r>
        <w:rPr>
          <w:color w:val="666666"/>
          <w:sz w:val="18"/>
        </w:rPr>
        <w:t>Present Muslims Mind 14 April, 2013 Maulana Wahiduddin Khan · 5m 02s · at 7:29 · https://youtu.be/Gb545Y17vSI?t=449</w:t>
      </w:r>
    </w:p>
    <w:p>
      <w:r>
        <w:rPr>
          <w:i/>
        </w:rPr>
        <w:t>“Sab ka case ek lafz mein kya hai?”</w:t>
      </w:r>
    </w:p>
    <w:p>
      <w:r>
        <w:rPr>
          <w:sz w:val="20"/>
        </w:rPr>
        <w:t>7:29  aur musalman hi nahi, sari duniya bekhabar hai. main samajhta hoon ke sari duniya ke jitne reformer hain, philosopher hain, sab ka case ek lafz mein kya hai?</w:t>
      </w:r>
      <w:r>
        <w:br/>
      </w:r>
      <w:r>
        <w:rPr>
          <w:sz w:val="20"/>
        </w:rPr>
        <w:t>7:39  misinterpretation of history. sab ka case. misinterpretation of history. dekhiye, jitne philosophers hain, woh kab kya kehte hain?</w:t>
      </w:r>
      <w:r>
        <w:br/>
      </w:r>
      <w:r>
        <w:rPr>
          <w:sz w:val="20"/>
        </w:rPr>
        <w:t>7:52  un ka ek kehna yeh hai ke duniya mein problem of evil hai. sab shikayat karte hain ke duniya mein evil hai, evil hai.</w:t>
      </w:r>
      <w:r>
        <w:br/>
      </w:r>
      <w:r>
        <w:rPr>
          <w:sz w:val="20"/>
        </w:rPr>
        <w:t>8:04  toh evil ko le kar ke sochte hain woh.</w:t>
      </w:r>
      <w:r>
        <w:br/>
      </w:r>
      <w:r>
        <w:rPr>
          <w:sz w:val="20"/>
        </w:rPr>
        <w:t>8:11  evil ko le kar ke sochte hain. Givon ne likha hai ke duniya jo hai, yeh tareekh jo hai, woh bhari hui hai crime se.</w:t>
      </w:r>
      <w:r>
        <w:br/>
      </w:r>
      <w:r>
        <w:rPr>
          <w:sz w:val="20"/>
        </w:rPr>
        <w:t>8:23  tareekh crime se bhari hui hai.</w:t>
      </w:r>
      <w:r>
        <w:br/>
      </w:r>
      <w:r>
        <w:rPr>
          <w:sz w:val="20"/>
        </w:rPr>
        <w:t>8:27  aur musalman yeh samajhte hain ke duniya sazish se aur zulm se bhari hui hai. sab ki soch ek hi soch hai, chahe Muslim ho ya non-Muslim.</w:t>
      </w:r>
      <w:r>
        <w:br/>
      </w:r>
      <w:r>
        <w:rPr>
          <w:sz w:val="20"/>
        </w:rPr>
        <w:t>8:38  toh kyun woh creation of creation of God jo hai, creation plan of God jo us se bekhabar hain? sab ka case misinterpretation, misinterpretation of history ka case hai.</w:t>
      </w:r>
      <w:r>
        <w:br/>
      </w:r>
      <w:r>
        <w:rPr>
          <w:sz w:val="20"/>
        </w:rPr>
        <w:t>8:56  dekhiye, aap Quran ko padhein ghaur se, sirf sawab ke liye, tilawat ke liye nahi, tadabbur ke zariye se.</w:t>
      </w:r>
      <w:r>
        <w:br/>
      </w:r>
      <w:r>
        <w:rPr>
          <w:sz w:val="20"/>
        </w:rPr>
        <w:t>9:05  toh aap ko maloom hoga ke Allah taala ne insaan ko azadi di hai. total freedom. full freedom, full discretion.</w:t>
      </w:r>
      <w:r>
        <w:br/>
      </w:r>
      <w:r>
        <w:rPr>
          <w:sz w:val="20"/>
        </w:rPr>
        <w:t>9:18  yahan tak ke is iblis ne apni sari jinnati biradari ko le kar Allah ke khilaf bagawat kar di. toh Allah taala ne azadi de di, us ko bhi azadi de di.</w:t>
      </w:r>
      <w:r>
        <w:br/>
      </w:r>
      <w:r>
        <w:rPr>
          <w:sz w:val="20"/>
        </w:rPr>
        <w:t>9:30  qayamat tak to woh azadi hai. Allah taala ne is ko khatam nahi kiya. To Allah taala insan ki aur jinnat ki azadi ko abash nahi karega.</w:t>
      </w:r>
      <w:r>
        <w:br/>
      </w:r>
      <w:r>
        <w:rPr>
          <w:sz w:val="20"/>
        </w:rPr>
        <w:t>9:44  acha, jab azadi hai to azadi aadmi sirf proper use karega azadi ka? Woh misuse bhi karega, azadi ka misuse bhi karega?</w:t>
      </w:r>
      <w:r>
        <w:br/>
      </w:r>
      <w:r>
        <w:rPr>
          <w:sz w:val="20"/>
        </w:rPr>
        <w:t>9:56  chunaanche dekhiye, jin sazishon aur jin jin mazalim ko musalman batate hain, jin buraiyon, buraiyon ko batate hain, west mein ya india mein ya kahin bhi, woh sab ki sab muslim dunya mein pehle bhi thi, aaj bhi hain.</w:t>
      </w:r>
      <w:r>
        <w:br/>
      </w:r>
      <w:r>
        <w:rPr>
          <w:sz w:val="20"/>
        </w:rPr>
        <w:t>10:14  hata ke khilafat rashida ke zamane mein bhi woh sari evil maujood thi.</w:t>
      </w:r>
      <w:r>
        <w:br/>
      </w:r>
      <w:r>
        <w:rPr>
          <w:sz w:val="20"/>
        </w:rPr>
        <w:t>10:25  to agar aap yeh is tarike se sochenge to khilafat rashida jo hai, khilafat rashida nahi rahegi woh. Kyun ke mere nazdeek hai woh khilafat rashida.</w:t>
      </w:r>
      <w:r>
        <w:br/>
      </w:r>
      <w:r>
        <w:rPr>
          <w:sz w:val="20"/>
        </w:rPr>
        <w:t>10:35  kyun? Insan ko azadi hai to us ko yeh bhi azadi hai ke woh apni field ko misuse kare. Woh Hazrat Umar ko qatal kar de, Hazrat Usman ko qatal kar de,</w:t>
      </w:r>
      <w:r>
        <w:br/>
      </w:r>
      <w:r>
        <w:rPr>
          <w:sz w:val="20"/>
        </w:rPr>
        <w:t>10:49  us ko azadi hai. Woh Hussain ko qatal kar de, woh aapas mein jang kare. Yeh misuse of freedom ke cases hain.</w:t>
      </w:r>
      <w:r>
        <w:br/>
      </w:r>
      <w:r>
        <w:rPr>
          <w:sz w:val="20"/>
        </w:rPr>
        <w:t>11:01  to title galat hai, yaad rakhiye. Logon ne jo title bana rakha hai, evil, zulm, conspiracy, yeh title galat hai.</w:t>
      </w:r>
      <w:r>
        <w:br/>
      </w:r>
      <w:r>
        <w:rPr>
          <w:sz w:val="20"/>
        </w:rPr>
        <w:t>11:10  sahi title kya hai? Misuse of freedom.</w:t>
      </w:r>
      <w:r>
        <w:br/>
      </w:r>
      <w:r>
        <w:rPr>
          <w:sz w:val="20"/>
        </w:rPr>
        <w:t>11:19  yeh dunya ke waqiyat jo ho rahe hain, in ke samajhne ke liye logon ne title hi galat bana rakha hai. Is ko evil ke title ke tehat padhte hain, zulm ke sazish ke tehat padhte hain.</w:t>
      </w:r>
      <w:r>
        <w:br/>
      </w:r>
      <w:r>
        <w:rPr>
          <w:sz w:val="20"/>
        </w:rPr>
        <w:t>11:33  nahi, in sab ko aap ek hi title dijiye, woh hai misuse of freedom.</w:t>
      </w:r>
      <w:r>
        <w:br/>
      </w:r>
      <w:r>
        <w:rPr>
          <w:sz w:val="20"/>
        </w:rPr>
        <w:t>11:42  ab masla kya hai? Misuse of freedom to baqi rahega. Hum aap is ko abash kar nahi sakte. Kyun ke Khuda ki di hui cheez ko kaun abash karega?</w:t>
      </w:r>
      <w:r>
        <w:br/>
      </w:r>
      <w:r>
        <w:rPr>
          <w:sz w:val="20"/>
        </w:rPr>
        <w:t>11:55  kis mein itni taqat hai ke jo cheez Khuda ne de rakhi hai, us ko abash kar de, woh us ko khatam kar de?</w:t>
      </w:r>
      <w:r>
        <w:br/>
      </w:r>
      <w:r>
        <w:rPr>
          <w:sz w:val="20"/>
        </w:rPr>
        <w:t>12:04  yeh to qayamat tak rahega. Then what to do?</w:t>
      </w:r>
      <w:r>
        <w:br/>
      </w:r>
      <w:r>
        <w:rPr>
          <w:sz w:val="20"/>
        </w:rPr>
        <w:t>12:10  wohi hai, in mawal usr yusr. Yani usr ko ignore karo aur yusr ko istemal karo.</w:t>
      </w:r>
      <w:r>
        <w:br/>
      </w:r>
      <w:r>
        <w:rPr>
          <w:sz w:val="20"/>
        </w:rPr>
        <w:t>12:21  yani misuse of freedom ko chodo, is saath saath jo doosri cheezein hain, jo opportunities hain, jo mawaqe hain, jo scopes hain, us ko dekho.</w:t>
      </w:r>
    </w:p>
    <w:p>
      <w:pPr>
        <w:pStyle w:val="Heading2"/>
      </w:pPr>
      <w:r>
        <w:t>What a fatwa really is, and why fatwa activism is un-Islamic</w:t>
      </w:r>
    </w:p>
    <w:p>
      <w:r>
        <w:rPr>
          <w:color w:val="666666"/>
          <w:sz w:val="18"/>
        </w:rPr>
        <w:t>Man and Paradise August 18, 2013 · 3m 37s · at 55:51 · https://youtu.be/v7eX25YAjDU?t=3351</w:t>
      </w:r>
    </w:p>
    <w:p>
      <w:r>
        <w:rPr>
          <w:i/>
        </w:rPr>
        <w:t>“Issuing fatwas the way it's done today has nothing to do with Islam”</w:t>
      </w:r>
    </w:p>
    <w:p>
      <w:r>
        <w:rPr>
          <w:sz w:val="20"/>
        </w:rPr>
        <w:t>55:51  dekhen, yeh sab jo aaj kal fatwa issue kiya jata hai, yeh sab Islam ke khilaf hai. is ka Islam se koi talluq nahi. fatwa issue karna yeh Islam mein hai hi nahi.</w:t>
      </w:r>
      <w:r>
        <w:br/>
      </w:r>
      <w:r>
        <w:rPr>
          <w:sz w:val="20"/>
        </w:rPr>
        <w:t>56:01  main aap ko batata hoon ke fatwa ka matlab kya hai. fatwa ka literal meaning hai opinion, rai.</w:t>
      </w:r>
      <w:r>
        <w:br/>
      </w:r>
      <w:r>
        <w:rPr>
          <w:sz w:val="20"/>
        </w:rPr>
        <w:t>56:12  rai, rai kis ko di jati hai?</w:t>
      </w:r>
      <w:r>
        <w:br/>
      </w:r>
      <w:r>
        <w:rPr>
          <w:sz w:val="20"/>
        </w:rPr>
        <w:t>56:16  ek shakhs jo aap se rai pooche. to fatwa ka matlab sirf itna hai ke ek shakhs mufti ke paas jata hai, apna zaati masla bayan karta hai.</w:t>
      </w:r>
      <w:r>
        <w:br/>
      </w:r>
      <w:r>
        <w:rPr>
          <w:sz w:val="20"/>
        </w:rPr>
        <w:t>56:26  to mufti batayega apni rai ke mere mere nazdeek is mamle mein sahi rai yeh hai. to fatwa means opinion, aur opinion us ko di jati hai jo aap se opinion pochi jaye.</w:t>
      </w:r>
      <w:r>
        <w:br/>
      </w:r>
      <w:r>
        <w:rPr>
          <w:sz w:val="20"/>
        </w:rPr>
        <w:t>56:41  lekin yeh fatwa issue karna yeh bilashuba Islam mein nahi hai.</w:t>
      </w:r>
      <w:r>
        <w:br/>
      </w:r>
      <w:r>
        <w:rPr>
          <w:sz w:val="20"/>
        </w:rPr>
        <w:t>56:45  yeh misal deta hoon main aap ko. jaise sania mirza jo hai. to is ka jo address hota hai, is ke khilaf ek fatwa shaya hua ke is ka address un Islamic hai.</w:t>
      </w:r>
      <w:r>
        <w:br/>
      </w:r>
      <w:r>
        <w:rPr>
          <w:sz w:val="20"/>
        </w:rPr>
        <w:t>56:58  is ko apna address badalna chahiye. to is ko jab bataya gaya to use ridicule kiya ke mufti ke haq mein mere bare mein fatwa dene ka.</w:t>
      </w:r>
      <w:r>
        <w:br/>
      </w:r>
      <w:r>
        <w:rPr>
          <w:sz w:val="20"/>
        </w:rPr>
        <w:t>57:08  to use sahi ridicule kiya.</w:t>
      </w:r>
      <w:r>
        <w:br/>
      </w:r>
      <w:r>
        <w:rPr>
          <w:sz w:val="20"/>
        </w:rPr>
        <w:t>57:10  yeh fatwa bilashuba galat tha. kyunke sania mirza ne poocha nahi tha is mufti se ke mera address Islami hai ke nahi hai.</w:t>
      </w:r>
      <w:r>
        <w:br/>
      </w:r>
      <w:r>
        <w:rPr>
          <w:sz w:val="20"/>
        </w:rPr>
        <w:t>57:19  to mufti ko fatwa dene ka haq bhi nahi hai. dekhen, aap achhe se samajh lijiye ke is maamle mein, yaani jis tarah se adalat ka maamla hai, adalat, adalat government nahi hai.</w:t>
      </w:r>
      <w:r>
        <w:br/>
      </w:r>
      <w:r>
        <w:rPr>
          <w:sz w:val="20"/>
        </w:rPr>
        <w:t>57:35  khud se adalat koi farman jaari nahi kar sakti.</w:t>
      </w:r>
      <w:r>
        <w:br/>
      </w:r>
      <w:r>
        <w:rPr>
          <w:sz w:val="20"/>
        </w:rPr>
        <w:t>57:38  adalat mein jab koi shakhs jaata hai ek case lekar ke, adalat ko refer karta hai ke tab adalat jo hai ek faisla deti hai.</w:t>
      </w:r>
      <w:r>
        <w:br/>
      </w:r>
      <w:r>
        <w:rPr>
          <w:sz w:val="20"/>
        </w:rPr>
        <w:t>57:50  baghair marrafe ke, baghair refer kiye hue adalat kabhi farman nahi jaari kare gi</w:t>
      </w:r>
      <w:r>
        <w:br/>
      </w:r>
      <w:r>
        <w:rPr>
          <w:sz w:val="20"/>
        </w:rPr>
        <w:t>57:56  ye. ye maamla fatwa mufti ka hai. fatwa mufti ko ye haq nahi ke fatwa issue kare ke falan aadmi ka address galat hai aur falan imam ki imamat najayaz hai.</w:t>
      </w:r>
      <w:r>
        <w:br/>
      </w:r>
      <w:r>
        <w:rPr>
          <w:sz w:val="20"/>
        </w:rPr>
        <w:t>58:11  is ke liye fatwe bilashuba ghair islami hain. jo aadmi pooche, us ko aap fatwa de sakte hain. aap hakim nahi hain. aap adalat, aap hakim nahi hain.</w:t>
      </w:r>
      <w:r>
        <w:br/>
      </w:r>
      <w:r>
        <w:rPr>
          <w:sz w:val="20"/>
        </w:rPr>
        <w:t>58:21  aap, aap, aap ko haq nahi hai fatwa issue karne ka.</w:t>
      </w:r>
      <w:r>
        <w:br/>
      </w:r>
      <w:r>
        <w:rPr>
          <w:sz w:val="20"/>
        </w:rPr>
        <w:t>58:25  doosri baat ye hai ke ye mufti log ye bhi nahi jaante ke India mein misaal ke taur par ek law of land hai. wo in maamlon mein bhi fatwa dene lagte hain jis ka taluq law of land se hota hai.</w:t>
      </w:r>
      <w:r>
        <w:br/>
      </w:r>
      <w:r>
        <w:rPr>
          <w:sz w:val="20"/>
        </w:rPr>
        <w:t>58:36  ye to bilkul hi galat hai. bilkul galat hai. bilkul galat hai. jin cheezon ka taluq law of land se hai, yaani qawaneen mulki se, us ka taluq kuch bhi mufti se nahi hota.</w:t>
      </w:r>
      <w:r>
        <w:br/>
      </w:r>
      <w:r>
        <w:rPr>
          <w:sz w:val="20"/>
        </w:rPr>
        <w:t>58:49  mufti ko is pe fatwa hi nahi dena chahiye. agar koi jaata hai to us ko kahe ke jaao tum adalat</w:t>
      </w:r>
      <w:r>
        <w:br/>
      </w:r>
      <w:r>
        <w:rPr>
          <w:sz w:val="20"/>
        </w:rPr>
        <w:t>58:54  mein jaao. ye hamara domain nahi hai. to abhi jo maine ek mazmoon likha tha, fatwa activism, ek chhaapa hai mera ke Islam mein fatwa hai lekin fatwa activism nahi hai.</w:t>
      </w:r>
      <w:r>
        <w:br/>
      </w:r>
      <w:r>
        <w:rPr>
          <w:sz w:val="20"/>
        </w:rPr>
        <w:t>59:08  ye log fatwa activism chala rahe hain jo Islam mein hai hi nahi.</w:t>
      </w:r>
      <w:r>
        <w:br/>
      </w:r>
      <w:r>
        <w:rPr>
          <w:sz w:val="20"/>
        </w:rPr>
        <w:t>59:16  maujooda jo shakal hai fatwa baazi ki aur fatwa activism ki, wo bilashuba Islam se koi taluq is ka nahi hai.</w:t>
      </w:r>
    </w:p>
    <w:p>
      <w:pPr>
        <w:pStyle w:val="Heading2"/>
      </w:pPr>
      <w:r>
        <w:t>Salah teaches the art of time management</w:t>
      </w:r>
    </w:p>
    <w:p>
      <w:r>
        <w:rPr>
          <w:color w:val="666666"/>
          <w:sz w:val="18"/>
        </w:rPr>
        <w:t>Dars-e-Quran June 25, 2007 · 5m 26s · at 0:56 · https://youtu.be/nrgQNgSemyo?t=56</w:t>
      </w:r>
    </w:p>
    <w:p>
      <w:r>
        <w:rPr>
          <w:i/>
        </w:rPr>
        <w:t>“Surah Baqarah ayat 110: Aqimu as-salata wa atu az-zakah”</w:t>
      </w:r>
    </w:p>
    <w:p>
      <w:r>
        <w:rPr>
          <w:sz w:val="20"/>
        </w:rPr>
        <w:t>0:56  dekhiye, Surah Al-Baqarah ki ayat, yani verse number 110 mein kaha gaya hai kay aqim-us-salata wa atuz-zakata</w:t>
      </w:r>
      <w:r>
        <w:br/>
      </w:r>
      <w:r>
        <w:rPr>
          <w:sz w:val="20"/>
        </w:rPr>
        <w:t>1:21  aqim-us-salata wa atuz-zakata</w:t>
      </w:r>
      <w:r>
        <w:br/>
      </w:r>
      <w:r>
        <w:rPr>
          <w:sz w:val="20"/>
        </w:rPr>
        <w:t>1:27  aqim-us-salata wa atuz-zakata yani namaz qaim karo aur zakat ada karo.</w:t>
      </w:r>
      <w:r>
        <w:br/>
      </w:r>
      <w:r>
        <w:rPr>
          <w:sz w:val="20"/>
        </w:rPr>
        <w:t>1:41  yeh do cheezein aik sath is ayat mein batai gayeen.</w:t>
      </w:r>
      <w:r>
        <w:br/>
      </w:r>
      <w:r>
        <w:rPr>
          <w:sz w:val="20"/>
        </w:rPr>
        <w:t>1:51  donon mein bohat gehra ta'alluq hai. dekhiye, namaz ya salat kya hai?</w:t>
      </w:r>
      <w:r>
        <w:br/>
      </w:r>
      <w:r>
        <w:rPr>
          <w:sz w:val="20"/>
        </w:rPr>
        <w:t>2:03  rozana panch time</w:t>
      </w:r>
      <w:r>
        <w:br/>
      </w:r>
      <w:r>
        <w:rPr>
          <w:sz w:val="20"/>
        </w:rPr>
        <w:t>2:09  Khuda ki ibadat karna, 24 ghante mein panch waqt. to goya kay yeh</w:t>
      </w:r>
      <w:r>
        <w:br/>
      </w:r>
      <w:r>
        <w:rPr>
          <w:sz w:val="20"/>
        </w:rPr>
        <w:t>2:24  aik aitbar se</w:t>
      </w:r>
      <w:r>
        <w:br/>
      </w:r>
      <w:r>
        <w:rPr>
          <w:sz w:val="20"/>
        </w:rPr>
        <w:t>2:28  art of time management ka lesson hai.</w:t>
      </w:r>
      <w:r>
        <w:br/>
      </w:r>
      <w:r>
        <w:rPr>
          <w:sz w:val="20"/>
        </w:rPr>
        <w:t>2:34  time management, yani panch waqt ki namaz</w:t>
      </w:r>
      <w:r>
        <w:br/>
      </w:r>
      <w:r>
        <w:rPr>
          <w:sz w:val="20"/>
        </w:rPr>
        <w:t>2:44  na sirf ibadat hai balkay woh yeh bhi batati hai kay apnay 24 ghante kay waqt ko tum kis tarah manage karo.</w:t>
      </w:r>
      <w:r>
        <w:br/>
      </w:r>
      <w:r>
        <w:rPr>
          <w:sz w:val="20"/>
        </w:rPr>
        <w:t>2:59  to us ko panch hissay mein manage karne ka principle diya gaya.</w:t>
      </w:r>
      <w:r>
        <w:br/>
      </w:r>
      <w:r>
        <w:rPr>
          <w:sz w:val="20"/>
        </w:rPr>
        <w:t>3:09  mein samajhta hoon kay yeh art of time management ko ibadat kay sath joar diya gaya hai.</w:t>
      </w:r>
      <w:r>
        <w:br/>
      </w:r>
      <w:r>
        <w:rPr>
          <w:sz w:val="20"/>
        </w:rPr>
        <w:t>3:19  subah suraj nikalne se pehle Fajr ki namaz parhi jati hai. to yahan se din shuru hua.</w:t>
      </w:r>
      <w:r>
        <w:br/>
      </w:r>
      <w:r>
        <w:rPr>
          <w:sz w:val="20"/>
        </w:rPr>
        <w:t>3:30  phir yeh din chalega dopahar dhalne kay baad Zuhr tak. to aik unit yeh hua.</w:t>
      </w:r>
      <w:r>
        <w:br/>
      </w:r>
      <w:r>
        <w:rPr>
          <w:sz w:val="20"/>
        </w:rPr>
        <w:t>3:42  phir chalaiga aur suraj doobne se pehle asar ki namaz padhi jati hai. to yeh hua doosra unit.</w:t>
      </w:r>
      <w:r>
        <w:br/>
      </w:r>
      <w:r>
        <w:rPr>
          <w:sz w:val="20"/>
        </w:rPr>
        <w:t>3:54  phir asar se le kar ke suraj doobne ke foran baad namaz padhi jati hai maghrib ki. yeh hua teesra unit.</w:t>
      </w:r>
      <w:r>
        <w:br/>
      </w:r>
      <w:r>
        <w:rPr>
          <w:sz w:val="20"/>
        </w:rPr>
        <w:t>4:05  phir maghrib se, maghrib ke baad</w:t>
      </w:r>
      <w:r>
        <w:br/>
      </w:r>
      <w:r>
        <w:rPr>
          <w:sz w:val="20"/>
        </w:rPr>
        <w:t>4:12  shafaq ke khatm hone ke baad isha ki namaz padhi jati hai.</w:t>
      </w:r>
      <w:r>
        <w:br/>
      </w:r>
      <w:r>
        <w:rPr>
          <w:sz w:val="20"/>
        </w:rPr>
        <w:t>4:19  sone se pehle. to yeh hua chautha unit. phir is ke baad raat aati hai, aadmi sota hai fajr tak.</w:t>
      </w:r>
      <w:r>
        <w:br/>
      </w:r>
      <w:r>
        <w:rPr>
          <w:sz w:val="20"/>
        </w:rPr>
        <w:t>4:29  to yeh hua panchwan unit. to 24 ghante ko yeh ibadat jo hai panch unit mein baant ti hai.</w:t>
      </w:r>
      <w:r>
        <w:br/>
      </w:r>
      <w:r>
        <w:rPr>
          <w:sz w:val="20"/>
        </w:rPr>
        <w:t>4:42  to bohat simple tareeqa hai apne time ko manage karne ka.</w:t>
      </w:r>
      <w:r>
        <w:br/>
      </w:r>
      <w:r>
        <w:rPr>
          <w:sz w:val="20"/>
        </w:rPr>
        <w:t>4:47  apni activities ko organize karne ka.</w:t>
      </w:r>
      <w:r>
        <w:br/>
      </w:r>
      <w:r>
        <w:rPr>
          <w:sz w:val="20"/>
        </w:rPr>
        <w:t>4:56  is ka ek bohat hi disciplined way mein ek routine banane ka. to yeh hai panch waqt ki ibadat.</w:t>
      </w:r>
      <w:r>
        <w:br/>
      </w:r>
      <w:r>
        <w:rPr>
          <w:sz w:val="20"/>
        </w:rPr>
        <w:t>5:10  is mein aap apne time ko bachate hain. apne aap ko distraction se bachate hain.</w:t>
      </w:r>
      <w:r>
        <w:br/>
      </w:r>
      <w:r>
        <w:rPr>
          <w:sz w:val="20"/>
        </w:rPr>
        <w:t>5:22  zindagi mein hamare paas sab se zyada jo precious cheez hai, sab se zyada qeemti, woh hai time.</w:t>
      </w:r>
      <w:r>
        <w:br/>
      </w:r>
      <w:r>
        <w:rPr>
          <w:sz w:val="20"/>
        </w:rPr>
        <w:t>5:35  to time ko manage karna yeh hai secret of success. aur time ko waste karna jo hai yahi hai nakami.</w:t>
      </w:r>
      <w:r>
        <w:br/>
      </w:r>
      <w:r>
        <w:rPr>
          <w:sz w:val="20"/>
        </w:rPr>
        <w:t>5:52  sab se bari cheez jo hamare paas hai woh hai time. to namaz yeh sikhati hai ke apne time ko panch unit mein banto.</w:t>
      </w:r>
      <w:r>
        <w:br/>
      </w:r>
      <w:r>
        <w:rPr>
          <w:sz w:val="20"/>
        </w:rPr>
        <w:t>6:05  24 ghante ka jo period hai is ko panch unit mein banto.</w:t>
      </w:r>
      <w:r>
        <w:br/>
      </w:r>
      <w:r>
        <w:rPr>
          <w:sz w:val="20"/>
        </w:rPr>
        <w:t>6:16  is tarah se waqt ka bharpoor istemal tum kar sako ge.</w:t>
      </w:r>
    </w:p>
    <w:p>
      <w:pPr>
        <w:pStyle w:val="Heading2"/>
      </w:pPr>
      <w:r>
        <w:t>Muslims live on false beliefs about khilafat</w:t>
      </w:r>
    </w:p>
    <w:p>
      <w:r>
        <w:rPr>
          <w:color w:val="666666"/>
          <w:sz w:val="18"/>
        </w:rPr>
        <w:t>Follow Law of the Land 29 Nov 2019 - Maulana Wahiduddin Khan · 3m 43s · at 29:51 · https://youtu.be/miwE6TbkdAY?t=1791</w:t>
      </w:r>
    </w:p>
    <w:p>
      <w:r>
        <w:rPr>
          <w:i/>
        </w:rPr>
        <w:t>“Sunnat Islamia jo thi, Turkey ki, wahan chaudah moot tutti”</w:t>
      </w:r>
    </w:p>
    <w:p>
      <w:r>
        <w:rPr>
          <w:sz w:val="20"/>
        </w:rPr>
        <w:t>29:51  ji. turki ki. ji. wohin chaudah maut tooti. hmm. to log samajhte the saare ulama ghalat taur par ke yahi woh cheez hai jo hamara nishana hai ke hum khilafat qaim karein khilafat qaim karein.</w:t>
      </w:r>
      <w:r>
        <w:br/>
      </w:r>
      <w:r>
        <w:rPr>
          <w:sz w:val="20"/>
        </w:rPr>
        <w:t>30:12  ji. to hum ne haalankey woh khilafat thi hi nahi. dekhiye ek sab itni badi haqeeqat koi bhi khilafat khilafat nahi thi.</w:t>
      </w:r>
      <w:r>
        <w:br/>
      </w:r>
      <w:r>
        <w:rPr>
          <w:sz w:val="20"/>
        </w:rPr>
        <w:t>30:25  ji. dynasty thi. ji. hmm kya kaha maine?</w:t>
      </w:r>
      <w:r>
        <w:br/>
      </w:r>
      <w:r>
        <w:rPr>
          <w:sz w:val="20"/>
        </w:rPr>
        <w:t>30:30  maulana musalman jis ko khilafat samajhte hain woh saari dynasties theen woh. hmm chahe bani ummayah hon chahe bani abbas hon.</w:t>
      </w:r>
      <w:r>
        <w:br/>
      </w:r>
      <w:r>
        <w:rPr>
          <w:sz w:val="20"/>
        </w:rPr>
        <w:t>30:40  ji. ya usmania khilafat. ji. sab dynasty thi woh khilafat thi hi nahi. ji.</w:t>
      </w:r>
      <w:r>
        <w:br/>
      </w:r>
      <w:r>
        <w:rPr>
          <w:sz w:val="20"/>
        </w:rPr>
        <w:t>30:50  theek. to jab woh aaye hain qaim thi to hum ne khilafat qaim kar rakha hai. jab woh toot gayi to ab yeh koi ghasib hain ke marna hai inhein ladna hai inhein chheenna hai inhein chheenna hai.</w:t>
      </w:r>
      <w:r>
        <w:br/>
      </w:r>
      <w:r>
        <w:rPr>
          <w:sz w:val="20"/>
        </w:rPr>
        <w:t>31:06  to yaani false khilafat par yaqeen karna ke yahi khilafat hai. ji. hain ab jo is false khilafat tootne par yeh hai ke is ko regain karna hai.</w:t>
      </w:r>
      <w:r>
        <w:br/>
      </w:r>
      <w:r>
        <w:rPr>
          <w:sz w:val="20"/>
        </w:rPr>
        <w:t>31:20  chheenna hai. ab yeh log to bechare khane kamane wale log hain. yeh itna sochte nahi hain.</w:t>
      </w:r>
      <w:r>
        <w:br/>
      </w:r>
      <w:r>
        <w:rPr>
          <w:sz w:val="20"/>
        </w:rPr>
        <w:t>31:30  yeh bohat Maulana nayi baat hai bilkul. hain? yeh bilkul aap ne aaj ek nayi baat batai hai ke jo cheez maujood hi nahi thi us par unhon ne ek yeh qaim kiya.</w:t>
      </w:r>
      <w:r>
        <w:br/>
      </w:r>
      <w:r>
        <w:rPr>
          <w:sz w:val="20"/>
        </w:rPr>
        <w:t>31:39  ek daawa qaim kiya. hmm. aur phir us ke liye kaam karte hain. hmm.</w:t>
      </w:r>
      <w:r>
        <w:br/>
      </w:r>
      <w:r>
        <w:rPr>
          <w:sz w:val="20"/>
        </w:rPr>
        <w:t>31:44  kabhi bhi khilafat nahi thi woh to woh to dynasty thi. ji. dynasty maani hote hain khandani hukoomat.</w:t>
      </w:r>
      <w:r>
        <w:br/>
      </w:r>
      <w:r>
        <w:rPr>
          <w:sz w:val="20"/>
        </w:rPr>
        <w:t>31:55  ji. aur jab woh nahi rahi to us ko regain karne ki lad rahe hain. ji. khilafat ke naam par.</w:t>
      </w:r>
      <w:r>
        <w:br/>
      </w:r>
      <w:r>
        <w:rPr>
          <w:sz w:val="20"/>
        </w:rPr>
        <w:t>32:04  to musalman jo hain false food mein jeete hain. All the Muslims are real and false food.</w:t>
      </w:r>
      <w:r>
        <w:br/>
      </w:r>
      <w:r>
        <w:rPr>
          <w:sz w:val="20"/>
        </w:rPr>
        <w:t>32:15  kaisa? ji. kya kaha maine</w:t>
      </w:r>
      <w:r>
        <w:br/>
      </w:r>
      <w:r>
        <w:rPr>
          <w:sz w:val="20"/>
        </w:rPr>
        <w:t>32:20  ? musalman saare ke saare false food par jeete hain Maulana. ke jo khandani hukoomat thi us ko khilafat ka hmm samajh liya ke woh khilafat thi.</w:t>
      </w:r>
      <w:r>
        <w:br/>
      </w:r>
      <w:r>
        <w:rPr>
          <w:sz w:val="20"/>
        </w:rPr>
        <w:t>32:31  bani ummayah bani abbas bani abbas aur woh mughal jitne bhi hain sab the dynasty aur un ka the khilafat.</w:t>
      </w:r>
      <w:r>
        <w:br/>
      </w:r>
      <w:r>
        <w:rPr>
          <w:sz w:val="20"/>
        </w:rPr>
        <w:t>32:47  ji. ji. hain? jaise hum log yahan baithe hue hain hum kahein hum tahajjud ki namaz parh rahe hain. hain?</w:t>
      </w:r>
      <w:r>
        <w:br/>
      </w:r>
      <w:r>
        <w:rPr>
          <w:sz w:val="20"/>
        </w:rPr>
        <w:t>32:55  ji. kaisa? haan Maulana. aise hi kya musalmanon ne? ji.</w:t>
      </w:r>
      <w:r>
        <w:br/>
      </w:r>
      <w:r>
        <w:rPr>
          <w:sz w:val="20"/>
        </w:rPr>
        <w:t>33:04  kaisa kya kaha maine?</w:t>
      </w:r>
      <w:r>
        <w:br/>
      </w:r>
      <w:r>
        <w:rPr>
          <w:sz w:val="20"/>
        </w:rPr>
        <w:t>33:07  Maulana bilkul yeh sahi hai in ka musalmanon ka kehna umvi abbasi aur usmani khilafat usmani dynasties ko khilafat aise hi hai jaise hum bagh mein baithe hue hain aur kahein ke subah char baje hum tahajjud parh rahe hain.</w:t>
      </w:r>
      <w:r>
        <w:br/>
      </w:r>
      <w:r>
        <w:rPr>
          <w:sz w:val="20"/>
        </w:rPr>
        <w:t>33:20  hmm.</w:t>
      </w:r>
      <w:r>
        <w:br/>
      </w:r>
      <w:r>
        <w:rPr>
          <w:sz w:val="20"/>
        </w:rPr>
        <w:t>33:22  saare musalman false food mein jeete hain chahe woh jamaat-e-islami ho chahe jamaat-e-islami ho chahe yeh mujtahima ho chahe tablighi jamaat ho sab false food mein jeete hain.</w:t>
      </w:r>
    </w:p>
    <w:p>
      <w:pPr>
        <w:pStyle w:val="Heading2"/>
      </w:pPr>
      <w:r>
        <w:t>Life setbacks are commas not stops</w:t>
      </w:r>
    </w:p>
    <w:p>
      <w:r>
        <w:rPr>
          <w:color w:val="666666"/>
          <w:sz w:val="18"/>
        </w:rPr>
        <w:t>Dars-e-Quran, Chapter 2, Verse 35-39 December 31, 2017 · 3m 57s · at 13:34 · https://youtu.be/6FNtbR3EBtc?t=814</w:t>
      </w:r>
    </w:p>
    <w:p>
      <w:r>
        <w:rPr>
          <w:i/>
        </w:rPr>
        <w:t>“To yeh waqea yeh sabaq dene ke liye tha”</w:t>
      </w:r>
    </w:p>
    <w:p>
      <w:r>
        <w:rPr>
          <w:sz w:val="20"/>
        </w:rPr>
        <w:t>13:34  to yeh waqea yeh sabak dene ke liye tha ke agar tumhari zindagi mein mehroomi ka tajurba ho</w:t>
      </w:r>
      <w:r>
        <w:br/>
      </w:r>
      <w:r>
        <w:rPr>
          <w:sz w:val="20"/>
        </w:rPr>
        <w:t>13:43  to ise koi cheez kho hi jaye</w:t>
      </w:r>
      <w:r>
        <w:br/>
      </w:r>
      <w:r>
        <w:rPr>
          <w:sz w:val="20"/>
        </w:rPr>
        <w:t>13:47  zameen khoi jaye mulk khoya jaye</w:t>
      </w:r>
      <w:r>
        <w:br/>
      </w:r>
      <w:r>
        <w:rPr>
          <w:sz w:val="20"/>
        </w:rPr>
        <w:t>13:51  daulat khoi jaye</w:t>
      </w:r>
      <w:r>
        <w:br/>
      </w:r>
      <w:r>
        <w:rPr>
          <w:sz w:val="20"/>
        </w:rPr>
        <w:t>13:53  to mat samjho ke</w:t>
      </w:r>
      <w:r>
        <w:br/>
      </w:r>
      <w:r>
        <w:rPr>
          <w:sz w:val="20"/>
        </w:rPr>
        <w:t>13:56  ke story tumhari khatm ho gayi</w:t>
      </w:r>
      <w:r>
        <w:br/>
      </w:r>
      <w:r>
        <w:rPr>
          <w:sz w:val="20"/>
        </w:rPr>
        <w:t>13:59  nahi aap apne andar woh cheez paida karo</w:t>
      </w:r>
      <w:r>
        <w:br/>
      </w:r>
      <w:r>
        <w:rPr>
          <w:sz w:val="20"/>
        </w:rPr>
        <w:t>14:06  jisko milton ne paida kiya</w:t>
      </w:r>
      <w:r>
        <w:br/>
      </w:r>
      <w:r>
        <w:rPr>
          <w:sz w:val="20"/>
        </w:rPr>
        <w:t>14:08  yani impetus insentiv motivation</w:t>
      </w:r>
      <w:r>
        <w:br/>
      </w:r>
      <w:r>
        <w:rPr>
          <w:sz w:val="20"/>
        </w:rPr>
        <w:t>14:15  aur ab jo aap ke paas hai us us</w:t>
      </w:r>
      <w:r>
        <w:br/>
      </w:r>
      <w:r>
        <w:rPr>
          <w:sz w:val="20"/>
        </w:rPr>
        <w:t>14:19  ko le kar kaam karo</w:t>
      </w:r>
      <w:r>
        <w:br/>
      </w:r>
      <w:r>
        <w:rPr>
          <w:sz w:val="20"/>
        </w:rPr>
        <w:t>14:22  jaise germany mein mein skill war war mein involve hua aur iske bare bare hosle the bare</w:t>
      </w:r>
      <w:r>
        <w:br/>
      </w:r>
      <w:r>
        <w:rPr>
          <w:sz w:val="20"/>
        </w:rPr>
        <w:t>14:31  bare iske</w:t>
      </w:r>
      <w:r>
        <w:br/>
      </w:r>
      <w:r>
        <w:rPr>
          <w:sz w:val="20"/>
        </w:rPr>
        <w:t>14:34  irade the lekin woh buri tarah haar gaya paradise</w:t>
      </w:r>
      <w:r>
        <w:br/>
      </w:r>
      <w:r>
        <w:rPr>
          <w:sz w:val="20"/>
        </w:rPr>
        <w:t>14:41  skill war war mein woh buri tarah haar gaya yani iska jo iski jo land tha</w:t>
      </w:r>
      <w:r>
        <w:br/>
      </w:r>
      <w:r>
        <w:rPr>
          <w:sz w:val="20"/>
        </w:rPr>
        <w:t>14:49  yani germany iska one third kho diya isne</w:t>
      </w:r>
      <w:r>
        <w:br/>
      </w:r>
      <w:r>
        <w:rPr>
          <w:sz w:val="20"/>
        </w:rPr>
        <w:t>14:57  jis ko ab hum east germany ke naam se jantay hain is ke paas sirf west germany tha. to is ne haar nahi maani ke chalo bhai east germany mere paas nahi hai to west germany to hai mere paas.</w:t>
      </w:r>
      <w:r>
        <w:br/>
      </w:r>
      <w:r>
        <w:rPr>
          <w:sz w:val="20"/>
        </w:rPr>
        <w:t>15:14  to jo remaining part tha us ki country ka us ke remaining part of us ki jo land thi us ka jo country tha us ka jo remaining part tha jis ko hum ab west germany ke naam se jantay hain us par sara focus daal diya is ne</w:t>
      </w:r>
      <w:r>
        <w:br/>
      </w:r>
      <w:r>
        <w:rPr>
          <w:sz w:val="20"/>
        </w:rPr>
        <w:t>15:37  aur</w:t>
      </w:r>
      <w:r>
        <w:br/>
      </w:r>
      <w:r>
        <w:rPr>
          <w:sz w:val="20"/>
        </w:rPr>
        <w:t>15:40  walid ko chhod diya peace ko pakda ab jo is ne kaam shuru kiya woh walid ko chhod kar ke peace ke andaaz mein technology ko istemaal kiya is ne aur ab aap jantay hain ke germany</w:t>
      </w:r>
      <w:r>
        <w:br/>
      </w:r>
      <w:r>
        <w:rPr>
          <w:sz w:val="20"/>
        </w:rPr>
        <w:t>16:00  poore europe ka number one country bana hua hai</w:t>
      </w:r>
      <w:r>
        <w:br/>
      </w:r>
      <w:r>
        <w:rPr>
          <w:sz w:val="20"/>
        </w:rPr>
        <w:t>16:06  to yeh sabak diya gaya insaan ko pehle din mein</w:t>
      </w:r>
      <w:r>
        <w:br/>
      </w:r>
      <w:r>
        <w:rPr>
          <w:sz w:val="20"/>
        </w:rPr>
        <w:t>16:12  ke agar tum koi ghalati ho gayi hai agar tum se koi cheez khoi gayi hai agar tum kisi mehroomi ka shikar ho gaye ho to yeh mat samjho ke full stop lag gaya nahi woh comma hai</w:t>
      </w:r>
      <w:r>
        <w:br/>
      </w:r>
      <w:r>
        <w:rPr>
          <w:sz w:val="20"/>
        </w:rPr>
        <w:t>16:30  yani second war war jo hai full stop nahi thi germany ke liye woh comma tha ek nayi planning naya motivation naya shauq naya hausla aur is ne itni bari kamyabi haasil kar li.</w:t>
      </w:r>
      <w:r>
        <w:br/>
      </w:r>
      <w:r>
        <w:rPr>
          <w:sz w:val="20"/>
        </w:rPr>
        <w:t>16:48  to yeh bohat bara raaz is mein bataya gaya hai</w:t>
      </w:r>
      <w:r>
        <w:br/>
      </w:r>
      <w:r>
        <w:rPr>
          <w:sz w:val="20"/>
        </w:rPr>
        <w:t>16:51  ke asal cheez jo aadmi se koi kaam karwati hai woh impetus hai</w:t>
      </w:r>
      <w:r>
        <w:br/>
      </w:r>
      <w:r>
        <w:rPr>
          <w:sz w:val="20"/>
        </w:rPr>
        <w:t>16:58  andar ka hosla</w:t>
      </w:r>
      <w:r>
        <w:br/>
      </w:r>
      <w:r>
        <w:rPr>
          <w:sz w:val="20"/>
        </w:rPr>
        <w:t>17:00  jisko hum impetus kehte hain woh impetus aap ko motivate karta hai</w:t>
      </w:r>
      <w:r>
        <w:br/>
      </w:r>
      <w:r>
        <w:rPr>
          <w:sz w:val="20"/>
        </w:rPr>
        <w:t>17:07  aur tajurba yeh batata hai ke impetus sab se bara aata hai mehroomi ke baad</w:t>
      </w:r>
      <w:r>
        <w:br/>
      </w:r>
      <w:r>
        <w:rPr>
          <w:sz w:val="20"/>
        </w:rPr>
        <w:t>17:14  aap ne kuch gain kiya hua</w:t>
      </w:r>
      <w:r>
        <w:br/>
      </w:r>
      <w:r>
        <w:rPr>
          <w:sz w:val="20"/>
        </w:rPr>
        <w:t>17:18  gain kiya ho to is se koi impetus nahi aayega</w:t>
      </w:r>
      <w:r>
        <w:br/>
      </w:r>
      <w:r>
        <w:rPr>
          <w:sz w:val="20"/>
        </w:rPr>
        <w:t>17:22  keh ap khote hain tab ata hai impetus</w:t>
      </w:r>
      <w:r>
        <w:br/>
      </w:r>
      <w:r>
        <w:rPr>
          <w:sz w:val="20"/>
        </w:rPr>
        <w:t>17:26  to khone ke hazar shakal hain</w:t>
      </w:r>
    </w:p>
    <w:p>
      <w:pPr>
        <w:pStyle w:val="Heading2"/>
      </w:pPr>
      <w:r>
        <w:t>Hard work replaced by planning in modern era</w:t>
      </w:r>
    </w:p>
    <w:p>
      <w:r>
        <w:rPr>
          <w:color w:val="666666"/>
          <w:sz w:val="18"/>
        </w:rPr>
        <w:t>Modern Age June 9, 2019 Maulana Wahiduddin Khan · 5m 50s · at 10:25 · https://youtu.be/7mjCvAvHEdA?t=625</w:t>
      </w:r>
    </w:p>
    <w:p>
      <w:r>
        <w:rPr>
          <w:i/>
        </w:rPr>
        <w:t>“Hard work ka zamana chala gaya”</w:t>
      </w:r>
    </w:p>
    <w:p>
      <w:r>
        <w:rPr>
          <w:sz w:val="20"/>
        </w:rPr>
        <w:t>10:25  unhon ne kaha ke nahi, woh bohat isi dunya ke expert thay woh. unhon ne kaha ke hard work ka zamana chala gaya, ab woh zamana hai ke planning sab se bari cheez hai.</w:t>
      </w:r>
      <w:r>
        <w:br/>
      </w:r>
      <w:r>
        <w:rPr>
          <w:sz w:val="20"/>
        </w:rPr>
        <w:t>10:45  jis ki planning bari hai, woh aage barh jayega. hard work ya kisi dolat mand ke ghar mein paida hona, kisi raja ke maal mein paida hona, yeh sab ab ahmiyat nahi rakhta.</w:t>
      </w:r>
      <w:r>
        <w:br/>
      </w:r>
      <w:r>
        <w:rPr>
          <w:sz w:val="20"/>
        </w:rPr>
        <w:t>11:02  ab jo ahmiyat hai jis cheez ki, woh hai planning. is ki wajah kya hai? is ki wajah hai ke mu'tedil zamane mein</w:t>
      </w:r>
      <w:r>
        <w:br/>
      </w:r>
      <w:r>
        <w:rPr>
          <w:sz w:val="20"/>
        </w:rPr>
        <w:t>11:14  nai technology dunya mein aai hai. nai technology. to ab monopoly khatam ho gayi.</w:t>
      </w:r>
      <w:r>
        <w:br/>
      </w:r>
      <w:r>
        <w:rPr>
          <w:sz w:val="20"/>
        </w:rPr>
        <w:t>11:25  ab to technology ka daur hai.</w:t>
      </w:r>
      <w:r>
        <w:br/>
      </w:r>
      <w:r>
        <w:rPr>
          <w:sz w:val="20"/>
        </w:rPr>
        <w:t>11:31  monopoly par hua karti thi badshah ki, raja ki, family ki,</w:t>
      </w:r>
      <w:r>
        <w:br/>
      </w:r>
      <w:r>
        <w:rPr>
          <w:sz w:val="20"/>
        </w:rPr>
        <w:t>11:40  kisi mazhabi halqe ki.</w:t>
      </w:r>
      <w:r>
        <w:br/>
      </w:r>
      <w:r>
        <w:rPr>
          <w:sz w:val="20"/>
        </w:rPr>
        <w:t>11:46  to woh monopoly khatam ho gayi.</w:t>
      </w:r>
      <w:r>
        <w:br/>
      </w:r>
      <w:r>
        <w:rPr>
          <w:sz w:val="20"/>
        </w:rPr>
        <w:t>11:51  ab to</w:t>
      </w:r>
      <w:r>
        <w:br/>
      </w:r>
      <w:r>
        <w:rPr>
          <w:sz w:val="20"/>
        </w:rPr>
        <w:t>11:55  saari ahmiyat hai planning ki.</w:t>
      </w:r>
      <w:r>
        <w:br/>
      </w:r>
      <w:r>
        <w:rPr>
          <w:sz w:val="20"/>
        </w:rPr>
        <w:t>12:05  mislan ek chota sa qissa mujhe yaad aata hai, chota sa qissa lekin bara sabak hai is mein. aap ko yaad hoga ek zamane mein maruti ka bara</w:t>
      </w:r>
      <w:r>
        <w:br/>
      </w:r>
      <w:r>
        <w:rPr>
          <w:sz w:val="20"/>
        </w:rPr>
        <w:t>12:22  shor tha, maruti. sab se bari samajhati thi car maruti. ab to bohat zyada carain aa gayi hain market mein.</w:t>
      </w:r>
      <w:r>
        <w:br/>
      </w:r>
      <w:r>
        <w:rPr>
          <w:sz w:val="20"/>
        </w:rPr>
        <w:t>12:39  to</w:t>
      </w:r>
      <w:r>
        <w:br/>
      </w:r>
      <w:r>
        <w:rPr>
          <w:sz w:val="20"/>
        </w:rPr>
        <w:t>12:43  ek ek aadmi ko pata chala ke maruti sab se pehle pakistan mein aai hai, india se pehle.</w:t>
      </w:r>
      <w:r>
        <w:br/>
      </w:r>
      <w:r>
        <w:rPr>
          <w:sz w:val="20"/>
        </w:rPr>
        <w:t>12:54  japan wale jo banate thay maruti, ab bhi banate hain. to maruti car sab se pehle aai hai pakistan mein.</w:t>
      </w:r>
      <w:r>
        <w:br/>
      </w:r>
      <w:r>
        <w:rPr>
          <w:sz w:val="20"/>
        </w:rPr>
        <w:t>13:09  to ek bohat hi hoshiyar aadmi tha, tha woh mechanic, yani marammat karne wala.</w:t>
      </w:r>
      <w:r>
        <w:br/>
      </w:r>
      <w:r>
        <w:rPr>
          <w:sz w:val="20"/>
        </w:rPr>
        <w:t>13:24  woh woh baqayda engineer bhi nahi tha degree ke aitbar se, lekin isi kaam ko karta tha woh.</w:t>
      </w:r>
      <w:r>
        <w:br/>
      </w:r>
      <w:r>
        <w:rPr>
          <w:sz w:val="20"/>
        </w:rPr>
        <w:t>13:34  to is ka koi rishtedar tha karachi mein, to woh karachi chala gaya visa le kar.</w:t>
      </w:r>
      <w:r>
        <w:br/>
      </w:r>
      <w:r>
        <w:rPr>
          <w:sz w:val="20"/>
        </w:rPr>
        <w:t>13:43  aur wahan par woh do mahine raha. aur wahan us waqt maruti car aa chuki thi.</w:t>
      </w:r>
      <w:r>
        <w:br/>
      </w:r>
      <w:r>
        <w:rPr>
          <w:sz w:val="20"/>
        </w:rPr>
        <w:t>13:54  to wahan us ne maruti car ki marammat ka karkhana khol diya.</w:t>
      </w:r>
      <w:r>
        <w:br/>
      </w:r>
      <w:r>
        <w:rPr>
          <w:sz w:val="20"/>
        </w:rPr>
        <w:t>14:03  to do mahine mein us ne seekh liya ke maruti ki technology kya hai.</w:t>
      </w:r>
      <w:r>
        <w:br/>
      </w:r>
      <w:r>
        <w:rPr>
          <w:sz w:val="20"/>
        </w:rPr>
        <w:t>14:14  ab is ke baad aaya india. to is ke paas car aati thi. aur bohat kamyabi ke sath woh is ki repair karta tha.</w:t>
      </w:r>
      <w:r>
        <w:br/>
      </w:r>
      <w:r>
        <w:rPr>
          <w:sz w:val="20"/>
        </w:rPr>
        <w:t>14:29  to bohat kamyab ho gaya woh. yeh pehle zamane ki baat hai, ab ab to zamana badal chuka hai. to yeh thi planning.</w:t>
      </w:r>
      <w:r>
        <w:br/>
      </w:r>
      <w:r>
        <w:rPr>
          <w:sz w:val="20"/>
        </w:rPr>
        <w:t>14:39  is ka naam hai planning. Planning mein aadmi time ko jaanta hai, technology ko jaanta hai, tareeqay ko jaanta hai.</w:t>
      </w:r>
      <w:r>
        <w:br/>
      </w:r>
      <w:r>
        <w:rPr>
          <w:sz w:val="20"/>
        </w:rPr>
        <w:t>14:54  in tamam cheezon ko jaanta hai, is ka talluq planning se hai. Aur phir achhay tareeqay se manage karta hai.</w:t>
      </w:r>
      <w:r>
        <w:br/>
      </w:r>
      <w:r>
        <w:rPr>
          <w:sz w:val="20"/>
        </w:rPr>
        <w:t>15:04  to aagay barh jaata hai. Ab mazhab ki buniyad par, political party ki buniyad par,</w:t>
      </w:r>
      <w:r>
        <w:br/>
      </w:r>
      <w:r>
        <w:rPr>
          <w:sz w:val="20"/>
        </w:rPr>
        <w:t>15:15  ya aur kisi buniyad par aadmi ko bara darja nahi milta. Ab darja bara milta hai us ko jo planning mein aagay ho.</w:t>
      </w:r>
      <w:r>
        <w:br/>
      </w:r>
      <w:r>
        <w:rPr>
          <w:sz w:val="20"/>
        </w:rPr>
        <w:t>15:30  Planning mein aagay ho. To yeh aik naya daur hai jis mein woh zabaan ab khatam ho chuki hai.</w:t>
      </w:r>
      <w:r>
        <w:br/>
      </w:r>
      <w:r>
        <w:rPr>
          <w:sz w:val="20"/>
        </w:rPr>
        <w:t>15:44  woh zabaan khatam ho chuki hai. Zulm ki zabaan aur is tarah ki doosri negative zabaan khatam.</w:t>
      </w:r>
      <w:r>
        <w:br/>
      </w:r>
      <w:r>
        <w:rPr>
          <w:sz w:val="20"/>
        </w:rPr>
        <w:t>15:54  Ab to aap aql ko istemal kijiye. Zamane ko pehchaniye.</w:t>
      </w:r>
      <w:r>
        <w:br/>
      </w:r>
      <w:r>
        <w:rPr>
          <w:sz w:val="20"/>
        </w:rPr>
        <w:t>16:05  Zamane ke taqazay ke mutabiq apnay kaam ki planning kijiye. Aur phir aap aagay barh jayenge.</w:t>
      </w:r>
    </w:p>
    <w:p>
      <w:pPr>
        <w:pStyle w:val="Heading2"/>
      </w:pPr>
      <w:r>
        <w:t>Robber story and lesson on greed and trust</w:t>
      </w:r>
    </w:p>
    <w:p>
      <w:r>
        <w:rPr>
          <w:color w:val="666666"/>
          <w:sz w:val="18"/>
        </w:rPr>
        <w:t>The Problem of Misunderstanding January 1, 2008 · 3m 13s · at 36:47 · https://youtu.be/_dPjEE4bIKE?t=2207</w:t>
      </w:r>
    </w:p>
    <w:p>
      <w:r>
        <w:rPr>
          <w:i/>
        </w:rPr>
        <w:t>“Just like I once met a robber”</w:t>
      </w:r>
    </w:p>
    <w:p>
      <w:r>
        <w:rPr>
          <w:sz w:val="20"/>
        </w:rPr>
        <w:t>36:47  jaise mein ek bar ek ek dako se mila</w:t>
      </w:r>
      <w:r>
        <w:br/>
      </w:r>
      <w:r>
        <w:rPr>
          <w:sz w:val="20"/>
        </w:rPr>
        <w:t>36:52  woh bohat hi zabardast qism ka dako tha</w:t>
      </w:r>
      <w:r>
        <w:br/>
      </w:r>
      <w:r>
        <w:rPr>
          <w:sz w:val="20"/>
        </w:rPr>
        <w:t>36:56  to ittefaq se mulaqat ho gayi to mujhe Allah ke fazal se kisi se bhi nafrat hoti nahi</w:t>
      </w:r>
      <w:r>
        <w:br/>
      </w:r>
      <w:r>
        <w:rPr>
          <w:sz w:val="20"/>
        </w:rPr>
        <w:t>37:02  to normal tareeqe se mein har waqt se baat karta hoon har ek se to is se mein</w:t>
      </w:r>
      <w:r>
        <w:br/>
      </w:r>
      <w:r>
        <w:rPr>
          <w:sz w:val="20"/>
        </w:rPr>
        <w:t>37:06  ne poocha ke aap apne koi bataiye aap ka jo culture hai is culture ki kuch baatein</w:t>
      </w:r>
      <w:r>
        <w:br/>
      </w:r>
      <w:r>
        <w:rPr>
          <w:sz w:val="20"/>
        </w:rPr>
        <w:t>37:15  to us ne kaha ke hamare haan jhoot ko bardasht nahi bardasht kiya jata koi jhoot bolay to</w:t>
      </w:r>
      <w:r>
        <w:br/>
      </w:r>
      <w:r>
        <w:rPr>
          <w:sz w:val="20"/>
        </w:rPr>
        <w:t>37:21  hum is ko goli maar dete hain kyunke hamara jo business hai hamara jo hamara jo kaam hai</w:t>
      </w:r>
      <w:r>
        <w:br/>
      </w:r>
      <w:r>
        <w:rPr>
          <w:sz w:val="20"/>
        </w:rPr>
        <w:t>37:28  is kaam mein jhoot nahi chal sakta jhoot chalenge to yeh kaam khatam jhoot bolenge to</w:t>
      </w:r>
      <w:r>
        <w:br/>
      </w:r>
      <w:r>
        <w:rPr>
          <w:sz w:val="20"/>
        </w:rPr>
        <w:t>37:33  yeh kaam khatam</w:t>
      </w:r>
      <w:r>
        <w:br/>
      </w:r>
      <w:r>
        <w:rPr>
          <w:sz w:val="20"/>
        </w:rPr>
        <w:t>37:35  kyunke bohat se log mil kar ke daka</w:t>
      </w:r>
      <w:r>
        <w:br/>
      </w:r>
      <w:r>
        <w:rPr>
          <w:sz w:val="20"/>
        </w:rPr>
        <w:t>37:38  dalte hain sab ek doosre par trust karna parta hai trust ek poori community hoti hai woh trust karti hai ek doosre par tab woh poori unity ke sath woh kaam kar paate hain to mein ne us ko ek sabak le liya is se ke dekhiye in ke haan bhi ke sachai ke baghair koi kaam nahi ho sakta dunya mein</w:t>
      </w:r>
      <w:r>
        <w:br/>
      </w:r>
      <w:r>
        <w:rPr>
          <w:sz w:val="20"/>
        </w:rPr>
        <w:t>38:02  sachai ke baghair koi kaam nahi ho sakta dunya mein</w:t>
      </w:r>
      <w:r>
        <w:br/>
      </w:r>
      <w:r>
        <w:rPr>
          <w:sz w:val="20"/>
        </w:rPr>
        <w:t>38:07  is tarah is ne ek qissa bataya</w:t>
      </w:r>
      <w:r>
        <w:br/>
      </w:r>
      <w:r>
        <w:rPr>
          <w:sz w:val="20"/>
        </w:rPr>
        <w:t>38:10  ke ek ghar mein dako log ghase</w:t>
      </w:r>
      <w:r>
        <w:br/>
      </w:r>
      <w:r>
        <w:rPr>
          <w:sz w:val="20"/>
        </w:rPr>
        <w:t>38:15  pese wala ghar tha koi aur wahan notes sameti unhon ne note sumat kar ke bori mein bhara</w:t>
      </w:r>
      <w:r>
        <w:br/>
      </w:r>
      <w:r>
        <w:rPr>
          <w:sz w:val="20"/>
        </w:rPr>
        <w:t>38:23  aur bori bharkar ke woh nikle lekin is se pehle ghar ke malik ne police ko tele</w:t>
      </w:r>
      <w:r>
        <w:br/>
      </w:r>
      <w:r>
        <w:rPr>
          <w:sz w:val="20"/>
        </w:rPr>
        <w:t>38:29  phone kar diya tha to jab yeh nikle noton ki bori le kar bahar yeh dako log to</w:t>
      </w:r>
      <w:r>
        <w:br/>
      </w:r>
      <w:r>
        <w:rPr>
          <w:sz w:val="20"/>
        </w:rPr>
        <w:t>38:38  police achuki thi</w:t>
      </w:r>
      <w:r>
        <w:br/>
      </w:r>
      <w:r>
        <w:rPr>
          <w:sz w:val="20"/>
        </w:rPr>
        <w:t>38:40  police achuki thi</w:t>
      </w:r>
      <w:r>
        <w:br/>
      </w:r>
      <w:r>
        <w:rPr>
          <w:sz w:val="20"/>
        </w:rPr>
        <w:t>38:43  ab jante hain kya kya is ne police wale ne woh yeh dako logon ne kiya kiya</w:t>
      </w:r>
      <w:r>
        <w:br/>
      </w:r>
      <w:r>
        <w:rPr>
          <w:sz w:val="20"/>
        </w:rPr>
        <w:t>38:49  sare noten bikher dein police walon ke aage</w:t>
      </w:r>
      <w:r>
        <w:br/>
      </w:r>
      <w:r>
        <w:rPr>
          <w:sz w:val="20"/>
        </w:rPr>
        <w:t>38:53  yani</w:t>
      </w:r>
      <w:r>
        <w:br/>
      </w:r>
      <w:r>
        <w:rPr>
          <w:sz w:val="20"/>
        </w:rPr>
        <w:t>38:53  bajaye pathar marne ke in ke pas goli bhi thi pathar bhi tha goli nahi mari unho ne</w:t>
      </w:r>
      <w:r>
        <w:br/>
      </w:r>
      <w:r>
        <w:rPr>
          <w:sz w:val="20"/>
        </w:rPr>
        <w:t>39:00  dako logon ke pas ap jante hain ke goli bhi hoti hai</w:t>
      </w:r>
      <w:r>
        <w:br/>
      </w:r>
      <w:r>
        <w:rPr>
          <w:sz w:val="20"/>
        </w:rPr>
        <w:t>39:06  to police walon ko goli goli nahi mari unho ne</w:t>
      </w:r>
      <w:r>
        <w:br/>
      </w:r>
      <w:r>
        <w:rPr>
          <w:sz w:val="20"/>
        </w:rPr>
        <w:t>39:10  sare note jo the woh aise uchal kar un ki taraf phenk diye ab kya hua police wale</w:t>
      </w:r>
      <w:r>
        <w:br/>
      </w:r>
      <w:r>
        <w:rPr>
          <w:sz w:val="20"/>
        </w:rPr>
        <w:t>39:16  isi waqt toot pade</w:t>
      </w:r>
      <w:r>
        <w:br/>
      </w:r>
      <w:r>
        <w:rPr>
          <w:sz w:val="20"/>
        </w:rPr>
        <w:t>39:20  noton par toot pade aur yeh tezi se bhag gaye yeh log</w:t>
      </w:r>
      <w:r>
        <w:br/>
      </w:r>
      <w:r>
        <w:rPr>
          <w:sz w:val="20"/>
        </w:rPr>
        <w:t>39:26  yani agar woh police par goli chalate tab na bhag pate woh</w:t>
      </w:r>
      <w:r>
        <w:br/>
      </w:r>
      <w:r>
        <w:rPr>
          <w:sz w:val="20"/>
        </w:rPr>
        <w:t>39:32  idhar se bhi goli ati hota hai ek ke badle do ati goli un ki taraf se lekin</w:t>
      </w:r>
      <w:r>
        <w:br/>
      </w:r>
      <w:r>
        <w:rPr>
          <w:sz w:val="20"/>
        </w:rPr>
        <w:t>39:37  jab note bikher</w:t>
      </w:r>
      <w:r>
        <w:br/>
      </w:r>
      <w:r>
        <w:rPr>
          <w:sz w:val="20"/>
        </w:rPr>
        <w:t>39:38  diya unhon ne aage to noton ko lene ke liye toot pade sab ke sab police wale aur yeh khamoshi se bhag gaye to jab aap dekhiye is mein bhi ek sabak liya mein ne</w:t>
      </w:r>
    </w:p>
    <w:p>
      <w:pPr>
        <w:pStyle w:val="Heading2"/>
      </w:pPr>
      <w:r>
        <w:t>Muslims lost wisdom need to use Quran instead of guns</w:t>
      </w:r>
    </w:p>
    <w:p>
      <w:r>
        <w:rPr>
          <w:color w:val="666666"/>
          <w:sz w:val="18"/>
        </w:rPr>
        <w:t>The Secret of Divine Wisdom I September 2,. 2012 Maulana Wahiduddin Khan · 5m 10s · at 30:22 · https://youtu.be/Y-UdfIX33As?t=1822</w:t>
      </w:r>
    </w:p>
    <w:p>
      <w:r>
        <w:rPr>
          <w:i/>
        </w:rPr>
        <w:t>“Aaj Muslim ka haal kya hai Tribal age ki tarah lad rahe hain”</w:t>
      </w:r>
    </w:p>
    <w:p>
      <w:r>
        <w:rPr>
          <w:sz w:val="20"/>
        </w:rPr>
        <w:t>30:22  musalmanon ka haal kya hai? yani isi daur mein jee rahe hain jis daur mein qabail jeete the. ke larai bhadai ko woh samajhte the ke koi bara kaam hai koi.</w:t>
      </w:r>
      <w:r>
        <w:br/>
      </w:r>
      <w:r>
        <w:rPr>
          <w:sz w:val="20"/>
        </w:rPr>
        <w:t>30:32  yani larne bhadne ko kaam samajhte the. aaj ka aap dekhiye rozana media mein</w:t>
      </w:r>
      <w:r>
        <w:br/>
      </w:r>
      <w:r>
        <w:rPr>
          <w:sz w:val="20"/>
        </w:rPr>
        <w:t>30:39  akhbaron mein rozana aata hai musalmanon ke bare mein. sare musalman gun culture bomb culture chala rahe hain. ya to practical chala rahe hain ya use sochte hain woh.</w:t>
      </w:r>
      <w:r>
        <w:br/>
      </w:r>
      <w:r>
        <w:rPr>
          <w:sz w:val="20"/>
        </w:rPr>
        <w:t>30:53  sare musalman involve hain is is party culture mein. is mein koi</w:t>
      </w:r>
      <w:r>
        <w:br/>
      </w:r>
      <w:r>
        <w:rPr>
          <w:sz w:val="20"/>
        </w:rPr>
        <w:t>30:59  exaggeration nahi hai. jis se baat kijiye ab aap yahan se nikliye aur bahar road par koi musalman mile us se baat kijiye. abhi aap tajurba kar ke dekh li jiye.</w:t>
      </w:r>
      <w:r>
        <w:br/>
      </w:r>
      <w:r>
        <w:rPr>
          <w:sz w:val="20"/>
        </w:rPr>
        <w:t>31:10  phone kare ga dekho bare zalim hain America wale bare zalim hain Israel wale</w:t>
      </w:r>
      <w:r>
        <w:br/>
      </w:r>
      <w:r>
        <w:rPr>
          <w:sz w:val="20"/>
        </w:rPr>
        <w:t>31:15  dekho yeh kya hai dekho woh kiya. yani har aadmi ke paas negative story hai. har aadmi ke mind mein violence bhara hua hai.</w:t>
      </w:r>
      <w:r>
        <w:br/>
      </w:r>
      <w:r>
        <w:rPr>
          <w:sz w:val="20"/>
        </w:rPr>
        <w:t>31:25  to kisi ka hath gun ke trigger par hai kisi ka hath trigger par nahi hai. koi suicide bombing karta hai.</w:t>
      </w:r>
      <w:r>
        <w:br/>
      </w:r>
      <w:r>
        <w:rPr>
          <w:sz w:val="20"/>
        </w:rPr>
        <w:t>31:33  koi suicide bombers ki advocacy karta hai. jitne log hain koi bhi suicide bombers ko condemn nahi karta. jitne log hain jo musalman jagah jagah bomb maar rahe hain gun chala rahe hain.</w:t>
      </w:r>
      <w:r>
        <w:br/>
      </w:r>
      <w:r>
        <w:rPr>
          <w:sz w:val="20"/>
        </w:rPr>
        <w:t>31:49  koi bhi mere ilm mein ek bhi shakhs nahi hai jo openly use condemn kare openly.</w:t>
      </w:r>
      <w:r>
        <w:br/>
      </w:r>
      <w:r>
        <w:rPr>
          <w:sz w:val="20"/>
        </w:rPr>
        <w:t>31:55  agar koi aap ke nazdeek ho to use uska naam bataiye. Arab se ajab tak. East se West tak. sab kisi na kisi tareeqe se un ki justify karte hain.</w:t>
      </w:r>
      <w:r>
        <w:br/>
      </w:r>
      <w:r>
        <w:rPr>
          <w:sz w:val="20"/>
        </w:rPr>
        <w:t>32:07  aur bura bhala kehte hain kis ko? Israel ko America ko.</w:t>
      </w:r>
      <w:r>
        <w:br/>
      </w:r>
      <w:r>
        <w:rPr>
          <w:sz w:val="20"/>
        </w:rPr>
        <w:t>32:12  RSS ko BJP ko. un ko un ko aaj kal nikla hua hai yeh Burma wale aur Bodoland yeh woh yeh sab kisi na kisi doosre ko ilzam de kar isi ko bura bhala kar rahe hain.</w:t>
      </w:r>
      <w:r>
        <w:br/>
      </w:r>
      <w:r>
        <w:rPr>
          <w:sz w:val="20"/>
        </w:rPr>
        <w:t>32:28  aur musalman jo kar rahe hain violence. koi ek shakhs bhi mere ilm mein nahi hai. hamari is mission ke bahar</w:t>
      </w:r>
      <w:r>
        <w:br/>
      </w:r>
      <w:r>
        <w:rPr>
          <w:sz w:val="20"/>
        </w:rPr>
        <w:t>32:36  jo un ko openly condemn karta ho. is se kya hoga hua hai? sare musalmanon ki aqlen khabat ho gai hain.</w:t>
      </w:r>
      <w:r>
        <w:br/>
      </w:r>
      <w:r>
        <w:rPr>
          <w:sz w:val="20"/>
        </w:rPr>
        <w:t>32:47  aqlein khabt ho gayi hain. is ka saboot kya hai?</w:t>
      </w:r>
      <w:r>
        <w:br/>
      </w:r>
      <w:r>
        <w:rPr>
          <w:sz w:val="20"/>
        </w:rPr>
        <w:t>32:54  aap ke paas aik aisi kitaab hai quran. jo gun aur bomb se bhi zyada power full hai.</w:t>
      </w:r>
      <w:r>
        <w:br/>
      </w:r>
      <w:r>
        <w:rPr>
          <w:sz w:val="20"/>
        </w:rPr>
        <w:t>33:05  aap is ki is se bekhabar ho gaye hain. abhi mere paas aik phone aaya. bombay se mehboob bhai ka.</w:t>
      </w:r>
      <w:r>
        <w:br/>
      </w:r>
      <w:r>
        <w:rPr>
          <w:sz w:val="20"/>
        </w:rPr>
        <w:t>33:17  mehboob bhai mashaa'allah wahan par top ke jo log hain</w:t>
      </w:r>
      <w:r>
        <w:br/>
      </w:r>
      <w:r>
        <w:rPr>
          <w:sz w:val="20"/>
        </w:rPr>
        <w:t>33:22  bombay mein un ko quran pohncha rahe hain. woh raat din isi ki planning mein rehte hain. to musalman to kehte hain ke arey bhai tum hinduo ko doge to woh to be-hurmati karega.</w:t>
      </w:r>
      <w:r>
        <w:br/>
      </w:r>
      <w:r>
        <w:rPr>
          <w:sz w:val="20"/>
        </w:rPr>
        <w:t>33:38  is tarah ke boli bolte hain.</w:t>
      </w:r>
      <w:r>
        <w:br/>
      </w:r>
      <w:r>
        <w:rPr>
          <w:sz w:val="20"/>
        </w:rPr>
        <w:t>33:40  abhi bataya unho ne ke woh abhi aik top ka doctor hai. jo cardiologist hai. bohat hi top ka hindu doctor.</w:t>
      </w:r>
      <w:r>
        <w:br/>
      </w:r>
      <w:r>
        <w:rPr>
          <w:sz w:val="20"/>
        </w:rPr>
        <w:t>33:53  doctor agrawal. is se unho ne appointment liya.</w:t>
      </w:r>
      <w:r>
        <w:br/>
      </w:r>
      <w:r>
        <w:rPr>
          <w:sz w:val="20"/>
        </w:rPr>
        <w:t>34:00  appointment mein unho ne kaha ke mujhe koi koi yaani mein koi patient nahi hoon. mujhe aik personal kaam ke liye milna hai aap se.</w:t>
      </w:r>
      <w:r>
        <w:br/>
      </w:r>
      <w:r>
        <w:rPr>
          <w:sz w:val="20"/>
        </w:rPr>
        <w:t>34:10  us ne foran appointment de diya. aur jab yeh pohnche wahan to aur patient wahan baithe hue the.</w:t>
      </w:r>
      <w:r>
        <w:br/>
      </w:r>
      <w:r>
        <w:rPr>
          <w:sz w:val="20"/>
        </w:rPr>
        <w:t>34:20  intezaar kar rahe the. sab se pehle inhi ko bulaya us ne. yeh andar gaye jahan woh baitha hua tha doctor.</w:t>
      </w:r>
      <w:r>
        <w:br/>
      </w:r>
      <w:r>
        <w:rPr>
          <w:sz w:val="20"/>
        </w:rPr>
        <w:t>34:31  to unho ne apne bag se quran ka hamara jo quran chhupa hai english mein us ka aik us ki aik copy nikali aur us ko pesh kiya.</w:t>
      </w:r>
      <w:r>
        <w:br/>
      </w:r>
      <w:r>
        <w:rPr>
          <w:sz w:val="20"/>
        </w:rPr>
        <w:t>34:43  to unho ne mujhe telephone par bataya ke quran dekhte hi woh khara ho gaya. kursi par khara ho gaya. kaha quran.</w:t>
      </w:r>
      <w:r>
        <w:br/>
      </w:r>
      <w:r>
        <w:rPr>
          <w:sz w:val="20"/>
        </w:rPr>
        <w:t>34:56  aap ko mein dhanyawad karta hoon ke aap ne mujhe quran diya. aur aaj tak mujhe kisi ne quran nahi diya tha.</w:t>
      </w:r>
      <w:r>
        <w:br/>
      </w:r>
      <w:r>
        <w:rPr>
          <w:sz w:val="20"/>
        </w:rPr>
        <w:t>35:02  aur jhuk kar liya jhuk kar.</w:t>
      </w:r>
      <w:r>
        <w:br/>
      </w:r>
      <w:r>
        <w:rPr>
          <w:sz w:val="20"/>
        </w:rPr>
        <w:t>35:09  is ka matlab kya hai? aise sainkdo hazaron qisse hain. ke aap ke paas quran hai jis mein dilo ko jeetne ki taaqat hai.</w:t>
      </w:r>
      <w:r>
        <w:br/>
      </w:r>
      <w:r>
        <w:rPr>
          <w:sz w:val="20"/>
        </w:rPr>
        <w:t>35:20  aap ke paas quran hai jo dimago ko maskhar karne ki taaqat hai.</w:t>
      </w:r>
      <w:r>
        <w:br/>
      </w:r>
      <w:r>
        <w:rPr>
          <w:sz w:val="20"/>
        </w:rPr>
        <w:t>35:25  aap ke paas quran hai jo bare bare logo ko jhuka dene ki taaqat hai. kaisi ajeeb baat hai.</w:t>
      </w:r>
    </w:p>
    <w:p>
      <w:pPr>
        <w:pStyle w:val="Heading2"/>
      </w:pPr>
      <w:r>
        <w:t>Atatürk mocked the Qur'an, then died young from stress and drink</w:t>
      </w:r>
    </w:p>
    <w:p>
      <w:r>
        <w:rPr>
          <w:color w:val="666666"/>
          <w:sz w:val="18"/>
        </w:rPr>
        <w:t>Man and Paradise August 18, 2013 · 5m 54s · at 7:08 · https://youtu.be/v7eX25YAjDU?t=428</w:t>
      </w:r>
    </w:p>
    <w:p>
      <w:r>
        <w:rPr>
          <w:i/>
        </w:rPr>
        <w:t>“Kemal Atatürk read the Qur'an and mocked Surah At-Tin”</w:t>
      </w:r>
    </w:p>
    <w:p>
      <w:r>
        <w:rPr>
          <w:sz w:val="20"/>
        </w:rPr>
        <w:t>7:08  to is ke baray mein mein kuch arz karunga. pehle mein aik aap ko aik qissa batata hoon.</w:t>
      </w:r>
      <w:r>
        <w:br/>
      </w:r>
      <w:r>
        <w:rPr>
          <w:sz w:val="20"/>
        </w:rPr>
        <w:t>7:17  kamal ataturk, jo turkey ke mashhoor leader thay, unhon ne quran ko parha to is ayat ko le kar ke un ka zehn atak gaya.</w:t>
      </w:r>
      <w:r>
        <w:br/>
      </w:r>
      <w:r>
        <w:rPr>
          <w:sz w:val="20"/>
        </w:rPr>
        <w:t>7:30  unhon ne is ko ridicule kiya ke aisa quran kya guide karega mujh ko jis mein teen aur zaitoon ka zikr ho, teen aur zaitoon ka charcha ho.</w:t>
      </w:r>
      <w:r>
        <w:br/>
      </w:r>
      <w:r>
        <w:rPr>
          <w:sz w:val="20"/>
        </w:rPr>
        <w:t>7:43  is mein kya guidance milegi mujh ko?</w:t>
      </w:r>
      <w:r>
        <w:br/>
      </w:r>
      <w:r>
        <w:rPr>
          <w:sz w:val="20"/>
        </w:rPr>
        <w:t>7:47  dekhen, unhon ne woh jee rahe thay is ehsas mein ke "I know", is liye is mein daryaft nahi kar sake ke is mein kya baat hai.</w:t>
      </w:r>
      <w:r>
        <w:br/>
      </w:r>
      <w:r>
        <w:rPr>
          <w:sz w:val="20"/>
        </w:rPr>
        <w:t>7:59  daryaft nahi kar sake.</w:t>
      </w:r>
      <w:r>
        <w:br/>
      </w:r>
      <w:r>
        <w:rPr>
          <w:sz w:val="20"/>
        </w:rPr>
        <w:t>8:03  mein abhi arz karunga ke teen aur zaitoon se kya murad hai, lekin mein aik aur baat arz karna chahta</w:t>
      </w:r>
      <w:r>
        <w:br/>
      </w:r>
      <w:r>
        <w:rPr>
          <w:sz w:val="20"/>
        </w:rPr>
        <w:t>8:10  hoon is waqt. agar woh sahi maano mein sincere hotay, agar woh apne ajz ko jante, agar woh jante ke mein banda hoon aur quran Allah ka kalam hai,</w:t>
      </w:r>
      <w:r>
        <w:br/>
      </w:r>
      <w:r>
        <w:rPr>
          <w:sz w:val="20"/>
        </w:rPr>
        <w:t>8:25  to is ke parhte parhte parhte is mein aik bohat bari baat woh daryaft kar letay khud apne baray mein.</w:t>
      </w:r>
      <w:r>
        <w:br/>
      </w:r>
      <w:r>
        <w:rPr>
          <w:sz w:val="20"/>
        </w:rPr>
        <w:t>8:34  dekhen, kamal ataturk bohat hi top ke leader thay turkey ke.</w:t>
      </w:r>
      <w:r>
        <w:br/>
      </w:r>
      <w:r>
        <w:rPr>
          <w:sz w:val="20"/>
        </w:rPr>
        <w:t>8:43  unhon ne wahan bohat inqilabi kaam kiya, lekin aap jante hain ke woh sirf 57 ki umar mein mar gaye, 57 saal, 1938 mein.</w:t>
      </w:r>
      <w:r>
        <w:br/>
      </w:r>
      <w:r>
        <w:rPr>
          <w:sz w:val="20"/>
        </w:rPr>
        <w:t>9:02  1938 mein woh 57 saal ki umar mein, 57 ki umar mein mar gaye. yani itni kam umri mein, abhi un ka mission adhoora tha.</w:t>
      </w:r>
      <w:r>
        <w:br/>
      </w:r>
      <w:r>
        <w:rPr>
          <w:sz w:val="20"/>
        </w:rPr>
        <w:t>9:13  woh jo kuch chahte thay, woh turkey ko westernize karna chahte thay, abhi woh kar nahi paye thay aur 57 saal ki umar mein mar gaye.</w:t>
      </w:r>
      <w:r>
        <w:br/>
      </w:r>
      <w:r>
        <w:rPr>
          <w:sz w:val="20"/>
        </w:rPr>
        <w:t>9:24  aap un ki biography ko parhiye, aakhri paanch saalon mein woh bohat hi zyada beemar ho gaye thay.</w:t>
      </w:r>
      <w:r>
        <w:br/>
      </w:r>
      <w:r>
        <w:rPr>
          <w:sz w:val="20"/>
        </w:rPr>
        <w:t>9:32  is mein alfaaz hain: "serious illness". serious illness, bohat zyada bimari mein mubtala rahay aakhri paanch saalon mein aur sirf 57 saal mein mar gaye.</w:t>
      </w:r>
      <w:r>
        <w:br/>
      </w:r>
      <w:r>
        <w:rPr>
          <w:sz w:val="20"/>
        </w:rPr>
        <w:t>9:45  kyun aisa hua?</w:t>
      </w:r>
      <w:r>
        <w:br/>
      </w:r>
      <w:r>
        <w:rPr>
          <w:sz w:val="20"/>
        </w:rPr>
        <w:t>9:51  woh sharab peenay lagay thay aur bohat stress mein rehtay thay kyunke unhon ne aik aisa kaam apne zimme le liya tha jo that was beyond his capacity poore turkey ko modernize karna, us ki history ko badalna, us ke culture ko badalna.</w:t>
      </w:r>
      <w:r>
        <w:br/>
      </w:r>
      <w:r>
        <w:rPr>
          <w:sz w:val="20"/>
        </w:rPr>
        <w:t>10:14  to unhon ne sharab peena shuru kar diya aur bohat zyada sharab peetay</w:t>
      </w:r>
      <w:r>
        <w:br/>
      </w:r>
      <w:r>
        <w:rPr>
          <w:sz w:val="20"/>
        </w:rPr>
        <w:t>10:18  the. to temporary tor par, aarzi tor par, woh samajhte hain ke mujhe aik relief mil gaya, mera tension jo hai khatam ho gaya waqti tor par. lekin aap jante hain ke sharab jo hai aadmi ke liver ko bohat damage kar deti hai aur liver ka function zindagi mein itna zyada hai ke aik so function hain liver ke aap ki body mein.</w:t>
      </w:r>
      <w:r>
        <w:br/>
      </w:r>
      <w:r>
        <w:rPr>
          <w:sz w:val="20"/>
        </w:rPr>
        <w:t>10:44  bohat bara function hai liver ka. to un ki health bilkul tabah ho gayi aur is mein lafz maine parha to excessive drinking, excessive drinking reason tha un ke liver ke kharab hone ka.</w:t>
      </w:r>
      <w:r>
        <w:br/>
      </w:r>
      <w:r>
        <w:rPr>
          <w:sz w:val="20"/>
        </w:rPr>
        <w:t>11:01  bohat peete the sharab.</w:t>
      </w:r>
      <w:r>
        <w:br/>
      </w:r>
      <w:r>
        <w:rPr>
          <w:sz w:val="20"/>
        </w:rPr>
        <w:t>11:03  to agar woh Quran ko parhte to Quran ki jo Surah number do hai, Al-Baqarah, us ki ayat number 219 mein zikr hai sharab ka.</w:t>
      </w:r>
      <w:r>
        <w:br/>
      </w:r>
      <w:r>
        <w:rPr>
          <w:sz w:val="20"/>
        </w:rPr>
        <w:t>11:19  is mein yeh alfaaz hain ke ismuhu akbaru min nafehima ismuhu akbaru min nafehima</w:t>
      </w:r>
      <w:r>
        <w:br/>
      </w:r>
      <w:r>
        <w:rPr>
          <w:sz w:val="20"/>
        </w:rPr>
        <w:t>11:30  yani sharab ka nuqsan is se zyada hai jitna ke tum is mein faida samajhte ho. bazahir jo faida hai, is se bohat zyada is ka nuqsan hai.</w:t>
      </w:r>
      <w:r>
        <w:br/>
      </w:r>
      <w:r>
        <w:rPr>
          <w:sz w:val="20"/>
        </w:rPr>
        <w:t>11:44  is aik ayat mein woh apne masle ka hal pa lete hain ke temporary tor par mujhe jo thora sa zaroor zaroor milta hai, woh to mere mere aik aik body ke aik bohat bare organ ko damage kar raha hai.</w:t>
      </w:r>
      <w:r>
        <w:br/>
      </w:r>
      <w:r>
        <w:rPr>
          <w:sz w:val="20"/>
        </w:rPr>
        <w:t>12:01  mere body ka aik aik organ jo meri body ke liye bohat hi important hai, us ko damage kar raha hai aur main bohat kam umri mein mar jaunga. to woh jante hain is baat ko.</w:t>
      </w:r>
      <w:r>
        <w:br/>
      </w:r>
      <w:r>
        <w:rPr>
          <w:sz w:val="20"/>
        </w:rPr>
        <w:t>12:14  agar Quran ko woh parhte sincerely, Quran ko guide book ke tor par parhte, Quran se woh learning hasil karne ki niyat se parhte to un ko yeh raaz milta hai, raaz-e-hayat</w:t>
      </w:r>
      <w:r>
        <w:br/>
      </w:r>
      <w:r>
        <w:rPr>
          <w:sz w:val="20"/>
        </w:rPr>
        <w:t>12:33  ke tum ko jo tension hai, is ka doosra tareeqa tha, koi healthy tareeqa nikalo,</w:t>
      </w:r>
      <w:r>
        <w:br/>
      </w:r>
      <w:r>
        <w:rPr>
          <w:sz w:val="20"/>
        </w:rPr>
        <w:t>12:38  sharab nahi. kyunke sharab mein tum ko bazahir jo faida nazar aata hai, is se bohat zyada is ke andar nuqsan hai.</w:t>
      </w:r>
      <w:r>
        <w:br/>
      </w:r>
      <w:r>
        <w:rPr>
          <w:sz w:val="20"/>
        </w:rPr>
        <w:t>12:49  isi ko main keh raha hoon ke jab tak aap apne ajz ko daryaft na karein, apni helplessness, helplessness, helplessness ko, tab tak aap ko sachai ka asar nahi milta.</w:t>
      </w:r>
    </w:p>
    <w:p>
      <w:pPr>
        <w:pStyle w:val="Heading2"/>
      </w:pPr>
      <w:r>
        <w:t>Explaining not reacting with childhood story</w:t>
      </w:r>
    </w:p>
    <w:p>
      <w:r>
        <w:rPr>
          <w:color w:val="666666"/>
          <w:sz w:val="18"/>
        </w:rPr>
        <w:t>Why I am Different 21 sept, 2019 - Maulana Wahiduddin Khan · 3m 29s · at 26:45 · https://youtu.be/TBDjR8Keoss?t=1605</w:t>
      </w:r>
    </w:p>
    <w:p>
      <w:r>
        <w:rPr>
          <w:i/>
        </w:rPr>
        <w:t>“دیکھیں، یہ کوئی اتنا آسان کوئسچن تو نہیں ہے۔”</w:t>
      </w:r>
    </w:p>
    <w:p>
      <w:r>
        <w:rPr>
          <w:sz w:val="20"/>
        </w:rPr>
        <w:t>26:45  dekhen, yeh koi itna aasan question to nahin hai.</w:t>
      </w:r>
      <w:r>
        <w:br/>
      </w:r>
      <w:r>
        <w:rPr>
          <w:sz w:val="20"/>
        </w:rPr>
        <w:t>26:52  main sirf yeh keh sakta hoon ke mera mental mind kya hai?</w:t>
      </w:r>
      <w:r>
        <w:br/>
      </w:r>
      <w:r>
        <w:rPr>
          <w:sz w:val="20"/>
        </w:rPr>
        <w:t>27:01  mera mind mein ek cheez bachpan se hai, not to react.</w:t>
      </w:r>
      <w:r>
        <w:br/>
      </w:r>
      <w:r>
        <w:rPr>
          <w:sz w:val="20"/>
        </w:rPr>
        <w:t>27:11  mein react nahin karta balkeh sochta hoon.</w:t>
      </w:r>
      <w:r>
        <w:br/>
      </w:r>
      <w:r>
        <w:rPr>
          <w:sz w:val="20"/>
        </w:rPr>
        <w:t>27:17  yeh bachpan se mere andar hai. kitne waqiat mujhe yaad hain jis par mujhe react hona chahiye tha.</w:t>
      </w:r>
      <w:r>
        <w:br/>
      </w:r>
      <w:r>
        <w:rPr>
          <w:sz w:val="20"/>
        </w:rPr>
        <w:t>27:29  mein react nahin hua, sochne laga. mislan qissa mein kai baar bataya hai yahan ke hamara gaon mein jo hamara ghar tha,</w:t>
      </w:r>
      <w:r>
        <w:br/>
      </w:r>
      <w:r>
        <w:rPr>
          <w:sz w:val="20"/>
        </w:rPr>
        <w:t>27:43  to ghar ke saath mila hua ek aur ghar bhi tha, ek sahib ka. to hamare un ke ghar ke beech mein ek deewar thi,</w:t>
      </w:r>
      <w:r>
        <w:br/>
      </w:r>
      <w:r>
        <w:rPr>
          <w:sz w:val="20"/>
        </w:rPr>
        <w:t>28:00  to us mein deewar mein ek darwaza tha. itni aasani se hum yahan se wahan wahan se aate jate the.</w:t>
      </w:r>
      <w:r>
        <w:br/>
      </w:r>
      <w:r>
        <w:rPr>
          <w:sz w:val="20"/>
        </w:rPr>
        <w:t>28:10  to ek baar aisa hua ke un ke ghar mein jewelry ki chori ho gayi. yaani sone sanjhe ke kuch zevar the, woh chori ho gaye.</w:t>
      </w:r>
      <w:r>
        <w:br/>
      </w:r>
      <w:r>
        <w:rPr>
          <w:sz w:val="20"/>
        </w:rPr>
        <w:t>28:23  to ghar ki khatoon ne, ab chuki hum bohat chote the is zamane mein,</w:t>
      </w:r>
      <w:r>
        <w:br/>
      </w:r>
      <w:r>
        <w:rPr>
          <w:sz w:val="20"/>
        </w:rPr>
        <w:t>28:32  to ghar ki khatoon ne yeh keh diya mere naam le kar ke woh utha le gaye.</w:t>
      </w:r>
      <w:r>
        <w:br/>
      </w:r>
      <w:r>
        <w:rPr>
          <w:sz w:val="20"/>
        </w:rPr>
        <w:t>28:42  to ab jab mein ghar mein aaya to meri maan thi, mere bhai bhai the, unhon ne bataya ke aisa unhon ne kaha hai.</w:t>
      </w:r>
      <w:r>
        <w:br/>
      </w:r>
      <w:r>
        <w:rPr>
          <w:sz w:val="20"/>
        </w:rPr>
        <w:t>28:54  to dekhiye, aam taur par aadmi react karega, react nahin kiya maine. mein chup ho kar laga sochne.</w:t>
      </w:r>
      <w:r>
        <w:br/>
      </w:r>
      <w:r>
        <w:rPr>
          <w:sz w:val="20"/>
        </w:rPr>
        <w:t>29:08  to maine socha ke mein jo zamir hai, jo mera conscious hai, woh to keh raha hai ke maine un ka haath dekha bhi nahin, chhua bhi nahin.</w:t>
      </w:r>
      <w:r>
        <w:br/>
      </w:r>
      <w:r>
        <w:rPr>
          <w:sz w:val="20"/>
        </w:rPr>
        <w:t>29:19  to un ko kehne do, un ke kehne se kya hota? to bajaye react karne ke sochna, yeh mera zehen bana jab mere baap bade the 1959 mein.</w:t>
      </w:r>
      <w:r>
        <w:br/>
      </w:r>
      <w:r>
        <w:rPr>
          <w:sz w:val="20"/>
        </w:rPr>
        <w:t>29:33  tab se</w:t>
      </w:r>
      <w:r>
        <w:br/>
      </w:r>
      <w:r>
        <w:rPr>
          <w:sz w:val="20"/>
        </w:rPr>
        <w:t>29:36  to aadmi agar react na kare aur soche to soch us ki zahir hai ke fact par jayegi.</w:t>
      </w:r>
      <w:r>
        <w:br/>
      </w:r>
      <w:r>
        <w:rPr>
          <w:sz w:val="20"/>
        </w:rPr>
        <w:t>29:48  jo fact hoga, usi ko sochega. to chuki mera mind fact par chala gaya, to mein haan haan hans diya.</w:t>
      </w:r>
      <w:r>
        <w:br/>
      </w:r>
      <w:r>
        <w:rPr>
          <w:sz w:val="20"/>
        </w:rPr>
        <w:t>29:59  ghuse ki wajah hans diya kyunke fact se collaborate nahin kar raha tha. yeh un ka kehna, fact se collaborate nahin kar raha tha.</w:t>
      </w:r>
    </w:p>
    <w:p>
      <w:pPr>
        <w:pStyle w:val="Heading2"/>
      </w:pPr>
      <w:r>
        <w:t>Avoiding confrontation: Hudaybiyyah and conquest of Makkah</w:t>
      </w:r>
    </w:p>
    <w:p>
      <w:r>
        <w:rPr>
          <w:color w:val="666666"/>
          <w:sz w:val="18"/>
        </w:rPr>
        <w:t>From Anger to Awareness A Journey with Maulana Wahiduddin Khan · 5m 23s · at 21:21 · https://youtu.be/EmHNgq0Iq1w?t=1281</w:t>
      </w:r>
    </w:p>
    <w:p>
      <w:r>
        <w:rPr>
          <w:i/>
        </w:rPr>
        <w:t>“He was all for dialogue, not confrontation.”</w:t>
      </w:r>
    </w:p>
    <w:p>
      <w:r>
        <w:rPr>
          <w:sz w:val="20"/>
        </w:rPr>
        <w:t>21:21  So why was he opposing so much of confrontation, arguments, and debates? If you can throw some light on it. Well, he was all for, uh, dialogue.</w:t>
      </w:r>
      <w:r>
        <w:br/>
      </w:r>
      <w:r>
        <w:rPr>
          <w:sz w:val="20"/>
        </w:rPr>
        <w:t>21:32  Throughout his life, his writings, uh, his interactions were shaped by one principle: uh, do not choose confrontation; choose dialogue.</w:t>
      </w:r>
      <w:r>
        <w:br/>
      </w:r>
      <w:r>
        <w:rPr>
          <w:sz w:val="20"/>
        </w:rPr>
        <w:t>21:41  Uh, confrontation, uh, he would say, closes a mind, and dialogue opens it</w:t>
      </w:r>
      <w:r>
        <w:br/>
      </w:r>
      <w:r>
        <w:rPr>
          <w:sz w:val="20"/>
        </w:rPr>
        <w:t>21:46  . Confrontation actually leads to blindness because, uh, when confrontation begins, it leads to violence, and violence, uh, brings about the killing of innocent people.</w:t>
      </w:r>
      <w:r>
        <w:br/>
      </w:r>
      <w:r>
        <w:rPr>
          <w:sz w:val="20"/>
        </w:rPr>
        <w:t>21:57  There's a very important, uh, verse in the Quran, uh, where it says that, uh, "Beware, affliction will not smite exclusively those among you who have done wrong." It's an amazing verse.</w:t>
      </w:r>
      <w:r>
        <w:br/>
      </w:r>
      <w:r>
        <w:rPr>
          <w:sz w:val="20"/>
        </w:rPr>
        <w:t>22:12  In a way, it is saying that, uh, do not initiate confrontation,</w:t>
      </w:r>
      <w:r>
        <w:br/>
      </w:r>
      <w:r>
        <w:rPr>
          <w:sz w:val="20"/>
        </w:rPr>
        <w:t>22:16  but if you do so, then do not blame later that why are innocents being killed along with the guilty. Uh, Prophet Muhammad, uh, said something very important in this regard.</w:t>
      </w:r>
      <w:r>
        <w:br/>
      </w:r>
      <w:r>
        <w:rPr>
          <w:sz w:val="20"/>
        </w:rPr>
        <w:t>22:28  He said that, uh, evil is lying asleep; the curse of God is upon the one who awakens it. It actually means that, uh, evil is always present in the world, so</w:t>
      </w:r>
      <w:r>
        <w:br/>
      </w:r>
      <w:r>
        <w:rPr>
          <w:sz w:val="20"/>
        </w:rPr>
        <w:t>22:41  one should do utmost to avoid the ill effects, uh, of that evil. And the beginner is the one, uh, who is responsible for its aftermath.</w:t>
      </w:r>
      <w:r>
        <w:br/>
      </w:r>
      <w:r>
        <w:rPr>
          <w:sz w:val="20"/>
        </w:rPr>
        <w:t>22:52  And one important thing to understand is that, uh, whenever there is, uh, confrontation, it's always the weaker party that suffers the most. So the weaker party should also realize that, uh, they should not let difference, uh, reach the level of confront</w:t>
      </w:r>
      <w:r>
        <w:br/>
      </w:r>
      <w:r>
        <w:rPr>
          <w:sz w:val="20"/>
        </w:rPr>
        <w:t>23:07  ation because if that happens, then they cannot complain later about the consequences. Uh, you know, there is a principle in the Quran, uh, which we get from the verse that, uh, reconciliation is the best: "As-sul o khayr." The opposite of that would be confrontation is the worst.</w:t>
      </w:r>
      <w:r>
        <w:br/>
      </w:r>
      <w:r>
        <w:rPr>
          <w:sz w:val="20"/>
        </w:rPr>
        <w:t>23:27  Reconciliation is the only way that you can, uh, uh, progress, uh, a nation or a or a society. Uh,</w:t>
      </w:r>
      <w:r>
        <w:br/>
      </w:r>
      <w:r>
        <w:rPr>
          <w:sz w:val="20"/>
        </w:rPr>
        <w:t>23:35  and if you if you study the Quran, you will find that there is emphasis on dialogue. It says in one of the verses that they conduct their affairs through mutual consultations.</w:t>
      </w:r>
      <w:r>
        <w:br/>
      </w:r>
      <w:r>
        <w:rPr>
          <w:sz w:val="20"/>
        </w:rPr>
        <w:t>23:46  So dialogue is very important. Uh, the way that we see, uh, in the society that, you know, controversial matters are being argued in the form of debates or arguments, that is not the</w:t>
      </w:r>
      <w:r>
        <w:br/>
      </w:r>
      <w:r>
        <w:rPr>
          <w:sz w:val="20"/>
        </w:rPr>
        <w:t>23:58  way because in a debate, uh, one party tries to showcase its superiority over the other. There can never be learning in, uh, in a debate, but there is always learning, uh, in dialogue, and this is, uh, how the, uh, companions of the Prophet were.</w:t>
      </w:r>
      <w:r>
        <w:br/>
      </w:r>
      <w:r>
        <w:rPr>
          <w:sz w:val="20"/>
        </w:rPr>
        <w:t>24:15  It is said about, uh, Hazrat Umar bin Khattab that, uh, he would always learn from the other person.</w:t>
      </w:r>
      <w:r>
        <w:br/>
      </w:r>
      <w:r>
        <w:rPr>
          <w:sz w:val="20"/>
        </w:rPr>
        <w:t>24:22  Now, how can you learn from the other person unless you engage in a in a serious dialogue or or in an interaction? So it is very, uh, important that, uh, that one should avoid, uh, confrontation at any cost.</w:t>
      </w:r>
      <w:r>
        <w:br/>
      </w:r>
      <w:r>
        <w:rPr>
          <w:sz w:val="20"/>
        </w:rPr>
        <w:t>24:37  Uh, look at the example of the Hudaybiyyah Treaty; we discussed about it.</w:t>
      </w:r>
      <w:r>
        <w:br/>
      </w:r>
      <w:r>
        <w:rPr>
          <w:sz w:val="20"/>
        </w:rPr>
        <w:t>24:41  Uh, but do you know that there was a point when, while the treaty was signed, uh, a confrontational point arose?</w:t>
      </w:r>
      <w:r>
        <w:br/>
      </w:r>
      <w:r>
        <w:rPr>
          <w:sz w:val="20"/>
        </w:rPr>
        <w:t>24:50  And it was when, uh, the treaty was being drawn and it was to be signed. Then Prophet Muhammad, may peace be upon him, he signed with the title, uh, "This is from, uh, Messenger of God, uh, Muhammad." And, uh, Suhail ibn Amr, who was leading the delegation, he obj</w:t>
      </w:r>
      <w:r>
        <w:br/>
      </w:r>
      <w:r>
        <w:rPr>
          <w:sz w:val="20"/>
        </w:rPr>
        <w:t>25:09  ected to it. He said, uh, "We do not accept you as Messenger of God, so, uh, remove this title and simply place, uh, Muhammad ibn Abdullah, Muhammad son of Abdullah." And companions were agitated.</w:t>
      </w:r>
      <w:r>
        <w:br/>
      </w:r>
      <w:r>
        <w:rPr>
          <w:sz w:val="20"/>
        </w:rPr>
        <w:t>25:22  Uh, I mean, just imagine a title being bestowed upon by God Himself, and, uh, the Prophet agreed to remove that title.</w:t>
      </w:r>
      <w:r>
        <w:br/>
      </w:r>
      <w:r>
        <w:rPr>
          <w:sz w:val="20"/>
        </w:rPr>
        <w:t>25:33  And he simply, uh, made the companion write, uh, "Muhammad ibn Abdullah."</w:t>
      </w:r>
      <w:r>
        <w:br/>
      </w:r>
      <w:r>
        <w:rPr>
          <w:sz w:val="20"/>
        </w:rPr>
        <w:t>25:38  Uh, this is a remarkable example that the Prophet wanted to avoid confrontation at any cost, and the treaty, uh, came into existence.</w:t>
      </w:r>
      <w:r>
        <w:br/>
      </w:r>
      <w:r>
        <w:rPr>
          <w:sz w:val="20"/>
        </w:rPr>
        <w:t>25:47  And then we know what happened; the verse came down that, "We granted you a clear victory." Similarly, there was another instance when, uh, Makkah was conquered and they were about to enter Makkah.</w:t>
      </w:r>
      <w:r>
        <w:br/>
      </w:r>
      <w:r>
        <w:rPr>
          <w:sz w:val="20"/>
        </w:rPr>
        <w:t>25:59  One of the companions said that today is the day of revenge, but the Prophet said, "No, today is the day of mercy."</w:t>
      </w:r>
      <w:r>
        <w:br/>
      </w:r>
      <w:r>
        <w:rPr>
          <w:sz w:val="20"/>
        </w:rPr>
        <w:t>26:07  And, uh, he said that there is no blame on you; you all are forgiven. Twenty years of persecution, uh, the Prophet, uh, completely forgave all his opponents.</w:t>
      </w:r>
      <w:r>
        <w:br/>
      </w:r>
      <w:r>
        <w:rPr>
          <w:sz w:val="20"/>
        </w:rPr>
        <w:t>26:20  Historians have, uh, written that, uh, Makkah was conquered without blood</w:t>
      </w:r>
      <w:r>
        <w:br/>
      </w:r>
      <w:r>
        <w:rPr>
          <w:sz w:val="20"/>
        </w:rPr>
        <w:t>26:24  shed, and Maulana Wahiduddin Khan said that, uh, this is, uh, this is one of the greatest examples in human history about, uh, about peace, and it just showcases that, uh, the Prophet, uh, was not out there to conquer lands but to reform hearts.</w:t>
      </w:r>
    </w:p>
    <w:p>
      <w:pPr>
        <w:pStyle w:val="Heading2"/>
      </w:pPr>
      <w:r>
        <w:t>Prophecy of three droughts and water crisis</w:t>
      </w:r>
    </w:p>
    <w:p>
      <w:r>
        <w:rPr>
          <w:color w:val="666666"/>
          <w:sz w:val="18"/>
        </w:rPr>
        <w:t>Dajjal and Dajjalism | July 26, 2009 · 5m 33s · at 27:25 · https://youtu.be/CrB6NhxHfTI?t=1645</w:t>
      </w:r>
    </w:p>
    <w:p>
      <w:r>
        <w:rPr>
          <w:i/>
        </w:rPr>
        <w:t>“Paani draat aayega, teen qaht aayenge”</w:t>
      </w:r>
    </w:p>
    <w:p>
      <w:r>
        <w:rPr>
          <w:sz w:val="20"/>
        </w:rPr>
        <w:t>27:25  hadeesain hain, mein is mein se ek bata raha hoon aap ko.</w:t>
      </w:r>
      <w:r>
        <w:br/>
      </w:r>
      <w:r>
        <w:rPr>
          <w:sz w:val="20"/>
        </w:rPr>
        <w:t>27:29  bohat si hadeesain hain.</w:t>
      </w:r>
      <w:r>
        <w:br/>
      </w:r>
      <w:r>
        <w:rPr>
          <w:sz w:val="20"/>
        </w:rPr>
        <w:t>27:33  is hadees mein hai ke rasool Allah sal Allah alayhi wasallam ne farmaya pani ke baray mein ke</w:t>
      </w:r>
      <w:r>
        <w:br/>
      </w:r>
      <w:r>
        <w:rPr>
          <w:sz w:val="20"/>
        </w:rPr>
        <w:t>27:37  pani drought aaye ga, drought yani qahat.</w:t>
      </w:r>
      <w:r>
        <w:br/>
      </w:r>
      <w:r>
        <w:rPr>
          <w:sz w:val="20"/>
        </w:rPr>
        <w:t>27:41  teen qahat aayenge.</w:t>
      </w:r>
      <w:r>
        <w:br/>
      </w:r>
      <w:r>
        <w:rPr>
          <w:sz w:val="20"/>
        </w:rPr>
        <w:t>27:45  qahat mein drought, sookha.</w:t>
      </w:r>
      <w:r>
        <w:br/>
      </w:r>
      <w:r>
        <w:rPr>
          <w:sz w:val="20"/>
        </w:rPr>
        <w:t>27:49  toh teen sookha ke zamana aayenge.</w:t>
      </w:r>
      <w:r>
        <w:br/>
      </w:r>
      <w:r>
        <w:rPr>
          <w:sz w:val="20"/>
        </w:rPr>
        <w:t>27:53  pehlay sookha ke zamana mein ek third water khatam ho jaye ga.</w:t>
      </w:r>
      <w:r>
        <w:br/>
      </w:r>
      <w:r>
        <w:rPr>
          <w:sz w:val="20"/>
        </w:rPr>
        <w:t>27:57  one third water khatam ho jaye ga. us ko aap suniye, bohat hi zyada dhyan ke sath. pehla jo sookha pare ga, pehla jo drought aye ga, is mein one third pani khatam ho jaye ga. nabatat khatam ho jayengi, sabziyan khatam ho jayengi. haiwan marne lagenge. phir doosra sookha pare ga, doosra drought aye ga. jab two third water khatam ho jaye ga,</w:t>
      </w:r>
      <w:r>
        <w:br/>
      </w:r>
      <w:r>
        <w:rPr>
          <w:sz w:val="20"/>
        </w:rPr>
        <w:t>28:27  two third water, aur phir sabziyan khatam hongi, janwar, insan, sab pe asar padega is ka.</w:t>
      </w:r>
      <w:r>
        <w:br/>
      </w:r>
      <w:r>
        <w:rPr>
          <w:sz w:val="20"/>
        </w:rPr>
        <w:t>28:32  phir teesra dobara aaye ga aur aur aur pani bilkul khatam ho jaye ga.</w:t>
      </w:r>
      <w:r>
        <w:br/>
      </w:r>
      <w:r>
        <w:rPr>
          <w:sz w:val="20"/>
        </w:rPr>
        <w:t>28:37  pehlay yeh teen period hain.</w:t>
      </w:r>
      <w:r>
        <w:br/>
      </w:r>
      <w:r>
        <w:rPr>
          <w:sz w:val="20"/>
        </w:rPr>
        <w:t>28:42  pehlay period mein one third water khatam ho jaye ga.</w:t>
      </w:r>
      <w:r>
        <w:br/>
      </w:r>
      <w:r>
        <w:rPr>
          <w:sz w:val="20"/>
        </w:rPr>
        <w:t>28:47  dosray period mein two third water khatam ho jaye ga.</w:t>
      </w:r>
      <w:r>
        <w:br/>
      </w:r>
      <w:r>
        <w:rPr>
          <w:sz w:val="20"/>
        </w:rPr>
        <w:t>28:52  aur aakhri period mein no water ka zamana aaye ga aur sab khatam ho chuke honge. wohi qayamat</w:t>
      </w:r>
      <w:r>
        <w:br/>
      </w:r>
      <w:r>
        <w:rPr>
          <w:sz w:val="20"/>
        </w:rPr>
        <w:t>28:57  shuru ho jaye gi.</w:t>
      </w:r>
      <w:r>
        <w:br/>
      </w:r>
      <w:r>
        <w:rPr>
          <w:sz w:val="20"/>
        </w:rPr>
        <w:t>29:00  yeh hadees hai, hadees.</w:t>
      </w:r>
      <w:r>
        <w:br/>
      </w:r>
      <w:r>
        <w:rPr>
          <w:sz w:val="20"/>
        </w:rPr>
        <w:t>29:04  ab aaj kya ho raha hai, dekhiye.</w:t>
      </w:r>
      <w:r>
        <w:br/>
      </w:r>
      <w:r>
        <w:rPr>
          <w:sz w:val="20"/>
        </w:rPr>
        <w:t>29:07  yeh sab log jante hain ke pani hi par hamari zindagi hai.</w:t>
      </w:r>
      <w:r>
        <w:br/>
      </w:r>
      <w:r>
        <w:rPr>
          <w:sz w:val="20"/>
        </w:rPr>
        <w:t>29:11  pani nahi to life nahi.</w:t>
      </w:r>
      <w:r>
        <w:br/>
      </w:r>
      <w:r>
        <w:rPr>
          <w:sz w:val="20"/>
        </w:rPr>
        <w:t>29:14  sab log jante hain yeh.</w:t>
      </w:r>
      <w:r>
        <w:br/>
      </w:r>
      <w:r>
        <w:rPr>
          <w:sz w:val="20"/>
        </w:rPr>
        <w:t>29:17  پانی the life depend کرتی ہے پانی کے اوپر۔</w:t>
      </w:r>
      <w:r>
        <w:br/>
      </w:r>
      <w:r>
        <w:rPr>
          <w:sz w:val="20"/>
        </w:rPr>
        <w:t>29:21  chahe plant hon, animal hon ya insan hon, pani par depend karte hain.</w:t>
      </w:r>
      <w:r>
        <w:br/>
      </w:r>
      <w:r>
        <w:rPr>
          <w:sz w:val="20"/>
        </w:rPr>
        <w:t>29:24  paye nahi to sab khatam.</w:t>
      </w:r>
      <w:r>
        <w:br/>
      </w:r>
      <w:r>
        <w:rPr>
          <w:sz w:val="20"/>
        </w:rPr>
        <w:t>29:28  rahim khan khana ne bohat sahi kaha tha ke: "rehman pani rakhiyo, bin pani sab son." rehman pani</w:t>
      </w:r>
      <w:r>
        <w:br/>
      </w:r>
      <w:r>
        <w:rPr>
          <w:sz w:val="20"/>
        </w:rPr>
        <w:t>29:35  rakhiyo, bin pani sab son.</w:t>
      </w:r>
      <w:r>
        <w:br/>
      </w:r>
      <w:r>
        <w:rPr>
          <w:sz w:val="20"/>
        </w:rPr>
        <w:t>29:43  to aap jante hain ke sab kuch zindagi jo hai woh pani par base base karti hai.</w:t>
      </w:r>
      <w:r>
        <w:br/>
      </w:r>
      <w:r>
        <w:rPr>
          <w:sz w:val="20"/>
        </w:rPr>
        <w:t>29:50  ab kya hai? global warming se kya ho raha hai? dekhiye, ek zamana tha ke jab pani sab</w:t>
      </w:r>
      <w:r>
        <w:br/>
      </w:r>
      <w:r>
        <w:rPr>
          <w:sz w:val="20"/>
        </w:rPr>
        <w:t>29:58  sab salty tha samundaron mein. sara sara pani salty tha. samundaron mein bhara hua tha. jab Allah taala ne jab paida kiya pani bohat pehle to pani samundaron mein bhar gaya aur sab salty tha. yani preservative ke tor par diya gaya tha. phir aap jante hain ke barish hui. rain ka aik universal process hai.</w:t>
      </w:r>
      <w:r>
        <w:br/>
      </w:r>
      <w:r>
        <w:rPr>
          <w:sz w:val="20"/>
        </w:rPr>
        <w:t>30:28  woh process chalaya Allah taala ne aur desalination hua.</w:t>
      </w:r>
      <w:r>
        <w:br/>
      </w:r>
      <w:r>
        <w:rPr>
          <w:sz w:val="20"/>
        </w:rPr>
        <w:t>30:34  fresh water hum mein aya to fresh water nadiyon mein aya, talabon mein aya aur bohat bara is</w:t>
      </w:r>
      <w:r>
        <w:br/>
      </w:r>
      <w:r>
        <w:rPr>
          <w:sz w:val="20"/>
        </w:rPr>
        <w:t>30:40  ka ek storage ho gaya paharon ke upar glacier ki shakal mein.</w:t>
      </w:r>
      <w:r>
        <w:br/>
      </w:r>
      <w:r>
        <w:rPr>
          <w:sz w:val="20"/>
        </w:rPr>
        <w:t>30:46  woh woh saal bhar dheere dheere beh kar ke chashmon ki shakal mein aata tha hamare khet mein, nadiyon mein.</w:t>
      </w:r>
      <w:r>
        <w:br/>
      </w:r>
      <w:r>
        <w:rPr>
          <w:sz w:val="20"/>
        </w:rPr>
        <w:t>30:52  yeh system chal raha tha. glob</w:t>
      </w:r>
      <w:r>
        <w:br/>
      </w:r>
      <w:r>
        <w:rPr>
          <w:sz w:val="20"/>
        </w:rPr>
        <w:t>30:58  l warming ne kya hua hai ke woh process tez ho gaya.</w:t>
      </w:r>
      <w:r>
        <w:br/>
      </w:r>
      <w:r>
        <w:rPr>
          <w:sz w:val="20"/>
        </w:rPr>
        <w:t>31:02  yani glacier zyada melt hone lagay.</w:t>
      </w:r>
      <w:r>
        <w:br/>
      </w:r>
      <w:r>
        <w:rPr>
          <w:sz w:val="20"/>
        </w:rPr>
        <w:t>31:07  melt hone, bohat melt hone lagay.</w:t>
      </w:r>
      <w:r>
        <w:br/>
      </w:r>
      <w:r>
        <w:rPr>
          <w:sz w:val="20"/>
        </w:rPr>
        <w:t>31:11  ab to bohat zyada melt ho chuke hain glacier.</w:t>
      </w:r>
      <w:r>
        <w:br/>
      </w:r>
      <w:r>
        <w:rPr>
          <w:sz w:val="20"/>
        </w:rPr>
        <w:t>31:15  melt ho kar ke aate hain nadiyon mein, nadiyon mein jate hain aur is mein samandar mein.</w:t>
      </w:r>
      <w:r>
        <w:br/>
      </w:r>
      <w:r>
        <w:rPr>
          <w:sz w:val="20"/>
        </w:rPr>
        <w:t>31:19  yani fresh water dobara salty water ban raha hai.</w:t>
      </w:r>
      <w:r>
        <w:br/>
      </w:r>
      <w:r>
        <w:rPr>
          <w:sz w:val="20"/>
        </w:rPr>
        <w:t>31:24  aur din bad din woh storage khatam kam</w:t>
      </w:r>
      <w:r>
        <w:br/>
      </w:r>
      <w:r>
        <w:rPr>
          <w:sz w:val="20"/>
        </w:rPr>
        <w:t>31:28  hota chala ja raha hai.</w:t>
      </w:r>
      <w:r>
        <w:br/>
      </w:r>
      <w:r>
        <w:rPr>
          <w:sz w:val="20"/>
        </w:rPr>
        <w:t>31:34  glacier bohat hi kam ho chuke hain.</w:t>
      </w:r>
      <w:r>
        <w:br/>
      </w:r>
      <w:r>
        <w:rPr>
          <w:sz w:val="20"/>
        </w:rPr>
        <w:t>31:40  polar jo pole par jo ice gap hai woh pighal rahi hai.</w:t>
      </w:r>
      <w:r>
        <w:br/>
      </w:r>
      <w:r>
        <w:rPr>
          <w:sz w:val="20"/>
        </w:rPr>
        <w:t>31:46  to yeh kaha jata hai ke shuru mein yeh tha ke sara pani salty tha.</w:t>
      </w:r>
      <w:r>
        <w:br/>
      </w:r>
      <w:r>
        <w:rPr>
          <w:sz w:val="20"/>
        </w:rPr>
        <w:t>31:52  jo phir barish ke baad three percent pani jo aaya zameen par woh woh woh</w:t>
      </w:r>
      <w:r>
        <w:br/>
      </w:r>
      <w:r>
        <w:rPr>
          <w:sz w:val="20"/>
        </w:rPr>
        <w:t>31:58  fresh water tha.</w:t>
      </w:r>
      <w:r>
        <w:br/>
      </w:r>
      <w:r>
        <w:rPr>
          <w:sz w:val="20"/>
        </w:rPr>
        <w:t>32:03  yani 97 percent water salty tha phir bhi.</w:t>
      </w:r>
      <w:r>
        <w:br/>
      </w:r>
      <w:r>
        <w:rPr>
          <w:sz w:val="20"/>
        </w:rPr>
        <w:t>32:08  lalatst 97 water samundaron mein store tha aur is mein se three percent pani fresh water ban kar</w:t>
      </w:r>
      <w:r>
        <w:br/>
      </w:r>
      <w:r>
        <w:rPr>
          <w:sz w:val="20"/>
        </w:rPr>
        <w:t>32:13  ke aaya hamare paas.</w:t>
      </w:r>
      <w:r>
        <w:br/>
      </w:r>
      <w:r>
        <w:rPr>
          <w:sz w:val="20"/>
        </w:rPr>
        <w:t>32:18  chashmon mein, nadiyon mein, zameen ke neeche.</w:t>
      </w:r>
      <w:r>
        <w:br/>
      </w:r>
      <w:r>
        <w:rPr>
          <w:sz w:val="20"/>
        </w:rPr>
        <w:t>32:23  ab jo hai, abhi jo reporten aa rahi hain, aap jante hain ke Ganga ka pani aur Yamuna ka pani</w:t>
      </w:r>
      <w:r>
        <w:br/>
      </w:r>
      <w:r>
        <w:rPr>
          <w:sz w:val="20"/>
        </w:rPr>
        <w:t>32:28  adhay say ziada sokh chuka hai. isi dilli mein aap jaen to batkal lake aur suraj kund mein pani hua karta tha, sokh chukay hain woh. kitnay talab idhar udhar sab sokh chukay hain. pani kay naam par laraiyan ho rahi hain. abhi mein nay akhbar mein parha kay haiderabad mein aur bhopal mein baray baray talab banay thay nawab nay, woh sab sokh gay hain. dunya bhar mein yahi ho raha hai. isi isi building jahan aap bi</w:t>
      </w:r>
    </w:p>
    <w:p>
      <w:pPr>
        <w:pStyle w:val="Heading2"/>
      </w:pPr>
      <w:r>
        <w:t>Story of old lady teaches positive response</w:t>
      </w:r>
    </w:p>
    <w:p>
      <w:r>
        <w:rPr>
          <w:color w:val="666666"/>
          <w:sz w:val="18"/>
        </w:rPr>
        <w:t>Religion and The Modern Age | February 26, 2006 | Maulana Wahidduin Khan · 5m 36s · at 5:08 · https://youtu.be/KJmEtnm_SpE?t=308</w:t>
      </w:r>
    </w:p>
    <w:p>
      <w:r>
        <w:rPr>
          <w:i/>
        </w:rPr>
        <w:t>“30، 2005 کو جو کارٹون چھپا تھا”</w:t>
      </w:r>
    </w:p>
    <w:p>
      <w:r>
        <w:rPr>
          <w:sz w:val="20"/>
        </w:rPr>
        <w:t>5:08  30, 2005 ko jo cartoon chhapa tha, to us ke jawab mein unhon ne ek aur cartoon banaya. is cartoon mein dikhaya gaya tha ke prophet of islam jab madina mein the to wahan par ek budhiya thi, ghaliban ek jewish lady thi woh, woh aap ke sar par kooda daal det</w:t>
      </w:r>
      <w:r>
        <w:br/>
      </w:r>
      <w:r>
        <w:rPr>
          <w:sz w:val="20"/>
        </w:rPr>
        <w:t>5:38  i thi, ghar ka kooda. to jab tak woh dalti rahi, aap kuch bole nahi. ek din aisa hua ke kooda upar se nahi aaya. to aap ne poocha to pata chala ke woh budhiya jo hai, woh bimar ho gayi hai. to aap us ki halat janne ke liye us ke ghar gaye, us ko</w:t>
      </w:r>
      <w:r>
        <w:br/>
      </w:r>
      <w:r>
        <w:rPr>
          <w:sz w:val="20"/>
        </w:rPr>
        <w:t>6:08  dua ki. yeh jo story hai, us ki authenticity par mein nahi jata. woh authentic hai ya nahi, yeh ek alag issue hai. baharhal, is story ko le kar aap prophet ke character ko samjhiye. ek shayar ne isi par ek sher bhi kaha hai: "raah mein jis ne kaante bichhaye, gaali di</w:t>
      </w:r>
      <w:r>
        <w:br/>
      </w:r>
      <w:r>
        <w:rPr>
          <w:sz w:val="20"/>
        </w:rPr>
        <w:t>6:38  , patthar barsaye, us par chhidki pyar ki shabnam, sallallahu alaihi wasallam." ab aap is ko sochiye, is story par sochiye. is story ke do hisse hain. ek hai us old lady ka aap ke upar kooda dalna, aur doosra hai us ka ke aap ne us par response kiya tha.</w:t>
      </w:r>
      <w:r>
        <w:br/>
      </w:r>
      <w:r>
        <w:rPr>
          <w:sz w:val="20"/>
        </w:rPr>
        <w:t>7:10  do alag alag part hain is story ke. ab aap dekhiye ke woh budhiya, old lady, madine mein aap ke sar par kooda dalti hai, jahan aap head of the state the. madine mein aap jante hain ke islam ki pehli state state bani, aur prophet khud us ke head the. to head of the state par kooda daal rahi hai, accor</w:t>
      </w:r>
      <w:r>
        <w:br/>
      </w:r>
      <w:r>
        <w:rPr>
          <w:sz w:val="20"/>
        </w:rPr>
        <w:t>7:40  ding to the story. aur is par na to prophet yeh kehte hain ke us ko pakad kar maro, us ko jail mein band karo, aur na aap ke companion. jabke sara madina 99 percent islam ke fold mein aa chuka tha. to na to jo muslims the wahan par, woh is par koi procession nikalte, na koi us ke khilaf koi aur karwai karte.</w:t>
      </w:r>
      <w:r>
        <w:br/>
      </w:r>
      <w:r>
        <w:rPr>
          <w:sz w:val="20"/>
        </w:rPr>
        <w:t>8:14  albata jis din woh nahi daal pati, to ja kar us ko dua karte hain us ke liye. is mein kya baat nikli? islam mein asal importance action ki nahi hai, reaction ki hai. is tarah ke waqeye mein aap ne response diya, yeh asal us ki importance hai. doosre ne kya kiya, us ki importance nahi hai. yaani doosre log to kooda dalenge.</w:t>
      </w:r>
      <w:r>
        <w:br/>
      </w:r>
      <w:r>
        <w:rPr>
          <w:sz w:val="20"/>
        </w:rPr>
        <w:t>8:44  jab tak doosra kooda dal raha hai, aap ko kisi action ka hukum nahi diya gaya. balki yeh diya gaya ke tumhara response hona chahiye positive. yaani us ke liye dua karna, tolerate karna, sabr karna, yeh hona chahiye. to gaya ek yeh hai ke insaan kooda dalega. doosri baat is se yeh nikalti hai ke aap</w:t>
      </w:r>
      <w:r>
        <w:br/>
      </w:r>
      <w:r>
        <w:rPr>
          <w:sz w:val="20"/>
        </w:rPr>
        <w:t>9:15  islamic character yeh hai ke phir bhi aap patience par qaim rahen, tolerate karen, ignore karen. aur us ke liye dil mein aap ke burai bhi na aaye. kyunke dil mein agar burai hoti to rasool Allah ja kar us ke liye dua na karte. yeh hai islam ka character. doosron ke character ke reaction mein islam character nahi ban</w:t>
      </w:r>
      <w:r>
        <w:br/>
      </w:r>
      <w:r>
        <w:rPr>
          <w:sz w:val="20"/>
        </w:rPr>
        <w:t>9:45  ta. doosre kooda dalen to aap ghussa ho jayen. doosre cartoon chhapen to aap procession nikale. doosre koi burai karen to aap waris par utar aayen. yeh islam ka character nahi hai. is se yeh baat nikalti hai. agarche cartoonist ne yeh likha nahi is ke andar. is point ko cartoonist ne flash nahi kiya.</w:t>
      </w:r>
      <w:r>
        <w:br/>
      </w:r>
      <w:r>
        <w:rPr>
          <w:sz w:val="20"/>
        </w:rPr>
        <w:t>10:15  us ne simply ek story bata di wahan par. lekin jo niklta hai is mein se yeh niklta hai ke muslim ka response negative nahi hona chahiye, balki muslim ka response positive hona chahiye. ab sochiye ke aisa kyun hai? yeh koi passivity nahi hai, yeh koi buzdiili nahi hai, yeh koi inaction nahi hai. yeh sab se bada</w:t>
      </w:r>
    </w:p>
    <w:p>
      <w:pPr>
        <w:pStyle w:val="Heading2"/>
      </w:pPr>
      <w:r>
        <w:t>Why your family should be your intellectual partners</w:t>
      </w:r>
    </w:p>
    <w:p>
      <w:r>
        <w:rPr>
          <w:color w:val="666666"/>
          <w:sz w:val="18"/>
        </w:rPr>
        <w:t>Why People live in Despair September 2, 2007 · 5m 56s · at 33:31 · https://youtu.be/BHfgOfzXf00?t=2011</w:t>
      </w:r>
    </w:p>
    <w:p>
      <w:r>
        <w:rPr>
          <w:i/>
        </w:rPr>
        <w:t>“Intellectual exchange is essential — God gave us a demonstration.”</w:t>
      </w:r>
    </w:p>
    <w:p>
      <w:r>
        <w:rPr>
          <w:sz w:val="20"/>
        </w:rPr>
        <w:t>33:31  aur teesri cheez jo hai wo hai exchange. dekhen, intellectual exchange bohat hi ziyada zaroori hai.</w:t>
      </w:r>
      <w:r>
        <w:br/>
      </w:r>
      <w:r>
        <w:rPr>
          <w:sz w:val="20"/>
        </w:rPr>
        <w:t>33:42  intellectual exchange ke baghair aap history karen, tab bhi aap ki knowledge adhuri rahe gi. observation karen, tab bhi aap ki knowledge adhuri rahe gi.</w:t>
      </w:r>
      <w:r>
        <w:br/>
      </w:r>
      <w:r>
        <w:rPr>
          <w:sz w:val="20"/>
        </w:rPr>
        <w:t>33:51  exchange bohat zaroori hai. exchange ka matlab kya hai? khuda ne iska demonstration de rakha hai. do pathar ko aap takrayen to ek third cheez emerge karti hai, woh hai sparking.</w:t>
      </w:r>
      <w:r>
        <w:br/>
      </w:r>
      <w:r>
        <w:rPr>
          <w:sz w:val="20"/>
        </w:rPr>
        <w:t>34:06  aap do pathar ko jab takrate hain to kya hota hai? ek third cheez emerge karti hai, woh hai sparking. aise hi jab do mind jab takrate hain to wahan bhi ek third cheez emerge karti hai.</w:t>
      </w:r>
      <w:r>
        <w:br/>
      </w:r>
      <w:r>
        <w:rPr>
          <w:sz w:val="20"/>
        </w:rPr>
        <w:t>34:18  naye ideas, nayi wisdom, naya aspect kisi muamle ka. yeh bohat hi zaroori hai.</w:t>
      </w:r>
      <w:r>
        <w:br/>
      </w:r>
      <w:r>
        <w:rPr>
          <w:sz w:val="20"/>
        </w:rPr>
        <w:t>34:28  abhi habib bhai haiderabad ke un se baat karti hui mein ne kaha ke khuda ne natural tor par humein intellectual partner de rakha hai.</w:t>
      </w:r>
      <w:r>
        <w:br/>
      </w:r>
      <w:r>
        <w:rPr>
          <w:sz w:val="20"/>
        </w:rPr>
        <w:t>34:38  woh hamare ghar ke log hain.</w:t>
      </w:r>
      <w:r>
        <w:br/>
      </w:r>
      <w:r>
        <w:rPr>
          <w:sz w:val="20"/>
        </w:rPr>
        <w:t>34:41  mein ne un se kaha ke dekhen, har aadmi ko khuda ne yeh mauqa de rakha hai ke us ki ek team one aur team two ho us ke paas.</w:t>
      </w:r>
      <w:r>
        <w:br/>
      </w:r>
      <w:r>
        <w:rPr>
          <w:sz w:val="20"/>
        </w:rPr>
        <w:t>34:52  team one kya hai? us ki family hai. team two hai kya hai? woh doosre log hain. to log doosre logon ke peeche to bohat daurte hain, team two ke peeche.</w:t>
      </w:r>
      <w:r>
        <w:br/>
      </w:r>
      <w:r>
        <w:rPr>
          <w:sz w:val="20"/>
        </w:rPr>
        <w:t>35:01  lekin team one jo hai, us ke peeche nahi daurte. to har aadmi ki family jo hai, woh us ki team one hai. woh kis liye</w:t>
      </w:r>
      <w:r>
        <w:br/>
      </w:r>
      <w:r>
        <w:rPr>
          <w:sz w:val="20"/>
        </w:rPr>
        <w:t>35:11  hai? is liye nahi ke aap khane peene ki baaten karen, furniture ki baaten karen, ho ha karen, aur shouting, woh shopping aur outing karen.</w:t>
      </w:r>
      <w:r>
        <w:br/>
      </w:r>
      <w:r>
        <w:rPr>
          <w:sz w:val="20"/>
        </w:rPr>
        <w:t>35:24  nahi. yeh to animal, yani animal level ki activities hain. yeh sab animal level ki activities hain.</w:t>
      </w:r>
      <w:r>
        <w:br/>
      </w:r>
      <w:r>
        <w:rPr>
          <w:sz w:val="20"/>
        </w:rPr>
        <w:t>35:34  sab se bari cheez jo hai, woh hai intellectual exchange.</w:t>
      </w:r>
      <w:r>
        <w:br/>
      </w:r>
      <w:r>
        <w:rPr>
          <w:sz w:val="20"/>
        </w:rPr>
        <w:t>35:40  to mein ne un se do baat kahen. ek yeh ke dekhen, family jo hoti hai, woh khuda ki taraf se ek bohat bari blessing hai.</w:t>
      </w:r>
      <w:r>
        <w:br/>
      </w:r>
      <w:r>
        <w:rPr>
          <w:sz w:val="20"/>
        </w:rPr>
        <w:t>35:49  kyun? family ko, family mein aap ko jo taluq hota hai, woh blood ka taluq hota hai, khoon ka taluq. blood relationship.</w:t>
      </w:r>
      <w:r>
        <w:br/>
      </w:r>
      <w:r>
        <w:rPr>
          <w:sz w:val="20"/>
        </w:rPr>
        <w:t>36:01  bahir ke log jo hote hain, woh to aap ka interest ki wajah se ya kisi wajah se ho jata hai. lekin yeh family ke log jo hain, un se aap ka blood ka taluq hota hai.</w:t>
      </w:r>
      <w:r>
        <w:br/>
      </w:r>
      <w:r>
        <w:rPr>
          <w:sz w:val="20"/>
        </w:rPr>
        <w:t>36:10  aur yeh bohat hi qeemti cheez hai. blood ka jo relationship khuda ne qaim kiya hai, woh bohat hi qeemti cheez hai.</w:t>
      </w:r>
      <w:r>
        <w:br/>
      </w:r>
      <w:r>
        <w:rPr>
          <w:sz w:val="20"/>
        </w:rPr>
        <w:t>36:18  kyun ke woh atoot hota hai. woh tootta nahi k</w:t>
      </w:r>
      <w:r>
        <w:br/>
      </w:r>
      <w:r>
        <w:rPr>
          <w:sz w:val="20"/>
        </w:rPr>
        <w:t>36:22  bhi. ek extra, ek extra qism ka ek taluq qaim hota hai, jis se blood ka taluq jis se hota hai. aur yeh aap ke sab se qareebi log hote hain.</w:t>
      </w:r>
      <w:r>
        <w:br/>
      </w:r>
      <w:r>
        <w:rPr>
          <w:sz w:val="20"/>
        </w:rPr>
        <w:t>36:34  un se exchange karna. is ke yeh raaz bane. kab daryaft kiya? bukhari mein ek riwayat mein parh raha tha.</w:t>
      </w:r>
      <w:r>
        <w:br/>
      </w:r>
      <w:r>
        <w:rPr>
          <w:sz w:val="20"/>
        </w:rPr>
        <w:t>36:43  to is mein hazrat ayesha kehti hain, rasool allah ki wife, ke rasool allah rozana uthte the fajar se pehle kuch zikr o ibadat ke liye.</w:t>
      </w:r>
      <w:r>
        <w:br/>
      </w:r>
      <w:r>
        <w:rPr>
          <w:sz w:val="20"/>
        </w:rPr>
        <w:t>36:57  to is mein woh kehti hain ke fan kunt mustahiqqa fa hadithni. fan kunt mustahiqqa fa hadithni.</w:t>
      </w:r>
      <w:r>
        <w:br/>
      </w:r>
      <w:r>
        <w:rPr>
          <w:sz w:val="20"/>
        </w:rPr>
        <w:t>37:06  agar mein jaag rahi hoti thi to mujh se baat karte the woh.</w:t>
      </w:r>
      <w:r>
        <w:br/>
      </w:r>
      <w:r>
        <w:rPr>
          <w:sz w:val="20"/>
        </w:rPr>
        <w:t>37:10  kuch log samajhte hain ke aap mujh se hadith bayan karte the. yeh bilkul absurd baat hai. hadithni ke maani le liya unhon ne. hadith bayan karte the. bilkul yeh galat hai yeh.</w:t>
      </w:r>
      <w:r>
        <w:br/>
      </w:r>
      <w:r>
        <w:rPr>
          <w:sz w:val="20"/>
        </w:rPr>
        <w:t>37:23  fan kunt mustahiqqa fa hadithni ke maani hain ke agar mein jaag rahi hoti to mujh se exchange karte the woh. intellectual exchange, discussion.</w:t>
      </w:r>
      <w:r>
        <w:br/>
      </w:r>
      <w:r>
        <w:rPr>
          <w:sz w:val="20"/>
        </w:rPr>
        <w:t>37:33  yeh do do mind ka discussion jo hai, woh intellectual development mein bohat bara, bohat bara yeh zariya hai.</w:t>
      </w:r>
      <w:r>
        <w:br/>
      </w:r>
      <w:r>
        <w:rPr>
          <w:sz w:val="20"/>
        </w:rPr>
        <w:t>37:44  to khuda ne aap ko jo family di hai, jis ke sath aap ka bohat ek bohat hi khaas taluq hai blood ki wajah se, us ko train kijiye taake woh aap ka, aap ke family wale aap ka intellectual partner banen.</w:t>
      </w:r>
      <w:r>
        <w:br/>
      </w:r>
      <w:r>
        <w:rPr>
          <w:sz w:val="20"/>
        </w:rPr>
        <w:t>38:00  feemli ka har member aap ka intellectual partner hai.</w:t>
      </w:r>
      <w:r>
        <w:br/>
      </w:r>
      <w:r>
        <w:rPr>
          <w:sz w:val="20"/>
        </w:rPr>
        <w:t>38:04  log kya karte hain? feemli ke liye paisa kamayenge, feemli ko lekar shadi karvayenge, paisa kamayenge, ab feemli ke shauq poora karenge.</w:t>
      </w:r>
      <w:r>
        <w:br/>
      </w:r>
      <w:r>
        <w:rPr>
          <w:sz w:val="20"/>
        </w:rPr>
        <w:t>38:14  yaani koi maqsad hi nahi hai zindagi ka logon ka hai ke ke paisa kamao aur feemli ka shauq poora karo. yeh to bilkul animal, animal level ki life hai.</w:t>
      </w:r>
      <w:r>
        <w:br/>
      </w:r>
      <w:r>
        <w:rPr>
          <w:sz w:val="20"/>
        </w:rPr>
        <w:t>38:24  nahi, feemli ko banaiye apna intellectual partner. intellectual partner ka matlab kya hai?</w:t>
      </w:r>
      <w:r>
        <w:br/>
      </w:r>
      <w:r>
        <w:rPr>
          <w:sz w:val="20"/>
        </w:rPr>
        <w:t>38:32  aap ki jo baat cheet ho, woh sirf yaani kisi kisi scientific subject par ho, kisi yaani mazhabi subject par ho, kisi ilmi subject par ho,</w:t>
      </w:r>
      <w:r>
        <w:br/>
      </w:r>
      <w:r>
        <w:rPr>
          <w:sz w:val="20"/>
        </w:rPr>
        <w:t>38:47  kisi intellectual subject par ho. yeh baat cheet jo hai ghar mein intellectual subject par honi chahiye. yahan tak ke aap khane ki mez par baithe hain, tab bhi, chaye ki mez par baithe hain, tab bhi</w:t>
      </w:r>
      <w:r>
        <w:br/>
      </w:r>
      <w:r>
        <w:rPr>
          <w:sz w:val="20"/>
        </w:rPr>
        <w:t>39:00  hamesha intellectual subject par baat cheet honi chahiye. yeh hai intellectual development ka zariya. to Khuda ne yeh mauqa diya hai hum ko feemli ki soorat mein.</w:t>
      </w:r>
      <w:r>
        <w:br/>
      </w:r>
      <w:r>
        <w:rPr>
          <w:sz w:val="20"/>
        </w:rPr>
        <w:t>39:15  ek natural group hamare paas hai. feemli ki soorat mein ek natural group hai. jiska har aadmi hamare liye intellectual partner ban sakta hai.</w:t>
      </w:r>
      <w:r>
        <w:br/>
      </w:r>
      <w:r>
        <w:rPr>
          <w:sz w:val="20"/>
        </w:rPr>
        <w:t>39:26  bohat bari blessing hai, blessing</w:t>
      </w:r>
    </w:p>
    <w:p>
      <w:pPr>
        <w:pStyle w:val="Heading2"/>
      </w:pPr>
      <w:r>
        <w:t>Sa'd ibn Ubadah's mistake teaches alertness</w:t>
      </w:r>
    </w:p>
    <w:p>
      <w:r>
        <w:rPr>
          <w:color w:val="666666"/>
          <w:sz w:val="18"/>
        </w:rPr>
        <w:t>A Matter of 30 Seconds | February 07, 2016 · 5m 05s · at 23:06 · https://youtu.be/_p-F9fi8yaA?t=1386</w:t>
      </w:r>
    </w:p>
    <w:p>
      <w:r>
        <w:rPr>
          <w:i/>
        </w:rPr>
        <w:t>“Rasool Allah ke baare mein aap jaante hain.”</w:t>
      </w:r>
    </w:p>
    <w:p>
      <w:r>
        <w:rPr>
          <w:sz w:val="20"/>
        </w:rPr>
        <w:t>23:06  Rasool Allah ke baray mein aap jantay hain ke aap Makkah mein aap ne mission shuru kiya six thousand ten A.D. mein. wahan aap terah saal rahay. phir migrate kar ke aap wahan halaat bohat aap ke liye sakht ho gaye. to aap ko under compulsion migrate karna para. under compulsion. to aap Madinah mein settle ho gaye. to Madinah ke yeh log gaye thay, aap aur aap ke sahaba</w:t>
      </w:r>
      <w:r>
        <w:br/>
      </w:r>
      <w:r>
        <w:rPr>
          <w:sz w:val="20"/>
        </w:rPr>
        <w:t>23:36  to un ka kuch bhi nahi tha. koi source of income nahi, koi ghar nahi, koi property nahi. to Madinah ke logon ne aap ko sab kuch diya. is mein do aadmi ne leadership ka kirdaar ada kiya tha. leadership. aik thay Saad bin Ma'az, aik thay Saad bin Ubada. Saad bin Ubada. jo Madinah ke us waqt leader thay, yaani tribal le</w:t>
      </w:r>
      <w:r>
        <w:br/>
      </w:r>
      <w:r>
        <w:rPr>
          <w:sz w:val="20"/>
        </w:rPr>
        <w:t>24:06  ader. bohat saath diya unhon ne, bohat ziyada saath diya. dono ne. aur bohat ziyada, yaani Islam mein itna ziyada unhon ne support diya ke woh Ansar kahay gaye. lekin kya hua? aik crucial time aaya Saad bin Ubada ke liye. Rasool Allah ki wafat ke baad yeh sawal paida hua ke kaun Khalifa ho? aap ki jagah par kaun liya jaye?</w:t>
      </w:r>
      <w:r>
        <w:br/>
      </w:r>
      <w:r>
        <w:rPr>
          <w:sz w:val="20"/>
        </w:rPr>
        <w:t>24:39  to yahan par Saad bin Ubada jo thay, un ki rai yeh ho gayi ke chounkay Madinah walon ne bohat ziyada support diya hai, un ki support se Islam re-establish hua Madinah mein. yaani Islam Madinah mein jo re-establish hua, to is mein Ansar ka haath tha. to Ansar ke leader ko Khalifa hona chahiye. yeh un ki soch thi. to apparently</w:t>
      </w:r>
      <w:r>
        <w:br/>
      </w:r>
      <w:r>
        <w:rPr>
          <w:sz w:val="20"/>
        </w:rPr>
        <w:t>25:09  he was right. magar doosra jo group tha, sahaba ka, woh keh raha tha nahi, Quran mein ayat hai ke yaani un ke affairs jo hain, mutual consultation se tay hon ge. their matters will be settled by mutual consultation. to wahan par jo shura hui, to shura mein majority ne Hazrat Abu Bakr ke haq mein</w:t>
      </w:r>
      <w:r>
        <w:br/>
      </w:r>
      <w:r>
        <w:rPr>
          <w:sz w:val="20"/>
        </w:rPr>
        <w:t>25:39  rai de di. to woh Khalifa ban gaye. to yeh Saad bin Ubada ko accept nahi hua. unhon ne bay'at nahi ki Hazrat Abu Bakr ke haath par. bay'at nahi ki. to ab poora Madinah un ke liye, poore Madinah mein woh aik unwanted personality ban gaye. unwanted. nateeja kya hua</w:t>
      </w:r>
      <w:r>
        <w:br/>
      </w:r>
      <w:r>
        <w:rPr>
          <w:sz w:val="20"/>
        </w:rPr>
        <w:t>26:09  ke woh under compulsion, unhon ne Madinah chhor diya aur Sham chalay gaye. is Sham mein aap jantay hain ke Arab se mila hua mulk hai. log bohat atay jatay thay wahan. aur gyarah saal, yaani bay'at ke gyarah saal baad un ki death hui. Sham mein. to gyarah saal tak unhon ne bay'at nahi ki. un ke baray mein aik riwayat hai ke jab un ki death</w:t>
      </w:r>
      <w:r>
        <w:br/>
      </w:r>
      <w:r>
        <w:rPr>
          <w:sz w:val="20"/>
        </w:rPr>
        <w:t>26:39  hui to farishtay ne kaha ke qatalna Saad bin Ubada. yaani farishtay ne yeh nahi kaha ke aaj hum ne un ki rooh qabz ki, yeh nahi kaha. qatalna Saad bin Ubada. ke aaj hum ne Saad bin Ubada ko qatal kar diya. aik sahabi, top ka sahabi. to kyunkay aik un ki zindagi mein aik crucial moment aaya,</w:t>
      </w:r>
      <w:r>
        <w:br/>
      </w:r>
      <w:r>
        <w:rPr>
          <w:sz w:val="20"/>
        </w:rPr>
        <w:t>27:10  wahan woh right decision na le sakay. to derailment ho gaya. to yaad rakhiye, koi bhi insaan, koi bhi insaan, koi bhi insaan, is risk se bacha hua nahi hai. is risk se bacha hua nahi hai. to har lamha is ko alert rehna chahiye. woh jo waqia hua Sho Mukhra ke saath, Florence mein, ke aik lamhay ka decision woh nahi le saka,</w:t>
      </w:r>
      <w:r>
        <w:br/>
      </w:r>
      <w:r>
        <w:rPr>
          <w:sz w:val="20"/>
        </w:rPr>
        <w:t>27:41  to us ki death ho gayi. yaani hero bantay hain, yaani woh agar woh perform, woh perform kar leta, us ko, us scene ko perform kar leta, acha, to hero ban jata woh. achanak hero ban gaya woh. woh jo scene dikha raha tha, us scene mein us ke plan ke mutabiq, apnay plan ke mutabiq, us ne agar poora kar liya hota apna kaam, to hero ban jata</w:t>
      </w:r>
    </w:p>
    <w:p>
      <w:pPr>
        <w:pStyle w:val="Heading2"/>
      </w:pPr>
      <w:r>
        <w:t>Angel's intervention in Muslim political failures and call for dawah</w:t>
      </w:r>
    </w:p>
    <w:p>
      <w:r>
        <w:rPr>
          <w:color w:val="666666"/>
          <w:sz w:val="18"/>
        </w:rPr>
        <w:t>Man and Angels April 27, 2014 · 4m 59s · at 30:11 · https://youtu.be/b3fk1cakPeo?t=1811</w:t>
      </w:r>
    </w:p>
    <w:p>
      <w:r>
        <w:rPr>
          <w:i/>
        </w:rPr>
        <w:t>“Angel ne chaha ki aap ke safar ko correct kare”</w:t>
      </w:r>
    </w:p>
    <w:p>
      <w:r>
        <w:rPr>
          <w:sz w:val="20"/>
        </w:rPr>
        <w:t>30:11  Angel ne chaha ke woh aap ke safar ko Correct kare, Correct. aap ke Derailment ko Correct kare.</w:t>
      </w:r>
      <w:r>
        <w:br/>
      </w:r>
      <w:r>
        <w:rPr>
          <w:sz w:val="20"/>
        </w:rPr>
        <w:t>30:21  aap ko ladai ke rastay se nikal kar ke dawat ke rastay par daale. lekin saare ulama, saare ulama, saare ulama is awaaz ko sunne se sun nahin sake.</w:t>
      </w:r>
      <w:r>
        <w:br/>
      </w:r>
      <w:r>
        <w:rPr>
          <w:sz w:val="20"/>
        </w:rPr>
        <w:t>30:34  aur aaj bhi be khabar hain woh.</w:t>
      </w:r>
      <w:r>
        <w:br/>
      </w:r>
      <w:r>
        <w:rPr>
          <w:sz w:val="20"/>
        </w:rPr>
        <w:t>30:39  aur misaal lijiye, aaj kal khabrein suntay honge aap Egypt ki, Misr ki. ladai ho rahi hai, hazaron aadmi maare ja rahe hain. Economy tabah ho rahi hai.</w:t>
      </w:r>
      <w:r>
        <w:br/>
      </w:r>
      <w:r>
        <w:rPr>
          <w:sz w:val="20"/>
        </w:rPr>
        <w:t>30:48  woh bhi kya hai? Ahl-e-Ikhwan al-Muslimeen, jis ko aap log Muslim Brotherhood ke naam se jantay hain, unhone taqreeban saath saal pehle wahan par hukumat par qabza karne ka nishana banaya.</w:t>
      </w:r>
      <w:r>
        <w:br/>
      </w:r>
      <w:r>
        <w:rPr>
          <w:sz w:val="20"/>
        </w:rPr>
        <w:t>31:04  hukumat par qabza. aur Justice ka nizam qaim karna wahan. lekin musalsal un ko nakami ho rahi hai.</w:t>
      </w:r>
      <w:r>
        <w:br/>
      </w:r>
      <w:r>
        <w:rPr>
          <w:sz w:val="20"/>
        </w:rPr>
        <w:t>31:16  yaani woh chahtay hain ke hukumat par qabza karein magar hukumat par qabza kis ka hota hai? General Najeeb ka, Gamal Abdel Nasser ka, Anwar Sadat ka, Hosni Mubarak ka, aur ab General Sisi ka.</w:t>
      </w:r>
      <w:r>
        <w:br/>
      </w:r>
      <w:r>
        <w:rPr>
          <w:sz w:val="20"/>
        </w:rPr>
        <w:t>31:31  yeh kya hai? ab nafrat hi nafrat. aaj kal yeh haal hai ke musalmanon ka ke woh kahin General Sisi jo hai Yahudi hai. nafrat mein gharaq hain, nafrat.</w:t>
      </w:r>
      <w:r>
        <w:br/>
      </w:r>
      <w:r>
        <w:rPr>
          <w:sz w:val="20"/>
        </w:rPr>
        <w:t>31:45  yahan dobara mein yeh kahunga ke yeh jo waqea hua Egypt mein, that was due to Intervention of Angels.</w:t>
      </w:r>
      <w:r>
        <w:br/>
      </w:r>
      <w:r>
        <w:rPr>
          <w:sz w:val="20"/>
        </w:rPr>
        <w:t>31:54  Angels ne wahan par un ko chalne nahin diya. kyun? yahan bhi wahi baat thi ke Misr mein dawat ke mawaqe un ka Avail karo.</w:t>
      </w:r>
      <w:r>
        <w:br/>
      </w:r>
      <w:r>
        <w:rPr>
          <w:sz w:val="20"/>
        </w:rPr>
        <w:t>32:05  yeh kya ladai bhadai? yeh ladai bhadai kis liye?</w:t>
      </w:r>
      <w:r>
        <w:br/>
      </w:r>
      <w:r>
        <w:rPr>
          <w:sz w:val="20"/>
        </w:rPr>
        <w:t>32:13  Misr aur jo yeh Arab ilaaqa hai, wahan par bohat Touristic Spot hai. aap jantay hain ke Misr mein dunya ka sab se qadeem Historical Monument hai,</w:t>
      </w:r>
      <w:r>
        <w:br/>
      </w:r>
      <w:r>
        <w:rPr>
          <w:sz w:val="20"/>
        </w:rPr>
        <w:t>32:27  Abu al-Hawl aur Pyramids. aur bohat is poore area mein Historical Monument phailay hue hain. to wahan bohat ziyada aate hain siyah, Tourist.</w:t>
      </w:r>
      <w:r>
        <w:br/>
      </w:r>
      <w:r>
        <w:rPr>
          <w:sz w:val="20"/>
        </w:rPr>
        <w:t>32:41  to Angel aap ko sabaq de raha hai ke chhoro ladai bhadai ko, chhoro Political hangamon ko, chhoro hukumat ke mamlaat ko.</w:t>
      </w:r>
      <w:r>
        <w:br/>
      </w:r>
      <w:r>
        <w:rPr>
          <w:sz w:val="20"/>
        </w:rPr>
        <w:t>32:52  dawat ke Field mein aa jao. aur yeh jo saare log jo hain, jo bator madu tumhare mulk mein aa rahe hain rozana, un mein dawat ka kaam karo.</w:t>
      </w:r>
      <w:r>
        <w:br/>
      </w:r>
      <w:r>
        <w:rPr>
          <w:sz w:val="20"/>
        </w:rPr>
        <w:t>33:03  Allah ke paigham ko pahunchao. lekin kuch nahi, bas nafrat, nafrat, nafrat. jaise India ke ulma nafrat mein gharaq ho gaye, aise hi Egypt ke jo Muslim Brotherhood hain, woh nafrat mein gharaq hain.</w:t>
      </w:r>
      <w:r>
        <w:br/>
      </w:r>
      <w:r>
        <w:rPr>
          <w:sz w:val="20"/>
        </w:rPr>
        <w:t>33:23  meri zindagi mein jo hua to Allah ke fazl se main nafrat mein kabhi gharaq nahi hua. baar baar jab Angel ne mujhe Intervene kar ke mere Target ko poora nahi hone diya to main nafrat mein gharaq nahi hua.</w:t>
      </w:r>
      <w:r>
        <w:br/>
      </w:r>
      <w:r>
        <w:rPr>
          <w:sz w:val="20"/>
        </w:rPr>
        <w:t>33:37  balkeh Rethinking aai, Rethinking. Rethinking aai, duaein aati rahin. to India ke ulma ko aur Egypt ke Muslim Brotherhood ko yeh chahiye ke inka Rethinking aaye, Reassessment aaye.</w:t>
      </w:r>
      <w:r>
        <w:br/>
      </w:r>
      <w:r>
        <w:rPr>
          <w:sz w:val="20"/>
        </w:rPr>
        <w:t>33:54  woh sochein ke kyun Target hamara poora nahi hua? yeh saiq ka mamla to nahi hai? yeh Angel ka Intervention to nahi hai?</w:t>
      </w:r>
      <w:r>
        <w:br/>
      </w:r>
      <w:r>
        <w:rPr>
          <w:sz w:val="20"/>
        </w:rPr>
        <w:t>34:06  aur yeh India aur Egypt ki baat nahi, sari dunya ke musalmanon ka haal yahi hai. sari dunya ke musalman shikayat mein jeete hain.</w:t>
      </w:r>
      <w:r>
        <w:br/>
      </w:r>
      <w:r>
        <w:rPr>
          <w:sz w:val="20"/>
        </w:rPr>
        <w:t>34:16  zulm ki dastanain har ek ke paas hain. to kyun? kyunke unhon ne kuch Target banaye, Target. woh Target poore nahi hue. har mulk mein, dunya bhar mein musalmanon ne kuch Target banaye.</w:t>
      </w:r>
      <w:r>
        <w:br/>
      </w:r>
      <w:r>
        <w:rPr>
          <w:sz w:val="20"/>
        </w:rPr>
        <w:t>34:32  is mein yahan tak, is Extent tak gaye ke unhon ne 9/11 ka qissa kar diya. is Extent tak gaye. 9/11 aur kya kya kiya?</w:t>
      </w:r>
      <w:r>
        <w:br/>
      </w:r>
      <w:r>
        <w:rPr>
          <w:sz w:val="20"/>
        </w:rPr>
        <w:t>34:43  Suicide bombing aur kya kya rozana aap media mein khabrein dekhte hain. lekin Total Failure.</w:t>
      </w:r>
      <w:r>
        <w:br/>
      </w:r>
      <w:r>
        <w:rPr>
          <w:sz w:val="20"/>
        </w:rPr>
        <w:t>34:54  koi Result nahi. kyun? is liye ke Intervention hai yahan par, Angel ka Intervention hai. woh aap ke Target ko poora nahi hone de raha hai.</w:t>
      </w:r>
      <w:r>
        <w:br/>
      </w:r>
      <w:r>
        <w:rPr>
          <w:sz w:val="20"/>
        </w:rPr>
        <w:t>35:05  woh chahta hai ke aap Correct karein apne Target ko.</w:t>
      </w:r>
    </w:p>
    <w:p>
      <w:pPr>
        <w:pStyle w:val="Heading2"/>
      </w:pPr>
      <w:r>
        <w:t>Prophet's method of turning enemies into invitees</w:t>
      </w:r>
    </w:p>
    <w:p>
      <w:r>
        <w:rPr>
          <w:color w:val="666666"/>
          <w:sz w:val="18"/>
        </w:rPr>
        <w:t>The Problem of Conditioning 22 April 2012 - Maulana Wahiduddin Khan · 5m 54s · at 12:53 · https://youtu.be/v4QLXjeTK9s?t=773</w:t>
      </w:r>
    </w:p>
    <w:p>
      <w:r>
        <w:rPr>
          <w:i/>
        </w:rPr>
        <w:t>“Surah al-Muddaththir dekhiye, is tarah hai”</w:t>
      </w:r>
    </w:p>
    <w:p>
      <w:r>
        <w:rPr>
          <w:sz w:val="20"/>
        </w:rPr>
        <w:t>12:53  Surah Al-Muddathir dekhiye, is tarah hai jo Rasool Allah Sallallahu Alaihi Wasallam ne jab Makka Makka mein mission shuru kiya to us zamane mein utri thi.</w:t>
      </w:r>
      <w:r>
        <w:br/>
      </w:r>
      <w:r>
        <w:rPr>
          <w:sz w:val="20"/>
        </w:rPr>
        <w:t>13:04  ibtedai zamane mein. Ya ayyuhal muddathir qum fa anzir</w:t>
      </w:r>
      <w:r>
        <w:br/>
      </w:r>
      <w:r>
        <w:rPr>
          <w:sz w:val="20"/>
        </w:rPr>
        <w:t>13:11  warabbaka fakabbir warrujza fajjur yeh jo hai warrujza fajjur is ka kya matlab hai?</w:t>
      </w:r>
      <w:r>
        <w:br/>
      </w:r>
      <w:r>
        <w:rPr>
          <w:sz w:val="20"/>
        </w:rPr>
        <w:t>13:20  rujz ke mani hote hain gandagi. gandagi. chunchkeh doosri ayat mein hai ke</w:t>
      </w:r>
      <w:r>
        <w:br/>
      </w:r>
      <w:r>
        <w:rPr>
          <w:sz w:val="20"/>
        </w:rPr>
        <w:t>13:30  rujz ka lafz istemal hua hai. Wajtanib rujza min al-asnam to is ko le kar yeh matlab samjha jata hai ke rujz ke mani hain shirk.</w:t>
      </w:r>
      <w:r>
        <w:br/>
      </w:r>
      <w:r>
        <w:rPr>
          <w:sz w:val="20"/>
        </w:rPr>
        <w:t>13:41  to shirk ko chhod do. to Rasool Allah Sallallahu Alaihi Wasallam naoozubillah shirk to karte nahin the.</w:t>
      </w:r>
      <w:r>
        <w:br/>
      </w:r>
      <w:r>
        <w:rPr>
          <w:sz w:val="20"/>
        </w:rPr>
        <w:t>13:48  to yeh kehne ka kya matlab hai ke shirk ko chhod do? Is ko aap lafzi maanon mein nahin le sakte. Kyunkeh Rasool Allah kabhi bhi mushrik nahin the.</w:t>
      </w:r>
      <w:r>
        <w:br/>
      </w:r>
      <w:r>
        <w:rPr>
          <w:sz w:val="20"/>
        </w:rPr>
        <w:t>14:00  to is ko sochte hue mere samne aaya jo baat woh yeh thi ke</w:t>
      </w:r>
      <w:r>
        <w:br/>
      </w:r>
      <w:r>
        <w:rPr>
          <w:sz w:val="20"/>
        </w:rPr>
        <w:t>14:12  wahan ki jo soorat-e-haal thi Makka mein, is ayat ka amli taur par jo aap ne intikhab kiya, jo apply kiya aap ne apne halaat par, is ko le kar samajh mein aayegi.</w:t>
      </w:r>
      <w:r>
        <w:br/>
      </w:r>
      <w:r>
        <w:rPr>
          <w:sz w:val="20"/>
        </w:rPr>
        <w:t>14:26  yeh ayat. Yani yeh ayat jab utri hai</w:t>
      </w:r>
      <w:r>
        <w:br/>
      </w:r>
      <w:r>
        <w:rPr>
          <w:sz w:val="20"/>
        </w:rPr>
        <w:t>14:30  to is ke andar ek hukum tha. Is hukum par kaise amal kiya aap ne? Jab is ko shamil karenge tab samajh mein aayega ke warrujza fajjur ka kya matlab hai.</w:t>
      </w:r>
      <w:r>
        <w:br/>
      </w:r>
      <w:r>
        <w:rPr>
          <w:sz w:val="20"/>
        </w:rPr>
        <w:t>14:43  to aap ne kya amal kiya? Aap ne amal yeh kiya ke Makka is waqt</w:t>
      </w:r>
      <w:r>
        <w:br/>
      </w:r>
      <w:r>
        <w:rPr>
          <w:sz w:val="20"/>
        </w:rPr>
        <w:t>14:49  mushrikeen ka markaz bana hua tha.</w:t>
      </w:r>
      <w:r>
        <w:br/>
      </w:r>
      <w:r>
        <w:rPr>
          <w:sz w:val="20"/>
        </w:rPr>
        <w:t>14:54  jaise aaj kal yatra hoti hai to log yatra kar ke Makka pahunchte the. Kyunkeh wahan sankaron but rakhe hue the.</w:t>
      </w:r>
      <w:r>
        <w:br/>
      </w:r>
      <w:r>
        <w:rPr>
          <w:sz w:val="20"/>
        </w:rPr>
        <w:t>15:06  to Rasool Allah tawheed ke paighambar the. Aur wahan par bheed lagi rehti thi mushrikeen ki.</w:t>
      </w:r>
      <w:r>
        <w:br/>
      </w:r>
      <w:r>
        <w:rPr>
          <w:sz w:val="20"/>
        </w:rPr>
        <w:t>15:16  to aap ne magar yeh kabhi nahin kiya ke aap protest karen, ihtijaj karen, koi darter lagayen. Yeh sab kabhi nahin kiya aap ne.</w:t>
      </w:r>
      <w:r>
        <w:br/>
      </w:r>
      <w:r>
        <w:rPr>
          <w:sz w:val="20"/>
        </w:rPr>
        <w:t>15:27  aap ne kya kiya? In mushrikon ko, in mushrikon ka jo qafila aata tha Makka,</w:t>
      </w:r>
      <w:r>
        <w:br/>
      </w:r>
      <w:r>
        <w:rPr>
          <w:sz w:val="20"/>
        </w:rPr>
        <w:t>15:36  saare Arab se, in ko aap ne ba-taur madعو istemal kiya. Yani un ke jo gathering hoti thi, jo us ko jaate the wahan, aap wahan par aap Quran suna dete.</w:t>
      </w:r>
      <w:r>
        <w:br/>
      </w:r>
      <w:r>
        <w:rPr>
          <w:sz w:val="20"/>
        </w:rPr>
        <w:t>15:52  fa'araz 'alayhim al-islama wa tala 'alayhim al-qur'ana yeh kya aap ne? is ko le kar jab mein ne socha walarz faajir</w:t>
      </w:r>
      <w:r>
        <w:br/>
      </w:r>
      <w:r>
        <w:rPr>
          <w:sz w:val="20"/>
        </w:rPr>
        <w:t>16:02  to is ka matlab yeh samajh mein aaya ke mushrikeen ko, mushrik ko mushrik ke taur par na lo, mad'u ke taur par lo.</w:t>
      </w:r>
      <w:r>
        <w:br/>
      </w:r>
      <w:r>
        <w:rPr>
          <w:sz w:val="20"/>
        </w:rPr>
        <w:t>16:13  mushrik ko mushrik ke taur par lena chodo. mushrik ko mad'u ke taur par lene ka tareeqa ikhtiyar karo.</w:t>
      </w:r>
      <w:r>
        <w:br/>
      </w:r>
      <w:r>
        <w:rPr>
          <w:sz w:val="20"/>
        </w:rPr>
        <w:t>16:23  to yahan do, wahan par do option tha. ek tha mushrik ko mushrik ke taur par lena, phir nafrat karna aur un ke khilaf hangama karna waghera.</w:t>
      </w:r>
      <w:r>
        <w:br/>
      </w:r>
      <w:r>
        <w:rPr>
          <w:sz w:val="20"/>
        </w:rPr>
        <w:t>16:36  to ek tha mushrik ko mushrik ke taur par lena, ek tha mushrik ko mad'u ke taur par lena.</w:t>
      </w:r>
      <w:r>
        <w:br/>
      </w:r>
      <w:r>
        <w:rPr>
          <w:sz w:val="20"/>
        </w:rPr>
        <w:t>16:43  to 'amli taur par aap ne yahi kiya ke mushrik ko aap ne mushrik ke taur par nahi liya, mushrik ko mad'u ke taur par liya. aur bajaye is ke ke aap ihtijaj karein, nafrat karein, protest karein,</w:t>
      </w:r>
      <w:r>
        <w:br/>
      </w:r>
      <w:r>
        <w:rPr>
          <w:sz w:val="20"/>
        </w:rPr>
        <w:t>16:57  hangama karein, yeh sab kuch nahi kiya aap ne. balke unhein</w:t>
      </w:r>
      <w:r>
        <w:br/>
      </w:r>
      <w:r>
        <w:rPr>
          <w:sz w:val="20"/>
        </w:rPr>
        <w:t>17:02  qur'an pesh karna shuru kiya, qur'an ka paigham. is se mein samjha ke walarz faajir ka matlab yeh hai ke mushrikeen ko mushrikeen ke taur par lena chodo.</w:t>
      </w:r>
      <w:r>
        <w:br/>
      </w:r>
      <w:r>
        <w:rPr>
          <w:sz w:val="20"/>
        </w:rPr>
        <w:t>17:16  mushrikeen ko mad'u ke taur par lene ka tareeqa ikhtiyar karo.</w:t>
      </w:r>
      <w:r>
        <w:br/>
      </w:r>
      <w:r>
        <w:rPr>
          <w:sz w:val="20"/>
        </w:rPr>
        <w:t>17:20  yeh matlab hai.</w:t>
      </w:r>
      <w:r>
        <w:br/>
      </w:r>
      <w:r>
        <w:rPr>
          <w:sz w:val="20"/>
        </w:rPr>
        <w:t>17:24  ab yeh kitni inqalabi baat thi.</w:t>
      </w:r>
      <w:r>
        <w:br/>
      </w:r>
      <w:r>
        <w:rPr>
          <w:sz w:val="20"/>
        </w:rPr>
        <w:t>17:29  yani negativity mein positivity dekho, manfi mein musbat ko talash karo. disadvantage mein advantage ko talash karo.</w:t>
      </w:r>
      <w:r>
        <w:br/>
      </w:r>
      <w:r>
        <w:rPr>
          <w:sz w:val="20"/>
        </w:rPr>
        <w:t>17:42  ek mustashriq ne is raat ko samjha hai, e klet ne,</w:t>
      </w:r>
      <w:r>
        <w:br/>
      </w:r>
      <w:r>
        <w:rPr>
          <w:sz w:val="20"/>
        </w:rPr>
        <w:t>17:47  is ne rasool Allah sal Allah 'alayh wasallam ke bare mein likha hai. to is mein is ne yeh alfaaz likhe hain ke he faced adversity with the determination to wring success out of failure yani rasool Allah ne</w:t>
      </w:r>
      <w:r>
        <w:br/>
      </w:r>
      <w:r>
        <w:rPr>
          <w:sz w:val="20"/>
        </w:rPr>
        <w:t>18:07  yeh anokha tareeqa ikhtiyar kiya ke aap ne manfi mein se musbat nikala, nakami se kamiyabi nahi choda.</w:t>
      </w:r>
      <w:r>
        <w:br/>
      </w:r>
      <w:r>
        <w:rPr>
          <w:sz w:val="20"/>
        </w:rPr>
        <w:t>18:19  isi ko mein aur badha kar kahun to mein kahun ga ke ke mushrikeen ke mushrikeen ke qafle ko unhon ne mad'u mein convert kar diya.</w:t>
      </w:r>
      <w:r>
        <w:br/>
      </w:r>
      <w:r>
        <w:rPr>
          <w:sz w:val="20"/>
        </w:rPr>
        <w:t>18:32  aur phir nateeja kya hua aap jante hain ke</w:t>
      </w:r>
      <w:r>
        <w:br/>
      </w:r>
      <w:r>
        <w:rPr>
          <w:sz w:val="20"/>
        </w:rPr>
        <w:t>18:36  pehlay makkah, phir madinah, phir sara arab islamize ho gaya is method ko ikhtiyar kar ke.</w:t>
      </w:r>
    </w:p>
    <w:p>
      <w:pPr>
        <w:pStyle w:val="Heading2"/>
      </w:pPr>
      <w:r>
        <w:t>West's contributions and the need for gratitude</w:t>
      </w:r>
    </w:p>
    <w:p>
      <w:r>
        <w:rPr>
          <w:color w:val="666666"/>
          <w:sz w:val="18"/>
        </w:rPr>
        <w:t>Fragments of a CPS Mind | April 24, 2011 · 4m 34s · at 32:11 · https://youtu.be/cBf7U4Qggyw?t=1931</w:t>
      </w:r>
    </w:p>
    <w:p>
      <w:r>
        <w:rPr>
          <w:i/>
        </w:rPr>
        <w:t>“Ek bahut hi mukhtasar advertisement tha”</w:t>
      </w:r>
    </w:p>
    <w:p>
      <w:r>
        <w:rPr>
          <w:sz w:val="20"/>
        </w:rPr>
        <w:t>32:11  ek bohat hi bohat hi mukhtasar advertisement tha, bohat mukhtasar.</w:t>
      </w:r>
      <w:r>
        <w:br/>
      </w:r>
      <w:r>
        <w:rPr>
          <w:sz w:val="20"/>
        </w:rPr>
        <w:t>32:22  اس کے الفاظ یہ ہوتے تھے کہ: "Men wanted for hazardous journey, small wages, bitter cold, long</w:t>
      </w:r>
      <w:r>
        <w:br/>
      </w:r>
      <w:r>
        <w:rPr>
          <w:sz w:val="20"/>
        </w:rPr>
        <w:t>32:32  months of complete darkness constant danger</w:t>
      </w:r>
      <w:r>
        <w:br/>
      </w:r>
      <w:r>
        <w:rPr>
          <w:sz w:val="20"/>
        </w:rPr>
        <w:t>32:43  safe return doubtful honor and recognition in case of success". Bas itna tha. Aur kuch bataya nahi gaya tha ke kahan jana hai, kya karna hai. Yeh bohat hi mushkil tareen safar. Aur is mein maine parha ke itni zyada applications aayin ke Shackleton ko select karna pada, select chand ko lena pada. Bohat se logon ko chhod</w:t>
      </w:r>
      <w:r>
        <w:br/>
      </w:r>
      <w:r>
        <w:rPr>
          <w:sz w:val="20"/>
        </w:rPr>
        <w:t>33:13  kar ke. Is tarah se woh ek campaign le kar gaya wahan. Is tarah ke hazaron waqiyat hain jis se ke western logon ne qurbaaniyan dein aur phir tarqqiyan huin. Aaj kal to Musalman jo hain, west ko sirf hate ki nazar se dekhte hain. Hate. Saare Musalman yahan se le kar aap kahin bhi chale jaiye, Arab mein, Ajab mein,</w:t>
      </w:r>
      <w:r>
        <w:br/>
      </w:r>
      <w:r>
        <w:rPr>
          <w:sz w:val="20"/>
        </w:rPr>
        <w:t>33:43  Europe mein, America mein, jahan bhi Musalman ko milenge aap, har Musalman jo aap se hate ki baatein karega west ke khilaf. Halanke isi west ki wajah se hum tarqqiyan aati huin. Jitni bhi tarqqiyan aayin, communication ki tarqqi, yeh city development aur jitni bhi material comfort aap jis se aap enjoy karte hain, yeh sab kis ne diya hai? In</w:t>
      </w:r>
      <w:r>
        <w:br/>
      </w:r>
      <w:r>
        <w:rPr>
          <w:sz w:val="20"/>
        </w:rPr>
        <w:t>34:13  he logon ne diya hai.</w:t>
      </w:r>
      <w:r>
        <w:br/>
      </w:r>
      <w:r>
        <w:rPr>
          <w:sz w:val="20"/>
        </w:rPr>
        <w:t>34:18  surgery ka itna zabardast nai daryaften jo huin, unhi logon ne keen.</w:t>
      </w:r>
      <w:r>
        <w:br/>
      </w:r>
      <w:r>
        <w:rPr>
          <w:sz w:val="20"/>
        </w:rPr>
        <w:t>34:23  to unhon ne jo mehnatain keen, qurbaniyan dein.</w:t>
      </w:r>
      <w:r>
        <w:br/>
      </w:r>
      <w:r>
        <w:rPr>
          <w:sz w:val="20"/>
        </w:rPr>
        <w:t>34:28  qurbani ka matlab hai gardan kuttwayi.</w:t>
      </w:r>
      <w:r>
        <w:br/>
      </w:r>
      <w:r>
        <w:rPr>
          <w:sz w:val="20"/>
        </w:rPr>
        <w:t>34:33  gardan kuttwane ko log musalman qurbani samajhte hain.</w:t>
      </w:r>
      <w:r>
        <w:br/>
      </w:r>
      <w:r>
        <w:rPr>
          <w:sz w:val="20"/>
        </w:rPr>
        <w:t>34:38  musalmanon ka lafz qurbani bola jaye to samjhein gardan kutwana.</w:t>
      </w:r>
      <w:r>
        <w:br/>
      </w:r>
      <w:r>
        <w:rPr>
          <w:sz w:val="20"/>
        </w:rPr>
        <w:t>34:43  halankeh yeh to kuch bhi nahin.</w:t>
      </w:r>
      <w:r>
        <w:br/>
      </w:r>
      <w:r>
        <w:rPr>
          <w:sz w:val="20"/>
        </w:rPr>
        <w:t>34:48  qurbani yeh hai ke aap apne jazbat ko sambhalein.</w:t>
      </w:r>
      <w:r>
        <w:br/>
      </w:r>
      <w:r>
        <w:rPr>
          <w:sz w:val="20"/>
        </w:rPr>
        <w:t>34:53  apne dimagh ko control karein.</w:t>
      </w:r>
      <w:r>
        <w:br/>
      </w:r>
      <w:r>
        <w:rPr>
          <w:sz w:val="20"/>
        </w:rPr>
        <w:t>34:58  apni khwahishon ko rokein.</w:t>
      </w:r>
      <w:r>
        <w:br/>
      </w:r>
      <w:r>
        <w:rPr>
          <w:sz w:val="20"/>
        </w:rPr>
        <w:t>35:03  kam income ke bawajood is mein apne aap ko laga dein.</w:t>
      </w:r>
      <w:r>
        <w:br/>
      </w:r>
      <w:r>
        <w:rPr>
          <w:sz w:val="20"/>
        </w:rPr>
        <w:t>35:08  zaati interest na hone ke bawajood aap qom ke liye, insan ke liye is mein apne aap ko</w:t>
      </w:r>
      <w:r>
        <w:br/>
      </w:r>
      <w:r>
        <w:rPr>
          <w:sz w:val="20"/>
        </w:rPr>
        <w:t>35:13  jhhonk dein.</w:t>
      </w:r>
      <w:r>
        <w:br/>
      </w:r>
      <w:r>
        <w:rPr>
          <w:sz w:val="20"/>
        </w:rPr>
        <w:t>35:17  yeh sab bari bari qurbaniyan hain.</w:t>
      </w:r>
      <w:r>
        <w:br/>
      </w:r>
      <w:r>
        <w:rPr>
          <w:sz w:val="20"/>
        </w:rPr>
        <w:t>35:21  yeh qurbaniyan dein in logon ne.</w:t>
      </w:r>
      <w:r>
        <w:br/>
      </w:r>
      <w:r>
        <w:rPr>
          <w:sz w:val="20"/>
        </w:rPr>
        <w:t>35:25  mein dekhta hoon logon ko aaj kal ke zamane mein har aadmi ki jeb mein mobile hai.</w:t>
      </w:r>
      <w:r>
        <w:br/>
      </w:r>
      <w:r>
        <w:rPr>
          <w:sz w:val="20"/>
        </w:rPr>
        <w:t>35:29  main ne bohat se logon se baaten keen.</w:t>
      </w:r>
      <w:r>
        <w:br/>
      </w:r>
      <w:r>
        <w:rPr>
          <w:sz w:val="20"/>
        </w:rPr>
        <w:t>35:32  kisi ne kabhi socha nahi ke mobile jo hai yeh aik shukr ka item hai.</w:t>
      </w:r>
      <w:r>
        <w:br/>
      </w:r>
      <w:r>
        <w:rPr>
          <w:sz w:val="20"/>
        </w:rPr>
        <w:t>35:36  shukr ka item hai.</w:t>
      </w:r>
      <w:r>
        <w:br/>
      </w:r>
      <w:r>
        <w:rPr>
          <w:sz w:val="20"/>
        </w:rPr>
        <w:t>35:40  kuch sochte hain nahi log?</w:t>
      </w:r>
      <w:r>
        <w:br/>
      </w:r>
      <w:r>
        <w:rPr>
          <w:sz w:val="20"/>
        </w:rPr>
        <w:t>35:44  na shukr un ke andar, un ke jazbe mein, un ke dil mein shukr na to west ke</w:t>
      </w:r>
      <w:r>
        <w:br/>
      </w:r>
      <w:r>
        <w:rPr>
          <w:sz w:val="20"/>
        </w:rPr>
        <w:t>35:49  liye hai na Khuda ke liye.</w:t>
      </w:r>
      <w:r>
        <w:br/>
      </w:r>
      <w:r>
        <w:rPr>
          <w:sz w:val="20"/>
        </w:rPr>
        <w:t>35:54  bas ghanti baji aur kaan par lagaya aur baaten karne lagay.</w:t>
      </w:r>
      <w:r>
        <w:br/>
      </w:r>
      <w:r>
        <w:rPr>
          <w:sz w:val="20"/>
        </w:rPr>
        <w:t>35:59  kuch aagay peechay na sochtay, na peechay sochtay.</w:t>
      </w:r>
      <w:r>
        <w:br/>
      </w:r>
      <w:r>
        <w:rPr>
          <w:sz w:val="20"/>
        </w:rPr>
        <w:t>36:04  aisi zindagi bilkul just like animal hai.</w:t>
      </w:r>
      <w:r>
        <w:br/>
      </w:r>
      <w:r>
        <w:rPr>
          <w:sz w:val="20"/>
        </w:rPr>
        <w:t>36:09  quran mein aik Khuda ka kalam hai: "wo haiwan ki</w:t>
      </w:r>
      <w:r>
        <w:br/>
      </w:r>
      <w:r>
        <w:rPr>
          <w:sz w:val="20"/>
        </w:rPr>
        <w:t>36:14  manind hain".</w:t>
      </w:r>
      <w:r>
        <w:br/>
      </w:r>
      <w:r>
        <w:rPr>
          <w:sz w:val="20"/>
        </w:rPr>
        <w:t>36:22  yaad rakhiye jo insan, jis ka jis insan ke andar sincerity na ho, honesty na ho, seriousness na</w:t>
      </w:r>
      <w:r>
        <w:br/>
      </w:r>
      <w:r>
        <w:rPr>
          <w:sz w:val="20"/>
        </w:rPr>
        <w:t>36:30  ho, jis zindagi ka koi goal na ho, jis ke andar positive thinking na ho, wo animal hai, animal.</w:t>
      </w:r>
      <w:r>
        <w:br/>
      </w:r>
      <w:r>
        <w:rPr>
          <w:sz w:val="20"/>
        </w:rPr>
        <w:t>36:38  wo insan nahi hai.</w:t>
      </w:r>
    </w:p>
    <w:p>
      <w:pPr>
        <w:pStyle w:val="Heading2"/>
      </w:pPr>
      <w:r>
        <w:t>Avoid loans by managing available money</w:t>
      </w:r>
    </w:p>
    <w:p>
      <w:r>
        <w:rPr>
          <w:color w:val="666666"/>
          <w:sz w:val="18"/>
        </w:rPr>
        <w:t>Islamic Outlook on Life, | August 26, 2007 · 5m 32s · at 21:07 · https://youtu.be/bSmNo_dEnJ8?t=1267</w:t>
      </w:r>
    </w:p>
    <w:p>
      <w:r>
        <w:rPr>
          <w:i/>
        </w:rPr>
        <w:t>“Ek sahib aaye mere paas woh Rampur ke the.”</w:t>
      </w:r>
    </w:p>
    <w:p>
      <w:r>
        <w:rPr>
          <w:sz w:val="20"/>
        </w:rPr>
        <w:t>21:07  el let this story.</w:t>
      </w:r>
      <w:r>
        <w:br/>
      </w:r>
      <w:r>
        <w:rPr>
          <w:sz w:val="20"/>
        </w:rPr>
        <w:t>21:11  ek sahab aaye mere paas woh rampur ke thay woh.</w:t>
      </w:r>
      <w:r>
        <w:br/>
      </w:r>
      <w:r>
        <w:rPr>
          <w:sz w:val="20"/>
        </w:rPr>
        <w:t>21:14  to mithai ka ek dabba le aaye gift ke taur par.</w:t>
      </w:r>
      <w:r>
        <w:br/>
      </w:r>
      <w:r>
        <w:rPr>
          <w:sz w:val="20"/>
        </w:rPr>
        <w:t>21:18  to unhon ne kaha ke yeh mithai hai jo hamare haan rampur mein banti hai.</w:t>
      </w:r>
      <w:r>
        <w:br/>
      </w:r>
      <w:r>
        <w:rPr>
          <w:sz w:val="20"/>
        </w:rPr>
        <w:t>21:22  bohat special samjhi jati hai wahan par.</w:t>
      </w:r>
      <w:r>
        <w:br/>
      </w:r>
      <w:r>
        <w:rPr>
          <w:sz w:val="20"/>
        </w:rPr>
        <w:t>21:26  to mein buzurgon ke paas jata hoon, aalimon ke paas to yeh le aata hoon packet.</w:t>
      </w:r>
      <w:r>
        <w:br/>
      </w:r>
      <w:r>
        <w:rPr>
          <w:sz w:val="20"/>
        </w:rPr>
        <w:t>21:30  khair woh baithe.</w:t>
      </w:r>
      <w:r>
        <w:br/>
      </w:r>
      <w:r>
        <w:rPr>
          <w:sz w:val="20"/>
        </w:rPr>
        <w:t>21:34  baat cheet mein mujhe pata chala ke woh</w:t>
      </w:r>
      <w:r>
        <w:br/>
      </w:r>
      <w:r>
        <w:rPr>
          <w:sz w:val="20"/>
        </w:rPr>
        <w:t>21:38  phir un se unhone kaha ke dua kijiye ke mere upar loan hai, loan utar jaye. Yaani unhone mithai ka packet diya aur kaha ke dua kijiye ke mera loan utar jaye. Mein ne is packet ko taqreeban mara un ko isi packet se. Samajh lijiye. Mein ne kaha ke aap par loan hai to aap yeh gift kyun laye hain? To unhone kaha ke mein to aise hi le aata hoon. To woh bhi galat karte hain aap. Jab loan hai to</w:t>
      </w:r>
      <w:r>
        <w:br/>
      </w:r>
      <w:r>
        <w:rPr>
          <w:sz w:val="20"/>
        </w:rPr>
        <w:t>22:08  kisi ko bhi gift mat dijiye, na mujh ko na kisi ko. bohat ziyada hembering ki mein ne in ki. bohat hembering. mein ne kaha ke loan se bari koi cheez nahi hai. jaiz cheezon mein sab se bari cheez mein loan ko samajhta hoon. loan kya karna hai bhai? kam paisa hai, kam kharch kijiye. mein aik baar to jon pur mein tha to mere paas bohat hi kam</w:t>
      </w:r>
      <w:r>
        <w:br/>
      </w:r>
      <w:r>
        <w:rPr>
          <w:sz w:val="20"/>
        </w:rPr>
        <w:t>22:38  paisa hua karta tha. yeh azadi se pehle ki baat hai. azadi se pehle ki baat hai. to aap jante hain mein kya karta tha wahan? sab se sasta milta tha jo. gehoon manga tha, chawal manga tha. to bas gehoon khareedta, is ka is ka aata nikalwata, gehoon ka aata. aur sab se sasti sabzi milti thi woh kya hoti thi mujhe yaad nahi hai. koi sabzi jo bazaar mein sab se sasti hoti</w:t>
      </w:r>
      <w:r>
        <w:br/>
      </w:r>
      <w:r>
        <w:rPr>
          <w:sz w:val="20"/>
        </w:rPr>
        <w:t>23:08  thi woh leta.</w:t>
      </w:r>
      <w:r>
        <w:br/>
      </w:r>
      <w:r>
        <w:rPr>
          <w:sz w:val="20"/>
        </w:rPr>
        <w:t>23:11  aur jo ki roti pakata mein.</w:t>
      </w:r>
      <w:r>
        <w:br/>
      </w:r>
      <w:r>
        <w:rPr>
          <w:sz w:val="20"/>
        </w:rPr>
        <w:t>23:15  aap ko yaqeen nahi aayega bla chhane hue mein jo ki roti khata tha.</w:t>
      </w:r>
      <w:r>
        <w:br/>
      </w:r>
      <w:r>
        <w:rPr>
          <w:sz w:val="20"/>
        </w:rPr>
        <w:t>23:19  kyun ke agar chhan doon mein to woh kam ho jayega.</w:t>
      </w:r>
      <w:r>
        <w:br/>
      </w:r>
      <w:r>
        <w:rPr>
          <w:sz w:val="20"/>
        </w:rPr>
        <w:t>23:23  meri soch yeh thi ke is is chhilka jo is ka hota hai, jis ko hum bhusi kehte</w:t>
      </w:r>
      <w:r>
        <w:br/>
      </w:r>
      <w:r>
        <w:rPr>
          <w:sz w:val="20"/>
        </w:rPr>
        <w:t>23:27  hain, is mein bhi kuch na kuch to nutrition hoga.</w:t>
      </w:r>
      <w:r>
        <w:br/>
      </w:r>
      <w:r>
        <w:rPr>
          <w:sz w:val="20"/>
        </w:rPr>
        <w:t>23:31  khuda ne paida kiya hai to kuch na kuch nutrition is ke andar bhi hoga.</w:t>
      </w:r>
      <w:r>
        <w:br/>
      </w:r>
      <w:r>
        <w:rPr>
          <w:sz w:val="20"/>
        </w:rPr>
        <w:t>23:35  to woh bhi mujhe mil jaye.</w:t>
      </w:r>
      <w:r>
        <w:br/>
      </w:r>
      <w:r>
        <w:rPr>
          <w:sz w:val="20"/>
        </w:rPr>
        <w:t>23:39  to bla chhane jo ki roti mein bohat dinon tak khata raha, kai mahine tak.</w:t>
      </w:r>
      <w:r>
        <w:br/>
      </w:r>
      <w:r>
        <w:rPr>
          <w:sz w:val="20"/>
        </w:rPr>
        <w:t>23:42  aur itna mushkil tha khana is ko ke har har baar jab munh mein dalta tha to pani</w:t>
      </w:r>
      <w:r>
        <w:br/>
      </w:r>
      <w:r>
        <w:rPr>
          <w:sz w:val="20"/>
        </w:rPr>
        <w:t>23:45  pake utarna parta tha.</w:t>
      </w:r>
      <w:r>
        <w:br/>
      </w:r>
      <w:r>
        <w:rPr>
          <w:sz w:val="20"/>
        </w:rPr>
        <w:t>23:49  pani pi kar ke.</w:t>
      </w:r>
      <w:r>
        <w:br/>
      </w:r>
      <w:r>
        <w:rPr>
          <w:sz w:val="20"/>
        </w:rPr>
        <w:t>23:52  lekin maine lon nahi liya.</w:t>
      </w:r>
      <w:r>
        <w:br/>
      </w:r>
      <w:r>
        <w:rPr>
          <w:sz w:val="20"/>
        </w:rPr>
        <w:t>23:55  maine lon nahi liya maine.</w:t>
      </w:r>
      <w:r>
        <w:br/>
      </w:r>
      <w:r>
        <w:rPr>
          <w:sz w:val="20"/>
        </w:rPr>
        <w:t>23:59  bohat asan tha lon lena.</w:t>
      </w:r>
      <w:r>
        <w:br/>
      </w:r>
      <w:r>
        <w:rPr>
          <w:sz w:val="20"/>
        </w:rPr>
        <w:t>24:02  kai log mujh ko jante the wahan par.</w:t>
      </w:r>
      <w:r>
        <w:br/>
      </w:r>
      <w:r>
        <w:rPr>
          <w:sz w:val="20"/>
        </w:rPr>
        <w:t>24:06  wahan ke jo arkitray ke officer the us waqt ke lihaz se bohat bara</w:t>
      </w:r>
      <w:r>
        <w:br/>
      </w:r>
      <w:r>
        <w:rPr>
          <w:sz w:val="20"/>
        </w:rPr>
        <w:t>24:09  darja tha un ka. woh hamare bhai ke bohat hi dost the. un se bhi le sakte the qarzah. lekin kisi se mujhe zikr bhi nahi kiya. aur jo ki be chhani roti mahinon khata raha. aur har har luqme par pani pi ke utarta tha is ko. that is art of money management. to un se mein ne kaha jo sahib laye the gift, mein ne kaha ke dekhiye</w:t>
      </w:r>
      <w:r>
        <w:br/>
      </w:r>
      <w:r>
        <w:rPr>
          <w:sz w:val="20"/>
        </w:rPr>
        <w:t>24:39  hiye.</w:t>
      </w:r>
      <w:r>
        <w:br/>
      </w:r>
      <w:r>
        <w:rPr>
          <w:sz w:val="20"/>
        </w:rPr>
        <w:t>24:43  aap koi aap age mere pas kabhi bataiye ga.</w:t>
      </w:r>
      <w:r>
        <w:br/>
      </w:r>
      <w:r>
        <w:rPr>
          <w:sz w:val="20"/>
        </w:rPr>
        <w:t>24:46  yeh jo aap ne paisa kharch kiya mere pas ane ka, bus se aye honge, iscooter se</w:t>
      </w:r>
      <w:r>
        <w:br/>
      </w:r>
      <w:r>
        <w:rPr>
          <w:sz w:val="20"/>
        </w:rPr>
        <w:t>24:50  aye honge, taxi se aye honge, woh paisa bhi aap ne ghalat kharch kiya.</w:t>
      </w:r>
      <w:r>
        <w:br/>
      </w:r>
      <w:r>
        <w:rPr>
          <w:sz w:val="20"/>
        </w:rPr>
        <w:t>24:54  aaj se mere pas aap kabhi milne ke liye na aain.</w:t>
      </w:r>
      <w:r>
        <w:br/>
      </w:r>
      <w:r>
        <w:rPr>
          <w:sz w:val="20"/>
        </w:rPr>
        <w:t>24:58  jab tak aap ka qarz utar na jaye.</w:t>
      </w:r>
      <w:r>
        <w:br/>
      </w:r>
      <w:r>
        <w:rPr>
          <w:sz w:val="20"/>
        </w:rPr>
        <w:t>25:02  aur maine eid ane wali thi, is jaldi baad eid ane wali thi, maine kaha ke</w:t>
      </w:r>
      <w:r>
        <w:br/>
      </w:r>
      <w:r>
        <w:rPr>
          <w:sz w:val="20"/>
        </w:rPr>
        <w:t>25:05  aap eid mein ek kapra apne bachon ko nahi banana</w:t>
      </w:r>
      <w:r>
        <w:br/>
      </w:r>
      <w:r>
        <w:rPr>
          <w:sz w:val="20"/>
        </w:rPr>
        <w:t>25:09  hai aap ko. eid mein aik paisa kharch nahi karna hai aap ko. mein ne kaha ghar mein kapre bachon ke paas honge, wohi pehan kar eid kar lenge. jo all ready aap ke paas bachon ke paas kapre hain, wohi pehan kar eid kar lenge woh. agar aap wada kijiye tab to aap mere paas aaiye, tab aap mere paas kabhi bataiye ga. to beharhal woh molvi aadmi the, madrasay ke aadmi the woh. madrasay ke log thora un mein organiss hota</w:t>
      </w:r>
      <w:r>
        <w:br/>
      </w:r>
      <w:r>
        <w:rPr>
          <w:sz w:val="20"/>
        </w:rPr>
        <w:t>25:39  hai lekin woh maan gaye meri baat.</w:t>
      </w:r>
      <w:r>
        <w:br/>
      </w:r>
      <w:r>
        <w:rPr>
          <w:sz w:val="20"/>
        </w:rPr>
        <w:t>25:42  aur sach much unhone aise hi kiya.</w:t>
      </w:r>
      <w:r>
        <w:br/>
      </w:r>
      <w:r>
        <w:rPr>
          <w:sz w:val="20"/>
        </w:rPr>
        <w:t>25:46  sara kharch unhone apna band kar diya.</w:t>
      </w:r>
      <w:r>
        <w:br/>
      </w:r>
      <w:r>
        <w:rPr>
          <w:sz w:val="20"/>
        </w:rPr>
        <w:t>25:49  eid mein ek kapra nahi banwaya bachon ko.</w:t>
      </w:r>
      <w:r>
        <w:br/>
      </w:r>
      <w:r>
        <w:rPr>
          <w:sz w:val="20"/>
        </w:rPr>
        <w:t>25:52  un ke kai bache the, kapra nahi banwaya. kuch nahi.</w:t>
      </w:r>
      <w:r>
        <w:br/>
      </w:r>
      <w:r>
        <w:rPr>
          <w:sz w:val="20"/>
        </w:rPr>
        <w:t>25:56  aur jaldi baad un ka sara qarza utar gaya.</w:t>
      </w:r>
      <w:r>
        <w:br/>
      </w:r>
      <w:r>
        <w:rPr>
          <w:sz w:val="20"/>
        </w:rPr>
        <w:t>25:59  tab unhone mujhe telephone kiya, maine kaha shukr ada kijiye.</w:t>
      </w:r>
      <w:r>
        <w:br/>
      </w:r>
      <w:r>
        <w:rPr>
          <w:sz w:val="20"/>
        </w:rPr>
        <w:t>26:02  maine kaha phir maine kaha ab bhi paisa bachaiye aap.</w:t>
      </w:r>
      <w:r>
        <w:br/>
      </w:r>
      <w:r>
        <w:rPr>
          <w:sz w:val="20"/>
        </w:rPr>
        <w:t>26:06  aap ghar kacha bataya tha</w:t>
      </w:r>
      <w:r>
        <w:br/>
      </w:r>
      <w:r>
        <w:rPr>
          <w:sz w:val="20"/>
        </w:rPr>
        <w:t>26:09  unhon ne, ghar kacha hai abhi aap ka, barsaat mein tapakta hai. jab tak ghar pakka na ho jaye aap ka tab tak aap paise ko kahin kharch mat kijiye idhar udhar. to yeh hai art of money management. ke jitna paisa available hai us ke andar kaam karna. log kya karte hain? log sochte hain ke bhai jo ki roti kaise khai jaye gi? jo thora paisa le lete hain kisi se. aur us ke</w:t>
      </w:r>
    </w:p>
    <w:p>
      <w:pPr>
        <w:pStyle w:val="Heading2"/>
      </w:pPr>
      <w:r>
        <w:t>Babri Masjid example and the necessity of patience</w:t>
      </w:r>
    </w:p>
    <w:p>
      <w:r>
        <w:rPr>
          <w:color w:val="666666"/>
          <w:sz w:val="18"/>
        </w:rPr>
        <w:t>Don't Be In A Hurry 09 Nov 2019 - Maulana Wahiduddin Khan · 5m 27s · at 12:25 · https://youtu.be/PzAaMFBJLL8?t=745</w:t>
      </w:r>
    </w:p>
    <w:p>
      <w:r>
        <w:rPr>
          <w:i/>
        </w:rPr>
        <w:t>“Misal ke taur par dekhiye, aaj jo verdict aaya hai”</w:t>
      </w:r>
    </w:p>
    <w:p>
      <w:r>
        <w:rPr>
          <w:sz w:val="20"/>
        </w:rPr>
        <w:t>12:25  misalan dekhiye, aaj jo verdict aaya hai</w:t>
      </w:r>
      <w:r>
        <w:br/>
      </w:r>
      <w:r>
        <w:rPr>
          <w:sz w:val="20"/>
        </w:rPr>
        <w:t>12:31  toh</w:t>
      </w:r>
      <w:r>
        <w:br/>
      </w:r>
      <w:r>
        <w:rPr>
          <w:sz w:val="20"/>
        </w:rPr>
        <w:t>12:34  yeh woh opportunity khuli thi, bohat pehle, bohat pehle.</w:t>
      </w:r>
      <w:r>
        <w:br/>
      </w:r>
      <w:r>
        <w:rPr>
          <w:sz w:val="20"/>
        </w:rPr>
        <w:t>12:44  yani 1920 ke zamane mein. us waqt mein ne kaha tha, sab chupa hua hai.</w:t>
      </w:r>
      <w:r>
        <w:br/>
      </w:r>
      <w:r>
        <w:rPr>
          <w:sz w:val="20"/>
        </w:rPr>
        <w:t>12:57  Musalman jo controversial masjid hai, us ko relocate karne par raazi ho jao.</w:t>
      </w:r>
      <w:r>
        <w:br/>
      </w:r>
      <w:r>
        <w:rPr>
          <w:sz w:val="20"/>
        </w:rPr>
        <w:t>13:09  yeh chupa hua maujood hai, relocation par raazi ho jao.</w:t>
      </w:r>
      <w:r>
        <w:br/>
      </w:r>
      <w:r>
        <w:rPr>
          <w:sz w:val="20"/>
        </w:rPr>
        <w:t>13:17  aur mein ne bara safar, India ka safar kiya, bare bare log mile aur majority raazi ho gayi is par.</w:t>
      </w:r>
      <w:r>
        <w:br/>
      </w:r>
      <w:r>
        <w:rPr>
          <w:sz w:val="20"/>
        </w:rPr>
        <w:t>13:27  lekin Musalman jo jazbati qaum hai, Musalmanon ki jazbatiyat record ban gayi kyunke relocation un ke nazdeek jaiz hi nahi tha.</w:t>
      </w:r>
      <w:r>
        <w:br/>
      </w:r>
      <w:r>
        <w:rPr>
          <w:sz w:val="20"/>
        </w:rPr>
        <w:t>13:46  yani Islam mein yeh usool hai ke fatwa mein tahseel karo, tahseel fatwa, taaseer na karo,</w:t>
      </w:r>
      <w:r>
        <w:br/>
      </w:r>
      <w:r>
        <w:rPr>
          <w:sz w:val="20"/>
        </w:rPr>
        <w:t>14:01  taaseer fatwa nahi. yani mushkil se fatwa na do, aasan fatwa do. aur Rasool Allah Sallallahu Alaihi Wasallam ka yeh tareeqa tha.</w:t>
      </w:r>
      <w:r>
        <w:br/>
      </w:r>
      <w:r>
        <w:rPr>
          <w:sz w:val="20"/>
        </w:rPr>
        <w:t>14:12  hamesha aap taaseer ki taraf jatay thay, taaseer ki taraf nahi jatay thay.</w:t>
      </w:r>
      <w:r>
        <w:br/>
      </w:r>
      <w:r>
        <w:rPr>
          <w:sz w:val="20"/>
        </w:rPr>
        <w:t>14:21  lekin Musalmanon ne kiya kiya? masjid wahin banao, masjid wahin banao, masjid wahin banao.</w:t>
      </w:r>
      <w:r>
        <w:br/>
      </w:r>
      <w:r>
        <w:rPr>
          <w:sz w:val="20"/>
        </w:rPr>
        <w:t>14:32  tarteeb yeh hai ke aaj toh nahi bani aur mujhe abhi shakk hai ke kuch hoga ya nahi hoga.</w:t>
      </w:r>
      <w:r>
        <w:br/>
      </w:r>
      <w:r>
        <w:rPr>
          <w:sz w:val="20"/>
        </w:rPr>
        <w:t>14:41  jabke jo go adalat, jo court ka verdict hai, woh aaeen wahi hai jo mein ne kaha tha.</w:t>
      </w:r>
      <w:r>
        <w:br/>
      </w:r>
      <w:r>
        <w:rPr>
          <w:sz w:val="20"/>
        </w:rPr>
        <w:t>14:54  bohat ajeeb baat hai</w:t>
      </w:r>
      <w:r>
        <w:br/>
      </w:r>
      <w:r>
        <w:rPr>
          <w:sz w:val="20"/>
        </w:rPr>
        <w:t>14:58  keh masjid ko re locate kar diya jaye.</w:t>
      </w:r>
      <w:r>
        <w:br/>
      </w:r>
      <w:r>
        <w:rPr>
          <w:sz w:val="20"/>
        </w:rPr>
        <w:t>15:03  government ne kaha tha keh hum is se ziyada bari jagah dein ge, agar musalman razi ho jayen re location ke. wahan woh masjid banayen, center banayen, idaray banayen, taleemi.</w:t>
      </w:r>
      <w:r>
        <w:br/>
      </w:r>
      <w:r>
        <w:rPr>
          <w:sz w:val="20"/>
        </w:rPr>
        <w:t>15:22  aap ghor kijiye,</w:t>
      </w:r>
      <w:r>
        <w:br/>
      </w:r>
      <w:r>
        <w:rPr>
          <w:sz w:val="20"/>
        </w:rPr>
        <w:t>15:28  kya itni lambi muddat mein aap. aap ka kitna bara kaam ho sakta hua hota lekin</w:t>
      </w:r>
      <w:r>
        <w:br/>
      </w:r>
      <w:r>
        <w:rPr>
          <w:sz w:val="20"/>
        </w:rPr>
        <w:t>15:36  bohat se musalman mare gaye, bohat nuqsan musalmanon ko hua aur kya kya hua aur ab tak woh</w:t>
      </w:r>
      <w:r>
        <w:br/>
      </w:r>
      <w:r>
        <w:rPr>
          <w:sz w:val="20"/>
        </w:rPr>
        <w:t>15:46  pari hui hai.</w:t>
      </w:r>
      <w:r>
        <w:br/>
      </w:r>
      <w:r>
        <w:rPr>
          <w:sz w:val="20"/>
        </w:rPr>
        <w:t>15:53  kyun? kyunkeh kisi ko pata hi nahi keh duniya mein jo kuch hota hai woh law of nature ke tehet hota hai.</w:t>
      </w:r>
      <w:r>
        <w:br/>
      </w:r>
      <w:r>
        <w:rPr>
          <w:sz w:val="20"/>
        </w:rPr>
        <w:t>16:08  kuch bhi jo hota hai is duniya mein, chahay peR ugna ho, ek peR ka ugna ho, ek society ko banana ho, ek nation ko tayyar karna ho, kuch bhi ho,</w:t>
      </w:r>
      <w:r>
        <w:br/>
      </w:r>
      <w:r>
        <w:rPr>
          <w:sz w:val="20"/>
        </w:rPr>
        <w:t>16:22  is ke liye time chahiye, planning chahiye.</w:t>
      </w:r>
      <w:r>
        <w:br/>
      </w:r>
      <w:r>
        <w:rPr>
          <w:sz w:val="20"/>
        </w:rPr>
        <w:t>16:32  lekin hamare haan jazbati nare lagana jante hain log aur planning ki khabar hi nahi. beharhal yeh jo waqia maine arz kiya, jo dead chhupa tha aur khud bara tajurba isi qism ka hua,</w:t>
      </w:r>
      <w:r>
        <w:br/>
      </w:r>
      <w:r>
        <w:rPr>
          <w:sz w:val="20"/>
        </w:rPr>
        <w:t>16:51  yeh law of nature hai. aap koi bhi kaam karna chahte hon</w:t>
      </w:r>
      <w:r>
        <w:br/>
      </w:r>
      <w:r>
        <w:rPr>
          <w:sz w:val="20"/>
        </w:rPr>
        <w:t>16:59  to aap ko intezar karna pare ga. yani intezar ke ma'ni kya hain? keh aap ka</w:t>
      </w:r>
      <w:r>
        <w:br/>
      </w:r>
      <w:r>
        <w:rPr>
          <w:sz w:val="20"/>
        </w:rPr>
        <w:t>17:13  jo maqsad hai, jo required time hai, woh poora ho</w:t>
      </w:r>
      <w:r>
        <w:br/>
      </w:r>
      <w:r>
        <w:rPr>
          <w:sz w:val="20"/>
        </w:rPr>
        <w:t>17:23  warna kuch nahi ho sakta. to chahay ek bachay ki tarbiyat karna ho ya ek ghar banana ho, ek business karna ho, ek nation building ka kaam ho, kuch bhi ho,</w:t>
      </w:r>
      <w:r>
        <w:br/>
      </w:r>
      <w:r>
        <w:rPr>
          <w:sz w:val="20"/>
        </w:rPr>
        <w:t>17:41  aap ko sabr karna pare ga, sabrana planning karni pare gi, tab kaam hoga.</w:t>
      </w:r>
    </w:p>
    <w:p>
      <w:pPr>
        <w:pStyle w:val="Heading2"/>
      </w:pPr>
      <w:r>
        <w:t>The real dichotomy in life: actual good vs potential good</w:t>
      </w:r>
    </w:p>
    <w:p>
      <w:r>
        <w:rPr>
          <w:color w:val="666666"/>
          <w:sz w:val="18"/>
        </w:rPr>
        <w:t>Science of Life Sep 10, 2006 Maulana Wahiduddin Khan · 4m 29s · at 16:15 · https://youtu.be/9ZRasJA7jTw?t=975</w:t>
      </w:r>
    </w:p>
    <w:p>
      <w:r>
        <w:rPr>
          <w:i/>
        </w:rPr>
        <w:t>“Meri study batati hai ke saare log wrong dichotomy mein jeete hain”</w:t>
      </w:r>
    </w:p>
    <w:p>
      <w:r>
        <w:rPr>
          <w:sz w:val="20"/>
        </w:rPr>
        <w:t>16:15  ke meri study batati hai ke saare log wrong dichotomy mein jeete hain.</w:t>
      </w:r>
      <w:r>
        <w:br/>
      </w:r>
      <w:r>
        <w:rPr>
          <w:sz w:val="20"/>
        </w:rPr>
        <w:t>16:25  poori history isi mein chali gayi. wrong dichotomy,</w:t>
      </w:r>
      <w:r>
        <w:br/>
      </w:r>
      <w:r>
        <w:rPr>
          <w:sz w:val="20"/>
        </w:rPr>
        <w:t>16:33  wrong dichotomy ka matlab kya hai? log yeh samajhte hain ke jo dichotomy hai, jo taqseem hai, woh yeh hai ke yeh yeh good hai, yeh bad hai,</w:t>
      </w:r>
      <w:r>
        <w:br/>
      </w:r>
      <w:r>
        <w:rPr>
          <w:sz w:val="20"/>
        </w:rPr>
        <w:t>16:52  yeh darkness hai, yeh bright hai, yeh achha hai ya bura hai. bas yahi dichotomy hai.</w:t>
      </w:r>
      <w:r>
        <w:br/>
      </w:r>
      <w:r>
        <w:rPr>
          <w:sz w:val="20"/>
        </w:rPr>
        <w:t>17:03  main samajhta hoon ke yeh dichotomy nahi hai. zindagi mein Quran mein hai ke "Ihdil Hasnain" insaan do do good ke beech mein rehta hai.</w:t>
      </w:r>
      <w:r>
        <w:br/>
      </w:r>
      <w:r>
        <w:rPr>
          <w:sz w:val="20"/>
        </w:rPr>
        <w:t>17:18  yeh badi anokha formula hai Quran majeed mein ke even yani good aur bad ke beech mein nahi hai.</w:t>
      </w:r>
      <w:r>
        <w:br/>
      </w:r>
      <w:r>
        <w:rPr>
          <w:sz w:val="20"/>
        </w:rPr>
        <w:t>17:26  insaan do good ke beech mein hai.</w:t>
      </w:r>
      <w:r>
        <w:br/>
      </w:r>
      <w:r>
        <w:rPr>
          <w:sz w:val="20"/>
        </w:rPr>
        <w:t>17:30  dichotomy jo hai, woh do good ki dichotomy hai, na ke bad aur good ki dichotomy. is wajah se main yeh kehta hoon ke</w:t>
      </w:r>
      <w:r>
        <w:br/>
      </w:r>
      <w:r>
        <w:rPr>
          <w:sz w:val="20"/>
        </w:rPr>
        <w:t>17:46  ke aap jo hai, yeh Quran mein bataya gaya hai ke aaj jo situation ko aap face kar rahe hain, jaise farz kijiye ke aap "have-nots" ki situation.</w:t>
      </w:r>
      <w:r>
        <w:br/>
      </w:r>
      <w:r>
        <w:rPr>
          <w:sz w:val="20"/>
        </w:rPr>
        <w:t>17:58  ek aisi family mein paida hui hain jo</w:t>
      </w:r>
      <w:r>
        <w:br/>
      </w:r>
      <w:r>
        <w:rPr>
          <w:sz w:val="20"/>
        </w:rPr>
        <w:t>18:04  is category mein aati hai, us ko "have-nots" kehte hain.</w:t>
      </w:r>
      <w:r>
        <w:br/>
      </w:r>
      <w:r>
        <w:rPr>
          <w:sz w:val="20"/>
        </w:rPr>
        <w:t>18:08  lekin potentially "you have" ki category mein hai. jaise is deshvi mein dekh lijiye, aap Dr. Ambedkar ek poor family mein paida hui hai, aur us ke baad kya hua?</w:t>
      </w:r>
      <w:r>
        <w:br/>
      </w:r>
      <w:r>
        <w:rPr>
          <w:sz w:val="20"/>
        </w:rPr>
        <w:t>18:20  ek bahut bada position un ko mili ke constitution of India banaya. unhone Dr. Ambedkar ne paida hue "have-not" ki category mein, lekin us ke baad woh "have" ki category mein aa gaye.</w:t>
      </w:r>
      <w:r>
        <w:br/>
      </w:r>
      <w:r>
        <w:rPr>
          <w:sz w:val="20"/>
        </w:rPr>
        <w:t>18:39  ek ek student se poocha gaya jo law padh raha tha, us se poocha gaya ke bhai LLB karne ke baad tum kya karoge? to apni simple language mein us us student ne kaha ke "chal gayi to Moti Lal, nahi chali to Jawahar Lal".</w:t>
      </w:r>
      <w:r>
        <w:br/>
      </w:r>
      <w:r>
        <w:rPr>
          <w:sz w:val="20"/>
        </w:rPr>
        <w:t>18:57  yeh saada language mein se bahut badi baat is ke andar hai.</w:t>
      </w:r>
      <w:r>
        <w:br/>
      </w:r>
      <w:r>
        <w:rPr>
          <w:sz w:val="20"/>
        </w:rPr>
        <w:t>19:03  "chal gayi to Moti Lal, nahi chali to Jawahar Lal".</w:t>
      </w:r>
      <w:r>
        <w:br/>
      </w:r>
      <w:r>
        <w:rPr>
          <w:sz w:val="20"/>
        </w:rPr>
        <w:t>19:06  aap jante hain ke Moti Lal Nehru bahut achhe lawyer the apne zamane ke, bahut bade advocate the, bahut paisa kamaya unhone.</w:t>
      </w:r>
      <w:r>
        <w:br/>
      </w:r>
      <w:r>
        <w:rPr>
          <w:sz w:val="20"/>
        </w:rPr>
        <w:t>19:20  Allahabad mein kisi waqt sab se zyada shandar makaan jo tha, Anand Bhawan tha, jo Moti Lal Nehru ne banaya tha. us ke baad Jawahar Lal Nehru ne bhi law kiya aur practice bhi shuru ki.</w:t>
      </w:r>
      <w:r>
        <w:br/>
      </w:r>
      <w:r>
        <w:rPr>
          <w:sz w:val="20"/>
        </w:rPr>
        <w:t>19:32  unho'n ne jawaharlal nehru ne pehle practice shuru ki thi law ki, lekin practice chali nahi hai un ki. phir aa gaye politics mein to aap jante hain ke number one leader ban gaye.</w:t>
      </w:r>
      <w:r>
        <w:br/>
      </w:r>
      <w:r>
        <w:rPr>
          <w:sz w:val="20"/>
        </w:rPr>
        <w:t>19:45  teesri ko us ne kaha ke "chal gayi to moti lal, nahi chali to jawahar lal". is bare mein ke aadmi do good ke beech mein hai,</w:t>
      </w:r>
      <w:r>
        <w:br/>
      </w:r>
      <w:r>
        <w:rPr>
          <w:sz w:val="20"/>
        </w:rPr>
        <w:t>19:57  is ne bhi, is ne bhi yaani unconsciously is ko discover kiya tha. main nahi samajhta ke is ne consciously kiya hoga, unconsciously discover kiya ke duniya mein aadmi do good ke beech mein hai.</w:t>
      </w:r>
      <w:r>
        <w:br/>
      </w:r>
      <w:r>
        <w:rPr>
          <w:sz w:val="20"/>
        </w:rPr>
        <w:t>20:13  yaani aik hai practical good, aik hai potential good,</w:t>
      </w:r>
      <w:r>
        <w:br/>
      </w:r>
      <w:r>
        <w:rPr>
          <w:sz w:val="20"/>
        </w:rPr>
        <w:t>20:22  aik hai actual good, aik hai potential good. aik hai actual good, aik hai potential good.</w:t>
      </w:r>
      <w:r>
        <w:br/>
      </w:r>
      <w:r>
        <w:rPr>
          <w:sz w:val="20"/>
        </w:rPr>
        <w:t>20:32  yaani agar aap successful hain to goya ke aap ko actual good mil gaya, aur agar successful successful nahi hain to potential sense mein aap phir bhi aap ko g</w:t>
      </w:r>
      <w:r>
        <w:br/>
      </w:r>
      <w:r>
        <w:rPr>
          <w:sz w:val="20"/>
        </w:rPr>
        <w:t>20:45  ood mila. abhi main kal parh raha tha britannica mein baswell ka. aap jante hain ke baswell biographer, biography ke yaani yeh biographical literature jo hai, jo sawaneh umri ka literature hai, is mein number one mana jata hai.</w:t>
      </w:r>
    </w:p>
    <w:p>
      <w:pPr>
        <w:pStyle w:val="Heading2"/>
      </w:pPr>
      <w:r>
        <w:t>Welcoming criticism like past scholars</w:t>
      </w:r>
    </w:p>
    <w:p>
      <w:r>
        <w:rPr>
          <w:color w:val="666666"/>
          <w:sz w:val="18"/>
        </w:rPr>
        <w:t>Interview Session with Maulana Wahiduddin Khan December 18, 2018 · 3m 24s · at 48:15 · https://youtu.be/hLFWrNgTn1I?t=2895</w:t>
      </w:r>
    </w:p>
    <w:p>
      <w:r>
        <w:rPr>
          <w:i/>
        </w:rPr>
        <w:t>“I welcome criticism, it is a tradition.”</w:t>
      </w:r>
    </w:p>
    <w:p>
      <w:r>
        <w:rPr>
          <w:sz w:val="20"/>
        </w:rPr>
        <w:t>48:15  woh kiya tha? ek aap pe yeh bhi ek ilzaam lagta hai. zahir hai, aap behtar is mawaqif ko pesh kar sakenge. kehte hain ke wahiduddin khan sahib jo hain, khud doosron pe bohat tanqeed karte hain, lekin agar un pe kabhi tanqeed ho to bardasht nahi karte.</w:t>
      </w:r>
      <w:r>
        <w:br/>
      </w:r>
      <w:r>
        <w:rPr>
          <w:sz w:val="20"/>
        </w:rPr>
        <w:t>48:31  yeh is se zyada galat baat koi nahi ho sakti.</w:t>
      </w:r>
      <w:r>
        <w:br/>
      </w:r>
      <w:r>
        <w:rPr>
          <w:sz w:val="20"/>
        </w:rPr>
        <w:t>48:35  main aap ko qissa batata hoon. ek sahib the, un ka naam hai anis luqman sahib. anis luqman nadvi is waqt woh abu dhabi mein hain, to hum saat saal woh hamare paas rahe hain.</w:t>
      </w:r>
      <w:r>
        <w:br/>
      </w:r>
      <w:r>
        <w:rPr>
          <w:sz w:val="20"/>
        </w:rPr>
        <w:t>48:50  woh pehle yahan ke baad wahan chale gaye. is dauran woh gaye the arab ke kisi ne poocha, kisi sheikh ne ke tum india mein kiya karte ho?</w:t>
      </w:r>
      <w:r>
        <w:br/>
      </w:r>
      <w:r>
        <w:rPr>
          <w:sz w:val="20"/>
        </w:rPr>
        <w:t>49:04  to unhon ne un se kaha tha ke "ana naqid akbar naqid fi al-hind". yeh kaha tha unhon ne.</w:t>
      </w:r>
      <w:r>
        <w:br/>
      </w:r>
      <w:r>
        <w:rPr>
          <w:sz w:val="20"/>
        </w:rPr>
        <w:t>49:13  un se poochh lijie, abu dhabi mein rehte hain woh. "ana naqid akbar naqid fi al-hind". main india ke sab se bade critique ka critique hoon, sab se bade naqid ka naqid hoon.</w:t>
      </w:r>
      <w:r>
        <w:br/>
      </w:r>
      <w:r>
        <w:rPr>
          <w:sz w:val="20"/>
        </w:rPr>
        <w:t>49:29  to main yahan to khula har aadmi tanqeed kar sakta hai. yeh hamari poti baithi hai, ise poochh lijie, yeh bhi woh tanqeed karti hai. ab main khushi se leta hoon is ko.</w:t>
      </w:r>
      <w:r>
        <w:br/>
      </w:r>
      <w:r>
        <w:rPr>
          <w:sz w:val="20"/>
        </w:rPr>
        <w:t>49:40  woh karte the tanqeed mere upar saat saal tak. main khushi se leta hoon to is ko leta tha. yeh to bilkul afwahi baat hai, afwahi</w:t>
      </w:r>
      <w:r>
        <w:br/>
      </w:r>
      <w:r>
        <w:rPr>
          <w:sz w:val="20"/>
        </w:rPr>
        <w:t>49:51  baat hai. pehle ek waqt tha ke jab log pata nahi kyun, kya wajoohat theen ke aksar aap ki jo tehreerein hain, us se parhne ko mana karna ya aap ko bohat sanjeedgi se na lena, aur yeh koi ghair nahi karta tha.</w:t>
      </w:r>
      <w:r>
        <w:br/>
      </w:r>
      <w:r>
        <w:rPr>
          <w:sz w:val="20"/>
        </w:rPr>
        <w:t>50:05  yeh muslim danishwari ya muslim ah taleem, ek ahl e ilm ka tabqa is tarah ki baatein karta tha. ah zahir hai ke ab woh shayad baat nahi hai.</w:t>
      </w:r>
      <w:r>
        <w:br/>
      </w:r>
      <w:r>
        <w:rPr>
          <w:sz w:val="20"/>
        </w:rPr>
        <w:t>50:15  ab ahl e danish mein aap ko ah musalmanon ke mufakkir aur baseerat afroz shakhsiyat ya danishwar kaha jata hai.</w:t>
      </w:r>
      <w:r>
        <w:br/>
      </w:r>
      <w:r>
        <w:rPr>
          <w:sz w:val="20"/>
        </w:rPr>
        <w:t>50:24  aap is ko kaise lete hain jin logon ne aap ke sath yeh rawaiyya ikhtiyar kiya ke woh aap ki, you know, aap aap ki ek bohat hi manfi shabih jo phailane ki koshish ki?</w:t>
      </w:r>
      <w:r>
        <w:br/>
      </w:r>
      <w:r>
        <w:rPr>
          <w:sz w:val="20"/>
        </w:rPr>
        <w:t>50:36  dekhiye, isi dilli mein ek aalim the, bohat hi bade aalim,</w:t>
      </w:r>
      <w:r>
        <w:br/>
      </w:r>
      <w:r>
        <w:rPr>
          <w:sz w:val="20"/>
        </w:rPr>
        <w:t>50:40  bohat hi bade aalim. woh jo is kitab ke musannif hain, hujjat Allah al-baligha, shah waliullah un ka naam tha, isi dilli mein.</w:t>
      </w:r>
      <w:r>
        <w:br/>
      </w:r>
      <w:r>
        <w:rPr>
          <w:sz w:val="20"/>
        </w:rPr>
        <w:t>50:54  to unhon ne jab farsi mein tarjuma kiya quran ka, farsi mein tarjuma to ghaleban woh pehla tarjuma tha.</w:t>
      </w:r>
      <w:r>
        <w:br/>
      </w:r>
      <w:r>
        <w:rPr>
          <w:sz w:val="20"/>
        </w:rPr>
        <w:t>51:04  to log un ke khilaf ho gaye aur un ko maarne ke daude</w:t>
      </w:r>
      <w:r>
        <w:br/>
      </w:r>
      <w:r>
        <w:rPr>
          <w:sz w:val="20"/>
        </w:rPr>
        <w:t>51:08  to chhup gaye ghar mein apne, isi dilli mein. shah allama ibn taimiya aaj sab se bade aalim maane jate hain.</w:t>
      </w:r>
      <w:r>
        <w:br/>
      </w:r>
      <w:r>
        <w:rPr>
          <w:sz w:val="20"/>
        </w:rPr>
        <w:t>51:17  un ke zamane mein un kehte the, "un ki kitab mat parho". aaj woh sab se bade aalim bane hue hain. to yeh to tareekh hai ke log mukhalifatein karte hain aur phir mante hain.</w:t>
      </w:r>
      <w:r>
        <w:br/>
      </w:r>
      <w:r>
        <w:rPr>
          <w:sz w:val="20"/>
        </w:rPr>
        <w:t>51:29  is se kuch nahi hota. aap yeh dekhiye ke woh aadmi kya kehta hai, kya likhta hai, kya is ka nazariya hai. quran o hadees mein just kijiye.</w:t>
      </w:r>
    </w:p>
    <w:p>
      <w:pPr>
        <w:pStyle w:val="Heading2"/>
      </w:pPr>
      <w:r>
        <w:t>Do not react, failure brings experience</w:t>
      </w:r>
    </w:p>
    <w:p>
      <w:r>
        <w:rPr>
          <w:color w:val="666666"/>
          <w:sz w:val="18"/>
        </w:rPr>
        <w:t>Positive Thinking December 30, 2016 · 4m 25s · at 22:52 · https://youtu.be/y6r5Pk3HT9w?t=1372</w:t>
      </w:r>
    </w:p>
    <w:p>
      <w:r>
        <w:rPr>
          <w:i/>
        </w:rPr>
        <w:t>“Do not react to unwanted situations”</w:t>
      </w:r>
    </w:p>
    <w:p>
      <w:r>
        <w:rPr>
          <w:sz w:val="20"/>
        </w:rPr>
        <w:t>22:52  ji is hadees ka matlab doosre lafzon mein yeh hai ke koi bhi situation ho unwanted to</w:t>
      </w:r>
      <w:r>
        <w:br/>
      </w:r>
      <w:r>
        <w:rPr>
          <w:sz w:val="20"/>
        </w:rPr>
        <w:t>22:57  react na karo.</w:t>
      </w:r>
      <w:r>
        <w:br/>
      </w:r>
      <w:r>
        <w:rPr>
          <w:sz w:val="20"/>
        </w:rPr>
        <w:t>23:03  is mein reaction se rooka gaya hai.</w:t>
      </w:r>
      <w:r>
        <w:br/>
      </w:r>
      <w:r>
        <w:rPr>
          <w:sz w:val="20"/>
        </w:rPr>
        <w:t>23:09  sab se bada jo aadmi ko yaani jis baat ka jab sabza nuksaan uthana padta hai aadmi ko,</w:t>
      </w:r>
      <w:r>
        <w:br/>
      </w:r>
      <w:r>
        <w:rPr>
          <w:sz w:val="20"/>
        </w:rPr>
        <w:t>23:14  woh reaction hai.</w:t>
      </w:r>
      <w:r>
        <w:br/>
      </w:r>
      <w:r>
        <w:rPr>
          <w:sz w:val="20"/>
        </w:rPr>
        <w:t>23:20  chahe ghar mein hon, society mein hon, mulk mein hon, hamesha kuch na kuch hota hai jo hum</w:t>
      </w:r>
      <w:r>
        <w:br/>
      </w:r>
      <w:r>
        <w:rPr>
          <w:sz w:val="20"/>
        </w:rPr>
        <w:t>23:26  ko acha nahi lagta to hum react karte hain.</w:t>
      </w:r>
      <w:r>
        <w:br/>
      </w:r>
      <w:r>
        <w:rPr>
          <w:sz w:val="20"/>
        </w:rPr>
        <w:t>23:31  to sach poochein to saari kharabiyon ki jar reaction hai aur saari achaiyon ka darwaza khulta hai</w:t>
      </w:r>
      <w:r>
        <w:br/>
      </w:r>
      <w:r>
        <w:rPr>
          <w:sz w:val="20"/>
        </w:rPr>
        <w:t>23:37  jo aap react na karein aur positive bel par qaaim rahein.</w:t>
      </w:r>
      <w:r>
        <w:br/>
      </w:r>
      <w:r>
        <w:rPr>
          <w:sz w:val="20"/>
        </w:rPr>
        <w:t>23:43  kyunke dekhein, aap react kareinge to doosra aadmi bhi react karega.</w:t>
      </w:r>
      <w:r>
        <w:br/>
      </w:r>
      <w:r>
        <w:rPr>
          <w:sz w:val="20"/>
        </w:rPr>
        <w:t>23:49  aisa nahi ke aap react karein aur doosra aadmi chup chup rahe.</w:t>
      </w:r>
      <w:r>
        <w:br/>
      </w:r>
      <w:r>
        <w:rPr>
          <w:sz w:val="20"/>
        </w:rPr>
        <w:t>23:54  to aap bhi react karein, woh bhi react karega.</w:t>
      </w:r>
      <w:r>
        <w:br/>
      </w:r>
      <w:r>
        <w:rPr>
          <w:sz w:val="20"/>
        </w:rPr>
        <w:t>24:00  is tarah se ek chain reaction ban jaata hai.</w:t>
      </w:r>
      <w:r>
        <w:br/>
      </w:r>
      <w:r>
        <w:rPr>
          <w:sz w:val="20"/>
        </w:rPr>
        <w:t>24:06  idhar aap bhi karein, idhar woh kareinge, idhar aap kareinge, idhar woh karega.</w:t>
      </w:r>
      <w:r>
        <w:br/>
      </w:r>
      <w:r>
        <w:rPr>
          <w:sz w:val="20"/>
        </w:rPr>
        <w:t>24:11  is tarah se develop hota hai chain reaction.</w:t>
      </w:r>
      <w:r>
        <w:br/>
      </w:r>
      <w:r>
        <w:rPr>
          <w:sz w:val="20"/>
        </w:rPr>
        <w:t>24:17  aur chain reaction jab develop ho jaaye to kahin rukta nahi woh.</w:t>
      </w:r>
      <w:r>
        <w:br/>
      </w:r>
      <w:r>
        <w:rPr>
          <w:sz w:val="20"/>
        </w:rPr>
        <w:t>24:23  pehley nafrat aati hai, phir takraao hota hai, phir ladai aati hai, phir jang hoti hai, phir society</w:t>
      </w:r>
      <w:r>
        <w:br/>
      </w:r>
      <w:r>
        <w:rPr>
          <w:sz w:val="20"/>
        </w:rPr>
        <w:t>24:28  baahami hoti hai, chalta hi rehta hai.</w:t>
      </w:r>
      <w:r>
        <w:br/>
      </w:r>
      <w:r>
        <w:rPr>
          <w:sz w:val="20"/>
        </w:rPr>
        <w:t>24:34  to sab se bada wisdom yeh hai ke aadmi kisi cheez ko chain reaction na banne de.</w:t>
      </w:r>
      <w:r>
        <w:br/>
      </w:r>
      <w:r>
        <w:rPr>
          <w:sz w:val="20"/>
        </w:rPr>
        <w:t>24:40  mein samajhta hoon ke zindagi mein sab se bada imtehaan yahi hai.</w:t>
      </w:r>
      <w:r>
        <w:br/>
      </w:r>
      <w:r>
        <w:rPr>
          <w:sz w:val="20"/>
        </w:rPr>
        <w:t>24:46  jaise aaj mein akhbar mein parha hua hoon, Times of India mein tha ke jahan Pearl Harbor ka</w:t>
      </w:r>
      <w:r>
        <w:br/>
      </w:r>
      <w:r>
        <w:rPr>
          <w:sz w:val="20"/>
        </w:rPr>
        <w:t>24:51  waqea hua tha, wahan pedant obama aaye aur japan ka prime minister aaya.</w:t>
      </w:r>
      <w:r>
        <w:br/>
      </w:r>
      <w:r>
        <w:rPr>
          <w:sz w:val="20"/>
        </w:rPr>
        <w:t>24:57  wahan par unhon ne taqreer ki.</w:t>
      </w:r>
      <w:r>
        <w:br/>
      </w:r>
      <w:r>
        <w:rPr>
          <w:sz w:val="20"/>
        </w:rPr>
        <w:t>25:03  unhon ne kaha ke hamein ab is ko repeat nahi karna hai.</w:t>
      </w:r>
      <w:r>
        <w:br/>
      </w:r>
      <w:r>
        <w:rPr>
          <w:sz w:val="20"/>
        </w:rPr>
        <w:t>25:08  yehi baat unhon ne kahi ke hum repeat karein to doosra karega, phir chain reaction ban jayega.</w:t>
      </w:r>
      <w:r>
        <w:br/>
      </w:r>
      <w:r>
        <w:rPr>
          <w:sz w:val="20"/>
        </w:rPr>
        <w:t>25:14  to koi na koi mauqa ho jahan pe is ko stop karein.</w:t>
      </w:r>
      <w:r>
        <w:br/>
      </w:r>
      <w:r>
        <w:rPr>
          <w:sz w:val="20"/>
        </w:rPr>
        <w:t>25:20  to pehle hi mauqe pe stop kar do, warna wo ban jayega chain reaction.</w:t>
      </w:r>
      <w:r>
        <w:br/>
      </w:r>
      <w:r>
        <w:rPr>
          <w:sz w:val="20"/>
        </w:rPr>
        <w:t>25:25  aur phir distance se kam par rukega nahi wo.</w:t>
      </w:r>
      <w:r>
        <w:br/>
      </w:r>
      <w:r>
        <w:rPr>
          <w:sz w:val="20"/>
        </w:rPr>
        <w:t>25:31  to aadmi ke mein samajhta hoon ke bohat bari aqalmandi hai, aqalmandi hai is ki, wisdom hai ke</w:t>
      </w:r>
      <w:r>
        <w:br/>
      </w:r>
      <w:r>
        <w:rPr>
          <w:sz w:val="20"/>
        </w:rPr>
        <w:t>25:37  wo kisi cheez ko chain reaction na banne de.</w:t>
      </w:r>
      <w:r>
        <w:br/>
      </w:r>
      <w:r>
        <w:rPr>
          <w:sz w:val="20"/>
        </w:rPr>
        <w:t>25:43  Ji Maulana sahib, you always advise people that whenever they face failure, they should not be in despair, because in every failure there is an element of positivity. Can you elaborate more on this Maulana sahib?</w:t>
      </w:r>
      <w:r>
        <w:br/>
      </w:r>
      <w:r>
        <w:rPr>
          <w:sz w:val="20"/>
        </w:rPr>
        <w:t>26:01  dekhein, har failure ke sath aik aur cheez hoti hai, wo experience.</w:t>
      </w:r>
      <w:r>
        <w:br/>
      </w:r>
      <w:r>
        <w:rPr>
          <w:sz w:val="20"/>
        </w:rPr>
        <w:t>26:06  yani failure se aap agar mayoos ho jayein to wo to buri cheez hai, lekin failure se tajurba lihjeye.</w:t>
      </w:r>
      <w:r>
        <w:br/>
      </w:r>
      <w:r>
        <w:rPr>
          <w:sz w:val="20"/>
        </w:rPr>
        <w:t>26:11  har failure aik tajurba lata hai.</w:t>
      </w:r>
      <w:r>
        <w:br/>
      </w:r>
      <w:r>
        <w:rPr>
          <w:sz w:val="20"/>
        </w:rPr>
        <w:t>26:17  har failure aik tajurba lata hai.</w:t>
      </w:r>
      <w:r>
        <w:br/>
      </w:r>
      <w:r>
        <w:rPr>
          <w:sz w:val="20"/>
        </w:rPr>
        <w:t>26:22  to tajurba ke sense mein le gaye aap to aap ko mauqa hoga re-planning ka.</w:t>
      </w:r>
      <w:r>
        <w:br/>
      </w:r>
      <w:r>
        <w:rPr>
          <w:sz w:val="20"/>
        </w:rPr>
        <w:t>26:28  har failure ke baad experience, har experience ke baad aap ko mauqa ke aap re-planning karein apne mamle ki.</w:t>
      </w:r>
      <w:r>
        <w:br/>
      </w:r>
      <w:r>
        <w:rPr>
          <w:sz w:val="20"/>
        </w:rPr>
        <w:t>26:33  ye to bohat bari cheez hai.</w:t>
      </w:r>
      <w:r>
        <w:br/>
      </w:r>
      <w:r>
        <w:rPr>
          <w:sz w:val="20"/>
        </w:rPr>
        <w:t>26:39  dekhein, failure ke tajurba to hamesha zindagi mein hoga.</w:t>
      </w:r>
      <w:r>
        <w:br/>
      </w:r>
      <w:r>
        <w:rPr>
          <w:sz w:val="20"/>
        </w:rPr>
        <w:t>26:44  aasan nahi ho sakta ke failure na ho kisi ko.</w:t>
      </w:r>
      <w:r>
        <w:br/>
      </w:r>
      <w:r>
        <w:rPr>
          <w:sz w:val="20"/>
        </w:rPr>
        <w:t>26:49  sab ko duniya mein koi bhi jo paida hua hai to zaroor kahin na kahin is ko nakami</w:t>
      </w:r>
      <w:r>
        <w:br/>
      </w:r>
      <w:r>
        <w:rPr>
          <w:sz w:val="20"/>
        </w:rPr>
        <w:t>26:55  ka tajurba hua.</w:t>
      </w:r>
      <w:r>
        <w:br/>
      </w:r>
      <w:r>
        <w:rPr>
          <w:sz w:val="20"/>
        </w:rPr>
        <w:t>27:00  آپ کو کرنا کیا ہے کہ ناکامی کو experience میں بدلیں اور experience کو لے کر اپنے معاملے</w:t>
      </w:r>
      <w:r>
        <w:br/>
      </w:r>
      <w:r>
        <w:rPr>
          <w:sz w:val="20"/>
        </w:rPr>
        <w:t>27:06  کی ری پلاننگ کریں، better planning۔</w:t>
      </w:r>
      <w:r>
        <w:br/>
      </w:r>
      <w:r>
        <w:rPr>
          <w:sz w:val="20"/>
        </w:rPr>
        <w:t>27:11  to kabhi aap ko mayoosi nahi hogi.</w:t>
      </w:r>
      <w:r>
        <w:br/>
      </w:r>
      <w:r>
        <w:rPr>
          <w:sz w:val="20"/>
        </w:rPr>
        <w:t>27:17  Ji Maulana sahib, in today's world there are so many material benefits and pleasures being available, but despite all these material luxuries, most of the people find themselves dissatisfied. What do you think is the reason for their dissatisfaction?</w:t>
      </w:r>
    </w:p>
    <w:p>
      <w:pPr>
        <w:pStyle w:val="Heading2"/>
      </w:pPr>
      <w:r>
        <w:t>Price of strong personality: avoid distraction, plan life</w:t>
      </w:r>
    </w:p>
    <w:p>
      <w:r>
        <w:rPr>
          <w:color w:val="666666"/>
          <w:sz w:val="18"/>
        </w:rPr>
        <w:t>Q&amp;A 29 Mar 2009 Maulana Wahiduddin Khan · 5m 31s · at 0:45 · https://youtu.be/pr358S6nndo?t=45</w:t>
      </w:r>
    </w:p>
    <w:p>
      <w:r>
        <w:rPr>
          <w:i/>
        </w:rPr>
        <w:t>“इसकी तमन्ना मत कीजिए, जो है उसी को चलने दीजिए”</w:t>
      </w:r>
    </w:p>
    <w:p>
      <w:r>
        <w:rPr>
          <w:sz w:val="20"/>
        </w:rPr>
        <w:t>0:45  iski tamanna mat kijiye, jo hai usi ko chalne dijiye. Aur agar aap tamanna karte hain to uski price dijiye. Maine bar bar kaha hai ki dekhiye, sabse bada jo reason hai</w:t>
      </w:r>
      <w:r>
        <w:br/>
      </w:r>
      <w:r>
        <w:rPr>
          <w:sz w:val="20"/>
        </w:rPr>
        <w:t>1:01  wah hai distraction. Sare log distraction mein jeete hain. Kisi ko uski family distract kar rahi hai, kisi ko shopping mein distract ho raha hai,</w:t>
      </w:r>
      <w:r>
        <w:br/>
      </w:r>
      <w:r>
        <w:rPr>
          <w:sz w:val="20"/>
        </w:rPr>
        <w:t>1:16  koi TV ho raha hai.</w:t>
      </w:r>
      <w:r>
        <w:br/>
      </w:r>
      <w:r>
        <w:rPr>
          <w:sz w:val="20"/>
        </w:rPr>
        <w:t>1:19  Every moment we live in distractions.</w:t>
      </w:r>
      <w:r>
        <w:br/>
      </w:r>
      <w:r>
        <w:rPr>
          <w:sz w:val="20"/>
        </w:rPr>
        <w:t>1:26  sabse bada reason jo hai wo distraction hai.</w:t>
      </w:r>
      <w:r>
        <w:br/>
      </w:r>
      <w:r>
        <w:rPr>
          <w:sz w:val="20"/>
        </w:rPr>
        <w:t>1:33  to aap agar chahte hain strong personality banana, to ye kijiye.</w:t>
      </w:r>
      <w:r>
        <w:br/>
      </w:r>
      <w:r>
        <w:rPr>
          <w:sz w:val="20"/>
        </w:rPr>
        <w:t>1:43  ek sahab isse pehle aaye, ab wo kuch suna unhone, us par jaane lage. Maine kaha, kyon ja rahe hain bhai? Kya meri family aayi hui hai to unke lunch mein shareek hona hai?</w:t>
      </w:r>
      <w:r>
        <w:br/>
      </w:r>
      <w:r>
        <w:rPr>
          <w:sz w:val="20"/>
        </w:rPr>
        <w:t>1:58  ye koi koi reason hai? ye</w:t>
      </w:r>
      <w:r>
        <w:br/>
      </w:r>
      <w:r>
        <w:rPr>
          <w:sz w:val="20"/>
        </w:rPr>
        <w:t>2:01  bahar bazaar lunch hai, bahar bazaar family.</w:t>
      </w:r>
      <w:r>
        <w:br/>
      </w:r>
      <w:r>
        <w:rPr>
          <w:sz w:val="20"/>
        </w:rPr>
        <w:t>2:07  mera to yahi nazariya hai. Aapne kyon nahi kaha ki tum log kha lena, main thodi der mein aaunga? bilkul, simply si baat hai.</w:t>
      </w:r>
      <w:r>
        <w:br/>
      </w:r>
      <w:r>
        <w:rPr>
          <w:sz w:val="20"/>
        </w:rPr>
        <w:t>2:18  to har waqt log distraction mein jeete hain. Har waqt mobile liye rehte hain. baj raha hai, ghar se kaam par laga liya. to mobile is source of distraction. Family, TV, shopping</w:t>
      </w:r>
      <w:r>
        <w:br/>
      </w:r>
      <w:r>
        <w:rPr>
          <w:sz w:val="20"/>
        </w:rPr>
        <w:t>2:36  aur khane, log koi simple simplicity ko lene ko taiyar nahi hain. Simple food, simple furniture, simple ghar, simple dress, koi taiyar nahi hai uske liye hota.</w:t>
      </w:r>
      <w:r>
        <w:br/>
      </w:r>
      <w:r>
        <w:rPr>
          <w:sz w:val="20"/>
        </w:rPr>
        <w:t>2:53  to main yahi kahunga ki ya to uski price dijiye ya phir uski baat hi karna chhod dijiye. Aur main poore apne experience ko lete hue kahunga ki sabse bada jo killer hai, killer</w:t>
      </w:r>
      <w:r>
        <w:br/>
      </w:r>
      <w:r>
        <w:rPr>
          <w:sz w:val="20"/>
        </w:rPr>
        <w:t>3:09  wah hai distraction. Hum sabke liye sabse bada killer. to subah shaam aap sochiye ki aaj main kin cheezon ne mujhe distract kiya. Distraction ka matlab hota hai tawajjoh ka hat jana.</w:t>
      </w:r>
      <w:r>
        <w:br/>
      </w:r>
      <w:r>
        <w:rPr>
          <w:sz w:val="20"/>
        </w:rPr>
        <w:t>3:29  bar bar logon ki tawajjoh hat ti rehti hai kisi bhi cheez se. Kabhi idhar, kabhi udhar, kabhi idhar, kabhi udhar. to aap yahan se chale jaane ke liye Faridabad, aur har waqt aap idhar udhar, yani aapko sab derail hota rahe, to aap shayad shaam tak bhi nahi pahunchenge.</w:t>
      </w:r>
      <w:r>
        <w:br/>
      </w:r>
      <w:r>
        <w:rPr>
          <w:sz w:val="20"/>
        </w:rPr>
        <w:t>3:53  Distraction means derailment. Jab aap distract hote hain to aapne apne aap ko derail kiya, practice hat gayi. to time bhi gaya, energy bhi gayi, maqsad bhi hasil nahi hua.</w:t>
      </w:r>
      <w:r>
        <w:br/>
      </w:r>
      <w:r>
        <w:rPr>
          <w:sz w:val="20"/>
        </w:rPr>
        <w:t>4:14  aaj main padh raha tha akhbar mein ek bahut hi mashhoor film star ki kahani. Main har cheez padhta hoon. to usko India ke sabse zyada mehngi film star mein se gina jata hai.</w:t>
      </w:r>
      <w:r>
        <w:br/>
      </w:r>
      <w:r>
        <w:rPr>
          <w:sz w:val="20"/>
        </w:rPr>
        <w:t>4:34  to add ke liye ek koi add dena tha, to uske liye wo 6 crore rupya uska contract hua. to kisi ne poocha ki itna itna paisa tum leti ho ki ek add ke liye 6 crore rupya, aisi kitna tum kamati hogi?</w:t>
      </w:r>
      <w:r>
        <w:br/>
      </w:r>
      <w:r>
        <w:rPr>
          <w:sz w:val="20"/>
        </w:rPr>
        <w:t>4:52  to kya karti ho us paison ko? kya karogi?</w:t>
      </w:r>
      <w:r>
        <w:br/>
      </w:r>
      <w:r>
        <w:rPr>
          <w:sz w:val="20"/>
        </w:rPr>
        <w:t>4:56  aaj padh lijiye, aaj hi ke paper mein. Tune kaha ki mujhe Greece mein ek ghar lena hai, Yunan mein. Yunan jo hai, Europe ka ek bahut hi, yani beautiful country hai. Wahan bahut bahut nature hai. Wahan par</w:t>
      </w:r>
      <w:r>
        <w:br/>
      </w:r>
      <w:r>
        <w:rPr>
          <w:sz w:val="20"/>
        </w:rPr>
        <w:t>5:12  to wahan par mujhe ghar lena hai. Usi mein poocha jab interview ne, to usne bataya ki maine Bombay mein ek naya ghar khareeda hai, lekin abhi tak usmein rehna mujhe nahi mila kyunki meri zindagi guzarti hai studio mein. Aap gaur kijiye ki ek ghar uske paas already hai, usmein reh nahi pa rahi hai kyunki studio mein usko rehna padta hai.</w:t>
      </w:r>
      <w:r>
        <w:br/>
      </w:r>
      <w:r>
        <w:rPr>
          <w:sz w:val="20"/>
        </w:rPr>
        <w:t>5:34  to Greece mein ghar lena hai usko.</w:t>
      </w:r>
      <w:r>
        <w:br/>
      </w:r>
      <w:r>
        <w:rPr>
          <w:sz w:val="20"/>
        </w:rPr>
        <w:t>5:40  to iske liye paisa kamana hai, paisa kamana hai, paisa kamana hai. Aisa paisa jiska koi use nahi, jiska koi istemal nahi. to yaad rakhiye ki is duniya mein sabse bada killer jo hai, killer yahi hai ki aadmi bagair planning ke sirf</w:t>
      </w:r>
      <w:r>
        <w:br/>
      </w:r>
      <w:r>
        <w:rPr>
          <w:sz w:val="20"/>
        </w:rPr>
        <w:t>5:57  desire, sentiment, emotion ke saath chalta rehta hai. to aap apni zindagi ko plan way mein bitaiye aur uske baad uska result hoga strong personality.</w:t>
      </w:r>
    </w:p>
    <w:p>
      <w:pPr>
        <w:pStyle w:val="Heading2"/>
      </w:pPr>
      <w:r>
        <w:t>From wrong division to universal respect</w:t>
      </w:r>
    </w:p>
    <w:p>
      <w:r>
        <w:rPr>
          <w:color w:val="666666"/>
          <w:sz w:val="18"/>
        </w:rPr>
        <w:t>On World Religion Diversity not Dissension I March 9, 2013 · 5m 31s · at 46:22 · https://youtu.be/TyMv28ALMHk?t=2782</w:t>
      </w:r>
    </w:p>
    <w:p>
      <w:r>
        <w:rPr>
          <w:i/>
        </w:rPr>
        <w:t>“You know, Muslims generally divide the world”</w:t>
      </w:r>
    </w:p>
    <w:p>
      <w:r>
        <w:rPr>
          <w:sz w:val="20"/>
        </w:rPr>
        <w:t>46:22  Thank you. You know, Muslims generally divide the world between Muslims and non-Muslims, Muslim world and non-Muslim world.</w:t>
      </w:r>
      <w:r>
        <w:br/>
      </w:r>
      <w:r>
        <w:rPr>
          <w:sz w:val="20"/>
        </w:rPr>
        <w:t>46:50  This kind of terminology is completely wrong on Islam. It has no basis in the Quran and Sunnah. If you read the Quran, you will find that Quran always uses the word insan, insan, insan. It means that.</w:t>
      </w:r>
      <w:r>
        <w:br/>
      </w:r>
      <w:r>
        <w:rPr>
          <w:sz w:val="20"/>
        </w:rPr>
        <w:t>47:12  That terms which were created by ulama in later period, Darul Islam and Darul Kufr was wrong.</w:t>
      </w:r>
      <w:r>
        <w:br/>
      </w:r>
      <w:r>
        <w:rPr>
          <w:sz w:val="20"/>
        </w:rPr>
        <w:t>47:23  The real term is Darul Insan, Darul Insan, Darul Insan. The whole world is Darul Insan. So in this world, there is only one equation. There is man and God and not man and not Muslim and non-Muslim.</w:t>
      </w:r>
      <w:r>
        <w:br/>
      </w:r>
      <w:r>
        <w:rPr>
          <w:sz w:val="20"/>
        </w:rPr>
        <w:t>47:44  There is no equation. The true equation, the right equation is creator or God or man. I'm a great believer in God.</w:t>
      </w:r>
      <w:r>
        <w:br/>
      </w:r>
      <w:r>
        <w:rPr>
          <w:sz w:val="20"/>
        </w:rPr>
        <w:t>47:57  Also I'm a great believer in the oneness of humanity. Then I would like to say that they said in modern terms, several Muslim countries have adopted the term Islamic Jamaahiya, Islamic Jamaahiya. This term is completely wrong.</w:t>
      </w:r>
      <w:r>
        <w:br/>
      </w:r>
      <w:r>
        <w:rPr>
          <w:sz w:val="20"/>
        </w:rPr>
        <w:t>48:26  You know, Prophet of Islam never used this term. Prophet of Islam or his khalifa never used the term Islamic Jamaahiya. So everyone, every bulk will be called with its natural name. By India, it's India. And England, it's England. And Iran, it's Iran.</w:t>
      </w:r>
      <w:r>
        <w:br/>
      </w:r>
      <w:r>
        <w:rPr>
          <w:sz w:val="20"/>
        </w:rPr>
        <w:t>48:53  No country can be called Islamic Jamaahiya.</w:t>
      </w:r>
      <w:r>
        <w:br/>
      </w:r>
      <w:r>
        <w:rPr>
          <w:sz w:val="20"/>
        </w:rPr>
        <w:t>48:58  This is wrong.</w:t>
      </w:r>
      <w:r>
        <w:br/>
      </w:r>
      <w:r>
        <w:rPr>
          <w:sz w:val="20"/>
        </w:rPr>
        <w:t>49:03  Then I would like to add that concept of perversion is alien to the Quran.</w:t>
      </w:r>
      <w:r>
        <w:br/>
      </w:r>
      <w:r>
        <w:rPr>
          <w:sz w:val="20"/>
        </w:rPr>
        <w:t>49:08  I would like to say that if you want to know what is Islam, you have to read the Quran.</w:t>
      </w:r>
      <w:r>
        <w:br/>
      </w:r>
      <w:r>
        <w:rPr>
          <w:sz w:val="20"/>
        </w:rPr>
        <w:t>49:13  There are only two sources of Islam, that is Quran and Sunnah.</w:t>
      </w:r>
      <w:r>
        <w:br/>
      </w:r>
      <w:r>
        <w:rPr>
          <w:sz w:val="20"/>
        </w:rPr>
        <w:t>49:18  So there is no concept of perversion has no basis in the Quran.</w:t>
      </w:r>
      <w:r>
        <w:br/>
      </w:r>
      <w:r>
        <w:rPr>
          <w:sz w:val="20"/>
        </w:rPr>
        <w:t>49:23  Quran uses ma'rifah.</w:t>
      </w:r>
      <w:r>
        <w:br/>
      </w:r>
      <w:r>
        <w:rPr>
          <w:sz w:val="20"/>
        </w:rPr>
        <w:t>49:29  Ma'rifah means realization, discovery.</w:t>
      </w:r>
      <w:r>
        <w:br/>
      </w:r>
      <w:r>
        <w:rPr>
          <w:sz w:val="20"/>
        </w:rPr>
        <w:t>49:34  So truth is your own discovery.</w:t>
      </w:r>
      <w:r>
        <w:br/>
      </w:r>
      <w:r>
        <w:rPr>
          <w:sz w:val="20"/>
        </w:rPr>
        <w:t>49:39  Truth is your own realization.</w:t>
      </w:r>
      <w:r>
        <w:br/>
      </w:r>
      <w:r>
        <w:rPr>
          <w:sz w:val="20"/>
        </w:rPr>
        <w:t>49:44  It is a personal choice.</w:t>
      </w:r>
      <w:r>
        <w:br/>
      </w:r>
      <w:r>
        <w:rPr>
          <w:sz w:val="20"/>
        </w:rPr>
        <w:t>49:49  If you want to know what is the purpose of life, what is the death and what is</w:t>
      </w:r>
      <w:r>
        <w:br/>
      </w:r>
      <w:r>
        <w:rPr>
          <w:sz w:val="20"/>
        </w:rPr>
        <w:t>49:54  life, all those questions that are in your mind, if you want to understand about these questions, you</w:t>
      </w:r>
      <w:r>
        <w:br/>
      </w:r>
      <w:r>
        <w:rPr>
          <w:sz w:val="20"/>
        </w:rPr>
        <w:t>50:00  have to study.</w:t>
      </w:r>
      <w:r>
        <w:br/>
      </w:r>
      <w:r>
        <w:rPr>
          <w:sz w:val="20"/>
        </w:rPr>
        <w:t>50:05  You have to discuss.</w:t>
      </w:r>
      <w:r>
        <w:br/>
      </w:r>
      <w:r>
        <w:rPr>
          <w:sz w:val="20"/>
        </w:rPr>
        <w:t>50:10  And after discussion and study, you reach to some conclusion.</w:t>
      </w:r>
      <w:r>
        <w:br/>
      </w:r>
      <w:r>
        <w:rPr>
          <w:sz w:val="20"/>
        </w:rPr>
        <w:t>50:15  That is your religion.</w:t>
      </w:r>
      <w:r>
        <w:br/>
      </w:r>
      <w:r>
        <w:rPr>
          <w:sz w:val="20"/>
        </w:rPr>
        <w:t>50:20  So religion is your personal choice.</w:t>
      </w:r>
      <w:r>
        <w:br/>
      </w:r>
      <w:r>
        <w:rPr>
          <w:sz w:val="20"/>
        </w:rPr>
        <w:t>50:25  There is no concept of perversion in Islam.</w:t>
      </w:r>
      <w:r>
        <w:br/>
      </w:r>
      <w:r>
        <w:rPr>
          <w:sz w:val="20"/>
        </w:rPr>
        <w:t>50:31  In perversion, you know, there are two parties, converter and converted, two parties, converter and converted. But this is not the concept of Islam.</w:t>
      </w:r>
      <w:r>
        <w:br/>
      </w:r>
      <w:r>
        <w:rPr>
          <w:sz w:val="20"/>
        </w:rPr>
        <w:t>50:48  In Islam, there is only one party. There is you. If you want to know what is truth, you have to study on your own. And when you discover something as a truth, you have to ask for that.</w:t>
      </w:r>
      <w:r>
        <w:br/>
      </w:r>
      <w:r>
        <w:rPr>
          <w:sz w:val="20"/>
        </w:rPr>
        <w:t>51:02  Then there is a question. This world is full of differences. Everywhere there are differences. Among family members, there are differences. And in a society, there are differences. Even in one religion, there are differences. So what to do?</w:t>
      </w:r>
      <w:r>
        <w:br/>
      </w:r>
      <w:r>
        <w:rPr>
          <w:sz w:val="20"/>
        </w:rPr>
        <w:t>51:23  The best answer was given by Swami Yogananda. Follow one and hate none. Follow one and hate none. This answer is also mentioned in the Quran. Lakum dinukum wali adini. For you, your religion; for me, mine. So I have formulated this Quranic verse in these words. Follow one and respect all.</w:t>
      </w:r>
      <w:r>
        <w:br/>
      </w:r>
      <w:r>
        <w:rPr>
          <w:sz w:val="20"/>
        </w:rPr>
        <w:t>51:53  Follow one and respect all.</w:t>
      </w:r>
    </w:p>
    <w:p>
      <w:pPr>
        <w:pStyle w:val="Heading2"/>
      </w:pPr>
      <w:r>
        <w:t>Speaking against others is a boomerang that harms yourself</w:t>
      </w:r>
    </w:p>
    <w:p>
      <w:r>
        <w:rPr>
          <w:color w:val="666666"/>
          <w:sz w:val="18"/>
        </w:rPr>
        <w:t>The Problem of Misunderstanding January 1, 2008 Maulana Wahiduddin Khan · 5m 47s · at 48:02 · https://youtu.be/LdzzoBvyaD0?t=2882</w:t>
      </w:r>
    </w:p>
    <w:p>
      <w:r>
        <w:rPr>
          <w:i/>
        </w:rPr>
        <w:t>“When you speak against someone, it's not simple at all”</w:t>
      </w:r>
    </w:p>
    <w:p>
      <w:r>
        <w:rPr>
          <w:sz w:val="20"/>
        </w:rPr>
        <w:t>48:02  e. woh aisa bura hai, woh aisa kharab hai, is mein yeh burai hai, is mein yeh kami hai. yeh saada baat nahi hai. yeh bas samajhye ke aap ne doosre ke baray mein ek manfi tabasra diya.</w:t>
      </w:r>
      <w:r>
        <w:br/>
      </w:r>
      <w:r>
        <w:rPr>
          <w:sz w:val="20"/>
        </w:rPr>
        <w:t>48:14  nahin. apne aap ke andar aap ne ek manfi shakhsiyat tayyar ki. yeh samajh lijiye.</w:t>
      </w:r>
      <w:r>
        <w:br/>
      </w:r>
      <w:r>
        <w:rPr>
          <w:sz w:val="20"/>
        </w:rPr>
        <w:t>48:25  yani bazahir to aisa lagta hai ke aap kisi aur ke baray mein ek manfi goli bol rahe hain. doosre ke baray mein nafrat zahir kar rahe hain.</w:t>
      </w:r>
      <w:r>
        <w:br/>
      </w:r>
      <w:r>
        <w:rPr>
          <w:sz w:val="20"/>
        </w:rPr>
        <w:t>48:38  doosre ke baray mein ek shikayati baat kar rahe hain. lekin is se zyada bara pehlu kya hai?</w:t>
      </w:r>
      <w:r>
        <w:br/>
      </w:r>
      <w:r>
        <w:rPr>
          <w:sz w:val="20"/>
        </w:rPr>
        <w:t>48:46  ke aisa karte hue apne andar aap manfi shakhsiyat bana rahe hain. aur manfi shakhsiyat se zyada buri cheez aur koi nahi.</w:t>
      </w:r>
      <w:r>
        <w:br/>
      </w:r>
      <w:r>
        <w:rPr>
          <w:sz w:val="20"/>
        </w:rPr>
        <w:t>48:59  to yaad rakhiye yeh bohat hi aham nukta hai. ke jab bhi hum kisi doosre se koi rawaiyya karte hain, is rawaiyya ke waqt hum apne andar ek cheez paida kar rahe hote hain.</w:t>
      </w:r>
      <w:r>
        <w:br/>
      </w:r>
      <w:r>
        <w:rPr>
          <w:sz w:val="20"/>
        </w:rPr>
        <w:t>49:18  doosre se agar aap ne musbat rawaiyya kiya to aap ke andar musbat shakhsiyat banegi.</w:t>
      </w:r>
      <w:r>
        <w:br/>
      </w:r>
      <w:r>
        <w:rPr>
          <w:sz w:val="20"/>
        </w:rPr>
        <w:t>49:25  doosre se aap ne manfi rawaiyya kiya to aap ke apne andar manfi shakhsiyat banegi.</w:t>
      </w:r>
      <w:r>
        <w:br/>
      </w:r>
      <w:r>
        <w:rPr>
          <w:sz w:val="20"/>
        </w:rPr>
        <w:t>49:35  to log samajhte hain ke bas yeh to doosre ke baray mein bol raha hoon main. doosre ke baray mein main manfi tabasra de raha hoon. yeh bohat bhari bhool hai.</w:t>
      </w:r>
      <w:r>
        <w:br/>
      </w:r>
      <w:r>
        <w:rPr>
          <w:sz w:val="20"/>
        </w:rPr>
        <w:t>49:46  bohat bhari ghalati hai.</w:t>
      </w:r>
      <w:r>
        <w:br/>
      </w:r>
      <w:r>
        <w:rPr>
          <w:sz w:val="20"/>
        </w:rPr>
        <w:t>49:50  doosre ke khilaf bolna apne baray mein ek ek bohat bari cheez karna hai.</w:t>
      </w:r>
      <w:r>
        <w:br/>
      </w:r>
      <w:r>
        <w:rPr>
          <w:sz w:val="20"/>
        </w:rPr>
        <w:t>50:00  ke isi ke beech mein, isi ke darmiyan aap ke andar ek shakhsiyat ban rahi hoti hai.</w:t>
      </w:r>
      <w:r>
        <w:br/>
      </w:r>
      <w:r>
        <w:rPr>
          <w:sz w:val="20"/>
        </w:rPr>
        <w:t>50:11  to aap ko is se agar aap chahte hain, agar aap agar aap khud apne baray mein humdardi hain, apne khair khwah hain, to doosre ke baray mein bhi aap ko khair khwah banna parhe ga.</w:t>
      </w:r>
      <w:r>
        <w:br/>
      </w:r>
      <w:r>
        <w:rPr>
          <w:sz w:val="20"/>
        </w:rPr>
        <w:t>50:23  yad rakhiye jab jab aap doosre ke bare mein khair khwah banenge tab hi apne bare mein bhi khair khwah ban payenge. jab doosre ka mafad aap sochenge tab bhi aap ka mafad apna soch payenge.</w:t>
      </w:r>
      <w:r>
        <w:br/>
      </w:r>
      <w:r>
        <w:rPr>
          <w:sz w:val="20"/>
        </w:rPr>
        <w:t>50:36  jab doosre ke bare mein aap hamdard honge tab hi aap apne bare mein hamdard ho payenge.</w:t>
      </w:r>
      <w:r>
        <w:br/>
      </w:r>
      <w:r>
        <w:rPr>
          <w:sz w:val="20"/>
        </w:rPr>
        <w:t>50:46  yeh bohat hi zyada aham baat hai.</w:t>
      </w:r>
      <w:r>
        <w:br/>
      </w:r>
      <w:r>
        <w:rPr>
          <w:sz w:val="20"/>
        </w:rPr>
        <w:t>50:51  har lamha, har second, har lamha aap apne andar koi na koi shakhsiyat bana rahe hote hain.</w:t>
      </w:r>
      <w:r>
        <w:br/>
      </w:r>
      <w:r>
        <w:rPr>
          <w:sz w:val="20"/>
        </w:rPr>
        <w:t>51:02  ek aadmi ne ek baar kaha ke insaan har lamha apne aap ko nikharta rehta hai. insaan har lamha apne aap ko nikharta rehta hai.</w:t>
      </w:r>
      <w:r>
        <w:br/>
      </w:r>
      <w:r>
        <w:rPr>
          <w:sz w:val="20"/>
        </w:rPr>
        <w:t>51:13  yaani jaisa mein hoon waisa mein bahar aata rehta hoon. lekin yeh abhi abhi abhi aadhi baat hai. yaani yeh masla itna hi nahi ke mein apne aap ko nikharta hoon.</w:t>
      </w:r>
      <w:r>
        <w:br/>
      </w:r>
      <w:r>
        <w:rPr>
          <w:sz w:val="20"/>
        </w:rPr>
        <w:t>51:27  balkeh doosron se jo rawaiyya mera hai, is rawaiyye ke karte hue, is rawaiyye ke dauran mein apne andar ek shakhsiyat bana raha hota hoon.</w:t>
      </w:r>
      <w:r>
        <w:br/>
      </w:r>
      <w:r>
        <w:rPr>
          <w:sz w:val="20"/>
        </w:rPr>
        <w:t>51:42  mere andar jo shakhsiyat ban rahi hoti hai is ka barah e raast taluq is se hai ke mein kaise bolta hoon, kaise rawaiyya karta hoon, doosron ke sath mera kya dealing hoti hai.</w:t>
      </w:r>
      <w:r>
        <w:br/>
      </w:r>
      <w:r>
        <w:rPr>
          <w:sz w:val="20"/>
        </w:rPr>
        <w:t>51:53  is se barah e raast juri hui hai yeh.</w:t>
      </w:r>
      <w:r>
        <w:br/>
      </w:r>
      <w:r>
        <w:rPr>
          <w:sz w:val="20"/>
        </w:rPr>
        <w:t>51:56  alag nahi hai. doosre ke sath jo aap ka rawaiyya hoga usi ke mutabiq aap ke andar ki shakhsiyat banegi.</w:t>
      </w:r>
      <w:r>
        <w:br/>
      </w:r>
      <w:r>
        <w:rPr>
          <w:sz w:val="20"/>
        </w:rPr>
        <w:t>52:06  to khud apni khair khwahi ke liye, khud mafad ke liye aap ko yeh karna padega ke aap doosre ke bare mein bure na banein. doosre ke bare mein bure na banein.</w:t>
      </w:r>
      <w:r>
        <w:br/>
      </w:r>
      <w:r>
        <w:rPr>
          <w:sz w:val="20"/>
        </w:rPr>
        <w:t>52:21  mein samajhta hoon ke yeh bohat zyada sochne ki baat hai. bohat zyada sochne ki baat hai.</w:t>
      </w:r>
      <w:r>
        <w:br/>
      </w:r>
      <w:r>
        <w:rPr>
          <w:sz w:val="20"/>
        </w:rPr>
        <w:t>52:32  yaani farz karein aap ne kisi ko pathar mara.</w:t>
      </w:r>
      <w:r>
        <w:br/>
      </w:r>
      <w:r>
        <w:rPr>
          <w:sz w:val="20"/>
        </w:rPr>
        <w:t>52:37  is pathar se us ko chot lagi. us ko khoon nikla. to yeh sirf doosre ka mamla nahi hai. doosre ka mamla nahi hai.</w:t>
      </w:r>
      <w:r>
        <w:br/>
      </w:r>
      <w:r>
        <w:rPr>
          <w:sz w:val="20"/>
        </w:rPr>
        <w:t>52:47  doosre ko pathar marte hue aap ne kya kiya? apne andar nafrat ko ikattha kiya. apne andar tashaddud ko ikattha kiya.</w:t>
      </w:r>
      <w:r>
        <w:br/>
      </w:r>
      <w:r>
        <w:rPr>
          <w:sz w:val="20"/>
        </w:rPr>
        <w:t>52:57  apne andar ghair bardasht ko ikattha kiya. yeh aisa boom rang mamla hai yeh. boom rang. aisa kabhi nahi ho sakta ke aap doosron ke sath jo dealing kar rahe hon woh bas doosron ke bare mein ho, aap ka apne bare mein na ho.</w:t>
      </w:r>
      <w:r>
        <w:br/>
      </w:r>
      <w:r>
        <w:rPr>
          <w:sz w:val="20"/>
        </w:rPr>
        <w:t>53:18  to jab Hazrat Masih ne kaha ke mohabbat apne dushman ke sath karo, is ka ek matlab yeh bhi hai ke dushman ke sath mohabbat ka sulook karo to tumhare andar, tumhare dil mein mohabbat ke jazbat jo hain woh ikatthe karenge.</w:t>
      </w:r>
      <w:r>
        <w:br/>
      </w:r>
      <w:r>
        <w:rPr>
          <w:sz w:val="20"/>
        </w:rPr>
        <w:t>53:35  mohabbat ke jazbat jo hain woh paida honge. yaani apne aap ko mohabbat wali shakhsiyat banana apne andar. is ke liye zaroori hai ke doosron ke sath aap mohabbat ka sulook karein.</w:t>
      </w:r>
    </w:p>
    <w:p>
      <w:pPr>
        <w:pStyle w:val="Heading2"/>
      </w:pPr>
      <w:r>
        <w:t>Two books fail to present Islam relevantly</w:t>
      </w:r>
    </w:p>
    <w:p>
      <w:r>
        <w:rPr>
          <w:color w:val="666666"/>
          <w:sz w:val="18"/>
        </w:rPr>
        <w:t>Dawah in Scientific Age- 8 April 2011 · 5m 03s · at 5:23 · https://youtu.be/1casDo8bzXM?t=323</w:t>
      </w:r>
    </w:p>
    <w:p>
      <w:r>
        <w:rPr>
          <w:i/>
        </w:rPr>
        <w:t>“Woh that was not a readable book for that journalist”</w:t>
      </w:r>
    </w:p>
    <w:p>
      <w:r>
        <w:rPr>
          <w:sz w:val="20"/>
        </w:rPr>
        <w:t>5:23  woh that was not a readable book for this journalist. woh kaise? main batata hoon aap ko. yeh dono kitaben main ne padhi hain, main janta hoon in dono kitabon ko. ek kitab mein kya hai? ek kitab mein unhon ne yeh theory pesh ki hai ke Islam jo hai sab se zyada</w:t>
      </w:r>
      <w:r>
        <w:br/>
      </w:r>
      <w:r>
        <w:rPr>
          <w:sz w:val="20"/>
        </w:rPr>
        <w:t>5:55  yani, developed religion hai. woh kehte hain ke civilization jo hai woh progress karti rahi, us mein evolution hota raha. isi nisbat se mazhab aate rahe. pehle civilization less developed thi, to less developed mazhab bhi aaya, us waqt ke insan ke hisab se. phir jab civilization apni final stage pe pahunch gayi</w:t>
      </w:r>
      <w:r>
        <w:br/>
      </w:r>
      <w:r>
        <w:rPr>
          <w:sz w:val="20"/>
        </w:rPr>
        <w:t>6:25  to aakhri mazhab Khuda ne bhej diya, zyada developed mazhab, woh hai Islam. yeh hai is ka khulasa. to ab aap ko pichhle mazhab ko chhod kar ke Islam ko lena chahiye, kyunke woh up to the standard hai. aaj ka jo mayar hai civilization ka, us ke mutabiq hai. dekhen, yeh jo argument hai, yeh padhe likhe aadmi ke liye bilkul baseless hai. kuch bhi nahi hai woh. kyun? aaj ka padha likha aadmi janta hai ke</w:t>
      </w:r>
      <w:r>
        <w:br/>
      </w:r>
      <w:r>
        <w:rPr>
          <w:sz w:val="20"/>
        </w:rPr>
        <w:t>6:56  seven century AD mein Islam aaya. us waqt civilization apne final stage ko pahunchi nahi thi. woh to pahunchi hai scientific revolution ke baad. seven century AD mein civilization jo thi traditional stage mein thi. ab woh scientific stage mein hai. to final stage to ab aaya hai. to seven century mein kaise aa jayega woh mazhab jo</w:t>
      </w:r>
      <w:r>
        <w:br/>
      </w:r>
      <w:r>
        <w:rPr>
          <w:sz w:val="20"/>
        </w:rPr>
        <w:t>7:26  civilization ke aakhri, yani, aakhri taraqqi pe pahunch chuka ho jab civilization, to us ko woh cater kare? kitna contradiction hai. aaj ka har aadmi janta hai ke Islam aaya seven century mein. aur civilization jo hai apne final stage pe pahunchi hai twentyeth century mein. Islam aaya seven century AD mein. aur civilization</w:t>
      </w:r>
      <w:r>
        <w:br/>
      </w:r>
      <w:r>
        <w:rPr>
          <w:sz w:val="20"/>
        </w:rPr>
        <w:t>7:56  apne final stage ko pahunchi hai twentyeth century mein. to yeh kehna ke us waqt tehzeeb, us waqt civilization jo hai apne taraqqi ko pahunch chuki thi, is liye taraqqi yafta mazhab aaya, to bilkul ek absurd baat hai. to main samajhta hoon ke is aadmi ne us ko dust bin mein daal diya, us kitab ko. us ko padhne ke qabil nahi samjha. ab doosri kitab ko lijiyye.</w:t>
      </w:r>
      <w:r>
        <w:br/>
      </w:r>
      <w:r>
        <w:rPr>
          <w:sz w:val="20"/>
        </w:rPr>
        <w:t>8:26  doosri kitab jo hai, us mein yeh theory develop ki gayi hai ke musalman Khaleefatullah fil arz hai. musalman jo hain woh Khaleefatullah fil arz hain. musalman ka kaam kya hai? hukumat ilahia dunya mein qaim karna. yeh hai. yani sari dunya ke upar hukumat ilahia qaim karen musalman, kingdom of God. yeh un ka mansab hai. yeh</w:t>
      </w:r>
      <w:r>
        <w:br/>
      </w:r>
      <w:r>
        <w:rPr>
          <w:sz w:val="20"/>
        </w:rPr>
        <w:t>8:56  bhi bilkul absurd baat hai is zamane ke insan ke liye. aaj ka insan believe karta hai democracy mein. democracy ka matlab kya hai? government of the people, by the people, for the people. to yeh theocratic state jo hai, aaj ke insan ke liye understandable nahi hai. theocratic state kehte hain us ko jis mein koi mazhabi group rule kare. us ko right mil jaye ke us ko r</w:t>
      </w:r>
      <w:r>
        <w:br/>
      </w:r>
      <w:r>
        <w:rPr>
          <w:sz w:val="20"/>
        </w:rPr>
        <w:t>9:26  aur karna hai sari dunya mein. to aap pesh kar rahe hain is insaan ke samne theocratic rule ka concept, jabke insaan believe kar raha hai democracy mein, democratic rule ka uske zehn mein chhaya hua hai. ab dekhen ke jo Islam aap pesh kar rahe hain, is Islam mein aur aaj ke mind mein antar aa gaya hai, difference aa gaya hai. to yeh Islam un logon ke liye understandable</w:t>
      </w:r>
      <w:r>
        <w:br/>
      </w:r>
      <w:r>
        <w:rPr>
          <w:sz w:val="20"/>
        </w:rPr>
        <w:t>9:56  nahi raha. understandable nahi raha. aaj ka parha likha insaan jo hai, jo uski soch hai, jo uski thinking hai, usmein yeh baithta hi nahi hai Islam. ab bataen ke is tarah se log pesh kar rahe hain, to kaise woh samjhe insaan aisi kitaab ko? ek</w:t>
      </w:r>
    </w:p>
    <w:p>
      <w:pPr>
        <w:pStyle w:val="Heading2"/>
      </w:pPr>
      <w:r>
        <w:t>Awareness of time and self-change are essential</w:t>
      </w:r>
    </w:p>
    <w:p>
      <w:r>
        <w:rPr>
          <w:color w:val="666666"/>
          <w:sz w:val="18"/>
        </w:rPr>
        <w:t>A Believer’s Journey February 5, 2014 Maulana Wahiduddin Khan · 4m 24s · at 11:04 · https://youtu.be/QzHEA7XunSg?t=664</w:t>
      </w:r>
    </w:p>
    <w:p>
      <w:r>
        <w:rPr>
          <w:i/>
        </w:rPr>
        <w:t>“From this it follows that you must be aware of your time.”</w:t>
      </w:r>
    </w:p>
    <w:p>
      <w:r>
        <w:rPr>
          <w:sz w:val="20"/>
        </w:rPr>
        <w:t>11:04  is se is se yeh nikalta hai keh aap ko zamane ka, zamane zamane se ba khabar hona chahiye.</w:t>
      </w:r>
      <w:r>
        <w:br/>
      </w:r>
      <w:r>
        <w:rPr>
          <w:sz w:val="20"/>
        </w:rPr>
        <w:t>11:16  to aap dekhiye madaris mein kya hota hai? aap ko baseer-e-maazi banaya jata hai, baseer-e-haal nahi banaya jata. yeh galat nahi hai.</w:t>
      </w:r>
      <w:r>
        <w:br/>
      </w:r>
      <w:r>
        <w:rPr>
          <w:sz w:val="20"/>
        </w:rPr>
        <w:t>11:27  yeh koi galat nahi kehta ke yeh galat ho raha hai. waqea yahi hai, shayad yahi rahega hamesha ke madaris aap ko sirf baseer-e-maazi banayenge.</w:t>
      </w:r>
      <w:r>
        <w:br/>
      </w:r>
      <w:r>
        <w:rPr>
          <w:sz w:val="20"/>
        </w:rPr>
        <w:t>11:39  yaani maazi se ba-khabar banayenge.</w:t>
      </w:r>
      <w:r>
        <w:br/>
      </w:r>
      <w:r>
        <w:rPr>
          <w:sz w:val="20"/>
        </w:rPr>
        <w:t>11:43  lekin haal ya zamana is se nahi karenge. in ka woh woh in ka kaam nahi hai. woh yaani mein yeh kahunga ke yeh kaam hai in forward education ka.</w:t>
      </w:r>
      <w:r>
        <w:br/>
      </w:r>
      <w:r>
        <w:rPr>
          <w:sz w:val="20"/>
        </w:rPr>
        <w:t>12:04  forward education jo hoti hai, education for the sake of education.</w:t>
      </w:r>
      <w:r>
        <w:br/>
      </w:r>
      <w:r>
        <w:rPr>
          <w:sz w:val="20"/>
        </w:rPr>
        <w:t>12:11  dekhiye do qism ki taleem ka nizaam hota hai. ek hai forward education, ek in forward education. to forward education hoti hai is usool par ke education for the sake of education.</w:t>
      </w:r>
      <w:r>
        <w:br/>
      </w:r>
      <w:r>
        <w:rPr>
          <w:sz w:val="20"/>
        </w:rPr>
        <w:t>12:28  lekin in forward education jo hoti hai, is ka kya nishana hota hai?</w:t>
      </w:r>
      <w:r>
        <w:br/>
      </w:r>
      <w:r>
        <w:rPr>
          <w:sz w:val="20"/>
        </w:rPr>
        <w:t>12:34  education for the sake of intellectual development. yeh farq hai. is ko samjhiye. yaani forward education ka nishana hota hai education for the sake of education.</w:t>
      </w:r>
      <w:r>
        <w:br/>
      </w:r>
      <w:r>
        <w:rPr>
          <w:sz w:val="20"/>
        </w:rPr>
        <w:t>12:50  aur in forward education ka nishana hota hai education for the sake of intellectual development. to hum jo kaam kar rahe hain, woh yahi hai.</w:t>
      </w:r>
      <w:r>
        <w:br/>
      </w:r>
      <w:r>
        <w:rPr>
          <w:sz w:val="20"/>
        </w:rPr>
        <w:t>13:01  hum jo kaam kar rahe hain, woh in forward education hai.</w:t>
      </w:r>
      <w:r>
        <w:br/>
      </w:r>
      <w:r>
        <w:rPr>
          <w:sz w:val="20"/>
        </w:rPr>
        <w:t>13:06  in forward education yahi hai ke nisaab ke bahir jo zarea hain, un ko istemaal kar ke aap logon ko ba-shaoor banayein.</w:t>
      </w:r>
      <w:r>
        <w:br/>
      </w:r>
      <w:r>
        <w:rPr>
          <w:sz w:val="20"/>
        </w:rPr>
        <w:t>13:15  un ke andar intellectual development, intellectual development layein. un ko zamane se ba-khabar karein.</w:t>
      </w:r>
      <w:r>
        <w:br/>
      </w:r>
      <w:r>
        <w:rPr>
          <w:sz w:val="20"/>
        </w:rPr>
        <w:t>13:25  zamane ki zarooraton ko janne wale banayein. yeh hai in forward education ka goal.</w:t>
      </w:r>
      <w:r>
        <w:br/>
      </w:r>
      <w:r>
        <w:rPr>
          <w:sz w:val="20"/>
        </w:rPr>
        <w:t>13:37  to dekhiye forward education ka dhancha is tarah nahi badalta. aap badalne ki koshish karein to kuch kamyabi bhi nahi hogi aap ko.</w:t>
      </w:r>
      <w:r>
        <w:br/>
      </w:r>
      <w:r>
        <w:rPr>
          <w:sz w:val="20"/>
        </w:rPr>
        <w:t>13:48  to in forward education ke dhanchay ko as it is qabool kar lijiye.</w:t>
      </w:r>
      <w:r>
        <w:br/>
      </w:r>
      <w:r>
        <w:rPr>
          <w:sz w:val="20"/>
        </w:rPr>
        <w:t>13:55  in forward education ke dhanchay ko as it is qabool kar lijiye.</w:t>
      </w:r>
      <w:r>
        <w:br/>
      </w:r>
      <w:r>
        <w:rPr>
          <w:sz w:val="20"/>
        </w:rPr>
        <w:t>14:00  sirf yeh aap kijiye ke in forward education ka jo zarea hai, is ke zariye se logon ke andar aap shaoor-e-zamana paida karein.</w:t>
      </w:r>
      <w:r>
        <w:br/>
      </w:r>
      <w:r>
        <w:rPr>
          <w:sz w:val="20"/>
        </w:rPr>
        <w:t>14:15  un ko baseer-e-zamana banayein. un ko waqt ke taqazon ke mutabiq tayyar karein. yeh sab kijiye.</w:t>
      </w:r>
      <w:r>
        <w:br/>
      </w:r>
      <w:r>
        <w:rPr>
          <w:sz w:val="20"/>
        </w:rPr>
        <w:t>14:28  aur agar aap poore majmoo'ay mein tabdeeli nahi la sakte, poore mahaul ko badalne ki koshish mein nahi hain, to apne ko badliye.</w:t>
      </w:r>
      <w:r>
        <w:br/>
      </w:r>
      <w:r>
        <w:rPr>
          <w:sz w:val="20"/>
        </w:rPr>
        <w:t>14:48  is ka bhi Islam mein tafseel bata diya gaya hai ke ab pehla nishana hai majmoo'ay ko badalna.</w:t>
      </w:r>
      <w:r>
        <w:br/>
      </w:r>
      <w:r>
        <w:rPr>
          <w:sz w:val="20"/>
        </w:rPr>
        <w:t>14:57  lekin jab aap majmoo'ay ko badalne ki koshish mein na hon to apne aap ko badliye.</w:t>
      </w:r>
      <w:r>
        <w:br/>
      </w:r>
      <w:r>
        <w:rPr>
          <w:sz w:val="20"/>
        </w:rPr>
        <w:t>15:03  hadees mein aata hai, hadees bhi ek alag rikhsat.</w:t>
      </w:r>
      <w:r>
        <w:br/>
      </w:r>
      <w:r>
        <w:rPr>
          <w:sz w:val="20"/>
        </w:rPr>
        <w:t>15:09  ke kisi haal mein aap ko mayoos hone ki zaroorat nahi hai. shikayat ki zabaan bolne ki zaroorat nahi hai.</w:t>
      </w:r>
      <w:r>
        <w:br/>
      </w:r>
      <w:r>
        <w:rPr>
          <w:sz w:val="20"/>
        </w:rPr>
        <w:t>15:20  negative thinking mein mubtala hone ki zaroorat nahi hai.</w:t>
      </w:r>
    </w:p>
    <w:p>
      <w:pPr>
        <w:pStyle w:val="Heading2"/>
      </w:pPr>
      <w:r>
        <w:t>The mind-trigger theory behind the believer's wondrous life</w:t>
      </w:r>
    </w:p>
    <w:p>
      <w:r>
        <w:rPr>
          <w:color w:val="666666"/>
          <w:sz w:val="18"/>
        </w:rPr>
        <w:t>The Importance of Thinking November 10, 2013 Maulana Wahiduddin Khan · 4m 09s · at 7:49 · https://youtu.be/dM9yTT9UlCs?t=469</w:t>
      </w:r>
    </w:p>
    <w:p>
      <w:r>
        <w:rPr>
          <w:i/>
        </w:rPr>
        <w:t>“Life's experiences trigger your mind into a chain reaction”</w:t>
      </w:r>
    </w:p>
    <w:p>
      <w:r>
        <w:rPr>
          <w:sz w:val="20"/>
        </w:rPr>
        <w:t>7:49  dekhein, jo tajurbaat hote hain, jo experience hote hain zindagi mein, woh aap ke mind ko trigger karte hain.</w:t>
      </w:r>
      <w:r>
        <w:br/>
      </w:r>
      <w:r>
        <w:rPr>
          <w:sz w:val="20"/>
        </w:rPr>
        <w:t>8:00  har experience agar aap is ko gehrai ke sath lein, is par sochein to woh aap ke mind ko trigger karega. to aaj aik aisa waqia guzra jis ne mere mind ko trigger kiya.</w:t>
      </w:r>
      <w:r>
        <w:br/>
      </w:r>
      <w:r>
        <w:rPr>
          <w:sz w:val="20"/>
        </w:rPr>
        <w:t>8:16  dekhein, aaj ka jo akhbar hai, aaj ke akhbar mein aik item hai "stop thinking".</w:t>
      </w:r>
      <w:r>
        <w:br/>
      </w:r>
      <w:r>
        <w:rPr>
          <w:sz w:val="20"/>
        </w:rPr>
        <w:t>8:27  sochna band karo. "stop thinking". to ke akhbar mein to tha ke "stop thinking", mera haal yeh hua ke "start thinking" ban gaya.</w:t>
      </w:r>
      <w:r>
        <w:br/>
      </w:r>
      <w:r>
        <w:rPr>
          <w:sz w:val="20"/>
        </w:rPr>
        <w:t>8:40  woh sochna shuru karo.</w:t>
      </w:r>
      <w:r>
        <w:br/>
      </w:r>
      <w:r>
        <w:rPr>
          <w:sz w:val="20"/>
        </w:rPr>
        <w:t>8:47  kyun? main socha ke sochna band kaise kar sakte hain? dekhein, mind jo hai, is ka kaam hi sochna hai. sachi baat hai, koi apne mind ke sochne ka amal band hi nahi kar sakta.</w:t>
      </w:r>
      <w:r>
        <w:br/>
      </w:r>
      <w:r>
        <w:rPr>
          <w:sz w:val="20"/>
        </w:rPr>
        <w:t>9:02  woh process to rahega, aap na chahein tab bhi.</w:t>
      </w:r>
      <w:r>
        <w:br/>
      </w:r>
      <w:r>
        <w:rPr>
          <w:sz w:val="20"/>
        </w:rPr>
        <w:t>9:08  agar koi kehta hai ke main ne apni soch ko band kar diya to galat kehta hai. woh "that is against the law of nature".</w:t>
      </w:r>
      <w:r>
        <w:br/>
      </w:r>
      <w:r>
        <w:rPr>
          <w:sz w:val="20"/>
        </w:rPr>
        <w:t>9:19  "that is against the law of nature". to jab tak mind hai, jab tak aap zinda hain, mind sochega.</w:t>
      </w:r>
      <w:r>
        <w:br/>
      </w:r>
      <w:r>
        <w:rPr>
          <w:sz w:val="20"/>
        </w:rPr>
        <w:t>9:29  to dekhein, akhbar mein tha ke "stop thinking". mere mind mein kya hua ke "start thinking" ban gaya.</w:t>
      </w:r>
      <w:r>
        <w:br/>
      </w:r>
      <w:r>
        <w:rPr>
          <w:sz w:val="20"/>
        </w:rPr>
        <w:t>9:38  woh mera mind jo trigger hua to us ne is ko aik aur mind nikaal liya.</w:t>
      </w:r>
      <w:r>
        <w:br/>
      </w:r>
      <w:r>
        <w:rPr>
          <w:sz w:val="20"/>
        </w:rPr>
        <w:t>9:47  phir kya hua ke jab sochna shuru hua to bohat sari baatein samajh mein aayin, aik ke baad aik ke baad aik baat.</w:t>
      </w:r>
      <w:r>
        <w:br/>
      </w:r>
      <w:r>
        <w:rPr>
          <w:sz w:val="20"/>
        </w:rPr>
        <w:t>9:58  to jis ko angrezi mein kehte hain "chain reaction".</w:t>
      </w:r>
      <w:r>
        <w:br/>
      </w:r>
      <w:r>
        <w:rPr>
          <w:sz w:val="20"/>
        </w:rPr>
        <w:t>10:04  to main samajhta hoon ke yeh jo quran mein aur hadith mein hai ke 700 guna tak, to is ka matlab yeh hai ke agar tumhara mind trigger ho jaye to aik ke baad aik is mein item aate chale jayenge.</w:t>
      </w:r>
      <w:r>
        <w:br/>
      </w:r>
      <w:r>
        <w:rPr>
          <w:sz w:val="20"/>
        </w:rPr>
        <w:t>10:23  thinking ka chain reaction ho jayega. yeh matlab hai is ka.</w:t>
      </w:r>
      <w:r>
        <w:br/>
      </w:r>
      <w:r>
        <w:rPr>
          <w:sz w:val="20"/>
        </w:rPr>
        <w:t>10:32  aur aik aur hadith mujhe yaad aayi is silsile mein. aik hadith hai: "dekhein ke ajaba la amr al momin fa inna amrahu kullahu khair".</w:t>
      </w:r>
      <w:r>
        <w:br/>
      </w:r>
      <w:r>
        <w:rPr>
          <w:sz w:val="20"/>
        </w:rPr>
        <w:t>10:51  idha asabat hu sarra shakar fa kaana khair lahu.</w:t>
      </w:r>
      <w:r>
        <w:br/>
      </w:r>
      <w:r>
        <w:rPr>
          <w:sz w:val="20"/>
        </w:rPr>
        <w:t>10:58  haan, is mein dekhein yeh lafz hai ke "laisa zhalika li ahadin illa lil momin". yeh jo bataya gaya hai is baat mein, is mein yeh lafz hai ke "laisa zhalika li ahadin illa lil momin".</w:t>
      </w:r>
      <w:r>
        <w:br/>
      </w:r>
      <w:r>
        <w:rPr>
          <w:sz w:val="20"/>
        </w:rPr>
        <w:t>11:16  is ka matlab hai ke momin ka muamla kaisa ajeeb hai</w:t>
      </w:r>
      <w:r>
        <w:br/>
      </w:r>
      <w:r>
        <w:rPr>
          <w:sz w:val="20"/>
        </w:rPr>
        <w:t>11:21  ke is ke liye har baat khair ban jati hai aur yeh sirf momin hi ke liye hai.</w:t>
      </w:r>
      <w:r>
        <w:br/>
      </w:r>
      <w:r>
        <w:rPr>
          <w:sz w:val="20"/>
        </w:rPr>
        <w:t>11:29  agar is ko kuch acha tajurba ho to shukr karta hai, to is ko is ka sawab milta hai. agar koi</w:t>
      </w:r>
      <w:r>
        <w:br/>
      </w:r>
      <w:r>
        <w:rPr>
          <w:sz w:val="20"/>
        </w:rPr>
        <w:t>11:41  negative tajruba ho to sabr karta hai, is ka is ko sawab milta hai. to yeh jo lafz hai, bohat hi ba-ma'ni lafz hai: "laisa zalik illa lil momin".</w:t>
      </w:r>
      <w:r>
        <w:br/>
      </w:r>
      <w:r>
        <w:rPr>
          <w:sz w:val="20"/>
        </w:rPr>
        <w:t>11:56  yeh kisi aur ke liye nahi hai, sirf momin ke liye.</w:t>
      </w:r>
    </w:p>
    <w:p>
      <w:pPr>
        <w:pStyle w:val="Heading2"/>
      </w:pPr>
      <w:r>
        <w:t>Edison's disability turned into blessing</w:t>
      </w:r>
    </w:p>
    <w:p>
      <w:r>
        <w:rPr>
          <w:color w:val="666666"/>
          <w:sz w:val="18"/>
        </w:rPr>
        <w:t>Problem of Suffering | October 29, 2007 · 3m 35s · at 38:08 · https://youtu.be/6dOZdfipjXQ?t=2288</w:t>
      </w:r>
    </w:p>
    <w:p>
      <w:r>
        <w:rPr>
          <w:i/>
        </w:rPr>
        <w:t>“Thomas Alva Edison was the greatest inventor”</w:t>
      </w:r>
    </w:p>
    <w:p>
      <w:r>
        <w:rPr>
          <w:sz w:val="20"/>
        </w:rPr>
        <w:t>38:08  Thomas Alva Edison jo hai woh Invention ki History mein sab se bara Scientist maana jaata hai.</w:t>
      </w:r>
      <w:r>
        <w:br/>
      </w:r>
      <w:r>
        <w:rPr>
          <w:sz w:val="20"/>
        </w:rPr>
        <w:t>38:14  akele is ek insaan ne ek hazar se zyada Invention kiya.</w:t>
      </w:r>
      <w:r>
        <w:br/>
      </w:r>
      <w:r>
        <w:rPr>
          <w:sz w:val="20"/>
        </w:rPr>
        <w:t>38:20  ek hazar se zyada.</w:t>
      </w:r>
      <w:r>
        <w:br/>
      </w:r>
      <w:r>
        <w:rPr>
          <w:sz w:val="20"/>
        </w:rPr>
        <w:t>38:26  Thomas Alva Edison. American Scientist.</w:t>
      </w:r>
      <w:r>
        <w:br/>
      </w:r>
      <w:r>
        <w:rPr>
          <w:sz w:val="20"/>
        </w:rPr>
        <w:t>38:32  ab dekhiye, school mein is ko Admit kiya gaya aur us ke Teacher ne is ko</w:t>
      </w:r>
      <w:r>
        <w:br/>
      </w:r>
      <w:r>
        <w:rPr>
          <w:sz w:val="20"/>
        </w:rPr>
        <w:t>38:38  nikal diya. school se nikal diya. aur phir kahin is ko phir admission nahi mila. kyun? Teacher ne is ko Declare kar diya tha ke yeh woh hai. parhne qabil nahi hai. Retarded hai. yani Retarded Student ke taur par is ko nikal diya. wajah kya thi? ke class mein jab baithta tha woh to Te</w:t>
      </w:r>
      <w:r>
        <w:br/>
      </w:r>
      <w:r>
        <w:rPr>
          <w:sz w:val="20"/>
        </w:rPr>
        <w:t>39:08  acher ki baton ko woh poori tarah se sun nahin pata tha.</w:t>
      </w:r>
      <w:r>
        <w:br/>
      </w:r>
      <w:r>
        <w:rPr>
          <w:sz w:val="20"/>
        </w:rPr>
        <w:t>39:13  تو وہ سمجھا کہ یہ retarded ہے، اس کو عقل کم ہے، سمجھتا نہیں باتوں کو، باتوں کو</w:t>
      </w:r>
      <w:r>
        <w:br/>
      </w:r>
      <w:r>
        <w:rPr>
          <w:sz w:val="20"/>
        </w:rPr>
        <w:t>39:17  پکڑتا نہیں، grasp نہیں اس کے اندر ہے۔</w:t>
      </w:r>
      <w:r>
        <w:br/>
      </w:r>
      <w:r>
        <w:rPr>
          <w:sz w:val="20"/>
        </w:rPr>
        <w:t>39:22  to nikaal diya.</w:t>
      </w:r>
      <w:r>
        <w:br/>
      </w:r>
      <w:r>
        <w:rPr>
          <w:sz w:val="20"/>
        </w:rPr>
        <w:t>39:26  lekin dekhiye is ke baad kya hota hai? Is ki maa jo ek retired Teacher thi, us ko</w:t>
      </w:r>
      <w:r>
        <w:br/>
      </w:r>
      <w:r>
        <w:rPr>
          <w:sz w:val="20"/>
        </w:rPr>
        <w:t>39:31  bete se pyaar tha zahir hai.</w:t>
      </w:r>
      <w:r>
        <w:br/>
      </w:r>
      <w:r>
        <w:rPr>
          <w:sz w:val="20"/>
        </w:rPr>
        <w:t>39:35  to us ne socha.</w:t>
      </w:r>
      <w:r>
        <w:br/>
      </w:r>
      <w:r>
        <w:rPr>
          <w:sz w:val="20"/>
        </w:rPr>
        <w:t>39:40  تو سوچتے سوچتے وہاں پہنچی کہ یہ retarded، میرا بچہ retarded نہیں ہے۔</w:t>
      </w:r>
      <w:r>
        <w:br/>
      </w:r>
      <w:r>
        <w:rPr>
          <w:sz w:val="20"/>
        </w:rPr>
        <w:t>39:43  yeh Impaired Hearing ka shikaar hai.</w:t>
      </w:r>
      <w:r>
        <w:br/>
      </w:r>
      <w:r>
        <w:rPr>
          <w:sz w:val="20"/>
        </w:rPr>
        <w:t>39:47  Impaired Hearing ka matlab kam sunna.</w:t>
      </w:r>
      <w:r>
        <w:br/>
      </w:r>
      <w:r>
        <w:rPr>
          <w:sz w:val="20"/>
        </w:rPr>
        <w:t>39:51  poora poora Deaf to nahin tha woh.</w:t>
      </w:r>
      <w:r>
        <w:br/>
      </w:r>
      <w:r>
        <w:rPr>
          <w:sz w:val="20"/>
        </w:rPr>
        <w:t>39:55  Deaf to woh hai jo bilkul behra ho jaye.</w:t>
      </w:r>
      <w:r>
        <w:br/>
      </w:r>
      <w:r>
        <w:rPr>
          <w:sz w:val="20"/>
        </w:rPr>
        <w:t>39:59  to ek dum behra to nahin tha woh lekin Impaired Hearing ka shikaar tha.</w:t>
      </w:r>
      <w:r>
        <w:br/>
      </w:r>
      <w:r>
        <w:rPr>
          <w:sz w:val="20"/>
        </w:rPr>
        <w:t>40:02  kam sunta tha woh.</w:t>
      </w:r>
      <w:r>
        <w:br/>
      </w:r>
      <w:r>
        <w:rPr>
          <w:sz w:val="20"/>
        </w:rPr>
        <w:t>40:06  to maa ne us ko ghar mein parhana shuru</w:t>
      </w:r>
      <w:r>
        <w:br/>
      </w:r>
      <w:r>
        <w:rPr>
          <w:sz w:val="20"/>
        </w:rPr>
        <w:t>40:10  kya.</w:t>
      </w:r>
      <w:r>
        <w:br/>
      </w:r>
      <w:r>
        <w:rPr>
          <w:sz w:val="20"/>
        </w:rPr>
        <w:t>40:14  itna hi karna pada, is ko zyada zor se bolti thi maan.</w:t>
      </w:r>
      <w:r>
        <w:br/>
      </w:r>
      <w:r>
        <w:rPr>
          <w:sz w:val="20"/>
        </w:rPr>
        <w:t>40:19  Teacher bolta tha Normal aawaz se aur maan ko is ke kaan ke paas zyada zor se bolna pada.</w:t>
      </w:r>
      <w:r>
        <w:br/>
      </w:r>
      <w:r>
        <w:rPr>
          <w:sz w:val="20"/>
        </w:rPr>
        <w:t>40:23  to ghar mein sari is ki parhai hui.</w:t>
      </w:r>
      <w:r>
        <w:br/>
      </w:r>
      <w:r>
        <w:rPr>
          <w:sz w:val="20"/>
        </w:rPr>
        <w:t>40:27  kisi school mein nahi parha is ne.</w:t>
      </w:r>
      <w:r>
        <w:br/>
      </w:r>
      <w:r>
        <w:rPr>
          <w:sz w:val="20"/>
        </w:rPr>
        <w:t>40:32  kisi college mein is ne nahi parha is ne.</w:t>
      </w:r>
      <w:r>
        <w:br/>
      </w:r>
      <w:r>
        <w:rPr>
          <w:sz w:val="20"/>
        </w:rPr>
        <w:t>40:36  kisi university ki degree is ke paas nahi thi.</w:t>
      </w:r>
      <w:r>
        <w:br/>
      </w:r>
      <w:r>
        <w:rPr>
          <w:sz w:val="20"/>
        </w:rPr>
        <w:t>40:40  lekin wo dunya ka aik aik Top Scientist bana.</w:t>
      </w:r>
      <w:r>
        <w:br/>
      </w:r>
      <w:r>
        <w:rPr>
          <w:sz w:val="20"/>
        </w:rPr>
        <w:t>40:46  aur bohat si cheezein, Electronics ka jo saman hai sab isi ne Invent kiya.</w:t>
      </w:r>
      <w:r>
        <w:br/>
      </w:r>
      <w:r>
        <w:rPr>
          <w:sz w:val="20"/>
        </w:rPr>
        <w:t>40:51  bijli ka saman, Electronics ka saman.</w:t>
      </w:r>
      <w:r>
        <w:br/>
      </w:r>
      <w:r>
        <w:rPr>
          <w:sz w:val="20"/>
        </w:rPr>
        <w:t>40:56  gharz yeh ke bohat cheezein, aik hazar se zyada is ki Inventions hain.</w:t>
      </w:r>
      <w:r>
        <w:br/>
      </w:r>
      <w:r>
        <w:rPr>
          <w:sz w:val="20"/>
        </w:rPr>
        <w:t>41:01  ab jo is ka jo is ki jo kami thi, yani is ka jo bahra pan tha is</w:t>
      </w:r>
      <w:r>
        <w:br/>
      </w:r>
      <w:r>
        <w:rPr>
          <w:sz w:val="20"/>
        </w:rPr>
        <w:t>41:06  ka, to baat ko is ne kaha,</w:t>
      </w:r>
      <w:r>
        <w:br/>
      </w:r>
      <w:r>
        <w:rPr>
          <w:sz w:val="20"/>
        </w:rPr>
        <w:t>41:12  یعنی Edison نے کہ That was for me that was a boon.</w:t>
      </w:r>
      <w:r>
        <w:br/>
      </w:r>
      <w:r>
        <w:rPr>
          <w:sz w:val="20"/>
        </w:rPr>
        <w:t>41:20  yani Impaired Hearing jo thi mere liye Blessing thi.</w:t>
      </w:r>
      <w:r>
        <w:br/>
      </w:r>
      <w:r>
        <w:rPr>
          <w:sz w:val="20"/>
        </w:rPr>
        <w:t>41:28  وہ کیسے؟ My impaired hearing saved me from distraction.</w:t>
      </w:r>
      <w:r>
        <w:br/>
      </w:r>
      <w:r>
        <w:rPr>
          <w:sz w:val="20"/>
        </w:rPr>
        <w:t>41:36  So I was able to engage myself completely in my work</w:t>
      </w:r>
    </w:p>
    <w:p>
      <w:pPr>
        <w:pStyle w:val="Heading2"/>
      </w:pPr>
      <w:r>
        <w:t>Dealing with failures as positive experiences</w:t>
      </w:r>
    </w:p>
    <w:p>
      <w:r>
        <w:rPr>
          <w:color w:val="666666"/>
          <w:sz w:val="18"/>
        </w:rPr>
        <w:t>Wisdom of Hadith September 11, 2016 · 6m 14s · at 54:41 · https://youtu.be/XPxlLv2_q1o?t=3281</w:t>
      </w:r>
    </w:p>
    <w:p>
      <w:r>
        <w:rPr>
          <w:i/>
        </w:rPr>
        <w:t>“It is so hard to take failures positively”</w:t>
      </w:r>
    </w:p>
    <w:p>
      <w:r>
        <w:rPr>
          <w:sz w:val="20"/>
        </w:rPr>
        <w:t>54:41  it is so hard to take failures positively.</w:t>
      </w:r>
      <w:r>
        <w:br/>
      </w:r>
      <w:r>
        <w:rPr>
          <w:sz w:val="20"/>
        </w:rPr>
        <w:t>54:46  What would be your advice to me?</w:t>
      </w:r>
      <w:r>
        <w:br/>
      </w:r>
      <w:r>
        <w:rPr>
          <w:sz w:val="20"/>
        </w:rPr>
        <w:t>54:51  to aap mein to kahoon ga aap jantay hi nahin kay experience kya hai.</w:t>
      </w:r>
      <w:r>
        <w:br/>
      </w:r>
      <w:r>
        <w:rPr>
          <w:sz w:val="20"/>
        </w:rPr>
        <w:t>54:57  aap jantay hi nahin kay experience kya hai.</w:t>
      </w:r>
      <w:r>
        <w:br/>
      </w:r>
      <w:r>
        <w:rPr>
          <w:sz w:val="20"/>
        </w:rPr>
        <w:t>55:02  aap nay yeh apnay baray mein jo samjha kay woh ghalat samjha.</w:t>
      </w:r>
      <w:r>
        <w:br/>
      </w:r>
      <w:r>
        <w:rPr>
          <w:sz w:val="20"/>
        </w:rPr>
        <w:t>55:08  aap jantay hi nahin kay experience kya hai.</w:t>
      </w:r>
      <w:r>
        <w:br/>
      </w:r>
      <w:r>
        <w:rPr>
          <w:sz w:val="20"/>
        </w:rPr>
        <w:t>55:13  experience ka matlab hi yeh hai kay rethinking ka subject banana.</w:t>
      </w:r>
      <w:r>
        <w:br/>
      </w:r>
      <w:r>
        <w:rPr>
          <w:sz w:val="20"/>
        </w:rPr>
        <w:t>55:18  experience ka matlab hi kay agar aap fail ho jayen to is failure ka jo tajurba aap ko</w:t>
      </w:r>
      <w:r>
        <w:br/>
      </w:r>
      <w:r>
        <w:rPr>
          <w:sz w:val="20"/>
        </w:rPr>
        <w:t>55:24  hua hai, is tajurbay ko lay kar aap rethinking karen.</w:t>
      </w:r>
      <w:r>
        <w:br/>
      </w:r>
      <w:r>
        <w:rPr>
          <w:sz w:val="20"/>
        </w:rPr>
        <w:t>55:29  yeh hi to hai experience.</w:t>
      </w:r>
      <w:r>
        <w:br/>
      </w:r>
      <w:r>
        <w:rPr>
          <w:sz w:val="20"/>
        </w:rPr>
        <w:t>55:35  yeh nahin to phir aap ko experience kahan hua? jo aap ko hua, woh to reaction tha.</w:t>
      </w:r>
      <w:r>
        <w:br/>
      </w:r>
      <w:r>
        <w:rPr>
          <w:sz w:val="20"/>
        </w:rPr>
        <w:t>55:40  aap reaction aur experience ko alag alag kar kay nahin daikh paatay.</w:t>
      </w:r>
      <w:r>
        <w:br/>
      </w:r>
      <w:r>
        <w:rPr>
          <w:sz w:val="20"/>
        </w:rPr>
        <w:t>55:45  experience pooray ma'nay mein aik positive word hai.</w:t>
      </w:r>
      <w:r>
        <w:br/>
      </w:r>
      <w:r>
        <w:rPr>
          <w:sz w:val="20"/>
        </w:rPr>
        <w:t>55:51  positive, jaisay rasool Allah sal Allah alayh wasallam ko experience hua kay woh log tayyar nahin hain is</w:t>
      </w:r>
      <w:r>
        <w:br/>
      </w:r>
      <w:r>
        <w:rPr>
          <w:sz w:val="20"/>
        </w:rPr>
        <w:t>55:56  baat kay liye kay Hudaybiyyah agreement mein Muhammad rasool Allah likha jaye.</w:t>
      </w:r>
      <w:r>
        <w:br/>
      </w:r>
      <w:r>
        <w:rPr>
          <w:sz w:val="20"/>
        </w:rPr>
        <w:t>56:02  to aap nay is ko positive sense mein liya kay theek hai, mita do is ko, likho Muhammad ibn Abdullah.</w:t>
      </w:r>
      <w:r>
        <w:br/>
      </w:r>
      <w:r>
        <w:rPr>
          <w:sz w:val="20"/>
        </w:rPr>
        <w:t>56:07  to aap nay abhi apnay experience ko positive sense mein liya hi nahin, reaction kay tor par liya.</w:t>
      </w:r>
      <w:r>
        <w:br/>
      </w:r>
      <w:r>
        <w:rPr>
          <w:sz w:val="20"/>
        </w:rPr>
        <w:t>56:12  to aap ko kaisay is say faida hoga? ji Maulana, agla sawal letay hain jo Lucknow say bheja</w:t>
      </w:r>
      <w:r>
        <w:br/>
      </w:r>
      <w:r>
        <w:rPr>
          <w:sz w:val="20"/>
        </w:rPr>
        <w:t>56:18  hai Atta Bol sahib nay aur unhon nay likha hai: Maulana sahib Many people commit suicides when they face failures.</w:t>
      </w:r>
      <w:r>
        <w:br/>
      </w:r>
      <w:r>
        <w:rPr>
          <w:sz w:val="20"/>
        </w:rPr>
        <w:t>56:23  As for them, it is the end of their dream.</w:t>
      </w:r>
      <w:r>
        <w:br/>
      </w:r>
      <w:r>
        <w:rPr>
          <w:sz w:val="20"/>
        </w:rPr>
        <w:t>56:29  For example, I know someone who had a passion to become a doctor and dreamed all his life</w:t>
      </w:r>
      <w:r>
        <w:br/>
      </w:r>
      <w:r>
        <w:rPr>
          <w:sz w:val="20"/>
        </w:rPr>
        <w:t>56:34  to become a heart surgeon, but he failed to clear the entrance exam, and as a result, he</w:t>
      </w:r>
      <w:r>
        <w:br/>
      </w:r>
      <w:r>
        <w:rPr>
          <w:sz w:val="20"/>
        </w:rPr>
        <w:t>56:39  has attempted suicides few times.</w:t>
      </w:r>
      <w:r>
        <w:br/>
      </w:r>
      <w:r>
        <w:rPr>
          <w:sz w:val="20"/>
        </w:rPr>
        <w:t>56:45  How can I convince him to adopt practical wisdom as this is what he wanted in life and</w:t>
      </w:r>
      <w:r>
        <w:br/>
      </w:r>
      <w:r>
        <w:rPr>
          <w:sz w:val="20"/>
        </w:rPr>
        <w:t>56:50  does not want to think of any second alternative?</w:t>
      </w:r>
      <w:r>
        <w:br/>
      </w:r>
      <w:r>
        <w:rPr>
          <w:sz w:val="20"/>
        </w:rPr>
        <w:t>56:56  Please advise in such a scenario how failures can be taken as positive experiences.</w:t>
      </w:r>
      <w:r>
        <w:br/>
      </w:r>
      <w:r>
        <w:rPr>
          <w:sz w:val="20"/>
        </w:rPr>
        <w:t>57:01  dekhiye, suicide par ek kitaab chhapi hai, is ne bohat se cases ko study kiya hai.</w:t>
      </w:r>
      <w:r>
        <w:br/>
      </w:r>
      <w:r>
        <w:rPr>
          <w:sz w:val="20"/>
        </w:rPr>
        <w:t>57:07  aise case jis mein aadmi ne attempt kiya lekin woh marne se bach gaya.</w:t>
      </w:r>
      <w:r>
        <w:br/>
      </w:r>
      <w:r>
        <w:rPr>
          <w:sz w:val="20"/>
        </w:rPr>
        <w:t>57:13  suicide kiya is ne lekin woh bach gaya.</w:t>
      </w:r>
      <w:r>
        <w:br/>
      </w:r>
      <w:r>
        <w:rPr>
          <w:sz w:val="20"/>
        </w:rPr>
        <w:t>57:19  to is ne likha hai ke jo aadmi suicide karne se bach jata hai, us ka hero ban jata hai.</w:t>
      </w:r>
      <w:r>
        <w:br/>
      </w:r>
      <w:r>
        <w:rPr>
          <w:sz w:val="20"/>
        </w:rPr>
        <w:t>57:25  woh mein ne khud bhi ek aadmi ko dekha hai Aadam Garh mein jis ne suicide kiya tha,</w:t>
      </w:r>
      <w:r>
        <w:br/>
      </w:r>
      <w:r>
        <w:rPr>
          <w:sz w:val="20"/>
        </w:rPr>
        <w:t>57:31  lekin phir doctor aa gaye aur is ne bacha liya us ko.</w:t>
      </w:r>
      <w:r>
        <w:br/>
      </w:r>
      <w:r>
        <w:rPr>
          <w:sz w:val="20"/>
        </w:rPr>
        <w:t>57:36  woh hero ban gaya.</w:t>
      </w:r>
      <w:r>
        <w:br/>
      </w:r>
      <w:r>
        <w:rPr>
          <w:sz w:val="20"/>
        </w:rPr>
        <w:t>57:42  to suicide jo log karte hain, woh asal mein unawareness ki wajah se karte hain.</w:t>
      </w:r>
      <w:r>
        <w:br/>
      </w:r>
      <w:r>
        <w:rPr>
          <w:sz w:val="20"/>
        </w:rPr>
        <w:t>57:48  na apne baray mein jante, na law of nature ko jante, na scope ko jante, na opportunities ko jante.</w:t>
      </w:r>
      <w:r>
        <w:br/>
      </w:r>
      <w:r>
        <w:rPr>
          <w:sz w:val="20"/>
        </w:rPr>
        <w:t>57:54  woh sirf mayusi ko jante hain, apni mayusi ko.</w:t>
      </w:r>
      <w:r>
        <w:br/>
      </w:r>
      <w:r>
        <w:rPr>
          <w:sz w:val="20"/>
        </w:rPr>
        <w:t>58:00  mayusi ko le kar ke woh suicide kar lete hain.</w:t>
      </w:r>
      <w:r>
        <w:br/>
      </w:r>
      <w:r>
        <w:rPr>
          <w:sz w:val="20"/>
        </w:rPr>
        <w:t>58:06  har suicide karne wala aadmi sirf mayusi ko janta hai, kuch janta hi nahi.</w:t>
      </w:r>
      <w:r>
        <w:br/>
      </w:r>
      <w:r>
        <w:rPr>
          <w:sz w:val="20"/>
        </w:rPr>
        <w:t>58:11  ab is kitaab ko parhiye, is mein bataya gaya hai ke jo aadmi suicide kiya aur bach gaya,</w:t>
      </w:r>
      <w:r>
        <w:br/>
      </w:r>
      <w:r>
        <w:rPr>
          <w:sz w:val="20"/>
        </w:rPr>
        <w:t>58:17  woh hero ban gaya.</w:t>
      </w:r>
      <w:r>
        <w:br/>
      </w:r>
      <w:r>
        <w:rPr>
          <w:sz w:val="20"/>
        </w:rPr>
        <w:t>58:23  woh kyunke is zindagi ki qeemat maloom ho gayi, us ko is ko zindagi ki qeemat maloom ho gayi.</w:t>
      </w:r>
      <w:r>
        <w:br/>
      </w:r>
      <w:r>
        <w:rPr>
          <w:sz w:val="20"/>
        </w:rPr>
        <w:t>58:29  ji Maulana, agla sawal Bhopal se bheja hai Farooq sahib ne aur unhon ne aap se poocha hai</w:t>
      </w:r>
      <w:r>
        <w:br/>
      </w:r>
      <w:r>
        <w:rPr>
          <w:sz w:val="20"/>
        </w:rPr>
        <w:t>58:35  ke Maulana sahib Can you give us examples from your life as to how you took failures in</w:t>
      </w:r>
      <w:r>
        <w:br/>
      </w:r>
      <w:r>
        <w:rPr>
          <w:sz w:val="20"/>
        </w:rPr>
        <w:t>58:41  your individual life as experiences which changed the course of your life for better?</w:t>
      </w:r>
      <w:r>
        <w:br/>
      </w:r>
      <w:r>
        <w:rPr>
          <w:sz w:val="20"/>
        </w:rPr>
        <w:t>58:47  meri to poori zindagi isi ki misaal hai.</w:t>
      </w:r>
      <w:r>
        <w:br/>
      </w:r>
      <w:r>
        <w:rPr>
          <w:sz w:val="20"/>
        </w:rPr>
        <w:t>58:53  poori zindagi mein bar bar bata bhi chuka hoon is program mein.</w:t>
      </w:r>
      <w:r>
        <w:br/>
      </w:r>
      <w:r>
        <w:rPr>
          <w:sz w:val="20"/>
        </w:rPr>
        <w:t>58:59  aap kabhi Delhi aain to inshallah mein aap ko aur bataunga ya aap telephone kijiye.</w:t>
      </w:r>
      <w:r>
        <w:br/>
      </w:r>
      <w:r>
        <w:rPr>
          <w:sz w:val="20"/>
        </w:rPr>
        <w:t>59:05  yahan to mein program mein bar bar bata chuka hoon aise waqiat apne.</w:t>
      </w:r>
      <w:r>
        <w:br/>
      </w:r>
      <w:r>
        <w:rPr>
          <w:sz w:val="20"/>
        </w:rPr>
        <w:t>59:11  aap regular agar aap ne suna ho aap ne to aap janenge ke mein ne bar bar bataya aise waqiat.</w:t>
      </w:r>
      <w:r>
        <w:br/>
      </w:r>
      <w:r>
        <w:rPr>
          <w:sz w:val="20"/>
        </w:rPr>
        <w:t>59:17  ek baar nahi hai.</w:t>
      </w:r>
      <w:r>
        <w:br/>
      </w:r>
      <w:r>
        <w:rPr>
          <w:sz w:val="20"/>
        </w:rPr>
        <w:t>59:23  مولانا، باربیل سے مختar ansari sahab ne aap se pucha hai ke maulana sahab How to develop right thinking attitude?</w:t>
      </w:r>
      <w:r>
        <w:br/>
      </w:r>
      <w:r>
        <w:rPr>
          <w:sz w:val="20"/>
        </w:rPr>
        <w:t>59:30  Kindly advise me.</w:t>
      </w:r>
      <w:r>
        <w:br/>
      </w:r>
      <w:r>
        <w:rPr>
          <w:sz w:val="20"/>
        </w:rPr>
        <w:t>59:35  Objective study bas aik hi lafz hai.</w:t>
      </w:r>
      <w:r>
        <w:br/>
      </w:r>
      <w:r>
        <w:rPr>
          <w:sz w:val="20"/>
        </w:rPr>
        <w:t>59:41  Objective study aur bas musalmanon mein yeh hai hi nahin.</w:t>
      </w:r>
      <w:r>
        <w:br/>
      </w:r>
      <w:r>
        <w:rPr>
          <w:sz w:val="20"/>
        </w:rPr>
        <w:t>59:46  Musalmanon mein objective study sarr-e-aam nahin hai.</w:t>
      </w:r>
      <w:r>
        <w:br/>
      </w:r>
      <w:r>
        <w:rPr>
          <w:sz w:val="20"/>
        </w:rPr>
        <w:t>59:52  Baray baray top kay log bhi in kay andar objective study nahin hai.</w:t>
      </w:r>
      <w:r>
        <w:br/>
      </w:r>
      <w:r>
        <w:rPr>
          <w:sz w:val="20"/>
        </w:rPr>
        <w:t>59:57  To apni thinking ko badliey, apni objectivity paida kijiye aur aur study barhaiye.</w:t>
      </w:r>
      <w:r>
        <w:br/>
      </w:r>
      <w:r>
        <w:rPr>
          <w:sz w:val="20"/>
        </w:rPr>
        <w:t>1:00:03  To apnay aap woh is cheez paida ho jaye gi.</w:t>
      </w:r>
      <w:r>
        <w:br/>
      </w:r>
      <w:r>
        <w:rPr>
          <w:sz w:val="20"/>
        </w:rPr>
        <w:t>1:00:08  Aap ko apnay aap.</w:t>
      </w:r>
      <w:r>
        <w:br/>
      </w:r>
      <w:r>
        <w:rPr>
          <w:sz w:val="20"/>
        </w:rPr>
        <w:t>1:00:14  Okay, we will end this session.</w:t>
      </w:r>
      <w:r>
        <w:br/>
      </w:r>
      <w:r>
        <w:rPr>
          <w:sz w:val="20"/>
        </w:rPr>
        <w:t>1:00:19  If you want to join CPS International, then please write to us at info@cpsglobal.org.</w:t>
      </w:r>
      <w:r>
        <w:br/>
      </w:r>
      <w:r>
        <w:rPr>
          <w:sz w:val="20"/>
        </w:rPr>
        <w:t>1:00:25  Kindly advise me. Objective study bas ek hi lafz hai. Objective study aur bas Musalmanon mein yeh hai hi nahi. Musalmanon mein objective study sarr se nahi hai. bare bare top ke log bhi un ke andar objective study nahi hai. to apni thinking ko badliye, apni objectivity paida kijiye aur aur study badhaiye. to apne aap woh is cheez paida ho jayegi. aap ko apne aap. Okay, we will end this session. If you want to join CPS International, then please write to us at info@cpsglobal.org.</w:t>
      </w:r>
    </w:p>
    <w:p>
      <w:pPr>
        <w:pStyle w:val="Heading2"/>
      </w:pPr>
      <w:r>
        <w:t>speedy repentance versus delayed repentance and conditioning</w:t>
      </w:r>
    </w:p>
    <w:p>
      <w:r>
        <w:rPr>
          <w:color w:val="666666"/>
          <w:sz w:val="18"/>
        </w:rPr>
        <w:t>Self Correction November 09, 2014 · 4m 49s · at 5:07 · https://youtu.be/EgAukdSfGRU?t=307</w:t>
      </w:r>
    </w:p>
    <w:p>
      <w:r>
        <w:rPr>
          <w:i/>
        </w:rPr>
        <w:t>“Sura An-Nisa mein kaha gaya hai, jo log ghalti karte hain”</w:t>
      </w:r>
    </w:p>
    <w:p>
      <w:r>
        <w:rPr>
          <w:sz w:val="20"/>
        </w:rPr>
        <w:t>5:07  cal pruning ki. yahan main aap ko ek quran ki ek ayat yaad dilata hoon. dekhein, surah nisa. surah nisa ayat 17 yani 17 mein kaha gaya hai ke jo log ghalti karte hain saban yatubuna min qareeb to un ki toba qabool ho jati hai.</w:t>
      </w:r>
      <w:r>
        <w:br/>
      </w:r>
      <w:r>
        <w:rPr>
          <w:sz w:val="20"/>
        </w:rPr>
        <w:t>5:34  yani ghalti karne ke baad jald toba, yani speedy toba, speedy repentance ya speedy return.</w:t>
      </w:r>
      <w:r>
        <w:br/>
      </w:r>
      <w:r>
        <w:rPr>
          <w:sz w:val="20"/>
        </w:rPr>
        <w:t>5:48  to jo log nadani se ghalti kar bethte hain, is ke baad woh jaldi toba karte hain. yani speedy repentance ya speedy return ka saboot dete hain to Allah un ki toba ko qabool karta hai.</w:t>
      </w:r>
      <w:r>
        <w:br/>
      </w:r>
      <w:r>
        <w:rPr>
          <w:sz w:val="20"/>
        </w:rPr>
        <w:t>6:08  is mein yeh baat apne aap implicit hai ke toba qareeb ka mamla is se alag hai.</w:t>
      </w:r>
      <w:r>
        <w:br/>
      </w:r>
      <w:r>
        <w:rPr>
          <w:sz w:val="20"/>
        </w:rPr>
        <w:t>6:16  yani toba qareeb ka mamla aur toba baeed ka mamla dono ek doosre se alag hain. toba qareeb ke maaf ki to quran mein elaan kiya gaya hai,</w:t>
      </w:r>
      <w:r>
        <w:br/>
      </w:r>
      <w:r>
        <w:rPr>
          <w:sz w:val="20"/>
        </w:rPr>
        <w:t>6:29  lekin toba baeed jo hai, yeh bohat hi risky toba hai. bohat risky hai. to yeh main bohat dinon se sochta tha ke yeh kya cheez hai toba qareeb.</w:t>
      </w:r>
      <w:r>
        <w:br/>
      </w:r>
      <w:r>
        <w:rPr>
          <w:sz w:val="20"/>
        </w:rPr>
        <w:t>6:45  to is ka is ko maine samjha psychology ke mutale se. yeh bohat zyada psychology ka masla hai.</w:t>
      </w:r>
      <w:r>
        <w:br/>
      </w:r>
      <w:r>
        <w:rPr>
          <w:sz w:val="20"/>
        </w:rPr>
        <w:t>6:57  aur yeh wohi masla hai jis ko maine kaha ke pruning process. is ka taluq psychological pruning se hai.</w:t>
      </w:r>
      <w:r>
        <w:br/>
      </w:r>
      <w:r>
        <w:rPr>
          <w:sz w:val="20"/>
        </w:rPr>
        <w:t>7:10  dekhiye, hota kya hai ke aap ek ghalati karein aur is ghalati ko jaldi se repent na karein.</w:t>
      </w:r>
      <w:r>
        <w:br/>
      </w:r>
      <w:r>
        <w:rPr>
          <w:sz w:val="20"/>
        </w:rPr>
        <w:t>7:26  to woh kya hoga? woh dheere dheere conditioning ka process shuru ho jayega.</w:t>
      </w:r>
      <w:r>
        <w:br/>
      </w:r>
      <w:r>
        <w:rPr>
          <w:sz w:val="20"/>
        </w:rPr>
        <w:t>7:35  is ghalati mein aap conditioned ho jayenge. aur jab koi aadmi kisi ghalati mein conditioned ho jaye to phir islaah bohat hi difficult ho jati hai.</w:t>
      </w:r>
      <w:r>
        <w:br/>
      </w:r>
      <w:r>
        <w:rPr>
          <w:sz w:val="20"/>
        </w:rPr>
        <w:t>7:51  to tauba qareeb jo hai, bohat hi beneficial yahan par hai.</w:t>
      </w:r>
      <w:r>
        <w:br/>
      </w:r>
      <w:r>
        <w:rPr>
          <w:sz w:val="20"/>
        </w:rPr>
        <w:t>7:56  agar tum speedy tauba nahi karoge, tauba mein delay karoge to phir kya hoga?</w:t>
      </w:r>
      <w:r>
        <w:br/>
      </w:r>
      <w:r>
        <w:rPr>
          <w:sz w:val="20"/>
        </w:rPr>
        <w:t>8:06  law of nature ke mutabiq conditioning shuru ho jayegi. conditioning ek process hai, natural process.</w:t>
      </w:r>
      <w:r>
        <w:br/>
      </w:r>
      <w:r>
        <w:rPr>
          <w:sz w:val="20"/>
        </w:rPr>
        <w:t>8:15  woh beharhaal apna kaam karta hai. aap chahein ya na chahein, aap chahein ya na chahein, phir bhi conditioning ka process apna kaam karega.</w:t>
      </w:r>
      <w:r>
        <w:br/>
      </w:r>
      <w:r>
        <w:rPr>
          <w:sz w:val="20"/>
        </w:rPr>
        <w:t>8:27  to agar aadmi</w:t>
      </w:r>
      <w:r>
        <w:br/>
      </w:r>
      <w:r>
        <w:rPr>
          <w:sz w:val="20"/>
        </w:rPr>
        <w:t>8:32  jald ghalati karne ke baad jald is ko, yaani intabaah na ho aur woh isi mein phansa rahe, to kya hoga?</w:t>
      </w:r>
      <w:r>
        <w:br/>
      </w:r>
      <w:r>
        <w:rPr>
          <w:sz w:val="20"/>
        </w:rPr>
        <w:t>8:44  iska case conditioning ka case ban jayega. aur phir islaah bohat hi mushkil ho jayegi. is liye tauba qareeb ki baat hai.</w:t>
      </w:r>
      <w:r>
        <w:br/>
      </w:r>
      <w:r>
        <w:rPr>
          <w:sz w:val="20"/>
        </w:rPr>
        <w:t>8:55  yeh ek warning hai, goya sabay yatooboon min qareeb ayat jo hai Surah Nisa mein.</w:t>
      </w:r>
      <w:r>
        <w:br/>
      </w:r>
      <w:r>
        <w:rPr>
          <w:sz w:val="20"/>
        </w:rPr>
        <w:t>9:03  ke ke ghalati to insaan karta hai. To erase human ghalati insaan se hoti hai. Al-insaanu murakkabun min al-khata'i wa an-nisyan</w:t>
      </w:r>
      <w:r>
        <w:br/>
      </w:r>
      <w:r>
        <w:rPr>
          <w:sz w:val="20"/>
        </w:rPr>
        <w:t>9:16  to ghalati to insaan se hoti hai. lekin</w:t>
      </w:r>
      <w:r>
        <w:br/>
      </w:r>
      <w:r>
        <w:rPr>
          <w:sz w:val="20"/>
        </w:rPr>
        <w:t>9:22  kya cheez chahiye ke ghalati karne ke baad jald aap ko intabaah ho, jald aap ka zamir chaunk uthe aur jald aap tauba karein?</w:t>
      </w:r>
      <w:r>
        <w:br/>
      </w:r>
      <w:r>
        <w:rPr>
          <w:sz w:val="20"/>
        </w:rPr>
        <w:t>9:34  yaani matlab is ka is ki islaah karein. agar aap tauba qareeb nahi karte hain to ek risk le rahe hain.</w:t>
      </w:r>
      <w:r>
        <w:br/>
      </w:r>
      <w:r>
        <w:rPr>
          <w:sz w:val="20"/>
        </w:rPr>
        <w:t>9:44  is baat ka risk ke woh ghalati aap ki conditioning mein shamil ho jaye aur phir islaah karna namumkin ho jaye.</w:t>
      </w:r>
    </w:p>
    <w:p>
      <w:pPr>
        <w:pStyle w:val="Heading2"/>
      </w:pPr>
      <w:r>
        <w:t>richest Muslim story proves the world is full of opportunity</w:t>
      </w:r>
    </w:p>
    <w:p>
      <w:r>
        <w:rPr>
          <w:color w:val="666666"/>
          <w:sz w:val="18"/>
        </w:rPr>
        <w:t>Importance of Art of Situation Management 16th Sept ’07 · 5m 06s · at 2:08 · https://youtu.be/a-3ewJVGdIc?t=128</w:t>
      </w:r>
    </w:p>
    <w:p>
      <w:r>
        <w:rPr>
          <w:i/>
        </w:rPr>
        <w:t>“Aaj main aapko batana chahta hoon situation management kya hai”</w:t>
      </w:r>
    </w:p>
    <w:p>
      <w:r>
        <w:rPr>
          <w:sz w:val="20"/>
        </w:rPr>
        <w:t>2:08  to is ke reference ke liye aaj maine ek, ek item chuna hai times of india se. yani basically mein hi batana chahunga ke situation management kya hai.</w:t>
      </w:r>
      <w:r>
        <w:br/>
      </w:r>
      <w:r>
        <w:rPr>
          <w:sz w:val="20"/>
        </w:rPr>
        <w:t>2:23  is ki importance kya hai. to yeh mere haath mein parcha hai, times of india. yeh hai chaudah september ka.</w:t>
      </w:r>
      <w:r>
        <w:br/>
      </w:r>
      <w:r>
        <w:rPr>
          <w:sz w:val="20"/>
        </w:rPr>
        <w:t>2:37  is mein ek report chhapi hai azim hashim premji ke bare mein, jo bangalore mein rehte hain. to ek, ek international survey kiya gaya hai,</w:t>
      </w:r>
      <w:r>
        <w:br/>
      </w:r>
      <w:r>
        <w:rPr>
          <w:sz w:val="20"/>
        </w:rPr>
        <w:t>2:52  is ki, is par yeh report base karti hai.</w:t>
      </w:r>
      <w:r>
        <w:br/>
      </w:r>
      <w:r>
        <w:rPr>
          <w:sz w:val="20"/>
        </w:rPr>
        <w:t>2:57  is mein bataya gaya hai ke</w:t>
      </w:r>
      <w:r>
        <w:br/>
      </w:r>
      <w:r>
        <w:rPr>
          <w:sz w:val="20"/>
        </w:rPr>
        <w:t>3:02  ke azim hashim premji musalmanon mein "richest person" hai. he is the richest person of the muslim world.</w:t>
      </w:r>
      <w:r>
        <w:br/>
      </w:r>
      <w:r>
        <w:rPr>
          <w:sz w:val="20"/>
        </w:rPr>
        <w:t>3:15  to richest person woh kaise ban gaye?</w:t>
      </w:r>
      <w:r>
        <w:br/>
      </w:r>
      <w:r>
        <w:rPr>
          <w:sz w:val="20"/>
        </w:rPr>
        <w:t>3:21  jabke un ke liye musalmanon ki jo soch hai, us ke lihaz se do disadvantages the un ke liye. ek yeh ke woh India mein hain, jis ko log Hindu India kehte hain.</w:t>
      </w:r>
      <w:r>
        <w:br/>
      </w:r>
      <w:r>
        <w:rPr>
          <w:sz w:val="20"/>
        </w:rPr>
        <w:t>3:34  matlab main to nahi kehta, aisa kaha jata hai Hindu India.</w:t>
      </w:r>
      <w:r>
        <w:br/>
      </w:r>
      <w:r>
        <w:rPr>
          <w:sz w:val="20"/>
        </w:rPr>
        <w:t>3:40  doosri baat yeh hai ke yeh age hai globalization ka.</w:t>
      </w:r>
      <w:r>
        <w:br/>
      </w:r>
      <w:r>
        <w:rPr>
          <w:sz w:val="20"/>
        </w:rPr>
        <w:t>3:46  kyunke ek taraf Hinduon ke domination ka area, logon ke kehne ke mutabiq. doosra American exploitation ka zamana.</w:t>
      </w:r>
      <w:r>
        <w:br/>
      </w:r>
      <w:r>
        <w:rPr>
          <w:sz w:val="20"/>
        </w:rPr>
        <w:t>3:57  is ke darmiyan hain woh. aur Muslim world mein richest aadmi ban gaye woh. jabke fifty-seven Muslim countries hain.</w:t>
      </w:r>
      <w:r>
        <w:br/>
      </w:r>
      <w:r>
        <w:rPr>
          <w:sz w:val="20"/>
        </w:rPr>
        <w:t>4:06  aisa kaise hua?</w:t>
      </w:r>
      <w:r>
        <w:br/>
      </w:r>
      <w:r>
        <w:rPr>
          <w:sz w:val="20"/>
        </w:rPr>
        <w:t>4:09  to is mein mujhe jo cheez lena hai woh yeh ke ek interview mein Azeem Hashim Premji ne kaha, aur wohi mujhe, yaani khaas taur par lena hai is mein se, woh yeh ke "Globalization is a two-way traffic.</w:t>
      </w:r>
      <w:r>
        <w:br/>
      </w:r>
      <w:r>
        <w:rPr>
          <w:sz w:val="20"/>
        </w:rPr>
        <w:t>4:30  It's not a one-way traffic."</w:t>
      </w:r>
      <w:r>
        <w:br/>
      </w:r>
      <w:r>
        <w:rPr>
          <w:sz w:val="20"/>
        </w:rPr>
        <w:t>4:34  matlab yeh hai ke log yeh samajhte hain ke yeh jo globalization hai, is ka matlab yeh hai ke America duniya ko loot raha hai. Western nations duniya ko loot rahi hain.</w:t>
      </w:r>
      <w:r>
        <w:br/>
      </w:r>
      <w:r>
        <w:rPr>
          <w:sz w:val="20"/>
        </w:rPr>
        <w:t>4:46  aap dekhte honge, khaas taur par Muslim akhbarat, Muslim magazine, Muslim speeches to main yahi sunta hoon. barabar.</w:t>
      </w:r>
      <w:r>
        <w:br/>
      </w:r>
      <w:r>
        <w:rPr>
          <w:sz w:val="20"/>
        </w:rPr>
        <w:t>4:57  yaani globalization ko saare Musalman "one to all" negative sense mein lete hain. Negative sense mein. to unhon ne kaha ke "Globalization is not a one-way traffic.</w:t>
      </w:r>
      <w:r>
        <w:br/>
      </w:r>
      <w:r>
        <w:rPr>
          <w:sz w:val="20"/>
        </w:rPr>
        <w:t>5:10  It is a two-way traffic." matlab woh agar hum se kuch lete hain to humein kuch dete bhi hain woh.</w:t>
      </w:r>
      <w:r>
        <w:br/>
      </w:r>
      <w:r>
        <w:rPr>
          <w:sz w:val="20"/>
        </w:rPr>
        <w:t>5:16  isi liye yeh possible hua ke India mein rehne wala, globalization ke zamane mein rehne wala ek aadmi, richest aadmi ban jaye.</w:t>
      </w:r>
      <w:r>
        <w:br/>
      </w:r>
      <w:r>
        <w:rPr>
          <w:sz w:val="20"/>
        </w:rPr>
        <w:t>5:26  to is se main ek baat, is ko le kar main ek baat batana chahta hoon aap ko ke Khuda ne yeh jo duniya banai hai, woh full of opportunities hai.</w:t>
      </w:r>
      <w:r>
        <w:br/>
      </w:r>
      <w:r>
        <w:rPr>
          <w:sz w:val="20"/>
        </w:rPr>
        <w:t>5:46  itni zyada opportunities hain ke koi is ko khatam nahi kar sakta, koi abolish nahi kar sakta koi. na koi Hindu, na koi American, na koi dushman bhi nahi kar sakta abolish.</w:t>
      </w:r>
      <w:r>
        <w:br/>
      </w:r>
      <w:r>
        <w:rPr>
          <w:sz w:val="20"/>
        </w:rPr>
        <w:t>5:58  to hadith mein aata hai ke "لن يغلب عسر يسرين" ۔ is ka matlab yeh hai ke "The number of opportunities is always greater than the number of problems."</w:t>
      </w:r>
      <w:r>
        <w:br/>
      </w:r>
      <w:r>
        <w:rPr>
          <w:sz w:val="20"/>
        </w:rPr>
        <w:t>6:16  is hadith ka matlab yeh hai, is hadith ko aap dekh sakte hain Surah Al-Mashrah ke tehat, Tafsir Ibn Kathir mein.</w:t>
      </w:r>
      <w:r>
        <w:br/>
      </w:r>
      <w:r>
        <w:rPr>
          <w:sz w:val="20"/>
        </w:rPr>
        <w:t>6:30  "The number of opportunities is always greater than the number of problems." is ka matlab yeh hua ke kuch bhi problem ho, kuch bhi ho, opportunities kabhi khatam nahi hoti.</w:t>
      </w:r>
      <w:r>
        <w:br/>
      </w:r>
      <w:r>
        <w:rPr>
          <w:sz w:val="20"/>
        </w:rPr>
        <w:t>6:47  to is ka ek proof yeh hai ke logon ke kehne ke mutabiq so-called Hindu India mein aur logon ke kehne ke mutabiq so-called American exploitation ke zamane mein ek aadmi richest aadmi ban gaya.</w:t>
      </w:r>
      <w:r>
        <w:br/>
      </w:r>
      <w:r>
        <w:rPr>
          <w:sz w:val="20"/>
        </w:rPr>
        <w:t>7:04  kyun? koi bhi aata hai to woh opportunities ko abolish nahi kar sakta. yahan tak ke enemy bhi nahi kar sakta.</w:t>
      </w:r>
    </w:p>
    <w:p>
      <w:pPr>
        <w:pStyle w:val="Heading2"/>
      </w:pPr>
      <w:r>
        <w:t>Basket of earth story and good omen</w:t>
      </w:r>
    </w:p>
    <w:p>
      <w:r>
        <w:rPr>
          <w:color w:val="666666"/>
          <w:sz w:val="18"/>
        </w:rPr>
        <w:t>The Problem of Misunderstanding January 1, 2008 · 4m 56s · at 42:59 · https://youtu.be/_dPjEE4bIKE?t=2579</w:t>
      </w:r>
    </w:p>
    <w:p>
      <w:r>
        <w:rPr>
          <w:i/>
        </w:rPr>
        <w:t>“Among Muslims and Iran at that time Iran had their government”</w:t>
      </w:r>
    </w:p>
    <w:p>
      <w:r>
        <w:rPr>
          <w:sz w:val="20"/>
        </w:rPr>
        <w:t>42:59  musalmanon mein aur iran mein us waqt iran mein un ki hukumat thi majlisiyon ki ka role tha wahan par kisri ka role karta tha to dono mein jang hui to is mein muslim jo log the woh</w:t>
      </w:r>
      <w:r>
        <w:br/>
      </w:r>
      <w:r>
        <w:rPr>
          <w:sz w:val="20"/>
        </w:rPr>
        <w:t>43:24  yani ghalib anay lage</w:t>
      </w:r>
      <w:r>
        <w:br/>
      </w:r>
      <w:r>
        <w:rPr>
          <w:sz w:val="20"/>
        </w:rPr>
        <w:t>43:29  woh defensive position mein aa gaye irani log</w:t>
      </w:r>
      <w:r>
        <w:br/>
      </w:r>
      <w:r>
        <w:rPr>
          <w:sz w:val="20"/>
        </w:rPr>
        <w:t>43:32  to unhon ne chaha ke negotiation kar ke baat ko khatam karein yani larai ko khatam karne</w:t>
      </w:r>
      <w:r>
        <w:br/>
      </w:r>
      <w:r>
        <w:rPr>
          <w:sz w:val="20"/>
        </w:rPr>
        <w:t>43:37  ke liye unhon ne chaha ke negotiation kuch de dila kar unhein rokhsat kar diya jaye yahan</w:t>
      </w:r>
      <w:r>
        <w:br/>
      </w:r>
      <w:r>
        <w:rPr>
          <w:sz w:val="20"/>
        </w:rPr>
        <w:t>43:41  se wapas chale jayein to unhon ne kaha jo sardar the un ka naam tha sa'ad Hazrat Sa'ad</w:t>
      </w:r>
      <w:r>
        <w:br/>
      </w:r>
      <w:r>
        <w:rPr>
          <w:sz w:val="20"/>
        </w:rPr>
        <w:t>43:49  ke hum chahte hain baat cheet karna to aap apna deputation bhejiye apna admi bhejiye yahan se kai</w:t>
      </w:r>
      <w:r>
        <w:br/>
      </w:r>
      <w:r>
        <w:rPr>
          <w:sz w:val="20"/>
        </w:rPr>
        <w:t>43:57  log gaye to un mein se aik sahib jo sahabi the</w:t>
      </w:r>
      <w:r>
        <w:br/>
      </w:r>
      <w:r>
        <w:rPr>
          <w:sz w:val="20"/>
        </w:rPr>
        <w:t>44:04  jab wahan pohanche</w:t>
      </w:r>
      <w:r>
        <w:br/>
      </w:r>
      <w:r>
        <w:rPr>
          <w:sz w:val="20"/>
        </w:rPr>
        <w:t>44:06  to woh</w:t>
      </w:r>
      <w:r>
        <w:br/>
      </w:r>
      <w:r>
        <w:rPr>
          <w:sz w:val="20"/>
        </w:rPr>
        <w:t>44:09  jo us ke jo woh tha jo kisra tha</w:t>
      </w:r>
      <w:r>
        <w:br/>
      </w:r>
      <w:r>
        <w:rPr>
          <w:sz w:val="20"/>
        </w:rPr>
        <w:t>44:15  us ke aage log jhukte the sajda karte the rukoo karte the woh to</w:t>
      </w:r>
      <w:r>
        <w:br/>
      </w:r>
      <w:r>
        <w:rPr>
          <w:sz w:val="20"/>
        </w:rPr>
        <w:t>44:21  kingship ka zamana tha</w:t>
      </w:r>
      <w:r>
        <w:br/>
      </w:r>
      <w:r>
        <w:rPr>
          <w:sz w:val="20"/>
        </w:rPr>
        <w:t>44:25  woh emperor tha woh</w:t>
      </w:r>
      <w:r>
        <w:br/>
      </w:r>
      <w:r>
        <w:rPr>
          <w:sz w:val="20"/>
        </w:rPr>
        <w:t>44:28  yeh jhuke nahi kuch bhi nahi aise hi jaise aam admi ki tarah baat karne lage woh</w:t>
      </w:r>
      <w:r>
        <w:br/>
      </w:r>
      <w:r>
        <w:rPr>
          <w:sz w:val="20"/>
        </w:rPr>
        <w:t>44:35  yani kuch bhi unhon ne is ko respect nahi diya kuch bhi is ko unhon ne woh badshahi</w:t>
      </w:r>
      <w:r>
        <w:br/>
      </w:r>
      <w:r>
        <w:rPr>
          <w:sz w:val="20"/>
        </w:rPr>
        <w:t>44:40  izzat nahi di aise hi bas khare ho gaye takht ke samne is ke aur aisi baat karne lage</w:t>
      </w:r>
      <w:r>
        <w:br/>
      </w:r>
      <w:r>
        <w:rPr>
          <w:sz w:val="20"/>
        </w:rPr>
        <w:t>44:46  to bohat ghussa aa gaya us ko yeh kaun admi hai jo meri respect nahi karta</w:t>
      </w:r>
      <w:r>
        <w:br/>
      </w:r>
      <w:r>
        <w:rPr>
          <w:sz w:val="20"/>
        </w:rPr>
        <w:t>44:53  apni respect karne ko woh samajhte</w:t>
      </w:r>
      <w:r>
        <w:br/>
      </w:r>
      <w:r>
        <w:rPr>
          <w:sz w:val="20"/>
        </w:rPr>
        <w:t>44:55  the ke woh to karna hi karna hai har ek ko hum king hain hum badshah hain hum</w:t>
      </w:r>
      <w:r>
        <w:br/>
      </w:r>
      <w:r>
        <w:rPr>
          <w:sz w:val="20"/>
        </w:rPr>
        <w:t>45:00  emperor hain to unhon ne koi respect nahi is ko nahi di aur aise hi mamooli admi ke</w:t>
      </w:r>
      <w:r>
        <w:br/>
      </w:r>
      <w:r>
        <w:rPr>
          <w:sz w:val="20"/>
        </w:rPr>
        <w:t>45:05  jaise hota hai mind of state is tarah baat karne lage is se</w:t>
      </w:r>
      <w:r>
        <w:br/>
      </w:r>
      <w:r>
        <w:rPr>
          <w:sz w:val="20"/>
        </w:rPr>
        <w:t>45:09  to ghussa ho gaya woh</w:t>
      </w:r>
      <w:r>
        <w:br/>
      </w:r>
      <w:r>
        <w:rPr>
          <w:sz w:val="20"/>
        </w:rPr>
        <w:t>45:13  to yeh kuch bhi unhon ne is ki parwah nahi ki is ki baaton ki</w:t>
      </w:r>
      <w:r>
        <w:br/>
      </w:r>
      <w:r>
        <w:rPr>
          <w:sz w:val="20"/>
        </w:rPr>
        <w:t>45:17  to ghussa ho kar is ne kaha ke mitti lao mitti ka ek tokra lao woh mitti un</w:t>
      </w:r>
      <w:r>
        <w:br/>
      </w:r>
      <w:r>
        <w:rPr>
          <w:sz w:val="20"/>
        </w:rPr>
        <w:t>45:26  ke sir par rakh diya woh kaha ke is ko bhaga do in ko unhon ne kaha jo</w:t>
      </w:r>
      <w:r>
        <w:br/>
      </w:r>
      <w:r>
        <w:rPr>
          <w:sz w:val="20"/>
        </w:rPr>
        <w:t>45:30  pelace tha is ki baat ho rahi thi wahan pelace mein nikal do pelace se mitti ka tokra</w:t>
      </w:r>
      <w:r>
        <w:br/>
      </w:r>
      <w:r>
        <w:rPr>
          <w:sz w:val="20"/>
        </w:rPr>
        <w:t>45:36  rakh sir par rakh kar ke ab dekhiye ke woh jo sahabi the</w:t>
      </w:r>
      <w:r>
        <w:br/>
      </w:r>
      <w:r>
        <w:rPr>
          <w:sz w:val="20"/>
        </w:rPr>
        <w:t>45:40  woh na ghussa hue na aisa kiya ke mitti ka tokra phenk dein aur lad jayein us se kuch bhi nahi woh liye liye khamosh khushi khushi chale aaye palace ke bahar aur mitti ka tokra liye liye</w:t>
      </w:r>
      <w:r>
        <w:br/>
      </w:r>
      <w:r>
        <w:rPr>
          <w:sz w:val="20"/>
        </w:rPr>
        <w:t>46:01  apni ghoṛi par sawar hue aur pahunch gaye wahan jahan ke tent laga hua tha jo general the</w:t>
      </w:r>
      <w:r>
        <w:br/>
      </w:r>
      <w:r>
        <w:rPr>
          <w:sz w:val="20"/>
        </w:rPr>
        <w:t>46:07  hazrat saad wahan</w:t>
      </w:r>
      <w:r>
        <w:br/>
      </w:r>
      <w:r>
        <w:rPr>
          <w:sz w:val="20"/>
        </w:rPr>
        <w:t>46:09  to is mein dakhil hue un ke tent mein</w:t>
      </w:r>
      <w:r>
        <w:br/>
      </w:r>
      <w:r>
        <w:rPr>
          <w:sz w:val="20"/>
        </w:rPr>
        <w:t>46:15  jo jo ke general the muslim army ke un ke samne tokra rakh diya ke dekho yeh kisri</w:t>
      </w:r>
      <w:r>
        <w:br/>
      </w:r>
      <w:r>
        <w:rPr>
          <w:sz w:val="20"/>
        </w:rPr>
        <w:t>46:21  ne diya yeh mitti ka tokra</w:t>
      </w:r>
      <w:r>
        <w:br/>
      </w:r>
      <w:r>
        <w:rPr>
          <w:sz w:val="20"/>
        </w:rPr>
        <w:t>46:24  to woh bhi ghussa nahi hue yani hazrat saad kehte hain ke kaise tum bewakoof ho ke mitti</w:t>
      </w:r>
      <w:r>
        <w:br/>
      </w:r>
      <w:r>
        <w:rPr>
          <w:sz w:val="20"/>
        </w:rPr>
        <w:t>46:30  ka tokra liye chale aa rahe ho wahan se</w:t>
      </w:r>
      <w:r>
        <w:br/>
      </w:r>
      <w:r>
        <w:rPr>
          <w:sz w:val="20"/>
        </w:rPr>
        <w:t>46:34  kyun nahi is ke sir phenk diya tum ne is ko kuch nahi</w:t>
      </w:r>
      <w:r>
        <w:br/>
      </w:r>
      <w:r>
        <w:rPr>
          <w:sz w:val="20"/>
        </w:rPr>
        <w:t>46:38  na yeh dekhiye is ko respect ka sawal banaya hai na unhon ne na unhon ne respect ka</w:t>
      </w:r>
      <w:r>
        <w:br/>
      </w:r>
      <w:r>
        <w:rPr>
          <w:sz w:val="20"/>
        </w:rPr>
        <w:t>46:44  sawal banaya dono ne is</w:t>
      </w:r>
      <w:r>
        <w:br/>
      </w:r>
      <w:r>
        <w:rPr>
          <w:sz w:val="20"/>
        </w:rPr>
        <w:t>46:46  ko normal tareeqe se liya is ka nateeja hua ke woh unbiased way mein soch sake objective way mein rai bana sake apni to kitni bari baat unhon ne nikal li kitni bari baat nikal li jo saad the jo general the unhon ne kaha ab shuru</w:t>
      </w:r>
      <w:r>
        <w:br/>
      </w:r>
      <w:r>
        <w:rPr>
          <w:sz w:val="20"/>
        </w:rPr>
        <w:t>47:13  it is a good tidings yeh to khushkhabri ki baat hai yani mitti ka tokra liye chale aa rahe hain baja ghussa hone ke kya keh rahe hain ab shuru</w:t>
      </w:r>
      <w:r>
        <w:br/>
      </w:r>
      <w:r>
        <w:rPr>
          <w:sz w:val="20"/>
        </w:rPr>
        <w:t>47:26  yeh to good tidings ki baat hai khush ho jao to unhon ne kya kaha faqat wallah atana allah aqald mulkahum phir rawi kehte hain ke wa tafaa'al biladen yani rawi kehte hain ke us ko jo mitti thi us se unhon ne yeh afaal liya yeh to apne mulk ki mitti de di unhon ne apna mulk hi utha kar de diya unhon ne</w:t>
      </w:r>
    </w:p>
    <w:p>
      <w:pPr>
        <w:pStyle w:val="Heading2"/>
      </w:pPr>
      <w:r>
        <w:t>Present Muslims' pride problem and a scholar's dilemma</w:t>
      </w:r>
    </w:p>
    <w:p>
      <w:r>
        <w:rPr>
          <w:color w:val="666666"/>
          <w:sz w:val="18"/>
        </w:rPr>
        <w:t>Concept of Modesty in Islam (English) June 20, 2007 · 3m 26s · at 1:43 · https://youtu.be/mHQWcOA-2qo?t=103</w:t>
      </w:r>
    </w:p>
    <w:p>
      <w:r>
        <w:rPr>
          <w:i/>
        </w:rPr>
        <w:t>“It is a strange phenomena that present Muslims don't know the value of modesty.”</w:t>
      </w:r>
    </w:p>
    <w:p>
      <w:r>
        <w:rPr>
          <w:sz w:val="20"/>
        </w:rPr>
        <w:t>1:43  strange phenomenon that present muslims don't know the value of modesti</w:t>
      </w:r>
      <w:r>
        <w:br/>
      </w:r>
      <w:r>
        <w:rPr>
          <w:sz w:val="20"/>
        </w:rPr>
        <w:t>1:55  ty. according to my experience, every muslim lives sense of pride.</w:t>
      </w:r>
      <w:r>
        <w:br/>
      </w:r>
      <w:r>
        <w:rPr>
          <w:sz w:val="20"/>
        </w:rPr>
        <w:t>2:09  everyone speaks the language of pride. everyone says i am proud that i am a muslim.</w:t>
      </w:r>
      <w:r>
        <w:br/>
      </w:r>
      <w:r>
        <w:rPr>
          <w:sz w:val="20"/>
        </w:rPr>
        <w:t>2:22  i am proud that i was born in a mus</w:t>
      </w:r>
      <w:r>
        <w:br/>
      </w:r>
      <w:r>
        <w:rPr>
          <w:sz w:val="20"/>
        </w:rPr>
        <w:t>2:24  lim family. literature depict islam as a religion of pride.</w:t>
      </w:r>
      <w:r>
        <w:br/>
      </w:r>
      <w:r>
        <w:rPr>
          <w:sz w:val="20"/>
        </w:rPr>
        <w:t>2:33  you know, zia ul haq, muhammad zia ul haq, was the president of pakistan. so he visited america and he addressed united nations.</w:t>
      </w:r>
      <w:r>
        <w:br/>
      </w:r>
      <w:r>
        <w:rPr>
          <w:sz w:val="20"/>
        </w:rPr>
        <w:t>2:53  in this address, he said muslims have discovered their pride in islam.</w:t>
      </w:r>
      <w:r>
        <w:br/>
      </w:r>
      <w:r>
        <w:rPr>
          <w:sz w:val="20"/>
        </w:rPr>
        <w:t>3:08  i have attended lecture delivered by a muslim scholar, a great muslim scholar.</w:t>
      </w:r>
      <w:r>
        <w:br/>
      </w:r>
      <w:r>
        <w:rPr>
          <w:sz w:val="20"/>
        </w:rPr>
        <w:t>3:19  so he was asked a question of lecture. you said so many thing about the</w:t>
      </w:r>
      <w:r>
        <w:br/>
      </w:r>
      <w:r>
        <w:rPr>
          <w:sz w:val="20"/>
        </w:rPr>
        <w:t>3:37  pride content. about the pride content of islam.</w:t>
      </w:r>
      <w:r>
        <w:br/>
      </w:r>
      <w:r>
        <w:rPr>
          <w:sz w:val="20"/>
        </w:rPr>
        <w:t>3:45  now, those muslims were living as a minority in different countries. so what your message to these minority muslims?</w:t>
      </w:r>
      <w:r>
        <w:br/>
      </w:r>
      <w:r>
        <w:rPr>
          <w:sz w:val="20"/>
        </w:rPr>
        <w:t>4:00  he said, after a pause, after a pause, he said it is a very difficult question.</w:t>
      </w:r>
      <w:r>
        <w:br/>
      </w:r>
      <w:r>
        <w:rPr>
          <w:sz w:val="20"/>
        </w:rPr>
        <w:t>4:11  it is a very difficult question.</w:t>
      </w:r>
      <w:r>
        <w:br/>
      </w:r>
      <w:r>
        <w:rPr>
          <w:sz w:val="20"/>
        </w:rPr>
        <w:t>4:14  then he said, in islam, we have the model of strength.</w:t>
      </w:r>
      <w:r>
        <w:br/>
      </w:r>
      <w:r>
        <w:rPr>
          <w:sz w:val="20"/>
        </w:rPr>
        <w:t>4:27  but in islam,</w:t>
      </w:r>
      <w:r>
        <w:br/>
      </w:r>
      <w:r>
        <w:rPr>
          <w:sz w:val="20"/>
        </w:rPr>
        <w:t>4:32  there is no model of position of modesty.</w:t>
      </w:r>
      <w:r>
        <w:br/>
      </w:r>
      <w:r>
        <w:rPr>
          <w:sz w:val="20"/>
        </w:rPr>
        <w:t>4:41  in islam, we have the model of position of strength. but in islam, we have no model of position of modesty.</w:t>
      </w:r>
      <w:r>
        <w:br/>
      </w:r>
      <w:r>
        <w:rPr>
          <w:sz w:val="20"/>
        </w:rPr>
        <w:t>4:56  this answer was very strange. because all the teachings of islam are based on modesty.</w:t>
      </w:r>
    </w:p>
    <w:p>
      <w:pPr>
        <w:pStyle w:val="Heading2"/>
      </w:pPr>
      <w:r>
        <w:t>Full case that jihad wars ended once persecution stopped</w:t>
      </w:r>
    </w:p>
    <w:p>
      <w:r>
        <w:rPr>
          <w:color w:val="666666"/>
          <w:sz w:val="18"/>
        </w:rPr>
        <w:t>Building A Creative Personality | 20 Nov 2011 · 5m 33s · at 17:03 · https://youtu.be/jdfhpwfEvKg?t=1023</w:t>
      </w:r>
    </w:p>
    <w:p>
      <w:r>
        <w:rPr>
          <w:i/>
        </w:rPr>
        <w:t>“There's one issue we never resolved: armed jihad, called qital.”</w:t>
      </w:r>
    </w:p>
    <w:p>
      <w:r>
        <w:rPr>
          <w:sz w:val="20"/>
        </w:rPr>
        <w:t>17:03  to woh ijtihad nahi kar sakay.</w:t>
      </w:r>
      <w:r>
        <w:br/>
      </w:r>
      <w:r>
        <w:rPr>
          <w:sz w:val="20"/>
        </w:rPr>
        <w:t>17:09  aur aaj tak woh is mein hum phansay hue hain.</w:t>
      </w:r>
      <w:r>
        <w:br/>
      </w:r>
      <w:r>
        <w:rPr>
          <w:sz w:val="20"/>
        </w:rPr>
        <w:t>17:15  woh kya hai? woh hai muamla musallah jihad ka, jis ko qital kehte hain.</w:t>
      </w:r>
      <w:r>
        <w:br/>
      </w:r>
      <w:r>
        <w:rPr>
          <w:sz w:val="20"/>
        </w:rPr>
        <w:t>17:21  rasool Allah sal Allah alaihi wasallam ke zamanay mein qital hua musallah jihad.</w:t>
      </w:r>
      <w:r>
        <w:br/>
      </w:r>
      <w:r>
        <w:rPr>
          <w:sz w:val="20"/>
        </w:rPr>
        <w:t>17:27  to quran mein yeh ayat hai ke qataloohum hatta la takuna fitna wa yakoon ad-deenu k</w:t>
      </w:r>
      <w:r>
        <w:br/>
      </w:r>
      <w:r>
        <w:rPr>
          <w:sz w:val="20"/>
        </w:rPr>
        <w:t>17:33  llah. yani fitnah ke khatm hone tak qital karo. fitnah ke khatm hone tak qital karo. jab tak fitnah khatm na ho jaye to tab tak qital jaari rakho. fitnah kya tha? fitnah ka matlab wahi hai jis ko hum kehte hain religious persecution. yani mazhabi zabr, mazhabi zabr, mazhabi zulm. qadeem zamana, qadeem zamane mein hazaron saal se saari duniya mein</w:t>
      </w:r>
      <w:r>
        <w:br/>
      </w:r>
      <w:r>
        <w:rPr>
          <w:sz w:val="20"/>
        </w:rPr>
        <w:t>18:03  yeh tha ke aik mazhab wala doosre mazhab ko bardasht nahi karta tha.</w:t>
      </w:r>
      <w:r>
        <w:br/>
      </w:r>
      <w:r>
        <w:rPr>
          <w:sz w:val="20"/>
        </w:rPr>
        <w:t>18:08  mazhabi takrao jari rehta tha hazaron saal tak.</w:t>
      </w:r>
      <w:r>
        <w:br/>
      </w:r>
      <w:r>
        <w:rPr>
          <w:sz w:val="20"/>
        </w:rPr>
        <w:t>18:13  تو اس کو کہتے ہیں religious persecution.</w:t>
      </w:r>
      <w:r>
        <w:br/>
      </w:r>
      <w:r>
        <w:rPr>
          <w:sz w:val="20"/>
        </w:rPr>
        <w:t>18:18  yeh aik bohat bara masla tha.</w:t>
      </w:r>
      <w:r>
        <w:br/>
      </w:r>
      <w:r>
        <w:rPr>
          <w:sz w:val="20"/>
        </w:rPr>
        <w:t>18:23  yani log ibadat karne ke liye azaad nahi thay.</w:t>
      </w:r>
      <w:r>
        <w:br/>
      </w:r>
      <w:r>
        <w:rPr>
          <w:sz w:val="20"/>
        </w:rPr>
        <w:t>18:28  dawat o tabligh ke liye azaad nahi thay. aur</w:t>
      </w:r>
      <w:r>
        <w:br/>
      </w:r>
      <w:r>
        <w:rPr>
          <w:sz w:val="20"/>
        </w:rPr>
        <w:t>18:34  ibadati aur mazhabi sargarmion ke liye azaad nahi thay.</w:t>
      </w:r>
      <w:r>
        <w:br/>
      </w:r>
      <w:r>
        <w:rPr>
          <w:sz w:val="20"/>
        </w:rPr>
        <w:t>18:38  yeh bohat hi bara masla tha.</w:t>
      </w:r>
      <w:r>
        <w:br/>
      </w:r>
      <w:r>
        <w:rPr>
          <w:sz w:val="20"/>
        </w:rPr>
        <w:t>18:42  aur yeh masla is liye tha sangin tha ke Allah ka jo creation plan hai, us ke khilaaf tha yeh.</w:t>
      </w:r>
      <w:r>
        <w:br/>
      </w:r>
      <w:r>
        <w:rPr>
          <w:sz w:val="20"/>
        </w:rPr>
        <w:t>18:47  Allah ne paida kiya insaan ko is dunya mein test ke liye.</w:t>
      </w:r>
      <w:r>
        <w:br/>
      </w:r>
      <w:r>
        <w:rPr>
          <w:sz w:val="20"/>
        </w:rPr>
        <w:t>18:51  to test kaise hoga? is ke liye azaadi zaroori hai.</w:t>
      </w:r>
      <w:r>
        <w:br/>
      </w:r>
      <w:r>
        <w:rPr>
          <w:sz w:val="20"/>
        </w:rPr>
        <w:t>18:55  azaadi deni hai to test kahan se hoga? to jab aap ne pabandi laga di ke aik hi</w:t>
      </w:r>
      <w:r>
        <w:br/>
      </w:r>
      <w:r>
        <w:rPr>
          <w:sz w:val="20"/>
        </w:rPr>
        <w:t>18:59  dhang par tum</w:t>
      </w:r>
      <w:r>
        <w:br/>
      </w:r>
      <w:r>
        <w:rPr>
          <w:sz w:val="20"/>
        </w:rPr>
        <w:t>19:04  , yani aik hi mazhab ko ikhtiyar kar sakte ho, doosra nahi ikhtiyar kar sakte ho, to jabr aa gaya.</w:t>
      </w:r>
      <w:r>
        <w:br/>
      </w:r>
      <w:r>
        <w:rPr>
          <w:sz w:val="20"/>
        </w:rPr>
        <w:t>19:08  جبر آ گیا تو اللہ کا تخلیقی منصوبہ جہاں jeopardize ہونے لگا۔</w:t>
      </w:r>
      <w:r>
        <w:br/>
      </w:r>
      <w:r>
        <w:rPr>
          <w:sz w:val="20"/>
        </w:rPr>
        <w:t>19:13  to Allah taala ko matloob hua ke is soorathal ko khatam kiya jaye jo ke Allah ke takhleeqi</w:t>
      </w:r>
      <w:r>
        <w:br/>
      </w:r>
      <w:r>
        <w:rPr>
          <w:sz w:val="20"/>
        </w:rPr>
        <w:t>19:17  mansoobe ko ke liye masla ban gaya hai.</w:t>
      </w:r>
      <w:r>
        <w:br/>
      </w:r>
      <w:r>
        <w:rPr>
          <w:sz w:val="20"/>
        </w:rPr>
        <w:t>19:22  is liye qitaal hua.</w:t>
      </w:r>
      <w:r>
        <w:br/>
      </w:r>
      <w:r>
        <w:rPr>
          <w:sz w:val="20"/>
        </w:rPr>
        <w:t>19:26  to khatm fitna tak qitaal.</w:t>
      </w:r>
      <w:r>
        <w:br/>
      </w:r>
      <w:r>
        <w:rPr>
          <w:sz w:val="20"/>
        </w:rPr>
        <w:t>19:31  yani jab tak religious persecution khatm na ho, tab tak qitaal. to</w:t>
      </w:r>
      <w:r>
        <w:br/>
      </w:r>
      <w:r>
        <w:rPr>
          <w:sz w:val="20"/>
        </w:rPr>
        <w:t>19:35  rasool Allah sallallahu alaihi wasallam aur sahaba rasool ne jo ladaiyan keen, woh isi maqsad ke liye theen. aur is ke baad kya hua? mukammal khatma ho gaya mazhabi zabr ka, religious persecution ka. Hazrat Umar ke zamane tak khatm ho chuka tha bilkul yeh. lekin is ke baad qital jaari raha. to jahan tak mein samajhta hoon, is tareekh mein sirf do aadmi aise mujhe maloom</w:t>
      </w:r>
      <w:r>
        <w:br/>
      </w:r>
      <w:r>
        <w:rPr>
          <w:sz w:val="20"/>
        </w:rPr>
        <w:t>20:05  hain jo is haqeeqat ko samajh saken ke ab qitaal ki zaroorat khatm ho chuki hai.</w:t>
      </w:r>
      <w:r>
        <w:br/>
      </w:r>
      <w:r>
        <w:rPr>
          <w:sz w:val="20"/>
        </w:rPr>
        <w:t>20:11  aik Abdullah ibn Umar aur aik Hazrat Umar ibn Aziz.</w:t>
      </w:r>
      <w:r>
        <w:br/>
      </w:r>
      <w:r>
        <w:rPr>
          <w:sz w:val="20"/>
        </w:rPr>
        <w:t>20:17  yani Hazrat Abdullah ibn Umar aur Hazrat Umar ibn Abdul Aziz.</w:t>
      </w:r>
      <w:r>
        <w:br/>
      </w:r>
      <w:r>
        <w:rPr>
          <w:sz w:val="20"/>
        </w:rPr>
        <w:t>20:23  unhon ne yeh samjha ke ab qitaal kis liye? ab to ibadat karo, dawat do, deeni sargarmion mein</w:t>
      </w:r>
      <w:r>
        <w:br/>
      </w:r>
      <w:r>
        <w:rPr>
          <w:sz w:val="20"/>
        </w:rPr>
        <w:t>20:29  dikhao, saare kaam karo</w:t>
      </w:r>
      <w:r>
        <w:br/>
      </w:r>
      <w:r>
        <w:rPr>
          <w:sz w:val="20"/>
        </w:rPr>
        <w:t>20:35  , koi rok tok to hai nahi.</w:t>
      </w:r>
      <w:r>
        <w:br/>
      </w:r>
      <w:r>
        <w:rPr>
          <w:sz w:val="20"/>
        </w:rPr>
        <w:t>20:40  to Hazrat Abdullah ibn Umar ke zamanay mein log larne lagay.</w:t>
      </w:r>
      <w:r>
        <w:br/>
      </w:r>
      <w:r>
        <w:rPr>
          <w:sz w:val="20"/>
        </w:rPr>
        <w:t>20:45  yani yani is doosray naye issue le kar larne lagay hukoomaton se.</w:t>
      </w:r>
      <w:r>
        <w:br/>
      </w:r>
      <w:r>
        <w:rPr>
          <w:sz w:val="20"/>
        </w:rPr>
        <w:t>20:50  hukoomaton se naye issue le kar takrao shuru kar diya.</w:t>
      </w:r>
      <w:r>
        <w:br/>
      </w:r>
      <w:r>
        <w:rPr>
          <w:sz w:val="20"/>
        </w:rPr>
        <w:t>20:55  issue to sirf aik tha, woh tha religious persecution.</w:t>
      </w:r>
      <w:r>
        <w:br/>
      </w:r>
      <w:r>
        <w:rPr>
          <w:sz w:val="20"/>
        </w:rPr>
        <w:t>21:00  aur koi issue nahi tha is ke liye aap larein ke ke hukmaran zalim hai</w:t>
      </w:r>
      <w:r>
        <w:br/>
      </w:r>
      <w:r>
        <w:rPr>
          <w:sz w:val="20"/>
        </w:rPr>
        <w:t>21:05  ya justice nahi ho rahi hai aur ya mustafa nizam nahi qaaim hai ya maashi nabarabarri ho gayi hai waghera. yeh sab umoor jihad ke issue nahi hain. yeh peaceful struggle ke issue hain. peaceful, peaceful tareeqe se aap logon ko samjhaiye, bataiye, zehan banaiye, samajh banaiye, maashra banaiye. lekin yani other than religious per</w:t>
      </w:r>
      <w:r>
        <w:br/>
      </w:r>
      <w:r>
        <w:rPr>
          <w:sz w:val="20"/>
        </w:rPr>
        <w:t>21:35  secution ko logon ne issue bana liya aur ladne lage is ko. to Hazrat Abdullah ibn Umar se logon ne kaha ke aap kyun nahi is jang mein shareek hote? to woh alag the is is jang se, is mein shareek nahi hue the woh. to unhon ne kaha ke yeh hum woh jo yeh aayat padhi aur logon ne qaatiluhum hatta la takuna fitnah. to unhon ne kaha qatalna, woh to hum ne kar diya. qatalna ha</w:t>
      </w:r>
      <w:r>
        <w:br/>
      </w:r>
      <w:r>
        <w:rPr>
          <w:sz w:val="20"/>
        </w:rPr>
        <w:t>22:05  ti la takoon fitna.</w:t>
      </w:r>
      <w:r>
        <w:br/>
      </w:r>
      <w:r>
        <w:rPr>
          <w:sz w:val="20"/>
        </w:rPr>
        <w:t>22:11  yani hum ne woh jang ki aur woh fitna khatam ho chuka.</w:t>
      </w:r>
      <w:r>
        <w:br/>
      </w:r>
      <w:r>
        <w:rPr>
          <w:sz w:val="20"/>
        </w:rPr>
        <w:t>22:16  ab kis liye larai? to un ka yeh jo qol hai, is se sabit hota hai ke islam</w:t>
      </w:r>
      <w:r>
        <w:br/>
      </w:r>
      <w:r>
        <w:rPr>
          <w:sz w:val="20"/>
        </w:rPr>
        <w:t>22:21  mein jo qital tha, woh sirf khatam fitna ke liye tha aur kisi maqsad ke liye nahi tha.</w:t>
      </w:r>
      <w:r>
        <w:br/>
      </w:r>
      <w:r>
        <w:rPr>
          <w:sz w:val="20"/>
        </w:rPr>
        <w:t>22:26  naye naye issue utha kar ke aap larnay lagay hain, is ka taluq quran se nahi hai.</w:t>
      </w:r>
      <w:r>
        <w:br/>
      </w:r>
      <w:r>
        <w:rPr>
          <w:sz w:val="20"/>
        </w:rPr>
        <w:t>22:31  woh aap ki</w:t>
      </w:r>
    </w:p>
    <w:p>
      <w:pPr>
        <w:pStyle w:val="Heading2"/>
      </w:pPr>
      <w:r>
        <w:t>Palestine's 60-year failed struggle needs rethinking</w:t>
      </w:r>
    </w:p>
    <w:p>
      <w:r>
        <w:rPr>
          <w:color w:val="666666"/>
          <w:sz w:val="18"/>
        </w:rPr>
        <w:t>Between Possible and Impossible December 9, 2012 · 5m 17s · at 49:49 · https://youtu.be/Q0tC7obKbT8?t=2989</w:t>
      </w:r>
    </w:p>
    <w:p>
      <w:r>
        <w:rPr>
          <w:i/>
        </w:rPr>
        <w:t>“فلسطین کی جو ریسنٹ ہسٹری ہے، وہ 1948 سے”</w:t>
      </w:r>
    </w:p>
    <w:p>
      <w:r>
        <w:rPr>
          <w:sz w:val="20"/>
        </w:rPr>
        <w:t>49:49  stagnation khatm ho. aap chahte hain ke nahin, baqi rahe. to aap hi harenge. yahi muamla is ka hai mere nazdeek Palestine ka.</w:t>
      </w:r>
      <w:r>
        <w:br/>
      </w:r>
      <w:r>
        <w:rPr>
          <w:sz w:val="20"/>
        </w:rPr>
        <w:t>50:01  Palestine mein dekhiye, yaani Palestine ki jo recent history hai woh 1948 se shuru hoti hai. 1948 se.</w:t>
      </w:r>
      <w:r>
        <w:br/>
      </w:r>
      <w:r>
        <w:rPr>
          <w:sz w:val="20"/>
        </w:rPr>
        <w:t>50:11  abhi kal mein akhbar mein parh raha tha ke Palestinian leaderon ki Gaza mein woh hui meeting hui.</w:t>
      </w:r>
      <w:r>
        <w:br/>
      </w:r>
      <w:r>
        <w:rPr>
          <w:sz w:val="20"/>
        </w:rPr>
        <w:t>50:18  woh dhoom se taqreeren kin unhon ne ke sara Palestine jab tak hamare qabze mein na aa jaye ga, us waqt hum chup nahin baithenge.</w:t>
      </w:r>
      <w:r>
        <w:br/>
      </w:r>
      <w:r>
        <w:rPr>
          <w:sz w:val="20"/>
        </w:rPr>
        <w:t>50:27  hamari struggle jari rahe gi jab tak poore Palestine par hum qabza na kar len. yeh ab impossible hai. yeh Allah ke scheme of things ke khilaf hai yeh ke sare Palestine par hum qabiz ho jayen.</w:t>
      </w:r>
      <w:r>
        <w:br/>
      </w:r>
      <w:r>
        <w:rPr>
          <w:sz w:val="20"/>
        </w:rPr>
        <w:t>50:41  yeh yeh to impossible hai.</w:t>
      </w:r>
      <w:r>
        <w:br/>
      </w:r>
      <w:r>
        <w:rPr>
          <w:sz w:val="20"/>
        </w:rPr>
        <w:t>50:43  dekhiye, main aap ko aik aik bohat hi important law of nature arz karta hoon ke jab bhi aap ki koi planning fail ho jaye, jab bhi aap ki koi planning fail ho jaye, koi mansooba aap ka kamyab na ho to aap ko kya karna chahiye?</w:t>
      </w:r>
      <w:r>
        <w:br/>
      </w:r>
      <w:r>
        <w:rPr>
          <w:sz w:val="20"/>
        </w:rPr>
        <w:t>51:01  aap kabhi bhi react nahi karna chahiye. aap ko rethink karna chahiye. reassess karna chahiye.</w:t>
      </w:r>
      <w:r>
        <w:br/>
      </w:r>
      <w:r>
        <w:rPr>
          <w:sz w:val="20"/>
        </w:rPr>
        <w:t>51:10  agar aap reaction karenge to aap static rastay pe chalenge. aap rethink karenge to aap farishton ke rastay pe chalenge.</w:t>
      </w:r>
      <w:r>
        <w:br/>
      </w:r>
      <w:r>
        <w:rPr>
          <w:sz w:val="20"/>
        </w:rPr>
        <w:t>51:19  jis mein kya hoga faida? rethink karne mein aap ko nai line of action mil jati hai. reaction karne mein aap ko koi line of action nahi milti.</w:t>
      </w:r>
      <w:r>
        <w:br/>
      </w:r>
      <w:r>
        <w:rPr>
          <w:sz w:val="20"/>
        </w:rPr>
        <w:t>51:34  sahi yani right line of</w:t>
      </w:r>
      <w:r>
        <w:br/>
      </w:r>
      <w:r>
        <w:rPr>
          <w:sz w:val="20"/>
        </w:rPr>
        <w:t>51:37  action kya hai? woh aap jaan lete hain rethink karne ki shakal mein. ab rethink nahi karte to aap kya hote hain? tension, larai, frustration aur suicide aur yeh sab hota rehta hai.</w:t>
      </w:r>
      <w:r>
        <w:br/>
      </w:r>
      <w:r>
        <w:rPr>
          <w:sz w:val="20"/>
        </w:rPr>
        <w:t>51:54  to jab bhi aap ka koi bhi planning jo aap ne kiya, koi bhi planning chahe individual life mein ho, chahe national life mein ho, agar woh dekhen aap ke aap ka jo goal tha woh poora nahi ho saka to yeh mat kabhi kijiye ke aap react karen.</w:t>
      </w:r>
      <w:r>
        <w:br/>
      </w:r>
      <w:r>
        <w:rPr>
          <w:sz w:val="20"/>
        </w:rPr>
        <w:t>52:15  balkeh rethink kijiye. falasteen</w:t>
      </w:r>
      <w:r>
        <w:br/>
      </w:r>
      <w:r>
        <w:rPr>
          <w:sz w:val="20"/>
        </w:rPr>
        <w:t>52:18  mein kya hua dekhiye? 1948 mein balfour wardict ke tehat partition hua falasteen ka.</w:t>
      </w:r>
      <w:r>
        <w:br/>
      </w:r>
      <w:r>
        <w:rPr>
          <w:sz w:val="20"/>
        </w:rPr>
        <w:t>52:28  roughly aadha diya gaya yani yahood ko aadha diya gaya, arabon ko. acha, arabon ne kaha ke hum nahi mante is partition ko aur larai chhod di unhon ne.</w:t>
      </w:r>
      <w:r>
        <w:br/>
      </w:r>
      <w:r>
        <w:rPr>
          <w:sz w:val="20"/>
        </w:rPr>
        <w:t>52:39  1948 hi se larai shuru kar di unhon ne ke hum is partition ko nahi mante, poora poora falasteen hamara</w:t>
      </w:r>
      <w:r>
        <w:br/>
      </w:r>
      <w:r>
        <w:rPr>
          <w:sz w:val="20"/>
        </w:rPr>
        <w:t>52:45  hai. acha, ab dekhiye ke 60 saal se zyada muddat beet gayi. 60 saal se zyada muddat beet gayi.</w:t>
      </w:r>
      <w:r>
        <w:br/>
      </w:r>
      <w:r>
        <w:rPr>
          <w:sz w:val="20"/>
        </w:rPr>
        <w:t>52:54  ab falastiniyon ko mila kya? mila kya falastiniyon ko?</w:t>
      </w:r>
      <w:r>
        <w:br/>
      </w:r>
      <w:r>
        <w:rPr>
          <w:sz w:val="20"/>
        </w:rPr>
        <w:t>52:58  dekhiye, 1948 mein arabon ko ya falastiniyon ko falasteen ka aadha hissa mila hua tha, including yerushalayim,</w:t>
      </w:r>
      <w:r>
        <w:br/>
      </w:r>
      <w:r>
        <w:rPr>
          <w:sz w:val="20"/>
        </w:rPr>
        <w:t>53:12  including badr al-muqaddas, including masjid al-aqsa mila hua tha. lekin unhon ne is ke khilaf yani woh shuru kar diya</w:t>
      </w:r>
      <w:r>
        <w:br/>
      </w:r>
      <w:r>
        <w:rPr>
          <w:sz w:val="20"/>
        </w:rPr>
        <w:t>53:26  larai, shuru kar di larai.</w:t>
      </w:r>
      <w:r>
        <w:br/>
      </w:r>
      <w:r>
        <w:rPr>
          <w:sz w:val="20"/>
        </w:rPr>
        <w:t>53:28  aaj kya soorat-e-haal hai? aaj un ke paas aik bohat chhota sa hissa hai jo aik municipality samajh lijiye, municipality koi woh hukoomat ki shakal is ki nahi hai.</w:t>
      </w:r>
      <w:r>
        <w:br/>
      </w:r>
      <w:r>
        <w:rPr>
          <w:sz w:val="20"/>
        </w:rPr>
        <w:t>53:40  to aap bajaye is ke ke yeh kahein ke hum ko poora falasteen hamein lena hai, yeh nahi karna chahiye. rethink karna chahiye ke kyun hamara plan nakam ho gaya.</w:t>
      </w:r>
      <w:r>
        <w:br/>
      </w:r>
      <w:r>
        <w:rPr>
          <w:sz w:val="20"/>
        </w:rPr>
        <w:t>53:51  arabon ko chahiye ke woh yeh sochein ke jo hum ne planning ki thi 1948 mein, woh kyun nakam ho gayi?</w:t>
      </w:r>
      <w:r>
        <w:br/>
      </w:r>
      <w:r>
        <w:rPr>
          <w:sz w:val="20"/>
        </w:rPr>
        <w:t>53:57  kai naslein beet gayeen, lakhon log mar gaye aur yani billion trillion rupay ka nuqsan hua. phir bhi hum apna plan poora nahi kar sake.</w:t>
      </w:r>
      <w:r>
        <w:br/>
      </w:r>
      <w:r>
        <w:rPr>
          <w:sz w:val="20"/>
        </w:rPr>
        <w:t>54:10  to aisa hua kyun? yani issue ko main kehta hoon rethink karna. lekin woh react kar rahe hain. is duniya mein reaction se kya hoga?</w:t>
      </w:r>
      <w:r>
        <w:br/>
      </w:r>
      <w:r>
        <w:rPr>
          <w:sz w:val="20"/>
        </w:rPr>
        <w:t>54:23  aap fail hi fail hote rahenge. kyunke woh to static rasta hai.</w:t>
      </w:r>
      <w:r>
        <w:br/>
      </w:r>
      <w:r>
        <w:rPr>
          <w:sz w:val="20"/>
        </w:rPr>
        <w:t>54:28  rethink karenge to kya hoga? aap naya rasta pa lenge, nai line of action pa lenge. aik aap ko dikhai dega ke phir se apna plan banaoon main, naya plan jo waqatan workable ho.</w:t>
      </w:r>
      <w:r>
        <w:br/>
      </w:r>
      <w:r>
        <w:rPr>
          <w:sz w:val="20"/>
        </w:rPr>
        <w:t>54:44  to fail hone ke maani hain ke aap ka plan ne work nahi kiya. it was not workable jaise morsi sahib ne apne potential degree ko wapas liya to is ka matlab kya hua?</w:t>
      </w:r>
      <w:r>
        <w:br/>
      </w:r>
      <w:r>
        <w:rPr>
          <w:sz w:val="20"/>
        </w:rPr>
        <w:t>54:56  ke woh workable nahi tha, woh workable nahi tha. to ab jo hai kya hai ke workable planning karni chahiye, jo work kare, jo feasible ho.</w:t>
      </w:r>
    </w:p>
    <w:p>
      <w:pPr>
        <w:pStyle w:val="Heading2"/>
      </w:pPr>
      <w:r>
        <w:t>Life lessons from nature: the crow, the birds, and Quranic signs</w:t>
      </w:r>
    </w:p>
    <w:p>
      <w:r>
        <w:rPr>
          <w:color w:val="666666"/>
          <w:sz w:val="18"/>
        </w:rPr>
        <w:t>Positive Thinking 7 May 2014 · 4m 35s · at 22:57 · https://youtu.be/Ie4-njJHuVY?t=1377</w:t>
      </w:r>
    </w:p>
    <w:p>
      <w:r>
        <w:rPr>
          <w:i/>
        </w:rPr>
        <w:t>“Jab yeh aayat main padh raha tha ke Qabeel ne maar dala Habeel ko”</w:t>
      </w:r>
    </w:p>
    <w:p>
      <w:r>
        <w:rPr>
          <w:sz w:val="20"/>
        </w:rPr>
        <w:t>22:57  jab yeh aayat mein jab mein padh raha tha ke qabil ne jab maar dala habil ko to dead body us ka jo tha, aap samajh sakte hain ke dead body kya karoon mein, dead body ko kya karoon.</w:t>
      </w:r>
      <w:r>
        <w:br/>
      </w:r>
      <w:r>
        <w:rPr>
          <w:sz w:val="20"/>
        </w:rPr>
        <w:t>23:11  pehla pehli maut thi insaan ki tareekh mein to aik kaua aaya, yeh quran mein bataya gaya hai.</w:t>
      </w:r>
      <w:r>
        <w:br/>
      </w:r>
      <w:r>
        <w:rPr>
          <w:sz w:val="20"/>
        </w:rPr>
        <w:t>23:19  kauwe ne zameen khodi to woh woh do kauwe thay, aapas mein woh bhi laday, aik mein aik ne maar dala doosray ko to jo mar gaya tha, us ko is mein dafan kar diya.</w:t>
      </w:r>
      <w:r>
        <w:br/>
      </w:r>
      <w:r>
        <w:rPr>
          <w:sz w:val="20"/>
        </w:rPr>
        <w:t>23:30  is se usay samjha ke mujhe is ko dafan karna chahiye to is misal mein aik aik aur pehlu is ka hai</w:t>
      </w:r>
      <w:r>
        <w:br/>
      </w:r>
      <w:r>
        <w:rPr>
          <w:sz w:val="20"/>
        </w:rPr>
        <w:t>23:39  ke is dunya mein agar hum aankh khol kar rahe hain to yahan par hum ko har cheez mein namoonay hain, har cheez mein model hain, har cheez mein example hain, yaani sabak lene ke liye.</w:t>
      </w:r>
      <w:r>
        <w:br/>
      </w:r>
      <w:r>
        <w:rPr>
          <w:sz w:val="20"/>
        </w:rPr>
        <w:t>23:53  is ki aik shakal thi ke kaua wahan aa kar ke usay rasta dikhaya qabil ko.</w:t>
      </w:r>
      <w:r>
        <w:br/>
      </w:r>
      <w:r>
        <w:rPr>
          <w:sz w:val="20"/>
        </w:rPr>
        <w:t>24:01  to agar hum aankh khol kar rahe hain to yahi baat quran mein surah yusuf mein batai gayi hai ke waqayib min ayat fi al-samawati wal-ardi wa hum yamaruna alayha minhum murudun ke zameen o aasman mein nishaniyan phaili hui hain.</w:t>
      </w:r>
      <w:r>
        <w:br/>
      </w:r>
      <w:r>
        <w:rPr>
          <w:sz w:val="20"/>
        </w:rPr>
        <w:t>24:16  nishaniyan yaani sign S.I.G.N., zameen o aasman signs phaili hui hain.</w:t>
      </w:r>
      <w:r>
        <w:br/>
      </w:r>
      <w:r>
        <w:rPr>
          <w:sz w:val="20"/>
        </w:rPr>
        <w:t>24:22  agar aadmi aankh ki aankh khuli hui ho, woh sochta ho to bar bar aisi cheezein samne aayengi jis se woh sabak leta rahega, sabak leta rahega.</w:t>
      </w:r>
      <w:r>
        <w:br/>
      </w:r>
      <w:r>
        <w:rPr>
          <w:sz w:val="20"/>
        </w:rPr>
        <w:t>24:37  jaise mein idhar baitha hua tha, idhar mera ek corner hai, wahan par chiriyaan aati hain to maine dekha ke ek chidiya aayi, woh dana tha, woh khane lagi.</w:t>
      </w:r>
      <w:r>
        <w:br/>
      </w:r>
      <w:r>
        <w:rPr>
          <w:sz w:val="20"/>
        </w:rPr>
        <w:t>24:48  to doosri ek chidiya aayi,</w:t>
      </w:r>
      <w:r>
        <w:br/>
      </w:r>
      <w:r>
        <w:rPr>
          <w:sz w:val="20"/>
        </w:rPr>
        <w:t>24:51  ise kuch soch se, is ko kuch is ki aise kiya to ur gayi, woh pehle wali ur gayi aur is ko yeh lagi khane. jab yeh kha ke chali gayi to phir woh pehle wali aayi, phir is ne khaya.</w:t>
      </w:r>
      <w:r>
        <w:br/>
      </w:r>
      <w:r>
        <w:rPr>
          <w:sz w:val="20"/>
        </w:rPr>
        <w:t>25:05  yeh maine socha ke ek sabak de gayi hai. woh sabak yeh hai ke confrontation ko avoid karo. is chidiya ne ek sabak diya ke confrontation ko avoid karo to tumhara kuch nahi bigrega, bigrega.</w:t>
      </w:r>
      <w:r>
        <w:br/>
      </w:r>
      <w:r>
        <w:rPr>
          <w:sz w:val="20"/>
        </w:rPr>
        <w:t>25:23  agar confrontation mein paroge to to tabahi hai. jaise ke aap dekhiye, Egypt mein lad rahe hain, mar rahe hain aur hazaron hazar log ise mar ke khatam ho gaye kyunke woh confrontation ko rasta ikhtiyar kiya unhon ne.</w:t>
      </w:r>
      <w:r>
        <w:br/>
      </w:r>
      <w:r>
        <w:rPr>
          <w:sz w:val="20"/>
        </w:rPr>
        <w:t>25:39  to ek chidiya aayi aur doosri chidiya ke liye chhod</w:t>
      </w:r>
      <w:r>
        <w:br/>
      </w:r>
      <w:r>
        <w:rPr>
          <w:sz w:val="20"/>
        </w:rPr>
        <w:t>25:44  ke chali gayi. phir jab woh chali gayi, phir bhi dobara aayi. is mein yeh sabak diya is ne ke confrontation mein tabahi hai aur takrao na karo to tabahi kuch nahi hai.</w:t>
      </w:r>
      <w:r>
        <w:br/>
      </w:r>
      <w:r>
        <w:rPr>
          <w:sz w:val="20"/>
        </w:rPr>
        <w:t>25:57  woh bhi taraqqi karenge to bhi taraqqi karoge. yeh matlab hai is ayat ka ke zameen o aasman mein nishaniyan phaili hui hain, log is ko ghaur nahi karte, is aur ise sabak nahi lete, ise andhe bhare pade rehte hain,</w:t>
      </w:r>
      <w:r>
        <w:br/>
      </w:r>
      <w:r>
        <w:rPr>
          <w:sz w:val="20"/>
        </w:rPr>
        <w:t>26:13  andhe bhare pade rehte hain.</w:t>
      </w:r>
      <w:r>
        <w:br/>
      </w:r>
      <w:r>
        <w:rPr>
          <w:sz w:val="20"/>
        </w:rPr>
        <w:t>26:18  to Allah taala ne Quran utara, Rasool Allah ne</w:t>
      </w:r>
      <w:r>
        <w:br/>
      </w:r>
      <w:r>
        <w:rPr>
          <w:sz w:val="20"/>
        </w:rPr>
        <w:t>26:22  is ka namuna dikhaya. phir tareekh mein jo waqeat hain, woh Quran mein bataye gaye aur rozana ki zindagi mein hum ko is paas namune bikhre hue hain, is mein misalein hain.</w:t>
      </w:r>
      <w:r>
        <w:br/>
      </w:r>
      <w:r>
        <w:rPr>
          <w:sz w:val="20"/>
        </w:rPr>
        <w:t>26:34  in sab ko agar aadmi dhyan de, soche aur soch kar zindagi guzare to woh kabhi bhi gumrah nahi ho sakta, kabhi bhatak nahi sakta.</w:t>
      </w:r>
      <w:r>
        <w:br/>
      </w:r>
      <w:r>
        <w:rPr>
          <w:sz w:val="20"/>
        </w:rPr>
        <w:t>26:50  kahin is ko Quran se mil jayegi guidance, kahin Hadees se mil jayegi, kahin koi chidiya bhi aayegi, us ko guidance de degi, kahin hawa chalegi, us ke bhi is ka guidance milega.</w:t>
      </w:r>
      <w:r>
        <w:br/>
      </w:r>
      <w:r>
        <w:rPr>
          <w:sz w:val="20"/>
        </w:rPr>
        <w:t>27:06  to kahin is ki aqal, kahin is ki zameer, is ka consciousness us ko batayega.</w:t>
      </w:r>
      <w:r>
        <w:br/>
      </w:r>
      <w:r>
        <w:rPr>
          <w:sz w:val="20"/>
        </w:rPr>
        <w:t>27:11  itna zyada Allah taala ne ehtimam kiya guidance ka, rehnumai ka ke insaan agar khule aankh se rahe duniya mein, ab khule open mind ke sath rahe duniya mein aur objectivity ke sath duniya ki cheezon ko dekhe to kabhi nahi bhatkega.</w:t>
      </w:r>
    </w:p>
    <w:p>
      <w:pPr>
        <w:pStyle w:val="Heading2"/>
      </w:pPr>
      <w:r>
        <w:t>Accept truncation: Singapore example and conclusion</w:t>
      </w:r>
    </w:p>
    <w:p>
      <w:r>
        <w:rPr>
          <w:color w:val="666666"/>
          <w:sz w:val="18"/>
        </w:rPr>
        <w:t>Principle of Loss | May 31, 2015 · 5m 32s · at 33:25 · https://youtu.be/IEf7QfU3BmY?t=2005</w:t>
      </w:r>
    </w:p>
    <w:p>
      <w:r>
        <w:rPr>
          <w:i/>
        </w:rPr>
        <w:t>“If Muslims accepted truncated Pakistan...”</w:t>
      </w:r>
    </w:p>
    <w:p>
      <w:r>
        <w:rPr>
          <w:sz w:val="20"/>
        </w:rPr>
        <w:t>33:25  agar musalman truncated pakistan par razi ho jatay, truncated pakistan par razi hotay to aaj pakistan aur falasteen</w:t>
      </w:r>
      <w:r>
        <w:br/>
      </w:r>
      <w:r>
        <w:rPr>
          <w:sz w:val="20"/>
        </w:rPr>
        <w:t>33:33  bohat zabardast country hotay, germany aur france ki tarah zabardast mulk hotay.</w:t>
      </w:r>
      <w:r>
        <w:br/>
      </w:r>
      <w:r>
        <w:rPr>
          <w:sz w:val="20"/>
        </w:rPr>
        <w:t>33:40  aur mein aap ko misaal deta hoon, dekhiye yeh jo jis ko aap kehte hain singapore, woh pehle</w:t>
      </w:r>
      <w:r>
        <w:br/>
      </w:r>
      <w:r>
        <w:rPr>
          <w:sz w:val="20"/>
        </w:rPr>
        <w:t>33:48  maleshia ka hissa tha,</w:t>
      </w:r>
      <w:r>
        <w:br/>
      </w:r>
      <w:r>
        <w:rPr>
          <w:sz w:val="20"/>
        </w:rPr>
        <w:t>33:55  aik coaster area tha, chota sa, jo jahan kora dump kiya jata tha, kora dump kiya jata tha,</w:t>
      </w:r>
      <w:r>
        <w:br/>
      </w:r>
      <w:r>
        <w:rPr>
          <w:sz w:val="20"/>
        </w:rPr>
        <w:t>34:01  woh area aisa tha.</w:t>
      </w:r>
      <w:r>
        <w:br/>
      </w:r>
      <w:r>
        <w:rPr>
          <w:sz w:val="20"/>
        </w:rPr>
        <w:t>34:08  woh to wahan par mr. lee aik leader paida hua aur us ne tehreek chalai.</w:t>
      </w:r>
      <w:r>
        <w:br/>
      </w:r>
      <w:r>
        <w:rPr>
          <w:sz w:val="20"/>
        </w:rPr>
        <w:t>34:14  to is tehreek ke nateejay mein us ko maleshia ka woh part, jis ko aaj hum singapore kehte</w:t>
      </w:r>
      <w:r>
        <w:br/>
      </w:r>
      <w:r>
        <w:rPr>
          <w:sz w:val="20"/>
        </w:rPr>
        <w:t>34:20  hain, us ko bant kar de diya gaya.</w:t>
      </w:r>
      <w:r>
        <w:br/>
      </w:r>
      <w:r>
        <w:rPr>
          <w:sz w:val="20"/>
        </w:rPr>
        <w:t>34:26  jis waqt diya gaya tha, us ko us waqt woh ek bilkul hi, yaani under koi development nahi, koi wahan source bhi nahi, na tel, na wahan koi source bhi nahi, bas ek samandari ke kinare ka area tha jahan kooda dump kiya jata tha, woh de diya. yaani doosre lafzon mein Singapore jo tha, ek truncated Singapore tha, jo Singapore chahte the,</w:t>
      </w:r>
      <w:r>
        <w:br/>
      </w:r>
      <w:r>
        <w:rPr>
          <w:sz w:val="20"/>
        </w:rPr>
        <w:t>34:56  woh nahi mila tha un ko, kata phata singapore tha.</w:t>
      </w:r>
      <w:r>
        <w:br/>
      </w:r>
      <w:r>
        <w:rPr>
          <w:sz w:val="20"/>
        </w:rPr>
        <w:t>35:02  to lee jo tha, bohat hi zabardast aadmi tha, us ki education hui thi harvard university mein, america</w:t>
      </w:r>
      <w:r>
        <w:br/>
      </w:r>
      <w:r>
        <w:rPr>
          <w:sz w:val="20"/>
        </w:rPr>
        <w:t>35:08  mein, bohat intelligent tha, bohat ziyada learned aadmi tha.</w:t>
      </w:r>
      <w:r>
        <w:br/>
      </w:r>
      <w:r>
        <w:rPr>
          <w:sz w:val="20"/>
        </w:rPr>
        <w:t>35:14  mr. lee jo tha, us ka founder jo prime minister tha singapore ka, us ne isi isi raaz</w:t>
      </w:r>
      <w:r>
        <w:br/>
      </w:r>
      <w:r>
        <w:rPr>
          <w:sz w:val="20"/>
        </w:rPr>
        <w:t>35:20  ko pakra ke hamein trnkited singapur hi per</w:t>
      </w:r>
      <w:r>
        <w:br/>
      </w:r>
      <w:r>
        <w:rPr>
          <w:sz w:val="20"/>
        </w:rPr>
        <w:t>35:26  razi hona hai, nahi to wo bhi jaye ga.</w:t>
      </w:r>
      <w:r>
        <w:br/>
      </w:r>
      <w:r>
        <w:rPr>
          <w:sz w:val="20"/>
        </w:rPr>
        <w:t>35:32  is ne koi shikait nahi ki malishia ke khilaf, koi malishia ke khilaf, koi is ne koi tehreek</w:t>
      </w:r>
      <w:r>
        <w:br/>
      </w:r>
      <w:r>
        <w:rPr>
          <w:sz w:val="20"/>
        </w:rPr>
        <w:t>35:38  nahi chalai, kuch bhi nahi kiya, sirf ye kiya ke jo mila tha area, bas us ki development,</w:t>
      </w:r>
      <w:r>
        <w:br/>
      </w:r>
      <w:r>
        <w:rPr>
          <w:sz w:val="20"/>
        </w:rPr>
        <w:t>35:44  us ki development, us ki development, kuch nahi, us ke us ke age kuch kuch bhi nahi.</w:t>
      </w:r>
      <w:r>
        <w:br/>
      </w:r>
      <w:r>
        <w:rPr>
          <w:sz w:val="20"/>
        </w:rPr>
        <w:t>35:51  aj aap jante hain ke singapur jo hai, aik</w:t>
      </w:r>
      <w:r>
        <w:br/>
      </w:r>
      <w:r>
        <w:rPr>
          <w:sz w:val="20"/>
        </w:rPr>
        <w:t>35:57  developed country shumar hota hai.</w:t>
      </w:r>
      <w:r>
        <w:br/>
      </w:r>
      <w:r>
        <w:rPr>
          <w:sz w:val="20"/>
        </w:rPr>
        <w:t>36:03  singapur ki jo singapur ki jo per capita income hai, wo bohat hi ziyada hai.</w:t>
      </w:r>
      <w:r>
        <w:br/>
      </w:r>
      <w:r>
        <w:rPr>
          <w:sz w:val="20"/>
        </w:rPr>
        <w:t>36:09  singapur safest country mana jata hai.</w:t>
      </w:r>
      <w:r>
        <w:br/>
      </w:r>
      <w:r>
        <w:rPr>
          <w:sz w:val="20"/>
        </w:rPr>
        <w:t>36:15  singapur mein crime free country hai, singapur.</w:t>
      </w:r>
      <w:r>
        <w:br/>
      </w:r>
      <w:r>
        <w:rPr>
          <w:sz w:val="20"/>
        </w:rPr>
        <w:t>36:21  to aik aik misal dekhiye falasteen ke pakistan ki hai ke falasteen aur</w:t>
      </w:r>
      <w:r>
        <w:br/>
      </w:r>
      <w:r>
        <w:rPr>
          <w:sz w:val="20"/>
        </w:rPr>
        <w:t>36:27  Pakistan mein jo mila tha un ko, woh truncated Falasteen, truncated Pakistan, woh to raazi nahi hue, woh raazi nahi hue to kya hua? tabahi, tabahi, tabahi, tabahi. abhi aaj hi subah khabar thi, aap ne dekha hoga ke 20 aadmi maar dale. to is tarah Singapore jo tha, woh mila tha un ko ek truncated Singapore ki shakal mein, lekin us ko unhon ne accept kiya aur us ko de</w:t>
      </w:r>
      <w:r>
        <w:br/>
      </w:r>
      <w:r>
        <w:rPr>
          <w:sz w:val="20"/>
        </w:rPr>
        <w:t>36:57  vilap karna shuru kiya.</w:t>
      </w:r>
      <w:r>
        <w:br/>
      </w:r>
      <w:r>
        <w:rPr>
          <w:sz w:val="20"/>
        </w:rPr>
        <w:t>37:04  to aj singapur ka naam jo hai, development ka naam ban gaya hai.</w:t>
      </w:r>
      <w:r>
        <w:br/>
      </w:r>
      <w:r>
        <w:rPr>
          <w:sz w:val="20"/>
        </w:rPr>
        <w:t>37:12  to chahe secular aadmi ho ya idealist aadmi ho, musalman ho ya doosre log hon, sab ke liye</w:t>
      </w:r>
      <w:r>
        <w:br/>
      </w:r>
      <w:r>
        <w:rPr>
          <w:sz w:val="20"/>
        </w:rPr>
        <w:t>37:20  یہ بہت ہی بڑا اصول ہے کہ accept کرو، loss کو accept کرو</w:t>
      </w:r>
      <w:r>
        <w:br/>
      </w:r>
      <w:r>
        <w:rPr>
          <w:sz w:val="20"/>
        </w:rPr>
        <w:t>37:27  ، truncation کو accept کرو، جو کھویا گیا اس کو accept کرو، تب تمہاری ترقی ہوگی، نہیں تو</w:t>
      </w:r>
      <w:r>
        <w:br/>
      </w:r>
      <w:r>
        <w:rPr>
          <w:sz w:val="20"/>
        </w:rPr>
        <w:t>37:33  koi taraqi nahi.</w:t>
      </w:r>
      <w:r>
        <w:br/>
      </w:r>
      <w:r>
        <w:rPr>
          <w:sz w:val="20"/>
        </w:rPr>
        <w:t>37:39  to allah taala ko ye principle itna important hai allah ki nazar mein, kyunke is pe sara creation</w:t>
      </w:r>
      <w:r>
        <w:br/>
      </w:r>
      <w:r>
        <w:rPr>
          <w:sz w:val="20"/>
        </w:rPr>
        <w:t>37:45  plan base karta hai.</w:t>
      </w:r>
      <w:r>
        <w:br/>
      </w:r>
      <w:r>
        <w:rPr>
          <w:sz w:val="20"/>
        </w:rPr>
        <w:t>37:51  wo hota is liye ke dunya mein allah ke naqshe ke mutabiq</w:t>
      </w:r>
      <w:r>
        <w:br/>
      </w:r>
      <w:r>
        <w:rPr>
          <w:sz w:val="20"/>
        </w:rPr>
        <w:t>37:57  yahan challenge hai, yahan competition hai, yahan ek aadmi doosre aadmi ko chahta hai ke us ko zabt kar ke aage badhe. yeh sab hai aur rahega to is par is ki wajah se truncation hota hai, loss hota hai. to Allah taala ko yeh manzoor hai ke insaan agar chahta hai taraqqi karna to us ko is ko as a fact maan, as a reality maane. you have</w:t>
      </w:r>
      <w:r>
        <w:br/>
      </w:r>
      <w:r>
        <w:rPr>
          <w:sz w:val="20"/>
        </w:rPr>
        <w:t>38:27  We have to accept the truncation as a reality, you have to accept the loss as a reality, tab</w:t>
      </w:r>
      <w:r>
        <w:br/>
      </w:r>
      <w:r>
        <w:rPr>
          <w:sz w:val="20"/>
        </w:rPr>
        <w:t>38:34  taraqi ke darwaze khulein ge.</w:t>
      </w:r>
      <w:r>
        <w:br/>
      </w:r>
      <w:r>
        <w:rPr>
          <w:sz w:val="20"/>
        </w:rPr>
        <w:t>38:40  Here, here is the starting point. Jo aadmi isi ko challenge karne lage to kabhi woh usko raasta</w:t>
      </w:r>
      <w:r>
        <w:br/>
      </w:r>
      <w:r>
        <w:rPr>
          <w:sz w:val="20"/>
        </w:rPr>
        <w:t>38:46  ہی نہیں ملے گا، ہمیشہ blind alley پھنسا رہے گا۔</w:t>
      </w:r>
      <w:r>
        <w:br/>
      </w:r>
      <w:r>
        <w:rPr>
          <w:sz w:val="20"/>
        </w:rPr>
        <w:t>38:52  wo ye kaisi ajeeb baat</w:t>
      </w:r>
    </w:p>
    <w:p>
      <w:pPr>
        <w:pStyle w:val="Heading2"/>
      </w:pPr>
      <w:r>
        <w:t>Salvation belongs to individuals, not religious groups</w:t>
      </w:r>
    </w:p>
    <w:p>
      <w:r>
        <w:rPr>
          <w:color w:val="666666"/>
          <w:sz w:val="18"/>
        </w:rPr>
        <w:t>Dars-e-Quran June 25, 2007 · 5m 08s · at 13:30 · https://youtu.be/nrgQNgSemyo?t=810</w:t>
      </w:r>
    </w:p>
    <w:p>
      <w:r>
        <w:rPr>
          <w:i/>
        </w:rPr>
        <w:t>“Yahud kehte the ke jannat sirf Yahudi ya Nasrani ke liye hai”</w:t>
      </w:r>
    </w:p>
    <w:p>
      <w:r>
        <w:rPr>
          <w:sz w:val="20"/>
        </w:rPr>
        <w:t>13:30  yahood kehte thay, ab bhi unka yahi aqeeda hai ke,</w:t>
      </w:r>
      <w:r>
        <w:br/>
      </w:r>
      <w:r>
        <w:rPr>
          <w:sz w:val="20"/>
        </w:rPr>
        <w:t>13:38  ke</w:t>
      </w:r>
      <w:r>
        <w:br/>
      </w:r>
      <w:r>
        <w:rPr>
          <w:sz w:val="20"/>
        </w:rPr>
        <w:t>13:42  wo samajhte thay ke yahoodi jo giroh hai, yahoodi jo nasal hai, nijaat is ke liye hai. to</w:t>
      </w:r>
      <w:r>
        <w:br/>
      </w:r>
      <w:r>
        <w:rPr>
          <w:sz w:val="20"/>
        </w:rPr>
        <w:t>13:49  wo kehte thay ke lan yadkhulil jannata illa man kana hudan wa nasara yeh surah baqarah ki ayat number 111 lan yadkhulil jannata illa man kana hudan wa nasara</w:t>
      </w:r>
      <w:r>
        <w:br/>
      </w:r>
      <w:r>
        <w:rPr>
          <w:sz w:val="20"/>
        </w:rPr>
        <w:t>14:07  jannat mein dakhil nahi hoga magar woh jo yahoodi ho ya nasrani ho, yaani yahoodi group se talluq rakhta ho, maseehi group se talluq rakhta ho.</w:t>
      </w:r>
      <w:r>
        <w:br/>
      </w:r>
      <w:r>
        <w:rPr>
          <w:sz w:val="20"/>
        </w:rPr>
        <w:t>14:23  kya to yeh yeh aqeeda ke group wise par salvation hai, yeh unke liye agar galat hai to hamare liye bhi galat hai.</w:t>
      </w:r>
      <w:r>
        <w:br/>
      </w:r>
      <w:r>
        <w:rPr>
          <w:sz w:val="20"/>
        </w:rPr>
        <w:t>14:34  aisa agar musalman yeh samajh lein ke jo musalmanon ki qaum mein shamil hai, bas is ke liye nijaat hai, to yeh bhi itni hi badi galati hai jitni badi galati yahudiyon ne ki aur nasraniyon ne ki.</w:t>
      </w:r>
      <w:r>
        <w:br/>
      </w:r>
      <w:r>
        <w:rPr>
          <w:sz w:val="20"/>
        </w:rPr>
        <w:t>14:49  kyun?</w:t>
      </w:r>
      <w:r>
        <w:br/>
      </w:r>
      <w:r>
        <w:rPr>
          <w:sz w:val="20"/>
        </w:rPr>
        <w:t>14:53  nijaat ka talluq kisi group se, kisi nasal se, kisi qaum se nahi hai.</w:t>
      </w:r>
      <w:r>
        <w:br/>
      </w:r>
      <w:r>
        <w:rPr>
          <w:sz w:val="20"/>
        </w:rPr>
        <w:t>15:02  nijaat ka talluq individual se hai, fard se hai.</w:t>
      </w:r>
      <w:r>
        <w:br/>
      </w:r>
      <w:r>
        <w:rPr>
          <w:sz w:val="20"/>
        </w:rPr>
        <w:t>15:10  ek ek insaan ko alag alag Khuda ke haan pesh kiya jayega.</w:t>
      </w:r>
      <w:r>
        <w:br/>
      </w:r>
      <w:r>
        <w:rPr>
          <w:sz w:val="20"/>
        </w:rPr>
        <w:t>15:19  ek ek insaan ke is ke apne jo personal record hai, uska is ki base par faisla kiya jayega ke woh punishment ke qabil hai ya reward ke qabil hai.</w:t>
      </w:r>
      <w:r>
        <w:br/>
      </w:r>
      <w:r>
        <w:rPr>
          <w:sz w:val="20"/>
        </w:rPr>
        <w:t>15:36  bilkul yeh batil hai, yeh aqeeda baseless hai, baseless ke kisi group ke liye paradise hai, kisi qaum ke liye jannat hai ya salvation hai.</w:t>
      </w:r>
      <w:r>
        <w:br/>
      </w:r>
      <w:r>
        <w:rPr>
          <w:sz w:val="20"/>
        </w:rPr>
        <w:t>15:50  salvation har aadmi ke apne individual record par milegi, na ke kisi community, kisi qaum, kisi group se talluq rakhne ki wajah se.</w:t>
      </w:r>
      <w:r>
        <w:br/>
      </w:r>
      <w:r>
        <w:rPr>
          <w:sz w:val="20"/>
        </w:rPr>
        <w:t>16:05  yeh bohat zyada clear hai Quran majeed mein. to woh kehte thay ke nijaat jo hai, salvation, woh yahudiyon aur nasraniyon ke liye hai.</w:t>
      </w:r>
      <w:r>
        <w:br/>
      </w:r>
      <w:r>
        <w:rPr>
          <w:sz w:val="20"/>
        </w:rPr>
        <w:t>16:19  to yahan par yeh jo is ka reference diya gaya, is liye diya gaya hai ke musalmanon ko bataya gaya ke tumhara mamla bhi yahi hai.</w:t>
      </w:r>
      <w:r>
        <w:br/>
      </w:r>
      <w:r>
        <w:rPr>
          <w:sz w:val="20"/>
        </w:rPr>
        <w:t>16:30  wo agar aisa aqeeda bana lein to unke liye bhi yeh aqeeda baseless hai, aur tum bana lo to tumhare liye bhi yeh aqeeda baseless hai.</w:t>
      </w:r>
      <w:r>
        <w:br/>
      </w:r>
      <w:r>
        <w:rPr>
          <w:sz w:val="20"/>
        </w:rPr>
        <w:t>16:41  kyun? asal cheez yeh hai ke aadmi ka apna zaati record kya hai. khud aadmi ka jo angel, jo har waqt hamare saath hain,</w:t>
      </w:r>
      <w:r>
        <w:br/>
      </w:r>
      <w:r>
        <w:rPr>
          <w:sz w:val="20"/>
        </w:rPr>
        <w:t>16:55  wo jo record bana rahe hain, ek ek aadmi ke saath do do angel hain.</w:t>
      </w:r>
      <w:r>
        <w:br/>
      </w:r>
      <w:r>
        <w:rPr>
          <w:sz w:val="20"/>
        </w:rPr>
        <w:t>17:01  Quran mein bataya gaya hai ke har aadmi ke saath, ek ek individual ke saath, Khuda ke do farishtay rehte hain jo us ki har baat ka record tayyar kar rahe hain.</w:t>
      </w:r>
      <w:r>
        <w:br/>
      </w:r>
      <w:r>
        <w:rPr>
          <w:sz w:val="20"/>
        </w:rPr>
        <w:t>17:16  yaani aap ki intention kya hai, yaani aap ne dil mein kya socha, is ka bhi record tayyar karte hain. woh munh se kya bole, is ka bhi record tayyar karte hain.</w:t>
      </w:r>
      <w:r>
        <w:br/>
      </w:r>
      <w:r>
        <w:rPr>
          <w:sz w:val="20"/>
        </w:rPr>
        <w:t>17:28  wo</w:t>
      </w:r>
      <w:r>
        <w:br/>
      </w:r>
      <w:r>
        <w:rPr>
          <w:sz w:val="20"/>
        </w:rPr>
        <w:t>17:30  isi tareeqay say aap ki dealing, aap ki activities, logon kay sath aap ka behavior, aap ka character, yeh sari cheez angel aik aadmi kay alag alag record kar rahay hain.</w:t>
      </w:r>
      <w:r>
        <w:br/>
      </w:r>
      <w:r>
        <w:rPr>
          <w:sz w:val="20"/>
        </w:rPr>
        <w:t>17:51  aur yahi jo record hai, personal record, isi par wahan faisla hoga.</w:t>
      </w:r>
      <w:r>
        <w:br/>
      </w:r>
      <w:r>
        <w:rPr>
          <w:sz w:val="20"/>
        </w:rPr>
        <w:t>18:00  kisi group say wabasta honay ki wajah say ya kisi jamaat say wabasta honay ki wajah say, koi kisi jamaat ka member hai ya kisi qaum mein paida ho gaya hai, to koi bhi jamaat ya koi bhi qaum Khuda kay nazdeek salvation is kay liye nahi likhi gayi hai.</w:t>
      </w:r>
      <w:r>
        <w:br/>
      </w:r>
      <w:r>
        <w:rPr>
          <w:sz w:val="20"/>
        </w:rPr>
        <w:t>18:22  salvation jo hai, woh hai</w:t>
      </w:r>
      <w:r>
        <w:br/>
      </w:r>
      <w:r>
        <w:rPr>
          <w:sz w:val="20"/>
        </w:rPr>
        <w:t>18:27  alag alag aik aadmi kay kay record ko dekh kar uska faisla kiya jayega.</w:t>
      </w:r>
      <w:r>
        <w:br/>
      </w:r>
      <w:r>
        <w:rPr>
          <w:sz w:val="20"/>
        </w:rPr>
        <w:t>18:35  yeh bohat hi important baat hai jis ko aadmi ko samajhna ch</w:t>
      </w:r>
      <w:r>
        <w:br/>
      </w:r>
      <w:r>
        <w:rPr>
          <w:sz w:val="20"/>
        </w:rPr>
        <w:t>18:39  ahiye. Quran majeed mein dekhen, surah baqarah mein 122 mein yahood kay baray mein kaha kay inni fazaltukum ala al-alameen mein nay tum ko fazilat di, yani yahood ko sari dunya walon par.</w:t>
      </w:r>
    </w:p>
    <w:p>
      <w:pPr>
        <w:pStyle w:val="Heading2"/>
      </w:pPr>
      <w:r>
        <w:t>Spiritual contentment over material goals</w:t>
      </w:r>
    </w:p>
    <w:p>
      <w:r>
        <w:rPr>
          <w:color w:val="666666"/>
          <w:sz w:val="18"/>
        </w:rPr>
        <w:t>Quranic Wisdom · 3m 00s · at 9:12 · https://youtu.be/2R9zFXIr1aw?t=552</w:t>
      </w:r>
    </w:p>
    <w:p>
      <w:r>
        <w:rPr>
          <w:i/>
        </w:rPr>
        <w:t>“Only in the remembrance of God can hearts find comfort.”</w:t>
      </w:r>
    </w:p>
    <w:p>
      <w:r>
        <w:rPr>
          <w:sz w:val="20"/>
        </w:rPr>
        <w:t>9:12  So the Quran says in this particular, uh, context that only in the remembrance of God can hearts find comfort. That is, comfort or solace or peace of mind is only when we remember God. So, uh, this verse tells us, and Maulana explains or interprets this verse by saying that remembrance of God does not mean reciting the word God or reciting the word Allah.</w:t>
      </w:r>
      <w:r>
        <w:br/>
      </w:r>
      <w:r>
        <w:rPr>
          <w:sz w:val="20"/>
        </w:rPr>
        <w:t>9:39  Remembrance of God means to discover the creation plan of God for this world, the laws of nature that God has set for this world, and to adjust ourselves with those laws of nature. And then Maulana says that one of the very important, uh, uh, characteristics or traits of this world is that this world is limited.</w:t>
      </w:r>
      <w:r>
        <w:br/>
      </w:r>
      <w:r>
        <w:rPr>
          <w:sz w:val="20"/>
        </w:rPr>
        <w:t>10:02  I mean, often we feel that we have achieved everything, but still there is something missing. And many a times we have so many desires in ourselves, but still and we s and we feel that these desires cannot get fulfilled because the nature of this world is that it is limited.</w:t>
      </w:r>
      <w:r>
        <w:br/>
      </w:r>
      <w:r>
        <w:rPr>
          <w:sz w:val="20"/>
        </w:rPr>
        <w:t>10:21  So our desires do not get fulfilled, material desires or other such desires.</w:t>
      </w:r>
      <w:r>
        <w:br/>
      </w:r>
      <w:r>
        <w:rPr>
          <w:sz w:val="20"/>
        </w:rPr>
        <w:t>10:26  So the Maulana says that this particular verse of the Quran tells us that we have to understand</w:t>
      </w:r>
      <w:r>
        <w:br/>
      </w:r>
      <w:r>
        <w:rPr>
          <w:sz w:val="20"/>
        </w:rPr>
        <w:t>10:31  this law of nature, this, this, this way the world has been built, that it is limited physically</w:t>
      </w:r>
      <w:r>
        <w:br/>
      </w:r>
      <w:r>
        <w:rPr>
          <w:sz w:val="20"/>
        </w:rPr>
        <w:t>10:37  and materially. So what we have to do is that we don't have to set a physical or</w:t>
      </w:r>
      <w:r>
        <w:br/>
      </w:r>
      <w:r>
        <w:rPr>
          <w:sz w:val="20"/>
        </w:rPr>
        <w:t>10:42  a material goal for ourselves.</w:t>
      </w:r>
      <w:r>
        <w:br/>
      </w:r>
      <w:r>
        <w:rPr>
          <w:sz w:val="20"/>
        </w:rPr>
        <w:t>10:44  We have to set an intellectual goal for ourselves.</w:t>
      </w:r>
      <w:r>
        <w:br/>
      </w:r>
      <w:r>
        <w:rPr>
          <w:sz w:val="20"/>
        </w:rPr>
        <w:t>10:47  Because we all see, I mean, we all experience,</w:t>
      </w:r>
      <w:r>
        <w:br/>
      </w:r>
      <w:r>
        <w:rPr>
          <w:sz w:val="20"/>
        </w:rPr>
        <w:t>10:51  and something which scientists and physicists and mathematicians have experienced on a much larger and a much deeper</w:t>
      </w:r>
      <w:r>
        <w:br/>
      </w:r>
      <w:r>
        <w:rPr>
          <w:sz w:val="20"/>
        </w:rPr>
        <w:t>10:57  level, that the world of thought is absolutely unlim</w:t>
      </w:r>
      <w:r>
        <w:br/>
      </w:r>
      <w:r>
        <w:rPr>
          <w:sz w:val="20"/>
        </w:rPr>
        <w:t>11:01  ited. So we have to keep the intellectual goal before ourselves.</w:t>
      </w:r>
      <w:r>
        <w:br/>
      </w:r>
      <w:r>
        <w:rPr>
          <w:sz w:val="20"/>
        </w:rPr>
        <w:t>11:05  I mean, materially we have to be contented with what is our basic need.</w:t>
      </w:r>
      <w:r>
        <w:br/>
      </w:r>
      <w:r>
        <w:rPr>
          <w:sz w:val="20"/>
        </w:rPr>
        <w:t>11:09  We should not make the material, uh, objective, for example, gaining material prosperity and fame, etc.</w:t>
      </w:r>
      <w:r>
        <w:br/>
      </w:r>
      <w:r>
        <w:rPr>
          <w:sz w:val="20"/>
        </w:rPr>
        <w:t>11:17  That should not be our goal.</w:t>
      </w:r>
      <w:r>
        <w:br/>
      </w:r>
      <w:r>
        <w:rPr>
          <w:sz w:val="20"/>
        </w:rPr>
        <w:t>11:18  We should be contented as far as life is concerned, the material life is concerned, the physical life</w:t>
      </w:r>
      <w:r>
        <w:br/>
      </w:r>
      <w:r>
        <w:rPr>
          <w:sz w:val="20"/>
        </w:rPr>
        <w:t>11:24  is concerned. And we should set for ourselves the intellectual goal.</w:t>
      </w:r>
      <w:r>
        <w:br/>
      </w:r>
      <w:r>
        <w:rPr>
          <w:sz w:val="20"/>
        </w:rPr>
        <w:t>11:28  So there is, there was a physicist called John Wheeler who said something to the effect that if</w:t>
      </w:r>
      <w:r>
        <w:br/>
      </w:r>
      <w:r>
        <w:rPr>
          <w:sz w:val="20"/>
        </w:rPr>
        <w:t>11:33  you haven't discovered something new, then your day has been, has been wasted.</w:t>
      </w:r>
      <w:r>
        <w:br/>
      </w:r>
      <w:r>
        <w:rPr>
          <w:sz w:val="20"/>
        </w:rPr>
        <w:t>11:39  So, you know, so we have to, at the level of thought, discover new things.</w:t>
      </w:r>
      <w:r>
        <w:br/>
      </w:r>
      <w:r>
        <w:rPr>
          <w:sz w:val="20"/>
        </w:rPr>
        <w:t>11:43  And that is what will satisf</w:t>
      </w:r>
      <w:r>
        <w:br/>
      </w:r>
      <w:r>
        <w:rPr>
          <w:sz w:val="20"/>
        </w:rPr>
        <w:t>11:45  If we set material goals for us, even after fulfillment, we won't be happy. Yes. And I think that's what happens, right? I mean, people reach they aspire to reach a certain level in life, and then they reach that level, and then now what? And then now what? And then now what continues for, uh, you know, as. Ad infinitum. Absolutely. Ad infinitum and it kind of continues. The climb continues, but satisfaction never comes in, that, that feeling of solace never comes in.</w:t>
      </w:r>
    </w:p>
    <w:p>
      <w:pPr>
        <w:pStyle w:val="Heading2"/>
      </w:pPr>
      <w:r>
        <w:t>Acceptance of reality: from political to spiritual power</w:t>
      </w:r>
    </w:p>
    <w:p>
      <w:r>
        <w:rPr>
          <w:color w:val="666666"/>
          <w:sz w:val="18"/>
        </w:rPr>
        <w:t>Lessons from The History of Kings June 12, 2008 Maulana Wahiduddin Khan · 5m 27s · at 47:00 · https://youtu.be/H7gPHFpkXe0?t=2820</w:t>
      </w:r>
    </w:p>
    <w:p>
      <w:r>
        <w:rPr>
          <w:i/>
        </w:rPr>
        <w:t>“Wo palace to pope se chin gaya, lekin pope ab bhi.”</w:t>
      </w:r>
    </w:p>
    <w:p>
      <w:r>
        <w:rPr>
          <w:sz w:val="20"/>
        </w:rPr>
        <w:t>47:00  woh palace to Pope se chhin gaya, lekin Pope abhi bhi us ki position wahi bani hui hai. woh kaise bani hui hai?</w:t>
      </w:r>
      <w:r>
        <w:br/>
      </w:r>
      <w:r>
        <w:rPr>
          <w:sz w:val="20"/>
        </w:rPr>
        <w:t>47:13  Pope ki position jo hai woh spiritual king aaj bhi hai. woh yani pehle agar Pope tha political king, aaj woh bana hua hai spiritual king.</w:t>
      </w:r>
      <w:r>
        <w:br/>
      </w:r>
      <w:r>
        <w:rPr>
          <w:sz w:val="20"/>
        </w:rPr>
        <w:t>47:26  woh kaise</w:t>
      </w:r>
      <w:r>
        <w:br/>
      </w:r>
      <w:r>
        <w:rPr>
          <w:sz w:val="20"/>
        </w:rPr>
        <w:t>47:28  ? woh is tarah se ke Mussolini ke zamane mein, jab Mussolini jo tha ruler tha Italy ka, to Pope ko yeh peshkash ki gayi ke aap raazi ho jayein aik chote tukre par jis ko Vatican kaha jata hai.</w:t>
      </w:r>
      <w:r>
        <w:br/>
      </w:r>
      <w:r>
        <w:rPr>
          <w:sz w:val="20"/>
        </w:rPr>
        <w:t>47:45  to Vatican aap ka hoga, us mein aap hi ka raaj rahega, aap hi wahan ki police wahan rahegi, aap ka hukum chalega wahan par.</w:t>
      </w:r>
      <w:r>
        <w:br/>
      </w:r>
      <w:r>
        <w:rPr>
          <w:sz w:val="20"/>
        </w:rPr>
        <w:t>47:54  yani poore Europe se samet kar ke aap Vatican ko apna bana lein, apni duniya. to Christian log raazi ho gaye, yani Pope raazi ho gaya is par.</w:t>
      </w:r>
      <w:r>
        <w:br/>
      </w:r>
      <w:r>
        <w:rPr>
          <w:sz w:val="20"/>
        </w:rPr>
        <w:t>48:08  yani woh Pope jo poore poore Europe ko samajhta tha ke poore Europe pe hamara raaj hai, woh samet kar ke Vatican ko, main ne Vatican ko dekha hai, aik choti si duniya hai, woh bohat choti duniya.</w:t>
      </w:r>
      <w:r>
        <w:br/>
      </w:r>
      <w:r>
        <w:rPr>
          <w:sz w:val="20"/>
        </w:rPr>
        <w:t>48:25  lekin woh</w:t>
      </w:r>
      <w:r>
        <w:br/>
      </w:r>
      <w:r>
        <w:rPr>
          <w:sz w:val="20"/>
        </w:rPr>
        <w:t>48:29  Catholic Church ka goya woh spiritual empire hai. Vatican jo hai, woh Christian Church ka spiritual empire hai.</w:t>
      </w:r>
      <w:r>
        <w:br/>
      </w:r>
      <w:r>
        <w:rPr>
          <w:sz w:val="20"/>
        </w:rPr>
        <w:t>48:41  abhi bhi sari duniya mein is ka ehtram hai, is ke apne ambassador hotay hain, Pope ke apne ambassador hotay hain har jagah.</w:t>
      </w:r>
      <w:r>
        <w:br/>
      </w:r>
      <w:r>
        <w:rPr>
          <w:sz w:val="20"/>
        </w:rPr>
        <w:t>48:51  yani pop ka jo representative hai, woh alag hota hai. To har country mein uske ambassador hotay hain, uske paas paisay ki kami nahi hai.</w:t>
      </w:r>
      <w:r>
        <w:br/>
      </w:r>
      <w:r>
        <w:rPr>
          <w:sz w:val="20"/>
        </w:rPr>
        <w:t>49:09  yani sari dunya mein woh organize kiya hua hai, yani christian activities ko sab mantay hain, uski supremacy ko.</w:t>
      </w:r>
      <w:r>
        <w:br/>
      </w:r>
      <w:r>
        <w:rPr>
          <w:sz w:val="20"/>
        </w:rPr>
        <w:t>49:21  To main kahunga ke yeh bhi ek lesson ki baat hai ke pop ne yeh samjha ke agar political empire ko</w:t>
      </w:r>
      <w:r>
        <w:br/>
      </w:r>
      <w:r>
        <w:rPr>
          <w:sz w:val="20"/>
        </w:rPr>
        <w:t>49:38  qaim rakhnay, agar political empire ko qaim rakhna mere bas mein nahi raha hai, to main reset karoon aur empire aur spiritual empire banaoon apna.</w:t>
      </w:r>
      <w:r>
        <w:br/>
      </w:r>
      <w:r>
        <w:rPr>
          <w:sz w:val="20"/>
        </w:rPr>
        <w:t>49:53  Woh ban gaya, woh isi shan ke sath abhi bhi rehtay hain wahan par. To jab aap ke liye mumkin na ho ke aap political empire apna bana sakein,</w:t>
      </w:r>
      <w:r>
        <w:br/>
      </w:r>
      <w:r>
        <w:rPr>
          <w:sz w:val="20"/>
        </w:rPr>
        <w:t>50:06  to is par razi ho jaiye ke aap apna spiritual empire banayenge. Yeh kitna bara lesson hai, kitna bara lesson hai.</w:t>
      </w:r>
      <w:r>
        <w:br/>
      </w:r>
      <w:r>
        <w:rPr>
          <w:sz w:val="20"/>
        </w:rPr>
        <w:t>50:17  Jab kahin jata hai pop to wahan uska itna zabardast tareeqay se reception hota hai, jaise kisi king ka hota hai. Aaj bhi kisi bhi country mein jab jata hai aap pop to uska reception ek head of the state ke taur par hota hai, kyunke Vatican ka woh head of the state hai.</w:t>
      </w:r>
      <w:r>
        <w:br/>
      </w:r>
      <w:r>
        <w:rPr>
          <w:sz w:val="20"/>
        </w:rPr>
        <w:t>50:36  Vatican ki hesiyat ek state ki hai, ek state ki hai, halankay woh bohat hi chota hai.</w:t>
      </w:r>
      <w:r>
        <w:br/>
      </w:r>
      <w:r>
        <w:rPr>
          <w:sz w:val="20"/>
        </w:rPr>
        <w:t>50:48  Yani mushkil se ek ek mile ke radius mein hoga. Woh bas mein wahan do bar gaya hoon, shayad.</w:t>
      </w:r>
      <w:r>
        <w:br/>
      </w:r>
      <w:r>
        <w:rPr>
          <w:sz w:val="20"/>
        </w:rPr>
        <w:t>50:59  Yani Rome mein ek masjid banai hai arbon ne, bohat bara campus iska hai. Jab mein dekhnay gaya woh masjid to mein ne to kaha ke masjid to is se bhi bari hai, he Vatican se hi bara iska campus hai.</w:t>
      </w:r>
      <w:r>
        <w:br/>
      </w:r>
      <w:r>
        <w:rPr>
          <w:sz w:val="20"/>
        </w:rPr>
        <w:t>51:15  Lekin zahir hai, koi masjid koi power nahi</w:t>
      </w:r>
      <w:r>
        <w:br/>
      </w:r>
      <w:r>
        <w:rPr>
          <w:sz w:val="20"/>
        </w:rPr>
        <w:t>51:17  hai, woh masjid koi power nahi hai hasil hai, lekin Vatican ko power mila hua hai, spiritual power. Poore Christianity ka woh spiritual king hai.</w:t>
      </w:r>
      <w:r>
        <w:br/>
      </w:r>
      <w:r>
        <w:rPr>
          <w:sz w:val="20"/>
        </w:rPr>
        <w:t>51:32  To main yeh kahunga ke acceptance of reality, acceptance of reality ek bohat bara principle hai zindagi ke liye,</w:t>
      </w:r>
      <w:r>
        <w:br/>
      </w:r>
      <w:r>
        <w:rPr>
          <w:sz w:val="20"/>
        </w:rPr>
        <w:t>51:44  ek individual ke liye bhi, ek institution ke liye bhi, ek nation ke liye bhi. Acceptance of reality</w:t>
      </w:r>
      <w:r>
        <w:br/>
      </w:r>
      <w:r>
        <w:rPr>
          <w:sz w:val="20"/>
        </w:rPr>
        <w:t>51:55  Jab aap ko hundred percent na mil sake to kam par razi ho jaiye. Jab aap ko ideal na mil sakta ho to less than ideal par razi ho jaiye.</w:t>
      </w:r>
      <w:r>
        <w:br/>
      </w:r>
      <w:r>
        <w:rPr>
          <w:sz w:val="20"/>
        </w:rPr>
        <w:t>52:09  Jab aap ko perfect na mil sakta ho to imperfect par razi ho jaiye.</w:t>
      </w:r>
      <w:r>
        <w:br/>
      </w:r>
      <w:r>
        <w:rPr>
          <w:sz w:val="20"/>
        </w:rPr>
        <w:t>52:16  Yeh hai zindagi ka raaz. Unfortunately, aksar log is raaz ko nahi jantay, woh bas lad jatay hain.</w:t>
      </w:r>
    </w:p>
    <w:p>
      <w:pPr>
        <w:pStyle w:val="Heading2"/>
      </w:pPr>
      <w:r>
        <w:t>distinguishing enemies from attackers, and dissolving enmity through dialogue</w:t>
      </w:r>
    </w:p>
    <w:p>
      <w:r>
        <w:rPr>
          <w:color w:val="666666"/>
          <w:sz w:val="18"/>
        </w:rPr>
        <w:t>The Message of The Prophet Muhammad April 5, 2008 · 5m 47s · at 35:19 · https://youtu.be/4Awv6yrWLBw?t=2119</w:t>
      </w:r>
    </w:p>
    <w:p>
      <w:r>
        <w:rPr>
          <w:i/>
        </w:rPr>
        <w:t>“Islam mein dushman ke khilaf ladhai hai hi nahi”</w:t>
      </w:r>
    </w:p>
    <w:p>
      <w:r>
        <w:rPr>
          <w:sz w:val="20"/>
        </w:rPr>
        <w:t>35:19  aggressor ya attacker ke khilaaf ladaai hai.</w:t>
      </w:r>
      <w:r>
        <w:br/>
      </w:r>
      <w:r>
        <w:rPr>
          <w:sz w:val="20"/>
        </w:rPr>
        <w:t>35:24  rasool Allah salallaho alaihi wasallam ne jis jis deen ko phailaya logon ke darmiyan, us mein farq kiya gaya attacker par, attacker mein aur enemy mein.</w:t>
      </w:r>
      <w:r>
        <w:br/>
      </w:r>
      <w:r>
        <w:rPr>
          <w:sz w:val="20"/>
        </w:rPr>
        <w:t>35:37  agar koi aap ke establish, agar aap ke ek, agar agar aap koi aap ke bahir ki koi taaqat aap par attack kare</w:t>
      </w:r>
      <w:r>
        <w:br/>
      </w:r>
      <w:r>
        <w:rPr>
          <w:sz w:val="20"/>
        </w:rPr>
        <w:t>35:46  to aap ko right hai ke aap defense karen. yaani at the time of attack, at time of aggression, you have every right to go to to defense.</w:t>
      </w:r>
      <w:r>
        <w:br/>
      </w:r>
      <w:r>
        <w:rPr>
          <w:sz w:val="20"/>
        </w:rPr>
        <w:t>36:00  to jab attack ho, jab aap ke upar hamla kiya jaye to defense ke taur par ladna aap ke liye jaiz hai.</w:t>
      </w:r>
      <w:r>
        <w:br/>
      </w:r>
      <w:r>
        <w:rPr>
          <w:sz w:val="20"/>
        </w:rPr>
        <w:t>36:09  lekin agar koi aap ko enemy dikhai deta hai, koi dikhata hai ke aap ke khilaaf woh conspiracy kar raha hai,</w:t>
      </w:r>
      <w:r>
        <w:br/>
      </w:r>
      <w:r>
        <w:rPr>
          <w:sz w:val="20"/>
        </w:rPr>
        <w:t>36:16  to aap ko is se ladna hargiz jaiz nahin hai. that is unlawful. yaani is se kya karna hai?</w:t>
      </w:r>
      <w:r>
        <w:br/>
      </w:r>
      <w:r>
        <w:rPr>
          <w:sz w:val="20"/>
        </w:rPr>
        <w:t>36:27  quran ki ek ayat hai ke "la tasta b al hasrati wa al sayyiati, adfa bil lati hi ahsan." faida</w:t>
      </w:r>
      <w:r>
        <w:br/>
      </w:r>
      <w:r>
        <w:rPr>
          <w:sz w:val="20"/>
        </w:rPr>
        <w:t>36:39  ka is ka matlab kya hai? ke "do good deed in return for bad deed" and you will find that your enemy has become your dear friend.</w:t>
      </w:r>
      <w:r>
        <w:br/>
      </w:r>
      <w:r>
        <w:rPr>
          <w:sz w:val="20"/>
        </w:rPr>
        <w:t>36:51  is ka matlab yeh hai ke jo aadmi aap ko dushman dikhai deta hai, woh bhi aap ka potential friend hai.</w:t>
      </w:r>
      <w:r>
        <w:br/>
      </w:r>
      <w:r>
        <w:rPr>
          <w:sz w:val="20"/>
        </w:rPr>
        <w:t>37:00  your enemy is also your potential friend. to turn this potential into actual, your enemy is your potential friend.</w:t>
      </w:r>
      <w:r>
        <w:br/>
      </w:r>
      <w:r>
        <w:rPr>
          <w:sz w:val="20"/>
        </w:rPr>
        <w:t>37:11  so you have to turn this potential into actual.</w:t>
      </w:r>
      <w:r>
        <w:br/>
      </w:r>
      <w:r>
        <w:rPr>
          <w:sz w:val="20"/>
        </w:rPr>
        <w:t>37:15  yeh hai formula ke agar koi aap ke country par bahir se attack kare to aap ko right hai ke is se aap defense karen,</w:t>
      </w:r>
      <w:r>
        <w:br/>
      </w:r>
      <w:r>
        <w:rPr>
          <w:sz w:val="20"/>
        </w:rPr>
        <w:t>37:28  is se defense war laren. lekin agar koi aap ko dikhai deta hai enemy, chahe woh koi individual ho, chahe koi nation ho, chahe koi community ho, chahe koi group ho, is se aap discuss kijiye, is se aap dialogue kijiye,</w:t>
      </w:r>
      <w:r>
        <w:br/>
      </w:r>
      <w:r>
        <w:rPr>
          <w:sz w:val="20"/>
        </w:rPr>
        <w:t>37:43  us ko apni baatein peaceful tareeqe se bataiye. aksar dekhiye hota kya hai? misunderstanding ki wajah se enmity ban jati hai.</w:t>
      </w:r>
      <w:r>
        <w:br/>
      </w:r>
      <w:r>
        <w:rPr>
          <w:sz w:val="20"/>
        </w:rPr>
        <w:t>37:53  maine paya hai ke jis ko aap kehte hain enemy, woh enemy nahin hota, woh misunderstanding ka case hota hai. arabic mein ek saying hai ke "al naasu adha ma jahalu".</w:t>
      </w:r>
      <w:r>
        <w:br/>
      </w:r>
      <w:r>
        <w:rPr>
          <w:sz w:val="20"/>
        </w:rPr>
        <w:t>38:06  log misunderstanding ki wajah se dushman ban jate hain. to jis ko aap dushman samajh rahe hain, woh to misunderstanding ka case hai.</w:t>
      </w:r>
      <w:r>
        <w:br/>
      </w:r>
      <w:r>
        <w:rPr>
          <w:sz w:val="20"/>
        </w:rPr>
        <w:t>38:16  to aap se miliye, us ki misunderstanding ko door kijiye, aur phir dekhen ke aap us ko friend friend ban gaya.</w:t>
      </w:r>
      <w:r>
        <w:br/>
      </w:r>
      <w:r>
        <w:rPr>
          <w:sz w:val="20"/>
        </w:rPr>
        <w:t>38:24  aap ka maine apni zindagi mein aisa bohat baar kiya hai. kai logon ko maine dekha ke woh bol chaal band hai, aapas mein milna julna nahin hota.</w:t>
      </w:r>
      <w:r>
        <w:br/>
      </w:r>
      <w:r>
        <w:rPr>
          <w:sz w:val="20"/>
        </w:rPr>
        <w:t>38:32  kehte hain ke woh to hamara dushman hai, is se hum kaise milein? main un ko le kar gaya un ke ghar par. khud maine kaha ke chaliye mere saath chaliye aap</w:t>
      </w:r>
      <w:r>
        <w:br/>
      </w:r>
      <w:r>
        <w:rPr>
          <w:sz w:val="20"/>
        </w:rPr>
        <w:t>38:42  aur baat cheet karwai. maloom hua ke misunderstanding thi. jitne cases maine deal kiye hain, sab mein maine paya ke there were shared misunderstanding.</w:t>
      </w:r>
      <w:r>
        <w:br/>
      </w:r>
      <w:r>
        <w:rPr>
          <w:sz w:val="20"/>
        </w:rPr>
        <w:t>38:57  to jab miss understanding khatm ho gayi to woh aapas mein dost ban gaye. to</w:t>
      </w:r>
      <w:r>
        <w:br/>
      </w:r>
      <w:r>
        <w:rPr>
          <w:sz w:val="20"/>
        </w:rPr>
        <w:t>39:02  woh to jis cheez ko aap kehte hain enmity ya dushmani, mein samajhta hoon ke baseless cheez hoti hai, us ki koi haqeeqat nahi hoti, us ki koi haqeeqat nahi hoti.</w:t>
      </w:r>
      <w:r>
        <w:br/>
      </w:r>
      <w:r>
        <w:rPr>
          <w:sz w:val="20"/>
        </w:rPr>
        <w:t>39:15  woh hoti hai miss understanding. jab hum society mein rehte hain to aisa hota hai ke baar baar</w:t>
      </w:r>
      <w:r>
        <w:br/>
      </w:r>
      <w:r>
        <w:rPr>
          <w:sz w:val="20"/>
        </w:rPr>
        <w:t>39:22  aisi baatein hoti hain jis se doosra aadmi samajh nahi pata. jaise mein ek office mein rehta tha pehle, yeh</w:t>
      </w:r>
      <w:r>
        <w:br/>
      </w:r>
      <w:r>
        <w:rPr>
          <w:sz w:val="20"/>
        </w:rPr>
        <w:t>39:34  yeh baat hai koi 30-40 saal pehle ki baat hai. to mujh ko ek aadmi ne bataya ke log samajhte hain ke aap bohat arrogant aadmi hain aur aap se log hate karte hain.</w:t>
      </w:r>
      <w:r>
        <w:br/>
      </w:r>
      <w:r>
        <w:rPr>
          <w:sz w:val="20"/>
        </w:rPr>
        <w:t>39:48  mein ne kaha kyun? ke aap kisi ko salam karte hain, na kisi se milte.</w:t>
      </w:r>
      <w:r>
        <w:br/>
      </w:r>
      <w:r>
        <w:rPr>
          <w:sz w:val="20"/>
        </w:rPr>
        <w:t>39:52  to baat yeh thi ke mein apne office se nikalta tha sirf namaz ke liye, bas office mein kaam karta tha. azan hui to namaz ke liye nikla aur seedhe mein chala gaya masjid mein.</w:t>
      </w:r>
      <w:r>
        <w:br/>
      </w:r>
      <w:r>
        <w:rPr>
          <w:sz w:val="20"/>
        </w:rPr>
        <w:t>40:03  to mera principle hai ke kisi ko interfere na karo, interfere na karo.</w:t>
      </w:r>
      <w:r>
        <w:br/>
      </w:r>
      <w:r>
        <w:rPr>
          <w:sz w:val="20"/>
        </w:rPr>
        <w:t>40:10  kisi ko interfere kar ke ab woh aadmi kaam kar raha hai, koi cheez parh raha hai, koi likh raha hai, to hum kahein "assalam o alaikum". that is interference.</w:t>
      </w:r>
      <w:r>
        <w:br/>
      </w:r>
      <w:r>
        <w:rPr>
          <w:sz w:val="20"/>
        </w:rPr>
        <w:t>40:21  to is qism ke "assalam o alaikum" ko mein interference samajhta hoon. to mein yeh na karte hue chup chap aap se masjid chala jaata tha, mujh se wapas aata tha.</w:t>
      </w:r>
      <w:r>
        <w:br/>
      </w:r>
      <w:r>
        <w:rPr>
          <w:sz w:val="20"/>
        </w:rPr>
        <w:t>40:31  to logon ne kya samjha ke mein arrogant hoon, is wajah se mein salam nahi karta. haalankeh baat yeh nahi thi ke mein apni samajh se, yeh meri rai yeh thi ke jab aadmi parh raha hai, likh raha hai, kuch kaam kar raha hai to mein agar kahunga "assalam o alaikum" to woh ek interfere kar raha ho.</w:t>
      </w:r>
      <w:r>
        <w:br/>
      </w:r>
      <w:r>
        <w:rPr>
          <w:sz w:val="20"/>
        </w:rPr>
        <w:t>40:52  to hum interfere kyun karein?</w:t>
      </w:r>
      <w:r>
        <w:br/>
      </w:r>
      <w:r>
        <w:rPr>
          <w:sz w:val="20"/>
        </w:rPr>
        <w:t>40:55  is wajah se miss understanding jo hai, woh logon ko ek doosre ka dushman bana chuki hai.</w:t>
      </w:r>
    </w:p>
    <w:p>
      <w:pPr>
        <w:pStyle w:val="Heading2"/>
      </w:pPr>
      <w:r>
        <w:t>Comparison of spiritual and intellectual silence</w:t>
      </w:r>
    </w:p>
    <w:p>
      <w:r>
        <w:rPr>
          <w:color w:val="666666"/>
          <w:sz w:val="18"/>
        </w:rPr>
        <w:t>The Value of Silence | April 21, 2018 · 4m 32s · at 3:51 · https://youtu.be/eVOJ7dheeB8?t=231</w:t>
      </w:r>
    </w:p>
    <w:p>
      <w:r>
        <w:rPr>
          <w:i/>
        </w:rPr>
        <w:t>“Albert Einstein got Nobel Prize in Physics”</w:t>
      </w:r>
    </w:p>
    <w:p>
      <w:r>
        <w:rPr>
          <w:sz w:val="20"/>
        </w:rPr>
        <w:t>3:51  mein aap ko ek aur qissa batata hoon jis se, yani compare karne ke liye, aap jante hain</w:t>
      </w:r>
      <w:r>
        <w:br/>
      </w:r>
      <w:r>
        <w:rPr>
          <w:sz w:val="20"/>
        </w:rPr>
        <w:t>4:01  ke Albert Einstein, jo bara scientist tha, to us ko Nobel Prize mila physics ka.</w:t>
      </w:r>
      <w:r>
        <w:br/>
      </w:r>
      <w:r>
        <w:rPr>
          <w:sz w:val="20"/>
        </w:rPr>
        <w:t>4:11  to us ka</w:t>
      </w:r>
      <w:r>
        <w:br/>
      </w:r>
      <w:r>
        <w:rPr>
          <w:sz w:val="20"/>
        </w:rPr>
        <w:t>4:21  ek dost tha kisi doosre shehar mein, us ne us ko message message bheja ke tum hamare haan</w:t>
      </w:r>
      <w:r>
        <w:br/>
      </w:r>
      <w:r>
        <w:rPr>
          <w:sz w:val="20"/>
        </w:rPr>
        <w:t>4:32  aao, yahan hum ek gathering karenge aur log tumhari baat sunna chahte hain.</w:t>
      </w:r>
      <w:r>
        <w:br/>
      </w:r>
      <w:r>
        <w:rPr>
          <w:sz w:val="20"/>
        </w:rPr>
        <w:t>4:42  to dost ki baat thi, to Einstein chala gaya, aur dost ne wahan par</w:t>
      </w:r>
      <w:r>
        <w:br/>
      </w:r>
      <w:r>
        <w:rPr>
          <w:sz w:val="20"/>
        </w:rPr>
        <w:t>4:53  intizam kiya aik jalsay ka. log akatha hue, lekin Einstein kuch bolay hi nahi. jab us ka naam pukara gaya to apni jagah se uth kar aaye hi nahi, yahan tak ke chala gaya</w:t>
      </w:r>
      <w:r>
        <w:br/>
      </w:r>
      <w:r>
        <w:rPr>
          <w:sz w:val="20"/>
        </w:rPr>
        <w:t>5:23  wapas. to jo wahan par akatha hue thay log, unhon ne jo aagay hazir thay, un se kaha ke bhai yeh kya aap ne kiya? jab un ko bolna nahi tha to aap ne bulaya kyun hum logon ko? to us ne dobara message bheja apne dost ka ke bhai log bohat ghusa kar rah</w:t>
      </w:r>
      <w:r>
        <w:br/>
      </w:r>
      <w:r>
        <w:rPr>
          <w:sz w:val="20"/>
        </w:rPr>
        <w:t>5:53  hain ke kyun aap ne aisa kiya? to mein kya karoon? to Einstein ne kaha ke dobara</w:t>
      </w:r>
      <w:r>
        <w:br/>
      </w:r>
      <w:r>
        <w:rPr>
          <w:sz w:val="20"/>
        </w:rPr>
        <w:t>6:03  ek ek organize kijiye, aap ek mein dobara aaunga aur aur bolunga.</w:t>
      </w:r>
      <w:r>
        <w:br/>
      </w:r>
      <w:r>
        <w:rPr>
          <w:sz w:val="20"/>
        </w:rPr>
        <w:t>6:13  to date fix hui</w:t>
      </w:r>
      <w:r>
        <w:br/>
      </w:r>
      <w:r>
        <w:rPr>
          <w:sz w:val="20"/>
        </w:rPr>
        <w:t>6:23  aur bulaya gaya Einstein ko, woh aaya aur us ne khoob taqreer ki.</w:t>
      </w:r>
      <w:r>
        <w:br/>
      </w:r>
      <w:r>
        <w:rPr>
          <w:sz w:val="20"/>
        </w:rPr>
        <w:t>6:31  to kya hua? audience ko samjha hi nahi, kyunke us ne jo latest theory thi science ki, us</w:t>
      </w:r>
      <w:r>
        <w:br/>
      </w:r>
      <w:r>
        <w:rPr>
          <w:sz w:val="20"/>
        </w:rPr>
        <w:t>6:38  waqt bola tha woh.</w:t>
      </w:r>
      <w:r>
        <w:br/>
      </w:r>
      <w:r>
        <w:rPr>
          <w:sz w:val="20"/>
        </w:rPr>
        <w:t>6:46  jo sari ki sari base karti hai</w:t>
      </w:r>
      <w:r>
        <w:br/>
      </w:r>
      <w:r>
        <w:rPr>
          <w:sz w:val="20"/>
        </w:rPr>
        <w:t>6:53  hard mathematics par.</w:t>
      </w:r>
      <w:r>
        <w:br/>
      </w:r>
      <w:r>
        <w:rPr>
          <w:sz w:val="20"/>
        </w:rPr>
        <w:t>7:01  to aam taur par log hard mathematics jante nahi.</w:t>
      </w:r>
      <w:r>
        <w:br/>
      </w:r>
      <w:r>
        <w:rPr>
          <w:sz w:val="20"/>
        </w:rPr>
        <w:t>7:09  to Einstein ne poori taqreer apni latest theory jo science mein hai, us mein bola woh, aur sab</w:t>
      </w:r>
      <w:r>
        <w:br/>
      </w:r>
      <w:r>
        <w:rPr>
          <w:sz w:val="20"/>
        </w:rPr>
        <w:t>7:16  ke sab hard mathematics ki language mein tha.</w:t>
      </w:r>
      <w:r>
        <w:br/>
      </w:r>
      <w:r>
        <w:rPr>
          <w:sz w:val="20"/>
        </w:rPr>
        <w:t>7:24  to us ne kaha ke dekhein, mein jo nahi bola tha, is liye ke aap us ko samajh nahi sakte.</w:t>
      </w:r>
      <w:r>
        <w:br/>
      </w:r>
      <w:r>
        <w:rPr>
          <w:sz w:val="20"/>
        </w:rPr>
        <w:t>7:31  ab aap ka israr kiya to main bol diya, ab aap khud khud samjhiye ke main main chup</w:t>
      </w:r>
      <w:r>
        <w:br/>
      </w:r>
      <w:r>
        <w:rPr>
          <w:sz w:val="20"/>
        </w:rPr>
        <w:t>7:39  rehna sahi tha ke bolna sahi tha.</w:t>
      </w:r>
      <w:r>
        <w:br/>
      </w:r>
      <w:r>
        <w:rPr>
          <w:sz w:val="20"/>
        </w:rPr>
        <w:t>7:46  to dekhen, ye to alag baat hai,</w:t>
      </w:r>
      <w:r>
        <w:br/>
      </w:r>
      <w:r>
        <w:rPr>
          <w:sz w:val="20"/>
        </w:rPr>
        <w:t>7:54  yani ek scholar aisa kar sakta hai, ye scholarship ki baat hai jo einstein ne jo kiya.</w:t>
      </w:r>
      <w:r>
        <w:br/>
      </w:r>
      <w:r>
        <w:rPr>
          <w:sz w:val="20"/>
        </w:rPr>
        <w:t>8:00  lekin main samajhta hoon ke hazrat usman ne jo kiya aur audience ne jo kiya, wo is se</w:t>
      </w:r>
      <w:r>
        <w:br/>
      </w:r>
      <w:r>
        <w:rPr>
          <w:sz w:val="20"/>
        </w:rPr>
        <w:t>8:06  bilkul alag hai.</w:t>
      </w:r>
      <w:r>
        <w:br/>
      </w:r>
      <w:r>
        <w:rPr>
          <w:sz w:val="20"/>
        </w:rPr>
        <w:t>8:12  yani wo chup ho kar bhi bol rahe the, chup ho kar bhi wo sar soch rahe the,</w:t>
      </w:r>
      <w:r>
        <w:br/>
      </w:r>
      <w:r>
        <w:rPr>
          <w:sz w:val="20"/>
        </w:rPr>
        <w:t>8:18  chup ho kar bhi wo</w:t>
      </w:r>
    </w:p>
    <w:p>
      <w:pPr>
        <w:pStyle w:val="Heading2"/>
      </w:pPr>
      <w:r>
        <w:t>Wisdom: the key to using opportunities</w:t>
      </w:r>
    </w:p>
    <w:p>
      <w:r>
        <w:rPr>
          <w:color w:val="666666"/>
          <w:sz w:val="18"/>
        </w:rPr>
        <w:t>The Importance of Wisdom 22 Feb, 2009 - Maulana Wahiduddin Khan · 4m 03s · at 47:04 · https://youtu.be/Lmtn_duWJP0?t=2824</w:t>
      </w:r>
    </w:p>
    <w:p>
      <w:r>
        <w:rPr>
          <w:i/>
        </w:rPr>
        <w:t>“Aaj meri talk ka jo subject hai wohi hai The Importance of Wisdom in Life”</w:t>
      </w:r>
    </w:p>
    <w:p>
      <w:r>
        <w:rPr>
          <w:sz w:val="20"/>
        </w:rPr>
        <w:t>47:04  aaj meri talk ka jo mozu hai wohi hai the importance of wisdom in life yeh khali chalana nara lagana jalse karna shor machana yeh wisdom nahi yeh to yeh to bandaron wala kaam hai bandar bhi shor karte hain</w:t>
      </w:r>
      <w:r>
        <w:br/>
      </w:r>
      <w:r>
        <w:rPr>
          <w:sz w:val="20"/>
        </w:rPr>
        <w:t>47:21  aaj kal jo kuch ho raha hai shor ghul yeh to bandaron wala kaam hai</w:t>
      </w:r>
      <w:r>
        <w:br/>
      </w:r>
      <w:r>
        <w:rPr>
          <w:sz w:val="20"/>
        </w:rPr>
        <w:t>47:27  dekhiye jo log cheezon ko face value par lete hain woh hamesha yahi kaam karte hain shor ghul</w:t>
      </w:r>
      <w:r>
        <w:br/>
      </w:r>
      <w:r>
        <w:rPr>
          <w:sz w:val="20"/>
        </w:rPr>
        <w:t>47:35  aur jo log deep mein jaate hain under current kya is ko samajhne ki koshish karte hain woh</w:t>
      </w:r>
      <w:r>
        <w:br/>
      </w:r>
      <w:r>
        <w:rPr>
          <w:sz w:val="20"/>
        </w:rPr>
        <w:t>47:40  is mein opportunity ko dhoond lete hain</w:t>
      </w:r>
      <w:r>
        <w:br/>
      </w:r>
      <w:r>
        <w:rPr>
          <w:sz w:val="20"/>
        </w:rPr>
        <w:t>47:44  aur phir wahi kuch</w:t>
      </w:r>
      <w:r>
        <w:br/>
      </w:r>
      <w:r>
        <w:rPr>
          <w:sz w:val="20"/>
        </w:rPr>
        <w:t>47:46  is se faida utha paate hain</w:t>
      </w:r>
      <w:r>
        <w:br/>
      </w:r>
      <w:r>
        <w:rPr>
          <w:sz w:val="20"/>
        </w:rPr>
        <w:t>47:50  yeh wisdom isi ka naam hai</w:t>
      </w:r>
      <w:r>
        <w:br/>
      </w:r>
      <w:r>
        <w:rPr>
          <w:sz w:val="20"/>
        </w:rPr>
        <w:t>47:54  kisi ne bohat sahi definition di hai wise aadmi ki</w:t>
      </w:r>
      <w:r>
        <w:br/>
      </w:r>
      <w:r>
        <w:rPr>
          <w:sz w:val="20"/>
        </w:rPr>
        <w:t>48:00  ke is ne kaha ke</w:t>
      </w:r>
      <w:r>
        <w:br/>
      </w:r>
      <w:r>
        <w:rPr>
          <w:sz w:val="20"/>
        </w:rPr>
        <w:t>48:03  a wise person is one who knows the reality value of things</w:t>
      </w:r>
      <w:r>
        <w:br/>
      </w:r>
      <w:r>
        <w:rPr>
          <w:sz w:val="20"/>
        </w:rPr>
        <w:t>48:11  a wise man is one who knows the reality value of things log jaan nahi pate is liye sirf negative ban jate hain shor machate hain jalse jaloos ki hangami khadi karte hain aur koi positive planning planning nahi kar pate koi positive cheez doosron ko de nahi pate woh</w:t>
      </w:r>
      <w:r>
        <w:br/>
      </w:r>
      <w:r>
        <w:rPr>
          <w:sz w:val="20"/>
        </w:rPr>
        <w:t>48:35  to is duniya mein hamesha aisa hota hai hamesha aisa hota hai pehle bhi woh aaj bhi ho raha hai ke jin logon ke hath mein paisa hota hai jin ke hath mein hukoomat hoti hai jin ke hath mein taqat hoti hai woh apne interest ke liye ek situation create karte hain apne interest ke liye</w:t>
      </w:r>
      <w:r>
        <w:br/>
      </w:r>
      <w:r>
        <w:rPr>
          <w:sz w:val="20"/>
        </w:rPr>
        <w:t>48:57  kyun ke wohi unhi ke hath mein sab kuch hota hai jin ke paas paisa hai jin ke paas hukoomat hai jin ke paas power hai jin ke paas government hai to saare resources un ke hath mein hote hain</w:t>
      </w:r>
      <w:r>
        <w:br/>
      </w:r>
      <w:r>
        <w:rPr>
          <w:sz w:val="20"/>
        </w:rPr>
        <w:t>49:15  unhi ko mauqa hota hai ke woh koi decision le saken doosre logon ko woh position nahi mili hui hoti hai to woh</w:t>
      </w:r>
      <w:r>
        <w:br/>
      </w:r>
      <w:r>
        <w:rPr>
          <w:sz w:val="20"/>
        </w:rPr>
        <w:t>49:28  karte hain apne interest ke liye koi cheez doosron ko janna chahiye ke yeh to ek is ko situation ke taur par le is se opportunity dhoondhein aur master of situation management ban jayen</w:t>
      </w:r>
      <w:r>
        <w:br/>
      </w:r>
      <w:r>
        <w:rPr>
          <w:sz w:val="20"/>
        </w:rPr>
        <w:t>49:46  yeh aaj sab log yahin fail ho rahe hain is liye sirf shor ghul macha rahe hain har</w:t>
      </w:r>
      <w:r>
        <w:br/>
      </w:r>
      <w:r>
        <w:rPr>
          <w:sz w:val="20"/>
        </w:rPr>
        <w:t>49:51  jagah jahan musalmanon mein to aam taur par yeh mein dekhta hoon jahan bhi hai jis jis country</w:t>
      </w:r>
      <w:r>
        <w:br/>
      </w:r>
      <w:r>
        <w:rPr>
          <w:sz w:val="20"/>
        </w:rPr>
        <w:t>49:58  mein bhi hai aap dekhiye musalman sirf shor ghul kar rahe hain shikayatein kar rahe hain</w:t>
      </w:r>
      <w:r>
        <w:br/>
      </w:r>
      <w:r>
        <w:rPr>
          <w:sz w:val="20"/>
        </w:rPr>
        <w:t>50:04  sirf shikayatein sirf shikayatein sirf complain protest hi musalmanon ka</w:t>
      </w:r>
      <w:r>
        <w:br/>
      </w:r>
      <w:r>
        <w:rPr>
          <w:sz w:val="20"/>
        </w:rPr>
        <w:t>50:10  ek ek mein kisi exciter nahi pata kisi ko jitne musalman hain sab isi mein mubtala hain kyun</w:t>
      </w:r>
      <w:r>
        <w:br/>
      </w:r>
      <w:r>
        <w:rPr>
          <w:sz w:val="20"/>
        </w:rPr>
        <w:t>50:18  wisdom nahi hai</w:t>
      </w:r>
      <w:r>
        <w:br/>
      </w:r>
      <w:r>
        <w:rPr>
          <w:sz w:val="20"/>
        </w:rPr>
        <w:t>50:20  wisdom nahi hai</w:t>
      </w:r>
      <w:r>
        <w:br/>
      </w:r>
      <w:r>
        <w:rPr>
          <w:sz w:val="20"/>
        </w:rPr>
        <w:t>50:23  mein ne ek qissa padha tha yahudiyon ki riwayat mein</w:t>
      </w:r>
      <w:r>
        <w:br/>
      </w:r>
      <w:r>
        <w:rPr>
          <w:sz w:val="20"/>
        </w:rPr>
        <w:t>50:29  ke Hazrat Musa علیہ السلام ne Allah</w:t>
      </w:r>
      <w:r>
        <w:br/>
      </w:r>
      <w:r>
        <w:rPr>
          <w:sz w:val="20"/>
        </w:rPr>
        <w:t>50:31  taala se kaha ke a a a khuda</w:t>
      </w:r>
      <w:r>
        <w:br/>
      </w:r>
      <w:r>
        <w:rPr>
          <w:sz w:val="20"/>
        </w:rPr>
        <w:t>50:34  to meri qom se yani bani israel se to meri qom se sab kuch chheen na magar aql mat chheen na yani wisdom mat chheen na</w:t>
      </w:r>
      <w:r>
        <w:br/>
      </w:r>
      <w:r>
        <w:rPr>
          <w:sz w:val="20"/>
        </w:rPr>
        <w:t>50:47  to Allah taala ne kaha ke jab kisi se chheen ne wale hote hain to sab se pehle aqli to chheen te hain wohin se shuru hoti hai chheen ne ka amal</w:t>
      </w:r>
      <w:r>
        <w:br/>
      </w:r>
      <w:r>
        <w:rPr>
          <w:sz w:val="20"/>
        </w:rPr>
        <w:t>50:58  to hamari qom se aql chhan gayi hai mujhe mujhe hota hai aisa lagta hai har bab mein hum nadani ka kaam karte hain nadani</w:t>
      </w:r>
    </w:p>
    <w:p>
      <w:pPr>
        <w:pStyle w:val="Heading2"/>
      </w:pPr>
      <w:r>
        <w:t>Materialism leads to intellectual dwarfism full argument</w:t>
      </w:r>
    </w:p>
    <w:p>
      <w:r>
        <w:rPr>
          <w:color w:val="666666"/>
          <w:sz w:val="18"/>
        </w:rPr>
        <w:t>Materialism and Intellectual Dwarfism April 29, 2012 Maulana Wahiduddin Khan · 3m 39s · at 0:59 · https://youtu.be/tEtieTuJvUE?t=59</w:t>
      </w:r>
    </w:p>
    <w:p>
      <w:r>
        <w:rPr>
          <w:i/>
        </w:rPr>
        <w:t>“Dekhiye, jo log material culture ko ikhtiyar karte hain”</w:t>
      </w:r>
    </w:p>
    <w:p>
      <w:r>
        <w:rPr>
          <w:sz w:val="20"/>
        </w:rPr>
        <w:t>0:59  dekhiye, jo log material culture ko ikhtiyar karte hain, bazahir toh woh</w:t>
      </w:r>
      <w:r>
        <w:br/>
      </w:r>
      <w:r>
        <w:rPr>
          <w:sz w:val="20"/>
        </w:rPr>
        <w:t>1:11  material culture ko ikhtiyar karte hain, lekin nateeje ke aitbar se woh hota hai option for intellectual dwarfism.</w:t>
      </w:r>
      <w:r>
        <w:br/>
      </w:r>
      <w:r>
        <w:rPr>
          <w:sz w:val="20"/>
        </w:rPr>
        <w:t>1:24  aap bhi is ka tajruba aap ko bhi hua hoga, mujhe toh zindagi mein bara yeh tajruba hua hai ke jo log jeete hain material culture mein,</w:t>
      </w:r>
      <w:r>
        <w:br/>
      </w:r>
      <w:r>
        <w:rPr>
          <w:sz w:val="20"/>
        </w:rPr>
        <w:t>1:38  amalana woh intellectual dwarfism ka shikar rehte hain.</w:t>
      </w:r>
      <w:r>
        <w:br/>
      </w:r>
      <w:r>
        <w:rPr>
          <w:sz w:val="20"/>
        </w:rPr>
        <w:t>1:45  material culture se meri murad hai madi cheezon mein, madi cheezon ke shauk mein jeena, family mein jeena, madi taraqqiyon ke bare mein sochte rehna,</w:t>
      </w:r>
      <w:r>
        <w:br/>
      </w:r>
      <w:r>
        <w:rPr>
          <w:sz w:val="20"/>
        </w:rPr>
        <w:t>2:06  apni family ko apna soul concern bana lena,</w:t>
      </w:r>
      <w:r>
        <w:br/>
      </w:r>
      <w:r>
        <w:rPr>
          <w:sz w:val="20"/>
        </w:rPr>
        <w:t>2:13  ghar, car, job, business, status—yeh sari cheezein material culture mein aati hain.</w:t>
      </w:r>
      <w:r>
        <w:br/>
      </w:r>
      <w:r>
        <w:rPr>
          <w:sz w:val="20"/>
        </w:rPr>
        <w:t>2:27  toh jo log</w:t>
      </w:r>
      <w:r>
        <w:br/>
      </w:r>
      <w:r>
        <w:rPr>
          <w:sz w:val="20"/>
        </w:rPr>
        <w:t>2:29  material culture ko ya madi taraqqi ko apna concern banate hain, toh lazmi taur par is ki ek price dete hain.</w:t>
      </w:r>
      <w:r>
        <w:br/>
      </w:r>
      <w:r>
        <w:rPr>
          <w:sz w:val="20"/>
        </w:rPr>
        <w:t>2:42  woh yeh ke woh</w:t>
      </w:r>
      <w:r>
        <w:br/>
      </w:r>
      <w:r>
        <w:rPr>
          <w:sz w:val="20"/>
        </w:rPr>
        <w:t>2:45  intellectual dwarfism ka shikar hotay hain. dekhiye, insan</w:t>
      </w:r>
      <w:r>
        <w:br/>
      </w:r>
      <w:r>
        <w:rPr>
          <w:sz w:val="20"/>
        </w:rPr>
        <w:t>2:55  do ek dol bang hai, insan. hamara ek body hai, hamara ek soul hai. to dono ke taqazay alag alag hain.</w:t>
      </w:r>
      <w:r>
        <w:br/>
      </w:r>
      <w:r>
        <w:rPr>
          <w:sz w:val="20"/>
        </w:rPr>
        <w:t>3:09  body ki tarraqi yeh hai ke is ko</w:t>
      </w:r>
      <w:r>
        <w:br/>
      </w:r>
      <w:r>
        <w:rPr>
          <w:sz w:val="20"/>
        </w:rPr>
        <w:t>3:15  maadi cheezain milti rahain, khana peena milta rah. lekin jo soul hai, is ki tarraqi yeh hai is par ke aap ke andar intellectual development hota rah.</w:t>
      </w:r>
      <w:r>
        <w:br/>
      </w:r>
      <w:r>
        <w:rPr>
          <w:sz w:val="20"/>
        </w:rPr>
        <w:t>3:31  woh ek bilkul different</w:t>
      </w:r>
      <w:r>
        <w:br/>
      </w:r>
      <w:r>
        <w:rPr>
          <w:sz w:val="20"/>
        </w:rPr>
        <w:t>3:33  department hai. yeh namumkin hai, dekhiye, ke aap maadi tarraqi mein jeen aur sath sath aap ka intellectual development bhi hota rah.</w:t>
      </w:r>
      <w:r>
        <w:br/>
      </w:r>
      <w:r>
        <w:rPr>
          <w:sz w:val="20"/>
        </w:rPr>
        <w:t>3:45  yeh nahi ho sakta. to ek ko lainay ke liye doosray ko khona paray ga.</w:t>
      </w:r>
      <w:r>
        <w:br/>
      </w:r>
      <w:r>
        <w:rPr>
          <w:sz w:val="20"/>
        </w:rPr>
        <w:t>3:52  hadees mein aata hai ke: "من أحب الدنيا أضر بآخرته"</w:t>
      </w:r>
      <w:r>
        <w:br/>
      </w:r>
      <w:r>
        <w:rPr>
          <w:sz w:val="20"/>
        </w:rPr>
        <w:t>4:03  "ون أحب آخرته أضر بدنیا" "فأصروا ما يبقى على ما يفنى" ۔</w:t>
      </w:r>
      <w:r>
        <w:br/>
      </w:r>
      <w:r>
        <w:rPr>
          <w:sz w:val="20"/>
        </w:rPr>
        <w:t>4:13  yani dono ko back waqt aap taqseem, develop nahi kar saktay. yani physical part aap ka jo hai woh</w:t>
      </w:r>
      <w:r>
        <w:br/>
      </w:r>
      <w:r>
        <w:rPr>
          <w:sz w:val="20"/>
        </w:rPr>
        <w:t>4:22  aur aap ka intellectual part jo hai woh.</w:t>
      </w:r>
      <w:r>
        <w:br/>
      </w:r>
      <w:r>
        <w:rPr>
          <w:sz w:val="20"/>
        </w:rPr>
        <w:t>4:27  to ab aap ko, aap ka choice kya hai, woh aap par nevar karta hai. lekin yeh bohat ziyada serious masla hai.</w:t>
      </w:r>
    </w:p>
    <w:p>
      <w:pPr>
        <w:pStyle w:val="Heading2"/>
      </w:pPr>
      <w:r>
        <w:t>Wrong battleground, negative reaction, and 9/11 lesson</w:t>
      </w:r>
    </w:p>
    <w:p>
      <w:r>
        <w:rPr>
          <w:color w:val="666666"/>
          <w:sz w:val="18"/>
        </w:rPr>
        <w:t>Choice Between Right and Wrong Battlefield January 26, 2007 · 5m 31s · at 5:12 · https://youtu.be/Z8IW_EeyzAs?t=312</w:t>
      </w:r>
    </w:p>
    <w:p>
      <w:r>
        <w:rPr>
          <w:i/>
        </w:rPr>
        <w:t>“Is ko parh kar ke mujhe yeh khayal hua”</w:t>
      </w:r>
    </w:p>
    <w:p>
      <w:r>
        <w:rPr>
          <w:sz w:val="20"/>
        </w:rPr>
        <w:t>5:12  is ko parh kar ke mujhe yeh khayal hua ke yeh sirf america ki baat nahi hai, har individual ki, har nation ki, har state ki baat hai.</w:t>
      </w:r>
      <w:r>
        <w:br/>
      </w:r>
      <w:r>
        <w:rPr>
          <w:sz w:val="20"/>
        </w:rPr>
        <w:t>5:28  is zamane mein sabhi log yeh kar rahe hain ke woh</w:t>
      </w:r>
      <w:r>
        <w:br/>
      </w:r>
      <w:r>
        <w:rPr>
          <w:sz w:val="20"/>
        </w:rPr>
        <w:t>5:36  wrong battle ground par apni ladaai lad rahe hain.</w:t>
      </w:r>
      <w:r>
        <w:br/>
      </w:r>
      <w:r>
        <w:rPr>
          <w:sz w:val="20"/>
        </w:rPr>
        <w:t>5:43  mera apna, mein boorha ho chuka hoon, bohat dekha hai mein ne dunya ko. mera apna ehsaas yeh hai ke taqreeban sabhi log yahi ghalti karte hain.</w:t>
      </w:r>
      <w:r>
        <w:br/>
      </w:r>
      <w:r>
        <w:rPr>
          <w:sz w:val="20"/>
        </w:rPr>
        <w:t>5:53  wajah kya hai? wajah yeh hai ke woh</w:t>
      </w:r>
      <w:r>
        <w:br/>
      </w:r>
      <w:r>
        <w:rPr>
          <w:sz w:val="20"/>
        </w:rPr>
        <w:t>6:02  negative, un ke andar koi situation un ke khilaaf pesh aayi, ghussa aaya, un ko negative thought un ke andar aa gaye, bas khare ho gaye</w:t>
      </w:r>
      <w:r>
        <w:br/>
      </w:r>
      <w:r>
        <w:rPr>
          <w:sz w:val="20"/>
        </w:rPr>
        <w:t>6:19  karne ke liye. to basically saare log out of reaction kar rahe hain jo kuch kar rahe hain, yaani positive reaction nahi balkeh negative reaction.</w:t>
      </w:r>
      <w:r>
        <w:br/>
      </w:r>
      <w:r>
        <w:rPr>
          <w:sz w:val="20"/>
        </w:rPr>
        <w:t>6:30  dekhiye, principle kya hai? jab aap situation se bhark uthein, situation se aap situation aap ko provoke kar de to aap apni aqal ko sahi taur par istemal nahi kar sakte.</w:t>
      </w:r>
      <w:r>
        <w:br/>
      </w:r>
      <w:r>
        <w:rPr>
          <w:sz w:val="20"/>
        </w:rPr>
        <w:t>6:51  halankeh aap ke mind jo hai itna bara hai ke yeh jo brain aap ka hai, is brain ke alpen ka aik jo tip hota hai, alpen ka tip jo sarson se bhi chhota hota hai,</w:t>
      </w:r>
      <w:r>
        <w:br/>
      </w:r>
      <w:r>
        <w:rPr>
          <w:sz w:val="20"/>
        </w:rPr>
        <w:t>7:05  to kaha jata hai ke is is ke andar hundred crore connections hote hain jo transmit karte hain informations ko.</w:t>
      </w:r>
      <w:r>
        <w:br/>
      </w:r>
      <w:r>
        <w:rPr>
          <w:sz w:val="20"/>
        </w:rPr>
        <w:t>7:17  itna bara aap ke paas potential hai mind ki surat mein, lekin aap is ko istemal nahi kar paate, kyun ke aap ghussa ho jate hain, aap bhark uthte hain, negative thought mein aa jate hain.</w:t>
      </w:r>
      <w:r>
        <w:br/>
      </w:r>
      <w:r>
        <w:rPr>
          <w:sz w:val="20"/>
        </w:rPr>
        <w:t>7:30  aap ne dekha ke saare log negative reaction kar ke apna action plan banate hain, yaani positive thinkings ko le kar action plan nahi banate log,</w:t>
      </w:r>
      <w:r>
        <w:br/>
      </w:r>
      <w:r>
        <w:rPr>
          <w:sz w:val="20"/>
        </w:rPr>
        <w:t>7:46  balkeh negative thought ko le kar ke apna action plan banate hain. to wohi hota hai phir ke har aik apni ladaai ladta hai kahan?</w:t>
      </w:r>
      <w:r>
        <w:br/>
      </w:r>
      <w:r>
        <w:rPr>
          <w:sz w:val="20"/>
        </w:rPr>
        <w:t>7:55  wrong battle field mein. itna bara super power hai, is ke paas itna bara intelligence hai, itna bara woh hai think tank hai, kya kuch hai is ke paas, tab bhi is ne wrong battle field le liya,</w:t>
      </w:r>
      <w:r>
        <w:br/>
      </w:r>
      <w:r>
        <w:rPr>
          <w:sz w:val="20"/>
        </w:rPr>
        <w:t>8:15  kyun ke 11 september 2001 ko aisa hua ke new york tower ko kuch logon ne tod diya,</w:t>
      </w:r>
      <w:r>
        <w:br/>
      </w:r>
      <w:r>
        <w:rPr>
          <w:sz w:val="20"/>
        </w:rPr>
        <w:t>8:30  demolish kar diya. to saare log ghussa ho gaye. mein yeh kahunga ke bilashuba yeh baat galat thi. mein pehla insan tha, kam az kam muslim world mein, jis ne is ko condemn kiya,</w:t>
      </w:r>
      <w:r>
        <w:br/>
      </w:r>
      <w:r>
        <w:rPr>
          <w:sz w:val="20"/>
        </w:rPr>
        <w:t>8:45  is ko condemn kiya. aur mujhe achhi tarah yaad hai ke jab mein yahan c 29 mein apne kamre mein tha aur radio par yeh khabar aayi, mein generally radio sunta hoon ke new york tower ko kuch logon ne hawa jahaz takra kar tod diya, to be ikhtiyar mein rone laga,</w:t>
      </w:r>
      <w:r>
        <w:br/>
      </w:r>
      <w:r>
        <w:rPr>
          <w:sz w:val="20"/>
        </w:rPr>
        <w:t>9:09  be ikhtiyar mein rone laga, kyun ke yeh jo attack tha, yeh new york tower par nahi tha, yeh humanity par tha, humanity, insaniyat par tha.</w:t>
      </w:r>
      <w:r>
        <w:br/>
      </w:r>
      <w:r>
        <w:rPr>
          <w:sz w:val="20"/>
        </w:rPr>
        <w:t>9:24  to main yeh kahunga ke bilashuba main itna tadpa is par ke meri aankhon se musalsal aansu jari ho gaye.</w:t>
      </w:r>
      <w:r>
        <w:br/>
      </w:r>
      <w:r>
        <w:rPr>
          <w:sz w:val="20"/>
        </w:rPr>
        <w:t>9:33  main nahi samajhta ke dunya mein koi bhi insan aisa hoga jo itna tadpa hoga is waqeye par. ghussa to bohat hi honge log, lekin jis tarah tadpa main is waqeye par, shayad main akela insan tha is poore globe par, kyunke iske baad hi main kai international conferenceon mein gaya, Switzerland mein, London waghera mein.</w:t>
      </w:r>
      <w:r>
        <w:br/>
      </w:r>
      <w:r>
        <w:rPr>
          <w:sz w:val="20"/>
        </w:rPr>
        <w:t>9:52  koi aur insan mujhe nahi mila jis jo itni bari tadap ka usko tajurba hua ho. lekin main phir kahunga ke yeh tha crisis management ka time America ke liye.</w:t>
      </w:r>
      <w:r>
        <w:br/>
      </w:r>
      <w:r>
        <w:rPr>
          <w:sz w:val="20"/>
        </w:rPr>
        <w:t>10:08  crisis management ka time, crisis management ke liye aap ko positive thinking chahiye, positive mind chahiye. agar aap bhadak uthe hain, positivity ko kho dein, aap aap ke mind mein negativity aa jaye to kya hoga?</w:t>
      </w:r>
      <w:r>
        <w:br/>
      </w:r>
      <w:r>
        <w:rPr>
          <w:sz w:val="20"/>
        </w:rPr>
        <w:t>10:26  aap ka ek action plan jo hai sahi rukh par nahi banega. aur is report ke alfaaz mein apni ladai aap chhed dein ge wrong battlefield mein, aur jante hain iska nateeja hamesha ulta nikalta hai.</w:t>
      </w:r>
    </w:p>
    <w:p>
      <w:pPr>
        <w:pStyle w:val="Heading2"/>
      </w:pPr>
      <w:r>
        <w:t>Importance of sincerity and honesty in seeking truth</w:t>
      </w:r>
    </w:p>
    <w:p>
      <w:r>
        <w:rPr>
          <w:color w:val="666666"/>
          <w:sz w:val="18"/>
        </w:rPr>
        <w:t>Follow Law of the Land 29 Nov 2019 - Maulana Wahiduddin Khan · 3m 09s · at 48:19 · https://youtu.be/miwE6TbkdAY?t=2899</w:t>
      </w:r>
    </w:p>
    <w:p>
      <w:r>
        <w:rPr>
          <w:i/>
        </w:rPr>
        <w:t>“Meri bimari hui, nahi hum hospital mein tha”</w:t>
      </w:r>
    </w:p>
    <w:p>
      <w:r>
        <w:rPr>
          <w:sz w:val="20"/>
        </w:rPr>
        <w:t>48:19  mujhe bimari hui. nahi hum hospital mein tha mein kai hafton se. to mein ne pata kiya mera dilli mein sab se bara acha ustad tha max max kiya kehte hain?</w:t>
      </w:r>
      <w:r>
        <w:br/>
      </w:r>
      <w:r>
        <w:rPr>
          <w:sz w:val="20"/>
        </w:rPr>
        <w:t>48:36  ji max. max. zaroorat e akhlaqi hai maine. ab mein aap ke paas baitha hoon.</w:t>
      </w:r>
      <w:r>
        <w:br/>
      </w:r>
      <w:r>
        <w:rPr>
          <w:sz w:val="20"/>
        </w:rPr>
        <w:t>48:45  mein bohat bura haal tha mera. ji. bohat bura haal tha mera. ji. ab jo hamari beti hain yahan.</w:t>
      </w:r>
      <w:r>
        <w:br/>
      </w:r>
      <w:r>
        <w:rPr>
          <w:sz w:val="20"/>
        </w:rPr>
        <w:t>48:55  abhi ghoom rahi hain molana walk kar rahi hain. un se pochiye ke mera kya haal tha? ji.</w:t>
      </w:r>
      <w:r>
        <w:br/>
      </w:r>
      <w:r>
        <w:rPr>
          <w:sz w:val="20"/>
        </w:rPr>
        <w:t>49:06  to dekhiye aap har maamle mein aap yeh sach bolna seekhiye. banawati baat nahi ki.</w:t>
      </w:r>
      <w:r>
        <w:br/>
      </w:r>
      <w:r>
        <w:rPr>
          <w:sz w:val="20"/>
        </w:rPr>
        <w:t>49:17  ab yeh kahiye ke mein sikhar bana hi nahi. ji. yeh mat kahiye ke itne is mulk mein itne is ko jo sikhar banta hai woh woh jaise mein bana ke jhoota mein ne socha hospital kon sa hai to mein ja ke dawayi le liya.</w:t>
      </w:r>
      <w:r>
        <w:br/>
      </w:r>
      <w:r>
        <w:rPr>
          <w:sz w:val="20"/>
        </w:rPr>
        <w:t>49:42  woh jitna hi paise mange jo paisa manga de diya. to aap yeh kahiye ke mein sikhar nahi bana yeh mat kahiye ke yeh baat ho baat hai.</w:t>
      </w:r>
      <w:r>
        <w:br/>
      </w:r>
      <w:r>
        <w:rPr>
          <w:sz w:val="20"/>
        </w:rPr>
        <w:t>49:52  kaisa</w:t>
      </w:r>
      <w:r>
        <w:br/>
      </w:r>
      <w:r>
        <w:rPr>
          <w:sz w:val="20"/>
        </w:rPr>
        <w:t>49:54  ? haan molana asal mein baat yeh beginning ke liye jo aap keh rahe hain. dekhiye yeh dekhiye. hmm.</w:t>
      </w:r>
      <w:r>
        <w:br/>
      </w:r>
      <w:r>
        <w:rPr>
          <w:sz w:val="20"/>
        </w:rPr>
        <w:t>50:02  patti. to intravenous intervention laga bohat din tak yeh is ka nishan hai.</w:t>
      </w:r>
      <w:r>
        <w:br/>
      </w:r>
      <w:r>
        <w:rPr>
          <w:sz w:val="20"/>
        </w:rPr>
        <w:t>50:12  to jis mein aap qain ho qain. hmm. to aap sikhar bante hain aur sikhar bante hain to paate hain jo andha ya abanda.</w:t>
      </w:r>
      <w:r>
        <w:br/>
      </w:r>
      <w:r>
        <w:rPr>
          <w:sz w:val="20"/>
        </w:rPr>
        <w:t>50:21  ya to aap yeh kahiye ke mein bhai sikhar wakhar nahi mujhe banna hai mujhe to khana kamana hai. jo aap kar rahe hain already jo aap kar rahe hain na sikhar wakhar bhaad mein jaye mujhe to khana kamana hai.</w:t>
      </w:r>
      <w:r>
        <w:br/>
      </w:r>
      <w:r>
        <w:rPr>
          <w:sz w:val="20"/>
        </w:rPr>
        <w:t>50:34  jo hai woh kahiye. ji ji. taake Allah kahaan yeh kahe ke yeh banda sach sach bol raha tha. bilkul. farishte yeh kahein ke yeh banda sach bol</w:t>
      </w:r>
      <w:r>
        <w:br/>
      </w:r>
      <w:r>
        <w:rPr>
          <w:sz w:val="20"/>
        </w:rPr>
        <w:t>50:44  raha tha. waise bhi sach hi bolna chahiye insaan ko. kya keh rahe hain? insaan ko sach hi bolna chahiye.</w:t>
      </w:r>
      <w:r>
        <w:br/>
      </w:r>
      <w:r>
        <w:rPr>
          <w:sz w:val="20"/>
        </w:rPr>
        <w:t>50:51  haan farishte sacha woh hai jo farishte gawahi dein ke aap yeh sacha banda hain.</w:t>
      </w:r>
      <w:r>
        <w:br/>
      </w:r>
      <w:r>
        <w:rPr>
          <w:sz w:val="20"/>
        </w:rPr>
        <w:t>51:04  to pehla yeh hai ke aap rasool Allah ke paas aik aadmi aya jo ke mein bohat se bure aadmi hoon buraion kon sa karoon sab se pehle to aap ne kaha sach bolo.</w:t>
      </w:r>
      <w:r>
        <w:br/>
      </w:r>
      <w:r>
        <w:rPr>
          <w:sz w:val="20"/>
        </w:rPr>
        <w:t>51:21  pehla kaam sach bolna hai baqi to theek ho jayega. ji theek hai.</w:t>
      </w:r>
    </w:p>
    <w:p>
      <w:pPr>
        <w:pStyle w:val="Heading2"/>
      </w:pPr>
      <w:r>
        <w:t>Sabr as wisdom, self-development, and gateway to paradise</w:t>
      </w:r>
    </w:p>
    <w:p>
      <w:r>
        <w:rPr>
          <w:color w:val="666666"/>
          <w:sz w:val="18"/>
        </w:rPr>
        <w:t>Importance of Patience (Sabr) January 8, 2023 · 4m 47s · at 28:38 · https://youtu.be/JaJX3jrl3R8?t=1718</w:t>
      </w:r>
    </w:p>
    <w:p>
      <w:r>
        <w:rPr>
          <w:i/>
        </w:rPr>
        <w:t>“Sabr ko log yeh samajhte honge ke yeh koi mazhabi baat hai”</w:t>
      </w:r>
    </w:p>
    <w:p>
      <w:r>
        <w:rPr>
          <w:sz w:val="20"/>
        </w:rPr>
        <w:t>28:38  toh foran react karna woh be sabri hai aur soch samajh kar apni planning karna woh sabr hai. toh sabr ko log yeh samajhte honge ke yeh toh bilkul kuch mazhabi baat hai.</w:t>
      </w:r>
      <w:r>
        <w:br/>
      </w:r>
      <w:r>
        <w:rPr>
          <w:sz w:val="20"/>
        </w:rPr>
        <w:t>28:51  yeh sirf mazhabi baat nahi hai, balkeh yeh hikmat-e-amli hai, yeh wisdom ki baat hai. Kyunke isi se hum apni dunya ko behtar bana sakte hain aur akhirat ko bhi.</w:t>
      </w:r>
      <w:r>
        <w:br/>
      </w:r>
      <w:r>
        <w:rPr>
          <w:sz w:val="20"/>
        </w:rPr>
        <w:t>29:04  To waqti taur par ek baar ek wakeel ne Maulana se bataya tha ke wakeel ne kaha ke koi bhi criminal is ko aisa nahi mila jis ne jis ko shadeed regret na hua ho apne amal ka.</w:t>
      </w:r>
      <w:r>
        <w:br/>
      </w:r>
      <w:r>
        <w:rPr>
          <w:sz w:val="20"/>
        </w:rPr>
        <w:t>29:15  Kyunke woh waqti taur par bhark kar ghusse mein woh kar dalta hai jo bhi crime karna hota hai us ko aur phir zindagi bhar pachhtata hai.</w:t>
      </w:r>
      <w:r>
        <w:br/>
      </w:r>
      <w:r>
        <w:rPr>
          <w:sz w:val="20"/>
        </w:rPr>
        <w:t>29:25  To sabr hum ko zindagi bhar ke pachhtane se humein bachata hai.</w:t>
      </w:r>
      <w:r>
        <w:br/>
      </w:r>
      <w:r>
        <w:rPr>
          <w:sz w:val="20"/>
        </w:rPr>
        <w:t>29:30  To yeh nafrat hai, ghussa hai, ishtia'al mein mushtael ho jana hai, manfi soch hai. Yeh sab jo hain hamare goal se humein distract karti hain.</w:t>
      </w:r>
      <w:r>
        <w:br/>
      </w:r>
      <w:r>
        <w:rPr>
          <w:sz w:val="20"/>
        </w:rPr>
        <w:t>29:39  Hamara goal jo hai, woh hai tazkiya. Apni personality ka ka tazkiya karna. Apne andar jo bhi manfi baatein hain, us ko nikalna.</w:t>
      </w:r>
      <w:r>
        <w:br/>
      </w:r>
      <w:r>
        <w:rPr>
          <w:sz w:val="20"/>
        </w:rPr>
        <w:t>29:49  Jo bhi aisi baat hai jo Khuda ki marzi ke khilaf hamare andar hai, to us ko khatam karna. To hamara ek zindagi ka ek maqsad hai aur hamare paas bohat thoda sa time hai.</w:t>
      </w:r>
      <w:r>
        <w:br/>
      </w:r>
      <w:r>
        <w:rPr>
          <w:sz w:val="20"/>
        </w:rPr>
        <w:t>30:00  To humein is time ko zyada se zyada apna tazkiya karne mein, apna personality development karne mein to is is ko lagana hai.</w:t>
      </w:r>
      <w:r>
        <w:br/>
      </w:r>
      <w:r>
        <w:rPr>
          <w:sz w:val="20"/>
        </w:rPr>
        <w:t>30:11  Aur tabhi hum apne aap ko is qabil bana payenge ke hum jannat mein dakhle ke</w:t>
      </w:r>
      <w:r>
        <w:br/>
      </w:r>
      <w:r>
        <w:rPr>
          <w:sz w:val="20"/>
        </w:rPr>
        <w:t>30:20  mustahiq thehrein. Ji, aur apa aap ne bohat hi achhi baat batayi ke jannat sabr ke is paar hai jo Maulana sahib ne likha hai.</w:t>
      </w:r>
      <w:r>
        <w:br/>
      </w:r>
      <w:r>
        <w:rPr>
          <w:sz w:val="20"/>
        </w:rPr>
        <w:t>30:29  Aur apa yeh yahan pe jannat ko samajhna bhi itna zyada important hai.</w:t>
      </w:r>
      <w:r>
        <w:br/>
      </w:r>
      <w:r>
        <w:rPr>
          <w:sz w:val="20"/>
        </w:rPr>
        <w:t>30:35  Yeh hum is hadith se bhi andaza laga sakte hain ke Rasool Allah ne ek martaba farmaya ke "There are hundred levels in paradise, and the distance between each level and the next is like the distance between the earth and the heaven.</w:t>
      </w:r>
      <w:r>
        <w:br/>
      </w:r>
      <w:r>
        <w:rPr>
          <w:sz w:val="20"/>
        </w:rPr>
        <w:t>30:50  And fardos is the highest level of paradise from where the four rivers of paradise will flow." To sabr hi is ka ek price</w:t>
      </w:r>
      <w:r>
        <w:br/>
      </w:r>
      <w:r>
        <w:rPr>
          <w:sz w:val="20"/>
        </w:rPr>
        <w:t>30:59  hai. Itne zyada levels hain paradise mein. To agar ek insan is ko samajh le to woh har lamha, har situation mein woh sabr karne ke liye tayyar ho jayega.</w:t>
      </w:r>
      <w:r>
        <w:br/>
      </w:r>
      <w:r>
        <w:rPr>
          <w:sz w:val="20"/>
        </w:rPr>
        <w:t>31:07  To sabr karne mein hi hikmat hai. Apa to sabr ko yeh bhi kaha jata hai ke yeh wisdom ka doosra naam hai. To is ke bare mein bhi apa hum sab ko batayein. Jo aap ne bataya to akhirat mein ek aadmi hoga jis ko dunya mein bohat zyada takleef pahunchi hogi.</w:t>
      </w:r>
      <w:r>
        <w:br/>
      </w:r>
      <w:r>
        <w:rPr>
          <w:sz w:val="20"/>
        </w:rPr>
        <w:t>31:27  To us ko us ka itna bara badla, itna bara badla jannat ki shakal mein milega. To woh dekh ke kahega ke maine to samjha nahi tha ke mere amal ka itna bara badla hai.</w:t>
      </w:r>
      <w:r>
        <w:br/>
      </w:r>
      <w:r>
        <w:rPr>
          <w:sz w:val="20"/>
        </w:rPr>
        <w:t>31:39  To mujhe to phir dunya mein jana hota aur main phir woh sari jo unpleasant situations woh jheel kar main aata aur phir aur mujhe is ka badla</w:t>
      </w:r>
      <w:r>
        <w:br/>
      </w:r>
      <w:r>
        <w:rPr>
          <w:sz w:val="20"/>
        </w:rPr>
        <w:t>31:49  milta. To is dunya mein hum asal mein samajh nahi rahe hain ke hamari jo yeh sabr wali jo hamara jo sabr, sabr karne ki jo salahiyat hai, hum jis sabr karte hain is ka kitna bara badla hamein akhirat mein milega.</w:t>
      </w:r>
      <w:r>
        <w:br/>
      </w:r>
      <w:r>
        <w:rPr>
          <w:sz w:val="20"/>
        </w:rPr>
        <w:t>32:04  To yeh sab soch soch kar hum apne aap ko, hum apne andar yeh inculcate karein taake hamare jo amal mein woh is ka reflection ho.</w:t>
      </w:r>
      <w:r>
        <w:br/>
      </w:r>
      <w:r>
        <w:rPr>
          <w:sz w:val="20"/>
        </w:rPr>
        <w:t>32:18  To sabr jo hai woh wisdom ki baat hai. Asal mein log kai baar aisa samajhte hain na ke yeh to koi mazhabi baat hai. Ab jo log hum educated log hote hain woh samajhte hain ke is is yeh yeh hamare liye nahi hai.</w:t>
      </w:r>
      <w:r>
        <w:br/>
      </w:r>
      <w:r>
        <w:rPr>
          <w:sz w:val="20"/>
        </w:rPr>
        <w:t>32:33  Lekin sabr jo hai woh wisdom ki baat hai. Jis ko kehte hain Maulana ne bohat likha hai "Ignore the problem, feed the opportunities</w:t>
      </w:r>
      <w:r>
        <w:br/>
      </w:r>
      <w:r>
        <w:rPr>
          <w:sz w:val="20"/>
        </w:rPr>
        <w:t>32:42  ". To problem ko ignore karna yahi sabr hai. Aur problem jo hai woh bohat kam hote hain zindagi mein.</w:t>
      </w:r>
      <w:r>
        <w:br/>
      </w:r>
      <w:r>
        <w:rPr>
          <w:sz w:val="20"/>
        </w:rPr>
        <w:t>32:51  Opportunities bohat zyada hoti hain. To hum jo hain thoda sa agar hum wait karenge, sabr karenge to hamare liye bohat sare doosre mawaqe aa jayenge aur hum is mawaqe ko istemal kar ke apni ek nayi zindagi bana payenge.</w:t>
      </w:r>
      <w:r>
        <w:br/>
      </w:r>
      <w:r>
        <w:rPr>
          <w:sz w:val="20"/>
        </w:rPr>
        <w:t>33:09  To woh thoda sa sabr ki zaroorat hoti hai.</w:t>
      </w:r>
      <w:r>
        <w:br/>
      </w:r>
      <w:r>
        <w:rPr>
          <w:sz w:val="20"/>
        </w:rPr>
        <w:t>33:12  To aur baqi jo hai sab kaam Khuda ki taraf se ho jata hai. To yahi hakimana tadbeer hai jis ko sabr aur a'iraz waghera kaha jata hai.</w:t>
      </w:r>
    </w:p>
    <w:p>
      <w:pPr>
        <w:pStyle w:val="Heading2"/>
      </w:pPr>
      <w:r>
        <w:t>Satan's ambush and judging results over oppression</w:t>
      </w:r>
    </w:p>
    <w:p>
      <w:r>
        <w:rPr>
          <w:color w:val="666666"/>
          <w:sz w:val="18"/>
        </w:rPr>
        <w:t>The Final Call November 18, 2007 · 5m 39s · at 32:22 · https://youtu.be/uTjzhO-nhUc?t=1942</w:t>
      </w:r>
    </w:p>
    <w:p>
      <w:r>
        <w:rPr>
          <w:i/>
        </w:rPr>
        <w:t>“Satan pledged: 'I will ambush them on the straight path.'”</w:t>
      </w:r>
    </w:p>
    <w:p>
      <w:r>
        <w:rPr>
          <w:sz w:val="20"/>
        </w:rPr>
        <w:t>32:22  dekhiye, mein aap ko chand aik misaal doon ga is baat ko aur clear karne ke liye. quran ki aik ayat hai, woh bohat hi important ayat hai.</w:t>
      </w:r>
      <w:r>
        <w:br/>
      </w:r>
      <w:r>
        <w:rPr>
          <w:sz w:val="20"/>
        </w:rPr>
        <w:t>32:34  dekhiye, satan ne jo quran mein jo qissa bataya gaya hai ke khuda ne insaan ko banaya, to satan jo hai, woh woh us ne accept nahi kiya insaan ki.</w:t>
      </w:r>
      <w:r>
        <w:br/>
      </w:r>
      <w:r>
        <w:rPr>
          <w:sz w:val="20"/>
        </w:rPr>
        <w:t>32:50  insaan ko us ne kaha ke mein insaan ko behkaoon ga, mein insaan ko behkaoon ga, poori history mein mein insaan ko behka kar rahoon ga,</w:t>
      </w:r>
      <w:r>
        <w:br/>
      </w:r>
      <w:r>
        <w:rPr>
          <w:sz w:val="20"/>
        </w:rPr>
        <w:t>33:02  kisi ko khuda ke rastay pe chalne nahi doon ga. to us ne kaha tha: "la qadna lahum sirat al mustaqeem".</w:t>
      </w:r>
      <w:r>
        <w:br/>
      </w:r>
      <w:r>
        <w:rPr>
          <w:sz w:val="20"/>
        </w:rPr>
        <w:t>33:12  is satan ne koi challenge diya:</w:t>
      </w:r>
      <w:r>
        <w:br/>
      </w:r>
      <w:r>
        <w:rPr>
          <w:sz w:val="20"/>
        </w:rPr>
        <w:t>33:16  "la qadna lahum sirat al mustaqeem". mein un insanon ke rastay par baithoon ga, un ko behkaoon ga:</w:t>
      </w:r>
      <w:r>
        <w:br/>
      </w:r>
      <w:r>
        <w:rPr>
          <w:sz w:val="20"/>
        </w:rPr>
        <w:t>33:26  "la qadna lahum sirat al mustaqeem". i shall lie in ambush for them in your straight path. mein ambush karoon ga, har aadmi ko ghaat mein lagoon ga, har aadmi ko behka kar rahoon ga.</w:t>
      </w:r>
      <w:r>
        <w:br/>
      </w:r>
      <w:r>
        <w:rPr>
          <w:sz w:val="20"/>
        </w:rPr>
        <w:t>33:43  us ko samjhiye ke kya cheez hai, us ko samjhiye ke kya cheez hai.</w:t>
      </w:r>
      <w:r>
        <w:br/>
      </w:r>
      <w:r>
        <w:rPr>
          <w:sz w:val="20"/>
        </w:rPr>
        <w:t>33:49  woh hai yeh ke zindagi mein har moment aap kahein na kahein point of deviation aata hai. aik hai straight path, aik hai deviation.</w:t>
      </w:r>
      <w:r>
        <w:br/>
      </w:r>
      <w:r>
        <w:rPr>
          <w:sz w:val="20"/>
        </w:rPr>
        <w:t>34:00  yeh quran mein bataya gaya hai ke ek hai state path zindagi ka, ek hai deviation. to har lamha aap ko ek point of deviation aata hai ke aap hat jaen,</w:t>
      </w:r>
      <w:r>
        <w:br/>
      </w:r>
      <w:r>
        <w:rPr>
          <w:sz w:val="20"/>
        </w:rPr>
        <w:t>34:16  state path se aap hat jaen.</w:t>
      </w:r>
      <w:r>
        <w:br/>
      </w:r>
      <w:r>
        <w:rPr>
          <w:sz w:val="20"/>
        </w:rPr>
        <w:t>34:18  har din, har raat aap ko point of deviation aata hai. wahan par koi chahiye batane wala aap ko,</w:t>
      </w:r>
      <w:r>
        <w:br/>
      </w:r>
      <w:r>
        <w:rPr>
          <w:sz w:val="20"/>
        </w:rPr>
        <w:t>34:28  woh aap ko guide karne wala chahiye. nahin to aap deviate kar ke idhar chale jaen ge, idhar chale jaen ge aur apne ko destroy kar den ge. is ko mein batata hoon chand ek example se.</w:t>
      </w:r>
      <w:r>
        <w:br/>
      </w:r>
      <w:r>
        <w:rPr>
          <w:sz w:val="20"/>
        </w:rPr>
        <w:t>34:41  prophet ke zamane mein aap jante hain ke aap ko prophethood mili 610 AD mein. thirteen years tak aap makkah mein rahe, phir madinah chale gae.</w:t>
      </w:r>
      <w:r>
        <w:br/>
      </w:r>
      <w:r>
        <w:rPr>
          <w:sz w:val="20"/>
        </w:rPr>
        <w:t>34:55  to makkah mein us waqt jo hai mushrik logon ka, wohi log chhaye hue the. unhon ne bohat sataya, bohat sataya, bohat sataya, bohat zulm kiya.</w:t>
      </w:r>
      <w:r>
        <w:br/>
      </w:r>
      <w:r>
        <w:rPr>
          <w:sz w:val="20"/>
        </w:rPr>
        <w:t>35:07  to us waqt jo log the makkah mein, aap ke saathi aur kuch makkah ke bahar bhi the, aap ke saathi, un logon ne kaha ke hum in se laren ge, yeh zulm kar rahe hain, itna zulm kar rahe hain, hum in se laren ge, in se hum bare baghair ladhe nahin rahen ge.</w:t>
      </w:r>
      <w:r>
        <w:br/>
      </w:r>
      <w:r>
        <w:rPr>
          <w:sz w:val="20"/>
        </w:rPr>
        <w:t>35:24  hazrat umar bare zabardast aadmi the, bohat pehalwan aadmi the. unhon ne direct kaha rasool Allah se ke hum laren ge in se. jante hain kya rasool Allah ne kaha us waqt?</w:t>
      </w:r>
      <w:r>
        <w:br/>
      </w:r>
      <w:r>
        <w:rPr>
          <w:sz w:val="20"/>
        </w:rPr>
        <w:t>35:37  woh aap ne kaha ke: "ya umar, ana qaleel". "ya umar, ana qaleel". aey umar, hum thore hain. yeh tha point of deviation.</w:t>
      </w:r>
      <w:r>
        <w:br/>
      </w:r>
      <w:r>
        <w:rPr>
          <w:sz w:val="20"/>
        </w:rPr>
        <w:t>35:49  yani in logon ne, yeh jo log the, unhon ne zulm ko dekha, result ko nahin socha ke us waqt woh log chhaye hue the, wahan par un ke paas sab kuch tha aur un logon ke paas to kuch bhi nahin tha.</w:t>
      </w:r>
      <w:r>
        <w:br/>
      </w:r>
      <w:r>
        <w:rPr>
          <w:sz w:val="20"/>
        </w:rPr>
        <w:t>36:05  agar laren ge, yeh to kya hoga?</w:t>
      </w:r>
      <w:r>
        <w:br/>
      </w:r>
      <w:r>
        <w:rPr>
          <w:sz w:val="20"/>
        </w:rPr>
        <w:t>36:10  result is ka negative banega, niklega. to rasool Allah ne is ko result ke aspect se dekha, un logon ne is ko zulm ke aspect se dekha. jaise aap dekhen, kashmir bhi dekhen.</w:t>
      </w:r>
      <w:r>
        <w:br/>
      </w:r>
      <w:r>
        <w:rPr>
          <w:sz w:val="20"/>
        </w:rPr>
        <w:t>36:21  kashmir walon ne koi yeh occupation ke aspect se dekha, india ka occupation hai, nahin hona chahiye, lekin result ke aspect se nahin dekha.</w:t>
      </w:r>
      <w:r>
        <w:br/>
      </w:r>
      <w:r>
        <w:rPr>
          <w:sz w:val="20"/>
        </w:rPr>
        <w:t>36:30  aaj kashmir ek tabah ho gaya, tabah state hai,</w:t>
      </w:r>
      <w:r>
        <w:br/>
      </w:r>
      <w:r>
        <w:rPr>
          <w:sz w:val="20"/>
        </w:rPr>
        <w:t>36:34  sab kuch destroy ho gaya. woh bimar hon to medical, aaj koi acha hospital nahin hai, daur ke log delhi ate hain, un ka safety interest hi tabah ho gayi, education system tabah ho gaya.</w:t>
      </w:r>
      <w:r>
        <w:br/>
      </w:r>
      <w:r>
        <w:rPr>
          <w:sz w:val="20"/>
        </w:rPr>
        <w:t>36:49  to agar kashmir wale sochte hain result ke aspect se to woh sochte hain ke hum ek regular army se larr nahin sakte. india ek regular army hai, hum kya is ka larr sakte hain?</w:t>
      </w:r>
      <w:r>
        <w:br/>
      </w:r>
      <w:r>
        <w:rPr>
          <w:sz w:val="20"/>
        </w:rPr>
        <w:t>37:00  is se</w:t>
      </w:r>
      <w:r>
        <w:br/>
      </w:r>
      <w:r>
        <w:rPr>
          <w:sz w:val="20"/>
        </w:rPr>
        <w:t>37:02  result ke aspect se dekhte to kabhi na larte. ek afsar ne un ko kaha ke aap occupation, occupation, occupation to larr gae.</w:t>
      </w:r>
      <w:r>
        <w:br/>
      </w:r>
      <w:r>
        <w:rPr>
          <w:sz w:val="20"/>
        </w:rPr>
        <w:t>37:11  aaj tabah bane baithe hain, palestine mein hi hai, wahan bhi larr gae, tabah ho kar reh gae. to rasool Allah ne se unhon ne kaha ke hum to larr gae.</w:t>
      </w:r>
      <w:r>
        <w:br/>
      </w:r>
      <w:r>
        <w:rPr>
          <w:sz w:val="20"/>
        </w:rPr>
        <w:t>37:21  to aap ne kaha ke: "ya umar, ana qaleel". hum thore hain, hum kamzor hain,</w:t>
      </w:r>
      <w:r>
        <w:br/>
      </w:r>
      <w:r>
        <w:rPr>
          <w:sz w:val="20"/>
        </w:rPr>
        <w:t>37:29  un ke paas sab kuch, sari taqat hai, un ke paas hai. yani rasool Allah ne dekha is mamle ko result ke aspect se, unhon ne dekha is ko zulm ke aspect se.</w:t>
      </w:r>
      <w:r>
        <w:br/>
      </w:r>
      <w:r>
        <w:rPr>
          <w:sz w:val="20"/>
        </w:rPr>
        <w:t>37:39  yeh tha point of deviation, yahi tha point of deviation. yani is ko zulm ke angle se na dekho, result ke angle se dekho,</w:t>
      </w:r>
      <w:r>
        <w:br/>
      </w:r>
      <w:r>
        <w:rPr>
          <w:sz w:val="20"/>
        </w:rPr>
        <w:t>37:52  zulm ke angle se na dekho, result ke angle se dekho. to zindagi mein bar bar, bar bar point of deviation aata hai.</w:t>
      </w:r>
    </w:p>
    <w:p>
      <w:pPr>
        <w:pStyle w:val="Heading2"/>
      </w:pPr>
      <w:r>
        <w:t>No enemies, belief in God for positivity</w:t>
      </w:r>
    </w:p>
    <w:p>
      <w:r>
        <w:rPr>
          <w:color w:val="666666"/>
          <w:sz w:val="18"/>
        </w:rPr>
        <w:t>Positive Thinking December 30, 2016 · 5m 24s · at 9:24 · https://youtu.be/y6r5Pk3HT9w?t=564</w:t>
      </w:r>
    </w:p>
    <w:p>
      <w:r>
        <w:rPr>
          <w:i/>
        </w:rPr>
        <w:t>“Koi kisi ka enemy nahi hota”</w:t>
      </w:r>
    </w:p>
    <w:p>
      <w:r>
        <w:rPr>
          <w:sz w:val="20"/>
        </w:rPr>
        <w:t>9:24  dekhen, koi kisi ka enemy nahin hota.</w:t>
      </w:r>
      <w:r>
        <w:br/>
      </w:r>
      <w:r>
        <w:rPr>
          <w:sz w:val="20"/>
        </w:rPr>
        <w:t>9:29  har aadmi apne aap mein jeeta hai.</w:t>
      </w:r>
      <w:r>
        <w:br/>
      </w:r>
      <w:r>
        <w:rPr>
          <w:sz w:val="20"/>
        </w:rPr>
        <w:t>9:35  har aadmi pro-self hota hai.</w:t>
      </w:r>
      <w:r>
        <w:br/>
      </w:r>
      <w:r>
        <w:rPr>
          <w:sz w:val="20"/>
        </w:rPr>
        <w:t>9:40  entry other nahin hota.</w:t>
      </w:r>
      <w:r>
        <w:br/>
      </w:r>
      <w:r>
        <w:rPr>
          <w:sz w:val="20"/>
        </w:rPr>
        <w:t>9:46  koi aadmi har aadmi ko apna interest poora karna hai, apne mamlaat ko durust karna hai, apne bachchon</w:t>
      </w:r>
      <w:r>
        <w:br/>
      </w:r>
      <w:r>
        <w:rPr>
          <w:sz w:val="20"/>
        </w:rPr>
        <w:t>9:52  ko parhana hai, apna ghar banana hai.</w:t>
      </w:r>
      <w:r>
        <w:br/>
      </w:r>
      <w:r>
        <w:rPr>
          <w:sz w:val="20"/>
        </w:rPr>
        <w:t>9:57  har aadmi ka sole concern yahi hota hai.</w:t>
      </w:r>
      <w:r>
        <w:br/>
      </w:r>
      <w:r>
        <w:rPr>
          <w:sz w:val="20"/>
        </w:rPr>
        <w:t>10:03  yeh kehna ghalat hai ke koi kisi ka enemy hai.</w:t>
      </w:r>
      <w:r>
        <w:br/>
      </w:r>
      <w:r>
        <w:rPr>
          <w:sz w:val="20"/>
        </w:rPr>
        <w:t>10:09  agar koi farz karen enemy dikhai de to woh enemy nahi hota.</w:t>
      </w:r>
      <w:r>
        <w:br/>
      </w:r>
      <w:r>
        <w:rPr>
          <w:sz w:val="20"/>
        </w:rPr>
        <w:t>10:14  hum is ko samajh lete hain ke yeh enemy hamara hai.</w:t>
      </w:r>
      <w:r>
        <w:br/>
      </w:r>
      <w:r>
        <w:rPr>
          <w:sz w:val="20"/>
        </w:rPr>
        <w:t>10:20  chounke yeh dunya competition based hai, yeh dunya mein competition ka mahol hota hai hamesha, to competition ki</w:t>
      </w:r>
      <w:r>
        <w:br/>
      </w:r>
      <w:r>
        <w:rPr>
          <w:sz w:val="20"/>
        </w:rPr>
        <w:t>10:26  waja se kabhi kisi se kisi ko kuch nuqsan puhanch jata hai.</w:t>
      </w:r>
      <w:r>
        <w:br/>
      </w:r>
      <w:r>
        <w:rPr>
          <w:sz w:val="20"/>
        </w:rPr>
        <w:t>10:31  to it is but natural, woh to hoga.</w:t>
      </w:r>
      <w:r>
        <w:br/>
      </w:r>
      <w:r>
        <w:rPr>
          <w:sz w:val="20"/>
        </w:rPr>
        <w:t>10:37  aap do aadmi ek dukaan kholain ek hi cheez ki, to kabhi un ke haan zyada gahaak aayen</w:t>
      </w:r>
      <w:r>
        <w:br/>
      </w:r>
      <w:r>
        <w:rPr>
          <w:sz w:val="20"/>
        </w:rPr>
        <w:t>10:43  ge, kabhi un ke haan gahaak zyada aayenge.</w:t>
      </w:r>
      <w:r>
        <w:br/>
      </w:r>
      <w:r>
        <w:rPr>
          <w:sz w:val="20"/>
        </w:rPr>
        <w:t>10:48  to yeh to hoga hi.</w:t>
      </w:r>
      <w:r>
        <w:br/>
      </w:r>
      <w:r>
        <w:rPr>
          <w:sz w:val="20"/>
        </w:rPr>
        <w:t>10:54  in cheezon ko le kar negative nahi hona chahiye, balkeh is ko competition ke khane mein dalna chahiye</w:t>
      </w:r>
      <w:r>
        <w:br/>
      </w:r>
      <w:r>
        <w:rPr>
          <w:sz w:val="20"/>
        </w:rPr>
        <w:t>10:59  ke yeh jo ho raha hai, woh due to competition hai aur kuch is ka taluq dushmani ya</w:t>
      </w:r>
      <w:r>
        <w:br/>
      </w:r>
      <w:r>
        <w:rPr>
          <w:sz w:val="20"/>
        </w:rPr>
        <w:t>11:05  enemitation nahi hai.</w:t>
      </w:r>
      <w:r>
        <w:br/>
      </w:r>
      <w:r>
        <w:rPr>
          <w:sz w:val="20"/>
        </w:rPr>
        <w:t>11:11  is tarah agar sochen to apne aap hi se har cheez normal hoti chali jayegi.</w:t>
      </w:r>
      <w:r>
        <w:br/>
      </w:r>
      <w:r>
        <w:rPr>
          <w:sz w:val="20"/>
        </w:rPr>
        <w:t>11:16  to cheezon ko yani right angle se dekhen to har cheez aap ko normal dikhai degi.</w:t>
      </w:r>
      <w:r>
        <w:br/>
      </w:r>
      <w:r>
        <w:rPr>
          <w:sz w:val="20"/>
        </w:rPr>
        <w:t>11:22  agar cheezon ko aap wrong angle se dekhen to har cheez aap ke zehn mein ulti ban jayegi.</w:t>
      </w:r>
      <w:r>
        <w:br/>
      </w:r>
      <w:r>
        <w:rPr>
          <w:sz w:val="20"/>
        </w:rPr>
        <w:t>11:28  to sara mamla yeh hai ke aap cheezon ko kis angle se dekhen.</w:t>
      </w:r>
      <w:r>
        <w:br/>
      </w:r>
      <w:r>
        <w:rPr>
          <w:sz w:val="20"/>
        </w:rPr>
        <w:t>11:33  har mamle mein ek hota hai right angle, ek hota hai wrong angle.</w:t>
      </w:r>
      <w:r>
        <w:br/>
      </w:r>
      <w:r>
        <w:rPr>
          <w:sz w:val="20"/>
        </w:rPr>
        <w:t>11:39  yani agar aap dekhen is mamle ko competition ke angle se to lagega ke to theek hai.</w:t>
      </w:r>
      <w:r>
        <w:br/>
      </w:r>
      <w:r>
        <w:rPr>
          <w:sz w:val="20"/>
        </w:rPr>
        <w:t>11:45  agar dekhen ke koi aap ka dushman hai to lagega ke yeh to ghalat ho raha hai.</w:t>
      </w:r>
      <w:r>
        <w:br/>
      </w:r>
      <w:r>
        <w:rPr>
          <w:sz w:val="20"/>
        </w:rPr>
        <w:t>11:50  to sara mamla yeh hai ke aap art of management janiye, art of intellechual management, cheezon ko management karna janiye.</w:t>
      </w:r>
      <w:r>
        <w:br/>
      </w:r>
      <w:r>
        <w:rPr>
          <w:sz w:val="20"/>
        </w:rPr>
        <w:t>11:56  is ke baad sab kuch aap ko normal dikhai dega.</w:t>
      </w:r>
      <w:r>
        <w:br/>
      </w:r>
      <w:r>
        <w:rPr>
          <w:sz w:val="20"/>
        </w:rPr>
        <w:t>12:02  Ji Maulana sahib, according to you, what importance does a belief in God play in making a person positive?</w:t>
      </w:r>
      <w:r>
        <w:br/>
      </w:r>
      <w:r>
        <w:rPr>
          <w:sz w:val="20"/>
        </w:rPr>
        <w:t>12:12  dekhen, belief in God to bohat bara source hai positivity ka.</w:t>
      </w:r>
      <w:r>
        <w:br/>
      </w:r>
      <w:r>
        <w:rPr>
          <w:sz w:val="20"/>
        </w:rPr>
        <w:t>12:18  kyunke hum face karte hain bohat se problem, isi se negative ho jate hain hum.</w:t>
      </w:r>
      <w:r>
        <w:br/>
      </w:r>
      <w:r>
        <w:rPr>
          <w:sz w:val="20"/>
        </w:rPr>
        <w:t>12:24  to belief in God ka matlab yeh hota hai ke koi hum sab se ooper hai, sari humanity</w:t>
      </w:r>
      <w:r>
        <w:br/>
      </w:r>
      <w:r>
        <w:rPr>
          <w:sz w:val="20"/>
        </w:rPr>
        <w:t>12:30  se ooper hai, sari dunya se ooper hai.</w:t>
      </w:r>
      <w:r>
        <w:br/>
      </w:r>
      <w:r>
        <w:rPr>
          <w:sz w:val="20"/>
        </w:rPr>
        <w:t>12:36  koi all powerful hai aur us se hum contact kar sakte hain, us se hum dua kar</w:t>
      </w:r>
      <w:r>
        <w:br/>
      </w:r>
      <w:r>
        <w:rPr>
          <w:sz w:val="20"/>
        </w:rPr>
        <w:t>12:42  ke us ki help le sakte hain.</w:t>
      </w:r>
      <w:r>
        <w:br/>
      </w:r>
      <w:r>
        <w:rPr>
          <w:sz w:val="20"/>
        </w:rPr>
        <w:t>12:48  to yeh to bohat hi bara source hai apne aap ko positive banane ka.</w:t>
      </w:r>
      <w:r>
        <w:br/>
      </w:r>
      <w:r>
        <w:rPr>
          <w:sz w:val="20"/>
        </w:rPr>
        <w:t>12:54  kyun ke aap ko koi helpless nahi hone deta.</w:t>
      </w:r>
      <w:r>
        <w:br/>
      </w:r>
      <w:r>
        <w:rPr>
          <w:sz w:val="20"/>
        </w:rPr>
        <w:t>13:00  yeh yeh jo belief hai, kahin aap ko helpless nahi hone deta.</w:t>
      </w:r>
      <w:r>
        <w:br/>
      </w:r>
      <w:r>
        <w:rPr>
          <w:sz w:val="20"/>
        </w:rPr>
        <w:t>13:06  har har maamle mein aap ko aik aik jis ko kehte hain na quran mein ehtesham bihablillah,</w:t>
      </w:r>
      <w:r>
        <w:br/>
      </w:r>
      <w:r>
        <w:rPr>
          <w:sz w:val="20"/>
        </w:rPr>
        <w:t>13:12  yaani aik mazboot rassi aap ke haath mein hoti hai.</w:t>
      </w:r>
      <w:r>
        <w:br/>
      </w:r>
      <w:r>
        <w:rPr>
          <w:sz w:val="20"/>
        </w:rPr>
        <w:t>13:18  aik mazboot rassi aap ke haath mein hoti hai.</w:t>
      </w:r>
      <w:r>
        <w:br/>
      </w:r>
      <w:r>
        <w:rPr>
          <w:sz w:val="20"/>
        </w:rPr>
        <w:t>13:24  to yeh to bohat hi bari nemat hai ke aap ko khuda ki discovery hui ho aur khuda</w:t>
      </w:r>
      <w:r>
        <w:br/>
      </w:r>
      <w:r>
        <w:rPr>
          <w:sz w:val="20"/>
        </w:rPr>
        <w:t>13:30  ko aap ne apna creation banaya ho, khuda par aap ko trust ho.</w:t>
      </w:r>
      <w:r>
        <w:br/>
      </w:r>
      <w:r>
        <w:rPr>
          <w:sz w:val="20"/>
        </w:rPr>
        <w:t>13:36  to yeh to bohat bari cheez hai.</w:t>
      </w:r>
      <w:r>
        <w:br/>
      </w:r>
      <w:r>
        <w:rPr>
          <w:sz w:val="20"/>
        </w:rPr>
        <w:t>13:42  kyun ke aap kahin bhi aap nahi mehsoos karenge ke aap ki limitations aa gayi, aap ke aisa</w:t>
      </w:r>
      <w:r>
        <w:br/>
      </w:r>
      <w:r>
        <w:rPr>
          <w:sz w:val="20"/>
        </w:rPr>
        <w:t>13:48  problem aa gaya jis ko aap solve na kar sakte ho.</w:t>
      </w:r>
      <w:r>
        <w:br/>
      </w:r>
      <w:r>
        <w:rPr>
          <w:sz w:val="20"/>
        </w:rPr>
        <w:t>13:54  kyun ke wahan par aap ka helper khuda maujood hoga.</w:t>
      </w:r>
      <w:r>
        <w:br/>
      </w:r>
      <w:r>
        <w:rPr>
          <w:sz w:val="20"/>
        </w:rPr>
        <w:t>14:00  masih se kisi ne kaha ke aap jo taleem dete hain, woh to bohat insaan ke bas par nahi hai.</w:t>
      </w:r>
      <w:r>
        <w:br/>
      </w:r>
      <w:r>
        <w:rPr>
          <w:sz w:val="20"/>
        </w:rPr>
        <w:t>14:06  to masih ne jawab diya ke insaan ke bas par nahi, magar khuda ke bas par to hai.</w:t>
      </w:r>
      <w:r>
        <w:br/>
      </w:r>
      <w:r>
        <w:rPr>
          <w:sz w:val="20"/>
        </w:rPr>
        <w:t>14:12  to jahan aap ko lage ke yeh to mere bas par nahi hai, wahan aap khuda ko pukarte hain.</w:t>
      </w:r>
      <w:r>
        <w:br/>
      </w:r>
      <w:r>
        <w:rPr>
          <w:sz w:val="20"/>
        </w:rPr>
        <w:t>14:18  agar aap ko belief hai to.</w:t>
      </w:r>
      <w:r>
        <w:br/>
      </w:r>
      <w:r>
        <w:rPr>
          <w:sz w:val="20"/>
        </w:rPr>
        <w:t>14:24  aur khuda aap ka jawab deta hai.</w:t>
      </w:r>
      <w:r>
        <w:br/>
      </w:r>
      <w:r>
        <w:rPr>
          <w:sz w:val="20"/>
        </w:rPr>
        <w:t>14:30  woh kashf wuzu karta hai.</w:t>
      </w:r>
      <w:r>
        <w:br/>
      </w:r>
      <w:r>
        <w:rPr>
          <w:sz w:val="20"/>
        </w:rPr>
        <w:t>14:36  to khuda par belief, aik aik all powerful par belief, bilashuba sab se bara, sab se bari</w:t>
      </w:r>
      <w:r>
        <w:br/>
      </w:r>
      <w:r>
        <w:rPr>
          <w:sz w:val="20"/>
        </w:rPr>
        <w:t>14:42  cheez hai jo aadmi ko hamesha positive banaye rakhta hai.</w:t>
      </w:r>
      <w:r>
        <w:br/>
      </w:r>
      <w:r>
        <w:rPr>
          <w:sz w:val="20"/>
        </w:rPr>
        <w:t>14:48  جی مولانا صاحب، I want to ask you a question regarding the life of Prophet of Islam.</w:t>
      </w:r>
    </w:p>
    <w:p>
      <w:pPr>
        <w:pStyle w:val="Heading2"/>
      </w:pPr>
      <w:r>
        <w:t>Loss is God's mercy that leads to questioning</w:t>
      </w:r>
    </w:p>
    <w:p>
      <w:r>
        <w:rPr>
          <w:color w:val="666666"/>
          <w:sz w:val="18"/>
        </w:rPr>
        <w:t>Surah Al-'Asr I November 23, 2014 · 3m 45s · at 13:04 · https://youtu.be/K1G2YJVBE5U?t=784</w:t>
      </w:r>
    </w:p>
    <w:p>
      <w:r>
        <w:rPr>
          <w:i/>
        </w:rPr>
        <w:t>“Allah Ta'ala ne yeh surat-e-haal jo duniya mein rakhi hai”</w:t>
      </w:r>
    </w:p>
    <w:p>
      <w:r>
        <w:rPr>
          <w:sz w:val="20"/>
        </w:rPr>
        <w:t>13:04  Allah taala ne yeh soorat-e-haal jo dunya mein rakhi hai ke insan ne apnay khwahish ko na pa saka,</w:t>
      </w:r>
      <w:r>
        <w:br/>
      </w:r>
      <w:r>
        <w:rPr>
          <w:sz w:val="20"/>
        </w:rPr>
        <w:t>13:12  apnay baray baray plan banaye lekin aakhir mein laga hai us ko ke mujhe mera maqsad to hasil nahi hua. Us ko poori kamyabi na mili, us ko apni safa'ain na milen.</w:t>
      </w:r>
      <w:r>
        <w:br/>
      </w:r>
      <w:r>
        <w:rPr>
          <w:sz w:val="20"/>
        </w:rPr>
        <w:t>13:24  Yeh jo soorat-e-haal hai, mein sochta hoon ke yeh Allah taala ki sab se bari rehmat hai.</w:t>
      </w:r>
      <w:r>
        <w:br/>
      </w:r>
      <w:r>
        <w:rPr>
          <w:sz w:val="20"/>
        </w:rPr>
        <w:t>13:33  Sab se bari rehmat hai. Wal asr innal insana lafi khusr ke tareekh is baat ki gawahi hai ke insan ghaatay mein hai.</w:t>
      </w:r>
      <w:r>
        <w:br/>
      </w:r>
      <w:r>
        <w:rPr>
          <w:sz w:val="20"/>
        </w:rPr>
        <w:t>13:44  Yeh Allah ki aik rehmat ka zikr hai yahan par. Kisi</w:t>
      </w:r>
      <w:r>
        <w:br/>
      </w:r>
      <w:r>
        <w:rPr>
          <w:sz w:val="20"/>
        </w:rPr>
        <w:t>13:51  kisi</w:t>
      </w:r>
      <w:r>
        <w:br/>
      </w:r>
      <w:r>
        <w:rPr>
          <w:sz w:val="20"/>
        </w:rPr>
        <w:t>13:54  history ke shar ka zikr nahi hai. Aik bohat bari rehmat ka. Ke Allah taala ne insan ki fitrat ko aisa banaya, dunya ko aisa banaya ke insan ko yahan par</w:t>
      </w:r>
      <w:r>
        <w:br/>
      </w:r>
      <w:r>
        <w:rPr>
          <w:sz w:val="20"/>
        </w:rPr>
        <w:t>14:11  puri kamyabi na milay. apni safaain na milay.</w:t>
      </w:r>
      <w:r>
        <w:br/>
      </w:r>
      <w:r>
        <w:rPr>
          <w:sz w:val="20"/>
        </w:rPr>
        <w:t>14:20  to kiya hoga? phir sochay ga woh.</w:t>
      </w:r>
      <w:r>
        <w:br/>
      </w:r>
      <w:r>
        <w:rPr>
          <w:sz w:val="20"/>
        </w:rPr>
        <w:t>14:26  phir woh sochay ga.</w:t>
      </w:r>
      <w:r>
        <w:br/>
      </w:r>
      <w:r>
        <w:rPr>
          <w:sz w:val="20"/>
        </w:rPr>
        <w:t>14:32  jab aadmi kisi jab aadmi kisi nuqsan se dochar hota hai, jab zindagi mein is ko koi manfi tajurba hota hai to woh sochta hai ke where I missed the pass</w:t>
      </w:r>
      <w:r>
        <w:br/>
      </w:r>
      <w:r>
        <w:rPr>
          <w:sz w:val="20"/>
        </w:rPr>
        <w:t>14:53  kya ghalti mujh se ho gayi? yeh insaan ki fitrat mein hai ke jab is ko koi manfi tajurba ho to woh sochay</w:t>
      </w:r>
      <w:r>
        <w:br/>
      </w:r>
      <w:r>
        <w:rPr>
          <w:sz w:val="20"/>
        </w:rPr>
        <w:t>15:10  ke what was wrong</w:t>
      </w:r>
      <w:r>
        <w:br/>
      </w:r>
      <w:r>
        <w:rPr>
          <w:sz w:val="20"/>
        </w:rPr>
        <w:t>15:13  . yeh bohat hi bari rehmat Allah taala ki hai ke insaan ko is sawal se dochar kar diya.</w:t>
      </w:r>
      <w:r>
        <w:br/>
      </w:r>
      <w:r>
        <w:rPr>
          <w:sz w:val="20"/>
        </w:rPr>
        <w:t>15:22  agar aisa hota ke dunya mein aadmi ko puri kamyabi milti, khoob apni safaain milti, jo chahta hai woh sab milta is ko.</w:t>
      </w:r>
      <w:r>
        <w:br/>
      </w:r>
      <w:r>
        <w:rPr>
          <w:sz w:val="20"/>
        </w:rPr>
        <w:t>15:35  to is ka maani kiya hai ke is ke zehn mein sawal hi na jagta.</w:t>
      </w:r>
      <w:r>
        <w:br/>
      </w:r>
      <w:r>
        <w:rPr>
          <w:sz w:val="20"/>
        </w:rPr>
        <w:t>15:40  yeh sochta hi nahi ke kya is dunya ke ilawa koi dunya hai jahan mein puri kamyabi ko hasil kar sakoon. phir to isi dunya ko, phir to wohi right here right now banta hai is ke zehn mein.</w:t>
      </w:r>
      <w:r>
        <w:br/>
      </w:r>
      <w:r>
        <w:rPr>
          <w:sz w:val="20"/>
        </w:rPr>
        <w:t>15:54  abhi to right hereright now jo bana hai woh to jhoot par bana hai.</w:t>
      </w:r>
      <w:r>
        <w:br/>
      </w:r>
      <w:r>
        <w:rPr>
          <w:sz w:val="20"/>
        </w:rPr>
        <w:t>16:01  jhoot par. kyunke milta to kuch nahi.</w:t>
      </w:r>
      <w:r>
        <w:br/>
      </w:r>
      <w:r>
        <w:rPr>
          <w:sz w:val="20"/>
        </w:rPr>
        <w:t>16:07  phir to woh samjhta ke yeh to sab cheez mil gayi. jo hum ne chaha tha woh mil gaya hum ko. to walasr innal insana lafi khusr jo ayat hai ke tareekh is baat ki gawah hai ke insaan ghaate mein hai,</w:t>
      </w:r>
      <w:r>
        <w:br/>
      </w:r>
      <w:r>
        <w:rPr>
          <w:sz w:val="20"/>
        </w:rPr>
        <w:t>16:23  yeh Allah taala ki rehmat ka zikr hai, rehmat ka.</w:t>
      </w:r>
      <w:r>
        <w:br/>
      </w:r>
      <w:r>
        <w:rPr>
          <w:sz w:val="20"/>
        </w:rPr>
        <w:t>16:32  yaani haq insaan ke hawale se Allah ki sab se bari rehmat ka zikr hai yeh.</w:t>
      </w:r>
    </w:p>
    <w:p>
      <w:pPr>
        <w:pStyle w:val="Heading2"/>
      </w:pPr>
      <w:r>
        <w:t>Quran verse Surah Rahman personal blessing</w:t>
      </w:r>
    </w:p>
    <w:p>
      <w:r>
        <w:rPr>
          <w:color w:val="666666"/>
          <w:sz w:val="18"/>
        </w:rPr>
        <w:t>Materialism and Intellectual Dwarfism April 29, 2012 Maulana Wahiduddin Khan · 5m 53s · at 24:24 · https://youtu.be/tEtieTuJvUE?t=1464</w:t>
      </w:r>
    </w:p>
    <w:p>
      <w:r>
        <w:rPr>
          <w:i/>
        </w:rPr>
        <w:t>“Aaj hi ki baat karta hoon main”</w:t>
      </w:r>
    </w:p>
    <w:p>
      <w:r>
        <w:rPr>
          <w:sz w:val="20"/>
        </w:rPr>
        <w:t>24:24  aaj hi ki baat karta hoon main. Quran mein Surah 55 jo hai, 55, uska naam hai Rehman.</w:t>
      </w:r>
      <w:r>
        <w:br/>
      </w:r>
      <w:r>
        <w:rPr>
          <w:sz w:val="20"/>
        </w:rPr>
        <w:t>24:37  Surah Rehman ki ek ayat hai yus aluhu man fis samawati wal ard kullu yaumin huwa fi sha'n</w:t>
      </w:r>
      <w:r>
        <w:br/>
      </w:r>
      <w:r>
        <w:rPr>
          <w:sz w:val="20"/>
        </w:rPr>
        <w:t>24:50  yaani usi se sawal karte hain jo kuch zameen o aasman mein hai. Zameen o aasman mein jo kuch hai, sab usi aage aage sawal sawal bana hua hai.</w:t>
      </w:r>
      <w:r>
        <w:br/>
      </w:r>
      <w:r>
        <w:rPr>
          <w:sz w:val="20"/>
        </w:rPr>
        <w:t>25:05  woh har din ek shan mein hota hai. Allah taala har din ek shan mein hota hai.</w:t>
      </w:r>
      <w:r>
        <w:br/>
      </w:r>
      <w:r>
        <w:rPr>
          <w:sz w:val="20"/>
        </w:rPr>
        <w:t>25:10  to is ayat ko pehle bhi maine tafsiron mein dekha, aaj bhi mukhtalif tafsiron mein dekha, kai tafsiron mein. Isi tafsir mein koi aap ko bada rizq is mein nahi milta.</w:t>
      </w:r>
      <w:r>
        <w:br/>
      </w:r>
      <w:r>
        <w:rPr>
          <w:sz w:val="20"/>
        </w:rPr>
        <w:t>25:25  na koi wazeh, koi wazeh tafsir nahi milti.</w:t>
      </w:r>
      <w:r>
        <w:br/>
      </w:r>
      <w:r>
        <w:rPr>
          <w:sz w:val="20"/>
        </w:rPr>
        <w:t>25:28  neez yeh ke is mein koi aisa jo aap ke liye ek aap ko ek bada rizq de, samandari rizq de, aap ke andar ek bahut bada shukr paida kare,</w:t>
      </w:r>
      <w:r>
        <w:br/>
      </w:r>
      <w:r>
        <w:rPr>
          <w:sz w:val="20"/>
        </w:rPr>
        <w:t>25:42  woh matloob hai. To maine is par gaur kiya aur dua ki. To ek bahut hi ajeeb ghareeb cheez daryaft hui.</w:t>
      </w:r>
      <w:r>
        <w:br/>
      </w:r>
      <w:r>
        <w:rPr>
          <w:sz w:val="20"/>
        </w:rPr>
        <w:t>25:56  woh yeh thi ke poori aayat is tarah se hai ke yasaaluhu man fis samaawaati wal arz kullu yawmihin huwa fi shaan is ka maani hai ke zameen o aasman, itni bari jo kainat hai,</w:t>
      </w:r>
      <w:r>
        <w:br/>
      </w:r>
      <w:r>
        <w:rPr>
          <w:sz w:val="20"/>
        </w:rPr>
        <w:t>26:11  itni galaxies hain, itna solar system hai,</w:t>
      </w:r>
      <w:r>
        <w:br/>
      </w:r>
      <w:r>
        <w:rPr>
          <w:sz w:val="20"/>
        </w:rPr>
        <w:t>26:15  itni sari jo dunya hai, jo ke aap naap nahi sakte, woh sab ka sab mohtaaj hai Allah ke aagay. Jo kuch bhi, yaani suraj ko light mili hui hai to Allah de raha hai.</w:t>
      </w:r>
      <w:r>
        <w:br/>
      </w:r>
      <w:r>
        <w:rPr>
          <w:sz w:val="20"/>
        </w:rPr>
        <w:t>26:28  sitare move kar rahe hain to Allah ki taaqat se move kar rahe hain.</w:t>
      </w:r>
      <w:r>
        <w:br/>
      </w:r>
      <w:r>
        <w:rPr>
          <w:sz w:val="20"/>
        </w:rPr>
        <w:t>26:32  darakht ug rahe hain to Allah ki taaqat se ug rahe hain. Samundaron mein pani hai to Allah ki di hui ki wajah se woh pani hai. Ek to yeh pehlu is ka aaye.</w:t>
      </w:r>
      <w:r>
        <w:br/>
      </w:r>
      <w:r>
        <w:rPr>
          <w:sz w:val="20"/>
        </w:rPr>
        <w:t>26:47  phir maine kya kiya ke maine is ko personalize kiya. Yaani kainaati rehmat jo baras baras se Allah taala ki, us ko personalize kiya, apni zaat par le aaya main us ko.</w:t>
      </w:r>
      <w:r>
        <w:br/>
      </w:r>
      <w:r>
        <w:rPr>
          <w:sz w:val="20"/>
        </w:rPr>
        <w:t>27:01  to ek ajeeb o ghareeb ehsaas hua.</w:t>
      </w:r>
      <w:r>
        <w:br/>
      </w:r>
      <w:r>
        <w:rPr>
          <w:sz w:val="20"/>
        </w:rPr>
        <w:t>27:06  ek ajeeb o ghareeb ehsaas hua. Woh yeh ke main dekh raha hoon, bol raha hoon, sun raha hoon. To yahan par ek baat main arz kar doon ke aaj kal jo modern science hai, us mein ek nazariya hai jis ko Rutherford ne develop kiya tha, jo kehte hain principle of determinacy.</w:t>
      </w:r>
      <w:r>
        <w:br/>
      </w:r>
      <w:r>
        <w:rPr>
          <w:sz w:val="20"/>
        </w:rPr>
        <w:t>27:29  is ka matlab hai ke kainat mein kainat ka jo system hai, woh continuity in discontinuity hai.</w:t>
      </w:r>
      <w:r>
        <w:br/>
      </w:r>
      <w:r>
        <w:rPr>
          <w:sz w:val="20"/>
        </w:rPr>
        <w:t>27:39  continuity in discontinuity. Ek discontinuity chal rahi hai aur us mein ek continuity hai. Is ki misaal woh hai jaise ke aap dekhte hain movie, dekhte hain aap movie.</w:t>
      </w:r>
      <w:r>
        <w:br/>
      </w:r>
      <w:r>
        <w:rPr>
          <w:sz w:val="20"/>
        </w:rPr>
        <w:t>27:51  to bظahir aap ko waqiat</w:t>
      </w:r>
      <w:r>
        <w:br/>
      </w:r>
      <w:r>
        <w:rPr>
          <w:sz w:val="20"/>
        </w:rPr>
        <w:t>27:54  tasalsul ke sath nazar aa rahe hain. Haalankay aisa hota nahi hai wahan par. Wahan par laakhon tasveerein alag alag hoti hain. Har lamha discontinuity hota hai.</w:t>
      </w:r>
      <w:r>
        <w:br/>
      </w:r>
      <w:r>
        <w:rPr>
          <w:sz w:val="20"/>
        </w:rPr>
        <w:t>28:04  har lamha. Wahan par koi aisa nahi ke koi tasalsul se waqiat ho rahe hon.</w:t>
      </w:r>
      <w:r>
        <w:br/>
      </w:r>
      <w:r>
        <w:rPr>
          <w:sz w:val="20"/>
        </w:rPr>
        <w:t>28:11  laakhon tasveerein guzarti hain alag alag. To that is continuity in discontinuity. Yahi poori kainat mein hai.</w:t>
      </w:r>
      <w:r>
        <w:br/>
      </w:r>
      <w:r>
        <w:rPr>
          <w:sz w:val="20"/>
        </w:rPr>
        <w:t>28:23  to aap ghor kijiye ke hum aap har lamha Allah ki rehmat se</w:t>
      </w:r>
      <w:r>
        <w:br/>
      </w:r>
      <w:r>
        <w:rPr>
          <w:sz w:val="20"/>
        </w:rPr>
        <w:t>28:30  hain jo kuch hain. Ek second se bhi fraction mein Allah ki rehmat na ho to hum khatam ho jayen. To main ne socha ke main bol raha hoon to har lamha Khuda ki blessing aa rahi hai to main bol raha hoon.</w:t>
      </w:r>
      <w:r>
        <w:br/>
      </w:r>
      <w:r>
        <w:rPr>
          <w:sz w:val="20"/>
        </w:rPr>
        <w:t>28:46  main dekh raha hoon to har lamha Khuda ki blessing aa rahi hai to ab main dekh raha hoon.</w:t>
      </w:r>
      <w:r>
        <w:br/>
      </w:r>
      <w:r>
        <w:rPr>
          <w:sz w:val="20"/>
        </w:rPr>
        <w:t>28:51  main soch raha hoon to har lamha Khuda ki blessing aa rahi hai to ab main soch raha hoon. Main chal raha hoon to Allah har lamha Khuda ki blessing aa rahi hai to main chal raha hoon.</w:t>
      </w:r>
      <w:r>
        <w:br/>
      </w:r>
      <w:r>
        <w:rPr>
          <w:sz w:val="20"/>
        </w:rPr>
        <w:t>29:04  is tarah se main saans le raha hoon to har lamha Khuda ki blessing aa rahi hai to main saans le raha hoon.</w:t>
      </w:r>
      <w:r>
        <w:br/>
      </w:r>
      <w:r>
        <w:rPr>
          <w:sz w:val="20"/>
        </w:rPr>
        <w:t>29:11  main sun raha hoon to har lamha Khuda ki blessing aa rahi hai to main sun raha hoon. Aap ghor kijiye ke yeh soch jo hai aap ko yaani Khuda ki shukr mein sharabor kar deti hai.</w:t>
      </w:r>
      <w:r>
        <w:br/>
      </w:r>
      <w:r>
        <w:rPr>
          <w:sz w:val="20"/>
        </w:rPr>
        <w:t>29:24  ek samundar mein aap ghota lagate hain.</w:t>
      </w:r>
      <w:r>
        <w:br/>
      </w:r>
      <w:r>
        <w:rPr>
          <w:sz w:val="20"/>
        </w:rPr>
        <w:t>29:30  yaani aayat mein sari kainat ko jo pahunch raha hai Allah ki blessing, woh sab personalize aap karen to aap akele jaise is ka shair mil raha hai aap ko.</w:t>
      </w:r>
      <w:r>
        <w:br/>
      </w:r>
      <w:r>
        <w:rPr>
          <w:sz w:val="20"/>
        </w:rPr>
        <w:t>29:44  to kitna bara yeh</w:t>
      </w:r>
      <w:r>
        <w:br/>
      </w:r>
      <w:r>
        <w:rPr>
          <w:sz w:val="20"/>
        </w:rPr>
        <w:t>29:46  tasawwur hai.</w:t>
      </w:r>
      <w:r>
        <w:br/>
      </w:r>
      <w:r>
        <w:rPr>
          <w:sz w:val="20"/>
        </w:rPr>
        <w:t>29:49  is liye main ek aayat ke barabar hi mein idhar koi negativity nahi aati. Har lamha mein positivity mein jeeta hoon. Kyun ke jo kyun ke is ka ehsaas yeh ho ke universal blessing mujhe mil rahi hai.</w:t>
      </w:r>
      <w:r>
        <w:br/>
      </w:r>
      <w:r>
        <w:rPr>
          <w:sz w:val="20"/>
        </w:rPr>
        <w:t>30:06  universal blessing. to kia woh negativity mein mubtala ho sakta hai? kese ho sakta hai?</w:t>
      </w:r>
    </w:p>
    <w:p>
      <w:pPr>
        <w:pStyle w:val="Heading2"/>
      </w:pPr>
      <w:r>
        <w:t>Learning from teacher and discovering English wisdom</w:t>
      </w:r>
    </w:p>
    <w:p>
      <w:r>
        <w:rPr>
          <w:color w:val="666666"/>
          <w:sz w:val="18"/>
        </w:rPr>
        <w:t>Interview Session with Maulana Wahiduddin Khan December 18, 2018 · 3m 54s · at 5:40 · https://youtu.be/hLFWrNgTn1I?t=340</w:t>
      </w:r>
    </w:p>
    <w:p>
      <w:r>
        <w:rPr>
          <w:i/>
        </w:rPr>
        <w:t>“Not knowing is half of knowledge.”</w:t>
      </w:r>
    </w:p>
    <w:p>
      <w:r>
        <w:rPr>
          <w:sz w:val="20"/>
        </w:rPr>
        <w:t>5:40  ab dekhiye, mein padhta tha ek madrase mein, jis madrase ka naam tha madrassa al-islaah.</w:t>
      </w:r>
      <w:r>
        <w:br/>
      </w:r>
      <w:r>
        <w:rPr>
          <w:sz w:val="20"/>
        </w:rPr>
        <w:t>5:56  to is madrase mein mein admission mera hua tha 19,</w:t>
      </w:r>
      <w:r>
        <w:br/>
      </w:r>
      <w:r>
        <w:rPr>
          <w:sz w:val="20"/>
        </w:rPr>
        <w:t>6:06  yaani 38 mein.</w:t>
      </w:r>
      <w:r>
        <w:br/>
      </w:r>
      <w:r>
        <w:rPr>
          <w:sz w:val="20"/>
        </w:rPr>
        <w:t>6:11  1938 mein. to us waqt hamare ek ustaad the, Maulana Amin Ahsan Islahi.</w:t>
      </w:r>
      <w:r>
        <w:br/>
      </w:r>
      <w:r>
        <w:rPr>
          <w:sz w:val="20"/>
        </w:rPr>
        <w:t>6:23  to woh padha rahe the koi kitaab, us mein ek aayat ka reference aa gaya. woh "jibl khalaqat".</w:t>
      </w:r>
      <w:r>
        <w:br/>
      </w:r>
      <w:r>
        <w:rPr>
          <w:sz w:val="20"/>
        </w:rPr>
        <w:t>6:34  dekho oont ko kaisa banaya Allah ne usko.</w:t>
      </w:r>
      <w:r>
        <w:br/>
      </w:r>
      <w:r>
        <w:rPr>
          <w:sz w:val="20"/>
        </w:rPr>
        <w:t>6:38  to unhone pooch diya hum logon se ke oont ke sum phate hote hain ke jude hote hain?</w:t>
      </w:r>
      <w:r>
        <w:br/>
      </w:r>
      <w:r>
        <w:rPr>
          <w:sz w:val="20"/>
        </w:rPr>
        <w:t>6:48  yaani ghode ki tarah jude hue hain ya bharke balkay phate hue hain? to hum mein se koi is ka jawab nahi de saka. us waqt unhone hamein, yeh baat hai 1940 ki shayad,</w:t>
      </w:r>
      <w:r>
        <w:br/>
      </w:r>
      <w:r>
        <w:rPr>
          <w:sz w:val="20"/>
        </w:rPr>
        <w:t>7:07  arabi ka ek ek misl bataya. "la adri nisf al-ilm". ab yeh kaha, yeh keh sakna ke mein jaanta nahi, yeh aadha ilm hai.</w:t>
      </w:r>
      <w:r>
        <w:br/>
      </w:r>
      <w:r>
        <w:rPr>
          <w:sz w:val="20"/>
        </w:rPr>
        <w:t>7:23  to unhone kaha, yeh arabi ka maqoola hai ke yeh kehna ke aadha, yeh kehna ke mein nahi jaanta, "la adri nisf al-ilm".</w:t>
      </w:r>
      <w:r>
        <w:br/>
      </w:r>
      <w:r>
        <w:rPr>
          <w:sz w:val="20"/>
        </w:rPr>
        <w:t>7:33  yeh kehna ke mein nahi jaanta, yeh aadha ilm hai. to</w:t>
      </w:r>
      <w:r>
        <w:br/>
      </w:r>
      <w:r>
        <w:rPr>
          <w:sz w:val="20"/>
        </w:rPr>
        <w:t>7:36  unhone bataya is ka falsafa ke agar tum yeh jaano ke mein faraaghat nahi jaanta to tumhare andar ek ek kash jaagega.</w:t>
      </w:r>
      <w:r>
        <w:br/>
      </w:r>
      <w:r>
        <w:rPr>
          <w:sz w:val="20"/>
        </w:rPr>
        <w:t>7:47  ek tab, ek is jaanne ka shauq paida hoga.</w:t>
      </w:r>
      <w:r>
        <w:br/>
      </w:r>
      <w:r>
        <w:rPr>
          <w:sz w:val="20"/>
        </w:rPr>
        <w:t>7:53  to tum jaan loge phir. jab jaanne ka shauq hi nahi hai to tumhare andar koi soch nahi jaagegi.</w:t>
      </w:r>
      <w:r>
        <w:br/>
      </w:r>
      <w:r>
        <w:rPr>
          <w:sz w:val="20"/>
        </w:rPr>
        <w:t>8:02  koi soch hi nahi aayegi to jaago kya? tab se aaj tak mera yeh yeh ban gaya hai mera woh ke mein hamesha sochta hoon ke mein kya nahi jaanta.</w:t>
      </w:r>
      <w:r>
        <w:br/>
      </w:r>
      <w:r>
        <w:rPr>
          <w:sz w:val="20"/>
        </w:rPr>
        <w:t>8:16  yeh sochta hoon, kya nahi</w:t>
      </w:r>
      <w:r>
        <w:br/>
      </w:r>
      <w:r>
        <w:rPr>
          <w:sz w:val="20"/>
        </w:rPr>
        <w:t>8:19  janta. aur aaj bhi maine kuch aisi daryaft ki hai jo ab tak main nahi janta tha. to meri, yaani intellectual meri taqat yahi hai ke main apne nahi ko daryaft karne ki koshish karta hoon.</w:t>
      </w:r>
      <w:r>
        <w:br/>
      </w:r>
      <w:r>
        <w:rPr>
          <w:sz w:val="20"/>
        </w:rPr>
        <w:t>8:36  is wajah se mera hai barhta rehta hai, barhta rehta hai, barhta rehta hai. to is</w:t>
      </w:r>
      <w:r>
        <w:br/>
      </w:r>
      <w:r>
        <w:rPr>
          <w:sz w:val="20"/>
        </w:rPr>
        <w:t>8:41  safar ko aap bohat mukhtasar agar alfaaz mein bayan karein jo itna taweel hai, ilmi safar, kya kahenge aap is ko apne alfaaz mein?</w:t>
      </w:r>
      <w:r>
        <w:br/>
      </w:r>
      <w:r>
        <w:rPr>
          <w:sz w:val="20"/>
        </w:rPr>
        <w:t>8:52  dekhiye, main yeh kahunga ke maine bohat si kitabein padhin, urdu, arabi, farsi.</w:t>
      </w:r>
      <w:r>
        <w:br/>
      </w:r>
      <w:r>
        <w:rPr>
          <w:sz w:val="20"/>
        </w:rPr>
        <w:t>9:00  lekin wisdom ki baat mujhe bohat kam mili wahan. wisdom ki baat ziyada tar mujhe english kitabon mein mili, jo baat ko maine padha.</w:t>
      </w:r>
      <w:r>
        <w:br/>
      </w:r>
      <w:r>
        <w:rPr>
          <w:sz w:val="20"/>
        </w:rPr>
        <w:t>9:09  misal ke taur par dekhiye, ek kitab hai ek british writer ki, uska naam hai "the great intellectual revolution".</w:t>
      </w:r>
      <w:r>
        <w:br/>
      </w:r>
      <w:r>
        <w:rPr>
          <w:sz w:val="20"/>
        </w:rPr>
        <w:t>9:19  "the great intellectual revolution" ek british author ki kitab hai. is mein mujhe bohat faida hua, bohat faida hua. urdu mein to shairi thi, persian mein shairi thi.</w:t>
      </w:r>
    </w:p>
    <w:p>
      <w:pPr>
        <w:pStyle w:val="Heading2"/>
      </w:pPr>
      <w:r>
        <w:t>Replanning from divorce to hijra to Adam</w:t>
      </w:r>
    </w:p>
    <w:p>
      <w:r>
        <w:rPr>
          <w:color w:val="666666"/>
          <w:sz w:val="18"/>
        </w:rPr>
        <w:t>The Quran: A Book of Wisdom, Dec 25, 2016 · 6m 39s · at 7:28 · https://youtu.be/lv8Lg31Z-QM?t=448</w:t>
      </w:r>
    </w:p>
    <w:p>
      <w:r>
        <w:rPr>
          <w:i/>
        </w:rPr>
        <w:t>“While pondering I realized this is hijra”</w:t>
      </w:r>
    </w:p>
    <w:p>
      <w:r>
        <w:rPr>
          <w:sz w:val="20"/>
        </w:rPr>
        <w:t>7:28  aik nai wisdom mein, nai success mein. yeh bataya gaya hai is ayat mein. to is par ghor karte hue mere samne aaya ke yahi to hijrat hai. hijrat hoti hai, baqa nahi, hijrat hoti hai. talaq, talaq jo hai woh taluqat ki hijrat hai. to phir mujhe aik bohat bari baat samajh mein aai. rasool allah sallallahu alaihi wasallam ko jab halaat mak</w:t>
      </w:r>
      <w:r>
        <w:br/>
      </w:r>
      <w:r>
        <w:rPr>
          <w:sz w:val="20"/>
        </w:rPr>
        <w:t>7:58  ka mein bohat sakht ho gaye, aur yeh hua ke aap ko chhodna hai makka, yahan rehna mumkin nahi hai, to aap ne faisla kiya makka chhod kar madina janay ka. is waqt jo hai aap ne, yani madina pohnchne se pehle aik baat kahi thi jo bukhari mein maujood</w:t>
      </w:r>
      <w:r>
        <w:br/>
      </w:r>
      <w:r>
        <w:rPr>
          <w:sz w:val="20"/>
        </w:rPr>
        <w:t>8:28  hai. bukhari mein maujood hai, ghaliban is ka number hai 1871. aap ne kaha tha ke: amirtu bi qailin ta'kulul qara, yaquluna yasrifuna wa yalmadinah. mujhe hukum diya gaya hai aik basti mein janay ka. woh basti</w:t>
      </w:r>
      <w:r>
        <w:br/>
      </w:r>
      <w:r>
        <w:rPr>
          <w:sz w:val="20"/>
        </w:rPr>
        <w:t>8:59  tamam doosri bastiyon ko kha jaye gi. log is ko kehte hain yasrib, aur woh madina hai. yahan par dekhiye, is mein bhi kya bohat wisdom, yani hijrat ki wisdom batai gai hai. hijrat ki wisdom. hijrat ka matlab hai migration. yani apparently it is migration, but in fact it is a great wisdom.</w:t>
      </w:r>
      <w:r>
        <w:br/>
      </w:r>
      <w:r>
        <w:rPr>
          <w:sz w:val="20"/>
        </w:rPr>
        <w:t>9:29  woh kaisay? hijrat ka matlab hai re-planning. jaise shadi mein talaq jab ho jati hai, to talaq ke baad dono re-planning karte hain. aur re-planning hi ka naam hai wisdom. to rasool allah sallallahu alaihi wasallam ne makka se madina ja kar ke sirf yeh nahi kaha ke yahan rehtay thay, wahan rehne lagay. nahi, aap ne poore apne mission ki re-planning ki.</w:t>
      </w:r>
      <w:r>
        <w:br/>
      </w:r>
      <w:r>
        <w:rPr>
          <w:sz w:val="20"/>
        </w:rPr>
        <w:t>10:02  poore mission ki re-planning ki. is par mein ne apni kitabon mein kafi likha hai ke kaisay aap ne apne mission ki re-planning ki hijrat ke baad. kyun ke nateeja aap jantay hain ke rasool allah sallallahu alaihi wasallam makka mein 13 saal tak thay. lekin 13 saal ke andar koi bara waqea nahi hua. is ke baad aap madina aaye</w:t>
      </w:r>
      <w:r>
        <w:br/>
      </w:r>
      <w:r>
        <w:rPr>
          <w:sz w:val="20"/>
        </w:rPr>
        <w:t>10:32  to 10 saal ke andar andar kya hua? poora arab islamize ho gaya. that was break of re planning. to is ayat mein bataya gaya hai ke kuch bhi drawback ho, koi bhi setback ho, koi bhi problem ho, yeh mat samjho ke baat khatam ho gayi. nahin, re planning karo, re planning karo, re planning karo.</w:t>
      </w:r>
      <w:r>
        <w:br/>
      </w:r>
      <w:r>
        <w:rPr>
          <w:sz w:val="20"/>
        </w:rPr>
        <w:t>11:06  yeh re planning ek sunnat rasool hai, balkeh sunnat allah hai yeh. is par sochte hue mere samne aaya ke khud adam ke jo history hai, to adam ki history mein allah ne shamil kar diya tha is waqeye ko, jis ko main kehta hoon re planning. kyunke aap jante hain ke adam paida karne ke baad paradise mein basaye gaye, jannat</w:t>
      </w:r>
      <w:r>
        <w:br/>
      </w:r>
      <w:r>
        <w:rPr>
          <w:sz w:val="20"/>
        </w:rPr>
        <w:t>11:36  mein basaye gaye. to wahan par kaha gaya tha ke yeh yeh jo darakht hai, yeh forbidden tree hai tumhare liye. is ke paas nahin jana hai tum ko. lekin woh gaye, is ka phal kha liya. to jannat se nikal kar zameen mein bhej diye gaye. is mein is par ghor kijiye aap. to allah ne ek demonstration</w:t>
      </w:r>
      <w:r>
        <w:br/>
      </w:r>
      <w:r>
        <w:rPr>
          <w:sz w:val="20"/>
        </w:rPr>
        <w:t>12:06  diya. demonstration. that was a demonstration of wisdom. ke pehle allah ne yeh faisla kiya tha ke insaan ko general basis par paradise de di jaye. yaani sab jannat mein jayen, sab jannat mein jayen. lekin jab adam ne darakht ka phal kha liya</w:t>
      </w:r>
      <w:r>
        <w:br/>
      </w:r>
      <w:r>
        <w:rPr>
          <w:sz w:val="20"/>
        </w:rPr>
        <w:t>12:36  to is ke baad re planning ki gayi. ab kya hua? selective basis par jannat mili kisi ko. pehle yeh tha ke jannat mil jaye gi general basis par. jo insaan hai woh jannat. ab yeh hoga after re planning ke jo select jo apne amal se is qabil thehre ke woh yeh samjha jaye ke yeh deserving</w:t>
      </w:r>
      <w:r>
        <w:br/>
      </w:r>
      <w:r>
        <w:rPr>
          <w:sz w:val="20"/>
        </w:rPr>
        <w:t>13:06  candidate hai jannat ka, to us ko mile gi. yaani selective basis par. to first planning mein general basis tha. second planning mein woh hoga selective basis par. to yeh allah taala ne ek demonstration diya ke dunya mein insaan jab rahega to yeh bohat bara usool us ke liye hai. aur main to yeh study karne ke baad quran ki yeh samjha hoon ke do sab se bari cheezein hain quran</w:t>
      </w:r>
      <w:r>
        <w:br/>
      </w:r>
      <w:r>
        <w:rPr>
          <w:sz w:val="20"/>
        </w:rPr>
        <w:t>13:36  ke mutabiq insaan ki zindagi ke liye: tauheed aur sabr. tauheed aur sabr. to ideological wisdom jo hai woh kya hai? tauheed. ideological wisdom hai tauheed. aur practical wisdom hai, practical wisdom sabr. sab sab yahi hai re planning ke aap ne ek</w:t>
      </w:r>
    </w:p>
    <w:p>
      <w:pPr>
        <w:pStyle w:val="Heading2"/>
      </w:pPr>
      <w:r>
        <w:t>Gender-difference debate: science catches up to the Quran</w:t>
      </w:r>
    </w:p>
    <w:p>
      <w:r>
        <w:rPr>
          <w:color w:val="666666"/>
          <w:sz w:val="18"/>
        </w:rPr>
        <w:t>Untold Story of Islam January 28, 2007 · 6m 01s · at 32:31 · https://youtu.be/SoBrn4U1jyw?t=1951</w:t>
      </w:r>
    </w:p>
    <w:p>
      <w:r>
        <w:rPr>
          <w:i/>
        </w:rPr>
        <w:t>“Do women think differently? Sawal jo do sau saal purana hai”</w:t>
      </w:r>
    </w:p>
    <w:p>
      <w:r>
        <w:rPr>
          <w:sz w:val="20"/>
        </w:rPr>
        <w:t>32:31  to is mein is ka jo is survey ki jo jo heading hai woh yeh hai ke Do women think differently?</w:t>
      </w:r>
      <w:r>
        <w:br/>
      </w:r>
      <w:r>
        <w:rPr>
          <w:sz w:val="20"/>
        </w:rPr>
        <w:t>32:45  Do women think differently? yeh aaj hi ke parche mein hai. ek international survey hua hai yeh. ke kya aurtein alag dhang se sochti hain?</w:t>
      </w:r>
      <w:r>
        <w:br/>
      </w:r>
      <w:r>
        <w:rPr>
          <w:sz w:val="20"/>
        </w:rPr>
        <w:t>32:59  kya aurtein ka mind alag dhang se sochta hai? yeh bahut bari cheez hai do sau baras se, yani decision jis par ho raha tha. do sau saal se.</w:t>
      </w:r>
      <w:r>
        <w:br/>
      </w:r>
      <w:r>
        <w:rPr>
          <w:sz w:val="20"/>
        </w:rPr>
        <w:t>33:09  kyun? aap ko maloom hai ke Rodwell ek ek ek writer ek tha, wahan ek British writer tha.</w:t>
      </w:r>
      <w:r>
        <w:br/>
      </w:r>
      <w:r>
        <w:rPr>
          <w:sz w:val="20"/>
        </w:rPr>
        <w:t>33:21  to us ne Quran ka ek selection chhapa, selection. sara Quran nahi</w:t>
      </w:r>
      <w:r>
        <w:br/>
      </w:r>
      <w:r>
        <w:rPr>
          <w:sz w:val="20"/>
        </w:rPr>
        <w:t>33:26  . is mein us ne jo preference likha, is mein yeh likh diya us ne ke Islam ka sab se bara jo weak point hai woh yeh hai ke aurat mard mein farq karta hai woh.</w:t>
      </w:r>
      <w:r>
        <w:br/>
      </w:r>
      <w:r>
        <w:rPr>
          <w:sz w:val="20"/>
        </w:rPr>
        <w:t>33:39  yeh dedh sau saal pehle yeh chhapta tha yeh. mein apne bare mein kehta hoon ke mujhe kai bar is ka tajurba hua hai. yahin ek seminar tha India International Centre mein.</w:t>
      </w:r>
      <w:r>
        <w:br/>
      </w:r>
      <w:r>
        <w:rPr>
          <w:sz w:val="20"/>
        </w:rPr>
        <w:t>33:51  is mein ek ek ek justice, high court ke ek judge bhi is mein</w:t>
      </w:r>
      <w:r>
        <w:br/>
      </w:r>
      <w:r>
        <w:rPr>
          <w:sz w:val="20"/>
        </w:rPr>
        <w:t>33:56  the. abhi woh zinda hain woh. abhi woh zinda hain woh. un ka naam batane ki zaroorat nahi hai. to un se baat ho rahi thi.</w:t>
      </w:r>
      <w:r>
        <w:br/>
      </w:r>
      <w:r>
        <w:rPr>
          <w:sz w:val="20"/>
        </w:rPr>
        <w:t>34:04  hum log chai ke mez par ikhatta ho gaye. to justice sahab ne kaha</w:t>
      </w:r>
      <w:r>
        <w:br/>
      </w:r>
      <w:r>
        <w:rPr>
          <w:sz w:val="20"/>
        </w:rPr>
        <w:t>34:15  ke Maulana sahab aap jante hain ke Islam ka sab se weak point kya hai?</w:t>
      </w:r>
      <w:r>
        <w:br/>
      </w:r>
      <w:r>
        <w:rPr>
          <w:sz w:val="20"/>
        </w:rPr>
        <w:t>34:25  mein to chup raha.</w:t>
      </w:r>
      <w:r>
        <w:br/>
      </w:r>
      <w:r>
        <w:rPr>
          <w:sz w:val="20"/>
        </w:rPr>
        <w:t>34:26  phir khud hi woh bolte hain ke Islam ka asal pack point, weak point yeh hai ke Islam jo hai aurat mard mein farq karta hai. difference batata hai.</w:t>
      </w:r>
      <w:r>
        <w:br/>
      </w:r>
      <w:r>
        <w:rPr>
          <w:sz w:val="20"/>
        </w:rPr>
        <w:t>34:37  jabke yeh zamana gender equality ka zamana hai. yeh kaha unhon ne mujh se. yeh unhi ki baat nahi, yeh shayad duniya mein hi kaha ja raha tha.</w:t>
      </w:r>
      <w:r>
        <w:br/>
      </w:r>
      <w:r>
        <w:rPr>
          <w:sz w:val="20"/>
        </w:rPr>
        <w:t>34:47  gender equality ki dhoom machi hui thi. do sau saal se gender equality ki dhoom machi hui thi sari duniya mein.</w:t>
      </w:r>
      <w:r>
        <w:br/>
      </w:r>
      <w:r>
        <w:rPr>
          <w:sz w:val="20"/>
        </w:rPr>
        <w:t>34:57  ab dekhiye ke yahan par kya problem tha? Quran mein jo bataya gaya ya hadith mein jo bataya gaya hai to Islam ka jo stand is mamle mein hai woh kya hai?</w:t>
      </w:r>
      <w:r>
        <w:br/>
      </w:r>
      <w:r>
        <w:rPr>
          <w:sz w:val="20"/>
        </w:rPr>
        <w:t>35:08  aurat aur mard ke bare mein. woh yeh hai ke. Equal in respect but different in role yeh khulasa hai Islam ka jo concept hai aurat mard ke bare mein.</w:t>
      </w:r>
      <w:r>
        <w:br/>
      </w:r>
      <w:r>
        <w:rPr>
          <w:sz w:val="20"/>
        </w:rPr>
        <w:t>35:23  Equal in respect but different in role</w:t>
      </w:r>
      <w:r>
        <w:br/>
      </w:r>
      <w:r>
        <w:rPr>
          <w:sz w:val="20"/>
        </w:rPr>
        <w:t>35:28  to dedh so saal se insaan is ko le kar kehta tha ke khuda ki kitab nahi hai yeh. aur islam jo hai aaj ka mazhab nahi ban sakta.</w:t>
      </w:r>
      <w:r>
        <w:br/>
      </w:r>
      <w:r>
        <w:rPr>
          <w:sz w:val="20"/>
        </w:rPr>
        <w:t>35:39  aur yeh aaj hi ki baat nahi hai, yeh pichhle kai saal se is par research ho rahi hai. bohat sari chhapi hain researches.</w:t>
      </w:r>
      <w:r>
        <w:br/>
      </w:r>
      <w:r>
        <w:rPr>
          <w:sz w:val="20"/>
        </w:rPr>
        <w:t>35:47  maine khud apne magazine mein bohat sara chhapa hai.</w:t>
      </w:r>
      <w:r>
        <w:br/>
      </w:r>
      <w:r>
        <w:rPr>
          <w:sz w:val="20"/>
        </w:rPr>
        <w:t>35:52  is se pehle jo time magazine hota hai, us mein poora poora magazine isi par chhpa tha. aur jitni researches ho rahi hain, pichhle mein bataun ke kam az kam bees saal se, woh sab yani biology mein, psychology mein, physiology mein jitni bhi researches ho rahi hain, sab sab yahin par pahunch rahi hain.</w:t>
      </w:r>
      <w:r>
        <w:br/>
      </w:r>
      <w:r>
        <w:rPr>
          <w:sz w:val="20"/>
        </w:rPr>
        <w:t>36:14  aurat aur mard mein difference hai.</w:t>
      </w:r>
      <w:r>
        <w:br/>
      </w:r>
      <w:r>
        <w:rPr>
          <w:sz w:val="20"/>
        </w:rPr>
        <w:t>36:17  jab kisi ko bataya gaya hai, ek zamana aisa tha ke aurat mard mein difference ki baat kehna bohat hi ridiculous baat samajh jati thi. isi isi mein likha hua hai ke kuch din pehle yeh kehna ke aurat aur mard mein difference hai, yeh ek ridiculous baat samajh jati thi.</w:t>
      </w:r>
      <w:r>
        <w:br/>
      </w:r>
      <w:r>
        <w:rPr>
          <w:sz w:val="20"/>
        </w:rPr>
        <w:t>36:32  ridiculous. aadmi bewakoof ban jata tha aisa keh kar ke. to gender equality ka bhoot tha sari duniya mein.</w:t>
      </w:r>
      <w:r>
        <w:br/>
      </w:r>
      <w:r>
        <w:rPr>
          <w:sz w:val="20"/>
        </w:rPr>
        <w:t>36:41  halanke ab islam keh raha tha gender difference. islam ki jo theory thi, islam ka jo concept tha, woh gender difference par base karta tha.</w:t>
      </w:r>
      <w:r>
        <w:br/>
      </w:r>
      <w:r>
        <w:rPr>
          <w:sz w:val="20"/>
        </w:rPr>
        <w:t>36:52  aur modern jo concept tha, woh gender equality par base karta tha. to goya ke quran ne ek aisi khudai kitab di duniya ko, jis ki sachai</w:t>
      </w:r>
      <w:r>
        <w:br/>
      </w:r>
      <w:r>
        <w:rPr>
          <w:sz w:val="20"/>
        </w:rPr>
        <w:t>37:08  kabhi bhi refute na ho sake.</w:t>
      </w:r>
      <w:r>
        <w:br/>
      </w:r>
      <w:r>
        <w:rPr>
          <w:sz w:val="20"/>
        </w:rPr>
        <w:t>37:10  koi bhi research, koi bhi cheez is ko refute na kar sake. yani do so saal se jo hungama tha gender equality ka, to sab log samajhte the ke islam quran refute ho gaya.</w:t>
      </w:r>
      <w:r>
        <w:br/>
      </w:r>
      <w:r>
        <w:rPr>
          <w:sz w:val="20"/>
        </w:rPr>
        <w:t>37:25  lekin kya hua? aaj reestablish ho gaya quran ka. quran ki veracity reestablish ho gayi.</w:t>
      </w:r>
      <w:r>
        <w:br/>
      </w:r>
      <w:r>
        <w:rPr>
          <w:sz w:val="20"/>
        </w:rPr>
        <w:t>37:36  to is ka matlab yeh hai ke jo jo sach, jo haqeeqat, jo jo researches aati hain bar bar, woh is ko reestablish karti chali ja rahi hain.</w:t>
      </w:r>
      <w:r>
        <w:br/>
      </w:r>
      <w:r>
        <w:rPr>
          <w:sz w:val="20"/>
        </w:rPr>
        <w:t>37:46  to goya ke quran ek aisi book ka izafa hai mazhabi library mein, jis ki sachai kabhi refute na ho sake. jo eternal tor par sach, sachi book bani hui ho.</w:t>
      </w:r>
      <w:r>
        <w:br/>
      </w:r>
      <w:r>
        <w:rPr>
          <w:sz w:val="20"/>
        </w:rPr>
        <w:t>37:59  to hum keh sakte hain ke aisi book ka izafa kiya,</w:t>
      </w:r>
      <w:r>
        <w:br/>
      </w:r>
      <w:r>
        <w:rPr>
          <w:sz w:val="20"/>
        </w:rPr>
        <w:t>38:02  aisi book ko add kiya islam ne mazhabi library mein. yeh hai hamara woh. yeh nayi baat hai jo hum ne is mazhab mein pesh ki hai.</w:t>
      </w:r>
      <w:r>
        <w:br/>
      </w:r>
      <w:r>
        <w:rPr>
          <w:sz w:val="20"/>
        </w:rPr>
        <w:t>38:14  ab kitni bari baat hai yeh. ke woh challenge kar rahe hain ke koi nayi baat batao jo muhammad ne pesh ki ho. to hum kehte hain ke nayi baat yahi hai. aisi kitab unhon ne pesh ki jo eternally, jis ki sachai sabit hui chali ja rahi hai.</w:t>
      </w:r>
      <w:r>
        <w:br/>
      </w:r>
      <w:r>
        <w:rPr>
          <w:sz w:val="20"/>
        </w:rPr>
        <w:t>38:28  jo refute nahi ho pa rahi hai.</w:t>
      </w:r>
    </w:p>
    <w:p>
      <w:pPr>
        <w:pStyle w:val="Heading2"/>
      </w:pPr>
      <w:r>
        <w:t>Hadith on markets as worst places and its prophecy</w:t>
      </w:r>
    </w:p>
    <w:p>
      <w:r>
        <w:rPr>
          <w:color w:val="666666"/>
          <w:sz w:val="18"/>
        </w:rPr>
        <w:t>Age Of Consumerism I January 6, 2013 Maulana Wahiduddin Khan · 5m 55s · at 10:20 · https://youtu.be/CuRYFl7JuEM?t=620</w:t>
      </w:r>
    </w:p>
    <w:p>
      <w:r>
        <w:rPr>
          <w:i/>
        </w:rPr>
        <w:t>“Yeh hadith ka arabi batn aap ne sun liya.”</w:t>
      </w:r>
    </w:p>
    <w:p>
      <w:r>
        <w:rPr>
          <w:sz w:val="20"/>
        </w:rPr>
        <w:t>10:20  yeh hadith ka arabi batan aap nay sun liya. bohat ajeeb hadith hai yeh. is mein yeh hai kay aik shakhs nay rasool Allah sallallahu alayhi wa sallam say jab kay aap Madina mein thay aap say aik sawal kiya.</w:t>
      </w:r>
      <w:r>
        <w:br/>
      </w:r>
      <w:r>
        <w:rPr>
          <w:sz w:val="20"/>
        </w:rPr>
        <w:t>10:39  aur sawal yeh tha ke zameen par sab se bura spot kaunsa hai, sab se acha spot kaunsa hai? sab se achi jagah kaunsi hai, sab se buri jagah kaunsi hai?</w:t>
      </w:r>
      <w:r>
        <w:br/>
      </w:r>
      <w:r>
        <w:rPr>
          <w:sz w:val="20"/>
        </w:rPr>
        <w:t>10:54  to rasool Allah صلی اللہ علیہ وسلم ne farmaya ke yeh</w:t>
      </w:r>
      <w:r>
        <w:br/>
      </w:r>
      <w:r>
        <w:rPr>
          <w:sz w:val="20"/>
        </w:rPr>
        <w:t>10:56  mujhe nahi maloom. to aap ne farmaya ke jab jibril aayenge to mein un se pooch ke bataunga.</w:t>
      </w:r>
      <w:r>
        <w:br/>
      </w:r>
      <w:r>
        <w:rPr>
          <w:sz w:val="20"/>
        </w:rPr>
        <w:t>11:06  to jibril farishta aap ke paas aaya, un se aap ne poocha is sawal ke bare mein. to jibril ne kaha ke mujhe bhi is ke bare mein nahi maloom.</w:t>
      </w:r>
      <w:r>
        <w:br/>
      </w:r>
      <w:r>
        <w:rPr>
          <w:sz w:val="20"/>
        </w:rPr>
        <w:t>11:26  to unhone kaha ke mein Allah rabb ul alameen se poochta hoon, phir bataunga aap ko.</w:t>
      </w:r>
      <w:r>
        <w:br/>
      </w:r>
      <w:r>
        <w:rPr>
          <w:sz w:val="20"/>
        </w:rPr>
        <w:t>11:36  to hadith mein hai ke jibril</w:t>
      </w:r>
      <w:r>
        <w:br/>
      </w:r>
      <w:r>
        <w:rPr>
          <w:sz w:val="20"/>
        </w:rPr>
        <w:t>11:41  ne parwaz kiya aur Allah ke qareeb pohanche aur poocha.</w:t>
      </w:r>
      <w:r>
        <w:br/>
      </w:r>
      <w:r>
        <w:rPr>
          <w:sz w:val="20"/>
        </w:rPr>
        <w:t>11:52  to woh batate hain ke mein itna itna zyada qareeb hua ke mere aur Allah ke darmiyan 70 70 hazar noori parde waqe thay.</w:t>
      </w:r>
      <w:r>
        <w:br/>
      </w:r>
      <w:r>
        <w:rPr>
          <w:sz w:val="20"/>
        </w:rPr>
        <w:t>12:02  yani aaj kal ki zaban mein aap keh sakte hain ke 70 hazar light years.</w:t>
      </w:r>
      <w:r>
        <w:br/>
      </w:r>
      <w:r>
        <w:rPr>
          <w:sz w:val="20"/>
        </w:rPr>
        <w:t>12:16  to hazrat jibril ko jo jawab mila Allah taala ki taraf se woh aa kar unhone rasool Allah ko bataya.</w:t>
      </w:r>
      <w:r>
        <w:br/>
      </w:r>
      <w:r>
        <w:rPr>
          <w:sz w:val="20"/>
        </w:rPr>
        <w:t>12:24  to Allah taala ne farmaya ke "shar al maqam aswaquhu wa khair al maqam masajiduhu"</w:t>
      </w:r>
      <w:r>
        <w:br/>
      </w:r>
      <w:r>
        <w:rPr>
          <w:sz w:val="20"/>
        </w:rPr>
        <w:t>12:39  ke zameen ka sab se bura spot jo hai woh is ke bazaar hain. aur zameen ka sab se acha spot jo hai woh is ke masjidain hain.</w:t>
      </w:r>
      <w:r>
        <w:br/>
      </w:r>
      <w:r>
        <w:rPr>
          <w:sz w:val="20"/>
        </w:rPr>
        <w:t>12:53  to us waqt jab ke yeh hadith bayan ki thi aap ne, us waqt koi samajh nahi pata tha ke kya matlab hai is ka. aap is hadith ki shuruh mein kuch jawab nahi payenge aap.</w:t>
      </w:r>
      <w:r>
        <w:br/>
      </w:r>
      <w:r>
        <w:rPr>
          <w:sz w:val="20"/>
        </w:rPr>
        <w:t>13:07  kyun ke us waqt nahi samajh mein aata tha ke bazaar itni buri jagah kyun hain.</w:t>
      </w:r>
      <w:r>
        <w:br/>
      </w:r>
      <w:r>
        <w:rPr>
          <w:sz w:val="20"/>
        </w:rPr>
        <w:t>13:15  us waqt to bazaar mein sirf zaroorat ki cheezen bikti theen. aadmi ghar mein hai, us ke masjid par mujhe ek sabzi kaatne ke liye chhuri chahiye, ja ke khareed laya.</w:t>
      </w:r>
      <w:r>
        <w:br/>
      </w:r>
      <w:r>
        <w:rPr>
          <w:sz w:val="20"/>
        </w:rPr>
        <w:t>13:30  ghar mein hai, us ko masjid par mere kapde phat rahe hain, ab chal ke kapda khareed doon. to mota chhota kapda bikta tha, ja ke khareed liya.</w:t>
      </w:r>
      <w:r>
        <w:br/>
      </w:r>
      <w:r>
        <w:rPr>
          <w:sz w:val="20"/>
        </w:rPr>
        <w:t>13:40  aadmi ghar mein hai, sochta hai ke mere paas joota toot gaya hai, joota chahiye. to bohat hi bhadde qism ke joote bante thay, ja ke khareed liya.</w:t>
      </w:r>
      <w:r>
        <w:br/>
      </w:r>
      <w:r>
        <w:rPr>
          <w:sz w:val="20"/>
        </w:rPr>
        <w:t>13:51  aap jante hain is zamane mein item itne kam thay khareedne ke liye</w:t>
      </w:r>
      <w:r>
        <w:br/>
      </w:r>
      <w:r>
        <w:rPr>
          <w:sz w:val="20"/>
        </w:rPr>
        <w:t>13:59  ke log jinke paas maal zyada hota tha, woh zameen mein gaad dete thay. jis ko kehte hain dafina. ab kaun zameen mein gaadta hai?</w:t>
      </w:r>
      <w:r>
        <w:br/>
      </w:r>
      <w:r>
        <w:rPr>
          <w:sz w:val="20"/>
        </w:rPr>
        <w:t>14:10  aap qisson mein parhte honge ke zameen mein gaada hua dafina mila khodai mein,</w:t>
      </w:r>
      <w:r>
        <w:br/>
      </w:r>
      <w:r>
        <w:rPr>
          <w:sz w:val="20"/>
        </w:rPr>
        <w:t>14:16  sone chandi mile. ab koi nahi gaadta. kyun? ab to item hai, bazaar mein ja ke khareediye. shandar ghar banaiye, shandar carain khareediye.</w:t>
      </w:r>
      <w:r>
        <w:br/>
      </w:r>
      <w:r>
        <w:rPr>
          <w:sz w:val="20"/>
        </w:rPr>
        <w:t>14:30  hawa jahaz mein safar kijiye, apne ghar ko saman se bhar dijiye. yeh future ka phenomenon tha, present ka nahi tha.</w:t>
      </w:r>
      <w:r>
        <w:br/>
      </w:r>
      <w:r>
        <w:rPr>
          <w:sz w:val="20"/>
        </w:rPr>
        <w:t>14:42  to yeh hadith jo hai sada baat nahi hai. is mein yeh bhi sabit hota hai ke</w:t>
      </w:r>
      <w:r>
        <w:br/>
      </w:r>
      <w:r>
        <w:rPr>
          <w:sz w:val="20"/>
        </w:rPr>
        <w:t>14:49  Muhammad صلی اللہ علیہ وسلم Allah ke rasool thay.</w:t>
      </w:r>
      <w:r>
        <w:br/>
      </w:r>
      <w:r>
        <w:rPr>
          <w:sz w:val="20"/>
        </w:rPr>
        <w:t>14:54  kyun ke Allah aalim ul ghaib ke siwa koi nahi janta sakta tha seven century AD mein ke twenthi century aaye jab aayegi, twenthi first century jab aayegi to ek naya phenomenon duniya mein aa jayega.</w:t>
      </w:r>
      <w:r>
        <w:br/>
      </w:r>
      <w:r>
        <w:rPr>
          <w:sz w:val="20"/>
        </w:rPr>
        <w:t>15:10  jis ko kehte hain shopping malls, shopping center.</w:t>
      </w:r>
      <w:r>
        <w:br/>
      </w:r>
      <w:r>
        <w:rPr>
          <w:sz w:val="20"/>
        </w:rPr>
        <w:t>15:16  million million item naye naye honge jo log khareeden ge, khush ho ho kar ja kar ke. kon janta tha? tab na technology thi, na industry thi.</w:t>
      </w:r>
      <w:r>
        <w:br/>
      </w:r>
      <w:r>
        <w:rPr>
          <w:sz w:val="20"/>
        </w:rPr>
        <w:t>15:29  bohat hi rawat life thi, agriculture based life thi.</w:t>
      </w:r>
      <w:r>
        <w:br/>
      </w:r>
      <w:r>
        <w:rPr>
          <w:sz w:val="20"/>
        </w:rPr>
        <w:t>15:35  to yeh rasool Allah ke peghambar Khuda hone ka aik saboot hai.</w:t>
      </w:r>
      <w:r>
        <w:br/>
      </w:r>
      <w:r>
        <w:rPr>
          <w:sz w:val="20"/>
        </w:rPr>
        <w:t>15:42  doosri baat yeh hai ke yeh yeh Allah ke nazdeek sab se zyada yaani shar al maqam kyon kaha gaya?</w:t>
      </w:r>
      <w:r>
        <w:br/>
      </w:r>
      <w:r>
        <w:rPr>
          <w:sz w:val="20"/>
        </w:rPr>
        <w:t>15:56  is ki wajah hai ke sab se zyada</w:t>
      </w:r>
      <w:r>
        <w:br/>
      </w:r>
      <w:r>
        <w:rPr>
          <w:sz w:val="20"/>
        </w:rPr>
        <w:t>15:58  source of distraction hai. yeh consumerism jo hai, yeh shopping malls jo hain, shopping center jo hain, ya modern saman ko hasil kar ke apne gharon ko bharna, yeh jo hai,</w:t>
      </w:r>
    </w:p>
    <w:p>
      <w:pPr>
        <w:pStyle w:val="Heading2"/>
      </w:pPr>
      <w:r>
        <w:t>Japan's fishing industry adds a shark to keep fish fresh</w:t>
      </w:r>
    </w:p>
    <w:p>
      <w:r>
        <w:rPr>
          <w:color w:val="666666"/>
          <w:sz w:val="18"/>
        </w:rPr>
        <w:t>Take it as A Challenge April 29, 2007 · 5m 53s · at 3:43 · https://youtu.be/pONW5UkRZ_M?t=223</w:t>
      </w:r>
    </w:p>
    <w:p>
      <w:r>
        <w:rPr>
          <w:i/>
        </w:rPr>
        <w:t>“Japan mein fish bahut khaate hain, fishing ka business bahut hota hai”</w:t>
      </w:r>
    </w:p>
    <w:p>
      <w:r>
        <w:rPr>
          <w:sz w:val="20"/>
        </w:rPr>
        <w:t>3:43  to is mein yeh batate hain ke japan mein, aap jante hain ke japan mein fish bohat khate hain.</w:t>
      </w:r>
      <w:r>
        <w:br/>
      </w:r>
      <w:r>
        <w:rPr>
          <w:sz w:val="20"/>
        </w:rPr>
        <w:t>3:53  fish un ki, un ka basic food hai.</w:t>
      </w:r>
      <w:r>
        <w:br/>
      </w:r>
      <w:r>
        <w:rPr>
          <w:sz w:val="20"/>
        </w:rPr>
        <w:t>4:00  to fishing bohat hoti hai wahan par, fishing ka business bohat hota hai wahan par. to aisa hua ke jo</w:t>
      </w:r>
      <w:r>
        <w:br/>
      </w:r>
      <w:r>
        <w:rPr>
          <w:sz w:val="20"/>
        </w:rPr>
        <w:t>4:16  coast par jo fish hoti theen, to woh deeper, woh deep water mein chali gai.</w:t>
      </w:r>
      <w:r>
        <w:br/>
      </w:r>
      <w:r>
        <w:rPr>
          <w:sz w:val="20"/>
        </w:rPr>
        <w:t>4:24  kam reh, yani bohat si variety aisi thi jo deep water mein chali gai, coast par kam reh gaein. to ab jo fishing boats theen, un ko andar jana para.</w:t>
      </w:r>
      <w:r>
        <w:br/>
      </w:r>
      <w:r>
        <w:rPr>
          <w:sz w:val="20"/>
        </w:rPr>
        <w:t>4:38  fishing companiyan bari bari wahan par hain, jo un ki fishing boat hoti hai.</w:t>
      </w:r>
      <w:r>
        <w:br/>
      </w:r>
      <w:r>
        <w:rPr>
          <w:sz w:val="20"/>
        </w:rPr>
        <w:t>4:43  to deep water mein ja kar ke unhon ne fishing ki, lekin jab woh le aye bahar woh fish, to wahan se ate ate do char din lag jatay thay.</w:t>
      </w:r>
      <w:r>
        <w:br/>
      </w:r>
      <w:r>
        <w:rPr>
          <w:sz w:val="20"/>
        </w:rPr>
        <w:t>4:56  deep water se coast par ate rehte, aur phir us ko market par late rehte. to japanise jo hain, woh fresh, fresh taste jo hai,</w:t>
      </w:r>
      <w:r>
        <w:br/>
      </w:r>
      <w:r>
        <w:rPr>
          <w:sz w:val="20"/>
        </w:rPr>
        <w:t>5:12  yani fresh fish ka taste unhein pasand hota hai.</w:t>
      </w:r>
      <w:r>
        <w:br/>
      </w:r>
      <w:r>
        <w:rPr>
          <w:sz w:val="20"/>
        </w:rPr>
        <w:t>5:17  to yeh jo, yeh jo fish hoti thi, jo deep water se lai jati thi, aur is mein kuch din lag jatay thay market tak pohnchne mein, to woh unhon ne bohat kam daam par bikti thi, woh kyunke japanise is ko lete nahi thay.</w:t>
      </w:r>
      <w:r>
        <w:br/>
      </w:r>
      <w:r>
        <w:rPr>
          <w:sz w:val="20"/>
        </w:rPr>
        <w:t>5:37  to unhon ne kiya kiya, fishing companiyon ne ke unhon ne bari boat banai, aur is mein freezer rakh diya.</w:t>
      </w:r>
      <w:r>
        <w:br/>
      </w:r>
      <w:r>
        <w:rPr>
          <w:sz w:val="20"/>
        </w:rPr>
        <w:t>5:48  freezer to deep water mein jab gaye, wahan par unhon ne fish pakri, to freezer mein daal diya.</w:t>
      </w:r>
      <w:r>
        <w:br/>
      </w:r>
      <w:r>
        <w:rPr>
          <w:sz w:val="20"/>
        </w:rPr>
        <w:t>5:59  to freezer mein dalne se woh, woh boat jo theen, woh freeze to ho gaein,</w:t>
      </w:r>
      <w:r>
        <w:br/>
      </w:r>
      <w:r>
        <w:rPr>
          <w:sz w:val="20"/>
        </w:rPr>
        <w:t>6:09  lekin jab bahar laya gaya aur market par le jaya gaya, to japanise ne is ko pasand nahi kiya. yani un ko laga ke woh jo fish hoti hai,</w:t>
      </w:r>
      <w:r>
        <w:br/>
      </w:r>
      <w:r>
        <w:rPr>
          <w:sz w:val="20"/>
        </w:rPr>
        <w:t>6:23  jo pakri jati hai, fresh fit, fresh, fresh fish hoti hai, is mein jo taste hota hai, woh is mein nahi hai. to phir wohi problem raha, wohi problem phir raha.</w:t>
      </w:r>
      <w:r>
        <w:br/>
      </w:r>
      <w:r>
        <w:rPr>
          <w:sz w:val="20"/>
        </w:rPr>
        <w:t>6:40  to ab kya hua ke unhon ne kaha ke bari bari boat banao, is mein tank, water tank, is mein bara bara ho, tank mein daal do taake mare nahi machhliyan.</w:t>
      </w:r>
      <w:r>
        <w:br/>
      </w:r>
      <w:r>
        <w:rPr>
          <w:sz w:val="20"/>
        </w:rPr>
        <w:t>6:54  to unhon ne machhli pakri aur tank is mein daal diya. to machhli ne, machhli ko jab aap ne pani mein dala to marne se bach gai woh,</w:t>
      </w:r>
      <w:r>
        <w:br/>
      </w:r>
      <w:r>
        <w:rPr>
          <w:sz w:val="20"/>
        </w:rPr>
        <w:t>7:08  lekin woh, woh is mein bas aisi, yani dull si padi rehti thi is mein. to laye jab bahar to phir bhi japanise ne is ke taste ko pasand nahi kiya.</w:t>
      </w:r>
      <w:r>
        <w:br/>
      </w:r>
      <w:r>
        <w:rPr>
          <w:sz w:val="20"/>
        </w:rPr>
        <w:t>7:25  dull tareeqay se padi rehti thi woh pani mein, to marti to nahi thi, lekin dull padi rehti thi woh. to phir aik aadmi tha, us ne research kiya,</w:t>
      </w:r>
      <w:r>
        <w:br/>
      </w:r>
      <w:r>
        <w:rPr>
          <w:sz w:val="20"/>
        </w:rPr>
        <w:t>7:36  is ka naam bhi is mein likha hai, el ron hubbard, h u double b a r d, el ron, a r o n,</w:t>
      </w:r>
      <w:r>
        <w:br/>
      </w:r>
      <w:r>
        <w:rPr>
          <w:sz w:val="20"/>
        </w:rPr>
        <w:t>7:49  el ron hubbard. 1950 mein, 1950 mein is ne is par research ki.</w:t>
      </w:r>
      <w:r>
        <w:br/>
      </w:r>
      <w:r>
        <w:rPr>
          <w:sz w:val="20"/>
        </w:rPr>
        <w:t>8:00  is ne yeh nikala ke machhliyan jo dal rehti hain, to un ka test jo hai kharab ho jata hai, aur woh chheenp doudti hain, kyunke har chhori machhli ko bari machhli doudati hai.</w:t>
      </w:r>
      <w:r>
        <w:br/>
      </w:r>
      <w:r>
        <w:rPr>
          <w:sz w:val="20"/>
        </w:rPr>
        <w:t>8:17  to har waqt machhliyan har waqt doudti rehti hain pani mein.</w:t>
      </w:r>
      <w:r>
        <w:br/>
      </w:r>
      <w:r>
        <w:rPr>
          <w:sz w:val="20"/>
        </w:rPr>
        <w:t>8:22  to is ne yeh idea nikala ke bara tank banaya jaye, is mein pani ho, aur wahan par deep water mein aap ja kar ke wahan par fishing karen, aur machhliyan pakar ke is is pani mein dal dein.</w:t>
      </w:r>
      <w:r>
        <w:br/>
      </w:r>
      <w:r>
        <w:rPr>
          <w:sz w:val="20"/>
        </w:rPr>
        <w:t>8:42  pani, aur sath sath unhon ne is ke andar ek choti shark dal di.</w:t>
      </w:r>
      <w:r>
        <w:br/>
      </w:r>
      <w:r>
        <w:rPr>
          <w:sz w:val="20"/>
        </w:rPr>
        <w:t>8:47  shark jo hai woh hunting fish hai, machhliyon ko khati hai. to woh to shark bohat bari bari hoti hain, choti shark unhon ne dal di.</w:t>
      </w:r>
      <w:r>
        <w:br/>
      </w:r>
      <w:r>
        <w:rPr>
          <w:sz w:val="20"/>
        </w:rPr>
        <w:t>8:59  ab kya hua ke jo chand din tak lagte thay wahan se, yani deep water se coast tak anay mein, to is mein machhliyon ke peechhe shark rehti thi.</w:t>
      </w:r>
      <w:r>
        <w:br/>
      </w:r>
      <w:r>
        <w:rPr>
          <w:sz w:val="20"/>
        </w:rPr>
        <w:t>9:14  machhliyan khoob doudti theen isi mein,</w:t>
      </w:r>
      <w:r>
        <w:br/>
      </w:r>
      <w:r>
        <w:rPr>
          <w:sz w:val="20"/>
        </w:rPr>
        <w:t>9:17  is water tank mein machhliyan dal nahin rehti theen, doudti rehti theen har waqt, kyunke har waqt doudati thi woh. to agarchay kuch thori si machhliyan woh kha bhi jati theen woh, lekin majority to bach jati thi.</w:t>
      </w:r>
      <w:r>
        <w:br/>
      </w:r>
      <w:r>
        <w:rPr>
          <w:sz w:val="20"/>
        </w:rPr>
        <w:t>9:29  phir bhi ek shark kitni machhli khaye gi, kyunke doudati khoob thi woh.</w:t>
      </w:r>
    </w:p>
    <w:p>
      <w:pPr>
        <w:pStyle w:val="Heading2"/>
      </w:pPr>
      <w:r>
        <w:t>Story of Junaid and importance of honesty</w:t>
      </w:r>
    </w:p>
    <w:p>
      <w:r>
        <w:rPr>
          <w:color w:val="666666"/>
          <w:sz w:val="18"/>
        </w:rPr>
        <w:t>Istikhara in Islam 27 July, 2019 - Maulana Wahiduddin Khan · 4m 31s · at 33:40 · https://youtu.be/Gf6P5IA15Zo?t=2020</w:t>
      </w:r>
    </w:p>
    <w:p>
      <w:r>
        <w:rPr>
          <w:i/>
        </w:rPr>
        <w:t>“ایک جنید صاحب تھے، وہ بہت نیک آدمی تھے”</w:t>
      </w:r>
    </w:p>
    <w:p>
      <w:r>
        <w:rPr>
          <w:sz w:val="20"/>
        </w:rPr>
        <w:t>33:40  dream ke form mein aata hai ya kisi aur form mein aata hai? haan, mein aik qissa bataoon. aik junaid sahab the, woh bohat naik aadmi the.</w:t>
      </w:r>
      <w:r>
        <w:br/>
      </w:r>
      <w:r>
        <w:rPr>
          <w:sz w:val="20"/>
        </w:rPr>
        <w:t>33:52  junaid un ka naam tha, woh jamaat islami ke zamane ki baat hai. yeh</w:t>
      </w:r>
      <w:r>
        <w:br/>
      </w:r>
      <w:r>
        <w:rPr>
          <w:sz w:val="20"/>
        </w:rPr>
        <w:t>34:00  junaid sahab to un ke ghar mein</w:t>
      </w:r>
      <w:r>
        <w:br/>
      </w:r>
      <w:r>
        <w:rPr>
          <w:sz w:val="20"/>
        </w:rPr>
        <w:t>34:08  koi woh hua, death ho gayi to batwara hua. to aik baar aik bara area khet ka un ko mil gaya jo sahi haq nahi tha un ka,</w:t>
      </w:r>
      <w:r>
        <w:br/>
      </w:r>
      <w:r>
        <w:rPr>
          <w:sz w:val="20"/>
        </w:rPr>
        <w:t>34:29  bas likhne padhne mein kuch ho gaya tha aisa, us ke baad woh mil gaya un ko. to ghar ke saare log yeh kehte the ke ab tum ko mil gaya hai to us ko istemal karo.</w:t>
      </w:r>
      <w:r>
        <w:br/>
      </w:r>
      <w:r>
        <w:rPr>
          <w:sz w:val="20"/>
        </w:rPr>
        <w:t>34:43  to woh baghair ghar walon ko bataye hue chupke se gaye aur patwari ke haan, aur us ghar ko, us zameen ko jo aik bara raqba tha us ka, un logon ko likh diya ja kar ke jo sach mach ke haqdar bante the.</w:t>
      </w:r>
      <w:r>
        <w:br/>
      </w:r>
      <w:r>
        <w:rPr>
          <w:sz w:val="20"/>
        </w:rPr>
        <w:t>35:05  mein un ko janta hoon, woh mere ghar aligarh mein kabhi kabhi aate the, hamare ghar khana bhi khaya tha unhon ne junaid sahab ne. to waisa sachcha aadmi to mein ne kabhi zindagi mein dekha nahi,</w:t>
      </w:r>
      <w:r>
        <w:br/>
      </w:r>
      <w:r>
        <w:rPr>
          <w:sz w:val="20"/>
        </w:rPr>
        <w:t>35:19  bohat hi sachche aadmi the woh junaid sahab. to un ko mein keh sakta hoon ke woh aik honest aadmi the, honest aadmi the.</w:t>
      </w:r>
      <w:r>
        <w:br/>
      </w:r>
      <w:r>
        <w:rPr>
          <w:sz w:val="20"/>
        </w:rPr>
        <w:t>35:32  baqi honest mein hoon ya nahi hoon, yeh bohat aasan hai. yaad rakhiye kyunke aadmi ka zamir conscious khud aadmi se jhoot nahi bolegi.</w:t>
      </w:r>
      <w:r>
        <w:br/>
      </w:r>
      <w:r>
        <w:rPr>
          <w:sz w:val="20"/>
        </w:rPr>
        <w:t>35:44  aap ka conscious khud aap se jhoot bole, yeh pass bol nahi hai, woh to wahi kahega jo haqeeqat hai.</w:t>
      </w:r>
      <w:r>
        <w:br/>
      </w:r>
      <w:r>
        <w:rPr>
          <w:sz w:val="20"/>
        </w:rPr>
        <w:t>35:53  aap ka conscious khud aap se kabhi jhoot nahi bolegi. kehta hai ab kya kaha mein ne? maulana, aap yeh keh rahe hain ke aadmi ka zamir aadmi se kabhi jhoot nahi bolegi.</w:t>
      </w:r>
      <w:r>
        <w:br/>
      </w:r>
      <w:r>
        <w:rPr>
          <w:sz w:val="20"/>
        </w:rPr>
        <w:t>36:06  hmm, to woh apne zamir ko is maamle mein faisal bana sakta hai ke woh honest hai ya nahi. to jis aadmi ko yeh janna ho ke Allah mere istikhare ko kya karega,</w:t>
      </w:r>
      <w:r>
        <w:br/>
      </w:r>
      <w:r>
        <w:rPr>
          <w:sz w:val="20"/>
        </w:rPr>
        <w:t>36:21  to kuch na kare, woh bas apne conscious ko jhaanke. ja ke</w:t>
      </w:r>
      <w:r>
        <w:br/>
      </w:r>
      <w:r>
        <w:rPr>
          <w:sz w:val="20"/>
        </w:rPr>
        <w:t>36:33  maulana syed saar nadvi aik thay, alamgarh mein bohat baray qabil aadmi thay. woh maulana syed saarm nadvi, woh bohat mashhoor aadmi hain.</w:t>
      </w:r>
      <w:r>
        <w:br/>
      </w:r>
      <w:r>
        <w:rPr>
          <w:sz w:val="20"/>
        </w:rPr>
        <w:t>36:46  to unhon ne aik chhaapa tha, aik page mujhe yaad hai, barson mein latkaya gaya tha woh alamgarh mein. to us mein aik jumla tha ke zameer, zameer hamari consciousness,</w:t>
      </w:r>
      <w:r>
        <w:br/>
      </w:r>
      <w:r>
        <w:rPr>
          <w:sz w:val="20"/>
        </w:rPr>
        <w:t>37:01  zameer ki awaaz aik ghaybi awaaz hai, yani divine voice hai.</w:t>
      </w:r>
      <w:r>
        <w:br/>
      </w:r>
      <w:r>
        <w:rPr>
          <w:sz w:val="20"/>
        </w:rPr>
        <w:t>37:10  woh kabhi jhoot nahin bolta, woh wohi baat aap ko keh deta hai jo sach sach jo baat hai. exact word mujhe yaad nahin hai, lekin yeh to to yeh sab log jaan sakte hain ke consciousness kabhi jhoot nahin bolta.</w:t>
      </w:r>
      <w:r>
        <w:br/>
      </w:r>
      <w:r>
        <w:rPr>
          <w:sz w:val="20"/>
        </w:rPr>
        <w:t>37:30  to consciousness se poochhiye, aap apni zindagi ko sochiye ke main kya hoon, main kya hoon, main kya hoon.</w:t>
      </w:r>
      <w:r>
        <w:br/>
      </w:r>
      <w:r>
        <w:rPr>
          <w:sz w:val="20"/>
        </w:rPr>
        <w:t>37:40  apni raat aur din ko sochiye, apni aur phir consciousness se poochhiye, pehle apne ko jhaankiye ke main kya hoon, phir apne consciousness se poochhiye.</w:t>
      </w:r>
      <w:r>
        <w:br/>
      </w:r>
      <w:r>
        <w:rPr>
          <w:sz w:val="20"/>
        </w:rPr>
        <w:t>37:53  consciousness kabhi bhi aap se jhoot nahin boley ga. to yeh sab kar ke aap phir istikhara kijiye, phir istikhara kijiye.</w:t>
      </w:r>
    </w:p>
    <w:p>
      <w:pPr>
        <w:pStyle w:val="Heading2"/>
      </w:pPr>
      <w:r>
        <w:t>Practical wisdom formula with hadith and examples</w:t>
      </w:r>
    </w:p>
    <w:p>
      <w:r>
        <w:rPr>
          <w:color w:val="666666"/>
          <w:sz w:val="18"/>
        </w:rPr>
        <w:t>Idealism vs Practical Wisdom 13 Nov 2011 - Maulana Wahiduddin Khan · 5m 56s · at 11:32 · https://youtu.be/_aRRsKhGoWo?t=692</w:t>
      </w:r>
    </w:p>
    <w:p>
      <w:r>
        <w:rPr>
          <w:i/>
        </w:rPr>
        <w:t>“Maine apne tajurbe se jaana hai”</w:t>
      </w:r>
    </w:p>
    <w:p>
      <w:r>
        <w:rPr>
          <w:sz w:val="20"/>
        </w:rPr>
        <w:t>11:32  mein ne apne tajrube se jana hai ke yeh jo insani zindagi hai, one percent woh hai idealism aur 99 percent hai practical wisdom.</w:t>
      </w:r>
      <w:r>
        <w:br/>
      </w:r>
      <w:r>
        <w:rPr>
          <w:sz w:val="20"/>
        </w:rPr>
        <w:t>11:52  one percent hai mayar pasandi. baqi 99 percent jo hai, woh sab ke sab amli halaat par mabni hai.</w:t>
      </w:r>
      <w:r>
        <w:br/>
      </w:r>
      <w:r>
        <w:rPr>
          <w:sz w:val="20"/>
        </w:rPr>
        <w:t>12:01  kyun? idealism aap apne upar chala sakte hain. apne mind mein aap idealist ban sakte hain.</w:t>
      </w:r>
      <w:r>
        <w:br/>
      </w:r>
      <w:r>
        <w:rPr>
          <w:sz w:val="20"/>
        </w:rPr>
        <w:t>12:12  to apne mind mein aap idealist baniye. lekin jab sab samaj mein aur pure mulk mein, puri insaniyat mein aap chahein idealism chalana to woh kabhi possible nahi hota.</w:t>
      </w:r>
      <w:r>
        <w:br/>
      </w:r>
      <w:r>
        <w:rPr>
          <w:sz w:val="20"/>
        </w:rPr>
        <w:t>12:28  kyunke har aadmi ke desire alag hain, har aadmi ka goal alag hai, har aadmi ki soch alag hai. har aadmi is duniya mein jo insan hai, woh sab Mr. different hai.</w:t>
      </w:r>
      <w:r>
        <w:br/>
      </w:r>
      <w:r>
        <w:rPr>
          <w:sz w:val="20"/>
        </w:rPr>
        <w:t>12:42  sab ke sab Mr. different. khatoon jo hai, woh sab ke sab Ms. different. to aaj ki duniya mein misaal ke taur par seven billion insan aaj duniya mein hain.</w:t>
      </w:r>
      <w:r>
        <w:br/>
      </w:r>
      <w:r>
        <w:rPr>
          <w:sz w:val="20"/>
        </w:rPr>
        <w:t>12:54  seven billion. to seven billion Mr. different aur Ms. different hain. aap bataiye, insanon ke jungle mein aap kahin chalayenge ideal, idealist society banane ke liye aap ko sare insanon ko apna ham خیال banana parta hai.</w:t>
      </w:r>
      <w:r>
        <w:br/>
      </w:r>
      <w:r>
        <w:rPr>
          <w:sz w:val="20"/>
        </w:rPr>
        <w:t>13:12  sab isi tarah sochein jis tarah aap sochte hain. to kaise possible hai? aap ki zindagi kal mili hai, aap aap yeh bhi dekh lijiye ke aap ko zindagi kitni kam mili hai.</w:t>
      </w:r>
      <w:r>
        <w:br/>
      </w:r>
      <w:r>
        <w:rPr>
          <w:sz w:val="20"/>
        </w:rPr>
        <w:t>13:25  aap Aristotle hain to bas 62 saal mein marna hai aap ko. Alexander hain to aap ko 33 saal mein marna hai. aur sare alam ko kaise bana denge aap?</w:t>
      </w:r>
      <w:r>
        <w:br/>
      </w:r>
      <w:r>
        <w:rPr>
          <w:sz w:val="20"/>
        </w:rPr>
        <w:t>13:35  ideal society mein kaise dhal lenge?</w:t>
      </w:r>
      <w:r>
        <w:br/>
      </w:r>
      <w:r>
        <w:rPr>
          <w:sz w:val="20"/>
        </w:rPr>
        <w:t>13:45  to hamare ustad the, woh kaha karte the ke insan mein</w:t>
      </w:r>
      <w:r>
        <w:br/>
      </w:r>
      <w:r>
        <w:rPr>
          <w:sz w:val="20"/>
        </w:rPr>
        <w:t>13:54  sudhaar lana hai, aise aise ke medak ke panseri banana. aap log mujhe nahi maloom, yeh yeh yeh tasveer samjhenge, nahi samjhenge.</w:t>
      </w:r>
      <w:r>
        <w:br/>
      </w:r>
      <w:r>
        <w:rPr>
          <w:sz w:val="20"/>
        </w:rPr>
        <w:t>14:04  pehle zamane mein panseri bana banate the log. yaani ek tarazu hai, ek taraf panch seer ka part rakha unhone aur doosri taraf koi aur cheez rakhi, gehoon, chawal,</w:t>
      </w:r>
      <w:r>
        <w:br/>
      </w:r>
      <w:r>
        <w:rPr>
          <w:sz w:val="20"/>
        </w:rPr>
        <w:t>14:20  koi doosri cheez. to panch saal, panch seer ke barabar idhar tola unhone. to keh diya ke ek taraf panch seer ka part hai, doosri taraf aap medakon ko panch seer toal rahe hain, panch seer meter.</w:t>
      </w:r>
      <w:r>
        <w:br/>
      </w:r>
      <w:r>
        <w:rPr>
          <w:sz w:val="20"/>
        </w:rPr>
        <w:t>14:35  to medak to kutte rehte hain, aap jante hain, har medak kutta rahega. yeh faragh jo hai, medak is ke mizaj mein kudna hai.</w:t>
      </w:r>
      <w:r>
        <w:br/>
      </w:r>
      <w:r>
        <w:rPr>
          <w:sz w:val="20"/>
        </w:rPr>
        <w:t>14:48  to aap</w:t>
      </w:r>
      <w:r>
        <w:br/>
      </w:r>
      <w:r>
        <w:rPr>
          <w:sz w:val="20"/>
        </w:rPr>
        <w:t>14:52  banate rahenge aur barson bhi ban nahi payegi medakon ki panseri. to har insan Mr. different hai, har khatoon Ms. different hai.</w:t>
      </w:r>
      <w:r>
        <w:br/>
      </w:r>
      <w:r>
        <w:rPr>
          <w:sz w:val="20"/>
        </w:rPr>
        <w:t>15:03  aap kaise in ko ek dhang ke culture par layenge? is wajah se sahi formula kya hai?</w:t>
      </w:r>
      <w:r>
        <w:br/>
      </w:r>
      <w:r>
        <w:rPr>
          <w:sz w:val="20"/>
        </w:rPr>
        <w:t>15:15  apne aap mein aap idealist baniye, lekin society mein aate hi aap practical wisdom ko pakad lijiye. yaani practical wisdom ka matlab kya hai?</w:t>
      </w:r>
      <w:r>
        <w:br/>
      </w:r>
      <w:r>
        <w:rPr>
          <w:sz w:val="20"/>
        </w:rPr>
        <w:t>15:29  jo possible hai, us par raazi ho jana.</w:t>
      </w:r>
      <w:r>
        <w:br/>
      </w:r>
      <w:r>
        <w:rPr>
          <w:sz w:val="20"/>
        </w:rPr>
        <w:t>15:34  jo possible hai, yaani practically jo possible hai, us par raazi ho jana. practically jo possible hai, us par raazi hone ka naam hai practical wisdom.</w:t>
      </w:r>
      <w:r>
        <w:br/>
      </w:r>
      <w:r>
        <w:rPr>
          <w:sz w:val="20"/>
        </w:rPr>
        <w:t>15:49  yeh baat ek hadith mein is tarah kahi gayi hai:</w:t>
      </w:r>
      <w:r>
        <w:br/>
      </w:r>
      <w:r>
        <w:rPr>
          <w:sz w:val="20"/>
        </w:rPr>
        <w:t>15:56  "qad aflaha man aslama". woh roze ka kafaaf wa kun Allah bima ata.</w:t>
      </w:r>
      <w:r>
        <w:br/>
      </w:r>
      <w:r>
        <w:rPr>
          <w:sz w:val="20"/>
        </w:rPr>
        <w:t>16:08  yaani woh shakhs kamyab ho gaya, yaani kamyabi us shakhs ke liye hai jis ne Islam qubool kiya.</w:t>
      </w:r>
      <w:r>
        <w:br/>
      </w:r>
      <w:r>
        <w:rPr>
          <w:sz w:val="20"/>
        </w:rPr>
        <w:t>16:20  yaani Islam qubool karne ka matlab kya hai? haqeeqat ko mana, sachai ka etraf kiya, haqeeqat waqe ko accept kiya.</w:t>
      </w:r>
      <w:r>
        <w:br/>
      </w:r>
      <w:r>
        <w:rPr>
          <w:sz w:val="20"/>
        </w:rPr>
        <w:t>16:34  yeh hai islam. to yahan tak to ideal chalega. sachai ko manne ke mamle mein idealist ban sakte hain.</w:t>
      </w:r>
      <w:r>
        <w:br/>
      </w:r>
      <w:r>
        <w:rPr>
          <w:sz w:val="20"/>
        </w:rPr>
        <w:t>16:44  aap is mein compromise karne ki zaroorat nahi hai. apne mind ke satah par aap ko ek ideology ko, ek sachai ko, ek haq ko manna hai.</w:t>
      </w:r>
      <w:r>
        <w:br/>
      </w:r>
      <w:r>
        <w:rPr>
          <w:sz w:val="20"/>
        </w:rPr>
        <w:t>16:57  to wahan par aap ko</w:t>
      </w:r>
      <w:r>
        <w:br/>
      </w:r>
      <w:r>
        <w:rPr>
          <w:sz w:val="20"/>
        </w:rPr>
        <w:t>17:01  kisi samjhota ke compromise karne ki zaroorat nahi hai. lekin wahan to aap hi aap akele hain. mind ke satah par aap akele hain.</w:t>
      </w:r>
      <w:r>
        <w:br/>
      </w:r>
      <w:r>
        <w:rPr>
          <w:sz w:val="20"/>
        </w:rPr>
        <w:t>17:10  to wahan par aap in compromise negativity ko ikhtiyar kar sakte hain. lekin jab samaj mein aayenge aap ke yeh possible nahi hai, to farmaya ke roze ka kafaaf wakan Allah bima aata.</w:t>
      </w:r>
    </w:p>
    <w:p>
      <w:pPr>
        <w:pStyle w:val="Heading2"/>
      </w:pPr>
      <w:r>
        <w:t>Impulse vs temptation childhood lesson</w:t>
      </w:r>
    </w:p>
    <w:p>
      <w:r>
        <w:rPr>
          <w:color w:val="666666"/>
          <w:sz w:val="18"/>
        </w:rPr>
        <w:t>Art of Thinking (In Conversation with Maulana) 05 8 07 · 5m 03s · at 0:48 · https://youtu.be/cP0z8o_50Zc?t=48</w:t>
      </w:r>
    </w:p>
    <w:p>
      <w:r>
        <w:rPr>
          <w:i/>
        </w:rPr>
        <w:t>“I read an article in Reader's Digest.”</w:t>
      </w:r>
    </w:p>
    <w:p>
      <w:r>
        <w:rPr>
          <w:sz w:val="20"/>
        </w:rPr>
        <w:t>0:48  bhai, dekhiye, ye readers digest mein maine ek article padha tha.</w:t>
      </w:r>
      <w:r>
        <w:br/>
      </w:r>
      <w:r>
        <w:rPr>
          <w:sz w:val="20"/>
        </w:rPr>
        <w:t>1:04  uska caption tha "obey diet impulse".</w:t>
      </w:r>
      <w:r>
        <w:br/>
      </w:r>
      <w:r>
        <w:rPr>
          <w:sz w:val="20"/>
        </w:rPr>
        <w:t>1:19  obey diet impulse.</w:t>
      </w:r>
      <w:r>
        <w:br/>
      </w:r>
      <w:r>
        <w:rPr>
          <w:sz w:val="20"/>
        </w:rPr>
        <w:t>1:25  to mein samajhta hoon ke nature ne jab aap ko potential diya hai, itna bara, to nature hi aap ko</w:t>
      </w:r>
      <w:r>
        <w:br/>
      </w:r>
      <w:r>
        <w:rPr>
          <w:sz w:val="20"/>
        </w:rPr>
        <w:t>1:31  guide bhi karti hai.</w:t>
      </w:r>
      <w:r>
        <w:br/>
      </w:r>
      <w:r>
        <w:rPr>
          <w:sz w:val="20"/>
        </w:rPr>
        <w:t>1:37  to ek impulse hamesha aata hai.</w:t>
      </w:r>
      <w:r>
        <w:br/>
      </w:r>
      <w:r>
        <w:rPr>
          <w:sz w:val="20"/>
        </w:rPr>
        <w:t>1:43  lekin impulse ke saath saath koi temptation bhi hota hai. saath saath</w:t>
      </w:r>
      <w:r>
        <w:br/>
      </w:r>
      <w:r>
        <w:rPr>
          <w:sz w:val="20"/>
        </w:rPr>
        <w:t xml:space="preserve">1:49  </w:t>
      </w:r>
      <w:r>
        <w:br/>
      </w:r>
      <w:r>
        <w:rPr>
          <w:sz w:val="20"/>
        </w:rPr>
        <w:t>1:53  ye bhi law of nature hai.</w:t>
      </w:r>
      <w:r>
        <w:br/>
      </w:r>
      <w:r>
        <w:rPr>
          <w:sz w:val="20"/>
        </w:rPr>
        <w:t>1:58  ye baat mein keh raha hoon apne experience se.</w:t>
      </w:r>
      <w:r>
        <w:br/>
      </w:r>
      <w:r>
        <w:rPr>
          <w:sz w:val="20"/>
        </w:rPr>
        <w:t>2:02  apne experience se keh raha hoon ke zaroor ek impulse aata hai, right direction mein aap ko guide kar</w:t>
      </w:r>
      <w:r>
        <w:br/>
      </w:r>
      <w:r>
        <w:rPr>
          <w:sz w:val="20"/>
        </w:rPr>
        <w:t>2:06  raha hota hai.</w:t>
      </w:r>
      <w:r>
        <w:br/>
      </w:r>
      <w:r>
        <w:rPr>
          <w:sz w:val="20"/>
        </w:rPr>
        <w:t>2:11  lekin saath saath ek temptation bhi hota hai.</w:t>
      </w:r>
      <w:r>
        <w:br/>
      </w:r>
      <w:r>
        <w:rPr>
          <w:sz w:val="20"/>
        </w:rPr>
        <w:t>2:15  jaise main bachpan mein, bahut bachpan mein,</w:t>
      </w:r>
      <w:r>
        <w:br/>
      </w:r>
      <w:r>
        <w:rPr>
          <w:sz w:val="20"/>
        </w:rPr>
        <w:t>2:19  gaon mein rehta tha.</w:t>
      </w:r>
      <w:r>
        <w:br/>
      </w:r>
      <w:r>
        <w:rPr>
          <w:sz w:val="20"/>
        </w:rPr>
        <w:t>2:24  yeh British India ka zamana tha.</w:t>
      </w:r>
      <w:r>
        <w:br/>
      </w:r>
      <w:r>
        <w:rPr>
          <w:sz w:val="20"/>
        </w:rPr>
        <w:t>2:28  to ek chhota sa, itna bada tha main.</w:t>
      </w:r>
      <w:r>
        <w:br/>
      </w:r>
      <w:r>
        <w:rPr>
          <w:sz w:val="20"/>
        </w:rPr>
        <w:t>2:32  to gaon ke bachche jo hain, woh Dussehra dekhne ke liye jaate the.</w:t>
      </w:r>
      <w:r>
        <w:br/>
      </w:r>
      <w:r>
        <w:rPr>
          <w:sz w:val="20"/>
        </w:rPr>
        <w:t>2:36  ek aur do-teen meel ke faasle par, do-do meel ke doori par ek tha, Bisunpur ek gaon tha.</w:t>
      </w:r>
      <w:r>
        <w:br/>
      </w:r>
      <w:r>
        <w:rPr>
          <w:sz w:val="20"/>
        </w:rPr>
        <w:t>2:41  to Bisunpur mein bade dhoom se Dussehra hota tha.</w:t>
      </w:r>
      <w:r>
        <w:br/>
      </w:r>
      <w:r>
        <w:rPr>
          <w:sz w:val="20"/>
        </w:rPr>
        <w:t>2:45  market banti thi wahan par, khoob bikta tha. us</w:t>
      </w:r>
      <w:r>
        <w:br/>
      </w:r>
      <w:r>
        <w:rPr>
          <w:sz w:val="20"/>
        </w:rPr>
        <w:t>2:49  zamane mein bikne ki cheezein itni item to thin nahin, aajkal ki tarike se.</w:t>
      </w:r>
      <w:r>
        <w:br/>
      </w:r>
      <w:r>
        <w:rPr>
          <w:sz w:val="20"/>
        </w:rPr>
        <w:t>2:54  ab to bahut item ho gaye hain.</w:t>
      </w:r>
      <w:r>
        <w:br/>
      </w:r>
      <w:r>
        <w:rPr>
          <w:sz w:val="20"/>
        </w:rPr>
        <w:t>2:58  to ab sabke bachche jo, maaen unki jeb mein paisa daal deti thin.</w:t>
      </w:r>
      <w:r>
        <w:br/>
      </w:r>
      <w:r>
        <w:rPr>
          <w:sz w:val="20"/>
        </w:rPr>
        <w:t>3:03  to meri maa meri jeb mein kuch paisa daal deti thin wahan.</w:t>
      </w:r>
      <w:r>
        <w:br/>
      </w:r>
      <w:r>
        <w:rPr>
          <w:sz w:val="20"/>
        </w:rPr>
        <w:t>3:07  matlab wahan, aajkal ke zamane mein, shopping karne ke liye.</w:t>
      </w:r>
      <w:r>
        <w:br/>
      </w:r>
      <w:r>
        <w:rPr>
          <w:sz w:val="20"/>
        </w:rPr>
        <w:t>3:11  tab to woh shopping kya thi, bas do-ek cheez thin, woh khareed lo usko.</w:t>
      </w:r>
      <w:r>
        <w:br/>
      </w:r>
      <w:r>
        <w:rPr>
          <w:sz w:val="20"/>
        </w:rPr>
        <w:t>3:16  to sab bachche dhoom se khareedte the.</w:t>
      </w:r>
      <w:r>
        <w:br/>
      </w:r>
      <w:r>
        <w:rPr>
          <w:sz w:val="20"/>
        </w:rPr>
        <w:t>3:20  to zahir hai ki mujhe bhi ek aata tha ki main bhi khareedoon, main bhi yeh-yeh cheez loon.</w:t>
      </w:r>
      <w:r>
        <w:br/>
      </w:r>
      <w:r>
        <w:rPr>
          <w:sz w:val="20"/>
        </w:rPr>
        <w:t>3:24  lekin saath-saath ek aur impulse mere mind mein aata tha.</w:t>
      </w:r>
      <w:r>
        <w:br/>
      </w:r>
      <w:r>
        <w:rPr>
          <w:sz w:val="20"/>
        </w:rPr>
        <w:t>3:29  kyunki main pehle ek thinking mind mere andar shuru se hai.</w:t>
      </w:r>
      <w:r>
        <w:br/>
      </w:r>
      <w:r>
        <w:rPr>
          <w:sz w:val="20"/>
        </w:rPr>
        <w:t>3:33  sochna, sochna, sochna.</w:t>
      </w:r>
      <w:r>
        <w:br/>
      </w:r>
      <w:r>
        <w:rPr>
          <w:sz w:val="20"/>
        </w:rPr>
        <w:t>3:37  to har baat ko sochkar uski deep mein jaana.</w:t>
      </w:r>
      <w:r>
        <w:br/>
      </w:r>
      <w:r>
        <w:rPr>
          <w:sz w:val="20"/>
        </w:rPr>
        <w:t>3:42  ab mera mind to laga hua hai usmein, deep mein jaane ki taraf.</w:t>
      </w:r>
      <w:r>
        <w:br/>
      </w:r>
      <w:r>
        <w:rPr>
          <w:sz w:val="20"/>
        </w:rPr>
        <w:t>3:46  ab bachche jo khoob khareed rahe</w:t>
      </w:r>
      <w:r>
        <w:br/>
      </w:r>
      <w:r>
        <w:rPr>
          <w:sz w:val="20"/>
        </w:rPr>
        <w:t>3:50  hain, khush ho rahe hain. To ye by nature tha mere andar. Us waqt samajh nahi thi mere andar. Lekin main phir bhi impulse ki taraf jaata tha main. Temptation ki taraf nahi jaata tha main. Isiliye mujhe yaad hai ke har saal, har saal jaata tha main. Lekin main jo paisa meri maa deti thi jeb mein, poora ka poora lauta leta tha. Lauta aa jaata tha. Poora ka poora unhein de deta tha. Ka</w:t>
      </w:r>
      <w:r>
        <w:br/>
      </w:r>
      <w:r>
        <w:rPr>
          <w:sz w:val="20"/>
        </w:rPr>
        <w:t>4:20  bhi maine wahan par kuch cheez khareedi nahi. Koi shopping nahi kiya maine. To dekhiye, us waqt main sochta hoon, to mujhe yaad aata hai ke ek taraf ye shauk ke bachche khareedein to hum bhi khareedein. Jo woh impulse andar ka. Ke ek curiosity hoti thi, ye kya cheez hai, woh kya cheez hai, woh kya cheez hai. To main us curiosity ko follow karta tha. Us temptation ko kill kar deta tha. Ye by nature tha mere andar us waqt</w:t>
      </w:r>
      <w:r>
        <w:br/>
      </w:r>
      <w:r>
        <w:rPr>
          <w:sz w:val="20"/>
        </w:rPr>
        <w:t>4:50  .</w:t>
      </w:r>
      <w:r>
        <w:br/>
      </w:r>
      <w:r>
        <w:rPr>
          <w:sz w:val="20"/>
        </w:rPr>
        <w:t>4:55  to main samajhta hoon ki yeh har ek ka mamla hai.</w:t>
      </w:r>
      <w:r>
        <w:br/>
      </w:r>
      <w:r>
        <w:rPr>
          <w:sz w:val="20"/>
        </w:rPr>
        <w:t>4:59  daily life mein, rozana aisa hota hai ki ek hota hai temptation.</w:t>
      </w:r>
      <w:r>
        <w:br/>
      </w:r>
      <w:r>
        <w:rPr>
          <w:sz w:val="20"/>
        </w:rPr>
        <w:t>5:03  aur ek hota hai wo impulse.</w:t>
      </w:r>
      <w:r>
        <w:br/>
      </w:r>
      <w:r>
        <w:rPr>
          <w:sz w:val="20"/>
        </w:rPr>
        <w:t>5:08  to temptation zyada strong hota hai.</w:t>
      </w:r>
      <w:r>
        <w:br/>
      </w:r>
      <w:r>
        <w:rPr>
          <w:sz w:val="20"/>
        </w:rPr>
        <w:t>5:12  aur impulse jo hai, thoda weak hota hai. hamesha.</w:t>
      </w:r>
      <w:r>
        <w:br/>
      </w:r>
      <w:r>
        <w:rPr>
          <w:sz w:val="20"/>
        </w:rPr>
        <w:t>5:16  to main yahi kahunga, follow that impulse.</w:t>
      </w:r>
      <w:r>
        <w:br/>
      </w:r>
      <w:r>
        <w:rPr>
          <w:sz w:val="20"/>
        </w:rPr>
        <w:t>5:21  ignore that, yaani ek hi formula main kahunga hai ki ignore that temptation and follow that impulse.</w:t>
      </w:r>
      <w:r>
        <w:br/>
      </w:r>
      <w:r>
        <w:rPr>
          <w:sz w:val="20"/>
        </w:rPr>
        <w:t>5:26  yahi uska course hai.</w:t>
      </w:r>
      <w:r>
        <w:br/>
      </w:r>
      <w:r>
        <w:rPr>
          <w:sz w:val="20"/>
        </w:rPr>
        <w:t>5:31  ignore that temptation and follow that impulse.</w:t>
      </w:r>
      <w:r>
        <w:br/>
      </w:r>
      <w:r>
        <w:rPr>
          <w:sz w:val="20"/>
        </w:rPr>
        <w:t>5:36  to impulse hamesha thoda weak rahega.</w:t>
      </w:r>
      <w:r>
        <w:br/>
      </w:r>
      <w:r>
        <w:rPr>
          <w:sz w:val="20"/>
        </w:rPr>
        <w:t>5:41  aur temptation thoda strong rahega.</w:t>
      </w:r>
      <w:r>
        <w:br/>
      </w:r>
      <w:r>
        <w:rPr>
          <w:sz w:val="20"/>
        </w:rPr>
        <w:t>5:46  ab wahan par aapko thoda</w:t>
      </w:r>
    </w:p>
    <w:p>
      <w:pPr>
        <w:pStyle w:val="Heading2"/>
      </w:pPr>
      <w:r>
        <w:t>Quranic wisdom, spirituality, and real inner change</w:t>
      </w:r>
    </w:p>
    <w:p>
      <w:r>
        <w:rPr>
          <w:color w:val="666666"/>
          <w:sz w:val="18"/>
        </w:rPr>
        <w:t>From Anger to Awareness A Journey with Maulana Wahiduddin Khan · 5m 07s · at 36:34 · https://youtu.be/EmHNgq0Iq1w?t=2194</w:t>
      </w:r>
    </w:p>
    <w:p>
      <w:r>
        <w:rPr>
          <w:i/>
        </w:rPr>
        <w:t>“Quranic wisdom is Quranic spirituality, mind-based spirituality.”</w:t>
      </w:r>
    </w:p>
    <w:p>
      <w:r>
        <w:rPr>
          <w:sz w:val="20"/>
        </w:rPr>
        <w:t>36:34  Every situation that he faced, he applied Quranic wisdom, and whoever does that today will be, uh, successful. So if it is Quranic wisdom, then what is spirituality, Dr.</w:t>
      </w:r>
      <w:r>
        <w:br/>
      </w:r>
      <w:r>
        <w:rPr>
          <w:sz w:val="20"/>
        </w:rPr>
        <w:t>36:45  Rajat? Yeah, so Quranic wisdom is Quranic spirituality. It is, uh, mind-based spirituality.</w:t>
      </w:r>
      <w:r>
        <w:br/>
      </w:r>
      <w:r>
        <w:rPr>
          <w:sz w:val="20"/>
        </w:rPr>
        <w:t>36:52  It helps in, uh, developing a person, uh, uh, in the complete sense of the word, I mean, the way he interacts, uh, with the world, uh, his conduct, his behavior, uh, everything is colored in the same divine, uh, color, and, uh, uh, he would be a believer at the workplace, he would be a believer in the marketplace, uh, or while he is at home.</w:t>
      </w:r>
      <w:r>
        <w:br/>
      </w:r>
      <w:r>
        <w:rPr>
          <w:sz w:val="20"/>
        </w:rPr>
        <w:t>37:16  Uh, so Quranic, uh, spirituality helps you in converting daily experiences, uh, uh, into lessons of wisdom.</w:t>
      </w:r>
      <w:r>
        <w:br/>
      </w:r>
      <w:r>
        <w:rPr>
          <w:sz w:val="20"/>
        </w:rPr>
        <w:t>37:25  For example, uh, Maulana would say that, uh, observe the, uh, daily phenomenas, like for example, he, uh, he talked about ant culture.</w:t>
      </w:r>
      <w:r>
        <w:br/>
      </w:r>
      <w:r>
        <w:rPr>
          <w:sz w:val="20"/>
        </w:rPr>
        <w:t>37:34  Now, we see ants in our daily life, but he gave it a term, ant culture, adopt ant culture. Uh,</w:t>
      </w:r>
      <w:r>
        <w:br/>
      </w:r>
      <w:r>
        <w:rPr>
          <w:sz w:val="20"/>
        </w:rPr>
        <w:t>37:41  when you look at an ant walking towards a heap, uh, mixed with salt and, uh, sweet, uh, salt or sugar, what would the ant do?</w:t>
      </w:r>
      <w:r>
        <w:br/>
      </w:r>
      <w:r>
        <w:rPr>
          <w:sz w:val="20"/>
        </w:rPr>
        <w:t>37:50  It would simply approach the heap, uh, retrieve the granules of sugar, and come back to its nest. Uh, so in the same way, the message that the ant culture is giving is that this world is a mixture of negatives and pos</w:t>
      </w:r>
      <w:r>
        <w:br/>
      </w:r>
      <w:r>
        <w:rPr>
          <w:sz w:val="20"/>
        </w:rPr>
        <w:t>38:04  itives. What you need to do is ignore what is undesirable and take what is desirable, just like an ant ignores the salt and takes what it desires, which is, uh, sugar.</w:t>
      </w:r>
      <w:r>
        <w:br/>
      </w:r>
      <w:r>
        <w:rPr>
          <w:sz w:val="20"/>
        </w:rPr>
        <w:t>38:15  So in this way, you will be able to derive, uh, nectar, uh, of wisdom, uh, through daily experiences. Thank you, Dr.</w:t>
      </w:r>
      <w:r>
        <w:br/>
      </w:r>
      <w:r>
        <w:rPr>
          <w:sz w:val="20"/>
        </w:rPr>
        <w:t>38:23  Rajat, uh, for helping us understand the Quranic wisdom and the spirituality. Uh,</w:t>
      </w:r>
      <w:r>
        <w:br/>
      </w:r>
      <w:r>
        <w:rPr>
          <w:sz w:val="20"/>
        </w:rPr>
        <w:t>38:31  it often, uh, you you will, you know, hear people saying or people reacting very emotionally, uh, when they deliver or talk in terms of a religion or the Quran,right?</w:t>
      </w:r>
      <w:r>
        <w:br/>
      </w:r>
      <w:r>
        <w:rPr>
          <w:sz w:val="20"/>
        </w:rPr>
        <w:t>38:42  So, uh, so what happens is that we have been hearing, uh, people talking, but we don't understand the message, and you explained very well that it is at the level of a mind, not at the level of a</w:t>
      </w:r>
      <w:r>
        <w:br/>
      </w:r>
      <w:r>
        <w:rPr>
          <w:sz w:val="20"/>
        </w:rPr>
        <w:t>38:54  heart. One has to understand that it's a mind-based, uh, wisdom which someone has to extract, and it helps us, you know, when we understand at the level of a mind, it will help us actually apply in our daily life.</w:t>
      </w:r>
      <w:r>
        <w:br/>
      </w:r>
      <w:r>
        <w:rPr>
          <w:sz w:val="20"/>
        </w:rPr>
        <w:t>39:07  But when we say people are emotional about it, so, uh, I want to understand, like, what was Maulana's method of giving this God's message to the people and why he has been emphasizing on wisdom over emotions,right?</w:t>
      </w:r>
      <w:r>
        <w:br/>
      </w:r>
      <w:r>
        <w:rPr>
          <w:sz w:val="20"/>
        </w:rPr>
        <w:t>39:24  He would always say that emotional, uh, speeches may excite you only for a moment, but the real transformation comes about, uh, through wisdom, and instead of, uh, stirring feelings, he focused on, uh, awakening one's mind.</w:t>
      </w:r>
      <w:r>
        <w:br/>
      </w:r>
      <w:r>
        <w:rPr>
          <w:sz w:val="20"/>
        </w:rPr>
        <w:t>39:41  Uh, he would therefore guide people to reflect on nature, on the universe, on the purpose of life, and on signs of God, uh, spread around, uh, all of us</w:t>
      </w:r>
      <w:r>
        <w:br/>
      </w:r>
      <w:r>
        <w:rPr>
          <w:sz w:val="20"/>
        </w:rPr>
        <w:t>39:52  . His, uh, approach was more, uh, individual-based rather than crowd-based. He would say that, uh, if an individual can be made to understand the importance of change, then eventually, uh, the collection of all these individuals will become the instrument of a broader change in the soci</w:t>
      </w:r>
      <w:r>
        <w:br/>
      </w:r>
      <w:r>
        <w:rPr>
          <w:sz w:val="20"/>
        </w:rPr>
        <w:t>40:11  ety. If you look at from the life of Prophet Muhammad, uh, he did not bring about the change in the Aramian society through emotional speeches, but he awakened the moral consciousness.</w:t>
      </w:r>
      <w:r>
        <w:br/>
      </w:r>
      <w:r>
        <w:rPr>
          <w:sz w:val="20"/>
        </w:rPr>
        <w:t>40:24  He converted his, uh, opponents, uh, to friends by not overpowering them but by outwising them.</w:t>
      </w:r>
      <w:r>
        <w:br/>
      </w:r>
      <w:r>
        <w:rPr>
          <w:sz w:val="20"/>
        </w:rPr>
        <w:t>40:32  So Maulana said the Prophet's approach was intellectual persuasion and not, uh, through any, uh, force or emotional, uh, speeches.</w:t>
      </w:r>
      <w:r>
        <w:br/>
      </w:r>
      <w:r>
        <w:rPr>
          <w:sz w:val="20"/>
        </w:rPr>
        <w:t>40:42  Uh, his, uh, journey, if you look at, uh, he reached out to the world through every possible means, through books, uh, articles, uh, social media, interfaith platforms, uh, by way of which he conveyed the message of peace, uh, and spirituality to the whole world</w:t>
      </w:r>
      <w:r>
        <w:br/>
      </w:r>
      <w:r>
        <w:rPr>
          <w:sz w:val="20"/>
        </w:rPr>
        <w:t>41:02  . CPS mission is a literature-based mission that addresses, uh, the minds of people seeking answers, uh, to leading a successful life.</w:t>
      </w:r>
      <w:r>
        <w:br/>
      </w:r>
      <w:r>
        <w:rPr>
          <w:sz w:val="20"/>
        </w:rPr>
        <w:t>41:12  It helps in, uh, making them, uh, spiritual. Maulana believed that the love of God is the main thing, and that can come about by awakening one's mind.</w:t>
      </w:r>
      <w:r>
        <w:br/>
      </w:r>
      <w:r>
        <w:rPr>
          <w:sz w:val="20"/>
        </w:rPr>
        <w:t>41:23  Uh, he never advocated for, uh, conversion or forced belief</w:t>
      </w:r>
      <w:r>
        <w:br/>
      </w:r>
      <w:r>
        <w:rPr>
          <w:sz w:val="20"/>
        </w:rPr>
        <w:t>41:29  . He said that the real thing is the inner change, which is, uh, converting your anger into compassion, your greed into contentment, and violence, uh, into peace.</w:t>
      </w:r>
      <w:r>
        <w:br/>
      </w:r>
      <w:r>
        <w:rPr>
          <w:sz w:val="20"/>
        </w:rPr>
        <w:t>41:42  Beautifully explained, uh, Dr. Rajat,</w:t>
      </w:r>
    </w:p>
    <w:p>
      <w:pPr>
        <w:pStyle w:val="Heading2"/>
      </w:pPr>
      <w:r>
        <w:t>Paradise is earned by personality development, not rituals</w:t>
      </w:r>
    </w:p>
    <w:p>
      <w:r>
        <w:rPr>
          <w:color w:val="666666"/>
          <w:sz w:val="18"/>
        </w:rPr>
        <w:t>Materialism and Intellectual Dwarfism 29th April 2012 · 4m 03s · at 43:32 · https://youtu.be/qHzARL_r3I4?t=2612</w:t>
      </w:r>
    </w:p>
    <w:p>
      <w:r>
        <w:rPr>
          <w:i/>
        </w:rPr>
        <w:t>“Jannat jo hai kya hai? Ye bhi ek badi fallacy hai”</w:t>
      </w:r>
    </w:p>
    <w:p>
      <w:r>
        <w:rPr>
          <w:sz w:val="20"/>
        </w:rPr>
        <w:t>43:32  jin sirf dunya ki cheez nahi hai. dekhen, jannat kis ke liye hai?</w:t>
      </w:r>
      <w:r>
        <w:br/>
      </w:r>
      <w:r>
        <w:rPr>
          <w:sz w:val="20"/>
        </w:rPr>
        <w:t>43:38  yeh bhi aik bohat bari fallacy hai ke log samajhte hain ke sahib to tasbeeh parh lo to jannat mil jayegi. ashshaq chashth jo hai, woh nagha na ho, jannat mil jayegi.</w:t>
      </w:r>
      <w:r>
        <w:br/>
      </w:r>
      <w:r>
        <w:rPr>
          <w:sz w:val="20"/>
        </w:rPr>
        <w:t>43:48  chale pe charh jao, jannat mil jayegi. kuch stage karo, dhoom machao, stage par islam ka haq taqreen karo to jannat mil jayegi.</w:t>
      </w:r>
      <w:r>
        <w:br/>
      </w:r>
      <w:r>
        <w:rPr>
          <w:sz w:val="20"/>
        </w:rPr>
        <w:t>44:03  yeh sab cheezen kabhi bhi hargiz nahi jannat mein pohnchanay wali kisi ko hain. yaad rakhiye, jannat naam hai aap ki apni shakhsiyat ke development ka.</w:t>
      </w:r>
      <w:r>
        <w:br/>
      </w:r>
      <w:r>
        <w:rPr>
          <w:sz w:val="20"/>
        </w:rPr>
        <w:t>44:14  aik developed, developed shakhsiyat hi jannat</w:t>
      </w:r>
      <w:r>
        <w:br/>
      </w:r>
      <w:r>
        <w:rPr>
          <w:sz w:val="20"/>
        </w:rPr>
        <w:t>44:19  mein jayegi. zalik jaza muntazaka, zalik jaza muntazaka. yani spiritual development, intellectual development yeh jo cheez hai,</w:t>
      </w:r>
      <w:r>
        <w:br/>
      </w:r>
      <w:r>
        <w:rPr>
          <w:sz w:val="20"/>
        </w:rPr>
        <w:t>44:34  is ke zariye jo shakhsiyat banti hai, to aik aik jannati shakhsiyat jannat mein jayegi. koi kharji amal nahi jannat le ayega aap ko.</w:t>
      </w:r>
      <w:r>
        <w:br/>
      </w:r>
      <w:r>
        <w:rPr>
          <w:sz w:val="20"/>
        </w:rPr>
        <w:t>44:44  to aap ko apne andar jannati personality banana hai.</w:t>
      </w:r>
      <w:r>
        <w:br/>
      </w:r>
      <w:r>
        <w:rPr>
          <w:sz w:val="20"/>
        </w:rPr>
        <w:t>44:50  aur jannati personality banti hai wohi tadabbur se, tafakkur se, ta'aqqul se.</w:t>
      </w:r>
      <w:r>
        <w:br/>
      </w:r>
      <w:r>
        <w:rPr>
          <w:sz w:val="20"/>
        </w:rPr>
        <w:t>45:01  acha khana khane, acha kapra pehanne se nahi banti woh shakhsiyat. ya kisi kharji amal se bhi nahi banti shakhsiyat.</w:t>
      </w:r>
      <w:r>
        <w:br/>
      </w:r>
      <w:r>
        <w:rPr>
          <w:sz w:val="20"/>
        </w:rPr>
        <w:t>45:11  ke aap chale pe chale gaye to shakhsiyat ban gayi.</w:t>
      </w:r>
      <w:r>
        <w:br/>
      </w:r>
      <w:r>
        <w:rPr>
          <w:sz w:val="20"/>
        </w:rPr>
        <w:t>45:14  aap ne saath to tasbeeh parh li to woh ban gayi. aisa aisa kuch bhi nahi hai. aap ke andar aap ko Allah taala ne jo aik personality di hai, us personality ko aap develop karna padega.</w:t>
      </w:r>
      <w:r>
        <w:br/>
      </w:r>
      <w:r>
        <w:rPr>
          <w:sz w:val="20"/>
        </w:rPr>
        <w:t>45:28  develop karne ke ma'ani kya hain? poore ma'anon mein negativity se pak hona.</w:t>
      </w:r>
      <w:r>
        <w:br/>
      </w:r>
      <w:r>
        <w:rPr>
          <w:sz w:val="20"/>
        </w:rPr>
        <w:t>45:38  poore ma'anon mein negativity se pak hona.</w:t>
      </w:r>
      <w:r>
        <w:br/>
      </w:r>
      <w:r>
        <w:rPr>
          <w:sz w:val="20"/>
        </w:rPr>
        <w:t>45:41  aik aayata ke barabar bhi aap ke andar negativity na ho.</w:t>
      </w:r>
      <w:r>
        <w:br/>
      </w:r>
      <w:r>
        <w:rPr>
          <w:sz w:val="20"/>
        </w:rPr>
        <w:t>45:48  phir kya hoga? is ke baad aap ka ta'alluq Allah se jud jayega. Allah se aap ko sab se ziyada mohabbat hogi.</w:t>
      </w:r>
      <w:r>
        <w:br/>
      </w:r>
      <w:r>
        <w:rPr>
          <w:sz w:val="20"/>
        </w:rPr>
        <w:t>45:58  Allah se sab se ziyada aap ko khauf hoga. Allah aap ka sole concern ban jayega. yeh sab jab in cheezon mein jiyenge aap to aik personality banegi aap ke andar.</w:t>
      </w:r>
      <w:r>
        <w:br/>
      </w:r>
      <w:r>
        <w:rPr>
          <w:sz w:val="20"/>
        </w:rPr>
        <w:t>46:11  aik mutaqqi personality, aik muttaqi personality, aik jannati personality. wohi woh log hain jo jannat mein basaye jayenge.</w:t>
      </w:r>
      <w:r>
        <w:br/>
      </w:r>
      <w:r>
        <w:rPr>
          <w:sz w:val="20"/>
        </w:rPr>
        <w:t>46:25  dekhen, jannat jo hai kya hai? jannat jannat bohat hi refined colony hai aur bohat hi refined qism ke log woh</w:t>
      </w:r>
      <w:r>
        <w:br/>
      </w:r>
      <w:r>
        <w:rPr>
          <w:sz w:val="20"/>
        </w:rPr>
        <w:t>46:33  aan rahen ge. bohat hi bohat aala darjay ka test rakhne wale, aala darjay ki thinking wale, yaani high thinking, high test, high culture, high etiquette, yaani har lehaz se bohat hi high class ke log wahan par basaye jayen ge.</w:t>
      </w:r>
      <w:r>
        <w:br/>
      </w:r>
      <w:r>
        <w:rPr>
          <w:sz w:val="20"/>
        </w:rPr>
        <w:t>46:52  woh toh waisi personality darkar hai.</w:t>
      </w:r>
      <w:r>
        <w:br/>
      </w:r>
      <w:r>
        <w:rPr>
          <w:sz w:val="20"/>
        </w:rPr>
        <w:t>47:01  toh yeh jo cheez hai ke madi culture se jab aap alag hote hain toh kya hota hai? zehni ertaqa shuru hota hai.</w:t>
      </w:r>
      <w:r>
        <w:br/>
      </w:r>
      <w:r>
        <w:rPr>
          <w:sz w:val="20"/>
        </w:rPr>
        <w:t>47:11  zehni ertaqa jab hota hai toh rohani ertaqa hota hai. rohani ertaqa jab hota hai toh aap ke andar ek shakhsiyat banti hai. jab ek shakhsiyat banti hai toh wohi shakhsiyat ja kar ke Allah taala ke intikhab mein select hoti hai jannat ke liye.</w:t>
      </w:r>
    </w:p>
    <w:p>
      <w:pPr>
        <w:pStyle w:val="Heading2"/>
      </w:pPr>
      <w:r>
        <w:t>Two formulas for managing problems</w:t>
      </w:r>
    </w:p>
    <w:p>
      <w:r>
        <w:rPr>
          <w:color w:val="666666"/>
          <w:sz w:val="18"/>
        </w:rPr>
        <w:t>How to Deal with Problems December 07, 2008 · 5m 19s · at 11:13 · https://youtu.be/7ohPSsTkiw4?t=673</w:t>
      </w:r>
    </w:p>
    <w:p>
      <w:r>
        <w:rPr>
          <w:i/>
        </w:rPr>
        <w:t>“Ek hai layman's formula, aur ek hai intellectual's formula.”</w:t>
      </w:r>
    </w:p>
    <w:p>
      <w:r>
        <w:rPr>
          <w:sz w:val="20"/>
        </w:rPr>
        <w:t>11:13  ek hai layman's formula. aur ek hai intellectual's formula. yeh aam aadmi jo bohat zyada sochna hi bohat zyada soch nahin pata hai, uska ek formula hai.</w:t>
      </w:r>
      <w:r>
        <w:br/>
      </w:r>
      <w:r>
        <w:rPr>
          <w:sz w:val="20"/>
        </w:rPr>
        <w:t>11:28  is ke liye bhi ek formula hai. aur ke woh aadmi jo jis ka parha likha hai, jo intellectual hai, uska formula.</w:t>
      </w:r>
      <w:r>
        <w:br/>
      </w:r>
      <w:r>
        <w:rPr>
          <w:sz w:val="20"/>
        </w:rPr>
        <w:t>11:42  to main aap ko dono ka batana chahon ga. layman's ka formula kya hai?</w:t>
      </w:r>
      <w:r>
        <w:br/>
      </w:r>
      <w:r>
        <w:rPr>
          <w:sz w:val="20"/>
        </w:rPr>
        <w:t>11:53  dekhiye, jab partition hua nineteen forty-seven mein to ek aadmi pakistan se aya. aap jante hain ke bohat log idhar se udhar idhar se hue thay partition mein.</w:t>
      </w:r>
      <w:r>
        <w:br/>
      </w:r>
      <w:r>
        <w:rPr>
          <w:sz w:val="20"/>
        </w:rPr>
        <w:t>12:06  to us waqt woh aya wahan se to woh bilkul penniless tha woh. us ke paas kuch nahin tha. to dilli ke ek muslim family ne us ko apne haan rakha.</w:t>
      </w:r>
      <w:r>
        <w:br/>
      </w:r>
      <w:r>
        <w:rPr>
          <w:sz w:val="20"/>
        </w:rPr>
        <w:t>12:21  us ko paisa diya. us ko establish karne mein madad di. kafi unhon ne us ko support diya, muslim family ne.</w:t>
      </w:r>
      <w:r>
        <w:br/>
      </w:r>
      <w:r>
        <w:rPr>
          <w:sz w:val="20"/>
        </w:rPr>
        <w:t>12:32  to woh aadmi jo tha, us ne business kiya yahan par dilli mein. aur business bohat barha us ka. yahan tak ke muslim family se bohat zyada us ka business ho gaya.</w:t>
      </w:r>
      <w:r>
        <w:br/>
      </w:r>
      <w:r>
        <w:rPr>
          <w:sz w:val="20"/>
        </w:rPr>
        <w:t>12:47  yani muslim family ke paas chota ghar tha to us ka bara ghar ho gaya. muslim family ke paas bicycle thi to us ke paas car ho gayi.</w:t>
      </w:r>
      <w:r>
        <w:br/>
      </w:r>
      <w:r>
        <w:rPr>
          <w:sz w:val="20"/>
        </w:rPr>
        <w:t>12:57  muslim family ke paas chota karobar tha, us ne bara karobar kar liya. yani har lehaz se woh muslim family se bara ho gaya.</w:t>
      </w:r>
      <w:r>
        <w:br/>
      </w:r>
      <w:r>
        <w:rPr>
          <w:sz w:val="20"/>
        </w:rPr>
        <w:t>13:08  to muslim family ke ek member ne kaha ek bar ke hum se dekha nahin jata.</w:t>
      </w:r>
      <w:r>
        <w:br/>
      </w:r>
      <w:r>
        <w:rPr>
          <w:sz w:val="20"/>
        </w:rPr>
        <w:t>13:17  hum se dekha nahin jata. yani jis aadmi ko hum ne support diya tha, woh hum se agay barh gaya. us ko kehte hain jalan, malice, hasad.</w:t>
      </w:r>
      <w:r>
        <w:br/>
      </w:r>
      <w:r>
        <w:rPr>
          <w:sz w:val="20"/>
        </w:rPr>
        <w:t>13:31  to jab tak woh kuch nahin tha to un ko sympathy thi. out of philanthropy unhon ne us ki madad ki. lekin jab bara ho gaya to un ko jalan aa gayi.</w:t>
      </w:r>
      <w:r>
        <w:br/>
      </w:r>
      <w:r>
        <w:rPr>
          <w:sz w:val="20"/>
        </w:rPr>
        <w:t>13:46  to is aadmi ko jo pakistan se aya tha, jo sharnarthi tha, us se kaha gaya ke dekho, tumhare tum se in ko hasad aur jalan hai, woh tumhare khilaf bolte rehte hain woh.</w:t>
      </w:r>
      <w:r>
        <w:br/>
      </w:r>
      <w:r>
        <w:rPr>
          <w:sz w:val="20"/>
        </w:rPr>
        <w:t>14:02  to us ne sharnarthi ne kya jawab diya? us refugee ne. yeh un ka problem hai, mera problem to nahin.</w:t>
      </w:r>
      <w:r>
        <w:br/>
      </w:r>
      <w:r>
        <w:rPr>
          <w:sz w:val="20"/>
        </w:rPr>
        <w:t>14:14  yeh hai layman's formula. yeh har jagah apply ho jaye ga. ek hi formula har jagah apply ho jaye ga. us ko main kahon ga ke yeh hai layman's formula.</w:t>
      </w:r>
      <w:r>
        <w:br/>
      </w:r>
      <w:r>
        <w:rPr>
          <w:sz w:val="20"/>
        </w:rPr>
        <w:t>14:25  ke un ka problem hai, mera problem to nahin.</w:t>
      </w:r>
      <w:r>
        <w:br/>
      </w:r>
      <w:r>
        <w:rPr>
          <w:sz w:val="20"/>
        </w:rPr>
        <w:t>14:31  agar aadmi bohat zyada sochna nahin chahta, bohat zyada educated nahin hai woh, tab bhi us ke liye ek ek ek layman's formula hai. jab bhi koi baat aisi ho to us ko mind mein na rakh le woh.</w:t>
      </w:r>
      <w:r>
        <w:br/>
      </w:r>
      <w:r>
        <w:rPr>
          <w:sz w:val="20"/>
        </w:rPr>
        <w:t>14:45  keh de, bhai un ka un ka problem hai, mera problem to nahin. yani within second woh apne ko is se alag kar le.</w:t>
      </w:r>
      <w:r>
        <w:br/>
      </w:r>
      <w:r>
        <w:rPr>
          <w:sz w:val="20"/>
        </w:rPr>
        <w:t>14:54  apne ko normal bana le. basic baat hai normal banana. basic baat hai normal banana apne aap ko. to woh jo thi family, woh normal nahin rakh saki apne aap ko.</w:t>
      </w:r>
      <w:r>
        <w:br/>
      </w:r>
      <w:r>
        <w:rPr>
          <w:sz w:val="20"/>
        </w:rPr>
        <w:t>15:07  un ko jalan aa gayi, hasad aa gayi. to jab dekhte thay ke woh zyada baray ghar mein hai, zyada bari gari pe chalta hai, zyada bara business hai, to unhon ne kaha ke dekha nahin jata us ki taraqqi ko hum.</w:t>
      </w:r>
      <w:r>
        <w:br/>
      </w:r>
      <w:r>
        <w:rPr>
          <w:sz w:val="20"/>
        </w:rPr>
        <w:t>15:21  hum peechay reh gaye, woh agay barh gaya. lekin us ne kaise manage kiya? us ne kaha, yeh un ka problem hai, mera problem to nahin. to yeh hai layman's formula.</w:t>
      </w:r>
      <w:r>
        <w:br/>
      </w:r>
      <w:r>
        <w:rPr>
          <w:sz w:val="20"/>
        </w:rPr>
        <w:t>15:34  problem ko solve karne ka. aur doosri misal jo di main ne aap ko, woh hai intellectual's formula. ke deputy commissioner sahib se agar us ne shake hand nahin kiya to intellectual level par us ko manage kar sakte thay woh.</w:t>
      </w:r>
      <w:r>
        <w:br/>
      </w:r>
      <w:r>
        <w:rPr>
          <w:sz w:val="20"/>
        </w:rPr>
        <w:t>15:54  woh is ko analyze karte, woh sort out karte, woh is ko explain karte. toh woh is baat ko pohnch lete ke bhai yeh aik individual ka case hai.</w:t>
      </w:r>
      <w:r>
        <w:br/>
      </w:r>
      <w:r>
        <w:rPr>
          <w:sz w:val="20"/>
        </w:rPr>
        <w:t>16:06  khuda ki jo baat hai, woh toh quran mein hai. quran mein toh likha hua hai ke: "wa la tusaoir khaddaka lilnasi." "Don't turn your face away from people." ke chhod do in ko.</w:t>
      </w:r>
      <w:r>
        <w:br/>
      </w:r>
      <w:r>
        <w:rPr>
          <w:sz w:val="20"/>
        </w:rPr>
        <w:t>16:23  toh is tarah se woh intellectual level par manage kar leta is problem ko jo is ko pesh aaya tha.</w:t>
      </w:r>
    </w:p>
    <w:p>
      <w:pPr>
        <w:pStyle w:val="Heading2"/>
      </w:pPr>
      <w:r>
        <w:t>Law of nature: every hardship is a challenge</w:t>
      </w:r>
    </w:p>
    <w:p>
      <w:r>
        <w:rPr>
          <w:color w:val="666666"/>
          <w:sz w:val="18"/>
        </w:rPr>
        <w:t>Challenge Activates Potential March 7, 2009 Maulana Wahiduddin Khan · 5m 32s · at 13:46 · https://youtu.be/fINKWi2aYzo?t=826</w:t>
      </w:r>
    </w:p>
    <w:p>
      <w:r>
        <w:rPr>
          <w:i/>
        </w:rPr>
        <w:t>“Every one is born with great potential.”</w:t>
      </w:r>
    </w:p>
    <w:p>
      <w:r>
        <w:rPr>
          <w:sz w:val="20"/>
        </w:rPr>
        <w:t>13:46  everyone is born with great potential. every man and woman are born with great potential.</w:t>
      </w:r>
      <w:r>
        <w:br/>
      </w:r>
      <w:r>
        <w:rPr>
          <w:sz w:val="20"/>
        </w:rPr>
        <w:t>13:55  but this potential is in a dormant situation. dormant, dormant in our nature.</w:t>
      </w:r>
      <w:r>
        <w:br/>
      </w:r>
      <w:r>
        <w:rPr>
          <w:sz w:val="20"/>
        </w:rPr>
        <w:t>14:05  initially, it is dormant. it is in dormant position. so challenge only activate your potential.</w:t>
      </w:r>
      <w:r>
        <w:br/>
      </w:r>
      <w:r>
        <w:rPr>
          <w:sz w:val="20"/>
        </w:rPr>
        <w:t>14:18  without potential, no intellectual awakening.</w:t>
      </w:r>
      <w:r>
        <w:br/>
      </w:r>
      <w:r>
        <w:rPr>
          <w:sz w:val="20"/>
        </w:rPr>
        <w:t>14:25  if some one is, if some one was born in some palace, there was no hardship, there are no problem.</w:t>
      </w:r>
      <w:r>
        <w:br/>
      </w:r>
      <w:r>
        <w:rPr>
          <w:sz w:val="20"/>
        </w:rPr>
        <w:t>14:38  it means that this person will live without challenge and die without challenge. and he can't do anything.</w:t>
      </w:r>
      <w:r>
        <w:br/>
      </w:r>
      <w:r>
        <w:rPr>
          <w:sz w:val="20"/>
        </w:rPr>
        <w:t>14:49  you know, no prince, no prince was able to to author a great book, great discovery, great invention.</w:t>
      </w:r>
      <w:r>
        <w:br/>
      </w:r>
      <w:r>
        <w:rPr>
          <w:sz w:val="20"/>
        </w:rPr>
        <w:t>15:03  those princes who are born in palaces, their boost. yani unfortunate people. it is said that mr so and so was born with a silver spoon in his mouth.</w:t>
      </w:r>
      <w:r>
        <w:br/>
      </w:r>
      <w:r>
        <w:rPr>
          <w:sz w:val="20"/>
        </w:rPr>
        <w:t>15:19  it is general saying that mr so and so was born with a silver spoon in his mouth. but is not pleasing.</w:t>
      </w:r>
      <w:r>
        <w:br/>
      </w:r>
      <w:r>
        <w:rPr>
          <w:sz w:val="20"/>
        </w:rPr>
        <w:t>15:29  i don't take this as a pleasing, because when he was with with a silver spoon in his mouth, it means that he had no challenge, no problem.</w:t>
      </w:r>
      <w:r>
        <w:br/>
      </w:r>
      <w:r>
        <w:rPr>
          <w:sz w:val="20"/>
        </w:rPr>
        <w:t>15:42  so his potential, his potential will will not activate.</w:t>
      </w:r>
      <w:r>
        <w:br/>
      </w:r>
      <w:r>
        <w:rPr>
          <w:sz w:val="20"/>
        </w:rPr>
        <w:t>15:53  he is not in position to to turn his potential to actual.</w:t>
      </w:r>
      <w:r>
        <w:br/>
      </w:r>
      <w:r>
        <w:rPr>
          <w:sz w:val="20"/>
        </w:rPr>
        <w:t>16:00  so if was, if we are facing some problem, that is good, is not bad. there is not evil.</w:t>
      </w:r>
      <w:r>
        <w:br/>
      </w:r>
      <w:r>
        <w:rPr>
          <w:sz w:val="20"/>
        </w:rPr>
        <w:t>16:11  it is general concept that people take problem as an evil. they want to remove all those evils.</w:t>
      </w:r>
      <w:r>
        <w:br/>
      </w:r>
      <w:r>
        <w:rPr>
          <w:sz w:val="20"/>
        </w:rPr>
        <w:t>16:21  i can see ke all the philosophers, all the reformers, all the leaders were obstinate with some notion.</w:t>
      </w:r>
      <w:r>
        <w:br/>
      </w:r>
      <w:r>
        <w:rPr>
          <w:sz w:val="20"/>
        </w:rPr>
        <w:t>16:29  perhaps there is no exception except Muhammad sallallahu alaihi wasallam. all the philosophers of history, all the reformers of history, all the leaders of history were obstinate with this notion that we have to remove this problem.</w:t>
      </w:r>
      <w:r>
        <w:br/>
      </w:r>
      <w:r>
        <w:rPr>
          <w:sz w:val="20"/>
        </w:rPr>
        <w:t>16:48  they wanted to establish a society where there is no problem, problem free society. this was against the law.</w:t>
      </w:r>
      <w:r>
        <w:br/>
      </w:r>
      <w:r>
        <w:rPr>
          <w:sz w:val="20"/>
        </w:rPr>
        <w:t>16:57  this planning was against the law of nature.</w:t>
      </w:r>
      <w:r>
        <w:br/>
      </w:r>
      <w:r>
        <w:rPr>
          <w:sz w:val="20"/>
        </w:rPr>
        <w:t>17:00  this kind of planning was against the law of nature. but all the, all the, all the, all the reformers were obstinate with this emotion.</w:t>
      </w:r>
      <w:r>
        <w:br/>
      </w:r>
      <w:r>
        <w:rPr>
          <w:sz w:val="20"/>
        </w:rPr>
        <w:t>17:14  perhaps a kind of my study, Muhammad sallallahu alaihi wasallam was the first in human history, first who was able to disclose this law of nature.</w:t>
      </w:r>
      <w:r>
        <w:br/>
      </w:r>
      <w:r>
        <w:rPr>
          <w:sz w:val="20"/>
        </w:rPr>
        <w:t>17:26  that problem were not problem, problem were placing.</w:t>
      </w:r>
      <w:r>
        <w:br/>
      </w:r>
      <w:r>
        <w:rPr>
          <w:sz w:val="20"/>
        </w:rPr>
        <w:t>17:32  inna ma'al usri yusra, inna ma'al usri yusra. so we have to take guidance from the prophet sallallahu alaihi wasallam, and we have to welcome all those,</w:t>
      </w:r>
      <w:r>
        <w:br/>
      </w:r>
      <w:r>
        <w:rPr>
          <w:sz w:val="20"/>
        </w:rPr>
        <w:t>17:50  all those negative propaganda, all those kind of harshship, any kind of, any kind of negative response.</w:t>
      </w:r>
      <w:r>
        <w:br/>
      </w:r>
      <w:r>
        <w:rPr>
          <w:sz w:val="20"/>
        </w:rPr>
        <w:t>18:06  we have to to welcome it, we have to take it as a blessing. there is well known saying blessing and is guide.</w:t>
      </w:r>
      <w:r>
        <w:br/>
      </w:r>
      <w:r>
        <w:rPr>
          <w:sz w:val="20"/>
        </w:rPr>
        <w:t>18:17  so blessing is guide is not an exceptional kind of events. all those things which are apparently evil, they are blessing in this life.</w:t>
      </w:r>
      <w:r>
        <w:br/>
      </w:r>
      <w:r>
        <w:rPr>
          <w:sz w:val="20"/>
        </w:rPr>
        <w:t>18:36  the only thing is that you have to tell people that don't take it as a negative thing.</w:t>
      </w:r>
      <w:r>
        <w:br/>
      </w:r>
      <w:r>
        <w:rPr>
          <w:sz w:val="20"/>
        </w:rPr>
        <w:t>18:47  in this world, nothing is negative in in complete sense of the world. only 50 percent in everything.</w:t>
      </w:r>
      <w:r>
        <w:br/>
      </w:r>
      <w:r>
        <w:rPr>
          <w:sz w:val="20"/>
        </w:rPr>
        <w:t>18:59  there are two different aspect, negative and positive.</w:t>
      </w:r>
      <w:r>
        <w:br/>
      </w:r>
      <w:r>
        <w:rPr>
          <w:sz w:val="20"/>
        </w:rPr>
        <w:t>19:05  so nothing is evil. no, every evil accompanies some some kind of positivity.</w:t>
      </w:r>
    </w:p>
    <w:p>
      <w:pPr>
        <w:pStyle w:val="Heading2"/>
      </w:pPr>
      <w:r>
        <w:t>Making mistakes is human — insisting on them is the real sin</w:t>
      </w:r>
    </w:p>
    <w:p>
      <w:r>
        <w:rPr>
          <w:color w:val="666666"/>
          <w:sz w:val="18"/>
        </w:rPr>
        <w:t>Materialism and Intellectual Dwarfism 29th April 2012 · 3m 20s · at 55:22 · https://youtu.be/qHzARL_r3I4?t=3322</w:t>
      </w:r>
    </w:p>
    <w:p>
      <w:r>
        <w:rPr>
          <w:i/>
        </w:rPr>
        <w:t>“Hum is duniya mein is liye nahi aaye ke animal ban kar rahein”</w:t>
      </w:r>
    </w:p>
    <w:p>
      <w:r>
        <w:rPr>
          <w:sz w:val="20"/>
        </w:rPr>
        <w:t>55:22  kul banu Adam khattaun wa khairul khataeen at tawwaboon tamam banu Adam khata kar hain. yaani khata kar ke maani sab se khataein sarzad ho sakti hain.</w:t>
      </w:r>
      <w:r>
        <w:br/>
      </w:r>
      <w:r>
        <w:rPr>
          <w:sz w:val="20"/>
        </w:rPr>
        <w:t>55:36  aur sab se acha khata kar woh hai jo khata kar khata ho to us ke baad foran tauba kare, foran tauba kare. woh</w:t>
      </w:r>
      <w:r>
        <w:br/>
      </w:r>
      <w:r>
        <w:rPr>
          <w:sz w:val="20"/>
        </w:rPr>
        <w:t>55:48  to mein aap ko yeh naseehat karta hoon aur aap is mission ko doosron tak pohnchayen ke yeh duniya mein hum is liye nahi aaye hain ke animal ban kar rahen,</w:t>
      </w:r>
      <w:r>
        <w:br/>
      </w:r>
      <w:r>
        <w:rPr>
          <w:sz w:val="20"/>
        </w:rPr>
        <w:t>56:05  animal ban kar rahen. Is liye nahi aaye hain ke bas ghar aur car aur water aur family aur maal aulad isi mein jeen aur mar jayen. Is ke liye nahi abhi bheja gaya Allah taala aap ko.</w:t>
      </w:r>
      <w:r>
        <w:br/>
      </w:r>
      <w:r>
        <w:rPr>
          <w:sz w:val="20"/>
        </w:rPr>
        <w:t>56:17  Is liye bheja hai ke aap yahan ke halaat mein</w:t>
      </w:r>
      <w:r>
        <w:br/>
      </w:r>
      <w:r>
        <w:rPr>
          <w:sz w:val="20"/>
        </w:rPr>
        <w:t>56:22  apne aap ko aik aik aik aik aik developed personality banaen. Apne aap ko intellectual sense mein, spiritual sense mein, divine sense mein.</w:t>
      </w:r>
      <w:r>
        <w:br/>
      </w:r>
      <w:r>
        <w:rPr>
          <w:sz w:val="20"/>
        </w:rPr>
        <w:t>56:36  aik aala personality,</w:t>
      </w:r>
      <w:r>
        <w:br/>
      </w:r>
      <w:r>
        <w:rPr>
          <w:sz w:val="20"/>
        </w:rPr>
        <w:t>56:41  aik positive personality</w:t>
      </w:r>
      <w:r>
        <w:br/>
      </w:r>
      <w:r>
        <w:rPr>
          <w:sz w:val="20"/>
        </w:rPr>
        <w:t>56:48  jo is qabil thehray Allah ki nazar mein ke maut ke baad is ko jannat mein jagah di jaye.</w:t>
      </w:r>
      <w:r>
        <w:br/>
      </w:r>
      <w:r>
        <w:rPr>
          <w:sz w:val="20"/>
        </w:rPr>
        <w:t>57:01  to yeh mera tajurba hai poori zindagi ka ke log log material culture mein jeete hain.</w:t>
      </w:r>
      <w:r>
        <w:br/>
      </w:r>
      <w:r>
        <w:rPr>
          <w:sz w:val="20"/>
        </w:rPr>
        <w:t>57:12  yeh nahi sochte ke is ki price kiya de rahe hain. Woh bohat bhari price de rahe hain. Woh</w:t>
      </w:r>
      <w:r>
        <w:br/>
      </w:r>
      <w:r>
        <w:rPr>
          <w:sz w:val="20"/>
        </w:rPr>
        <w:t>57:18  yani intellectual dwarfism ka shikar ho rahe hain. Woh madi taraqqiyon mein mein jeena saada baat nahi hai.</w:t>
      </w:r>
      <w:r>
        <w:br/>
      </w:r>
      <w:r>
        <w:rPr>
          <w:sz w:val="20"/>
        </w:rPr>
        <w:t>57:27  Is ka matlab yeh hai ke aap aik intellectual dwarf bana rahe hain apne aap ko.</w:t>
      </w:r>
      <w:r>
        <w:br/>
      </w:r>
      <w:r>
        <w:rPr>
          <w:sz w:val="20"/>
        </w:rPr>
        <w:t>57:32  to aisa aadmi na duniya ke kaam karna, aakhirat ke kaam kar, na duniya ke kaam karna, aakhirat ke kaam kar.</w:t>
      </w:r>
      <w:r>
        <w:br/>
      </w:r>
      <w:r>
        <w:rPr>
          <w:sz w:val="20"/>
        </w:rPr>
        <w:t>57:44  to kaisa ajeeb bhata hai yeh jo har insaan ke hissay mein aa raha hai.</w:t>
      </w:r>
      <w:r>
        <w:br/>
      </w:r>
      <w:r>
        <w:rPr>
          <w:sz w:val="20"/>
        </w:rPr>
        <w:t>57:54  to aap ko apne liye bhi isi mission ko ikhtiyar karna hai aur doosron ko bhi is baat se baghabar karna hai ke duniya mein tumhare liye aik bohat bara imkan hai jo Allah taala ne khola hai.</w:t>
      </w:r>
      <w:r>
        <w:br/>
      </w:r>
      <w:r>
        <w:rPr>
          <w:sz w:val="20"/>
        </w:rPr>
        <w:t>58:11  lekin madi cheezon mein masghool ho kar tum is imkan ko avail nahi kar paate ho. To yeh to yeh ghaltiyan mat karo, yeh ghaltiyan mat karo.</w:t>
      </w:r>
      <w:r>
        <w:br/>
      </w:r>
      <w:r>
        <w:rPr>
          <w:sz w:val="20"/>
        </w:rPr>
        <w:t>58:28  Is yeh mein sochta hoon ke is aaj ke insaan ko sab se bari baat jo batani ki hai, woh yahi hai. Mein dua karta hoon ke Allah taala mujh ko aur aap ko is ki tofeeq de.</w:t>
      </w:r>
    </w:p>
    <w:p>
      <w:pPr>
        <w:pStyle w:val="Heading2"/>
      </w:pPr>
      <w:r>
        <w:t>Objective thinking scientific temper problem</w:t>
      </w:r>
    </w:p>
    <w:p>
      <w:r>
        <w:rPr>
          <w:color w:val="666666"/>
          <w:sz w:val="18"/>
        </w:rPr>
        <w:t>Scientific Temper April 08, 2020 Maulana Wahiduddin Khan · 4m 40s · at 0:22 · https://youtu.be/BqvmKPF6w0A?t=22</w:t>
      </w:r>
    </w:p>
    <w:p>
      <w:r>
        <w:rPr>
          <w:i/>
        </w:rPr>
        <w:t>“I see things very objectively.”</w:t>
      </w:r>
    </w:p>
    <w:p>
      <w:r>
        <w:rPr>
          <w:sz w:val="20"/>
        </w:rPr>
        <w:t>0:22  main cheezon ko bohat ziyada objective andaz mein dekhta hoon.</w:t>
      </w:r>
      <w:r>
        <w:br/>
      </w:r>
      <w:r>
        <w:rPr>
          <w:sz w:val="20"/>
        </w:rPr>
        <w:t>0:33  apni ghalti ho ya kisi aur ki ghalti ho, apni right thinking ki wajah se main bohat jald</w:t>
      </w:r>
      <w:r>
        <w:br/>
      </w:r>
      <w:r>
        <w:rPr>
          <w:sz w:val="20"/>
        </w:rPr>
        <w:t>0:40  maan leta hoon ke kis ne kahan ghalti ki. to is maamle mein main ne jab parha tha zia ul haq nilu ki kitab "discovery of India", us waqt se</w:t>
      </w:r>
      <w:r>
        <w:br/>
      </w:r>
      <w:r>
        <w:rPr>
          <w:sz w:val="20"/>
        </w:rPr>
        <w:t>1:01  yeh subject mere paas ban gaya ke indian sab ka, indian ka basic problem yeh hai ke yahan ke log</w:t>
      </w:r>
      <w:r>
        <w:br/>
      </w:r>
      <w:r>
        <w:rPr>
          <w:sz w:val="20"/>
        </w:rPr>
        <w:t>1:16  leak karte hain scientific thinking ko. to main is ko bohat ziyada study karta raha.</w:t>
      </w:r>
      <w:r>
        <w:br/>
      </w:r>
      <w:r>
        <w:rPr>
          <w:sz w:val="20"/>
        </w:rPr>
        <w:t>1:28  main samajhta hoon ke</w:t>
      </w:r>
      <w:r>
        <w:br/>
      </w:r>
      <w:r>
        <w:rPr>
          <w:sz w:val="20"/>
        </w:rPr>
        <w:t>1:32  is maamle mein musalmanon aur doosri community ka koi khaas farq nahi hai. yeh kami sab mein pai jati hai.</w:t>
      </w:r>
      <w:r>
        <w:br/>
      </w:r>
      <w:r>
        <w:rPr>
          <w:sz w:val="20"/>
        </w:rPr>
        <w:t>1:45  mere paas misalein bohat ziyada hain.</w:t>
      </w:r>
      <w:r>
        <w:br/>
      </w:r>
      <w:r>
        <w:rPr>
          <w:sz w:val="20"/>
        </w:rPr>
        <w:t>1:49  misal batane ke liye main bohat si misalein bata sakta hoon. is waqt main ne socha hai ke main misalein bayan na karoon, kyunke misalein bayan karne mein hota yeh hai ke bohat jald controversy shuru ho jati hai.</w:t>
      </w:r>
      <w:r>
        <w:br/>
      </w:r>
      <w:r>
        <w:rPr>
          <w:sz w:val="20"/>
        </w:rPr>
        <w:t>2:09  to right point se zehan hat jata hai. to main sirf yeh kahoon ga ke aap ghor kijiye, aap is par study kijiye, aur is ko janne ki koshish kijiye</w:t>
      </w:r>
      <w:r>
        <w:br/>
      </w:r>
      <w:r>
        <w:rPr>
          <w:sz w:val="20"/>
        </w:rPr>
        <w:t>2:25  ke ek insaan ne kyun aisa kaha ke indian subcontinent ka sab se bara masla yeh hai ke yahan logon mein scientific team nahi hai.</w:t>
      </w:r>
      <w:r>
        <w:br/>
      </w:r>
      <w:r>
        <w:rPr>
          <w:sz w:val="20"/>
        </w:rPr>
        <w:t>2:43  main samajhta hoon ke scientific temper ki ahmiyat is lihaaz se hai ke agar yeh maan lein aap to aap ko foran usi starting point mil jata hai.</w:t>
      </w:r>
      <w:r>
        <w:br/>
      </w:r>
      <w:r>
        <w:rPr>
          <w:sz w:val="20"/>
        </w:rPr>
        <w:t>2:59  starting point. yeh na manen to starting point nahi milta.</w:t>
      </w:r>
      <w:r>
        <w:br/>
      </w:r>
      <w:r>
        <w:rPr>
          <w:sz w:val="20"/>
        </w:rPr>
        <w:t>3:08  to mein aap sab logon ko yeh dawat deta hoon ke aap objective tor par, purely objective andaaz mein is ki study karen.</w:t>
      </w:r>
      <w:r>
        <w:br/>
      </w:r>
      <w:r>
        <w:rPr>
          <w:sz w:val="20"/>
        </w:rPr>
        <w:t>3:23  mein samajhta hoon ke yeh masla India ka hai, yeh masla Pakistan ka hai. is mein kisi ka exception nahi hai. to</w:t>
      </w:r>
      <w:r>
        <w:br/>
      </w:r>
      <w:r>
        <w:rPr>
          <w:sz w:val="20"/>
        </w:rPr>
        <w:t>3:35  doosron ki misaal de sakta hoon. maslan dekhiye, Japan ko dekhiye aur Germany ko dekhiye.</w:t>
      </w:r>
      <w:r>
        <w:br/>
      </w:r>
      <w:r>
        <w:rPr>
          <w:sz w:val="20"/>
        </w:rPr>
        <w:t>3:44  donon second world war mein bohat jald, bohat ziyada</w:t>
      </w:r>
      <w:r>
        <w:br/>
      </w:r>
      <w:r>
        <w:rPr>
          <w:sz w:val="20"/>
        </w:rPr>
        <w:t>3:55  last ka shikar hue. donon tabah ho gaye. lekin yeh bohat ajeeb baat hai ke Germany aur Japan donon bohat jald start kar gaye.</w:t>
      </w:r>
      <w:r>
        <w:br/>
      </w:r>
      <w:r>
        <w:rPr>
          <w:sz w:val="20"/>
        </w:rPr>
        <w:t>4:09  bohat jald start kar gaye.</w:t>
      </w:r>
      <w:r>
        <w:br/>
      </w:r>
      <w:r>
        <w:rPr>
          <w:sz w:val="20"/>
        </w:rPr>
        <w:t>4:15  to mein samajhta hoon ke hum sab ko yeh karna chahiye ke doosron ke zulm ki shikayat karna choren, balkeh apni side mein jo baat hai</w:t>
      </w:r>
      <w:r>
        <w:br/>
      </w:r>
      <w:r>
        <w:rPr>
          <w:sz w:val="20"/>
        </w:rPr>
        <w:t>4:33  is ko janne ki koshish karen.</w:t>
      </w:r>
      <w:r>
        <w:br/>
      </w:r>
      <w:r>
        <w:rPr>
          <w:sz w:val="20"/>
        </w:rPr>
        <w:t>4:38  dekhiye, starting hamesha apne aap se hoti hai, doosron se nahi hoti. to mein ne is hisse se mutala kiya hai, aur bohat adam yaqeen ke sath mein keh sakta hoon ke India mein</w:t>
      </w:r>
      <w:r>
        <w:br/>
      </w:r>
      <w:r>
        <w:rPr>
          <w:sz w:val="20"/>
        </w:rPr>
        <w:t>4:56  sab ke sath yahi problem hai.</w:t>
      </w:r>
    </w:p>
    <w:p>
      <w:pPr>
        <w:pStyle w:val="Heading2"/>
      </w:pPr>
      <w:r>
        <w:t>Full story of the note reflecting sensitivity to sin</w:t>
      </w:r>
    </w:p>
    <w:p>
      <w:r>
        <w:rPr>
          <w:color w:val="666666"/>
          <w:sz w:val="18"/>
        </w:rPr>
        <w:t>Tawbah-e-Nasuh (Sincere Repentance) 16 Feb 2020 - Maulana Wahiduddin Khan · 3m 49s · at 14:01 · https://youtu.be/0CccKs-1Uu8?t=841</w:t>
      </w:r>
    </w:p>
    <w:p>
      <w:r>
        <w:rPr>
          <w:i/>
        </w:rPr>
        <w:t>“Jaisa mein aap ko ek qissa batata hoon apna. Main gaon mein rehta”</w:t>
      </w:r>
    </w:p>
    <w:p>
      <w:r>
        <w:rPr>
          <w:sz w:val="20"/>
        </w:rPr>
        <w:t>14:01  jaise mein aap ko ek qissa batata hoon apna. mein gaon mein rehta tha, UP ke ek gaon mein. to wahan par hamara jo ghar tha, ghar mein ek</w:t>
      </w:r>
      <w:r>
        <w:br/>
      </w:r>
      <w:r>
        <w:rPr>
          <w:sz w:val="20"/>
        </w:rPr>
        <w:t>14:17  neeche ek kamra tha, us ke upar ek chhat thi. mein aam taur par chhat par sota tha. is zamane mein wahan lalten hoti thi, bijli nahi hoti thi.</w:t>
      </w:r>
      <w:r>
        <w:br/>
      </w:r>
      <w:r>
        <w:rPr>
          <w:sz w:val="20"/>
        </w:rPr>
        <w:t>14:34  to jab mein ja kar upar soya to mujhe apna ek qissa bar bar yaad aata raha.</w:t>
      </w:r>
      <w:r>
        <w:br/>
      </w:r>
      <w:r>
        <w:rPr>
          <w:sz w:val="20"/>
        </w:rPr>
        <w:t>14:47  woh yeh ke kamre mein jo almari thi,</w:t>
      </w:r>
      <w:r>
        <w:br/>
      </w:r>
      <w:r>
        <w:rPr>
          <w:sz w:val="20"/>
        </w:rPr>
        <w:t>14:51  us ke andar ek ek paper tha, us paper ke neeche ek ek note rakh diya tha, sau rupay ka note. yeh us zamane ki baat hai jab ke sau rupiya bari cheez hoti thi.</w:t>
      </w:r>
      <w:r>
        <w:br/>
      </w:r>
      <w:r>
        <w:rPr>
          <w:sz w:val="20"/>
        </w:rPr>
        <w:t>15:07  to ek paper tha, us ke neeche woh sau rupay ka note mein ne rakh diya tha. ab bar bar mujhe khayal aata tha ke agar bhai raat ko mein</w:t>
      </w:r>
      <w:r>
        <w:br/>
      </w:r>
      <w:r>
        <w:rPr>
          <w:sz w:val="20"/>
        </w:rPr>
        <w:t>15:26  ek ittefaq se akhbar mein mein ne ek waqia padha tha ke ek aadmi raat ko soya to subah ko mar chuka tha woh.</w:t>
      </w:r>
      <w:r>
        <w:br/>
      </w:r>
      <w:r>
        <w:rPr>
          <w:sz w:val="20"/>
        </w:rPr>
        <w:t>15:39  ittefaq ki baat hai ke mein ne ek akhbar mein padha tha ke ek aadmi raat ko soya aur subah ko mar chuka tha woh.</w:t>
      </w:r>
      <w:r>
        <w:br/>
      </w:r>
      <w:r>
        <w:rPr>
          <w:sz w:val="20"/>
        </w:rPr>
        <w:t>15:49  to mujhe bar bar yeh khayal aata tha ke aaj subah ko jab jab subah ka waqt aaye to bistar par mera murda jism ho to kya hoga?</w:t>
      </w:r>
      <w:r>
        <w:br/>
      </w:r>
      <w:r>
        <w:rPr>
          <w:sz w:val="20"/>
        </w:rPr>
        <w:t>16:02  yani woh note jo mein ne rakha tha, woh koi janta nahi tha.</w:t>
      </w:r>
      <w:r>
        <w:br/>
      </w:r>
      <w:r>
        <w:rPr>
          <w:sz w:val="20"/>
        </w:rPr>
        <w:t>16:07  woh kaise us aadmi ko pahunchega jis jis aadmi ki woh imarat mere paas thi? to mein in karod badalta raha isi is mein.</w:t>
      </w:r>
      <w:r>
        <w:br/>
      </w:r>
      <w:r>
        <w:rPr>
          <w:sz w:val="20"/>
        </w:rPr>
        <w:t>16:21  to aakhir mein kya hua ke mein utha</w:t>
      </w:r>
      <w:r>
        <w:br/>
      </w:r>
      <w:r>
        <w:rPr>
          <w:sz w:val="20"/>
        </w:rPr>
        <w:t>16:25  aur mein ne jo lalten wahan rakhi hui thi, woh mein ne sham ko mein ne bujha diya tha us ko.</w:t>
      </w:r>
      <w:r>
        <w:br/>
      </w:r>
      <w:r>
        <w:rPr>
          <w:sz w:val="20"/>
        </w:rPr>
        <w:t>16:37  to mein ne desai li aur us ko jalaya</w:t>
      </w:r>
      <w:r>
        <w:br/>
      </w:r>
      <w:r>
        <w:rPr>
          <w:sz w:val="20"/>
        </w:rPr>
        <w:t>16:45  laltain ko. phir laltain ko jala kar ke main ne kiya kiya ke jahan rakha tha note, us par aik aur aik kaghaz mein likh kar</w:t>
      </w:r>
      <w:r>
        <w:br/>
      </w:r>
      <w:r>
        <w:rPr>
          <w:sz w:val="20"/>
        </w:rPr>
        <w:t>17:02  rakh diya wahan par ke yeh jo note hai, so rupay ka note, yeh falan aadmi ka hai imarat. agar main khuda khwah balfarz main aaj subah ko mar jaon to yeh kaghaz un ko pohancha diya jae.</w:t>
      </w:r>
      <w:r>
        <w:br/>
      </w:r>
      <w:r>
        <w:rPr>
          <w:sz w:val="20"/>
        </w:rPr>
        <w:t>17:18  yeh note un ko pohancha diya jae.</w:t>
      </w:r>
      <w:r>
        <w:br/>
      </w:r>
      <w:r>
        <w:rPr>
          <w:sz w:val="20"/>
        </w:rPr>
        <w:t>17:23  to yeh hai main samajhta hoon ke yeh hai</w:t>
      </w:r>
      <w:r>
        <w:br/>
      </w:r>
      <w:r>
        <w:rPr>
          <w:sz w:val="20"/>
        </w:rPr>
        <w:t>17:31  yani hassasiyat. hassasiyat jo hogi tab toba aayegi, tab toba nasooh aayega, tab sanchar repetens aayega.</w:t>
      </w:r>
    </w:p>
    <w:p>
      <w:pPr>
        <w:pStyle w:val="Heading2"/>
      </w:pPr>
      <w:r>
        <w:t>Prescribed courses fail compared to natural experiences</w:t>
      </w:r>
    </w:p>
    <w:p>
      <w:r>
        <w:rPr>
          <w:color w:val="666666"/>
          <w:sz w:val="18"/>
        </w:rPr>
        <w:t>Positive Response August 11, 2018 · 3m 53s · at 11:53 · https://youtu.be/W9oH8kJHTWg?t=713</w:t>
      </w:r>
    </w:p>
    <w:p>
      <w:r>
        <w:rPr>
          <w:i/>
        </w:rPr>
        <w:t>“Main ek martaba, bohat pehle ki baat hai”</w:t>
      </w:r>
    </w:p>
    <w:p>
      <w:r>
        <w:rPr>
          <w:sz w:val="20"/>
        </w:rPr>
        <w:t>11:53  mein aik martaba, bohat pehle ki baat hai, aik aik group tha. is group ne training camp lagaya, training camp</w:t>
      </w:r>
      <w:r>
        <w:br/>
      </w:r>
      <w:r>
        <w:rPr>
          <w:sz w:val="20"/>
        </w:rPr>
        <w:t>12:12  15 din ka.</w:t>
      </w:r>
      <w:r>
        <w:br/>
      </w:r>
      <w:r>
        <w:rPr>
          <w:sz w:val="20"/>
        </w:rPr>
        <w:t>12:17  to is waqt mein rehta tha adam garh mein.</w:t>
      </w:r>
      <w:r>
        <w:br/>
      </w:r>
      <w:r>
        <w:rPr>
          <w:sz w:val="20"/>
        </w:rPr>
        <w:t>12:23  to mein bhi is mein gaya, 15 din bataya. lekin jab khatam hua woh to mein ne dekha ke na mere paas koi take away tha,</w:t>
      </w:r>
      <w:r>
        <w:br/>
      </w:r>
      <w:r>
        <w:rPr>
          <w:sz w:val="20"/>
        </w:rPr>
        <w:t>12:39  na doosron ke paas koi take away tha.</w:t>
      </w:r>
      <w:r>
        <w:br/>
      </w:r>
      <w:r>
        <w:rPr>
          <w:sz w:val="20"/>
        </w:rPr>
        <w:t>12:45  koi take away kisi ke paas nahi tha kyunke jo logon ne apne ta'asurat, jo invite kiye gaye ke bataiye, to is mein koi creative baat woh kar nahi paye.</w:t>
      </w:r>
      <w:r>
        <w:br/>
      </w:r>
      <w:r>
        <w:rPr>
          <w:sz w:val="20"/>
        </w:rPr>
        <w:t>12:58  to mein ne socha ke aisa kyun hai? is ki wajah thi ke unhon ne alag se chand aadmiyon ne aik aik aik aik nisaab banaya hai, aik course banaya hai ke aik shakhs hoga jo falan aayat padh dega,</w:t>
      </w:r>
      <w:r>
        <w:br/>
      </w:r>
      <w:r>
        <w:rPr>
          <w:sz w:val="20"/>
        </w:rPr>
        <w:t>13:18  falan hadith padh dega aur tahajjud ki namaz padhayega. ya'ani is tarah kuch course. to dekhiye, koi prescribed course ke zariye se koi development nahi hota hai.</w:t>
      </w:r>
      <w:r>
        <w:br/>
      </w:r>
      <w:r>
        <w:rPr>
          <w:sz w:val="20"/>
        </w:rPr>
        <w:t>13:38  koi bhi aap prescribed course aap ka ho to us se development nahi hoga, balkeh natural natural course ke tehat aap ko jo tajrubaat hote hain,</w:t>
      </w:r>
      <w:r>
        <w:br/>
      </w:r>
      <w:r>
        <w:rPr>
          <w:sz w:val="20"/>
        </w:rPr>
        <w:t>14:00  natural course ke tehat us waqt aap kya response dete hain, us se aap ka</w:t>
      </w:r>
      <w:r>
        <w:br/>
      </w:r>
      <w:r>
        <w:rPr>
          <w:sz w:val="20"/>
        </w:rPr>
        <w:t>14:12  development hota hai. maslan newton ko aap jante hain ke us ke sir par woh bagh bagh mein baitha tha, us ke sir par</w:t>
      </w:r>
      <w:r>
        <w:br/>
      </w:r>
      <w:r>
        <w:rPr>
          <w:sz w:val="20"/>
        </w:rPr>
        <w:t>14:29  seb gira. to us ko mein kahunga ke apple shock. to us par woh laga sochne.</w:t>
      </w:r>
      <w:r>
        <w:br/>
      </w:r>
      <w:r>
        <w:rPr>
          <w:sz w:val="20"/>
        </w:rPr>
        <w:t>14:41  farz kijiye ke us ko aap kai khushi bed par bithate aur wahan aap aate, aik seb le kar ke, us seb ko us ke sir par girate to us se kuch nahi ho sakta tha.</w:t>
      </w:r>
      <w:r>
        <w:br/>
      </w:r>
      <w:r>
        <w:rPr>
          <w:sz w:val="20"/>
        </w:rPr>
        <w:t>14:58  aik well organized. aik aik aik waqea aap karein ke wahan bed bithayein, kursi par bithayein, koi aadmi aaye, sir le kar ke sir par giraye.</w:t>
      </w:r>
      <w:r>
        <w:br/>
      </w:r>
      <w:r>
        <w:rPr>
          <w:sz w:val="20"/>
        </w:rPr>
        <w:t>15:15  us se nahi kuch hoga, lekin suddenly us ke sir par jo aik seb gira, us waqt jo response diya us ne, us response se us ko aik discovery hogi.</w:t>
      </w:r>
      <w:r>
        <w:br/>
      </w:r>
      <w:r>
        <w:rPr>
          <w:sz w:val="20"/>
        </w:rPr>
        <w:t>15:34  to yaad rakhiye, koi prescribed course se insaan ki personality mein develop nahi aata.</w:t>
      </w:r>
    </w:p>
    <w:p>
      <w:pPr>
        <w:pStyle w:val="Heading2"/>
      </w:pPr>
      <w:r>
        <w:t>Peace as Islam's central message, full argument</w:t>
      </w:r>
    </w:p>
    <w:p>
      <w:r>
        <w:rPr>
          <w:color w:val="666666"/>
          <w:sz w:val="18"/>
        </w:rPr>
        <w:t>From Anger to Awareness A Journey with Maulana Wahiduddin Khan · 5m 22s · at 8:49 · https://youtu.be/EmHNgq0Iq1w?t=529</w:t>
      </w:r>
    </w:p>
    <w:p>
      <w:r>
        <w:rPr>
          <w:i/>
        </w:rPr>
        <w:t>“His central message was that peace is Islam.”</w:t>
      </w:r>
    </w:p>
    <w:p>
      <w:r>
        <w:rPr>
          <w:sz w:val="20"/>
        </w:rPr>
        <w:t>8:49  So if you can throw some light on that. Yeah, that's very important. His central message was that, uh, peace is, uh, not part of Islam; peace is Islam.</w:t>
      </w:r>
      <w:r>
        <w:br/>
      </w:r>
      <w:r>
        <w:rPr>
          <w:sz w:val="20"/>
        </w:rPr>
        <w:t>9:01  Uh, whether he spoke about, uh, the Quran or Prophet Muhammad or spirituality, one theme that would always return, which is, uh, violence doesn't build anything; peace builds everything.</w:t>
      </w:r>
      <w:r>
        <w:br/>
      </w:r>
      <w:r>
        <w:rPr>
          <w:sz w:val="20"/>
        </w:rPr>
        <w:t>9:12  Peace is that master key by which you can make life, uh, meaningful. Uh, Maulana Wahiduddin Khan used to say that, uh, peace is the samambonam, meaning it is the greatest good.</w:t>
      </w:r>
      <w:r>
        <w:br/>
      </w:r>
      <w:r>
        <w:rPr>
          <w:sz w:val="20"/>
        </w:rPr>
        <w:t>9:26  Now, many people would argue that, uh, not peace, but freedom is samambonam. But he would say that, uh, uh, freedom cannot be samambonam because unlimited freedom leads to chaos, to anarchy, and it would stall, uh, progress, uh, both spiritually and materially.</w:t>
      </w:r>
      <w:r>
        <w:br/>
      </w:r>
      <w:r>
        <w:rPr>
          <w:sz w:val="20"/>
        </w:rPr>
        <w:t>9:45  Uh, whereas if you take the case of, uh, peace, peace and progress are directly proportional. If there is more peace, there will be more progress.</w:t>
      </w:r>
      <w:r>
        <w:br/>
      </w:r>
      <w:r>
        <w:rPr>
          <w:sz w:val="20"/>
        </w:rPr>
        <w:t>9:54  So</w:t>
      </w:r>
      <w:r>
        <w:br/>
      </w:r>
      <w:r>
        <w:rPr>
          <w:sz w:val="20"/>
        </w:rPr>
        <w:t>9:55  his, uh, idea of peace, uh, was very unique in the sense, uh, that he was able to pinpoint the pain point that the world was not able to identify with respect to peace and dialogue.</w:t>
      </w:r>
      <w:r>
        <w:br/>
      </w:r>
      <w:r>
        <w:rPr>
          <w:sz w:val="20"/>
        </w:rPr>
        <w:t>10:09  He, uh, said that, uh, for peace to come about, uh, unilateral, uh, adjustment is required.</w:t>
      </w:r>
      <w:r>
        <w:br/>
      </w:r>
      <w:r>
        <w:rPr>
          <w:sz w:val="20"/>
        </w:rPr>
        <w:t>10:18  Now, uh, take the example of, uh, the International Labour Organization, ILO, which is a UN body.</w:t>
      </w:r>
      <w:r>
        <w:br/>
      </w:r>
      <w:r>
        <w:rPr>
          <w:sz w:val="20"/>
        </w:rPr>
        <w:t>10:24  Its constitution says that, uh, real and lasting peace is built on social justice. Uh, but if that were true, then why is it that in human history, we don't see peace with justice?</w:t>
      </w:r>
      <w:r>
        <w:br/>
      </w:r>
      <w:r>
        <w:rPr>
          <w:sz w:val="20"/>
        </w:rPr>
        <w:t>10:38  And the reason is that most of the scholars tie the idea of peace with many extra condition</w:t>
      </w:r>
      <w:r>
        <w:br/>
      </w:r>
      <w:r>
        <w:rPr>
          <w:sz w:val="20"/>
        </w:rPr>
        <w:t>10:45  s. They say that peace, uh, will come about, uh, or peace is acceptable only if there is no human rights violation, there is no inequality, there is no injustice.</w:t>
      </w:r>
      <w:r>
        <w:br/>
      </w:r>
      <w:r>
        <w:rPr>
          <w:sz w:val="20"/>
        </w:rPr>
        <w:t>10:57  But Maulana's idea of peace was that you can have peace only on unilateral term</w:t>
      </w:r>
      <w:r>
        <w:br/>
      </w:r>
      <w:r>
        <w:rPr>
          <w:sz w:val="20"/>
        </w:rPr>
        <w:t>11:04  s, and for that, uh, you need to abandon confrontational, uh, activities like political activism, protest-based activism, human rights activism.</w:t>
      </w:r>
      <w:r>
        <w:br/>
      </w:r>
      <w:r>
        <w:rPr>
          <w:sz w:val="20"/>
        </w:rPr>
        <w:t>11:16  And the moment you do that, there's a logic to it. Uh, the moment you abandon all these, you know, uh, confrontational tactics, uh, normalcy is restored.</w:t>
      </w:r>
      <w:r>
        <w:br/>
      </w:r>
      <w:r>
        <w:rPr>
          <w:sz w:val="20"/>
        </w:rPr>
        <w:t>11:27  And when there is normalcy, there is peace, and peace gives you a lot of opportun</w:t>
      </w:r>
      <w:r>
        <w:br/>
      </w:r>
      <w:r>
        <w:rPr>
          <w:sz w:val="20"/>
        </w:rPr>
        <w:t>11:33  ities. And then, with wise planning, you can achieve all that you call as, uh, social justice. So in the Quran, there is, uh, this verse, uh, which says, "God calls to the home of peace." It clearly indicates that God wants this society to be peaceful, and it says that, uh,</w:t>
      </w:r>
      <w:r>
        <w:br/>
      </w:r>
      <w:r>
        <w:rPr>
          <w:sz w:val="20"/>
        </w:rPr>
        <w:t>11:55  in the Prophet, you have a good example.</w:t>
      </w:r>
      <w:r>
        <w:br/>
      </w:r>
      <w:r>
        <w:rPr>
          <w:sz w:val="20"/>
        </w:rPr>
        <w:t>11:58  Now, when you, uh, analyze this verse that in the Prophet, you have a good example, and you study chapter 48, verse number one, uh, the Quran says, uh, "We granted you a clear victory." Now, this verse came, Vikrant, in the context of the Hudaybiyyah Treaty.</w:t>
      </w:r>
      <w:r>
        <w:br/>
      </w:r>
      <w:r>
        <w:rPr>
          <w:sz w:val="20"/>
        </w:rPr>
        <w:t>12:16  The Hudaybiyyah Treaty was, uh, signed at a place called Hudaybiyyah. It is 24 kilometers, uh, away from the Kaaba, and hence the name, uh, Hudaybiyyah</w:t>
      </w:r>
      <w:r>
        <w:br/>
      </w:r>
      <w:r>
        <w:rPr>
          <w:sz w:val="20"/>
        </w:rPr>
        <w:t>12:27  Treaty. Now, the interesting, uh, fact about the Hudaybiyyah Treaty is that Prophet Muhammad, may peace be upon him, was not able to achieve, uh, the objective for which, uh, he had set, uh, towards the Kaaba along with his 1,400 companions because he was stopped at Hudaybiyyah, and he had to return back.</w:t>
      </w:r>
      <w:r>
        <w:br/>
      </w:r>
      <w:r>
        <w:rPr>
          <w:sz w:val="20"/>
        </w:rPr>
        <w:t>12:46  And that is how the treaty, uh, came about. It was signed, and that treaty was, uh, like a one-sided treat</w:t>
      </w:r>
      <w:r>
        <w:br/>
      </w:r>
      <w:r>
        <w:rPr>
          <w:sz w:val="20"/>
        </w:rPr>
        <w:t>12:55  y. And after signing of the treaty, this verse came. So one of the companions, uh, remarked that, "How can this be a victory when we were not even allowed to visit the house of God?" But the Prophet said, "No, indeed, this is, uh, this is a victory." And, uh, as we know from the history, that 628 AD, the Hudaybiyyah Treaty was signed, and 630 AD, less than two years, Mecca was conquered.</w:t>
      </w:r>
      <w:r>
        <w:br/>
      </w:r>
      <w:r>
        <w:rPr>
          <w:sz w:val="20"/>
        </w:rPr>
        <w:t>13:22  Uh,</w:t>
      </w:r>
      <w:r>
        <w:br/>
      </w:r>
      <w:r>
        <w:rPr>
          <w:sz w:val="20"/>
        </w:rPr>
        <w:t>13:23  so, uh, it basically, uh, gives us a message, uh, from the life of Prophet Muhammad that, uh, uh, do whatever it takes, uh, to establish, uh, peace.</w:t>
      </w:r>
      <w:r>
        <w:br/>
      </w:r>
      <w:r>
        <w:rPr>
          <w:sz w:val="20"/>
        </w:rPr>
        <w:t>13:37  Hostility can be ended only through dialogue and communication.</w:t>
      </w:r>
      <w:r>
        <w:br/>
      </w:r>
      <w:r>
        <w:rPr>
          <w:sz w:val="20"/>
        </w:rPr>
        <w:t>13:42  And, uh, to sum up, Maulana's idea of peace, which is derived from the Quran and from the life of Prophet Muhammad, one should aim for practical peace and not ideal peace.</w:t>
      </w:r>
      <w:r>
        <w:br/>
      </w:r>
      <w:r>
        <w:rPr>
          <w:sz w:val="20"/>
        </w:rPr>
        <w:t>13:54  And practical peace comes, uh, through practical wisdom, which, uh, which basically says that, uh, go for unilateral methods.</w:t>
      </w:r>
      <w:r>
        <w:br/>
      </w:r>
      <w:r>
        <w:rPr>
          <w:sz w:val="20"/>
        </w:rPr>
        <w:t>14:03  And if you make peace conditional, if you make peace, uh, a necessary condition as a bilateral, uh, agreement, then it would be imposs</w:t>
      </w:r>
    </w:p>
    <w:p>
      <w:pPr>
        <w:pStyle w:val="Heading2"/>
      </w:pPr>
      <w:r>
        <w:t>Gender complementarity and divine scheme</w:t>
      </w:r>
    </w:p>
    <w:p>
      <w:r>
        <w:rPr>
          <w:color w:val="666666"/>
          <w:sz w:val="18"/>
        </w:rPr>
        <w:t>Q&amp;A 06 Mar 2011 - Maulana Wahiduddin Khan · 3m 25s · at 27:11 · https://youtu.be/I5hJVw3Wum8?t=1631</w:t>
      </w:r>
    </w:p>
    <w:p>
      <w:r>
        <w:rPr>
          <w:i/>
        </w:rPr>
        <w:t>“عورت کا درجہ مرد سے بھی زیادہ دیا گیا ہے”</w:t>
      </w:r>
    </w:p>
    <w:p>
      <w:r>
        <w:rPr>
          <w:sz w:val="20"/>
        </w:rPr>
        <w:t>27:11  ? ji Maulana, aik to is ka yahi hai ke gender biased hain aur class biased hain. dekhiye, main to aaj hi subah kahin se keh raha tha, nahi, kal kal ki baat hui thi ke aurat ka darja mard se bhi ziyada diya gaya hai.</w:t>
      </w:r>
      <w:r>
        <w:br/>
      </w:r>
      <w:r>
        <w:rPr>
          <w:sz w:val="20"/>
        </w:rPr>
        <w:t>27:26  aur rasool Allah ki misaal se hazrat khadija jo theen, Allah taala ki pehli jo ahliya theen, to main kal hi kisi se baat kar raha tha ke woh female biasism ki pehli misaal hai.</w:t>
      </w:r>
      <w:r>
        <w:br/>
      </w:r>
      <w:r>
        <w:rPr>
          <w:sz w:val="20"/>
        </w:rPr>
        <w:t>27:45  rasool Allah ke baad jo theen, khadija theen. Har maamle mein wohi mashwara deti theen. Maslan jab wahi aayi to aap ko ghabraahat taari ho gayi.</w:t>
      </w:r>
      <w:r>
        <w:br/>
      </w:r>
      <w:r>
        <w:rPr>
          <w:sz w:val="20"/>
        </w:rPr>
        <w:t>27:57  aap aaye to aap kaha ke "zamiloni, zamiloni!</w:t>
      </w:r>
      <w:r>
        <w:br/>
      </w:r>
      <w:r>
        <w:rPr>
          <w:sz w:val="20"/>
        </w:rPr>
        <w:t>28:01  " main, main matlab bistar par mujhe sulao. To hazrat khadija ne us waqt aap ko mashwara diya ke "chaliye, hum Workah bin Nahl ke paas chalte hain." Woh religious scholar thay, bohat بڑے.</w:t>
      </w:r>
      <w:r>
        <w:br/>
      </w:r>
      <w:r>
        <w:rPr>
          <w:sz w:val="20"/>
        </w:rPr>
        <w:t>28:16  to unhon ne baas karor ata kiya.</w:t>
      </w:r>
      <w:r>
        <w:br/>
      </w:r>
      <w:r>
        <w:rPr>
          <w:sz w:val="20"/>
        </w:rPr>
        <w:t>28:21  abhi main kahin se keh raha tha ke hadith mein aata hai ke "hub min dunya" ke dunya mein jo cheezein hain, un mein aurat mere liye mehboob bana di gayi.</w:t>
      </w:r>
      <w:r>
        <w:br/>
      </w:r>
      <w:r>
        <w:rPr>
          <w:sz w:val="20"/>
        </w:rPr>
        <w:t>28:34  rasool Allah ne farmaya. To main ne kaha ke usay jo cheez bataayi gayi hai, woh hai female partner ki baat. Female partner har mard ki zaroorat hai ke uska ek female partner ho.</w:t>
      </w:r>
      <w:r>
        <w:br/>
      </w:r>
      <w:r>
        <w:rPr>
          <w:sz w:val="20"/>
        </w:rPr>
        <w:t>28:46  har aurat ki zaroorat hai ke uska ek male partner ho. Yeh kyun? Kisi ne bohat sahi kaha hai: "af all things alike, then there is no,</w:t>
      </w:r>
      <w:r>
        <w:br/>
      </w:r>
      <w:r>
        <w:rPr>
          <w:sz w:val="20"/>
        </w:rPr>
        <w:t>28:59  no,</w:t>
      </w:r>
      <w:r>
        <w:br/>
      </w:r>
      <w:r>
        <w:rPr>
          <w:sz w:val="20"/>
        </w:rPr>
        <w:t>29:00  no!" One thinks very much ke sab log ek saath ek ko sochein to koi zyada nahi sochta. To aurat ko different banaya, mard ko different banaya.</w:t>
      </w:r>
      <w:r>
        <w:br/>
      </w:r>
      <w:r>
        <w:rPr>
          <w:sz w:val="20"/>
        </w:rPr>
        <w:t>29:09  aurat miss different hai, mard mister different hai. To jab woh do saath hote hain to dono ke exchange se</w:t>
      </w:r>
      <w:r>
        <w:br/>
      </w:r>
      <w:r>
        <w:rPr>
          <w:sz w:val="20"/>
        </w:rPr>
        <w:t>29:19  nai cheezein average karti hain. To mard ko female partner chahiye, aurat ko male partner chahiye. Yani opposite partner.</w:t>
      </w:r>
      <w:r>
        <w:br/>
      </w:r>
      <w:r>
        <w:rPr>
          <w:sz w:val="20"/>
        </w:rPr>
        <w:t>29:30  yeh to bohat bara scheme hai Allah taala ki ke opposite partner diya. To is ko is tarah se nahi lena chahiye</w:t>
      </w:r>
      <w:r>
        <w:br/>
      </w:r>
      <w:r>
        <w:rPr>
          <w:sz w:val="20"/>
        </w:rPr>
        <w:t>29:38  ke koi baais hai ya kya hai. Nahi, yeh scheme hai, yeh planning hai. Kyun ke agar mard jo hota, woh aurat hoti.</w:t>
      </w:r>
      <w:r>
        <w:br/>
      </w:r>
      <w:r>
        <w:rPr>
          <w:sz w:val="20"/>
        </w:rPr>
        <w:t>29:46  jo aurat hota, woh mard hota. Jis ko kehte hain gender equality. Gender equality to nothing. Agar dono gender equal hotay to dunya bilkul dead hoti.</w:t>
      </w:r>
      <w:r>
        <w:br/>
      </w:r>
      <w:r>
        <w:rPr>
          <w:sz w:val="20"/>
        </w:rPr>
        <w:t>29:56  dead,</w:t>
      </w:r>
      <w:r>
        <w:br/>
      </w:r>
      <w:r>
        <w:rPr>
          <w:sz w:val="20"/>
        </w:rPr>
        <w:t>29:58  dead hoti. Bohat sahi kaha kisi ne jo main ne abhi bataya aap ko ke "when all things alike, no one thinks very much." Jab sab ek saath sochte hain to koi bhi zyada nahi sochta.</w:t>
      </w:r>
      <w:r>
        <w:br/>
      </w:r>
      <w:r>
        <w:rPr>
          <w:sz w:val="20"/>
        </w:rPr>
        <w:t>30:11  to Allah taala yeh gender equality ko main nahi manta. Main manta hoon gender complementarity ko manta hoon</w:t>
      </w:r>
      <w:r>
        <w:br/>
      </w:r>
      <w:r>
        <w:rPr>
          <w:sz w:val="20"/>
        </w:rPr>
        <w:t>30:20  ke do different ko paida kar ke Allah taala ne ek kar diya taake un se un ko faida ho, un ko, un ko, un ko faida ho. To is ko baais ke term mein nahi sochna chahiye.</w:t>
      </w:r>
      <w:r>
        <w:br/>
      </w:r>
      <w:r>
        <w:rPr>
          <w:sz w:val="20"/>
        </w:rPr>
        <w:t>30:29  is ko sochna chahiye Allah taala ki scheme ke term mein.</w:t>
      </w:r>
    </w:p>
    <w:p>
      <w:pPr>
        <w:pStyle w:val="Heading2"/>
      </w:pPr>
      <w:r>
        <w:t>Every moment of existence is a fresh blessing from God</w:t>
      </w:r>
    </w:p>
    <w:p>
      <w:r>
        <w:rPr>
          <w:color w:val="666666"/>
          <w:sz w:val="18"/>
        </w:rPr>
        <w:t>Materialism and Intellectual Dwarfism 29th April 2012 · 5m 43s · at 22:53 · https://youtu.be/qHzARL_r3I4?t=1373</w:t>
      </w:r>
    </w:p>
    <w:p>
      <w:r>
        <w:rPr>
          <w:i/>
        </w:rPr>
        <w:t>“Quran mein surah 55 hai, iska naam hai Ar-Rahman”</w:t>
      </w:r>
    </w:p>
    <w:p>
      <w:r>
        <w:rPr>
          <w:sz w:val="20"/>
        </w:rPr>
        <w:t>22:53  ab dekhiye, mein aaj ki aik baat karta hoon. aaj hi ki baat karta hoon mein. quran mein surah 55 jo hai, 55,</w:t>
      </w:r>
      <w:r>
        <w:br/>
      </w:r>
      <w:r>
        <w:rPr>
          <w:sz w:val="20"/>
        </w:rPr>
        <w:t>23:06  iska naam hai rehman.</w:t>
      </w:r>
      <w:r>
        <w:br/>
      </w:r>
      <w:r>
        <w:rPr>
          <w:sz w:val="20"/>
        </w:rPr>
        <w:t>23:10  surah rehman ki aik ayat hai yasalu man fis samawati wal arz kullu yaumin huwa fi shan</w:t>
      </w:r>
      <w:r>
        <w:br/>
      </w:r>
      <w:r>
        <w:rPr>
          <w:sz w:val="20"/>
        </w:rPr>
        <w:t>23:22  yaani usi se sawal karte hain jo kuch zameen o asman mein hai. zameen o asman mein jo kuch hai, sab usi aage aage sawal sawal bana hua hai.</w:t>
      </w:r>
      <w:r>
        <w:br/>
      </w:r>
      <w:r>
        <w:rPr>
          <w:sz w:val="20"/>
        </w:rPr>
        <w:t>23:36  woh har din aik shan mein hota hai. allah taala har din aik shan mein hota hai. to is ayat ko pehle bhi mein ne tafseeron mein dekha, aaj bhi mukhtalif tafseeron mein dekha, kai tafseeron mein.</w:t>
      </w:r>
      <w:r>
        <w:br/>
      </w:r>
      <w:r>
        <w:rPr>
          <w:sz w:val="20"/>
        </w:rPr>
        <w:t>23:50  usi tafseer mein koi aap ko bara rizq is mein nahi milta. na to wazeh koi wazeh tafseer nahi milti.</w:t>
      </w:r>
      <w:r>
        <w:br/>
      </w:r>
      <w:r>
        <w:rPr>
          <w:sz w:val="20"/>
        </w:rPr>
        <w:t>23:59  neez yeh ke is mein koi aisa jo aap ke liye aik aap ko aik bara rizq de, samandari rizq de,</w:t>
      </w:r>
      <w:r>
        <w:br/>
      </w:r>
      <w:r>
        <w:rPr>
          <w:sz w:val="20"/>
        </w:rPr>
        <w:t>24:06  aap ka dil koi bohat bara shukr paida kare,</w:t>
      </w:r>
      <w:r>
        <w:br/>
      </w:r>
      <w:r>
        <w:rPr>
          <w:sz w:val="20"/>
        </w:rPr>
        <w:t>24:13  woh matloob hai. to mein ne is par ghor kiya aur dua kiya to aik bohat hi ajeeb ghareeb cheez daryaft hui.</w:t>
      </w:r>
      <w:r>
        <w:br/>
      </w:r>
      <w:r>
        <w:rPr>
          <w:sz w:val="20"/>
        </w:rPr>
        <w:t>24:26  woh yeh thi ke poori ayat is tarah se hai ke yaslu man fis samawati wal arz kul yaum huwa fi shan</w:t>
      </w:r>
      <w:r>
        <w:br/>
      </w:r>
      <w:r>
        <w:rPr>
          <w:sz w:val="20"/>
        </w:rPr>
        <w:t>24:36  is ka maani hai ke zameen o aasman itni bari jo kainat hai, itni galaxies hain, itna solar system hai, itni sari jo duniya hai, jo ke aap naap nahi sakte, woh sab ka sab muhtaj hai Allah ke aagay.</w:t>
      </w:r>
      <w:r>
        <w:br/>
      </w:r>
      <w:r>
        <w:rPr>
          <w:sz w:val="20"/>
        </w:rPr>
        <w:t>24:52  jo kuch bhi, yaani suraj ko light mili hui hai to Allah de raha hai. sitare move kar rahe hain to Allah ki taqat se move kar rahe hain. darakht ug rahe hain to Allah ki taqat se ug rahe hain.</w:t>
      </w:r>
      <w:r>
        <w:br/>
      </w:r>
      <w:r>
        <w:rPr>
          <w:sz w:val="20"/>
        </w:rPr>
        <w:t>25:04  samundaron mein pani hai to Allah ki diye hue ki wajah se woh pani hai. ek to yeh pehlu is ka hai. yeh</w:t>
      </w:r>
      <w:r>
        <w:br/>
      </w:r>
      <w:r>
        <w:rPr>
          <w:sz w:val="20"/>
        </w:rPr>
        <w:t>25:14  phir mein ne kiya kiya ke mein ne is ko personalize kiya, yaani kainaati rehmat jo baras rahi hai Allah taala ki, is ko personalize kiya, apni zaat par le aaya mein is ko.</w:t>
      </w:r>
      <w:r>
        <w:br/>
      </w:r>
      <w:r>
        <w:rPr>
          <w:sz w:val="20"/>
        </w:rPr>
        <w:t>25:28  phir ek ajeeb o ghareeb ehsas hua.</w:t>
      </w:r>
      <w:r>
        <w:br/>
      </w:r>
      <w:r>
        <w:rPr>
          <w:sz w:val="20"/>
        </w:rPr>
        <w:t>25:33  ek ajeeb o ghareeb ehsas hua. woh yeh ke mein dekh raha hoon, bol raha hoon, sun raha hoon. to yahan par ek baat mein arz kar doon ke aaj kal jo modern science hai, is mein ek nazariya hai jis ko Rutherford ne develop kiya tha, jo kehte hain principle of determinacy.</w:t>
      </w:r>
      <w:r>
        <w:br/>
      </w:r>
      <w:r>
        <w:rPr>
          <w:sz w:val="20"/>
        </w:rPr>
        <w:t>25:55  is ka matlab hai ke kainat mein kainat ka jo system hai, woh continuity in discontinuity hai.</w:t>
      </w:r>
      <w:r>
        <w:br/>
      </w:r>
      <w:r>
        <w:rPr>
          <w:sz w:val="20"/>
        </w:rPr>
        <w:t>26:05  continuity in discontinuity. ek discontinuity chal rahi hai aur is mein ek continuity hai. is ki misaal woh hai jaise ke aap dekhte hain movie, dekhte hain aap movie to bظahir aap ko waqiat tasalsul ke sath nazar aa rahe hain, halanke aisa hota nahi hai.</w:t>
      </w:r>
      <w:r>
        <w:br/>
      </w:r>
      <w:r>
        <w:rPr>
          <w:sz w:val="20"/>
        </w:rPr>
        <w:t>26:21  wahan par</w:t>
      </w:r>
      <w:r>
        <w:br/>
      </w:r>
      <w:r>
        <w:rPr>
          <w:sz w:val="20"/>
        </w:rPr>
        <w:t>26:22  wahan par lakhon tasveerein alag alag hoti hain. har lamha discontinuity hota hai. har lamha. wahan par koi aisa nahi hai ke koi tasalsul se waqiat ho rahe hon.</w:t>
      </w:r>
      <w:r>
        <w:br/>
      </w:r>
      <w:r>
        <w:rPr>
          <w:sz w:val="20"/>
        </w:rPr>
        <w:t>26:36  lakhon tasveerein guzarti hain alag alag. to that is continuity in discontinuity. yahi poori kainat mein hai.</w:t>
      </w:r>
      <w:r>
        <w:br/>
      </w:r>
      <w:r>
        <w:rPr>
          <w:sz w:val="20"/>
        </w:rPr>
        <w:t>26:47  to aap ghor kijiye ke hum aap har lamha Allah ki rehmat se hain jo kuch hain. ek second fraction mein Allah ki rehmat na ho to hum khatam ho jayein.</w:t>
      </w:r>
      <w:r>
        <w:br/>
      </w:r>
      <w:r>
        <w:rPr>
          <w:sz w:val="20"/>
        </w:rPr>
        <w:t>27:01  to mein ne socha ke mein bol raha hoon to har lamha Khuda ki blessing aa rahi hai to mein bol raha hoon. mein dekh raha hoon to har lamha Khuda ki blessing aa rahi hai to ab mein dekh raha hoon.</w:t>
      </w:r>
      <w:r>
        <w:br/>
      </w:r>
      <w:r>
        <w:rPr>
          <w:sz w:val="20"/>
        </w:rPr>
        <w:t>27:13  mein soch raha hoon to har lamha Khuda ki blessing aa rahi hai to ab mein soch raha hoon. mein chal raha hoon to Allah har lamha Khuda ki blessing aa rahi hai to mein chal raha hoon.</w:t>
      </w:r>
      <w:r>
        <w:br/>
      </w:r>
      <w:r>
        <w:rPr>
          <w:sz w:val="20"/>
        </w:rPr>
        <w:t>27:26  is tareeqe se mein saans le raha hoon to har lamha Khuda ki blessing aa rahi hai to mein saans le raha hoon. mein sun raha hoon to har lamha Khuda ki blessing aa rahi hai to mein sun raha hoon.</w:t>
      </w:r>
      <w:r>
        <w:br/>
      </w:r>
      <w:r>
        <w:rPr>
          <w:sz w:val="20"/>
        </w:rPr>
        <w:t>27:38  aap ghor kijiye ke yeh soch jo hai aap ko yaani Khuda ki shukr mein sharabor kar deti hai. ek samundar mein aap ghota lagate hain</w:t>
      </w:r>
      <w:r>
        <w:br/>
      </w:r>
      <w:r>
        <w:rPr>
          <w:sz w:val="20"/>
        </w:rPr>
        <w:t>27:51  yaani ayat mein sari kainat ko jo pahunch raha hai Allah ki blessing, woh sab personalize aap karein to aap akele jaise is ka shair mil raha hai aap ko.</w:t>
      </w:r>
      <w:r>
        <w:br/>
      </w:r>
      <w:r>
        <w:rPr>
          <w:sz w:val="20"/>
        </w:rPr>
        <w:t>28:04  to kitna bara yeh tasawwur hai.</w:t>
      </w:r>
      <w:r>
        <w:br/>
      </w:r>
      <w:r>
        <w:rPr>
          <w:sz w:val="20"/>
        </w:rPr>
        <w:t>28:09  is liye mein ek ayat aap ke barabar hi mein idhar koi negativity nahi aati. har lamha mein positivity mein jeeta hoon kyunke jo kyunke is ka ehsas yeh ho ke universal blessing mujhe mil rahi hai.</w:t>
      </w:r>
      <w:r>
        <w:br/>
      </w:r>
      <w:r>
        <w:rPr>
          <w:sz w:val="20"/>
        </w:rPr>
        <w:t>28:26  universal blessing to kya woh negativity mein mubtala ho sakta hai? kaise ho sakta hai?</w:t>
      </w:r>
    </w:p>
    <w:p>
      <w:pPr>
        <w:pStyle w:val="Heading2"/>
      </w:pPr>
      <w:r>
        <w:t>Muslim minority creativity and progress</w:t>
      </w:r>
    </w:p>
    <w:p>
      <w:r>
        <w:rPr>
          <w:color w:val="666666"/>
          <w:sz w:val="18"/>
        </w:rPr>
        <w:t>Interview Session with Maulana Wahiduddin Khan December 18, 2018 · 3m 09s · at 17:38 · https://youtu.be/hLFWrNgTn1I?t=1058</w:t>
      </w:r>
    </w:p>
    <w:p>
      <w:r>
        <w:rPr>
          <w:i/>
        </w:rPr>
        <w:t>“Challenge makes minorities creative.”</w:t>
      </w:r>
    </w:p>
    <w:p>
      <w:r>
        <w:rPr>
          <w:sz w:val="20"/>
        </w:rPr>
        <w:t>17:38  ek to khud quran ka aur doosra order time be ka. quran mein ek ayat hai: "kam min fiet qaleela ghalbat fiet kaseera be Allah".</w:t>
      </w:r>
      <w:r>
        <w:br/>
      </w:r>
      <w:r>
        <w:rPr>
          <w:sz w:val="20"/>
        </w:rPr>
        <w:t>17:53  yeh quran ki ayat hai ke minority hamesha taraqqi karti hai, ek nayi committee ban ke ubharti hai.</w:t>
      </w:r>
      <w:r>
        <w:br/>
      </w:r>
      <w:r>
        <w:rPr>
          <w:sz w:val="20"/>
        </w:rPr>
        <w:t>18:07  achha, yeh baat samajh, is ayat ko maine samjha pehli baar jab maine order time be ko padha. order time be bahut hi bada historian tha.</w:t>
      </w:r>
      <w:r>
        <w:br/>
      </w:r>
      <w:r>
        <w:rPr>
          <w:sz w:val="20"/>
        </w:rPr>
        <w:t>18:17  to us ne ek bahut history ko padh kar ek ek philosophy banayi hai.</w:t>
      </w:r>
      <w:r>
        <w:br/>
      </w:r>
      <w:r>
        <w:rPr>
          <w:sz w:val="20"/>
        </w:rPr>
        <w:t>18:25  woh is ka yeh hai kehna ke jab ek kamzor tabqa hota hai ya minority hoti hai, aur us ke sath sath ek majority hoti hai, to dono mein ek ek competition chalta hai,</w:t>
      </w:r>
      <w:r>
        <w:br/>
      </w:r>
      <w:r>
        <w:rPr>
          <w:sz w:val="20"/>
        </w:rPr>
        <w:t>18:43  ek challenge sehna parta hai minority ko. to woh challenge jo hai, minority ki creativity ko jagati hai.</w:t>
      </w:r>
      <w:r>
        <w:br/>
      </w:r>
      <w:r>
        <w:rPr>
          <w:sz w:val="20"/>
        </w:rPr>
        <w:t>18:55  minority din bad din creative banti chali jati hai. minority din bad din creative banti chali jati hai. yeh quran mein tha, is ko maine order time be ki kitab se samjha.</w:t>
      </w:r>
      <w:r>
        <w:br/>
      </w:r>
      <w:r>
        <w:rPr>
          <w:sz w:val="20"/>
        </w:rPr>
        <w:t>19:10  to India mein musalman minority mein hain, to is ka matlab kya hai? woh majority ki zad mein hain. aur jo majority ki zad mein jo hoga, us ki creativity barhegi, barhegi.</w:t>
      </w:r>
      <w:r>
        <w:br/>
      </w:r>
      <w:r>
        <w:rPr>
          <w:sz w:val="20"/>
        </w:rPr>
        <w:t>19:21  to main dekhiye, dilli mein hoon 1967 se, aur main dekh raha hoon ke yeh bilkul yahi ho raha hai India mein. misaal ke taur par dekhiye, main jab aaya tha dilli mein 1967 mein, to masjidon mein ek bhi car nahi hoti thi.</w:t>
      </w:r>
      <w:r>
        <w:br/>
      </w:r>
      <w:r>
        <w:rPr>
          <w:sz w:val="20"/>
        </w:rPr>
        <w:t>19:39  main namaz parhne jata tha, koi car nahi, log paidal aate the. ab jata hoon to caron ki lambi line lagi hui hai.</w:t>
      </w:r>
      <w:r>
        <w:br/>
      </w:r>
      <w:r>
        <w:rPr>
          <w:sz w:val="20"/>
        </w:rPr>
        <w:t>19:49  to us zamane ki musalman jo hai, us zamane mein jab main aaya tha to bikes ke sawar the, aaj motor sawar ban gaye hain.</w:t>
      </w:r>
      <w:r>
        <w:br/>
      </w:r>
      <w:r>
        <w:rPr>
          <w:sz w:val="20"/>
        </w:rPr>
        <w:t>19:59  woh hua jahaz se jab jata tha airport par to bahut musalman hote hain. to yeh ek pehchan hai is baat ki ke musalman taraqqi kar rahe hain.</w:t>
      </w:r>
      <w:r>
        <w:br/>
      </w:r>
      <w:r>
        <w:rPr>
          <w:sz w:val="20"/>
        </w:rPr>
        <w:t>20:13  kyun ke dekhiye, insaan ki adat hai ke woh negative dose ko zyada highlight karta hai.</w:t>
      </w:r>
      <w:r>
        <w:br/>
      </w:r>
      <w:r>
        <w:rPr>
          <w:sz w:val="20"/>
        </w:rPr>
        <w:t>20:20  misaal ke taur par koi kisi ko goli maar de to khoob log kahenge, "goli maar di, goli maar di". aur isi ko koi faida pahuncha de to us ki us ka charcha nahi hota.</w:t>
      </w:r>
      <w:r>
        <w:br/>
      </w:r>
      <w:r>
        <w:rPr>
          <w:sz w:val="20"/>
        </w:rPr>
        <w:t>20:32  to main samajhta hoon ke India ke musalman bahut zabardast taraqqi kar rahe hain, aur aindah aur taraqqi karenge.</w:t>
      </w:r>
      <w:r>
        <w:br/>
      </w:r>
      <w:r>
        <w:rPr>
          <w:sz w:val="20"/>
        </w:rPr>
        <w:t>20:42  aur India ke liye woh ek creative community ban ke ubhrenge.</w:t>
      </w:r>
    </w:p>
    <w:p>
      <w:pPr>
        <w:pStyle w:val="Heading2"/>
      </w:pPr>
      <w:r>
        <w:t>Body versus soul: the law of nature behind fasting</w:t>
      </w:r>
    </w:p>
    <w:p>
      <w:r>
        <w:rPr>
          <w:color w:val="666666"/>
          <w:sz w:val="18"/>
        </w:rPr>
        <w:t>Post Fasting Period September 04, 2011 · 3m 09s · at 3:26 · https://youtu.be/njQ14sZvkXc?t=206</w:t>
      </w:r>
    </w:p>
    <w:p>
      <w:r>
        <w:rPr>
          <w:i/>
        </w:rPr>
        <w:t>“Dekhiye, insaan ke andar do pehlu hain”</w:t>
      </w:r>
    </w:p>
    <w:p>
      <w:r>
        <w:rPr>
          <w:sz w:val="20"/>
        </w:rPr>
        <w:t>3:26  dekhiye, insaan ke andar do pehlu hain.</w:t>
      </w:r>
      <w:r>
        <w:br/>
      </w:r>
      <w:r>
        <w:rPr>
          <w:sz w:val="20"/>
        </w:rPr>
        <w:t>3:34  ek hamara body hai, woh physical aspect hai hamara. doosra hai hamara soul, woh hamara spiritual aspect hai.</w:t>
      </w:r>
      <w:r>
        <w:br/>
      </w:r>
      <w:r>
        <w:rPr>
          <w:sz w:val="20"/>
        </w:rPr>
        <w:t>3:44  to yeh law of nature hai ke agar ek ko aap zyada feed karenge, doosre ko starvation ho jayega.</w:t>
      </w:r>
      <w:r>
        <w:br/>
      </w:r>
      <w:r>
        <w:rPr>
          <w:sz w:val="20"/>
        </w:rPr>
        <w:t>3:56  yani ek badhega to doosra ghatega. yeh hai law of nature.</w:t>
      </w:r>
      <w:r>
        <w:br/>
      </w:r>
      <w:r>
        <w:rPr>
          <w:sz w:val="20"/>
        </w:rPr>
        <w:t>4:02  to roza sach poochhen to isi is qanoon-e-fitrat ko batane ke liye hai. yani dekhiye, zindagi ke do tareeqe hain.</w:t>
      </w:r>
      <w:r>
        <w:br/>
      </w:r>
      <w:r>
        <w:rPr>
          <w:sz w:val="20"/>
        </w:rPr>
        <w:t>4:17  ek hai simple living, high thinking. yani agar simple ka matlab hai saada zindagi aap ki hogi to kya hoga?</w:t>
      </w:r>
      <w:r>
        <w:br/>
      </w:r>
      <w:r>
        <w:rPr>
          <w:sz w:val="20"/>
        </w:rPr>
        <w:t>4:27  aap ke paas high thinking aayegi.</w:t>
      </w:r>
      <w:r>
        <w:br/>
      </w:r>
      <w:r>
        <w:rPr>
          <w:sz w:val="20"/>
        </w:rPr>
        <w:t>4:30  yani maadi mamlaat mein agar aap saadgi ikhtiyar karenge, that will lead to intellectual development.</w:t>
      </w:r>
      <w:r>
        <w:br/>
      </w:r>
      <w:r>
        <w:rPr>
          <w:sz w:val="20"/>
        </w:rPr>
        <w:t>4:39  yeh hai simple living, high thinking. yani saada zindagi ikhtiyar karo maadi cheezon ke mamle mein. to iska nateeja kya hoga?</w:t>
      </w:r>
      <w:r>
        <w:br/>
      </w:r>
      <w:r>
        <w:rPr>
          <w:sz w:val="20"/>
        </w:rPr>
        <w:t>4:50  tumhare andar intellectual development rahega, spiritual development rahega. yeh hai. iska ulta kya hai?</w:t>
      </w:r>
      <w:r>
        <w:br/>
      </w:r>
      <w:r>
        <w:rPr>
          <w:sz w:val="20"/>
        </w:rPr>
        <w:t>4:58  luxurious living, best thinking. yani khoob aaram ki zindagi guzaro aur intellectual sense mein bewakoof ban jao.</w:t>
      </w:r>
      <w:r>
        <w:br/>
      </w:r>
      <w:r>
        <w:rPr>
          <w:sz w:val="20"/>
        </w:rPr>
        <w:t>5:09  to aaenda cheap thinking aa jaye. yeh law of nature hai. ismein koi exception nahin. koi exception nahin.</w:t>
      </w:r>
      <w:r>
        <w:br/>
      </w:r>
      <w:r>
        <w:rPr>
          <w:sz w:val="20"/>
        </w:rPr>
        <w:t>5:22  to roza jo hai in do tareeqon mein se ek tareeqa ek option lene ka naam hai. yani ek tareeqa woh hai ke aap khoob aaram-o-rahat mein rahen, aish-o-aram mein rahen, aur iski price yeh den ke aap intellectual door ban jayen.</w:t>
      </w:r>
      <w:r>
        <w:br/>
      </w:r>
      <w:r>
        <w:rPr>
          <w:sz w:val="20"/>
        </w:rPr>
        <w:t>5:43  intellectual door ban jayen. yani zehni budhape ka shikar ho jayen aap</w:t>
      </w:r>
      <w:r>
        <w:br/>
      </w:r>
      <w:r>
        <w:rPr>
          <w:sz w:val="20"/>
        </w:rPr>
        <w:t>5:47  ۔ ek zindagi yeh hai. aur doosri zindagi yeh hai ke aap</w:t>
      </w:r>
      <w:r>
        <w:br/>
      </w:r>
      <w:r>
        <w:rPr>
          <w:sz w:val="20"/>
        </w:rPr>
        <w:t>5:54  simple living, high thinking ka tareeqa ikhtiyar karen. yani maadi zarooraton ke mamle mein need based life. need based.</w:t>
      </w:r>
      <w:r>
        <w:br/>
      </w:r>
      <w:r>
        <w:rPr>
          <w:sz w:val="20"/>
        </w:rPr>
        <w:t>6:04  sirf zarooraton ki had tak iktefa karen aap. aur aaram-o-aish mil na jayen to kya</w:t>
      </w:r>
      <w:r>
        <w:br/>
      </w:r>
      <w:r>
        <w:rPr>
          <w:sz w:val="20"/>
        </w:rPr>
        <w:t>6:12  hoga? aap ko mauqa milega sochne ka, study ka, observation ka, zyada gehrai mein baaton ko samajhne ka.</w:t>
      </w:r>
      <w:r>
        <w:br/>
      </w:r>
      <w:r>
        <w:rPr>
          <w:sz w:val="20"/>
        </w:rPr>
        <w:t>6:22  that will lead to intellectual development. to yeh do option mein se ek option lene ka mamla hai. koi ritual nahin hai yeh. yeh bohat hi zyada samajhne ki baat hai.</w:t>
      </w:r>
    </w:p>
    <w:p>
      <w:pPr>
        <w:pStyle w:val="Heading2"/>
      </w:pPr>
      <w:r>
        <w:t>Satan's strategy against Adam and staying alert</w:t>
      </w:r>
    </w:p>
    <w:p>
      <w:r>
        <w:rPr>
          <w:color w:val="666666"/>
          <w:sz w:val="18"/>
        </w:rPr>
        <w:t>The Power of Positive Thinking November 3, 2024 · 3m 57s · at 12:38 · https://youtu.be/q6Ly4ofTmxY?t=758</w:t>
      </w:r>
    </w:p>
    <w:p>
      <w:r>
        <w:rPr>
          <w:i/>
        </w:rPr>
        <w:t>“Satan was able to mislead Adam and he was banished”</w:t>
      </w:r>
    </w:p>
    <w:p>
      <w:r>
        <w:rPr>
          <w:sz w:val="20"/>
        </w:rPr>
        <w:t>12:38  aap, lekin jo aapne baatein aaj samjhai, usse jo sabse bada clue jo aapne starting mein diya ki kahan se ye start hua ki satan was able to mislead adam and as a result he was banished from paradise.</w:t>
      </w:r>
      <w:r>
        <w:br/>
      </w:r>
      <w:r>
        <w:rPr>
          <w:sz w:val="20"/>
        </w:rPr>
        <w:t>12:53  to aap, uske baad hi hum dekhte hain history mein bhi there are so many examples and it is because satan wants to influence the same still same temperament in every human being of being ungrateful, of being negative towards everything in life.</w:t>
      </w:r>
      <w:r>
        <w:br/>
      </w:r>
      <w:r>
        <w:rPr>
          <w:sz w:val="20"/>
        </w:rPr>
        <w:t>13:11  to aap, kis tarike se satan stir up karta hai negativity ek insaan ke andar? kaise usse hum bach sakte hain? iske bare mein aap bataein.</w:t>
      </w:r>
      <w:r>
        <w:br/>
      </w:r>
      <w:r>
        <w:rPr>
          <w:sz w:val="20"/>
        </w:rPr>
        <w:t>13:21  lagta hai ki satan bahut zyada intelligent tha. kaise uski samajh mein aa gaya? pehle hi baar usne dekha insaan ko to keh diya ki ye isko hum bahut aasani se behka sakte hain. asal mein usko samajh mein aa gaya ki wo bahut jald negative ho jayega. kyunki usko itna zyada desire se bhara hua hai insaan ki koi na koi aisa kab hoyega ki koi desire uski poori nahi hogi. ji</w:t>
      </w:r>
      <w:r>
        <w:br/>
      </w:r>
      <w:r>
        <w:rPr>
          <w:sz w:val="20"/>
        </w:rPr>
        <w:t>13:49  , to wahin wo negative insaan ho jayega. aur jab negative, wahi shaitan hi usko negative karta hai, usko bahut zyada blow up karta hai ki agar usko koi cheez nahi mili to wo aisa usko batata hai ki yahi cheez to asal thi jo usko nahi mili hai. wo to bahut zyada mahroom hai, logon ne uske upar zulm kar rakha hai. to is tarike se uske dimagh mein bhar deta hai</w:t>
      </w:r>
      <w:r>
        <w:br/>
      </w:r>
      <w:r>
        <w:rPr>
          <w:sz w:val="20"/>
        </w:rPr>
        <w:t>14:17  ki shaitan jo hai, hadith mein aaya hai ki insaan ki ragon mein tair raha hai. to shaitan bilkul hamare andar hi hai. hamein usko bahut zyada alert hokar ke usko bhagana hai. jab bhi hamein gusse ki feeling,</w:t>
      </w:r>
      <w:r>
        <w:br/>
      </w:r>
      <w:r>
        <w:rPr>
          <w:sz w:val="20"/>
        </w:rPr>
        <w:t>14:35  nafrat ki feeling, inteqam ki feeling aaye, to hum samajh lein ki ye shaitan hamein behka raha hai.</w:t>
      </w:r>
      <w:r>
        <w:br/>
      </w:r>
      <w:r>
        <w:rPr>
          <w:sz w:val="20"/>
        </w:rPr>
        <w:t>14:42  kyunki insaan ko bahut zyada suffering ke tajurbe is duniya mein hote hain. bahut zyada wo bar-bar aisa hota hai ki wo negative ho jaye. lekin us waqt hamein khuda se dua karni hai aur shaitan ko bhagana hai. to ek dua hai "allahumma inni aozu bika min hamzati shayateen." isko aap do-char baar padhiye, shaitan bhag jata hai.</w:t>
      </w:r>
      <w:r>
        <w:br/>
      </w:r>
      <w:r>
        <w:rPr>
          <w:sz w:val="20"/>
        </w:rPr>
        <w:t>15:08  to ab shaitan jab bhagega, to phir farishte madad ke liye aa jayenge. jab farishte madad aayenge, to usko positive banayenge. aur jab positive ho jayega, wo uska mind kaam ho jayega. to wo khud-ba-khud sochega ki ab jo hai replanning karein. agar hamari ek planning fail ho gayi hai, to hum replanning karein.</w:t>
      </w:r>
      <w:r>
        <w:br/>
      </w:r>
      <w:r>
        <w:rPr>
          <w:sz w:val="20"/>
        </w:rPr>
        <w:t>15:32  to is tarike se is masle ka hal yahi hai ki hum apne aap ko intellectually alert karein. aur koi bhi nuksan jo hai pesh aane aaye, to hum hum usse sakamb na ho jayen. hum kyunki ye law of nature hai. is duniya mein hamein tarah-tarah ke masle pesh aayenge hi aayenge</w:t>
      </w:r>
      <w:r>
        <w:br/>
      </w:r>
      <w:r>
        <w:rPr>
          <w:sz w:val="20"/>
        </w:rPr>
        <w:t>15:54  । quran mein sur al-baqarah varsh 155 mein hai ki har halat mein har ek ko nuksan pesh aayega. kyunki ye hamara test paper hai. to wo to test paper hamare liye aake rahega. hum</w:t>
      </w:r>
      <w:r>
        <w:br/>
      </w:r>
      <w:r>
        <w:rPr>
          <w:sz w:val="20"/>
        </w:rPr>
        <w:t>16:11  ara response khuda ko dekhna hai. aur khuda ne itne zyada intezam kar rakhe hain ki na sirf ye ki hamare zehan mein sari baatein hain, sirf sochne ki der hai. hum sochte hain, to hamari samajh mein aa jata hai. lekin nature mein allah taala ne sab kuch misalein pesh kar di hain. bas humko gaur se usko observe karein.</w:t>
      </w:r>
    </w:p>
    <w:p>
      <w:pPr>
        <w:pStyle w:val="Heading2"/>
      </w:pPr>
      <w:r>
        <w:t>Two life stories proving hope must lie in the future</w:t>
      </w:r>
    </w:p>
    <w:p>
      <w:r>
        <w:rPr>
          <w:color w:val="666666"/>
          <w:sz w:val="18"/>
        </w:rPr>
        <w:t>Science of Life Sep 10, 2006 Maulana Wahiduddin Khan · 4m 40s · at 10:23 · https://youtu.be/9ZRasJA7jTw?t=623</w:t>
      </w:r>
    </w:p>
    <w:p>
      <w:r>
        <w:rPr>
          <w:i/>
        </w:rPr>
        <w:t>“Main aapko do qisse bataun, ek East ka ek West ka”</w:t>
      </w:r>
    </w:p>
    <w:p>
      <w:r>
        <w:rPr>
          <w:sz w:val="20"/>
        </w:rPr>
        <w:t>10:23  mein aap ko do qisse bataun: ek</w:t>
      </w:r>
      <w:r>
        <w:br/>
      </w:r>
      <w:r>
        <w:rPr>
          <w:sz w:val="20"/>
        </w:rPr>
        <w:t>10:30  ek east ka, ek west ka. hum dunya ko do is mein bhaag mein bantte hain: east aur west. east ka qissa hai ji RD tata.</w:t>
      </w:r>
      <w:r>
        <w:br/>
      </w:r>
      <w:r>
        <w:rPr>
          <w:sz w:val="20"/>
        </w:rPr>
        <w:t>10:45  aap jante hain ke india mein ji RD tata jo hai, is ne bohat zyada industry mein bohat zyada progress kiya,</w:t>
      </w:r>
      <w:r>
        <w:br/>
      </w:r>
      <w:r>
        <w:rPr>
          <w:sz w:val="20"/>
        </w:rPr>
        <w:t>10:58  lekin jab woh boorhe ho gaye to kya hua?</w:t>
      </w:r>
      <w:r>
        <w:br/>
      </w:r>
      <w:r>
        <w:rPr>
          <w:sz w:val="20"/>
        </w:rPr>
        <w:t>11:05  dilli mein ek hain justice khanna, jo retired judge hain. unhon ne bataya ke ji RD tata mere paas jab woh boorhe ho chuke the to mere paas aate the legal advice lene ke liye.</w:t>
      </w:r>
      <w:r>
        <w:br/>
      </w:r>
      <w:r>
        <w:rPr>
          <w:sz w:val="20"/>
        </w:rPr>
        <w:t>11:20  to ek baar tata ne kaha un se apne barhappe ke zamane mein ke "mooli to kha chuka, ab byaaj par jee raha hoon." apne yani apni body ke bare mein kaha unhon ne ke "ab meri body mein koi sakat nahi hai, koi jaan nahi hai, ab ghaseet raha hoon." to isi ko unhon ne kaha ke "mooli to kha chuka,</w:t>
      </w:r>
      <w:r>
        <w:br/>
      </w:r>
      <w:r>
        <w:rPr>
          <w:sz w:val="20"/>
        </w:rPr>
        <w:t>11:49  ab byaaj par jee raha hoon." ab dekhen ke ek aadmi jo top par pahuncha hai india mein, top most position hasil ki, is ne aakhir mein kya keh kar woh is dunya se jata hai ke "main kuch liye baghair, dunya se kuch liye baghair chala ja raha hoon.</w:t>
      </w:r>
      <w:r>
        <w:br/>
      </w:r>
      <w:r>
        <w:rPr>
          <w:sz w:val="20"/>
        </w:rPr>
        <w:t>12:09  aage kya hoga, kuch pata nahi hai."</w:t>
      </w:r>
      <w:r>
        <w:br/>
      </w:r>
      <w:r>
        <w:rPr>
          <w:sz w:val="20"/>
        </w:rPr>
        <w:t>12:16  doosri ek example jo maine is se pehle yahan ghaliban batai hai ke billy graham ne likha hai.</w:t>
      </w:r>
      <w:r>
        <w:br/>
      </w:r>
      <w:r>
        <w:rPr>
          <w:sz w:val="20"/>
        </w:rPr>
        <w:t>12:27  billy graham khud bhi is waqt bed ridden hain.</w:t>
      </w:r>
      <w:r>
        <w:br/>
      </w:r>
      <w:r>
        <w:rPr>
          <w:sz w:val="20"/>
        </w:rPr>
        <w:t>12:33  to unhon ne likha hai ke "ek baar mujhe ek urgent message mila ek bohat bare american billionaire ka ke foran mujh se milo." jab main wahan gaya to is ka jo bohat bara mansion tha,</w:t>
      </w:r>
      <w:r>
        <w:br/>
      </w:r>
      <w:r>
        <w:rPr>
          <w:sz w:val="20"/>
        </w:rPr>
        <w:t>12:50  is ke ek kamre mein, ek room mein un ko le jaya gaya.</w:t>
      </w:r>
      <w:r>
        <w:br/>
      </w:r>
      <w:r>
        <w:rPr>
          <w:sz w:val="20"/>
        </w:rPr>
        <w:t>12:54  to wahan woh</w:t>
      </w:r>
      <w:r>
        <w:br/>
      </w:r>
      <w:r>
        <w:rPr>
          <w:sz w:val="20"/>
        </w:rPr>
        <w:t>12:58  do do chair thin, ek par billy graham bethe aur doosri taraf woh billionaire, american billionaire.</w:t>
      </w:r>
      <w:r>
        <w:br/>
      </w:r>
      <w:r>
        <w:rPr>
          <w:sz w:val="20"/>
        </w:rPr>
        <w:t>13:08  to milte hi unhon ne kaha</w:t>
      </w:r>
      <w:r>
        <w:br/>
      </w:r>
      <w:r>
        <w:rPr>
          <w:sz w:val="20"/>
        </w:rPr>
        <w:t>13:14  ke "you see, i am an old man.</w:t>
      </w:r>
      <w:r>
        <w:br/>
      </w:r>
      <w:r>
        <w:rPr>
          <w:sz w:val="20"/>
        </w:rPr>
        <w:t>13:23  life has lost all meanings.</w:t>
      </w:r>
      <w:r>
        <w:br/>
      </w:r>
      <w:r>
        <w:rPr>
          <w:sz w:val="20"/>
        </w:rPr>
        <w:t>13:29  i am going to take a fateful leap into the unknown.</w:t>
      </w:r>
      <w:r>
        <w:br/>
      </w:r>
      <w:r>
        <w:rPr>
          <w:sz w:val="20"/>
        </w:rPr>
        <w:t>13:36  young man, can you give me a ray of hope?" yeh hai</w:t>
      </w:r>
      <w:r>
        <w:br/>
      </w:r>
      <w:r>
        <w:rPr>
          <w:sz w:val="20"/>
        </w:rPr>
        <w:t>13:44  saare logon ka haal. to kyun aisa haal ho raha hai ke woh is is formula ko nahi jaan sake ke better life to future mein milne wali hai,</w:t>
      </w:r>
      <w:r>
        <w:br/>
      </w:r>
      <w:r>
        <w:rPr>
          <w:sz w:val="20"/>
        </w:rPr>
        <w:t>14:00  present mein nahi? yeh saare log ka ka ek hi case hai ke better life milne wali thi future mein aur woh dhoondhte rahe is ko present mein.</w:t>
      </w:r>
      <w:r>
        <w:br/>
      </w:r>
      <w:r>
        <w:rPr>
          <w:sz w:val="20"/>
        </w:rPr>
        <w:t>14:14  isi contradiction ka result hai woh cheez jis ko aap kehte hain tension, stress.</w:t>
      </w:r>
      <w:r>
        <w:br/>
      </w:r>
      <w:r>
        <w:rPr>
          <w:sz w:val="20"/>
        </w:rPr>
        <w:t>14:27  to isi liye main kehta hoon ke master formula zindagi ka kya hai? ke aap ko</w:t>
      </w:r>
      <w:r>
        <w:br/>
      </w:r>
      <w:r>
        <w:rPr>
          <w:sz w:val="20"/>
        </w:rPr>
        <w:t>14:35  ek aisi ideology mil jaye,</w:t>
      </w:r>
      <w:r>
        <w:br/>
      </w:r>
      <w:r>
        <w:rPr>
          <w:sz w:val="20"/>
        </w:rPr>
        <w:t>14:38  ek aisi soch mil jaye jo aap ko bataye</w:t>
      </w:r>
      <w:r>
        <w:br/>
      </w:r>
      <w:r>
        <w:rPr>
          <w:sz w:val="20"/>
        </w:rPr>
        <w:t>14:42  ke "my present"</w:t>
      </w:r>
      <w:r>
        <w:br/>
      </w:r>
      <w:r>
        <w:rPr>
          <w:sz w:val="20"/>
        </w:rPr>
        <w:t>14:45  یہ ایک وہ یہ بتائے کہ "My future is better than the present"</w:t>
      </w:r>
      <w:r>
        <w:br/>
      </w:r>
      <w:r>
        <w:rPr>
          <w:sz w:val="20"/>
        </w:rPr>
        <w:t>14:51  aur koi bhi doosra formula nahin,</w:t>
      </w:r>
      <w:r>
        <w:br/>
      </w:r>
      <w:r>
        <w:rPr>
          <w:sz w:val="20"/>
        </w:rPr>
        <w:t>14:57  aur koi bhi doosra formula nahi.</w:t>
      </w:r>
    </w:p>
    <w:p>
      <w:pPr>
        <w:pStyle w:val="Heading2"/>
      </w:pPr>
      <w:r>
        <w:t>Two Easts, Two Wests: an argument for God's existence</w:t>
      </w:r>
    </w:p>
    <w:p>
      <w:r>
        <w:rPr>
          <w:color w:val="666666"/>
          <w:sz w:val="18"/>
        </w:rPr>
        <w:t>The Concept of Doomsday in islam May 16, 2009 · 3m 43s · at 22:14 · https://youtu.be/yPjFg8vwSLw?t=1334</w:t>
      </w:r>
    </w:p>
    <w:p>
      <w:r>
        <w:rPr>
          <w:i/>
        </w:rPr>
        <w:t>“The Qur'an mentions the Lord of Two Easts and Two Wests — what does this mean?”</w:t>
      </w:r>
    </w:p>
    <w:p>
      <w:r>
        <w:rPr>
          <w:sz w:val="20"/>
        </w:rPr>
        <w:t>22:14  Rana, there is a mention in the Qur'an for God, the Lord of Two East and Lord of Two West. What does this mean?</w:t>
      </w:r>
      <w:r>
        <w:br/>
      </w:r>
      <w:r>
        <w:rPr>
          <w:sz w:val="20"/>
        </w:rPr>
        <w:t>22:25  According to the observation, it does not mean that, in fact, there are so many Mashik al-Magh</w:t>
      </w:r>
      <w:r>
        <w:br/>
      </w:r>
      <w:r>
        <w:rPr>
          <w:sz w:val="20"/>
        </w:rPr>
        <w:t>22:34  rib. No. As we see, there is sometimes the sun</w:t>
      </w:r>
      <w:r>
        <w:br/>
      </w:r>
      <w:r>
        <w:rPr>
          <w:sz w:val="20"/>
        </w:rPr>
        <w:t>22:43  sets here and then sometimes here, sometimes here. That is due to the rotation of the Earth</w:t>
      </w:r>
      <w:r>
        <w:br/>
      </w:r>
      <w:r>
        <w:rPr>
          <w:sz w:val="20"/>
        </w:rPr>
        <w:t>22:51  . So here, the Qur'an refers to the rotation of the Earth as an axis by referring to visible phenomena.</w:t>
      </w:r>
      <w:r>
        <w:br/>
      </w:r>
      <w:r>
        <w:rPr>
          <w:sz w:val="20"/>
        </w:rPr>
        <w:t>23:08  This phenomena is visible that the sun changes its place at the time of rise and setting.</w:t>
      </w:r>
      <w:r>
        <w:br/>
      </w:r>
      <w:r>
        <w:rPr>
          <w:sz w:val="20"/>
        </w:rPr>
        <w:t>23:24  So the Qur'an refers to the visible phenomena, and then he wants to</w:t>
      </w:r>
      <w:r>
        <w:br/>
      </w:r>
      <w:r>
        <w:rPr>
          <w:sz w:val="20"/>
        </w:rPr>
        <w:t>23:33  refer to the real fact, that is, the rotation of the Earth on its axis. That is very exceptional.</w:t>
      </w:r>
      <w:r>
        <w:br/>
      </w:r>
      <w:r>
        <w:rPr>
          <w:sz w:val="20"/>
        </w:rPr>
        <w:t>23:42  In the whole universe, there are numerous, numerous, numerous planets, numerous stars. But this kind of rotation, you cannot find in any planet, in any stars.</w:t>
      </w:r>
      <w:r>
        <w:br/>
      </w:r>
      <w:r>
        <w:rPr>
          <w:sz w:val="20"/>
        </w:rPr>
        <w:t>23:55  So rotation on axis. So it is a very strange type of phenomena in the whole universe. Exception.</w:t>
      </w:r>
      <w:r>
        <w:br/>
      </w:r>
      <w:r>
        <w:rPr>
          <w:sz w:val="20"/>
        </w:rPr>
        <w:t>24:05  So exception means planning.</w:t>
      </w:r>
      <w:r>
        <w:br/>
      </w:r>
      <w:r>
        <w:rPr>
          <w:sz w:val="20"/>
        </w:rPr>
        <w:t>24:11  Exception means planning. So if there is planning in this universe, it means that there is a planet.</w:t>
      </w:r>
      <w:r>
        <w:br/>
      </w:r>
      <w:r>
        <w:rPr>
          <w:sz w:val="20"/>
        </w:rPr>
        <w:t>24:21  And where there is a planet, there is God.</w:t>
      </w:r>
      <w:r>
        <w:br/>
      </w:r>
      <w:r>
        <w:rPr>
          <w:sz w:val="20"/>
        </w:rPr>
        <w:t>24:25  Is this clear?</w:t>
      </w:r>
      <w:r>
        <w:br/>
      </w:r>
      <w:r>
        <w:rPr>
          <w:sz w:val="20"/>
        </w:rPr>
        <w:t>24:30  Rana, so the East that you are referring to here is you are saying that the Earth rotates on its axis. There is double rot</w:t>
      </w:r>
      <w:r>
        <w:br/>
      </w:r>
      <w:r>
        <w:rPr>
          <w:sz w:val="20"/>
        </w:rPr>
        <w:t>24:40  ation. Double rotation. One revolves around the orbit and one at its axis. So double rotation. Double rotation is very exceptional in the universe.</w:t>
      </w:r>
      <w:r>
        <w:br/>
      </w:r>
      <w:r>
        <w:rPr>
          <w:sz w:val="20"/>
        </w:rPr>
        <w:t>24:51  So it changes its position. Position is not</w:t>
      </w:r>
      <w:r>
        <w:br/>
      </w:r>
      <w:r>
        <w:rPr>
          <w:sz w:val="20"/>
        </w:rPr>
        <w:t>25:03  the position that is referred to here in this verse. It is exception. You see this exception.</w:t>
      </w:r>
      <w:r>
        <w:br/>
      </w:r>
      <w:r>
        <w:rPr>
          <w:sz w:val="20"/>
        </w:rPr>
        <w:t>25:09  How is this exception possible in this world? Where there is exception, there is planning. Where there is planning, there is a planner. Where there is a planner, there is God.</w:t>
      </w:r>
      <w:r>
        <w:br/>
      </w:r>
      <w:r>
        <w:rPr>
          <w:sz w:val="20"/>
        </w:rPr>
        <w:t>25:21  In fact, it is</w:t>
      </w:r>
      <w:r>
        <w:br/>
      </w:r>
      <w:r>
        <w:rPr>
          <w:sz w:val="20"/>
        </w:rPr>
        <w:t>25:28  an argument toward the existence of God. Rana, I did not understand what does Two East here me</w:t>
      </w:r>
      <w:r>
        <w:br/>
      </w:r>
      <w:r>
        <w:rPr>
          <w:sz w:val="20"/>
        </w:rPr>
        <w:t>25:37  an? You said that basically, it talks about the Earth being an exception because it has double rotation. It rotates on its orbit and on its axis.</w:t>
      </w:r>
      <w:r>
        <w:br/>
      </w:r>
      <w:r>
        <w:rPr>
          <w:sz w:val="20"/>
        </w:rPr>
        <w:t>25:48  So here, it is talking about the exception that if there is such a big plan, then there has to be a planner behind it. And that planner is God.</w:t>
      </w:r>
    </w:p>
    <w:p>
      <w:pPr>
        <w:pStyle w:val="Heading2"/>
      </w:pPr>
      <w:r>
        <w:t>Tazkiya, collective life, and Sa'd ibn Ubadah's cautionary tale</w:t>
      </w:r>
    </w:p>
    <w:p>
      <w:r>
        <w:rPr>
          <w:color w:val="666666"/>
          <w:sz w:val="18"/>
        </w:rPr>
        <w:t>Importance of Patience (Sabr) January 8, 2023 · 3m 28s · at 55:59 · https://youtu.be/JaJX3jrl3R8?t=3359</w:t>
      </w:r>
    </w:p>
    <w:p>
      <w:r>
        <w:rPr>
          <w:i/>
        </w:rPr>
        <w:t>“Tazkiya ke baare mein Maulana ne likha hai, purified personality”</w:t>
      </w:r>
    </w:p>
    <w:p>
      <w:r>
        <w:rPr>
          <w:sz w:val="20"/>
        </w:rPr>
        <w:t>55:59  To us nay yeh kaha kay mein apnay andar, us nay kaha mein amal to wahi hai, namaz roza wahi sab sab kartay hain,</w:t>
      </w:r>
      <w:r>
        <w:br/>
      </w:r>
      <w:r>
        <w:rPr>
          <w:sz w:val="20"/>
        </w:rPr>
        <w:t>56:06  Wahi mein bhi karta hoon, lekin mein apnay andar kisi kay liye koi ghil, jis ko hum malice keh saktay hain, koi ghil nahi pata.</w:t>
      </w:r>
      <w:r>
        <w:br/>
      </w:r>
      <w:r>
        <w:rPr>
          <w:sz w:val="20"/>
        </w:rPr>
        <w:t>56:15  To humay apnay andar say malice ko jo kisi bhi wajah say par jaye, to woh usay woh nikal nikal kay, kharch kharch kay, us ko phenk dena hai.</w:t>
      </w:r>
      <w:r>
        <w:br/>
      </w:r>
      <w:r>
        <w:rPr>
          <w:sz w:val="20"/>
        </w:rPr>
        <w:t>56:24  To is tareeqay say hum apna mukammal tazkiya kar payain gay. Aur tazkiya jo hai, bohat ziyada zaroori hai.</w:t>
      </w:r>
      <w:r>
        <w:br/>
      </w:r>
      <w:r>
        <w:rPr>
          <w:sz w:val="20"/>
        </w:rPr>
        <w:t>56:32  Tazkiya kay baray mein Maulana nay likha hai kay purified personality jo hai, woh akhirat mein us kay liye jannat kay darwazay apnay aap khultay chalay jayain gay.</w:t>
      </w:r>
      <w:r>
        <w:br/>
      </w:r>
      <w:r>
        <w:rPr>
          <w:sz w:val="20"/>
        </w:rPr>
        <w:t>56:44  Jaisay remote control system hota hai na, aaj kal bari bari buildingon mein darwazay khultay chalay jatay hain, to aisay hi us kay liye jannat kay darwazay khultay chalay jayain gay.</w:t>
      </w:r>
      <w:r>
        <w:br/>
      </w:r>
      <w:r>
        <w:rPr>
          <w:sz w:val="20"/>
        </w:rPr>
        <w:t>56:53  To tazkiya aap samajh saktay hain kay kitna ziyada zaroori hai</w:t>
      </w:r>
      <w:r>
        <w:br/>
      </w:r>
      <w:r>
        <w:rPr>
          <w:sz w:val="20"/>
        </w:rPr>
        <w:t>56:58  Humay apna tazkiya karna. Aur tazkiya jo hai, us kay liye sabar zaroori hai. To ijtamai zindagi mein dekhiye, aik to mil jul kar kaam karna jo hai bohat ziyada zaroori hai.</w:t>
      </w:r>
      <w:r>
        <w:br/>
      </w:r>
      <w:r>
        <w:rPr>
          <w:sz w:val="20"/>
        </w:rPr>
        <w:t>57:11  Kyunkay agar aik mission chal raha hai to yeh zimmedari hoti hai kay sab log us ko support karain.</w:t>
      </w:r>
      <w:r>
        <w:br/>
      </w:r>
      <w:r>
        <w:rPr>
          <w:sz w:val="20"/>
        </w:rPr>
        <w:t>57:18  To us mein mein aik misal doongi Saad Ibn Ubadah ki kay jab Rasool Allah Sal Allah o Alaihe Wasallam Madina gay aur wahan logon nay aap ko sardar bana liya to yeh jo hain qabailay kay sardar thay, yeh</w:t>
      </w:r>
      <w:r>
        <w:br/>
      </w:r>
      <w:r>
        <w:rPr>
          <w:sz w:val="20"/>
        </w:rPr>
        <w:t>57:32  To un logon ko aasani say un logon nay accept nahi kiya. Lekin us waqt to chounkay ab Rasool Allah thay to maan liya.</w:t>
      </w:r>
      <w:r>
        <w:br/>
      </w:r>
      <w:r>
        <w:rPr>
          <w:sz w:val="20"/>
        </w:rPr>
        <w:t>57:41  Lekin baad mein jab Hazrat Abu Bakr khaleefa huay, tab Hazrat Abu Bakr aur Hazrat Umar khaleefa huay to un ko yeh baat jo hai bohat ziyada shock lagi ho kay yeh woh to leader thay qabailay kay aur bohat hi un ka bara qabaila tha.</w:t>
      </w:r>
      <w:r>
        <w:br/>
      </w:r>
      <w:r>
        <w:rPr>
          <w:sz w:val="20"/>
        </w:rPr>
        <w:t>57:59  To woh sham chalay</w:t>
      </w:r>
      <w:r>
        <w:br/>
      </w:r>
      <w:r>
        <w:rPr>
          <w:sz w:val="20"/>
        </w:rPr>
        <w:t>58:01  Gay. Unhonay support karnay kay bajaye Hazrat Abu Bakr ka zamanay, Hazrat Umar ka zamanay jo tha, us mein Hazrat Abu Bakr kay zamanay mein to khaas tor par bohat ziyada halaat kharab thay.</w:t>
      </w:r>
      <w:r>
        <w:br/>
      </w:r>
      <w:r>
        <w:rPr>
          <w:sz w:val="20"/>
        </w:rPr>
        <w:t>58:12  to un ko support karne ke bajaye unhon ne woh sham chale gaye. to woh yeh cheez jo hai bilkul hi acceptable nahi hai.</w:t>
      </w:r>
      <w:r>
        <w:br/>
      </w:r>
      <w:r>
        <w:rPr>
          <w:sz w:val="20"/>
        </w:rPr>
        <w:t>58:21  ek divine mission jab chal raha ho to to kehte hain ke un ke jab intaqal hua to logon ne yeh awaz suni:</w:t>
      </w:r>
      <w:r>
        <w:br/>
      </w:r>
      <w:r>
        <w:rPr>
          <w:sz w:val="20"/>
        </w:rPr>
        <w:t>58:29  "hum ne khazraj ke sardar sa'd ibn ibada ko qatl kiya hai." to ab yeh awaz suni to Maulana ne kahin likha hai ke shayad jinnu ki awaz thi yeh.</w:t>
      </w:r>
      <w:r>
        <w:br/>
      </w:r>
      <w:r>
        <w:rPr>
          <w:sz w:val="20"/>
        </w:rPr>
        <w:t>58:41  to yeh bohat zyada ghalat baat hai ke agar hum ek divine mission chal raha hai to us ko koi na koi pretext par ke kisi ne humein yeh keh diya, kisi ne humein woh keh diya, ya humein jo hai ignore kiya ja raha hai, humein appreciation nahi mil raha hai, yeh keh ke alag hona hi jo hai bohat bohat bara risk log le rahe hain.</w:t>
      </w:r>
      <w:r>
        <w:br/>
      </w:r>
      <w:r>
        <w:rPr>
          <w:sz w:val="20"/>
        </w:rPr>
        <w:t>59:05  kisi halat mein bhi koi mission is tarah ka chal raha ho, dawah mission to us ko us mein jo laga hua hai, us ko alag nahi hona chahiye balkeh bardasht karna chahiye.</w:t>
      </w:r>
      <w:r>
        <w:br/>
      </w:r>
      <w:r>
        <w:rPr>
          <w:sz w:val="20"/>
        </w:rPr>
        <w:t>59:16  aur jo sabr bardasht ka jo ajr hai, us par nazar honi chahiye ke dunya mein bhi woh us ko ajr milega aur akhirat mein us ke badle mein jannat milegi.</w:t>
      </w:r>
    </w:p>
    <w:p>
      <w:pPr>
        <w:pStyle w:val="Heading2"/>
      </w:pPr>
      <w:r>
        <w:t>Islam's shift from da'wah to power</w:t>
      </w:r>
    </w:p>
    <w:p>
      <w:r>
        <w:rPr>
          <w:color w:val="666666"/>
          <w:sz w:val="18"/>
        </w:rPr>
        <w:t>The Importance of Ijtihad 1 Aug, 2010 - Maulana Wahiduddin Khan · 3m 09s · at 23:38 · https://youtu.be/KeTyYnDmeFU?t=1418</w:t>
      </w:r>
    </w:p>
    <w:p>
      <w:r>
        <w:rPr>
          <w:i/>
        </w:rPr>
        <w:t>“Halaanke asal to Islam mistri hi hai.”</w:t>
      </w:r>
    </w:p>
    <w:p>
      <w:r>
        <w:rPr>
          <w:sz w:val="20"/>
        </w:rPr>
        <w:t>23:38  woh sirf position of strength ka model jante hain, yaani political role, political futuhat. halanke asal toh islam modesty hi hai. rasool allah sallallahu alaihi wasallam ke zamane mein islam modesty ka mazhab tha, kyunke dekhiye, dawat ka kaam chal nahin sakta modesty ke baghair.</w:t>
      </w:r>
      <w:r>
        <w:br/>
      </w:r>
      <w:r>
        <w:rPr>
          <w:sz w:val="20"/>
        </w:rPr>
        <w:t>23:59  modesty rasool allah sallallahu alaihi wasallam ne itni zyada dikhai ke, yaani misaal ke taur par, kaba mein but the, aap ne kuch is mein kuch kuch chhed chhad nahin ki, ek dum khamoshi is ko tolerate karte rahe.</w:t>
      </w:r>
      <w:r>
        <w:br/>
      </w:r>
      <w:r>
        <w:rPr>
          <w:sz w:val="20"/>
        </w:rPr>
        <w:t>24:14  jab hijrat hui aur aap madina aaye toh wahan par bahut sare yahood rehte the. yahudiyon ki rai se aap ne ashura ka roza rakhna shuru kar diya. yahudi log jo the, woh roza rakhte the, is ka naam tha ashura ka roza, so mein ashura.</w:t>
      </w:r>
      <w:r>
        <w:br/>
      </w:r>
      <w:r>
        <w:rPr>
          <w:sz w:val="20"/>
        </w:rPr>
        <w:t>24:31  toh yahudiyon ki talif e qalb ke liye aap ne ashura ka roza rakh liya. yahan tak ke shuru mein, jab ke jo masjid nabwi nahin bani thi madina mein, toh inhi ke qibla ki taraf rukh kar ke aap namaz padhne lage madina mein,</w:t>
      </w:r>
      <w:r>
        <w:br/>
      </w:r>
      <w:r>
        <w:rPr>
          <w:sz w:val="20"/>
        </w:rPr>
        <w:t>24:47  aur taqreeban 16 mahine tak aise hi karte rahe. there was modesty,</w:t>
      </w:r>
      <w:r>
        <w:br/>
      </w:r>
      <w:r>
        <w:rPr>
          <w:sz w:val="20"/>
        </w:rPr>
        <w:t>24:56  yaani yaani agar dawati mission ho toh modesty hi culture hoga dawi ka. dawi jo hai, kabhi bhi aur aur yaani woh apna dab dabah dikhaye aur apna arrogance dikhaye,</w:t>
      </w:r>
      <w:r>
        <w:br/>
      </w:r>
      <w:r>
        <w:rPr>
          <w:sz w:val="20"/>
        </w:rPr>
        <w:t>25:18  apni badai dikhaye, apna fakhr, apna pride dikhaye toh dawat chalegi nahin.</w:t>
      </w:r>
      <w:r>
        <w:br/>
      </w:r>
      <w:r>
        <w:rPr>
          <w:sz w:val="20"/>
        </w:rPr>
        <w:t>25:27  modesty ki ground par dawat ka kaam hota hai. yahan aap ke andar modesty ho, tawazu ho, narmi ho, sabr karna ho, bardasht karna ho, tabhi toh dawat chalegi.</w:t>
      </w:r>
      <w:r>
        <w:br/>
      </w:r>
      <w:r>
        <w:rPr>
          <w:sz w:val="20"/>
        </w:rPr>
        <w:t>25:42  isi liye quran majeed mein hai ke "wa nasbiranna ala ma adhaitumuna" ke tum humein agar satayo, tab bhi hum sabr karte rahenge.</w:t>
      </w:r>
      <w:r>
        <w:br/>
      </w:r>
      <w:r>
        <w:rPr>
          <w:sz w:val="20"/>
        </w:rPr>
        <w:t>25:52  yeh dawi ki zaban hai. agar tum ko satayo hum ko, tab bhi hum sabr karte rahenge. kyun?</w:t>
      </w:r>
      <w:r>
        <w:br/>
      </w:r>
      <w:r>
        <w:rPr>
          <w:sz w:val="20"/>
        </w:rPr>
        <w:t>26:01  dawat kabhi chal sakti hai.</w:t>
      </w:r>
      <w:r>
        <w:br/>
      </w:r>
      <w:r>
        <w:rPr>
          <w:sz w:val="20"/>
        </w:rPr>
        <w:t>26:06  toh modesty ke baghair toh dawat hi nahin chal sakti. toh jab islam ek dawah mission tha, toh jante the woh log ke humein modest bankar rehna hai.</w:t>
      </w:r>
      <w:r>
        <w:br/>
      </w:r>
      <w:r>
        <w:rPr>
          <w:sz w:val="20"/>
        </w:rPr>
        <w:t>26:19  rasool allah ke zamane mein aur sahaba ke zamane mein, jab islam ke hisse ek dawah mission ki thi, dawati mission, toh un ko pata tha ke humein modest bankar rehna hai.</w:t>
      </w:r>
      <w:r>
        <w:br/>
      </w:r>
      <w:r>
        <w:rPr>
          <w:sz w:val="20"/>
        </w:rPr>
        <w:t>26:32  modesty ke sath nahin rahenge toh dawati kaam bhi nahin hoga. is ke baad jab islam</w:t>
      </w:r>
      <w:r>
        <w:br/>
      </w:r>
      <w:r>
        <w:rPr>
          <w:sz w:val="20"/>
        </w:rPr>
        <w:t>26:41  ek political power ban gaya toh policy khatam ho gayi.</w:t>
      </w:r>
    </w:p>
    <w:p>
      <w:pPr>
        <w:pStyle w:val="Heading2"/>
      </w:pPr>
      <w:r>
        <w:t>Qana'at ideology and Prophet's hijra example</w:t>
      </w:r>
    </w:p>
    <w:p>
      <w:r>
        <w:rPr>
          <w:color w:val="666666"/>
          <w:sz w:val="18"/>
        </w:rPr>
        <w:t>Prophetic Guidance | October 04, 2015 · 5m 35s · at 0:51 · https://youtu.be/xkQO53EdaVU?t=51</w:t>
      </w:r>
    </w:p>
    <w:p>
      <w:r>
        <w:rPr>
          <w:i/>
        </w:rPr>
        <w:t>“Muslims claim Islam is complete, but what have they done?”</w:t>
      </w:r>
    </w:p>
    <w:p>
      <w:r>
        <w:rPr>
          <w:sz w:val="20"/>
        </w:rPr>
        <w:t>0:51  fakhr ke sath kehte hain ke Islam aik mukammal nizam-e-hayat hai, lekin amalan kya kar rakha hai?</w:t>
      </w:r>
      <w:r>
        <w:br/>
      </w:r>
      <w:r>
        <w:rPr>
          <w:sz w:val="20"/>
        </w:rPr>
        <w:t>0:59  ke Islam ki tamam taleemat ko "reduced form" mein le rakha hai, musaghar form mein.</w:t>
      </w:r>
      <w:r>
        <w:br/>
      </w:r>
      <w:r>
        <w:rPr>
          <w:sz w:val="20"/>
        </w:rPr>
        <w:t>1:07  yeh tamam taleemat ka yahi hal hai ke daawa ke aitbar se to Islam mukammal nizam hai, lekin</w:t>
      </w:r>
      <w:r>
        <w:br/>
      </w:r>
      <w:r>
        <w:rPr>
          <w:sz w:val="20"/>
        </w:rPr>
        <w:t>1:15  amal ke aitbar se Islam aik bohat hi</w:t>
      </w:r>
      <w:r>
        <w:br/>
      </w:r>
      <w:r>
        <w:rPr>
          <w:sz w:val="20"/>
        </w:rPr>
        <w:t>1:23  musaghar nizam hai. mein ek misaal deta hoon aap ko: qana'at. qana'at ek bohat important taleem hai islam ki, lekin is ko qana'at kehte hain mahdood ma'ni mein liya jata hai ke woh koi darweshi ke ma'ni mein ho gaya. qana'at ke</w:t>
      </w:r>
      <w:r>
        <w:br/>
      </w:r>
      <w:r>
        <w:rPr>
          <w:sz w:val="20"/>
        </w:rPr>
        <w:t>1:53  ma'ni: darveshi. halan ke yeh bohat zabardast ideology hai. yeh qana'at ek ideology hai. ek hadith hai: "qadfalha bin aslama warzuq kaffah wakunna Allah ma ata".</w:t>
      </w:r>
      <w:r>
        <w:br/>
      </w:r>
      <w:r>
        <w:rPr>
          <w:sz w:val="20"/>
        </w:rPr>
        <w:t>2:23  yani is ke haan falah ka jora qanaat se.</w:t>
      </w:r>
      <w:r>
        <w:br/>
      </w:r>
      <w:r>
        <w:rPr>
          <w:sz w:val="20"/>
        </w:rPr>
        <w:t>2:29  woh aadmi falah paye ga, yani successful rahe ga.</w:t>
      </w:r>
      <w:r>
        <w:br/>
      </w:r>
      <w:r>
        <w:rPr>
          <w:sz w:val="20"/>
        </w:rPr>
        <w:t>2:35  falah ke mani: success.</w:t>
      </w:r>
      <w:r>
        <w:br/>
      </w:r>
      <w:r>
        <w:rPr>
          <w:sz w:val="20"/>
        </w:rPr>
        <w:t>2:41  ke jo aadmi falah paye ga, jo qanaat ki ideology ko apnaye, to qanaat aik darweshi ka tareeqa nahi hai.</w:t>
      </w:r>
      <w:r>
        <w:br/>
      </w:r>
      <w:r>
        <w:rPr>
          <w:sz w:val="20"/>
        </w:rPr>
        <w:t>2:47  qanaat aik ideology hai</w:t>
      </w:r>
      <w:r>
        <w:br/>
      </w:r>
      <w:r>
        <w:rPr>
          <w:sz w:val="20"/>
        </w:rPr>
        <w:t>2:53  jis ka taluq zindagi ke sare pehluon se hai.</w:t>
      </w:r>
      <w:r>
        <w:br/>
      </w:r>
      <w:r>
        <w:rPr>
          <w:sz w:val="20"/>
        </w:rPr>
        <w:t>3:01  mein is ko agar apne lafzon mein kahoon to woh yeh hoga ke qanaat ka matlab hai baqi</w:t>
      </w:r>
      <w:r>
        <w:br/>
      </w:r>
      <w:r>
        <w:rPr>
          <w:sz w:val="20"/>
        </w:rPr>
        <w:t>3:09  madda par planning, baqi madda par mansooba.</w:t>
      </w:r>
      <w:r>
        <w:br/>
      </w:r>
      <w:r>
        <w:rPr>
          <w:sz w:val="20"/>
        </w:rPr>
        <w:t>3:17  yani planning based on remnant.</w:t>
      </w:r>
      <w:r>
        <w:br/>
      </w:r>
      <w:r>
        <w:rPr>
          <w:sz w:val="20"/>
        </w:rPr>
        <w:t>3:25  jo aap ke paas kuch toh aap ke paas khoya gaya, kuch aap ke paas bacha hua hai. toh jo aap ke paas bacha hua hai, us par planning karna, us par mansooba banana. toh hum jante hain ke Rasool Allah Sal Allah Alayhi Wasallam Islam ki tamaam taleemat par aap sab se ziyada amal karne wale the, toh aap ne qana'at par bhi amal kiya, bilashubah. lekin Rasool Allah Sal Allah Alayhi Wasallam ke hawale se</w:t>
      </w:r>
      <w:r>
        <w:br/>
      </w:r>
      <w:r>
        <w:rPr>
          <w:sz w:val="20"/>
        </w:rPr>
        <w:t>3:55  jab qanaat ka zikr hota hai to choti choti baatein, mislan kam kapray mein guzara karna, kam khana</w:t>
      </w:r>
      <w:r>
        <w:br/>
      </w:r>
      <w:r>
        <w:rPr>
          <w:sz w:val="20"/>
        </w:rPr>
        <w:t>4:02  kha kar mutma'in rehna.</w:t>
      </w:r>
      <w:r>
        <w:br/>
      </w:r>
      <w:r>
        <w:rPr>
          <w:sz w:val="20"/>
        </w:rPr>
        <w:t>4:10  lekin aap ki jo policy thi, us se jor kar qanaat ko nahi samajhte.</w:t>
      </w:r>
      <w:r>
        <w:br/>
      </w:r>
      <w:r>
        <w:rPr>
          <w:sz w:val="20"/>
        </w:rPr>
        <w:t>4:18  halankeh rasool Allah ki policy tamam ki tamam qanaat par base karti thi.</w:t>
      </w:r>
      <w:r>
        <w:br/>
      </w:r>
      <w:r>
        <w:rPr>
          <w:sz w:val="20"/>
        </w:rPr>
        <w:t>4:25  mein aap ko aik misaal deta hoon samajhne ke liye ke rasool Allah sal Allah aleh wasalam makka</w:t>
      </w:r>
      <w:r>
        <w:br/>
      </w:r>
      <w:r>
        <w:rPr>
          <w:sz w:val="20"/>
        </w:rPr>
        <w:t>4:35  mein 610 eesvi mein aap ne apna mission shuru kiya.</w:t>
      </w:r>
      <w:r>
        <w:br/>
      </w:r>
      <w:r>
        <w:rPr>
          <w:sz w:val="20"/>
        </w:rPr>
        <w:t>4:46  is waqt makka mein mushrik logon ka qabza tha, tamam leader wahan ke mushrik thay. to taqreeban</w:t>
      </w:r>
      <w:r>
        <w:br/>
      </w:r>
      <w:r>
        <w:rPr>
          <w:sz w:val="20"/>
        </w:rPr>
        <w:t>4:56  13 saal tak unhon ne aap ko tarah tarah se pareshan kiya.</w:t>
      </w:r>
      <w:r>
        <w:br/>
      </w:r>
      <w:r>
        <w:rPr>
          <w:sz w:val="20"/>
        </w:rPr>
        <w:t>5:04  aakhir mein kya hua ke makka mein aik tha idara, is ka naam tha dar-un-nadwah.</w:t>
      </w:r>
      <w:r>
        <w:br/>
      </w:r>
      <w:r>
        <w:rPr>
          <w:sz w:val="20"/>
        </w:rPr>
        <w:t>5:12  dar-un-nadwah ka matlab tha aaj ki zaban mein "tribal parliament". tribal parliament.</w:t>
      </w:r>
      <w:r>
        <w:br/>
      </w:r>
      <w:r>
        <w:rPr>
          <w:sz w:val="20"/>
        </w:rPr>
        <w:t>5:19  to makka mein jo dar-un-nadwah tha,</w:t>
      </w:r>
      <w:r>
        <w:br/>
      </w:r>
      <w:r>
        <w:rPr>
          <w:sz w:val="20"/>
        </w:rPr>
        <w:t>5:27  wo tribal parliament thi, yani mukhtalif qabail ka idara.</w:t>
      </w:r>
      <w:r>
        <w:br/>
      </w:r>
      <w:r>
        <w:rPr>
          <w:sz w:val="20"/>
        </w:rPr>
        <w:t>5:34  wahan bare bare division le aate thay.</w:t>
      </w:r>
      <w:r>
        <w:br/>
      </w:r>
      <w:r>
        <w:rPr>
          <w:sz w:val="20"/>
        </w:rPr>
        <w:t>5:42  to rasool Allah sal Allah aleh wasalam aur aap ke ashaab wahan barabar aap apni tablegh karte thay.</w:t>
      </w:r>
      <w:r>
        <w:br/>
      </w:r>
      <w:r>
        <w:rPr>
          <w:sz w:val="20"/>
        </w:rPr>
        <w:t>5:50  to aik group makka walon mein se aap ke sath ho gaya tha.</w:t>
      </w:r>
      <w:r>
        <w:br/>
      </w:r>
      <w:r>
        <w:rPr>
          <w:sz w:val="20"/>
        </w:rPr>
        <w:t>5:57  toh yeh log shuru mein toh tolerate kiya unhon ne, lekin jab dekha ke un ke aadmi barh rahe hain, hum un ki jo society thi, mushrik society, us mein se kuch na kuch log nikal kar aap ke saath shamil hote rehte the barabar. toh unhon ne apna jo tribal parliament thi, Dar-un-Nadwah, us mein is masle ko rakha. toh Dar</w:t>
      </w:r>
    </w:p>
    <w:p>
      <w:pPr>
        <w:pStyle w:val="Heading2"/>
      </w:pPr>
      <w:r>
        <w:t>Prophet's seerah as creative thinking model</w:t>
      </w:r>
    </w:p>
    <w:p>
      <w:r>
        <w:rPr>
          <w:color w:val="666666"/>
          <w:sz w:val="18"/>
        </w:rPr>
        <w:t>Importance of Creative Thinking I December 11, 2011 Maulana Wahiduddin Khan · 5m 58s · at 15:41 · https://youtu.be/GsnxvBYTj8w?t=941</w:t>
      </w:r>
    </w:p>
    <w:p>
      <w:r>
        <w:rPr>
          <w:i/>
        </w:rPr>
        <w:t>“Masalan dekhiye, Hazrat Ibrahim ne chaar hazaar saal pehle”</w:t>
      </w:r>
    </w:p>
    <w:p>
      <w:r>
        <w:rPr>
          <w:sz w:val="20"/>
        </w:rPr>
        <w:t>15:41  misalan dekhiye, Hazrat Ibrahim ne char hazar saal pehle</w:t>
      </w:r>
      <w:r>
        <w:br/>
      </w:r>
      <w:r>
        <w:rPr>
          <w:sz w:val="20"/>
        </w:rPr>
        <w:t>15:47  Makkah, idhar desert tha, us waqt Makkah nahi tha,</w:t>
      </w:r>
      <w:r>
        <w:br/>
      </w:r>
      <w:r>
        <w:rPr>
          <w:sz w:val="20"/>
        </w:rPr>
        <w:t>15:52  woh isi waqt se abad hua. Woh to wahan par unhon ne ek masjid banai, Ka'aba. Ka'aba ek masjid thi, aur wahan par Hazrat Ibrahim aur Ismail, un logon ne namaz parhi wahan par.</w:t>
      </w:r>
      <w:r>
        <w:br/>
      </w:r>
      <w:r>
        <w:rPr>
          <w:sz w:val="20"/>
        </w:rPr>
        <w:t>16:08  aur phir un ke jo nasal barhi to woh namaz parhti rahi. Lekin jab Rasool Allah Sal Allahu Alaihi Wasallam Makkah mein aaye, us waqt ka wahan par scene tha.</w:t>
      </w:r>
      <w:r>
        <w:br/>
      </w:r>
      <w:r>
        <w:rPr>
          <w:sz w:val="20"/>
        </w:rPr>
        <w:t>16:22  Us us waqt yeh scene tha ke Ka'aba mein is ke jo premises the. To Ka'aba mein kai so but rakh diye the unhon ne, kyunke lambi muddat ke baad wahan par mushrikeen aa gaye aur mushrikeen ka wahan par dabdaba ho gaya.</w:t>
      </w:r>
      <w:r>
        <w:br/>
      </w:r>
      <w:r>
        <w:rPr>
          <w:sz w:val="20"/>
        </w:rPr>
        <w:t>16:43  In logon ne Ka'aba mein bohat sare but rakh diye.</w:t>
      </w:r>
      <w:r>
        <w:br/>
      </w:r>
      <w:r>
        <w:rPr>
          <w:sz w:val="20"/>
        </w:rPr>
        <w:t>16:47  Ab Rasool Allah Sal Allahu Alaihi Wasallam jo aaye the, Rasool Allah Sal Allahu Alaihi Wasallam ka tha Ibrahimi jo deen tha, us ko us ko revive karna.</w:t>
      </w:r>
      <w:r>
        <w:br/>
      </w:r>
      <w:r>
        <w:rPr>
          <w:sz w:val="20"/>
        </w:rPr>
        <w:t>16:57  Aap ka mission tha ke Ibrahimi deen ko revive karein, yeh mission tha aap ka. To aap sochte wahan se ke dekho, Hazrat Ibrahim ne Ka'aba ko banaya tha to wahan koi but nahi hota tha.</w:t>
      </w:r>
      <w:r>
        <w:br/>
      </w:r>
      <w:r>
        <w:rPr>
          <w:sz w:val="20"/>
        </w:rPr>
        <w:t>17:09  Yeh to bohat hi gandi baat hai, us ko hatayo, us ko todo, us ko phenko. Us ko yani sochte, yahan se sochte hain. Woh to kya hota?</w:t>
      </w:r>
      <w:r>
        <w:br/>
      </w:r>
      <w:r>
        <w:rPr>
          <w:sz w:val="20"/>
        </w:rPr>
        <w:t>17:19  Larai bhidai hoti hai. Aap ne kya socha? Aap ne yeh socha ke Ka'aba mein jo but rakhe hue hain, us ka ek ek aur bhi aspect hai.</w:t>
      </w:r>
      <w:r>
        <w:br/>
      </w:r>
      <w:r>
        <w:rPr>
          <w:sz w:val="20"/>
        </w:rPr>
        <w:t>17:31  Woh aspect kya hai? Isi ki wajah se is ke jo pujari hain, woh yahan ikhatta hote hain.</w:t>
      </w:r>
      <w:r>
        <w:br/>
      </w:r>
      <w:r>
        <w:rPr>
          <w:sz w:val="20"/>
        </w:rPr>
        <w:t>17:38  yani is ki wajah se ek gathering yahan hoti hai. To ek hai, ek tha masla presence of models ka, ek masla tha gathering ka.</w:t>
      </w:r>
      <w:r>
        <w:br/>
      </w:r>
      <w:r>
        <w:rPr>
          <w:sz w:val="20"/>
        </w:rPr>
        <w:t>17:48  Tum ne deal link kiya, Rasool Allah Sal Allahu Alaihi Wasallam ne deal link kiya, dono ko</w:t>
      </w:r>
      <w:r>
        <w:br/>
      </w:r>
      <w:r>
        <w:rPr>
          <w:sz w:val="20"/>
        </w:rPr>
        <w:t>17:52  deal linking policy ikhtiyar ki aap ne ke for the time being aap ne us ko ignore kiya, buton ke hone ko aur gathering ko as an audience istemal kiya.</w:t>
      </w:r>
      <w:r>
        <w:br/>
      </w:r>
      <w:r>
        <w:rPr>
          <w:sz w:val="20"/>
        </w:rPr>
        <w:t>18:07  Aur 13 saal tak is mein aap is tarah kaam karte rahe.</w:t>
      </w:r>
      <w:r>
        <w:br/>
      </w:r>
      <w:r>
        <w:rPr>
          <w:sz w:val="20"/>
        </w:rPr>
        <w:t>18:13  To dekhiye, us waqt jo jitne brain the, woh sab Makkah mein to the, wahan yani yani Arab ka jo brain tha, woh Makkah mein tha.</w:t>
      </w:r>
      <w:r>
        <w:br/>
      </w:r>
      <w:r>
        <w:rPr>
          <w:sz w:val="20"/>
        </w:rPr>
        <w:t>18:25  Makkah mein education thi, Makkah mein leadership thi, Makkah ke log yani poore Arab mein in ka ek dabdaba hota tha.</w:t>
      </w:r>
      <w:r>
        <w:br/>
      </w:r>
      <w:r>
        <w:rPr>
          <w:sz w:val="20"/>
        </w:rPr>
        <w:t>18:36  To sara brain Makkah mein ikhatta tha. Is brain ko nikalna tha aap ko.</w:t>
      </w:r>
      <w:r>
        <w:br/>
      </w:r>
      <w:r>
        <w:rPr>
          <w:sz w:val="20"/>
        </w:rPr>
        <w:t>18:41  Agar aap larai chher dete to kya hota? Sab marte jeete, yeh yeh idhar ke log marte, kuch idhar ke log marte, qissa khatam. To aap ne is yeh policy ikhtiyar ki ke ke buton ko avoid karo, is gathering ko avail karo.</w:t>
      </w:r>
      <w:r>
        <w:br/>
      </w:r>
      <w:r>
        <w:rPr>
          <w:sz w:val="20"/>
        </w:rPr>
        <w:t>18:57  Daily wahan par ja ja kar aap Quran sunate the, un ko Islam ki baat batate the. To dheere dheere, dheere dheere sara jo jo creamy layer tha Makkah ka, woh aap ke hath mein aa gaya.</w:t>
      </w:r>
      <w:r>
        <w:br/>
      </w:r>
      <w:r>
        <w:rPr>
          <w:sz w:val="20"/>
        </w:rPr>
        <w:t>19:10  aaj kal ki zaban mein kremi layer. chunancha khalid bin waleed jab bohat baad ko musalman hue thay, to jab woh hijrat ke baad to makka se jab woh ja rahe thay madina, rastay mein un ko aik sahib miley,</w:t>
      </w:r>
      <w:r>
        <w:br/>
      </w:r>
      <w:r>
        <w:rPr>
          <w:sz w:val="20"/>
        </w:rPr>
        <w:t>19:29  umar bin al-aas. unhon ne poocha, "kahan ja rahe ho?" unhon ne kaha, "ke islam qabool karne ke liye."</w:t>
      </w:r>
      <w:r>
        <w:br/>
      </w:r>
      <w:r>
        <w:rPr>
          <w:sz w:val="20"/>
        </w:rPr>
        <w:t>19:37  us waqt unhon ne aik kalma kaha tha ke "dakhal al-nas fi al-islam fa lam yabqa ad bihi taawun." matlab jitne yani people of taste thay, woh sab to islam mein chale gaye.</w:t>
      </w:r>
      <w:r>
        <w:br/>
      </w:r>
      <w:r>
        <w:rPr>
          <w:sz w:val="20"/>
        </w:rPr>
        <w:t>19:52  ab to chhachh hai makka mein. yani kremi layer jo tha, woh chala gaya madina. madina islam qabool kar ke, ab ab to makka mein chhachh reh gaya hai.</w:t>
      </w:r>
      <w:r>
        <w:br/>
      </w:r>
      <w:r>
        <w:rPr>
          <w:sz w:val="20"/>
        </w:rPr>
        <w:t>20:03  yeh kaise possible hua?</w:t>
      </w:r>
      <w:r>
        <w:br/>
      </w:r>
      <w:r>
        <w:rPr>
          <w:sz w:val="20"/>
        </w:rPr>
        <w:t>20:05  yani itni bari cheez kaise possible hui ke kremi layer jo tha, woh aap ke hath mein aa jaye? woh hua patience se, tolerance se, planning se, wohi policy ke jo jo jo aap problem hai, us ko ignore karo, opportunity jo hai, us ko avail karo.</w:t>
      </w:r>
      <w:r>
        <w:br/>
      </w:r>
      <w:r>
        <w:rPr>
          <w:sz w:val="20"/>
        </w:rPr>
        <w:t>20:28  to 13 saal ki is planning ke nateejay mein makke ke saare brain aap ko mil g</w:t>
      </w:r>
      <w:r>
        <w:br/>
      </w:r>
      <w:r>
        <w:rPr>
          <w:sz w:val="20"/>
        </w:rPr>
        <w:t>20:33  aye. yahi log hain jinhon ne islam ki tareekh banai. yani abubakar, umar, usman, ali, muaz bin jabal, yeh saare log jo hain, top ke jo jin ko hum kehte hain ajal sahaba,</w:t>
      </w:r>
      <w:r>
        <w:br/>
      </w:r>
      <w:r>
        <w:rPr>
          <w:sz w:val="20"/>
        </w:rPr>
        <w:t>20:46  jo top ke sahabi hain, un ko ajal sahaba kaha jata hai. woh isi mele thay, isi zamanay mein. yeh hai creative thinking.</w:t>
      </w:r>
      <w:r>
        <w:br/>
      </w:r>
      <w:r>
        <w:rPr>
          <w:sz w:val="20"/>
        </w:rPr>
        <w:t>20:56  creative thinking se aap is qabil hotay hain ke aap positive planning karen, aap opportunities ko dekh saken, aap bajaye is ke complain karen, mayoosi mein par jayen, aap mawaqe ko dhoond kar us ko avail karen.</w:t>
      </w:r>
      <w:r>
        <w:br/>
      </w:r>
      <w:r>
        <w:rPr>
          <w:sz w:val="20"/>
        </w:rPr>
        <w:t>21:12  yeh sab baaten hasil hoti hain. itni bari aap ghor kijiye ke itni bari, itna bara example tha rasool Allah ki zindagi mein.</w:t>
      </w:r>
      <w:r>
        <w:br/>
      </w:r>
      <w:r>
        <w:rPr>
          <w:sz w:val="20"/>
        </w:rPr>
        <w:t>21:22  itna bara example,</w:t>
      </w:r>
      <w:r>
        <w:br/>
      </w:r>
      <w:r>
        <w:rPr>
          <w:sz w:val="20"/>
        </w:rPr>
        <w:t>21:25  itna bara example tha. aur do sau saal se musalman kya kar rahe hain? sirf naat khwani kar rahe hain, rasool Allah ki naat khwani. to creative thinking jo hai, woh bohat hi important hai har jagah, har kaam ke liye.</w:t>
      </w:r>
    </w:p>
    <w:p>
      <w:pPr>
        <w:pStyle w:val="Heading2"/>
      </w:pPr>
      <w:r>
        <w:t>The Problem of Misunderstanding: malicious vs innocent, from Adam's story</w:t>
      </w:r>
    </w:p>
    <w:p>
      <w:r>
        <w:rPr>
          <w:color w:val="666666"/>
          <w:sz w:val="18"/>
        </w:rPr>
        <w:t>The Problem of Misunderstanding January 1, 2008 Maulana Wahiduddin Khan · 5m 49s · at 0:38 · https://youtu.be/LdzzoBvyaD0?t=38</w:t>
      </w:r>
    </w:p>
    <w:p>
      <w:r>
        <w:rPr>
          <w:i/>
        </w:rPr>
        <w:t>“Today's topic: the problem of misunderstanding”</w:t>
      </w:r>
    </w:p>
    <w:p>
      <w:r>
        <w:rPr>
          <w:sz w:val="20"/>
        </w:rPr>
        <w:t>0:38  aaj ki jo baat hai is ka title hai "da problem of mis understanding".</w:t>
      </w:r>
      <w:r>
        <w:br/>
      </w:r>
      <w:r>
        <w:rPr>
          <w:sz w:val="20"/>
        </w:rPr>
        <w:t>0:54  dekhiye, Allah taala ne Adam ko pehle insan ke taur par paida kiya.</w:t>
      </w:r>
      <w:r>
        <w:br/>
      </w:r>
      <w:r>
        <w:rPr>
          <w:sz w:val="20"/>
        </w:rPr>
        <w:t>1:05  Adam aur Hawa ko paida kar ke jannat mein rakha. phir isi zamanay mein Iblees ka aur aur farishtay ka qissa paish aya.</w:t>
      </w:r>
      <w:r>
        <w:br/>
      </w:r>
      <w:r>
        <w:rPr>
          <w:sz w:val="20"/>
        </w:rPr>
        <w:t>1:18  to yeh jo Adam ke sath hua is zamanay mein yeh qissa Quran mein kai bar different andaaz se repeat hua hai.</w:t>
      </w:r>
      <w:r>
        <w:br/>
      </w:r>
      <w:r>
        <w:rPr>
          <w:sz w:val="20"/>
        </w:rPr>
        <w:t>1:35  is ko parha jaye to aisa lagta hai ke isi pehle hi qisse mein sari bunyadi baatein, sari basic jo aspect hain zindagi ke, woh sab isi mein aa gaye hain.</w:t>
      </w:r>
      <w:r>
        <w:br/>
      </w:r>
      <w:r>
        <w:rPr>
          <w:sz w:val="20"/>
        </w:rPr>
        <w:t>1:52  agar aadmi is ko agar gehrai ke sath soche to isi mein woh apni islah ka sara saman pa le ga.</w:t>
      </w:r>
      <w:r>
        <w:br/>
      </w:r>
      <w:r>
        <w:rPr>
          <w:sz w:val="20"/>
        </w:rPr>
        <w:t>2:04  is</w:t>
      </w:r>
      <w:r>
        <w:br/>
      </w:r>
      <w:r>
        <w:rPr>
          <w:sz w:val="20"/>
        </w:rPr>
        <w:t>2:05  yeh mein se aik hai "mis understanding". is ko parh kar andaza hota hai ke mis understanding jo hai woh do qism ki hoti hai.</w:t>
      </w:r>
      <w:r>
        <w:br/>
      </w:r>
      <w:r>
        <w:rPr>
          <w:sz w:val="20"/>
        </w:rPr>
        <w:t>2:17  aik to woh jis ke peechay shararat ho, yaani aadmi jaan boojh kar ke galat andaaz se baat ko torr morr kar pesh kare.</w:t>
      </w:r>
      <w:r>
        <w:br/>
      </w:r>
      <w:r>
        <w:rPr>
          <w:sz w:val="20"/>
        </w:rPr>
        <w:t>2:30  aik yeh hai ke sach much aadmi ko galat fehmi ho gayi ho. to main samajhta hoon ke dono hi qism ki misalen is is abdai waqay mein mojood hain.</w:t>
      </w:r>
      <w:r>
        <w:br/>
      </w:r>
      <w:r>
        <w:rPr>
          <w:sz w:val="20"/>
        </w:rPr>
        <w:t>2:44  mislan dekhiye, Allah taala ne insan ko yaani Adam ko paida kiya</w:t>
      </w:r>
      <w:r>
        <w:br/>
      </w:r>
      <w:r>
        <w:rPr>
          <w:sz w:val="20"/>
        </w:rPr>
        <w:t>2:52  to kaha ke angel aur aur jin yaani farishta aur Iblees dono is ke agay jhukain.</w:t>
      </w:r>
      <w:r>
        <w:br/>
      </w:r>
      <w:r>
        <w:rPr>
          <w:sz w:val="20"/>
        </w:rPr>
        <w:t>3:06  to farishtay to jhuk gaye, Iblees nahi jhuka. to Khuda ne poocha, "is ka koi nahi jhuke tum?" to us ne kaha, "kya is waqt ana khairun minhu?</w:t>
      </w:r>
      <w:r>
        <w:br/>
      </w:r>
      <w:r>
        <w:rPr>
          <w:sz w:val="20"/>
        </w:rPr>
        <w:t>3:24  " I am better than he. main insan se behtar hoon, insan se superior hoon.</w:t>
      </w:r>
      <w:r>
        <w:br/>
      </w:r>
      <w:r>
        <w:rPr>
          <w:sz w:val="20"/>
        </w:rPr>
        <w:t>3:35  aur is ki logic kya nikali us ne? khalaqtani min nar wa khalaqtahu min teen. tu ne mujh ko paida kiya aag se, us ko paida kiya mitti se.</w:t>
      </w:r>
      <w:r>
        <w:br/>
      </w:r>
      <w:r>
        <w:rPr>
          <w:sz w:val="20"/>
        </w:rPr>
        <w:t>3:49  ab yeh logic banai us ne.</w:t>
      </w:r>
      <w:r>
        <w:br/>
      </w:r>
      <w:r>
        <w:rPr>
          <w:sz w:val="20"/>
        </w:rPr>
        <w:t>3:53  apni lajic bana kar ke yeh nikala ke aag jo hai woh superior hai aur mitti jo hai inferior hai. halanke aisa kuch bhi nahi hai.</w:t>
      </w:r>
      <w:r>
        <w:br/>
      </w:r>
      <w:r>
        <w:rPr>
          <w:sz w:val="20"/>
        </w:rPr>
        <w:t>4:03  aisa kuch bhi nahi hai. aag bhi khuda ki banai hui hai, mitti bhi khuda ki banai hui hai.</w:t>
      </w:r>
      <w:r>
        <w:br/>
      </w:r>
      <w:r>
        <w:rPr>
          <w:sz w:val="20"/>
        </w:rPr>
        <w:t>4:11  aag agar jalati hai to aap dekhiye, mitti se hamein sari cheezein milti hain. sabzi, phal, food ke sare item sab kuch mitti se milte hain.</w:t>
      </w:r>
      <w:r>
        <w:br/>
      </w:r>
      <w:r>
        <w:rPr>
          <w:sz w:val="20"/>
        </w:rPr>
        <w:t>4:24  to mitti aur aag mein koi is is qism ka difference nahi hai ke ek superior hai, doosra inferior hai. lekin is farq ko is ne, is difference ko is ne le liya ek aur mani mein.</w:t>
      </w:r>
      <w:r>
        <w:br/>
      </w:r>
      <w:r>
        <w:rPr>
          <w:sz w:val="20"/>
        </w:rPr>
        <w:t>4:39  yeh thi shararat wali baat.</w:t>
      </w:r>
      <w:r>
        <w:br/>
      </w:r>
      <w:r>
        <w:rPr>
          <w:sz w:val="20"/>
        </w:rPr>
        <w:t>4:42  yeh bazahir to yeh bhi ek mis understanding keh sakte hain aap is ko, lekin is ke peeche shararat thi. jaan boojh kar is ne ek ek false point nikala.</w:t>
      </w:r>
      <w:r>
        <w:br/>
      </w:r>
      <w:r>
        <w:rPr>
          <w:sz w:val="20"/>
        </w:rPr>
        <w:t>4:56  to dekhiye, ek mis understanding woh hoti hai jo shararat kar ke nikali jaye. woh to bohat bara gunah hai, bohat hi bara gunah hai.</w:t>
      </w:r>
      <w:r>
        <w:br/>
      </w:r>
      <w:r>
        <w:rPr>
          <w:sz w:val="20"/>
        </w:rPr>
        <w:t>5:08  lekin mis understanding ek woh bhi hoti hai jis mein shararat shamil na ho. jaise ke Adam aur Hawa jo basaye gaye the jannat mein,</w:t>
      </w:r>
      <w:r>
        <w:br/>
      </w:r>
      <w:r>
        <w:rPr>
          <w:sz w:val="20"/>
        </w:rPr>
        <w:t>5:23  to khuda ne kaha tha ke yeh ek darakht hai jannat mein, tum is ke paas na jana, is darakht ka phal na khana.</w:t>
      </w:r>
      <w:r>
        <w:br/>
      </w:r>
      <w:r>
        <w:rPr>
          <w:sz w:val="20"/>
        </w:rPr>
        <w:t>5:36  halanke jannat bohat bari thi, bohat sari cheezein thi, sab khuli hui thi un ke liye. ek darakht jo tha woh forbidden tree tha un ke liye.</w:t>
      </w:r>
      <w:r>
        <w:br/>
      </w:r>
      <w:r>
        <w:rPr>
          <w:sz w:val="20"/>
        </w:rPr>
        <w:t>5:47  to is mana karne ko unhone samjha ke yeh koi bohat zyada ghamber baat nahi hai. aisa nahi ke sach much hi hamein is se rok diya gaya ho.</w:t>
      </w:r>
      <w:r>
        <w:br/>
      </w:r>
      <w:r>
        <w:rPr>
          <w:sz w:val="20"/>
        </w:rPr>
        <w:t>5:58  to hum agar phal kha lein is ka tab bhi koi harj nahi hai.</w:t>
      </w:r>
      <w:r>
        <w:br/>
      </w:r>
      <w:r>
        <w:rPr>
          <w:sz w:val="20"/>
        </w:rPr>
        <w:t>6:04  is mein hamein koi faida mil sakta hai. to yeh is mein un ki shararat shamil nahi thi. bazahir agarche unhone bhi khuda ke hukum ke khilaf kiya, lekin main samajhta hoon is mein shararat shamil nahi thi.</w:t>
      </w:r>
      <w:r>
        <w:br/>
      </w:r>
      <w:r>
        <w:rPr>
          <w:sz w:val="20"/>
        </w:rPr>
        <w:t>6:18  to yeh duniya mein baad ko jo naslein Adam ki nikli, un sab ke liye ek sabak tha. tum ko duniya mein is se bachna hai.</w:t>
      </w:r>
    </w:p>
    <w:p>
      <w:pPr>
        <w:pStyle w:val="Heading2"/>
      </w:pPr>
      <w:r>
        <w:t>From nature's lesson to Islam's essence</w:t>
      </w:r>
    </w:p>
    <w:p>
      <w:r>
        <w:rPr>
          <w:color w:val="666666"/>
          <w:sz w:val="18"/>
        </w:rPr>
        <w:t>Positive Thinking July 8, 2017 Maulana Wahiduddin Khan · 5m 40s · at 10:13 · https://youtu.be/6Q1DKj8srt4?t=613</w:t>
      </w:r>
    </w:p>
    <w:p>
      <w:r>
        <w:rPr>
          <w:i/>
        </w:rPr>
        <w:t>“Woh humein ek lesson de raha hai.”</w:t>
      </w:r>
    </w:p>
    <w:p>
      <w:r>
        <w:rPr>
          <w:sz w:val="20"/>
        </w:rPr>
        <w:t>10:13  ke aye insan, yani allah ka ke ek zaban hai allah ta'ala ki, yani ek to hai quran, doosra nature. nature bhi allah ta'ala ki zaban hai, yani allah ta'ala, yani rab al-alameen, kainat ka jo khaliq hai,</w:t>
      </w:r>
      <w:r>
        <w:br/>
      </w:r>
      <w:r>
        <w:rPr>
          <w:sz w:val="20"/>
        </w:rPr>
        <w:t>10:29  wo hamein ek lesson de raha hai. lesson: aye insan, tujh ko is tarah rehna hai duniya mein ke kaanton ke darmiyan phool ban kar, kaanton ke darmiyan tum ko phool ban kar rehna hai.</w:t>
      </w:r>
      <w:r>
        <w:br/>
      </w:r>
      <w:r>
        <w:rPr>
          <w:sz w:val="20"/>
        </w:rPr>
        <w:t>10:47  kaisi ajeeb baat hai! bara</w:t>
      </w:r>
      <w:r>
        <w:br/>
      </w:r>
      <w:r>
        <w:rPr>
          <w:sz w:val="20"/>
        </w:rPr>
        <w:t>10:51  kya hai? wo yahi hai ke tum ko kaanton ke darmiyan phool ban kar rehna hai.</w:t>
      </w:r>
      <w:r>
        <w:br/>
      </w:r>
      <w:r>
        <w:rPr>
          <w:sz w:val="20"/>
        </w:rPr>
        <w:t>11:01  ab aisa kis liye hai? ke is liye hai ke isi se to aap ka development hota hai. aap ka development jo hai, isi se hota hai.</w:t>
      </w:r>
      <w:r>
        <w:br/>
      </w:r>
      <w:r>
        <w:rPr>
          <w:sz w:val="20"/>
        </w:rPr>
        <w:t>11:14  aap ka mind isi se khulta hai. aap ka mind jo hai, us ka potential tabhi jaagte hain.</w:t>
      </w:r>
      <w:r>
        <w:br/>
      </w:r>
      <w:r>
        <w:rPr>
          <w:sz w:val="20"/>
        </w:rPr>
        <w:t>11:26  us ka matlab hai ke islam mein kuch cheezein aisi hain jo ghair mehram haram hain, yani seedhe seedhe nahi ke yeh mehram hai, yani yeh to nahi ke yeh haram hai,</w:t>
      </w:r>
      <w:r>
        <w:br/>
      </w:r>
      <w:r>
        <w:rPr>
          <w:sz w:val="20"/>
        </w:rPr>
        <w:t>11:44  lekin ghair mehram tor par wo haram hi hai. wo kya hai? negative thinking. negative thinking islam mein ek ghair mehram haram hai.</w:t>
      </w:r>
      <w:r>
        <w:br/>
      </w:r>
      <w:r>
        <w:rPr>
          <w:sz w:val="20"/>
        </w:rPr>
        <w:t>12:01  negative thinking islam mein ek ghair mehram haram hai. chahe kitne hi aap ko kaante hon, aap ke aas paas kitne hi negative experiences hon, aap ko insanon ki taraf se kuch bhi aap ko trouble pesh aa raha ho,</w:t>
      </w:r>
      <w:r>
        <w:br/>
      </w:r>
      <w:r>
        <w:rPr>
          <w:sz w:val="20"/>
        </w:rPr>
        <w:t>12:30  aap ko kisi bhi haal mein apni positivity ko disturb nahi karna hai. har haal mein apni positive thinking ko bacha ke rakhna hai.</w:t>
      </w:r>
      <w:r>
        <w:br/>
      </w:r>
      <w:r>
        <w:rPr>
          <w:sz w:val="20"/>
        </w:rPr>
        <w:t>12:43  kyun? yahi to qeemat hai paradise ki.</w:t>
      </w:r>
      <w:r>
        <w:br/>
      </w:r>
      <w:r>
        <w:rPr>
          <w:sz w:val="20"/>
        </w:rPr>
        <w:t>12:52  paradise wala insan, yani jannati insan, banta hai inhi halaat mein jab wo kaanton se nahi ulajhta, jab wo zindagi ke jo evil hain, trubls hain, disturb difficulties hain,</w:t>
      </w:r>
      <w:r>
        <w:br/>
      </w:r>
      <w:r>
        <w:rPr>
          <w:sz w:val="20"/>
        </w:rPr>
        <w:t>13:10  un ko avoid kar ke apni positive thinking ko baqi rakhta hai.</w:t>
      </w:r>
      <w:r>
        <w:br/>
      </w:r>
      <w:r>
        <w:rPr>
          <w:sz w:val="20"/>
        </w:rPr>
        <w:t>13:18  to is ka matlab kya hota hai? yeh hai "by thinking". yeh "by thinking" strategy hai, yani apni soch ko, apne time ko zara bhi distract na hone dena.</w:t>
      </w:r>
      <w:r>
        <w:br/>
      </w:r>
      <w:r>
        <w:rPr>
          <w:sz w:val="20"/>
        </w:rPr>
        <w:t>13:37  distraction ko zara bhi allow na karna apne andar aane ke liye, side sense mein nahi.</w:t>
      </w:r>
      <w:r>
        <w:br/>
      </w:r>
      <w:r>
        <w:rPr>
          <w:sz w:val="20"/>
        </w:rPr>
        <w:t>13:47  to to shukr kiya hai? positive thinking hai. positive thinking hai to aap ka mind jo hai, unfold hoga.</w:t>
      </w:r>
      <w:r>
        <w:br/>
      </w:r>
      <w:r>
        <w:rPr>
          <w:sz w:val="20"/>
        </w:rPr>
        <w:t>13:59  aap ka mind unfold hoga to aap ki spirituality develop karegi, aap ka intellectual development hoga, aap jannati insan banenge.</w:t>
      </w:r>
      <w:r>
        <w:br/>
      </w:r>
      <w:r>
        <w:rPr>
          <w:sz w:val="20"/>
        </w:rPr>
        <w:t>14:13  ab woh insan banenge jisko jannat mein entry milegi. to sab ki jar kya hai? sab ki jar hai quran ke lafzon mein sabr, aur aap doosre lafzon mein kahein to hai positive thinking.</w:t>
      </w:r>
      <w:r>
        <w:br/>
      </w:r>
      <w:r>
        <w:rPr>
          <w:sz w:val="20"/>
        </w:rPr>
        <w:t>14:31  sabr positive thinking ka doosra naam hai.</w:t>
      </w:r>
      <w:r>
        <w:br/>
      </w:r>
      <w:r>
        <w:rPr>
          <w:sz w:val="20"/>
        </w:rPr>
        <w:t>14:38  to yeh hai main samajhta hoon ke just islam ka.</w:t>
      </w:r>
      <w:r>
        <w:br/>
      </w:r>
      <w:r>
        <w:rPr>
          <w:sz w:val="20"/>
        </w:rPr>
        <w:t>14:46  islam kisi form ka naam nahi hai. islam kuch kuch kalmat ko munh se bol dene ka naam nahi hai.</w:t>
      </w:r>
      <w:r>
        <w:br/>
      </w:r>
      <w:r>
        <w:rPr>
          <w:sz w:val="20"/>
        </w:rPr>
        <w:t>14:59  islam naam hai ek art ka. woh art yeh hai ke har qism ke its aur problem ke bawajood aap apni development ka jo process hai,</w:t>
      </w:r>
      <w:r>
        <w:br/>
      </w:r>
      <w:r>
        <w:rPr>
          <w:sz w:val="20"/>
        </w:rPr>
        <w:t>15:15  woh kabhi discontinue na hone dein. woh barabar chalta rahe, tab ja kar ke aap ke andar woh aala personality banegi jo paradise mein jagah paye.</w:t>
      </w:r>
      <w:r>
        <w:br/>
      </w:r>
      <w:r>
        <w:rPr>
          <w:sz w:val="20"/>
        </w:rPr>
        <w:t>15:40  yeh main samajhta hoon ke quran ka, islam ka, sunnat rasool ka sab se bara bara bara message hai insan ke liye.</w:t>
      </w:r>
    </w:p>
    <w:p>
      <w:pPr>
        <w:pStyle w:val="Heading2"/>
      </w:pPr>
      <w:r>
        <w:t>Battle of Siffin and the need for developed mind</w:t>
      </w:r>
    </w:p>
    <w:p>
      <w:r>
        <w:rPr>
          <w:color w:val="666666"/>
          <w:sz w:val="18"/>
        </w:rPr>
        <w:t>Importance of Wisdom | August 24, 2014 · 4m 02s · at 24:39 · https://youtu.be/ZVPLm7fV0t0?t=1479</w:t>
      </w:r>
    </w:p>
    <w:p>
      <w:r>
        <w:rPr>
          <w:i/>
        </w:rPr>
        <w:t>“In the battle of Siffin, 70,000 men were killed”</w:t>
      </w:r>
    </w:p>
    <w:p>
      <w:r>
        <w:rPr>
          <w:sz w:val="20"/>
        </w:rPr>
        <w:t>24:39  jang Siffin.</w:t>
      </w:r>
      <w:r>
        <w:br/>
      </w:r>
      <w:r>
        <w:rPr>
          <w:sz w:val="20"/>
        </w:rPr>
        <w:t>24:45  hazrat Usman ki khilafat ke baad. jang Siffin.</w:t>
      </w:r>
      <w:r>
        <w:br/>
      </w:r>
      <w:r>
        <w:rPr>
          <w:sz w:val="20"/>
        </w:rPr>
        <w:t>24:51  kal maine Al-Bidayah wa Al-Nihayah mein is ke baray mein parha.</w:t>
      </w:r>
      <w:r>
        <w:br/>
      </w:r>
      <w:r>
        <w:rPr>
          <w:sz w:val="20"/>
        </w:rPr>
        <w:t>24:57  to jang Siffin mein Al-Bidayah wa Al-Nihayah ke jo musannif hain, Ibn Kathir, woh likhte hain ke jang Siffin</w:t>
      </w:r>
      <w:r>
        <w:br/>
      </w:r>
      <w:r>
        <w:rPr>
          <w:sz w:val="20"/>
        </w:rPr>
        <w:t>25:03  mein 70 hazar aadmi mare gaye.</w:t>
      </w:r>
      <w:r>
        <w:br/>
      </w:r>
      <w:r>
        <w:rPr>
          <w:sz w:val="20"/>
        </w:rPr>
        <w:t>25:09  70 hazar.</w:t>
      </w:r>
      <w:r>
        <w:br/>
      </w:r>
      <w:r>
        <w:rPr>
          <w:sz w:val="20"/>
        </w:rPr>
        <w:t>25:13  woh kaun thay? wohi thay jo Rasool Allah Salallaho Alaihe Wasallam ko dekha tha.</w:t>
      </w:r>
      <w:r>
        <w:br/>
      </w:r>
      <w:r>
        <w:rPr>
          <w:sz w:val="20"/>
        </w:rPr>
        <w:t>25:17  jinhon ne Sahaba ko dekha tha.</w:t>
      </w:r>
      <w:r>
        <w:br/>
      </w:r>
      <w:r>
        <w:rPr>
          <w:sz w:val="20"/>
        </w:rPr>
        <w:t>25:20  is zamane ke log, yeh sab ke sab.</w:t>
      </w:r>
      <w:r>
        <w:br/>
      </w:r>
      <w:r>
        <w:rPr>
          <w:sz w:val="20"/>
        </w:rPr>
        <w:t>25:24  ya to Rasool Allah Salallaho Alaihe Wasallam ko dekhne walay thay ya Sahaba ko dekhne walay.</w:t>
      </w:r>
      <w:r>
        <w:br/>
      </w:r>
      <w:r>
        <w:rPr>
          <w:sz w:val="20"/>
        </w:rPr>
        <w:t>25:28  wohi dour hi tha woh.</w:t>
      </w:r>
      <w:r>
        <w:br/>
      </w:r>
      <w:r>
        <w:rPr>
          <w:sz w:val="20"/>
        </w:rPr>
        <w:t>25:32  to apas yeh sol war thi.</w:t>
      </w:r>
      <w:r>
        <w:br/>
      </w:r>
      <w:r>
        <w:rPr>
          <w:sz w:val="20"/>
        </w:rPr>
        <w:t>25:36  islam ki tareekh mein yeh pehli sol war kahi jati hai.</w:t>
      </w:r>
      <w:r>
        <w:br/>
      </w:r>
      <w:r>
        <w:rPr>
          <w:sz w:val="20"/>
        </w:rPr>
        <w:t>25:39  apas ki larai.</w:t>
      </w:r>
      <w:r>
        <w:br/>
      </w:r>
      <w:r>
        <w:rPr>
          <w:sz w:val="20"/>
        </w:rPr>
        <w:t>25:43  to musalman ne musalman ko mara.</w:t>
      </w:r>
      <w:r>
        <w:br/>
      </w:r>
      <w:r>
        <w:rPr>
          <w:sz w:val="20"/>
        </w:rPr>
        <w:t>25:46  aur 70 hazar aadmi mar gaye.</w:t>
      </w:r>
      <w:r>
        <w:br/>
      </w:r>
      <w:r>
        <w:rPr>
          <w:sz w:val="20"/>
        </w:rPr>
        <w:t>25:49  is mein jo mein kehta hoon ke allah taala ne misaal qaim ki, woh kyun mein kehta hoon?</w:t>
      </w:r>
      <w:r>
        <w:br/>
      </w:r>
      <w:r>
        <w:rPr>
          <w:sz w:val="20"/>
        </w:rPr>
        <w:t>25:53  aap kitabon mein parhiye.</w:t>
      </w:r>
      <w:r>
        <w:br/>
      </w:r>
      <w:r>
        <w:rPr>
          <w:sz w:val="20"/>
        </w:rPr>
        <w:t>25:56  ek bohat hi ajeeb cheez parhenge aap.</w:t>
      </w:r>
      <w:r>
        <w:br/>
      </w:r>
      <w:r>
        <w:rPr>
          <w:sz w:val="20"/>
        </w:rPr>
        <w:t>25:59  ke yeh log jo apas mein lade thay, ek doosre ko qatal kiya tha, in ka haal kya</w:t>
      </w:r>
      <w:r>
        <w:br/>
      </w:r>
      <w:r>
        <w:rPr>
          <w:sz w:val="20"/>
        </w:rPr>
        <w:t>26:03  tha? din ko woh ladte thay.</w:t>
      </w:r>
      <w:r>
        <w:br/>
      </w:r>
      <w:r>
        <w:rPr>
          <w:sz w:val="20"/>
        </w:rPr>
        <w:t>26:06  din ko woh ek doosre</w:t>
      </w:r>
      <w:r>
        <w:br/>
      </w:r>
      <w:r>
        <w:rPr>
          <w:sz w:val="20"/>
        </w:rPr>
        <w:t>26:09  ke khilaf ladte thay. talwar chalate thay. aur shaam ko jo lashain hoti theen, un ko ikattha kar ke namaz e janaza parhte thay un ki. aur un ko dafan karte thay mil kar ke. kaisi ajeeb baat hai. yani wohi log jo aapas mein lad rahe hain din ko, talwar chala rahe hain, wohi log ikattha ho kar ke jo maqtoolin thay, un ki namaz</w:t>
      </w:r>
      <w:r>
        <w:br/>
      </w:r>
      <w:r>
        <w:rPr>
          <w:sz w:val="20"/>
        </w:rPr>
        <w:t>26:39  e janaza parhte thay ikattha ho kar ke. aur un ko izzat ke sath dafan kar dete hain. is se kya nikla? is se kya nikla? woh log, un ke ikhlas mein koi shakk nahi. jo lade, woh bohat mخلص log thay. apne ikhlas ki bina par un ke andar nafrat bhi aati thi. ek doosre ke khilaf. to ek taraf woh ikhlas ke power thay.</w:t>
      </w:r>
      <w:r>
        <w:br/>
      </w:r>
      <w:r>
        <w:rPr>
          <w:sz w:val="20"/>
        </w:rPr>
        <w:t>27:09  aur doosri taraf lad lad ke marte rahe ek doosre ko. is par maine socha. ke kaisa ajeeb waqea hai ke wohi log jo aapas mein lad kar ek doosre ki gardanen maar rahe hain. din ke waqt. wohi log shaam ko ikattha kar ke maqtoolin ko un ki namaz e janaza parh rahe hain. aur un ko izzat ke sath dafan kar rahe hain. yeh aap parh lijiye, kitabon mein likha hua hai yeh waqea.</w:t>
      </w:r>
      <w:r>
        <w:br/>
      </w:r>
      <w:r>
        <w:rPr>
          <w:sz w:val="20"/>
        </w:rPr>
        <w:t>27:39  to is par mein ne bohat socha.</w:t>
      </w:r>
      <w:r>
        <w:br/>
      </w:r>
      <w:r>
        <w:rPr>
          <w:sz w:val="20"/>
        </w:rPr>
        <w:t>27:44  is se mein ne socha ke dekhiye.</w:t>
      </w:r>
      <w:r>
        <w:br/>
      </w:r>
      <w:r>
        <w:rPr>
          <w:sz w:val="20"/>
        </w:rPr>
        <w:t>27:48  islam mein jo log aayenge.</w:t>
      </w:r>
      <w:r>
        <w:br/>
      </w:r>
      <w:r>
        <w:rPr>
          <w:sz w:val="20"/>
        </w:rPr>
        <w:t>27:53  تو ایک وہ لوگ ہوں گے جو اپنے اچھے نیچر کی وجہ سے، good nature کی وجہ سے آئیں گے۔ good nature۔</w:t>
      </w:r>
      <w:r>
        <w:br/>
      </w:r>
      <w:r>
        <w:rPr>
          <w:sz w:val="20"/>
        </w:rPr>
        <w:t>27:57  un ki fitrat zinda hogi.</w:t>
      </w:r>
      <w:r>
        <w:br/>
      </w:r>
      <w:r>
        <w:rPr>
          <w:sz w:val="20"/>
        </w:rPr>
        <w:t>28:01  un ki fitrat sahi hogi.</w:t>
      </w:r>
      <w:r>
        <w:br/>
      </w:r>
      <w:r>
        <w:rPr>
          <w:sz w:val="20"/>
        </w:rPr>
        <w:t>28:06  وہ چیز attract کر کے ان کو اور اسلام میں داخل ہو جائیں گے وہ۔</w:t>
      </w:r>
      <w:r>
        <w:br/>
      </w:r>
      <w:r>
        <w:rPr>
          <w:sz w:val="20"/>
        </w:rPr>
        <w:t>28:10  تو ان کے good nature نے ان کو اسلام میں داخل کر دیا۔</w:t>
      </w:r>
      <w:r>
        <w:br/>
      </w:r>
      <w:r>
        <w:rPr>
          <w:sz w:val="20"/>
        </w:rPr>
        <w:t>28:14  lekin ek aur cheez mafqood thi.</w:t>
      </w:r>
      <w:r>
        <w:br/>
      </w:r>
      <w:r>
        <w:rPr>
          <w:sz w:val="20"/>
        </w:rPr>
        <w:t>28:17  وہ تھی developed mind. Developed mind.</w:t>
      </w:r>
      <w:r>
        <w:br/>
      </w:r>
      <w:r>
        <w:rPr>
          <w:sz w:val="20"/>
        </w:rPr>
        <w:t>28:21  یہ سارے لوگ جو تھے، ان کے پاس good nature تھی۔</w:t>
      </w:r>
      <w:r>
        <w:br/>
      </w:r>
      <w:r>
        <w:rPr>
          <w:sz w:val="20"/>
        </w:rPr>
        <w:t>28:24  nabil log thay woh.</w:t>
      </w:r>
      <w:r>
        <w:br/>
      </w:r>
      <w:r>
        <w:rPr>
          <w:sz w:val="20"/>
        </w:rPr>
        <w:t>28:28  bohat hi shareef log thay.</w:t>
      </w:r>
      <w:r>
        <w:br/>
      </w:r>
      <w:r>
        <w:rPr>
          <w:sz w:val="20"/>
        </w:rPr>
        <w:t>28:31  bohat hi achhe log thay.</w:t>
      </w:r>
      <w:r>
        <w:br/>
      </w:r>
      <w:r>
        <w:rPr>
          <w:sz w:val="20"/>
        </w:rPr>
        <w:t>28:35  bohat nice log thay.</w:t>
      </w:r>
      <w:r>
        <w:br/>
      </w:r>
      <w:r>
        <w:rPr>
          <w:sz w:val="20"/>
        </w:rPr>
        <w:t>28:38  لیکن developed mind nahi tha unke paas.</w:t>
      </w:r>
    </w:p>
    <w:p>
      <w:pPr>
        <w:pStyle w:val="Heading2"/>
      </w:pPr>
      <w:r>
        <w:t>Hajra's sacrifice and new generation</w:t>
      </w:r>
    </w:p>
    <w:p>
      <w:r>
        <w:rPr>
          <w:color w:val="666666"/>
          <w:sz w:val="18"/>
        </w:rPr>
        <w:t>Place of Women in Islam | March 5, 2006 | Maulana Wahiduddin Khan · 5m 33s · at 1:09:30 · https://youtu.be/1Ti4skvf7UA?t=4170</w:t>
      </w:r>
    </w:p>
    <w:p>
      <w:r>
        <w:rPr>
          <w:i/>
        </w:rPr>
        <w:t>“Hazaron saal ke process se shirk ne logo ko condition kar diya.”</w:t>
      </w:r>
    </w:p>
    <w:p>
      <w:r>
        <w:rPr>
          <w:sz w:val="20"/>
        </w:rPr>
        <w:t>1:09:30  conditioned ho gaye the. ab kya kiya jaye? to hazrat ibrahim alaihissalam ke zariye jo paighambar the, ek scheme banai gayi, ek plan banaya gaya ke ek nayi nasal banai jaye shehron se bahar. shehron mein aap jante hain ke nature worship chhai hui thi. to desert tha makkah ke paas, sab desert hi is zamane mein. ab to shehar hai wahan par, us waqt de</w:t>
      </w:r>
      <w:r>
        <w:br/>
      </w:r>
      <w:r>
        <w:rPr>
          <w:sz w:val="20"/>
        </w:rPr>
        <w:t>1:10:00  sert tha. chaar hazar saal pehle hazrat ibrahim ne apni biwi hajra ko aur chhote bachche ismail ko la ke wo desert mein chhod diya, ek nayi nasal banane ke liye, city se door, shirk culture se door, nature worship ke mahol se door, taake un ki conditioning na hone paye. aur baghair conditioning ke wo wahan par bane. to riwayat mein aata hai ke jab haz</w:t>
      </w:r>
      <w:r>
        <w:br/>
      </w:r>
      <w:r>
        <w:rPr>
          <w:sz w:val="20"/>
        </w:rPr>
        <w:t>1:10:30  rat ibrahim ne wahan chhoda hajra ko aur ismail ko aur khud jaane lage wahan chhod kar ke, to hajra ne poocha ke hum ko yahan chhod kar kahan ja rahe hain? is desert mein hum ko chhod kar kahan ja rahe hain? yahan to kuch bhi nahi. to kai baar unhone kaha aur hazrat ibrahim ne koi jawab nahi diya. phir aakhir mein unhone kaha ke kya aap ko khuda ne aisa karne ka hukum diya hai? ye hum ko</w:t>
      </w:r>
      <w:r>
        <w:br/>
      </w:r>
      <w:r>
        <w:rPr>
          <w:sz w:val="20"/>
        </w:rPr>
        <w:t>1:11:00  yahan chhod rahe hain, aap to khuda ne aisa kaha hai ke in ko chhod do desert mein. to hazrat ibrahim ne kaha ke haan. is lady ne jis ka naam hajra tha, hari is ko hajar kehte hain biblical language mein, is ne kaha ke phir khuda hum ko west nahi karega, phir khuda hum ko zaya nahi karega. zara gaur kijiye, desert mein khade ho kar is ne kaha, main bataun, kisi mard ko ye</w:t>
      </w:r>
      <w:r>
        <w:br/>
      </w:r>
      <w:r>
        <w:rPr>
          <w:sz w:val="20"/>
        </w:rPr>
        <w:t>1:11:30  kehne ki tofeeq nahi hui. poori history mein mujhe koi aisa mard nahi maloom jis ne ye aisa aisa word bola ho, aisa kalma kaha ho ke desert mein khade ho kar yahan pani nahi, yahan khana nahi, yahan kuch bhi nahi, yahan insan nahi, chidiya bhi nahi. wo kehti hai ke agar khuda ne ye kaha hai ke chhod do in ko desert mein, to khuda hamara saath nahi chhodega,</w:t>
      </w:r>
      <w:r>
        <w:br/>
      </w:r>
      <w:r>
        <w:rPr>
          <w:sz w:val="20"/>
        </w:rPr>
        <w:t>1:12:00  khuda hum ko zaya nahi karega. ye kyun hua? is desert mein ek nayi generation banana, nayi generation jo poori tarah shirk ki conditioning se khali ho, poori tarah khule zehan ke sath. kyunke wo desert mein kya tha? khula maidan, khule pahad, upar aasman, upar chand aur suraj, siwaye yani nature ke, siwaye</w:t>
      </w:r>
      <w:r>
        <w:br/>
      </w:r>
      <w:r>
        <w:rPr>
          <w:sz w:val="20"/>
        </w:rPr>
        <w:t>1:12:30  wahan kuch aur nahi tha. wahan shirk nahi tha, wahan shirk culture nahi tha, wahan koi mandir nahi tha, wahan ke khuda ke siwa kisi aur ki parastish ka wahan mahol nahi tha. wahan to is tarah se is khule mahol mein, is desert ke mahol mein, sari mushkilon ko jhelte hue, musibaton ko jhelte hue, wahan ek ek nasal bani hai, ek generation bani hai jis ko hum banu ismail kehte hain. wo poori tarah</w:t>
      </w:r>
      <w:r>
        <w:br/>
      </w:r>
      <w:r>
        <w:rPr>
          <w:sz w:val="20"/>
        </w:rPr>
        <w:t>1:13:01  shirk ki conditioning se khali thi. is mein har ek mister nature tha, is mein ke har aurat miss nature thi aur har mard mister nature tha, yani apne apne nature pe jeeta tha, apne nature par wo khada hua tha. is ka nature bigda nahi tha, is mein koi bigad nahi aaya tha is ke nature mein. to yahi wo generation hai jis mein se Muhammad paida hue, rasool Allah sallallahu alaihi wasallam paida hue aur sahaba paida</w:t>
      </w:r>
      <w:r>
        <w:br/>
      </w:r>
      <w:r>
        <w:rPr>
          <w:sz w:val="20"/>
        </w:rPr>
        <w:t>1:13:31  hue. to rasool Allah aur sahaba is generation mein mein se nikle jo poori tarah shirk ki conditioning se khali thi. phir unhone is phir is tarah ek team bani rasool Allah ke gird. aap jante hain ke history mein kabhi bhi kisi prophet ke sath koi team nahi ban saki, kabhi nahi aisa hua. sirf rasool Allah ke sath aisa hua, ek team bani</w:t>
      </w:r>
      <w:r>
        <w:br/>
      </w:r>
      <w:r>
        <w:rPr>
          <w:sz w:val="20"/>
        </w:rPr>
        <w:t>1:14:01  jis mein kam az kam do lakh bahut hi zabardast qism ke log the. yahi wo team hai jis ne ke revolution barpa kiya. yani is se pehle tauheed ek ek theory thi, hazaron saal se tauheed ek theory, ek ideology thi. bas is team ne aisa kiya ke is theory, is theory ko, is is ideology ko revolution ke darje tak pahunchaya</w:t>
      </w:r>
      <w:r>
        <w:br/>
      </w:r>
      <w:r>
        <w:rPr>
          <w:sz w:val="20"/>
        </w:rPr>
        <w:t>1:14:32  . revolution yani ideology ko ek revolution banaya. wo yahi, wo is ka is ka credit kis ko jata hai? ek lady ko, is ka naam hajra tha. hajra ke sacrifice ke baad ye hua ke wo team ban saki jis ne ke tauheed ke nazariye ko, tauheed ke ideology ko revolution tak pahunchaya.</w:t>
      </w:r>
    </w:p>
    <w:p>
      <w:pPr>
        <w:pStyle w:val="Heading2"/>
      </w:pPr>
      <w:r>
        <w:t>Problem-solving formula and its application</w:t>
      </w:r>
    </w:p>
    <w:p>
      <w:r>
        <w:rPr>
          <w:color w:val="666666"/>
          <w:sz w:val="18"/>
        </w:rPr>
        <w:t>Role of Spirituality in Stress Management 29 Dec 2007 - Maulana Wahiduddin Khan · 5m 57s · at 15:35 · https://youtu.be/RA0sg_c57mI?t=935</w:t>
      </w:r>
    </w:p>
    <w:p>
      <w:r>
        <w:rPr>
          <w:i/>
        </w:rPr>
        <w:t>“Another very simple formula from Sir James Jeans' life”</w:t>
      </w:r>
    </w:p>
    <w:p>
      <w:r>
        <w:rPr>
          <w:sz w:val="20"/>
        </w:rPr>
        <w:t>15:35  bahut ek aur bahut hi simple formula jo main ne paya hai woh sir james jeans ki zindagi se</w:t>
      </w:r>
      <w:r>
        <w:br/>
      </w:r>
      <w:r>
        <w:rPr>
          <w:sz w:val="20"/>
        </w:rPr>
        <w:t>15:43  sir james jeans burton ke bahut hi well known astronomer the astronomer bahut hi top ke astronomer the woh international fame ke to un ke disciple the</w:t>
      </w:r>
      <w:r>
        <w:br/>
      </w:r>
      <w:r>
        <w:rPr>
          <w:sz w:val="20"/>
        </w:rPr>
        <w:t>16:01  un ke student rahe the un ke haan cambridge mein un ka naam tha inayatullah mashriqi woh india ke the woh shayad punjab ke inayatullah mashriqi bahut hi woh bhi bahut hi intelligent aadmi the</w:t>
      </w:r>
      <w:r>
        <w:br/>
      </w:r>
      <w:r>
        <w:rPr>
          <w:sz w:val="20"/>
        </w:rPr>
        <w:t>16:17  woh mathematics ke aadmi the woh msc kiya tha unhon ne to ek baar woh london gaye to</w:t>
      </w:r>
      <w:r>
        <w:br/>
      </w:r>
      <w:r>
        <w:rPr>
          <w:sz w:val="20"/>
        </w:rPr>
        <w:t>16:27  is kisi road par un se mulaqat ho gayi to aisa tha ke us waqt thoda barish ho rahi thi wahan par kyunke aap jante hain ke london ka jo weather hai bahut hi kehta hai kaha jata hai ke treacherous weather kabhi bhi barish ho hone lagti hai</w:t>
      </w:r>
      <w:r>
        <w:br/>
      </w:r>
      <w:r>
        <w:rPr>
          <w:sz w:val="20"/>
        </w:rPr>
        <w:t>16:44  to kya tha ke sir james jeans apni chhatri apne apne bagal mein dabaye hue the halki barish ho rahi thi lekin chhatri un ki bagal mein thi to inayatullah khan ne kaha ke sir ek ek question mujhe karna hai ke ab barish ho rahi hai aur aap chhatri bagal mein dabe hue hain</w:t>
      </w:r>
      <w:r>
        <w:br/>
      </w:r>
      <w:r>
        <w:rPr>
          <w:sz w:val="20"/>
        </w:rPr>
        <w:t>17:08  to sir james jeans ne koi bhi jawab nahi diya bas khali nikala aur sar par unhon ne taan liya aur baat shuru kar di unhon ne yani ek second bhi waste kiye baghair unhon ne baat shuru kar di kyunke woh pehchan liya unhon ne ke yeh mera student hai yeh is se main ne ek formula nikala</w:t>
      </w:r>
      <w:r>
        <w:br/>
      </w:r>
      <w:r>
        <w:rPr>
          <w:sz w:val="20"/>
        </w:rPr>
        <w:t>17:27  formula kya tha woh formula yeh tha ke problem par zyada aap apna mind na lagayen tab bhi problem solve ho kar rehta hai yani unhon ne zyada socha nahi ke barish ho rahi hai to mujhe bheeg jaunga to mujhe</w:t>
      </w:r>
      <w:r>
        <w:br/>
      </w:r>
      <w:r>
        <w:rPr>
          <w:sz w:val="20"/>
        </w:rPr>
        <w:t>17:44  mujhe chhatri lagana chahiye apne aap hi sab problem solve ho raha tha to is se main ne ek formula banaya ke not to solve the problem is also a way of solving the problem</w:t>
      </w:r>
      <w:r>
        <w:br/>
      </w:r>
      <w:r>
        <w:rPr>
          <w:sz w:val="20"/>
        </w:rPr>
        <w:t>18:02  not to solve the problem is also a way of solving the problem is ko main ne apply kiya ek jagah mein ek martaba gaya manchester to manchester mein</w:t>
      </w:r>
      <w:r>
        <w:br/>
      </w:r>
      <w:r>
        <w:rPr>
          <w:sz w:val="20"/>
        </w:rPr>
        <w:t>18:19  ek sahib the ek arab al arif un ka naam tha muhammad al arif ek arab naujawan to doosri baar main gaya tha pehli baar jab gaya tha to unhon ne bataya ke main yahan doctorate kar raha tha doctorate kar raha hoon manchester university mein main ne apna research karwaya hai registration</w:t>
      </w:r>
      <w:r>
        <w:br/>
      </w:r>
      <w:r>
        <w:rPr>
          <w:sz w:val="20"/>
        </w:rPr>
        <w:t>18:39  to badi khushi mujhe hui kyunke education jo hai mere dil ki baat hoti hai main chahta hoon ke har aadmi oonchi se oonchi education le to wahan doctorate ke liye unhon ne manchester university mein apna enrollment karwaya tha to main ne bahut mubarakbad di un ko</w:t>
      </w:r>
      <w:r>
        <w:br/>
      </w:r>
      <w:r>
        <w:rPr>
          <w:sz w:val="20"/>
        </w:rPr>
        <w:t>19:01  doosri baar jab main gaya wahan par to unhon ne bataya ke woh to main rok diya hai aaj kal main research nahi kar raha hoon kuch kaam nahi ho raha hai to main ne kaha kyun to unhon ne kaha ke meri shadi ho gayi hai aur woh</w:t>
      </w:r>
      <w:r>
        <w:br/>
      </w:r>
      <w:r>
        <w:rPr>
          <w:sz w:val="20"/>
        </w:rPr>
        <w:t>19:17  arab se woh khatoon woh jo lady hain woh ek arab lady hain to woh english nahi janti hain woh sirf arabic janti hain to koi kaam woh kar nahi sakti market ka koi kaam maslan sabzi kharidna hai ya koi aur kaam karna hai to mujhe hi jana padta hai</w:t>
      </w:r>
      <w:r>
        <w:br/>
      </w:r>
      <w:r>
        <w:rPr>
          <w:sz w:val="20"/>
        </w:rPr>
        <w:t>19:36  woh ghar mein rehti hain woh is wajah se meri education jo hai woh ruk gayi hai main bahut hi hammering ki un ki main ne yeh koi excuse nahi hai education ke liye excuse kai hua karta hai education to aap ko le nahi lena hai kisi bhi haal mein</w:t>
      </w:r>
      <w:r>
        <w:br/>
      </w:r>
      <w:r>
        <w:rPr>
          <w:sz w:val="20"/>
        </w:rPr>
        <w:t>19:56  to un ko main ne yahi formula bataya ke not to solve the problem is also a way in solving the problem to main ne kaha ke aap aap chhod diye un ke haal par chhod dijiyega aur aap phir se padhna shuru kar dijiyega</w:t>
      </w:r>
      <w:r>
        <w:br/>
      </w:r>
      <w:r>
        <w:rPr>
          <w:sz w:val="20"/>
        </w:rPr>
        <w:t>20:16  to chunke main bada tha woh chote the umar mein mujh se to woh maan gaye woh aur unhon ne kaha ke chahe woh ghar mein khana paka hai na paka hai sabzi oway na oway kuch bhi ho mujhe ab padhna hai ab is ke baad kya hua</w:t>
      </w:r>
      <w:r>
        <w:br/>
      </w:r>
      <w:r>
        <w:rPr>
          <w:sz w:val="20"/>
        </w:rPr>
        <w:t>20:33  to aap jante hain ke necessary necessity is the mother of invention to jab zaroorat padi to majboor ho kar gayi woh under compulsion aur kuch isharay se kabhi doodh lena hai milk lena hai to isharay se liya unhon ne sabzi lena hai to isharay se liya dheere dheere dheere dheere english seekh gayi woh</w:t>
      </w:r>
      <w:r>
        <w:br/>
      </w:r>
      <w:r>
        <w:rPr>
          <w:sz w:val="20"/>
        </w:rPr>
        <w:t>20:55  yani compulsion ne unhein majboor kiya ke woh english seekhein to phir teesri baar jab main gaya wahan par to dekha ke woh lady jo english bol rahi thi to us se main ne formula nikala ke koi problem hai to aap zyada bother na kijiye</w:t>
      </w:r>
      <w:r>
        <w:br/>
      </w:r>
      <w:r>
        <w:rPr>
          <w:sz w:val="20"/>
        </w:rPr>
        <w:t>21:14  is ko chhod denge tab bhi woh problem hal ho jayega tab bhi hal ho jayega woh lekin log kya karte hain ke in necessary stress le lete hain in necessary sab se bada masla hai in necessary tor par stress le lena</w:t>
      </w:r>
    </w:p>
    <w:p>
      <w:pPr>
        <w:pStyle w:val="Heading2"/>
      </w:pPr>
      <w:r>
        <w:t>Hunting story with moral about compassion</w:t>
      </w:r>
    </w:p>
    <w:p>
      <w:r>
        <w:rPr>
          <w:color w:val="666666"/>
          <w:sz w:val="18"/>
        </w:rPr>
        <w:t>Why I am Different 21 sept, 2019 - Maulana Wahiduddin Khan · 3m 38s · at 15:42 · https://youtu.be/TBDjR8Keoss?t=942</w:t>
      </w:r>
    </w:p>
    <w:p>
      <w:r>
        <w:rPr>
          <w:i/>
        </w:rPr>
        <w:t>“تو وہ لوگ جایا کرتے تھے اس جنگل میں شکار کے لیے،”</w:t>
      </w:r>
    </w:p>
    <w:p>
      <w:r>
        <w:rPr>
          <w:sz w:val="20"/>
        </w:rPr>
        <w:t>15:42  chidiya, chidiya ka shikar karne ke liye. to ek din woh ja rahe the to mujh ko bhi sath le liya. un ke paas ek shayad do jeep thin aur kuch saman aur do gun thin aur woh chale.</w:t>
      </w:r>
      <w:r>
        <w:br/>
      </w:r>
      <w:r>
        <w:rPr>
          <w:sz w:val="20"/>
        </w:rPr>
        <w:t>16:03  to mein bhi un ke sath baith gaya. to gaadi chalte chalte shehar se bahar nikli aur jangal ke area mein dakhil hui.</w:t>
      </w:r>
      <w:r>
        <w:br/>
      </w:r>
      <w:r>
        <w:rPr>
          <w:sz w:val="20"/>
        </w:rPr>
        <w:t>16:13  to wahan par kya tha, peed bohat se idhar udhar the.</w:t>
      </w:r>
      <w:r>
        <w:br/>
      </w:r>
      <w:r>
        <w:rPr>
          <w:sz w:val="20"/>
        </w:rPr>
        <w:t>16:20  to shayad aap jante ho ke ek chidiya hoti hai, uska naam hai qahlaq. is chidiya ka naam hai qahlaq. woh fakhta se kuch badi hoti hai, ya'ni pigeon se kuch badi hoti hai.</w:t>
      </w:r>
      <w:r>
        <w:br/>
      </w:r>
      <w:r>
        <w:rPr>
          <w:sz w:val="20"/>
        </w:rPr>
        <w:t>16:33  aur kaha jata hai ke uska meat bohat acha hota hai, aisa kehte hain log. mujhe to koi shauq nahi hai.</w:t>
      </w:r>
      <w:r>
        <w:br/>
      </w:r>
      <w:r>
        <w:rPr>
          <w:sz w:val="20"/>
        </w:rPr>
        <w:t>16:43  to us ko marne ke jate the woh. to qahlaq ka tareeqa yeh hai ke woh peed par ek dam upar baithay ga.</w:t>
      </w:r>
      <w:r>
        <w:br/>
      </w:r>
      <w:r>
        <w:rPr>
          <w:sz w:val="20"/>
        </w:rPr>
        <w:t>16:53  peR par jo oper oper jo hoga, us ka branch, us ki shakh, wahan baithega ja kar.</w:t>
      </w:r>
      <w:r>
        <w:br/>
      </w:r>
      <w:r>
        <w:rPr>
          <w:sz w:val="20"/>
        </w:rPr>
        <w:t>17:03  to us ka mizaj hai. to phir us ko target karte hain, nishan lagate hain. to un logon ne apna kiya hai sab kaam.</w:t>
      </w:r>
      <w:r>
        <w:br/>
      </w:r>
      <w:r>
        <w:rPr>
          <w:sz w:val="20"/>
        </w:rPr>
        <w:t>17:15  to mujh ko bhi kaha ke tum bhi karo. to main ek gun le kar ke khada hua ek peR ke neeche aur oper ek ek dam oper ek ek qahlak baitha hua tha.</w:t>
      </w:r>
      <w:r>
        <w:br/>
      </w:r>
      <w:r>
        <w:rPr>
          <w:sz w:val="20"/>
        </w:rPr>
        <w:t>17:29  to main ne us ko yahan se target kiya to meri range mein aa gaya, wo ek dam range mein. ab meri hath, mera hath us ki trigger par,</w:t>
      </w:r>
      <w:r>
        <w:br/>
      </w:r>
      <w:r>
        <w:rPr>
          <w:sz w:val="20"/>
        </w:rPr>
        <w:t>17:44  yani barrel is tarike se tha aur mera hath us trigger par, jis ko kehte hain urdu mein lablabi. to jab main, jab yani bilkul kuch second baki the ke main trigger daba doon aur aur aur gun fire ho jaye,</w:t>
      </w:r>
      <w:r>
        <w:br/>
      </w:r>
      <w:r>
        <w:rPr>
          <w:sz w:val="20"/>
        </w:rPr>
        <w:t>18:08  us ko ja kar lage wo. to achaanak phir thought aaya mere bare mein, "i know skin,</w:t>
      </w:r>
      <w:r>
        <w:br/>
      </w:r>
      <w:r>
        <w:rPr>
          <w:sz w:val="20"/>
        </w:rPr>
        <w:t>18:21  skin ke jis chidiya ko main ne paida nahi kiya hai, us ko main kya haq hai ke main us ko maroon?</w:t>
      </w:r>
      <w:r>
        <w:br/>
      </w:r>
      <w:r>
        <w:rPr>
          <w:sz w:val="20"/>
        </w:rPr>
        <w:t>18:33  jis chidiya ko unhon ne paida nahi kiya hai, to mujhe kya haq hai ke main us ko maroon?" to mera main hath chala nahi, yani trigger daba nahi.</w:t>
      </w:r>
      <w:r>
        <w:br/>
      </w:r>
      <w:r>
        <w:rPr>
          <w:sz w:val="20"/>
        </w:rPr>
        <w:t>18:43  main ne wohin, wohin gun jo thi, wohin aise daal diya main ne. ab bhaga main baghair un se poochhe hue.</w:t>
      </w:r>
      <w:r>
        <w:br/>
      </w:r>
      <w:r>
        <w:rPr>
          <w:sz w:val="20"/>
        </w:rPr>
        <w:t>18:58  is un ke paas jo do gadiyan thin, us ko nahi liya main ne. main paidal bhaga, bhag kar main kisi road pe pahuncha.</w:t>
      </w:r>
      <w:r>
        <w:br/>
      </w:r>
      <w:r>
        <w:rPr>
          <w:sz w:val="20"/>
        </w:rPr>
        <w:t>19:07  is road par koi bus mili, us se main shehar chala gaya, un ko chhod kar dono ko aur wahan pahunch gaya jahan hum thehre the.</w:t>
      </w:r>
    </w:p>
    <w:p>
      <w:pPr>
        <w:pStyle w:val="Heading2"/>
      </w:pPr>
      <w:r>
        <w:t>Wajadari hinders intellectual development</w:t>
      </w:r>
    </w:p>
    <w:p>
      <w:r>
        <w:rPr>
          <w:color w:val="666666"/>
          <w:sz w:val="18"/>
        </w:rPr>
        <w:t>Q&amp;A 01 July 2012 · 3m 14s · at 5:09 · https://youtu.be/zLZZD-MvKQU?t=309</w:t>
      </w:r>
    </w:p>
    <w:p>
      <w:r>
        <w:rPr>
          <w:i/>
        </w:rPr>
        <w:t>“Koi shak nahi, ismein zaroor rukawat hai”</w:t>
      </w:r>
    </w:p>
    <w:p>
      <w:r>
        <w:rPr>
          <w:sz w:val="20"/>
        </w:rPr>
        <w:t>5:09  koi shak nahi, ismein zaroor rukavat hai, balki bahut badi rukavat hai. wo</w:t>
      </w:r>
      <w:r>
        <w:br/>
      </w:r>
      <w:r>
        <w:rPr>
          <w:sz w:val="20"/>
        </w:rPr>
        <w:t>5:20  intellectual intellectual development ke liye destruction hai.</w:t>
      </w:r>
      <w:r>
        <w:br/>
      </w:r>
      <w:r>
        <w:rPr>
          <w:sz w:val="20"/>
        </w:rPr>
        <w:t>5:27  mujhe dekhiye, main to kabhi aapka kapda press bhi nahi karta, kuch bhi nahi. jo hai, wahi pehan liya.</w:t>
      </w:r>
      <w:r>
        <w:br/>
      </w:r>
      <w:r>
        <w:rPr>
          <w:sz w:val="20"/>
        </w:rPr>
        <w:t>5:36  kuch bhi nahi sochta ki press nahi hai, to log dekhkar hasenge. to haath doosre hasein, to hasein. hamein kya karna hai?</w:t>
      </w:r>
      <w:r>
        <w:br/>
      </w:r>
      <w:r>
        <w:rPr>
          <w:sz w:val="20"/>
        </w:rPr>
        <w:t>5:43  vaja kata kya hai? doosron ke lihaz se jeena. doosre log dekhein ki mera lihaz theek hai, meri dadi theek hai, meri topi theek hai. hum doosron ke liye kyu jiye?</w:t>
      </w:r>
      <w:r>
        <w:br/>
      </w:r>
      <w:r>
        <w:rPr>
          <w:sz w:val="20"/>
        </w:rPr>
        <w:t>5:56  vaja kata jisko kehte hain, wo doosron ke liye jeena hai. wo to main doosron ke liye nahi jeeta, main apne liye jeeta hoon. meri koi vaja kata nahi. to yeh destruction hai,</w:t>
      </w:r>
      <w:r>
        <w:br/>
      </w:r>
      <w:r>
        <w:rPr>
          <w:sz w:val="20"/>
        </w:rPr>
        <w:t>6:10  aur uski wajah se aadmi ka mind jo hai,</w:t>
      </w:r>
      <w:r>
        <w:br/>
      </w:r>
      <w:r>
        <w:rPr>
          <w:sz w:val="20"/>
        </w:rPr>
        <w:t>6:13  wo bata rehta hai. ya bajaye iske ki wo poori tarike se soche sachchai ke bare mein, kuch idhar sochta hai, kuch idhar sochta hai ki log kya kahenge. to vaja kata main samajhta hoon ki yeh sirf ek</w:t>
      </w:r>
      <w:r>
        <w:br/>
      </w:r>
      <w:r>
        <w:rPr>
          <w:sz w:val="20"/>
        </w:rPr>
        <w:t>6:30  culture ki baat hai, uska islam se koi taluq nahi hai. ek culture mein rehte-rehte aadmi usko condition ho jata hai, to vaja kata ka bahut ehtimam karta hai. vaja kata main kuch bhi nahi sochta, nothing.</w:t>
      </w:r>
      <w:r>
        <w:br/>
      </w:r>
      <w:r>
        <w:rPr>
          <w:sz w:val="20"/>
        </w:rPr>
        <w:t>6:47  aur iska bahut bada dena padta hai nuksan aadmi ko ki intellectual development ka thap ho jata hai. uska mind koi har waqt uski soch mein doosri baatein rehti hain,</w:t>
      </w:r>
      <w:r>
        <w:br/>
      </w:r>
      <w:r>
        <w:rPr>
          <w:sz w:val="20"/>
        </w:rPr>
        <w:t>7:02  doosri baatein rehti hain.</w:t>
      </w:r>
      <w:r>
        <w:br/>
      </w:r>
      <w:r>
        <w:rPr>
          <w:sz w:val="20"/>
        </w:rPr>
        <w:t>7:06  ek baar main ek jagah namaz padhi, maine to apni aankhon ko dekha. wo custom batata hoon aapko,</w:t>
      </w:r>
      <w:r>
        <w:br/>
      </w:r>
      <w:r>
        <w:rPr>
          <w:sz w:val="20"/>
        </w:rPr>
        <w:t>7:13  namaz padhi to wo jo wahan par jo farsh tha, saaf nahi tha, matlab gard thi wahan par. gard. aur ek sahab aaye, jo bahut vaja kata wale, khoob achhi sherwani pehni hui thi, saaf suthri, press ki hui,</w:t>
      </w:r>
      <w:r>
        <w:br/>
      </w:r>
      <w:r>
        <w:rPr>
          <w:sz w:val="20"/>
        </w:rPr>
        <w:t>7:27  aur bahut saaf suthra pajama, aur bahut saaf suthri topi. to poora vaja kata ka namuna the wo. ab wo namaz padhna tha, to usmein to gard padi hui thi.</w:t>
      </w:r>
      <w:r>
        <w:br/>
      </w:r>
      <w:r>
        <w:rPr>
          <w:sz w:val="20"/>
        </w:rPr>
        <w:t>7:38  to maine dekha ki jab wo jate hain sajde mein, to sajde mein haath rakhna padta hai zameen par. har baar jab uthte the, to aise karte the wo, yaani gard jhadte the wo. kyunki wo gard jo hai, jab kapde mein lag jayegi, jab wo niyat bandhenge, jab baithenge, to</w:t>
      </w:r>
      <w:r>
        <w:br/>
      </w:r>
      <w:r>
        <w:rPr>
          <w:sz w:val="20"/>
        </w:rPr>
        <w:t>7:55  har baar jab sajde mein jate the wo. to wo aise jhad deti. yeh waji vaja kata supreme ban jati hai. to baharhal, main vaja kata ko kuch nahi bhi samajhta. aadmi ke liye sabse aham baat hai ki uske zehan mein</w:t>
      </w:r>
      <w:r>
        <w:br/>
      </w:r>
      <w:r>
        <w:rPr>
          <w:sz w:val="20"/>
        </w:rPr>
        <w:t>8:13  intellectual development ka process barabar non stop jari rahe.</w:t>
      </w:r>
    </w:p>
    <w:p>
      <w:pPr>
        <w:pStyle w:val="Heading2"/>
      </w:pPr>
      <w:r>
        <w:t>Hope formula and world's problem-solution system</w:t>
      </w:r>
    </w:p>
    <w:p>
      <w:r>
        <w:rPr>
          <w:color w:val="666666"/>
          <w:sz w:val="18"/>
        </w:rPr>
        <w:t>Positive Mind 3 Aug 2019 - Maulana Wahiduddin Khan · 3m 39s · at 0:35 · https://youtu.be/xas4D5O0aMc?t=35</w:t>
      </w:r>
    </w:p>
    <w:p>
      <w:r>
        <w:rPr>
          <w:i/>
        </w:rPr>
        <w:t>“Main samajhta hoon ke zindagi ka sabse bada formula hope hai.”</w:t>
      </w:r>
    </w:p>
    <w:p>
      <w:r>
        <w:rPr>
          <w:sz w:val="20"/>
        </w:rPr>
        <w:t>0:35  mein samajhta hoon ke zindagi ka sab se bara formula hope hai, hope.</w:t>
      </w:r>
      <w:r>
        <w:br/>
      </w:r>
      <w:r>
        <w:rPr>
          <w:sz w:val="20"/>
        </w:rPr>
        <w:t>0:46  sab se bara formula. aap ko kuch aur karna na aata ho to hopeful ban jaiye.</w:t>
      </w:r>
      <w:r>
        <w:br/>
      </w:r>
      <w:r>
        <w:rPr>
          <w:sz w:val="20"/>
        </w:rPr>
        <w:t>0:57  kyun ke dekhiye, yeh duniya jo hai</w:t>
      </w:r>
      <w:r>
        <w:br/>
      </w:r>
      <w:r>
        <w:rPr>
          <w:sz w:val="20"/>
        </w:rPr>
        <w:t>1:06  ek revolve kar rahi hai, subah shaam. kidhar se kidhar,</w:t>
      </w:r>
      <w:r>
        <w:br/>
      </w:r>
      <w:r>
        <w:rPr>
          <w:sz w:val="20"/>
        </w:rPr>
        <w:t>1:14  negativity se, yaani problem se solution ki taraf.</w:t>
      </w:r>
      <w:r>
        <w:br/>
      </w:r>
      <w:r>
        <w:rPr>
          <w:sz w:val="20"/>
        </w:rPr>
        <w:t>1:22  duniya har har lamha problem se solution ki taraf chal rahi hai.</w:t>
      </w:r>
      <w:r>
        <w:br/>
      </w:r>
      <w:r>
        <w:rPr>
          <w:sz w:val="20"/>
        </w:rPr>
        <w:t>1:39  yeh rozana ka hamara tajruba hai. yaani morning, phir evening.</w:t>
      </w:r>
      <w:r>
        <w:br/>
      </w:r>
      <w:r>
        <w:rPr>
          <w:sz w:val="20"/>
        </w:rPr>
        <w:t>1:49  morning, phir evening. subah, phir raat. yeh jo rozana ka yeh</w:t>
      </w:r>
      <w:r>
        <w:br/>
      </w:r>
      <w:r>
        <w:rPr>
          <w:sz w:val="20"/>
        </w:rPr>
        <w:t>2:03  tajruba hai, yeh ek daily lesson hai, daily lesson hai.</w:t>
      </w:r>
      <w:r>
        <w:br/>
      </w:r>
      <w:r>
        <w:rPr>
          <w:sz w:val="20"/>
        </w:rPr>
        <w:t>2:18  agar aap ko kuch nahi aata karna to bas intezaar kijiye.</w:t>
      </w:r>
      <w:r>
        <w:br/>
      </w:r>
      <w:r>
        <w:rPr>
          <w:sz w:val="20"/>
        </w:rPr>
        <w:t>2:30  aap ko kuch nahi karna aata to intezaar kijiye. aap ka koi saadir nahi hai, koi saadir nahi hai to intezaar kijiye.</w:t>
      </w:r>
      <w:r>
        <w:br/>
      </w:r>
      <w:r>
        <w:rPr>
          <w:sz w:val="20"/>
        </w:rPr>
        <w:t>2:42  ke duniya ka jo law hai woh from problem to solution.</w:t>
      </w:r>
      <w:r>
        <w:br/>
      </w:r>
      <w:r>
        <w:rPr>
          <w:sz w:val="20"/>
        </w:rPr>
        <w:t>2:52  Inna ma'al 'usri yusra.</w:t>
      </w:r>
      <w:r>
        <w:br/>
      </w:r>
      <w:r>
        <w:rPr>
          <w:sz w:val="20"/>
        </w:rPr>
        <w:t>2:58  yeh Quran mein jo aaya hai yeh isi usool ko batata hai. Inna ma'al 'usri yusra.</w:t>
      </w:r>
      <w:r>
        <w:br/>
      </w:r>
      <w:r>
        <w:rPr>
          <w:sz w:val="20"/>
        </w:rPr>
        <w:t>3:08  'usr phir yusr, 'usr phir yusr.</w:t>
      </w:r>
      <w:r>
        <w:br/>
      </w:r>
      <w:r>
        <w:rPr>
          <w:sz w:val="20"/>
        </w:rPr>
        <w:t>3:14  yaani mushkil phir aasani, problem phir solution.</w:t>
      </w:r>
      <w:r>
        <w:br/>
      </w:r>
      <w:r>
        <w:rPr>
          <w:sz w:val="20"/>
        </w:rPr>
        <w:t>3:26  jis hasti ne duniya ko banaya hai</w:t>
      </w:r>
      <w:r>
        <w:br/>
      </w:r>
      <w:r>
        <w:rPr>
          <w:sz w:val="20"/>
        </w:rPr>
        <w:t>3:35  to us ne aise nahi ult palt bana diya, ult palt bana ke chhod nahi diya. ult palt bana ke chhod nahi diya balkeh</w:t>
      </w:r>
      <w:r>
        <w:br/>
      </w:r>
      <w:r>
        <w:rPr>
          <w:sz w:val="20"/>
        </w:rPr>
        <w:t>3:49  us ka ek system rakha hai. aur woh system yahi hai ke shaam phir slope, shaam phir slope, problem phir solution, problem phir solution.</w:t>
      </w:r>
    </w:p>
    <w:p>
      <w:pPr>
        <w:pStyle w:val="Heading2"/>
      </w:pPr>
      <w:r>
        <w:t>The full 'save yourself' formula for a stress-free life</w:t>
      </w:r>
    </w:p>
    <w:p>
      <w:r>
        <w:rPr>
          <w:color w:val="666666"/>
          <w:sz w:val="18"/>
        </w:rPr>
        <w:t>The Problem of Misunderstanding January 1, 2008 · 5m 51s · at 17:04 · https://youtu.be/CTmUoJ714fg?t=1024</w:t>
      </w:r>
    </w:p>
    <w:p>
      <w:r>
        <w:rPr>
          <w:i/>
        </w:rPr>
        <w:t>“My formula is very simple: save yourself”</w:t>
      </w:r>
    </w:p>
    <w:p>
      <w:r>
        <w:rPr>
          <w:sz w:val="20"/>
        </w:rPr>
        <w:t>17:04  so you have to find some explanation. and i can say that i have found that formula.</w:t>
      </w:r>
      <w:r>
        <w:br/>
      </w:r>
      <w:r>
        <w:rPr>
          <w:sz w:val="20"/>
        </w:rPr>
        <w:t>17:17  my formula is very, very simple. formula is very simple. it is save your self.</w:t>
      </w:r>
      <w:r>
        <w:br/>
      </w:r>
      <w:r>
        <w:rPr>
          <w:sz w:val="20"/>
        </w:rPr>
        <w:t>17:26  save your self.</w:t>
      </w:r>
      <w:r>
        <w:br/>
      </w:r>
      <w:r>
        <w:rPr>
          <w:sz w:val="20"/>
        </w:rPr>
        <w:t>17:28  you know, when you are facing some tension or stress, that is, that is due to some, some experience, side experience.</w:t>
      </w:r>
      <w:r>
        <w:br/>
      </w:r>
      <w:r>
        <w:rPr>
          <w:sz w:val="20"/>
        </w:rPr>
        <w:t>17:39  if you are living in a family, in society, in nation, then you experience side kind of event from your family members, from your children, from your members of society</w:t>
      </w:r>
      <w:r>
        <w:br/>
      </w:r>
      <w:r>
        <w:rPr>
          <w:sz w:val="20"/>
        </w:rPr>
        <w:t>17:56  . so you find some side type of experience. and then you become, then you develop tension or stress.</w:t>
      </w:r>
      <w:r>
        <w:br/>
      </w:r>
      <w:r>
        <w:rPr>
          <w:sz w:val="20"/>
        </w:rPr>
        <w:t>18:08  bat why, why this kind of, it is a sacrifice. why you sacrifice this? why you are search for this kind of experience?</w:t>
      </w:r>
      <w:r>
        <w:br/>
      </w:r>
      <w:r>
        <w:rPr>
          <w:sz w:val="20"/>
        </w:rPr>
        <w:t>18:21  Why are you searching for some other person? Forget it.</w:t>
      </w:r>
      <w:r>
        <w:br/>
      </w:r>
      <w:r>
        <w:rPr>
          <w:sz w:val="20"/>
        </w:rPr>
        <w:t>18:27  . I do this every day. So I have developed this kind of, if, if, if thinking.</w:t>
      </w:r>
      <w:r>
        <w:br/>
      </w:r>
      <w:r>
        <w:rPr>
          <w:sz w:val="20"/>
        </w:rPr>
        <w:t>18:38  I can forget any, any person who gives me some kind of, have given me some kind of sad experience.</w:t>
      </w:r>
      <w:r>
        <w:br/>
      </w:r>
      <w:r>
        <w:rPr>
          <w:sz w:val="20"/>
        </w:rPr>
        <w:t>18:49  because I have already said that tension is not based on physical injury.</w:t>
      </w:r>
      <w:r>
        <w:br/>
      </w:r>
      <w:r>
        <w:rPr>
          <w:sz w:val="20"/>
        </w:rPr>
        <w:t>18:56  it is psychological shock. and all do psychological shock based on some kind of experience by other.</w:t>
      </w:r>
      <w:r>
        <w:br/>
      </w:r>
      <w:r>
        <w:rPr>
          <w:sz w:val="20"/>
        </w:rPr>
        <w:t>19:06  so forget it.</w:t>
      </w:r>
      <w:r>
        <w:br/>
      </w:r>
      <w:r>
        <w:rPr>
          <w:sz w:val="20"/>
        </w:rPr>
        <w:t>19:08  if someone is not ready to listen your, your advice. if someone is not ready to, to follow your, your teachings.</w:t>
      </w:r>
      <w:r>
        <w:br/>
      </w:r>
      <w:r>
        <w:rPr>
          <w:sz w:val="20"/>
        </w:rPr>
        <w:t>19:22  if someone is not ready to give you happiness. if someone is not ready to follow your direction.</w:t>
      </w:r>
      <w:r>
        <w:br/>
      </w:r>
      <w:r>
        <w:rPr>
          <w:sz w:val="20"/>
        </w:rPr>
        <w:t>19:33  den wai, wai badr? don't badr.</w:t>
      </w:r>
      <w:r>
        <w:br/>
      </w:r>
      <w:r>
        <w:rPr>
          <w:sz w:val="20"/>
        </w:rPr>
        <w:t>19:38  Forget it. Remove it from your mind. This save yourself.</w:t>
      </w:r>
      <w:r>
        <w:br/>
      </w:r>
      <w:r>
        <w:rPr>
          <w:sz w:val="20"/>
        </w:rPr>
        <w:t>19:46  dis formula based on a hadis</w:t>
      </w:r>
      <w:r>
        <w:br/>
      </w:r>
      <w:r>
        <w:rPr>
          <w:sz w:val="20"/>
        </w:rPr>
        <w:t>19:50  . property of islam has said dat</w:t>
      </w:r>
      <w:r>
        <w:br/>
      </w:r>
      <w:r>
        <w:rPr>
          <w:sz w:val="20"/>
        </w:rPr>
        <w:t>20:10  you feel. When you are in situation, you feel that I am help</w:t>
      </w:r>
      <w:r>
        <w:br/>
      </w:r>
      <w:r>
        <w:rPr>
          <w:sz w:val="20"/>
        </w:rPr>
        <w:t>20:16  les. I cannot, I cannot remove this obstacle. I cannot reform.</w:t>
      </w:r>
      <w:r>
        <w:br/>
      </w:r>
      <w:r>
        <w:rPr>
          <w:sz w:val="20"/>
        </w:rPr>
        <w:t>20:24  I cannot change people, so forget others and save yourself.</w:t>
      </w:r>
      <w:r>
        <w:br/>
      </w:r>
      <w:r>
        <w:rPr>
          <w:sz w:val="20"/>
        </w:rPr>
        <w:t>20:37  So my formula is very simple: save yourself.</w:t>
      </w:r>
      <w:r>
        <w:br/>
      </w:r>
      <w:r>
        <w:rPr>
          <w:sz w:val="20"/>
        </w:rPr>
        <w:t>20:42  first of all, you have to try to, to change your family members, your members of society or your neighbors.</w:t>
      </w:r>
      <w:r>
        <w:br/>
      </w:r>
      <w:r>
        <w:rPr>
          <w:sz w:val="20"/>
        </w:rPr>
        <w:t>20:54  if they are going wrong, if they are giving you some kind of sad experience, then try to, try to change them</w:t>
      </w:r>
      <w:r>
        <w:br/>
      </w:r>
      <w:r>
        <w:rPr>
          <w:sz w:val="20"/>
        </w:rPr>
        <w:t>21:07  . But if they are not ready to, to accept your advice, then leave them. Forget them.</w:t>
      </w:r>
      <w:r>
        <w:br/>
      </w:r>
      <w:r>
        <w:rPr>
          <w:sz w:val="20"/>
        </w:rPr>
        <w:t>21:19  And this formula is 'save yourself' formula. I can see that I am, I am, I adopted this formula and I am, I am a tension-free person.</w:t>
      </w:r>
      <w:r>
        <w:br/>
      </w:r>
      <w:r>
        <w:rPr>
          <w:sz w:val="20"/>
        </w:rPr>
        <w:t>21:33  i hav no stress.</w:t>
      </w:r>
      <w:r>
        <w:br/>
      </w:r>
      <w:r>
        <w:rPr>
          <w:sz w:val="20"/>
        </w:rPr>
        <w:t>21:35  So my formula of de-stressing is very simple. Try to change others. But if you fail, then leave others and start a new living.</w:t>
      </w:r>
      <w:r>
        <w:br/>
      </w:r>
      <w:r>
        <w:rPr>
          <w:sz w:val="20"/>
        </w:rPr>
        <w:t>21:48  dat is sav your self.</w:t>
      </w:r>
      <w:r>
        <w:br/>
      </w:r>
      <w:r>
        <w:rPr>
          <w:sz w:val="20"/>
        </w:rPr>
        <w:t>21:53  veri simpl.</w:t>
      </w:r>
      <w:r>
        <w:br/>
      </w:r>
      <w:r>
        <w:rPr>
          <w:sz w:val="20"/>
        </w:rPr>
        <w:t>21:58  All the people are, all the people have some sad story, some sad memory. Why, why you are, you are putting the sad memory in your mind?</w:t>
      </w:r>
      <w:r>
        <w:br/>
      </w:r>
      <w:r>
        <w:rPr>
          <w:sz w:val="20"/>
        </w:rPr>
        <w:t>22:14  w</w:t>
      </w:r>
      <w:r>
        <w:br/>
      </w:r>
      <w:r>
        <w:rPr>
          <w:sz w:val="20"/>
        </w:rPr>
        <w:t>22:15  why? if they are giving you tension, if they are giving you stress, then why you are, why you are keeping this burden up your head?</w:t>
      </w:r>
      <w:r>
        <w:br/>
      </w:r>
      <w:r>
        <w:rPr>
          <w:sz w:val="20"/>
        </w:rPr>
        <w:t>22:31  why?</w:t>
      </w:r>
      <w:r>
        <w:br/>
      </w:r>
      <w:r>
        <w:rPr>
          <w:sz w:val="20"/>
        </w:rPr>
        <w:t>22:35  so I would like to say that life is very, very precious. you are here only for some years, 50 years, 60 years, 70 years.</w:t>
      </w:r>
      <w:r>
        <w:br/>
      </w:r>
      <w:r>
        <w:rPr>
          <w:sz w:val="20"/>
        </w:rPr>
        <w:t>22:46  then we will die. you have very little time, very little time. so we have to save our self.</w:t>
      </w:r>
    </w:p>
    <w:p>
      <w:pPr>
        <w:pStyle w:val="Heading2"/>
      </w:pPr>
      <w:r>
        <w:t>Rajat Gupta's fall as a 'break in history' lesson</w:t>
      </w:r>
    </w:p>
    <w:p>
      <w:r>
        <w:rPr>
          <w:color w:val="666666"/>
          <w:sz w:val="18"/>
        </w:rPr>
        <w:t>The Importance of Wisdom November 4, 2012 · 5m 30s · at 2:12 · https://youtu.be/7e6FvqRSHic?t=132</w:t>
      </w:r>
    </w:p>
    <w:p>
      <w:r>
        <w:rPr>
          <w:i/>
        </w:rPr>
        <w:t>“بات کو شروع کروں گا میں آج کے اخبار کے ایک آئٹم سے۔”</w:t>
      </w:r>
    </w:p>
    <w:p>
      <w:r>
        <w:rPr>
          <w:sz w:val="20"/>
        </w:rPr>
        <w:t>2:12  dekhiye baat ko shuru karunga mein aaj ke akhbar ke ek item se. aaj aap jante hain ke november 2012 ki chaar tareekh hai.</w:t>
      </w:r>
      <w:r>
        <w:br/>
      </w:r>
      <w:r>
        <w:rPr>
          <w:sz w:val="20"/>
        </w:rPr>
        <w:t>2:28  to aaj ke akhbar mein yeh mera ek article chapa hai is ke front page par.</w:t>
      </w:r>
      <w:r>
        <w:br/>
      </w:r>
      <w:r>
        <w:rPr>
          <w:sz w:val="20"/>
        </w:rPr>
        <w:t>2:40  is ka unwan hai "break in history". break in history. to yeh ek bohat bara qissa aaj kal hua hai business world mein.</w:t>
      </w:r>
      <w:r>
        <w:br/>
      </w:r>
      <w:r>
        <w:rPr>
          <w:sz w:val="20"/>
        </w:rPr>
        <w:t>2:54  is ke bare mein yeh mazmoon hai.</w:t>
      </w:r>
      <w:r>
        <w:br/>
      </w:r>
      <w:r>
        <w:rPr>
          <w:sz w:val="20"/>
        </w:rPr>
        <w:t>3:00  ek sahib jinka naam hai rajat gupta, mister rajat gupta.</w:t>
      </w:r>
      <w:r>
        <w:br/>
      </w:r>
      <w:r>
        <w:rPr>
          <w:sz w:val="20"/>
        </w:rPr>
        <w:t>3:09  woh bengal mein 1948 mein paida hue. abhi woh teen age mein the ke un ke baap ka inteqal ho gaya.</w:t>
      </w:r>
      <w:r>
        <w:br/>
      </w:r>
      <w:r>
        <w:rPr>
          <w:sz w:val="20"/>
        </w:rPr>
        <w:t>3:23  to kya woh yateem ho gaye?</w:t>
      </w:r>
      <w:r>
        <w:br/>
      </w:r>
      <w:r>
        <w:rPr>
          <w:sz w:val="20"/>
        </w:rPr>
        <w:t>3:28  yateemi un ke liye ek challenge ban gayi. is challenge ne un ke andar naya motivation paida kiya. un ki brain storming hui aur bohat zyada mehnat ki unhon ne parhai mein.</w:t>
      </w:r>
      <w:r>
        <w:br/>
      </w:r>
      <w:r>
        <w:rPr>
          <w:sz w:val="20"/>
        </w:rPr>
        <w:t>3:44  to pehle un ki parhai india mein hui phir woh USA chale gaye aur wahan par unhon ne aala degree li.</w:t>
      </w:r>
      <w:r>
        <w:br/>
      </w:r>
      <w:r>
        <w:rPr>
          <w:sz w:val="20"/>
        </w:rPr>
        <w:t>3:55  phir taraqqi karte karte woh wahan ki USA ki ek bohat bari multinational company ke chairman ban gaye.</w:t>
      </w:r>
      <w:r>
        <w:br/>
      </w:r>
      <w:r>
        <w:rPr>
          <w:sz w:val="20"/>
        </w:rPr>
        <w:t>4:08  ek bohat bara uhda un ko mil gaya. lekin kya hua kuch arse ke baad unhon ne ek ek bohat hi bari ghalti kar dali.</w:t>
      </w:r>
      <w:r>
        <w:br/>
      </w:r>
      <w:r>
        <w:rPr>
          <w:sz w:val="20"/>
        </w:rPr>
        <w:t>4:23  yani company ka ek confidential secret unhon ne farokht kar diya ek aur company ke naam.</w:t>
      </w:r>
      <w:r>
        <w:br/>
      </w:r>
      <w:r>
        <w:rPr>
          <w:sz w:val="20"/>
        </w:rPr>
        <w:t>4:36  dealing kar li unhon ne khufiya tor par. yeh baat pakar mein aa gayi un pe case chala. aur us waqt woh jail mein hain.</w:t>
      </w:r>
      <w:r>
        <w:br/>
      </w:r>
      <w:r>
        <w:rPr>
          <w:sz w:val="20"/>
        </w:rPr>
        <w:t>4:48  to un ka career khatam ho gaya.</w:t>
      </w:r>
      <w:r>
        <w:br/>
      </w:r>
      <w:r>
        <w:rPr>
          <w:sz w:val="20"/>
        </w:rPr>
        <w:t>4:53  ek zabardast jo un ko reputation mila tha woh sab khatam ho gaya.</w:t>
      </w:r>
      <w:r>
        <w:br/>
      </w:r>
      <w:r>
        <w:rPr>
          <w:sz w:val="20"/>
        </w:rPr>
        <w:t>5:01  isko is par mein ne mazmoon likha hai "times of india" ke aaj ke parche mein. is ka unwaan hai "a case of break in history".</w:t>
      </w:r>
      <w:r>
        <w:br/>
      </w:r>
      <w:r>
        <w:rPr>
          <w:sz w:val="20"/>
        </w:rPr>
        <w:t>5:16  yani tareekh mein break ka case.</w:t>
      </w:r>
      <w:r>
        <w:br/>
      </w:r>
      <w:r>
        <w:rPr>
          <w:sz w:val="20"/>
        </w:rPr>
        <w:t>5:20  dekhiye yeh ek ek nayi istilaah hai. yeh mein ne is ko aam kar ke istemal kiya hai. waise yeh istilaah boli jati hai job ke maamle mein.</w:t>
      </w:r>
      <w:r>
        <w:br/>
      </w:r>
      <w:r>
        <w:rPr>
          <w:sz w:val="20"/>
        </w:rPr>
        <w:t>5:33  government service jo log hote hain to kisi ek din bhi woh chutti liye baghair ghar nahi reh sakte.</w:t>
      </w:r>
      <w:r>
        <w:br/>
      </w:r>
      <w:r>
        <w:rPr>
          <w:sz w:val="20"/>
        </w:rPr>
        <w:t>5:43  agar ek din bhi woh chutti liye baghair ghar baith jayen, office na jayen to un ka case break in history case ban jayega.</w:t>
      </w:r>
      <w:r>
        <w:br/>
      </w:r>
      <w:r>
        <w:rPr>
          <w:sz w:val="20"/>
        </w:rPr>
        <w:t>5:56  iska matlab kya hai? un ki tareekh jo hai break ho jayegi. farz kijiye ke un ki service das saal ki hui thi.</w:t>
      </w:r>
      <w:r>
        <w:br/>
      </w:r>
      <w:r>
        <w:rPr>
          <w:sz w:val="20"/>
        </w:rPr>
        <w:t>6:06  to ek din ki chutti liye baghair agar aise ghalti kar dali unhon ne to un ki un ko peechay le jayenge peechay.</w:t>
      </w:r>
      <w:r>
        <w:br/>
      </w:r>
      <w:r>
        <w:rPr>
          <w:sz w:val="20"/>
        </w:rPr>
        <w:t>6:17  yani das saal un ka hadaf ho jayega. ab jo promotion waghera jo hote hain woh sab un ko nahi milenge.</w:t>
      </w:r>
      <w:r>
        <w:br/>
      </w:r>
      <w:r>
        <w:rPr>
          <w:sz w:val="20"/>
        </w:rPr>
        <w:t>6:26  to is ko kehte hain service ke maamle mein break in service. break in service.</w:t>
      </w:r>
      <w:r>
        <w:br/>
      </w:r>
      <w:r>
        <w:rPr>
          <w:sz w:val="20"/>
        </w:rPr>
        <w:t>6:37  isi istilaah ko mein ne yahan istemal kiya hai rajat gupta ke liye break in history ke unhon ne ek history banayi jis ka shuru hui jo shuru hui 1948 se.</w:t>
      </w:r>
      <w:r>
        <w:br/>
      </w:r>
      <w:r>
        <w:rPr>
          <w:sz w:val="20"/>
        </w:rPr>
        <w:t>6:53  un ki mehnat, un ki taleem, un ke bohat sare jo karname kiye unhon ne woh sab mil kar ke un ki history bani thi.</w:t>
      </w:r>
      <w:r>
        <w:br/>
      </w:r>
      <w:r>
        <w:rPr>
          <w:sz w:val="20"/>
        </w:rPr>
        <w:t>7:04  isi history ka nateeja tha ke ek ek bohat bari multinational company mein un ko bohat bara darja mil gaya. yeh darja jo mila is ki woh un ki poori history ke wajah se mila.</w:t>
      </w:r>
      <w:r>
        <w:br/>
      </w:r>
      <w:r>
        <w:rPr>
          <w:sz w:val="20"/>
        </w:rPr>
        <w:t>7:19  yeh history na hoti to milta bhi nahi.</w:t>
      </w:r>
      <w:r>
        <w:br/>
      </w:r>
      <w:r>
        <w:rPr>
          <w:sz w:val="20"/>
        </w:rPr>
        <w:t>7:22  lekin ek ghalti se sab history khatam. unhon ne khud kaha tha apne bayan mein ke mein ne apna reputation kho diya.</w:t>
      </w:r>
      <w:r>
        <w:br/>
      </w:r>
      <w:r>
        <w:rPr>
          <w:sz w:val="20"/>
        </w:rPr>
        <w:t>7:32  jo mera reputation mera tha woh khatam ho gaya. isi ke liye mein ne lafz istemal kiya hai break break in history.</w:t>
      </w:r>
    </w:p>
    <w:p>
      <w:pPr>
        <w:pStyle w:val="Heading2"/>
      </w:pPr>
      <w:r>
        <w:t>Internet misuse and urgent need for dawah</w:t>
      </w:r>
    </w:p>
    <w:p>
      <w:r>
        <w:rPr>
          <w:color w:val="666666"/>
          <w:sz w:val="18"/>
        </w:rPr>
        <w:t>The Problem of Conditioning 22 April 2012 - Maulana Wahiduddin Khan · 5m 56s · at 43:48 · https://youtu.be/v4QLXjeTK9s?t=2628</w:t>
      </w:r>
    </w:p>
    <w:p>
      <w:r>
        <w:rPr>
          <w:i/>
        </w:rPr>
        <w:t>“Muslimon ne internet mein negative items bhar rakha hai”</w:t>
      </w:r>
    </w:p>
    <w:p>
      <w:r>
        <w:rPr>
          <w:sz w:val="20"/>
        </w:rPr>
        <w:t>43:48  kuch faida is ka kuch bhi nahi. aaj subah mein soch raha tha ke maujooda zamane mein musalmanon ne ek bohat hi bada, itni badi ghalati ki hai ke is ko shayad kehna sahi hoga ke jurm kiya hai, jurm.</w:t>
      </w:r>
      <w:r>
        <w:br/>
      </w:r>
      <w:r>
        <w:rPr>
          <w:sz w:val="20"/>
        </w:rPr>
        <w:t>44:04  jurm. woh kya?</w:t>
      </w:r>
      <w:r>
        <w:br/>
      </w:r>
      <w:r>
        <w:rPr>
          <w:sz w:val="20"/>
        </w:rPr>
        <w:t>44:08  aaj subah kuch baatein mere samne aayin, us waqt yeh maine socha. yeh jo internet ka zariya aaya tha,</w:t>
      </w:r>
      <w:r>
        <w:br/>
      </w:r>
      <w:r>
        <w:rPr>
          <w:sz w:val="20"/>
        </w:rPr>
        <w:t>44:19  yani yeh bilkul nai cheez thi, nai cheez. internet ke zariye aap sari dunya mein Allah ka paigham pahuncha sakte the.</w:t>
      </w:r>
      <w:r>
        <w:br/>
      </w:r>
      <w:r>
        <w:rPr>
          <w:sz w:val="20"/>
        </w:rPr>
        <w:t>44:28  har ghar mein computer hai, har ghar mein computer hai. sari dunya mein. sharon mein, dehaton mein, har jagah computer hai.</w:t>
      </w:r>
      <w:r>
        <w:br/>
      </w:r>
      <w:r>
        <w:rPr>
          <w:sz w:val="20"/>
        </w:rPr>
        <w:t>44:37  to aap</w:t>
      </w:r>
      <w:r>
        <w:br/>
      </w:r>
      <w:r>
        <w:rPr>
          <w:sz w:val="20"/>
        </w:rPr>
        <w:t>44:39  ek jagah baith kar sari dunya mein pahuncha sakte hain Allah ki dawat, Quran ka paigham. lekin agar aap dekhein computer mein jo internet ko check karein, musalmanon ne is mein negative items bhar rakha hai.</w:t>
      </w:r>
      <w:r>
        <w:br/>
      </w:r>
      <w:r>
        <w:rPr>
          <w:sz w:val="20"/>
        </w:rPr>
        <w:t>44:55  yeh jo zulm ki dastanain hain aur sazish ki dastanain hain aur nafrat ki baatein hain, woh sab bhari hui hain is mein.</w:t>
      </w:r>
      <w:r>
        <w:br/>
      </w:r>
      <w:r>
        <w:rPr>
          <w:sz w:val="20"/>
        </w:rPr>
        <w:t>45:01  bohat sari websites khol rakhi hain musalmanon ne. har mulk ke musalmanon ne website khol rakhi hain bohat zyada. un ke website pe kya hota hai? sab nafrat, nafrat, nafrat.</w:t>
      </w:r>
      <w:r>
        <w:br/>
      </w:r>
      <w:r>
        <w:rPr>
          <w:sz w:val="20"/>
        </w:rPr>
        <w:t>45:13  nafrat ki baatein hain, sazish ki baatein hain, zulm ki baatein hain, idhar bhar rakha hai. main samajhta hoon ke yeh</w:t>
      </w:r>
      <w:r>
        <w:br/>
      </w:r>
      <w:r>
        <w:rPr>
          <w:sz w:val="20"/>
        </w:rPr>
        <w:t>45:19  sharab peena aur khinzir khana jo hai, islam mein haram hai, lekin yeh yeh super haram hai. yeh super haram hai.</w:t>
      </w:r>
      <w:r>
        <w:br/>
      </w:r>
      <w:r>
        <w:rPr>
          <w:sz w:val="20"/>
        </w:rPr>
        <w:t>45:28  kyun? allah ta'ala ne yeh jo communication ka age aaya hai, age of communication was age of daawa work, age of global daawa.</w:t>
      </w:r>
      <w:r>
        <w:br/>
      </w:r>
      <w:r>
        <w:rPr>
          <w:sz w:val="20"/>
        </w:rPr>
        <w:t>45:41  yeh allah ki bohat bari blessing thi, allah ki bohat bari nemat thi. yeh is liye zahir hui thi ke musalman is ko istemal kar ke sari dunya mein ghar ghar islam pohncha dein, allah ka paigham pohncha dein.</w:t>
      </w:r>
      <w:r>
        <w:br/>
      </w:r>
      <w:r>
        <w:rPr>
          <w:sz w:val="20"/>
        </w:rPr>
        <w:t>45:54  woh jo hadith hai ke</w:t>
      </w:r>
      <w:r>
        <w:br/>
      </w:r>
      <w:r>
        <w:rPr>
          <w:sz w:val="20"/>
        </w:rPr>
        <w:t>45:57  la yubqi ala zahr arz bait madar wa la wabar illa adkhalahullahu kalimatal islam yeh jo hadith hai, is ke liye allah ta'ala ne wasail de diye ke ghar ghar pohnchao word of god, ghar ghar pohnchao word of god.</w:t>
      </w:r>
      <w:r>
        <w:br/>
      </w:r>
      <w:r>
        <w:rPr>
          <w:sz w:val="20"/>
        </w:rPr>
        <w:t>46:16  toh musalman kya kar rahe hain? ghar ghar pohncha rahe hain. nafrat ki baat hai, hamare khilaf zulm ho raha hai, hamare khilaf sazish ho rahi hai. yeh yeh baatein pohncha rahe hain.</w:t>
      </w:r>
      <w:r>
        <w:br/>
      </w:r>
      <w:r>
        <w:rPr>
          <w:sz w:val="20"/>
        </w:rPr>
        <w:t>46:27  ab video dikhate hain is qatl ke aur is ke, is ke yeh toh haram se hi bari cheez hai</w:t>
      </w:r>
      <w:r>
        <w:br/>
      </w:r>
      <w:r>
        <w:rPr>
          <w:sz w:val="20"/>
        </w:rPr>
        <w:t>46:36  ke jo ek toh ghalti yeh hui ke allah ta'ala ne expressionist ke roop mein mad'u ko aap ke ghar par bhej diya, tab bhi aap ne is ko istemal nahi kiya.</w:t>
      </w:r>
      <w:r>
        <w:br/>
      </w:r>
      <w:r>
        <w:rPr>
          <w:sz w:val="20"/>
        </w:rPr>
        <w:t>46:50  bohat baray paimane par</w:t>
      </w:r>
      <w:r>
        <w:br/>
      </w:r>
      <w:r>
        <w:rPr>
          <w:sz w:val="20"/>
        </w:rPr>
        <w:t>46:54  expressionist ke roop mein mad'u aap ke haan pohnch gaye, siyah ke roop mein pohnch gaye, tourist ke roop mein pohnch gaye, tajir ke roop mein pohnch gaye.</w:t>
      </w:r>
      <w:r>
        <w:br/>
      </w:r>
      <w:r>
        <w:rPr>
          <w:sz w:val="20"/>
        </w:rPr>
        <w:t>47:04  aaj kal ek global babalization hai. global babalization.</w:t>
      </w:r>
      <w:r>
        <w:br/>
      </w:r>
      <w:r>
        <w:rPr>
          <w:sz w:val="20"/>
        </w:rPr>
        <w:t>47:10  log aa rahe hain aap ke paas tajir ke roop mein, job talash karne ke liye aa rahe hain, siyah ke roop mein aa rahe hain, tourist ke roop mein aa rahe hain, mukhtalif roop mein aa rahe hain. khali expressionist ke roop mein nahi.</w:t>
      </w:r>
      <w:r>
        <w:br/>
      </w:r>
      <w:r>
        <w:rPr>
          <w:sz w:val="20"/>
        </w:rPr>
        <w:t>47:23  toh mad'u da'i kahan pohnch raha hai?</w:t>
      </w:r>
      <w:r>
        <w:br/>
      </w:r>
      <w:r>
        <w:rPr>
          <w:sz w:val="20"/>
        </w:rPr>
        <w:t>47:29  abhi mein dekh raha tha toh maloom hua ke sirf turki mein, jo ek muslim mulk hai, sirf akele turki mein pichle saal, yani do hazar gyarah mein, thirty one million siyah aaye, mukhtalif mulkon ke log.</w:t>
      </w:r>
      <w:r>
        <w:br/>
      </w:r>
      <w:r>
        <w:rPr>
          <w:sz w:val="20"/>
        </w:rPr>
        <w:t>47:46  iktis million se zyada. aise hi har jagah aate hain, iraq mein, misr mein.</w:t>
      </w:r>
      <w:r>
        <w:br/>
      </w:r>
      <w:r>
        <w:rPr>
          <w:sz w:val="20"/>
        </w:rPr>
        <w:t>47:53  har jagah. toh siyahon ka aur tajiron ka aur mukhtalif maadi aghraz ke tehat logon ka ek ek ek fauj chali aa rahi hai.</w:t>
      </w:r>
      <w:r>
        <w:br/>
      </w:r>
      <w:r>
        <w:rPr>
          <w:sz w:val="20"/>
        </w:rPr>
        <w:t>48:08  toh in ko hamein lena hai mad'u ke roop mein. yeh nahi kiya hum ne.</w:t>
      </w:r>
      <w:r>
        <w:br/>
      </w:r>
      <w:r>
        <w:rPr>
          <w:sz w:val="20"/>
        </w:rPr>
        <w:t>48:14  in aanay walon ko,</w:t>
      </w:r>
      <w:r>
        <w:br/>
      </w:r>
      <w:r>
        <w:rPr>
          <w:sz w:val="20"/>
        </w:rPr>
        <w:t>48:19  in aanay walon ko mad'u ke roop mein lena tha humein. woh hum ne nahi liya. aur doosri itni bara mujrimana fe'l kiya hai ke internet ko bhar diya negative items se.</w:t>
      </w:r>
      <w:r>
        <w:br/>
      </w:r>
      <w:r>
        <w:rPr>
          <w:sz w:val="20"/>
        </w:rPr>
        <w:t>48:35  jitne musalmanon ke, yani hamara jo website hai CPS walon ka, woh toh mashallah positive items ke andar hain.</w:t>
      </w:r>
      <w:r>
        <w:br/>
      </w:r>
      <w:r>
        <w:rPr>
          <w:sz w:val="20"/>
        </w:rPr>
        <w:t>48:43  lekin doosron ne jo bhar rakhe hain, website bana rakhe hain bohat sare. har mulk ke musalmanon ke ke beshumar website bana rakhi hain logon ne.</w:t>
      </w:r>
      <w:r>
        <w:br/>
      </w:r>
      <w:r>
        <w:rPr>
          <w:sz w:val="20"/>
        </w:rPr>
        <w:t>48:55  woh sab negative items bhari hui hain. yeh toh bilashuba ek fe'l haram hai.</w:t>
      </w:r>
      <w:r>
        <w:br/>
      </w:r>
      <w:r>
        <w:rPr>
          <w:sz w:val="20"/>
        </w:rPr>
        <w:t>49:02  dunya ko batane ke liye aap ko sirf yahi hai ke in par nafrat ka, nafrat aur sazish aur zulm aur aur negativity ki khabrein dein aap in ko.</w:t>
      </w:r>
      <w:r>
        <w:br/>
      </w:r>
      <w:r>
        <w:rPr>
          <w:sz w:val="20"/>
        </w:rPr>
        <w:t>49:15  yahi aap ke paas dene ke liye hai. aur dein aap aur aap ke paas allah ka paigham</w:t>
      </w:r>
      <w:r>
        <w:br/>
      </w:r>
      <w:r>
        <w:rPr>
          <w:sz w:val="20"/>
        </w:rPr>
        <w:t>49:21  dene ka jo kaam aap ko hai, woh nahi karna hai aap ko.</w:t>
      </w:r>
      <w:r>
        <w:br/>
      </w:r>
      <w:r>
        <w:rPr>
          <w:sz w:val="20"/>
        </w:rPr>
        <w:t>49:29  isi liye musalmanon ki sari koshishen habt-e-a'maal ka shikar ho rahi hain. yani unhon ne jo bhar diya sare items, negative items website mein, to woh samajhte thay ke is tarah se ab musalmanon ka dabdaba ho jayega.</w:t>
      </w:r>
    </w:p>
    <w:p>
      <w:pPr>
        <w:pStyle w:val="Heading2"/>
      </w:pPr>
      <w:r>
        <w:t>Why God created the universe: the hidden treasure hadith</w:t>
      </w:r>
    </w:p>
    <w:p>
      <w:r>
        <w:rPr>
          <w:color w:val="666666"/>
          <w:sz w:val="18"/>
        </w:rPr>
        <w:t>Religious Extremism and Rational Extremism November 27, 2005 Maulana Wahiduddin Khan · 3m 37s · at 1:30:29 · https://youtu.be/o-EF-I_SE_M?t=5429</w:t>
      </w:r>
    </w:p>
    <w:p>
      <w:r>
        <w:rPr>
          <w:i/>
        </w:rPr>
        <w:t>“Creation plan samajhne ke baad ek sawal aur aata hai zehen mein”</w:t>
      </w:r>
    </w:p>
    <w:p>
      <w:r>
        <w:rPr>
          <w:sz w:val="20"/>
        </w:rPr>
        <w:t>1:30:29  uh creation plan of God aur yeh sari cheezein samajhne ke baad ek sawal aur aata hai dimagh mein ke: "why did God in the first place think of creation?" why did he create the entire universe?</w:t>
      </w:r>
      <w:r>
        <w:br/>
      </w:r>
      <w:r>
        <w:rPr>
          <w:sz w:val="20"/>
        </w:rPr>
        <w:t>1:30:44  he created man for certain reasons, these are secondary things, but why the entire creation as a thought in his mind? is ka jawab jo hai, bahut achha ek hadith mein hai.</w:t>
      </w:r>
      <w:r>
        <w:br/>
      </w:r>
      <w:r>
        <w:rPr>
          <w:sz w:val="20"/>
        </w:rPr>
        <w:t>1:30:57  agarche woh log kehte hain ke hadith nahi hai, agar hadith na bhi ho. kisi عارف ka qaul ho, kisi sufi ka qaul ho, yeh hadith qudsi ki zaban mein hai.</w:t>
      </w:r>
      <w:r>
        <w:br/>
      </w:r>
      <w:r>
        <w:rPr>
          <w:sz w:val="20"/>
        </w:rPr>
        <w:t>1:31:12  to ya to rasool hadith qudsi ho ya kisi عارف ka qaul ho.</w:t>
      </w:r>
      <w:r>
        <w:br/>
      </w:r>
      <w:r>
        <w:rPr>
          <w:sz w:val="20"/>
        </w:rPr>
        <w:t>1:31:18  lekin woh mein ne dekha hai, bohat hi acha us isi mein is ka jawab milta hai. woh yeh hai ke Allah taala ne farmaya ke: "kuntu kanzam makhfiya fa aradtu an urifahu fa khalaqtu al khalq".</w:t>
      </w:r>
      <w:r>
        <w:br/>
      </w:r>
      <w:r>
        <w:rPr>
          <w:sz w:val="20"/>
        </w:rPr>
        <w:t>1:31:40  "kuntu kanzam makhfiya fa aradtu an urifahu fa khalaqtu al khalq".</w:t>
      </w:r>
      <w:r>
        <w:br/>
      </w:r>
      <w:r>
        <w:rPr>
          <w:sz w:val="20"/>
        </w:rPr>
        <w:t>1:31:45  mein aik chupa hua khazana tha, yani i was a hidden treasure, then i wanted to be known,</w:t>
      </w:r>
      <w:r>
        <w:br/>
      </w:r>
      <w:r>
        <w:rPr>
          <w:sz w:val="20"/>
        </w:rPr>
        <w:t>1:31:59  so i created man. to is ko sochte hue meri samajh mein baat aati hai ke dunya mein insan ko chhod ke jitni bhi cheezein hain, un mein yeh faculty nahi hai ke kisi cheez ko discover karein.</w:t>
      </w:r>
      <w:r>
        <w:br/>
      </w:r>
      <w:r>
        <w:rPr>
          <w:sz w:val="20"/>
        </w:rPr>
        <w:t>1:32:13  wo matlab sher ya hathi, kisi ko discover nahi kar sakte. apni instinct pe chalte hain, woh ya solar system aur galaxy, kisi ko discover nahi kar sakte.</w:t>
      </w:r>
      <w:r>
        <w:br/>
      </w:r>
      <w:r>
        <w:rPr>
          <w:sz w:val="20"/>
        </w:rPr>
        <w:t>1:32:25  yeh yeh jo yeh jo hai, jis ko kehte hain conceptual thought ya thinking, yeh sirf insan ke andar hai.</w:t>
      </w:r>
      <w:r>
        <w:br/>
      </w:r>
      <w:r>
        <w:rPr>
          <w:sz w:val="20"/>
        </w:rPr>
        <w:t>1:32:35  to aik aisi aap jante hain ke universe bohat bari hai, bohat bari hai, bohat bari hai, lekin kisi mein bhi yeh power nahi hai, yeh yeh yeh yeh yeh sifat nahi hai ke woh kisi cheez ko soche, soch kar ke kuch realize kare, kuch discover kare.</w:t>
      </w:r>
      <w:r>
        <w:br/>
      </w:r>
      <w:r>
        <w:rPr>
          <w:sz w:val="20"/>
        </w:rPr>
        <w:t>1:32:54  to Khuda ko aik aisi makhlooq darkar thi jo apni soch se Khuda ke bare mein marifat tak pahunche. apni soch se yeh bohat bari baat hai ke is universe mein aik aisa insan ho jo yeh keh sake ke Khuda hai, mein ne tujh ko daryaft kiya.</w:t>
      </w:r>
      <w:r>
        <w:br/>
      </w:r>
      <w:r>
        <w:rPr>
          <w:sz w:val="20"/>
        </w:rPr>
        <w:t>1:33:14  agarche mein ne tujh ko apni aankhon se nahi dekha, yeh kon keh sakta hai? koi suraj nahi keh sakta, koi galaxy nahi keh sakti, koi sher aur hathi nahi keh sakta.</w:t>
      </w:r>
      <w:r>
        <w:br/>
      </w:r>
      <w:r>
        <w:rPr>
          <w:sz w:val="20"/>
        </w:rPr>
        <w:t>1:33:25  yeh sirf insan ki sifat hai ke yeh zameen par khada ho kar yeh kehta hai ke Khuda ya, mein ne tujh ko daryaft kiya. Khuda ya, tu meri discovery hai.</w:t>
      </w:r>
      <w:r>
        <w:br/>
      </w:r>
      <w:r>
        <w:rPr>
          <w:sz w:val="20"/>
        </w:rPr>
        <w:t>1:33:35  agarche mein ne tujh ko dekha nahi, magar mein janta hoon ke tu hai. itni bari baat hai.</w:t>
      </w:r>
      <w:r>
        <w:br/>
      </w:r>
      <w:r>
        <w:rPr>
          <w:sz w:val="20"/>
        </w:rPr>
        <w:t>1:33:41  puri universe ka weight aik taraf, is ka weight aik taraf. to Khuda ne chaha ke aik aisi insan, aik aisi makhlooq banaye jo bazariya marifat Khuda ko paye,</w:t>
      </w:r>
      <w:r>
        <w:br/>
      </w:r>
      <w:r>
        <w:rPr>
          <w:sz w:val="20"/>
        </w:rPr>
        <w:t>1:33:54  yani discovery ke zariye Khuda ko jaane, apni apni aql ko istemal kar ke, apni reason ko istemal kar ke, apne apne thinking ka jo power hai, us ko istemal kar ke woh jaane.</w:t>
      </w:r>
    </w:p>
    <w:p>
      <w:pPr>
        <w:pStyle w:val="Heading2"/>
      </w:pPr>
      <w:r>
        <w:t>Crucial moments actor and Hitler examples</w:t>
      </w:r>
    </w:p>
    <w:p>
      <w:r>
        <w:rPr>
          <w:color w:val="666666"/>
          <w:sz w:val="18"/>
        </w:rPr>
        <w:t>A Matter of 30 Seconds | February 07, 2016 · 6m 04s · at 1:15 · https://youtu.be/_p-F9fi8yaA?t=75</w:t>
      </w:r>
    </w:p>
    <w:p>
      <w:r>
        <w:rPr>
          <w:i/>
        </w:rPr>
        <w:t>“Florence mein ek theatre mein performance de raha tha.”</w:t>
      </w:r>
    </w:p>
    <w:p>
      <w:r>
        <w:rPr>
          <w:sz w:val="20"/>
        </w:rPr>
        <w:t>1:15  florence mein ek theatre mein ek performance de raha tha. us ko acting ke tour par yeh batana tha ke kis tarah us zamane mein bohat se nojawan pressure mein par jate hain, woh unhepy</w:t>
      </w:r>
      <w:r>
        <w:br/>
      </w:r>
      <w:r>
        <w:rPr>
          <w:sz w:val="20"/>
        </w:rPr>
        <w:t>1:45  ho jate hain, aur yahan tak jate hain ke suicide kar lete hain. to yeh scene is ko dikhana tha, yani acting ke tour par. to is ne apne gale mein rasi ka phanda dala. woh kar raha tha ke dikha raha tha ke mein ek unhepy nojawan hoon aur mein suicide kar raha hoon</w:t>
      </w:r>
      <w:r>
        <w:br/>
      </w:r>
      <w:r>
        <w:rPr>
          <w:sz w:val="20"/>
        </w:rPr>
        <w:t>2:15  ۔ lekin koi technical ghalti ho gayi. is ki koshish yeh thi ke bilkul real lage is ka feal. is liye is ne aam tor par log revival le ke mar lete hain apne. to is mein woh reality nahi aati thi, kyunke ho sakta hai ke is mein bullet hi na ho. to sus</w:t>
      </w:r>
      <w:r>
        <w:br/>
      </w:r>
      <w:r>
        <w:rPr>
          <w:sz w:val="20"/>
        </w:rPr>
        <w:t>2:45  side ko real batane ke liye is ne yeh kiya ke apne gale— apne gale mein phansi ka phanda dala. lekin koi technical ghalti ho gayi, aur woh phanda is ke gale mein phans gaya, yahan tak ke woh mar gaya. woh stage par mar gaya. is ka naam tha shoma</w:t>
      </w:r>
      <w:r>
        <w:br/>
      </w:r>
      <w:r>
        <w:rPr>
          <w:sz w:val="20"/>
        </w:rPr>
        <w:t>3:15  khar. is ki age thi 27. yeh aaj ki khabar hai, aaj ke paper mein. to is se mera mind trigger, trigger hua, aur mein sochne laga. to mein— mere samne aaya ke yeh jo hua, yeh district kar raha hai life ko, insan ki life ko.</w:t>
      </w:r>
      <w:r>
        <w:br/>
      </w:r>
      <w:r>
        <w:rPr>
          <w:sz w:val="20"/>
        </w:rPr>
        <w:t>3:46  mein ne kahin dekha tha ke success and failure both are matter of thirty second. success and failure both are matter of thirty second. yani ek— ek lamha, ek moment aata hai, ek moment aata hai, but deciding moment. usi waqt app agar wrong decision le lein to fail ho jayenge, agar right</w:t>
      </w:r>
      <w:r>
        <w:br/>
      </w:r>
      <w:r>
        <w:rPr>
          <w:sz w:val="20"/>
        </w:rPr>
        <w:t>4:16  decision le lein to app successful rahenge. yani bohat thora waqt deta hai zindagi ka jo process hai, bohat hi tez process hai, bohat hi rapid process hai. to app ko sirf thirty second ka mauqa deta hai woh. usi mein app ko decision le lena hai. usi mein phir app ke poori life ka faisla ho jata hai.</w:t>
      </w:r>
      <w:r>
        <w:br/>
      </w:r>
      <w:r>
        <w:rPr>
          <w:sz w:val="20"/>
        </w:rPr>
        <w:t>4:48  to woh admi jo tha, shoma khar, jis ki umar abhi 27 thi, is ne ek aisa— is ko ek lamha aaya tha jab ke woh sahi decision le sakta tha, galat bhi le sakta tha. lekin is ne kisi wajah se galat— galat decision le liya, aur mar gaya woh, nojwan ki umar mein. yeh har admi ki</w:t>
      </w:r>
      <w:r>
        <w:br/>
      </w:r>
      <w:r>
        <w:rPr>
          <w:sz w:val="20"/>
        </w:rPr>
        <w:t>5:18  zindagi ka mamla hai, har admi. misal ke tour par dekhiye, germany mein ek shakhs paida hua jis ka naam tha adolf hitler. bohat hi zabardast admi tha woh. ab is ki speech suniye, is ki awaz kitni zabardast awaz hai. bohat zabardast admi tha. is ki kitab jo hai, my struggle, english mein, is ko app dekhiye.</w:t>
      </w:r>
      <w:r>
        <w:br/>
      </w:r>
      <w:r>
        <w:rPr>
          <w:sz w:val="20"/>
        </w:rPr>
        <w:t>5:49  to bohat hi zabardast admi tha woh. lekin ek— ek is ki zindagi mein ek mauqa aaya jab ke is ne galat decision le liya. is ne yeh le liya ke— ke jo is ka goal hai, jo is ka target hai, woh is ko mil sakta hai sirf violence ke zariye, gun ke zariye. ek lamha aisa aaya tha is ki zindagi mein</w:t>
      </w:r>
      <w:r>
        <w:br/>
      </w:r>
      <w:r>
        <w:rPr>
          <w:sz w:val="20"/>
        </w:rPr>
        <w:t>6:19  , aap parhiye is ki my struggle. to natija kya hua? ke woh ladaai chhod di us ne, second world war mein involve ho gaya woh. lekin kya hua? ke woh buree tarah se fail hua, aur aakhir mein woh ek bunker mein tha, bunker mein us ne gun chala kar apne ko maar liya. yeh waqea hua 1945 mein.</w:t>
      </w:r>
      <w:r>
        <w:br/>
      </w:r>
      <w:r>
        <w:rPr>
          <w:sz w:val="20"/>
        </w:rPr>
        <w:t>6:49  is waqt Hitler ki umr sirf 55, 56 thi. 56 saal. 56 saal to kuch bhi nahin hai. to itna qeemti insaan paida hua, aur koi bahut bada kaam woh kar sakta tha, lekin ek galat decision ki wajah se us ko— is ka khatma jo hai suicide par hua. to hum mein se har— yeh, yeh dekhiye, yeh jo baat, yeh jo</w:t>
      </w:r>
    </w:p>
    <w:p>
      <w:pPr>
        <w:pStyle w:val="Heading2"/>
      </w:pPr>
      <w:r>
        <w:t>Two examples of losing wisdom due to conflict</w:t>
      </w:r>
    </w:p>
    <w:p>
      <w:r>
        <w:rPr>
          <w:color w:val="666666"/>
          <w:sz w:val="18"/>
        </w:rPr>
        <w:t>The Secret of Divine Wisdom I September 2,. 2012 Maulana Wahiduddin Khan · 5m 50s · at 12:14 · https://youtu.be/Y-UdfIX33As?t=734</w:t>
      </w:r>
    </w:p>
    <w:p>
      <w:r>
        <w:rPr>
          <w:i/>
        </w:rPr>
        <w:t>“Ek bade shahr mein ek school ke principal the unhone management se jhagda kar liya”</w:t>
      </w:r>
    </w:p>
    <w:p>
      <w:r>
        <w:rPr>
          <w:sz w:val="20"/>
        </w:rPr>
        <w:t>12:14  ek bade shahar mein jisko metropolitan city kaha jata hai wahan ek sahib hain.</w:t>
      </w:r>
      <w:r>
        <w:br/>
      </w:r>
      <w:r>
        <w:rPr>
          <w:sz w:val="20"/>
        </w:rPr>
        <w:t>12:23  to wahan wahan ke wahan ek wahan ek ek organization hai jo kai school chalati hai.</w:t>
      </w:r>
      <w:r>
        <w:br/>
      </w:r>
      <w:r>
        <w:rPr>
          <w:sz w:val="20"/>
        </w:rPr>
        <w:t>12:33  to ek school mein woh principal thay. kya kya unhon ne ke woh management se unhon ne jhagda kar liya.</w:t>
      </w:r>
      <w:r>
        <w:br/>
      </w:r>
      <w:r>
        <w:rPr>
          <w:sz w:val="20"/>
        </w:rPr>
        <w:t>12:44  jhagda itna barha ke yeh chalay gaye court mein chalay gaye. yaani larai jhagda kiya phir court tak muamla pohancha diya.</w:t>
      </w:r>
      <w:r>
        <w:br/>
      </w:r>
      <w:r>
        <w:rPr>
          <w:sz w:val="20"/>
        </w:rPr>
        <w:t>12:59  to in logon ne in ko nikaal diya. principal</w:t>
      </w:r>
      <w:r>
        <w:br/>
      </w:r>
      <w:r>
        <w:rPr>
          <w:sz w:val="20"/>
        </w:rPr>
        <w:t>13:03  police se hata diya. ab dono mein muamla yaani adalat mein chalne laga. isi darmiyan meri mulaqat un se hui.</w:t>
      </w:r>
      <w:r>
        <w:br/>
      </w:r>
      <w:r>
        <w:rPr>
          <w:sz w:val="20"/>
        </w:rPr>
        <w:t>13:17  main ne bohat sakht hammering in ki ki. bohat ziyada hammering ki. main ne kaha abhi aaj hi ja kar ke aap management se maafi mangiye.</w:t>
      </w:r>
      <w:r>
        <w:br/>
      </w:r>
      <w:r>
        <w:rPr>
          <w:sz w:val="20"/>
        </w:rPr>
        <w:t>13:29  aaj hi ja kar ke aap court se case utha lijiyey. management se maafi mang lijiyey.</w:t>
      </w:r>
      <w:r>
        <w:br/>
      </w:r>
      <w:r>
        <w:rPr>
          <w:sz w:val="20"/>
        </w:rPr>
        <w:t>13:38  phir main ne kaha ke dekhiye aap ke paas master degree hai. aap doctorate kijiye. is ko bhool jayen ke management aap ko dobara principly deta hai ke nahi deta hai.</w:t>
      </w:r>
      <w:r>
        <w:br/>
      </w:r>
      <w:r>
        <w:rPr>
          <w:sz w:val="20"/>
        </w:rPr>
        <w:t>13:50  aap is ki principly mat mangiyey. maafi mangiye bas.</w:t>
      </w:r>
      <w:r>
        <w:br/>
      </w:r>
      <w:r>
        <w:rPr>
          <w:sz w:val="20"/>
        </w:rPr>
        <w:t>13:55  maafi mangiye court se utha lijiyey woh aur aap apni education ko aur poora kijiye. doctorate degree haasil kijiye.</w:t>
      </w:r>
      <w:r>
        <w:br/>
      </w:r>
      <w:r>
        <w:rPr>
          <w:sz w:val="20"/>
        </w:rPr>
        <w:t>14:07  to khair woh naujawan aadmi thay. main zahir hai ke un ke liye baap se bhi ziyada bari umar ka tha. to baat maan gaye woh.</w:t>
      </w:r>
      <w:r>
        <w:br/>
      </w:r>
      <w:r>
        <w:rPr>
          <w:sz w:val="20"/>
        </w:rPr>
        <w:t>14:17  aur waqeatan ja kar unhon ne management se maafi mangi. court se case utha liya. aur is ke baad parhnay lagay woh.</w:t>
      </w:r>
      <w:r>
        <w:br/>
      </w:r>
      <w:r>
        <w:rPr>
          <w:sz w:val="20"/>
        </w:rPr>
        <w:t>14:28  to kya hua dekhiye ek dum saaray baat badal gayi. management ne dobara un ko re institute kiya. dobara un ko principal banaya.</w:t>
      </w:r>
      <w:r>
        <w:br/>
      </w:r>
      <w:r>
        <w:rPr>
          <w:sz w:val="20"/>
        </w:rPr>
        <w:t>14:37  aala hifazat yeh hua. lekin main ne un se kaha aap parhai choriye bas. parhtay rahay yahan tak ke un ko</w:t>
      </w:r>
      <w:r>
        <w:br/>
      </w:r>
      <w:r>
        <w:rPr>
          <w:sz w:val="20"/>
        </w:rPr>
        <w:t>14:46  doctorate ki degree mil gayi. ab is waqt is waqt jo hai woh poora jo group un ka hai us ke director hain woh.</w:t>
      </w:r>
      <w:r>
        <w:br/>
      </w:r>
      <w:r>
        <w:rPr>
          <w:sz w:val="20"/>
        </w:rPr>
        <w:t>14:58  director hain poore group un ka hai. kai institution chalatay hain woh. to jo larai jhagda kiya unhon ne to un ki aql khabt ho gayi.</w:t>
      </w:r>
      <w:r>
        <w:br/>
      </w:r>
      <w:r>
        <w:rPr>
          <w:sz w:val="20"/>
        </w:rPr>
        <w:t>15:09  ab kya hai? muqadma baazi karna hai. un ke khilaaf</w:t>
      </w:r>
      <w:r>
        <w:br/>
      </w:r>
      <w:r>
        <w:rPr>
          <w:sz w:val="20"/>
        </w:rPr>
        <w:t>15:14  yaani badnaam karna hai in ko. har waqt in ke propaganda karna hai in ke khilaaf. in ke mind mein ab yahi baatein thi bas aur kuch nahi tha.</w:t>
      </w:r>
      <w:r>
        <w:br/>
      </w:r>
      <w:r>
        <w:rPr>
          <w:sz w:val="20"/>
        </w:rPr>
        <w:t>15:26  in ka mind jo tha woh stop ho gaya. ab shaitan</w:t>
      </w:r>
      <w:r>
        <w:br/>
      </w:r>
      <w:r>
        <w:rPr>
          <w:sz w:val="20"/>
        </w:rPr>
        <w:t>15:31  kaam is ki jagah par aa gaya. aur shaitan ne unhein kya sikhaya? ke in ke khilaaf propaganda karo. in ko bura bhala kaho. in ki jarh ukhaaro.</w:t>
      </w:r>
      <w:r>
        <w:br/>
      </w:r>
      <w:r>
        <w:rPr>
          <w:sz w:val="20"/>
        </w:rPr>
        <w:t>15:42  in ke khilaaf muqadma karo. yeh sab. lekin jaise hi unhon ne apne mind ko positive banaya</w:t>
      </w:r>
      <w:r>
        <w:br/>
      </w:r>
      <w:r>
        <w:rPr>
          <w:sz w:val="20"/>
        </w:rPr>
        <w:t>15:51  to baatein samajh mein aanay lagin un ke. ke jhagray se koi faida nahi hai. ab mind ki window khul gayi. mind ka darwaza khul gaya.</w:t>
      </w:r>
      <w:r>
        <w:br/>
      </w:r>
      <w:r>
        <w:rPr>
          <w:sz w:val="20"/>
        </w:rPr>
        <w:t>16:02  to pehle dobara bator principal ke re institute kiye gaye woh.</w:t>
      </w:r>
      <w:r>
        <w:br/>
      </w:r>
      <w:r>
        <w:rPr>
          <w:sz w:val="20"/>
        </w:rPr>
        <w:t>16:08  phir un ko degree haasil ki unhon ne. ab woh director banay huay hain. pehlay ke muqablay mein kai guna ziyada tar un ko salary milti hai. izzat bhi mili hui hai.</w:t>
      </w:r>
      <w:r>
        <w:br/>
      </w:r>
      <w:r>
        <w:rPr>
          <w:sz w:val="20"/>
        </w:rPr>
        <w:t>16:19  is se aap samajh sakte hain ek sacha waqia hai bilkul.</w:t>
      </w:r>
      <w:r>
        <w:br/>
      </w:r>
      <w:r>
        <w:rPr>
          <w:sz w:val="20"/>
        </w:rPr>
        <w:t>16:25  is se aap samajh sakte hain ke yeh jo hadees mein hai ke larai jhagda aaya to ilm utha liya gaya.</w:t>
      </w:r>
      <w:r>
        <w:br/>
      </w:r>
      <w:r>
        <w:rPr>
          <w:sz w:val="20"/>
        </w:rPr>
        <w:t>16:35  hikmat utha li gayi. wisdom utha li gayi. aisa kaise hota hai? kyunke dimagh kaam nahi karta.</w:t>
      </w:r>
      <w:r>
        <w:br/>
      </w:r>
      <w:r>
        <w:rPr>
          <w:sz w:val="20"/>
        </w:rPr>
        <w:t>16:43  dimagh ka jo process hai ruk jata hai woh.</w:t>
      </w:r>
      <w:r>
        <w:br/>
      </w:r>
      <w:r>
        <w:rPr>
          <w:sz w:val="20"/>
        </w:rPr>
        <w:t>16:49  aisa hi ek sahib mujhe mile woh ghaleban basti ke thay. mere paas aaye woh bare gusse mein thay. unhon ne ek aadmi ke sath ek business kiya tha chota sa.</w:t>
      </w:r>
      <w:r>
        <w:br/>
      </w:r>
      <w:r>
        <w:rPr>
          <w:sz w:val="20"/>
        </w:rPr>
        <w:t>17:05  to is aadmi ko mauqa mila is ne</w:t>
      </w:r>
      <w:r>
        <w:br/>
      </w:r>
      <w:r>
        <w:rPr>
          <w:sz w:val="20"/>
        </w:rPr>
        <w:t>17:07  un ka paisa maar liya. aur business mein jo paisa laga hua tha woh maar liya. aur un ko bilkul kahin elis bana diya.</w:t>
      </w:r>
      <w:r>
        <w:br/>
      </w:r>
      <w:r>
        <w:rPr>
          <w:sz w:val="20"/>
        </w:rPr>
        <w:t>17:21  is ki lambi tafseel hai main tafseel mein nahi ja raha hoon. ab unhon ne tay kiya ke main is ko qatal karunga. itna gussa tha un ko ke ke pehle to woh un ka dost tha lekin ab woh dushman ho gaya un ka.</w:t>
      </w:r>
      <w:r>
        <w:br/>
      </w:r>
      <w:r>
        <w:rPr>
          <w:sz w:val="20"/>
        </w:rPr>
        <w:t>17:36  isi zamane mein</w:t>
      </w:r>
      <w:r>
        <w:br/>
      </w:r>
      <w:r>
        <w:rPr>
          <w:sz w:val="20"/>
        </w:rPr>
        <w:t>17:39  mujh se mulaqat hui. to gusse mein unhon ne kaha ke mujhe to is se inteqam lena hai.</w:t>
      </w:r>
      <w:r>
        <w:br/>
      </w:r>
      <w:r>
        <w:rPr>
          <w:sz w:val="20"/>
        </w:rPr>
        <w:t>17:47  to main ne un se kaha sirf ek baat. main ne kaha ke dekhiye is dunya ka qanoon yeh hai ke inteqam ka bhi inteqam liya jata hai.</w:t>
      </w:r>
    </w:p>
    <w:p>
      <w:pPr>
        <w:pStyle w:val="Heading2"/>
      </w:pPr>
      <w:r>
        <w:t>The full origin story of his writing career from madrasa days</w:t>
      </w:r>
    </w:p>
    <w:p>
      <w:r>
        <w:rPr>
          <w:color w:val="666666"/>
          <w:sz w:val="18"/>
        </w:rPr>
        <w:t>Glimpses from My Life January 4, 2009 · 5m 45s · at 13:11 · https://youtu.be/qLpcIX-hlC0?t=791</w:t>
      </w:r>
    </w:p>
    <w:p>
      <w:r>
        <w:rPr>
          <w:i/>
        </w:rPr>
        <w:t>“Madrase se meri writing ka aaghaz hua”</w:t>
      </w:r>
    </w:p>
    <w:p>
      <w:r>
        <w:rPr>
          <w:sz w:val="20"/>
        </w:rPr>
        <w:t>13:11  madrasay mein bohat sari baatein wabasta hain madrasay se. main sirf aik ka zikr karunga. ke madrasay se meri writing ka aghaz hua.</w:t>
      </w:r>
      <w:r>
        <w:br/>
      </w:r>
      <w:r>
        <w:rPr>
          <w:sz w:val="20"/>
        </w:rPr>
        <w:t>13:23  yeh ajeeb baat hai ke quran mein hai ke ilm bil qalam yani khuda ka jo dawati kaam hai, qalam ke zariye hoga.</w:t>
      </w:r>
      <w:r>
        <w:br/>
      </w:r>
      <w:r>
        <w:rPr>
          <w:sz w:val="20"/>
        </w:rPr>
        <w:t>13:33  ilm bil qalam yani qalam based dawah work.</w:t>
      </w:r>
      <w:r>
        <w:br/>
      </w:r>
      <w:r>
        <w:rPr>
          <w:sz w:val="20"/>
        </w:rPr>
        <w:t>13:40  to main poori muslim dunya mein is zamanay mein jo hai, pehla shakhs hoon jis ne qalam ko poori tarah se dawah work ke liye istemal kiya. jitne bhi log hain, woh sab reaction mein likhte rahay.</w:t>
      </w:r>
      <w:r>
        <w:br/>
      </w:r>
      <w:r>
        <w:rPr>
          <w:sz w:val="20"/>
        </w:rPr>
        <w:t>13:53  angrezon ke khilaf, hinduo ke khilaf, farsi'on ke khilaf, america ke khilaf, britania ke khilaf. jitne bhi aap is zamanay mein aap parhay logon ki tehreerein, woh sab bas kisi na kisi ke khilaf hoti theen.</w:t>
      </w:r>
      <w:r>
        <w:br/>
      </w:r>
      <w:r>
        <w:rPr>
          <w:sz w:val="20"/>
        </w:rPr>
        <w:t>14:05  barelvi, deobandi ke khilaf, deobandi, barelvi ke khilaf. to printing press ke zamanay mein jo literature bana hamara, woh sab un ke khilaf, un ke khilaf, un ke khilaf, un ke khilaf.</w:t>
      </w:r>
      <w:r>
        <w:br/>
      </w:r>
      <w:r>
        <w:rPr>
          <w:sz w:val="20"/>
        </w:rPr>
        <w:t>14:14  bhai, yeh chalta raha.</w:t>
      </w:r>
      <w:r>
        <w:br/>
      </w:r>
      <w:r>
        <w:rPr>
          <w:sz w:val="20"/>
        </w:rPr>
        <w:t>14:17  sare logon ka mamla yahi hai. main akela shakhs tha jinhon ne is tarah ki baatein nahi likhi mein ne. to meri tehreer jo hai, mein writing ka jo kaam mera hai, yeh 1938 se shuru hota hai.</w:t>
      </w:r>
      <w:r>
        <w:br/>
      </w:r>
      <w:r>
        <w:rPr>
          <w:sz w:val="20"/>
        </w:rPr>
        <w:t>14:30  nineteen thirty eight. nineteen thirty eight. mujhe yaad hai ke pehla jo mein article likha tha, pehla bilkul, woh tha istiqlaal.</w:t>
      </w:r>
      <w:r>
        <w:br/>
      </w:r>
      <w:r>
        <w:rPr>
          <w:sz w:val="20"/>
        </w:rPr>
        <w:t>14:40  yani perseverance. us par likha tha mein ne.</w:t>
      </w:r>
      <w:r>
        <w:br/>
      </w:r>
      <w:r>
        <w:rPr>
          <w:sz w:val="20"/>
        </w:rPr>
        <w:t>14:44  woh chapa nahi, woh to sirf aik training ke liye tha. us ke baad aisa hua ke wohin par, yani madrasay mein is zamanay mein aisa tha ke log qalami parche nikala karte thay.</w:t>
      </w:r>
      <w:r>
        <w:br/>
      </w:r>
      <w:r>
        <w:rPr>
          <w:sz w:val="20"/>
        </w:rPr>
        <w:t>14:59  yani hath se likh kar ke. us ko kehte thay qalami parcha. yani, yani wall wall journal.</w:t>
      </w:r>
      <w:r>
        <w:br/>
      </w:r>
      <w:r>
        <w:rPr>
          <w:sz w:val="20"/>
        </w:rPr>
        <w:t>15:08  to is zamanay mein unhon ne, hamare, hamare, yani hamare sathiyon ne aik faisla kiya ke islah par aik qalami parcha nikala gaya hai.</w:t>
      </w:r>
      <w:r>
        <w:br/>
      </w:r>
      <w:r>
        <w:rPr>
          <w:sz w:val="20"/>
        </w:rPr>
        <w:t>15:17  yani hath se likh kar ke. chupta nahi tha woh. to us mein yeh sawal tha ke is ka naam kya ho? to tarah tarah ke naam logon ne bataye, maslan islah is ka naam ho.</w:t>
      </w:r>
      <w:r>
        <w:br/>
      </w:r>
      <w:r>
        <w:rPr>
          <w:sz w:val="20"/>
        </w:rPr>
        <w:t>15:28  ya taameer is ka naam ho. to mein ne tajweez kiya payam. payam means message. to</w:t>
      </w:r>
      <w:r>
        <w:br/>
      </w:r>
      <w:r>
        <w:rPr>
          <w:sz w:val="20"/>
        </w:rPr>
        <w:t>15:38  mein ne, mujhe ko is ka yeh editor banaya gaya tha. to mein ne apne jo mera jo editorial tha, us mein, us mein mein ne zikr kiya is baat ka ke naam ke muamle mein bohat si rai aai'en.</w:t>
      </w:r>
      <w:r>
        <w:br/>
      </w:r>
      <w:r>
        <w:rPr>
          <w:sz w:val="20"/>
        </w:rPr>
        <w:t>15:52  is mein se aik rai thi payam ki. to isi par sab log agree kar gaye. to jumla mein ne likha tha wahan par ke sab logon ne payam ki tajweez par labbaik kaha.</w:t>
      </w:r>
      <w:r>
        <w:br/>
      </w:r>
      <w:r>
        <w:rPr>
          <w:sz w:val="20"/>
        </w:rPr>
        <w:t>16:04  isi sab logon ne isi payam par labbaik kaha.</w:t>
      </w:r>
      <w:r>
        <w:br/>
      </w:r>
      <w:r>
        <w:rPr>
          <w:sz w:val="20"/>
        </w:rPr>
        <w:t>16:07  yeh aik jumla tha is mein. to Maulana Ameer Hussain Islahi ne mujhe bulaya parh kar ke ke tumhare andar likhne ki quality hai.</w:t>
      </w:r>
      <w:r>
        <w:br/>
      </w:r>
      <w:r>
        <w:rPr>
          <w:sz w:val="20"/>
        </w:rPr>
        <w:t>16:17  likhne ka tumhare andar taste hai, likhne ka shauq hai. ke sab ne isi payam ko labbaik kaha, is mein aik aik adabi chashni thi. to pehla shakhs jis ne mujhe encourage kiya, woh Maulana Ameen Hasan Islahi thay.</w:t>
      </w:r>
      <w:r>
        <w:br/>
      </w:r>
      <w:r>
        <w:rPr>
          <w:sz w:val="20"/>
        </w:rPr>
        <w:t>16:31  is ke baad mein likhta rah</w:t>
      </w:r>
      <w:r>
        <w:br/>
      </w:r>
      <w:r>
        <w:rPr>
          <w:sz w:val="20"/>
        </w:rPr>
        <w:t>16:33  a, likhta raha. itna ziyada likha hai mein ne ke sab mere paper thay, sab ikatha kiye jayen to shayad yeh kamra bhar jaye. lekin woh chhapne ke liye nahi tha, woh sirf mashq ke liye tha.</w:t>
      </w:r>
      <w:r>
        <w:br/>
      </w:r>
      <w:r>
        <w:rPr>
          <w:sz w:val="20"/>
        </w:rPr>
        <w:t>16:43  exercise ke liye tha. to pehli cheez jo chhapi meri, woh unnis sau pachas mein. jab mein Adam Garh aaya.</w:t>
      </w:r>
      <w:r>
        <w:br/>
      </w:r>
      <w:r>
        <w:rPr>
          <w:sz w:val="20"/>
        </w:rPr>
        <w:t>16:54  to chote chote pamphlet mein ne likhe thay.</w:t>
      </w:r>
      <w:r>
        <w:br/>
      </w:r>
      <w:r>
        <w:rPr>
          <w:sz w:val="20"/>
        </w:rPr>
        <w:t>16:59  hindustan ka mustaqbil, hindustan mein islam ki dawat waghera, is tarah ke. aur pehli cheez jo ziyada popular hui, woh tha unnis sau pachpan mein mein ne aik article likha tha.</w:t>
      </w:r>
      <w:r>
        <w:br/>
      </w:r>
      <w:r>
        <w:rPr>
          <w:sz w:val="20"/>
        </w:rPr>
        <w:t>17:12  aik paper ke taur par. is ka naam tha "naye ehad ke darwaze par". to yeh urdu, hindi, angrezi, teenon zubanon mein chhaapa is zamane mein</w:t>
      </w:r>
      <w:r>
        <w:br/>
      </w:r>
      <w:r>
        <w:rPr>
          <w:sz w:val="20"/>
        </w:rPr>
        <w:t>17:24  . aik pamphlet ke taur par. On the threshold of a new era naye ke darwaze par. to yeh tha chhapne ka jo marhala, is tarah se hua.</w:t>
      </w:r>
      <w:r>
        <w:br/>
      </w:r>
      <w:r>
        <w:rPr>
          <w:sz w:val="20"/>
        </w:rPr>
        <w:t>17:37  jo unnis sau pachpan mein yeh jo pamphlet chhaapa tha, woh bohat ziyada popular hua. phir mein likhta raha, likhta raha, likhta raha.</w:t>
      </w:r>
      <w:r>
        <w:br/>
      </w:r>
      <w:r>
        <w:rPr>
          <w:sz w:val="20"/>
        </w:rPr>
        <w:t>17:47  is ke baad mein akhbaron mein likhne laga, magazine mein likhne laga.</w:t>
      </w:r>
      <w:r>
        <w:br/>
      </w:r>
      <w:r>
        <w:rPr>
          <w:sz w:val="20"/>
        </w:rPr>
        <w:t>17:53  to shuru mein mere jo article hua karte thay, woh adabi hotay thay. adabi dhang ke. is zamane mein mein likhta tha payam taleem mein, Nigar mein, Adab-e-Lateef mein.</w:t>
      </w:r>
      <w:r>
        <w:br/>
      </w:r>
      <w:r>
        <w:rPr>
          <w:sz w:val="20"/>
        </w:rPr>
        <w:t>18:04  is zamane ke sab parche thay. likhta tha. lekin islami aitbar se us waqt woh adabi hua karte thay, islami nahi hua karte thay.</w:t>
      </w:r>
      <w:r>
        <w:br/>
      </w:r>
      <w:r>
        <w:rPr>
          <w:sz w:val="20"/>
        </w:rPr>
        <w:t>18:16  mein samajhta hoon ke islami aitbar se jo likhne ka kaam mera shuru hua, wohi unnis sau pachpan se shuru hua. balkay unnis sau pachas se.</w:t>
      </w:r>
      <w:r>
        <w:br/>
      </w:r>
      <w:r>
        <w:rPr>
          <w:sz w:val="20"/>
        </w:rPr>
        <w:t>18:25  unnis sau pachas se shuru hua aur unnis sau pachpan mein jo kitab thi, naye ehad ke darwaze par, yeh bohat ziyada popular hui.</w:t>
      </w:r>
      <w:r>
        <w:br/>
      </w:r>
      <w:r>
        <w:rPr>
          <w:sz w:val="20"/>
        </w:rPr>
        <w:t>18:33  phir is ke baad mein article likhta raha. aur mere article bohat chhapte thay idhar udhar. Zindagi mein, Dawat mein, Al-Insaf mein, Nida-e-Millat mein.</w:t>
      </w:r>
      <w:r>
        <w:br/>
      </w:r>
      <w:r>
        <w:rPr>
          <w:sz w:val="20"/>
        </w:rPr>
        <w:t>18:45  bohat chhapte thay aur parhe jatay thay mere mazameen. kyunke is mein adabi lihaz se logon ko aik aik taste milta tha.</w:t>
      </w:r>
    </w:p>
    <w:p>
      <w:pPr>
        <w:pStyle w:val="Heading2"/>
      </w:pPr>
      <w:r>
        <w:t>Wisdom is practical not theoretical formula</w:t>
      </w:r>
    </w:p>
    <w:p>
      <w:r>
        <w:rPr>
          <w:color w:val="666666"/>
          <w:sz w:val="18"/>
        </w:rPr>
        <w:t>Quranic Wisdom | September 10, 2016 · 2m 58s · at 0:44 · https://youtu.be/hNTKraIhmeQ?t=44</w:t>
      </w:r>
    </w:p>
    <w:p>
      <w:r>
        <w:rPr>
          <w:i/>
        </w:rPr>
        <w:t>“Dekhiye, wisdom kisi theoretical formula ke naam nahi hai.”</w:t>
      </w:r>
    </w:p>
    <w:p>
      <w:r>
        <w:rPr>
          <w:sz w:val="20"/>
        </w:rPr>
        <w:t>0:44  Dekhiye, wisdom kisi theoretical formula kay naam nahi hai. jaisay justice aik theoretical formula hai, to wisdom is tarah kisi theoretical formula, yaani nazriati formulay kay naam nahi hai. yeh practical formula kay naam hai.</w:t>
      </w:r>
      <w:r>
        <w:br/>
      </w:r>
      <w:r>
        <w:rPr>
          <w:sz w:val="20"/>
        </w:rPr>
        <w:t>1:15  Yeh bohat hi basic baat hai, yeh jaanna chahiye ke wisdom ka talluq practical wisdom se hai, theoretical wisdom se nahi. aur saaray log isi liye pareshan rehtay hain kyunkay woh wisdom ko samajhtay hain ideology ya theory, jabkay wisdom na theory hai na ideology. ideology aik alag cheez hai. aap koi ide</w:t>
      </w:r>
      <w:r>
        <w:br/>
      </w:r>
      <w:r>
        <w:rPr>
          <w:sz w:val="20"/>
        </w:rPr>
        <w:t>1:45  ology lain, adopt karain, to us ko jab aap samaj mein, ya society mein, laana chahtay hain, implement karna chahtay hain, wahan sawal hota hai wisdom ka. wisdom yaani jo practical wisdom</w:t>
      </w:r>
      <w:r>
        <w:br/>
      </w:r>
      <w:r>
        <w:rPr>
          <w:sz w:val="20"/>
        </w:rPr>
        <w:t>2:15  hai, us ko aap apply karain gay tab aap kamyab hoon gay. nahi to kabhi qayamat tak kamyab nahi hoon gay. to ideology lay kar kay kabhi kamyabi nahi hoti. ideology ko kaisay implement kiya jaye, aur kin practical aspects ko hum is mein apnay dhiyan mein lain, yeh bohat important cheez hai. agar sirf aap the</w:t>
      </w:r>
      <w:r>
        <w:br/>
      </w:r>
      <w:r>
        <w:rPr>
          <w:sz w:val="20"/>
        </w:rPr>
        <w:t>2:45  ory ko jantay hoon aur wisdom ko na jantay hoon to aap implement nahi kar saktay. misaal kay tor par, aap kai mulkon ko jantay hain, wahan sau sau saal se movement chal rahi hain justice ki, ke justice ko hum qaim karain gay, justice ko hum implement karain gay, aur kuch hua nahi. kyunkay justice aik ideology</w:t>
      </w:r>
      <w:r>
        <w:br/>
      </w:r>
      <w:r>
        <w:rPr>
          <w:sz w:val="20"/>
        </w:rPr>
        <w:t>3:15  hai. justice ko jab press na karain aap wisdom se, tab tak aap kamyab nahi ho saktay. yaani practical wisdom ko lay kar aap apni planning kijiye, tab aap kamyab hoon gay. nahi to kamyab nahi hoon gay. to justice aap ko ideology deti hai, lekin planning jo hai, planning, woh aap ko sirf wisdom se maloom hota hai.</w:t>
      </w:r>
    </w:p>
    <w:p>
      <w:pPr>
        <w:pStyle w:val="Heading2"/>
      </w:pPr>
      <w:r>
        <w:t>Priya Malik's boss story mirrors Judgment Day recognition</w:t>
      </w:r>
    </w:p>
    <w:p>
      <w:r>
        <w:rPr>
          <w:color w:val="666666"/>
          <w:sz w:val="18"/>
        </w:rPr>
        <w:t>The Importance of Thinking November 10, 2013 Maulana Wahiduddin Khan · 4m 24s · at 31:40 · https://youtu.be/dM9yTT9UlCs?t=1900</w:t>
      </w:r>
    </w:p>
    <w:p>
      <w:r>
        <w:rPr>
          <w:i/>
        </w:rPr>
        <w:t>“There's a woman in Delhi named Priya Malik”</w:t>
      </w:r>
    </w:p>
    <w:p>
      <w:r>
        <w:rPr>
          <w:sz w:val="20"/>
        </w:rPr>
        <w:t>31:40  dilli mein ek ek khatoon hain, unka naam hai Priya Bulk. bohat hi intelligent, bohat hi educated.</w:t>
      </w:r>
      <w:r>
        <w:br/>
      </w:r>
      <w:r>
        <w:rPr>
          <w:sz w:val="20"/>
        </w:rPr>
        <w:t>31:50  to unhon ne apna ek qissa bataya.</w:t>
      </w:r>
      <w:r>
        <w:br/>
      </w:r>
      <w:r>
        <w:rPr>
          <w:sz w:val="20"/>
        </w:rPr>
        <w:t>31:55  woh ek multinational company mein manager theen ya hain. to unhon ne bataya ke woh American company hai, aur woh America mein jis ka director hai, woh aaya dilli mein.</w:t>
      </w:r>
      <w:r>
        <w:br/>
      </w:r>
      <w:r>
        <w:rPr>
          <w:sz w:val="20"/>
        </w:rPr>
        <w:t>32:12  to jab woh aaya to wahan par ek meeting hui. company ke jo manager they, jo afsar they, sab ikhatta hue, aur woh director wahan par baitha.</w:t>
      </w:r>
      <w:r>
        <w:br/>
      </w:r>
      <w:r>
        <w:rPr>
          <w:sz w:val="20"/>
        </w:rPr>
        <w:t>32:26  to Priya Bulk ki kisi mauqe par mukhtasar si is se baat hui thi. us ne pehchan liya tha ke bohat hi intelligent khatoon hai, lekin woh junior thi.</w:t>
      </w:r>
      <w:r>
        <w:br/>
      </w:r>
      <w:r>
        <w:rPr>
          <w:sz w:val="20"/>
        </w:rPr>
        <w:t>32:36  woh</w:t>
      </w:r>
      <w:r>
        <w:br/>
      </w:r>
      <w:r>
        <w:rPr>
          <w:sz w:val="20"/>
        </w:rPr>
        <w:t>32:37  toh senior logon ko aage bithaya gaya tha, aur yeh junior hone ke naate un ko peechay bithaya gaya tha. stage se is ne dekha ke woh lady peechay baithi hui hai.</w:t>
      </w:r>
      <w:r>
        <w:br/>
      </w:r>
      <w:r>
        <w:rPr>
          <w:sz w:val="20"/>
        </w:rPr>
        <w:t>32:55  toh ek ajeeb waqia hua. is ne humein stage se kaha: "i want to hear that woman."</w:t>
      </w:r>
      <w:r>
        <w:br/>
      </w:r>
      <w:r>
        <w:rPr>
          <w:sz w:val="20"/>
        </w:rPr>
        <w:t>33:08  koi baat bohat thi, koi subject chal raha tha</w:t>
      </w:r>
      <w:r>
        <w:br/>
      </w:r>
      <w:r>
        <w:rPr>
          <w:sz w:val="20"/>
        </w:rPr>
        <w:t>33:13  jis par log apni apni rai de rahe thay. interrupt karte hue, is ne interrupt karte hue kaha: "i want to hear that woman."</w:t>
      </w:r>
      <w:r>
        <w:br/>
      </w:r>
      <w:r>
        <w:rPr>
          <w:sz w:val="20"/>
        </w:rPr>
        <w:t>33:32  toh mein ne socha ke shayad wahan bhi aisa ho ke Allah rab ul alameen ke darbar mein jo ikhatta hon,</w:t>
      </w:r>
      <w:r>
        <w:br/>
      </w:r>
      <w:r>
        <w:rPr>
          <w:sz w:val="20"/>
        </w:rPr>
        <w:t>33:45  aur phir Allah interrupt karte hue kahe:</w:t>
      </w:r>
      <w:r>
        <w:br/>
      </w:r>
      <w:r>
        <w:rPr>
          <w:sz w:val="20"/>
        </w:rPr>
        <w:t>33:51  "i want to hear that person." koi banda momin jis ko farishton ne peechay bitha diya ho,</w:t>
      </w:r>
      <w:r>
        <w:br/>
      </w:r>
      <w:r>
        <w:rPr>
          <w:sz w:val="20"/>
        </w:rPr>
        <w:t>34:04  koi banda momin jis ko farishton ne peechay bitha diya ho, lekin Allah rab ul izzat ko pata hai ke woh banda momin kya hai,</w:t>
      </w:r>
      <w:r>
        <w:br/>
      </w:r>
      <w:r>
        <w:rPr>
          <w:sz w:val="20"/>
        </w:rPr>
        <w:t>34:16  kyun ke Allah rab ul alameen jo hai, aadmi ke andar tak ko jaanta hai.</w:t>
      </w:r>
      <w:r>
        <w:br/>
      </w:r>
      <w:r>
        <w:rPr>
          <w:sz w:val="20"/>
        </w:rPr>
        <w:t>34:22  toh mein shayad koi khush qismat wahan bhi, koi khush khush qismat banda hoga jis ko farishton ne peechay bitha diya hoga,</w:t>
      </w:r>
      <w:r>
        <w:br/>
      </w:r>
      <w:r>
        <w:rPr>
          <w:sz w:val="20"/>
        </w:rPr>
        <w:t>34:34  aur awaz aye gi wahan se:</w:t>
      </w:r>
      <w:r>
        <w:br/>
      </w:r>
      <w:r>
        <w:rPr>
          <w:sz w:val="20"/>
        </w:rPr>
        <w:t>34:41  "i want to hear that person."</w:t>
      </w:r>
      <w:r>
        <w:br/>
      </w:r>
      <w:r>
        <w:rPr>
          <w:sz w:val="20"/>
        </w:rPr>
        <w:t>34:46  kaisa ajeeb haal hoga! sari kainat sharminda reh jaye gi,</w:t>
      </w:r>
      <w:r>
        <w:br/>
      </w:r>
      <w:r>
        <w:rPr>
          <w:sz w:val="20"/>
        </w:rPr>
        <w:t>34:55  sari kainat mein sardadish sardadish aa jaye ga.</w:t>
      </w:r>
      <w:r>
        <w:br/>
      </w:r>
      <w:r>
        <w:rPr>
          <w:sz w:val="20"/>
        </w:rPr>
        <w:t>35:00  sare log sumat kar isi insaan par chale ayein ge ke kaun insaan hai jis ko Allah keh raha hai ke mein is ko sunna chahta hoon, woh bolay.</w:t>
      </w:r>
      <w:r>
        <w:br/>
      </w:r>
      <w:r>
        <w:rPr>
          <w:sz w:val="20"/>
        </w:rPr>
        <w:t>35:15  toh yeh hai woh cheezein jo aap ko sochna hai.</w:t>
      </w:r>
      <w:r>
        <w:br/>
      </w:r>
      <w:r>
        <w:rPr>
          <w:sz w:val="20"/>
        </w:rPr>
        <w:t>35:18  har aadmi yeh, har aadmi yeh hosla kar sakta hai ke kya bolay?</w:t>
      </w:r>
      <w:r>
        <w:br/>
      </w:r>
      <w:r>
        <w:rPr>
          <w:sz w:val="20"/>
        </w:rPr>
        <w:t>35:27  mein hi woh insaan hoon, lekin is ke liye aap ko tayari karni pare gi. kisi ke naam par likha hua nahi ke kaun woh insaan hoga jis ko Allah kahe ke "i want to hear that person."</w:t>
      </w:r>
      <w:r>
        <w:br/>
      </w:r>
      <w:r>
        <w:rPr>
          <w:sz w:val="20"/>
        </w:rPr>
        <w:t>35:42  toh aap ko is duniya mein bohat hi bara goal rakhna cha</w:t>
      </w:r>
      <w:r>
        <w:br/>
      </w:r>
      <w:r>
        <w:rPr>
          <w:sz w:val="20"/>
        </w:rPr>
        <w:t>35:48  hiye. chota mota goal nahi, bara goal. yani aakhri goal ke kya bolen? Allah taala mujhe kahe ke mein is bande ko sunna chahta hoon.</w:t>
      </w:r>
    </w:p>
    <w:p>
      <w:pPr>
        <w:pStyle w:val="Heading2"/>
      </w:pPr>
      <w:r>
        <w:t>Deep lesson from Adam story</w:t>
      </w:r>
    </w:p>
    <w:p>
      <w:r>
        <w:rPr>
          <w:color w:val="666666"/>
          <w:sz w:val="18"/>
        </w:rPr>
        <w:t>Dars-e-Quran, Chapter 2, Verse 35-39 December 31, 2017 · 3m 01s · at 10:32 · https://youtu.be/6FNtbR3EBtc?t=632</w:t>
      </w:r>
    </w:p>
    <w:p>
      <w:r>
        <w:rPr>
          <w:i/>
        </w:rPr>
        <w:t>“Lekin yeh bohat gehri baat hai itni saada baat nahi”</w:t>
      </w:r>
    </w:p>
    <w:p>
      <w:r>
        <w:rPr>
          <w:sz w:val="20"/>
        </w:rPr>
        <w:t>10:32  lekin yeh bohat gehri baat hai itni sadha baat nahi hai yeh.</w:t>
      </w:r>
      <w:r>
        <w:br/>
      </w:r>
      <w:r>
        <w:rPr>
          <w:sz w:val="20"/>
        </w:rPr>
        <w:t>10:39  is is test mein ek bohat bohat hi</w:t>
      </w:r>
      <w:r>
        <w:br/>
      </w:r>
      <w:r>
        <w:rPr>
          <w:sz w:val="20"/>
        </w:rPr>
        <w:t>10:43  gehri baat chupi hui hai woh kya</w:t>
      </w:r>
      <w:r>
        <w:br/>
      </w:r>
      <w:r>
        <w:rPr>
          <w:sz w:val="20"/>
        </w:rPr>
        <w:t>10:49  is mein insan ko yeh sabak diya gaya hai ke</w:t>
      </w:r>
      <w:r>
        <w:br/>
      </w:r>
      <w:r>
        <w:rPr>
          <w:sz w:val="20"/>
        </w:rPr>
        <w:t>10:54  is duniya mein koi bara kaam woh log karte hain jin ke andar bohat hi zabardast qism ka</w:t>
      </w:r>
      <w:r>
        <w:br/>
      </w:r>
      <w:r>
        <w:rPr>
          <w:sz w:val="20"/>
        </w:rPr>
        <w:t>10:59  impetus paida ho muharrik impetus</w:t>
      </w:r>
      <w:r>
        <w:br/>
      </w:r>
      <w:r>
        <w:rPr>
          <w:sz w:val="20"/>
        </w:rPr>
        <w:t>11:04  ai impetus</w:t>
      </w:r>
      <w:r>
        <w:br/>
      </w:r>
      <w:r>
        <w:rPr>
          <w:sz w:val="20"/>
        </w:rPr>
        <w:t>11:08  to impetus gehra paida hota hai kis ke andar jis ko koi ehsas ho marhoom maloomi ka</w:t>
      </w:r>
      <w:r>
        <w:br/>
      </w:r>
      <w:r>
        <w:rPr>
          <w:sz w:val="20"/>
        </w:rPr>
        <w:t>11:20  baghair maloom maloomi ke ehsas ke gehra impetus paida nahi hota jo us ko motivate kare. misaal dekhiye milton andha ho gaya tha lekin andhe pan ne is ke andar ek bohat gehra impetus paida kiya.</w:t>
      </w:r>
      <w:r>
        <w:br/>
      </w:r>
      <w:r>
        <w:rPr>
          <w:sz w:val="20"/>
        </w:rPr>
        <w:t>11:41  us ke dil mein jo khayalat the</w:t>
      </w:r>
      <w:r>
        <w:br/>
      </w:r>
      <w:r>
        <w:rPr>
          <w:sz w:val="20"/>
        </w:rPr>
        <w:t>11:46  paradise last ko likhne ke liye aur zyada taqat ubhar aaye</w:t>
      </w:r>
      <w:r>
        <w:br/>
      </w:r>
      <w:r>
        <w:rPr>
          <w:sz w:val="20"/>
        </w:rPr>
        <w:t>11:54  yani is ke andar ek ek spirit jaagi ke agarche main andha ho gaya hoon lekin phir bhi main likhoon ga paradise last phir bhi likhoon ga to is ke mind ki sari khidkiyan khul gayeen.</w:t>
      </w:r>
      <w:r>
        <w:br/>
      </w:r>
      <w:r>
        <w:rPr>
          <w:sz w:val="20"/>
        </w:rPr>
        <w:t>12:10  is is ki jo personality thi woh super personality ban gayi.</w:t>
      </w:r>
      <w:r>
        <w:br/>
      </w:r>
      <w:r>
        <w:rPr>
          <w:sz w:val="20"/>
        </w:rPr>
        <w:t>12:17  to is ne kya kiya phir ke woh sochne writer nahi ban saka tha woh apne haath se likhne ke liye to kaha ke main writer nahi ban sakta to thinker to ban sakta hoon main.</w:t>
      </w:r>
      <w:r>
        <w:br/>
      </w:r>
      <w:r>
        <w:rPr>
          <w:sz w:val="20"/>
        </w:rPr>
        <w:t>12:32  yahi hai impetus ka faida ke jaise aap ke paas paisa jo tha woh khatm ho jaye to aap sochein ke agar mere paas paisa nahi hai to mere paas hard work to hai paisa agar mere paas nahi hai to hard work to hai to sara focus aap daal dein hard work hard work par.</w:t>
      </w:r>
      <w:r>
        <w:br/>
      </w:r>
      <w:r>
        <w:rPr>
          <w:sz w:val="20"/>
        </w:rPr>
        <w:t>12:58  to milton ne socha ke agar main writer nahi ban sakta to main thinker to ban sakta hoon. to is ne sochne ko bohat zyada badha diya ya badh gaya.</w:t>
      </w:r>
      <w:r>
        <w:br/>
      </w:r>
      <w:r>
        <w:rPr>
          <w:sz w:val="20"/>
        </w:rPr>
        <w:t>13:15  likhne ke liye is ne apne ek kisi ghar ke kisi member ko chun liya ghar ka koi family member yeh bolta tha woh likhte thay to is ne paradise last likhi jo ke masterpiece maani jaati hai poori history mein.</w:t>
      </w:r>
    </w:p>
    <w:p>
      <w:pPr>
        <w:pStyle w:val="Heading2"/>
      </w:pPr>
      <w:r>
        <w:t>Muslims and Jews share decline pattern</w:t>
      </w:r>
    </w:p>
    <w:p>
      <w:r>
        <w:rPr>
          <w:color w:val="666666"/>
          <w:sz w:val="18"/>
        </w:rPr>
        <w:t>Present Day Muslims Jan 13, 2013 - Maulana Wahiduddin Khan · 4m 37s · at 34:02 · https://youtu.be/z5q4zuu7kKY?t=2042</w:t>
      </w:r>
    </w:p>
    <w:p>
      <w:r>
        <w:rPr>
          <w:i/>
        </w:rPr>
        <w:t>“Yahoodiyon ka case theek wohi hai”</w:t>
      </w:r>
    </w:p>
    <w:p>
      <w:r>
        <w:rPr>
          <w:sz w:val="20"/>
        </w:rPr>
        <w:t>34:02  To Yahoodiyon ka case theek wohi case hai jo Musalmanon ka case hai.</w:t>
      </w:r>
      <w:r>
        <w:br/>
      </w:r>
      <w:r>
        <w:rPr>
          <w:sz w:val="20"/>
        </w:rPr>
        <w:t>34:07  Yani ek taraf supremacy hai, doosri taraf gentile hai.</w:t>
      </w:r>
      <w:r>
        <w:br/>
      </w:r>
      <w:r>
        <w:rPr>
          <w:sz w:val="20"/>
        </w:rPr>
        <w:t>34:14  Yani ek taraf ماضی ka fakhr hai, doosri taraf present ki nafrat hai.</w:t>
      </w:r>
      <w:r>
        <w:br/>
      </w:r>
      <w:r>
        <w:rPr>
          <w:sz w:val="20"/>
        </w:rPr>
        <w:t>34:24  To ab isi ki roshni mein aap jab ghhor karein tab samjhenge is hadees ka matlab. La tatawawannu sirran man kana qablakum ke tum wohi tumhara haal wohi hoga jo Yahood ka haal hua.</w:t>
      </w:r>
      <w:r>
        <w:br/>
      </w:r>
      <w:r>
        <w:rPr>
          <w:sz w:val="20"/>
        </w:rPr>
        <w:t>34:37  Jo tumhara case wohi ban jayega jo Yahood ka case hua.</w:t>
      </w:r>
      <w:r>
        <w:br/>
      </w:r>
      <w:r>
        <w:rPr>
          <w:sz w:val="20"/>
        </w:rPr>
        <w:t>34:44  Kyunke bohat zyada common hai history. History mein bohat zyada mushtarka history hai. Yahoodiyon ka ek saltanat qaim hua, phir woh saltanat khatam ho gaya.</w:t>
      </w:r>
      <w:r>
        <w:br/>
      </w:r>
      <w:r>
        <w:rPr>
          <w:sz w:val="20"/>
        </w:rPr>
        <w:t>34:58  Musalmanon ka saltanat qaim hua, phir woh saltanat khatam ho gaya.</w:t>
      </w:r>
      <w:r>
        <w:br/>
      </w:r>
      <w:r>
        <w:rPr>
          <w:sz w:val="20"/>
        </w:rPr>
        <w:t>35:05  Isi ke mutabiq literature, Yahoodiyon ka jo literature hai, woh bhi isi tarah se hai jo Musalmanon ka literature hai. Barha hua un ka wohi sab baat hai.</w:t>
      </w:r>
      <w:r>
        <w:br/>
      </w:r>
      <w:r>
        <w:rPr>
          <w:sz w:val="20"/>
        </w:rPr>
        <w:t>35:17  To dono mein yeh mushtarak baat hai ke ماضی par fakhr aur haal par nafrat.</w:t>
      </w:r>
      <w:r>
        <w:br/>
      </w:r>
      <w:r>
        <w:rPr>
          <w:sz w:val="20"/>
        </w:rPr>
        <w:t>35:28  yeh hai musalmanon ka case.</w:t>
      </w:r>
      <w:r>
        <w:br/>
      </w:r>
      <w:r>
        <w:rPr>
          <w:sz w:val="20"/>
        </w:rPr>
        <w:t>35:33  aur yeh zawal ki badtareen shakal hai. kyun badtareen shakal hai? dekhiye, yeh fakhr aur hate dono hain, without any base hain.</w:t>
      </w:r>
      <w:r>
        <w:br/>
      </w:r>
      <w:r>
        <w:rPr>
          <w:sz w:val="20"/>
        </w:rPr>
        <w:t>35:44  na is ki koi base hai, na is ki koi base hai. aap bataiye ke past glory ki koi base hoti hai?</w:t>
      </w:r>
      <w:r>
        <w:br/>
      </w:r>
      <w:r>
        <w:rPr>
          <w:sz w:val="20"/>
        </w:rPr>
        <w:t>35:53  jo saltanat aap ka khatam ho gaya, jo saltanat aap ki khatam ho gayi, us par fakhr karne ka kya matlab hai? jo cheez maujood nahi hai, us par fakhr karna.</w:t>
      </w:r>
      <w:r>
        <w:br/>
      </w:r>
      <w:r>
        <w:rPr>
          <w:sz w:val="20"/>
        </w:rPr>
        <w:t>36:05  yani pride without any base.</w:t>
      </w:r>
      <w:r>
        <w:br/>
      </w:r>
      <w:r>
        <w:rPr>
          <w:sz w:val="20"/>
        </w:rPr>
        <w:t>36:10  yeh toh goya reit par mahal khara kar rahe hain aap.</w:t>
      </w:r>
      <w:r>
        <w:br/>
      </w:r>
      <w:r>
        <w:rPr>
          <w:sz w:val="20"/>
        </w:rPr>
        <w:t>36:14  toh musalmanon ka jo pride hai, woh bhi without any base hai, baghair kisi buniyad ke hai woh. is ka matlab hai ke aap musalman falsehood mein jee rahe hain.</w:t>
      </w:r>
      <w:r>
        <w:br/>
      </w:r>
      <w:r>
        <w:rPr>
          <w:sz w:val="20"/>
        </w:rPr>
        <w:t>36:26  falsehood mein.</w:t>
      </w:r>
      <w:r>
        <w:br/>
      </w:r>
      <w:r>
        <w:rPr>
          <w:sz w:val="20"/>
        </w:rPr>
        <w:t>36:30  is ke baad dekhiye, hate jo hai, woh bhi without any base hai. saare ab musalman yeh kehte hain ke saazish, saazish, saazish kar kar ke hum ko humara haal aisa kar rakha hai.</w:t>
      </w:r>
      <w:r>
        <w:br/>
      </w:r>
      <w:r>
        <w:rPr>
          <w:sz w:val="20"/>
        </w:rPr>
        <w:t>36:43  abhi mein sun raha tha ek taqreeb ek Pakistani leader ki internet par.</w:t>
      </w:r>
      <w:r>
        <w:br/>
      </w:r>
      <w:r>
        <w:rPr>
          <w:sz w:val="20"/>
        </w:rPr>
        <w:t>36:49  Pakistan ke ek well-known leader ki. toh interviewer ne un se poocha ke Pakistan mein kyun aisa hai ke musalman musalman ko maar raha hai?</w:t>
      </w:r>
      <w:r>
        <w:br/>
      </w:r>
      <w:r>
        <w:rPr>
          <w:sz w:val="20"/>
        </w:rPr>
        <w:t>37:01  musalman musalman ko maar raha hai, yeh kyun aisa ho raha hai?</w:t>
      </w:r>
      <w:r>
        <w:br/>
      </w:r>
      <w:r>
        <w:rPr>
          <w:sz w:val="20"/>
        </w:rPr>
        <w:t>37:06  toh leader sahab kya kehte hain? yeh toh Israel aur America ke rulers hain. Israel ki saazish, America ki saazish ki wajah se in Pakistan aur musalman aapas mein lad rahe hain.</w:t>
      </w:r>
      <w:r>
        <w:br/>
      </w:r>
      <w:r>
        <w:rPr>
          <w:sz w:val="20"/>
        </w:rPr>
        <w:t>37:19  toh saazish dikhai thi, saazish. ab Quran ko dekhiye, aap Quran kya kehta hai?</w:t>
      </w:r>
      <w:r>
        <w:br/>
      </w:r>
      <w:r>
        <w:rPr>
          <w:sz w:val="20"/>
        </w:rPr>
        <w:t>37:28  wa in tasbiru wa tattaqu la ya'zurukum qayduhum shay'an. qayd ke matlab hote hain saazish, conspiracy.</w:t>
      </w:r>
      <w:r>
        <w:br/>
      </w:r>
      <w:r>
        <w:rPr>
          <w:sz w:val="20"/>
        </w:rPr>
        <w:t>37:41  goya Quran is ka inkar kar raha hai ke saazish koi cheez hai. saazish ko Quran keh raha hai ke bilkul be buniyad baat hai. jab bhi tum par kuch aati hai koi cheez toh tum apni hi policy ki qeemat dete ho.</w:t>
      </w:r>
      <w:r>
        <w:br/>
      </w:r>
      <w:r>
        <w:rPr>
          <w:sz w:val="20"/>
        </w:rPr>
        <w:t>37:59  jo bhi tum par aati hai, koi halat, koi museebat, toh tumhare apne hi isi nadani ka nateeja hoti hai.</w:t>
      </w:r>
      <w:r>
        <w:br/>
      </w:r>
      <w:r>
        <w:rPr>
          <w:sz w:val="20"/>
        </w:rPr>
        <w:t>38:11  toh saazish ka is mein koi dakhal nahi. toh is ka matlab yeh hai ke musalman ko jo hate hai, woh bhi without any base hai.</w:t>
      </w:r>
      <w:r>
        <w:br/>
      </w:r>
      <w:r>
        <w:rPr>
          <w:sz w:val="20"/>
        </w:rPr>
        <w:t>38:19  aur musalmanon ko jo pride hai, woh bhi without any base hai.</w:t>
      </w:r>
      <w:r>
        <w:br/>
      </w:r>
      <w:r>
        <w:rPr>
          <w:sz w:val="20"/>
        </w:rPr>
        <w:t>38:23  yani falsehood mein jee rahe hain.</w:t>
      </w:r>
      <w:r>
        <w:br/>
      </w:r>
      <w:r>
        <w:rPr>
          <w:sz w:val="20"/>
        </w:rPr>
        <w:t>38:28  kaisi ajeeb baat hai,</w:t>
      </w:r>
      <w:r>
        <w:br/>
      </w:r>
      <w:r>
        <w:rPr>
          <w:sz w:val="20"/>
        </w:rPr>
        <w:t>38:29  poora poora Muslim ummah jis ko aap kehte hain ummah, sab falsehood mein jee raha hai.</w:t>
      </w:r>
    </w:p>
    <w:p>
      <w:pPr>
        <w:pStyle w:val="Heading2"/>
      </w:pPr>
      <w:r>
        <w:t>Globalization two-way and Muslim missed chances</w:t>
      </w:r>
    </w:p>
    <w:p>
      <w:r>
        <w:rPr>
          <w:color w:val="666666"/>
          <w:sz w:val="18"/>
        </w:rPr>
        <w:t>Al-Hikmah in Islam September 14, 2007 · 4m 21s · at 17:03 · https://youtu.be/PxOdof00YIM?t=1023</w:t>
      </w:r>
    </w:p>
    <w:p>
      <w:r>
        <w:rPr>
          <w:i/>
        </w:rPr>
        <w:t>“Reading this, I remembered many things”</w:t>
      </w:r>
    </w:p>
    <w:p>
      <w:r>
        <w:rPr>
          <w:sz w:val="20"/>
        </w:rPr>
        <w:t>17:03  is ko parh kar ke mujhe kai baatein yaad aayin. woh yeh hai ke is zamane mein musalman jo pachhar gaye kaha jata hai, is ki wajah hai ke is haqiqat ko unhon ne nahi jana.</w:t>
      </w:r>
      <w:r>
        <w:br/>
      </w:r>
      <w:r>
        <w:rPr>
          <w:sz w:val="20"/>
        </w:rPr>
        <w:t>17:19  ab se pehle jab India mein yeh aaya, jis ko kehte hain nau abadiyati nizam, yani yeh jis ko kehte hain bahar ki jo qaumein aayin, Europe ki qaumein India mein, unhon ne yahan Business phailaya.</w:t>
      </w:r>
      <w:r>
        <w:br/>
      </w:r>
      <w:r>
        <w:rPr>
          <w:sz w:val="20"/>
        </w:rPr>
        <w:t>17:40  to jis ko kehte hain Colonization, Colonial Power jis ko kehte hain. to un ke Colonization ke zamane mein sari muslim dunya mein bas Negative Thought paida ho gaya.</w:t>
      </w:r>
      <w:r>
        <w:br/>
      </w:r>
      <w:r>
        <w:rPr>
          <w:sz w:val="20"/>
        </w:rPr>
        <w:t>17:54  sab is ko Exploiter hain, yeh loot rahe hain hum ko, hum ko sazish kar rahe hain hamare khilaf. sirf ek hi baat jani unhon ne. halanke woh agar aaye the bahar se to unhon ne diya, unhon ne hum se liya to hum ko diya bhi unhon ne.</w:t>
      </w:r>
      <w:r>
        <w:br/>
      </w:r>
      <w:r>
        <w:rPr>
          <w:sz w:val="20"/>
        </w:rPr>
        <w:t>18:10  yeh Law of Nature hai ke har lene wala kuch deta bhi hai. yeh Law of Nature hai. woh jab woh le rahe the to aap ko de bhi rahe the. masalan unhon ne aap ko English Language di, International Language, unhon ne Modern Technology di,</w:t>
      </w:r>
      <w:r>
        <w:br/>
      </w:r>
      <w:r>
        <w:rPr>
          <w:sz w:val="20"/>
        </w:rPr>
        <w:t>18:26  Modern Science di, Modern Method diya aap ko, Modern Communication diya aap ko. to ek taraf woh le rahe the, doosri taraf aap ko de bhi rahe the.</w:t>
      </w:r>
      <w:r>
        <w:br/>
      </w:r>
      <w:r>
        <w:rPr>
          <w:sz w:val="20"/>
        </w:rPr>
        <w:t>18:37  to jin logon ne is faide ko samjha, unhon ne bohat faida uthaya. masalan India mein Parsi logon ne bohat faida uthaya. aur musalman sirf Protest karte rahe.</w:t>
      </w:r>
      <w:r>
        <w:br/>
      </w:r>
      <w:r>
        <w:rPr>
          <w:sz w:val="20"/>
        </w:rPr>
        <w:t>18:47  sirf Protest karte rahe. ab is se aap aur peechhe chale jaiye. musalman jab bahar ki dunya mein nikle, masalan woh Spain pohnche.</w:t>
      </w:r>
      <w:r>
        <w:br/>
      </w:r>
      <w:r>
        <w:rPr>
          <w:sz w:val="20"/>
        </w:rPr>
        <w:t>18:57  Spain mein woh kam o besh, More or Less, aath sau saal tak unhon ne Rule kiya. Spain ka jo Andalusia kaha jata hai, Andalusia ke hisse mein.</w:t>
      </w:r>
      <w:r>
        <w:br/>
      </w:r>
      <w:r>
        <w:rPr>
          <w:sz w:val="20"/>
        </w:rPr>
        <w:t>19:09  to wahan par gaye the woh. to Political Ruler ke taur par gaye the. yani apna Political Rule wahan par unhon ne qaim kiya.</w:t>
      </w:r>
      <w:r>
        <w:br/>
      </w:r>
      <w:r>
        <w:rPr>
          <w:sz w:val="20"/>
        </w:rPr>
        <w:t>19:19  lekin sath sath unhon ne diya bhi. diya kya? Spain ko unhon ne naya Agriculture diya. naye dhang par unhon ne Horticulture diya.</w:t>
      </w:r>
      <w:r>
        <w:br/>
      </w:r>
      <w:r>
        <w:rPr>
          <w:sz w:val="20"/>
        </w:rPr>
        <w:t>19:33  Europe ki sab se pehli Observatory wahan banai unhon ne. Europe ki sab se pehli University banai unhon ne. to ek taraf woh le rahe the aur doosri taraf de bhi rahe the woh.</w:t>
      </w:r>
      <w:r>
        <w:br/>
      </w:r>
      <w:r>
        <w:rPr>
          <w:sz w:val="20"/>
        </w:rPr>
        <w:t>19:46  yani musalmanon ne agar ek taraf liya Spain se to unhon ne un ko diya bhi unhon ne. isi liye Historian yeh mante hain ke agar musalman Spain mein na aaye hote to Europe ka jo Renaissance hai, abhi bohat der mein hota woh.</w:t>
      </w:r>
      <w:r>
        <w:br/>
      </w:r>
      <w:r>
        <w:rPr>
          <w:sz w:val="20"/>
        </w:rPr>
        <w:t>20:04  yani Europe ka jo Industrialization hai, is ko abhi bohat der lagti hai abhi. ek Braefault ek hai, ek Scholar, us ne yahan tak likha hai ke "But for the Arabs,</w:t>
      </w:r>
      <w:r>
        <w:br/>
      </w:r>
      <w:r>
        <w:rPr>
          <w:sz w:val="20"/>
        </w:rPr>
        <w:t>20:26  Western Industrial Civilization will never have a reason at all." Arabon ke baghair hamara jo Industrial Civilization hai, woh wajood hi mein na aata.</w:t>
      </w:r>
      <w:r>
        <w:br/>
      </w:r>
      <w:r>
        <w:rPr>
          <w:sz w:val="20"/>
        </w:rPr>
        <w:t>20:39  to aap dekhen ke ek taraf musalmanon ne wahan liya to sath sath diya bhi. to yeh is raaz ko na janne ki wajah se musalman ek is zamane mein ek naye qism ka Protestant group ban gaye.</w:t>
      </w:r>
      <w:r>
        <w:br/>
      </w:r>
      <w:r>
        <w:rPr>
          <w:sz w:val="20"/>
        </w:rPr>
        <w:t>20:54  bas Complaint, Protest, Complaint, Protest, aur phir aakhir mein Fighting. aur qabu bhi nahi hui to Suicide Bombing. yeh sara raaz kyun hai?</w:t>
      </w:r>
      <w:r>
        <w:br/>
      </w:r>
      <w:r>
        <w:rPr>
          <w:sz w:val="20"/>
        </w:rPr>
        <w:t>21:03  isi liye hai ke unhon ne yeh nahi samajh paye woh ke dunya One Way Traffic ki jagah nahi hai. Colonial Power aayi to unhon ne liya to diya bhi.</w:t>
      </w:r>
      <w:r>
        <w:br/>
      </w:r>
      <w:r>
        <w:rPr>
          <w:sz w:val="20"/>
        </w:rPr>
        <w:t>21:17  musalman gaye bahar to unhon ne liya to unhon ne diya bhi.</w:t>
      </w:r>
    </w:p>
    <w:p>
      <w:pPr>
        <w:pStyle w:val="Heading2"/>
      </w:pPr>
      <w:r>
        <w:t>Rise and fall of Muslim civilization's global prestige</w:t>
      </w:r>
    </w:p>
    <w:p>
      <w:r>
        <w:rPr>
          <w:color w:val="666666"/>
          <w:sz w:val="18"/>
        </w:rPr>
        <w:t>The Importance of Wisdom November 4, 2012 · 4m 47s · at 11:07 · https://youtu.be/7e6FvqRSHic?t=667</w:t>
      </w:r>
    </w:p>
    <w:p>
      <w:r>
        <w:rPr>
          <w:i/>
        </w:rPr>
        <w:t>“کم و بیش ایک ہزار سال کے دوران مسلمانوں کے بڑے ایمپائر قائم ہوئے۔”</w:t>
      </w:r>
    </w:p>
    <w:p>
      <w:r>
        <w:rPr>
          <w:sz w:val="20"/>
        </w:rPr>
        <w:t>11:07  kam o besh ek hazār sāl ke daurān yani seven century aisi mein jo jo tārīkh shurū hui seven century aisi mein woh baṛī yahān tak ke musalmānoun ke baṛe empire qāim hue۔</w:t>
      </w:r>
      <w:r>
        <w:br/>
      </w:r>
      <w:r>
        <w:rPr>
          <w:sz w:val="20"/>
        </w:rPr>
        <w:t>11:22  bahut baṛe empire qāim hue۔ duniyā mein ek dabdaba qāim hua. 'usmānīoun ne science mein taraqqī ki. yani tārīkh nigārī duniyā ko nahi ātī thi۔</w:t>
      </w:r>
      <w:r>
        <w:br/>
      </w:r>
      <w:r>
        <w:rPr>
          <w:sz w:val="20"/>
        </w:rPr>
        <w:t>11:34  pehla shakhs jis ne jis ko kehte hain historiography. historiography mein pehla shakhs hai ibn khaldūn۔</w:t>
      </w:r>
      <w:r>
        <w:br/>
      </w:r>
      <w:r>
        <w:rPr>
          <w:sz w:val="20"/>
        </w:rPr>
        <w:t>11:43  abdul rahmān ibn khaldūn jis ne tārīkh ko ek nayā concept diyā. yeh ahl-e-yūrap mānte hain. aise hi jo spain mein sainsī taraqqī ki musalmānoun ne woh base banā yūrap ki modern science ki taraqqī ke liye۔</w:t>
      </w:r>
      <w:r>
        <w:br/>
      </w:r>
      <w:r>
        <w:rPr>
          <w:sz w:val="20"/>
        </w:rPr>
        <w:t>12:01  yeh mānte hain woh log ke agar woh taraqqiyān na hui hotīn jo spain mein hu'īn to modern jo taraqqiyān hu'īn hain yūrap mein woh bhi na hotīn۔</w:t>
      </w:r>
      <w:r>
        <w:br/>
      </w:r>
      <w:r>
        <w:rPr>
          <w:sz w:val="20"/>
        </w:rPr>
        <w:t>12:16  yeh sab main ne likhā hai aap paṛh lijiye meri kitāb hai jis ka nām hai urdū mein "islām daur urdū khāliq" aur angrezī mein is ka nām hai "islām da creator of modern</w:t>
      </w:r>
      <w:r>
        <w:br/>
      </w:r>
      <w:r>
        <w:rPr>
          <w:sz w:val="20"/>
        </w:rPr>
        <w:t>12:30  age"۔ donoun zabānein maujūd hain. is mein main ne bahut se hawāle jam'a kiye hain. to yeh ek image bani thi har i'tibār se politics ke i'tibār se science ke i'tibār se 'ilm ke i'tibār se taqrīban ek hazār sāl ka dabdaba tha musalmānoun ka۔</w:t>
      </w:r>
      <w:r>
        <w:br/>
      </w:r>
      <w:r>
        <w:rPr>
          <w:sz w:val="20"/>
        </w:rPr>
        <w:t>12:50  lekin unhon ne aise iqdām kiye aise iqdām kiye ke jis mein bār bār shikast un ko hui. shikast hui shikast hui</w:t>
      </w:r>
      <w:r>
        <w:br/>
      </w:r>
      <w:r>
        <w:rPr>
          <w:sz w:val="20"/>
        </w:rPr>
        <w:t>12:59  ۔ natija yeh ke musalmān ka nām ek zalīl zillat ka nishān ban gaya. ek zillat ka nishān ban gaya۔</w:t>
      </w:r>
      <w:r>
        <w:br/>
      </w:r>
      <w:r>
        <w:rPr>
          <w:sz w:val="20"/>
        </w:rPr>
        <w:t>13:10  main aap ko ek chhoṭā sa waqi'a 'arz karta hoon. abhi hamāre class mein ek sāhib hain jo kānpur se āye hain. un ke mere zehan mein ek waqi'a yād ā gayā un ke un ko le kar jo</w:t>
      </w:r>
      <w:r>
        <w:br/>
      </w:r>
      <w:r>
        <w:rPr>
          <w:sz w:val="20"/>
        </w:rPr>
        <w:t>13:26  ek 'alāmatī taur par batātā hai kyā musalmānoun ka dabdaba ki hālat kyā thi musalmānoun ki. dekhiye kānpur mein 1913 mein ek waqi'a huā tha jab angrez indiyā mein rule karte the۔</w:t>
      </w:r>
      <w:r>
        <w:br/>
      </w:r>
      <w:r>
        <w:rPr>
          <w:sz w:val="20"/>
        </w:rPr>
        <w:t>13:40  zabardast un ki hukūmat yahān thi angrezoun ki. to 1913 mein aisa huā ke wahān par ek masjid thi۔</w:t>
      </w:r>
      <w:r>
        <w:br/>
      </w:r>
      <w:r>
        <w:rPr>
          <w:sz w:val="20"/>
        </w:rPr>
        <w:t>13:49  us masjid ka ek konā jo hai woh toṛ diyā gayā saṛak ko choṛā karne ke liye۔</w:t>
      </w:r>
      <w:r>
        <w:br/>
      </w:r>
      <w:r>
        <w:rPr>
          <w:sz w:val="20"/>
        </w:rPr>
        <w:t>13:58  ek saṛak wahān thi jis ko thoṛā choṛā karna chahte the angrez. to unhon ne ek kone ko toṛ diyā aur saṛak choṛā karne ke liye۔</w:t>
      </w:r>
      <w:r>
        <w:br/>
      </w:r>
      <w:r>
        <w:rPr>
          <w:sz w:val="20"/>
        </w:rPr>
        <w:t>14:11  us par baṛā hangāma kiyā musalmānoun ne</w:t>
      </w:r>
      <w:r>
        <w:br/>
      </w:r>
      <w:r>
        <w:rPr>
          <w:sz w:val="20"/>
        </w:rPr>
        <w:t>14:13  keh masjid shaheed kar diya unhon ne. aur poora ek itna zabardast hungama hua keh angrezi hukoomat jo hai hil gai.</w:t>
      </w:r>
      <w:r>
        <w:br/>
      </w:r>
      <w:r>
        <w:rPr>
          <w:sz w:val="20"/>
        </w:rPr>
        <w:t>14:24  to is ka ek qissa arz karta hoon main. is zamane mein jab keh kanpur mein hungame jaari the aur goliyan chali theen wahan par</w:t>
      </w:r>
      <w:r>
        <w:br/>
      </w:r>
      <w:r>
        <w:rPr>
          <w:sz w:val="20"/>
        </w:rPr>
        <w:t>14:36  to is zamane mein jo up ka jo governor tha governor government lord mister is ka naam tha to wo soorat e haal ke in the support jaizay ke liye america kanpur gaya.</w:t>
      </w:r>
      <w:r>
        <w:br/>
      </w:r>
      <w:r>
        <w:rPr>
          <w:sz w:val="20"/>
        </w:rPr>
        <w:t>14:54  to kanpur mein wo dera table pe tha</w:t>
      </w:r>
      <w:r>
        <w:br/>
      </w:r>
      <w:r>
        <w:rPr>
          <w:sz w:val="20"/>
        </w:rPr>
        <w:t>14:59  aur isi waqt ek us ko ek slip di gai.</w:t>
      </w:r>
      <w:r>
        <w:br/>
      </w:r>
      <w:r>
        <w:rPr>
          <w:sz w:val="20"/>
        </w:rPr>
        <w:t>15:03  bataya gaya us ko keh maulana muhammad ali kanpur aa gaye hain. to main ne parha tha ek ek jo aadmi maujood tha wahan par us ne kaha yeh suntay hi angrez governor ke hath se chup chup chhoot ke gir gaya.</w:t>
      </w:r>
      <w:r>
        <w:br/>
      </w:r>
      <w:r>
        <w:rPr>
          <w:sz w:val="20"/>
        </w:rPr>
        <w:t>15:18  chhuri kaante se kha rahe the wo to chhuri kaanta jo le kar jo khana kha raha tha wo to jaisay hi us ne suna keh maulana muhammad ali aa gaye hain to chhoot ke gir pada wo.</w:t>
      </w:r>
      <w:r>
        <w:br/>
      </w:r>
      <w:r>
        <w:rPr>
          <w:sz w:val="20"/>
        </w:rPr>
        <w:t>15:30  itna dabdaba tha muslim leadership ka. ab kya aap to kuch koi hesiyat nahi hai musalmanon ki kyun keh dekhiye zindagi ka raaz kya hai agar aap ek aisa iqdam karen jo iqdam ko aap aakhir tak pohncha sakte hon success tak pohncha sakte hon to aap ka izzat barhe gi aap ka reputation barhe ga</w:t>
      </w:r>
    </w:p>
    <w:p>
      <w:pPr>
        <w:pStyle w:val="Heading2"/>
      </w:pPr>
      <w:r>
        <w:t>Taking responsibility for mistakes</w:t>
      </w:r>
    </w:p>
    <w:p>
      <w:r>
        <w:rPr>
          <w:color w:val="666666"/>
          <w:sz w:val="18"/>
        </w:rPr>
        <w:t>Art of Life Management | October 23, 2007 · 5m 35s · at 47:54 · https://youtu.be/Zp3-HZBflTc?t=2874</w:t>
      </w:r>
    </w:p>
    <w:p>
      <w:r>
        <w:rPr>
          <w:i/>
        </w:rPr>
        <w:t>“Aap ghalti karein to uski price doosra nahi dega”</w:t>
      </w:r>
    </w:p>
    <w:p>
      <w:r>
        <w:rPr>
          <w:sz w:val="20"/>
        </w:rPr>
        <w:t>47:54  ke aap ghalati karein to us ki price doosra nahi dega.</w:t>
      </w:r>
      <w:r>
        <w:br/>
      </w:r>
      <w:r>
        <w:rPr>
          <w:sz w:val="20"/>
        </w:rPr>
        <w:t>47:59  aap ko apni ghalati ki price khud deni padti hai.</w:t>
      </w:r>
      <w:r>
        <w:br/>
      </w:r>
      <w:r>
        <w:rPr>
          <w:sz w:val="20"/>
        </w:rPr>
        <w:t>48:03  koi doosra aap ko apni ghalati, aap ki ki hui ghalati ki price doosra nahi dega.</w:t>
      </w:r>
      <w:r>
        <w:br/>
      </w:r>
      <w:r>
        <w:rPr>
          <w:sz w:val="20"/>
        </w:rPr>
        <w:t>48:07  is liye jab aap koi step lene ja rahe hon to soch lijiye ke agar aap galat step</w:t>
      </w:r>
      <w:r>
        <w:br/>
      </w:r>
      <w:r>
        <w:rPr>
          <w:sz w:val="20"/>
        </w:rPr>
        <w:t>48:12  hai to price bhi bhugtani padegi aap hi ko.</w:t>
      </w:r>
      <w:r>
        <w:br/>
      </w:r>
      <w:r>
        <w:rPr>
          <w:sz w:val="20"/>
        </w:rPr>
        <w:t>48:16  doosra nahi, is ki price dene wala hai.</w:t>
      </w:r>
      <w:r>
        <w:br/>
      </w:r>
      <w:r>
        <w:rPr>
          <w:sz w:val="20"/>
        </w:rPr>
        <w:t>48:20  aur maine zindagi mein bar bar</w:t>
      </w:r>
      <w:r>
        <w:br/>
      </w:r>
      <w:r>
        <w:rPr>
          <w:sz w:val="20"/>
        </w:rPr>
        <w:t>48:25  yeh tajurba kiya hai ke log jo hain ghalati karte hain.</w:t>
      </w:r>
      <w:r>
        <w:br/>
      </w:r>
      <w:r>
        <w:rPr>
          <w:sz w:val="20"/>
        </w:rPr>
        <w:t>48:30  aur jab ghalati ka ulta result saamne aata hai to us ki price doosre lena chahte hain.</w:t>
      </w:r>
      <w:r>
        <w:br/>
      </w:r>
      <w:r>
        <w:rPr>
          <w:sz w:val="20"/>
        </w:rPr>
        <w:t>48:36  doosre price lene ka matlab kya hai? shikayat karna, complaint karna, protest karna, is se ladna jhagadna.</w:t>
      </w:r>
      <w:r>
        <w:br/>
      </w:r>
      <w:r>
        <w:rPr>
          <w:sz w:val="20"/>
        </w:rPr>
        <w:t>48:41  is ko bura bhala batana.</w:t>
      </w:r>
      <w:r>
        <w:br/>
      </w:r>
      <w:r>
        <w:rPr>
          <w:sz w:val="20"/>
        </w:rPr>
        <w:t>48:46  is ko saazish, conspiracy batana.</w:t>
      </w:r>
      <w:r>
        <w:br/>
      </w:r>
      <w:r>
        <w:rPr>
          <w:sz w:val="20"/>
        </w:rPr>
        <w:t>48:52  yeh hai goya aap price doosre se lena chahte hain.</w:t>
      </w:r>
      <w:r>
        <w:br/>
      </w:r>
      <w:r>
        <w:rPr>
          <w:sz w:val="20"/>
        </w:rPr>
        <w:t>48:57  jab main yeh kahoon ke I was wrong to maine apni ghalati ki price khud li.</w:t>
      </w:r>
      <w:r>
        <w:br/>
      </w:r>
      <w:r>
        <w:rPr>
          <w:sz w:val="20"/>
        </w:rPr>
        <w:t>49:02  yaad rakhiye zindagi mein jab aap yeh keh saken ke I was wrong to aap ne apni ghalati</w:t>
      </w:r>
      <w:r>
        <w:br/>
      </w:r>
      <w:r>
        <w:rPr>
          <w:sz w:val="20"/>
        </w:rPr>
        <w:t>49:06  ki price khud le li.</w:t>
      </w:r>
      <w:r>
        <w:br/>
      </w:r>
      <w:r>
        <w:rPr>
          <w:sz w:val="20"/>
        </w:rPr>
        <w:t>49:10  lekin agar aap yeh na keh saken I was wrong to is ka matlab kya hua? aap ghalati</w:t>
      </w:r>
      <w:r>
        <w:br/>
      </w:r>
      <w:r>
        <w:rPr>
          <w:sz w:val="20"/>
        </w:rPr>
        <w:t>49:15  to aap ne ki, price daalna chahte hain doosre ke upar.</w:t>
      </w:r>
      <w:r>
        <w:br/>
      </w:r>
      <w:r>
        <w:rPr>
          <w:sz w:val="20"/>
        </w:rPr>
        <w:t>49:19  price daalna chahte hain doosre ke upar.</w:t>
      </w:r>
      <w:r>
        <w:br/>
      </w:r>
      <w:r>
        <w:rPr>
          <w:sz w:val="20"/>
        </w:rPr>
        <w:t>49:23  jaise ke main</w:t>
      </w:r>
      <w:r>
        <w:br/>
      </w:r>
      <w:r>
        <w:rPr>
          <w:sz w:val="20"/>
        </w:rPr>
        <w:t>49:28  ghalat chal raha tha, woh ghalati meri thi ke cycle wala takra gaya.</w:t>
      </w:r>
      <w:r>
        <w:br/>
      </w:r>
      <w:r>
        <w:rPr>
          <w:sz w:val="20"/>
        </w:rPr>
        <w:t>49:31  is mein sach poochain to cycle wali ghalati nahi thi.</w:t>
      </w:r>
      <w:r>
        <w:br/>
      </w:r>
      <w:r>
        <w:rPr>
          <w:sz w:val="20"/>
        </w:rPr>
        <w:t>49:35  ghalati meri thi.</w:t>
      </w:r>
      <w:r>
        <w:br/>
      </w:r>
      <w:r>
        <w:rPr>
          <w:sz w:val="20"/>
        </w:rPr>
        <w:t>49:39  main ghalat chal raha tha aur cycle wala takra gaya mujh se.</w:t>
      </w:r>
      <w:r>
        <w:br/>
      </w:r>
      <w:r>
        <w:rPr>
          <w:sz w:val="20"/>
        </w:rPr>
        <w:t>49:43  ab agar main laroon is se main to goya ke apni ghalati ki price mein is se lena</w:t>
      </w:r>
      <w:r>
        <w:br/>
      </w:r>
      <w:r>
        <w:rPr>
          <w:sz w:val="20"/>
        </w:rPr>
        <w:t>49:46  chahta hoon, cycle wale se.</w:t>
      </w:r>
      <w:r>
        <w:br/>
      </w:r>
      <w:r>
        <w:rPr>
          <w:sz w:val="20"/>
        </w:rPr>
        <w:t>49:50  cycle wala to ab theek chal raha tha woh apni samajh se.</w:t>
      </w:r>
      <w:r>
        <w:br/>
      </w:r>
      <w:r>
        <w:rPr>
          <w:sz w:val="20"/>
        </w:rPr>
        <w:t>49:54  main hi kisi wajah se gh</w:t>
      </w:r>
      <w:r>
        <w:br/>
      </w:r>
      <w:r>
        <w:rPr>
          <w:sz w:val="20"/>
        </w:rPr>
        <w:t>49:58  lat chalne laga.</w:t>
      </w:r>
      <w:r>
        <w:br/>
      </w:r>
      <w:r>
        <w:rPr>
          <w:sz w:val="20"/>
        </w:rPr>
        <w:t>50:02  to takraao ho gaya.</w:t>
      </w:r>
      <w:r>
        <w:br/>
      </w:r>
      <w:r>
        <w:rPr>
          <w:sz w:val="20"/>
        </w:rPr>
        <w:t>50:07  to agar main isi se laroon, isi ko bura bhala kahoon, isi ko police station le jaaoon to</w:t>
      </w:r>
      <w:r>
        <w:br/>
      </w:r>
      <w:r>
        <w:rPr>
          <w:sz w:val="20"/>
        </w:rPr>
        <w:t>50:11  goya ke apni ghalati ki price mein is se lena chahta hoon.</w:t>
      </w:r>
      <w:r>
        <w:br/>
      </w:r>
      <w:r>
        <w:rPr>
          <w:sz w:val="20"/>
        </w:rPr>
        <w:t>50:16  to main ne jab introspection kiya to main ne socha ke main ghalati to meri hai, is se</w:t>
      </w:r>
      <w:r>
        <w:br/>
      </w:r>
      <w:r>
        <w:rPr>
          <w:sz w:val="20"/>
        </w:rPr>
        <w:t>50:20  main price kyun loon? to chup chap ho kar baith gaya.</w:t>
      </w:r>
      <w:r>
        <w:br/>
      </w:r>
      <w:r>
        <w:rPr>
          <w:sz w:val="20"/>
        </w:rPr>
        <w:t>50:25  phir doctor ke paas chala gaya.</w:t>
      </w:r>
      <w:r>
        <w:br/>
      </w:r>
      <w:r>
        <w:rPr>
          <w:sz w:val="20"/>
        </w:rPr>
        <w:t>50:29  dekhiye is dunya ka aik law hai ke yeh kisi ke liye possible nahin hai ke apni ghalti ki price woh doosre se wasool karay. koi bhi nahin kar sakta. super power bhi nahin kar sakta aisa. yaad rakhiye super power bhi ghalti kare agar to yeh impossible hai ke us ki price doosra de. isi ko price bhugtani parrti hai. jaise misaal ke tor par america ne iraq par atta</w:t>
      </w:r>
      <w:r>
        <w:br/>
      </w:r>
      <w:r>
        <w:rPr>
          <w:sz w:val="20"/>
        </w:rPr>
        <w:t>50:59  ck kiya.</w:t>
      </w:r>
      <w:r>
        <w:br/>
      </w:r>
      <w:r>
        <w:rPr>
          <w:sz w:val="20"/>
        </w:rPr>
        <w:t>51:03  isi waqt main ne likha tha pehle hi attack se pehle ke yeh America ek wrong step lene</w:t>
      </w:r>
      <w:r>
        <w:br/>
      </w:r>
      <w:r>
        <w:rPr>
          <w:sz w:val="20"/>
        </w:rPr>
        <w:t>51:07  ja raha hai. Wrong step.</w:t>
      </w:r>
      <w:r>
        <w:br/>
      </w:r>
      <w:r>
        <w:rPr>
          <w:sz w:val="20"/>
        </w:rPr>
        <w:t>51:10  lekin unhon ne step liya.</w:t>
      </w:r>
      <w:r>
        <w:br/>
      </w:r>
      <w:r>
        <w:rPr>
          <w:sz w:val="20"/>
        </w:rPr>
        <w:t>51:14  aur ja kar unhon ne wahan bombardment kiya.</w:t>
      </w:r>
      <w:r>
        <w:br/>
      </w:r>
      <w:r>
        <w:rPr>
          <w:sz w:val="20"/>
        </w:rPr>
        <w:t>51:18  aur jo kuch hua aap jante hain woh.</w:t>
      </w:r>
      <w:r>
        <w:br/>
      </w:r>
      <w:r>
        <w:rPr>
          <w:sz w:val="20"/>
        </w:rPr>
        <w:t>51:22  to ab jo hai agar America yeh kahe ke ab jo haalat wahan par hai ke Amrici rozana</w:t>
      </w:r>
      <w:r>
        <w:br/>
      </w:r>
      <w:r>
        <w:rPr>
          <w:sz w:val="20"/>
        </w:rPr>
        <w:t>51:26  maare ja rahe hain Iraq mein.</w:t>
      </w:r>
      <w:r>
        <w:br/>
      </w:r>
      <w:r>
        <w:rPr>
          <w:sz w:val="20"/>
        </w:rPr>
        <w:t>51:29  kyun ke dekhiye cheez kya thi jo main ne likha tha ke America apni jo preparation is ke hain,</w:t>
      </w:r>
      <w:r>
        <w:br/>
      </w:r>
      <w:r>
        <w:rPr>
          <w:sz w:val="20"/>
        </w:rPr>
        <w:t>51:33  air strike kar sakta hai woh.</w:t>
      </w:r>
      <w:r>
        <w:br/>
      </w:r>
      <w:r>
        <w:rPr>
          <w:sz w:val="20"/>
        </w:rPr>
        <w:t>51:37  yani oper se bomb gira sakta hai woh.</w:t>
      </w:r>
      <w:r>
        <w:br/>
      </w:r>
      <w:r>
        <w:rPr>
          <w:sz w:val="20"/>
        </w:rPr>
        <w:t>51:41  lekin street pe jab aayega to lar nahi sakta hai woh iraqiyon se.</w:t>
      </w:r>
      <w:r>
        <w:br/>
      </w:r>
      <w:r>
        <w:rPr>
          <w:sz w:val="20"/>
        </w:rPr>
        <w:t>51:44  un ke jo fauji hain woh street war mein nahi chal sakte woh.</w:t>
      </w:r>
      <w:r>
        <w:br/>
      </w:r>
      <w:r>
        <w:rPr>
          <w:sz w:val="20"/>
        </w:rPr>
        <w:t>51:48  haan oper se bomb daal sakte hain.</w:t>
      </w:r>
      <w:r>
        <w:br/>
      </w:r>
      <w:r>
        <w:rPr>
          <w:sz w:val="20"/>
        </w:rPr>
        <w:t>51:52  to is waqt socha nahi unhon ne, oper ja kar bombardment kar diya.</w:t>
      </w:r>
      <w:r>
        <w:br/>
      </w:r>
      <w:r>
        <w:rPr>
          <w:sz w:val="20"/>
        </w:rPr>
        <w:t>51:56  jo kehte hain carpet</w:t>
      </w:r>
      <w:r>
        <w:br/>
      </w:r>
      <w:r>
        <w:rPr>
          <w:sz w:val="20"/>
        </w:rPr>
        <w:t>51:59  bombing.</w:t>
      </w:r>
      <w:r>
        <w:br/>
      </w:r>
      <w:r>
        <w:rPr>
          <w:sz w:val="20"/>
        </w:rPr>
        <w:t>52:04  yani america ne iraq mein carpet bombing ki. Carpet bombing.</w:t>
      </w:r>
      <w:r>
        <w:br/>
      </w:r>
      <w:r>
        <w:rPr>
          <w:sz w:val="20"/>
        </w:rPr>
        <w:t>52:08  lekin aap jante hain ke woh fail ho gaya.</w:t>
      </w:r>
      <w:r>
        <w:br/>
      </w:r>
      <w:r>
        <w:rPr>
          <w:sz w:val="20"/>
        </w:rPr>
        <w:t>52:12  ab aap bura bhala kehte hain iraqiyon ko to goya ke aap apni ghalti ki price lena chahte hain.</w:t>
      </w:r>
      <w:r>
        <w:br/>
      </w:r>
      <w:r>
        <w:rPr>
          <w:sz w:val="20"/>
        </w:rPr>
        <w:t>52:17  jo possible nahi hai.</w:t>
      </w:r>
      <w:r>
        <w:br/>
      </w:r>
      <w:r>
        <w:rPr>
          <w:sz w:val="20"/>
        </w:rPr>
        <w:t>52:21  to yaad rakhiye zindagi mein chahe super power ho, chahe hum aap hon, apni ghalti ki price hum</w:t>
      </w:r>
      <w:r>
        <w:br/>
      </w:r>
      <w:r>
        <w:rPr>
          <w:sz w:val="20"/>
        </w:rPr>
        <w:t>52:25  doosre se wasool nahi</w:t>
      </w:r>
      <w:r>
        <w:br/>
      </w:r>
      <w:r>
        <w:rPr>
          <w:sz w:val="20"/>
        </w:rPr>
        <w:t>52:30  kar sakte, nahi kar sakte, nahi kar sakte.</w:t>
      </w:r>
      <w:r>
        <w:br/>
      </w:r>
      <w:r>
        <w:rPr>
          <w:sz w:val="20"/>
        </w:rPr>
        <w:t>52:35  ki hai ghalti hum ne, price lena chahte hain doosre se to kya hoga? Hum ek aur nuksan karenge.</w:t>
      </w:r>
      <w:r>
        <w:br/>
      </w:r>
      <w:r>
        <w:rPr>
          <w:sz w:val="20"/>
        </w:rPr>
        <w:t>52:40  waste of time, waste of money.</w:t>
      </w:r>
      <w:r>
        <w:br/>
      </w:r>
      <w:r>
        <w:rPr>
          <w:sz w:val="20"/>
        </w:rPr>
        <w:t>52:45  ab jo time hamare paas tha, dekhiye jab aap keh dete hain ke I was wrong to jaldi</w:t>
      </w:r>
      <w:r>
        <w:br/>
      </w:r>
      <w:r>
        <w:rPr>
          <w:sz w:val="20"/>
        </w:rPr>
        <w:t>52:50  se mamla khatam kar liya aap ne.</w:t>
      </w:r>
      <w:r>
        <w:br/>
      </w:r>
      <w:r>
        <w:rPr>
          <w:sz w:val="20"/>
        </w:rPr>
        <w:t>52:55  mere aur aap ke beech mein ek uljhaao pada.</w:t>
      </w:r>
      <w:r>
        <w:br/>
      </w:r>
      <w:r>
        <w:rPr>
          <w:sz w:val="20"/>
        </w:rPr>
        <w:t>53:00  is mein kuch gadbad hua.</w:t>
      </w:r>
      <w:r>
        <w:br/>
      </w:r>
      <w:r>
        <w:rPr>
          <w:sz w:val="20"/>
        </w:rPr>
        <w:t>53:04  kuch unpleasant cheezen huin.</w:t>
      </w:r>
      <w:r>
        <w:br/>
      </w:r>
      <w:r>
        <w:rPr>
          <w:sz w:val="20"/>
        </w:rPr>
        <w:t>53:08  to agar jaldi se main keh doon ke I was wrong to is ka matlab hai ke baat</w:t>
      </w:r>
      <w:r>
        <w:br/>
      </w:r>
      <w:r>
        <w:rPr>
          <w:sz w:val="20"/>
        </w:rPr>
        <w:t>53:13  mein ne wahin wahin khatam kar di aur aage ka rasta nikaal liya mein ne.</w:t>
      </w:r>
      <w:r>
        <w:br/>
      </w:r>
      <w:r>
        <w:rPr>
          <w:sz w:val="20"/>
        </w:rPr>
        <w:t>53:17  aage ka rasta nikaal liya.</w:t>
      </w:r>
      <w:r>
        <w:br/>
      </w:r>
      <w:r>
        <w:rPr>
          <w:sz w:val="20"/>
        </w:rPr>
        <w:t>53:21  yani blind alley mein nahi phans gaya mein.</w:t>
      </w:r>
      <w:r>
        <w:br/>
      </w:r>
      <w:r>
        <w:rPr>
          <w:sz w:val="20"/>
        </w:rPr>
        <w:t>53:25  yaad rakhiye jab aap yeh na keh sakein ke I was wrong to aap ne apne</w:t>
      </w:r>
    </w:p>
    <w:p>
      <w:pPr>
        <w:pStyle w:val="Heading2"/>
      </w:pPr>
      <w:r>
        <w:t>Blasphemy capital punishment lacks Quranic basis</w:t>
      </w:r>
    </w:p>
    <w:p>
      <w:r>
        <w:rPr>
          <w:color w:val="666666"/>
          <w:sz w:val="18"/>
        </w:rPr>
        <w:t>Blasphemy in Islam 14 Dec, 2007 - Maulana Wahiduddin Khan · 4m 45s · at 0:32 · https://youtu.be/M816Pd-pDNc?t=32</w:t>
      </w:r>
    </w:p>
    <w:p>
      <w:r>
        <w:rPr>
          <w:i/>
        </w:rPr>
        <w:t>“Da title for da present talk is 'Islam and Blasphemy'.”</w:t>
      </w:r>
    </w:p>
    <w:p>
      <w:r>
        <w:rPr>
          <w:sz w:val="20"/>
        </w:rPr>
        <w:t>0:32  The title for the present talk is "Islam and Blasphemy".</w:t>
      </w:r>
      <w:r>
        <w:br/>
      </w:r>
      <w:r>
        <w:rPr>
          <w:sz w:val="20"/>
        </w:rPr>
        <w:t>0:46  islam and blasphemy.</w:t>
      </w:r>
      <w:r>
        <w:br/>
      </w:r>
      <w:r>
        <w:rPr>
          <w:sz w:val="20"/>
        </w:rPr>
        <w:t>0:52  generally,</w:t>
      </w:r>
      <w:r>
        <w:br/>
      </w:r>
      <w:r>
        <w:rPr>
          <w:sz w:val="20"/>
        </w:rPr>
        <w:t>0:56  blasphemy is called as "shatm-e-rasool" or "ehanaat-e-rasool". so, it is a general notion.</w:t>
      </w:r>
      <w:r>
        <w:br/>
      </w:r>
      <w:r>
        <w:rPr>
          <w:sz w:val="20"/>
        </w:rPr>
        <w:t>1:08  it is a widespread notion that blasphemy or shatm-e-rasool is haram in islam.</w:t>
      </w:r>
      <w:r>
        <w:br/>
      </w:r>
      <w:r>
        <w:rPr>
          <w:sz w:val="20"/>
        </w:rPr>
        <w:t>1:21  da</w:t>
      </w:r>
      <w:r>
        <w:br/>
      </w:r>
      <w:r>
        <w:rPr>
          <w:sz w:val="20"/>
        </w:rPr>
        <w:t>1:22  death of shatim or one who is engaged in blasphemy is no less than death or capital punishment.</w:t>
      </w:r>
      <w:r>
        <w:br/>
      </w:r>
      <w:r>
        <w:rPr>
          <w:sz w:val="20"/>
        </w:rPr>
        <w:t>1:38  but, according to my study, is completely wrong.</w:t>
      </w:r>
      <w:r>
        <w:br/>
      </w:r>
      <w:r>
        <w:rPr>
          <w:sz w:val="20"/>
        </w:rPr>
        <w:t>1:46  it has the thing to do with Islamic teachings.</w:t>
      </w:r>
      <w:r>
        <w:br/>
      </w:r>
      <w:r>
        <w:rPr>
          <w:sz w:val="20"/>
        </w:rPr>
        <w:t>1:53  i know that the majority of fuqaha or muslim scholars of latter period</w:t>
      </w:r>
      <w:r>
        <w:br/>
      </w:r>
      <w:r>
        <w:rPr>
          <w:sz w:val="20"/>
        </w:rPr>
        <w:t>2:07  are of this opinion. this said, this say that shatim must be kill yuqtal hadd.</w:t>
      </w:r>
      <w:r>
        <w:br/>
      </w:r>
      <w:r>
        <w:rPr>
          <w:sz w:val="20"/>
        </w:rPr>
        <w:t>2:23  it means that one who is engaged in blasphemy,</w:t>
      </w:r>
      <w:r>
        <w:br/>
      </w:r>
      <w:r>
        <w:rPr>
          <w:sz w:val="20"/>
        </w:rPr>
        <w:t>2:30  he must be given capital punishment.</w:t>
      </w:r>
      <w:r>
        <w:br/>
      </w:r>
      <w:r>
        <w:rPr>
          <w:sz w:val="20"/>
        </w:rPr>
        <w:t>2:38  butt, capital punishment</w:t>
      </w:r>
      <w:r>
        <w:br/>
      </w:r>
      <w:r>
        <w:rPr>
          <w:sz w:val="20"/>
        </w:rPr>
        <w:t>2:46  is a very serious matter. simply, qiyas aur ijtihad is not enough to form this kind of opinion.</w:t>
      </w:r>
      <w:r>
        <w:br/>
      </w:r>
      <w:r>
        <w:rPr>
          <w:sz w:val="20"/>
        </w:rPr>
        <w:t>3:03  you have to provide an evidence that is textual reference</w:t>
      </w:r>
      <w:r>
        <w:br/>
      </w:r>
      <w:r>
        <w:rPr>
          <w:sz w:val="20"/>
        </w:rPr>
        <w:t>3:12  . you know, the text of Islam is preserved in its original form, that is Quran and Sunnah.</w:t>
      </w:r>
      <w:r>
        <w:br/>
      </w:r>
      <w:r>
        <w:rPr>
          <w:sz w:val="20"/>
        </w:rPr>
        <w:t>3:22  so, you have to provide a clear reference from the Quran or Hadith. but, there is no such reference.</w:t>
      </w:r>
      <w:r>
        <w:br/>
      </w:r>
      <w:r>
        <w:rPr>
          <w:sz w:val="20"/>
        </w:rPr>
        <w:t>3:37  by clear reference, i mean that there must be a sentence in these verse that "man shatama rasulakum faqtulooh".</w:t>
      </w:r>
      <w:r>
        <w:br/>
      </w:r>
      <w:r>
        <w:rPr>
          <w:sz w:val="20"/>
        </w:rPr>
        <w:t>3:52  "man shatama rasulakum faqtulooh". one who is engaged in blasphemy to your prophet, you must kill him</w:t>
      </w:r>
      <w:r>
        <w:br/>
      </w:r>
      <w:r>
        <w:rPr>
          <w:sz w:val="20"/>
        </w:rPr>
        <w:t>4:06  . you have to kill him. but, this kind of sentence you can not find neither in the Quran or in Hadith.</w:t>
      </w:r>
      <w:r>
        <w:br/>
      </w:r>
      <w:r>
        <w:rPr>
          <w:sz w:val="20"/>
        </w:rPr>
        <w:t>4:17  so, it is completely based on qiyas aur ijtihad. and, i would like to say the qiyas ijtihad are not</w:t>
      </w:r>
      <w:r>
        <w:br/>
      </w:r>
      <w:r>
        <w:rPr>
          <w:sz w:val="20"/>
        </w:rPr>
        <w:t>4:32  enough.</w:t>
      </w:r>
      <w:r>
        <w:br/>
      </w:r>
      <w:r>
        <w:rPr>
          <w:sz w:val="20"/>
        </w:rPr>
        <w:t>4:35  when comes the capital punishment, you have to find an evidence, a textual reference, a clear verdict in the Quran or Hadith.</w:t>
      </w:r>
      <w:r>
        <w:br/>
      </w:r>
      <w:r>
        <w:rPr>
          <w:sz w:val="20"/>
        </w:rPr>
        <w:t>4:50  but, this kind of ayat or Hadith is not available.</w:t>
      </w:r>
      <w:r>
        <w:br/>
      </w:r>
      <w:r>
        <w:rPr>
          <w:sz w:val="20"/>
        </w:rPr>
        <w:t>4:59  so, i think that</w:t>
      </w:r>
      <w:r>
        <w:br/>
      </w:r>
      <w:r>
        <w:rPr>
          <w:sz w:val="20"/>
        </w:rPr>
        <w:t>5:03  it is completely wrong to say that blasphemy is a crime and liable to capital punishment.</w:t>
      </w:r>
    </w:p>
    <w:p>
      <w:pPr>
        <w:pStyle w:val="Heading2"/>
      </w:pPr>
      <w:r>
        <w:t>Simple living high thinking lost to consumerism</w:t>
      </w:r>
    </w:p>
    <w:p>
      <w:r>
        <w:rPr>
          <w:color w:val="666666"/>
          <w:sz w:val="18"/>
        </w:rPr>
        <w:t>Age Of Consumerism I January 6, 2013 Maulana Wahiduddin Khan · 3m 36s · at 22:25 · https://youtu.be/CuRYFl7JuEM?t=1345</w:t>
      </w:r>
    </w:p>
    <w:p>
      <w:r>
        <w:rPr>
          <w:i/>
        </w:rPr>
        <w:t>“Purana formula hai simple living, high thinking.”</w:t>
      </w:r>
    </w:p>
    <w:p>
      <w:r>
        <w:rPr>
          <w:sz w:val="20"/>
        </w:rPr>
        <w:t>22:25  to daikhen purana formula hai "simple living, high thinking". yeh bohat bohat ziyada mein is ko appreciate karta hoon, is ko.</w:t>
      </w:r>
      <w:r>
        <w:br/>
      </w:r>
      <w:r>
        <w:rPr>
          <w:sz w:val="20"/>
        </w:rPr>
        <w:t>22:37  kyun ke simple living aur high thinking dono interlinked hain. simple living hai tab high thinking hai.</w:t>
      </w:r>
      <w:r>
        <w:br/>
      </w:r>
      <w:r>
        <w:rPr>
          <w:sz w:val="20"/>
        </w:rPr>
        <w:t>22:46  simple living nahi to high thinking bhi nahi. to modern consumerism ne logon se</w:t>
      </w:r>
      <w:r>
        <w:br/>
      </w:r>
      <w:r>
        <w:rPr>
          <w:sz w:val="20"/>
        </w:rPr>
        <w:t>22:54  simple living ko cheen liya. to nateeja mein kya aaya? high living, high thinking cheen gayi.</w:t>
      </w:r>
      <w:r>
        <w:br/>
      </w:r>
      <w:r>
        <w:rPr>
          <w:sz w:val="20"/>
        </w:rPr>
        <w:t>23:05  simple living aaya to high thinking chala gaya. jis se baat kijiye,</w:t>
      </w:r>
      <w:r>
        <w:br/>
      </w:r>
      <w:r>
        <w:rPr>
          <w:sz w:val="20"/>
        </w:rPr>
        <w:t>23:12  mera tajurba ye hai ke koi janta hi nahi ke wisdom kya cheez hai, baseerat kya cheez hai, hikmat kya cheez hai, deep meaning kya cheez hai.</w:t>
      </w:r>
      <w:r>
        <w:br/>
      </w:r>
      <w:r>
        <w:rPr>
          <w:sz w:val="20"/>
        </w:rPr>
        <w:t>23:24  bas sathi qisam ki cheezon ko log jante hain.</w:t>
      </w:r>
      <w:r>
        <w:br/>
      </w:r>
      <w:r>
        <w:rPr>
          <w:sz w:val="20"/>
        </w:rPr>
        <w:t>23:31  aur is ka alamati jo jo alamati jo jo burai hai woh hai shopping malls, shopping centers.</w:t>
      </w:r>
      <w:r>
        <w:br/>
      </w:r>
      <w:r>
        <w:rPr>
          <w:sz w:val="20"/>
        </w:rPr>
        <w:t>23:44  to ye jo hadith hai, kaisi ajeeb baat hai</w:t>
      </w:r>
      <w:r>
        <w:br/>
      </w:r>
      <w:r>
        <w:rPr>
          <w:sz w:val="20"/>
        </w:rPr>
        <w:t>23:49  ke ab se choda sau saal pehle ek shakhs paida hota hai arab mein. us zamane ka arab aap jante hain, aaj ka arab nahi tha.</w:t>
      </w:r>
      <w:r>
        <w:br/>
      </w:r>
      <w:r>
        <w:rPr>
          <w:sz w:val="20"/>
        </w:rPr>
        <w:t>24:00  us zamane ka arab jo tha, log mamooli qisam ke chamre ke khemon mein rehte the</w:t>
      </w:r>
      <w:r>
        <w:br/>
      </w:r>
      <w:r>
        <w:rPr>
          <w:sz w:val="20"/>
        </w:rPr>
        <w:t>24:06  aur oont pe chalte the.</w:t>
      </w:r>
      <w:r>
        <w:br/>
      </w:r>
      <w:r>
        <w:rPr>
          <w:sz w:val="20"/>
        </w:rPr>
        <w:t>24:10  aaj aap jayein to wahan khoob saman aap ko dikhai padenge. kyunke woh bhi consumerism ka adda bana hua hai. aaj ka arab us waqt to kuch bhi nahi tha.</w:t>
      </w:r>
      <w:r>
        <w:br/>
      </w:r>
      <w:r>
        <w:rPr>
          <w:sz w:val="20"/>
        </w:rPr>
        <w:t>24:24  us waqt wahan jo bazaar hote honge, woh wahan kya? woh koi chawal bech raha hai, koi daal bech raha hai, koi mamooli qisam kapra bech raha hai.</w:t>
      </w:r>
      <w:r>
        <w:br/>
      </w:r>
      <w:r>
        <w:rPr>
          <w:sz w:val="20"/>
        </w:rPr>
        <w:t>24:33  is mein koi attraction nahi, kuch bhi nahi. woh shar al maqam kaise ho jayega?</w:t>
      </w:r>
      <w:r>
        <w:br/>
      </w:r>
      <w:r>
        <w:rPr>
          <w:sz w:val="20"/>
        </w:rPr>
        <w:t>24:42  jab mein is hadith ko parta hoon to mujhe woh woh scene nazar aata hai jo mein apne gaon mein dekhta tha. yaani weekly weekly jo bazaar lagta tha, haat, to wahan to kuch bhi nahi, koi attraction nahi.</w:t>
      </w:r>
      <w:r>
        <w:br/>
      </w:r>
      <w:r>
        <w:rPr>
          <w:sz w:val="20"/>
        </w:rPr>
        <w:t>24:56  bohat hi qaroat qisam ki cheezein bikti thi wahan par.</w:t>
      </w:r>
      <w:r>
        <w:br/>
      </w:r>
      <w:r>
        <w:rPr>
          <w:sz w:val="20"/>
        </w:rPr>
        <w:t>25:01  zarurat ki to zarurat ki cheezon mein attract, zarurat ke liye jate the, bas jate the. wahan na koi shauq tha, na wahan koi saman taish tha, na koi raunaq wali baatein thi, na koi chamak damak wali cheezein thi.</w:t>
      </w:r>
      <w:r>
        <w:br/>
      </w:r>
      <w:r>
        <w:rPr>
          <w:sz w:val="20"/>
        </w:rPr>
        <w:t>25:18  to is ab se choda sau saal pehle ek insan jo arab ke bilkul hi ek ek pasmanda mulk mein paida hua, jahan koi taraqqi nahi thi, woh aisa keh raha hai.</w:t>
      </w:r>
      <w:r>
        <w:br/>
      </w:r>
      <w:r>
        <w:rPr>
          <w:sz w:val="20"/>
        </w:rPr>
        <w:t>25:34  to yaqeeni taur par is ko ek ko Allah taala ki taraf se ye ilm aaya tha.</w:t>
      </w:r>
      <w:r>
        <w:br/>
      </w:r>
      <w:r>
        <w:rPr>
          <w:sz w:val="20"/>
        </w:rPr>
        <w:t>25:39  woh Allah jo future ko dekh raha hai, woh Allah jis ko ke saatvi sadi ka ilm hai aur ikkeesvi sadi ka bhi ilm hai.</w:t>
      </w:r>
      <w:r>
        <w:br/>
      </w:r>
      <w:r>
        <w:rPr>
          <w:sz w:val="20"/>
        </w:rPr>
        <w:t>25:50  to ye hadith future ko le kar ke hai, future mustaqbil ko le kar ke hai.</w:t>
      </w:r>
    </w:p>
    <w:p>
      <w:pPr>
        <w:pStyle w:val="Heading2"/>
      </w:pPr>
      <w:r>
        <w:t>The full Rampur loan story and the art of money management</w:t>
      </w:r>
    </w:p>
    <w:p>
      <w:r>
        <w:rPr>
          <w:color w:val="666666"/>
          <w:sz w:val="18"/>
        </w:rPr>
        <w:t>Islamic Outlook on Life August 26, 2007 · 5m 39s · at 20:28 · https://youtu.be/QCAHPg3_G_M?t=1228</w:t>
      </w:r>
    </w:p>
    <w:p>
      <w:r>
        <w:rPr>
          <w:i/>
        </w:rPr>
        <w:t>“Mere paas ek sahab aaye, main ek qissa batata hoon”</w:t>
      </w:r>
    </w:p>
    <w:p>
      <w:r>
        <w:rPr>
          <w:sz w:val="20"/>
        </w:rPr>
        <w:t>20:28  Available money ko hum kaise kharch karein. Us ko isi ka naam hai art of money management. Mere paas ek sahib aaye, main ek qissa batata hoon ke is se kya mera matlab hai.</w:t>
      </w:r>
      <w:r>
        <w:br/>
      </w:r>
      <w:r>
        <w:rPr>
          <w:sz w:val="20"/>
        </w:rPr>
        <w:t>20:40  To restart this point, I will narrate this story. Ek sahib aaye mere paas, woh Rampur ke the, woh. To mithai ka ek dibba le aaye.</w:t>
      </w:r>
      <w:r>
        <w:br/>
      </w:r>
      <w:r>
        <w:rPr>
          <w:sz w:val="20"/>
        </w:rPr>
        <w:t>20:52  Gift ke taur par.</w:t>
      </w:r>
      <w:r>
        <w:br/>
      </w:r>
      <w:r>
        <w:rPr>
          <w:sz w:val="20"/>
        </w:rPr>
        <w:t>20:54  To unhone kaha ke yeh mithai hai jo hamare haan Rampur mein banti hai. Bohat special samjhi jati hai wahan par. To main buzurgon ke paas jata hoon, aalimon ke paas to yeh le aata hoon packet.</w:t>
      </w:r>
      <w:r>
        <w:br/>
      </w:r>
      <w:r>
        <w:rPr>
          <w:sz w:val="20"/>
        </w:rPr>
        <w:t>21:07  khair, woh baithe. baat cheet mein mujhe pata chala ke woh phir un se unhon ne kaha ke dua kijiye ke mere upar loan hai, loan utar jaye.</w:t>
      </w:r>
      <w:r>
        <w:br/>
      </w:r>
      <w:r>
        <w:rPr>
          <w:sz w:val="20"/>
        </w:rPr>
        <w:t>21:19  yani unhon ne mithai ka packet diya. aur kaha ke dua kijiye ke mera loan utar jaye. maine is packet ko taqreeban mara un ko isi packet se.</w:t>
      </w:r>
      <w:r>
        <w:br/>
      </w:r>
      <w:r>
        <w:rPr>
          <w:sz w:val="20"/>
        </w:rPr>
        <w:t>21:31  samajh lijiye. maine kaha ke aap par loan hai to aap yeh gift kyun laye hain? to unhon ne kaha ke main to aise hi le aata hoon.</w:t>
      </w:r>
      <w:r>
        <w:br/>
      </w:r>
      <w:r>
        <w:rPr>
          <w:sz w:val="20"/>
        </w:rPr>
        <w:t>21:39  to woh bhi ghalat karte hain aap. jab loan hai to kisi ko bhi gift mat dijiye. na mujh ko aur na kisi ko.</w:t>
      </w:r>
      <w:r>
        <w:br/>
      </w:r>
      <w:r>
        <w:rPr>
          <w:sz w:val="20"/>
        </w:rPr>
        <w:t>21:48  bohat ziyada hembering ki maine un ki. bohat hembering. maine kaha ke loan se buri koi cheez nahi hai. jaiz cheezon mein sab se buri cheez main loan ko samajhta hoon.</w:t>
      </w:r>
      <w:r>
        <w:br/>
      </w:r>
      <w:r>
        <w:rPr>
          <w:sz w:val="20"/>
        </w:rPr>
        <w:t>22:01  loan kya karna hai bhai? kam paisa hai, kam kharch kijiye.</w:t>
      </w:r>
      <w:r>
        <w:br/>
      </w:r>
      <w:r>
        <w:rPr>
          <w:sz w:val="20"/>
        </w:rPr>
        <w:t>22:09  main aik baar to jaunpur mein tha. to mere paas bohat hi kam paisa hua karta tha. yeh azadi se pehle ki baat hai. azadi se pehle ki baat hai.</w:t>
      </w:r>
      <w:r>
        <w:br/>
      </w:r>
      <w:r>
        <w:rPr>
          <w:sz w:val="20"/>
        </w:rPr>
        <w:t>22:19  to aap jante hain main kya karta tha wahan? sab se sasta milta tha jo. gehoon manga tha, chawal manga tha.</w:t>
      </w:r>
      <w:r>
        <w:br/>
      </w:r>
      <w:r>
        <w:rPr>
          <w:sz w:val="20"/>
        </w:rPr>
        <w:t>22:29  to bas gehoon khareedta, is ka is ka atta niklwata, gehoon ka atta. aur sab se sasti sabzi milti thi, woh kya hot</w:t>
      </w:r>
      <w:r>
        <w:br/>
      </w:r>
      <w:r>
        <w:rPr>
          <w:sz w:val="20"/>
        </w:rPr>
        <w:t>22:39  i thi mujhe yaad nahi hai. koi sabzi jo bazaar mein sab se sasti hoti thi, woh leta. aur jo ki roti pakata main.</w:t>
      </w:r>
      <w:r>
        <w:br/>
      </w:r>
      <w:r>
        <w:rPr>
          <w:sz w:val="20"/>
        </w:rPr>
        <w:t>22:49  aap ko yaqeen nahi ayega, bila chhane hue main jo ki roti khata tha. kyun ke agar chhan doon main to woh kam ho jayega. meri soch yeh thi ke is is chhilka jo is ka hota hai, jis ko hum bhusi kehte hain, us mein bhi kuch na kuch to ghizaiyat hogi.</w:t>
      </w:r>
      <w:r>
        <w:br/>
      </w:r>
      <w:r>
        <w:rPr>
          <w:sz w:val="20"/>
        </w:rPr>
        <w:t>23:07  khuda ne paida kiya hai to kuch na kuch ghizaiyat us ke andar bhi hogi. woh bhi mujhe mil jaye. to bila chhane jo ki roti main bohat dinon tak khata raha.</w:t>
      </w:r>
      <w:r>
        <w:br/>
      </w:r>
      <w:r>
        <w:rPr>
          <w:sz w:val="20"/>
        </w:rPr>
        <w:t>23:17  kai mahine tak. aur itna mushkil tha khana is ko ke har har baar jab munh mein dalta tha to pani pi ke utarna padta tha.</w:t>
      </w:r>
      <w:r>
        <w:br/>
      </w:r>
      <w:r>
        <w:rPr>
          <w:sz w:val="20"/>
        </w:rPr>
        <w:t>23:28  pani pi kar ke. lekin maine loan nahi liya. maine loan nahi liya maine. bohat asan tha loan lena.</w:t>
      </w:r>
      <w:r>
        <w:br/>
      </w:r>
      <w:r>
        <w:rPr>
          <w:sz w:val="20"/>
        </w:rPr>
        <w:t>23:37  kai log mujh ko jante the wahan par. wahan ke jo arcotray ke officer the, us waqt ke lihaz se bohat bara darja tha un ka.</w:t>
      </w:r>
      <w:r>
        <w:br/>
      </w:r>
      <w:r>
        <w:rPr>
          <w:sz w:val="20"/>
        </w:rPr>
        <w:t>23:46  woh hamare bhai ke bohat hi dost the. woh un se bhi le sakte the qarzah. lekin kisi se mujhe zikr bhi nahi kiya.</w:t>
      </w:r>
      <w:r>
        <w:br/>
      </w:r>
      <w:r>
        <w:rPr>
          <w:sz w:val="20"/>
        </w:rPr>
        <w:t>23:57  aur jo ki be chhani roti mahinon khata raha. aur har har luqme par pani pi ke utarta tha us ko.</w:t>
      </w:r>
      <w:r>
        <w:br/>
      </w:r>
      <w:r>
        <w:rPr>
          <w:sz w:val="20"/>
        </w:rPr>
        <w:t>24:06  That is art of money management. to un se main ne kaha jo sahib laye the gift, maine kaha ke dekhiye.</w:t>
      </w:r>
      <w:r>
        <w:br/>
      </w:r>
      <w:r>
        <w:rPr>
          <w:sz w:val="20"/>
        </w:rPr>
        <w:t>24:16  aap ko aap aage mere paas kabhi bataiye ga. yeh jo aap ne paisa kharch kiya mere paas anay ka. bus se aaye honge, scooter se aaye honge, taxi se aaye honge, woh paisa bhi aap ne ghalat kharch kiya.</w:t>
      </w:r>
      <w:r>
        <w:br/>
      </w:r>
      <w:r>
        <w:rPr>
          <w:sz w:val="20"/>
        </w:rPr>
        <w:t>24:30  aaj se mere paas aap kabhi milne ke liye na aaiye. jab tak aap ka qarz utar na jaye. aur maine eid anay wali thi, us jaldi baad eid anay wali thi.</w:t>
      </w:r>
      <w:r>
        <w:br/>
      </w:r>
      <w:r>
        <w:rPr>
          <w:sz w:val="20"/>
        </w:rPr>
        <w:t>24:41  maine kaha ke aap eid mein aik kapra apne bachon ko nahi banana hai aap ko. eid mein aik paisa kharch nahi karna hai aap ko. maine kaha ghar mein kapre bachon ke paas honge, wohi pehan kar eid kar lenge.</w:t>
      </w:r>
      <w:r>
        <w:br/>
      </w:r>
      <w:r>
        <w:rPr>
          <w:sz w:val="20"/>
        </w:rPr>
        <w:t>24:55  jo pehle hi aap ke paas bachon ke paas kapre hain, wohi pehan kar eid kar lenge woh.</w:t>
      </w:r>
      <w:r>
        <w:br/>
      </w:r>
      <w:r>
        <w:rPr>
          <w:sz w:val="20"/>
        </w:rPr>
        <w:t>25:02  agar aap wada kijiye. tab to aap mere paas aaiye, tab aap mere paas kabhi bataiye ga. to beharhaal woh molvi aadmi the, madrase ke aadmi the woh.</w:t>
      </w:r>
      <w:r>
        <w:br/>
      </w:r>
      <w:r>
        <w:rPr>
          <w:sz w:val="20"/>
        </w:rPr>
        <w:t>25:13  madrase ke log thora un mein gharoor hota hai. lekin woh maan gaye meri baat. aur sach much unhon ne aise hi kiya. sara kharcha unhon ne apna band kar diya.</w:t>
      </w:r>
      <w:r>
        <w:br/>
      </w:r>
      <w:r>
        <w:rPr>
          <w:sz w:val="20"/>
        </w:rPr>
        <w:t>25:24  eid mein aik kapra nahi banwaya bachon ko. un ke kai bachhe the. kapra nahi banwaya. kuch nahi.</w:t>
      </w:r>
      <w:r>
        <w:br/>
      </w:r>
      <w:r>
        <w:rPr>
          <w:sz w:val="20"/>
        </w:rPr>
        <w:t>25:32  aur jaldi baad in ka sara qarz utar gaya. tab unhon ne mujhe telephone kiya. main ne kaha shukr ada kijiye. main ne kaha phir main ne kaha ab ab bhi paisa bachaiye aap.</w:t>
      </w:r>
      <w:r>
        <w:br/>
      </w:r>
      <w:r>
        <w:rPr>
          <w:sz w:val="20"/>
        </w:rPr>
        <w:t>25:43  aap ghar kacha bataya tha unhon ne. ghar kacha hai abhi aap ka. barsaat mein tapakta hai. jab tak ghar pakka na ho jaye aap ka, tab tak aap paise ko kahin kharch mat kijiye idhar udhar.</w:t>
      </w:r>
      <w:r>
        <w:br/>
      </w:r>
      <w:r>
        <w:rPr>
          <w:sz w:val="20"/>
        </w:rPr>
        <w:t>25:57  to yeh hai art of money management. ke jitna paisa dastiyab hai, us ke andar kaam karna.</w:t>
      </w:r>
    </w:p>
    <w:p>
      <w:pPr>
        <w:pStyle w:val="Heading2"/>
      </w:pPr>
      <w:r>
        <w:t>Japanese fish story and law of nature</w:t>
      </w:r>
    </w:p>
    <w:p>
      <w:r>
        <w:rPr>
          <w:color w:val="666666"/>
          <w:sz w:val="18"/>
        </w:rPr>
        <w:t>Take it as a Challenge I April 29, 2007 - Maulana Wahiduddin Khan · 5m 55s · at 4:16 · https://youtu.be/lYAJhDGliwQ?t=256</w:t>
      </w:r>
    </w:p>
    <w:p>
      <w:r>
        <w:rPr>
          <w:i/>
        </w:rPr>
        <w:t>“Coast par jo fish hoti thin.”</w:t>
      </w:r>
    </w:p>
    <w:p>
      <w:r>
        <w:rPr>
          <w:sz w:val="20"/>
        </w:rPr>
        <w:t>4:16  coast par jo fish hoti theen, to woh depper, woh deep water mein chali gayi. kam reh gayeen.</w:t>
      </w:r>
      <w:r>
        <w:br/>
      </w:r>
      <w:r>
        <w:rPr>
          <w:sz w:val="20"/>
        </w:rPr>
        <w:t>4:25  yani, bohat si variety aisi thi jo deep water mein chali gayi. coast par kam reh gayeen. to, ab jo fishing boats theen, un ko andar jana para.</w:t>
      </w:r>
      <w:r>
        <w:br/>
      </w:r>
      <w:r>
        <w:rPr>
          <w:sz w:val="20"/>
        </w:rPr>
        <w:t>4:38  fishing companiyan bari bari wahan par hain, jo un ki fishing boat hoti hai. to, deep water mein ja kar ke unhon ne fishing ki.</w:t>
      </w:r>
      <w:r>
        <w:br/>
      </w:r>
      <w:r>
        <w:rPr>
          <w:sz w:val="20"/>
        </w:rPr>
        <w:t>4:47  lekin jab woh le aaye bahar, woh fish, to wahan se aate aate do chaar din lag jaate thay.</w:t>
      </w:r>
      <w:r>
        <w:br/>
      </w:r>
      <w:r>
        <w:rPr>
          <w:sz w:val="20"/>
        </w:rPr>
        <w:t>4:56  deep water se coast par aate rehte, aur phir us ko market par late rehte. to, japanese jo hain, woh fresh fresh taste jo hai,</w:t>
      </w:r>
      <w:r>
        <w:br/>
      </w:r>
      <w:r>
        <w:rPr>
          <w:sz w:val="20"/>
        </w:rPr>
        <w:t>5:12  yani fresh fish ka taste unhein pasand hota hai.</w:t>
      </w:r>
      <w:r>
        <w:br/>
      </w:r>
      <w:r>
        <w:rPr>
          <w:sz w:val="20"/>
        </w:rPr>
        <w:t>5:17  to, yeh jo yeh jo fish hoti thi, jo deep water se layi jati thi, aur is mein kuch din lag jaate thay market tak pohnchne mein.</w:t>
      </w:r>
      <w:r>
        <w:br/>
      </w:r>
      <w:r>
        <w:rPr>
          <w:sz w:val="20"/>
        </w:rPr>
        <w:t>5:27  to, woh unhon ne bohat kam daam par bikti thi, woh kyunke japanese is ko lete nahi thay.</w:t>
      </w:r>
      <w:r>
        <w:br/>
      </w:r>
      <w:r>
        <w:rPr>
          <w:sz w:val="20"/>
        </w:rPr>
        <w:t>5:37  to, unhon ne kya kiya? fishing companiyon ne ke unhon ne bari boat banai, aur is mein freezer rakh diya.</w:t>
      </w:r>
      <w:r>
        <w:br/>
      </w:r>
      <w:r>
        <w:rPr>
          <w:sz w:val="20"/>
        </w:rPr>
        <w:t>5:48  freezer. to, deep water mein jab gaye, wahan par unhon ne fish pakri, to freezer mein daal diya.</w:t>
      </w:r>
      <w:r>
        <w:br/>
      </w:r>
      <w:r>
        <w:rPr>
          <w:sz w:val="20"/>
        </w:rPr>
        <w:t>5:59  to, freezer mein daalne se woh woh boat jo theen, woh freeze to ho gayeen.</w:t>
      </w:r>
      <w:r>
        <w:br/>
      </w:r>
      <w:r>
        <w:rPr>
          <w:sz w:val="20"/>
        </w:rPr>
        <w:t>6:09  lekin jab bahar laya gaya, aur market par le jaya gaya, to japanese ne is ko pasand nahi kiya.</w:t>
      </w:r>
      <w:r>
        <w:br/>
      </w:r>
      <w:r>
        <w:rPr>
          <w:sz w:val="20"/>
        </w:rPr>
        <w:t>6:18  yani, un ko laga ke woh jo fish hoti hai, jo pakri jati hai, fresh fit, fresh fit, fresh fish hoti hai, is mein jo taste hota hai, woh is mein nahi hai.</w:t>
      </w:r>
      <w:r>
        <w:br/>
      </w:r>
      <w:r>
        <w:rPr>
          <w:sz w:val="20"/>
        </w:rPr>
        <w:t>6:33  to, phir wohi problem raha. wohi problem phir raha. to, ab kya hua ke unhon ne kaha ke bari bari boat banao, is mein tank, water tank, is mein bara bara ho.</w:t>
      </w:r>
      <w:r>
        <w:br/>
      </w:r>
      <w:r>
        <w:rPr>
          <w:sz w:val="20"/>
        </w:rPr>
        <w:t>6:50  tank mein daal do taake marein nahi machhliyan. to, unhon ne machhli pakri, aur tank is mein daal diya.</w:t>
      </w:r>
      <w:r>
        <w:br/>
      </w:r>
      <w:r>
        <w:rPr>
          <w:sz w:val="20"/>
        </w:rPr>
        <w:t>7:01  to, machhli ne machhli ko jab aap ne pani mein dala, to marne se bach gayi woh. lekin woh woh is mein bas aisi dull si pari rehti thi is mein.</w:t>
      </w:r>
      <w:r>
        <w:br/>
      </w:r>
      <w:r>
        <w:rPr>
          <w:sz w:val="20"/>
        </w:rPr>
        <w:t>7:16  to, laye jab bahar, to phir bhi japaneez ne is ke test ko pasand nahi kiya.</w:t>
      </w:r>
      <w:r>
        <w:br/>
      </w:r>
      <w:r>
        <w:rPr>
          <w:sz w:val="20"/>
        </w:rPr>
        <w:t>7:25  dil tareeqe se pari rehti thi woh pani mein. to, marti to nahi thi, lekin dil pari rehti thi woh. to, phir ek aadmi tha, us ne research kiya, us ka naam is mein likha hai:</w:t>
      </w:r>
      <w:r>
        <w:br/>
      </w:r>
      <w:r>
        <w:rPr>
          <w:sz w:val="20"/>
        </w:rPr>
        <w:t>7:38  el ron hubbard, h u double b a r d,</w:t>
      </w:r>
      <w:r>
        <w:br/>
      </w:r>
      <w:r>
        <w:rPr>
          <w:sz w:val="20"/>
        </w:rPr>
        <w:t>7:45  el ron, a r o n, el ron hubbard. 1950 mein, 1950 mein, us ne is par research ki.</w:t>
      </w:r>
      <w:r>
        <w:br/>
      </w:r>
      <w:r>
        <w:rPr>
          <w:sz w:val="20"/>
        </w:rPr>
        <w:t>8:00  us ne yeh nikala ke machhliyan jo dil rehti hain, to un ka test jo hai kharab ho jata hai.</w:t>
      </w:r>
      <w:r>
        <w:br/>
      </w:r>
      <w:r>
        <w:rPr>
          <w:sz w:val="20"/>
        </w:rPr>
        <w:t>8:11  aur woh chheent daudti hain, kyunke har chhoti machhli ko badi machhli daudati hai. to, har waqt machhliyan har waqt daudti rehti hain pani mein.</w:t>
      </w:r>
      <w:r>
        <w:br/>
      </w:r>
      <w:r>
        <w:rPr>
          <w:sz w:val="20"/>
        </w:rPr>
        <w:t>8:22  to, us ne yeh idea nikala ke bada tank banaya jaye, is mein pani ho, aur wahan par deep water mein aap ja kar ke wahan par fishing karein, aur machhliyan pakar ke is is pani mein dal dein.</w:t>
      </w:r>
      <w:r>
        <w:br/>
      </w:r>
      <w:r>
        <w:rPr>
          <w:sz w:val="20"/>
        </w:rPr>
        <w:t>8:42  pani. aur sath sath unhon ne is ke andar ek chhoti woh dal di, shark dal di.</w:t>
      </w:r>
      <w:r>
        <w:br/>
      </w:r>
      <w:r>
        <w:rPr>
          <w:sz w:val="20"/>
        </w:rPr>
        <w:t>8:48  shark jo hai woh hunting fish hai, machhliyon ko khati hai. to, woh to shark bohat badi badi hoti hain.</w:t>
      </w:r>
      <w:r>
        <w:br/>
      </w:r>
      <w:r>
        <w:rPr>
          <w:sz w:val="20"/>
        </w:rPr>
        <w:t>8:57  chhoti shark unhon ne dal di. ab kya hua ke jo chand din tak lagte the wahan se yani deep water se coast tak aane mein,</w:t>
      </w:r>
      <w:r>
        <w:br/>
      </w:r>
      <w:r>
        <w:rPr>
          <w:sz w:val="20"/>
        </w:rPr>
        <w:t>9:12  to is mein machhliyon ke peeche shark rehti thi. machhliyan khoob daudti thin isi mein.</w:t>
      </w:r>
      <w:r>
        <w:br/>
      </w:r>
      <w:r>
        <w:rPr>
          <w:sz w:val="20"/>
        </w:rPr>
        <w:t>9:18  is water tank mein machhliyan dil nahi rehti thin, daudti rehti thin har waqt, kyunke har waqt daudati thi woh. to, agarche kuch thodi si machhliyan woh kha bhi jati thi woh, lekin majority to bach jati thi phir bhi.</w:t>
      </w:r>
      <w:r>
        <w:br/>
      </w:r>
      <w:r>
        <w:rPr>
          <w:sz w:val="20"/>
        </w:rPr>
        <w:t>9:32  ek shark kitni machhli khae gi? lekin daudati khoob thi woh.</w:t>
      </w:r>
      <w:r>
        <w:br/>
      </w:r>
      <w:r>
        <w:rPr>
          <w:sz w:val="20"/>
        </w:rPr>
        <w:t>9:37  to, jab yeh yeh layi gayi, yeh machhli layi gayi market mein, to japaneez ne khoob pasand kiya is ko. khoob pasand kiya.</w:t>
      </w:r>
      <w:r>
        <w:br/>
      </w:r>
      <w:r>
        <w:rPr>
          <w:sz w:val="20"/>
        </w:rPr>
        <w:t>9:48  to, aaj kal japan mein aisa kiya ja raha hai. is mein dekhiye kitna bada is mein lesson hai</w:t>
      </w:r>
      <w:r>
        <w:br/>
      </w:r>
      <w:r>
        <w:rPr>
          <w:sz w:val="20"/>
        </w:rPr>
        <w:t>9:59  ke is yani what is the law of nature yeh maloom hota hai.</w:t>
      </w:r>
      <w:r>
        <w:br/>
      </w:r>
      <w:r>
        <w:rPr>
          <w:sz w:val="20"/>
        </w:rPr>
        <w:t>10:07  law of nature maloom hota hai.</w:t>
      </w:r>
    </w:p>
    <w:p>
      <w:pPr>
        <w:pStyle w:val="Heading2"/>
      </w:pPr>
      <w:r>
        <w:t>History of takfir from Khawarij to Ibn Taymiyyah</w:t>
      </w:r>
    </w:p>
    <w:p>
      <w:r>
        <w:rPr>
          <w:color w:val="666666"/>
          <w:sz w:val="18"/>
        </w:rPr>
        <w:t>A Matter of 30 Seconds | February 07, 2016 · 6m 09s · at 10:21 · https://youtu.be/_p-F9fi8yaA?t=621</w:t>
      </w:r>
    </w:p>
    <w:p>
      <w:r>
        <w:rPr>
          <w:i/>
        </w:rPr>
        <w:t>“Takfir aaj tak jari hai. Kaise aisa hua?”</w:t>
      </w:r>
    </w:p>
    <w:p>
      <w:r>
        <w:rPr>
          <w:sz w:val="20"/>
        </w:rPr>
        <w:t>10:21  kare ke yeh aisa hai, woh waisa hai. takfeer ke ma'ne hain ke aap Allah ke— Allah ke domain mein dakhil ho rahe hain. Allah ke qalb ko apne haath mein le rahe hain. to takfeer aaj tak jaari hai. kaise aise hua? Musalmanon mein aaj tak takfeer ka silsila jaari hai, halanke takfeer bila-shakk Islam ke khilaaf hai. to hua kya? Hazrat Ali ke zamane mein kuch log paida hue</w:t>
      </w:r>
      <w:r>
        <w:br/>
      </w:r>
      <w:r>
        <w:rPr>
          <w:sz w:val="20"/>
        </w:rPr>
        <w:t>10:51  jin ko doosre logon ne un ka title diya hai Khawarij. unhone apne ko Khawarij nahin kaha kabhi. Khawarij doosron ka diya hua title hai. to Khawarij jo hain, unhone kuch galat raaye banai, aur unhone Hazrat Ali se ladaai chhod di. to halanke woh paanch waqt baqayda namaz padhte the. poore deendar, poori— poore ma'non mein deendar the. to us waqt</w:t>
      </w:r>
      <w:r>
        <w:br/>
      </w:r>
      <w:r>
        <w:rPr>
          <w:sz w:val="20"/>
        </w:rPr>
        <w:t>11:22  ke jo ulama the, us waqt jo top ke log the, unhone un ko keh diya ke yeh kafir hain. Khawarij jo hain kafir hain. mein samajhta hoon yahin se Khawarij, yahin se takfeer ka silsila shuru hua. is se pehle takfeer Muslim world mein thi nahin. is se pehle thi nahin thi takfeer. is se pehle tableegh hoti thi, tableegh, naseehat, da'wah.</w:t>
      </w:r>
      <w:r>
        <w:br/>
      </w:r>
      <w:r>
        <w:rPr>
          <w:sz w:val="20"/>
        </w:rPr>
        <w:t>11:54  to takfeer to tableegh ke bajaye, tableegh ke bajaye takfeer ka jo silsila chal pada, that was innovation aur bid'at. yeh kab shuru hua? Hazrat Ali ke zamane mein, jo Khawarij— Khawarij ke ko le kar. ke jin logon ne us waqt Khawarij ko kafir bataya tha, woh bade bade log the. to woh ban gaye translator. woh transla</w:t>
      </w:r>
      <w:r>
        <w:br/>
      </w:r>
      <w:r>
        <w:rPr>
          <w:sz w:val="20"/>
        </w:rPr>
        <w:t>12:25  tor ban gaye. aur phir poori tareekh mein takfeer chal padi, aur aaj tak chali ja rahi hai. yeh kafir, woh kafir, yeh kafir. halanke Islam mein takfeer koi choice hee nahin hai. no choice at all. aap ko sirf karna hai ke aap tableegh karein, da'wah dein, naseehat karein, samjhayein, bujhayein. bas isi ka choice aap ko hai. aap ko yeh choice hai hee nahin ke aap kisi ko takfeer karein. yaani</w:t>
      </w:r>
      <w:r>
        <w:br/>
      </w:r>
      <w:r>
        <w:rPr>
          <w:sz w:val="20"/>
        </w:rPr>
        <w:t>12:55  siray se nahin choice hai. kisi ek shakhs ko bhi aap nahin keh sakte, keh sakte ke yeh kafir hai. nahin keh sakte aap. woh haq nahin hai. kyun? is liye ke dekhiye, hadees mein aata hai ke innallaha yaqbalu at-tawbata ma'al-mawt. marne ke aakhri lamhe tak Allah taubah qubool karta hai. to aaj aap ko dikhai de raha hai woh kafir, aur marte waqt woh momin ban jaye to aap kya karenge? Allah ke haan aap ka kya excuse hoga</w:t>
      </w:r>
      <w:r>
        <w:br/>
      </w:r>
      <w:r>
        <w:rPr>
          <w:sz w:val="20"/>
        </w:rPr>
        <w:t>13:27  ? to takfeer koi option hee nahin hai. kisi ke liye bhi, chahe kitni hee bada 'alim ho woh. lekin Khawarij ke zamane mein jin logon ne takfeer ka silsila shuru kiya, woh ban gaye translator. ab yeh jo mein keh raha hoon ke ek lamhe ki galati ne poori tareekh ko bigaad diya. ek lamhe ki galati. ke log us waqt sochte hain ke Khawarij bigde hue log hain.</w:t>
      </w:r>
      <w:r>
        <w:br/>
      </w:r>
      <w:r>
        <w:rPr>
          <w:sz w:val="20"/>
        </w:rPr>
        <w:t>13:57  lekin bigde hain to hamein naseehat karna hai, manna nahin hai humein. hamein un ki tableegh karni hai, da'wah karni hai, un ko Quran o Hadees batana hai. to translator ban gaye. to kai log aise Islam ki tareekh mein translator ban gaye. woh top ke the, ek galati un se ho gayi, ek momin ki galati, ek lamhe ki galati. jis ki galati mein bahut badi un ke upar resp</w:t>
      </w:r>
      <w:r>
        <w:br/>
      </w:r>
      <w:r>
        <w:rPr>
          <w:sz w:val="20"/>
        </w:rPr>
        <w:t>14:27  onsibility aa gayi. ke woh galat, woh wrong translator ban gaye. isi mein itna bada naam jo hai Allama Ibn Taymiyyah ka, unhone— unhone kuch cheezon par jo ke, yaani qatl ka fatwa diya, qatl. ek Arab 'alim ne un ke fatwe ko</w:t>
      </w:r>
      <w:r>
        <w:br/>
      </w:r>
      <w:r>
        <w:rPr>
          <w:sz w:val="20"/>
        </w:rPr>
        <w:t>14:59  survey kar ke bataya hai ke 422 baar unhone kaha ke falan aadmi ko qatl kar diya, qatl kar diya. woh sab aqeeday ki galati. woh koi crime par nahin. 422 baar unhone kaha ke qatl kar do. woh criminal aadmi nahin tha. us ne ek baat kahi thi jo Ibn Taymiyyah ke nazdeek galat thi. yaani thought crime ko Islam mein shamil kiya kis ne? Ibn Taymiyyah ne</w:t>
      </w:r>
      <w:r>
        <w:br/>
      </w:r>
      <w:r>
        <w:rPr>
          <w:sz w:val="20"/>
        </w:rPr>
        <w:t>15:29  . thought crime, jo Islam mein tha hee nahin. thought crime par Islam mein tableegh hai, da'wah hai, samjhana hai. thought crime par, yeh nahin ke maar dalo. to unhone fatwe diye, aur 422 baar unhone yeh baat kahi, jo ek Arab 'alim ne us ko survey kar ke bataya hai.</w:t>
      </w:r>
      <w:r>
        <w:br/>
      </w:r>
      <w:r>
        <w:rPr>
          <w:sz w:val="20"/>
        </w:rPr>
        <w:t>16:00  so Ibn Taymiyyah became a translator. ke qatl jo hai sirf crime par nahin hai, physical crime par nahin, balke thought crime par bhi. yeh jo include kar diya unhone, yaani physical crime par saza thi Islam mein. Islam mein punishment jo hai woh physical crime par hai. unhone wahan comma laga diya. aur kaha ke thought crime par bhi saza hai.</w:t>
      </w:r>
    </w:p>
    <w:p>
      <w:pPr>
        <w:pStyle w:val="Heading2"/>
      </w:pPr>
      <w:r>
        <w:t>Hadith proves Prophet's knowledge of future consumerism</w:t>
      </w:r>
    </w:p>
    <w:p>
      <w:r>
        <w:rPr>
          <w:color w:val="666666"/>
          <w:sz w:val="18"/>
        </w:rPr>
        <w:t>Age of Consumerism January 6, 2013 · 5m 11s · at 10:11 · https://youtu.be/zJRZ1OKUhgA?t=611</w:t>
      </w:r>
    </w:p>
    <w:p>
      <w:r>
        <w:rPr>
          <w:i/>
        </w:rPr>
        <w:t>“A man asked the Prophet about the best and worst places.”</w:t>
      </w:r>
    </w:p>
    <w:p>
      <w:r>
        <w:rPr>
          <w:sz w:val="20"/>
        </w:rPr>
        <w:t>10:11  is mein yeh hai ke ek shakhs ne rasool Allah sallallahu alayhi wa sallam se jab ke aap madina mein thay, aap se ek sawal kiya. aur sawal yeh tha ke zameen par sab se bura spot konsa hai, sab se acha spot konsa hai?</w:t>
      </w:r>
      <w:r>
        <w:br/>
      </w:r>
      <w:r>
        <w:rPr>
          <w:sz w:val="20"/>
        </w:rPr>
        <w:t>10:30  sab se achi jagah konsi hai, sab se buri jagah konsi hai?</w:t>
      </w:r>
      <w:r>
        <w:br/>
      </w:r>
      <w:r>
        <w:rPr>
          <w:sz w:val="20"/>
        </w:rPr>
        <w:t>10:36  to rasool Allah sallallahu alayhi wa sallam ne farmaya ke yeh mujhe nahi maloom. to aap ne farmaya ke jab jibril aayenge to mein un se pooch ke bataunga.</w:t>
      </w:r>
      <w:r>
        <w:br/>
      </w:r>
      <w:r>
        <w:rPr>
          <w:sz w:val="20"/>
        </w:rPr>
        <w:t>10:48  to jibril farishta aap ke pas aya, us se aap ne poocha is sawal ke baray mein.</w:t>
      </w:r>
      <w:r>
        <w:br/>
      </w:r>
      <w:r>
        <w:rPr>
          <w:sz w:val="20"/>
        </w:rPr>
        <w:t>10:58  to jibril ne kaha ke mujhe bhi is ke baray mein nahi maloom.</w:t>
      </w:r>
      <w:r>
        <w:br/>
      </w:r>
      <w:r>
        <w:rPr>
          <w:sz w:val="20"/>
        </w:rPr>
        <w:t>11:07  to unhon ne kaha ke mein Allah rab al-alameen se poochta hoon, phir bataunga aap ko.</w:t>
      </w:r>
      <w:r>
        <w:br/>
      </w:r>
      <w:r>
        <w:rPr>
          <w:sz w:val="20"/>
        </w:rPr>
        <w:t>11:17  to</w:t>
      </w:r>
      <w:r>
        <w:br/>
      </w:r>
      <w:r>
        <w:rPr>
          <w:sz w:val="20"/>
        </w:rPr>
        <w:t>11:18  hadith mein hai ke hazrat jibril</w:t>
      </w:r>
      <w:r>
        <w:br/>
      </w:r>
      <w:r>
        <w:rPr>
          <w:sz w:val="20"/>
        </w:rPr>
        <w:t>11:23  ne parwaz kiya aur Allah ke qareeb pohanchay aur poocha.</w:t>
      </w:r>
      <w:r>
        <w:br/>
      </w:r>
      <w:r>
        <w:rPr>
          <w:sz w:val="20"/>
        </w:rPr>
        <w:t>11:34  to woh batatay hain ke main itna itna ziyada qareeb hua ke mere aur Allah ke darmiyan 70 hazar noori parde waqe thay.</w:t>
      </w:r>
      <w:r>
        <w:br/>
      </w:r>
      <w:r>
        <w:rPr>
          <w:sz w:val="20"/>
        </w:rPr>
        <w:t>11:43  yani aaj kal ki zaban mein aap keh sakte hain ke 70 hazar light years.</w:t>
      </w:r>
      <w:r>
        <w:br/>
      </w:r>
      <w:r>
        <w:rPr>
          <w:sz w:val="20"/>
        </w:rPr>
        <w:t>11:57  to hazrat jibril ko jo jawab mila Allah taala ki taraf se, woh aa kar unhon ne rasool Allah ko bataya.</w:t>
      </w:r>
      <w:r>
        <w:br/>
      </w:r>
      <w:r>
        <w:rPr>
          <w:sz w:val="20"/>
        </w:rPr>
        <w:t>12:05  to Allah taala ne farmaya ke "shar maqam aswaqah,</w:t>
      </w:r>
      <w:r>
        <w:br/>
      </w:r>
      <w:r>
        <w:rPr>
          <w:sz w:val="20"/>
        </w:rPr>
        <w:t>12:14  wa khair maqam masajidah"</w:t>
      </w:r>
      <w:r>
        <w:br/>
      </w:r>
      <w:r>
        <w:rPr>
          <w:sz w:val="20"/>
        </w:rPr>
        <w:t>12:19  ke zameen ka sab se bura spot jo hai woh is ke bazaar hain. Zameen ka sab se acha spot jo hai woh is ke masjidain hain.</w:t>
      </w:r>
      <w:r>
        <w:br/>
      </w:r>
      <w:r>
        <w:rPr>
          <w:sz w:val="20"/>
        </w:rPr>
        <w:t>12:33  to us waqt jab ke yeh hadith bayan ki thi aap ne, us waqt koi samajh nahi pata tha ke kya matlab hai is ka.</w:t>
      </w:r>
      <w:r>
        <w:br/>
      </w:r>
      <w:r>
        <w:rPr>
          <w:sz w:val="20"/>
        </w:rPr>
        <w:t>12:43  aap is hadith ki sharhon mein kuch jawab nahi payen ge aap, kyun ke us waqt nahi samajh mein aata tha ke bazaar itni buri jagah kyun hain.</w:t>
      </w:r>
      <w:r>
        <w:br/>
      </w:r>
      <w:r>
        <w:rPr>
          <w:sz w:val="20"/>
        </w:rPr>
        <w:t>12:56  us waqt to bazaar mein sirf zaroorat ki cheezen bikti theen. Aadmi ghar mein hai, us ke masjid par mujhe ek sabzi kaatne ke liye chhuri chahiye, ja ke khareed laya.</w:t>
      </w:r>
      <w:r>
        <w:br/>
      </w:r>
      <w:r>
        <w:rPr>
          <w:sz w:val="20"/>
        </w:rPr>
        <w:t>13:10  ghar mein hai, us ko masjid par mere kapray phat rahe hain, ab chal ke kapra khareed loon. To mota chhota kapra bikta tha, ja ke khareed liya. Aadmi ghar mein hai, sochta hai ke mere paas joota toot gaya hai,</w:t>
      </w:r>
      <w:r>
        <w:br/>
      </w:r>
      <w:r>
        <w:rPr>
          <w:sz w:val="20"/>
        </w:rPr>
        <w:t>13:24  joota chahiye. To bohat hi bhadde qism ke joote bante thay, ja ke khareed liya.</w:t>
      </w:r>
      <w:r>
        <w:br/>
      </w:r>
      <w:r>
        <w:rPr>
          <w:sz w:val="20"/>
        </w:rPr>
        <w:t>13:32  aap jante hain is zamanay mein item itne kam thay khareedne ke liye ke log jin ke paas maal ziyada hota tha, woh zameen mein gaar dete thay,</w:t>
      </w:r>
      <w:r>
        <w:br/>
      </w:r>
      <w:r>
        <w:rPr>
          <w:sz w:val="20"/>
        </w:rPr>
        <w:t>13:46  jis ko kehte hain dafeena. Ab kaun zameen mein gaarta hai? Aap qisson mein parhte honge ke zameen mein gaara hua dafeena mila, khodai mein sone chandi milay.</w:t>
      </w:r>
      <w:r>
        <w:br/>
      </w:r>
      <w:r>
        <w:rPr>
          <w:sz w:val="20"/>
        </w:rPr>
        <w:t>13:58  ab koi nahi gaarta. Ki</w:t>
      </w:r>
      <w:r>
        <w:br/>
      </w:r>
      <w:r>
        <w:rPr>
          <w:sz w:val="20"/>
        </w:rPr>
        <w:t>14:01  yon? Ab to item hai, bazaar mein ja ke khareediye, shandar ghar banaiye, shandar carain khareediye,</w:t>
      </w:r>
      <w:r>
        <w:br/>
      </w:r>
      <w:r>
        <w:rPr>
          <w:sz w:val="20"/>
        </w:rPr>
        <w:t>14:11  hawa jahaz mein safar kijiye, apne ghar ko saman se bhar dijiye. Yeh future ka phenomena tha, present ka nahi tha.</w:t>
      </w:r>
      <w:r>
        <w:br/>
      </w:r>
      <w:r>
        <w:rPr>
          <w:sz w:val="20"/>
        </w:rPr>
        <w:t>14:23  to yeh hadith jo hai saada baat nahi hai. Is mein yeh bhi sabit hota hai ke Muhammad sallallahu alaihi wasallam Allah ke rasool thay,</w:t>
      </w:r>
      <w:r>
        <w:br/>
      </w:r>
      <w:r>
        <w:rPr>
          <w:sz w:val="20"/>
        </w:rPr>
        <w:t>14:35  kyun ke Allah alamul ghaib ke siwa koi nahi janta sakta tha. Seven century AD mein ke twenty century aaye, jab aaye gi twenty first century, jab aaye gi to ek naya phenomena duniya mein aa jayega,</w:t>
      </w:r>
      <w:r>
        <w:br/>
      </w:r>
      <w:r>
        <w:rPr>
          <w:sz w:val="20"/>
        </w:rPr>
        <w:t>14:51  jis ko kehte hain shopping malls, shopping center.</w:t>
      </w:r>
      <w:r>
        <w:br/>
      </w:r>
      <w:r>
        <w:rPr>
          <w:sz w:val="20"/>
        </w:rPr>
        <w:t>14:56  million million item naye naye honge, jo jo khareeden ge, khush ho ho kar ja kar ke. Kaun janta tha? Tab na technology thi, na industry thi.</w:t>
      </w:r>
      <w:r>
        <w:br/>
      </w:r>
      <w:r>
        <w:rPr>
          <w:sz w:val="20"/>
        </w:rPr>
        <w:t>15:09  bohat hi crude life thi, agriculture based life thi. To yeh rasool Allah ke payamber Khuda hone ka ek saboot hai.</w:t>
      </w:r>
    </w:p>
    <w:p>
      <w:pPr>
        <w:pStyle w:val="Heading2"/>
      </w:pPr>
      <w:r>
        <w:t>Rejecting arms and embracing Quran in Palestine</w:t>
      </w:r>
    </w:p>
    <w:p>
      <w:r>
        <w:rPr>
          <w:color w:val="666666"/>
          <w:sz w:val="18"/>
        </w:rPr>
        <w:t>Importance of Wisdom | August 24, 2014 · 5m 03s · at 50:10 · https://youtu.be/ZVPLm7fV0t0?t=3010</w:t>
      </w:r>
    </w:p>
    <w:p>
      <w:r>
        <w:rPr>
          <w:i/>
        </w:rPr>
        <w:t>“You accepted the truth and then said 'but'”</w:t>
      </w:r>
    </w:p>
    <w:p>
      <w:r>
        <w:rPr>
          <w:sz w:val="20"/>
        </w:rPr>
        <w:t>50:10  bahut dilchasp kitab hai.</w:t>
      </w:r>
      <w:r>
        <w:br/>
      </w:r>
      <w:r>
        <w:rPr>
          <w:sz w:val="20"/>
        </w:rPr>
        <w:t>50:14  aap bhi isi mein phanse hue hain.</w:t>
      </w:r>
      <w:r>
        <w:br/>
      </w:r>
      <w:r>
        <w:rPr>
          <w:sz w:val="20"/>
        </w:rPr>
        <w:t>50:18  ek "afred bit" laga kar ke baat ko khatam kar dete hain.</w:t>
      </w:r>
      <w:r>
        <w:br/>
      </w:r>
      <w:r>
        <w:rPr>
          <w:sz w:val="20"/>
        </w:rPr>
        <w:t>50:23  yani aapne sachai ko mana aur phir "afred bit" laga kar khatam kar diya isko.</w:t>
      </w:r>
      <w:r>
        <w:br/>
      </w:r>
      <w:r>
        <w:rPr>
          <w:sz w:val="20"/>
        </w:rPr>
        <w:t>50:27  abhi mera article chapa hai times of india mein.</w:t>
      </w:r>
      <w:r>
        <w:br/>
      </w:r>
      <w:r>
        <w:rPr>
          <w:sz w:val="20"/>
        </w:rPr>
        <w:t>50:31  maine ismein likha hai ke filastiniyon ke teen pocket hain.</w:t>
      </w:r>
      <w:r>
        <w:br/>
      </w:r>
      <w:r>
        <w:rPr>
          <w:sz w:val="20"/>
        </w:rPr>
        <w:t>50:36  ek hai khud israel mein jo filastini hain, kafi hain wahan bhi. doosra jo</w:t>
      </w:r>
      <w:r>
        <w:br/>
      </w:r>
      <w:r>
        <w:rPr>
          <w:sz w:val="20"/>
        </w:rPr>
        <w:t>50:40  west bank hai, wahan bhi filastini kafi hain.</w:t>
      </w:r>
      <w:r>
        <w:br/>
      </w:r>
      <w:r>
        <w:rPr>
          <w:sz w:val="20"/>
        </w:rPr>
        <w:t>50:44  aur teesra gaza.</w:t>
      </w:r>
      <w:r>
        <w:br/>
      </w:r>
      <w:r>
        <w:rPr>
          <w:sz w:val="20"/>
        </w:rPr>
        <w:t>50:48  to do pocket mein woh peaceful tareeqe se reh rahe hain.</w:t>
      </w:r>
      <w:r>
        <w:br/>
      </w:r>
      <w:r>
        <w:rPr>
          <w:sz w:val="20"/>
        </w:rPr>
        <w:t>50:53  to aap compare kijiye inka empire, that you understand.</w:t>
      </w:r>
      <w:r>
        <w:br/>
      </w:r>
      <w:r>
        <w:rPr>
          <w:sz w:val="20"/>
        </w:rPr>
        <w:t>50:57  kyunki do pocket mein peaceful tareeqe se reh rahe hain, ek hi jagah kyun aisa hai? ek</w:t>
      </w:r>
      <w:r>
        <w:br/>
      </w:r>
      <w:r>
        <w:rPr>
          <w:sz w:val="20"/>
        </w:rPr>
        <w:t>51:01  hi jagah kyun aisa hai? isliye ke woh aqal ka kaam nahi karte.</w:t>
      </w:r>
      <w:r>
        <w:br/>
      </w:r>
      <w:r>
        <w:rPr>
          <w:sz w:val="20"/>
        </w:rPr>
        <w:t>51:06  aapko pata hai ke teen soldier ko naujawan pakad laye, ek israeli, aur usko zabah kar diya.</w:t>
      </w:r>
      <w:r>
        <w:br/>
      </w:r>
      <w:r>
        <w:rPr>
          <w:sz w:val="20"/>
        </w:rPr>
        <w:t>51:10  phir bhadak uthe, yeh kyun karte hain? retaliate kiya israel ne? aur peeche agar jayein to 1948 mein</w:t>
      </w:r>
      <w:r>
        <w:br/>
      </w:r>
      <w:r>
        <w:rPr>
          <w:sz w:val="20"/>
        </w:rPr>
        <w:t>51:18  jab balfour ke tehat partition hua tha aur taqreeban half mila tha falastiniyon ko, half mila tha yahudiyon</w:t>
      </w:r>
      <w:r>
        <w:br/>
      </w:r>
      <w:r>
        <w:rPr>
          <w:sz w:val="20"/>
        </w:rPr>
        <w:t>51:25  ko, to yeh arabi thay jinhon ne jang chhori.</w:t>
      </w:r>
      <w:r>
        <w:br/>
      </w:r>
      <w:r>
        <w:rPr>
          <w:sz w:val="20"/>
        </w:rPr>
        <w:t>51:33  aur jo muqaddas aadmi thay us zamane mein, hasan binna, unhon ne shuru kar diya.</w:t>
      </w:r>
      <w:r>
        <w:br/>
      </w:r>
      <w:r>
        <w:rPr>
          <w:sz w:val="20"/>
        </w:rPr>
        <w:t>51:40  bhai, un ko ehsas karna chahiye tha halaat ka ke hum kiya larr kar jeet sakte hain? Rasool Allah Sal Allah Alaihi Wasallam ke paas baqayda department tha, barabar bhejte rehte the. fareeqe saani ki taqat kiya hai, us ka andaza karne ke liye. taqat ka andaza karne ke liye. yeh nahin ke bas larr le, khare ho jaen. misaal ke taur par dekhiye, ek ek ek ghazwa aata hai, us mein Rasool Allah Sal Allah Alaihi Wasallam ko pata chala ke idhar se</w:t>
      </w:r>
      <w:r>
        <w:br/>
      </w:r>
      <w:r>
        <w:rPr>
          <w:sz w:val="20"/>
        </w:rPr>
        <w:t>52:10  fareeqe sani ek ek fauj le chala aa raha hai.</w:t>
      </w:r>
      <w:r>
        <w:br/>
      </w:r>
      <w:r>
        <w:rPr>
          <w:sz w:val="20"/>
        </w:rPr>
        <w:t>52:15  rasool Allah salallaho alaihe wasallam ne bheja kuch logon ko pata karo ke kitne log hain, kaise hain.</w:t>
      </w:r>
      <w:r>
        <w:br/>
      </w:r>
      <w:r>
        <w:rPr>
          <w:sz w:val="20"/>
        </w:rPr>
        <w:t>52:19  maloom hua ke bohat yani taqat wale log hain.</w:t>
      </w:r>
      <w:r>
        <w:br/>
      </w:r>
      <w:r>
        <w:rPr>
          <w:sz w:val="20"/>
        </w:rPr>
        <w:t>52:23  to aap ne logon se kaha ke rasta badlo.</w:t>
      </w:r>
      <w:r>
        <w:br/>
      </w:r>
      <w:r>
        <w:rPr>
          <w:sz w:val="20"/>
        </w:rPr>
        <w:t>52:27  to jo jo jis ko kehte hain mohtat rasta, jo bana hua rasta tha, us par woh aa</w:t>
      </w:r>
      <w:r>
        <w:br/>
      </w:r>
      <w:r>
        <w:rPr>
          <w:sz w:val="20"/>
        </w:rPr>
        <w:t>52:32  rahe thay, woh log isi par yeh bhi ja rahe thay.</w:t>
      </w:r>
      <w:r>
        <w:br/>
      </w:r>
      <w:r>
        <w:rPr>
          <w:sz w:val="20"/>
        </w:rPr>
        <w:t>52:36  kuch door ja kar takrao ho jata. rasta bad</w:t>
      </w:r>
      <w:r>
        <w:br/>
      </w:r>
      <w:r>
        <w:rPr>
          <w:sz w:val="20"/>
        </w:rPr>
        <w:t>52:40  al diya aap ne.</w:t>
      </w:r>
      <w:r>
        <w:br/>
      </w:r>
      <w:r>
        <w:rPr>
          <w:sz w:val="20"/>
        </w:rPr>
        <w:t>52:45  bohat hi ooncha, seedha, gadbad rasta, janglat, pahad, idhar se nikal gaye.</w:t>
      </w:r>
      <w:r>
        <w:br/>
      </w:r>
      <w:r>
        <w:rPr>
          <w:sz w:val="20"/>
        </w:rPr>
        <w:t>52:49  woh idhar se chale gaye.</w:t>
      </w:r>
      <w:r>
        <w:br/>
      </w:r>
      <w:r>
        <w:rPr>
          <w:sz w:val="20"/>
        </w:rPr>
        <w:t>52:54  to hasan binna ne kyun nahi aisa kiya ke woh sochte ke hum larenge to jeet sakte</w:t>
      </w:r>
      <w:r>
        <w:br/>
      </w:r>
      <w:r>
        <w:rPr>
          <w:sz w:val="20"/>
        </w:rPr>
        <w:t>52:59  nahi? rasta badlo, accept karo.</w:t>
      </w:r>
      <w:r>
        <w:br/>
      </w:r>
      <w:r>
        <w:rPr>
          <w:sz w:val="20"/>
        </w:rPr>
        <w:t>53:03  yeh koi tareeqa hai ke aap apne hisse ka jo hai, us ka to zikr hi na karein.</w:t>
      </w:r>
      <w:r>
        <w:br/>
      </w:r>
      <w:r>
        <w:rPr>
          <w:sz w:val="20"/>
        </w:rPr>
        <w:t>53:08  aur sirf doosra jo aadmi jo kar raha hai, jo retaliate kar raha hai, usi ka zikr karein.</w:t>
      </w:r>
      <w:r>
        <w:br/>
      </w:r>
      <w:r>
        <w:rPr>
          <w:sz w:val="20"/>
        </w:rPr>
        <w:t>53:12  is mein mujhe is mein zara bhi shaq nahi ke is mein inhi hazrat ki ghalati hai jin</w:t>
      </w:r>
      <w:r>
        <w:br/>
      </w:r>
      <w:r>
        <w:rPr>
          <w:sz w:val="20"/>
        </w:rPr>
        <w:t>53:16  ko aap log justify karte hain.</w:t>
      </w:r>
      <w:r>
        <w:br/>
      </w:r>
      <w:r>
        <w:rPr>
          <w:sz w:val="20"/>
        </w:rPr>
        <w:t>53:20  aaj bhi maine jis ka arz kiya, dekhiye aap, aap jaiye Israel mein, aaj bhi wahan arab</w:t>
      </w:r>
      <w:r>
        <w:br/>
      </w:r>
      <w:r>
        <w:rPr>
          <w:sz w:val="20"/>
        </w:rPr>
        <w:t>53:23  bohat sukoon ke sath reh rahe hain.</w:t>
      </w:r>
      <w:r>
        <w:br/>
      </w:r>
      <w:r>
        <w:rPr>
          <w:sz w:val="20"/>
        </w:rPr>
        <w:t>53:27  aap West Bank jaiye, wahan bhi arab sukoon ke sath reh rahe hain.</w:t>
      </w:r>
      <w:r>
        <w:br/>
      </w:r>
      <w:r>
        <w:rPr>
          <w:sz w:val="20"/>
        </w:rPr>
        <w:t>53:31  woh woh sab Falasteen ka hissa hai.</w:t>
      </w:r>
      <w:r>
        <w:br/>
      </w:r>
      <w:r>
        <w:rPr>
          <w:sz w:val="20"/>
        </w:rPr>
        <w:t>53:35  jo kuch qissa hai, woh ghazab hai.</w:t>
      </w:r>
      <w:r>
        <w:br/>
      </w:r>
      <w:r>
        <w:rPr>
          <w:sz w:val="20"/>
        </w:rPr>
        <w:t>53:39  aur ghazab is liye hai ke woh yani tilen khod khod kar hathiyar le aate hain, wahan bam</w:t>
      </w:r>
      <w:r>
        <w:br/>
      </w:r>
      <w:r>
        <w:rPr>
          <w:sz w:val="20"/>
        </w:rPr>
        <w:t>53:42  marte hain, woh gun marte hain.</w:t>
      </w:r>
      <w:r>
        <w:br/>
      </w:r>
      <w:r>
        <w:rPr>
          <w:sz w:val="20"/>
        </w:rPr>
        <w:t>53:48  to zahir hai ke woh woh bhi retaliet karenge.</w:t>
      </w:r>
      <w:r>
        <w:br/>
      </w:r>
      <w:r>
        <w:rPr>
          <w:sz w:val="20"/>
        </w:rPr>
        <w:t>53:55  arabi mein kaha jata hai ke jo shuru kare, woh hi zalim hai.</w:t>
      </w:r>
      <w:r>
        <w:br/>
      </w:r>
      <w:r>
        <w:rPr>
          <w:sz w:val="20"/>
        </w:rPr>
        <w:t>54:01  yeh koi tareeqa nahi hai jo aap hazrat ne nikaal rakha hai ke ek baat na kehna, doosri baat kehna.</w:t>
      </w:r>
      <w:r>
        <w:br/>
      </w:r>
      <w:r>
        <w:rPr>
          <w:sz w:val="20"/>
        </w:rPr>
        <w:t>54:07  aadhi baat na kehna, aadhi baat kehna, yeh to islam ke bilkul khilaf baat hai. yeh</w:t>
      </w:r>
      <w:r>
        <w:br/>
      </w:r>
      <w:r>
        <w:rPr>
          <w:sz w:val="20"/>
        </w:rPr>
        <w:t>54:13  is waqt musalmanon par farz ke tehat zaroori hai ke fe فور saara violence band kar dein. fe فور.</w:t>
      </w:r>
      <w:r>
        <w:br/>
      </w:r>
      <w:r>
        <w:rPr>
          <w:sz w:val="20"/>
        </w:rPr>
        <w:t>54:18  kyunke violence ulta pad raha hai.</w:t>
      </w:r>
      <w:r>
        <w:br/>
      </w:r>
      <w:r>
        <w:rPr>
          <w:sz w:val="20"/>
        </w:rPr>
        <w:t>54:23  جس کو کہتے ہیں انگریزی میں counterproductive.</w:t>
      </w:r>
      <w:r>
        <w:br/>
      </w:r>
      <w:r>
        <w:rPr>
          <w:sz w:val="20"/>
        </w:rPr>
        <w:t>54:28  جب آپ کا violence الٹا پڑ رہا ہو تو فی الفور بند کیجیے۔</w:t>
      </w:r>
      <w:r>
        <w:br/>
      </w:r>
      <w:r>
        <w:rPr>
          <w:sz w:val="20"/>
        </w:rPr>
        <w:t>54:33  ek second intezar mat kijiye.</w:t>
      </w:r>
      <w:r>
        <w:br/>
      </w:r>
      <w:r>
        <w:rPr>
          <w:sz w:val="20"/>
        </w:rPr>
        <w:t>54:39  aur agar musalman band kar dein to fareeqe saani bhi abhi band kar dega.</w:t>
      </w:r>
      <w:r>
        <w:br/>
      </w:r>
      <w:r>
        <w:rPr>
          <w:sz w:val="20"/>
        </w:rPr>
        <w:t>54:44  abhi bhi aap jante hain ke in ki sab se bari shart kya hai ke non governmental agencies</w:t>
      </w:r>
      <w:r>
        <w:br/>
      </w:r>
      <w:r>
        <w:rPr>
          <w:sz w:val="20"/>
        </w:rPr>
        <w:t>54:47  jo hain falasteen mein, in ko disarm karo.</w:t>
      </w:r>
      <w:r>
        <w:br/>
      </w:r>
      <w:r>
        <w:rPr>
          <w:sz w:val="20"/>
        </w:rPr>
        <w:t>54:51  hum sab khatam kar denge.</w:t>
      </w:r>
      <w:r>
        <w:br/>
      </w:r>
      <w:r>
        <w:rPr>
          <w:sz w:val="20"/>
        </w:rPr>
        <w:t>54:55  saara operation hamara khatam ho jayega.</w:t>
      </w:r>
      <w:r>
        <w:br/>
      </w:r>
      <w:r>
        <w:rPr>
          <w:sz w:val="20"/>
        </w:rPr>
        <w:t>54:59  aap jante hain ke wahan par ek to hai government aur ek hai in ka jo jamaatein bani</w:t>
      </w:r>
      <w:r>
        <w:br/>
      </w:r>
      <w:r>
        <w:rPr>
          <w:sz w:val="20"/>
        </w:rPr>
        <w:t>55:02  hui hain, ngos.</w:t>
      </w:r>
      <w:r>
        <w:br/>
      </w:r>
      <w:r>
        <w:rPr>
          <w:sz w:val="20"/>
        </w:rPr>
        <w:t>55:06  to in ka ek hi mutalba hai ke ngos ko aap disarm kar dijiye.</w:t>
      </w:r>
      <w:r>
        <w:br/>
      </w:r>
      <w:r>
        <w:rPr>
          <w:sz w:val="20"/>
        </w:rPr>
        <w:t>55:10  hum abhi sab karwai ro</w:t>
      </w:r>
    </w:p>
    <w:p>
      <w:pPr>
        <w:pStyle w:val="Heading2"/>
      </w:pPr>
      <w:r>
        <w:t>History of hatred in the Muslim world</w:t>
      </w:r>
    </w:p>
    <w:p>
      <w:r>
        <w:rPr>
          <w:color w:val="666666"/>
          <w:sz w:val="18"/>
        </w:rPr>
        <w:t>Intellectual Poverty of Intellectuals December 31, 2006 · 5m 17s · at 13:58 · https://youtu.be/xz00TfFlXkI?t=838</w:t>
      </w:r>
    </w:p>
    <w:p>
      <w:r>
        <w:rPr>
          <w:i/>
        </w:rPr>
        <w:t>“Muslim world mein sab se pehle jo phenomenon aaya, woh tha colonialism”</w:t>
      </w:r>
    </w:p>
    <w:p>
      <w:r>
        <w:rPr>
          <w:sz w:val="20"/>
        </w:rPr>
        <w:t>13:58  dekhiye, muslim world mein sab se pehle jo phenomena aaya, woh tha colonialism ka, yaani western powers nai taqaton se armed ho kar muslim dunya mein dakhil hue aur qareeb qareeb poori muslim dunya ko occupy kar liya,</w:t>
      </w:r>
      <w:r>
        <w:br/>
      </w:r>
      <w:r>
        <w:rPr>
          <w:sz w:val="20"/>
        </w:rPr>
        <w:t>14:22  chha gaye. to har taraf hate shuru ho gaya, hate</w:t>
      </w:r>
      <w:r>
        <w:br/>
      </w:r>
      <w:r>
        <w:rPr>
          <w:sz w:val="20"/>
        </w:rPr>
        <w:t>14:28  yaani westerners se hate. to pehla hate shuru hua colonial powers ke khilaaf, colonialism ke khilaaf.</w:t>
      </w:r>
      <w:r>
        <w:br/>
      </w:r>
      <w:r>
        <w:rPr>
          <w:sz w:val="20"/>
        </w:rPr>
        <w:t>14:37  is ke baad kya hua? zionism ubhra. zionism, zionism ka matlab tha jaanib yahudiyon ki movement thi ke "return to palestine".</w:t>
      </w:r>
      <w:r>
        <w:br/>
      </w:r>
      <w:r>
        <w:rPr>
          <w:sz w:val="20"/>
        </w:rPr>
        <w:t>14:50  aap jante hain ke yahudi log bohat dinon se diaspora mein the,</w:t>
      </w:r>
      <w:r>
        <w:br/>
      </w:r>
      <w:r>
        <w:rPr>
          <w:sz w:val="20"/>
        </w:rPr>
        <w:t>14:57  to un ke haan yeh movement chal rahi thi ke hum dobara loten palestine ki taraf, jo hamara homeland hai, jo hamara holy land hai.</w:t>
      </w:r>
      <w:r>
        <w:br/>
      </w:r>
      <w:r>
        <w:rPr>
          <w:sz w:val="20"/>
        </w:rPr>
        <w:t>15:09  to yeh chal rahi thi bohat arse se. phir 1897 mein, 1897 mein switzerland mein aik conference hui zionism ko le kar ke.</w:t>
      </w:r>
      <w:r>
        <w:br/>
      </w:r>
      <w:r>
        <w:rPr>
          <w:sz w:val="20"/>
        </w:rPr>
        <w:t>15:24  tabhi se zionism ka word phaila dunya mein.</w:t>
      </w:r>
      <w:r>
        <w:br/>
      </w:r>
      <w:r>
        <w:rPr>
          <w:sz w:val="20"/>
        </w:rPr>
        <w:t>15:28  to zion asal mein aik hill hai jerusalem mein, palestine mein. is hill ko yeh log holy mante hain, muqaddas mante hain.</w:t>
      </w:r>
      <w:r>
        <w:br/>
      </w:r>
      <w:r>
        <w:rPr>
          <w:sz w:val="20"/>
        </w:rPr>
        <w:t>15:40  to "return to zion" yaani zion jo hill hai, us ki taraf wapsi. to isi sirf isi ko le kar ke is movement ka naam zionism pad gaya.</w:t>
      </w:r>
      <w:r>
        <w:br/>
      </w:r>
      <w:r>
        <w:rPr>
          <w:sz w:val="20"/>
        </w:rPr>
        <w:t>15:56  to yahan tak ke 1948 mein balfour commission ke tehat un ko mauqa mila ke woh palestine mein apni israel state bana lein.</w:t>
      </w:r>
      <w:r>
        <w:br/>
      </w:r>
      <w:r>
        <w:rPr>
          <w:sz w:val="20"/>
        </w:rPr>
        <w:t>16:13  1948 se un ki yeh state qaim hui, jo phailte phailte ab bohat bari ban chuki hai. to yeh tha hate ka background</w:t>
      </w:r>
      <w:r>
        <w:br/>
      </w:r>
      <w:r>
        <w:rPr>
          <w:sz w:val="20"/>
        </w:rPr>
        <w:t>16:25  . muslim dunya mein hate shuru hui, yeh colonialism ko le kar ke. phir is ko aur taqat mili zionism ke zariye se.</w:t>
      </w:r>
      <w:r>
        <w:br/>
      </w:r>
      <w:r>
        <w:rPr>
          <w:sz w:val="20"/>
        </w:rPr>
        <w:t>16:36  to pichlay do so saal ke andar poori muslim dunya heat se bhar gayi, har taraf heat ki baatein. arab world mein yeh haal tha ke wahan aik bohat hi popular poet hue hain,</w:t>
      </w:r>
      <w:r>
        <w:br/>
      </w:r>
      <w:r>
        <w:rPr>
          <w:sz w:val="20"/>
        </w:rPr>
        <w:t>16:53  un ki yeh line har arab ki zabaan par thi: "haat salahuddin saleh tanfeena, jadadi hataan o shab hatina".</w:t>
      </w:r>
      <w:r>
        <w:br/>
      </w:r>
      <w:r>
        <w:rPr>
          <w:sz w:val="20"/>
        </w:rPr>
        <w:t>17:06  is ka matlab yeh hai ke salahuddin ko phir wapas lao aur phir maarka garam karo,</w:t>
      </w:r>
      <w:r>
        <w:br/>
      </w:r>
      <w:r>
        <w:rPr>
          <w:sz w:val="20"/>
        </w:rPr>
        <w:t>17:14  yaani "bring back salahuddin and revive the bloody battle of jihad".</w:t>
      </w:r>
      <w:r>
        <w:br/>
      </w:r>
      <w:r>
        <w:rPr>
          <w:sz w:val="20"/>
        </w:rPr>
        <w:t>17:27  to aap jante hain ke salahuddin crusades ke hero thay.</w:t>
      </w:r>
      <w:r>
        <w:br/>
      </w:r>
      <w:r>
        <w:rPr>
          <w:sz w:val="20"/>
        </w:rPr>
        <w:t>17:31  crusades mein jo ladaaiyan hui theen, yaani christian world aur arab world ke beech mein, to is mein salahuddin ne musalmanon ko jeet dilai thi.</w:t>
      </w:r>
      <w:r>
        <w:br/>
      </w:r>
      <w:r>
        <w:rPr>
          <w:sz w:val="20"/>
        </w:rPr>
        <w:t>17:47  to muslim history mein woh bohat baray hero ban gaye, woh aik symbol ban gaye jeet ka.</w:t>
      </w:r>
      <w:r>
        <w:br/>
      </w:r>
      <w:r>
        <w:rPr>
          <w:sz w:val="20"/>
        </w:rPr>
        <w:t>17:55  salahuddin jo hain, jis ko english history mein salahuddin kehte hain, s a l a d i n, asal naam hai salahuddin ayyubi.</w:t>
      </w:r>
      <w:r>
        <w:br/>
      </w:r>
      <w:r>
        <w:rPr>
          <w:sz w:val="20"/>
        </w:rPr>
        <w:t>18:08  to salahuddin ayyubi, jo syria aur palestine ke ruler thay, to unhon ne crusades mein musalmanon ko jeet dilwai, woh hero banay.</w:t>
      </w:r>
      <w:r>
        <w:br/>
      </w:r>
      <w:r>
        <w:rPr>
          <w:sz w:val="20"/>
        </w:rPr>
        <w:t>18:24  to isi ko le kar ke shair hai ke "haat salahuddin thaniya tanfeena, jadadi hatina o shab hatina,</w:t>
      </w:r>
      <w:r>
        <w:br/>
      </w:r>
      <w:r>
        <w:rPr>
          <w:sz w:val="20"/>
        </w:rPr>
        <w:t>18:33  "bring back Salahuddin and revive bilti jihad again".</w:t>
      </w:r>
      <w:r>
        <w:br/>
      </w:r>
      <w:r>
        <w:rPr>
          <w:sz w:val="20"/>
        </w:rPr>
        <w:t>18:42  yeh tha mahaul. jitnay kitaabein hain, jitnay paper, jitnay magazine, har jagah bas yahi boli boli boli ja rahi thi aur ke dushman dushmanon se lado, un ki conspiracy ko khatam karo, jihad karo.</w:t>
      </w:r>
      <w:r>
        <w:br/>
      </w:r>
      <w:r>
        <w:rPr>
          <w:sz w:val="20"/>
        </w:rPr>
        <w:t>18:58  har taraf</w:t>
      </w:r>
      <w:r>
        <w:br/>
      </w:r>
      <w:r>
        <w:rPr>
          <w:sz w:val="20"/>
        </w:rPr>
        <w:t>19:00  isi mahaul mein al ikhwan al muslimun bani, jis ko muslim brother kehte hain, muslim brotherhood, woh bhi isi jihad ko revive karne ki tehreek thi aur jis ne tabaahi ke siwa aur kuch bhi nahi diya muslim world ko.</w:t>
      </w:r>
    </w:p>
    <w:p>
      <w:pPr>
        <w:pStyle w:val="Heading2"/>
      </w:pPr>
      <w:r>
        <w:t>Islam defined as acceptance of reality, Quran evidence</w:t>
      </w:r>
    </w:p>
    <w:p>
      <w:r>
        <w:rPr>
          <w:color w:val="666666"/>
          <w:sz w:val="18"/>
        </w:rPr>
        <w:t>The Importance of Realistic Approach January 2, 2011 Maulana Wahiduddin Khan · 5m 06s · at 3:45 · https://youtu.be/rRO_EtMRJ2g?t=225</w:t>
      </w:r>
    </w:p>
    <w:p>
      <w:r>
        <w:rPr>
          <w:i/>
        </w:rPr>
        <w:t>“I was on a trip abroad once.”</w:t>
      </w:r>
    </w:p>
    <w:p>
      <w:r>
        <w:rPr>
          <w:sz w:val="20"/>
        </w:rPr>
        <w:t>3:45  to is ko sochte hue phir mujhe ek waqia yaad aya. ek bar to mein bahar ke safar mein tha, to Canada ka ek professor se mulaqat hui.</w:t>
      </w:r>
      <w:r>
        <w:br/>
      </w:r>
      <w:r>
        <w:rPr>
          <w:sz w:val="20"/>
        </w:rPr>
        <w:t>4:00  woh biology mein professor the Canada mein. Islam par baat ho rahi thi. to mein ne kaha ke Islam means realism.</w:t>
      </w:r>
      <w:r>
        <w:br/>
      </w:r>
      <w:r>
        <w:rPr>
          <w:sz w:val="20"/>
        </w:rPr>
        <w:t>4:15  Islam ka matlab hai haqeeqat pasandi. woh bohat hajeb mein par gaye. unhon ne kaha ke hum to samajhte the ke Islam means jihad activism.</w:t>
      </w:r>
      <w:r>
        <w:br/>
      </w:r>
      <w:r>
        <w:rPr>
          <w:sz w:val="20"/>
        </w:rPr>
        <w:t>4:30  to aap ulta keh rahe hain.</w:t>
      </w:r>
      <w:r>
        <w:br/>
      </w:r>
      <w:r>
        <w:rPr>
          <w:sz w:val="20"/>
        </w:rPr>
        <w:t>4:35  mein ne kaha nahin, Islam means realism. phir mein ne kaha ke realism ka matlab kya hai? matlab kya hai?</w:t>
      </w:r>
      <w:r>
        <w:br/>
      </w:r>
      <w:r>
        <w:rPr>
          <w:sz w:val="20"/>
        </w:rPr>
        <w:t>4:46  iska matlab hai: to accept what we cannot change. jisko hum badal nahin sakte, us ko hum accept kar len.</w:t>
      </w:r>
      <w:r>
        <w:br/>
      </w:r>
      <w:r>
        <w:rPr>
          <w:sz w:val="20"/>
        </w:rPr>
        <w:t>4:58  to jo log suicide bombing karte hain, woh kya karte hain? jisko badal nahin sakte, to badal to paate nahin hain, khud hi ko maar liya.</w:t>
      </w:r>
      <w:r>
        <w:br/>
      </w:r>
      <w:r>
        <w:rPr>
          <w:sz w:val="20"/>
        </w:rPr>
        <w:t>5:10  kisi ajeeb baat hai.</w:t>
      </w:r>
      <w:r>
        <w:br/>
      </w:r>
      <w:r>
        <w:rPr>
          <w:sz w:val="20"/>
        </w:rPr>
        <w:t>5:16  yeh chunke aap doosre ko badal nahin sakte, to apne hi ko aap punishment dete hain, khud hi ko maar lete hain. kyunke</w:t>
      </w:r>
      <w:r>
        <w:br/>
      </w:r>
      <w:r>
        <w:rPr>
          <w:sz w:val="20"/>
        </w:rPr>
        <w:t>5:28  suicide bombing jo log karte hain, woh khud bhi jante hain ke suicide bombing kar ke woh course of history ko badal nahin sakte.</w:t>
      </w:r>
      <w:r>
        <w:br/>
      </w:r>
      <w:r>
        <w:rPr>
          <w:sz w:val="20"/>
        </w:rPr>
        <w:t>5:41  woh situation ko badal nahin sakte. to Islam ke bilkul against mein hai yeh. Islam poora ka poora acceptance of reality par qaim hai, yaad rakhiye.</w:t>
      </w:r>
      <w:r>
        <w:br/>
      </w:r>
      <w:r>
        <w:rPr>
          <w:sz w:val="20"/>
        </w:rPr>
        <w:t>6:00  acceptance of reality.</w:t>
      </w:r>
      <w:r>
        <w:br/>
      </w:r>
      <w:r>
        <w:rPr>
          <w:sz w:val="20"/>
        </w:rPr>
        <w:t>6:06  jo aap badal sakte hain, us ko badlie. jo badal nahin sakte, to us ke sath adjust kijie. simple formula hai.</w:t>
      </w:r>
      <w:r>
        <w:br/>
      </w:r>
      <w:r>
        <w:rPr>
          <w:sz w:val="20"/>
        </w:rPr>
        <w:t>6:15  simple formula hai. jisko aap badal sakte hain, to us ko badlie. jisko nahin badal sakte hain, to use adjust kar lijie.</w:t>
      </w:r>
      <w:r>
        <w:br/>
      </w:r>
      <w:r>
        <w:rPr>
          <w:sz w:val="20"/>
        </w:rPr>
        <w:t>6:25  asal o khair ka muamla kijie is ke sath.</w:t>
      </w:r>
      <w:r>
        <w:br/>
      </w:r>
      <w:r>
        <w:rPr>
          <w:sz w:val="20"/>
        </w:rPr>
        <w:t>6:31  to dekhiye, Quran ke surah Aal-e-Imran jo chapter number three hai, us ki ayat hai 83.</w:t>
      </w:r>
      <w:r>
        <w:br/>
      </w:r>
      <w:r>
        <w:rPr>
          <w:sz w:val="20"/>
        </w:rPr>
        <w:t>6:40  afaghira deen Allah yabghuna walahu aslam man fis samawati wal ardi waqrahan. is ka matlab hai ke kya log Khuda ke deen ke siwa koi aur deen chahte hain?</w:t>
      </w:r>
      <w:r>
        <w:br/>
      </w:r>
      <w:r>
        <w:rPr>
          <w:sz w:val="20"/>
        </w:rPr>
        <w:t>6:58  halanke zameen o aasman mein jo kuch hai,</w:t>
      </w:r>
      <w:r>
        <w:br/>
      </w:r>
      <w:r>
        <w:rPr>
          <w:sz w:val="20"/>
        </w:rPr>
        <w:t>7:03  isi ke liye surrender kiye hue hain, willingly aur unwillingly.</w:t>
      </w:r>
      <w:r>
        <w:br/>
      </w:r>
      <w:r>
        <w:rPr>
          <w:sz w:val="20"/>
        </w:rPr>
        <w:t>7:12  yahi hai acceptance of reality.</w:t>
      </w:r>
      <w:r>
        <w:br/>
      </w:r>
      <w:r>
        <w:rPr>
          <w:sz w:val="20"/>
        </w:rPr>
        <w:t>7:18  yani hum ko Allah taala ne azadi di hai, total freedom. chahe to maane, chahe to na maane.</w:t>
      </w:r>
      <w:r>
        <w:br/>
      </w:r>
      <w:r>
        <w:rPr>
          <w:sz w:val="20"/>
        </w:rPr>
        <w:t>7:30  insan ko bohat ajeeb o ghareeb cheez di gayi hai, total freedom.</w:t>
      </w:r>
      <w:r>
        <w:br/>
      </w:r>
      <w:r>
        <w:rPr>
          <w:sz w:val="20"/>
        </w:rPr>
        <w:t>7:38  to poori freedom ke sath aadmi kehta hai ke maine falan cheez ko maana. yani Khuda ka existence jo hai, aap keh sakte hain ke main nahi maanta ke Khuda exist karta hai.</w:t>
      </w:r>
      <w:r>
        <w:br/>
      </w:r>
      <w:r>
        <w:rPr>
          <w:sz w:val="20"/>
        </w:rPr>
        <w:t>7:48  aap ko aap ki zaban yeh kehna chahe to zaban yeh bhi kahe gi. lekin aap jante hain ke Khuda ke existence ko aap ke na kehne ke baad bhi rahe gi.</w:t>
      </w:r>
      <w:r>
        <w:br/>
      </w:r>
      <w:r>
        <w:rPr>
          <w:sz w:val="20"/>
        </w:rPr>
        <w:t>8:04  woh apni jagah par hai. woh qaim bizat hai, self existent hai.</w:t>
      </w:r>
      <w:r>
        <w:br/>
      </w:r>
      <w:r>
        <w:rPr>
          <w:sz w:val="20"/>
        </w:rPr>
        <w:t>8:12  to ek cheez jo bator waqia maujood hai, bator reality maujood hai, aap maane na maane, phir bhi woh exist kare gi.</w:t>
      </w:r>
      <w:r>
        <w:br/>
      </w:r>
      <w:r>
        <w:rPr>
          <w:sz w:val="20"/>
        </w:rPr>
        <w:t>8:23  to aap kehte hain ke main maanta hoon Khuda ka, iqrar karta hoon.</w:t>
      </w:r>
      <w:r>
        <w:br/>
      </w:r>
      <w:r>
        <w:rPr>
          <w:sz w:val="20"/>
        </w:rPr>
        <w:t>8:32  to poora poora imaan jo hai, poora poora Islam jo hai, woh kya hai? acceptance of reality hai.</w:t>
      </w:r>
      <w:r>
        <w:br/>
      </w:r>
      <w:r>
        <w:rPr>
          <w:sz w:val="20"/>
        </w:rPr>
        <w:t>8:42  jab aap kehte hain ke la ilaha illallah Muhammadur Rasulullah, to kya hai? aap reality ko accept karte hain.</w:t>
      </w:r>
    </w:p>
    <w:p>
      <w:pPr>
        <w:pStyle w:val="Heading2"/>
      </w:pPr>
      <w:r>
        <w:t>Human education and life as test</w:t>
      </w:r>
    </w:p>
    <w:p>
      <w:r>
        <w:rPr>
          <w:color w:val="666666"/>
          <w:sz w:val="18"/>
        </w:rPr>
        <w:t>An Introduction to Islam | March 11, 2012 | Maulana Wahiduddin Khan · 4m 03s · at 10:10 · https://youtu.be/hu9tFuD55SI?t=610</w:t>
      </w:r>
    </w:p>
    <w:p>
      <w:r>
        <w:rPr>
          <w:i/>
        </w:rPr>
        <w:t>“Voter education se mera dhiyan gaya ke Quran ka maqsad human education”</w:t>
      </w:r>
    </w:p>
    <w:p>
      <w:r>
        <w:rPr>
          <w:sz w:val="20"/>
        </w:rPr>
        <w:t>10:10  ter education ke lafz se mera dhyan muntaqil hua ke Quran ka maqsad bhi hai: human education. human education, yaani insan ko tayyar karna, insan ko educate karna, ke woh aane wale din ka samna kar sake. aane wale din mein woh achhe mustaqbil ko pa le. aane wale din mein is ka thikana jannat ho. yeh hai.</w:t>
      </w:r>
      <w:r>
        <w:br/>
      </w:r>
      <w:r>
        <w:rPr>
          <w:sz w:val="20"/>
        </w:rPr>
        <w:t>10:41  to kaha: human education hai Quran ka tareeqa. ab dekhiye ke is ke kya kya baatein hain, human education mein jo Quran bata raha hai hum ko. is silsile mein ek ayat yeh hai Quran majeed mein ke: khalaqal mauta wal hayata li yablvukum</w:t>
      </w:r>
      <w:r>
        <w:br/>
      </w:r>
      <w:r>
        <w:rPr>
          <w:sz w:val="20"/>
        </w:rPr>
        <w:t>11:11  ayukum aslahu amala. khalaqal mauta wal hayata li yablvukum ayukum aslahu amala. Allah ne paida ki maut aur zindagi taake woh jaanch kar yeh dekhe ke tum mein se kaun best conduct wala hai, achhe amal wala hai. yeh hai. is se kya maloom hua?</w:t>
      </w:r>
      <w:r>
        <w:br/>
      </w:r>
      <w:r>
        <w:rPr>
          <w:sz w:val="20"/>
        </w:rPr>
        <w:t>11:42  is se maloom hua ke yeh jo duniya hai, yeh jo planet earth hai, jahan insan basaya gaya hai, yeh hai selection ground. selection ground, yaani intikhabi maidan. yahan log chune ja rahe hain. ek ek individual ka chunao ho raha hai. yeh chunao individual, individual wise hota hai, group</w:t>
      </w:r>
      <w:r>
        <w:br/>
      </w:r>
      <w:r>
        <w:rPr>
          <w:sz w:val="20"/>
        </w:rPr>
        <w:t>12:12  wise nahi hota hai. kyunke dekhiye, salvation jo hai woh group wise nahi hai, woh individual wise hai, ek ek fard ke hisab se. to is duniya ka jo behtareen lafz hai Quran ke mutabiq woh yeh hai ke yeh selection ground hai. yahan insan chune ja rahe hain, yaani achhe aur bure ka yeh sorting</w:t>
      </w:r>
      <w:r>
        <w:br/>
      </w:r>
      <w:r>
        <w:rPr>
          <w:sz w:val="20"/>
        </w:rPr>
        <w:t>12:42  ho rahi hai, chhante ja rahe hain. ab aap dekhiye ke Quran mein kya bataya gaya hai criterion. Quran mein ek ayat yeh hai ke Allah ne, is se maloom hota hai ke Allah ne poori kainat ko, poori kainat ka ek hi deen muqarrar kiya hai.</w:t>
      </w:r>
      <w:r>
        <w:br/>
      </w:r>
      <w:r>
        <w:rPr>
          <w:sz w:val="20"/>
        </w:rPr>
        <w:t>13:13  woh deen hai submission, yaani Islam. Islam ka matlab hai submission. to poori kainat ka deen submission hai, wahi deen insan se matloob hai. isi par maine ek pata article likha tha, us mein maine likha tha ke submission is the only religion for both man and the universe. submission is the only religion for both man and the universe</w:t>
      </w:r>
      <w:r>
        <w:br/>
      </w:r>
      <w:r>
        <w:rPr>
          <w:sz w:val="20"/>
        </w:rPr>
        <w:t>13:43  ۔ yeh concept maine is ayat se liya tha ke yeh sari kainat jo hai itni badi, jis ki abhi tak paimaish nahi ho saki. gaur kijiye, kainat itni badi hai, itni badi hai ke 15 billion saal pehle wajood mein aayi, aur</w:t>
      </w:r>
    </w:p>
    <w:p>
      <w:pPr>
        <w:pStyle w:val="Heading2"/>
      </w:pPr>
      <w:r>
        <w:t>Surah Al-Sharh: the Prophet's burden and the seeker's true test</w:t>
      </w:r>
    </w:p>
    <w:p>
      <w:r>
        <w:rPr>
          <w:color w:val="666666"/>
          <w:sz w:val="18"/>
        </w:rPr>
        <w:t>Discovery of Truth December 3, 2013 · 6m 09s · at 4:56 · https://youtu.be/IHekdwZBe6c?t=296</w:t>
      </w:r>
    </w:p>
    <w:p>
      <w:r>
        <w:rPr>
          <w:i/>
        </w:rPr>
        <w:t>“Agli surah yeh hai: Alam nashrah laka sadrak”</w:t>
      </w:r>
    </w:p>
    <w:p>
      <w:r>
        <w:rPr>
          <w:sz w:val="20"/>
        </w:rPr>
        <w:t>4:56  to agli surah yeh hai ke 'alam nashrah laka sadrak wa wada'na 'anka wizraka alladhi anqada zahrk</w:t>
      </w:r>
      <w:r>
        <w:br/>
      </w:r>
      <w:r>
        <w:rPr>
          <w:sz w:val="20"/>
        </w:rPr>
        <w:t>5:07  in ayaton par ghor kijiye. Allah taala ne farmaya peghambar ko khitab karte hue, lekin yahan bhi mein kahun ga ke peghambar ko khitab karte hue ek general principle bataya gaya hai sare insanon ke liye.</w:t>
      </w:r>
      <w:r>
        <w:br/>
      </w:r>
      <w:r>
        <w:rPr>
          <w:sz w:val="20"/>
        </w:rPr>
        <w:t>5:20  to</w:t>
      </w:r>
      <w:r>
        <w:br/>
      </w:r>
      <w:r>
        <w:rPr>
          <w:sz w:val="20"/>
        </w:rPr>
        <w:t>5:22  in ayaton ka tarjuma yeh hai ke kya hum ne khol nahi diya tumhara seena?</w:t>
      </w:r>
      <w:r>
        <w:br/>
      </w:r>
      <w:r>
        <w:rPr>
          <w:sz w:val="20"/>
        </w:rPr>
        <w:t>5:35  aur kya hum ne tumhare bojh ko halka nahi kar diya jo tumhari qabr ko tod raha tha?</w:t>
      </w:r>
      <w:r>
        <w:br/>
      </w:r>
      <w:r>
        <w:rPr>
          <w:sz w:val="20"/>
        </w:rPr>
        <w:t>5:47  yeh is ka tarjuma hai.</w:t>
      </w:r>
      <w:r>
        <w:br/>
      </w:r>
      <w:r>
        <w:rPr>
          <w:sz w:val="20"/>
        </w:rPr>
        <w:t>5:51  ab is par ghor kijiye. Yeh qissa guzra prophet alaihi salam par nabuwat se pehle, lekin is aitbar se bhi Rasool Allah model hain, is aitbar se uswa hain jo aap par guzra.</w:t>
      </w:r>
      <w:r>
        <w:br/>
      </w:r>
      <w:r>
        <w:rPr>
          <w:sz w:val="20"/>
        </w:rPr>
        <w:t>6:10  wohi har fard ke liye namoona hai qayamat tak.</w:t>
      </w:r>
      <w:r>
        <w:br/>
      </w:r>
      <w:r>
        <w:rPr>
          <w:sz w:val="20"/>
        </w:rPr>
        <w:t>6:16  to is mein dekhiye, is se maloom hota hai ke talash ka jazba itna shadeed tha, itna shadeed tha aap par ke isi gham mein bilkul nadhaal ho rahe the aap.</w:t>
      </w:r>
      <w:r>
        <w:br/>
      </w:r>
      <w:r>
        <w:rPr>
          <w:sz w:val="20"/>
        </w:rPr>
        <w:t>6:30  ek bojh ban gaya tha aap ka, ek intellectual burden. Itna bara bojh ke aise qabr tod dalay ga woh.</w:t>
      </w:r>
      <w:r>
        <w:br/>
      </w:r>
      <w:r>
        <w:rPr>
          <w:sz w:val="20"/>
        </w:rPr>
        <w:t>6:40  yeh tamseeli zaban mein yeh baat batayi gayi hai ke Rasool Allah salallaho alaihi wasallam intehai had, aakhri had tak aap ne sachai ko apna sole concern bana liya tha.</w:t>
      </w:r>
      <w:r>
        <w:br/>
      </w:r>
      <w:r>
        <w:rPr>
          <w:sz w:val="20"/>
        </w:rPr>
        <w:t>6:57  sole concern. Pas manzar kya hai,</w:t>
      </w:r>
      <w:r>
        <w:br/>
      </w:r>
      <w:r>
        <w:rPr>
          <w:sz w:val="20"/>
        </w:rPr>
        <w:t>7:00  is mein woh kis tarah apni jagah banayen?</w:t>
      </w:r>
      <w:r>
        <w:br/>
      </w:r>
      <w:r>
        <w:rPr>
          <w:sz w:val="20"/>
        </w:rPr>
        <w:t>7:05  is tribal age mein kis tarah sardari hasil hasil karen? Is zamane ka jo halaat the, us ke aitbar se kis tarah apni march ko durust karen?</w:t>
      </w:r>
      <w:r>
        <w:br/>
      </w:r>
      <w:r>
        <w:rPr>
          <w:sz w:val="20"/>
        </w:rPr>
        <w:t>7:19  beshumar sawalat hote hain har aadmi ke, wahan bhi thay. woh sawalat aadmi ko apni taraf khenchte hain.</w:t>
      </w:r>
      <w:r>
        <w:br/>
      </w:r>
      <w:r>
        <w:rPr>
          <w:sz w:val="20"/>
        </w:rPr>
        <w:t>7:29  to rasool Allah sal Allah alaihi wasallam ka haal nabuwat se pehle yeh ho gaya tha ke har cheez se bilkul kat kar ke, har cheez ko ignore kar ke, har cheez ko ghair aham samajh kar aap ham tan mutawajjah ho gaye is baat ki taraf ke sachai hai kya?</w:t>
      </w:r>
      <w:r>
        <w:br/>
      </w:r>
      <w:r>
        <w:rPr>
          <w:sz w:val="20"/>
        </w:rPr>
        <w:t>7:52  sachai ka matlab kya hai? insaan kyun paida hua? kahan</w:t>
      </w:r>
      <w:r>
        <w:br/>
      </w:r>
      <w:r>
        <w:rPr>
          <w:sz w:val="20"/>
        </w:rPr>
        <w:t>7:58  se aaya? insaan ke khaliq kaun hain? maut se pehle kya zimmedariyan hain? maut ke baad kya haal pesh aata hai?</w:t>
      </w:r>
      <w:r>
        <w:br/>
      </w:r>
      <w:r>
        <w:rPr>
          <w:sz w:val="20"/>
        </w:rPr>
        <w:t>8:08  bohat se sawalat jure hue hain insaan se. in par ghaur karna. to yeh kisi ek insaan ki baat nahi hai, saare insaanon ki baat hai.</w:t>
      </w:r>
      <w:r>
        <w:br/>
      </w:r>
      <w:r>
        <w:rPr>
          <w:sz w:val="20"/>
        </w:rPr>
        <w:t>8:18  to is ke liye zaroorat hoti hai ke aadmi apne ko focus kare, doosre tamam taqazon se apne ko kaate, tamam interests se apne ko door le jaye.</w:t>
      </w:r>
      <w:r>
        <w:br/>
      </w:r>
      <w:r>
        <w:rPr>
          <w:sz w:val="20"/>
        </w:rPr>
        <w:t>8:32  tab ja kar woh seeker banta hai. tab ja kar aisa hota hai ke sachai us ke liye sole concern ban jati hai.</w:t>
      </w:r>
      <w:r>
        <w:br/>
      </w:r>
      <w:r>
        <w:rPr>
          <w:sz w:val="20"/>
        </w:rPr>
        <w:t>8:43  to rasool Allah ke liye itna bara yeh masla tha ke sachai hai kya?</w:t>
      </w:r>
      <w:r>
        <w:br/>
      </w:r>
      <w:r>
        <w:rPr>
          <w:sz w:val="20"/>
        </w:rPr>
        <w:t>8:50  ke isi gham mein aap dhal hotay thay, isi ki soch, isi ke par sari tawajjah.</w:t>
      </w:r>
      <w:r>
        <w:br/>
      </w:r>
      <w:r>
        <w:rPr>
          <w:sz w:val="20"/>
        </w:rPr>
        <w:t>9:00  to goya ek dimagh par ek musalsal bojh tha. aap ka wajood is mein jaise ke yaani shikast o rekh se dochar tha.</w:t>
      </w:r>
      <w:r>
        <w:br/>
      </w:r>
      <w:r>
        <w:rPr>
          <w:sz w:val="20"/>
        </w:rPr>
        <w:t>9:14  qabar todne ka, qabar ka tootna ek physical lafz hai. to woh physical lafz aap ki us waqt jo aap ki halat thi zehni, us ko batane ke liye hai.</w:t>
      </w:r>
      <w:r>
        <w:br/>
      </w:r>
      <w:r>
        <w:rPr>
          <w:sz w:val="20"/>
        </w:rPr>
        <w:t>9:27  to is se kya maloom hua? is se maloom hua ke sachai ki talash ka criteria kya hai? kab yeh maloom hoga ke aadmi waqai sachai ki talash mein hai?</w:t>
      </w:r>
      <w:r>
        <w:br/>
      </w:r>
      <w:r>
        <w:rPr>
          <w:sz w:val="20"/>
        </w:rPr>
        <w:t>9:44  sachai ki talash ka mayar kya hai? yaani kisi aadmi ke baray mein kaise yeh sabit ho ke waqai woh sachai ka mutalashi hai, seeker hai?</w:t>
      </w:r>
      <w:r>
        <w:br/>
      </w:r>
      <w:r>
        <w:rPr>
          <w:sz w:val="20"/>
        </w:rPr>
        <w:t>9:55  woh yahi hai ke is ka yeh haal ho jaye ke us ke liye ek bojh, us ke sar par ek bojh jaisa lada hua hai.</w:t>
      </w:r>
      <w:r>
        <w:br/>
      </w:r>
      <w:r>
        <w:rPr>
          <w:sz w:val="20"/>
        </w:rPr>
        <w:t>10:06  woh chahta hai ke utre woh bojh. itna bara gham ho, woh itna bara dard ho, itni bari fikr ho ke dimagh par ek bojh ki manind ho jaye.</w:t>
      </w:r>
      <w:r>
        <w:br/>
      </w:r>
      <w:r>
        <w:rPr>
          <w:sz w:val="20"/>
        </w:rPr>
        <w:t>10:19  itna zyada tha Allah ki, jaise jaise ke itna bara bojh, jaise aadmi ki qabar toot ja rahi ho.</w:t>
      </w:r>
      <w:r>
        <w:br/>
      </w:r>
      <w:r>
        <w:rPr>
          <w:sz w:val="20"/>
        </w:rPr>
        <w:t>10:26  aap jante hain ke agar kisi ke sar par bohat hi bara bojh ho jaye, alag diya jaye to aadmi jhuk jata hai.</w:t>
      </w:r>
      <w:r>
        <w:br/>
      </w:r>
      <w:r>
        <w:rPr>
          <w:sz w:val="20"/>
        </w:rPr>
        <w:t>10:38  qabar us ki jhuk jati hai. aisa lagta hai qabar toot jayegi.</w:t>
      </w:r>
      <w:r>
        <w:br/>
      </w:r>
      <w:r>
        <w:rPr>
          <w:sz w:val="20"/>
        </w:rPr>
        <w:t>10:42  to yeh physical halat hoti hai. isi physical halat ko bator alamat, bator tamseel yahan liya gaya hai ke aakhri had tak apne ko is se involve kar dena sachai ke sawal se.</w:t>
      </w:r>
    </w:p>
    <w:p>
      <w:pPr>
        <w:pStyle w:val="Heading2"/>
      </w:pPr>
      <w:r>
        <w:t>Parallel between Nizamuddin and Palestine land buying</w:t>
      </w:r>
    </w:p>
    <w:p>
      <w:r>
        <w:rPr>
          <w:color w:val="666666"/>
          <w:sz w:val="18"/>
        </w:rPr>
        <w:t>Muslims in the Present World | November 24, 2007 · 4m 34s · at 36:44 · https://youtu.be/2TrLMGJNHLs?t=2204</w:t>
      </w:r>
    </w:p>
    <w:p>
      <w:r>
        <w:rPr>
          <w:i/>
        </w:rPr>
        <w:t>“Yahan par yeh jo Nizamuddin colony hai yeh kaise bani.”</w:t>
      </w:r>
    </w:p>
    <w:p>
      <w:r>
        <w:rPr>
          <w:sz w:val="20"/>
        </w:rPr>
        <w:t>36:44  yahan par yeh jo nizamuddin colony hai yeh kaise bani? forty seven mein yeh sab jangla tha. yahan kuch bhi nahi tha. yahan koi basti nahi thi. phir jab forty seven mein bohat se hindu wahan se pakistan ke area se bhaag kar aaye to kai jagah woh basaye gaye woh. yeh yeh jo jagah thi woh un ko di gayi. jis ko kehte hain sharnarthi. ref</w:t>
      </w:r>
      <w:r>
        <w:br/>
      </w:r>
      <w:r>
        <w:rPr>
          <w:sz w:val="20"/>
        </w:rPr>
        <w:t>37:14  ugee</w:t>
      </w:r>
      <w:r>
        <w:br/>
      </w:r>
      <w:r>
        <w:rPr>
          <w:sz w:val="20"/>
        </w:rPr>
        <w:t>37:17  to yeh jo jagah hai jahan mein is waqt baitha hua hoon yeh bilkul jangla tha.</w:t>
      </w:r>
      <w:r>
        <w:br/>
      </w:r>
      <w:r>
        <w:rPr>
          <w:sz w:val="20"/>
        </w:rPr>
        <w:t>37:20  unhon ne yahan par colony banai.</w:t>
      </w:r>
      <w:r>
        <w:br/>
      </w:r>
      <w:r>
        <w:rPr>
          <w:sz w:val="20"/>
        </w:rPr>
        <w:t>37:23  refugee hone ya sharnarthiyon ne.</w:t>
      </w:r>
      <w:r>
        <w:br/>
      </w:r>
      <w:r>
        <w:rPr>
          <w:sz w:val="20"/>
        </w:rPr>
        <w:t>37:26  jis ko hum nizamuddin colony kehte hain.</w:t>
      </w:r>
      <w:r>
        <w:br/>
      </w:r>
      <w:r>
        <w:rPr>
          <w:sz w:val="20"/>
        </w:rPr>
        <w:t>37:29  yeh sara ka sara inhi sharnarthiyon ne banaya tha.</w:t>
      </w:r>
      <w:r>
        <w:br/>
      </w:r>
      <w:r>
        <w:rPr>
          <w:sz w:val="20"/>
        </w:rPr>
        <w:t>37:32  government ne in ko sahara di thi lekin banaya unhon ne tha.</w:t>
      </w:r>
      <w:r>
        <w:br/>
      </w:r>
      <w:r>
        <w:rPr>
          <w:sz w:val="20"/>
        </w:rPr>
        <w:t>37:35  to yeh poori ki poori sharnarthiyon ki colony thi yeh.</w:t>
      </w:r>
      <w:r>
        <w:br/>
      </w:r>
      <w:r>
        <w:rPr>
          <w:sz w:val="20"/>
        </w:rPr>
        <w:t>37:38  poori ki poori.</w:t>
      </w:r>
      <w:r>
        <w:br/>
      </w:r>
      <w:r>
        <w:rPr>
          <w:sz w:val="20"/>
        </w:rPr>
        <w:t>37:41  is ke baad kya hua</w:t>
      </w:r>
      <w:r>
        <w:br/>
      </w:r>
      <w:r>
        <w:rPr>
          <w:sz w:val="20"/>
        </w:rPr>
        <w:t>37:44  ? dheere dheere ke musalmanon ne paisa kamaya.</w:t>
      </w:r>
      <w:r>
        <w:br/>
      </w:r>
      <w:r>
        <w:rPr>
          <w:sz w:val="20"/>
        </w:rPr>
        <w:t>37:49  paisa kama kar dheere dheere woh yahan ghar khareedne lage.</w:t>
      </w:r>
      <w:r>
        <w:br/>
      </w:r>
      <w:r>
        <w:rPr>
          <w:sz w:val="20"/>
        </w:rPr>
        <w:t>37:54  ghar khareedne lage.</w:t>
      </w:r>
      <w:r>
        <w:br/>
      </w:r>
      <w:r>
        <w:rPr>
          <w:sz w:val="20"/>
        </w:rPr>
        <w:t>37:58  ab kya hai ke yahan ke majority hi musalmanon ki ho gayi hai.</w:t>
      </w:r>
      <w:r>
        <w:br/>
      </w:r>
      <w:r>
        <w:rPr>
          <w:sz w:val="20"/>
        </w:rPr>
        <w:t>38:03  bohat overwhelming majority.</w:t>
      </w:r>
      <w:r>
        <w:br/>
      </w:r>
      <w:r>
        <w:rPr>
          <w:sz w:val="20"/>
        </w:rPr>
        <w:t>38:08  ab mein apne ghar par jab baithta hoon balcony mein dekhta hoon neeche to jitne roads se aane</w:t>
      </w:r>
      <w:r>
        <w:br/>
      </w:r>
      <w:r>
        <w:rPr>
          <w:sz w:val="20"/>
        </w:rPr>
        <w:t>38:12  walay janay walay sab musalman hotay hain.</w:t>
      </w:r>
      <w:r>
        <w:br/>
      </w:r>
      <w:r>
        <w:rPr>
          <w:sz w:val="20"/>
        </w:rPr>
        <w:t>38:17  itni carain hain guzarti hain sab musalmanon ki carain hoti hain. to jo nizamuddin colony thi forty seven ke baad ek hindu colony aaj woh ek muslim colony ban gayi hai. kaise? ek silent revolution. ke musalman kama kamakar ke hinduo ke ghar khareedne lage. khareedte khareedte yeh ek naya wahan par revolution aa</w:t>
      </w:r>
      <w:r>
        <w:br/>
      </w:r>
      <w:r>
        <w:rPr>
          <w:sz w:val="20"/>
        </w:rPr>
        <w:t>38:47  gaya.</w:t>
      </w:r>
      <w:r>
        <w:br/>
      </w:r>
      <w:r>
        <w:rPr>
          <w:sz w:val="20"/>
        </w:rPr>
        <w:t>38:51  theek yahi kaam hua hai palestine mein.</w:t>
      </w:r>
      <w:r>
        <w:br/>
      </w:r>
      <w:r>
        <w:rPr>
          <w:sz w:val="20"/>
        </w:rPr>
        <w:t>38:56  palestine mein bhi ki history shuru hoti hai nineteen forty eight se.</w:t>
      </w:r>
      <w:r>
        <w:br/>
      </w:r>
      <w:r>
        <w:rPr>
          <w:sz w:val="20"/>
        </w:rPr>
        <w:t>39:00  is ke pehle se wahan pe hindu, yahudi aanay lagay thay.</w:t>
      </w:r>
      <w:r>
        <w:br/>
      </w:r>
      <w:r>
        <w:rPr>
          <w:sz w:val="20"/>
        </w:rPr>
        <w:t>39:05  to pehle zamanay mein aap jantay hain ke aana jana itna rok nahi thi.</w:t>
      </w:r>
      <w:r>
        <w:br/>
      </w:r>
      <w:r>
        <w:rPr>
          <w:sz w:val="20"/>
        </w:rPr>
        <w:t>39:09  visa bhi nahi hota tha.</w:t>
      </w:r>
      <w:r>
        <w:br/>
      </w:r>
      <w:r>
        <w:rPr>
          <w:sz w:val="20"/>
        </w:rPr>
        <w:t>39:13  to palestine ka sari zameen jo thi woh musalmanon ke paas thi, woh arbon ke paas thi. zyada tar.</w:t>
      </w:r>
      <w:r>
        <w:br/>
      </w:r>
      <w:r>
        <w:rPr>
          <w:sz w:val="20"/>
        </w:rPr>
        <w:t>39:18  ab woh yahoodi aate thay bahar se, wahan zameen khareedne lagay.</w:t>
      </w:r>
      <w:r>
        <w:br/>
      </w:r>
      <w:r>
        <w:rPr>
          <w:sz w:val="20"/>
        </w:rPr>
        <w:t>39:21  to shuru shuru mein ek reservement tha musalmanon mein ke yahoodi ke haath zameen mat becho.</w:t>
      </w:r>
      <w:r>
        <w:br/>
      </w:r>
      <w:r>
        <w:rPr>
          <w:sz w:val="20"/>
        </w:rPr>
        <w:t>39:24  lekin unhon ne daam barha diya.</w:t>
      </w:r>
      <w:r>
        <w:br/>
      </w:r>
      <w:r>
        <w:rPr>
          <w:sz w:val="20"/>
        </w:rPr>
        <w:t>39:28  yahan jaisa ke yahan pe hua.</w:t>
      </w:r>
      <w:r>
        <w:br/>
      </w:r>
      <w:r>
        <w:rPr>
          <w:sz w:val="20"/>
        </w:rPr>
        <w:t>39:31  yahan daam barha barha kar khareeda hai musalmanon ne yahan par.</w:t>
      </w:r>
      <w:r>
        <w:br/>
      </w:r>
      <w:r>
        <w:rPr>
          <w:sz w:val="20"/>
        </w:rPr>
        <w:t>39:34  nizamuddin colony mein.</w:t>
      </w:r>
      <w:r>
        <w:br/>
      </w:r>
      <w:r>
        <w:rPr>
          <w:sz w:val="20"/>
        </w:rPr>
        <w:t>39:38  to ulama ne fatwa diya ke yahoodiyon ke haath falasteen mein zameen bechna haram hai.</w:t>
      </w:r>
      <w:r>
        <w:br/>
      </w:r>
      <w:r>
        <w:rPr>
          <w:sz w:val="20"/>
        </w:rPr>
        <w:t>39:41  baqayda fatwa diya.</w:t>
      </w:r>
      <w:r>
        <w:br/>
      </w:r>
      <w:r>
        <w:rPr>
          <w:sz w:val="20"/>
        </w:rPr>
        <w:t>39:45  ke yahoodiyon ke haath</w:t>
      </w:r>
      <w:r>
        <w:br/>
      </w:r>
      <w:r>
        <w:rPr>
          <w:sz w:val="20"/>
        </w:rPr>
        <w:t>39:48  falasteen ki zameen bechna haram hai.</w:t>
      </w:r>
      <w:r>
        <w:br/>
      </w:r>
      <w:r>
        <w:rPr>
          <w:sz w:val="20"/>
        </w:rPr>
        <w:t>39:52  lekin hua kya? daam barha diya unhon ne.</w:t>
      </w:r>
      <w:r>
        <w:br/>
      </w:r>
      <w:r>
        <w:rPr>
          <w:sz w:val="20"/>
        </w:rPr>
        <w:t>39:56  daam barha diya unhon ne.</w:t>
      </w:r>
      <w:r>
        <w:br/>
      </w:r>
      <w:r>
        <w:rPr>
          <w:sz w:val="20"/>
        </w:rPr>
        <w:t>40:01  to ek purana misl hai ke dunya ka koi bhi gate itna necha nahi ke sone se lada</w:t>
      </w:r>
      <w:r>
        <w:br/>
      </w:r>
      <w:r>
        <w:rPr>
          <w:sz w:val="20"/>
        </w:rPr>
        <w:t>40:05  hua oont is se guzar na sake.</w:t>
      </w:r>
      <w:r>
        <w:br/>
      </w:r>
      <w:r>
        <w:rPr>
          <w:sz w:val="20"/>
        </w:rPr>
        <w:t>40:09  is se paas na ho sake.</w:t>
      </w:r>
      <w:r>
        <w:br/>
      </w:r>
      <w:r>
        <w:rPr>
          <w:sz w:val="20"/>
        </w:rPr>
        <w:t>40:14  dunya ka koi bhi gate itna necha nahi ke sone se lada hua oont is se paar na ho sake.</w:t>
      </w:r>
      <w:r>
        <w:br/>
      </w:r>
      <w:r>
        <w:rPr>
          <w:sz w:val="20"/>
        </w:rPr>
        <w:t>40:18  matlab sone se lada hua jab oont hoga to gate is ke liye ooncha ho jayega.</w:t>
      </w:r>
      <w:r>
        <w:br/>
      </w:r>
      <w:r>
        <w:rPr>
          <w:sz w:val="20"/>
        </w:rPr>
        <w:t>40:23  to Palestine mein yahoodiyon ne paisa barhaya, paisa barhaya, paisa barhaya.</w:t>
      </w:r>
      <w:r>
        <w:br/>
      </w:r>
      <w:r>
        <w:rPr>
          <w:sz w:val="20"/>
        </w:rPr>
        <w:t>40:28  to fatwa agarche tha ke haram hai bechna, tab bhi log bechte rahay.</w:t>
      </w:r>
      <w:r>
        <w:br/>
      </w:r>
      <w:r>
        <w:rPr>
          <w:sz w:val="20"/>
        </w:rPr>
        <w:t>40:33  yeh process pachaas baras tak chalta raha.</w:t>
      </w:r>
      <w:r>
        <w:br/>
      </w:r>
      <w:r>
        <w:rPr>
          <w:sz w:val="20"/>
        </w:rPr>
        <w:t>40:38  yahan tak yahoodiyon ne bohat zyada khareed liya wahan zameen, malik ban ke baith gaye.</w:t>
      </w:r>
      <w:r>
        <w:br/>
      </w:r>
      <w:r>
        <w:rPr>
          <w:sz w:val="20"/>
        </w:rPr>
        <w:t>40:43  ab yeh jo koi batata</w:t>
      </w:r>
      <w:r>
        <w:br/>
      </w:r>
      <w:r>
        <w:rPr>
          <w:sz w:val="20"/>
        </w:rPr>
        <w:t>40:48  nahi, kyunke main bohat detail mein parhta hoon cheezain to main ne jana hai is baat ko.</w:t>
      </w:r>
      <w:r>
        <w:br/>
      </w:r>
      <w:r>
        <w:rPr>
          <w:sz w:val="20"/>
        </w:rPr>
        <w:t>40:54  bas khali zulm ho raha hai, science ho rahi hai, bomb maar rahe hain ya woh Palestine mein</w:t>
      </w:r>
      <w:r>
        <w:br/>
      </w:r>
      <w:r>
        <w:rPr>
          <w:sz w:val="20"/>
        </w:rPr>
        <w:t>41:00  theek wahi history dohrai gayi hai jo hum nizamuddin colony mein dekhte hain.</w:t>
      </w:r>
      <w:r>
        <w:br/>
      </w:r>
      <w:r>
        <w:rPr>
          <w:sz w:val="20"/>
        </w:rPr>
        <w:t>41:06  keh hindu colony ko musalmanon ne khareed khareed kar muslim colony mein convert kar liya.</w:t>
      </w:r>
      <w:r>
        <w:br/>
      </w:r>
      <w:r>
        <w:rPr>
          <w:sz w:val="20"/>
        </w:rPr>
        <w:t>41:12  yeh sab Palestine ko yahudiyon ne ek muslim</w:t>
      </w:r>
    </w:p>
    <w:p>
      <w:pPr>
        <w:pStyle w:val="Heading2"/>
      </w:pPr>
      <w:r>
        <w:t>Muslims empire obsession leads to false grievance</w:t>
      </w:r>
    </w:p>
    <w:p>
      <w:r>
        <w:rPr>
          <w:color w:val="666666"/>
          <w:sz w:val="18"/>
        </w:rPr>
        <w:t>Muslims in the Present World | November 24, 2007 · 5m 33s · at 11:55 · https://youtu.be/2TrLMGJNHLs?t=715</w:t>
      </w:r>
    </w:p>
    <w:p>
      <w:r>
        <w:rPr>
          <w:i/>
        </w:rPr>
        <w:t>“Muslim leaders samajhte the ki empire ho tab hamari position hai.”</w:t>
      </w:r>
    </w:p>
    <w:p>
      <w:r>
        <w:rPr>
          <w:sz w:val="20"/>
        </w:rPr>
        <w:t>11:55  aur Ottoman empire. Mughal empire.</w:t>
      </w:r>
      <w:r>
        <w:br/>
      </w:r>
      <w:r>
        <w:rPr>
          <w:sz w:val="20"/>
        </w:rPr>
        <w:t>12:01  to yeh log jo thay, Muslim leaders, woh samajhtay thay ke empire ho tab hamari position hai.</w:t>
      </w:r>
      <w:r>
        <w:br/>
      </w:r>
      <w:r>
        <w:rPr>
          <w:sz w:val="20"/>
        </w:rPr>
        <w:t>12:07  Empire nahi to hamari koi position hi nahi.</w:t>
      </w:r>
      <w:r>
        <w:br/>
      </w:r>
      <w:r>
        <w:rPr>
          <w:sz w:val="20"/>
        </w:rPr>
        <w:t>12:13  ek dilchasp qissa bataunga aap ko mein.</w:t>
      </w:r>
      <w:r>
        <w:br/>
      </w:r>
      <w:r>
        <w:rPr>
          <w:sz w:val="20"/>
        </w:rPr>
        <w:t>12:19  Lucknow mein ek boodhi aurat wahan par road par khari hui thi,</w:t>
      </w:r>
      <w:r>
        <w:br/>
      </w:r>
      <w:r>
        <w:rPr>
          <w:sz w:val="20"/>
        </w:rPr>
        <w:t>12:25  choraahay par. us ke haath mein ek plate thi. to woh awaaz de rahi thi, keh rahi thi, "koi muzaffar khila de." muzaffar kehtay hain zarda jo banta hai, yaani meetha chawal, us mein kuch mewa waghera daaltay hain. to us ko kehtay hain muzaffar. to ek aadmi ne dekha to ke woh to muzaffar haath mein liye kh</w:t>
      </w:r>
      <w:r>
        <w:br/>
      </w:r>
      <w:r>
        <w:rPr>
          <w:sz w:val="20"/>
        </w:rPr>
        <w:t>12:55  ri hai plate mein.</w:t>
      </w:r>
      <w:r>
        <w:br/>
      </w:r>
      <w:r>
        <w:rPr>
          <w:sz w:val="20"/>
        </w:rPr>
        <w:t>13:00  to us ne kaha ke "Amaan ji, tum to mzafar liye khari ho to kyun kehti ho ke</w:t>
      </w:r>
      <w:r>
        <w:br/>
      </w:r>
      <w:r>
        <w:rPr>
          <w:sz w:val="20"/>
        </w:rPr>
        <w:t>13:05  mzafar khila de koi?" to haalat mein to khud hi mzafar hai.</w:t>
      </w:r>
      <w:r>
        <w:br/>
      </w:r>
      <w:r>
        <w:rPr>
          <w:sz w:val="20"/>
        </w:rPr>
        <w:t>13:11  kehti ho ke mzafar khila de.</w:t>
      </w:r>
      <w:r>
        <w:br/>
      </w:r>
      <w:r>
        <w:rPr>
          <w:sz w:val="20"/>
        </w:rPr>
        <w:t>13:16  to us ne bohat ghusay mein kaha, "door ho.</w:t>
      </w:r>
      <w:r>
        <w:br/>
      </w:r>
      <w:r>
        <w:rPr>
          <w:sz w:val="20"/>
        </w:rPr>
        <w:t>13:21  kahin balai ke baghair mzafar khaya jata hai?"</w:t>
      </w:r>
      <w:r>
        <w:br/>
      </w:r>
      <w:r>
        <w:rPr>
          <w:sz w:val="20"/>
        </w:rPr>
        <w:t>13:26  doodh ke oopar jab balai aa jati hai to us ne kaha ke "balai ke baghair bhi koi muzaffar khaya jata hai?" to muzaffar tha us ke paas. lekin chounkay balai nahi thi to samajhti thi kuch bhi nahi meray paas. yeh Musalmanon ka haal hua ke hukoomat thi un ke paas lekin chounkay empire nahi tha to samajhtay thay ke hamaray paas kuch bhi nahi hai. dekhiye, aaj ki jo</w:t>
      </w:r>
      <w:r>
        <w:br/>
      </w:r>
      <w:r>
        <w:rPr>
          <w:sz w:val="20"/>
        </w:rPr>
        <w:t>13:56  duniya hai is mein ek aur change aaya hai.</w:t>
      </w:r>
      <w:r>
        <w:br/>
      </w:r>
      <w:r>
        <w:rPr>
          <w:sz w:val="20"/>
        </w:rPr>
        <w:t>14:01  ab empire ka zamanay hi khatam ho gaya.</w:t>
      </w:r>
      <w:r>
        <w:br/>
      </w:r>
      <w:r>
        <w:rPr>
          <w:sz w:val="20"/>
        </w:rPr>
        <w:t>14:06  ab dekhiye, Russian empire toot gaya, jo aakhri empire tha duniya mein.</w:t>
      </w:r>
      <w:r>
        <w:br/>
      </w:r>
      <w:r>
        <w:rPr>
          <w:sz w:val="20"/>
        </w:rPr>
        <w:t>14:11  yeh hai national government ka zamana.</w:t>
      </w:r>
      <w:r>
        <w:br/>
      </w:r>
      <w:r>
        <w:rPr>
          <w:sz w:val="20"/>
        </w:rPr>
        <w:t>14:16  ek bohat bara change aaya hai is zamane mein ke empire ka zamana hi khatam ho gaya.</w:t>
      </w:r>
      <w:r>
        <w:br/>
      </w:r>
      <w:r>
        <w:rPr>
          <w:sz w:val="20"/>
        </w:rPr>
        <w:t>14:21  ab koi dunya mein empire na hai na ban sakti hai. Aakhri</w:t>
      </w:r>
      <w:r>
        <w:br/>
      </w:r>
      <w:r>
        <w:rPr>
          <w:sz w:val="20"/>
        </w:rPr>
        <w:t>14:26  empire tha Russian empire, woh bhi toot gaya.</w:t>
      </w:r>
      <w:r>
        <w:br/>
      </w:r>
      <w:r>
        <w:rPr>
          <w:sz w:val="20"/>
        </w:rPr>
        <w:t>14:30  to Ottoman empire, Abbasid empire, Mughal empire jo tooti, is zamane ne toda is ko.</w:t>
      </w:r>
      <w:r>
        <w:br/>
      </w:r>
      <w:r>
        <w:rPr>
          <w:sz w:val="20"/>
        </w:rPr>
        <w:t>14:35  kisi ke zulm ne nahi toda.</w:t>
      </w:r>
      <w:r>
        <w:br/>
      </w:r>
      <w:r>
        <w:rPr>
          <w:sz w:val="20"/>
        </w:rPr>
        <w:t>14:39  kuch cheezein jo hain, zamana un ko khatam karta hai.</w:t>
      </w:r>
      <w:r>
        <w:br/>
      </w:r>
      <w:r>
        <w:rPr>
          <w:sz w:val="20"/>
        </w:rPr>
        <w:t>14:43  log kehte hain ke filane ne khatam kiya.</w:t>
      </w:r>
      <w:r>
        <w:br/>
      </w:r>
      <w:r>
        <w:rPr>
          <w:sz w:val="20"/>
        </w:rPr>
        <w:t>14:48  yani historical forces se woh cheez khatam hoti hai.</w:t>
      </w:r>
      <w:r>
        <w:br/>
      </w:r>
      <w:r>
        <w:rPr>
          <w:sz w:val="20"/>
        </w:rPr>
        <w:t>14:52  aur log keh dete hain ke filane ne khatam</w:t>
      </w:r>
      <w:r>
        <w:br/>
      </w:r>
      <w:r>
        <w:rPr>
          <w:sz w:val="20"/>
        </w:rPr>
        <w:t>14:56  kiya.</w:t>
      </w:r>
      <w:r>
        <w:br/>
      </w:r>
      <w:r>
        <w:rPr>
          <w:sz w:val="20"/>
        </w:rPr>
        <w:t>15:02  to yeh naye zamane mein jo changes aaye, is mein se ek change yeh tha, ab zamana aa</w:t>
      </w:r>
      <w:r>
        <w:br/>
      </w:r>
      <w:r>
        <w:rPr>
          <w:sz w:val="20"/>
        </w:rPr>
        <w:t>15:08  gaya national government ka.</w:t>
      </w:r>
      <w:r>
        <w:br/>
      </w:r>
      <w:r>
        <w:rPr>
          <w:sz w:val="20"/>
        </w:rPr>
        <w:t>15:14  empire ka zamana khatam ho gaya.</w:t>
      </w:r>
      <w:r>
        <w:br/>
      </w:r>
      <w:r>
        <w:rPr>
          <w:sz w:val="20"/>
        </w:rPr>
        <w:t>15:20  yani empire kis ko kehte hain? Ek nation jo hai, doosre bohat sari nation par apna rule qaim kar le. To</w:t>
      </w:r>
      <w:r>
        <w:br/>
      </w:r>
      <w:r>
        <w:rPr>
          <w:sz w:val="20"/>
        </w:rPr>
        <w:t>15:26  is ko kehte hain empire.</w:t>
      </w:r>
      <w:r>
        <w:br/>
      </w:r>
      <w:r>
        <w:rPr>
          <w:sz w:val="20"/>
        </w:rPr>
        <w:t>15:31  jaise Britishs the, un ka jo homeland tha woh England tha.</w:t>
      </w:r>
      <w:r>
        <w:br/>
      </w:r>
      <w:r>
        <w:rPr>
          <w:sz w:val="20"/>
        </w:rPr>
        <w:t>15:35  England se nikal kar bohat si countries mein unhone apna rule qaim kar liya.</w:t>
      </w:r>
      <w:r>
        <w:br/>
      </w:r>
      <w:r>
        <w:rPr>
          <w:sz w:val="20"/>
        </w:rPr>
        <w:t>15:40  to that was the British empire.</w:t>
      </w:r>
      <w:r>
        <w:br/>
      </w:r>
      <w:r>
        <w:rPr>
          <w:sz w:val="20"/>
        </w:rPr>
        <w:t>15:44  aise Muslim ne kiya tha.</w:t>
      </w:r>
      <w:r>
        <w:br/>
      </w:r>
      <w:r>
        <w:rPr>
          <w:sz w:val="20"/>
        </w:rPr>
        <w:t>15:49  to is daur ki wajah se aisa hua tha.</w:t>
      </w:r>
      <w:r>
        <w:br/>
      </w:r>
      <w:r>
        <w:rPr>
          <w:sz w:val="20"/>
        </w:rPr>
        <w:t>15:53  woh ek zamana tha, woh ek age tha ke dunya mein empire qaim hua karti thi.</w:t>
      </w:r>
      <w:r>
        <w:br/>
      </w:r>
      <w:r>
        <w:rPr>
          <w:sz w:val="20"/>
        </w:rPr>
        <w:t>15:58  ab woh zamana hi khatam ho gaya. Political thought jo baad ko banay, jo political movement baad ko chalin. aur democracy aayi, freedom aaya. Self rule ka zamana aaya. National self rule ka zamana aaya. to woh khatam hi ho gaya. ab woh koi possibility nahi hai ke koi dobara empire banaye duniya</w:t>
      </w:r>
      <w:r>
        <w:br/>
      </w:r>
      <w:r>
        <w:rPr>
          <w:sz w:val="20"/>
        </w:rPr>
        <w:t>16:28  mein.</w:t>
      </w:r>
      <w:r>
        <w:br/>
      </w:r>
      <w:r>
        <w:rPr>
          <w:sz w:val="20"/>
        </w:rPr>
        <w:t>16:33  to is ko ro rahe hain ke empire nahi hai hamare paas? Yani abhi bhi national government hai</w:t>
      </w:r>
      <w:r>
        <w:br/>
      </w:r>
      <w:r>
        <w:rPr>
          <w:sz w:val="20"/>
        </w:rPr>
        <w:t>16:38  un ke paas, fifty seven.</w:t>
      </w:r>
      <w:r>
        <w:br/>
      </w:r>
      <w:r>
        <w:rPr>
          <w:sz w:val="20"/>
        </w:rPr>
        <w:t>16:43  lekin unhein dikhai nahi padti.</w:t>
      </w:r>
      <w:r>
        <w:br/>
      </w:r>
      <w:r>
        <w:rPr>
          <w:sz w:val="20"/>
        </w:rPr>
        <w:t>16:48  muzafar liye khare hain lekin chunke balai nahi samajhte ke muzafar hi nahi hamare paas hai.</w:t>
      </w:r>
      <w:r>
        <w:br/>
      </w:r>
      <w:r>
        <w:rPr>
          <w:sz w:val="20"/>
        </w:rPr>
        <w:t>16:53  musalmanon ke bohat bade ek ek thinker aur bohat</w:t>
      </w:r>
      <w:r>
        <w:br/>
      </w:r>
      <w:r>
        <w:rPr>
          <w:sz w:val="20"/>
        </w:rPr>
        <w:t>16:58  thinker, philosopher kya kya manay jatay hain, woh Iqbal, Allama Iqbal. to unhon ne kaha tha ke hukoomat naam hai jis ka gayi Taymoor ke ghar se. yahan Taymoor ka matlab hai Mughal rulers. kyunkay yeh log Taymoor ki aulaad se thay. to atharah sau satavan mein jo انقلاب aaya aur Mughal saltanat khatam hui</w:t>
      </w:r>
    </w:p>
    <w:p>
      <w:pPr>
        <w:pStyle w:val="Heading2"/>
      </w:pPr>
      <w:r>
        <w:t>Prophet Yusuf and Jesus: models of limited power</w:t>
      </w:r>
    </w:p>
    <w:p>
      <w:r>
        <w:rPr>
          <w:color w:val="666666"/>
          <w:sz w:val="18"/>
        </w:rPr>
        <w:t>Between Possible and Impossible December 9, 2012 · 5m 10s · at 16:34 · https://youtu.be/Q0tC7obKbT8?t=994</w:t>
      </w:r>
    </w:p>
    <w:p>
      <w:r>
        <w:rPr>
          <w:i/>
        </w:rPr>
        <w:t>“وہ ہے حضرت یوسف کا، ایک بہت انٹرسٹنگ سٹوری”</w:t>
      </w:r>
    </w:p>
    <w:p>
      <w:r>
        <w:rPr>
          <w:sz w:val="20"/>
        </w:rPr>
        <w:t>16:34  woh hai Hazrat Yusuf ka. Quran mein dekhiye, sab ek poori surah mein Hazrat Yusuf علیہ السلام ka qissa hai.</w:t>
      </w:r>
      <w:r>
        <w:br/>
      </w:r>
      <w:r>
        <w:rPr>
          <w:sz w:val="20"/>
        </w:rPr>
        <w:t>16:43  jo ab se saade teen hazar saal pehle Misr mein aaye. to Misr mein un ke zariye se ek model set hua.</w:t>
      </w:r>
      <w:r>
        <w:br/>
      </w:r>
      <w:r>
        <w:rPr>
          <w:sz w:val="20"/>
        </w:rPr>
        <w:t>16:53  yeh bohat hi zyada interesting story hai yeh. is waqt ek, ek, ek king tha wahan par. ek dynasty thi jis ko kehte the Aexes Kings.</w:t>
      </w:r>
      <w:r>
        <w:br/>
      </w:r>
      <w:r>
        <w:rPr>
          <w:sz w:val="20"/>
        </w:rPr>
        <w:t>17:05  woh dynasty rule kar rahi thi. to is waqt Hazrat Misr, Misr mein aaye woh aaye Hazrat Yusuf aaye jo paida hue the Falasteen mein.</w:t>
      </w:r>
      <w:r>
        <w:br/>
      </w:r>
      <w:r>
        <w:rPr>
          <w:sz w:val="20"/>
        </w:rPr>
        <w:t>17:17  to kuch aise halaat paida hue hain jis ka zikr hai Quran majeed mein aap us ko parh lijiye. ke badshah ne offer diya Hazrat Yusuf ko ke aap hamari saltanat mein agriculture ka charge le lijiye.</w:t>
      </w:r>
      <w:r>
        <w:br/>
      </w:r>
      <w:r>
        <w:rPr>
          <w:sz w:val="20"/>
        </w:rPr>
        <w:t>17:32  is zamane mein agriculture bohat bara department hua karta tha. to woh le liya unhon ne. lekin soorat-e-haal, soorat-e-haal yeh thi ke jo throne tha, throne, throne par badastoor badshah tha.</w:t>
      </w:r>
      <w:r>
        <w:br/>
      </w:r>
      <w:r>
        <w:rPr>
          <w:sz w:val="20"/>
        </w:rPr>
        <w:t>17:49  badshah ko</w:t>
      </w:r>
      <w:r>
        <w:br/>
      </w:r>
      <w:r>
        <w:rPr>
          <w:sz w:val="20"/>
        </w:rPr>
        <w:t>17:52  yani badshah ka political power mante hue Hazrat Yusuf ne is ko accept kiya tha. yani is, is offer ko.</w:t>
      </w:r>
      <w:r>
        <w:br/>
      </w:r>
      <w:r>
        <w:rPr>
          <w:sz w:val="20"/>
        </w:rPr>
        <w:t>18:01  yani is mein Quran mein jo lafz hai, do lafz aya hai. ek hai deen al-mulk, ek hai khazain al-ard. deen al-mulk ka matlab hai political power.</w:t>
      </w:r>
      <w:r>
        <w:br/>
      </w:r>
      <w:r>
        <w:rPr>
          <w:sz w:val="20"/>
        </w:rPr>
        <w:t>18:12  to political power is waqt bhi tha badshah ke paas. lekin khazain al-ard jo the, woh hadithon ke paas the.</w:t>
      </w:r>
      <w:r>
        <w:br/>
      </w:r>
      <w:r>
        <w:rPr>
          <w:sz w:val="20"/>
        </w:rPr>
        <w:t>18:19  khazain al-ard ka matlab hai mawaqe, opportunities. yani non-political field mein opportunities. khazain al-ard ka matlab hai ke non-political field mein jo opportunities hain, un par poora ikhtiyar tha Yusuf ko.</w:t>
      </w:r>
      <w:r>
        <w:br/>
      </w:r>
      <w:r>
        <w:rPr>
          <w:sz w:val="20"/>
        </w:rPr>
        <w:t>18:36  lekin jo throne tha, us par badshah qabiz tha. yeh baat Quran mein deen al-mulk ka aur khazain al-ard ke lafz mein aayi hai.</w:t>
      </w:r>
      <w:r>
        <w:br/>
      </w:r>
      <w:r>
        <w:rPr>
          <w:sz w:val="20"/>
        </w:rPr>
        <w:t>18:45  lekin ek qissa Babil mein bhi hai.</w:t>
      </w:r>
      <w:r>
        <w:br/>
      </w:r>
      <w:r>
        <w:rPr>
          <w:sz w:val="20"/>
        </w:rPr>
        <w:t>18:47  Babil mein aaya hai ke badshah ne Hazrat Yusuf se kaha ke only in regard to the throne I will be greater than you yeh badshah ne kaha tha Hazrat Yusuf se only in regard to the throne I will be greater than you yani sirf takht ke mamle mein main tum se bada rahunga.</w:t>
      </w:r>
      <w:r>
        <w:br/>
      </w:r>
      <w:r>
        <w:rPr>
          <w:sz w:val="20"/>
        </w:rPr>
        <w:t>19:11  baqi sab tumhare ikhtiyar mein hoga. yani is ka matlab kya hua?</w:t>
      </w:r>
      <w:r>
        <w:br/>
      </w:r>
      <w:r>
        <w:rPr>
          <w:sz w:val="20"/>
        </w:rPr>
        <w:t>19:17  yani political throne mere paas hoga. lekin non-political, non-political field mein opportunities jo hain, woh sab to avail karne ke liye azaad ho gaye.</w:t>
      </w:r>
      <w:r>
        <w:br/>
      </w:r>
      <w:r>
        <w:rPr>
          <w:sz w:val="20"/>
        </w:rPr>
        <w:t>19:27  yeh model tha. main samajhta hoon ke yahi ek hi model hai jo possible hai. koi doosra model possible nahi hai.</w:t>
      </w:r>
      <w:r>
        <w:br/>
      </w:r>
      <w:r>
        <w:rPr>
          <w:sz w:val="20"/>
        </w:rPr>
        <w:t>19:37  is model ko aap yeh keh sakte hain ke de-politicization. yani political power ko ek, ek, ek limit mein lana, ek had mein lana.</w:t>
      </w:r>
      <w:r>
        <w:br/>
      </w:r>
      <w:r>
        <w:rPr>
          <w:sz w:val="20"/>
        </w:rPr>
        <w:t>19:49  saare shobe se par is ka control ho, aisa na hona.</w:t>
      </w:r>
      <w:r>
        <w:br/>
      </w:r>
      <w:r>
        <w:rPr>
          <w:sz w:val="20"/>
        </w:rPr>
        <w:t>19:56  yahi model is ke baad aap dekhte hain, dekhiye, wahan khud yani Rasool Allah ki zindagi mein bhi.</w:t>
      </w:r>
      <w:r>
        <w:br/>
      </w:r>
      <w:r>
        <w:rPr>
          <w:sz w:val="20"/>
        </w:rPr>
        <w:t>20:06  Rasool Allah ke haan nahi, main is se pehle Hazrat Masih ka hawala dunga. yeh isi model ko Hazrat Masih ne, Hazrat Masih ko hukumat to nahi mili thi, lekin unhon ne isi model ko bayan kiya.</w:t>
      </w:r>
      <w:r>
        <w:br/>
      </w:r>
      <w:r>
        <w:rPr>
          <w:sz w:val="20"/>
        </w:rPr>
        <w:t>20:19  in Bible mein yeh alfaaz aate hain ke give to Caesar what is due to Caesar, give to God what is due to God</w:t>
      </w:r>
      <w:r>
        <w:br/>
      </w:r>
      <w:r>
        <w:rPr>
          <w:sz w:val="20"/>
        </w:rPr>
        <w:t>20:31  yani badshah ko woh do jo badshah ka haq hai. Allah ka woh do jo Allah ka haq hai. yani ek qism ka division, ek qism ka adjustment.</w:t>
      </w:r>
      <w:r>
        <w:br/>
      </w:r>
      <w:r>
        <w:rPr>
          <w:sz w:val="20"/>
        </w:rPr>
        <w:t>20:42  yani political power ki had tak badshah ka ikhtiyar. lekin doosre tamam jo mawaqe hain, us par logon ko azadi.</w:t>
      </w:r>
      <w:r>
        <w:br/>
      </w:r>
      <w:r>
        <w:rPr>
          <w:sz w:val="20"/>
        </w:rPr>
        <w:t>20:51  maslan education hai, the work hai, industry hai, business hai, social, yani social service hai.</w:t>
      </w:r>
      <w:r>
        <w:br/>
      </w:r>
      <w:r>
        <w:rPr>
          <w:sz w:val="20"/>
        </w:rPr>
        <w:t>21:02  yeh saari cheezein jo hain, badshah ke is se bahar rahengi. political power badshah ke paas hoga. yani aaj kal ki zaban mein administration. aap jante hain ke America, America mein government ko government nahi kahaya tha.</w:t>
      </w:r>
      <w:r>
        <w:br/>
      </w:r>
      <w:r>
        <w:rPr>
          <w:sz w:val="20"/>
        </w:rPr>
        <w:t>21:15  administration kahaya tha. US administration. yeh best, main samajhta hoon ke term hai. political power ke liye best term hai. to sab se pehle Hazrat Yusuf ke zariye se ek model qaim hua.</w:t>
      </w:r>
      <w:r>
        <w:br/>
      </w:r>
      <w:r>
        <w:rPr>
          <w:sz w:val="20"/>
        </w:rPr>
        <w:t>21:29  is ke baad Hazrat Masih ne kaha ke isi model ko affirm kiya unhon ne. ke badshah ko is ka political right do aur tum jo opportunities hain, is is ke ilawa is ko avail karo.</w:t>
      </w:r>
    </w:p>
    <w:p>
      <w:pPr>
        <w:pStyle w:val="Heading2"/>
      </w:pPr>
      <w:r>
        <w:t>Yusuf story best method</w:t>
      </w:r>
    </w:p>
    <w:p>
      <w:r>
        <w:rPr>
          <w:color w:val="666666"/>
          <w:sz w:val="18"/>
        </w:rPr>
        <w:t>Islam Ideology, Team and Method 9 Oct, 2011 - Maulana Wahiduddin Khan · 5m 32s · at 28:42 · https://youtu.be/gEd027DIDw8?t=1722</w:t>
      </w:r>
    </w:p>
    <w:p>
      <w:r>
        <w:rPr>
          <w:i/>
        </w:rPr>
        <w:t>“Hazrat Yusuf ka mamla kya tha?”</w:t>
      </w:r>
    </w:p>
    <w:p>
      <w:r>
        <w:rPr>
          <w:sz w:val="20"/>
        </w:rPr>
        <w:t>28:42  apne kaam ki suratain paida karen. to hazrat yusuf ka mamla kya tha? hazrat yusuf paida hue falasteen mein,</w:t>
      </w:r>
      <w:r>
        <w:br/>
      </w:r>
      <w:r>
        <w:rPr>
          <w:sz w:val="20"/>
        </w:rPr>
        <w:t>28:57  aur ek dehat mein paida hue, dehat mein jahan koi shehri mahol nahi tha.</w:t>
      </w:r>
      <w:r>
        <w:br/>
      </w:r>
      <w:r>
        <w:rPr>
          <w:sz w:val="20"/>
        </w:rPr>
        <w:t>29:07  to quran mein hai ke le aaya yusuf ko dehat se shehar mein, yani misr mein, falasteen ke dehat mein the wo.</w:t>
      </w:r>
      <w:r>
        <w:br/>
      </w:r>
      <w:r>
        <w:rPr>
          <w:sz w:val="20"/>
        </w:rPr>
        <w:t>29:18  to wahan se allah taala ishaalat paida hue ke allah taala un ko laye misr ke shehar mein, jo tamaddun, jo mutamaddin shehar us waqt tha.</w:t>
      </w:r>
      <w:r>
        <w:br/>
      </w:r>
      <w:r>
        <w:rPr>
          <w:sz w:val="20"/>
        </w:rPr>
        <w:t>29:29  to ye jo hazrat yusuf wahan laye gaye, ye planning thi allah taala ki, bahut badi planning. ek cheez ko demonstration dena tha jo falasteen mein mumkin nahi tha.</w:t>
      </w:r>
      <w:r>
        <w:br/>
      </w:r>
      <w:r>
        <w:rPr>
          <w:sz w:val="20"/>
        </w:rPr>
        <w:t>29:39  wo demonstration kya? yani wahan jo the kanam mein, kanam mein koi hukoomat nahi thi, koi bada conflict wahan nahi tha is type ka, aur misr mein baqayda hukoomat thi.</w:t>
      </w:r>
      <w:r>
        <w:br/>
      </w:r>
      <w:r>
        <w:rPr>
          <w:sz w:val="20"/>
        </w:rPr>
        <w:t>29:53  to hukoomat jo hai, sab se bada source hoti hai conflict ka. political system jo hai, political ruler jo hai, sab se zyada conflict isi se paida hota hai, isi se takrao paida hota hai.</w:t>
      </w:r>
      <w:r>
        <w:br/>
      </w:r>
      <w:r>
        <w:rPr>
          <w:sz w:val="20"/>
        </w:rPr>
        <w:t>30:10  to jab mulkon mulkon mein hukoomaten qaim hon, aur wahan political role hon log, aur aap ko dawati kaam karna hai, to kaise aap takrao ko avoid kar ke wahan par aisa karen?</w:t>
      </w:r>
      <w:r>
        <w:br/>
      </w:r>
      <w:r>
        <w:rPr>
          <w:sz w:val="20"/>
        </w:rPr>
        <w:t>30:25  wo hazrat yusuf ke misal mein bataya gaya hai. wo misal kya thi? dekhiye, ye hazrat yusuf jo kanam se aaye misr mein,</w:t>
      </w:r>
      <w:r>
        <w:br/>
      </w:r>
      <w:r>
        <w:rPr>
          <w:sz w:val="20"/>
        </w:rPr>
        <w:t>30:40  to ek khwab unhon ne dekha. badshah ne is badshah ke is khwab ki taabeer karne wala aur koi nahi mila.</w:t>
      </w:r>
      <w:r>
        <w:br/>
      </w:r>
      <w:r>
        <w:rPr>
          <w:sz w:val="20"/>
        </w:rPr>
        <w:t>30:50  hazrat yusuf ne is kitaben bayan kin. badshah ko bahut pasand aaya wo khwab ki taabeer. to is tarah se wo badshah ke darbar tak koi pahunchi hui.</w:t>
      </w:r>
      <w:r>
        <w:br/>
      </w:r>
      <w:r>
        <w:rPr>
          <w:sz w:val="20"/>
        </w:rPr>
        <w:t>31:02  aur phir kya hua ke allah taala ne khushhali wahan aai. aur doosre ne bataya ke saat saal khushhali ke honge, saat saal achhi barishon ke honge, achhi paidawar hogi.</w:t>
      </w:r>
      <w:r>
        <w:br/>
      </w:r>
      <w:r>
        <w:rPr>
          <w:sz w:val="20"/>
        </w:rPr>
        <w:t>31:19  is ke baad saat saal khushhali ke honge. ye cheez badshah ko bahut zyada, yani kyunke us ko apni riaya ka lehaaz karna tha, apni riaya ke liye khurak ka intezam karna tha,</w:t>
      </w:r>
      <w:r>
        <w:br/>
      </w:r>
      <w:r>
        <w:rPr>
          <w:sz w:val="20"/>
        </w:rPr>
        <w:t>31:32  ye cheez bahut pasand aai is ko. aur hazrat yusuf ne is waqt kaha ke main janta hoon kaise intezam kiya jaye is ka. to badshah un ko accept kar liya, un ko ab poora mahkama ziraat un ko de diya.</w:t>
      </w:r>
      <w:r>
        <w:br/>
      </w:r>
      <w:r>
        <w:rPr>
          <w:sz w:val="20"/>
        </w:rPr>
        <w:t>31:48  yani badshah phir bhi woh tha, yani mushrik. is ko kehte hain hyksas kings.</w:t>
      </w:r>
      <w:r>
        <w:br/>
      </w:r>
      <w:r>
        <w:rPr>
          <w:sz w:val="20"/>
        </w:rPr>
        <w:t>31:57  to ek dynasty thi, is dynasty ko hyksas kaha jata hai. to woh log mushrik thay. lekin hazrat yusuf ne un ki peshkash ko, yani is ko kaha ke khazain arz,</w:t>
      </w:r>
      <w:r>
        <w:br/>
      </w:r>
      <w:r>
        <w:rPr>
          <w:sz w:val="20"/>
        </w:rPr>
        <w:t>32:16  badshah ne khazain arz mein, yani wasail, is ke mulk ke jo wasail hain, us ka intezam yeh karein, is ko manage karein.</w:t>
      </w:r>
      <w:r>
        <w:br/>
      </w:r>
      <w:r>
        <w:rPr>
          <w:sz w:val="20"/>
        </w:rPr>
        <w:t>32:25  hazrat yusuf to un ko offer de diya ke takht par badshah ke sath to mein hi rahoon ga, lekin baqi sara misr mein aap ko moqa hoga ke aap sab manage karein.</w:t>
      </w:r>
      <w:r>
        <w:br/>
      </w:r>
      <w:r>
        <w:rPr>
          <w:sz w:val="20"/>
        </w:rPr>
        <w:t>32:40  hazrat yusuf ne qabool kar liya is ko. is ke nateejay mein bohat zabardast kaam kar sake hazrat yusuf alaih-e-salam. aur isi ki wajah se mumkin hua ke woh bani israel ko qanaam se la kar ke misr mein basayein.</w:t>
      </w:r>
      <w:r>
        <w:br/>
      </w:r>
      <w:r>
        <w:rPr>
          <w:sz w:val="20"/>
        </w:rPr>
        <w:t>32:54  yeh bhi Allah taala ki bohat bari scheme thi ke inhi mein se paida hui. phir moosa aur moosa ne phir firoun ko khitab kiya. aur ek poora ek is ka ek waqia aap quran mein parh sakte hain.</w:t>
      </w:r>
      <w:r>
        <w:br/>
      </w:r>
      <w:r>
        <w:rPr>
          <w:sz w:val="20"/>
        </w:rPr>
        <w:t>33:07  to yeh kaise mumkin hua ke hazrat yusuf jo hai, itna bara kaam kar saka misr mein? woh hua political power se yak-tarfa adjustment.</w:t>
      </w:r>
      <w:r>
        <w:br/>
      </w:r>
      <w:r>
        <w:rPr>
          <w:sz w:val="20"/>
        </w:rPr>
        <w:t>33:23  ek tarfa adjustment, yani badshah ko badshah ki tasleem kar liya unhon ne. ba'sat badshah ki tasleem kar liya unhon ne.</w:t>
      </w:r>
      <w:r>
        <w:br/>
      </w:r>
      <w:r>
        <w:rPr>
          <w:sz w:val="20"/>
        </w:rPr>
        <w:t>33:33  quran mein hai ke deen mulk badshah ka tha, yani law of land jo tha, tab bhi badshah ka tha. is ko unhon ne tasleem kar liya.</w:t>
      </w:r>
      <w:r>
        <w:br/>
      </w:r>
      <w:r>
        <w:rPr>
          <w:sz w:val="20"/>
        </w:rPr>
        <w:t>33:43  to badshah ka ki sovereignty badshah ki taraf se qaim hua. law of land is ko maan liya unhon ne, is ka takrao nahi kiya.</w:t>
      </w:r>
      <w:r>
        <w:br/>
      </w:r>
      <w:r>
        <w:rPr>
          <w:sz w:val="20"/>
        </w:rPr>
        <w:t>33:53  to poora misr un ke, poora misr un ke, yani zer amal aa gaya. yeh hai asal al-qasas.</w:t>
      </w:r>
      <w:r>
        <w:br/>
      </w:r>
      <w:r>
        <w:rPr>
          <w:sz w:val="20"/>
        </w:rPr>
        <w:t>34:05  asal al-qasas ka matlab yeh hai ke ek aisi, aisi practical wisdom. yeh yeh ek bar practical wisdom thi.</w:t>
      </w:r>
    </w:p>
    <w:p>
      <w:pPr>
        <w:pStyle w:val="Heading2"/>
      </w:pPr>
      <w:r>
        <w:t>Argument for unity of truth</w:t>
      </w:r>
    </w:p>
    <w:p>
      <w:r>
        <w:rPr>
          <w:color w:val="666666"/>
          <w:sz w:val="18"/>
        </w:rPr>
        <w:t>The Ideology of Truth July 15, 2007 · 5m 58s · at 7:36 · https://youtu.be/w3OkX5xvqTI?t=456</w:t>
      </w:r>
    </w:p>
    <w:p>
      <w:r>
        <w:rPr>
          <w:i/>
        </w:rPr>
        <w:t>“Ab dekhiye ke truth ke bare mein do concept paye jaate hain”</w:t>
      </w:r>
    </w:p>
    <w:p>
      <w:r>
        <w:rPr>
          <w:sz w:val="20"/>
        </w:rPr>
        <w:t>7:36  short history. ek ke mutabiq, ek jo hai oneness of truth par believe karta hai, yaqeen rakhta hai.</w:t>
      </w:r>
      <w:r>
        <w:br/>
      </w:r>
      <w:r>
        <w:rPr>
          <w:sz w:val="20"/>
        </w:rPr>
        <w:t>7:48  doosra jo hai wo manyness of truth ko manta hai. oneness of truth aur manyness of truth. ya oneness of reality aur manyness of reality.</w:t>
      </w:r>
      <w:r>
        <w:br/>
      </w:r>
      <w:r>
        <w:rPr>
          <w:sz w:val="20"/>
        </w:rPr>
        <w:t>8:03  ye do concept paye gaye hain basically history mein. maine dono ko parha hai. aur in ka tajurba bhi kiya hai apni lambi umar mein.</w:t>
      </w:r>
      <w:r>
        <w:br/>
      </w:r>
      <w:r>
        <w:rPr>
          <w:sz w:val="20"/>
        </w:rPr>
        <w:t>8:19  main ye kahunga ke manyness of truth ya manyness of reality jo hai, ek beautiful word hai. lekin is ka practical faida kuch bhi nahin.</w:t>
      </w:r>
      <w:r>
        <w:br/>
      </w:r>
      <w:r>
        <w:rPr>
          <w:sz w:val="20"/>
        </w:rPr>
        <w:t>8:31  ek beautiful word hai.</w:t>
      </w:r>
      <w:r>
        <w:br/>
      </w:r>
      <w:r>
        <w:rPr>
          <w:sz w:val="20"/>
        </w:rPr>
        <w:t>8:33  bolon ko bohat, bolon ko bohat acha lagta hai. aap jante honge ke 1893 mein jab swami vivekananda chicago ke religious parliament mein gaye aur wahan unhon ne elan kiya ke "all the religions are true" to bohat clapping mili un ko.</w:t>
      </w:r>
      <w:r>
        <w:br/>
      </w:r>
      <w:r>
        <w:rPr>
          <w:sz w:val="20"/>
        </w:rPr>
        <w:t>8:58  lekin "all the religions of true" jo hai, is mein kya khas baat hai? to arnold toynbee ne likha hai ke "all the religions are true" mein "live and let live" ki spirit hai.</w:t>
      </w:r>
      <w:r>
        <w:br/>
      </w:r>
      <w:r>
        <w:rPr>
          <w:sz w:val="20"/>
        </w:rPr>
        <w:t>9:16  is liye wo zyada acha hai ke main bhi sach, tum bhi sach.</w:t>
      </w:r>
      <w:r>
        <w:br/>
      </w:r>
      <w:r>
        <w:rPr>
          <w:sz w:val="20"/>
        </w:rPr>
        <w:t>9:23  to is ko main keh sakta hoon ke ye hai mutual recognition. mutual recognition. to un ke nazdeek ye hai ke is se peace aata hai society mein,</w:t>
      </w:r>
      <w:r>
        <w:br/>
      </w:r>
      <w:r>
        <w:rPr>
          <w:sz w:val="20"/>
        </w:rPr>
        <w:t>9:40  mutual co-existence aata hai, is ka ye faida hai. aur is ke as compared to this concept, in logon ka manna hai ke oneness ka jo concept hai,</w:t>
      </w:r>
      <w:r>
        <w:br/>
      </w:r>
      <w:r>
        <w:rPr>
          <w:sz w:val="20"/>
        </w:rPr>
        <w:t>9:55  wo ladaai paida karta hai, intolerance aata hai is se. kuch log ye samajh lete hain ke hum superior hain, doosre inferior hain.</w:t>
      </w:r>
      <w:r>
        <w:br/>
      </w:r>
      <w:r>
        <w:rPr>
          <w:sz w:val="20"/>
        </w:rPr>
        <w:t>10:05  is tarah ka negative thought aata hai,</w:t>
      </w:r>
      <w:r>
        <w:br/>
      </w:r>
      <w:r>
        <w:rPr>
          <w:sz w:val="20"/>
        </w:rPr>
        <w:t>10:10  is wo phir translate hota hai war mein aur takrao mein. to oneness of reality ya oneness of truth jo hai, is ko unhon ne reject kiya aur manyness of man aur manyness of truth ko accept kiya.</w:t>
      </w:r>
      <w:r>
        <w:br/>
      </w:r>
      <w:r>
        <w:rPr>
          <w:sz w:val="20"/>
        </w:rPr>
        <w:t>10:30  main samajhta hoon ke ek criteria nahin galat hai. yani truth jo hai, is ko aap social criteria se judge kar rahe hain.</w:t>
      </w:r>
      <w:r>
        <w:br/>
      </w:r>
      <w:r>
        <w:rPr>
          <w:sz w:val="20"/>
        </w:rPr>
        <w:t>10:41  aap social criteria se judge kar sakte hain is ko. maslan honesty hai. honesty ko aap social criteria se judge karenge.</w:t>
      </w:r>
      <w:r>
        <w:br/>
      </w:r>
      <w:r>
        <w:rPr>
          <w:sz w:val="20"/>
        </w:rPr>
        <w:t>10:51  yani business community agar ye kahe ke dishonesty mein zyada faida hai to hum honesty kyun banen? to kya aap is ko le kar kahenge ke dishonesty zyada achi cheez hai?</w:t>
      </w:r>
      <w:r>
        <w:br/>
      </w:r>
      <w:r>
        <w:rPr>
          <w:sz w:val="20"/>
        </w:rPr>
        <w:t>11:06  dekhen, truth ko aap social criteria se judge nahin kar sakte.</w:t>
      </w:r>
      <w:r>
        <w:br/>
      </w:r>
      <w:r>
        <w:rPr>
          <w:sz w:val="20"/>
        </w:rPr>
        <w:t>11:12  truth ko koi pure criteria lena parega use judge karne ke liye. wo kya hai? main samajhta hoon ke insan ki sab se bari jo requirement hai,</w:t>
      </w:r>
      <w:r>
        <w:br/>
      </w:r>
      <w:r>
        <w:rPr>
          <w:sz w:val="20"/>
        </w:rPr>
        <w:t>11:28  wo hai conviction. conviction. har aadmi chahta hai ke duniya mein wo conviction par jiye.</w:t>
      </w:r>
      <w:r>
        <w:br/>
      </w:r>
      <w:r>
        <w:rPr>
          <w:sz w:val="20"/>
        </w:rPr>
        <w:t>11:39  sab se bari cheez conviction.</w:t>
      </w:r>
      <w:r>
        <w:br/>
      </w:r>
      <w:r>
        <w:rPr>
          <w:sz w:val="20"/>
        </w:rPr>
        <w:t>11:43  dekhiye, animal ki yeh zaroorat nahi hai ke woh conviction us ke paas ho. un ke un ke haan conviction ka koi concept nahi hai. galaxy ya solar system ya om mountain aur ocean ka ke liye us ki zaroorat nahi hai.</w:t>
      </w:r>
      <w:r>
        <w:br/>
      </w:r>
      <w:r>
        <w:rPr>
          <w:sz w:val="20"/>
        </w:rPr>
        <w:t>12:00  to conviction na to material world ki zaroorat hai, na animal ki zaroorat hai. yeh sirf insaan ki zaroorat hai.</w:t>
      </w:r>
      <w:r>
        <w:br/>
      </w:r>
      <w:r>
        <w:rPr>
          <w:sz w:val="20"/>
        </w:rPr>
        <w:t>12:12  baghair conviction ke aap dunya mein jee nahi sakte. jeene ka matlab yeh hai ke aap tension mein jiyenge, aap stress mein jiyenge, aap peace nahi hoga aap ki zindagi mein.</w:t>
      </w:r>
      <w:r>
        <w:br/>
      </w:r>
      <w:r>
        <w:rPr>
          <w:sz w:val="20"/>
        </w:rPr>
        <w:t>12:28  to mein yeh kahunga ke conviction jo hai, us mein spirit ko woh spirit ko woh afford nahi kar sakta. jaise motherhood jo hai, motherhood jo hai, spirit ko afford nahi kar sakti.</w:t>
      </w:r>
      <w:r>
        <w:br/>
      </w:r>
      <w:r>
        <w:rPr>
          <w:sz w:val="20"/>
        </w:rPr>
        <w:t>12:41  ek hi maa par aap ko maa wale, ah maa wali feeling aa sakti hai. maa wali feeling jo hai, ek maa par aayegi.</w:t>
      </w:r>
      <w:r>
        <w:br/>
      </w:r>
      <w:r>
        <w:rPr>
          <w:sz w:val="20"/>
        </w:rPr>
        <w:t>12:52  agar aap se kaha jaye ke tumhari chaar maayein hain to is ka matlab yeh hoga ke aap maa wali feeling hi aap aap se ghayab ho jayegi. to</w:t>
      </w:r>
      <w:r>
        <w:br/>
      </w:r>
      <w:r>
        <w:rPr>
          <w:sz w:val="20"/>
        </w:rPr>
        <w:t>13:05  truth ka mamla jo hai, woh motherhood jaisa mamla hai.</w:t>
      </w:r>
      <w:r>
        <w:br/>
      </w:r>
      <w:r>
        <w:rPr>
          <w:sz w:val="20"/>
        </w:rPr>
        <w:t>13:09  woh spirit ko bardasht nahi kar sakta. to oneness of reality hi natural formula hai.</w:t>
      </w:r>
      <w:r>
        <w:br/>
      </w:r>
      <w:r>
        <w:rPr>
          <w:sz w:val="20"/>
        </w:rPr>
        <w:t>13:20  aur yeh jo baat kahi jati hai ke oneness of reality se aata hai superiority complex, hate, intolerance, war, to yeh mein samajhta hoon ke ek bilkul hi baseless baat hai.</w:t>
      </w:r>
    </w:p>
    <w:p>
      <w:pPr>
        <w:pStyle w:val="Heading2"/>
      </w:pPr>
      <w:r>
        <w:t>Birla's punctuality on independence night defines success</w:t>
      </w:r>
    </w:p>
    <w:p>
      <w:r>
        <w:rPr>
          <w:color w:val="666666"/>
          <w:sz w:val="18"/>
        </w:rPr>
        <w:t>The Secret of Success June 26, 2008 Maulana Wahiduddin Khan · 4m 35s · at 24:00 · https://youtu.be/_vqfB9XcpPs?t=1440</w:t>
      </w:r>
    </w:p>
    <w:p>
      <w:r>
        <w:rPr>
          <w:i/>
        </w:rPr>
        <w:t>“میں ریئل لائف کا ایک قصہ بتاتا ہوں آپ کو، برلہ نے بہت ترقی کی”</w:t>
      </w:r>
    </w:p>
    <w:p>
      <w:r>
        <w:rPr>
          <w:sz w:val="20"/>
        </w:rPr>
        <w:t>24:00  jaise main real life ka aik batata hoon aap</w:t>
      </w:r>
      <w:r>
        <w:br/>
      </w:r>
      <w:r>
        <w:rPr>
          <w:sz w:val="20"/>
        </w:rPr>
        <w:t>24:04  ko. aap jante hain ke hamare desh mein Birla ne bohat taraqi ki.</w:t>
      </w:r>
      <w:r>
        <w:br/>
      </w:r>
      <w:r>
        <w:rPr>
          <w:sz w:val="20"/>
        </w:rPr>
        <w:t>24:13  J.D. Birla. bohat baray industries banay woh. top par pohanchay.</w:t>
      </w:r>
      <w:r>
        <w:br/>
      </w:r>
      <w:r>
        <w:rPr>
          <w:sz w:val="20"/>
        </w:rPr>
        <w:t>24:24  to un ki life main ne parhi. to aap jante hain ke woh freedom struggle mein bhi involve thay woh.</w:t>
      </w:r>
      <w:r>
        <w:br/>
      </w:r>
      <w:r>
        <w:rPr>
          <w:sz w:val="20"/>
        </w:rPr>
        <w:t>24:32  kafi woh madad karte thay un logon ki. to pandrah august unnees so sentalis ko aap jante hain ke azaadi mili India ko.</w:t>
      </w:r>
      <w:r>
        <w:br/>
      </w:r>
      <w:r>
        <w:rPr>
          <w:sz w:val="20"/>
        </w:rPr>
        <w:t>24:48  to raat ko barah baj kar aik minute par viceroy yeh bolne walay thay radio par aa kar ke.</w:t>
      </w:r>
      <w:r>
        <w:br/>
      </w:r>
      <w:r>
        <w:rPr>
          <w:sz w:val="20"/>
        </w:rPr>
        <w:t>25:02  kyun ke is zamanay mein TV nahi hota tha. ke barah baj kar aik minute par viceroy ne us waqt Lord Mountbatten thay viceroy, woh radio par aaye</w:t>
      </w:r>
      <w:r>
        <w:br/>
      </w:r>
      <w:r>
        <w:rPr>
          <w:sz w:val="20"/>
        </w:rPr>
        <w:t>25:14  aur unhon ne kaha today India is free.</w:t>
      </w:r>
      <w:r>
        <w:br/>
      </w:r>
      <w:r>
        <w:rPr>
          <w:sz w:val="20"/>
        </w:rPr>
        <w:t>25:21  to is ko sunne ke liye bare bare leader dilli mein birla house mein baithe hue the.</w:t>
      </w:r>
      <w:r>
        <w:br/>
      </w:r>
      <w:r>
        <w:rPr>
          <w:sz w:val="20"/>
        </w:rPr>
        <w:t>25:31  is waqt birla house jo tha woh leaderon ka woh tha, wohin par log aate the, wahan theharte the.</w:t>
      </w:r>
      <w:r>
        <w:br/>
      </w:r>
      <w:r>
        <w:rPr>
          <w:sz w:val="20"/>
        </w:rPr>
        <w:t>25:39  to log birla house mein baithe hue the ke barah baj kar aik minute par sunein is viceroy ke is is elaan ko.</w:t>
      </w:r>
      <w:r>
        <w:br/>
      </w:r>
      <w:r>
        <w:rPr>
          <w:sz w:val="20"/>
        </w:rPr>
        <w:t>25:47  to birla hi baithe hue the.</w:t>
      </w:r>
      <w:r>
        <w:br/>
      </w:r>
      <w:r>
        <w:rPr>
          <w:sz w:val="20"/>
        </w:rPr>
        <w:t>25:53  to jaise hi un ki ghari mein aath baj kar tees minute hue, eight thirty, to uth gaye woh. to unhon ne kaha ke abhi abhi to sunna hai, aap kahan chale ja rahe hain?</w:t>
      </w:r>
      <w:r>
        <w:br/>
      </w:r>
      <w:r>
        <w:rPr>
          <w:sz w:val="20"/>
        </w:rPr>
        <w:t>26:07  unhon ne kaha ke nahi, mere sone ka time ho gaya. eight thirty par mein so jata hoon rozana. yeh mera yani tareeqa hai.</w:t>
      </w:r>
      <w:r>
        <w:br/>
      </w:r>
      <w:r>
        <w:rPr>
          <w:sz w:val="20"/>
        </w:rPr>
        <w:t>26:19  isi birla house mein kisi kamre mein rehte the woh us waqt. us waqt thehre hue the. to uth kar ke woh apne bedroom mein chale gaye aur so gaye.</w:t>
      </w:r>
      <w:r>
        <w:br/>
      </w:r>
      <w:r>
        <w:rPr>
          <w:sz w:val="20"/>
        </w:rPr>
        <w:t>26:30  aur kaha kya unhon ne?</w:t>
      </w:r>
      <w:r>
        <w:br/>
      </w:r>
      <w:r>
        <w:rPr>
          <w:sz w:val="20"/>
        </w:rPr>
        <w:t>26:34  kaha ke aaj jo viceroy sahib bolenge, kal woh paper mein aa jayega. to mein us ko paper mein padh loonga. to mein apna jo time hai mera, us ko mein kyun bigadoon?</w:t>
      </w:r>
      <w:r>
        <w:br/>
      </w:r>
      <w:r>
        <w:rPr>
          <w:sz w:val="20"/>
        </w:rPr>
        <w:t>26:51  mera daily ka routine hai ke eight thirty par mein bed par chala jata hoon. to aaj bhi mein ja raha hoon. baqi jo un ka announcement hai woh kal mein dekh loonga paper mein.</w:t>
      </w:r>
      <w:r>
        <w:br/>
      </w:r>
      <w:r>
        <w:rPr>
          <w:sz w:val="20"/>
        </w:rPr>
        <w:t>27:01  yeh hai real story.</w:t>
      </w:r>
      <w:r>
        <w:br/>
      </w:r>
      <w:r>
        <w:rPr>
          <w:sz w:val="20"/>
        </w:rPr>
        <w:t>27:03  is qisse ko padh kar aik aadmi par gehra impact padega. woh sochega ke waqai mujhe isi tarah se apne time ko manage karna chahiye.</w:t>
      </w:r>
      <w:r>
        <w:br/>
      </w:r>
      <w:r>
        <w:rPr>
          <w:sz w:val="20"/>
        </w:rPr>
        <w:t>27:13  lekin jo qisse kahaniyan hoti hain novel mein, us se kisi aik insaan ke andar bhi koi change ya badlao kabhi nahi aa sakta hai.</w:t>
      </w:r>
      <w:r>
        <w:br/>
      </w:r>
      <w:r>
        <w:rPr>
          <w:sz w:val="20"/>
        </w:rPr>
        <w:t>27:25  badlao lane ke liye real story chahiye.</w:t>
      </w:r>
      <w:r>
        <w:br/>
      </w:r>
      <w:r>
        <w:rPr>
          <w:sz w:val="20"/>
        </w:rPr>
        <w:t>27:30  farzi story se badlao kabhi nahi aata hai. aik baat mein is mein yeh kehna chahoonga ke success kya cheez hai?</w:t>
      </w:r>
      <w:r>
        <w:br/>
      </w:r>
      <w:r>
        <w:rPr>
          <w:sz w:val="20"/>
        </w:rPr>
        <w:t>27:41  success koi aisi cheez nahi hai jo kisi vacuum mein aap ko milay. maslan yeh mein aik us waqt aik aik room mein baitha hoon.</w:t>
      </w:r>
      <w:r>
        <w:br/>
      </w:r>
      <w:r>
        <w:rPr>
          <w:sz w:val="20"/>
        </w:rPr>
        <w:t>27:56  agar yeh aik room khali room ho, isi khali room mein mujhe rehna ho, to is khali room mein mein kya success dikhaoonga?</w:t>
      </w:r>
      <w:r>
        <w:br/>
      </w:r>
      <w:r>
        <w:rPr>
          <w:sz w:val="20"/>
        </w:rPr>
        <w:t>28:04  success naam hai social life mein hone wale aik aik aik cheez ka. jab aap social life mein hote hain, wahan kuch karte hain, wahan kuch aap ko achievement hoti hai,</w:t>
      </w:r>
      <w:r>
        <w:br/>
      </w:r>
      <w:r>
        <w:rPr>
          <w:sz w:val="20"/>
        </w:rPr>
        <w:t>28:18  us ko success kaha jata hai. success cannot be achieved in vacuum.</w:t>
      </w:r>
      <w:r>
        <w:br/>
      </w:r>
      <w:r>
        <w:rPr>
          <w:sz w:val="20"/>
        </w:rPr>
        <w:t>28:29  success can be achieved only in a society.</w:t>
      </w:r>
    </w:p>
    <w:p>
      <w:pPr>
        <w:pStyle w:val="Heading2"/>
      </w:pPr>
      <w:r>
        <w:t>Rhetoric fails need exploration and knowledge</w:t>
      </w:r>
    </w:p>
    <w:p>
      <w:r>
        <w:rPr>
          <w:color w:val="666666"/>
          <w:sz w:val="18"/>
        </w:rPr>
        <w:t>Dars-e-Quran, Ch. 12, V. 105 ; Ch. 10 V. 61 (Study of Nature) | July 15, 2018 · 5m 34s · at 18:59 · https://youtu.be/5d-qNvpMg4k?t=1139</w:t>
      </w:r>
    </w:p>
    <w:p>
      <w:r>
        <w:rPr>
          <w:i/>
        </w:rPr>
        <w:t>“Rasta hi ghalat tha”</w:t>
      </w:r>
    </w:p>
    <w:p>
      <w:r>
        <w:rPr>
          <w:sz w:val="20"/>
        </w:rPr>
        <w:t>18:59  rasta hi galat tha, woh rasta hi galat tha.</w:t>
      </w:r>
      <w:r>
        <w:br/>
      </w:r>
      <w:r>
        <w:rPr>
          <w:sz w:val="20"/>
        </w:rPr>
        <w:t>19:05  bade bade alfaaz bol kar aap ummat ke andar zindagi nahi paida kar sakte, impossible hai.</w:t>
      </w:r>
      <w:r>
        <w:br/>
      </w:r>
      <w:r>
        <w:rPr>
          <w:sz w:val="20"/>
        </w:rPr>
        <w:t>19:11  nawara talkh tar meezan cho zawq naghma kamyabi.</w:t>
      </w:r>
      <w:r>
        <w:br/>
      </w:r>
      <w:r>
        <w:rPr>
          <w:sz w:val="20"/>
        </w:rPr>
        <w:t>19:17  nawara talkh tar meezan cho zawq naghma kamyabi.</w:t>
      </w:r>
      <w:r>
        <w:br/>
      </w:r>
      <w:r>
        <w:rPr>
          <w:sz w:val="20"/>
        </w:rPr>
        <w:t>19:23  khudira tez tar meekhan</w:t>
      </w:r>
      <w:r>
        <w:br/>
      </w:r>
      <w:r>
        <w:rPr>
          <w:sz w:val="20"/>
        </w:rPr>
        <w:t>19:29  cho muamla garami.</w:t>
      </w:r>
      <w:r>
        <w:br/>
      </w:r>
      <w:r>
        <w:rPr>
          <w:sz w:val="20"/>
        </w:rPr>
        <w:t>19:35  aur zor-o-shauq ke sath baatein karo aur zyada jazbati andaaz ki taqreerein karo.</w:t>
      </w:r>
      <w:r>
        <w:br/>
      </w:r>
      <w:r>
        <w:rPr>
          <w:sz w:val="20"/>
        </w:rPr>
        <w:t>19:41  pata nahin bhala is se kaun kaun mein zindagi paida ho sakti hai? yeh koi zindagi paida karne</w:t>
      </w:r>
      <w:r>
        <w:br/>
      </w:r>
      <w:r>
        <w:rPr>
          <w:sz w:val="20"/>
        </w:rPr>
        <w:t>19:47  ka raasta hai ke is tarah ki aayatein hain Quran mein, sau se zyada hain jo kainaati nishaniyon</w:t>
      </w:r>
      <w:r>
        <w:br/>
      </w:r>
      <w:r>
        <w:rPr>
          <w:sz w:val="20"/>
        </w:rPr>
        <w:t>19:53  ko refer kar rahi hain aur kehti hain</w:t>
      </w:r>
      <w:r>
        <w:br/>
      </w:r>
      <w:r>
        <w:rPr>
          <w:sz w:val="20"/>
        </w:rPr>
        <w:t>19:59  ke kaha tum dekhte nahin? to is sawaal ke jawab woh saada hamare paas hain.</w:t>
      </w:r>
      <w:r>
        <w:br/>
      </w:r>
      <w:r>
        <w:rPr>
          <w:sz w:val="20"/>
        </w:rPr>
        <w:t>20:07  to kaise dekhenge? door ki nishaniyon ko hum durbin ke baad kaise dekhenge? qareeb ki chhoti</w:t>
      </w:r>
      <w:r>
        <w:br/>
      </w:r>
      <w:r>
        <w:rPr>
          <w:sz w:val="20"/>
        </w:rPr>
        <w:t>20:14  chhoti budiyan jo hain, alam-e-asghar ko hum khurdbeen ke zariye, khurdbeen ke zariye kaise dekhenge? is</w:t>
      </w:r>
      <w:r>
        <w:br/>
      </w:r>
      <w:r>
        <w:rPr>
          <w:sz w:val="20"/>
        </w:rPr>
        <w:t>20:22  ko nahin ke yeh yeh yeh</w:t>
      </w:r>
      <w:r>
        <w:br/>
      </w:r>
      <w:r>
        <w:rPr>
          <w:sz w:val="20"/>
        </w:rPr>
        <w:t>20:29  yani yeh hukum, yeh yeh speed ubhari gayi hai. speed ubhari gayi hai ke musalman sirf quran ke matan hi ko sab kuch na samjhen, bas matan mein tehqeeq kar rahe hain. quran ka jo matan hai, usi mein ghoom phir kar ke</w:t>
      </w:r>
      <w:r>
        <w:br/>
      </w:r>
      <w:r>
        <w:rPr>
          <w:sz w:val="20"/>
        </w:rPr>
        <w:t>20:59  pade hue hain.</w:t>
      </w:r>
      <w:r>
        <w:br/>
      </w:r>
      <w:r>
        <w:rPr>
          <w:sz w:val="20"/>
        </w:rPr>
        <w:t>21:06  nahin, matn ke bahar jo duniya hai, alam-e-asghar aur alam-e-akbar dono, is mein jo haqiqatein hain,</w:t>
      </w:r>
      <w:r>
        <w:br/>
      </w:r>
      <w:r>
        <w:rPr>
          <w:sz w:val="20"/>
        </w:rPr>
        <w:t>21:12  yeh un Khuda ki paida ki hui duniya, Khuda ki takhleeq ki hui duniya, alam-e-makhlooqat, to is</w:t>
      </w:r>
      <w:r>
        <w:br/>
      </w:r>
      <w:r>
        <w:rPr>
          <w:sz w:val="20"/>
        </w:rPr>
        <w:t>21:18  ko is ko daryaft karo, is ka ilm haasil karo.</w:t>
      </w:r>
      <w:r>
        <w:br/>
      </w:r>
      <w:r>
        <w:rPr>
          <w:sz w:val="20"/>
        </w:rPr>
        <w:t>21:25  durbin banao, khurdbeen banao.</w:t>
      </w:r>
      <w:r>
        <w:br/>
      </w:r>
      <w:r>
        <w:rPr>
          <w:sz w:val="20"/>
        </w:rPr>
        <w:t>21:31  to yeh yeh soch hi nahin paida hui Musalmanon mein, jabke yeh tha ke yeh log guzarte hain</w:t>
      </w:r>
      <w:r>
        <w:br/>
      </w:r>
      <w:r>
        <w:rPr>
          <w:sz w:val="20"/>
        </w:rPr>
        <w:t>21:37  zameen-o-aasman ki nishaniyon se.</w:t>
      </w:r>
      <w:r>
        <w:br/>
      </w:r>
      <w:r>
        <w:rPr>
          <w:sz w:val="20"/>
        </w:rPr>
        <w:t>21:43  ab sochne ki baat hai ke zameen-o-aasman ki jo nishaniyan hain, is mein kaise guzarte hain?</w:t>
      </w:r>
      <w:r>
        <w:br/>
      </w:r>
      <w:r>
        <w:rPr>
          <w:sz w:val="20"/>
        </w:rPr>
        <w:t>21:49  woh to hum paas jo jo hum chalte phirte dekhte hain, galaxy ko to dekhte nahin hain,</w:t>
      </w:r>
      <w:r>
        <w:br/>
      </w:r>
      <w:r>
        <w:rPr>
          <w:sz w:val="20"/>
        </w:rPr>
        <w:t>21:56  hum solar system ko to dekhte nahin hain.</w:t>
      </w:r>
      <w:r>
        <w:br/>
      </w:r>
      <w:r>
        <w:rPr>
          <w:sz w:val="20"/>
        </w:rPr>
        <w:t>22:02  to wahan guzarnay ke maani kya hain? yaani in ka aalaati mushahida.</w:t>
      </w:r>
      <w:r>
        <w:br/>
      </w:r>
      <w:r>
        <w:rPr>
          <w:sz w:val="20"/>
        </w:rPr>
        <w:t>22:08  yahan jo guzarnay ka lafz hai, woh aalaati mushahiday ke maani mein hai.</w:t>
      </w:r>
      <w:r>
        <w:br/>
      </w:r>
      <w:r>
        <w:rPr>
          <w:sz w:val="20"/>
        </w:rPr>
        <w:t>22:14  yaani aise aalaat daryaft karo, aise saadhan daryaft karo, jis ke zariye tumhari pahunch wahan tak ho sake.</w:t>
      </w:r>
      <w:r>
        <w:br/>
      </w:r>
      <w:r>
        <w:rPr>
          <w:sz w:val="20"/>
        </w:rPr>
        <w:t>22:20  to Allah taala ne dekha ke Musalman to kuch kar nahin rahe, to doosri qaumon ko khada kar diya.</w:t>
      </w:r>
      <w:r>
        <w:br/>
      </w:r>
      <w:r>
        <w:rPr>
          <w:sz w:val="20"/>
        </w:rPr>
        <w:t>22:26  ab chahiye tha Musal</w:t>
      </w:r>
      <w:r>
        <w:br/>
      </w:r>
      <w:r>
        <w:rPr>
          <w:sz w:val="20"/>
        </w:rPr>
        <w:t>22:32  manon ko ke in ko acknowledge karein, in ka shukriya ada karein, in ka itraaf karein ke jo</w:t>
      </w:r>
      <w:r>
        <w:br/>
      </w:r>
      <w:r>
        <w:rPr>
          <w:sz w:val="20"/>
        </w:rPr>
        <w:t>22:38  kaam hum nahin kar sakte thay, woh tum ne kar dala.</w:t>
      </w:r>
      <w:r>
        <w:br/>
      </w:r>
      <w:r>
        <w:rPr>
          <w:sz w:val="20"/>
        </w:rPr>
        <w:t>22:44  اس کی بجائے اس کو جسم سنبھال لیا، انہوں نے ان کو in right shade دی، بم مارنے</w:t>
      </w:r>
      <w:r>
        <w:br/>
      </w:r>
      <w:r>
        <w:rPr>
          <w:sz w:val="20"/>
        </w:rPr>
        <w:t>22:50  lage is ko.</w:t>
      </w:r>
      <w:r>
        <w:br/>
      </w:r>
      <w:r>
        <w:rPr>
          <w:sz w:val="20"/>
        </w:rPr>
        <w:t>22:56  to mein sochta hoon ke aakhri waqt aa gaya hai ke is policy ko badla jaye.</w:t>
      </w:r>
      <w:r>
        <w:br/>
      </w:r>
      <w:r>
        <w:rPr>
          <w:sz w:val="20"/>
        </w:rPr>
        <w:t>23:02  doosri qomon ko dushman samajhne ke bajaye, un ko moavin samjha jaye, moavin, mufeed samjha jaye.</w:t>
      </w:r>
      <w:r>
        <w:br/>
      </w:r>
      <w:r>
        <w:rPr>
          <w:sz w:val="20"/>
        </w:rPr>
        <w:t>23:12  mufeed to 21 century mein, woh mein sochta hoon ke aakhri waqt aa gaya hai ke hum is</w:t>
      </w:r>
      <w:r>
        <w:br/>
      </w:r>
      <w:r>
        <w:rPr>
          <w:sz w:val="20"/>
        </w:rPr>
        <w:t>23:22  is baat ko samjhein aur doosri qomon ka shukr guzar banen, un ko</w:t>
      </w:r>
      <w:r>
        <w:br/>
      </w:r>
      <w:r>
        <w:rPr>
          <w:sz w:val="20"/>
        </w:rPr>
        <w:t>23:33  un ko acknowledge karen taake yaani musalmanon ke mustaqbil ka naya chapter khule.</w:t>
      </w:r>
      <w:r>
        <w:br/>
      </w:r>
      <w:r>
        <w:rPr>
          <w:sz w:val="20"/>
        </w:rPr>
        <w:t>23:43  نیا چیپٹر ابھی تک بند ہے، اگرچہ دنیا میں modern knowledge آئی ہے اور civilization آئی ہے، development</w:t>
      </w:r>
      <w:r>
        <w:br/>
      </w:r>
      <w:r>
        <w:rPr>
          <w:sz w:val="20"/>
        </w:rPr>
        <w:t>23:53  aa gaya hai, lekin khud</w:t>
      </w:r>
      <w:r>
        <w:br/>
      </w:r>
      <w:r>
        <w:rPr>
          <w:sz w:val="20"/>
        </w:rPr>
        <w:t>24:03  musalmanon ki ka chapter abhi tak band hai. yahan abhi bhi wohi gun culture, bam culture hai, wohi wohi baqi hai. ab to zamana hi khatam ho gaya, ab to knowledge ka zamana hai, ab bam ka aur gun ka zamana hi nahin hai. to main is ko kaha jata hai ke militancy</w:t>
      </w:r>
    </w:p>
    <w:p>
      <w:pPr>
        <w:pStyle w:val="Heading2"/>
      </w:pPr>
      <w:r>
        <w:t>Managing Distraction to Develop Prepared Mind</w:t>
      </w:r>
    </w:p>
    <w:p>
      <w:r>
        <w:rPr>
          <w:color w:val="666666"/>
          <w:sz w:val="18"/>
        </w:rPr>
        <w:t>Studying The Quran with Open Mind October 20, 2019 Maulana Wahiduddin Khan · 3m 54s · at 39:21 · https://youtu.be/OPyJO5TP_wI?t=2361</w:t>
      </w:r>
    </w:p>
    <w:p>
      <w:r>
        <w:rPr>
          <w:i/>
        </w:rPr>
        <w:t>“Begin by saving yourself from distraction”</w:t>
      </w:r>
    </w:p>
    <w:p>
      <w:r>
        <w:rPr>
          <w:sz w:val="20"/>
        </w:rPr>
        <w:t>39:21  yeh hai ke aap jannay ke kahan kahan aap distract ho rahe hain ghar mein ghar ke bahar to pehli cheez yeh hai ke aap apne ko distraction se bachayein distraction se bachayein</w:t>
      </w:r>
      <w:r>
        <w:br/>
      </w:r>
      <w:r>
        <w:rPr>
          <w:sz w:val="20"/>
        </w:rPr>
        <w:t>39:42  yeh beginning hai jab distance se bachane ka art aap jaan lenge to apne aap hi right planning aa jayegi aap ko</w:t>
      </w:r>
      <w:r>
        <w:br/>
      </w:r>
      <w:r>
        <w:rPr>
          <w:sz w:val="20"/>
        </w:rPr>
        <w:t>40:03  Maulana agla sawal lete hain</w:t>
      </w:r>
      <w:r>
        <w:br/>
      </w:r>
      <w:r>
        <w:rPr>
          <w:sz w:val="20"/>
        </w:rPr>
        <w:t>40:07  yeh sawal abhi jo aap ne jawab diya isi se isi ko le ke hai aur jinhon ne sawal kiya un ka naam hai Muhammad Akram sahib Kanpur se hain unhon ne likha hai Maulana how can creativity be developed</w:t>
      </w:r>
      <w:r>
        <w:br/>
      </w:r>
      <w:r>
        <w:rPr>
          <w:sz w:val="20"/>
        </w:rPr>
        <w:t>40:23  I have heard your earlier lectures where you said save yourself from distraction but Maulana sahib in today's competitive world you cannot be hundred percent distraction free so does that mean that developing creativity is not possible</w:t>
      </w:r>
      <w:r>
        <w:br/>
      </w:r>
      <w:r>
        <w:rPr>
          <w:sz w:val="20"/>
        </w:rPr>
        <w:t>40:41  please elaborate on your guidance to all of us</w:t>
      </w:r>
      <w:r>
        <w:br/>
      </w:r>
      <w:r>
        <w:rPr>
          <w:sz w:val="20"/>
        </w:rPr>
        <w:t>40:48  dekhen koi baat bhi</w:t>
      </w:r>
      <w:r>
        <w:br/>
      </w:r>
      <w:r>
        <w:rPr>
          <w:sz w:val="20"/>
        </w:rPr>
        <w:t>40:54  total stress mein nahi kahi jati</w:t>
      </w:r>
      <w:r>
        <w:br/>
      </w:r>
      <w:r>
        <w:rPr>
          <w:sz w:val="20"/>
        </w:rPr>
        <w:t>40:57  koi bhi baat nahi</w:t>
      </w:r>
      <w:r>
        <w:br/>
      </w:r>
      <w:r>
        <w:rPr>
          <w:sz w:val="20"/>
        </w:rPr>
        <w:t>40:59  hata ke agar koi aadmi aap ko bataye ke namaz mein khushbakhata karo is ka matlab yeh</w:t>
      </w:r>
      <w:r>
        <w:br/>
      </w:r>
      <w:r>
        <w:rPr>
          <w:sz w:val="20"/>
        </w:rPr>
        <w:t>41:06  nahi hai ke total stress mein khasha ban jao yeh hota hi nahi</w:t>
      </w:r>
      <w:r>
        <w:br/>
      </w:r>
      <w:r>
        <w:rPr>
          <w:sz w:val="20"/>
        </w:rPr>
        <w:t>41:12  to distraction se bachana</w:t>
      </w:r>
      <w:r>
        <w:br/>
      </w:r>
      <w:r>
        <w:rPr>
          <w:sz w:val="20"/>
        </w:rPr>
        <w:t>41:16  qabil-e-amal daira mein hota hai</w:t>
      </w:r>
      <w:r>
        <w:br/>
      </w:r>
      <w:r>
        <w:rPr>
          <w:sz w:val="20"/>
        </w:rPr>
        <w:t>41:22  jahan jahan aap</w:t>
      </w:r>
      <w:r>
        <w:br/>
      </w:r>
      <w:r>
        <w:rPr>
          <w:sz w:val="20"/>
        </w:rPr>
        <w:t>41:25  ke bas mein hai aap ke ikhtiyar mein hai wahan wahan bachaiye</w:t>
      </w:r>
      <w:r>
        <w:br/>
      </w:r>
      <w:r>
        <w:rPr>
          <w:sz w:val="20"/>
        </w:rPr>
        <w:t>41:31  jahan aap ke bas mein nahi hai</w:t>
      </w:r>
      <w:r>
        <w:br/>
      </w:r>
      <w:r>
        <w:rPr>
          <w:sz w:val="20"/>
        </w:rPr>
        <w:t>41:35  to is ko chhodie</w:t>
      </w:r>
      <w:r>
        <w:br/>
      </w:r>
      <w:r>
        <w:rPr>
          <w:sz w:val="20"/>
        </w:rPr>
        <w:t>41:40  misal ke taur par dekhen main jahan baith kar kaam karta hoon woh road ke kinare hai to wahan par barabar traffic chalta hai horn bajta hai yeh sab baatein hoti hain to shuru mein maine</w:t>
      </w:r>
      <w:r>
        <w:br/>
      </w:r>
      <w:r>
        <w:rPr>
          <w:sz w:val="20"/>
        </w:rPr>
        <w:t>42:06  bahut zyada disturb hota tha phir maine socha ke yeh to hoga</w:t>
      </w:r>
      <w:r>
        <w:br/>
      </w:r>
      <w:r>
        <w:rPr>
          <w:sz w:val="20"/>
        </w:rPr>
        <w:t>42:16  yeh sadak koi badi sadak to hai nahi to dheere dheere mein used to ho gaya ab is</w:t>
      </w:r>
      <w:r>
        <w:br/>
      </w:r>
      <w:r>
        <w:rPr>
          <w:sz w:val="20"/>
        </w:rPr>
        <w:t>42:23  same road par ab mein kaam karta rehta hoon distraction ke baghair to jab distraction ki baat ki</w:t>
      </w:r>
      <w:r>
        <w:br/>
      </w:r>
      <w:r>
        <w:rPr>
          <w:sz w:val="20"/>
        </w:rPr>
        <w:t>42:32  jati hai to is ka matlab yeh nahi hota yaad rakhiye</w:t>
      </w:r>
      <w:r>
        <w:br/>
      </w:r>
      <w:r>
        <w:rPr>
          <w:sz w:val="20"/>
        </w:rPr>
        <w:t>42:37  ke distraction ka khatma</w:t>
      </w:r>
      <w:r>
        <w:br/>
      </w:r>
      <w:r>
        <w:rPr>
          <w:sz w:val="20"/>
        </w:rPr>
        <w:t>42:41  distraction ko manage karna</w:t>
      </w:r>
      <w:r>
        <w:br/>
      </w:r>
      <w:r>
        <w:rPr>
          <w:sz w:val="20"/>
        </w:rPr>
        <w:t>42:47  aap ko yeh yeh janna chahiye yeh art ke kaise distraction ko</w:t>
      </w:r>
      <w:r>
        <w:br/>
      </w:r>
      <w:r>
        <w:rPr>
          <w:sz w:val="20"/>
        </w:rPr>
        <w:t>42:56  manage kiya jaye</w:t>
      </w:r>
      <w:r>
        <w:br/>
      </w:r>
      <w:r>
        <w:rPr>
          <w:sz w:val="20"/>
        </w:rPr>
        <w:t>43:01  kaise distraction ko manage kiya jaye woh har ek ke bas mein hai woh kisi ke liye bas se bahar nahi hai</w:t>
      </w:r>
    </w:p>
    <w:p>
      <w:pPr>
        <w:pStyle w:val="Heading2"/>
      </w:pPr>
      <w:r>
        <w:t>the story of Adam, the forbidden tree, and the fall</w:t>
      </w:r>
    </w:p>
    <w:p>
      <w:r>
        <w:rPr>
          <w:color w:val="666666"/>
          <w:sz w:val="18"/>
        </w:rPr>
        <w:t>Right Man at Wrong Place May 18, 2008 · 3m 21s · at 8:06 · https://youtu.be/sKwAjR3OAGo?t=486</w:t>
      </w:r>
    </w:p>
    <w:p>
      <w:r>
        <w:rPr>
          <w:i/>
        </w:rPr>
        <w:t>“خدا نے جب پہلا انسان بنایا، جس کو ہم آدم کہتے ہیں”</w:t>
      </w:r>
    </w:p>
    <w:p>
      <w:r>
        <w:rPr>
          <w:sz w:val="20"/>
        </w:rPr>
        <w:t>8:06  aap dekhen to poori history is mein involve hai. poori poori history. yahan tak ke jo pehla insan hai, first man yaani Adam, wohin se yeh story shuru hoti hai.</w:t>
      </w:r>
      <w:r>
        <w:br/>
      </w:r>
      <w:r>
        <w:rPr>
          <w:sz w:val="20"/>
        </w:rPr>
        <w:t>8:22  yeh jo kahani hai, yeh first man se shuru hoti hai. woh kis tarah? aap jante hain ke Khuda ne jab pehla insan banaya, jis ko hum Adam kehte hain, to us ko jannat mein basaya.</w:t>
      </w:r>
      <w:r>
        <w:br/>
      </w:r>
      <w:r>
        <w:rPr>
          <w:sz w:val="20"/>
        </w:rPr>
        <w:t>8:41  saath saath yeh kaha ke wahan par ek tree tha, ek darakht tha.</w:t>
      </w:r>
      <w:r>
        <w:br/>
      </w:r>
      <w:r>
        <w:rPr>
          <w:sz w:val="20"/>
        </w:rPr>
        <w:t>8:48  woh tha "forbidden tree". yaani shajar ممنوعہ.</w:t>
      </w:r>
      <w:r>
        <w:br/>
      </w:r>
      <w:r>
        <w:rPr>
          <w:sz w:val="20"/>
        </w:rPr>
        <w:t>8:54  to Khuda ne kaha ke tum yahan par azaad ho. lekin is "forbidden tree" ko tumhein mana kar diya gaya hai.</w:t>
      </w:r>
      <w:r>
        <w:br/>
      </w:r>
      <w:r>
        <w:rPr>
          <w:sz w:val="20"/>
        </w:rPr>
        <w:t>9:04  don't approach to this tree. ab shaitan ne, shaitan ki reach Adam tak thi.</w:t>
      </w:r>
      <w:r>
        <w:br/>
      </w:r>
      <w:r>
        <w:rPr>
          <w:sz w:val="20"/>
        </w:rPr>
        <w:t>9:13  to shaitan ne kaha, kaha Adam ko. bar bar is ko kaha, bar bar is ke dil mein dala. ke yeh jo roka hai Khuda ne tum ko, to yeh roka hai kis liye?</w:t>
      </w:r>
      <w:r>
        <w:br/>
      </w:r>
      <w:r>
        <w:rPr>
          <w:sz w:val="20"/>
        </w:rPr>
        <w:t>9:28  quran mein aata hai ke ya Adam hal adulluka ala shaitil khuldi wa mulkil lahi yablaghu</w:t>
      </w:r>
      <w:r>
        <w:br/>
      </w:r>
      <w:r>
        <w:rPr>
          <w:sz w:val="20"/>
        </w:rPr>
        <w:t>9:38  yeh jo darakht hai, yeh to bohat bari cheez hai. yeh eternity ka darakht hai.</w:t>
      </w:r>
      <w:r>
        <w:br/>
      </w:r>
      <w:r>
        <w:rPr>
          <w:sz w:val="20"/>
        </w:rPr>
        <w:t>9:47  aur yeh abadi iqtadar ka darakht hai. to yeh ayat jo hai quran ki, yeh hai surah number, chapter twenty, verse one twenty.</w:t>
      </w:r>
      <w:r>
        <w:br/>
      </w:r>
      <w:r>
        <w:rPr>
          <w:sz w:val="20"/>
        </w:rPr>
        <w:t>10:01  twenty, one hundred twenty.</w:t>
      </w:r>
      <w:r>
        <w:br/>
      </w:r>
      <w:r>
        <w:rPr>
          <w:sz w:val="20"/>
        </w:rPr>
        <w:t>10:06  to</w:t>
      </w:r>
      <w:r>
        <w:br/>
      </w:r>
      <w:r>
        <w:rPr>
          <w:sz w:val="20"/>
        </w:rPr>
        <w:t>10:07  is ayat ka translation yeh hai ke o Adam, shall I lead you to the tree of eternity and to a kingdom that never declines?</w:t>
      </w:r>
      <w:r>
        <w:br/>
      </w:r>
      <w:r>
        <w:rPr>
          <w:sz w:val="20"/>
        </w:rPr>
        <w:t>10:32  yeh is ne kaha.</w:t>
      </w:r>
      <w:r>
        <w:br/>
      </w:r>
      <w:r>
        <w:rPr>
          <w:sz w:val="20"/>
        </w:rPr>
        <w:t>10:34  to Adam ko dikhai diya ke abhi jo mujhe mila hua hai, woh to yaani woh hai kam hai. aur agar main darakht ka phal kha loon to mujhe zyada mil jayega.</w:t>
      </w:r>
      <w:r>
        <w:br/>
      </w:r>
      <w:r>
        <w:rPr>
          <w:sz w:val="20"/>
        </w:rPr>
        <w:t>10:49  unhon ne aisa kiya. aur is ke baad kya hua? ke woh paradise se nikal diye gaye. aur hum sab paida hue, yaani nasal chali, nasal chali, nasal chali.</w:t>
      </w:r>
      <w:r>
        <w:br/>
      </w:r>
      <w:r>
        <w:rPr>
          <w:sz w:val="20"/>
        </w:rPr>
        <w:t>11:01  isi ka hum sab log un ke bete aur betiyan hain. to yeh kya hai?</w:t>
      </w:r>
      <w:r>
        <w:br/>
      </w:r>
      <w:r>
        <w:rPr>
          <w:sz w:val="20"/>
        </w:rPr>
        <w:t>11:11  is ko samjhiye, ek bohat hi important baat hai. yeh bohat important baat hai.</w:t>
      </w:r>
      <w:r>
        <w:br/>
      </w:r>
      <w:r>
        <w:rPr>
          <w:sz w:val="20"/>
        </w:rPr>
        <w:t>11:20  aur main yeh kahunga ke poori history mein yeh ho raha hai.</w:t>
      </w:r>
    </w:p>
    <w:p>
      <w:pPr>
        <w:pStyle w:val="Heading2"/>
      </w:pPr>
      <w:r>
        <w:t>favors versus challenges, and the rickshaw driver's son</w:t>
      </w:r>
    </w:p>
    <w:p>
      <w:r>
        <w:rPr>
          <w:color w:val="666666"/>
          <w:sz w:val="18"/>
        </w:rPr>
        <w:t>Fragments of a CPS Mind April 24, 2011 Maulana Wahiduddin Khan · 3m 59s · at 24:05 · https://youtu.be/kn1KfE--rug?t=1445</w:t>
      </w:r>
    </w:p>
    <w:p>
      <w:r>
        <w:rPr>
          <w:i/>
        </w:rPr>
        <w:t>“Favor se kabhi kisi ki taraqqi nahi hoti”</w:t>
      </w:r>
    </w:p>
    <w:p>
      <w:r>
        <w:rPr>
          <w:sz w:val="20"/>
        </w:rPr>
        <w:t>24:05  Aur ek baat dekhiye yeh hai jo is se pehle bhi keh chuka hoon ke favour se kabhi kisi ki taraqqi nahi hoti. Aam taur par log jo hain favour ki koshish karte rehte hain.</w:t>
      </w:r>
      <w:r>
        <w:br/>
      </w:r>
      <w:r>
        <w:rPr>
          <w:sz w:val="20"/>
        </w:rPr>
        <w:t>24:19  Yani maa baap bachchon ko favour dene ki koshish karte hain. Is ke ilawa jo jo hamare reformers hain, so called reformers, woh bhi yahi karte hain.</w:t>
      </w:r>
      <w:r>
        <w:br/>
      </w:r>
      <w:r>
        <w:rPr>
          <w:sz w:val="20"/>
        </w:rPr>
        <w:t>24:30  Jis ko kehte hain empowerment. Women empowerment aur disempowerment, that empowerment, Muslim empowerment, sab chal raha hai.</w:t>
      </w:r>
      <w:r>
        <w:br/>
      </w:r>
      <w:r>
        <w:rPr>
          <w:sz w:val="20"/>
        </w:rPr>
        <w:t>24:40  Yeh sab behas kuch bhi nahi, nothing hai. Kyun ke woh favour dene ki koshish karte hain, favour. Favour nahi.</w:t>
      </w:r>
      <w:r>
        <w:br/>
      </w:r>
      <w:r>
        <w:rPr>
          <w:sz w:val="20"/>
        </w:rPr>
        <w:t>24:49  Aap aadmi ke andar yeh salahiyat paida kijiye ke woh challenge ka samna kare.</w:t>
      </w:r>
      <w:r>
        <w:br/>
      </w:r>
      <w:r>
        <w:rPr>
          <w:sz w:val="20"/>
        </w:rPr>
        <w:t>24:55  Aaj ke aaj hi ke paper mein is silsile mein bohat hi sabak wali baat aayi hai. Ahmedabad mein aap jante hain ke bohat hi prestigious adara ek hai, IIM.</w:t>
      </w:r>
      <w:r>
        <w:br/>
      </w:r>
      <w:r>
        <w:rPr>
          <w:sz w:val="20"/>
        </w:rPr>
        <w:t>25:11  Jo bohat hi prestigious.</w:t>
      </w:r>
      <w:r>
        <w:br/>
      </w:r>
      <w:r>
        <w:rPr>
          <w:sz w:val="20"/>
        </w:rPr>
        <w:t>25:17  Top ka hai India ka adara, management ke liye. To</w:t>
      </w:r>
      <w:r>
        <w:br/>
      </w:r>
      <w:r>
        <w:rPr>
          <w:sz w:val="20"/>
        </w:rPr>
        <w:t>25:22  wahan par ek ladke ne top kiya hai jo ke ek three wheeler hote hain, three wheeler chalata hai.</w:t>
      </w:r>
      <w:r>
        <w:br/>
      </w:r>
      <w:r>
        <w:rPr>
          <w:sz w:val="20"/>
        </w:rPr>
        <w:t>25:33  Auto rickshaw jo kehte hain. Aap jante hain ke auto rickshaw jo chalate hain jo log, woh woh to ek mazdoor hote hain, goya ke mamooli aamdani wale log hote hain.</w:t>
      </w:r>
      <w:r>
        <w:br/>
      </w:r>
      <w:r>
        <w:rPr>
          <w:sz w:val="20"/>
        </w:rPr>
        <w:t>25:45  Un ke bete ne Ahmedabad ke is top ke station mein top kiya.</w:t>
      </w:r>
      <w:r>
        <w:br/>
      </w:r>
      <w:r>
        <w:rPr>
          <w:sz w:val="20"/>
        </w:rPr>
        <w:t>25:53  Kaise? Us ke halaat jo the, us ke challenge ban gaye. Us ne socha ke main baqaya mehnat nahi karunga to main aage nahi badhunga.</w:t>
      </w:r>
      <w:r>
        <w:br/>
      </w:r>
      <w:r>
        <w:rPr>
          <w:sz w:val="20"/>
        </w:rPr>
        <w:t>26:03  kyunke is ka baap is ko fivor nahi de sakta tha. is ke is ke baap ke paas koi bohat bari daulat nahi thi. bohat bara source nahi tha. bohat bare bare logon tak is ki pahunch pahunch nahi thi.</w:t>
      </w:r>
      <w:r>
        <w:br/>
      </w:r>
      <w:r>
        <w:rPr>
          <w:sz w:val="20"/>
        </w:rPr>
        <w:t>26:17  to is ne socha ke baap to koi mujhe fivor de nahi sakta. ab mujhe koi hard liver karna hai.</w:t>
      </w:r>
      <w:r>
        <w:br/>
      </w:r>
      <w:r>
        <w:rPr>
          <w:sz w:val="20"/>
        </w:rPr>
        <w:t>26:24  ab ghore kijiye ke ek auto rickshaw chalane wala aadmi ka beta jo hai, ahmadabad ke prestige par top karta hai. to is mani ke fivors bari cheez hai, challenge.</w:t>
      </w:r>
      <w:r>
        <w:br/>
      </w:r>
      <w:r>
        <w:rPr>
          <w:sz w:val="20"/>
        </w:rPr>
        <w:t>26:39  jin logon ko fivor milta hai, wo bilkul bekar ho kar reh jate hain, worthless ho kar reh jate hain.</w:t>
      </w:r>
      <w:r>
        <w:br/>
      </w:r>
      <w:r>
        <w:rPr>
          <w:sz w:val="20"/>
        </w:rPr>
        <w:t>26:48  kal abhi times of india mein kal hi ek article aaya hai ke bill gates waghera bari bari raqamen de rahe hain is ke liye. yani social welfare ke liye.</w:t>
      </w:r>
      <w:r>
        <w:br/>
      </w:r>
      <w:r>
        <w:rPr>
          <w:sz w:val="20"/>
        </w:rPr>
        <w:t>26:59  lekin is se kuch hone wala nahi hai. ek ek individual mein aap ko incentive bherna hoga. paise se kuch nahi hota hai.</w:t>
      </w:r>
      <w:r>
        <w:br/>
      </w:r>
      <w:r>
        <w:rPr>
          <w:sz w:val="20"/>
        </w:rPr>
        <w:t>27:13  yeh baat quran majeed mein is tarah alfaz mein batai gayi hai ke in mal usr yusr.</w:t>
      </w:r>
      <w:r>
        <w:br/>
      </w:r>
      <w:r>
        <w:rPr>
          <w:sz w:val="20"/>
        </w:rPr>
        <w:t>27:19  yani usr ke sath yusr hai. is ka matlab kya hai? ke jo log jo hain, halaat ke aitbar se ghareeb family mein paida hue, mamooli family mein paida hue,</w:t>
      </w:r>
      <w:r>
        <w:br/>
      </w:r>
      <w:r>
        <w:rPr>
          <w:sz w:val="20"/>
        </w:rPr>
        <w:t>27:34  to bazahir wo usr ke halaat mein paida hue, lekin un ke liye ek yusr muqaddar hai, wo hai yeh incentive. incentive.</w:t>
      </w:r>
      <w:r>
        <w:br/>
      </w:r>
      <w:r>
        <w:rPr>
          <w:sz w:val="20"/>
        </w:rPr>
        <w:t>27:43  zyada mehnat karna. aur wahi log aap dekhen, poori history batati hai ke aise logon ne mehnat kar ke bari bari tarqqiyan kain. jin ko fivor diya gaya, unhon ne koi taraqqi nahi ki.</w:t>
      </w:r>
      <w:r>
        <w:br/>
      </w:r>
      <w:r>
        <w:rPr>
          <w:sz w:val="20"/>
        </w:rPr>
        <w:t>27:55  koi taraqqi nahi ki unhon ne.</w:t>
      </w:r>
      <w:r>
        <w:br/>
      </w:r>
      <w:r>
        <w:rPr>
          <w:sz w:val="20"/>
        </w:rPr>
        <w:t>28:01  yeh sab baaten hain sochne ki.</w:t>
      </w:r>
    </w:p>
    <w:p>
      <w:pPr>
        <w:pStyle w:val="Heading2"/>
      </w:pPr>
      <w:r>
        <w:t>Children's education story and divine intervention</w:t>
      </w:r>
    </w:p>
    <w:p>
      <w:r>
        <w:rPr>
          <w:color w:val="666666"/>
          <w:sz w:val="18"/>
        </w:rPr>
        <w:t>Maulana Wahiduddin Khan's Earlier Association with Jamaat e Islami 19 Sept 2020 · 5m 02s · at 28:56 · https://youtu.be/_89eYamI9v4?t=1736</w:t>
      </w:r>
    </w:p>
    <w:p>
      <w:r>
        <w:rPr>
          <w:i/>
        </w:rPr>
        <w:t>“Yeh to bilkul ek miracle hai”</w:t>
      </w:r>
    </w:p>
    <w:p>
      <w:r>
        <w:rPr>
          <w:sz w:val="20"/>
        </w:rPr>
        <w:t>28:56  yeh to bilkul aik miracle hai. hum logon ne sirf paanch class, woh bhi aik madrase mein parha. mujhe to aisa lagta hai ke yeh Allah taala ne pehle se yeh sab Allah taala ki planning thi</w:t>
      </w:r>
      <w:r>
        <w:br/>
      </w:r>
      <w:r>
        <w:rPr>
          <w:sz w:val="20"/>
        </w:rPr>
        <w:t>29:14  ke poori family ko tayyar kiya jaye, warna koi sawal hi nahi tha ke hum logon ki taleem proper thi.</w:t>
      </w:r>
      <w:r>
        <w:br/>
      </w:r>
      <w:r>
        <w:rPr>
          <w:sz w:val="20"/>
        </w:rPr>
        <w:t>29:24  kyunke Maulana to wahan rehte hi nahi thay, gaon mein hum log akele gaon mein rehte thay. kis tarah se</w:t>
      </w:r>
      <w:r>
        <w:br/>
      </w:r>
      <w:r>
        <w:rPr>
          <w:sz w:val="20"/>
        </w:rPr>
        <w:t>29:32  bohat hi dilchasp baatein hain, sab paanchvi class ke baad aik madrase mein bhi chudwa liya. to madrase mein kya nuksan tha aage parhne mein, is ko bhi chudwa liya.</w:t>
      </w:r>
      <w:r>
        <w:br/>
      </w:r>
      <w:r>
        <w:rPr>
          <w:sz w:val="20"/>
        </w:rPr>
        <w:t>29:45  to hum log wahan chale gaye. phir dobara jab Jamat-e-Islami ko chora Maulana ne, phir hum log gaon chale gaye. lekin hamare walida ko itna zyada parhai ka shauq tha ke bilkul be had</w:t>
      </w:r>
      <w:r>
        <w:br/>
      </w:r>
      <w:r>
        <w:rPr>
          <w:sz w:val="20"/>
        </w:rPr>
        <w:t>29:58  is ka koi limit nahi tha. itna zyada shauq tha ke woh jab un ko pata nahi kyun itna zyada shauq tha, to unhon ne jab Maulana Dilli aaye to un ko kisi baat mein pata chala ke Maulana ke aik janne wale hain, Doctor Mahmood Qadri.</w:t>
      </w:r>
      <w:r>
        <w:br/>
      </w:r>
      <w:r>
        <w:rPr>
          <w:sz w:val="20"/>
        </w:rPr>
        <w:t>30:18  to un ke woh paros ka bohat hi qareeb jo</w:t>
      </w:r>
      <w:r>
        <w:br/>
      </w:r>
      <w:r>
        <w:rPr>
          <w:sz w:val="20"/>
        </w:rPr>
        <w:t>30:23  Jamiyat Building jahan Dilli mein hum log pehle rehte thay, to Jamiyat Building se bohat qareeb un ka ghar tha, do do chaar minute ke walking distance par.</w:t>
      </w:r>
      <w:r>
        <w:br/>
      </w:r>
      <w:r>
        <w:rPr>
          <w:sz w:val="20"/>
        </w:rPr>
        <w:t>30:32  to un ke haan dasvin giyarvi ki tayyari hoti thi. larkiyan wahan par tayyari kar ke</w:t>
      </w:r>
      <w:r>
        <w:br/>
      </w:r>
      <w:r>
        <w:rPr>
          <w:sz w:val="20"/>
        </w:rPr>
        <w:t>30:41  aur das Jamia se aur Aligarh se imtehan deti thi. to yeh Maulana ko pata chala, sorry, yeh walida ko pata chala.</w:t>
      </w:r>
      <w:r>
        <w:br/>
      </w:r>
      <w:r>
        <w:rPr>
          <w:sz w:val="20"/>
        </w:rPr>
        <w:t>30:51  to unhon ne mujhe gaon se bhai aik larki jo gaon mein rehti hai, woh Dilli akele kaise aa sakti hai?</w:t>
      </w:r>
      <w:r>
        <w:br/>
      </w:r>
      <w:r>
        <w:rPr>
          <w:sz w:val="20"/>
        </w:rPr>
        <w:t>31:00  to unhon ne mujhe</w:t>
      </w:r>
      <w:r>
        <w:br/>
      </w:r>
      <w:r>
        <w:rPr>
          <w:sz w:val="20"/>
        </w:rPr>
        <w:t>31:01  bitha diya, bas gaadi mein bitha diya, wahan Shahganj se, aur aur mujhe Dilli bhej diya. ab mujhe mein sochti hoon to mein ab sara bhool gaya ke ab to is waqt to wahan bohat hi safar jo hai kafi safe raha hoga, warna ab ab agar aise larki itne door se</w:t>
      </w:r>
      <w:r>
        <w:br/>
      </w:r>
      <w:r>
        <w:rPr>
          <w:sz w:val="20"/>
        </w:rPr>
        <w:t>31:23  akele aaye to is ka to kidnap hi ho jayega. to wahan se hum akele aa gaye Dilli mein, shayad abba ne wahan par station se utar liya hoga.</w:t>
      </w:r>
      <w:r>
        <w:br/>
      </w:r>
      <w:r>
        <w:rPr>
          <w:sz w:val="20"/>
        </w:rPr>
        <w:t>31:36  to ab poora detail yaad nahi hai, lekin itna yaad hai ke hum akele wahan se aaye thay. phir Doctor Mahmood Qadri ne</w:t>
      </w:r>
      <w:r>
        <w:br/>
      </w:r>
      <w:r>
        <w:rPr>
          <w:sz w:val="20"/>
        </w:rPr>
        <w:t>31:44  chay mahine ke liye hum hum ko apne paas rakha. un ki beti bhi dasvi ka imtehan de rahi thi, to hum ko apne paas rakha apne ghar mein, aur wahan hum ne tayyari kar ke phir dasvi ka imtehan Aligarh se diya.</w:t>
      </w:r>
      <w:r>
        <w:br/>
      </w:r>
      <w:r>
        <w:rPr>
          <w:sz w:val="20"/>
        </w:rPr>
        <w:t>31:58  phir aisi lambi kahani hai, kabhi mein apni kahani bhi aap logon ko bataungi ke kis tarah se parhai hui. aur Maulana ne</w:t>
      </w:r>
      <w:r>
        <w:br/>
      </w:r>
      <w:r>
        <w:rPr>
          <w:sz w:val="20"/>
        </w:rPr>
        <w:t>32:07  hamare bare bhai jo hain, Doctor Zafar Islam Khan, un ki un ko un ko samajhte thay ke yeh deen ka kaam karenge. un ki un is mein unhon ne koi neglect nahi kiya un ki education mein.</w:t>
      </w:r>
      <w:r>
        <w:br/>
      </w:r>
      <w:r>
        <w:rPr>
          <w:sz w:val="20"/>
        </w:rPr>
        <w:t>32:21  to sir, jab pehle to unhon ne bheja wahan</w:t>
      </w:r>
      <w:r>
        <w:br/>
      </w:r>
      <w:r>
        <w:rPr>
          <w:sz w:val="20"/>
        </w:rPr>
        <w:t>32:24  Madrasat-ul-Islah, phir wahan se jab do mahine ki chutti de di thi to un ke liye wahan ab woh Adampur jate thay, aur bare abba hamare un ko tutor lagwate thay English seekhne ke liye.</w:t>
      </w:r>
      <w:r>
        <w:br/>
      </w:r>
      <w:r>
        <w:rPr>
          <w:sz w:val="20"/>
        </w:rPr>
        <w:t>32:38  to woh do mahine English parhte thay, aur baqi time madrase mein parhte thay. phir woh chale gaye Nadva, Nadva parha, phir Lucknow University mein parha.</w:t>
      </w:r>
      <w:r>
        <w:br/>
      </w:r>
      <w:r>
        <w:rPr>
          <w:sz w:val="20"/>
        </w:rPr>
        <w:t>32:47  is ke baad un ko Jamia Azhar mein mauqa mil gaya, woh wahan chale gaye. to un ko woh yeh samajhte thay ke yeh deen ka kaam karenge, to un ki parhai ko unhon ne poori tawajjuh diya ho.</w:t>
      </w:r>
      <w:r>
        <w:br/>
      </w:r>
      <w:r>
        <w:rPr>
          <w:sz w:val="20"/>
        </w:rPr>
        <w:t>33:00  is waqt jo ho sakta tha, baqi itne zyada hamare sources hi nahi thay. jo ho sakta tha, woh unhon ne kiya, lekin</w:t>
      </w:r>
      <w:r>
        <w:br/>
      </w:r>
      <w:r>
        <w:rPr>
          <w:sz w:val="20"/>
        </w:rPr>
        <w:t>33:08  girl education par Jamat-e-Islami mein asal mein koi tha hi nahi, balkeh is ke khilaf thay. is wajah se chuki woh Jamat-e-Islami mein thay aur poore un ki ideology ko maan kar chal rahe thay, to is wajah se hum logon ko wahan se chuda liya gaya tha.</w:t>
      </w:r>
      <w:r>
        <w:br/>
      </w:r>
      <w:r>
        <w:rPr>
          <w:sz w:val="20"/>
        </w:rPr>
        <w:t>33:24  to baad mein Allah taala ne aisa aise mauqe faraham kiye, woh lamba qissa hai, woh baad mein batayenge. aur mujhe lagta hai ke siwaye Allah ke koi bhi yeh kaam nahi kar sakta tha ke itne hurdles thay rastay mein, aur us ke bawajood hum sab logon ne parh liya.</w:t>
      </w:r>
      <w:r>
        <w:br/>
      </w:r>
      <w:r>
        <w:rPr>
          <w:sz w:val="20"/>
        </w:rPr>
        <w:t>33:42  meri sister ne hamd medical college se parha, doctor muslima siddiqui,</w:t>
      </w:r>
      <w:r>
        <w:br/>
      </w:r>
      <w:r>
        <w:rPr>
          <w:sz w:val="20"/>
        </w:rPr>
        <w:t>33:48  aur maine jamiya se phd kiya, aur bade bhai to bahar birmingham university se unhone phd kiya. sab ne sab ki taleem mukammal ho gayi.</w:t>
      </w:r>
    </w:p>
    <w:p>
      <w:pPr>
        <w:pStyle w:val="Heading2"/>
      </w:pPr>
      <w:r>
        <w:t>Shackleton's expedition and the story of White Man's Burden</w:t>
      </w:r>
    </w:p>
    <w:p>
      <w:r>
        <w:rPr>
          <w:color w:val="666666"/>
          <w:sz w:val="18"/>
        </w:rPr>
        <w:t>Missionary Ethics May 4, 2006 Maulana Wahiduddin Khan · 5m 18s · at 10:42 · https://youtu.be/W4yIZa45gDw?t=642</w:t>
      </w:r>
    </w:p>
    <w:p>
      <w:r>
        <w:rPr>
          <w:i/>
        </w:rPr>
        <w:t>“یہ بات چھپی تھی لندن کے ڈیلی اخبار، ٹائمز میں۔”</w:t>
      </w:r>
    </w:p>
    <w:p>
      <w:r>
        <w:rPr>
          <w:sz w:val="20"/>
        </w:rPr>
        <w:t>10:42  yeh baat chapi thi London ke daily akhbar jo hai, times, London times mein.</w:t>
      </w:r>
      <w:r>
        <w:br/>
      </w:r>
      <w:r>
        <w:rPr>
          <w:sz w:val="20"/>
        </w:rPr>
        <w:t>10:52  to is mein tha ke sir Ernest Shackleton ek the, un ke naam ke sath ek advertisement chapa.</w:t>
      </w:r>
      <w:r>
        <w:br/>
      </w:r>
      <w:r>
        <w:rPr>
          <w:sz w:val="20"/>
        </w:rPr>
        <w:t>11:05  few lines thin is mein, kuch is tarah ki thin woh ke men wanted for a hazardous journey,</w:t>
      </w:r>
      <w:r>
        <w:br/>
      </w:r>
      <w:r>
        <w:rPr>
          <w:sz w:val="20"/>
        </w:rPr>
        <w:t>11:24  bitter cold,</w:t>
      </w:r>
      <w:r>
        <w:br/>
      </w:r>
      <w:r>
        <w:rPr>
          <w:sz w:val="20"/>
        </w:rPr>
        <w:t>11:33  dark darkness of long nights,</w:t>
      </w:r>
      <w:r>
        <w:br/>
      </w:r>
      <w:r>
        <w:rPr>
          <w:sz w:val="20"/>
        </w:rPr>
        <w:t>11:47  constant danger,</w:t>
      </w:r>
      <w:r>
        <w:br/>
      </w:r>
      <w:r>
        <w:rPr>
          <w:sz w:val="20"/>
        </w:rPr>
        <w:t>11:54  safe journey, doubtful. aise bila bataye hue ke kahan jana hai, kuch nahi, sirf ek naam aur yeh alfaaz ke hamein aadmi chahiye ek bade khatarnak safar par jaane ke liye.</w:t>
      </w:r>
      <w:r>
        <w:br/>
      </w:r>
      <w:r>
        <w:rPr>
          <w:sz w:val="20"/>
        </w:rPr>
        <w:t>12:17  is safar mein bohat zyada sardi hogi aur</w:t>
      </w:r>
      <w:r>
        <w:br/>
      </w:r>
      <w:r>
        <w:rPr>
          <w:sz w:val="20"/>
        </w:rPr>
        <w:t>12:26  maheeno maheeno darkness rahegi. long month, long months of complete darkness</w:t>
      </w:r>
      <w:r>
        <w:br/>
      </w:r>
      <w:r>
        <w:rPr>
          <w:sz w:val="20"/>
        </w:rPr>
        <w:t>12:38  , yaani maheeno maheeno andhera rahega aur har har waqt wahan khatra hai, khatra hai.</w:t>
      </w:r>
      <w:r>
        <w:br/>
      </w:r>
      <w:r>
        <w:rPr>
          <w:sz w:val="20"/>
        </w:rPr>
        <w:t>12:50  aur wapas aayenge, nahi aayenge, yeh bhi pata nahi.</w:t>
      </w:r>
      <w:r>
        <w:br/>
      </w:r>
      <w:r>
        <w:rPr>
          <w:sz w:val="20"/>
        </w:rPr>
        <w:t>12:55  to aap dekhiye, jante hain kya hua? isko few aadmi, chand aadmi chahiye the.</w:t>
      </w:r>
      <w:r>
        <w:br/>
      </w:r>
      <w:r>
        <w:rPr>
          <w:sz w:val="20"/>
        </w:rPr>
        <w:t>13:02  itne zyada logon ne apne naam bheje ke unhein select karna pada kis ko le jayein, kis ko na jayein.</w:t>
      </w:r>
      <w:r>
        <w:br/>
      </w:r>
      <w:r>
        <w:rPr>
          <w:sz w:val="20"/>
        </w:rPr>
        <w:t>13:13  yeh tha first expedition, yaani south pole, jis ko aap kehte hain. to south pole ke liye yeh first expedition tha jo san 1900 mein hua.</w:t>
      </w:r>
      <w:r>
        <w:br/>
      </w:r>
      <w:r>
        <w:rPr>
          <w:sz w:val="20"/>
        </w:rPr>
        <w:t>13:30  itne sare log aaye, itne sare logon ki application aayin, ek se ek is mein sacrifice karne wala aadmi tha.</w:t>
      </w:r>
      <w:r>
        <w:br/>
      </w:r>
      <w:r>
        <w:rPr>
          <w:sz w:val="20"/>
        </w:rPr>
        <w:t>13:40  is mein se unhon ne select kiya aur woh gaye wahan pe south pole mein aur kai nai news wahan se le kar aaye.</w:t>
      </w:r>
      <w:r>
        <w:br/>
      </w:r>
      <w:r>
        <w:rPr>
          <w:sz w:val="20"/>
        </w:rPr>
        <w:t>13:50  yeh hain woh log jo mission ka kaam kar sakte hain. yahi woh log the jinhone renaissance kiya Europe ka.</w:t>
      </w:r>
      <w:r>
        <w:br/>
      </w:r>
      <w:r>
        <w:rPr>
          <w:sz w:val="20"/>
        </w:rPr>
        <w:t>14:00  yahi woh log the jo colonialism ka zamana chalaya. unhon ne is zamane mein Europe mein ek word use hota tha,</w:t>
      </w:r>
      <w:r>
        <w:br/>
      </w:r>
      <w:r>
        <w:rPr>
          <w:sz w:val="20"/>
        </w:rPr>
        <w:t>14:14  white man's burden, safed faam aadmi ki zimmedari.</w:t>
      </w:r>
      <w:r>
        <w:br/>
      </w:r>
      <w:r>
        <w:rPr>
          <w:sz w:val="20"/>
        </w:rPr>
        <w:t>14:21  dekhiye, white man's burden ka jo word hai, woh East mein to negative sense mein liya gaya aur is ko log joke karne lage, white man's burden ka.</w:t>
      </w:r>
      <w:r>
        <w:br/>
      </w:r>
      <w:r>
        <w:rPr>
          <w:sz w:val="20"/>
        </w:rPr>
        <w:t>14:34  lekin khud Europe mein yeh positive sense mein tha, yeh wahan par yeh negative sense mein nahi tha. waqatan woh is ko zimmedari samajhte the apni ke duniya ko civilize karein.</w:t>
      </w:r>
      <w:r>
        <w:br/>
      </w:r>
      <w:r>
        <w:rPr>
          <w:sz w:val="20"/>
        </w:rPr>
        <w:t>14:49  unhon ne nature ko discover kiya tha, unhon ne nai nai technique daryaft ki thi, unhon ne ek naya culture banaya tha.</w:t>
      </w:r>
      <w:r>
        <w:br/>
      </w:r>
      <w:r>
        <w:rPr>
          <w:sz w:val="20"/>
        </w:rPr>
        <w:t>15:03  ek poore maano mein ek nai civilization aayi thi un ke haan. woh chahte the ke yeh civilization woh duniya tak pahunchayein, duniya ko taraqqi mein shareek karein.</w:t>
      </w:r>
      <w:r>
        <w:br/>
      </w:r>
      <w:r>
        <w:rPr>
          <w:sz w:val="20"/>
        </w:rPr>
        <w:t>15:17  to is ke liye unhon ne har qism ki sacrifice ki, har qism ki mehnat ki, struggle ki. to is ko woh kehte the white man's burden.</w:t>
      </w:r>
      <w:r>
        <w:br/>
      </w:r>
      <w:r>
        <w:rPr>
          <w:sz w:val="20"/>
        </w:rPr>
        <w:t>15:31  aur sach much unhon ne mehnat kiya is ke liye. isi ka phal hum dekh rahe hain aaj hamare paas jo kuch bhi taraqqiyan hain, woh sab unhi logon se aayin hain.</w:t>
      </w:r>
      <w:r>
        <w:br/>
      </w:r>
      <w:r>
        <w:rPr>
          <w:sz w:val="20"/>
        </w:rPr>
        <w:t>15:42  yeh electricity, yeh loudspeaker,</w:t>
      </w:r>
      <w:r>
        <w:br/>
      </w:r>
      <w:r>
        <w:rPr>
          <w:sz w:val="20"/>
        </w:rPr>
        <w:t>15:48  modern technology, modern industry, modern education, sab yahi log to laye hain hamare haan. to yeh tha white man's burden.</w:t>
      </w:r>
    </w:p>
    <w:p>
      <w:pPr>
        <w:pStyle w:val="Heading2"/>
      </w:pPr>
      <w:r>
        <w:t>Choosing the lesser evil, life as the art of the possible</w:t>
      </w:r>
    </w:p>
    <w:p>
      <w:r>
        <w:rPr>
          <w:color w:val="666666"/>
          <w:sz w:val="18"/>
        </w:rPr>
        <w:t>The Power of Positive Thinking November 3, 2024 · 3m 15s · at 38:45 · https://youtu.be/q6Ly4ofTmxY?t=2325</w:t>
      </w:r>
    </w:p>
    <w:p>
      <w:r>
        <w:rPr>
          <w:i/>
        </w:rPr>
        <w:t>“यह लेसर इविल और ग्रेटर इविल फलस्तीन पर भी अप्लाई होता है”</w:t>
      </w:r>
    </w:p>
    <w:p>
      <w:r>
        <w:rPr>
          <w:sz w:val="20"/>
        </w:rPr>
        <w:t>38:45  . ab yeh lesser evil aur greater evil, yeh jo palestine ka jo jang ho rahi hai, bilkul apply hota hai. jab baanta gaya tha falasteen, to jo behtar hisse the aur aadhe se zyada hissa jo hai, woh arbon ko mila tha. ji, aur jo registan the, bilkul desert area tha, woh yahudiyon ko mila tha. yahudiyon ne mehnat karke usko nakhl-e-staan bana liya. aur woh log jang karte-karte-karte sab kuch haar gaye.</w:t>
      </w:r>
      <w:r>
        <w:br/>
      </w:r>
      <w:r>
        <w:rPr>
          <w:sz w:val="20"/>
        </w:rPr>
        <w:t>39:13  to yeh yahi bahut achhi misaal hai lesser evil aur greater evil ki. sab barbaad ho gaye. to asal mein man jo hai, na, idealist hai by birth. har cheez mein chahta hai ki bas mujhe apni khwahish ke mutabiq mile. to yeh nahi samajhta ki yeh namumkin hai. kyunki yeh duniya mein woh akela nahi hai. aur insaan ke andar itni zyada khwahishein hain ki jo pehli generation thi, usi mein ladai ho gayi.</w:t>
      </w:r>
      <w:r>
        <w:br/>
      </w:r>
      <w:r>
        <w:rPr>
          <w:sz w:val="20"/>
        </w:rPr>
        <w:t>39:41  to khwahishein itni zyada hain ki is duniya mein woh poori ho hi nahi sakti. woh akhirat mein hi poori hongi. to sabse pehle aadmi ko yahi samajhna hai ki is duniya mein to clash of interest hoga hi hoga. to humein adjustment karna hai. aur tamam paighambaron ki misalein yahi batati hain ki unhone adjust kiya. hazrat ibrahim ko jab unhone aag mein daal diya, to unhone ladai nahi ki, balki woh us us town ko chhodkar chale gaye</w:t>
      </w:r>
      <w:r>
        <w:br/>
      </w:r>
      <w:r>
        <w:rPr>
          <w:sz w:val="20"/>
        </w:rPr>
        <w:t>40:08  . to adjustment jo hai, na, yahi possible tareeka hai. to choice choice jo hai, hamare liye woh khair aur shar mein nahi hai, balki lesser evil mein hai. jaisa ki hazrat umar ne bataya. to shar ka matlab yeh bhi hai ki koi cheez aapki umeed se kam ho. agar umeed se kam ho, to woh bhi hum usko accept karna nahi chahte hain.</w:t>
      </w:r>
      <w:r>
        <w:br/>
      </w:r>
      <w:r>
        <w:rPr>
          <w:sz w:val="20"/>
        </w:rPr>
        <w:t>40:34  to humko is duniya mein bahut zyada hosh hawash ke saath, bahut zyada soch samajhkar zindagi guzarni hai. jo log emotional tareeke se zindagi guzarenge, to woh unko is duniya mein kuch milne wala nahi hai. kyunki social life mein hum apni marzi ke mutabiq nahi reh sakte. yahan adjustment zaroori hai. kyunki do fareeq hota hai, do party hoti hai. to dono party ki razamandi zaroori hoti hai.</w:t>
      </w:r>
      <w:r>
        <w:br/>
      </w:r>
      <w:r>
        <w:rPr>
          <w:sz w:val="20"/>
        </w:rPr>
        <w:t>41:02  jaise musalman sulah nahi kar rahe hain, woh chahte hain ki hamari sari conditions ko poori kiya jaye. to aisa to kabhi hua hi nahi. paighambaron ke saath nahi hua. to aaj kaise ho sakta hai?</w:t>
      </w:r>
      <w:r>
        <w:br/>
      </w:r>
      <w:r>
        <w:rPr>
          <w:sz w:val="20"/>
        </w:rPr>
        <w:t>41:15  to humein yeh dekhna hai ki kya mumkin hai, kya nahi mumkin hai. kisi ne likha hai ki "life is the art of the possible." to kya mumkin hai, kya nahi mumkin hai, yeh dekhna hai. na ki kya justice hai, kya injustice hai. injustice to hoti hai,</w:t>
      </w:r>
      <w:r>
        <w:br/>
      </w:r>
      <w:r>
        <w:rPr>
          <w:sz w:val="20"/>
        </w:rPr>
        <w:t>41:31  hamesha hogi. to humein dekhna hai kya, what is possible. aur tabhi hum kuch kar payenge. kyunki apni personal life mein maulana bhi yahi kehte the ki ideal ko hum apna nishana bana sakte hain personal life mein. kyunki wahan par humein poora ikhtiyar hai. lekin social life mein humein ikhtiyar nahi hai. wahan humein practical ban jana hai. yahi positive thinking hai. ji, aap, ek sawal aaya hai kanpur se. mohammad asif khan sahab ne bheja hai.</w:t>
      </w:r>
    </w:p>
    <w:p>
      <w:pPr>
        <w:pStyle w:val="Heading2"/>
      </w:pPr>
      <w:r>
        <w:t>Paradise not by birth but by purified soul</w:t>
      </w:r>
    </w:p>
    <w:p>
      <w:r>
        <w:rPr>
          <w:color w:val="666666"/>
          <w:sz w:val="18"/>
        </w:rPr>
        <w:t>What is Akhirat? | March 12, 2006 | Maulana Wahiduddin Khan · 5m 35s · at 41:05 · https://youtu.be/ogMXLsGHvpY?t=2465</w:t>
      </w:r>
    </w:p>
    <w:p>
      <w:r>
        <w:rPr>
          <w:i/>
        </w:rPr>
        <w:t>“I want to say that the concept of paradise in Quran is not that every Muslim will go.”</w:t>
      </w:r>
    </w:p>
    <w:p>
      <w:r>
        <w:rPr>
          <w:sz w:val="20"/>
        </w:rPr>
        <w:t>41:05  hain ya apne ko qualify nahin karte. isi par aakhirat mein faisla hoga. to main ek baat yahan arz karna chahunga ke Quran mein jo concept diya gaya hai paradise ka, woh yeh nahin hai ke jo Musalman hai, woh sab jannat mein jayega. jo Musalman family mein paida ho gaya hai, woh woh sab ka sab jayega hell, woh paradise mein. aur jo non-muslim hain, woh sab hell mein jayenge. yeh</w:t>
      </w:r>
      <w:r>
        <w:br/>
      </w:r>
      <w:r>
        <w:rPr>
          <w:sz w:val="20"/>
        </w:rPr>
        <w:t>41:35  jhootha nazariya hai, jhootha concept hai. mere paas ek bar raat ko ek sahib aaye, shayad 11 baje raat ko baithe, kuch der mere paas ek Muslim to baat karte hue unhone kaha ke yeh kitni bari blessing hai ke main ek Muslim family mein paida hua aur is tarah se mujhe</w:t>
      </w:r>
      <w:r>
        <w:br/>
      </w:r>
      <w:r>
        <w:rPr>
          <w:sz w:val="20"/>
        </w:rPr>
        <w:t>42:06  maut ke baad yeh reward hai mere liye ke paradise mujhe milegi. yeh jhootha concept hai. koi bhi aadmi yaad rakhiye, sirf is liye paradise mein nahin jayega ke woh Muslim family mein paida ho gaya hai. yahan tak ke yeh bhi yaad rakhiye ke Islam jo hai, is ka ek spirit hai, is ka ek form hai.</w:t>
      </w:r>
      <w:r>
        <w:br/>
      </w:r>
      <w:r>
        <w:rPr>
          <w:sz w:val="20"/>
        </w:rPr>
        <w:t>42:36  sirf form wale Islam par agar woh practice kare, tab bhi us ke liye paradise nahin hai. is spirit wale Islam ko karna padega, use tab us ke liye paradise hai. jaise bohat se Musalman jaate hain haj karne ke liye, woh samajhte hain ke wahan animal ko sacrifice karte hain, to samajhte hain ke bas hamari paradise pakki ho gayi. animal ko sacrifice kar ke physically pi</w:t>
      </w:r>
      <w:r>
        <w:br/>
      </w:r>
      <w:r>
        <w:rPr>
          <w:sz w:val="20"/>
        </w:rPr>
        <w:t>43:06  radise pakki nahin hoti. kyun? Quran mein saaf saaf likha hua hai ke Allah ko flesh aur blood nahin pahunchta. yani animal ka flesh aur blood nahin pahunchta, Allah ko tumhara apni, tumhari apni spirit</w:t>
      </w:r>
      <w:r>
        <w:br/>
      </w:r>
      <w:r>
        <w:rPr>
          <w:sz w:val="20"/>
        </w:rPr>
        <w:t>43:36  pahunchti hai. kitna clear hai yahan par ke koi bhi form, koi bhi rituals kar ke aisa nahin hoga ke aap qualify karein paradise ke liye. koi form, koi set of rituals, koi etiquette aadmi ko paradise mein le jaane wala nahin hai. jo cheez paradise mein le jayegi, woh</w:t>
      </w:r>
      <w:r>
        <w:br/>
      </w:r>
      <w:r>
        <w:rPr>
          <w:sz w:val="20"/>
        </w:rPr>
        <w:t>44:06  kya hai? woh spirit. woh spirit. dekhiye, Quran mein bohat hi clear hai yeh baat. Quran mein kaha gaya hai ke zalika jaza man tazakka. yani paradise ka reward us ko milega, us individual ko jis ne apna tazkiya kiya.</w:t>
      </w:r>
      <w:r>
        <w:br/>
      </w:r>
      <w:r>
        <w:rPr>
          <w:sz w:val="20"/>
        </w:rPr>
        <w:t>44:36  tazkiya Arabic word hai, is ka matlab hota hai purification. purification paradise us ko milegi jis ne apna purification kiya. so only purified soul will be rewarded paradise. yani is dunya mein</w:t>
      </w:r>
      <w:r>
        <w:br/>
      </w:r>
      <w:r>
        <w:rPr>
          <w:sz w:val="20"/>
        </w:rPr>
        <w:t>45:08  jis ne apne aap ko ek purified personality banaya, us ke liye paradise hai. to kya keh personality ko develop karna, personality ko purify karna, yeh hai woh cheez jis se koi deserve kare, koi aadmi paradise ka. kisi form ko kar ke, kisi set of rituals ko kar ke,</w:t>
      </w:r>
      <w:r>
        <w:br/>
      </w:r>
      <w:r>
        <w:rPr>
          <w:sz w:val="20"/>
        </w:rPr>
        <w:t>45:38  kuch bhi, koi zahiri cheezein jo hoti hain, un ko kar ke kabhi kisi ko paradise milne wali nahi hai. ab dekhein ke personality development kya cheez hai? personality development ke liye aaj kal physical sense bola jata hai. main woh nahi bol raha hoon, woh hai body development. aaj kal bola jata hai person</w:t>
      </w:r>
      <w:r>
        <w:br/>
      </w:r>
      <w:r>
        <w:rPr>
          <w:sz w:val="20"/>
        </w:rPr>
        <w:t>46:08  ality development ka word, zyada tar body development ke maane mein, woh ek alag cheez hai. main bol raha hoon spiritual development ke sense mein. jo spiritual personality aap ki hai, us ko develop karna, us sense mein bol raha hoon main yeh word. to Quran mein hai ke laqad khalaqna al-insana fi ahsani taqwim thumma radadnahu asfala safilin.</w:t>
      </w:r>
    </w:p>
    <w:p>
      <w:pPr>
        <w:pStyle w:val="Heading2"/>
      </w:pPr>
      <w:r>
        <w:t>Pakistan movement rooted in fear</w:t>
      </w:r>
    </w:p>
    <w:p>
      <w:r>
        <w:rPr>
          <w:color w:val="666666"/>
          <w:sz w:val="18"/>
        </w:rPr>
        <w:t>Present Day Muslims Jan 13, 2013 - Maulana Wahiduddin Khan · 5m 13s · at 3:49 · https://youtu.be/z5q4zuu7kKY?t=229</w:t>
      </w:r>
    </w:p>
    <w:p>
      <w:r>
        <w:rPr>
          <w:i/>
        </w:rPr>
        <w:t>“Mujhe apna woh zamana yaad aaya”</w:t>
      </w:r>
    </w:p>
    <w:p>
      <w:r>
        <w:rPr>
          <w:sz w:val="20"/>
        </w:rPr>
        <w:t>3:49  Toh is khabar ko padh kar mujhe apna woh zamana yaad aaya, pehle ka, yaani 1947 se pehle ka zamana, jab Pakistan ki dhoop machi hui thi.</w:t>
      </w:r>
      <w:r>
        <w:br/>
      </w:r>
      <w:r>
        <w:rPr>
          <w:sz w:val="20"/>
        </w:rPr>
        <w:t>4:07  British hukoomat thi us zamane mein aur Muslim leader maang kar rahe the ke humein Pakistan chahiye. Allama Iqbal ne 1930 mein, yaani 1930 mein,</w:t>
      </w:r>
      <w:r>
        <w:br/>
      </w:r>
      <w:r>
        <w:rPr>
          <w:sz w:val="20"/>
        </w:rPr>
        <w:t>4:23  ek</w:t>
      </w:r>
      <w:r>
        <w:br/>
      </w:r>
      <w:r>
        <w:rPr>
          <w:sz w:val="20"/>
        </w:rPr>
        <w:t>4:27  taqreer ki thi Allahabad mein, Aliyah Muslim League ke jalsay ki sadarat karte hue.</w:t>
      </w:r>
      <w:r>
        <w:br/>
      </w:r>
      <w:r>
        <w:rPr>
          <w:sz w:val="20"/>
        </w:rPr>
        <w:t>4:38  Is mein unhone yeh tasveer pesh kiya tha. Toh saare logon ne is ko</w:t>
      </w:r>
      <w:r>
        <w:br/>
      </w:r>
      <w:r>
        <w:rPr>
          <w:sz w:val="20"/>
        </w:rPr>
        <w:t>4:45  bohat zabardast tareeqay par le liya.</w:t>
      </w:r>
      <w:r>
        <w:br/>
      </w:r>
      <w:r>
        <w:rPr>
          <w:sz w:val="20"/>
        </w:rPr>
        <w:t>4:55  Us waqt yeh kaha jata tha ke hum ko India mein Hindu aksariyat se khatra hai, is liye humein alag sarzameen chahiye.</w:t>
      </w:r>
      <w:r>
        <w:br/>
      </w:r>
      <w:r>
        <w:rPr>
          <w:sz w:val="20"/>
        </w:rPr>
        <w:t>5:09  India mein hum ko Hindu aksariyat se khatra hai, is liye humein ek alag sarzameen chahiye. Ab bohat zyada dhoop machai gayi.</w:t>
      </w:r>
      <w:r>
        <w:br/>
      </w:r>
      <w:r>
        <w:rPr>
          <w:sz w:val="20"/>
        </w:rPr>
        <w:t>5:20  Aur sirf is ilaqay ke log nahi shareek the jahan Pakistan bana hai, doosre ilaqay ke log bhi shareek the.</w:t>
      </w:r>
      <w:r>
        <w:br/>
      </w:r>
      <w:r>
        <w:rPr>
          <w:sz w:val="20"/>
        </w:rPr>
        <w:t>5:28  mere jaise chand log istasna the kuch, meri family is mein shareek nahi thi. baqi aksariyat musalmanon ki yahan se wahan tak ke hum ko Pakistan chahiye.</w:t>
      </w:r>
      <w:r>
        <w:br/>
      </w:r>
      <w:r>
        <w:rPr>
          <w:sz w:val="20"/>
        </w:rPr>
        <w:t>5:40  kyun? hifazat ke liye,</w:t>
      </w:r>
      <w:r>
        <w:br/>
      </w:r>
      <w:r>
        <w:rPr>
          <w:sz w:val="20"/>
        </w:rPr>
        <w:t>5:45  hindu aksariyat se apne aap ko mehfooz karne ke liye. acha, Pakistan aap jante hain ke 1947 mein ban gaya.</w:t>
      </w:r>
      <w:r>
        <w:br/>
      </w:r>
      <w:r>
        <w:rPr>
          <w:sz w:val="20"/>
        </w:rPr>
        <w:t>5:57  tab se aaj tak dekhiye kya ho raha hai,</w:t>
      </w:r>
      <w:r>
        <w:br/>
      </w:r>
      <w:r>
        <w:rPr>
          <w:sz w:val="20"/>
        </w:rPr>
        <w:t>6:01  khud musalman musalman ko maar rahe hain. mujhe yaad aata hai, main gaya tha aik martaba Iraq, to wahan par aik Shia aaye hue thay</w:t>
      </w:r>
      <w:r>
        <w:br/>
      </w:r>
      <w:r>
        <w:rPr>
          <w:sz w:val="20"/>
        </w:rPr>
        <w:t>6:16  Karbala ki ziyarat ke liye. mujh se mulaqat hui to unhon ne bataya ke main Delhi mein paida hua aur taqseem ke baad main Pakistan chala gaya.</w:t>
      </w:r>
      <w:r>
        <w:br/>
      </w:r>
      <w:r>
        <w:rPr>
          <w:sz w:val="20"/>
        </w:rPr>
        <w:t>6:32  wo senior thay,</w:t>
      </w:r>
      <w:r>
        <w:br/>
      </w:r>
      <w:r>
        <w:rPr>
          <w:sz w:val="20"/>
        </w:rPr>
        <w:t>6:36  ab shayad wo dunya mein na bhi hon. to is ne mujh se poocha ke aap ne India ko bhi dekha hai aur aap Pakistan ko bhi dekh rahe hain, to farq bataiye.</w:t>
      </w:r>
      <w:r>
        <w:br/>
      </w:r>
      <w:r>
        <w:rPr>
          <w:sz w:val="20"/>
        </w:rPr>
        <w:t>6:50  to rone lage wo.</w:t>
      </w:r>
      <w:r>
        <w:br/>
      </w:r>
      <w:r>
        <w:rPr>
          <w:sz w:val="20"/>
        </w:rPr>
        <w:t>6:53  ro kar unhon ne kaha ke farq kuch bhi nahi, pehle hindu musalman ladte thay, ab Shia aur Sunni ladte hain yahan par.</w:t>
      </w:r>
      <w:r>
        <w:br/>
      </w:r>
      <w:r>
        <w:rPr>
          <w:sz w:val="20"/>
        </w:rPr>
        <w:t>7:04  yani Shia Pakistan mein 20 feesad hain.</w:t>
      </w:r>
      <w:r>
        <w:br/>
      </w:r>
      <w:r>
        <w:rPr>
          <w:sz w:val="20"/>
        </w:rPr>
        <w:t>7:10  to aik baar Shia marte hain Sunni ko, doosri baar Sunni marte hain Shia ko. yeh ho raha hai. aur sirf Shia Sunni ki baat nahi hai.</w:t>
      </w:r>
      <w:r>
        <w:br/>
      </w:r>
      <w:r>
        <w:rPr>
          <w:sz w:val="20"/>
        </w:rPr>
        <w:t>7:20  wahan muhajir marte hain ghair muhajir ko, ghair muhajir marte hain muhajir ko. Punjabi marte hain non Punjabi ko, non Punjabi marte hain Punjabi ko.</w:t>
      </w:r>
      <w:r>
        <w:br/>
      </w:r>
      <w:r>
        <w:rPr>
          <w:sz w:val="20"/>
        </w:rPr>
        <w:t>7:35  to jo log kehte thay ke humein hindu aksariyat se khatra hai, ab tumhein khud musalmanon se khatra hai.</w:t>
      </w:r>
      <w:r>
        <w:br/>
      </w:r>
      <w:r>
        <w:rPr>
          <w:sz w:val="20"/>
        </w:rPr>
        <w:t>7:45  aur yeh aik waqia hai ke India ke musalman bohat zyada taraqqi kar rahe hain, Pakistan se zyada taraqqi kar rahe hain.</w:t>
      </w:r>
      <w:r>
        <w:br/>
      </w:r>
      <w:r>
        <w:rPr>
          <w:sz w:val="20"/>
        </w:rPr>
        <w:t>7:54  yeh aik haqeeqat hai.</w:t>
      </w:r>
      <w:r>
        <w:br/>
      </w:r>
      <w:r>
        <w:rPr>
          <w:sz w:val="20"/>
        </w:rPr>
        <w:t>7:58  Pakistan mein jo log gaye un se pooch li jiye aap, India ke musalman Pakistan ke muqable mein zyada taraqqi kar rahe hain.</w:t>
      </w:r>
      <w:r>
        <w:br/>
      </w:r>
      <w:r>
        <w:rPr>
          <w:sz w:val="20"/>
        </w:rPr>
        <w:t>8:07  wo log jhoot bolte hain jo kehte hain ke India mein hamare sath zulm hota hai. sirf jhoot baat, jhooti baat hai yeh sab.</w:t>
      </w:r>
      <w:r>
        <w:br/>
      </w:r>
      <w:r>
        <w:rPr>
          <w:sz w:val="20"/>
        </w:rPr>
        <w:t>8:16  acha, ab is mein ghor kijiye, yeh mamla kya hai? yeh bohat hi sanjeeda mamla hai, yaad rakhiye.</w:t>
      </w:r>
      <w:r>
        <w:br/>
      </w:r>
      <w:r>
        <w:rPr>
          <w:sz w:val="20"/>
        </w:rPr>
        <w:t>8:28  dekhiye, yeh masla jo tha musalman بمقابلہ hindu nahi tha. yeh jo uthaya gaya masla Pakistan ka taqseem ka, hindu musalman ke naam par, to apni haqeeqat ke aitbar se yeh masla</w:t>
      </w:r>
      <w:r>
        <w:br/>
      </w:r>
      <w:r>
        <w:rPr>
          <w:sz w:val="20"/>
        </w:rPr>
        <w:t>8:47  hindu بمقابلہ muslim ka nahi tha. yeh tha hindu بمقابلہ degenerated community tha. hindu بمقابلہ aur degenerated community.</w:t>
      </w:r>
    </w:p>
    <w:p>
      <w:pPr>
        <w:pStyle w:val="Heading2"/>
      </w:pPr>
      <w:r>
        <w:t>Singapore success accepting truncation</w:t>
      </w:r>
    </w:p>
    <w:p>
      <w:r>
        <w:rPr>
          <w:color w:val="666666"/>
          <w:sz w:val="18"/>
        </w:rPr>
        <w:t>Principle of Loss May 31, 2015 · 3m 28s · at 33:37 · https://youtu.be/vM-CUyBiDkc?t=2017</w:t>
      </w:r>
    </w:p>
    <w:p>
      <w:r>
        <w:rPr>
          <w:i/>
        </w:rPr>
        <w:t>“Aur main aapko misaal deta hoon”</w:t>
      </w:r>
    </w:p>
    <w:p>
      <w:r>
        <w:rPr>
          <w:sz w:val="20"/>
        </w:rPr>
        <w:t>33:37  Germany aur France ki tarah zabardast mulk hotay.</w:t>
      </w:r>
      <w:r>
        <w:br/>
      </w:r>
      <w:r>
        <w:rPr>
          <w:sz w:val="20"/>
        </w:rPr>
        <w:t>33:42  aur mein aap ko misaal deta hoon, dekhein yeh jo jis ko aap kehte hain Singapore, wo pehle Malaysia ka hissa tha, aik aik coaster area tha, chota sa,</w:t>
      </w:r>
      <w:r>
        <w:br/>
      </w:r>
      <w:r>
        <w:rPr>
          <w:sz w:val="20"/>
        </w:rPr>
        <w:t>33:57  jo jahan kora dump kiya jata tha. kora dump kiya jata tha, wo area aisa tha. wo</w:t>
      </w:r>
      <w:r>
        <w:br/>
      </w:r>
      <w:r>
        <w:rPr>
          <w:sz w:val="20"/>
        </w:rPr>
        <w:t>34:07  to wahan per Mr. Lee aik leader paida hua aur us ne tehreek chalai. to is tehreek ke nateejay mein us ko Malaysia ka wo part, jis ko aaj hum Singapore kehte hain, us ko bant kar de diya gaya.</w:t>
      </w:r>
      <w:r>
        <w:br/>
      </w:r>
      <w:r>
        <w:rPr>
          <w:sz w:val="20"/>
        </w:rPr>
        <w:t>34:25  jis waqt diya gaya tha, us ko us waqt wo aik bilkul hi, yani under, koi development nahi, koi wahan source bhi nahi, na oil, na wahan koi source bhi nahi,</w:t>
      </w:r>
      <w:r>
        <w:br/>
      </w:r>
      <w:r>
        <w:rPr>
          <w:sz w:val="20"/>
        </w:rPr>
        <w:t>34:39  bas aik samandar ke kinare ka area tha jahan kora dump kiya jata tha. wo de diya,</w:t>
      </w:r>
      <w:r>
        <w:br/>
      </w:r>
      <w:r>
        <w:rPr>
          <w:sz w:val="20"/>
        </w:rPr>
        <w:t>34:48  yani doosray radon mein Singapore jo tha, a truncated Singapore tha,</w:t>
      </w:r>
      <w:r>
        <w:br/>
      </w:r>
      <w:r>
        <w:rPr>
          <w:sz w:val="20"/>
        </w:rPr>
        <w:t>34:53  jo Singapore chahte thay, wo nahi mila tha un ko. kata phata Singapore tha.</w:t>
      </w:r>
      <w:r>
        <w:br/>
      </w:r>
      <w:r>
        <w:rPr>
          <w:sz w:val="20"/>
        </w:rPr>
        <w:t>35:01  to Lee jo tha, bohat hi zabardast aadmi tha, us ki education hui thi Harvard University mein, America mein, bohat intelligent tha, bohat ziyada learned aadmi tha.</w:t>
      </w:r>
      <w:r>
        <w:br/>
      </w:r>
      <w:r>
        <w:rPr>
          <w:sz w:val="20"/>
        </w:rPr>
        <w:t>35:11  Mr. Lee jo tha, uska founder, jo prime minister tha Singapore ka,</w:t>
      </w:r>
      <w:r>
        <w:br/>
      </w:r>
      <w:r>
        <w:rPr>
          <w:sz w:val="20"/>
        </w:rPr>
        <w:t>35:19  us ne isi isi raaz ko pakra ke humein truncated Singapore hi per razi hona hai, nahi to wo bhi jaye ga. us ne koi shikayat nahi ki Malaysia ke khilaf, koi Malaysia ke khilaf, koi itnay, koi tehreek nahi chalai, kuch bhi nahi kiya.</w:t>
      </w:r>
      <w:r>
        <w:br/>
      </w:r>
      <w:r>
        <w:rPr>
          <w:sz w:val="20"/>
        </w:rPr>
        <w:t>35:39  sirf yeh kiya ke jo mila tha area, bas us ki development, us ki development, us ki do</w:t>
      </w:r>
      <w:r>
        <w:br/>
      </w:r>
      <w:r>
        <w:rPr>
          <w:sz w:val="20"/>
        </w:rPr>
        <w:t>35:46  development, kuch nahi, us ke us ke agay kuch kuch bhi nahi. aaj aap jante hain ke Singapore jo hai, aik developed country shumar hota hai.</w:t>
      </w:r>
      <w:r>
        <w:br/>
      </w:r>
      <w:r>
        <w:rPr>
          <w:sz w:val="20"/>
        </w:rPr>
        <w:t>35:59  Singapore ki jo Singapore ki jo per capita income hai, wo bohat hi ziyada hai. Singapore safest country banaya jata hai.</w:t>
      </w:r>
      <w:r>
        <w:br/>
      </w:r>
      <w:r>
        <w:rPr>
          <w:sz w:val="20"/>
        </w:rPr>
        <w:t>36:12  Singapore mein, yani crime free country hai. Singapore</w:t>
      </w:r>
      <w:r>
        <w:br/>
      </w:r>
      <w:r>
        <w:rPr>
          <w:sz w:val="20"/>
        </w:rPr>
        <w:t>36:18  to aik aik misaal dekhein, Palestine ki aur Pakistan ki hai ke Palestine aur Pakistan mein jo mila tha un ko, wo truncated Palestine, truncated Pakistan, wo to razi nahi hai.</w:t>
      </w:r>
      <w:r>
        <w:br/>
      </w:r>
      <w:r>
        <w:rPr>
          <w:sz w:val="20"/>
        </w:rPr>
        <w:t>36:32  wo nazdeek nahi hue to kiya hua? barbadi, barbadi, barbadi, barbadi. abhi aaj hi subah khabar thi, aap ne dekha hoga ke 20 aadmi maar dalay.</w:t>
      </w:r>
      <w:r>
        <w:br/>
      </w:r>
      <w:r>
        <w:rPr>
          <w:sz w:val="20"/>
        </w:rPr>
        <w:t>36:46  doosri taraf Singapore jo tha, woh mila tha in ko aik tracted Singapore ki shakal mein, lekin is ko unhon ne accept kiya aur is ko develop karna shuru kiya.</w:t>
      </w:r>
      <w:r>
        <w:br/>
      </w:r>
      <w:r>
        <w:rPr>
          <w:sz w:val="20"/>
        </w:rPr>
        <w:t>36:58  to aaj singapore ka naam jo hai, development ka naam ban gaya hai.</w:t>
      </w:r>
    </w:p>
    <w:p>
      <w:pPr>
        <w:pStyle w:val="Heading2"/>
      </w:pPr>
      <w:r>
        <w:t>Bertrand Russell and indirect argument for God</w:t>
      </w:r>
    </w:p>
    <w:p>
      <w:r>
        <w:rPr>
          <w:color w:val="666666"/>
          <w:sz w:val="18"/>
        </w:rPr>
        <w:t>Comparative Study of Religions | May 30, 2010 | Maulana Wahiduddin Khan · 5m 35s · at 19:59 · https://youtu.be/W5Pm3XIyyz8?t=1199</w:t>
      </w:r>
    </w:p>
    <w:p>
      <w:r>
        <w:rPr>
          <w:i/>
        </w:rPr>
        <w:t>“A confirmed atheist who does not believe in God.”</w:t>
      </w:r>
    </w:p>
    <w:p>
      <w:r>
        <w:rPr>
          <w:sz w:val="20"/>
        </w:rPr>
        <w:t>19:59  aik pakka mulhid aadmi, mazhab ko na maannay wala aadmi, khuda ko na maannay wala aadmi.</w:t>
      </w:r>
      <w:r>
        <w:br/>
      </w:r>
      <w:r>
        <w:rPr>
          <w:sz w:val="20"/>
        </w:rPr>
        <w:t>20:06  woh kya nuqta tha? woh do kitabon se mujhe mila.</w:t>
      </w:r>
      <w:r>
        <w:br/>
      </w:r>
      <w:r>
        <w:rPr>
          <w:sz w:val="20"/>
        </w:rPr>
        <w:t>20:14  is ki do kitabein jo hain, aik to yeh kitab jo mein ne kaha "Why I Am Not a Christian".</w:t>
      </w:r>
      <w:r>
        <w:br/>
      </w:r>
      <w:r>
        <w:rPr>
          <w:sz w:val="20"/>
        </w:rPr>
        <w:t>20:22  doosri kitab jo thi, woh is ka naam tha, is ka naam hai "Human Knowledge".</w:t>
      </w:r>
      <w:r>
        <w:br/>
      </w:r>
      <w:r>
        <w:rPr>
          <w:sz w:val="20"/>
        </w:rPr>
        <w:t>20:29  "Human Knowledge".</w:t>
      </w:r>
      <w:r>
        <w:br/>
      </w:r>
      <w:r>
        <w:rPr>
          <w:sz w:val="20"/>
        </w:rPr>
        <w:t>20:34  to dekhiye, is se pehle mein aik aur qissa arz karoon ke mein aik pata hai ke university</w:t>
      </w:r>
      <w:r>
        <w:br/>
      </w:r>
      <w:r>
        <w:rPr>
          <w:sz w:val="20"/>
        </w:rPr>
        <w:t>20:40  mein gaya, bohat pehle ki baat hai.</w:t>
      </w:r>
      <w:r>
        <w:br/>
      </w:r>
      <w:r>
        <w:rPr>
          <w:sz w:val="20"/>
        </w:rPr>
        <w:t>20:45  to wahan philosophy ke jo professor thay, un se baat karte hue unhon ne kaha ke woh islam</w:t>
      </w:r>
      <w:r>
        <w:br/>
      </w:r>
      <w:r>
        <w:rPr>
          <w:sz w:val="20"/>
        </w:rPr>
        <w:t>20:50  mein primary rest nahi hai, sirf secondary rest hai.</w:t>
      </w:r>
      <w:r>
        <w:br/>
      </w:r>
      <w:r>
        <w:rPr>
          <w:sz w:val="20"/>
        </w:rPr>
        <w:t>20:56  ab yeh bohat dhakka laga mujhe</w:t>
      </w:r>
      <w:r>
        <w:br/>
      </w:r>
      <w:r>
        <w:rPr>
          <w:sz w:val="20"/>
        </w:rPr>
        <w:t>21:01  ke islam mein sirf secondary rest hai, primary rest nahi hai.</w:t>
      </w:r>
      <w:r>
        <w:br/>
      </w:r>
      <w:r>
        <w:rPr>
          <w:sz w:val="20"/>
        </w:rPr>
        <w:t>21:07  is ka matlab yeh tha ke islam ki sachai par aap direct argument nahi qaim kar sakte, sirf</w:t>
      </w:r>
      <w:r>
        <w:br/>
      </w:r>
      <w:r>
        <w:rPr>
          <w:sz w:val="20"/>
        </w:rPr>
        <w:t>21:13  istimbati argument ya inferential argument hi hota hai aap ke paas.</w:t>
      </w:r>
      <w:r>
        <w:br/>
      </w:r>
      <w:r>
        <w:rPr>
          <w:sz w:val="20"/>
        </w:rPr>
        <w:t>21:19  to ab aik dhakka laga mujhe ke islam jo hai, yani is ke lehaz se ilmi lehaz se</w:t>
      </w:r>
      <w:r>
        <w:br/>
      </w:r>
      <w:r>
        <w:rPr>
          <w:sz w:val="20"/>
        </w:rPr>
        <w:t>21:25  doosray doosray darjay ka discipline hai,</w:t>
      </w:r>
      <w:r>
        <w:br/>
      </w:r>
      <w:r>
        <w:rPr>
          <w:sz w:val="20"/>
        </w:rPr>
        <w:t>21:31  doosray darjay ka discipline hai.</w:t>
      </w:r>
      <w:r>
        <w:br/>
      </w:r>
      <w:r>
        <w:rPr>
          <w:sz w:val="20"/>
        </w:rPr>
        <w:t>21:36  ab yeh hunt karta raha mein bohat dinon tak.</w:t>
      </w:r>
      <w:r>
        <w:br/>
      </w:r>
      <w:r>
        <w:rPr>
          <w:sz w:val="20"/>
        </w:rPr>
        <w:t>21:40  is ka jawab pehli baar mujhe mila bartan russell kitab mein.</w:t>
      </w:r>
      <w:r>
        <w:br/>
      </w:r>
      <w:r>
        <w:rPr>
          <w:sz w:val="20"/>
        </w:rPr>
        <w:t>21:44  is ne is kitab mein, yeh do kitabein jo hain, is mein establish kiya hai.</w:t>
      </w:r>
      <w:r>
        <w:br/>
      </w:r>
      <w:r>
        <w:rPr>
          <w:sz w:val="20"/>
        </w:rPr>
        <w:t>21:49  phir baad ko aur bhi kitabein mein ne dekhi hain, is mein yeh baat to ab bohat si</w:t>
      </w:r>
      <w:r>
        <w:br/>
      </w:r>
      <w:r>
        <w:rPr>
          <w:sz w:val="20"/>
        </w:rPr>
        <w:t>21:53  kitabein is mozu par chhap chuki hain.</w:t>
      </w:r>
      <w:r>
        <w:br/>
      </w:r>
      <w:r>
        <w:rPr>
          <w:sz w:val="20"/>
        </w:rPr>
        <w:t>21:57  us ne likha hai ke</w:t>
      </w:r>
      <w:r>
        <w:br/>
      </w:r>
      <w:r>
        <w:rPr>
          <w:sz w:val="20"/>
        </w:rPr>
        <w:t>22:02  yani do do period hain ilm ke, yani ek woh hai jab ke micro world tak insan ka</w:t>
      </w:r>
      <w:r>
        <w:br/>
      </w:r>
      <w:r>
        <w:rPr>
          <w:sz w:val="20"/>
        </w:rPr>
        <w:t>22:09  ilm pahuncha tha aur doosra woh jab ke micro world tak insan ka ilm pahunch gaya.</w:t>
      </w:r>
      <w:r>
        <w:br/>
      </w:r>
      <w:r>
        <w:rPr>
          <w:sz w:val="20"/>
        </w:rPr>
        <w:t>22:17  matlab telescope ka zamana aur doosra yeh microscope ka zamana.</w:t>
      </w:r>
      <w:r>
        <w:br/>
      </w:r>
      <w:r>
        <w:rPr>
          <w:sz w:val="20"/>
        </w:rPr>
        <w:t>22:25  to woh kehta hai ke yeh pehle ki baat hai</w:t>
      </w:r>
      <w:r>
        <w:br/>
      </w:r>
      <w:r>
        <w:rPr>
          <w:sz w:val="20"/>
        </w:rPr>
        <w:t>22:33  jab ke telescope nahi bani thi, microscope nahi bani thi ke insan yeh samajhta tha ke cheezon par</w:t>
      </w:r>
      <w:r>
        <w:br/>
      </w:r>
      <w:r>
        <w:rPr>
          <w:sz w:val="20"/>
        </w:rPr>
        <w:t>22:39  direct argument possible hai.</w:t>
      </w:r>
      <w:r>
        <w:br/>
      </w:r>
      <w:r>
        <w:rPr>
          <w:sz w:val="20"/>
        </w:rPr>
        <w:t>22:45  jaise yeh Newton manta tha ke yeh light hai, yeh light, yeh koi maadi cheez manta tha, is</w:t>
      </w:r>
      <w:r>
        <w:br/>
      </w:r>
      <w:r>
        <w:rPr>
          <w:sz w:val="20"/>
        </w:rPr>
        <w:t>22:51  ko Newton yani light jo hai, us ko yeh maadi cheez manta tha.</w:t>
      </w:r>
      <w:r>
        <w:br/>
      </w:r>
      <w:r>
        <w:rPr>
          <w:sz w:val="20"/>
        </w:rPr>
        <w:t>22:57  us ko kaha jata hai corpuscles theory of light</w:t>
      </w:r>
      <w:r>
        <w:br/>
      </w:r>
      <w:r>
        <w:rPr>
          <w:sz w:val="20"/>
        </w:rPr>
        <w:t>23:03  .</w:t>
      </w:r>
      <w:r>
        <w:br/>
      </w:r>
      <w:r>
        <w:rPr>
          <w:sz w:val="20"/>
        </w:rPr>
        <w:t>23:08  to us woh roshni ko maadi zarat manta tha, woh maadi zarat.</w:t>
      </w:r>
      <w:r>
        <w:br/>
      </w:r>
      <w:r>
        <w:rPr>
          <w:sz w:val="20"/>
        </w:rPr>
        <w:t>23:13  ab ab yeh khatm ho gaya, ab yeh ab yeh theory nahi hai duniya mein.</w:t>
      </w:r>
      <w:r>
        <w:br/>
      </w:r>
      <w:r>
        <w:rPr>
          <w:sz w:val="20"/>
        </w:rPr>
        <w:t>23:18  to Bertrand Russell ne yeh baat likhi thi is mein, aur phir baad ko aur logon ki kitabon</w:t>
      </w:r>
      <w:r>
        <w:br/>
      </w:r>
      <w:r>
        <w:rPr>
          <w:sz w:val="20"/>
        </w:rPr>
        <w:t>23:23  mein ne parha, woh zamana khatm ho gaya jo Newton ke zamane mein tha.</w:t>
      </w:r>
      <w:r>
        <w:br/>
      </w:r>
      <w:r>
        <w:rPr>
          <w:sz w:val="20"/>
        </w:rPr>
        <w:t>23:28  ab jo insan yani jab atom, at</w:t>
      </w:r>
      <w:r>
        <w:br/>
      </w:r>
      <w:r>
        <w:rPr>
          <w:sz w:val="20"/>
        </w:rPr>
        <w:t>23:33  om mein jab split hua, pehle samjha jata tha, aap jante hain ke yani philosopher jo the, to</w:t>
      </w:r>
      <w:r>
        <w:br/>
      </w:r>
      <w:r>
        <w:rPr>
          <w:sz w:val="20"/>
        </w:rPr>
        <w:t>23:39  woh atom ko samajhte the ke woh juz hai, tajzia hai, yani woh aakhri particle hai.</w:t>
      </w:r>
      <w:r>
        <w:br/>
      </w:r>
      <w:r>
        <w:rPr>
          <w:sz w:val="20"/>
        </w:rPr>
        <w:t>23:45  lekin jab atom toot gaya to maloom hua ke nahi, us ke aage bhi hai duniya, yani waves</w:t>
      </w:r>
      <w:r>
        <w:br/>
      </w:r>
      <w:r>
        <w:rPr>
          <w:sz w:val="20"/>
        </w:rPr>
        <w:t>23:51  of electron hain us ke aage, aur waves of electron jo hain, un ki koi material description hum</w:t>
      </w:r>
      <w:r>
        <w:br/>
      </w:r>
      <w:r>
        <w:rPr>
          <w:sz w:val="20"/>
        </w:rPr>
        <w:t>23:57  nahi de sakte aap.</w:t>
      </w:r>
      <w:r>
        <w:br/>
      </w:r>
      <w:r>
        <w:rPr>
          <w:sz w:val="20"/>
        </w:rPr>
        <w:t>24:03  jab tak samjha jata tha ke aakhri cheez atom hai, tab tak us ko aap material terms mein</w:t>
      </w:r>
      <w:r>
        <w:br/>
      </w:r>
      <w:r>
        <w:rPr>
          <w:sz w:val="20"/>
        </w:rPr>
        <w:t>24:09  describe kar sakte the.</w:t>
      </w:r>
      <w:r>
        <w:br/>
      </w:r>
      <w:r>
        <w:rPr>
          <w:sz w:val="20"/>
        </w:rPr>
        <w:t>24:15  lekin jab yeh maloom hua ke us ke aage bhi duniya hai, atom aakhri nahi hai, us ke</w:t>
      </w:r>
      <w:r>
        <w:br/>
      </w:r>
      <w:r>
        <w:rPr>
          <w:sz w:val="20"/>
        </w:rPr>
        <w:t>24:22  aage electronic waves hain, waves of electrons, maloom hua ke woh to material term bana hi nahi keh sakti.</w:t>
      </w:r>
      <w:r>
        <w:br/>
      </w:r>
      <w:r>
        <w:rPr>
          <w:sz w:val="20"/>
        </w:rPr>
        <w:t>24:28  to burton russel ne likha ek jagah hai,</w:t>
      </w:r>
      <w:r>
        <w:br/>
      </w:r>
      <w:r>
        <w:rPr>
          <w:sz w:val="20"/>
        </w:rPr>
        <w:t>24:34  ek sentence is mein hai, ek sentence, is se mujhe bohat bari baat mil gayi.</w:t>
      </w:r>
      <w:r>
        <w:br/>
      </w:r>
      <w:r>
        <w:rPr>
          <w:sz w:val="20"/>
        </w:rPr>
        <w:t>24:41  is ki bohat sari kitabein hain, un ki ek ek kitab mein sirf ek sentence, woh yeh likha</w:t>
      </w:r>
      <w:r>
        <w:br/>
      </w:r>
      <w:r>
        <w:rPr>
          <w:sz w:val="20"/>
        </w:rPr>
        <w:t>24:49  hai is ne ke philosophers jo argument dete hain khuda ke existence par, to woh is ko kehte</w:t>
      </w:r>
      <w:r>
        <w:br/>
      </w:r>
      <w:r>
        <w:rPr>
          <w:sz w:val="20"/>
        </w:rPr>
        <w:t>24:56  hain argument from design, yani where there is design, there is designer, yani is universe mein</w:t>
      </w:r>
      <w:r>
        <w:br/>
      </w:r>
      <w:r>
        <w:rPr>
          <w:sz w:val="20"/>
        </w:rPr>
        <w:t>25:04  design hai, to is ka koi designer hai.</w:t>
      </w:r>
      <w:r>
        <w:br/>
      </w:r>
      <w:r>
        <w:rPr>
          <w:sz w:val="20"/>
        </w:rPr>
        <w:t>25:09  is ko kehte hain argument from design.</w:t>
      </w:r>
      <w:r>
        <w:br/>
      </w:r>
      <w:r>
        <w:rPr>
          <w:sz w:val="20"/>
        </w:rPr>
        <w:t>25:14  to is ne likha hai ke argument from design ka jo hai, un ka argument in nature yeh</w:t>
      </w:r>
      <w:r>
        <w:br/>
      </w:r>
      <w:r>
        <w:rPr>
          <w:sz w:val="20"/>
        </w:rPr>
        <w:t>25:19  scientific hai, in nature yeh scientific hai.</w:t>
      </w:r>
      <w:r>
        <w:br/>
      </w:r>
      <w:r>
        <w:rPr>
          <w:sz w:val="20"/>
        </w:rPr>
        <w:t>25:24  kyun? kyunke ab jo woh woh zamana khatam ho chuka jab ke aap yeh kehte the ke yani</w:t>
      </w:r>
      <w:r>
        <w:br/>
      </w:r>
      <w:r>
        <w:rPr>
          <w:sz w:val="20"/>
        </w:rPr>
        <w:t>25:29  har cheez cheez wohi hai jo direct argument</w:t>
      </w:r>
    </w:p>
    <w:p>
      <w:pPr>
        <w:pStyle w:val="Heading2"/>
      </w:pPr>
      <w:r>
        <w:t>Using intellect in religion correctly</w:t>
      </w:r>
    </w:p>
    <w:p>
      <w:r>
        <w:rPr>
          <w:color w:val="666666"/>
          <w:sz w:val="18"/>
        </w:rPr>
        <w:t>Al-RISALA NOV, 2017 · 5m 22s · at 57:00 · https://youtu.be/PvVV-FJAYDg?t=3420</w:t>
      </w:r>
    </w:p>
    <w:p>
      <w:r>
        <w:rPr>
          <w:i/>
        </w:rPr>
        <w:t>“Using intellect in religion is absolutely correct”</w:t>
      </w:r>
    </w:p>
    <w:p>
      <w:r>
        <w:rPr>
          <w:sz w:val="20"/>
        </w:rPr>
        <w:t>57:00  deen mein aql ka istemal. deen mein aql ka istemal bilashuba ain durust hai. khud quran mein ul, yani aql ke istemal ki targheeb di gayi hai.</w:t>
      </w:r>
      <w:r>
        <w:br/>
      </w:r>
      <w:r>
        <w:rPr>
          <w:sz w:val="20"/>
        </w:rPr>
        <w:t>57:14  magar is ka matlab yeh nahin hai ke aadmi yunani kalamiyat ke model par islam ko janchne ki koshish kare, jaisa ke razi aur juwayni jaise logon ne kiya.</w:t>
      </w:r>
      <w:r>
        <w:br/>
      </w:r>
      <w:r>
        <w:rPr>
          <w:sz w:val="20"/>
        </w:rPr>
        <w:t>57:27  qadeem zamane mein muslim mutakallimeen ne deen mein aql ko istemal kiya to is par ulama ne sakht nakeer ki.</w:t>
      </w:r>
      <w:r>
        <w:br/>
      </w:r>
      <w:r>
        <w:rPr>
          <w:sz w:val="20"/>
        </w:rPr>
        <w:t>57:36  misalan imam malik ibn ans aur imam abu yusuf ne kaha tha: man talab ad-deena bil-kalami tazandaq, zamm al-kalami wa ahluhu lil-hurri, al-madinah al-munawwarah.</w:t>
      </w:r>
      <w:r>
        <w:br/>
      </w:r>
      <w:r>
        <w:rPr>
          <w:sz w:val="20"/>
        </w:rPr>
        <w:t>57:50  yani jis ne deen ko kalam ke zariye hasil karna chaha woh zindiq ho gaya. yeh qaul bajaye khud bilashuba durust hai lekin woh khud aql ke aitbar se nahi hai balkeh aql ke ek galat istemal ke aitbar se hai,</w:t>
      </w:r>
      <w:r>
        <w:br/>
      </w:r>
      <w:r>
        <w:rPr>
          <w:sz w:val="20"/>
        </w:rPr>
        <w:t>58:08  jo ke haqeeqat mein lafzi moshgaafi tha na ke haqeeqi maano mein aql. haqeeqat yeh hai ke aql ka irtaqa sahi maano mein is waqt se hua jabke dunya mein aqli science, yani scientific reasoning, wajood mein aayi.</w:t>
      </w:r>
      <w:r>
        <w:br/>
      </w:r>
      <w:r>
        <w:rPr>
          <w:sz w:val="20"/>
        </w:rPr>
        <w:t>58:25  deen mein aql ke istemal ka matlab hai ke deeni masail ke maamle mein aqli itminan hasil karna taake insaan jab is dunya se jaye to qalb-e-saleem ke saath jaye.</w:t>
      </w:r>
      <w:r>
        <w:br/>
      </w:r>
      <w:r>
        <w:rPr>
          <w:sz w:val="20"/>
        </w:rPr>
        <w:t>58:39  is ki ek misaal quran ki ek aayat hai jis ka tarjuma yeh hai: tauba jis ko qubool karna Allah ke zimme hai woh un logon ki hai jo buri harkat nadani se kar bethte hain, phir jald hi tauba kar lete hain.</w:t>
      </w:r>
      <w:r>
        <w:br/>
      </w:r>
      <w:r>
        <w:rPr>
          <w:sz w:val="20"/>
        </w:rPr>
        <w:t>58:55  wohi hain jin ki tauba Allah qubool karta hai aur Allah janne wala, hikmat wala hai. quran ki is aayat mein tauba qareeb, yani speedy repentance ka lafz kyun aaya hai?</w:t>
      </w:r>
      <w:r>
        <w:br/>
      </w:r>
      <w:r>
        <w:rPr>
          <w:sz w:val="20"/>
        </w:rPr>
        <w:t>59:09  is ka jawab ilm-un-nafs ke mutale se maloom hota hai. insani nafsiyat ka mutala batata hai ke insaan ke dimagh ke teen hisse hain: shaoor, yani conscious mind; tahat-ush-shaoor, yani subconscious mind; aur la-shaoor, yani unconscious mind.</w:t>
      </w:r>
      <w:r>
        <w:br/>
      </w:r>
      <w:r>
        <w:rPr>
          <w:sz w:val="20"/>
        </w:rPr>
        <w:t>59:30  yeh farq insaan ki fitri saakht ke mutabiq hai. jab aadmi ghalti karta hai to ibtidaan ghalti ka shaoor is ke zinda hifze, yani living memory, mein hota hai.</w:t>
      </w:r>
      <w:r>
        <w:br/>
      </w:r>
      <w:r>
        <w:rPr>
          <w:sz w:val="20"/>
        </w:rPr>
        <w:t>59:43  is waqt aadmi agar apna muhasba, yani introspection, kare to ibtidai marhale mein aadmi apni ghalti ko shiddat ke saath mehsoos karega aur jald hi woh apni ghalti ki islaah kar lega.</w:t>
      </w:r>
      <w:r>
        <w:br/>
      </w:r>
      <w:r>
        <w:rPr>
          <w:sz w:val="20"/>
        </w:rPr>
        <w:t>59:59  lekin agar aadmi muhasbe mein der kare to is ke baad ghalti ka ehsas is ke zinda shaoor se guzar kar is ke dimagh ke us hisse mein chala jayega jis ko tahat-ush-shaoor kaha jata hai.</w:t>
      </w:r>
      <w:r>
        <w:br/>
      </w:r>
      <w:r>
        <w:rPr>
          <w:sz w:val="20"/>
        </w:rPr>
        <w:t>1:00:13  ab ghalti ke bare mein is ke andar hassasiyat bohat kam ho jati hai. aadmi ne agar ab bhi apna muhasba nahi kiya to is ke baad teesra darja yeh aata hai ke ghalti ka ehsas aadmi ke la-shaoor mein chala jata hai.</w:t>
      </w:r>
      <w:r>
        <w:br/>
      </w:r>
      <w:r>
        <w:rPr>
          <w:sz w:val="20"/>
        </w:rPr>
        <w:t>1:00:31  is teesre darje ko pohnchne ke baad aadmi ke andar ghalti ke bare mein kamil ghaflat ka daura jata hai. isi ko quran mein tul-ul-amr se qasaawat ka paida hona bataya gaya hai.</w:t>
      </w:r>
      <w:r>
        <w:br/>
      </w:r>
      <w:r>
        <w:rPr>
          <w:sz w:val="20"/>
        </w:rPr>
        <w:t>1:00:46  isi nafsiyati tajziye ka doosra naam deen ke maamle mein aql ka istemal karna hai. is maamle ko samajhne ke liye ek aur aayat-e-qurani ka mutala kijiye.</w:t>
      </w:r>
      <w:r>
        <w:br/>
      </w:r>
      <w:r>
        <w:rPr>
          <w:sz w:val="20"/>
        </w:rPr>
        <w:t>1:00:58  is aayat ka tarjuma yeh hai: aye iman walon</w:t>
      </w:r>
      <w:r>
        <w:br/>
      </w:r>
      <w:r>
        <w:rPr>
          <w:sz w:val="20"/>
        </w:rPr>
        <w:t>1:01:01  tum apni awazen paighambar ki awaz se upar mat karo aur na us ko is tarah awaz de kar pukaro jis tarah tum aapas mein ek doosre ko pukarte ho.</w:t>
      </w:r>
      <w:r>
        <w:br/>
      </w:r>
      <w:r>
        <w:rPr>
          <w:sz w:val="20"/>
        </w:rPr>
        <w:t>1:01:13  kahin aisa na ho ke tumhare aamal barbad ho jayen aur tum ko khabar bhi na ho. is aayat mein jo baat kahi gayi hai woh sirf paighambar ki fazilat ya paighambar ke maamle mein adab ke aitbar se nahi hai balkeh asal an woh deen-e-khudawandi ke aitbar se hai.</w:t>
      </w:r>
      <w:r>
        <w:br/>
      </w:r>
      <w:r>
        <w:rPr>
          <w:sz w:val="20"/>
        </w:rPr>
        <w:t>1:01:32  habat-e-aamal ka yeh waqea paighambar ki majlis mein bhi paish aa sakta hai aur paighambar ki majlis ke bahar bhi. asal yeh hai ke jab deen-e-khudawandi ki koi baat ho to insaan ko chahiye ke nihayat sanjeedgi ke saath woh us ko sune.</w:t>
      </w:r>
      <w:r>
        <w:br/>
      </w:r>
      <w:r>
        <w:rPr>
          <w:sz w:val="20"/>
        </w:rPr>
        <w:t>1:01:51  agar woh us ko ek ghair aham baat ki tarah sune ga to dheere dheere woh is maamle mein qasaawat ka shikar ho jayega aur phir be-shaoori ke us darje par pohnch jayega jabke us ke liye apni islaah karna hi mumkin na rahega.</w:t>
      </w:r>
      <w:r>
        <w:br/>
      </w:r>
      <w:r>
        <w:rPr>
          <w:sz w:val="20"/>
        </w:rPr>
        <w:t>1:02:08  aise aadmi ka yeh anjam is liye hoga ke us ne qanoon-e-fitrat ke mutabiq pehle marhale mein apna muhasba nahi kiya.</w:t>
      </w:r>
    </w:p>
    <w:p>
      <w:pPr>
        <w:pStyle w:val="Heading2"/>
      </w:pPr>
      <w:r>
        <w:t>Full story: astronomer Sir James Jeans and the Quran verse</w:t>
      </w:r>
    </w:p>
    <w:p>
      <w:r>
        <w:rPr>
          <w:color w:val="666666"/>
          <w:sz w:val="18"/>
        </w:rPr>
        <w:t>Untold Story of Islam January 28, 2007 · 5m 14s · at 54:20 · https://youtu.be/SoBrn4U1jyw?t=3260</w:t>
      </w:r>
    </w:p>
    <w:p>
      <w:r>
        <w:rPr>
          <w:i/>
        </w:rPr>
        <w:t>“Sir James Jeans church ja rahe the, Bible haath mein”</w:t>
      </w:r>
    </w:p>
    <w:p>
      <w:r>
        <w:rPr>
          <w:sz w:val="20"/>
        </w:rPr>
        <w:t>54:20  to mein chahta hoon ke aap is ko sunayen. aap is ko parh ke sunayen, zara zor se. This is on page 227</w:t>
      </w:r>
      <w:r>
        <w:br/>
      </w:r>
      <w:r>
        <w:rPr>
          <w:sz w:val="20"/>
        </w:rPr>
        <w:t>54:32  . To sum up, here is an incident which occurred in England as related by Inayatullah Mashriqi. It was Sunday, he writes, the year 1909.</w:t>
      </w:r>
      <w:r>
        <w:br/>
      </w:r>
      <w:r>
        <w:rPr>
          <w:sz w:val="20"/>
        </w:rPr>
        <w:t>54:45  It was raining hard. I had gone out on some errand when I saw the famous Cambridge University astronomer, Sir James Jeans, with a Bible clutched under his arm on his way to church.</w:t>
      </w:r>
      <w:r>
        <w:br/>
      </w:r>
      <w:r>
        <w:rPr>
          <w:sz w:val="20"/>
        </w:rPr>
        <w:t>55:00  Coming closer, I greeted him, but he did not reply. When I greeted him again, he looked at me and asked, "What do you want?" Two things I replied.</w:t>
      </w:r>
      <w:r>
        <w:br/>
      </w:r>
      <w:r>
        <w:rPr>
          <w:sz w:val="20"/>
        </w:rPr>
        <w:t>55:14  Firstly, the rain is pouring down, but you have not opened your umbrella. Sir James smiled at his own absent-mindedness and opened his umbrella.</w:t>
      </w:r>
      <w:r>
        <w:br/>
      </w:r>
      <w:r>
        <w:rPr>
          <w:sz w:val="20"/>
        </w:rPr>
        <w:t>55:25  Secondly, I continued, "I would like to know that a man of universal fame such as yourself is doing that is going to pray in church." Sir James paused for a while, then looking at me, he said,</w:t>
      </w:r>
      <w:r>
        <w:br/>
      </w:r>
      <w:r>
        <w:rPr>
          <w:sz w:val="20"/>
        </w:rPr>
        <w:t>55:43  "Come and have tea with me this evening." So I went along to his house that afternoon. At exactly four o'clock, Lady James appeared.</w:t>
      </w:r>
      <w:r>
        <w:br/>
      </w:r>
      <w:r>
        <w:rPr>
          <w:sz w:val="20"/>
        </w:rPr>
        <w:t>55:55  "Sir James is waiting for you," she said. I went inside where tea was ready on the table. Sir James was lost in thought.</w:t>
      </w:r>
      <w:r>
        <w:br/>
      </w:r>
      <w:r>
        <w:rPr>
          <w:sz w:val="20"/>
        </w:rPr>
        <w:t>56:06  "What was your question again?" he asked.</w:t>
      </w:r>
      <w:r>
        <w:br/>
      </w:r>
      <w:r>
        <w:rPr>
          <w:sz w:val="20"/>
        </w:rPr>
        <w:t>56:09  And without waiting for an answer, he went off into an inspiring description of the creation of the celestial bodies and the astonishing order to which they adhere, the incredible distances over which they travel, and the unfailing regularity which they maintain,</w:t>
      </w:r>
      <w:r>
        <w:br/>
      </w:r>
      <w:r>
        <w:rPr>
          <w:sz w:val="20"/>
        </w:rPr>
        <w:t>56:27  their intricate journeys through space in their orbits, their mutual attraction, and their never wavering from the path chosen for them, no matter how complicated it might be.</w:t>
      </w:r>
      <w:r>
        <w:br/>
      </w:r>
      <w:r>
        <w:rPr>
          <w:sz w:val="20"/>
        </w:rPr>
        <w:t>56:41  His vivid account of the power and majesty of God made my heart begin to tremble. As for him, the hair on his head was standing up straight.</w:t>
      </w:r>
      <w:r>
        <w:br/>
      </w:r>
      <w:r>
        <w:rPr>
          <w:sz w:val="20"/>
        </w:rPr>
        <w:t>56:53  His eyes were shining with awe and wonder. Trepidation at the thought of God's all-knowing and all-powerful nature made his hands tremble and his voice falter.</w:t>
      </w:r>
      <w:r>
        <w:br/>
      </w:r>
      <w:r>
        <w:rPr>
          <w:sz w:val="20"/>
        </w:rPr>
        <w:t>57:06  "You know, Inayatullah Khan," he said, "when I behold God's marvelous feats of creation, my whole being trembles in awe at His majesty.</w:t>
      </w:r>
      <w:r>
        <w:br/>
      </w:r>
      <w:r>
        <w:rPr>
          <w:sz w:val="20"/>
        </w:rPr>
        <w:t>57:17  When I go to church, I bow my head and say, 'Lord, how great You are,' and not only my lips but every particle of my body joins in uttering these words.</w:t>
      </w:r>
      <w:r>
        <w:br/>
      </w:r>
      <w:r>
        <w:rPr>
          <w:sz w:val="20"/>
        </w:rPr>
        <w:t>57:30  I obtain incredible peace and joy from my prayer.</w:t>
      </w:r>
      <w:r>
        <w:br/>
      </w:r>
      <w:r>
        <w:rPr>
          <w:sz w:val="20"/>
        </w:rPr>
        <w:t>57:35  Compared to others, I receive a thousand times more fulfillment from my prayer. So tell me, Inayatullah Khan, now do you understand why I go to church?" Sir James Jeans' words left Inayatullah Mashriqi's mind spinning.</w:t>
      </w:r>
      <w:r>
        <w:br/>
      </w:r>
      <w:r>
        <w:rPr>
          <w:sz w:val="20"/>
        </w:rPr>
        <w:t>57:52  "Sir," he said, "your inspiring words have made a deep impression on me. I am reminded of a verse of the Quran which, if I may be allowed, I should like to quote.</w:t>
      </w:r>
      <w:r>
        <w:br/>
      </w:r>
      <w:r>
        <w:rPr>
          <w:sz w:val="20"/>
        </w:rPr>
        <w:t>58:05  " "Of course," Sir James replied. Inayatullah Khan then recited this verse. This is chapter 35, verse number 27 to 28.</w:t>
      </w:r>
      <w:r>
        <w:br/>
      </w:r>
      <w:r>
        <w:rPr>
          <w:sz w:val="20"/>
        </w:rPr>
        <w:t>58:16  kabr al-jibaal judan bidun humr mukhtalif al-waanaha wa ghuraab wa سود inama yakhsha Allah min ibaadihi al-ulamaa ab aap translate padhiye is ko</w:t>
      </w:r>
      <w:r>
        <w:br/>
      </w:r>
      <w:r>
        <w:rPr>
          <w:sz w:val="20"/>
        </w:rPr>
        <w:t>58:33  In the mountains, there are streaks of various shades of red and white, and jet-black rocks. Men, beasts, and cattle have their different colors too.</w:t>
      </w:r>
      <w:r>
        <w:br/>
      </w:r>
      <w:r>
        <w:rPr>
          <w:sz w:val="20"/>
        </w:rPr>
        <w:t>58:46  From among his servants, it is the learned who fear God. "What was that?" exclaimed Sir James. "It is those alone who have knowledge who fear God." Wonderful.</w:t>
      </w:r>
      <w:r>
        <w:br/>
      </w:r>
      <w:r>
        <w:rPr>
          <w:sz w:val="20"/>
        </w:rPr>
        <w:t>59:00  How extraordinary.</w:t>
      </w:r>
      <w:r>
        <w:br/>
      </w:r>
      <w:r>
        <w:rPr>
          <w:sz w:val="20"/>
        </w:rPr>
        <w:t>59:02  It has taken me fifty years of continual study and observation to realize this fact. Who taught it to Muhammad?</w:t>
      </w:r>
      <w:r>
        <w:br/>
      </w:r>
      <w:r>
        <w:rPr>
          <w:sz w:val="20"/>
        </w:rPr>
        <w:t>59:11  Is this really in the Quran? If so, you can record my testimony that the Quran is an inspired book.</w:t>
      </w:r>
      <w:r>
        <w:br/>
      </w:r>
      <w:r>
        <w:rPr>
          <w:sz w:val="20"/>
        </w:rPr>
        <w:t>59:21  Muhammad was illiterate. He could not have learned this immensely important fact on his own. God must have taught it to him.</w:t>
      </w:r>
      <w:r>
        <w:br/>
      </w:r>
      <w:r>
        <w:rPr>
          <w:sz w:val="20"/>
        </w:rPr>
        <w:t>59:30  Incredible. How extraordinary.</w:t>
      </w:r>
    </w:p>
    <w:p>
      <w:pPr>
        <w:pStyle w:val="Heading2"/>
      </w:pPr>
      <w:r>
        <w:t>Real patience means holding emotions to see the world clearly</w:t>
      </w:r>
    </w:p>
    <w:p>
      <w:r>
        <w:rPr>
          <w:color w:val="666666"/>
          <w:sz w:val="18"/>
        </w:rPr>
        <w:t>Realistic Approach 30 March, 2014 · 4m 05s · at 13:49 · https://youtu.be/HIFxmWWiEG4?t=829</w:t>
      </w:r>
    </w:p>
    <w:p>
      <w:r>
        <w:rPr>
          <w:i/>
        </w:rPr>
        <w:t>“This is the way of life, this is the way of patience.”</w:t>
      </w:r>
    </w:p>
    <w:p>
      <w:r>
        <w:rPr>
          <w:sz w:val="20"/>
        </w:rPr>
        <w:t>13:49  yeh hai zindagi ka tareeqa, yeh hai sabr ka tareeqa. is dunya mein sabr ke baghair aap ko kuch nahin mil sakta,</w:t>
      </w:r>
      <w:r>
        <w:br/>
      </w:r>
      <w:r>
        <w:rPr>
          <w:sz w:val="20"/>
        </w:rPr>
        <w:t>14:01  sabr ke baghair aap ko kuch nahin mil sakta. to musalman sabr karne ke liye tayyar nahin hain. sabr ke mani kya hain?</w:t>
      </w:r>
      <w:r>
        <w:br/>
      </w:r>
      <w:r>
        <w:rPr>
          <w:sz w:val="20"/>
        </w:rPr>
        <w:t>14:13  yaani sabr ke mani hain ke apnay jazbat ko thaam kar ke aap daryaft karen dunya ko, apnay jazbat mein na jeeyen. aap log jeete hain apnay jazbat mein, apnay emotions mein, apnay sentiment mein.</w:t>
      </w:r>
      <w:r>
        <w:br/>
      </w:r>
      <w:r>
        <w:rPr>
          <w:sz w:val="20"/>
        </w:rPr>
        <w:t>14:28  nahin, is ke bahir aaiye,</w:t>
      </w:r>
      <w:r>
        <w:br/>
      </w:r>
      <w:r>
        <w:rPr>
          <w:sz w:val="20"/>
        </w:rPr>
        <w:t>14:31  empty mind banaiye apnay aap ko aur daryaft karen ke dunya ki requirement kya hain, dunya kya cheez hai. qul log fi anfus qaul baligha, dunya aisi baat kahe jis se dunya ka mind address ho.</w:t>
      </w:r>
      <w:r>
        <w:br/>
      </w:r>
      <w:r>
        <w:rPr>
          <w:sz w:val="20"/>
        </w:rPr>
        <w:t>14:46  yeh karte nahin hain musalman, phir shikayat karte hain. yahan se le kar America tak mein keh sakta hoon ke koi aik bhi aadmi nahin, aik bhi aadmi nahin jo aisi cheez likh sake jis ko aaj ka insaan parhe.</w:t>
      </w:r>
      <w:r>
        <w:br/>
      </w:r>
      <w:r>
        <w:rPr>
          <w:sz w:val="20"/>
        </w:rPr>
        <w:t>14:59  khud hi likhte hain, khud hi parhte hain, khud hi likhte hain, khud hi parhte hain. mujhe yaad aata hai aik sahab ka qissa, woh aik amriki thay.</w:t>
      </w:r>
      <w:r>
        <w:br/>
      </w:r>
      <w:r>
        <w:rPr>
          <w:sz w:val="20"/>
        </w:rPr>
        <w:t>15:12  main jo sakht bolta hoon, koi aik aadmi nahin. to kisi ko shakk ho to mujhe batayen, woh aadmi woh kaun aadmi hai? us ki kitab lao, mujhe dikhao.</w:t>
      </w:r>
      <w:r>
        <w:br/>
      </w:r>
      <w:r>
        <w:rPr>
          <w:sz w:val="20"/>
        </w:rPr>
        <w:t>15:21  jis ko takleef hoti ho, jo offend hota ho, to mujhe us aadmi ka naam batao, us ki kitab do. main aisa nahin manunga</w:t>
      </w:r>
      <w:r>
        <w:br/>
      </w:r>
      <w:r>
        <w:rPr>
          <w:sz w:val="20"/>
        </w:rPr>
        <w:t>15:29  baghair kitab dekhe hue.</w:t>
      </w:r>
      <w:r>
        <w:br/>
      </w:r>
      <w:r>
        <w:rPr>
          <w:sz w:val="20"/>
        </w:rPr>
        <w:t>15:34  to amreeka mein ek shakhs tha, uska naam tha steve asklar. steve asklar, usne islam qubool kiya, apna naam usne rakha mustafa.</w:t>
      </w:r>
      <w:r>
        <w:br/>
      </w:r>
      <w:r>
        <w:rPr>
          <w:sz w:val="20"/>
        </w:rPr>
        <w:t>15:47  mustafa! to jab mein purani dilli mein hua karta tha, jameed building mein, to mere paas chand baar aaye thay. woh yahan aanay ke baad to un se mulaqaat nahi hui.</w:t>
      </w:r>
      <w:r>
        <w:br/>
      </w:r>
      <w:r>
        <w:rPr>
          <w:sz w:val="20"/>
        </w:rPr>
        <w:t>15:58  to wahan unhon ne mujh se kaha tha ke islam qubool karne ke baad mein arab mulkon mein gaya, arab mulkon mein yaani muslim countries mein, aur gyarah saal tak mein un ke darmiyan raha,</w:t>
      </w:r>
      <w:r>
        <w:br/>
      </w:r>
      <w:r>
        <w:rPr>
          <w:sz w:val="20"/>
        </w:rPr>
        <w:t>16:13  gyarah saal tak. aur us ne arabi seekh li, yaani baqaida arabi bolta tha.</w:t>
      </w:r>
      <w:r>
        <w:br/>
      </w:r>
      <w:r>
        <w:rPr>
          <w:sz w:val="20"/>
        </w:rPr>
        <w:t>16:21  woh</w:t>
      </w:r>
      <w:r>
        <w:br/>
      </w:r>
      <w:r>
        <w:rPr>
          <w:sz w:val="20"/>
        </w:rPr>
        <w:t>16:24  to us ne ek mulaqaat mein kaha tha, us ki aankhon mein aansu aa gaye thay ke gyarah saal tak musalmanon ke tajrubay ke baad mein itna ghamgeen hua, itna ghamgeen hua ke mera jee chaha ke mein islam chhod doon.</w:t>
      </w:r>
      <w:r>
        <w:br/>
      </w:r>
      <w:r>
        <w:rPr>
          <w:sz w:val="20"/>
        </w:rPr>
        <w:t>16:41  ab tak us ke alfaaz mein yaad hain, us ne kaha tha: "kunt mahzuna jiddan, hatta min al-islam.</w:t>
      </w:r>
      <w:r>
        <w:br/>
      </w:r>
      <w:r>
        <w:rPr>
          <w:sz w:val="20"/>
        </w:rPr>
        <w:t>16:53  " "kunt mahzuna jiddan, hatta min al-islam." yaani mein bohat zyada ghamgeen hua, yahan tak ke mujhe khayal hua ke mein islam hi chhod doon.</w:t>
      </w:r>
      <w:r>
        <w:br/>
      </w:r>
      <w:r>
        <w:rPr>
          <w:sz w:val="20"/>
        </w:rPr>
        <w:t>17:10  to islam ko text mein padha, us ne quran aur hadith mein, to islam ne us ko attract kiya. aur jab woh musalmanon mein gaya to woh bohat zyada bad-dil ho gaya.</w:t>
      </w:r>
      <w:r>
        <w:br/>
      </w:r>
      <w:r>
        <w:rPr>
          <w:sz w:val="20"/>
        </w:rPr>
        <w:t>17:24  to saara jo raaz hai musalmanon ki pasti ka, woh yeh hai ke musalmanon ne is asal taleem ko chhod diya jo islam ki taleem hai: sabr.</w:t>
      </w:r>
      <w:r>
        <w:br/>
      </w:r>
      <w:r>
        <w:rPr>
          <w:sz w:val="20"/>
        </w:rPr>
        <w:t>17:36  sabr ka matlab kya hai? apne jazbaaton ko thaam kar, apne sentiment ko rok kar, jaiza lena ke dunya kya hai, log kya hain, logon ki soch kya hai.</w:t>
      </w:r>
      <w:r>
        <w:br/>
      </w:r>
      <w:r>
        <w:rPr>
          <w:sz w:val="20"/>
        </w:rPr>
        <w:t>17:47  ise kaha jata hai realistic approach, haqeeqat pasandi.</w:t>
      </w:r>
    </w:p>
    <w:p>
      <w:pPr>
        <w:pStyle w:val="Heading2"/>
      </w:pPr>
      <w:r>
        <w:t>Developing Prepared Mind Through Non-Crippling Challenges</w:t>
      </w:r>
    </w:p>
    <w:p>
      <w:r>
        <w:rPr>
          <w:color w:val="666666"/>
          <w:sz w:val="18"/>
        </w:rPr>
        <w:t>Studying The Quran with Open Mind October 20, 2019 Maulana Wahiduddin Khan · 4m 14s · at 5:07 · https://youtu.be/OPyJO5TP_wI?t=307</w:t>
      </w:r>
    </w:p>
    <w:p>
      <w:r>
        <w:rPr>
          <w:i/>
        </w:rPr>
        <w:t>“Challenges are part of life, non-crippling are blessings”</w:t>
      </w:r>
    </w:p>
    <w:p>
      <w:r>
        <w:rPr>
          <w:sz w:val="20"/>
        </w:rPr>
        <w:t>5:07  to main ne ordinal time bhi kitab mein parha ke zindagi mein challenges aate hain. challenge part of life hai.</w:t>
      </w:r>
      <w:r>
        <w:br/>
      </w:r>
      <w:r>
        <w:rPr>
          <w:sz w:val="20"/>
        </w:rPr>
        <w:t>5:20  zindagi mein challenges bar bar aate hain, tarah tarah ke.</w:t>
      </w:r>
      <w:r>
        <w:br/>
      </w:r>
      <w:r>
        <w:rPr>
          <w:sz w:val="20"/>
        </w:rPr>
        <w:t>5:28  to is ne likha hai ke challenge ki do qismein hain. ek hai crippling challenge, crippling challenge.</w:t>
      </w:r>
      <w:r>
        <w:br/>
      </w:r>
      <w:r>
        <w:rPr>
          <w:sz w:val="20"/>
        </w:rPr>
        <w:t>5:39  ek hai non crippling challenge. yani aisa challenge jo aap ko kuchal daale. aur doosra challenge yeh hai ke woh challenge to ho, lekin aap ko kuchalne se</w:t>
      </w:r>
      <w:r>
        <w:br/>
      </w:r>
      <w:r>
        <w:rPr>
          <w:sz w:val="20"/>
        </w:rPr>
        <w:t>5:55  tak tak na pohanchay.</w:t>
      </w:r>
      <w:r>
        <w:br/>
      </w:r>
      <w:r>
        <w:rPr>
          <w:sz w:val="20"/>
        </w:rPr>
        <w:t>6:00  to is ne likha ke jo jo challenge non crippling challenge hota hai, woh aap ki tarraqi ke liye hota hai. woh mehmood hota hai.</w:t>
      </w:r>
      <w:r>
        <w:br/>
      </w:r>
      <w:r>
        <w:rPr>
          <w:sz w:val="20"/>
        </w:rPr>
        <w:t>6:12  to sirf crippling challenge masla hai, non crippling challenge koi masla nahi hai. to ek bohat bari negativity meri khatam ho gayi.</w:t>
      </w:r>
      <w:r>
        <w:br/>
      </w:r>
      <w:r>
        <w:rPr>
          <w:sz w:val="20"/>
        </w:rPr>
        <w:t>6:27  woh yeh ke maine dekha ke jitne bhi meri zindagi mein paish aaye hain,</w:t>
      </w:r>
      <w:r>
        <w:br/>
      </w:r>
      <w:r>
        <w:rPr>
          <w:sz w:val="20"/>
        </w:rPr>
        <w:t>6:34  woh sab non crippling thay.</w:t>
      </w:r>
      <w:r>
        <w:br/>
      </w:r>
      <w:r>
        <w:rPr>
          <w:sz w:val="20"/>
        </w:rPr>
        <w:t>6:39  crippling nahi thay. crippling ho jatay to aaj zindagi maujood na hota. zinda na hota. to is ka matlab yeh hai ke agar aap ki zindagi mein non crippling challenge paish aata hai to woh aap ke liye rehmat hai,</w:t>
      </w:r>
      <w:r>
        <w:br/>
      </w:r>
      <w:r>
        <w:rPr>
          <w:sz w:val="20"/>
        </w:rPr>
        <w:t>6:57  aap ke liye museebat blessing hai.</w:t>
      </w:r>
      <w:r>
        <w:br/>
      </w:r>
      <w:r>
        <w:rPr>
          <w:sz w:val="20"/>
        </w:rPr>
        <w:t>7:05  to sirf quran ko parhein aap, aagay peechay dekhein to aap koi bari cheez nahi painge.</w:t>
      </w:r>
      <w:r>
        <w:br/>
      </w:r>
      <w:r>
        <w:rPr>
          <w:sz w:val="20"/>
        </w:rPr>
        <w:t>7:16  kyun ke quran to fragmentary andaaz mein hai, woh book of wisdom hai.</w:t>
      </w:r>
      <w:r>
        <w:br/>
      </w:r>
      <w:r>
        <w:rPr>
          <w:sz w:val="20"/>
        </w:rPr>
        <w:t>7:32  to maine pehle daur mein sirf quran ko parha. sirf quran ko.</w:t>
      </w:r>
      <w:r>
        <w:br/>
      </w:r>
      <w:r>
        <w:rPr>
          <w:sz w:val="20"/>
        </w:rPr>
        <w:t>7:42  to mere liye woh kafi nahi hua. phir maine jab doosri cheezein parhein, science parha, tareekh parhi,</w:t>
      </w:r>
      <w:r>
        <w:br/>
      </w:r>
      <w:r>
        <w:rPr>
          <w:sz w:val="20"/>
        </w:rPr>
        <w:t>7:54  tab ja kar ke mujhe quran samajh aaya.</w:t>
      </w:r>
      <w:r>
        <w:br/>
      </w:r>
      <w:r>
        <w:rPr>
          <w:sz w:val="20"/>
        </w:rPr>
        <w:t>7:59  to main samajhta hoon ke quran ko samajhne ke liye jo riwayati usloob hai, woh kafi nahi hai.</w:t>
      </w:r>
      <w:r>
        <w:br/>
      </w:r>
      <w:r>
        <w:rPr>
          <w:sz w:val="20"/>
        </w:rPr>
        <w:t>8:16  aap ko apna mind khol kar parhna parhega.</w:t>
      </w:r>
      <w:r>
        <w:br/>
      </w:r>
      <w:r>
        <w:rPr>
          <w:sz w:val="20"/>
        </w:rPr>
        <w:t>8:25  apna mind khol kar parhna parhega.</w:t>
      </w:r>
      <w:r>
        <w:br/>
      </w:r>
      <w:r>
        <w:rPr>
          <w:sz w:val="20"/>
        </w:rPr>
        <w:t>8:35  kyun ke quran jo hai, frequency ke roop mein hai, wisdom ke roop mein hai.</w:t>
      </w:r>
      <w:r>
        <w:br/>
      </w:r>
      <w:r>
        <w:rPr>
          <w:sz w:val="20"/>
        </w:rPr>
        <w:t>8:45  is is roop mein hai hi nahi jo hamari tasveeron mein likha jata hai.</w:t>
      </w:r>
      <w:r>
        <w:br/>
      </w:r>
      <w:r>
        <w:rPr>
          <w:sz w:val="20"/>
        </w:rPr>
        <w:t>8:55  to aap main samajhta hoon ke aap ko apna zehan banana hoga. prepared mind chahiye quran ko samajhne ke liye.</w:t>
      </w:r>
      <w:r>
        <w:br/>
      </w:r>
      <w:r>
        <w:rPr>
          <w:sz w:val="20"/>
        </w:rPr>
        <w:t>9:06  prepared mind chahiye.</w:t>
      </w:r>
      <w:r>
        <w:br/>
      </w:r>
      <w:r>
        <w:rPr>
          <w:sz w:val="20"/>
        </w:rPr>
        <w:t>9:13  quran ko samajhne ke liye prepared mind chahiye.</w:t>
      </w:r>
    </w:p>
    <w:p>
      <w:pPr>
        <w:pStyle w:val="Heading2"/>
      </w:pPr>
      <w:r>
        <w:t>Sickness not natural, blaming others is easy</w:t>
      </w:r>
    </w:p>
    <w:p>
      <w:r>
        <w:rPr>
          <w:color w:val="666666"/>
          <w:sz w:val="18"/>
        </w:rPr>
        <w:t>Positive Thinking December 30, 2016 · 3m 06s · at 35:40 · https://youtu.be/y6r5Pk3HT9w?t=2140</w:t>
      </w:r>
    </w:p>
    <w:p>
      <w:r>
        <w:rPr>
          <w:i/>
        </w:rPr>
        <w:t>“Bimari nature mein nahi hai”</w:t>
      </w:r>
    </w:p>
    <w:p>
      <w:r>
        <w:rPr>
          <w:sz w:val="20"/>
        </w:rPr>
        <w:t>35:40  bhai dekhein, mera jo tajurba hai, wo yeh hai ke bimari nature mein nahi hai.</w:t>
      </w:r>
      <w:r>
        <w:br/>
      </w:r>
      <w:r>
        <w:rPr>
          <w:sz w:val="20"/>
        </w:rPr>
        <w:t>35:46  jaise nature mein hua hai, pani hai, to bimari bhi nature mein hua aisa nahi hai.</w:t>
      </w:r>
      <w:r>
        <w:br/>
      </w:r>
      <w:r>
        <w:rPr>
          <w:sz w:val="20"/>
        </w:rPr>
        <w:t>35:52  bimari hamari apni galtiyon ka phenomena hai.</w:t>
      </w:r>
      <w:r>
        <w:br/>
      </w:r>
      <w:r>
        <w:rPr>
          <w:sz w:val="20"/>
        </w:rPr>
        <w:t>35:58  hamari apni galtiyon ka phenomena hai.</w:t>
      </w:r>
      <w:r>
        <w:br/>
      </w:r>
      <w:r>
        <w:rPr>
          <w:sz w:val="20"/>
        </w:rPr>
        <w:t>36:05  main ne aise log dekhe hain jo bahut hi normal zindagi guzarte hain.</w:t>
      </w:r>
      <w:r>
        <w:br/>
      </w:r>
      <w:r>
        <w:rPr>
          <w:sz w:val="20"/>
        </w:rPr>
        <w:t>36:11  wo aakhir waqt tak bimar hi nahi hue, bimar hue to mar gaye.</w:t>
      </w:r>
      <w:r>
        <w:br/>
      </w:r>
      <w:r>
        <w:rPr>
          <w:sz w:val="20"/>
        </w:rPr>
        <w:t>36:17  main ne khud apne aap se dekha hai aise log.</w:t>
      </w:r>
      <w:r>
        <w:br/>
      </w:r>
      <w:r>
        <w:rPr>
          <w:sz w:val="20"/>
        </w:rPr>
        <w:t>36:23  to cheez yeh hai ke log in natural zindagi guzarte hain.</w:t>
      </w:r>
      <w:r>
        <w:br/>
      </w:r>
      <w:r>
        <w:rPr>
          <w:sz w:val="20"/>
        </w:rPr>
        <w:t>36:30  wo galat qism ki habit apne andar paida kar lete hain, galat qism ki haiz ho jati hai</w:t>
      </w:r>
      <w:r>
        <w:br/>
      </w:r>
      <w:r>
        <w:rPr>
          <w:sz w:val="20"/>
        </w:rPr>
        <w:t>36:36  ان کی، جو صحت کے لیے disastrous ہوتی ہے۔</w:t>
      </w:r>
      <w:r>
        <w:br/>
      </w:r>
      <w:r>
        <w:rPr>
          <w:sz w:val="20"/>
        </w:rPr>
        <w:t>36:42  to main yahi samajhta hoon ke bimari jo hai, wo in natural life ka phenomena hai.</w:t>
      </w:r>
      <w:r>
        <w:br/>
      </w:r>
      <w:r>
        <w:rPr>
          <w:sz w:val="20"/>
        </w:rPr>
        <w:t>36:49  aap nature ko janiye, nature ilaaj ko samjhiye, us ke mutabiq zindagi guzariye.</w:t>
      </w:r>
      <w:r>
        <w:br/>
      </w:r>
      <w:r>
        <w:rPr>
          <w:sz w:val="20"/>
        </w:rPr>
        <w:t>36:55  to main samajhta hoon ke bimari nahi hoga aadmi.</w:t>
      </w:r>
      <w:r>
        <w:br/>
      </w:r>
      <w:r>
        <w:rPr>
          <w:sz w:val="20"/>
        </w:rPr>
        <w:t>37:01  kyun? bimari kyun hoga? lekin log aisa kar nahi paate.</w:t>
      </w:r>
      <w:r>
        <w:br/>
      </w:r>
      <w:r>
        <w:rPr>
          <w:sz w:val="20"/>
        </w:rPr>
        <w:t>37:07  aisa nahi kar paate, is liye is ka result un ko bhugtna padta hai.</w:t>
      </w:r>
      <w:r>
        <w:br/>
      </w:r>
      <w:r>
        <w:rPr>
          <w:sz w:val="20"/>
        </w:rPr>
        <w:t>37:14  behral, agar phir bhi aadmi bimar ho to us ko lotna chahiye nature ki taraf.</w:t>
      </w:r>
      <w:r>
        <w:br/>
      </w:r>
      <w:r>
        <w:rPr>
          <w:sz w:val="20"/>
        </w:rPr>
        <w:t>37:20  us ko yeh karna chahiye ke ab se wo lote nature ki taraf.</w:t>
      </w:r>
      <w:r>
        <w:br/>
      </w:r>
      <w:r>
        <w:rPr>
          <w:sz w:val="20"/>
        </w:rPr>
        <w:t>37:26  ji, yahi meri samajh mein hota hai is ka hal.</w:t>
      </w:r>
      <w:r>
        <w:br/>
      </w:r>
      <w:r>
        <w:rPr>
          <w:sz w:val="20"/>
        </w:rPr>
        <w:t>37:33  ji molana sahib, normally people complain often about their situations and about other people's mistakes, and this develops in them a complaining attitude. so how can a person get rid of complaining attitude and start being grateful? what is your advice on this?</w:t>
      </w:r>
      <w:r>
        <w:br/>
      </w:r>
      <w:r>
        <w:rPr>
          <w:sz w:val="20"/>
        </w:rPr>
        <w:t>37:53  dekhen, baat yeh hai ke blame doosre par daalna bara aasan hai.</w:t>
      </w:r>
      <w:r>
        <w:br/>
      </w:r>
      <w:r>
        <w:rPr>
          <w:sz w:val="20"/>
        </w:rPr>
        <w:t>37:58  to dhar se log aasan course pakar lete hain, blame daal lete hain doosre par.</w:t>
      </w:r>
      <w:r>
        <w:br/>
      </w:r>
      <w:r>
        <w:rPr>
          <w:sz w:val="20"/>
        </w:rPr>
        <w:t>38:04  halankeh hamesha blame apne upar aata hai, apni ghalti ke nateejay mein hota hai.</w:t>
      </w:r>
      <w:r>
        <w:br/>
      </w:r>
      <w:r>
        <w:rPr>
          <w:sz w:val="20"/>
        </w:rPr>
        <w:t>38:10  doosre par blame daalna ek bilkul hi yani irrational baat hai.</w:t>
      </w:r>
      <w:r>
        <w:br/>
      </w:r>
      <w:r>
        <w:rPr>
          <w:sz w:val="20"/>
        </w:rPr>
        <w:t>38:16  kisi cheez ka blame doosre par jata hi nahi, blame jata hai apne upar.</w:t>
      </w:r>
      <w:r>
        <w:br/>
      </w:r>
      <w:r>
        <w:rPr>
          <w:sz w:val="20"/>
        </w:rPr>
        <w:t>38:22  to mera to yeh manna hai ke blame daai self ka formula har insaan ko pakadna chahiye, blame</w:t>
      </w:r>
      <w:r>
        <w:br/>
      </w:r>
      <w:r>
        <w:rPr>
          <w:sz w:val="20"/>
        </w:rPr>
        <w:t>38:28  address ka formula bilkul chhod dena chahiye.</w:t>
      </w:r>
      <w:r>
        <w:br/>
      </w:r>
      <w:r>
        <w:rPr>
          <w:sz w:val="20"/>
        </w:rPr>
        <w:t>38:34  kyunke woh factual nahi hota.</w:t>
      </w:r>
      <w:r>
        <w:br/>
      </w:r>
      <w:r>
        <w:rPr>
          <w:sz w:val="20"/>
        </w:rPr>
        <w:t>38:40  factual blame daai self hai, blame address yeh factual hai hi nahi.</w:t>
      </w:r>
      <w:r>
        <w:br/>
      </w:r>
      <w:r>
        <w:rPr>
          <w:sz w:val="20"/>
        </w:rPr>
        <w:t>38:46  ji molana sahib, in all your talks, in all your advice, in your books, writings, you who always talked about positivity. we would all like to know that how do you maintain your positivity? what is your formula of being positive all the time?</w:t>
      </w:r>
    </w:p>
    <w:p>
      <w:pPr>
        <w:pStyle w:val="Heading2"/>
      </w:pPr>
      <w:r>
        <w:t>One human family: equality, brotherhood, and a living example</w:t>
      </w:r>
    </w:p>
    <w:p>
      <w:r>
        <w:rPr>
          <w:color w:val="666666"/>
          <w:sz w:val="18"/>
        </w:rPr>
        <w:t>Universal Thinking In Islam CPS Women Discussion 27 October 15, 2023 · 3m 09s · at 1:05 · https://youtu.be/p7cYhXsEBIc?t=65</w:t>
      </w:r>
    </w:p>
    <w:p>
      <w:r>
        <w:rPr>
          <w:i/>
        </w:rPr>
        <w:t>“Yeh hadees hamein bata rahi hai ki tamam insaan barabar hain”</w:t>
      </w:r>
    </w:p>
    <w:p>
      <w:r>
        <w:rPr>
          <w:sz w:val="20"/>
        </w:rPr>
        <w:t>1:05  to yah hadith hamein sachchai bata rahi hai ki tamam insan barabar hain aur yah hadith masawat yani equality ka usool bhi bata rahi hai ki sab insan ek mard aur ek aurat ki aulad hai. to phir tamam fark aur badhai aur kala gora aur jitne bhi rang sab humne banakar rakhe hain, sab kuch khatm ho jata hai.</w:t>
      </w:r>
      <w:r>
        <w:br/>
      </w:r>
      <w:r>
        <w:rPr>
          <w:sz w:val="20"/>
        </w:rPr>
        <w:t>1:34  to molana sahab ne bataya ki is hadith se yah maloom ho jata hai ki tamam mard ek dusre ke blood brothers hain aur tamam auraten ek dusre ki blood sisters hain. to agar hum is tarah samajh lein to phir tamam fark jo humne banaya hua hai jo jis wajah se hum yah aisa sochte hain to vah sari cheezein khatm ho jayengi.</w:t>
      </w:r>
      <w:r>
        <w:br/>
      </w:r>
      <w:r>
        <w:rPr>
          <w:sz w:val="20"/>
        </w:rPr>
        <w:t>2:02  ek chhoti si misal batana chahungi ki mere yahan ek matlab isi blood relation par ek chhota sa example de rahi thi ki mere yahan ek non muslim ladka bahut chhota sa tha tab se vah rehta tha. bahut hi imandar, bahut hi samajhdar aur vah mera kaam bhi karta tha aur padhai bhi karta tha.</w:t>
      </w:r>
      <w:r>
        <w:br/>
      </w:r>
      <w:r>
        <w:rPr>
          <w:sz w:val="20"/>
        </w:rPr>
        <w:t>2:25  to us waqt is waqt to ab vah bada ho chuka hai chaudah bees saal ka hoga aur abhi vah bank mein job karne laga hai. lekin hamara aur uska rishta aisa mazboot hai jis tarah se blood relation mein hota hai. na hum log uske bagair reh pate hain na vah hamare bagair reh pata hai.</w:t>
      </w:r>
      <w:r>
        <w:br/>
      </w:r>
      <w:r>
        <w:rPr>
          <w:sz w:val="20"/>
        </w:rPr>
        <w:t>2:46  abhi bhi vah jab Sunday mein uski chhutti hoti hai to vah aur bhi tamam kaam apna hoga karta lekin vah hamare paas aa jata hai aaj bhi aur ya koi aur koi chhutti ka din hota hai tab bhi vah mere paas aa jata hai aur tamam andar bahar ke kaam karta hai. mere sabhi bachche usse bahut zyada usko dil se samajhte hain. sadia kehti hain yah god ka gift hai.</w:t>
      </w:r>
      <w:r>
        <w:br/>
      </w:r>
      <w:r>
        <w:rPr>
          <w:sz w:val="20"/>
        </w:rPr>
        <w:t>3:11  to pehle main uske sath kafi door door jakar jo hai quran distribute karti thi. usi ke sath chali jati thi aur vah tareeqa usne aisa seekha ki aaj main nahin ja pati hoon, lekin vah khud hi jakar yah kaam kar deta hai. to is tarah jo mohabbat ka rishta banta hai, kisi blood relation se kam nahin hota, balki usse behtar hota hai.</w:t>
      </w:r>
      <w:r>
        <w:br/>
      </w:r>
      <w:r>
        <w:rPr>
          <w:sz w:val="20"/>
        </w:rPr>
        <w:t>3:36  rasulullah ne farmaya ki ek gawah main gawaahi deta hoon ki tamam bande aapas mein bhai bhai hain. yah hadith bhi insani rishton ki baat kar rahi hai ki tamam duniya ke log ek khandan ki tarah hai.</w:t>
      </w:r>
      <w:r>
        <w:br/>
      </w:r>
      <w:r>
        <w:rPr>
          <w:sz w:val="20"/>
        </w:rPr>
        <w:t>3:49  molana sahab kehte hain ki har ek ko chahiye ki vah doosron ke sath vahi suluk kare jo apne ghar ke andar apne bhai ke sath karta hai aur yah suluk apne aur gair ke fark ko mita bhi deta hai aur hum sab ko ek matlab fark jab mit jata hai to hum sab ek dusre se ekdam mazboot rishte mein band jate hain aur isse zyada aur koi mazboot rishta hota bhi nahin hai.</w:t>
      </w:r>
      <w:r>
        <w:br/>
      </w:r>
      <w:r>
        <w:rPr>
          <w:sz w:val="20"/>
        </w:rPr>
        <w:t>4:14  jaise ki abhi maine misaal diya to isi tarah har ek ki madad ke liye alah taala ne</w:t>
      </w:r>
    </w:p>
    <w:p>
      <w:pPr>
        <w:pStyle w:val="Heading2"/>
      </w:pPr>
      <w:r>
        <w:t>how conquering Tatars converted to Islam through daily interaction</w:t>
      </w:r>
    </w:p>
    <w:p>
      <w:r>
        <w:rPr>
          <w:color w:val="666666"/>
          <w:sz w:val="18"/>
        </w:rPr>
        <w:t>Importance of Art of Situation Management 16th Sept ’07 · 6m 14s · at 26:58 · https://youtu.be/a-3ewJVGdIc?t=1618</w:t>
      </w:r>
    </w:p>
    <w:p>
      <w:r>
        <w:rPr>
          <w:i/>
        </w:rPr>
        <w:t>“Abbasi period ko tataariyon ne khatam kar diya tha”</w:t>
      </w:r>
    </w:p>
    <w:p>
      <w:r>
        <w:rPr>
          <w:sz w:val="20"/>
        </w:rPr>
        <w:t>26:58  main aik misaal aap ko arz karoon is ki ke Abbasi, Abbasi period jo hai wo khatam kiya tha is ko Tatariyon ne.</w:t>
      </w:r>
      <w:r>
        <w:br/>
      </w:r>
      <w:r>
        <w:rPr>
          <w:sz w:val="20"/>
        </w:rPr>
        <w:t>27:08  Tatariyon ne. to is ke baad bohat hi kam arsay mein yani koi forty years ke andar andar ye sare Tatari jo hain Islam mein dakhil ho gaye aur Islam ka ke chokidar ban gaye wo.</w:t>
      </w:r>
      <w:r>
        <w:br/>
      </w:r>
      <w:r>
        <w:rPr>
          <w:sz w:val="20"/>
        </w:rPr>
        <w:t>27:24  to ye kaise hua?</w:t>
      </w:r>
      <w:r>
        <w:br/>
      </w:r>
      <w:r>
        <w:rPr>
          <w:sz w:val="20"/>
        </w:rPr>
        <w:t>27:26  Arabi kitabon mein is par aap ko kuch milta nahi. main ne bohat dhoonda ke ye itna kaise aisa hua ke wo jo khoonkhar log thay jinhon ne ke Samarkand se le kar ke Halab tak sab tarrj kar diya tha Islami saltanat ko wo kaise sab Islam mein dakhil ho gaye wo?</w:t>
      </w:r>
      <w:r>
        <w:br/>
      </w:r>
      <w:r>
        <w:rPr>
          <w:sz w:val="20"/>
        </w:rPr>
        <w:t>27:45  kaise aisa hua?</w:t>
      </w:r>
      <w:r>
        <w:br/>
      </w:r>
      <w:r>
        <w:rPr>
          <w:sz w:val="20"/>
        </w:rPr>
        <w:t>27:47  is ka raaz khola hai pehli bar jahan tak main janta hoon professor, professor T.W. Arnold ne</w:t>
      </w:r>
      <w:r>
        <w:br/>
      </w:r>
      <w:r>
        <w:rPr>
          <w:sz w:val="20"/>
        </w:rPr>
        <w:t>27:59  jo British scholar thay un ki kitab hai "The Preaching of Islam" to wo kai language jantay thay Chinese language bhi jantay thay wo kai language to unhon ne doosri doosri language mein jo tha Tatariyon ke baray mein us ko parha unhon ne</w:t>
      </w:r>
      <w:r>
        <w:br/>
      </w:r>
      <w:r>
        <w:rPr>
          <w:sz w:val="20"/>
        </w:rPr>
        <w:t>28:18  to unhon ne likha hai ke main ne pehli bar inhi kitab se jana hai is haqeeqat ko jo Arabi kitabon se nahi maloom ho saka tha ke hua ye ke unhon ne jab jab apni hukoomat qaim kar li apna rule qaim kar liya unhon ne to unhon ne Musalman auraton aur Musalman mardon ko apna rakh liya</w:t>
      </w:r>
      <w:r>
        <w:br/>
      </w:r>
      <w:r>
        <w:rPr>
          <w:sz w:val="20"/>
        </w:rPr>
        <w:t>28:40  is zamanay mein to aap yani yahi hota tha slavery aur to bator servant ke rakh liya unhon ne har Tatari ghar mein bohat se Muslim mard aur Muslim aurtein bator servant ke hua karti theen is zamanay mein yahi sab hota tha to kya hua interaction honay laga</w:t>
      </w:r>
      <w:r>
        <w:br/>
      </w:r>
      <w:r>
        <w:rPr>
          <w:sz w:val="20"/>
        </w:rPr>
        <w:t>29:02  yani ye Musalman jo un ke ghar mein puhanch gaye thay agarche bator servant ke gaye thay wahan par lekin interaction to hoga interaction honay laga jaise suppose aik Musalman ko cheenk aa gayi us ne kaha ke Alhamdulillah ab wo Tatari poochta hai ke bhai ye kya cheez hai tum ne kya kaha Alhamdulillah kya hai us ko us ne explain kiya</w:t>
      </w:r>
      <w:r>
        <w:br/>
      </w:r>
      <w:r>
        <w:rPr>
          <w:sz w:val="20"/>
        </w:rPr>
        <w:t>29:27  isi tarah se wo us ne wuzu kiya namaz parhne ke liye wo abhi ye wuzu kya cheez kya kar rahay ho tum us ne bataya ke ye bhi cheez hai to interaction se kya hota hai wo curiosity aati hai interaction se kya hota hai sawal o jawab hota hai to ye jo unhon ne un ko bator servant ke rakh liya tha apne haan is se interaction barha to un ki zuban bhi seekhnay lagay</w:t>
      </w:r>
      <w:r>
        <w:br/>
      </w:r>
      <w:r>
        <w:rPr>
          <w:sz w:val="20"/>
        </w:rPr>
        <w:t>29:57  wo un ki zuban seekhnay lagay wo un ki zuban seekhnay lagay aur dialogue honay laga dialogue honay laga us ko main is raaz ko main samjha main aik martaba main Birmingham mein aik sahib ke haan tha to wahan par kuch Angrez larkay aaye un ke haan un ke haan kisi kaam se to us se baat kartay huay unhon ne kaha ke tumhari clergy tum ko bohat bewakoof banati hai</w:t>
      </w:r>
      <w:r>
        <w:br/>
      </w:r>
      <w:r>
        <w:rPr>
          <w:sz w:val="20"/>
        </w:rPr>
        <w:t>30:24  un Angrez larkon se kaha unhon ne yani Christian larkay thay wo Christian to larkon ne poocha ke kaise kaha ke dekho wo kehtay hain ke Masih un ko sui par charhaya gaya saleeb crucify kiya gaya to tumharay gunah maaf ho gaye to unhon ne kaha ke yani sui par koi aur charhay aur maaf aur gunah kisi aur ka maaf ho ye kitna illogical baat hai to unhon ne kaha Mr. Khan you are right</w:t>
      </w:r>
      <w:r>
        <w:br/>
      </w:r>
      <w:r>
        <w:rPr>
          <w:sz w:val="20"/>
        </w:rPr>
        <w:t>30:54  yeh hai dialogue</w:t>
      </w:r>
      <w:r>
        <w:br/>
      </w:r>
      <w:r>
        <w:rPr>
          <w:sz w:val="20"/>
        </w:rPr>
        <w:t>30:56  during interaction use maine samjha ki wahan par jo hua hoga ki jab unhone musalman auraton</w:t>
      </w:r>
      <w:r>
        <w:br/>
      </w:r>
      <w:r>
        <w:rPr>
          <w:sz w:val="20"/>
        </w:rPr>
        <w:t>31:03  aur musalman mardon ko apne haan servant bana ke rakh liya to bar bar aisa hota hoga ki</w:t>
      </w:r>
      <w:r>
        <w:br/>
      </w:r>
      <w:r>
        <w:rPr>
          <w:sz w:val="20"/>
        </w:rPr>
        <w:t>31:09  ki point of discussion koi samne aata hoga koi sawal samne aata hoga aur uske through interaction</w:t>
      </w:r>
      <w:r>
        <w:br/>
      </w:r>
      <w:r>
        <w:rPr>
          <w:sz w:val="20"/>
        </w:rPr>
        <w:t>31:15  badhta raha hoga badhta hoga badhta hoga</w:t>
      </w:r>
      <w:r>
        <w:br/>
      </w:r>
      <w:r>
        <w:rPr>
          <w:sz w:val="20"/>
        </w:rPr>
        <w:t>31:19  aur dheere dheere dheere dheere wo Islam mein dakhil ho gaye kyunki yeh Tatari jo the unka</w:t>
      </w:r>
      <w:r>
        <w:br/>
      </w:r>
      <w:r>
        <w:rPr>
          <w:sz w:val="20"/>
        </w:rPr>
        <w:t>31:24  koi mazhab nahi hota tha</w:t>
      </w:r>
      <w:r>
        <w:br/>
      </w:r>
      <w:r>
        <w:rPr>
          <w:sz w:val="20"/>
        </w:rPr>
        <w:t>31:26  yeh to wahshi log thay paharon mein aur jangalon mein rehte thay to un ka apna koi abai mazhab nahi tha to kisi mazhabi aqidey par nahi thay woh to bohat aasani se woh samajhne lage is ko yahan tak ke un ki majority jo thi woh Islam mein dakhil ho gayi to yeh hai raaz interaction ka</w:t>
      </w:r>
      <w:r>
        <w:br/>
      </w:r>
      <w:r>
        <w:rPr>
          <w:sz w:val="20"/>
        </w:rPr>
        <w:t>31:53  hazrat maseeh ke bare mein aata hai ke hazrat maseeh ne kaha apne shagerdon se ke tum log yerushalim se bahar chale jao doosre countries mein tablegh ke liye to unhon ne kaha ke hum kaise jayen hum to un ki zaban jante nahi un ki language to hum ko aati hi nahi kyunke jao chale jao Khuda tum ko bolna sikha dega to yeh log samajhte hain ke mysteriously aisa hua</w:t>
      </w:r>
      <w:r>
        <w:br/>
      </w:r>
      <w:r>
        <w:rPr>
          <w:sz w:val="20"/>
        </w:rPr>
        <w:t>32:21  yani waqea isi tarah se likha hua hai lekin to log samajhte hain ke mysteriously aisa hua ke un ke jo disciple thay woh ya hazrat maseeh ke karamat se un ke karishme se wahan ki zaban bolne lage yeh matlab nahi hai is ka yeh matlab yeh hai ke jab wahan gaye yeh log interaction hua to dhire dhire dhire dhire un ki zaban seekh liya unhon ne aise hi hota hai</w:t>
      </w:r>
      <w:r>
        <w:br/>
      </w:r>
      <w:r>
        <w:rPr>
          <w:sz w:val="20"/>
        </w:rPr>
        <w:t>32:49  aise hi rasool Allah ke zamane mein jo sahaba gaye thay bahar doosre countries mein to woh shuru mein un ki zaban nahi jante thay woh lekin dhire dhire unhon ne woh zaban seekh liya unhon ne to yeh koi mysterious waqea nahi tha balke interaction ke zariye aisa hua discussion ke zariye aisa hua dialogue ke zariye aisa hua</w:t>
      </w:r>
    </w:p>
    <w:p>
      <w:pPr>
        <w:pStyle w:val="Heading2"/>
      </w:pPr>
      <w:r>
        <w:t>Full case for developing positive thinking through consultation</w:t>
      </w:r>
    </w:p>
    <w:p>
      <w:r>
        <w:rPr>
          <w:color w:val="666666"/>
          <w:sz w:val="18"/>
        </w:rPr>
        <w:t>What is Right Thinking June 23, 2024 · 5m 17s · at 1:09 · https://youtu.be/ZOxcATnAqNs?t=69</w:t>
      </w:r>
    </w:p>
    <w:p>
      <w:r>
        <w:rPr>
          <w:i/>
        </w:rPr>
        <w:t>“Life mein itni challenges hain, insaan ko right thinking develop karni chahiye”</w:t>
      </w:r>
    </w:p>
    <w:p>
      <w:r>
        <w:rPr>
          <w:sz w:val="20"/>
        </w:rPr>
        <w:t>1:09  to bohat ahum hai aap life mein itni challenges hain, itne difficulties hain, itne problems hain, dissatisfaction hai keh aik insaan apnay andar aik right thinking ko develop kare. to aap mera sab se pehla sawal to yehi hai keh what is right thinking? is ko aap bataye hum sab ko.</w:t>
      </w:r>
      <w:r>
        <w:br/>
      </w:r>
      <w:r>
        <w:rPr>
          <w:sz w:val="20"/>
        </w:rPr>
        <w:t>1:29  hansi mein jaise kaha jata hai keh man is a thinking animal lekin bas masla yeh hai keh yeh thinking jo hai potential form mein hai. us ko awaken karna parta hai. He is not like an animal who are governed by their instincts. to us ko awaken karne ke liye us ko tarah tarah se apni soch barhani parti hai.</w:t>
      </w:r>
      <w:r>
        <w:br/>
      </w:r>
      <w:r>
        <w:rPr>
          <w:sz w:val="20"/>
        </w:rPr>
        <w:t>1:57  agar woh sirf self-centered life jayega to us ki soch jo hai woh bohat hi mehud ho kar reh jayegi. yeh Maulana ki aik kitab hai Taameer e Hayat. to yeh kitab mein parh rahi thi to is mein mujhe bohat si baatein mili. to maine socha keh yehi program rakhte hain. to Taameer e Hayat mein Maulana likhte hain keh zindagi aik art hai.</w:t>
      </w:r>
      <w:r>
        <w:br/>
      </w:r>
      <w:r>
        <w:rPr>
          <w:sz w:val="20"/>
        </w:rPr>
        <w:t>2:23  jo log is art ko jaane wahi kamyab hotay hain. to this art ko woh kehte hain positive thinking. kyunke positive thinking jo hai wahi asal hai. us ki wajah se hum jo bhi tarah karte hain woh hum positive thinking ki wajah se karte hain. agar hamare andar negative thinking aa jaye to woh sirf barbadi ki taraf le jati hai.</w:t>
      </w:r>
      <w:r>
        <w:br/>
      </w:r>
      <w:r>
        <w:rPr>
          <w:sz w:val="20"/>
        </w:rPr>
        <w:t>2:50  positive thinking matlab hai jo psychology of reaction jo hai usse ham upar uth jaen.</w:t>
      </w:r>
      <w:r>
        <w:br/>
      </w:r>
      <w:r>
        <w:rPr>
          <w:sz w:val="20"/>
        </w:rPr>
        <w:t>2:56  jisko ham radyamal kahate hain, jisko ham *** for tat kahate hain.</w:t>
      </w:r>
      <w:r>
        <w:br/>
      </w:r>
      <w:r>
        <w:rPr>
          <w:sz w:val="20"/>
        </w:rPr>
        <w:t>3:02  kisi ne hamen kuchh kah diya, koi galat baat kah di, kuchh galat alfaaz bol die to ham</w:t>
      </w:r>
      <w:r>
        <w:br/>
      </w:r>
      <w:r>
        <w:rPr>
          <w:sz w:val="20"/>
        </w:rPr>
        <w:t>3:08  ekdam se gussa ho jaate hain aur hum bhi usko retaliate karte hain.</w:t>
      </w:r>
      <w:r>
        <w:br/>
      </w:r>
      <w:r>
        <w:rPr>
          <w:sz w:val="20"/>
        </w:rPr>
        <w:t>3:14  to yeh cheez jo hai yahi hamari in tarakke mein rukawat hai.</w:t>
      </w:r>
      <w:r>
        <w:br/>
      </w:r>
      <w:r>
        <w:rPr>
          <w:sz w:val="20"/>
        </w:rPr>
        <w:t>3:21  to yeh gussa, inteqam, jazbatiyat yeh saari cheezein hamari soch mein rukawat dalti hain. jis ko kehte hain badha dalti hain. to jab hamari soch hi ruk jayegi to hum apnay potential ko kaise awaken kar saktay hain? to positive thinking ke liye hamein zaroori hai keh hamara bilkul hum open minded hon.</w:t>
      </w:r>
      <w:r>
        <w:br/>
      </w:r>
      <w:r>
        <w:rPr>
          <w:sz w:val="20"/>
        </w:rPr>
        <w:t>3:43  jo open minded honge to hum har naye khayalat, nayi soch, koi naya idea hoga to hum foran us ko pakar lenge aur baghair kisi taassub ke us se faida uthayenge. kyunke aise hi aadmi jo open minded ho wahi tayyar hota hai doosron ke viewpoint ko samajhne ke liye. dekhiye har insaan ki aql jo hai limited hi hai.</w:t>
      </w:r>
      <w:r>
        <w:br/>
      </w:r>
      <w:r>
        <w:rPr>
          <w:sz w:val="20"/>
        </w:rPr>
        <w:t>4:12  lekin agar hum doosron ki aql se doosron ke tajarbay se doosron ke mashware se faida uthatay hain. to hamari aql bohat barh jati hai aur Islam mein to jantay hain hum bohat ziyada kaha gaya hai mashwara karne ke liye. to hadith mein bhi aaya hai keh wisdom insaan ka gumshuda sharma ya lost property hai. jahan bhi mile us ko le lo.</w:t>
      </w:r>
      <w:r>
        <w:br/>
      </w:r>
      <w:r>
        <w:rPr>
          <w:sz w:val="20"/>
        </w:rPr>
        <w:t>4:40  to yehi matlab hai wisdom aisa to hai nahi keh kahin store mein rakhi hui hai. jab hum logon se baatcheet karte hain. to hum dekhenge us ke paas koi cheez achi hai hamare. matlab ki hai. hum us se faida utha saktay hain. to hamein koi koi tasawwur nahi hona chahiye. foran hamein us ko pakar lena chahiye. yeh nahi sochenge woh hum se chota hai, hum se kam parha likha hai. hum se kam hasiyat us ki society mein. aisa nahi hai.</w:t>
      </w:r>
      <w:r>
        <w:br/>
      </w:r>
      <w:r>
        <w:rPr>
          <w:sz w:val="20"/>
        </w:rPr>
        <w:t>5:10  agar uske paas koi achhi baat hai to usko lene mein humein koi yaar nahi hona chahiye. to kyunke dekhiye mashwara itna important hai ke poora ek chapter hai quran mein soora ke naam se aur saare khulfa-e-rashideen jo the baqayda unki ek team hoti thi aur har maamle mein woh usse mashwara lete the aur usmein samajhdaar log senior log us uske member hote the.</w:t>
      </w:r>
      <w:r>
        <w:br/>
      </w:r>
      <w:r>
        <w:rPr>
          <w:sz w:val="20"/>
        </w:rPr>
        <w:t>5:39  matlab formal member nahi informal member hote the aur usmein bas mashwara ka ek woh hai ke jab hum mashwara kisi ko dein to yeh expect na karein ke hamara hi mashwara maana jayega. kyunke jo mashwara lene wala hai jaise khaleefa hota tha sabse mashwara leta tha. ab baad mein jo usko samajh mein aata tha. behtareen rai to usko le leta tha.</w:t>
      </w:r>
      <w:r>
        <w:br/>
      </w:r>
      <w:r>
        <w:rPr>
          <w:sz w:val="20"/>
        </w:rPr>
        <w:t>6:06  to is tareeqe se hamari soch dheere dheere develop hoti jayegi. to jab hum sahi soch positive thinking wali soch apne andar develop kar lenge. to usi se humein saari kaamyaabi milti hai. aur galat soch jo hai woh saari nakaami ki jar hai.</w:t>
      </w:r>
      <w:r>
        <w:br/>
      </w:r>
      <w:r>
        <w:rPr>
          <w:sz w:val="20"/>
        </w:rPr>
        <w:t>6:26  to yeh hai sahi tafakkur insaan ko taameer-o-tarraqi ki taraf le jaata hai aur galat tafakkur taameer-o-tarraqi dono samay room kar deta hai. bilkul, in fact we can say that the worst punishment for a person is to be incapable of having right thinking because right thinking gives you a perspective, proper perspective to see things in its in its rightful manner.</w:t>
      </w:r>
    </w:p>
    <w:p>
      <w:pPr>
        <w:pStyle w:val="Heading2"/>
      </w:pPr>
      <w:r>
        <w:t>George Bush, Palestine, and the principle of result-oriented jihad</w:t>
      </w:r>
    </w:p>
    <w:p>
      <w:r>
        <w:rPr>
          <w:color w:val="666666"/>
          <w:sz w:val="18"/>
        </w:rPr>
        <w:t>Result Oriented Life 23 Jan, 08 - Maulana Wahiduddin Khan · 4m 58s · at 16:39 · https://youtu.be/eA6rtcPn-rY?t=999</w:t>
      </w:r>
    </w:p>
    <w:p>
      <w:r>
        <w:rPr>
          <w:i/>
        </w:rPr>
        <w:t>“You know, George Bush was the head of superior power.”</w:t>
      </w:r>
    </w:p>
    <w:p>
      <w:r>
        <w:rPr>
          <w:sz w:val="20"/>
        </w:rPr>
        <w:t>16:39  You know, George Bush was the, was the head of, head of superior power.</w:t>
      </w:r>
      <w:r>
        <w:br/>
      </w:r>
      <w:r>
        <w:rPr>
          <w:sz w:val="20"/>
        </w:rPr>
        <w:t>16:50  George Bush not what a common man. He was a president of USA, and he wanted to change the world.</w:t>
      </w:r>
      <w:r>
        <w:br/>
      </w:r>
      <w:r>
        <w:rPr>
          <w:sz w:val="20"/>
        </w:rPr>
        <w:t>17:02  he spent more than hundred billion dollar, and he failed. Why? Because he followed his wishes, and not the realities.</w:t>
      </w:r>
      <w:r>
        <w:br/>
      </w:r>
      <w:r>
        <w:rPr>
          <w:sz w:val="20"/>
        </w:rPr>
        <w:t>17:17  he followed his wishes, his own wishes. You can say some, he followed his national ideals.</w:t>
      </w:r>
      <w:r>
        <w:br/>
      </w:r>
      <w:r>
        <w:rPr>
          <w:sz w:val="20"/>
        </w:rPr>
        <w:t>17:28  but it was not enough. You must say the real realities. So, he filled, completely filled.</w:t>
      </w:r>
      <w:r>
        <w:br/>
      </w:r>
      <w:r>
        <w:rPr>
          <w:sz w:val="20"/>
        </w:rPr>
        <w:t>17:44  he completely failed in Afghanistan, in Iraq, everywhere. Then the same happened in Palestine.</w:t>
      </w:r>
      <w:r>
        <w:br/>
      </w:r>
      <w:r>
        <w:rPr>
          <w:sz w:val="20"/>
        </w:rPr>
        <w:t>17:56  aldu dey war naat superior power, but they repeated the same mistake.</w:t>
      </w:r>
      <w:r>
        <w:br/>
      </w:r>
      <w:r>
        <w:rPr>
          <w:sz w:val="20"/>
        </w:rPr>
        <w:t>18:05  The leaders of Palestine wanted to, wanted to, to, to use the Jew from Palestine.</w:t>
      </w:r>
      <w:r>
        <w:br/>
      </w:r>
      <w:r>
        <w:rPr>
          <w:sz w:val="20"/>
        </w:rPr>
        <w:t>18:23  one, one, one Arab leader said that, "nahn ab naval faray na sarmi kafl bahar.</w:t>
      </w:r>
      <w:r>
        <w:br/>
      </w:r>
      <w:r>
        <w:rPr>
          <w:sz w:val="20"/>
        </w:rPr>
        <w:t>18:37  sarmi kafl bahar,</w:t>
      </w:r>
      <w:r>
        <w:br/>
      </w:r>
      <w:r>
        <w:rPr>
          <w:sz w:val="20"/>
        </w:rPr>
        <w:t>18:41  we we will, we will compel you to go to, to ocean, to sea.</w:t>
      </w:r>
      <w:r>
        <w:br/>
      </w:r>
      <w:r>
        <w:rPr>
          <w:sz w:val="20"/>
        </w:rPr>
        <w:t>18:54  there no place for you in Palestine. your place is in ocean, in sea." but he failed.</w:t>
      </w:r>
      <w:r>
        <w:br/>
      </w:r>
      <w:r>
        <w:rPr>
          <w:sz w:val="20"/>
        </w:rPr>
        <w:t>19:04  you know, in 1948, I, I, I happened to meet some Palestinian leaders, some Arab leaders.</w:t>
      </w:r>
      <w:r>
        <w:br/>
      </w:r>
      <w:r>
        <w:rPr>
          <w:sz w:val="20"/>
        </w:rPr>
        <w:t>19:15  I said, "why you are doing this kind of jihad? why you are doing this kind of jihad?"</w:t>
      </w:r>
      <w:r>
        <w:br/>
      </w:r>
      <w:r>
        <w:rPr>
          <w:sz w:val="20"/>
        </w:rPr>
        <w:t>19:27  and there is no result. he said that, "you are facing injustice. then what to do?</w:t>
      </w:r>
      <w:r>
        <w:br/>
      </w:r>
      <w:r>
        <w:rPr>
          <w:sz w:val="20"/>
        </w:rPr>
        <w:t>19:38  you are facing injustice, atrocities. then what to do?" I said that, "you started your jihad in 1948.</w:t>
      </w:r>
      <w:r>
        <w:br/>
      </w:r>
      <w:r>
        <w:rPr>
          <w:sz w:val="20"/>
        </w:rPr>
        <w:t>19:54  you started your jihad in 1948. now the time is to reassess. the time is to revise.</w:t>
      </w:r>
      <w:r>
        <w:br/>
      </w:r>
      <w:r>
        <w:rPr>
          <w:sz w:val="20"/>
        </w:rPr>
        <w:t>20:06  then what is the result? in 1948, you were occupying three fourth of Palestine.</w:t>
      </w:r>
      <w:r>
        <w:br/>
      </w:r>
      <w:r>
        <w:rPr>
          <w:sz w:val="20"/>
        </w:rPr>
        <w:t>20:19  now you are in Palestine no where.</w:t>
      </w:r>
      <w:r>
        <w:br/>
      </w:r>
      <w:r>
        <w:rPr>
          <w:sz w:val="20"/>
        </w:rPr>
        <w:t>20:25  at that time, in 1948, Jew were occupying only one, only one third of the Palestine, and you were occupying two,</w:t>
      </w:r>
      <w:r>
        <w:br/>
      </w:r>
      <w:r>
        <w:rPr>
          <w:sz w:val="20"/>
        </w:rPr>
        <w:t>20:38  two third of the Palestine. and now you are no, you are, you are no where in Palestine. you are completely a devastated nation.</w:t>
      </w:r>
      <w:r>
        <w:br/>
      </w:r>
      <w:r>
        <w:rPr>
          <w:sz w:val="20"/>
        </w:rPr>
        <w:t>20:54  you have no establishment, no line, no educational infrastructure, no industrial infrastructure. and you see, Israel has educational system.</w:t>
      </w:r>
      <w:r>
        <w:br/>
      </w:r>
      <w:r>
        <w:rPr>
          <w:sz w:val="20"/>
        </w:rPr>
        <w:t>21:06  Israel has industrial base. Israel has well planned cities. Israel has converted the desert into, into gardens and agriculture.</w:t>
      </w:r>
      <w:r>
        <w:br/>
      </w:r>
      <w:r>
        <w:rPr>
          <w:sz w:val="20"/>
        </w:rPr>
        <w:t>21:19  and you failed to yield any positive result. so, you have to see the result. what was the result of your sixty years jihad?</w:t>
      </w:r>
      <w:r>
        <w:br/>
      </w:r>
      <w:r>
        <w:rPr>
          <w:sz w:val="20"/>
        </w:rPr>
        <w:t>21:32  no result at all.</w:t>
      </w:r>
    </w:p>
    <w:p>
      <w:pPr>
        <w:pStyle w:val="Heading2"/>
      </w:pPr>
      <w:r>
        <w:t>Positive thinking even in negative situations</w:t>
      </w:r>
    </w:p>
    <w:p>
      <w:r>
        <w:rPr>
          <w:color w:val="666666"/>
          <w:sz w:val="18"/>
        </w:rPr>
        <w:t>Islam and Peace (In Conversation with Maulana) April 5, 2009 · 3m 57s · at 0:30 · https://youtu.be/-1Bnl6dYkrg?t=30</w:t>
      </w:r>
    </w:p>
    <w:p>
      <w:r>
        <w:rPr>
          <w:i/>
        </w:rPr>
        <w:t>“Main toh nahin sochta ki koi good sign hai”</w:t>
      </w:r>
    </w:p>
    <w:p>
      <w:r>
        <w:rPr>
          <w:sz w:val="20"/>
        </w:rPr>
        <w:t>0:30  main to nahi sochta ke koi good sign hai. good sign hoga jab soch mein badlav aaye. us mein un ka koi role hi nahi tha, kya karte wo?</w:t>
      </w:r>
      <w:r>
        <w:br/>
      </w:r>
      <w:r>
        <w:rPr>
          <w:sz w:val="20"/>
        </w:rPr>
        <w:t>0:43  kuch statement de sakte the, is se zyada to kuch role nahi tha un ka. aap kisi musalman se miliye, aur agar wo positive baat kare to samjhiye ke change aaya hai. koi bhi jo sadak par chal raha ho,</w:t>
      </w:r>
      <w:r>
        <w:br/>
      </w:r>
      <w:r>
        <w:rPr>
          <w:sz w:val="20"/>
        </w:rPr>
        <w:t>0:59  ya aap ke pados mein koi rehta ho, kahin bhi, jis musalman se kam se kam main milta hoon, andar se negative niklta hai wo. thoda scrutiny karne ke baad. wahi aadmi jo chup hai, jo aap keh rahe hain,</w:t>
      </w:r>
      <w:r>
        <w:br/>
      </w:r>
      <w:r>
        <w:rPr>
          <w:sz w:val="20"/>
        </w:rPr>
        <w:t>1:14  good sign. aap varun gandhi ke bare mein us se baat kijiye. bura-bura kahega varun gandhi ko wo.</w:t>
      </w:r>
      <w:r>
        <w:br/>
      </w:r>
      <w:r>
        <w:rPr>
          <w:sz w:val="20"/>
        </w:rPr>
        <w:t>1:23  agar woh yeh bura-bura na kahe, parso yani</w:t>
      </w:r>
      <w:r>
        <w:br/>
      </w:r>
      <w:r>
        <w:rPr>
          <w:sz w:val="20"/>
        </w:rPr>
        <w:t>1:28  baat cheet karne mein, tab main manunga keh good sign hai yeh.</w:t>
      </w:r>
      <w:r>
        <w:br/>
      </w:r>
      <w:r>
        <w:rPr>
          <w:sz w:val="20"/>
        </w:rPr>
        <w:t>1:33  dekhiye, asli cheez yeh hai keh is zamane mein</w:t>
      </w:r>
      <w:r>
        <w:br/>
      </w:r>
      <w:r>
        <w:rPr>
          <w:sz w:val="20"/>
        </w:rPr>
        <w:t>1:37  har aadmi paisa oriented ban gaya hai.</w:t>
      </w:r>
      <w:r>
        <w:br/>
      </w:r>
      <w:r>
        <w:rPr>
          <w:sz w:val="20"/>
        </w:rPr>
        <w:t>1:39  daud raha hai paise ke liye.</w:t>
      </w:r>
      <w:r>
        <w:br/>
      </w:r>
      <w:r>
        <w:rPr>
          <w:sz w:val="20"/>
        </w:rPr>
        <w:t>1:40  usko time nahin ki varun gandhi par bole.</w:t>
      </w:r>
      <w:r>
        <w:br/>
      </w:r>
      <w:r>
        <w:rPr>
          <w:sz w:val="20"/>
        </w:rPr>
        <w:t>1:44  kuchh leader log, jinka doosra koi kaam nahin hai, yahi profession unka hai, bolte hain, chhapte hain, bolte</w:t>
      </w:r>
      <w:r>
        <w:br/>
      </w:r>
      <w:r>
        <w:rPr>
          <w:sz w:val="20"/>
        </w:rPr>
        <w:t>1:48  hain, chhapte hain.</w:t>
      </w:r>
      <w:r>
        <w:br/>
      </w:r>
      <w:r>
        <w:rPr>
          <w:sz w:val="20"/>
        </w:rPr>
        <w:t>1:50  baqi log to apna paisa kamane mein lage hue hain.</w:t>
      </w:r>
      <w:r>
        <w:br/>
      </w:r>
      <w:r>
        <w:rPr>
          <w:sz w:val="20"/>
        </w:rPr>
        <w:t>1:53  ab baat jab karenge to vahi ugalenge, hate wali baaten.</w:t>
      </w:r>
      <w:r>
        <w:br/>
      </w:r>
      <w:r>
        <w:rPr>
          <w:sz w:val="20"/>
        </w:rPr>
        <w:t>1:58  is kism ki cheezen kabhi bhi good sign nahin hoti hain.</w:t>
      </w:r>
      <w:r>
        <w:br/>
      </w:r>
      <w:r>
        <w:rPr>
          <w:sz w:val="20"/>
        </w:rPr>
        <w:t>2:03  so you have to see the their mind,</w:t>
      </w:r>
      <w:r>
        <w:br/>
      </w:r>
      <w:r>
        <w:rPr>
          <w:sz w:val="20"/>
        </w:rPr>
        <w:t>2:07  their thinking, whether they are thinking in positive term or in negative term. so according to my experience, all the muslim without any exception, they are living in negativity,</w:t>
      </w:r>
      <w:r>
        <w:br/>
      </w:r>
      <w:r>
        <w:rPr>
          <w:sz w:val="20"/>
        </w:rPr>
        <w:t>2:22  except those who are attending this class.</w:t>
      </w:r>
      <w:r>
        <w:br/>
      </w:r>
      <w:r>
        <w:rPr>
          <w:sz w:val="20"/>
        </w:rPr>
        <w:t>2:28  mister and molvi, religious and secular, both. so these things are not good sign, neither bad sign.</w:t>
      </w:r>
      <w:r>
        <w:br/>
      </w:r>
      <w:r>
        <w:rPr>
          <w:sz w:val="20"/>
        </w:rPr>
        <w:t>2:42  today i have expressed that things begin from mind.</w:t>
      </w:r>
      <w:r>
        <w:br/>
      </w:r>
      <w:r>
        <w:rPr>
          <w:sz w:val="20"/>
        </w:rPr>
        <w:t>2:50  so you have to see the mind, that thinking. with if if you find a muslim who thinks in positive term, what is positive term?</w:t>
      </w:r>
      <w:r>
        <w:br/>
      </w:r>
      <w:r>
        <w:rPr>
          <w:sz w:val="20"/>
        </w:rPr>
        <w:t>3:02  what is positive thinking? positive thinking means</w:t>
      </w:r>
      <w:r>
        <w:br/>
      </w:r>
      <w:r>
        <w:rPr>
          <w:sz w:val="20"/>
        </w:rPr>
        <w:t>3:10  thinking positively even in negative situations.</w:t>
      </w:r>
      <w:r>
        <w:br/>
      </w:r>
      <w:r>
        <w:rPr>
          <w:sz w:val="20"/>
        </w:rPr>
        <w:t>3:17  because negative negative experience, negative things are part of history, part of society. so you cannot eliminate those negative things. everyone is varun gandhi.</w:t>
      </w:r>
      <w:r>
        <w:br/>
      </w:r>
      <w:r>
        <w:rPr>
          <w:sz w:val="20"/>
        </w:rPr>
        <w:t>3:43  so muslims must adopt this kind of formula,</w:t>
      </w:r>
      <w:r>
        <w:br/>
      </w:r>
      <w:r>
        <w:rPr>
          <w:sz w:val="20"/>
        </w:rPr>
        <w:t>3:49  living in positivity</w:t>
      </w:r>
      <w:r>
        <w:br/>
      </w:r>
      <w:r>
        <w:rPr>
          <w:sz w:val="20"/>
        </w:rPr>
        <w:t>3:52  even in negative situations.</w:t>
      </w:r>
      <w:r>
        <w:br/>
      </w:r>
      <w:r>
        <w:rPr>
          <w:sz w:val="20"/>
        </w:rPr>
        <w:t>3:56  then it is a good sign.</w:t>
      </w:r>
      <w:r>
        <w:br/>
      </w:r>
      <w:r>
        <w:rPr>
          <w:sz w:val="20"/>
        </w:rPr>
        <w:t>3:58  then it is a sign of change.</w:t>
      </w:r>
      <w:r>
        <w:br/>
      </w:r>
      <w:r>
        <w:rPr>
          <w:sz w:val="20"/>
        </w:rPr>
        <w:t>4:03  i don't think that presence</w:t>
      </w:r>
      <w:r>
        <w:br/>
      </w:r>
      <w:r>
        <w:rPr>
          <w:sz w:val="20"/>
        </w:rPr>
        <w:t>4:05  situation is a sign.</w:t>
      </w:r>
      <w:r>
        <w:br/>
      </w:r>
      <w:r>
        <w:rPr>
          <w:sz w:val="20"/>
        </w:rPr>
        <w:t>4:08  it are good sign, naader bad sign.</w:t>
      </w:r>
      <w:r>
        <w:br/>
      </w:r>
      <w:r>
        <w:rPr>
          <w:sz w:val="20"/>
        </w:rPr>
        <w:t>4:11  they are engaged in paisa, in money.</w:t>
      </w:r>
      <w:r>
        <w:br/>
      </w:r>
      <w:r>
        <w:rPr>
          <w:sz w:val="20"/>
        </w:rPr>
        <w:t>4:14  that's all. they have no time for other things.</w:t>
      </w:r>
      <w:r>
        <w:br/>
      </w:r>
      <w:r>
        <w:rPr>
          <w:sz w:val="20"/>
        </w:rPr>
        <w:t>4:20  so i can not say that this is good sign.</w:t>
      </w:r>
      <w:r>
        <w:br/>
      </w:r>
      <w:r>
        <w:rPr>
          <w:sz w:val="20"/>
        </w:rPr>
        <w:t>4:24  it simply is nothing.</w:t>
      </w:r>
    </w:p>
    <w:p>
      <w:pPr>
        <w:pStyle w:val="Heading2"/>
      </w:pPr>
      <w:r>
        <w:t>Depression cured by wisdom book example</w:t>
      </w:r>
    </w:p>
    <w:p>
      <w:r>
        <w:rPr>
          <w:color w:val="666666"/>
          <w:sz w:val="18"/>
        </w:rPr>
        <w:t>The Concept of Help Feb 9, 2020—Maulana Wahiduddin Khan · 3m 28s · at 48:33 · https://youtu.be/WScXmduh1AQ?t=2913</w:t>
      </w:r>
    </w:p>
    <w:p>
      <w:r>
        <w:rPr>
          <w:i/>
        </w:rPr>
        <w:t>“میں گیا تھا پاکستان، کئی سال پہلے کی بات ہے”</w:t>
      </w:r>
    </w:p>
    <w:p>
      <w:r>
        <w:rPr>
          <w:sz w:val="20"/>
        </w:rPr>
        <w:t>48:33  maulana sahib, please advise." dekhiye, main apna experience aap ko batata hoon. main gaya tha pakistan, kai saal pehle ki baat hai.</w:t>
      </w:r>
      <w:r>
        <w:br/>
      </w:r>
      <w:r>
        <w:rPr>
          <w:sz w:val="20"/>
        </w:rPr>
        <w:t>48:47  to lahore ke airport par ek naujawan mujhe receive karne ke liye aaya aur kai log thay.</w:t>
      </w:r>
      <w:r>
        <w:br/>
      </w:r>
      <w:r>
        <w:rPr>
          <w:sz w:val="20"/>
        </w:rPr>
        <w:t>48:57  to woh naujawan main pehchane pehchanta nahi tha. us ko main us ko arabi nazar se dekha to us ne kaha ke aap us ko pehchanta nahi honge lekin main aap ko janta hoon.</w:t>
      </w:r>
      <w:r>
        <w:br/>
      </w:r>
      <w:r>
        <w:rPr>
          <w:sz w:val="20"/>
        </w:rPr>
        <w:t>49:11  to phir us ne apni story batai. us ne kaha ke main bohat zabardast depression ka shikar ho chuka tha. depression to yahan par koi hospital hai jo depression ka ilaj karta hai.</w:t>
      </w:r>
      <w:r>
        <w:br/>
      </w:r>
      <w:r>
        <w:rPr>
          <w:sz w:val="20"/>
        </w:rPr>
        <w:t>49:28  wahan woh daakhil kar diye gaye. to wahan par under treatment thay woh aur kuch faida nahi ho raha tha. to phir ek aadmi wahan mile un se, un ko meri kitab "raaz-e-hayat" de di.</w:t>
      </w:r>
      <w:r>
        <w:br/>
      </w:r>
      <w:r>
        <w:rPr>
          <w:sz w:val="20"/>
        </w:rPr>
        <w:t>49:44  "raaz-e-hayat"</w:t>
      </w:r>
      <w:r>
        <w:br/>
      </w:r>
      <w:r>
        <w:rPr>
          <w:sz w:val="20"/>
        </w:rPr>
        <w:t>49:49  to us ko unhon ne hospital mein parha. us ke baad doctor sahib ne kaha ke aap mujhe chutti de dijiye.</w:t>
      </w:r>
      <w:r>
        <w:br/>
      </w:r>
      <w:r>
        <w:rPr>
          <w:sz w:val="20"/>
        </w:rPr>
        <w:t>49:58  unhon ne kaha kyun? unhon ne kaha bhai to acha ho gaya. kaha ke nahi, abhi to aap under treatment hain. kaha ke nahi, main acha ho gaya. is kitab ko parh kar woh bilkul theek ho gaye.</w:t>
      </w:r>
      <w:r>
        <w:br/>
      </w:r>
      <w:r>
        <w:rPr>
          <w:sz w:val="20"/>
        </w:rPr>
        <w:t>50:11  depression khatam ho gaya aur phir zindagi mein kaabil ho gaya. to logon ko paisa mat dijiye, madad mat kijiye.</w:t>
      </w:r>
      <w:r>
        <w:br/>
      </w:r>
      <w:r>
        <w:rPr>
          <w:sz w:val="20"/>
        </w:rPr>
        <w:t>50:24  un ko wisdom dijiye. paisa dena un ke apni potential ko kill karna hai aur wisdom dena un ke potential ko jagana hai.</w:t>
      </w:r>
      <w:r>
        <w:br/>
      </w:r>
      <w:r>
        <w:rPr>
          <w:sz w:val="20"/>
        </w:rPr>
        <w:t>50:40  main phir kahunga ke paisa dena logon ki potential ko kill karna hai</w:t>
      </w:r>
      <w:r>
        <w:br/>
      </w:r>
      <w:r>
        <w:rPr>
          <w:sz w:val="20"/>
        </w:rPr>
        <w:t>50:51  aur wisdom dena logon ke wisdom ko potential ko jagana hai. yeh mera tajurba hai aur main bas kehta hoon ke hamare haan jo leader paida hui hai, woh zyada tar aisay log thay jinhon ne is raat ko jaana hi nahi.</w:t>
      </w:r>
      <w:r>
        <w:br/>
      </w:r>
      <w:r>
        <w:rPr>
          <w:sz w:val="20"/>
        </w:rPr>
        <w:t>51:13  is raat ko jaana hi nahi. unhon ne potential ko jagana yeh asal raaz hai. yeh jaana nahi hai. potential ko kill ko woh hai misguide karte rahay.</w:t>
      </w:r>
      <w:r>
        <w:br/>
      </w:r>
      <w:r>
        <w:rPr>
          <w:sz w:val="20"/>
        </w:rPr>
        <w:t>51:33  to jin logon ko is maslay mein jaanna ho, meri kitab parhein. urdu mein "raaz-e-hayat" hai, english mein woh hai kya naam hai uska?</w:t>
      </w:r>
      <w:r>
        <w:br/>
      </w:r>
      <w:r>
        <w:rPr>
          <w:sz w:val="20"/>
        </w:rPr>
        <w:t>51:46  "the secret of success". "the secret of success" english mein naam hai "the secret of success" aur urdu mein is ka naam hai "raaz-e-hayat".</w:t>
      </w:r>
    </w:p>
    <w:p>
      <w:pPr>
        <w:pStyle w:val="Heading2"/>
      </w:pPr>
      <w:r>
        <w:t>Zakat teaches the art of money management</w:t>
      </w:r>
    </w:p>
    <w:p>
      <w:r>
        <w:rPr>
          <w:color w:val="666666"/>
          <w:sz w:val="18"/>
        </w:rPr>
        <w:t>Dars-e-Quran June 25, 2007 · 3m 47s · at 8:39 · https://youtu.be/nrgQNgSemyo?t=519</w:t>
      </w:r>
    </w:p>
    <w:p>
      <w:r>
        <w:rPr>
          <w:i/>
        </w:rPr>
        <w:t>“Zakat ka matlab hai apni income ka hissa doosron ko dena”</w:t>
      </w:r>
    </w:p>
    <w:p>
      <w:r>
        <w:rPr>
          <w:sz w:val="20"/>
        </w:rPr>
        <w:t>8:39  doosri cheez jo hai woh zakat. zakat ka matlab kya hai? apni income mein se ek hissa doosron ko dena.</w:t>
      </w:r>
      <w:r>
        <w:br/>
      </w:r>
      <w:r>
        <w:rPr>
          <w:sz w:val="20"/>
        </w:rPr>
        <w:t>8:52  to yeh doosron ko acknowledge karna hai. is liye ke aap kuch bhi jab yeh duniya mein jab kuch bhi haasil karte hain to aap ki akeli ke efforts se nahi hota hai.</w:t>
      </w:r>
      <w:r>
        <w:br/>
      </w:r>
      <w:r>
        <w:rPr>
          <w:sz w:val="20"/>
        </w:rPr>
        <w:t>9:07  poori poori humanity ke efforts se hota hai. jaise aap farz karein business kar rahe hain. to business aise nahi karte aap ke khud hi khud kar daalein.</w:t>
      </w:r>
      <w:r>
        <w:br/>
      </w:r>
      <w:r>
        <w:rPr>
          <w:sz w:val="20"/>
        </w:rPr>
        <w:t>9:19  is ke liye aap ko transport chahiye. is ke liye aap ko communication chahiye. is ke liye aap ko ek poora system chahiye.</w:t>
      </w:r>
      <w:r>
        <w:br/>
      </w:r>
      <w:r>
        <w:rPr>
          <w:sz w:val="20"/>
        </w:rPr>
        <w:t>9:32  bohat si cheezein chahiye.</w:t>
      </w:r>
      <w:r>
        <w:br/>
      </w:r>
      <w:r>
        <w:rPr>
          <w:sz w:val="20"/>
        </w:rPr>
        <w:t>9:37  to bohat si cheezon ki help le kar aap business karte hain.</w:t>
      </w:r>
      <w:r>
        <w:br/>
      </w:r>
      <w:r>
        <w:rPr>
          <w:sz w:val="20"/>
        </w:rPr>
        <w:t>9:46  poori poori humanity, poori poori civilization involve hoti hai. tab aap ek kaam kar paate hain.</w:t>
      </w:r>
      <w:r>
        <w:br/>
      </w:r>
      <w:r>
        <w:rPr>
          <w:sz w:val="20"/>
        </w:rPr>
        <w:t>9:56  to namaz ka matlab hai Khuda ko acknowledge karna. aur zakat ka matlab hai insaan ko acknowledge karna.</w:t>
      </w:r>
      <w:r>
        <w:br/>
      </w:r>
      <w:r>
        <w:rPr>
          <w:sz w:val="20"/>
        </w:rPr>
        <w:t>10:05  insaan in do ke beech mein jeeta hai. ek taraf Khuda hai</w:t>
      </w:r>
      <w:r>
        <w:br/>
      </w:r>
      <w:r>
        <w:rPr>
          <w:sz w:val="20"/>
        </w:rPr>
        <w:t>10:13  aur doosri taraf insaan hai.</w:t>
      </w:r>
      <w:r>
        <w:br/>
      </w:r>
      <w:r>
        <w:rPr>
          <w:sz w:val="20"/>
        </w:rPr>
        <w:t>10:19  Khuda ne aap ko life support system diya hai. yeh zameen di hai, suraj diya hai, hawa diya hai, pani diya hai.</w:t>
      </w:r>
      <w:r>
        <w:br/>
      </w:r>
      <w:r>
        <w:rPr>
          <w:sz w:val="20"/>
        </w:rPr>
        <w:t>10:29  aur sab kuch diya hai. to Khuda ko acknowledge karte hain aap namaz ki ibadat ki soorat mein.</w:t>
      </w:r>
      <w:r>
        <w:br/>
      </w:r>
      <w:r>
        <w:rPr>
          <w:sz w:val="20"/>
        </w:rPr>
        <w:t>10:40  aur insaan ne ek poori civilization khadi ki.</w:t>
      </w:r>
      <w:r>
        <w:br/>
      </w:r>
      <w:r>
        <w:rPr>
          <w:sz w:val="20"/>
        </w:rPr>
        <w:t>10:46  insaan ne tarqqiyan keen, development kiya. in sab ko avail karte hue aap apna business karte hain, apna job karte hain.</w:t>
      </w:r>
      <w:r>
        <w:br/>
      </w:r>
      <w:r>
        <w:rPr>
          <w:sz w:val="20"/>
        </w:rPr>
        <w:t>10:57  to insaan ko bhi acknowledge karna hai. to apni income mein se ek hissa</w:t>
      </w:r>
      <w:r>
        <w:br/>
      </w:r>
      <w:r>
        <w:rPr>
          <w:sz w:val="20"/>
        </w:rPr>
        <w:t>11:07  doosron ko dena is ka naam hai zakat.</w:t>
      </w:r>
      <w:r>
        <w:br/>
      </w:r>
      <w:r>
        <w:rPr>
          <w:sz w:val="20"/>
        </w:rPr>
        <w:t>11:16  is ka bhi ek minimum hai, ek maximum hai. minimum to yeh hai ke aap dhai feesad dein. aur maximum yeh hai ke need ke siwa sab kuch de dein Khuda ke raaste mein.</w:t>
      </w:r>
      <w:r>
        <w:br/>
      </w:r>
      <w:r>
        <w:rPr>
          <w:sz w:val="20"/>
        </w:rPr>
        <w:t>11:35  to beharhaal</w:t>
      </w:r>
      <w:r>
        <w:br/>
      </w:r>
      <w:r>
        <w:rPr>
          <w:sz w:val="20"/>
        </w:rPr>
        <w:t>11:39  zakat ko mein yeh keh sakta hoon ke woh art of money management sikhati hai aap ko.</w:t>
      </w:r>
      <w:r>
        <w:br/>
      </w:r>
      <w:r>
        <w:rPr>
          <w:sz w:val="20"/>
        </w:rPr>
        <w:t>11:46  art of money management. yaani apni kamai ko aap kaise manage karein. to is ka tareeqa yeh hai ke kuch hissa aap apne paas rakhein aur is ka kuch hissa Khuda ke raaste mein dein.</w:t>
      </w:r>
      <w:r>
        <w:br/>
      </w:r>
      <w:r>
        <w:rPr>
          <w:sz w:val="20"/>
        </w:rPr>
        <w:t>12:05  insanon ki madad karein. doosron ke liye is ka, doosron ka hissa lagayein is mein.</w:t>
      </w:r>
      <w:r>
        <w:br/>
      </w:r>
      <w:r>
        <w:rPr>
          <w:sz w:val="20"/>
        </w:rPr>
        <w:t>12:18  to namaz agar art of time management hai to zakat art of money management hai.</w:t>
      </w:r>
    </w:p>
    <w:p>
      <w:pPr>
        <w:pStyle w:val="Heading2"/>
      </w:pPr>
      <w:r>
        <w:t>Prophet's companions learned through natural experiences</w:t>
      </w:r>
    </w:p>
    <w:p>
      <w:r>
        <w:rPr>
          <w:color w:val="666666"/>
          <w:sz w:val="18"/>
        </w:rPr>
        <w:t>Positive Response August 11, 2018 · 4m 26s · at 18:58 · https://youtu.be/W9oH8kJHTWg?t=1138</w:t>
      </w:r>
    </w:p>
    <w:p>
      <w:r>
        <w:rPr>
          <w:i/>
        </w:rPr>
        <w:t>“Chunanche aap dekhiye, Rasool Allah SAW ki sohbaton mein”</w:t>
      </w:r>
    </w:p>
    <w:p>
      <w:r>
        <w:rPr>
          <w:sz w:val="20"/>
        </w:rPr>
        <w:t>18:58  chunanche aap dekhiye, rasool Allah sal Allah alih wasallam ki sohbaton mein dekhiye, rasool Allah sal Allah alih wasallam ki sohbaton ka koi</w:t>
      </w:r>
      <w:r>
        <w:br/>
      </w:r>
      <w:r>
        <w:rPr>
          <w:sz w:val="20"/>
        </w:rPr>
        <w:t>19:16  prescribed course nahin hota tha.</w:t>
      </w:r>
      <w:r>
        <w:br/>
      </w:r>
      <w:r>
        <w:rPr>
          <w:sz w:val="20"/>
        </w:rPr>
        <w:t>19:21  ek bana banaya socha samjha aur muqarrar kiya hua course ho, us ko dohraya jae. log baithe hain, us ko dohraien.</w:t>
      </w:r>
      <w:r>
        <w:br/>
      </w:r>
      <w:r>
        <w:rPr>
          <w:sz w:val="20"/>
        </w:rPr>
        <w:t>19:35  to aisa nahin ke mislan yeh ke kaha jae ke bhai dekho, kal aap sab log aa jaen aur Ayat al Kursi padhi jaegi to sab log aaien, baithen aur sau sau bar Ayat al Kursi padhen.</w:t>
      </w:r>
      <w:r>
        <w:br/>
      </w:r>
      <w:r>
        <w:rPr>
          <w:sz w:val="20"/>
        </w:rPr>
        <w:t>19:53  to is se kuchh nahin hoga. yeh saare log baithe hue hain, Ayat al Kursi padh rahe hain, sau sau bar, is mein unhein koi take away nahin milega, koi food nahin milega.</w:t>
      </w:r>
      <w:r>
        <w:br/>
      </w:r>
      <w:r>
        <w:rPr>
          <w:sz w:val="20"/>
        </w:rPr>
        <w:t>20:10  unki unki personality mein koi development nahin hoga.</w:t>
      </w:r>
      <w:r>
        <w:br/>
      </w:r>
      <w:r>
        <w:rPr>
          <w:sz w:val="20"/>
        </w:rPr>
        <w:t>20:17  balkeh ek bedaar zehn aap ke andar ho, ek thinking mind ho</w:t>
      </w:r>
      <w:r>
        <w:br/>
      </w:r>
      <w:r>
        <w:rPr>
          <w:sz w:val="20"/>
        </w:rPr>
        <w:t>20:27  aur aap rozmarra ki zindagi guzaren, kahin aa rahe hain, ja rahe hain, baith rahe hain, uth rahe hain, is mein jo tajrubaat hote hain, un tajrubaat se aap ko jo milta hai, jo take away milta hai,</w:t>
      </w:r>
      <w:r>
        <w:br/>
      </w:r>
      <w:r>
        <w:rPr>
          <w:sz w:val="20"/>
        </w:rPr>
        <w:t>20:46  woh aap ki personality ko banata hai.</w:t>
      </w:r>
      <w:r>
        <w:br/>
      </w:r>
      <w:r>
        <w:rPr>
          <w:sz w:val="20"/>
        </w:rPr>
        <w:t>20:52  prescribed course se kuchh nahin hota.</w:t>
      </w:r>
      <w:r>
        <w:br/>
      </w:r>
      <w:r>
        <w:rPr>
          <w:sz w:val="20"/>
        </w:rPr>
        <w:t>20:57  to yeh tajrubaat safar mein aap baithe hain, chal rahe hain, raat hai, din hai, har mauqe par hota rehta hai. har mauqe par.</w:t>
      </w:r>
      <w:r>
        <w:br/>
      </w:r>
      <w:r>
        <w:rPr>
          <w:sz w:val="20"/>
        </w:rPr>
        <w:t>21:14  mislan abhi chand din ki baat hai, raat ko kisi wajah se mujhe neend neend nahin aai. raat ko jugta raha, jugta raha, jugta raha.</w:t>
      </w:r>
      <w:r>
        <w:br/>
      </w:r>
      <w:r>
        <w:rPr>
          <w:sz w:val="20"/>
        </w:rPr>
        <w:t>21:27  isi wajah se aisa hua. to jab subah ka waqt hua to maine socha ke agar roz aise hone lage, roz roz aise hi mera system bigad jae.</w:t>
      </w:r>
      <w:r>
        <w:br/>
      </w:r>
      <w:r>
        <w:rPr>
          <w:sz w:val="20"/>
        </w:rPr>
        <w:t>21:45  shayad aisa tha ke main raat ko maghrib baad chai nahin peeta. to maine ghalati se maghrib baad chai pi liya.</w:t>
      </w:r>
      <w:r>
        <w:br/>
      </w:r>
      <w:r>
        <w:rPr>
          <w:sz w:val="20"/>
        </w:rPr>
        <w:t>21:59  to raat bhar neend hi nahin aai. to maine socha ke farz kijiye ke pani peene se aisa ho jae. aaj to chai peene se neend kharab ho gai.</w:t>
      </w:r>
      <w:r>
        <w:br/>
      </w:r>
      <w:r>
        <w:rPr>
          <w:sz w:val="20"/>
        </w:rPr>
        <w:t>22:11  farz kijiye pani peene se neend kharab ho to kya ho? to kaise jiyenge hum? zindagi zindagi mushkil ho jaegi.</w:t>
      </w:r>
      <w:r>
        <w:br/>
      </w:r>
      <w:r>
        <w:rPr>
          <w:sz w:val="20"/>
        </w:rPr>
        <w:t>22:23  to yeh achaanak jo hota hai, apne aap fitri taur par jo hota hai, woh woh hamare liye shakhsiyat saazi mein madadgar hota hai.</w:t>
      </w:r>
      <w:r>
        <w:br/>
      </w:r>
      <w:r>
        <w:rPr>
          <w:sz w:val="20"/>
        </w:rPr>
        <w:t>22:38  to hum ko karna yeh hai ke apne ek mind ko khoob alive rakhen, mind ko mind ko zinda rakhen, apni soch ko,</w:t>
      </w:r>
      <w:r>
        <w:br/>
      </w:r>
      <w:r>
        <w:rPr>
          <w:sz w:val="20"/>
        </w:rPr>
        <w:t>22:53  soch ka jo amal hai, mind mein us ko zinda rakhen. tab tab aisa hoga ke hamari rozmarra ki zindagi mein shakhsiyat ki taameer hone lagegi,</w:t>
      </w:r>
      <w:r>
        <w:br/>
      </w:r>
      <w:r>
        <w:rPr>
          <w:sz w:val="20"/>
        </w:rPr>
        <w:t>23:09  inshallah. Assalam o alaikum wa rehmatullah.</w:t>
      </w:r>
    </w:p>
    <w:p>
      <w:pPr>
        <w:pStyle w:val="Heading2"/>
      </w:pPr>
      <w:r>
        <w:t>Test of freedom with Adam and Cain examples</w:t>
      </w:r>
    </w:p>
    <w:p>
      <w:r>
        <w:rPr>
          <w:color w:val="666666"/>
          <w:sz w:val="18"/>
        </w:rPr>
        <w:t>The Concept of Hereafter in Islam June 24, 2007 · 5m 18s · at 10:58 · https://youtu.be/Qqr-uGau0iU?t=658</w:t>
      </w:r>
    </w:p>
    <w:p>
      <w:r>
        <w:rPr>
          <w:i/>
        </w:rPr>
        <w:t>“Main samajhta hoon ke pehle din Allah ne insaan ko bataya”</w:t>
      </w:r>
    </w:p>
    <w:p>
      <w:r>
        <w:rPr>
          <w:sz w:val="20"/>
        </w:rPr>
        <w:t>10:58  mein samajhta hoon ke pehle din Khuda ne insan ko bataya ke ek hi cheez chahiye tum ko jannat mein abadi rehish panay ke liye.</w:t>
      </w:r>
      <w:r>
        <w:br/>
      </w:r>
      <w:r>
        <w:rPr>
          <w:sz w:val="20"/>
        </w:rPr>
        <w:t>11:14  hamesha ke liye jannat mein rehne ke liye. woh kya hai? tum ko azadi di hai hum ne, azadi. lekin ghalat istemal azadi se tum ko bachna hai.</w:t>
      </w:r>
      <w:r>
        <w:br/>
      </w:r>
      <w:r>
        <w:rPr>
          <w:sz w:val="20"/>
        </w:rPr>
        <w:t>11:27  apni azadi ko mehdood tareeqay mein istemal karna hai. to sab se bara jo jurm hai woh hai ghalat istemal azadi.</w:t>
      </w:r>
      <w:r>
        <w:br/>
      </w:r>
      <w:r>
        <w:rPr>
          <w:sz w:val="20"/>
        </w:rPr>
        <w:t>11:44  durust istemal azadi aadmi ko jannat mein le jayega aur ghalat istemal azadi is ko jahannum mein le jayega.</w:t>
      </w:r>
      <w:r>
        <w:br/>
      </w:r>
      <w:r>
        <w:rPr>
          <w:sz w:val="20"/>
        </w:rPr>
        <w:t>11:54  yeh hai aham test. aham test. to Khuda ne insan ko jannat dikha di aur yeh bata diya ke abhi to tum ko jannat dikhai gayi hai ek namoonay ke tor par.</w:t>
      </w:r>
      <w:r>
        <w:br/>
      </w:r>
      <w:r>
        <w:rPr>
          <w:sz w:val="20"/>
        </w:rPr>
        <w:t>12:13  mustaqil basne ke liye tum ko ek saboot dena hai ke tum mustahiq ho. woh saboot kya hai?</w:t>
      </w:r>
      <w:r>
        <w:br/>
      </w:r>
      <w:r>
        <w:rPr>
          <w:sz w:val="20"/>
        </w:rPr>
        <w:t>12:24  azadi ke hotay hue, azadi ke hotay hue azadi ka ghalat istemal na karna.</w:t>
      </w:r>
      <w:r>
        <w:br/>
      </w:r>
      <w:r>
        <w:rPr>
          <w:sz w:val="20"/>
        </w:rPr>
        <w:t>12:35  azadi ko azadi pa kar, azadi ka sahi istemal jo karega us ke liye jannat hai.</w:t>
      </w:r>
      <w:r>
        <w:br/>
      </w:r>
      <w:r>
        <w:rPr>
          <w:sz w:val="20"/>
        </w:rPr>
        <w:t>12:45  aur azadi ke aur pa kar jo azadi ka ghalat istemal karega us ke liye jahannum hai.</w:t>
      </w:r>
      <w:r>
        <w:br/>
      </w:r>
      <w:r>
        <w:rPr>
          <w:sz w:val="20"/>
        </w:rPr>
        <w:t>12:54  to is ghalat istemal ki do sooraten hain. ek kam az kam, ek ziyada se ziyada. ek hai kam az kam ghalat istemal azadi aur doosra hai ziyada se ziyada ghalat istemal azadi.</w:t>
      </w:r>
      <w:r>
        <w:br/>
      </w:r>
      <w:r>
        <w:rPr>
          <w:sz w:val="20"/>
        </w:rPr>
        <w:t>13:13  to dono ki misalein Allah taala ne</w:t>
      </w:r>
      <w:r>
        <w:br/>
      </w:r>
      <w:r>
        <w:rPr>
          <w:sz w:val="20"/>
        </w:rPr>
        <w:t>13:19  rakh dein shuru hi mein. Yaani jab tareekh shuru hui hamari, shuru tareekh, tabhi dono ki misalein rakh dein Khuda ne.</w:t>
      </w:r>
      <w:r>
        <w:br/>
      </w:r>
      <w:r>
        <w:rPr>
          <w:sz w:val="20"/>
        </w:rPr>
        <w:t>13:33  woh kaise? Adam ne jab mamnooa darakht ke phal ko khaya to yeh tha kam az kam galat istemal aazadi.</w:t>
      </w:r>
      <w:r>
        <w:br/>
      </w:r>
      <w:r>
        <w:rPr>
          <w:sz w:val="20"/>
        </w:rPr>
        <w:t>13:51  ke ek darakht, darakht woh alamat banata tha</w:t>
      </w:r>
      <w:r>
        <w:br/>
      </w:r>
      <w:r>
        <w:rPr>
          <w:sz w:val="20"/>
        </w:rPr>
        <w:t>13:58  khwahishon ko. Insan ki jo khwahishein hain. Unko ek khwahish hui tabhi to khaya unho ne is ka phal. To insan ki khwahishein hain isi ko alamat banata tha woh.</w:t>
      </w:r>
      <w:r>
        <w:br/>
      </w:r>
      <w:r>
        <w:rPr>
          <w:sz w:val="20"/>
        </w:rPr>
        <w:t>14:12  woh mamnooa darakht jannat ka. To khwahish se, khwahish se magloob ho kar, khwahish se mutasir ho kar aadmi aazadi ko galat istemal karta hai.</w:t>
      </w:r>
      <w:r>
        <w:br/>
      </w:r>
      <w:r>
        <w:rPr>
          <w:sz w:val="20"/>
        </w:rPr>
        <w:t>14:31  To Adam ne jo kiya woh gaya ke kam az kam galat istemal aazadi tha. Aur is ke baad Adam ke jo bete the, Habil aur Qabil.</w:t>
      </w:r>
      <w:r>
        <w:br/>
      </w:r>
      <w:r>
        <w:rPr>
          <w:sz w:val="20"/>
        </w:rPr>
        <w:t>14:45  To ek tanaza paida hua dono mein. Is tanaze ko le kar ke Qabil jarah ban gaya, jarah ban gaya.</w:t>
      </w:r>
      <w:r>
        <w:br/>
      </w:r>
      <w:r>
        <w:rPr>
          <w:sz w:val="20"/>
        </w:rPr>
        <w:t>14:58  Aur us ne apne bhai, sagay bhai Habil ko qatal kar diya. Is ka qatal kar diya. To qatal jo tha yeh woh tha zyada se zyada galat istemal aazadi.</w:t>
      </w:r>
      <w:r>
        <w:br/>
      </w:r>
      <w:r>
        <w:rPr>
          <w:sz w:val="20"/>
        </w:rPr>
        <w:t>15:17  To mamnooa darakht ke phal ko khana yeh tha kam az kam galat istemal aazadi. Kyun ke is mein jarahiyat nahi thi.</w:t>
      </w:r>
      <w:r>
        <w:br/>
      </w:r>
      <w:r>
        <w:rPr>
          <w:sz w:val="20"/>
        </w:rPr>
        <w:t>15:30  Yeh tha ghair jarah galat istemal aazadi. To ghair jarah galat istemal aazadi ko mein keh raha hoon kam az kam galat istemal aazadi.</w:t>
      </w:r>
      <w:r>
        <w:br/>
      </w:r>
      <w:r>
        <w:rPr>
          <w:sz w:val="20"/>
        </w:rPr>
        <w:t>15:43  Lekin chunke bete jo the Qabil unho ne ek tanaze ko le kar jab qatal kar diya, qatal kar diya apne bhai ko to unho ne kiya kiya?</w:t>
      </w:r>
      <w:r>
        <w:br/>
      </w:r>
      <w:r>
        <w:rPr>
          <w:sz w:val="20"/>
        </w:rPr>
        <w:t>15:57  Jarah galat istemal aazadi ka irtikab kiya. That was an aggressive misuse of freedom.</w:t>
      </w:r>
      <w:r>
        <w:br/>
      </w:r>
      <w:r>
        <w:rPr>
          <w:sz w:val="20"/>
        </w:rPr>
        <w:t>16:06  To isi ko mein keh raha hoon ke zyada se zyada galat istemal aazadi. Dono ki misalein Khuda ne muqarrar kar diya shuru hi mein.</w:t>
      </w:r>
    </w:p>
    <w:p>
      <w:pPr>
        <w:pStyle w:val="Heading2"/>
      </w:pPr>
      <w:r>
        <w:t>Positive response as natural personality development process</w:t>
      </w:r>
    </w:p>
    <w:p>
      <w:r>
        <w:rPr>
          <w:color w:val="666666"/>
          <w:sz w:val="18"/>
        </w:rPr>
        <w:t>Positive Response August 11, 2018 · 5m 34s · at 5:45 · https://youtu.be/W9oH8kJHTWg?t=345</w:t>
      </w:r>
    </w:p>
    <w:p>
      <w:r>
        <w:rPr>
          <w:i/>
        </w:rPr>
        <w:t>“Agar aap ne negative response diya”</w:t>
      </w:r>
    </w:p>
    <w:p>
      <w:r>
        <w:rPr>
          <w:sz w:val="20"/>
        </w:rPr>
        <w:t>5:45  agar aap ne negative response diya to aap ki personality ka development negative andaaz mein hoga.</w:t>
      </w:r>
      <w:r>
        <w:br/>
      </w:r>
      <w:r>
        <w:rPr>
          <w:sz w:val="20"/>
        </w:rPr>
        <w:t>5:56  agar aap ne positive response diya to aap ki personality ka ka development positive andaaz mein hoga.</w:t>
      </w:r>
      <w:r>
        <w:br/>
      </w:r>
      <w:r>
        <w:rPr>
          <w:sz w:val="20"/>
        </w:rPr>
        <w:t>6:08  to har cheez par insaan ka koi response hota hai. isi response se</w:t>
      </w:r>
      <w:r>
        <w:br/>
      </w:r>
      <w:r>
        <w:rPr>
          <w:sz w:val="20"/>
        </w:rPr>
        <w:t>6:23  yeh maloom hota hai ke aap ne apni personality ko kya food diya,</w:t>
      </w:r>
      <w:r>
        <w:br/>
      </w:r>
      <w:r>
        <w:rPr>
          <w:sz w:val="20"/>
        </w:rPr>
        <w:t>6:34  kis qism ka</w:t>
      </w:r>
      <w:r>
        <w:br/>
      </w:r>
      <w:r>
        <w:rPr>
          <w:sz w:val="20"/>
        </w:rPr>
        <w:t>6:39  process dala aap ne apni personality mein.</w:t>
      </w:r>
      <w:r>
        <w:br/>
      </w:r>
      <w:r>
        <w:rPr>
          <w:sz w:val="20"/>
        </w:rPr>
        <w:t>6:46  yeh ek daily process hai. daily daily daily.</w:t>
      </w:r>
      <w:r>
        <w:br/>
      </w:r>
      <w:r>
        <w:rPr>
          <w:sz w:val="20"/>
        </w:rPr>
        <w:t>6:57  misalan dekhiye, aap ek company mein job karte hain,</w:t>
      </w:r>
      <w:r>
        <w:br/>
      </w:r>
      <w:r>
        <w:rPr>
          <w:sz w:val="20"/>
        </w:rPr>
        <w:t>7:08  wahan aap ko koi</w:t>
      </w:r>
      <w:r>
        <w:br/>
      </w:r>
      <w:r>
        <w:rPr>
          <w:sz w:val="20"/>
        </w:rPr>
        <w:t>7:15  koi experience guzra</w:t>
      </w:r>
      <w:r>
        <w:br/>
      </w:r>
      <w:r>
        <w:rPr>
          <w:sz w:val="20"/>
        </w:rPr>
        <w:t>7:22  to aap is experience ko positive andaaz mein liya, negative andaaz mein nahin liya.</w:t>
      </w:r>
      <w:r>
        <w:br/>
      </w:r>
      <w:r>
        <w:rPr>
          <w:sz w:val="20"/>
        </w:rPr>
        <w:t>7:32  aise aap rasta chal rahe hain, aap business karte hain, kuch bhi kar rahe hain, har mauqa par aap ko</w:t>
      </w:r>
      <w:r>
        <w:br/>
      </w:r>
      <w:r>
        <w:rPr>
          <w:sz w:val="20"/>
        </w:rPr>
        <w:t>7:43  kuch na kuch pesh aata hai.</w:t>
      </w:r>
      <w:r>
        <w:br/>
      </w:r>
      <w:r>
        <w:rPr>
          <w:sz w:val="20"/>
        </w:rPr>
        <w:t>7:51  misalan farz keejiye keh aap ko chheenk aa gayi.</w:t>
      </w:r>
      <w:r>
        <w:br/>
      </w:r>
      <w:r>
        <w:rPr>
          <w:sz w:val="20"/>
        </w:rPr>
        <w:t>7:58  chheenk aa gayi to chheenk ek reminder hai keh aap ke body mein ek mechanism hai jo jis se chheenk aati hai aap ko.</w:t>
      </w:r>
      <w:r>
        <w:br/>
      </w:r>
      <w:r>
        <w:rPr>
          <w:sz w:val="20"/>
        </w:rPr>
        <w:t>8:18  to chheenk ek healthy healthy phenomena hai.</w:t>
      </w:r>
      <w:r>
        <w:br/>
      </w:r>
      <w:r>
        <w:rPr>
          <w:sz w:val="20"/>
        </w:rPr>
        <w:t>8:28  is par bhi aap ne Alhamdulillah kaha keh body ka jo mechanism hai, us ne aisa rakha gaya hai, creator ne is tarah rakha hai keh aap ke andar</w:t>
      </w:r>
      <w:r>
        <w:br/>
      </w:r>
      <w:r>
        <w:rPr>
          <w:sz w:val="20"/>
        </w:rPr>
        <w:t>8:43  chheenk ka waqea pesh aaye aur aap ke body mein healthy process jo hai, theek tareeqe se chalta rahe.</w:t>
      </w:r>
      <w:r>
        <w:br/>
      </w:r>
      <w:r>
        <w:rPr>
          <w:sz w:val="20"/>
        </w:rPr>
        <w:t>8:54  to kuch bhi aap ke paas, aap ke saath ho</w:t>
      </w:r>
      <w:r>
        <w:br/>
      </w:r>
      <w:r>
        <w:rPr>
          <w:sz w:val="20"/>
        </w:rPr>
        <w:t>9:00  to woh hamesha ek reminder hota hai. hamesha ek ek reminder hota hai. is reminder ko aap positive andaaz mein len,</w:t>
      </w:r>
      <w:r>
        <w:br/>
      </w:r>
      <w:r>
        <w:rPr>
          <w:sz w:val="20"/>
        </w:rPr>
        <w:t>9:14  negative andaaz mein na len.</w:t>
      </w:r>
      <w:r>
        <w:br/>
      </w:r>
      <w:r>
        <w:rPr>
          <w:sz w:val="20"/>
        </w:rPr>
        <w:t>9:22  to yahi aap ki personality development ka ka process hai. yeh saare waqeaat jo aap ki zindagi mein pesh aate hain, us ko process ke roop mein leejiye.</w:t>
      </w:r>
      <w:r>
        <w:br/>
      </w:r>
      <w:r>
        <w:rPr>
          <w:sz w:val="20"/>
        </w:rPr>
        <w:t>9:38  is process ko avail keejiye.</w:t>
      </w:r>
      <w:r>
        <w:br/>
      </w:r>
      <w:r>
        <w:rPr>
          <w:sz w:val="20"/>
        </w:rPr>
        <w:t>9:45  is ko avail keejiye, yani is ko aap badal deejiye</w:t>
      </w:r>
      <w:r>
        <w:br/>
      </w:r>
      <w:r>
        <w:rPr>
          <w:sz w:val="20"/>
        </w:rPr>
        <w:t>9:52  opportunity mein. koi bhi jo waqea pesh aaya, us ko aap ek opportunity ke roop mein leejiye.</w:t>
      </w:r>
      <w:r>
        <w:br/>
      </w:r>
      <w:r>
        <w:rPr>
          <w:sz w:val="20"/>
        </w:rPr>
        <w:t>10:03  is opportunity ko avail keejiye apni personality development ke liye.</w:t>
      </w:r>
      <w:r>
        <w:br/>
      </w:r>
      <w:r>
        <w:rPr>
          <w:sz w:val="20"/>
        </w:rPr>
        <w:t>10:14  main samajhta hoon keh yeh is ki koi list nahin hai, is ki koi ginti nahin hai. har lamha, subah shaam ka har tajurba, har waqea aap ko remind karta hai kuch na kuch.</w:t>
      </w:r>
      <w:r>
        <w:br/>
      </w:r>
      <w:r>
        <w:rPr>
          <w:sz w:val="20"/>
        </w:rPr>
        <w:t>10:36  is is reminder ko suniye, is reminder se sabak leejiye.</w:t>
      </w:r>
      <w:r>
        <w:br/>
      </w:r>
      <w:r>
        <w:rPr>
          <w:sz w:val="20"/>
        </w:rPr>
        <w:t>10:50  is reminder se sabak leejiye aur is ko positive response mein</w:t>
      </w:r>
      <w:r>
        <w:br/>
      </w:r>
      <w:r>
        <w:rPr>
          <w:sz w:val="20"/>
        </w:rPr>
        <w:t>11:01  badal deejiye, positive response mein.</w:t>
      </w:r>
      <w:r>
        <w:br/>
      </w:r>
      <w:r>
        <w:rPr>
          <w:sz w:val="20"/>
        </w:rPr>
        <w:t>11:09  main samajhta hoon keh yahi natural course hai personality development ka.</w:t>
      </w:r>
    </w:p>
    <w:p>
      <w:pPr>
        <w:pStyle w:val="Heading2"/>
      </w:pPr>
      <w:r>
        <w:t>Prophet's response to Jew's derogatory remark</w:t>
      </w:r>
    </w:p>
    <w:p>
      <w:r>
        <w:rPr>
          <w:color w:val="666666"/>
          <w:sz w:val="18"/>
        </w:rPr>
        <w:t>Blasphemy in Islam 14 Dec, 2007 - Maulana Wahiduddin Khan · 4m 12s · at 17:30 · https://youtu.be/M816Pd-pDNc?t=1050</w:t>
      </w:r>
    </w:p>
    <w:p>
      <w:r>
        <w:rPr>
          <w:i/>
        </w:rPr>
        <w:t>“During the Prophet of Islam in Madinah, there were some Jewish tribes.”</w:t>
      </w:r>
    </w:p>
    <w:p>
      <w:r>
        <w:rPr>
          <w:sz w:val="20"/>
        </w:rPr>
        <w:t>17:30  dyuring da prafait af isalam in madina, der war sam juvish traibs.</w:t>
      </w:r>
      <w:r>
        <w:br/>
      </w:r>
      <w:r>
        <w:rPr>
          <w:sz w:val="20"/>
        </w:rPr>
        <w:t>17:39  su, wat hapand?</w:t>
      </w:r>
      <w:r>
        <w:br/>
      </w:r>
      <w:r>
        <w:rPr>
          <w:sz w:val="20"/>
        </w:rPr>
        <w:t>17:42  van dai, der waz a dispyut. der aroz a dispyut bitvin a ju and a musalman in madina.</w:t>
      </w:r>
      <w:r>
        <w:br/>
      </w:r>
      <w:r>
        <w:rPr>
          <w:sz w:val="20"/>
        </w:rPr>
        <w:t>17:58  der war hat ekschanjiz bitvin da tu. der var hat ekschanjiz bitvin da tu. su, dat ju af madina said,</w:t>
      </w:r>
      <w:r>
        <w:br/>
      </w:r>
      <w:r>
        <w:rPr>
          <w:sz w:val="20"/>
        </w:rPr>
        <w:t>18:14  "an allah mustafa musa alalalamin." musa waz, musa der iz buziz.</w:t>
      </w:r>
      <w:r>
        <w:br/>
      </w:r>
      <w:r>
        <w:rPr>
          <w:sz w:val="20"/>
        </w:rPr>
        <w:t>18:26  musa waz da spiriar prafait.</w:t>
      </w:r>
      <w:r>
        <w:br/>
      </w:r>
      <w:r>
        <w:rPr>
          <w:sz w:val="20"/>
        </w:rPr>
        <w:t>18:32  hi waz, musa waz spiriar tu al man kaind, inkluding al da prafaitz. das waz da sing af da ju,</w:t>
      </w:r>
      <w:r>
        <w:br/>
      </w:r>
      <w:r>
        <w:rPr>
          <w:sz w:val="20"/>
        </w:rPr>
        <w:t>18:42  "an allah mustafa musa alalalamin."</w:t>
      </w:r>
      <w:r>
        <w:br/>
      </w:r>
      <w:r>
        <w:rPr>
          <w:sz w:val="20"/>
        </w:rPr>
        <w:t>18:48  gad almaiiti giv spiriarti tu musa ovar al man kaind.</w:t>
      </w:r>
      <w:r>
        <w:br/>
      </w:r>
      <w:r>
        <w:rPr>
          <w:sz w:val="20"/>
        </w:rPr>
        <w:t>18:58  su, musa waz a spiriar prafait, spiriar human bing.</w:t>
      </w:r>
      <w:r>
        <w:br/>
      </w:r>
      <w:r>
        <w:rPr>
          <w:sz w:val="20"/>
        </w:rPr>
        <w:t>19:09  su, a musalman bakam angri</w:t>
      </w:r>
      <w:r>
        <w:br/>
      </w:r>
      <w:r>
        <w:rPr>
          <w:sz w:val="20"/>
        </w:rPr>
        <w:t>19:16  and hi bat dat, dat ju</w:t>
      </w:r>
      <w:r>
        <w:br/>
      </w:r>
      <w:r>
        <w:rPr>
          <w:sz w:val="20"/>
        </w:rPr>
        <w:t>19:26  . hi said, musalman said dat, "yu ar kmplitali rang." an allah mustafa muhammad alalalamin. muhammad waz a spiriar prafait.</w:t>
      </w:r>
      <w:r>
        <w:br/>
      </w:r>
      <w:r>
        <w:rPr>
          <w:sz w:val="20"/>
        </w:rPr>
        <w:t>19:39  Muhammad was superior to all mankind.</w:t>
      </w:r>
      <w:r>
        <w:br/>
      </w:r>
      <w:r>
        <w:rPr>
          <w:sz w:val="20"/>
        </w:rPr>
        <w:t>19:45  So, when this case was refuted, this case was referred to the Prophet.</w:t>
      </w:r>
      <w:r>
        <w:br/>
      </w:r>
      <w:r>
        <w:rPr>
          <w:sz w:val="20"/>
        </w:rPr>
        <w:t>19:54  prafait bakam angri.</w:t>
      </w:r>
      <w:r>
        <w:br/>
      </w:r>
      <w:r>
        <w:rPr>
          <w:sz w:val="20"/>
        </w:rPr>
        <w:t>19:59  The narrator says that, "ghazab ghazaba shadida." Prophet became angry. He said nothing to that Jew.</w:t>
      </w:r>
      <w:r>
        <w:br/>
      </w:r>
      <w:r>
        <w:rPr>
          <w:sz w:val="20"/>
        </w:rPr>
        <w:t>20:13  According to the, to the, according to the report, this event is reported in Bukhari or Muslim.</w:t>
      </w:r>
      <w:r>
        <w:br/>
      </w:r>
      <w:r>
        <w:rPr>
          <w:sz w:val="20"/>
        </w:rPr>
        <w:t>20:25  Bukhari aur Muslim are almost authentic book in Islam.</w:t>
      </w:r>
      <w:r>
        <w:br/>
      </w:r>
      <w:r>
        <w:rPr>
          <w:sz w:val="20"/>
        </w:rPr>
        <w:t>20:29  So, this event is reported in Bukhari aur Muslim.</w:t>
      </w:r>
      <w:r>
        <w:br/>
      </w:r>
      <w:r>
        <w:rPr>
          <w:sz w:val="20"/>
        </w:rPr>
        <w:t>20:37  So, Prophet never said any word to that Jew.</w:t>
      </w:r>
      <w:r>
        <w:br/>
      </w:r>
      <w:r>
        <w:rPr>
          <w:sz w:val="20"/>
        </w:rPr>
        <w:t>20:44  He addressed only to the Muslim. It is very important to know.</w:t>
      </w:r>
      <w:r>
        <w:br/>
      </w:r>
      <w:r>
        <w:rPr>
          <w:sz w:val="20"/>
        </w:rPr>
        <w:t>20:54  Although that Jew said that,</w:t>
      </w:r>
      <w:r>
        <w:br/>
      </w:r>
      <w:r>
        <w:rPr>
          <w:sz w:val="20"/>
        </w:rPr>
        <w:t>21:00  Although that Jew said that Musa was a superior Prophet. It was a kind of derogatory remark.</w:t>
      </w:r>
      <w:r>
        <w:br/>
      </w:r>
      <w:r>
        <w:rPr>
          <w:sz w:val="20"/>
        </w:rPr>
        <w:t>21:12  It was a kind of derogatory remark to the Prophet of Islam.</w:t>
      </w:r>
      <w:r>
        <w:br/>
      </w:r>
      <w:r>
        <w:rPr>
          <w:sz w:val="20"/>
        </w:rPr>
        <w:t>21:19  According to this remark, Muhammad was inferior and Musa was superior. So, clearly it was a derogatory remark.</w:t>
      </w:r>
      <w:r>
        <w:br/>
      </w:r>
      <w:r>
        <w:rPr>
          <w:sz w:val="20"/>
        </w:rPr>
        <w:t>21:30  But, Prophet said nothing to that Jew. He only addressed to the Muslim.</w:t>
      </w:r>
    </w:p>
    <w:p>
      <w:pPr>
        <w:pStyle w:val="Heading2"/>
      </w:pPr>
      <w:r>
        <w:t>explaining the Quran's 'sword' verses in their historical context</w:t>
      </w:r>
    </w:p>
    <w:p>
      <w:r>
        <w:rPr>
          <w:color w:val="666666"/>
          <w:sz w:val="18"/>
        </w:rPr>
        <w:t>The Message of The Prophet Muhammad April 5, 2008 · 4m 24s · at 1:01:35 · https://youtu.be/4Awv6yrWLBw?t=3695</w:t>
      </w:r>
    </w:p>
    <w:p>
      <w:r>
        <w:rPr>
          <w:i/>
        </w:rPr>
        <w:t>“Nahi, yeh terrorism ki baat nahi hai”</w:t>
      </w:r>
    </w:p>
    <w:p>
      <w:r>
        <w:rPr>
          <w:sz w:val="20"/>
        </w:rPr>
        <w:t>1:01:35  nahin, terrorism ki baat nahin hai. woh</w:t>
      </w:r>
      <w:r>
        <w:br/>
      </w:r>
      <w:r>
        <w:rPr>
          <w:sz w:val="20"/>
        </w:rPr>
        <w:t>1:01:39  kisi bhi baat ko us ke context hi mein aap samajh sakte hain, us ke context mein samajh sakte hain. aisa nahin jaise geeta mein hai ke krish ji kehte hain ke: "hai arjun, aage badh aur youth kar." to aap kya matlab?</w:t>
      </w:r>
      <w:r>
        <w:br/>
      </w:r>
      <w:r>
        <w:rPr>
          <w:sz w:val="20"/>
        </w:rPr>
        <w:t>1:01:54  society mein ladai kya karo? woh us waqt ki baat hai jab ke jang ka maidan khula hua hai, tab ki</w:t>
      </w:r>
      <w:r>
        <w:br/>
      </w:r>
      <w:r>
        <w:rPr>
          <w:sz w:val="20"/>
        </w:rPr>
        <w:t>1:02:02  baat hai. to yeh jo aayatein hain jo aap quran ki, yeh woh aayatein hain jab ke madine mein, yaani ke hijrat ke baad, jab unhon ne attack karna shuru kiya, yaani rasool allah sallallahu alaihi wasallam itna peaceful the ke makka ko chhod kar ke chale gaye madine.</w:t>
      </w:r>
      <w:r>
        <w:br/>
      </w:r>
      <w:r>
        <w:rPr>
          <w:sz w:val="20"/>
        </w:rPr>
        <w:t>1:02:22  to unhon ne makka aur madine ke beech mein 300 mile ka faasla tha, to wahan se army le kar ke madine par attack kiya unhon ne.</w:t>
      </w:r>
      <w:r>
        <w:br/>
      </w:r>
      <w:r>
        <w:rPr>
          <w:sz w:val="20"/>
        </w:rPr>
        <w:t>1:02:33  tab bhi aap ne sirf teen baar un se un se defensive war ladi hai: badr, uhud aur hunain. baqi aap ne avoid kiya, avoid kiya, avoid kiya.</w:t>
      </w:r>
      <w:r>
        <w:br/>
      </w:r>
      <w:r>
        <w:rPr>
          <w:sz w:val="20"/>
        </w:rPr>
        <w:t>1:02:42  to is is mauqe par jo aayat utri thi, us ko aap generalize na karein, isi particular reference mein rakh kar dekhein. to yeh har society mein kiya jata hai.</w:t>
      </w:r>
      <w:r>
        <w:br/>
      </w:r>
      <w:r>
        <w:rPr>
          <w:sz w:val="20"/>
        </w:rPr>
        <w:t>1:02:52  jab attack hota hai to defensive war ladi jati hai.</w:t>
      </w:r>
      <w:r>
        <w:br/>
      </w:r>
      <w:r>
        <w:rPr>
          <w:sz w:val="20"/>
        </w:rPr>
        <w:t>1:02:56  tab bhi rasool allah ka tareeqa yeh tha ke dekhein, aap kitabon mein padhein to 83 baar unhon ne attempt kiya tha, 83 baar, lekin hamesha aap ne avoid kiya, avoid kiya, avoid kiya.</w:t>
      </w:r>
      <w:r>
        <w:br/>
      </w:r>
      <w:r>
        <w:rPr>
          <w:sz w:val="20"/>
        </w:rPr>
        <w:t>1:03:07  sirf teen baar lade aap badr mein, uhud mein, unhon ne jabke un avoidable, unavoidable ban gaya tha. to is context mein rakh kar dekhein aap, tab is ka matlab samajh mein aayega.</w:t>
      </w:r>
      <w:r>
        <w:br/>
      </w:r>
      <w:r>
        <w:rPr>
          <w:sz w:val="20"/>
        </w:rPr>
        <w:t>1:03:18  this question is from mr d k mittal:</w:t>
      </w:r>
      <w:r>
        <w:br/>
      </w:r>
      <w:r>
        <w:rPr>
          <w:sz w:val="20"/>
        </w:rPr>
        <w:t>1:03:21  "between 610 ad to 622 ad, out of 114 surahs of quran, 80 percent had been revealed, but arabs of makka were not influenced and did not accept islam.</w:t>
      </w:r>
      <w:r>
        <w:br/>
      </w:r>
      <w:r>
        <w:rPr>
          <w:sz w:val="20"/>
        </w:rPr>
        <w:t>1:03:37  however, in the next ten years, that is between 622 ad to 632 ad, the 22 surahs which predominantly relate to jihad by sword and booty, including women and children, whole of arabia became islamic.</w:t>
      </w:r>
      <w:r>
        <w:br/>
      </w:r>
      <w:r>
        <w:rPr>
          <w:sz w:val="20"/>
        </w:rPr>
        <w:t>1:03:55  after the battle of badr, islamic sword was unsheathed, resulting in murder of asma, ka'b, abu afaq, and subsequently, with the approval of prophet, he gave consent to kill the un-believers, wherever they be.</w:t>
      </w:r>
      <w:r>
        <w:br/>
      </w:r>
      <w:r>
        <w:rPr>
          <w:sz w:val="20"/>
        </w:rPr>
        <w:t>1:04:12  islam may be anything but is not a religion of peace.</w:t>
      </w:r>
      <w:r>
        <w:br/>
      </w:r>
      <w:r>
        <w:rPr>
          <w:sz w:val="20"/>
        </w:rPr>
        <w:t>1:04:17  "dekhein, yeh to aadmi jis jahan chahe koi laga de apna word. cheez yeh hai ke aap is ko aayaton ko isi context mein rakh kar padhna padega, alag se nahin.</w:t>
      </w:r>
      <w:r>
        <w:br/>
      </w:r>
      <w:r>
        <w:rPr>
          <w:sz w:val="20"/>
        </w:rPr>
        <w:t>1:04:30  rasool allah ki poori zindagi mein maine is par teen kitabein likhi hain prophet ke upar, us ko aap padhiye to poori zindagi aap peaceful hi rahe, poori zindagi aap peaceful rahe.</w:t>
      </w:r>
      <w:r>
        <w:br/>
      </w:r>
      <w:r>
        <w:rPr>
          <w:sz w:val="20"/>
        </w:rPr>
        <w:t>1:04:43  "asal al-khair peace is the best."</w:t>
      </w:r>
      <w:r>
        <w:br/>
      </w:r>
      <w:r>
        <w:rPr>
          <w:sz w:val="20"/>
        </w:rPr>
        <w:t>1:04:47  "main ne arz kiya ke 83 baar unhon ne attempt kiya, lekin har baar aap ne avoid karte rahe. sirf teen baar aap un se lade kyunke un avoidable ban gaya tha.</w:t>
      </w:r>
      <w:r>
        <w:br/>
      </w:r>
      <w:r>
        <w:rPr>
          <w:sz w:val="20"/>
        </w:rPr>
        <w:t>1:04:57  yeh 300 mile chhod kar chale gaye, aap madine aa gaye aur wahan se aa kar ke attack karte the. woh to defensive war thi. woh defensive war ke zamane mein jo aayatein utrin, un aayaton ko aap generalize nahin kar sakte.</w:t>
      </w:r>
      <w:r>
        <w:br/>
      </w:r>
      <w:r>
        <w:rPr>
          <w:sz w:val="20"/>
        </w:rPr>
        <w:t>1:05:12  baqi jo aayaten hain, un ko dekhiye, aap woh to less than one percent hain. yeh aayaten yani Quran ki jo aayaten hain, 600, 6500, is mein less than one percent woh aayaten hain jo jo war ke bare mein hain, woh usi waqt utri thin jab ke unhon ne war chhod rakhi thi.</w:t>
      </w:r>
      <w:r>
        <w:br/>
      </w:r>
      <w:r>
        <w:rPr>
          <w:sz w:val="20"/>
        </w:rPr>
        <w:t>1:05:32  to aap justice agar karen to context mein rakh kar ke dekhiye to</w:t>
      </w:r>
      <w:r>
        <w:br/>
      </w:r>
      <w:r>
        <w:rPr>
          <w:sz w:val="20"/>
        </w:rPr>
        <w:t>1:05:38  aap payenge ke woh sab aayaton ka ta'alluq is is is waqt se hai jab ke unhon ne jang chhod di thi aur aur defensive war jo hai, woh inevitable ban gayi thi.</w:t>
      </w:r>
      <w:r>
        <w:br/>
      </w:r>
      <w:r>
        <w:rPr>
          <w:sz w:val="20"/>
        </w:rPr>
        <w:t>1:05:52  adrawise, is ke pehle bhi peace hai, is ke baad bhi peace hai Islam mein.</w:t>
      </w:r>
      <w:r>
        <w:br/>
      </w:r>
      <w:r>
        <w:rPr>
          <w:sz w:val="20"/>
        </w:rPr>
        <w:t>1:06:00  das question is from miss saima: "how can we convert our negative thinking into positive thinking, is</w:t>
      </w:r>
    </w:p>
    <w:p>
      <w:pPr>
        <w:pStyle w:val="Heading2"/>
      </w:pPr>
      <w:r>
        <w:t>Sulh Hudaybiyyah peace treaty leads to victory</w:t>
      </w:r>
    </w:p>
    <w:p>
      <w:r>
        <w:rPr>
          <w:color w:val="666666"/>
          <w:sz w:val="18"/>
        </w:rPr>
        <w:t>The Secret of Divine Wisdom I September 2,. 2012 Maulana Wahiduddin Khan · 5m 48s · at 20:29 · https://youtu.be/Y-UdfIX33As?t=1229</w:t>
      </w:r>
    </w:p>
    <w:p>
      <w:r>
        <w:rPr>
          <w:i/>
        </w:rPr>
        <w:t>“Islam ki tareekh se dekhiye Rasool Allah ne Mecca mein mission shuru kiya”</w:t>
      </w:r>
    </w:p>
    <w:p>
      <w:r>
        <w:rPr>
          <w:sz w:val="20"/>
        </w:rPr>
        <w:t>20:29  islam ki tareekh se aap dekhiye. rasool Allah ne 610 isvi mein makka mein apne mission ka aaghaz kiya.</w:t>
      </w:r>
      <w:r>
        <w:br/>
      </w:r>
      <w:r>
        <w:rPr>
          <w:sz w:val="20"/>
        </w:rPr>
        <w:t>20:39  to woh zamana tha woh tribal age tha. aap jante hain ke tribal age mein qabail jo thay qabeelay un ka kaam tha kya?</w:t>
      </w:r>
      <w:r>
        <w:br/>
      </w:r>
      <w:r>
        <w:rPr>
          <w:sz w:val="20"/>
        </w:rPr>
        <w:t>20:48  ladna bhirna. ladna bhirna. yahi un ka culture tha.</w:t>
      </w:r>
      <w:r>
        <w:br/>
      </w:r>
      <w:r>
        <w:rPr>
          <w:sz w:val="20"/>
        </w:rPr>
        <w:t>20:51  ladna hi un ka culture tha. isi qabail hi mein se nikal nikal kar ke sahaba bhi aaye thay.</w:t>
      </w:r>
      <w:r>
        <w:br/>
      </w:r>
      <w:r>
        <w:rPr>
          <w:sz w:val="20"/>
        </w:rPr>
        <w:t>21:02  to rasool Allah sal Allah alaihi wasallam ne yeh koshish ki ke kisi tareeqay se un se aik aik woh ho jaye peace treaty ho jaye.</w:t>
      </w:r>
      <w:r>
        <w:br/>
      </w:r>
      <w:r>
        <w:rPr>
          <w:sz w:val="20"/>
        </w:rPr>
        <w:t>21:13  ke hum larai bhirayi nahi karengay. hum dono fareeq aman ke sath rahengay.</w:t>
      </w:r>
      <w:r>
        <w:br/>
      </w:r>
      <w:r>
        <w:rPr>
          <w:sz w:val="20"/>
        </w:rPr>
        <w:t>21:19  bohat mushkil se taqreeban bees saal lag gaye is ko. kyunke woh zamana tha tribal age tha ladna bhirna yahi kaam tha un ka.</w:t>
      </w:r>
      <w:r>
        <w:br/>
      </w:r>
      <w:r>
        <w:rPr>
          <w:sz w:val="20"/>
        </w:rPr>
        <w:t>21:31  pachas saal so saal tak ladte rehte thay. aik aik qissay par.</w:t>
      </w:r>
      <w:r>
        <w:br/>
      </w:r>
      <w:r>
        <w:rPr>
          <w:sz w:val="20"/>
        </w:rPr>
        <w:t>21:37  makay mein bhi larai thi madinay mein bhi larai thi sare arab mein larai thi. woh daur tha larai ka. to rasool Allah sal Allah alaihi wasallam ko woh bohat dinon ke baad yeh moqa mila ke aap sulah hudaybiya karein aap.</w:t>
      </w:r>
      <w:r>
        <w:br/>
      </w:r>
      <w:r>
        <w:rPr>
          <w:sz w:val="20"/>
        </w:rPr>
        <w:t>21:52  sulah hudaybiya ka</w:t>
      </w:r>
      <w:r>
        <w:br/>
      </w:r>
      <w:r>
        <w:rPr>
          <w:sz w:val="20"/>
        </w:rPr>
        <w:t>21:54  peace treaty tha woh. aik taraf rasool Allah thay. doosri taraf quraish ke qabail thay. to woh razi nahi hote thay peace par kisi qeemat par.</w:t>
      </w:r>
      <w:r>
        <w:br/>
      </w:r>
      <w:r>
        <w:rPr>
          <w:sz w:val="20"/>
        </w:rPr>
        <w:t>22:08  rasool Allah ko kya karna para?</w:t>
      </w:r>
      <w:r>
        <w:br/>
      </w:r>
      <w:r>
        <w:rPr>
          <w:sz w:val="20"/>
        </w:rPr>
        <w:t>22:11  unki sari condition ko unilaterally manna para. jis ki aakhri had yeh thi aakhri had ke paper par muahida likha gaya us ki condition likhi gayi.</w:t>
      </w:r>
      <w:r>
        <w:br/>
      </w:r>
      <w:r>
        <w:rPr>
          <w:sz w:val="20"/>
        </w:rPr>
        <w:t>22:26  jo jo woh kehte gaye yani is muahiday ko dictate kiya tha fareeqe sani ne.</w:t>
      </w:r>
      <w:r>
        <w:br/>
      </w:r>
      <w:r>
        <w:rPr>
          <w:sz w:val="20"/>
        </w:rPr>
        <w:t>22:31  rasool Allah ne nahi dictate kiya. un ke dictation ke mutabiq muahida tayyar hua. to is mein yeh lafz likha gaya tha ke Muhammad rasool Allah yani aik fareeq is ke hain Muhammad rasool Allah.</w:t>
      </w:r>
      <w:r>
        <w:br/>
      </w:r>
      <w:r>
        <w:rPr>
          <w:sz w:val="20"/>
        </w:rPr>
        <w:t>22:49  unhon ne kaha ke yeh kaise ho sakta hai?</w:t>
      </w:r>
      <w:r>
        <w:br/>
      </w:r>
      <w:r>
        <w:rPr>
          <w:sz w:val="20"/>
        </w:rPr>
        <w:t>22:52  hum aap ko rasool mante hi nahi. is ko mitaiye. aur bajaye Muhammad rasool Allah ke likhiye Muhammad bin Abdullah.</w:t>
      </w:r>
      <w:r>
        <w:br/>
      </w:r>
      <w:r>
        <w:rPr>
          <w:sz w:val="20"/>
        </w:rPr>
        <w:t>23:05  aaj koi musalman is ke liye tayyar ho sakta hai?</w:t>
      </w:r>
      <w:r>
        <w:br/>
      </w:r>
      <w:r>
        <w:rPr>
          <w:sz w:val="20"/>
        </w:rPr>
        <w:t>23:10  rasool Allah ne kaha hum mita do.</w:t>
      </w:r>
      <w:r>
        <w:br/>
      </w:r>
      <w:r>
        <w:rPr>
          <w:sz w:val="20"/>
        </w:rPr>
        <w:t>23:15  aur rasool Allah ne israr kar ke lafz rasool Allah ko mita diya. aur wahan par likhwaya Muhammad bin Abdullah. is tarah se woh peace treaty tay hua.</w:t>
      </w:r>
      <w:r>
        <w:br/>
      </w:r>
      <w:r>
        <w:rPr>
          <w:sz w:val="20"/>
        </w:rPr>
        <w:t>23:29  peace treaty tay hote hi bhai kya hua? larai khatam nafrat ka mahol khatam. party culture khatam. phir wisdom ne prevail kiya.</w:t>
      </w:r>
      <w:r>
        <w:br/>
      </w:r>
      <w:r>
        <w:rPr>
          <w:sz w:val="20"/>
        </w:rPr>
        <w:t>23:41  jab party culture khatam hota hai to wisdom prevail karti hai.</w:t>
      </w:r>
      <w:r>
        <w:br/>
      </w:r>
      <w:r>
        <w:rPr>
          <w:sz w:val="20"/>
        </w:rPr>
        <w:t>23:49  jab party culture khatam hoga to wisdom prevail karegi.</w:t>
      </w:r>
      <w:r>
        <w:br/>
      </w:r>
      <w:r>
        <w:rPr>
          <w:sz w:val="20"/>
        </w:rPr>
        <w:t>23:56  to woh log jo thay ab woh sochne lagay. un ko moqa mila ke ab sochein.</w:t>
      </w:r>
      <w:r>
        <w:br/>
      </w:r>
      <w:r>
        <w:rPr>
          <w:sz w:val="20"/>
        </w:rPr>
        <w:t>24:04  yahan tak ke un ke andar rethinking aayi. jo log thay jo tashaddud nafrat aur negativity ko soch nahi paate thay.</w:t>
      </w:r>
      <w:r>
        <w:br/>
      </w:r>
      <w:r>
        <w:rPr>
          <w:sz w:val="20"/>
        </w:rPr>
        <w:t>24:20  jab yak tarfa tor par rasool Allah ne is mahol ko khatam kar diya. to un ke andar kya hua?</w:t>
      </w:r>
      <w:r>
        <w:br/>
      </w:r>
      <w:r>
        <w:rPr>
          <w:sz w:val="20"/>
        </w:rPr>
        <w:t>24:29  rethinking i re assessment aya. second thought jo kehte hain woh aya. yahan tak ke yani bohat hi kam muddat mein yani do saal ke andar woh saare ke saare Islam mein dakhil ho gaye.</w:t>
      </w:r>
      <w:r>
        <w:br/>
      </w:r>
      <w:r>
        <w:rPr>
          <w:sz w:val="20"/>
        </w:rPr>
        <w:t>24:48  yani jab tak wahan par party culture chal rahi thi tab tak logon ki aqlein kaam nahi karti theen. lekin jab party culture khatam kiya Rasool Allah Sal Allahu Alaihi Wasallam ne to wisdom ne prevail kiya.</w:t>
      </w:r>
      <w:r>
        <w:br/>
      </w:r>
      <w:r>
        <w:rPr>
          <w:sz w:val="20"/>
        </w:rPr>
        <w:t>25:03  ab lage sochne log.</w:t>
      </w:r>
      <w:r>
        <w:br/>
      </w:r>
      <w:r>
        <w:rPr>
          <w:sz w:val="20"/>
        </w:rPr>
        <w:t>25:06  aur phir wahan par</w:t>
      </w:r>
      <w:r>
        <w:br/>
      </w:r>
      <w:r>
        <w:rPr>
          <w:sz w:val="20"/>
        </w:rPr>
        <w:t>25:11  saare log Islam mein dakhil ho gaye. yeh lekin yeh itna mushkil kaam tha ke sahaba mein ek shakhs bhi samajh mein nahi aata tha kisi ke aisi aisi hum aisa hum peace treaty kaise karein?</w:t>
      </w:r>
      <w:r>
        <w:br/>
      </w:r>
      <w:r>
        <w:rPr>
          <w:sz w:val="20"/>
        </w:rPr>
        <w:t>25:26  ek shakhs bhi nahi.</w:t>
      </w:r>
      <w:r>
        <w:br/>
      </w:r>
      <w:r>
        <w:rPr>
          <w:sz w:val="20"/>
        </w:rPr>
        <w:t>25:28  ke unki saari shartein maanein Rasool Allah ke lafz mita dein.</w:t>
      </w:r>
      <w:r>
        <w:br/>
      </w:r>
      <w:r>
        <w:rPr>
          <w:sz w:val="20"/>
        </w:rPr>
        <w:t>25:34  aur Umrah kiye baghair Hudaybiyah se wapas chale jayein. bazahir to saari jeet unki thi. lekin yaad rakhiye jo haar jo defeat ke baat yeh ho ke wisdom prevail kare to kamyabi aap ki hoti hai.</w:t>
      </w:r>
      <w:r>
        <w:br/>
      </w:r>
      <w:r>
        <w:rPr>
          <w:sz w:val="20"/>
        </w:rPr>
        <w:t>25:58  yani do fareeq lad rahe hain. do fareeq lad rahe hain. aap kisi bhi tareeqe se ladaai ko khatam kar dein.</w:t>
      </w:r>
      <w:r>
        <w:br/>
      </w:r>
      <w:r>
        <w:rPr>
          <w:sz w:val="20"/>
        </w:rPr>
        <w:t>26:08  to jab bhi wisdom prevail karegi to jeet aap ki hogi.</w:t>
      </w:r>
      <w:r>
        <w:br/>
      </w:r>
      <w:r>
        <w:rPr>
          <w:sz w:val="20"/>
        </w:rPr>
        <w:t>26:14  yeh ek principle hai.</w:t>
      </w:r>
    </w:p>
    <w:p>
      <w:pPr>
        <w:pStyle w:val="Heading2"/>
      </w:pPr>
      <w:r>
        <w:t>Implementation of Quran through situational training</w:t>
      </w:r>
    </w:p>
    <w:p>
      <w:r>
        <w:rPr>
          <w:color w:val="666666"/>
          <w:sz w:val="18"/>
        </w:rPr>
        <w:t>Teachings of the Prophet (Prophetic Wisdom) · 5m 04s · at 0:10 · https://youtu.be/QLDybbFl7JM?t=10</w:t>
      </w:r>
    </w:p>
    <w:p>
      <w:r>
        <w:rPr>
          <w:i/>
        </w:rPr>
        <w:t>“Bismillah... ye dars-e-hadith ka silsila hai”</w:t>
      </w:r>
    </w:p>
    <w:p>
      <w:r>
        <w:rPr>
          <w:sz w:val="20"/>
        </w:rPr>
        <w:t>0:10  bismillah-hir-rahman-nir-rahim, wa salla Allahu ala-n-nabiyyi-l-kareem.</w:t>
      </w:r>
      <w:r>
        <w:br/>
      </w:r>
      <w:r>
        <w:rPr>
          <w:sz w:val="20"/>
        </w:rPr>
        <w:t>0:20  yeh dars-e-hadith ka silsila hai: hadith kya hai, aur quran se kya talluq hai is ka.</w:t>
      </w:r>
      <w:r>
        <w:br/>
      </w:r>
      <w:r>
        <w:rPr>
          <w:sz w:val="20"/>
        </w:rPr>
        <w:t>0:31  dekhiye, yeh talluq yeh hai ke</w:t>
      </w:r>
      <w:r>
        <w:br/>
      </w:r>
      <w:r>
        <w:rPr>
          <w:sz w:val="20"/>
        </w:rPr>
        <w:t>0:41  Khuda ne revelation ke zariye Quran utara, to Quran mein fundamental teachings hain.</w:t>
      </w:r>
      <w:r>
        <w:br/>
      </w:r>
      <w:r>
        <w:rPr>
          <w:sz w:val="20"/>
        </w:rPr>
        <w:t>0:51  jo fundamentals hain, Khuda ke nazdeek zindagi ko sahi taur par guzarnay ke liye, woh quran mein bataye gaye.</w:t>
      </w:r>
      <w:r>
        <w:br/>
      </w:r>
      <w:r>
        <w:rPr>
          <w:sz w:val="20"/>
        </w:rPr>
        <w:t>1:01  aur Rasulullah sallallahu alaihi wasallam ne usko implement</w:t>
      </w:r>
      <w:r>
        <w:br/>
      </w:r>
      <w:r>
        <w:rPr>
          <w:sz w:val="20"/>
        </w:rPr>
        <w:t>1:11  kiya.</w:t>
      </w:r>
      <w:r>
        <w:br/>
      </w:r>
      <w:r>
        <w:rPr>
          <w:sz w:val="20"/>
        </w:rPr>
        <w:t>1:17  log samajhte hain ke implementation ka matlab yeh hai ke is ko qaim kiya, hukoomat banai.</w:t>
      </w:r>
      <w:r>
        <w:br/>
      </w:r>
      <w:r>
        <w:rPr>
          <w:sz w:val="20"/>
        </w:rPr>
        <w:t>1:23  yeh galat hai, bilkul.</w:t>
      </w:r>
      <w:r>
        <w:br/>
      </w:r>
      <w:r>
        <w:rPr>
          <w:sz w:val="20"/>
        </w:rPr>
        <w:t>1:29  implementation ka matlab hai insaan banana, kyun ke asal nishana jo tha quran ka, woh insaan tha.</w:t>
      </w:r>
      <w:r>
        <w:br/>
      </w:r>
      <w:r>
        <w:rPr>
          <w:sz w:val="20"/>
        </w:rPr>
        <w:t>1:35  ya ayyuhal insaan, ya ayyuhal insaan, ya ayyuhal insaan—quran mein bar bar hai.</w:t>
      </w:r>
      <w:r>
        <w:br/>
      </w:r>
      <w:r>
        <w:rPr>
          <w:sz w:val="20"/>
        </w:rPr>
        <w:t>1:42  insaan ko woh insaan banana jo Khuda chahta hai, aur jis ke liye paradise banai gayi hai, woh insaan banana.</w:t>
      </w:r>
      <w:r>
        <w:br/>
      </w:r>
      <w:r>
        <w:rPr>
          <w:sz w:val="20"/>
        </w:rPr>
        <w:t>1:49  to rasool Allah ka jo role hai implementation ka, woh har giz yeh nahi hai ke unhon ne hukoomat banai.</w:t>
      </w:r>
      <w:r>
        <w:br/>
      </w:r>
      <w:r>
        <w:rPr>
          <w:sz w:val="20"/>
        </w:rPr>
        <w:t>1:57  that is secondary thing.</w:t>
      </w:r>
      <w:r>
        <w:br/>
      </w:r>
      <w:r>
        <w:rPr>
          <w:sz w:val="20"/>
        </w:rPr>
        <w:t>2:04  asal cheez yeh hai ke quran ki teaching ko insaan ki zindagi mein</w:t>
      </w:r>
      <w:r>
        <w:br/>
      </w:r>
      <w:r>
        <w:rPr>
          <w:sz w:val="20"/>
        </w:rPr>
        <w:t>2:12  translate karna.</w:t>
      </w:r>
      <w:r>
        <w:br/>
      </w:r>
      <w:r>
        <w:rPr>
          <w:sz w:val="20"/>
        </w:rPr>
        <w:t>2:17  har aadmi apni zindagi mein is ko follow kar sake.</w:t>
      </w:r>
      <w:r>
        <w:br/>
      </w:r>
      <w:r>
        <w:rPr>
          <w:sz w:val="20"/>
        </w:rPr>
        <w:t>2:22  is ke liye logon ko train karna.</w:t>
      </w:r>
      <w:r>
        <w:br/>
      </w:r>
      <w:r>
        <w:rPr>
          <w:sz w:val="20"/>
        </w:rPr>
        <w:t>2:27  yani implementation ka matlab hai training, basically.</w:t>
      </w:r>
      <w:r>
        <w:br/>
      </w:r>
      <w:r>
        <w:rPr>
          <w:sz w:val="20"/>
        </w:rPr>
        <w:t>2:32  dekhiye, training ka jab word aata hai to log samajhte hain training camp.</w:t>
      </w:r>
      <w:r>
        <w:br/>
      </w:r>
      <w:r>
        <w:rPr>
          <w:sz w:val="20"/>
        </w:rPr>
        <w:t>2:37  aksar aap ne suna hoga: training camp, training camp. ras</w:t>
      </w:r>
      <w:r>
        <w:br/>
      </w:r>
      <w:r>
        <w:rPr>
          <w:sz w:val="20"/>
        </w:rPr>
        <w:t>2:42  ول اللہ ka tareeqa yeh nahi tha.</w:t>
      </w:r>
      <w:r>
        <w:br/>
      </w:r>
      <w:r>
        <w:rPr>
          <w:sz w:val="20"/>
        </w:rPr>
        <w:t>2:47  aap ne kabhi bhi, yani aap ki poori zindagi training hi mein guzri, lekin camp laga kar nahi.</w:t>
      </w:r>
      <w:r>
        <w:br/>
      </w:r>
      <w:r>
        <w:rPr>
          <w:sz w:val="20"/>
        </w:rPr>
        <w:t>2:52  camp to ek artificial cheez hoti hai.</w:t>
      </w:r>
      <w:r>
        <w:br/>
      </w:r>
      <w:r>
        <w:rPr>
          <w:sz w:val="20"/>
        </w:rPr>
        <w:t>2:57  isi liye is ka kuch bhi result nahi nikalta.</w:t>
      </w:r>
      <w:r>
        <w:br/>
      </w:r>
      <w:r>
        <w:rPr>
          <w:sz w:val="20"/>
        </w:rPr>
        <w:t>3:02  log training camp lagate rehte hain, aur kuch bhi result nahi.</w:t>
      </w:r>
      <w:r>
        <w:br/>
      </w:r>
      <w:r>
        <w:rPr>
          <w:sz w:val="20"/>
        </w:rPr>
        <w:t>3:07  rasool Allah ka tareeqa yeh tha ke situation mein, jo</w:t>
      </w:r>
      <w:r>
        <w:br/>
      </w:r>
      <w:r>
        <w:rPr>
          <w:sz w:val="20"/>
        </w:rPr>
        <w:t>3:12  situation pesh aati thi, us situation ke mutabiq koi direction dena, koi gehri baat batana. to situation se relate kar ke training karna, yeh tha rasool Allah ka tareeqa. camp laga kar train karna, yeh rasool Allah ka tareeqa nahi tha. aur yahi scientific tareeqa hai, yeh natural tareeqa hai. camp laga kar agar aap training denge to is ka kuch bhi result nahi niklega, jaisa</w:t>
      </w:r>
      <w:r>
        <w:br/>
      </w:r>
      <w:r>
        <w:rPr>
          <w:sz w:val="20"/>
        </w:rPr>
        <w:t>3:42  ke aap dekh rahe hain.</w:t>
      </w:r>
      <w:r>
        <w:br/>
      </w:r>
      <w:r>
        <w:rPr>
          <w:sz w:val="20"/>
        </w:rPr>
        <w:t>3:48  lekin situation se relate kar ke jab aap logon ko train karenge to logon ka mind address</w:t>
      </w:r>
      <w:r>
        <w:br/>
      </w:r>
      <w:r>
        <w:rPr>
          <w:sz w:val="20"/>
        </w:rPr>
        <w:t>3:54  hoga, log baat ko pakdenge, aur zindagi ki waise hi zindagi ko banayenge apni.</w:t>
      </w:r>
      <w:r>
        <w:br/>
      </w:r>
      <w:r>
        <w:rPr>
          <w:sz w:val="20"/>
        </w:rPr>
        <w:t>4:00  to isi liye hadithon mein aap fragmentry andaaz dekhte hain.</w:t>
      </w:r>
      <w:r>
        <w:br/>
      </w:r>
      <w:r>
        <w:rPr>
          <w:sz w:val="20"/>
        </w:rPr>
        <w:t>4:06  jo aam taur par jo concept hai book ka, jis ko</w:t>
      </w:r>
      <w:r>
        <w:br/>
      </w:r>
      <w:r>
        <w:rPr>
          <w:sz w:val="20"/>
        </w:rPr>
        <w:t>4:12  hum jante hain, is mein baatein silsile war hoti hain, ek result tak.</w:t>
      </w:r>
      <w:r>
        <w:br/>
      </w:r>
      <w:r>
        <w:rPr>
          <w:sz w:val="20"/>
        </w:rPr>
        <w:t>4:18  hadith mein is tarah nahi.</w:t>
      </w:r>
      <w:r>
        <w:br/>
      </w:r>
      <w:r>
        <w:rPr>
          <w:sz w:val="20"/>
        </w:rPr>
        <w:t>4:24  hadith mein silsile war andaaz mein baatein nahi batai jati, fragmentry andaaz mein baatein batai jati hain.</w:t>
      </w:r>
      <w:r>
        <w:br/>
      </w:r>
      <w:r>
        <w:rPr>
          <w:sz w:val="20"/>
        </w:rPr>
        <w:t>4:30  kyun? situation jo pesh aati hai, wo different andaaz mein pesh aati hai.</w:t>
      </w:r>
      <w:r>
        <w:br/>
      </w:r>
      <w:r>
        <w:rPr>
          <w:sz w:val="20"/>
        </w:rPr>
        <w:t>4:36  ek aadmi ke sath kuch hua, doosre aadmi ke sath kuch hua, teesre ke sath kuch hua.</w:t>
      </w:r>
      <w:r>
        <w:br/>
      </w:r>
      <w:r>
        <w:rPr>
          <w:sz w:val="20"/>
        </w:rPr>
        <w:t>4:42  to sara din aap ka jo guzarta tha, different logon ke sath.</w:t>
      </w:r>
      <w:r>
        <w:br/>
      </w:r>
      <w:r>
        <w:rPr>
          <w:sz w:val="20"/>
        </w:rPr>
        <w:t>4:48  to different log jo the, to different situation le kar aate the wo.</w:t>
      </w:r>
      <w:r>
        <w:br/>
      </w:r>
      <w:r>
        <w:rPr>
          <w:sz w:val="20"/>
        </w:rPr>
        <w:t>4:53  har situation mein aap is ke mutabiq ek baat kehte the.</w:t>
      </w:r>
      <w:r>
        <w:br/>
      </w:r>
      <w:r>
        <w:rPr>
          <w:sz w:val="20"/>
        </w:rPr>
        <w:t>4:58  yeh thi rasool Allah ki training ka tareeqa.</w:t>
      </w:r>
      <w:r>
        <w:br/>
      </w:r>
      <w:r>
        <w:rPr>
          <w:sz w:val="20"/>
        </w:rPr>
        <w:t>5:04  aur isi se aap samajh sakte hain ke hadith kya cheez hai.</w:t>
      </w:r>
      <w:r>
        <w:br/>
      </w:r>
      <w:r>
        <w:rPr>
          <w:sz w:val="20"/>
        </w:rPr>
        <w:t>5:09  hadith jo hai, logon ko un ki situation mein, un ke apne halaat mein</w:t>
      </w:r>
    </w:p>
    <w:p>
      <w:pPr>
        <w:pStyle w:val="Heading2"/>
      </w:pPr>
      <w:r>
        <w:t>Muslim failure and Modi's exploitation of history</w:t>
      </w:r>
    </w:p>
    <w:p>
      <w:r>
        <w:rPr>
          <w:color w:val="666666"/>
          <w:sz w:val="18"/>
        </w:rPr>
        <w:t>Gujrat Riots | May 23, 2009 - Maulana Wahiduddin Khan · 3m 32s · at 8:18 · https://youtu.be/QO70zMFtXGY?t=498</w:t>
      </w:r>
    </w:p>
    <w:p>
      <w:r>
        <w:rPr>
          <w:i/>
        </w:rPr>
        <w:t>“In our books, Mahmud Ghaznavi is mentioned as Mahmud Ghaznavi Rahmatullah Ali.”</w:t>
      </w:r>
    </w:p>
    <w:p>
      <w:r>
        <w:rPr>
          <w:sz w:val="20"/>
        </w:rPr>
        <w:t>8:18  In our books, Mahmud Ghaznavi is mentioned as Mahmud Ghaznavi Rahmatullah Ali. So during this period, no Muslim tried to condemn openly Mahmud Ghaznavi. This kind of condemnation always served as a soothing act, but it never happened.</w:t>
      </w:r>
      <w:r>
        <w:br/>
      </w:r>
      <w:r>
        <w:rPr>
          <w:sz w:val="20"/>
        </w:rPr>
        <w:t>8:49  Then burning the bogi in which all the terrorists are Hindus, it triggered the, the riot. Then there is a third factor which is also very important. During that day when Gujarat was—Gujarat was charged, established people who live in Pakistan,</w:t>
      </w:r>
      <w:r>
        <w:br/>
      </w:r>
      <w:r>
        <w:rPr>
          <w:sz w:val="20"/>
        </w:rPr>
        <w:t>9:19  they—established politicians who live in Pakistan, they fired a missile and they find no name other than Ghaznavi. So this missile was named after Ghaznavi, Ghaznavi missile. This act of established politicians, established Pakistani politicians gave a great advantage to</w:t>
      </w:r>
      <w:r>
        <w:br/>
      </w:r>
      <w:r>
        <w:rPr>
          <w:sz w:val="20"/>
        </w:rPr>
        <w:t>9:49  Modi. Modi was direct, Modi's achievement was a direct result of Mahm—of Ghaznavi missile. If you know the story, Modi used to say in his—during his election campaign that in 100—in 1001, there was one</w:t>
      </w:r>
      <w:r>
        <w:br/>
      </w:r>
      <w:r>
        <w:rPr>
          <w:sz w:val="20"/>
        </w:rPr>
        <w:t>10:19  Ghaznavi who came from Afghanistan. He, he traveled from Afghanistan, then he was able to reach Gujarat. Now present Muslim leaders don't know, do not, do not need to travel, to go some travel. No, no, no travel. They, they will fire</w:t>
      </w:r>
      <w:r>
        <w:br/>
      </w:r>
      <w:r>
        <w:rPr>
          <w:sz w:val="20"/>
        </w:rPr>
        <w:t>10:50  Ghaznavi—Ghaznavi missile from Pakistan. So if you want to save from, from second attack, second, second Ghaznavi attack, to give me a vote, I will, I will save you. I will save you. You know, Subhash Chandra Bose used to say</w:t>
      </w:r>
      <w:r>
        <w:br/>
      </w:r>
      <w:r>
        <w:rPr>
          <w:sz w:val="20"/>
        </w:rPr>
        <w:t>11:20  that, "Give me blood and I will give you freedom." Mahmud and Modi used to say that, "Give me a vote, I will save you from Ghaznavi attack." You know, general public have no such, such wisdom which educated people have. So this, this kind of slogan work</w:t>
      </w:r>
    </w:p>
    <w:p>
      <w:pPr>
        <w:pStyle w:val="Heading2"/>
      </w:pPr>
      <w:r>
        <w:t>From vilified critic to a full-page vindication decades later</w:t>
      </w:r>
    </w:p>
    <w:p>
      <w:r>
        <w:rPr>
          <w:color w:val="666666"/>
          <w:sz w:val="18"/>
        </w:rPr>
        <w:t>Glimpses from My Life January 4, 2009 · 6m 08s · at 18:57 · https://youtu.be/qLpcIX-hlC0?t=1137</w:t>
      </w:r>
    </w:p>
    <w:p>
      <w:r>
        <w:rPr>
          <w:i/>
        </w:rPr>
        <w:t>“1986 mein Delhi mein ek seminar hua tha Urdu journalism par”</w:t>
      </w:r>
    </w:p>
    <w:p>
      <w:r>
        <w:rPr>
          <w:sz w:val="20"/>
        </w:rPr>
        <w:t>18:57  phir is ke baad kya hua ke yeh jo yeh jo aik woh hua tha, aik seminar nineteen eighty six mein.</w:t>
      </w:r>
      <w:r>
        <w:br/>
      </w:r>
      <w:r>
        <w:rPr>
          <w:sz w:val="20"/>
        </w:rPr>
        <w:t>19:14  kisi Delhi mein. to yeh urdu sahafat, yani urdu journalism par tha yeh. kai logon ne is mein apne paper parhay thay.</w:t>
      </w:r>
      <w:r>
        <w:br/>
      </w:r>
      <w:r>
        <w:rPr>
          <w:sz w:val="20"/>
        </w:rPr>
        <w:t>19:25  mein ne bhi is mein paper parha tha. yeh is yeh book jo hai, isi ko compile kar ke banai gayi hai. Urdu Sahafat. to is mein mera paper jo tha, bohat hi critical tha.</w:t>
      </w:r>
      <w:r>
        <w:br/>
      </w:r>
      <w:r>
        <w:rPr>
          <w:sz w:val="20"/>
        </w:rPr>
        <w:t>19:37  mein ne is mein likha tha ke urdu sahafat yeh yellow journalism hai. jis ko kehte hain urdu mein zard sahafat.</w:t>
      </w:r>
      <w:r>
        <w:br/>
      </w:r>
      <w:r>
        <w:rPr>
          <w:sz w:val="20"/>
        </w:rPr>
        <w:t>19:47  urdu sahafat zard sahafat hai. yani yellow journalism.</w:t>
      </w:r>
      <w:r>
        <w:br/>
      </w:r>
      <w:r>
        <w:rPr>
          <w:sz w:val="20"/>
        </w:rPr>
        <w:t>19:51  ailo journalism ka concept yeh hai ke woh isi sensational baatein chhapna, emotional baatein chhapna, logon ko emotions ko feed karna, is tarah se apna process chalana.</w:t>
      </w:r>
      <w:r>
        <w:br/>
      </w:r>
      <w:r>
        <w:rPr>
          <w:sz w:val="20"/>
        </w:rPr>
        <w:t>20:07  That is a low journalism. To maine kaha ke ke is mein likha tha maine ke urdu sahafat jo musalmanon ki hai, woh low journalism hai.</w:t>
      </w:r>
      <w:r>
        <w:br/>
      </w:r>
      <w:r>
        <w:rPr>
          <w:sz w:val="20"/>
        </w:rPr>
        <w:t>20:18  Is mein koi baat nahi, koi positive message nahi, koi constructive food nahi. Bas jazbat ko bharkane wali cheezein rehti hain. Aur sab se zyada bigada hai jo musalmanon ke zamane mein, woh muslim journalism mein, musalmanon ke akhbaron ne.</w:t>
      </w:r>
      <w:r>
        <w:br/>
      </w:r>
      <w:r>
        <w:rPr>
          <w:sz w:val="20"/>
        </w:rPr>
        <w:t>20:33  Is par log bohat ghusa ho gaye. Aur tab se meri cheezein chhapna band ho gayeen. Yani is ke baad jo chhapta tha mera, woh sirf mere against mein.</w:t>
      </w:r>
      <w:r>
        <w:br/>
      </w:r>
      <w:r>
        <w:rPr>
          <w:sz w:val="20"/>
        </w:rPr>
        <w:t>20:45  Yani mere against bohat chhapta tha, barabar chhapta tha. Phir jab unnis sau banve mein, nineteen ninety two mein, maine jo stand liya Babri Masjid ke maamle mein, to aur zyada ghusa ho gaye log.</w:t>
      </w:r>
      <w:r>
        <w:br/>
      </w:r>
      <w:r>
        <w:rPr>
          <w:sz w:val="20"/>
        </w:rPr>
        <w:t>20:58  Kyunke saare log jo the, yahi kehte the ke Babri Masjid wahin banao, Babri Masjid wahin banao. Maine kaha ke dekhiye, yeh bilkul hi realistic baat nahi hai.</w:t>
      </w:r>
      <w:r>
        <w:br/>
      </w:r>
      <w:r>
        <w:rPr>
          <w:sz w:val="20"/>
        </w:rPr>
        <w:t>21:09  Is India mein jahan Hindu majority mein hai, wahan yeh kehna ke Babri Masjid wahin banao, bilkul hi is ka aql se koi ta'alluq nahi.</w:t>
      </w:r>
      <w:r>
        <w:br/>
      </w:r>
      <w:r>
        <w:rPr>
          <w:sz w:val="20"/>
        </w:rPr>
        <w:t>21:18  It is quite impossible. Ab log ghusa ho gaye. Bohat bhark gaye. Aur phir mere khilaf har har akhbar mein, har urdu akhbar mein aane laga.</w:t>
      </w:r>
      <w:r>
        <w:br/>
      </w:r>
      <w:r>
        <w:rPr>
          <w:sz w:val="20"/>
        </w:rPr>
        <w:t>21:29  Yeh silsila chalta raha. Ek Lucknow ka ek hafta roza ek musalmanon ka akhbar tha, jo bohat chalta tha is zamane mein.</w:t>
      </w:r>
      <w:r>
        <w:br/>
      </w:r>
      <w:r>
        <w:rPr>
          <w:sz w:val="20"/>
        </w:rPr>
        <w:t>21:38  Yani is ki is ka sab is ka jo circulation tha, solace hazar tha, sixteen thousand. To maine is mein chhote chhote mazameen bhejte the, bheja bhejta tha main.</w:t>
      </w:r>
      <w:r>
        <w:br/>
      </w:r>
      <w:r>
        <w:rPr>
          <w:sz w:val="20"/>
        </w:rPr>
        <w:t>21:51  Constructive type ke. Aur woh poora akhbar hota tha protest, protest, protest. Complaint, complaint, complaint. To is ka naam to kya hua, is zamane mein do parche nikalte the Lucknow se.</w:t>
      </w:r>
      <w:r>
        <w:br/>
      </w:r>
      <w:r>
        <w:rPr>
          <w:sz w:val="20"/>
        </w:rPr>
        <w:t>22:07  se. Nida-e-Millat aur ek aur parcha tha. To is mein mere mazameen kuchh din chhape. Phir mere article jo the, jo chhote chhote hua karte the, woh wapas kar diya editor sahib ne.</w:t>
      </w:r>
      <w:r>
        <w:br/>
      </w:r>
      <w:r>
        <w:rPr>
          <w:sz w:val="20"/>
        </w:rPr>
        <w:t>22:20  Yeh likh kar ke is mein wording un ki yeh thi ke aap ke mazameen hamare akhbar mein chhap nahi rahe hain.</w:t>
      </w:r>
      <w:r>
        <w:br/>
      </w:r>
      <w:r>
        <w:rPr>
          <w:sz w:val="20"/>
        </w:rPr>
        <w:t>22:31  Aap ke mazameen hamare akhbar mein khap nahi rahe hain. Ye</w:t>
      </w:r>
      <w:r>
        <w:br/>
      </w:r>
      <w:r>
        <w:rPr>
          <w:sz w:val="20"/>
        </w:rPr>
        <w:t>22:36  yani aap jo likh likh ke bhejte hain, constructive qism ke, woh hamare is ke bilkul ulta hai. Hum to bata rahe hain complaint ki baatein, protest ki baatein, musalman zulm ho raha hai, us ki baat hai.</w:t>
      </w:r>
      <w:r>
        <w:br/>
      </w:r>
      <w:r>
        <w:rPr>
          <w:sz w:val="20"/>
        </w:rPr>
        <w:t>22:50  Aur aap keh rahe hain ke musalman safe hain, musalman khoob kaam kar sakte hain. To yeh to ulta sabak de rahe hain aap. To ek ek is par ek ek ek deewangi thi muslim sahafat mein</w:t>
      </w:r>
      <w:r>
        <w:br/>
      </w:r>
      <w:r>
        <w:rPr>
          <w:sz w:val="20"/>
        </w:rPr>
        <w:t>23:02  ke siwaye negative baaton ke, koi baat kisi ko pasand nahi aati thi. To chhapne ko tayyar nahi hui meri. Main maine is ka zikr is liye kiya ke ab woh halaat badal gaye hain.</w:t>
      </w:r>
      <w:r>
        <w:br/>
      </w:r>
      <w:r>
        <w:rPr>
          <w:sz w:val="20"/>
        </w:rPr>
        <w:t>23:16  Dekhiye, yeh yeh Rashtriya Sahara jo hai, urdu akhbar is waqt India mein sab se zyada musalmanon mein jo akhbar padha jata hai, woh Rashtriya Sahara hai.</w:t>
      </w:r>
      <w:r>
        <w:br/>
      </w:r>
      <w:r>
        <w:rPr>
          <w:sz w:val="20"/>
        </w:rPr>
        <w:t>23:31  Is ke barah edition nikalte hain different cities se. Barah edition. Har har har jagah se chhapta hai, bade bade shehron mein se.</w:t>
      </w:r>
      <w:r>
        <w:br/>
      </w:r>
      <w:r>
        <w:rPr>
          <w:sz w:val="20"/>
        </w:rPr>
        <w:t>23:40  To is ne abhi first January do hazar nau ko ek article chhapa hai mere bare mein poora poora page.</w:t>
      </w:r>
      <w:r>
        <w:br/>
      </w:r>
      <w:r>
        <w:rPr>
          <w:sz w:val="20"/>
        </w:rPr>
        <w:t>23:50  Poore page ka.</w:t>
      </w:r>
      <w:r>
        <w:br/>
      </w:r>
      <w:r>
        <w:rPr>
          <w:sz w:val="20"/>
        </w:rPr>
        <w:t>23:53  Yeh pehla waqia hai is muddat mein ke mere bare mein poora poora page par ek bohat hi positive qism ka mazmoon chhapa jaye.</w:t>
      </w:r>
      <w:r>
        <w:br/>
      </w:r>
      <w:r>
        <w:rPr>
          <w:sz w:val="20"/>
        </w:rPr>
        <w:t>24:04  yeh hai ek hamari jo mission jo hai, ek naye daur mein dakhil ho gaya, naye phase mein.</w:t>
      </w:r>
      <w:r>
        <w:br/>
      </w:r>
      <w:r>
        <w:rPr>
          <w:sz w:val="20"/>
        </w:rPr>
        <w:t>24:12  ke woh insan jis ke baray mein ab tak sirf negative baatein chapti theen,</w:t>
      </w:r>
      <w:r>
        <w:br/>
      </w:r>
      <w:r>
        <w:rPr>
          <w:sz w:val="20"/>
        </w:rPr>
        <w:t>24:17  sirf mere khilaf chupta tha ke islam dushman taqaton ke agent hain aur yeh yani paisa kamate hain</w:t>
      </w:r>
      <w:r>
        <w:br/>
      </w:r>
      <w:r>
        <w:rPr>
          <w:sz w:val="20"/>
        </w:rPr>
        <w:t>24:26  logon se aur aur yeh un ki baaton ko chaptay hain waghera waghera.</w:t>
      </w:r>
      <w:r>
        <w:br/>
      </w:r>
      <w:r>
        <w:rPr>
          <w:sz w:val="20"/>
        </w:rPr>
        <w:t>24:34  Bohat hi jhooti baatein, bohat zyada aammana baatein</w:t>
      </w:r>
      <w:r>
        <w:br/>
      </w:r>
      <w:r>
        <w:rPr>
          <w:sz w:val="20"/>
        </w:rPr>
        <w:t>24:38  chhapati thin barabar. Yani har jagah mujhe badnaam kiya jata tha, har parche mein, har akhbar mein, har parche mein. Musalmanon ke. Yeh pehli baar itna yeh ek ek naye phase mein dakhil hui gaya ke poora poora page jo hai, woh hamare bare mein chhaapa hai hi.</w:t>
      </w:r>
      <w:r>
        <w:br/>
      </w:r>
      <w:r>
        <w:rPr>
          <w:sz w:val="20"/>
        </w:rPr>
        <w:t>24:56  to hum ab kya hamara mission jo hai, naye daur mein dakhil ho gaya hai.</w:t>
      </w:r>
    </w:p>
    <w:p>
      <w:pPr>
        <w:pStyle w:val="Heading2"/>
      </w:pPr>
      <w:r>
        <w:t>Political interpretation of Islam introduced by Maududi</w:t>
      </w:r>
    </w:p>
    <w:p>
      <w:r>
        <w:rPr>
          <w:color w:val="666666"/>
          <w:sz w:val="18"/>
        </w:rPr>
        <w:t>Glow Tv Maulana Wahiduddin Khan discussing with Zain Khan, about the Ideology of Maulana Maududi · 3m 09s · at 1:13 · https://youtu.be/wVNhLUk_YS0?t=73</w:t>
      </w:r>
    </w:p>
    <w:p>
      <w:r>
        <w:rPr>
          <w:i/>
        </w:rPr>
        <w:t>“Basically jo ikhtilaf hai woh is baat par hai”</w:t>
      </w:r>
    </w:p>
    <w:p>
      <w:r>
        <w:rPr>
          <w:sz w:val="20"/>
        </w:rPr>
        <w:t>1:13  ? basically jo ikhtilaf hai woh is baat par hai jis ko main kehta hoon political interpretation of</w:t>
      </w:r>
      <w:r>
        <w:br/>
      </w:r>
      <w:r>
        <w:rPr>
          <w:sz w:val="20"/>
        </w:rPr>
        <w:t>1:21  Islam, Islam ki siyasi ta'abeer.</w:t>
      </w:r>
      <w:r>
        <w:br/>
      </w:r>
      <w:r>
        <w:rPr>
          <w:sz w:val="20"/>
        </w:rPr>
        <w:t>1:25  unhon ne Islam ki taleemat ko, Quran aur Hadees ko, is andaaz mein interpret kiya hai jis se</w:t>
      </w:r>
      <w:r>
        <w:br/>
      </w:r>
      <w:r>
        <w:rPr>
          <w:sz w:val="20"/>
        </w:rPr>
        <w:t>1:32  maloom hota hai ke Islam jo hai aik system hai,</w:t>
      </w:r>
      <w:r>
        <w:br/>
      </w:r>
      <w:r>
        <w:rPr>
          <w:sz w:val="20"/>
        </w:rPr>
        <w:t>1:38  political system, social system, legal system, aur is ko hum zameen par implement karein, yahi Islam ka nishana</w:t>
      </w:r>
      <w:r>
        <w:br/>
      </w:r>
      <w:r>
        <w:rPr>
          <w:sz w:val="20"/>
        </w:rPr>
        <w:t>1:46  hai. to main is ko galat samajhta hoon.</w:t>
      </w:r>
      <w:r>
        <w:br/>
      </w:r>
      <w:r>
        <w:rPr>
          <w:sz w:val="20"/>
        </w:rPr>
        <w:t>1:50  un ki kuch kitabein hain jis mein unhon ne apne is interpretation ko sabit karne ki koshish ki</w:t>
      </w:r>
      <w:r>
        <w:br/>
      </w:r>
      <w:r>
        <w:rPr>
          <w:sz w:val="20"/>
        </w:rPr>
        <w:t>1:56  hai, maslan aik kitab hai "Quran ki chaar bunyadi istilahaat".</w:t>
      </w:r>
      <w:r>
        <w:br/>
      </w:r>
      <w:r>
        <w:rPr>
          <w:sz w:val="20"/>
        </w:rPr>
        <w:t>2:02  un kitabon ka maine bohat tafseel se tajziya kiya hai, aur yeh dikhaya hai ke un ke</w:t>
      </w:r>
      <w:r>
        <w:br/>
      </w:r>
      <w:r>
        <w:rPr>
          <w:sz w:val="20"/>
        </w:rPr>
        <w:t>2:07  saare arguments jo hain galat hain, lughat se aur doosre jo relevant data hai us se sabit nahi</w:t>
      </w:r>
      <w:r>
        <w:br/>
      </w:r>
      <w:r>
        <w:rPr>
          <w:sz w:val="20"/>
        </w:rPr>
        <w:t>2:15  hote. to mera yaqeen hai ke Islam ka nishana political system ko raafiz karna nahi hai, balkay yani</w:t>
      </w:r>
      <w:r>
        <w:br/>
      </w:r>
      <w:r>
        <w:rPr>
          <w:sz w:val="20"/>
        </w:rPr>
        <w:t>2:24  Islam ka nishana Islam sirf state nahi hai, Islam sirf man hai.</w:t>
      </w:r>
      <w:r>
        <w:br/>
      </w:r>
      <w:r>
        <w:rPr>
          <w:sz w:val="20"/>
        </w:rPr>
        <w:t>2:30  basic jo baat hai woh yahi hai ke Islam ka nishana</w:t>
      </w:r>
      <w:r>
        <w:br/>
      </w:r>
      <w:r>
        <w:rPr>
          <w:sz w:val="20"/>
        </w:rPr>
        <w:t>2:35  Islam sirf state nahi hai, balkay Islam sirf man hai.</w:t>
      </w:r>
      <w:r>
        <w:br/>
      </w:r>
      <w:r>
        <w:rPr>
          <w:sz w:val="20"/>
        </w:rPr>
        <w:t>2:39  jaise iqamat-e-deen ka lafz jo Quran majeed mein hai, us ko lete hain woh isi maani mein,</w:t>
      </w:r>
      <w:r>
        <w:br/>
      </w:r>
      <w:r>
        <w:rPr>
          <w:sz w:val="20"/>
        </w:rPr>
        <w:t>2:44  Islam sirf state ke maani mein.</w:t>
      </w:r>
      <w:r>
        <w:br/>
      </w:r>
      <w:r>
        <w:rPr>
          <w:sz w:val="20"/>
        </w:rPr>
        <w:t>2:46  lekin us ko main</w:t>
      </w:r>
      <w:r>
        <w:br/>
      </w:r>
      <w:r>
        <w:rPr>
          <w:sz w:val="20"/>
        </w:rPr>
        <w:t>2:48  bilkul galat samajhta hoon, yeh is ka yeh matlab har giz nahi hai.</w:t>
      </w:r>
      <w:r>
        <w:br/>
      </w:r>
      <w:r>
        <w:rPr>
          <w:sz w:val="20"/>
        </w:rPr>
        <w:t>2:53  is ka matlab wahi hai jis ko main kehta hoon islam sirf men.</w:t>
      </w:r>
      <w:r>
        <w:br/>
      </w:r>
      <w:r>
        <w:rPr>
          <w:sz w:val="20"/>
        </w:rPr>
        <w:t>2:56  yani aadmi ke dil mein, dimagh mein, is ki behavior mein change aana, apni zindagi mein Allah ke</w:t>
      </w:r>
      <w:r>
        <w:br/>
      </w:r>
      <w:r>
        <w:rPr>
          <w:sz w:val="20"/>
        </w:rPr>
        <w:t>3:03  deen ko follow karna, apni soch ko badalna, apne mizaj ko badalna, apni behavior ko badalna, apni dealing</w:t>
      </w:r>
      <w:r>
        <w:br/>
      </w:r>
      <w:r>
        <w:rPr>
          <w:sz w:val="20"/>
        </w:rPr>
        <w:t>3:12  ko badalna, yeh matlab hai iqamat-e-deen ka.</w:t>
      </w:r>
      <w:r>
        <w:br/>
      </w:r>
      <w:r>
        <w:rPr>
          <w:sz w:val="20"/>
        </w:rPr>
        <w:t>3:16  lekin unhon ne iqamat-e-deen ko aisa bana diya hai ke is ko political system ko badalna ya</w:t>
      </w:r>
      <w:r>
        <w:br/>
      </w:r>
      <w:r>
        <w:rPr>
          <w:sz w:val="20"/>
        </w:rPr>
        <w:t>3:21  is se murad hai, halanke yeh bilkul galat hai.</w:t>
      </w:r>
      <w:r>
        <w:br/>
      </w:r>
      <w:r>
        <w:rPr>
          <w:sz w:val="20"/>
        </w:rPr>
        <w:t>3:25  main ne dikhaya hai ke jitni bhi tafaseer hain, kisi ek tafseer mein bhi woh matlab nahi bataya</w:t>
      </w:r>
      <w:r>
        <w:br/>
      </w:r>
      <w:r>
        <w:rPr>
          <w:sz w:val="20"/>
        </w:rPr>
        <w:t>3:32  gaya hai jo Maulana Abdullah Maududi sahib ne liya hai.</w:t>
      </w:r>
      <w:r>
        <w:br/>
      </w:r>
      <w:r>
        <w:rPr>
          <w:sz w:val="20"/>
        </w:rPr>
        <w:t>3:36  koi ek bhi tafseer aisi nahi.</w:t>
      </w:r>
      <w:r>
        <w:br/>
      </w:r>
      <w:r>
        <w:rPr>
          <w:sz w:val="20"/>
        </w:rPr>
        <w:t>3:38  main ne sari tafaseer ke hawale diye hain.</w:t>
      </w:r>
      <w:r>
        <w:br/>
      </w:r>
      <w:r>
        <w:rPr>
          <w:sz w:val="20"/>
        </w:rPr>
        <w:t>3:42  to ek to main ne lughat se aur context se bataya hai ke iqamat-e-deen ka yeh matlab</w:t>
      </w:r>
      <w:r>
        <w:br/>
      </w:r>
      <w:r>
        <w:rPr>
          <w:sz w:val="20"/>
        </w:rPr>
        <w:t>3:48  hargiz nahi hai.</w:t>
      </w:r>
      <w:r>
        <w:br/>
      </w:r>
      <w:r>
        <w:rPr>
          <w:sz w:val="20"/>
        </w:rPr>
        <w:t>3:49  aur doosre tamam tafaseer ko main ne quote kar ke bataya hai ke woh bilkul innovation hai, bidat</w:t>
      </w:r>
      <w:r>
        <w:br/>
      </w:r>
      <w:r>
        <w:rPr>
          <w:sz w:val="20"/>
        </w:rPr>
        <w:t>3:56  hai. Kisi ne bhi in ayaton ka yeh mafhoom nahi liya hai.</w:t>
      </w:r>
      <w:r>
        <w:br/>
      </w:r>
      <w:r>
        <w:rPr>
          <w:sz w:val="20"/>
        </w:rPr>
        <w:t>4:01  to mera basic jo ikhtilaf hai, is ko ek lafz mein yahi kahunga ke Maulana Maududi ne</w:t>
      </w:r>
      <w:r>
        <w:br/>
      </w:r>
      <w:r>
        <w:rPr>
          <w:sz w:val="20"/>
        </w:rPr>
        <w:t>4:07  Quran aur hadith ko is tarah pesh kiya hai ke Islam sirf state nishana ban jata hai musalman</w:t>
      </w:r>
      <w:r>
        <w:br/>
      </w:r>
      <w:r>
        <w:rPr>
          <w:sz w:val="20"/>
        </w:rPr>
        <w:t>4:13  ka. Jabke mere nazdeek sahi nishana jo hai Islam sirf men hai, yani apne aap ko badalna.</w:t>
      </w:r>
      <w:r>
        <w:br/>
      </w:r>
      <w:r>
        <w:rPr>
          <w:sz w:val="20"/>
        </w:rPr>
        <w:t>4:22  Maulana sahib, aap hamein yeh bata sakte hain ke Maulana Maududi ki jo interpretation hai Islam ki, woh kahin hamare classical text mein maujood hai? Agar nahi to woh hamein us ki roots kahan pe milti hain?</w:t>
      </w:r>
    </w:p>
    <w:p>
      <w:pPr>
        <w:pStyle w:val="Heading2"/>
      </w:pPr>
      <w:r>
        <w:t>Refutation of past life regression theory</w:t>
      </w:r>
    </w:p>
    <w:p>
      <w:r>
        <w:rPr>
          <w:color w:val="666666"/>
          <w:sz w:val="18"/>
        </w:rPr>
        <w:t>Human Knowledge and Divine Knowledge 17 Feb, 2008 - Maulana Wahiduddin Khan · 4m 07s · at 1:14:32 · https://youtu.be/YbylPFaoAp4?t=4472</w:t>
      </w:r>
    </w:p>
    <w:p>
      <w:r>
        <w:rPr>
          <w:i/>
        </w:rPr>
        <w:t>“No, this is completely wrong.”</w:t>
      </w:r>
    </w:p>
    <w:p>
      <w:r>
        <w:rPr>
          <w:sz w:val="20"/>
        </w:rPr>
        <w:t>1:14:32  nahi, yeh bilkul galat baat hai. kisi aadmi ko past ki khabar nahi hai, yeh bilkul hi baseless baat hai.</w:t>
      </w:r>
      <w:r>
        <w:br/>
      </w:r>
      <w:r>
        <w:rPr>
          <w:sz w:val="20"/>
        </w:rPr>
        <w:t>1:14:43  kahin ek adha aadmi ko woh baqayda prepare kar ke pesh karte hain aur woh kehte hain ke dekho, yeh past ka janta hai. har aadmi ko nahi janta.</w:t>
      </w:r>
      <w:r>
        <w:br/>
      </w:r>
      <w:r>
        <w:rPr>
          <w:sz w:val="20"/>
        </w:rPr>
        <w:t>1:14:53  sawal yeh hai ke har aadmi hi in ke nazariye ke mutabiq phir se paida hua hai. yeh memory har aadmi ke andar honi chahiye.</w:t>
      </w:r>
      <w:r>
        <w:br/>
      </w:r>
      <w:r>
        <w:rPr>
          <w:sz w:val="20"/>
        </w:rPr>
        <w:t>1:15:04  yahan tak ke yeh kehte hain ke Buddha jo tha, us ne apne past ko dekh liya tha. yeh bhi baseless claim hai, kyunke mein ne is ko yahan tak parha.</w:t>
      </w:r>
      <w:r>
        <w:br/>
      </w:r>
      <w:r>
        <w:rPr>
          <w:sz w:val="20"/>
        </w:rPr>
        <w:t>1:15:13  Buddha ne apni zuban se kabhi yeh nahi kaha tha ke mein ne apne past ko dekha hai, khud nahi kaha tha. unhone baad walon ne interpretation kar ke shamil kiya.</w:t>
      </w:r>
      <w:r>
        <w:br/>
      </w:r>
      <w:r>
        <w:rPr>
          <w:sz w:val="20"/>
        </w:rPr>
        <w:t>1:15:25  toh yeh un ke jis ko kehte hain ke "paira nami parand murida mi parand", ek Persian ka woh hai ke "paira nami parand murida mi parand" ke peer log khud nahi urte, murid log urate hain un ko.</w:t>
      </w:r>
      <w:r>
        <w:br/>
      </w:r>
      <w:r>
        <w:rPr>
          <w:sz w:val="20"/>
        </w:rPr>
        <w:t>1:15:41  matlab jhooti kahaniyan banate hain. toh un ke followers ne yeh yeh claim kiya hai ke unhone dekha tha apne past ko. khud unhone koi is ka proof nahi de sakta, koi aadmi,</w:t>
      </w:r>
      <w:r>
        <w:br/>
      </w:r>
      <w:r>
        <w:rPr>
          <w:sz w:val="20"/>
        </w:rPr>
        <w:t>1:15:54  kyunke un ke bohat hi thore kalam hain, un ke maujood Gautam Buddha ke bohat hi thore, koi zyada nahi hain. un ke apne direct tor par munh se bole hue jo word maujood hain, us mein kahin yeh nahi hai ke mein ne apne past ko dekh liya.</w:t>
      </w:r>
      <w:r>
        <w:br/>
      </w:r>
      <w:r>
        <w:rPr>
          <w:sz w:val="20"/>
        </w:rPr>
        <w:t>1:16:09  to na koi aur insan hai. doosri baat mein yahan add karna chahunga ke yeh behad un scientific baat hai, is liye ke modern jo science hai, us ne insan ka jo study ki hai,</w:t>
      </w:r>
      <w:r>
        <w:br/>
      </w:r>
      <w:r>
        <w:rPr>
          <w:sz w:val="20"/>
        </w:rPr>
        <w:t>1:16:26  to yeh aur jo dna ki jo daryaft hui hai, in sab ko le kar yeh proof ho chuka hai ke memory jo hai, woh integral part of personality hai.</w:t>
      </w:r>
      <w:r>
        <w:br/>
      </w:r>
      <w:r>
        <w:rPr>
          <w:sz w:val="20"/>
        </w:rPr>
        <w:t>1:16:41  meri meri memory meri personality ka integral part hai, alag nahi kar sakta mein is ko. memory ko alag kar ke meri koi personality nahi hai.</w:t>
      </w:r>
      <w:r>
        <w:br/>
      </w:r>
      <w:r>
        <w:rPr>
          <w:sz w:val="20"/>
        </w:rPr>
        <w:t>1:16:52  to jab mein mar kar ke dobara paida hua, to meri memory kahan chali gayi? har har aadmi ko yaad raha hona chahiye ke mein pehle kya tha, without any exception.</w:t>
      </w:r>
      <w:r>
        <w:br/>
      </w:r>
      <w:r>
        <w:rPr>
          <w:sz w:val="20"/>
        </w:rPr>
        <w:t>1:17:06  har aadmi ko. ab kya memory ko chhod ke jata hai aadmi doosre janam mein? doosre janam mein gaya to memory ko chhod gaya kya?</w:t>
      </w:r>
      <w:r>
        <w:br/>
      </w:r>
      <w:r>
        <w:rPr>
          <w:sz w:val="20"/>
        </w:rPr>
        <w:t>1:17:15  woh mein ne kaha dilli se chala jaon washington to memory bhi mere saath saath jaye gi. aisa nahi ke meri memory dilli mein reh jaye aur mein pahunch gaya washington mein.</w:t>
      </w:r>
      <w:r>
        <w:br/>
      </w:r>
      <w:r>
        <w:rPr>
          <w:sz w:val="20"/>
        </w:rPr>
        <w:t>1:17:27  yeh bilkul un scientific hai, is ka koi proof nahi hai. chand ek aadmi idhar dikhate hain to woh bhi un scientific hai. chand ek aadmi ko dikhate ho, bhai har aadmi ko nahi dikhate.</w:t>
      </w:r>
      <w:r>
        <w:br/>
      </w:r>
      <w:r>
        <w:rPr>
          <w:sz w:val="20"/>
        </w:rPr>
        <w:t>1:17:41  har aadmi ke andar kyun nahi wohi usi ki misalein maujood hain? ek aadmi ne likha hai ke agar yeh baat sahi bhi ho to hindu society mein jo paida hua, hindu ghar mein jo paida hua, kyunke sab misalein hindu ki hoti hain,</w:t>
      </w:r>
      <w:r>
        <w:br/>
      </w:r>
      <w:r>
        <w:rPr>
          <w:sz w:val="20"/>
        </w:rPr>
        <w:t>1:17:58  to balfarz agar philosophy ka woh argument hum manen to yeh manen ke is ghar mein sunte sunte is ke mind mein aa gaya is ka aur is ko repeat kar raha hai. woh waise mein nahi manta is cheez ko ke kisi ne likha hai aisa.</w:t>
      </w:r>
      <w:r>
        <w:br/>
      </w:r>
      <w:r>
        <w:rPr>
          <w:sz w:val="20"/>
        </w:rPr>
        <w:t>1:18:12  mera kehna yeh hai ke memory jab meri meri personality ka ek integral part hai to memory ko mere saath aana chahiye.</w:t>
      </w:r>
      <w:r>
        <w:br/>
      </w:r>
      <w:r>
        <w:rPr>
          <w:sz w:val="20"/>
        </w:rPr>
        <w:t>1:18:22  har aadmi ki memory ko is ke saath aana chahiye. to har aadmi ko batana, har aadmi ko yaad hona chahiye ke mein pehle aisa tha, mein pehle aisa tha. to bilkul base less hai yeh, yeh mahaz ek speculation hai aur kuch nahi.</w:t>
      </w:r>
    </w:p>
    <w:p>
      <w:pPr>
        <w:pStyle w:val="Heading2"/>
      </w:pPr>
      <w:r>
        <w:t>Full case: Quran must be re-defined, not re-revealed</w:t>
      </w:r>
    </w:p>
    <w:p>
      <w:r>
        <w:rPr>
          <w:color w:val="666666"/>
          <w:sz w:val="18"/>
        </w:rPr>
        <w:t>Realistic Approach 30 March, 2014 · 5m 44s · at 0:47 · https://youtu.be/HIFxmWWiEG4?t=47</w:t>
      </w:r>
    </w:p>
    <w:p>
      <w:r>
        <w:rPr>
          <w:i/>
        </w:rPr>
        <w:t>“Aaj ka topic hai haqeeqat pasandi, realistic approach.”</w:t>
      </w:r>
    </w:p>
    <w:p>
      <w:r>
        <w:rPr>
          <w:sz w:val="20"/>
        </w:rPr>
        <w:t>0:47  aaj ka topic hai haqeeqat pasandi ya realistic approach.</w:t>
      </w:r>
      <w:r>
        <w:br/>
      </w:r>
      <w:r>
        <w:rPr>
          <w:sz w:val="20"/>
        </w:rPr>
        <w:t>0:59  mere mutale ke mutabiq aaj ke musalmanon mein jo sab se bara musalmanon ka jo masla hai, woh na doosron ka zulm hai,</w:t>
      </w:r>
      <w:r>
        <w:br/>
      </w:r>
      <w:r>
        <w:rPr>
          <w:sz w:val="20"/>
        </w:rPr>
        <w:t>1:14  na doosron ki conspiracy hai,</w:t>
      </w:r>
      <w:r>
        <w:br/>
      </w:r>
      <w:r>
        <w:rPr>
          <w:sz w:val="20"/>
        </w:rPr>
        <w:t>1:18  na so called islamophobia hai. yeh sab jhooti baatein hain.</w:t>
      </w:r>
      <w:r>
        <w:br/>
      </w:r>
      <w:r>
        <w:rPr>
          <w:sz w:val="20"/>
        </w:rPr>
        <w:t>1:26  asal masla musalmanon ka yeh hai ke unhon ne haqeeqat pasandi ko kho diya hai, yani realistic thinking un ke andar bilkul nahin hai.</w:t>
      </w:r>
      <w:r>
        <w:br/>
      </w:r>
      <w:r>
        <w:rPr>
          <w:sz w:val="20"/>
        </w:rPr>
        <w:t>1:39  maujood hi nahin is liye ke na angrez aane walon mein, na arabi aane walon mein. yeh jo jo log paida ho rahe hain madarse se, un mein bhi nahin hai.</w:t>
      </w:r>
      <w:r>
        <w:br/>
      </w:r>
      <w:r>
        <w:rPr>
          <w:sz w:val="20"/>
        </w:rPr>
        <w:t>1:51  jo paida ho rahe hain university se, un mein bhi nahin hai.</w:t>
      </w:r>
      <w:r>
        <w:br/>
      </w:r>
      <w:r>
        <w:rPr>
          <w:sz w:val="20"/>
        </w:rPr>
        <w:t>1:55  mere ilm ke mutabiq sari muslim duniya mein koi ek shakhs bhi nahin hai jo sahi maano mein is ke andar haqeeqat pasandi ho.</w:t>
      </w:r>
      <w:r>
        <w:br/>
      </w:r>
      <w:r>
        <w:rPr>
          <w:sz w:val="20"/>
        </w:rPr>
        <w:t>2:04  yeh sab bara masla hai.</w:t>
      </w:r>
      <w:r>
        <w:br/>
      </w:r>
      <w:r>
        <w:rPr>
          <w:sz w:val="20"/>
        </w:rPr>
        <w:t>2:10  to agar kisi ko kuch kaam karna hai musalmanon ki islaah ke liye to here is the starting point. doosron ke zulm ke khilaf cheekh pukar karna, yeh kehna ke yeh dushman hai, woh dushman</w:t>
      </w:r>
      <w:r>
        <w:br/>
      </w:r>
      <w:r>
        <w:rPr>
          <w:sz w:val="20"/>
        </w:rPr>
        <w:t>2:23  hai, yeh sab bilkul baseless baatein hain. baseless baatein hain. aap hazar saal tak cheekte rahiye, kuch hone wala nahi hai.</w:t>
      </w:r>
      <w:r>
        <w:br/>
      </w:r>
      <w:r>
        <w:rPr>
          <w:sz w:val="20"/>
        </w:rPr>
        <w:t>2:33  asal cheez yeh hai ke musalmanon mein realistic approach lai jaye. haqeeqat pasandi lai jaye.</w:t>
      </w:r>
      <w:r>
        <w:br/>
      </w:r>
      <w:r>
        <w:rPr>
          <w:sz w:val="20"/>
        </w:rPr>
        <w:t>2:43  rasool Allah sal Allah alih wasallam ne apni dua mein yeh alfaaz bolay thay ke Allahumma arna al ashya'a kama hai aye Allah, hum ko cheezein as it is dikha,</w:t>
      </w:r>
      <w:r>
        <w:br/>
      </w:r>
      <w:r>
        <w:rPr>
          <w:sz w:val="20"/>
        </w:rPr>
        <w:t>2:59  jaisa hain waisa hi dikha.</w:t>
      </w:r>
      <w:r>
        <w:br/>
      </w:r>
      <w:r>
        <w:rPr>
          <w:sz w:val="20"/>
        </w:rPr>
        <w:t>3:01  yehi hai haqeeqat pasandi.</w:t>
      </w:r>
      <w:r>
        <w:br/>
      </w:r>
      <w:r>
        <w:rPr>
          <w:sz w:val="20"/>
        </w:rPr>
        <w:t>3:06  aur Quran mein dekhiye, shuru zamanay mein jo surah utri, us mein tha sabr ki talqeen. warabbaka fasbir aur phir saaray Quran mein sabr, sabr, sabr.</w:t>
      </w:r>
      <w:r>
        <w:br/>
      </w:r>
      <w:r>
        <w:rPr>
          <w:sz w:val="20"/>
        </w:rPr>
        <w:t>3:16  sabr kya hai? sab yehi hai haqeeqat pasandi. yeh maslay kyun paida hue?</w:t>
      </w:r>
      <w:r>
        <w:br/>
      </w:r>
      <w:r>
        <w:rPr>
          <w:sz w:val="20"/>
        </w:rPr>
        <w:t>3:26  iska sabab yeh hai ke Quran mein jo guidance hai, woh sab kuch maujood hai Quran majeed mein, lekin Quran mein hai traditional zabaan mein.</w:t>
      </w:r>
      <w:r>
        <w:br/>
      </w:r>
      <w:r>
        <w:rPr>
          <w:sz w:val="20"/>
        </w:rPr>
        <w:t>3:39  isko aap ko convert karna hai modern medium mein. yeh nahi kar sake musalman. na madrasay walay kar sake, na university walay kar sake.</w:t>
      </w:r>
      <w:r>
        <w:br/>
      </w:r>
      <w:r>
        <w:rPr>
          <w:sz w:val="20"/>
        </w:rPr>
        <w:t>3:50  is liye Quran ke hotay hue yeh log bekhabari mein paray hue hain.</w:t>
      </w:r>
      <w:r>
        <w:br/>
      </w:r>
      <w:r>
        <w:rPr>
          <w:sz w:val="20"/>
        </w:rPr>
        <w:t>3:57  Quran ke hotay hue bilkul bekhabari mein paray hue hain.</w:t>
      </w:r>
      <w:r>
        <w:br/>
      </w:r>
      <w:r>
        <w:rPr>
          <w:sz w:val="20"/>
        </w:rPr>
        <w:t>4:04  to bohat pehle, shayad partition se pehle ki baat hai, ek musalman jo mashhoor tha, liberal, parha likha tha, woh is ne ek article likha tha.</w:t>
      </w:r>
      <w:r>
        <w:br/>
      </w:r>
      <w:r>
        <w:rPr>
          <w:sz w:val="20"/>
        </w:rPr>
        <w:t>4:20  us mein yeh kaha tha ke Quran has to be re revealed today.</w:t>
      </w:r>
      <w:r>
        <w:br/>
      </w:r>
      <w:r>
        <w:rPr>
          <w:sz w:val="20"/>
        </w:rPr>
        <w:t>4:27  Quran ko dobara utarna chahiye. to yeh meri samajh mein nahi aata tha ke is ka matlab kya? kya murad thi is ki? is se meri koi mulaqat nahi hui.</w:t>
      </w:r>
      <w:r>
        <w:br/>
      </w:r>
      <w:r>
        <w:rPr>
          <w:sz w:val="20"/>
        </w:rPr>
        <w:t>4:38  bohat dinon ke baad maine ek baat jani ke us ne ek sahi baat ko galat alfaaz mein bhi kaha. ek sahi baat ko us ne galat alfaaz mein kaha.</w:t>
      </w:r>
      <w:r>
        <w:br/>
      </w:r>
      <w:r>
        <w:rPr>
          <w:sz w:val="20"/>
        </w:rPr>
        <w:t>4:50  sahi baat yeh hai ke Quran has to be re defined today.</w:t>
      </w:r>
      <w:r>
        <w:br/>
      </w:r>
      <w:r>
        <w:rPr>
          <w:sz w:val="20"/>
        </w:rPr>
        <w:t>4:56  Quran has to be re defined today. yani Quran mein lafz sabr hai, to is ko aap badliye. kahin ke sabr ka matlab hai realistic thinking, haqeeqat pasandana soch.</w:t>
      </w:r>
      <w:r>
        <w:br/>
      </w:r>
      <w:r>
        <w:rPr>
          <w:sz w:val="20"/>
        </w:rPr>
        <w:t>5:11  yani traditional alfaaz ko aap modern idiom mein badliye. yeh kisi ne kiya nahi.</w:t>
      </w:r>
      <w:r>
        <w:br/>
      </w:r>
      <w:r>
        <w:rPr>
          <w:sz w:val="20"/>
        </w:rPr>
        <w:t>5:20  mere ilm ke mutabiq, mere ilm ke mutabiq, do sau saal se hangamay jari hain, lekin musalmanon mein main keh sakta hoon ke koi ek shakhs bhi nahi aisa west se east se west tak, arab se ajam tak, jo is ne yeh kaam kiya ho ke traditional alfaaz ko modern idiom badle.</w:t>
      </w:r>
      <w:r>
        <w:br/>
      </w:r>
      <w:r>
        <w:rPr>
          <w:sz w:val="20"/>
        </w:rPr>
        <w:t>5:39  yeh hai musalmanon ki sab se bari kami.</w:t>
      </w:r>
      <w:r>
        <w:br/>
      </w:r>
      <w:r>
        <w:rPr>
          <w:sz w:val="20"/>
        </w:rPr>
        <w:t>5:43  jab tak aap yeh nahi karenge, musalmanon ka mind address nahi hoga. musalmanon ko baatein samajh mein nahi ayengi. woh sabr ka lafz sunenge to kahain ge, "hari, yeh to sabr to buzdi ki taleem hai." ya aap kahain ge, "sabr to" woh kahain ge, "yeh to buzdi ki taleem hai." in ka mind pakray ga nahi.</w:t>
      </w:r>
      <w:r>
        <w:br/>
      </w:r>
      <w:r>
        <w:rPr>
          <w:sz w:val="20"/>
        </w:rPr>
        <w:t>6:02  lekin jab aap yeh kahain ke sabr ka matlab hai realistic approach, tab in ka mind pakray ga ke haan, yeh baat hai.</w:t>
      </w:r>
      <w:r>
        <w:br/>
      </w:r>
      <w:r>
        <w:rPr>
          <w:sz w:val="20"/>
        </w:rPr>
        <w:t>6:13  to ghalti yahan hai.</w:t>
      </w:r>
      <w:r>
        <w:br/>
      </w:r>
      <w:r>
        <w:rPr>
          <w:sz w:val="20"/>
        </w:rPr>
        <w:t>6:17  wahan nahi hai jahan log ailan kar rahay hain ke conspiracy hai, zulm hai, dushmani hai. yeh sab bilkul baseless baatein hain. koi hamara dushman nahi, koi hamara saazishi nahi, koi hamare khilaf nahi.</w:t>
      </w:r>
    </w:p>
    <w:p>
      <w:pPr>
        <w:pStyle w:val="Heading2"/>
      </w:pPr>
      <w:r>
        <w:t>why the mission's true center spans the whole world</w:t>
      </w:r>
    </w:p>
    <w:p>
      <w:r>
        <w:rPr>
          <w:color w:val="666666"/>
          <w:sz w:val="18"/>
        </w:rPr>
        <w:t>Importance of Art of Situation Management 16th Sept ’07 · 5m 56s · at 12:10 · https://youtu.be/a-3ewJVGdIc?t=730</w:t>
      </w:r>
    </w:p>
    <w:p>
      <w:r>
        <w:rPr>
          <w:i/>
        </w:rPr>
        <w:t>“Mere paas ek sahab aaye, woh bahar ek country mein rehte hain”</w:t>
      </w:r>
    </w:p>
    <w:p>
      <w:r>
        <w:rPr>
          <w:sz w:val="20"/>
        </w:rPr>
        <w:t>12:10  unhon ne kaha ke main, pehli baar mulaqat mujh se hui thi un se, unhon ne kaha ke main aap ka, aap ki cheezon ko bohat der se parhta raha hoon.</w:t>
      </w:r>
      <w:r>
        <w:br/>
      </w:r>
      <w:r>
        <w:rPr>
          <w:sz w:val="20"/>
        </w:rPr>
        <w:t>12:25  Hundred percent aap se agree karta hoon.</w:t>
      </w:r>
      <w:r>
        <w:br/>
      </w:r>
      <w:r>
        <w:rPr>
          <w:sz w:val="20"/>
        </w:rPr>
        <w:t>12:27  Unhon ne kaha ke aap ki jo ideology hai, us se better ideology koi musbat thinker nahi de saka aap tak. Is poore do sau saal mein.</w:t>
      </w:r>
      <w:r>
        <w:br/>
      </w:r>
      <w:r>
        <w:rPr>
          <w:sz w:val="20"/>
        </w:rPr>
        <w:t>12:37  Aap ki ideology jo hai wahi best ideology hai musalmanon ke liye. Is tarah ki baatein unhon ne kahein. Unhon ne kaha ke main, main ne poocha ke aap kaise jaana, aap ne hamare mission ko, unhon ne kaha ke books aap ki us ko parhta hoon.</w:t>
      </w:r>
      <w:r>
        <w:br/>
      </w:r>
      <w:r>
        <w:rPr>
          <w:sz w:val="20"/>
        </w:rPr>
        <w:t>12:52  Aur main computer par aap ki cheezein parhta rehta hoon.</w:t>
      </w:r>
      <w:r>
        <w:br/>
      </w:r>
      <w:r>
        <w:rPr>
          <w:sz w:val="20"/>
        </w:rPr>
        <w:t>12:57  Phir unhon ne ek baat kahi. Unhon ne kaha ke India mein main yahan aaya to main ne dekha ke doosri jo jamaatein hain, un ke bare bare center bane hue hain.</w:t>
      </w:r>
      <w:r>
        <w:br/>
      </w:r>
      <w:r>
        <w:rPr>
          <w:sz w:val="20"/>
        </w:rPr>
        <w:t>13:08  Aap ka to koi bada center nahi. Sab se best ideology aap ke paas hai. Lekin center doosron ke paas bare bare bane hue hain.</w:t>
      </w:r>
      <w:r>
        <w:br/>
      </w:r>
      <w:r>
        <w:rPr>
          <w:sz w:val="20"/>
        </w:rPr>
        <w:t>13:18  To main ne kaha ke dekhiye yeh aap ek, ek aisi baat kehte hain jis ko kehte hain anachronism. Zamane ke khilaaf.</w:t>
      </w:r>
      <w:r>
        <w:br/>
      </w:r>
      <w:r>
        <w:rPr>
          <w:sz w:val="20"/>
        </w:rPr>
        <w:t>13:28  Woh zamana khatam ho gaya jab localized center hua karte the. Ab expanded center hote hain. Hum jee rahe hain aise zamane mein jab ke expanded center hote hain.</w:t>
      </w:r>
      <w:r>
        <w:br/>
      </w:r>
      <w:r>
        <w:rPr>
          <w:sz w:val="20"/>
        </w:rPr>
        <w:t>13:41  Phaila hua center. Woh ek jagah par ek center ho, ek building ho. Woh, woh zamana hi khatam ho gaya. Main ne kaha ke aap khud is ka proof hain.</w:t>
      </w:r>
      <w:r>
        <w:br/>
      </w:r>
      <w:r>
        <w:rPr>
          <w:sz w:val="20"/>
        </w:rPr>
        <w:t>13:52  Aap itne door rehte hain ek doosre mulk mein. Aur aap hum ko sab kuch jante hain. Book ke, literature ke zariye aur computer ke zariye.</w:t>
      </w:r>
      <w:r>
        <w:br/>
      </w:r>
      <w:r>
        <w:rPr>
          <w:sz w:val="20"/>
        </w:rPr>
        <w:t>14:04  Website ko parh kar ke. Main ne kaha yeh hamara center expanded center hai. Aap bhi is ka ek part hain. Hamari team ka har aadmi, hamare mission ka har aadmi, kahin bhi rehta ho,</w:t>
      </w:r>
      <w:r>
        <w:br/>
      </w:r>
      <w:r>
        <w:rPr>
          <w:sz w:val="20"/>
        </w:rPr>
        <w:t>14:19  Agar us ke paas hamari books hain, agar us ke paas ek, ek computer hai to woh part hai hamare, hamare center ka.</w:t>
      </w:r>
      <w:r>
        <w:br/>
      </w:r>
      <w:r>
        <w:rPr>
          <w:sz w:val="20"/>
        </w:rPr>
        <w:t>14:29  Hamara center jo hai us ko aap aaj ke zamane ke lehaz se dekhiye. Pichle zamane ke lehaz se na dekhiye. Jab ke communication nahi tha.</w:t>
      </w:r>
      <w:r>
        <w:br/>
      </w:r>
      <w:r>
        <w:rPr>
          <w:sz w:val="20"/>
        </w:rPr>
        <w:t>14:39  Jab duniya mein communication nahi tha. Jab duniya mein computer nahi aaya tha. Jab duniya mein printed, print media aur electronic media nahi aaye the.</w:t>
      </w:r>
      <w:r>
        <w:br/>
      </w:r>
      <w:r>
        <w:rPr>
          <w:sz w:val="20"/>
        </w:rPr>
        <w:t>14:48  Tab local center hua karte the.</w:t>
      </w:r>
      <w:r>
        <w:br/>
      </w:r>
      <w:r>
        <w:rPr>
          <w:sz w:val="20"/>
        </w:rPr>
        <w:t>14:53  Ab local center ki zaroorat hi nahi hai. Ab hum expanded center ke zamane mein hain. H</w:t>
      </w:r>
      <w:r>
        <w:br/>
      </w:r>
      <w:r>
        <w:rPr>
          <w:sz w:val="20"/>
        </w:rPr>
        <w:t>14:59  um kahin bhi hon, hamara center phaila hua hai. Through literature, through computer, through multimedia. To Khuda ke fazl se main yeh keh sakta hoon ke hamara mission jo hai is waqt kam az kam musalmanon ki nisbat se sab se bada mission hai.</w:t>
      </w:r>
      <w:r>
        <w:br/>
      </w:r>
      <w:r>
        <w:rPr>
          <w:sz w:val="20"/>
        </w:rPr>
        <w:t>15:18  Itna bada mission kisi bhi jagah nahi hai. Na Arab mein, na, na Pakistan mein, na India mein kahin.</w:t>
      </w:r>
      <w:r>
        <w:br/>
      </w:r>
      <w:r>
        <w:rPr>
          <w:sz w:val="20"/>
        </w:rPr>
        <w:t>15:26  Aisa, aisa literature kisi ke paas nahi. Is tarah se phaila hua hamare aadmi Khuda ke fazl se har jagah hain.</w:t>
      </w:r>
      <w:r>
        <w:br/>
      </w:r>
      <w:r>
        <w:rPr>
          <w:sz w:val="20"/>
        </w:rPr>
        <w:t>15:36  Computer par baithe hue hain, sar har jagah kaam kar rahe hain woh. Phaila rahe hain is mission ko. Sara literature hamara aap jante hain ke website par aa chuka hai.</w:t>
      </w:r>
      <w:r>
        <w:br/>
      </w:r>
      <w:r>
        <w:rPr>
          <w:sz w:val="20"/>
        </w:rPr>
        <w:t>15:47  Hamare mission ke jitne log hain, ek kamre mein baithe hue hain, agar ek computer par baithe hue hain to woh hamara part hain hamare center ka. To hamare center ko aap kya samajhte hain?</w:t>
      </w:r>
      <w:r>
        <w:br/>
      </w:r>
      <w:r>
        <w:rPr>
          <w:sz w:val="20"/>
        </w:rPr>
        <w:t>15:59  Ab in internal building ko dekhte hain. Internal communication dekhiye. Aap twenty-eighth century mein hain to aap hamare center ko internal building dekh rahe hain.</w:t>
      </w:r>
      <w:r>
        <w:br/>
      </w:r>
      <w:r>
        <w:rPr>
          <w:sz w:val="20"/>
        </w:rPr>
        <w:t>16:12  Aap internal communication dekhiye. To aap payein ge ke itna bada kaam koi bhi center nahi kar raha hai. Logon ke paas buildingein hon lekin wahan aaj jaiye to wahan par ek, ek dead life hai bas aur kuch nahi.</w:t>
      </w:r>
      <w:r>
        <w:br/>
      </w:r>
      <w:r>
        <w:rPr>
          <w:sz w:val="20"/>
        </w:rPr>
        <w:t>16:24  Koi nahi un ke paas idea hai, nahi un ke paas koi thought hai, nahi un ke paas koi literature hai, kuch bhi nahi.</w:t>
      </w:r>
      <w:r>
        <w:br/>
      </w:r>
      <w:r>
        <w:rPr>
          <w:sz w:val="20"/>
        </w:rPr>
        <w:t>16:30  Lekin Khuda ke fazl se hamare mission mein zinda ideas hain. Aur is aap ke mind ko capture kar liya haalankeh aap itne door rehte hain, hum se dekha bhi nahi aap, hum ne aap ko.</w:t>
      </w:r>
      <w:r>
        <w:br/>
      </w:r>
      <w:r>
        <w:rPr>
          <w:sz w:val="20"/>
        </w:rPr>
        <w:t>16:40  to khair un se yeh baat hui, unhon ne maana is baat ko ke waqai mujh se bhool hui. Hamein is zamane ke lihaaz se dekhna chahiye. Aaj ka zamana communication ka zamana hai.</w:t>
      </w:r>
      <w:r>
        <w:br/>
      </w:r>
      <w:r>
        <w:rPr>
          <w:sz w:val="20"/>
        </w:rPr>
        <w:t>16:51  ek american professor se main ek martaba baat kar raha tha. To bohat pehle ki baat hai lekin us waqt us ne ek baat kahi thi. Woh aaj tak mere mind mein goonj rahi hai.</w:t>
      </w:r>
      <w:r>
        <w:br/>
      </w:r>
      <w:r>
        <w:rPr>
          <w:sz w:val="20"/>
        </w:rPr>
        <w:t>17:00  Unhon ne kaha ke yeh, yeh communication ka zamana hai. Age of communication yeh lafz pehli baar main ne ek american professor se suna tha. Bohat pehle.</w:t>
      </w:r>
      <w:r>
        <w:br/>
      </w:r>
      <w:r>
        <w:rPr>
          <w:sz w:val="20"/>
        </w:rPr>
        <w:t>17:10  Yeh age of communication hai. Isi waqt mera mind khul gaya. We are living in an age of communication. To age of communication ke zamane ka center jo hai wahi hoga jaisa ke hamara hai.</w:t>
      </w:r>
      <w:r>
        <w:br/>
      </w:r>
      <w:r>
        <w:rPr>
          <w:sz w:val="20"/>
        </w:rPr>
        <w:t>17:24  Woh to pre communication age ka jo center hua karta tha woh kisi building mein kahin goshe mein hua karta tha.</w:t>
      </w:r>
      <w:r>
        <w:br/>
      </w:r>
      <w:r>
        <w:rPr>
          <w:sz w:val="20"/>
        </w:rPr>
        <w:t>17:31  To main is mein poori tarah confident hoon. Poora, poora mujhe yaqeen hai ke Allah taala ne hamare center ko aalami phaila diya hai. International phaila diya hai.</w:t>
      </w:r>
      <w:r>
        <w:br/>
      </w:r>
      <w:r>
        <w:rPr>
          <w:sz w:val="20"/>
        </w:rPr>
        <w:t>17:41  International level par yeh kaam kar raha hai. Khuda ke fazl se hamara literature, hamara magazine, hamari baatein aap kahin Mexico mein hon, aap SO mein hon, aap Russia mein hon, kahin bhi hon.</w:t>
      </w:r>
      <w:r>
        <w:br/>
      </w:r>
      <w:r>
        <w:rPr>
          <w:sz w:val="20"/>
        </w:rPr>
        <w:t>17:55  Aap computer ke through is ko dekhte hain aur parhte hain aur sunte hain.</w:t>
      </w:r>
      <w:r>
        <w:br/>
      </w:r>
      <w:r>
        <w:rPr>
          <w:sz w:val="20"/>
        </w:rPr>
        <w:t>17:59  Yahi to hai center ka matlab. To khair woh maan gaye.</w:t>
      </w:r>
    </w:p>
    <w:p>
      <w:pPr>
        <w:pStyle w:val="Heading2"/>
      </w:pPr>
      <w:r>
        <w:t>Conspiracy theories vs the real cause: lack of sabr and taqwa</w:t>
      </w:r>
    </w:p>
    <w:p>
      <w:r>
        <w:rPr>
          <w:color w:val="666666"/>
          <w:sz w:val="18"/>
        </w:rPr>
        <w:t>Importance of Patience (Sabr) January 8, 2023 · 3m 02s · at 12:15 · https://youtu.be/JaJX3jrl3R8?t=735</w:t>
      </w:r>
    </w:p>
    <w:p>
      <w:r>
        <w:rPr>
          <w:i/>
        </w:rPr>
        <w:t>“Musalmano ka yeh hai ke log saazish kar rahe hain unke khilaf”</w:t>
      </w:r>
    </w:p>
    <w:p>
      <w:r>
        <w:rPr>
          <w:sz w:val="20"/>
        </w:rPr>
        <w:t>12:15  to is ke baray mein khas to par quran mein, kyunke rasool Allah sal Allah alayhi wasallam ke zamanay mein bhi yeh masla paish aaya tha. to quran mein aaya hai ke yeh jo hai, sabr aur taqwa ki kami ki wajah se hota hai, na ke kisi ki sazish ki wajah se.</w:t>
      </w:r>
      <w:r>
        <w:br/>
      </w:r>
      <w:r>
        <w:rPr>
          <w:sz w:val="20"/>
        </w:rPr>
        <w:t>12:32  yani tumharay andar sabr aur taqwa hoga to kisi ki sazish jo hai, woh karagar nahi ho paye gi.</w:t>
      </w:r>
      <w:r>
        <w:br/>
      </w:r>
      <w:r>
        <w:rPr>
          <w:sz w:val="20"/>
        </w:rPr>
        <w:t>12:41  to is wajah se jo hamein karna hai, woh yeh ailan nahi karna hai ke log hamaray khilaf sazish kar rahay hain, balkay hamein apnay andar jhankna hai aur apnay andar hamein sabr aur taqwa ki sifat paida karni hai.</w:t>
      </w:r>
      <w:r>
        <w:br/>
      </w:r>
      <w:r>
        <w:rPr>
          <w:sz w:val="20"/>
        </w:rPr>
        <w:t>12:57  kyunke jo dunya ka jo nizam hai, woh to badlay ga nahi. to is liye hamein apnay hi aap ko badalna hai.</w:t>
      </w:r>
      <w:r>
        <w:br/>
      </w:r>
      <w:r>
        <w:rPr>
          <w:sz w:val="20"/>
        </w:rPr>
        <w:t>13:04  ji, apnay hi aap ko hamein change karna hai. aur yeh dimagh mein bitha lena hai ke is dunya mein har cheez jo hai, ibtila ke liye hai.</w:t>
      </w:r>
      <w:r>
        <w:br/>
      </w:r>
      <w:r>
        <w:rPr>
          <w:sz w:val="20"/>
        </w:rPr>
        <w:t>13:13  allazi khalaq al maut wal hayat li yablakum ayukum ahsan amal. yeh surah mulk mein hai. to har cheez ibtila hai. hamaray achay halaat bhi ibtila hain aur buray halaat bhi ibtila hain.</w:t>
      </w:r>
      <w:r>
        <w:br/>
      </w:r>
      <w:r>
        <w:rPr>
          <w:sz w:val="20"/>
        </w:rPr>
        <w:t>13:25  to buray halaat mein hum sabr karen, achay halaat mein Khuda ka shukar ada karen. to har halat mein hamaray liye ibadat hi ibadat ka moqa hai.</w:t>
      </w:r>
      <w:r>
        <w:br/>
      </w:r>
      <w:r>
        <w:rPr>
          <w:sz w:val="20"/>
        </w:rPr>
        <w:t>13:35  to jo hai, hum kisi bhi tarah se unwanted situation se bach nahi saktay.</w:t>
      </w:r>
      <w:r>
        <w:br/>
      </w:r>
      <w:r>
        <w:rPr>
          <w:sz w:val="20"/>
        </w:rPr>
        <w:t>13:42  sirf hum yeh kar saktay hain ke sabr karen aur sabr waqti tor par hota hai. phir is ke baad hum sochtay hain. aur jab hum positive mind ke sath jab sochtay hain to hum ko zyada superior solution hamein samajh mein ayega.</w:t>
      </w:r>
      <w:r>
        <w:br/>
      </w:r>
      <w:r>
        <w:rPr>
          <w:sz w:val="20"/>
        </w:rPr>
        <w:t>13:58  kyunke jab aadmi ghusay mein hota hai na, to us ko koi baat samajh mein nahi aati. to ghusa nahi karen, intiqam ke jazbay se nahi sochtay, balkay cool mindedly sochtay</w:t>
      </w:r>
      <w:r>
        <w:br/>
      </w:r>
      <w:r>
        <w:rPr>
          <w:sz w:val="20"/>
        </w:rPr>
        <w:t>14:10  hain. sabr ka matlab yeh nahi hai ke hum bas baith jayen, hum kuch kaam na karen. balkay cool mindedly sochne ke baad apna qadam jo hai, kya lena hai agay, woh mutayyan karen.</w:t>
      </w:r>
      <w:r>
        <w:br/>
      </w:r>
      <w:r>
        <w:rPr>
          <w:sz w:val="20"/>
        </w:rPr>
        <w:t>14:23  to saray peghamabaron ne bhi yahi kiya. quran mein bar bar aaya hai to peghamabar ki zuban se ke jo takleef tum hamein do ge, hum tumhein hum is par sabr hi karen gay.</w:t>
      </w:r>
      <w:r>
        <w:br/>
      </w:r>
      <w:r>
        <w:rPr>
          <w:sz w:val="20"/>
        </w:rPr>
        <w:t>14:36  yeh chapter 14 mein aaya hai.</w:t>
      </w:r>
      <w:r>
        <w:br/>
      </w:r>
      <w:r>
        <w:rPr>
          <w:sz w:val="20"/>
        </w:rPr>
        <w:t>14:38  kyunke agar woh sabr na karte to jo halaat ka normalization, mo'tadil halaat zaroori hain Khuda ka paigham pohanchane ke liye, to woh halaat hi kharab ho jatay.</w:t>
      </w:r>
      <w:r>
        <w:br/>
      </w:r>
      <w:r>
        <w:rPr>
          <w:sz w:val="20"/>
        </w:rPr>
        <w:t>14:51  agar halaat normal nahi hon gay to hamari koi baat doosray ko achi nahi lagay gi.</w:t>
      </w:r>
      <w:r>
        <w:br/>
      </w:r>
      <w:r>
        <w:rPr>
          <w:sz w:val="20"/>
        </w:rPr>
        <w:t>14:58  to woh halaat normal karne ke liye hamein sabr karna parta hai. aur sabr jo hai, woh is mein aik qism ka Maulana ne likha hai ke woh lesser evil hai.</w:t>
      </w:r>
      <w:r>
        <w:br/>
      </w:r>
      <w:r>
        <w:rPr>
          <w:sz w:val="20"/>
        </w:rPr>
        <w:t>15:09  aur jo hai, woh matlab sabr jo hai, hamein lesser evil tak hi mehdood ho rehta hai.</w:t>
      </w:r>
    </w:p>
    <w:p>
      <w:pPr>
        <w:pStyle w:val="Heading2"/>
      </w:pPr>
      <w:r>
        <w:t>The full case for universal thinking in Islam, in English</w:t>
      </w:r>
    </w:p>
    <w:p>
      <w:r>
        <w:rPr>
          <w:color w:val="666666"/>
          <w:sz w:val="18"/>
        </w:rPr>
        <w:t>Universal Thinking In Islam CPS Women Discussion 27 October 15, 2023 · 3m 15s · at 41:49 · https://youtu.be/p7cYhXsEBIc?t=2509</w:t>
      </w:r>
    </w:p>
    <w:p>
      <w:r>
        <w:rPr>
          <w:i/>
        </w:rPr>
        <w:t>“What people think religion is, they take as a culture”</w:t>
      </w:r>
    </w:p>
    <w:p>
      <w:r>
        <w:rPr>
          <w:sz w:val="20"/>
        </w:rPr>
        <w:t>41:49  Actually, what people think religion, religion they take it as a culture, they take it as a tradition, and they start following certain norms. And they consider this as their religion. Like, we can see a lot of culture based activities of Muslims, and they call it Islam, a part of religion. So this is universal thinking of Islam is actually rational thinking.</w:t>
      </w:r>
      <w:r>
        <w:br/>
      </w:r>
      <w:r>
        <w:rPr>
          <w:sz w:val="20"/>
        </w:rPr>
        <w:t>42:18  And there is a hadith which says, if you find wisdom anywhere, run to seek it. And the Quran cites prophet Mohammed as a messenger for the entire mankind, not just for the Arab people where he was born. So, in the Quran it says, we have sent you as a mercy to mankind, chapter 21 verse one zero seven.</w:t>
      </w:r>
      <w:r>
        <w:br/>
      </w:r>
      <w:r>
        <w:rPr>
          <w:sz w:val="20"/>
        </w:rPr>
        <w:t>42:47  This depicts the universality of the Quran and thinks about a universal approach in its believers. In another place, Quran says, blessed he, blessed be he who has revealed al Quran, the criteria to his servants so that he may be a warner to all mankind. Quran chapter 25 verse one. So what does this Quranic verse says?</w:t>
      </w:r>
      <w:r>
        <w:br/>
      </w:r>
      <w:r>
        <w:rPr>
          <w:sz w:val="20"/>
        </w:rPr>
        <w:t>43:15  This Quranic verse has the universal approach which can be seen in all the teachings of Islam.</w:t>
      </w:r>
      <w:r>
        <w:br/>
      </w:r>
      <w:r>
        <w:rPr>
          <w:sz w:val="20"/>
        </w:rPr>
        <w:t>43:20  For instance, take take one example.</w:t>
      </w:r>
      <w:r>
        <w:br/>
      </w:r>
      <w:r>
        <w:rPr>
          <w:sz w:val="20"/>
        </w:rPr>
        <w:t>43:25  We when we meet somebody, whether it's belonging to the other faith or our own religion, we say assalamu alaikum.</w:t>
      </w:r>
      <w:r>
        <w:br/>
      </w:r>
      <w:r>
        <w:rPr>
          <w:sz w:val="20"/>
        </w:rPr>
        <w:t>43:30  So, this is the main theme.</w:t>
      </w:r>
      <w:r>
        <w:br/>
      </w:r>
      <w:r>
        <w:rPr>
          <w:sz w:val="20"/>
        </w:rPr>
        <w:t>43:35  This means that peace be upon you.</w:t>
      </w:r>
      <w:r>
        <w:br/>
      </w:r>
      <w:r>
        <w:rPr>
          <w:sz w:val="20"/>
        </w:rPr>
        <w:t>43:40  So, this depicts the universal thinking in Islam.</w:t>
      </w:r>
      <w:r>
        <w:br/>
      </w:r>
      <w:r>
        <w:rPr>
          <w:sz w:val="20"/>
        </w:rPr>
        <w:t>43:46  At the end, when we when we offer namaz, at the end we turn ahead on both sides and we say, assalamu alaikum wa rahmatullah ibu barakatuh which means may peace and blessings be upon you. This is meant for all mankind inhabiting the land towards the East and the West, the north and the south. And this is the beautiful message of Islam towards universal greeting.</w:t>
      </w:r>
      <w:r>
        <w:br/>
      </w:r>
      <w:r>
        <w:rPr>
          <w:sz w:val="20"/>
        </w:rPr>
        <w:t>44:13  So this was my learning from this topic aapka. ghazar allah sharbina, tumhari lambdin se namaz ka jo main tumne explain kiya bahut hi sahi baat hai. abhi doctor safeena ne bhi isko bataya. to yeh hum log roz karte hain aur hum is baat ko matlab roz hum apni zindagi mein aspaal kiye hue hain.</w:t>
      </w:r>
      <w:r>
        <w:br/>
      </w:r>
      <w:r>
        <w:rPr>
          <w:sz w:val="20"/>
        </w:rPr>
        <w:t>44:40  phir bhi agar hum na samjhe to allah taala ko hum ise sawal karega. yeh bhi bahut sochne ki baat hai. ab doctor safeena aap conclude kar dijiye session ko. Time. ismein should it take just one minute time? haan shafeena, haan. jo as a dawa work which abhi mujhe opportunity mil rahi thi.</w:t>
      </w:r>
      <w:r>
        <w:br/>
      </w:r>
      <w:r>
        <w:rPr>
          <w:sz w:val="20"/>
        </w:rPr>
        <w:t>45:04  yahan par abhi chuki bangal hai and, you know, there is a tradition of puja celebration. Now they have started all the programs and all and there's lot of activities since there are lot of non muslims here in this apartment and they have lots of programs and inshallah I'll get lot of opportunities regarding this. So today was the one sort of one program.</w:t>
      </w:r>
    </w:p>
    <w:p>
      <w:pPr>
        <w:pStyle w:val="Heading2"/>
      </w:pPr>
      <w:r>
        <w:t>Omar's wisdom: admit wrong, choose lesser evil</w:t>
      </w:r>
    </w:p>
    <w:p>
      <w:r>
        <w:rPr>
          <w:color w:val="666666"/>
          <w:sz w:val="18"/>
        </w:rPr>
        <w:t>Distraction is the Source of Destruction August 5, 2007 Maulana Wahiduddin Khan · 5m 31s · at 1:25:52 · https://youtu.be/IeiijTFDVH8?t=5152</w:t>
      </w:r>
    </w:p>
    <w:p>
      <w:r>
        <w:rPr>
          <w:i/>
        </w:rPr>
        <w:t>“Aap seekhiye yeh kehna 'I was wrong, I was wrong'”</w:t>
      </w:r>
    </w:p>
    <w:p>
      <w:r>
        <w:rPr>
          <w:sz w:val="20"/>
        </w:rPr>
        <w:t>1:25:52  yeh hi starting point hai aur yeh final point hai. mere mere tajurbe ke mutabiq. maine history mein ek hi insaan ko paaya hai jo bahut zyada jaanta tha is haqeeqat ko.</w:t>
      </w:r>
      <w:r>
        <w:br/>
      </w:r>
      <w:r>
        <w:rPr>
          <w:sz w:val="20"/>
        </w:rPr>
        <w:t>1:26:05  woh thay islam ke history mein yani second khalifa umar bin khattab. bohat hi intelligent aadmi thay bohat hi brilliant aadmi thay woh.</w:t>
      </w:r>
      <w:r>
        <w:br/>
      </w:r>
      <w:r>
        <w:rPr>
          <w:sz w:val="20"/>
        </w:rPr>
        <w:t>1:26:17  lekin mashhoor un ke baray mein yeh hai ke woh bar bar kehte thay lola falan lahla ka umar. yani extremist word mein kehte thay woh.</w:t>
      </w:r>
      <w:r>
        <w:br/>
      </w:r>
      <w:r>
        <w:rPr>
          <w:sz w:val="20"/>
        </w:rPr>
        <w:t>1:26:31  lola falan lahla ka umar. ke agar yeh aadmi na hota to mein to mein disoriented ho jata. yani hum kahein ge I was wrong lekin woh isi par in ko taskeen nahi hoti thi.</w:t>
      </w:r>
      <w:r>
        <w:br/>
      </w:r>
      <w:r>
        <w:rPr>
          <w:sz w:val="20"/>
        </w:rPr>
        <w:t>1:26:43  i what wrong nahi kehte thay woh.</w:t>
      </w:r>
      <w:r>
        <w:br/>
      </w:r>
      <w:r>
        <w:rPr>
          <w:sz w:val="20"/>
        </w:rPr>
        <w:t>1:26:46  lola falan lahla ka umar. falan aadmi na hota yani falan aadmi agar mujh ko na batata meri ghalti ko to mein to disoriented ho chuka tha.</w:t>
      </w:r>
      <w:r>
        <w:br/>
      </w:r>
      <w:r>
        <w:rPr>
          <w:sz w:val="20"/>
        </w:rPr>
        <w:t>1:26:56  itna bara wise aadmi hai mein ne history mein nahi janta kisi ko. itna bara wise aadmi hai. ab bohat bara empire us zamanay mein ban chuka tha us ke woh khalifa thay.</w:t>
      </w:r>
      <w:r>
        <w:br/>
      </w:r>
      <w:r>
        <w:rPr>
          <w:sz w:val="20"/>
        </w:rPr>
        <w:t>1:27:08  mein un ka aik aik sunata hoon aap ko. kitna bara wise aadmi tha woh. itna bara wise aadmi george bush mein nahi hai.</w:t>
      </w:r>
      <w:r>
        <w:br/>
      </w:r>
      <w:r>
        <w:rPr>
          <w:sz w:val="20"/>
        </w:rPr>
        <w:t>1:27:20  unhon ne kaha ke las al aqil alladhi ya'rif al khair wa sir alladhi ya'rif al khair sirain</w:t>
      </w:r>
      <w:r>
        <w:br/>
      </w:r>
      <w:r>
        <w:rPr>
          <w:sz w:val="20"/>
        </w:rPr>
        <w:t>1:27:29  ke wise aadmi woh nahi hai jo jo good aur bad ko jaane.</w:t>
      </w:r>
      <w:r>
        <w:br/>
      </w:r>
      <w:r>
        <w:rPr>
          <w:sz w:val="20"/>
        </w:rPr>
        <w:t>1:27:36  wise aadmi woh hai jo do evil mein se kon sa lesser evil hai us ko jaane. kitni bari wisdom is ke andar hai.</w:t>
      </w:r>
      <w:r>
        <w:br/>
      </w:r>
      <w:r>
        <w:rPr>
          <w:sz w:val="20"/>
        </w:rPr>
        <w:t>1:27:46  ke is dunya mein aap ko all bad aur all good ka choice nahi hai.</w:t>
      </w:r>
      <w:r>
        <w:br/>
      </w:r>
      <w:r>
        <w:rPr>
          <w:sz w:val="20"/>
        </w:rPr>
        <w:t>1:27:53  sirf choice kis mein hai ke greater evil ke muqablay mein lesser evil ko le lein aap.</w:t>
      </w:r>
      <w:r>
        <w:br/>
      </w:r>
      <w:r>
        <w:rPr>
          <w:sz w:val="20"/>
        </w:rPr>
        <w:t>1:28:00  jis ko dekhiye usi par. kya alexander the great ko dekhiye aap ya george bush ko dekhiye aap napoleon ko dekhiye. sab yahi par yani apne ko distra kiya har aik ne.</w:t>
      </w:r>
      <w:r>
        <w:br/>
      </w:r>
      <w:r>
        <w:rPr>
          <w:sz w:val="20"/>
        </w:rPr>
        <w:t>1:28:13  all good lene ke liye daure. aur phir woh na pa sake woh khatam ho gaye. napoleon, hitler, george bush.</w:t>
      </w:r>
      <w:r>
        <w:br/>
      </w:r>
      <w:r>
        <w:rPr>
          <w:sz w:val="20"/>
        </w:rPr>
        <w:t>1:28:23  jis ko bhi dekhiye one to all.</w:t>
      </w:r>
      <w:r>
        <w:br/>
      </w:r>
      <w:r>
        <w:rPr>
          <w:sz w:val="20"/>
        </w:rPr>
        <w:t>1:28:25  yahan tak ke ab plato aur aristotle. is is cheez ko nahi discover kar saka koi aadmi poori poori history mein yahan se baat hoti hai.</w:t>
      </w:r>
      <w:r>
        <w:br/>
      </w:r>
      <w:r>
        <w:rPr>
          <w:sz w:val="20"/>
        </w:rPr>
        <w:t>1:28:36  ke is dunya mein hamari jo choice hai woh all good aur all bad ke beech mein nahi hai. woh greater evil aur lesser evil ke beech mein hai. lesser evil ko le lo ta ke tum greater evil se bach jao.</w:t>
      </w:r>
      <w:r>
        <w:br/>
      </w:r>
      <w:r>
        <w:rPr>
          <w:sz w:val="20"/>
        </w:rPr>
        <w:t>1:28:51  yeh wisdom ka pahaar hai yeh.</w:t>
      </w:r>
      <w:r>
        <w:br/>
      </w:r>
      <w:r>
        <w:rPr>
          <w:sz w:val="20"/>
        </w:rPr>
        <w:t>1:28:56  wisdom ka pahaar hai yeh lekin koi janta nahi hai is ko.</w:t>
      </w:r>
      <w:r>
        <w:br/>
      </w:r>
      <w:r>
        <w:rPr>
          <w:sz w:val="20"/>
        </w:rPr>
        <w:t>1:29:02  to woh jo itna ziyada wise bane us ki wajah yahi in ka raaz yahi tha ke i what wrong kehna jante thay woh. hota kya hai dekhiye. ke i what wrong keh kar aap apne ko bachate hain is se.</w:t>
      </w:r>
      <w:r>
        <w:br/>
      </w:r>
      <w:r>
        <w:rPr>
          <w:sz w:val="20"/>
        </w:rPr>
        <w:t>1:29:14  ta ke mind unfold hone ka process ruk jaye.</w:t>
      </w:r>
      <w:r>
        <w:br/>
      </w:r>
      <w:r>
        <w:rPr>
          <w:sz w:val="20"/>
        </w:rPr>
        <w:t>1:29:19  unfolding ka jo process hai aap ke mind mein. woh dead stop ho jata hai jab aap all all i what wrong na keh sakein.</w:t>
      </w:r>
      <w:r>
        <w:br/>
      </w:r>
      <w:r>
        <w:rPr>
          <w:sz w:val="20"/>
        </w:rPr>
        <w:t>1:29:31  all i what wrong kehte hi woh unfolding ka process jo hai chalne lagta hai.</w:t>
      </w:r>
      <w:r>
        <w:br/>
      </w:r>
      <w:r>
        <w:rPr>
          <w:sz w:val="20"/>
        </w:rPr>
        <w:t>1:29:37  to sab se bari cheez meri zindagi mein jo hai woh kya hai woh ke jo nature ne mujhe diya hai yeh mind. itna bara mind itna bara mind jo diya hai khuda ne.</w:t>
      </w:r>
      <w:r>
        <w:br/>
      </w:r>
      <w:r>
        <w:rPr>
          <w:sz w:val="20"/>
        </w:rPr>
        <w:t>1:29:49  ke billion billion billion article is mind mein bhare hue hain.</w:t>
      </w:r>
      <w:r>
        <w:br/>
      </w:r>
      <w:r>
        <w:rPr>
          <w:sz w:val="20"/>
        </w:rPr>
        <w:t>1:29:55  ek scientist ne likha hai ke aal pin jo hoti hai aal pin us ka jo us ka jo us ka jo woh jo nok jo hota hai. kitna kam hota hai woh to bohat hi kam.</w:t>
      </w:r>
      <w:r>
        <w:br/>
      </w:r>
      <w:r>
        <w:rPr>
          <w:sz w:val="20"/>
        </w:rPr>
        <w:t>1:30:05  wahan par ek million interactions yani woh ten million interactions hote hain har second.</w:t>
      </w:r>
      <w:r>
        <w:br/>
      </w:r>
      <w:r>
        <w:rPr>
          <w:sz w:val="20"/>
        </w:rPr>
        <w:t>1:30:17  ab dekhen kitna bara process mind mein jaari rehta hai.</w:t>
      </w:r>
      <w:r>
        <w:br/>
      </w:r>
      <w:r>
        <w:rPr>
          <w:sz w:val="20"/>
        </w:rPr>
        <w:t>1:30:21  to main yeh kahunga ke ek award mein ke sab se bara raaz jo hai woh hai jaanna. ke mere andar khuda ne unlimited potential diya hai. aur yeh jaanna ke is is is mind ko unfold karne ka jo process hai.</w:t>
      </w:r>
      <w:r>
        <w:br/>
      </w:r>
      <w:r>
        <w:rPr>
          <w:sz w:val="20"/>
        </w:rPr>
        <w:t>1:30:35  is ko non stop chalte rehne ka sab se bara formula hai yeh kehna i was wrong i was wrong. lekin aaj kal kya hai sab yahi culture mein jeete hain sab nahi culture mein.</w:t>
      </w:r>
      <w:r>
        <w:br/>
      </w:r>
      <w:r>
        <w:rPr>
          <w:sz w:val="20"/>
        </w:rPr>
        <w:t>1:30:45  to sab door bane hue hain. yeh saari duniya intellectual door se bhari hui hai.</w:t>
      </w:r>
      <w:r>
        <w:br/>
      </w:r>
      <w:r>
        <w:rPr>
          <w:sz w:val="20"/>
        </w:rPr>
        <w:t>1:30:51  puri puri duniya yahan se le kar america tak main keh sakta hoon ke intellectual door se bhari hui hai. door bone. kyun?</w:t>
      </w:r>
      <w:r>
        <w:br/>
      </w:r>
      <w:r>
        <w:rPr>
          <w:sz w:val="20"/>
        </w:rPr>
        <w:t>1:30:59  sab nahi culture mein jeete hain. nahi mein jeete hain to un ka unfolding nahi ho paati un ki. itna potential le kar ke bhi mar jaate hain isi.</w:t>
      </w:r>
      <w:r>
        <w:br/>
      </w:r>
      <w:r>
        <w:rPr>
          <w:sz w:val="20"/>
        </w:rPr>
        <w:t>1:31:11  yani intellectual giant ka potential le kar aate hain. aur intellectual door bhar ke bharte hain. yeh hai sad story of our world.</w:t>
      </w:r>
    </w:p>
    <w:p>
      <w:pPr>
        <w:pStyle w:val="Heading2"/>
      </w:pPr>
      <w:r>
        <w:t>Einstein's silence and audience misunderstanding</w:t>
      </w:r>
    </w:p>
    <w:p>
      <w:r>
        <w:rPr>
          <w:color w:val="666666"/>
          <w:sz w:val="18"/>
        </w:rPr>
        <w:t>The Value of Silence | April 21, 2018 · 4m 02s · at 3:51 · https://youtu.be/eVOJ7dheeB8?t=231</w:t>
      </w:r>
    </w:p>
    <w:p>
      <w:r>
        <w:rPr>
          <w:i/>
        </w:rPr>
        <w:t>“میں آپ کو ایک اور قصہ بتاتا ہوں”</w:t>
      </w:r>
    </w:p>
    <w:p>
      <w:r>
        <w:rPr>
          <w:sz w:val="20"/>
        </w:rPr>
        <w:t>3:51  mein aap ko ek aur qissa batata hoon jis se, yani compare karne ke liye, aap jante hain</w:t>
      </w:r>
      <w:r>
        <w:br/>
      </w:r>
      <w:r>
        <w:rPr>
          <w:sz w:val="20"/>
        </w:rPr>
        <w:t>4:01  ke Albert Einstein, jo bara scientist tha, to us ko Nobel Prize mila physics ka.</w:t>
      </w:r>
      <w:r>
        <w:br/>
      </w:r>
      <w:r>
        <w:rPr>
          <w:sz w:val="20"/>
        </w:rPr>
        <w:t>4:11  to us ka</w:t>
      </w:r>
      <w:r>
        <w:br/>
      </w:r>
      <w:r>
        <w:rPr>
          <w:sz w:val="20"/>
        </w:rPr>
        <w:t>4:21  ek dost tha kisi doosre shehar mein, us ne us ko message message bheja ke tum hamare haan</w:t>
      </w:r>
      <w:r>
        <w:br/>
      </w:r>
      <w:r>
        <w:rPr>
          <w:sz w:val="20"/>
        </w:rPr>
        <w:t>4:32  aao, yahan hum ek gathering karenge aur log tumhari baat sunna chahte hain.</w:t>
      </w:r>
      <w:r>
        <w:br/>
      </w:r>
      <w:r>
        <w:rPr>
          <w:sz w:val="20"/>
        </w:rPr>
        <w:t>4:42  to dost ki baat thi, to Einstein chala gaya, aur dost ne wahan par</w:t>
      </w:r>
      <w:r>
        <w:br/>
      </w:r>
      <w:r>
        <w:rPr>
          <w:sz w:val="20"/>
        </w:rPr>
        <w:t>4:53  intizam kiya aik jalsay ka. log akatha hue, lekin Einstein kuch bolay hi nahi. jab us ka naam pukara gaya to apni jagah se uth kar aaye hi nahi, yahan tak ke chala gaya</w:t>
      </w:r>
      <w:r>
        <w:br/>
      </w:r>
      <w:r>
        <w:rPr>
          <w:sz w:val="20"/>
        </w:rPr>
        <w:t>5:23  wapas. to jo wahan par akatha hue thay log, unhon ne jo aagay hazir thay, un se kaha ke bhai yeh kya aap ne kiya? jab un ko bolna nahi tha to aap ne bulaya kyun hum logon ko? to us ne dobara message bheja apne dost ka ke bhai log bohat ghusa kar rah</w:t>
      </w:r>
      <w:r>
        <w:br/>
      </w:r>
      <w:r>
        <w:rPr>
          <w:sz w:val="20"/>
        </w:rPr>
        <w:t>5:53  hain ke kyun aap ne aisa kiya? to mein kya karoon? to Einstein ne kaha ke dobara</w:t>
      </w:r>
      <w:r>
        <w:br/>
      </w:r>
      <w:r>
        <w:rPr>
          <w:sz w:val="20"/>
        </w:rPr>
        <w:t>6:03  ek ek organize kijiye, aap ek mein dobara aaunga aur aur bolunga.</w:t>
      </w:r>
      <w:r>
        <w:br/>
      </w:r>
      <w:r>
        <w:rPr>
          <w:sz w:val="20"/>
        </w:rPr>
        <w:t>6:13  to date fix hui</w:t>
      </w:r>
      <w:r>
        <w:br/>
      </w:r>
      <w:r>
        <w:rPr>
          <w:sz w:val="20"/>
        </w:rPr>
        <w:t>6:23  aur bulaya gaya Einstein ko, woh aaya aur us ne khoob taqreer ki.</w:t>
      </w:r>
      <w:r>
        <w:br/>
      </w:r>
      <w:r>
        <w:rPr>
          <w:sz w:val="20"/>
        </w:rPr>
        <w:t>6:31  to kya hua? audience ko samjha hi nahi, kyunke us ne jo latest theory thi science ki, us</w:t>
      </w:r>
      <w:r>
        <w:br/>
      </w:r>
      <w:r>
        <w:rPr>
          <w:sz w:val="20"/>
        </w:rPr>
        <w:t>6:38  waqt bola tha woh.</w:t>
      </w:r>
      <w:r>
        <w:br/>
      </w:r>
      <w:r>
        <w:rPr>
          <w:sz w:val="20"/>
        </w:rPr>
        <w:t>6:46  jo sari ki sari base karti hai</w:t>
      </w:r>
      <w:r>
        <w:br/>
      </w:r>
      <w:r>
        <w:rPr>
          <w:sz w:val="20"/>
        </w:rPr>
        <w:t>6:53  hard mathematics par.</w:t>
      </w:r>
      <w:r>
        <w:br/>
      </w:r>
      <w:r>
        <w:rPr>
          <w:sz w:val="20"/>
        </w:rPr>
        <w:t>7:01  to aam taur par log hard mathematics jante nahi.</w:t>
      </w:r>
      <w:r>
        <w:br/>
      </w:r>
      <w:r>
        <w:rPr>
          <w:sz w:val="20"/>
        </w:rPr>
        <w:t>7:09  to Einstein ne poori taqreer apni latest theory jo science mein hai, us mein bola woh, aur sab</w:t>
      </w:r>
      <w:r>
        <w:br/>
      </w:r>
      <w:r>
        <w:rPr>
          <w:sz w:val="20"/>
        </w:rPr>
        <w:t>7:16  ke sab hard mathematics ki language mein tha.</w:t>
      </w:r>
      <w:r>
        <w:br/>
      </w:r>
      <w:r>
        <w:rPr>
          <w:sz w:val="20"/>
        </w:rPr>
        <w:t>7:24  to us ne kaha ke dekhein, mein jo nahi bola tha, is liye ke aap us ko samajh nahi sakte.</w:t>
      </w:r>
      <w:r>
        <w:br/>
      </w:r>
      <w:r>
        <w:rPr>
          <w:sz w:val="20"/>
        </w:rPr>
        <w:t>7:31  ab aap ka israr kiya to main bol diya, ab aap khud khud samjhiye ke main main chup</w:t>
      </w:r>
      <w:r>
        <w:br/>
      </w:r>
      <w:r>
        <w:rPr>
          <w:sz w:val="20"/>
        </w:rPr>
        <w:t>7:39  rehna sahi tha ke bolna sahi tha.</w:t>
      </w:r>
      <w:r>
        <w:br/>
      </w:r>
      <w:r>
        <w:rPr>
          <w:sz w:val="20"/>
        </w:rPr>
        <w:t>7:46  to dekhen, ye to alag baat hai,</w:t>
      </w:r>
    </w:p>
    <w:p>
      <w:pPr>
        <w:pStyle w:val="Heading2"/>
      </w:pPr>
      <w:r>
        <w:t>Test period, trumpet, and repentance</w:t>
      </w:r>
    </w:p>
    <w:p>
      <w:r>
        <w:rPr>
          <w:color w:val="666666"/>
          <w:sz w:val="18"/>
        </w:rPr>
        <w:t>The Doomsday is Coming | November 26, 2007 · 5m 28s · at 8:25 · https://youtu.be/AkOKuzwv1HI?t=505</w:t>
      </w:r>
    </w:p>
    <w:p>
      <w:r>
        <w:rPr>
          <w:i/>
        </w:rPr>
        <w:t>“Ae logo, aagah ho jao”</w:t>
      </w:r>
    </w:p>
    <w:p>
      <w:r>
        <w:rPr>
          <w:sz w:val="20"/>
        </w:rPr>
        <w:t>8:25  ke waqt qareeb aa gaya.</w:t>
      </w:r>
      <w:r>
        <w:br/>
      </w:r>
      <w:r>
        <w:rPr>
          <w:sz w:val="20"/>
        </w:rPr>
        <w:t>8:29  hum Allah ki tofeeq se literal tor par words mein yeh warning de rahe hain bohat pehle se</w:t>
      </w:r>
      <w:r>
        <w:br/>
      </w:r>
      <w:r>
        <w:rPr>
          <w:sz w:val="20"/>
        </w:rPr>
        <w:t>8:33  ke aye logon, aagah ho jao.</w:t>
      </w:r>
      <w:r>
        <w:br/>
      </w:r>
      <w:r>
        <w:rPr>
          <w:sz w:val="20"/>
        </w:rPr>
        <w:t>8:37  apni behoshi ko todo.</w:t>
      </w:r>
      <w:r>
        <w:br/>
      </w:r>
      <w:r>
        <w:rPr>
          <w:sz w:val="20"/>
        </w:rPr>
        <w:t>8:41  apne apne in awareness ko khatam karo.</w:t>
      </w:r>
      <w:r>
        <w:br/>
      </w:r>
      <w:r>
        <w:rPr>
          <w:sz w:val="20"/>
        </w:rPr>
        <w:t>8:45  yeh duniya test ke liye thi, yeh enjoy mil ke liye nahi thi.</w:t>
      </w:r>
      <w:r>
        <w:br/>
      </w:r>
      <w:r>
        <w:rPr>
          <w:sz w:val="20"/>
        </w:rPr>
        <w:t>8:49  yeh entertainment ke liye nahi thi.</w:t>
      </w:r>
      <w:r>
        <w:br/>
      </w:r>
      <w:r>
        <w:rPr>
          <w:sz w:val="20"/>
        </w:rPr>
        <w:t>8:53  yeh duniya is liye nahi thi ke aap yahan par ap</w:t>
      </w:r>
      <w:r>
        <w:br/>
      </w:r>
      <w:r>
        <w:rPr>
          <w:sz w:val="20"/>
        </w:rPr>
        <w:t>8:57  na apne liye koi paradise banaein. nahi.</w:t>
      </w:r>
      <w:r>
        <w:br/>
      </w:r>
      <w:r>
        <w:rPr>
          <w:sz w:val="20"/>
        </w:rPr>
        <w:t>9:02  yeh test ke liye thi.</w:t>
      </w:r>
      <w:r>
        <w:br/>
      </w:r>
      <w:r>
        <w:rPr>
          <w:sz w:val="20"/>
        </w:rPr>
        <w:t>9:07  is test ke baad yahan jo saman mila tha aap ko, woh sab test ke liye tha.</w:t>
      </w:r>
      <w:r>
        <w:br/>
      </w:r>
      <w:r>
        <w:rPr>
          <w:sz w:val="20"/>
        </w:rPr>
        <w:t>9:12  jis tarah student ke liye imtehan hall mein kuch cheezein milti hain, lekin woh test ke liye milti hain.</w:t>
      </w:r>
      <w:r>
        <w:br/>
      </w:r>
      <w:r>
        <w:rPr>
          <w:sz w:val="20"/>
        </w:rPr>
        <w:t>9:17  in ka malik nahi hota woh.</w:t>
      </w:r>
      <w:r>
        <w:br/>
      </w:r>
      <w:r>
        <w:rPr>
          <w:sz w:val="20"/>
        </w:rPr>
        <w:t>9:22  ab yeh sab cheez chhan jaane wali hai. kyun ke test</w:t>
      </w:r>
      <w:r>
        <w:br/>
      </w:r>
      <w:r>
        <w:rPr>
          <w:sz w:val="20"/>
        </w:rPr>
        <w:t>9:27  khatm to cheezein bhi chhan jayengi.</w:t>
      </w:r>
      <w:r>
        <w:br/>
      </w:r>
      <w:r>
        <w:rPr>
          <w:sz w:val="20"/>
        </w:rPr>
        <w:t>9:35  to aakhri waqt aa gaya hai ke insaan is par soche.</w:t>
      </w:r>
      <w:r>
        <w:br/>
      </w:r>
      <w:r>
        <w:rPr>
          <w:sz w:val="20"/>
        </w:rPr>
        <w:t>9:42  quran mein bataya gaya hai ke do nafk, yaani do baar sur phoonka jayega.</w:t>
      </w:r>
      <w:r>
        <w:br/>
      </w:r>
      <w:r>
        <w:rPr>
          <w:sz w:val="20"/>
        </w:rPr>
        <w:t>9:50  to mera qayas yeh hai ke ek hai natural sur aur ek hai an</w:t>
      </w:r>
      <w:r>
        <w:br/>
      </w:r>
      <w:r>
        <w:rPr>
          <w:sz w:val="20"/>
        </w:rPr>
        <w:t>9:57  gel ka sur.</w:t>
      </w:r>
      <w:r>
        <w:br/>
      </w:r>
      <w:r>
        <w:rPr>
          <w:sz w:val="20"/>
        </w:rPr>
        <w:t>10:03  yaani israfeel jo angel hain, woh sur phoonkenge.</w:t>
      </w:r>
      <w:r>
        <w:br/>
      </w:r>
      <w:r>
        <w:rPr>
          <w:sz w:val="20"/>
        </w:rPr>
        <w:t>10:08  to nature ka sur phoonka ja chuka.</w:t>
      </w:r>
      <w:r>
        <w:br/>
      </w:r>
      <w:r>
        <w:rPr>
          <w:sz w:val="20"/>
        </w:rPr>
        <w:t>10:13  mein samajhta hoon ke pehla nafk jo hai, is se murad hai natural warning.</w:t>
      </w:r>
      <w:r>
        <w:br/>
      </w:r>
      <w:r>
        <w:rPr>
          <w:sz w:val="20"/>
        </w:rPr>
        <w:t>10:18  jo doosra nafk hai, is se murad hai israfeel ka sur phoonka jaana, jis ke baad dunya ka</w:t>
      </w:r>
      <w:r>
        <w:br/>
      </w:r>
      <w:r>
        <w:rPr>
          <w:sz w:val="20"/>
        </w:rPr>
        <w:t>10:23  khatma hai, aakhri khatma.</w:t>
      </w:r>
      <w:r>
        <w:br/>
      </w:r>
      <w:r>
        <w:rPr>
          <w:sz w:val="20"/>
        </w:rPr>
        <w:t>10:28  aur is ke baad phir day of judgment hai.</w:t>
      </w:r>
      <w:r>
        <w:br/>
      </w:r>
      <w:r>
        <w:rPr>
          <w:sz w:val="20"/>
        </w:rPr>
        <w:t>10:40  to mein samajhta hoon ke woh aakhri waqt aa gaya hai jab ke hum is par sochein.</w:t>
      </w:r>
      <w:r>
        <w:br/>
      </w:r>
      <w:r>
        <w:rPr>
          <w:sz w:val="20"/>
        </w:rPr>
        <w:t>10:53  quran mein baar baar is aane wale din ki peshangoi ki gayi hai.</w:t>
      </w:r>
      <w:r>
        <w:br/>
      </w:r>
      <w:r>
        <w:rPr>
          <w:sz w:val="20"/>
        </w:rPr>
        <w:t>11:05  zalzala surah quran ki surah number 99 jo hai, 99 mein farmaya ke</w:t>
      </w:r>
      <w:r>
        <w:br/>
      </w:r>
      <w:r>
        <w:rPr>
          <w:sz w:val="20"/>
        </w:rPr>
        <w:t>11:18  yeh quran ki chapter number 99 hai.</w:t>
      </w:r>
      <w:r>
        <w:br/>
      </w:r>
      <w:r>
        <w:rPr>
          <w:sz w:val="20"/>
        </w:rPr>
        <w:t>11:24  is mein bataya gaya hai ke ek waqt aayega ke jab dunya zalzale se hila mari jayegi.</w:t>
      </w:r>
      <w:r>
        <w:br/>
      </w:r>
      <w:r>
        <w:rPr>
          <w:sz w:val="20"/>
        </w:rPr>
        <w:t>11:30  ek jhatka, ek zalzala.</w:t>
      </w:r>
      <w:r>
        <w:br/>
      </w:r>
      <w:r>
        <w:rPr>
          <w:sz w:val="20"/>
        </w:rPr>
        <w:t>11:37  woh khatme ka waqt hoga.</w:t>
      </w:r>
      <w:r>
        <w:br/>
      </w:r>
      <w:r>
        <w:rPr>
          <w:sz w:val="20"/>
        </w:rPr>
        <w:t>11:43  is ke baad yeh zameen badal ke doosri zameen bana di jayegi. yaani</w:t>
      </w:r>
      <w:r>
        <w:br/>
      </w:r>
      <w:r>
        <w:rPr>
          <w:sz w:val="20"/>
        </w:rPr>
        <w:t>11:49  test period khatm, result period shuru.</w:t>
      </w:r>
      <w:r>
        <w:br/>
      </w:r>
      <w:r>
        <w:rPr>
          <w:sz w:val="20"/>
        </w:rPr>
        <w:t>11:54  to farmaya ke is din saare ahwal samne aa jayenge.</w:t>
      </w:r>
      <w:r>
        <w:br/>
      </w:r>
      <w:r>
        <w:rPr>
          <w:sz w:val="20"/>
        </w:rPr>
        <w:t>11:59  jo unseen hai, woh seen ban jayega.</w:t>
      </w:r>
      <w:r>
        <w:br/>
      </w:r>
      <w:r>
        <w:rPr>
          <w:sz w:val="20"/>
        </w:rPr>
        <w:t>12:04  insaan jo kuch kar raha hai, jo us ki recording ho rahi hai zameen mein, yahan par.</w:t>
      </w:r>
      <w:r>
        <w:br/>
      </w:r>
      <w:r>
        <w:rPr>
          <w:sz w:val="20"/>
        </w:rPr>
        <w:t>12:09  jaisa ke quran se sabit hai yeh ke insaan jo kuch bolta hai, us ki recording hoti hai.</w:t>
      </w:r>
      <w:r>
        <w:br/>
      </w:r>
      <w:r>
        <w:rPr>
          <w:sz w:val="20"/>
        </w:rPr>
        <w:t>12:14  jo kuch karta hai, us ki recording hoti hai. jo bhi</w:t>
      </w:r>
      <w:r>
        <w:br/>
      </w:r>
      <w:r>
        <w:rPr>
          <w:sz w:val="20"/>
        </w:rPr>
        <w:t>12:19  us ka behavior hai, negative ya positive, acha ya bura, in sab ki yahan recording ho rahi hai.</w:t>
      </w:r>
      <w:r>
        <w:br/>
      </w:r>
      <w:r>
        <w:rPr>
          <w:sz w:val="20"/>
        </w:rPr>
        <w:t>12:25  wo sara record samne aa jayega.</w:t>
      </w:r>
      <w:r>
        <w:br/>
      </w:r>
      <w:r>
        <w:rPr>
          <w:sz w:val="20"/>
        </w:rPr>
        <w:t>12:30  aur insaan pukar uthega ke yeh kya ho gaya? yeh kya ho gaya? hum to samajhte thay</w:t>
      </w:r>
      <w:r>
        <w:br/>
      </w:r>
      <w:r>
        <w:rPr>
          <w:sz w:val="20"/>
        </w:rPr>
        <w:t>12:35  ke dunya jo hai, khoob aram karo yahan par.</w:t>
      </w:r>
      <w:r>
        <w:br/>
      </w:r>
      <w:r>
        <w:rPr>
          <w:sz w:val="20"/>
        </w:rPr>
        <w:t>12:40  enjoy karo aur mar jao.</w:t>
      </w:r>
      <w:r>
        <w:br/>
      </w:r>
      <w:r>
        <w:rPr>
          <w:sz w:val="20"/>
        </w:rPr>
        <w:t>12:45  to yeh kya ho gaya?</w:t>
      </w:r>
      <w:r>
        <w:br/>
      </w:r>
      <w:r>
        <w:rPr>
          <w:sz w:val="20"/>
        </w:rPr>
        <w:t>12:50  to is din insaan jagega.</w:t>
      </w:r>
      <w:r>
        <w:br/>
      </w:r>
      <w:r>
        <w:rPr>
          <w:sz w:val="20"/>
        </w:rPr>
        <w:t>12:56  hadees mein aata hai ke rasool Allah ne farmaya ke log so rahe hain.</w:t>
      </w:r>
      <w:r>
        <w:br/>
      </w:r>
      <w:r>
        <w:rPr>
          <w:sz w:val="20"/>
        </w:rPr>
        <w:t>13:01  qayamat un ko jagayegi.</w:t>
      </w:r>
      <w:r>
        <w:br/>
      </w:r>
      <w:r>
        <w:rPr>
          <w:sz w:val="20"/>
        </w:rPr>
        <w:t>13:06  yani log be khabar hain.</w:t>
      </w:r>
      <w:r>
        <w:br/>
      </w:r>
      <w:r>
        <w:rPr>
          <w:sz w:val="20"/>
        </w:rPr>
        <w:t>13:11  be khabar hain is baat se ke khuda ne un ko kyun paida kiya.</w:t>
      </w:r>
      <w:r>
        <w:br/>
      </w:r>
      <w:r>
        <w:rPr>
          <w:sz w:val="20"/>
        </w:rPr>
        <w:t>13:16  creation plan of god kya hai? un se kya poocha jane wala hai? agli manzil kya hai un ki?</w:t>
      </w:r>
      <w:r>
        <w:br/>
      </w:r>
      <w:r>
        <w:rPr>
          <w:sz w:val="20"/>
        </w:rPr>
        <w:t>13:22  age day of judgment hai, phir hell hai aur paradise hai.</w:t>
      </w:r>
      <w:r>
        <w:br/>
      </w:r>
      <w:r>
        <w:rPr>
          <w:sz w:val="20"/>
        </w:rPr>
        <w:t>13:27  in sab cheezon se unaware reh kar, be khabar reh kar, wo zindagi guzar rahe hain.</w:t>
      </w:r>
      <w:r>
        <w:br/>
      </w:r>
      <w:r>
        <w:rPr>
          <w:sz w:val="20"/>
        </w:rPr>
        <w:t>13:32  isi halat ko farmaya ke log so rahe hain.</w:t>
      </w:r>
      <w:r>
        <w:br/>
      </w:r>
      <w:r>
        <w:rPr>
          <w:sz w:val="20"/>
        </w:rPr>
        <w:t>13:38  qayamat ki gargharhat un ko jaga degi.</w:t>
      </w:r>
      <w:r>
        <w:br/>
      </w:r>
      <w:r>
        <w:rPr>
          <w:sz w:val="20"/>
        </w:rPr>
        <w:t>13:43  to main samajhta hoon ke yeh warning hai nature ki taraf se.</w:t>
      </w:r>
      <w:r>
        <w:br/>
      </w:r>
      <w:r>
        <w:rPr>
          <w:sz w:val="20"/>
        </w:rPr>
        <w:t>13:48  yani farishte ke nafeh soor se pehle yeh warning hai.</w:t>
      </w:r>
    </w:p>
    <w:p>
      <w:pPr>
        <w:pStyle w:val="Heading2"/>
      </w:pPr>
      <w:r>
        <w:t>Single parenting story reveals hypocrisy</w:t>
      </w:r>
    </w:p>
    <w:p>
      <w:r>
        <w:rPr>
          <w:color w:val="666666"/>
          <w:sz w:val="18"/>
        </w:rPr>
        <w:t>Materialism and Intellectual Dwarfism April 29, 2012 Maulana Wahiduddin Khan · 4m 26s · at 11:12 · https://youtu.be/tEtieTuJvUE?t=672</w:t>
      </w:r>
    </w:p>
    <w:p>
      <w:r>
        <w:rPr>
          <w:i/>
        </w:rPr>
        <w:t>“Kal mein radio sun raha tha”</w:t>
      </w:r>
    </w:p>
    <w:p>
      <w:r>
        <w:rPr>
          <w:sz w:val="20"/>
        </w:rPr>
        <w:t>11:12  kal mein radio sun raha tha. rozana mujhe aise tajrube hote hain, daily. hatta ke aaj bhi tajruba aisa hua.</w:t>
      </w:r>
      <w:r>
        <w:br/>
      </w:r>
      <w:r>
        <w:rPr>
          <w:sz w:val="20"/>
        </w:rPr>
        <w:t>11:22  to kal radio sun raha tha mein, all India radio. to is par aa raha tha ek</w:t>
      </w:r>
      <w:r>
        <w:br/>
      </w:r>
      <w:r>
        <w:rPr>
          <w:sz w:val="20"/>
        </w:rPr>
        <w:t>11:30  feature. woh tha single parenting par.</w:t>
      </w:r>
      <w:r>
        <w:br/>
      </w:r>
      <w:r>
        <w:rPr>
          <w:sz w:val="20"/>
        </w:rPr>
        <w:t>11:38  single parenting ek naya lafz aaj kal nikla hai. ke do logon, do aadmiyon ne shadi ki.</w:t>
      </w:r>
      <w:r>
        <w:br/>
      </w:r>
      <w:r>
        <w:rPr>
          <w:sz w:val="20"/>
        </w:rPr>
        <w:t>11:47  ek ek ek ladka aur ek ladki. kuch din rahein saath, phir is ke baad har waqt lift hua.</w:t>
      </w:r>
      <w:r>
        <w:br/>
      </w:r>
      <w:r>
        <w:rPr>
          <w:sz w:val="20"/>
        </w:rPr>
        <w:t>11:54  aapas mein kuch jhanjhat hua, aur is ke baad alag ho gaye. woh alag reh rahe hain, woh alag reh rahe hain. to aise logon ke bare mein woh tha.</w:t>
      </w:r>
      <w:r>
        <w:br/>
      </w:r>
      <w:r>
        <w:rPr>
          <w:sz w:val="20"/>
        </w:rPr>
        <w:t>12:04  to log apni apni, bar bar woh batate they, aise log jo</w:t>
      </w:r>
      <w:r>
        <w:br/>
      </w:r>
      <w:r>
        <w:rPr>
          <w:sz w:val="20"/>
        </w:rPr>
        <w:t>12:12  akele guzar rahe hain, apne bare mein. to ek sahib ne bataya</w:t>
      </w:r>
      <w:r>
        <w:br/>
      </w:r>
      <w:r>
        <w:rPr>
          <w:sz w:val="20"/>
        </w:rPr>
        <w:t>12:22  ke shadi ki unhone, kai saal saath rahe. aur do bachhe bhi hue. phir jhagda hua.</w:t>
      </w:r>
      <w:r>
        <w:br/>
      </w:r>
      <w:r>
        <w:rPr>
          <w:sz w:val="20"/>
        </w:rPr>
        <w:t>12:32  aakhir mein yeh tay hua ke chalo bhai, ek bachha tum le lo, ek bachha mein leta hoon. alag alag rahenge hum. to ab woh alag alag reh rahe hain. dono ne kya kiya ke house loan liya aur car loan liya.</w:t>
      </w:r>
      <w:r>
        <w:br/>
      </w:r>
      <w:r>
        <w:rPr>
          <w:sz w:val="20"/>
        </w:rPr>
        <w:t>12:43  alag rehne lage.</w:t>
      </w:r>
      <w:r>
        <w:br/>
      </w:r>
      <w:r>
        <w:rPr>
          <w:sz w:val="20"/>
        </w:rPr>
        <w:t>12:46  to poori kahani jo thi, is mein maine yeh nikala nateeja ke aapas mein ek dono, aapas mein dono jo they, woh adjust kar ke rehne par tayyar nahi hue.</w:t>
      </w:r>
      <w:r>
        <w:br/>
      </w:r>
      <w:r>
        <w:rPr>
          <w:sz w:val="20"/>
        </w:rPr>
        <w:t>12:58  aapas mein. lekin wahi dono bahar ja kar company mein adjust kar rahe hain, apne boss ke saath.</w:t>
      </w:r>
      <w:r>
        <w:br/>
      </w:r>
      <w:r>
        <w:rPr>
          <w:sz w:val="20"/>
        </w:rPr>
        <w:t>13:05  zara ghor kijiye. yaani ghar mein adjust na karne ki wajah se separation ho gaya. wahi dono ja kar ke wahan par boss ke saath adjust kar rahe hain.</w:t>
      </w:r>
      <w:r>
        <w:br/>
      </w:r>
      <w:r>
        <w:rPr>
          <w:sz w:val="20"/>
        </w:rPr>
        <w:t>13:18  iska saada baat nahi hai.</w:t>
      </w:r>
      <w:r>
        <w:br/>
      </w:r>
      <w:r>
        <w:rPr>
          <w:sz w:val="20"/>
        </w:rPr>
        <w:t>13:22  iska baat yeh hai ke as a principle unhone adjustment ke formula ko nahi pakda, lekin as a hypocrisy pakad liya.</w:t>
      </w:r>
      <w:r>
        <w:br/>
      </w:r>
      <w:r>
        <w:rPr>
          <w:sz w:val="20"/>
        </w:rPr>
        <w:t>13:32  isko, isko, isko aap samjhiye. yaani agar woh adjustment ko, adjustment ko zindagi ka usool mante, aur ghar mein bhi adjust karte, miyan biwi, office mein bhi karte adjust apne boss se, apne colleague se.</w:t>
      </w:r>
      <w:r>
        <w:br/>
      </w:r>
      <w:r>
        <w:rPr>
          <w:sz w:val="20"/>
        </w:rPr>
        <w:t>13:51  to mein kehta ke unhone</w:t>
      </w:r>
      <w:r>
        <w:br/>
      </w:r>
      <w:r>
        <w:rPr>
          <w:sz w:val="20"/>
        </w:rPr>
        <w:t>13:54  adjustment ko as a principle liya. lekin ghar mein adjust nahi kiya unhone. aur company mein kar rahe hain.</w:t>
      </w:r>
      <w:r>
        <w:br/>
      </w:r>
      <w:r>
        <w:rPr>
          <w:sz w:val="20"/>
        </w:rPr>
        <w:t>14:03  to yeh bohat hi khatarnak baat hai.</w:t>
      </w:r>
      <w:r>
        <w:br/>
      </w:r>
      <w:r>
        <w:rPr>
          <w:sz w:val="20"/>
        </w:rPr>
        <w:t>14:07  bohat hi khatarnak. yaani aap ek weak personality aap bana rahe hain apne andar.</w:t>
      </w:r>
      <w:r>
        <w:br/>
      </w:r>
      <w:r>
        <w:rPr>
          <w:sz w:val="20"/>
        </w:rPr>
        <w:t>14:13  yani principal based personality nahi hai. balkay munafiqat par mabni personality hai. apni koi zindagi hai.</w:t>
      </w:r>
      <w:r>
        <w:br/>
      </w:r>
      <w:r>
        <w:rPr>
          <w:sz w:val="20"/>
        </w:rPr>
        <w:t>14:24  isko yeh log bilkul samajh nahi paatay. yeh single parenting walay.</w:t>
      </w:r>
      <w:r>
        <w:br/>
      </w:r>
      <w:r>
        <w:rPr>
          <w:sz w:val="20"/>
        </w:rPr>
        <w:t>14:31  aisay logon se meri baat hui hai. ke woh soch nahi paatay ke agar woh ghar mein bhi adjust karte, tab adjustment ka formula un ke liye aik principal hota.</w:t>
      </w:r>
      <w:r>
        <w:br/>
      </w:r>
      <w:r>
        <w:rPr>
          <w:sz w:val="20"/>
        </w:rPr>
        <w:t>14:45  aik bara principal. ab jo kar rahay hain woh.</w:t>
      </w:r>
      <w:r>
        <w:br/>
      </w:r>
      <w:r>
        <w:rPr>
          <w:sz w:val="20"/>
        </w:rPr>
        <w:t>14:50  ke ghar mein to adjust nahi kiya, aur company mein kar rahay hain. to as a hypocrisy kar rahay hain. bator munafiqat.</w:t>
      </w:r>
      <w:r>
        <w:br/>
      </w:r>
      <w:r>
        <w:rPr>
          <w:sz w:val="20"/>
        </w:rPr>
        <w:t>15:01  lekan intellectual development na hone ki wajah se is tarah samajh nahi paatay.</w:t>
      </w:r>
      <w:r>
        <w:br/>
      </w:r>
      <w:r>
        <w:rPr>
          <w:sz w:val="20"/>
        </w:rPr>
        <w:t>15:08  kitnay logon se mein ne poocha, lekin is baat ko samajh nahi paatay ke isi cheez ko woh bator munafiqat ikhtiyar kiye hue hain, jis ko bator usool unhon ne ikhtiyar nahi kiya tha.</w:t>
      </w:r>
      <w:r>
        <w:br/>
      </w:r>
      <w:r>
        <w:rPr>
          <w:sz w:val="20"/>
        </w:rPr>
        <w:t>15:20  kitna bara nuqsan hai yeh intellectual, jis ko mein ne kaha intellectual starvation ka.</w:t>
      </w:r>
      <w:r>
        <w:br/>
      </w:r>
      <w:r>
        <w:rPr>
          <w:sz w:val="20"/>
        </w:rPr>
        <w:t>15:27  kitna bara nuqsan hai. aap ghor kijiye. yeh saada baat nahi hai. yeh saada baat harghiz nahi hai.</w:t>
      </w:r>
    </w:p>
    <w:p>
      <w:pPr>
        <w:pStyle w:val="Heading2"/>
      </w:pPr>
      <w:r>
        <w:t>Turn failures into wisdom – essence of tazkiya</w:t>
      </w:r>
    </w:p>
    <w:p>
      <w:r>
        <w:rPr>
          <w:color w:val="666666"/>
          <w:sz w:val="18"/>
        </w:rPr>
        <w:t>Discover the Glory of God in Your Failure 25 feb. 2017 - Maulana Wahiduddin Khan · 5m 34s · at 7:51 · https://youtu.be/VocPK_2oeK4?t=471</w:t>
      </w:r>
    </w:p>
    <w:p>
      <w:r>
        <w:rPr>
          <w:i/>
        </w:rPr>
        <w:t>“Turn negative experiences into positive – discover God in failure”</w:t>
      </w:r>
    </w:p>
    <w:p>
      <w:r>
        <w:rPr>
          <w:sz w:val="20"/>
        </w:rPr>
        <w:t>7:51  to is mein aik baat yeh bhi hai ke negative, negative experience ko positive banao. yani apne failure mein God ko discover karo.</w:t>
      </w:r>
      <w:r>
        <w:br/>
      </w:r>
      <w:r>
        <w:rPr>
          <w:sz w:val="20"/>
        </w:rPr>
        <w:t>8:05  hazrat Ali ka jo waqia hai, is mein aik aur aspect hai</w:t>
      </w:r>
      <w:r>
        <w:br/>
      </w:r>
      <w:r>
        <w:rPr>
          <w:sz w:val="20"/>
        </w:rPr>
        <w:t>8:10  ke negative aur positive ko discover karo. apne failure mein God ko</w:t>
      </w:r>
      <w:r>
        <w:br/>
      </w:r>
      <w:r>
        <w:rPr>
          <w:sz w:val="20"/>
        </w:rPr>
        <w:t>8:21  ki glory ko discover karo. to kitna bara sabak hai yeh. main samajhta hoon ke is se bara koi sabak nahi ho sakta ke aadmi ke andar yeh mind ho ke main apne failure mein koi bohat bari</w:t>
      </w:r>
      <w:r>
        <w:br/>
      </w:r>
      <w:r>
        <w:rPr>
          <w:sz w:val="20"/>
        </w:rPr>
        <w:t>8:39  wisdom discover kar sakta hoon.</w:t>
      </w:r>
      <w:r>
        <w:br/>
      </w:r>
      <w:r>
        <w:rPr>
          <w:sz w:val="20"/>
        </w:rPr>
        <w:t>8:44  woh yahi hai ke Hazrat Ali ko jo failure ka jo experience hua, is mein unhon ne aik universal wisdom daryaft kar li.</w:t>
      </w:r>
      <w:r>
        <w:br/>
      </w:r>
      <w:r>
        <w:rPr>
          <w:sz w:val="20"/>
        </w:rPr>
        <w:t>8:56  universal wisdom.</w:t>
      </w:r>
      <w:r>
        <w:br/>
      </w:r>
      <w:r>
        <w:rPr>
          <w:sz w:val="20"/>
        </w:rPr>
        <w:t>9:01  to hum ko yahi karna hai.</w:t>
      </w:r>
      <w:r>
        <w:br/>
      </w:r>
      <w:r>
        <w:rPr>
          <w:sz w:val="20"/>
        </w:rPr>
        <w:t>9:06  har negative ko positive banana hai. har failure ko success banana hai. har jab har cheez mein aap wisdom daryaft karenge, har experience mein,</w:t>
      </w:r>
      <w:r>
        <w:br/>
      </w:r>
      <w:r>
        <w:rPr>
          <w:sz w:val="20"/>
        </w:rPr>
        <w:t>9:19  to is ka matlab yeh hua ke hum ne apne har cheez ko, chahe woh negative ho ya kuch bhi ho, us ko hum ne positive bana liya.</w:t>
      </w:r>
      <w:r>
        <w:br/>
      </w:r>
      <w:r>
        <w:rPr>
          <w:sz w:val="20"/>
        </w:rPr>
        <w:t>9:30  main samajhta hoon ke yeh personality development ka sab se bara formula hai yeh.</w:t>
      </w:r>
      <w:r>
        <w:br/>
      </w:r>
      <w:r>
        <w:rPr>
          <w:sz w:val="20"/>
        </w:rPr>
        <w:t>9:39  aur sach poochen to yahi tazkiya hai. Quran mein jo hai ke tazkiya karo, tazkiya karo, to log is ko mysterious sense mein liye hain.</w:t>
      </w:r>
      <w:r>
        <w:br/>
      </w:r>
      <w:r>
        <w:rPr>
          <w:sz w:val="20"/>
        </w:rPr>
        <w:t>9:48  mysterious sense mein. yani kisi choti si jagah baith kar ke</w:t>
      </w:r>
      <w:r>
        <w:br/>
      </w:r>
      <w:r>
        <w:rPr>
          <w:sz w:val="20"/>
        </w:rPr>
        <w:t>9:56  chadar orh lo aur baith jao, aankh band kar ke aur meditation karo. yeh tazkiya nahi hai. yeh to self style koi cheez hai jo tazkiya bataya gaya Quran ki.</w:t>
      </w:r>
      <w:r>
        <w:br/>
      </w:r>
      <w:r>
        <w:rPr>
          <w:sz w:val="20"/>
        </w:rPr>
        <w:t>10:11  is mein woh yeh nahi hai. woh to yeh hai ke duniya ko socho,</w:t>
      </w:r>
      <w:r>
        <w:br/>
      </w:r>
      <w:r>
        <w:rPr>
          <w:sz w:val="20"/>
        </w:rPr>
        <w:t>10:15  jaise waqiat se sabak lo.</w:t>
      </w:r>
      <w:r>
        <w:br/>
      </w:r>
      <w:r>
        <w:rPr>
          <w:sz w:val="20"/>
        </w:rPr>
        <w:t>10:21  jo tajrubaat hain, is mein se wisdom ko extract karo. yeh hai tazkiya. to Hazrat Ali ka yeh qaul ga tazkiya ka principle batata hai.</w:t>
      </w:r>
      <w:r>
        <w:br/>
      </w:r>
      <w:r>
        <w:rPr>
          <w:sz w:val="20"/>
        </w:rPr>
        <w:t>10:36  tazkiya ka principle.</w:t>
      </w:r>
      <w:r>
        <w:br/>
      </w:r>
      <w:r>
        <w:rPr>
          <w:sz w:val="20"/>
        </w:rPr>
        <w:t>10:39  aap jitna sochenge, jitna sochenge, utna hi is mein aap ko wisdom milta chala jayega.</w:t>
      </w:r>
      <w:r>
        <w:br/>
      </w:r>
      <w:r>
        <w:rPr>
          <w:sz w:val="20"/>
        </w:rPr>
        <w:t>10:50  to main sochta hoon ke yahi raaz hai personality development ka. ke is se kya hoga faida?</w:t>
      </w:r>
      <w:r>
        <w:br/>
      </w:r>
      <w:r>
        <w:rPr>
          <w:sz w:val="20"/>
        </w:rPr>
        <w:t>11:03  ek second ke liye bhi aap koi negative nahi rahenge.</w:t>
      </w:r>
      <w:r>
        <w:br/>
      </w:r>
      <w:r>
        <w:rPr>
          <w:sz w:val="20"/>
        </w:rPr>
        <w:t>11:07  tension mein nahi rahenge. har lamha aap jiyenge khuda ki glory mein. universal glory mein.</w:t>
      </w:r>
      <w:r>
        <w:br/>
      </w:r>
      <w:r>
        <w:rPr>
          <w:sz w:val="20"/>
        </w:rPr>
        <w:t>11:17  to kaise aap ko kaise aayega? negative thought kahan se aayegi?</w:t>
      </w:r>
      <w:r>
        <w:br/>
      </w:r>
      <w:r>
        <w:rPr>
          <w:sz w:val="20"/>
        </w:rPr>
        <w:t>11:25  tension kahan se aayega?</w:t>
      </w:r>
      <w:r>
        <w:br/>
      </w:r>
      <w:r>
        <w:rPr>
          <w:sz w:val="20"/>
        </w:rPr>
        <w:t>11:30  to islam ka jo nazariya hai tazkiya ka, iska matlab hai intellectual development, spiritual development.</w:t>
      </w:r>
      <w:r>
        <w:br/>
      </w:r>
      <w:r>
        <w:rPr>
          <w:sz w:val="20"/>
        </w:rPr>
        <w:t>11:42  aur main samajhta hoon ke</w:t>
      </w:r>
      <w:r>
        <w:br/>
      </w:r>
      <w:r>
        <w:rPr>
          <w:sz w:val="20"/>
        </w:rPr>
        <w:t>11:46  spiritual development ki sab se bari</w:t>
      </w:r>
      <w:r>
        <w:br/>
      </w:r>
      <w:r>
        <w:rPr>
          <w:sz w:val="20"/>
        </w:rPr>
        <w:t>11:49  definition yahi hai ke aap</w:t>
      </w:r>
      <w:r>
        <w:br/>
      </w:r>
      <w:r>
        <w:rPr>
          <w:sz w:val="20"/>
        </w:rPr>
        <w:t>11:55  har negative ko, har negative experience ko positive mein badlen. har zindagi ke har tajrube se aap wisdom nikalen.</w:t>
      </w:r>
      <w:r>
        <w:br/>
      </w:r>
      <w:r>
        <w:rPr>
          <w:sz w:val="20"/>
        </w:rPr>
        <w:t>12:10  yani jis tarah se honey bee hoti hai, us tarah ban jayen. aap jante hain ke honey bee jo hai,</w:t>
      </w:r>
      <w:r>
        <w:br/>
      </w:r>
      <w:r>
        <w:rPr>
          <w:sz w:val="20"/>
        </w:rPr>
        <w:t>12:15  jab aati hai garden mein to wahan bahut sari chezen hain, wo seedhi jati hai phool ke paas aur phool ke bhi bahut sare chezen hain, lekin wo sirf is mein jo nectar hai, thoda sa us ko nikalti hai.</w:t>
      </w:r>
      <w:r>
        <w:br/>
      </w:r>
      <w:r>
        <w:rPr>
          <w:sz w:val="20"/>
        </w:rPr>
        <w:t>12:40  to tazkiya ye hai ke aap duniya mein is tarah jiyen ke aap har cheez se, har cheez se nectar of wisdom nikal paen.</w:t>
      </w:r>
      <w:r>
        <w:br/>
      </w:r>
      <w:r>
        <w:rPr>
          <w:sz w:val="20"/>
        </w:rPr>
        <w:t>12:52  nectar of divine wisdom. har cheez se.</w:t>
      </w:r>
      <w:r>
        <w:br/>
      </w:r>
      <w:r>
        <w:rPr>
          <w:sz w:val="20"/>
        </w:rPr>
        <w:t>12:57  nectar of divine wisdom.</w:t>
      </w:r>
      <w:r>
        <w:br/>
      </w:r>
      <w:r>
        <w:rPr>
          <w:sz w:val="20"/>
        </w:rPr>
        <w:t>13:03  chahe koi bhi cheez ho, koi bhi tajruba ho, koi bhi waqea ho, hatta ke failure ho.</w:t>
      </w:r>
      <w:r>
        <w:br/>
      </w:r>
      <w:r>
        <w:rPr>
          <w:sz w:val="20"/>
        </w:rPr>
        <w:t>13:13  failure bhi ek waqea hai. is se bhi aap nikal paen ek nectar</w:t>
      </w:r>
      <w:r>
        <w:br/>
      </w:r>
      <w:r>
        <w:rPr>
          <w:sz w:val="20"/>
        </w:rPr>
        <w:t>13:20  wisdom ka. yahi tazkiya hai.</w:t>
      </w:r>
    </w:p>
    <w:p>
      <w:pPr>
        <w:pStyle w:val="Heading2"/>
      </w:pPr>
      <w:r>
        <w:t>Oceans pollution as Quranic prophecy</w:t>
      </w:r>
    </w:p>
    <w:p>
      <w:r>
        <w:rPr>
          <w:color w:val="666666"/>
          <w:sz w:val="18"/>
        </w:rPr>
        <w:t>Dawah in Scientific Age- 8 April 2011 · 5m 03s · at 34:46 · https://youtu.be/1casDo8bzXM?t=2086</w:t>
      </w:r>
    </w:p>
    <w:p>
      <w:r>
        <w:rPr>
          <w:i/>
        </w:rPr>
        <w:t>“Yeh ek item chhapa hai”</w:t>
      </w:r>
    </w:p>
    <w:p>
      <w:r>
        <w:rPr>
          <w:sz w:val="20"/>
        </w:rPr>
        <w:t>34:46  par hai. is ki heading hai human shadows in worlds oceans. dunya ke samundaron par insan ka saya. yeh kal ka paper hai. is mein batate hain ke is mein batate hain ke aaj jo jo sea hai, jo ocean hai, woh itna zyada</w:t>
      </w:r>
      <w:r>
        <w:br/>
      </w:r>
      <w:r>
        <w:rPr>
          <w:sz w:val="20"/>
        </w:rPr>
        <w:t>35:17  pollution ho chuka hai ke sirf four percent pure pani hai. dunya ke samundaron mein sirf four percent pani pure reh gaya, sab polluted, pollution hi pollution ho gaya hai. bohat anokhi baat hai yeh. bohat hi recenty yeh discovery hui hai. bohat lambe kai baras ki, kai baras ke survey ke baad. ab mein aap ko aik quran ki aik ayat yaad dilata hoon. quran mein hai aik bohat hi, yaani ab se 1400 saal pehle aa</w:t>
      </w:r>
      <w:r>
        <w:br/>
      </w:r>
      <w:r>
        <w:rPr>
          <w:sz w:val="20"/>
        </w:rPr>
        <w:t>35:47  yat utri thi. is ka matlab kya hai? land aur sea mein corruption phail gaya. aur sara save jo hai woh sare sea mein pollution phail gaya.</w:t>
      </w:r>
      <w:r>
        <w:br/>
      </w:r>
      <w:r>
        <w:rPr>
          <w:sz w:val="20"/>
        </w:rPr>
        <w:t>36:18  yeh samundar ke sare pani mein pollution phail gaya. sare land mein aur sare sea mein corruption ki wajah se pollution phail gaya. ab dekhiye ke aaj se 1400 saal pehle yeh bilkul unthinkable tha ke kabhi bhi samundar jo hai is mein itna pollution ho sakta hai. kyun? samundar mein us waqt log jatay thay,</w:t>
      </w:r>
      <w:r>
        <w:br/>
      </w:r>
      <w:r>
        <w:rPr>
          <w:sz w:val="20"/>
        </w:rPr>
        <w:t>36:48  woh boat chalti thi jo jis mein chapu se chalate thay. chapu kya kehte hain english mein? jo lakri hoti hai. chapu kehte hain is ko urdu mein. hain? oar. behrhaal aap jantay hain is zamane mein steam power daryaft nahi hua tha. engine nahi banay thay.</w:t>
      </w:r>
      <w:r>
        <w:br/>
      </w:r>
      <w:r>
        <w:rPr>
          <w:sz w:val="20"/>
        </w:rPr>
        <w:t>37:18  to mamooli qism ki lakri ki boat mallah chalate thay, boatman. us waqt industry nahi thi. koi concept nahi tha ke samundar jo ke jo ke sare globe ko chaye hue hain, woh kabhi in mein pollution ho saktay hain, in ka pani se pollute ho sakta hai. koi soch, koi soch nahi sakta tha is baat ko. yeh to jab industry aayi aur jab</w:t>
      </w:r>
      <w:r>
        <w:br/>
      </w:r>
      <w:r>
        <w:rPr>
          <w:sz w:val="20"/>
        </w:rPr>
        <w:t>37:50  steamship banay aur dunya bhar ki tarqqiyan huin, tab ja kar yeh hua ke samundaron mein dunya ka kooda janay laga. misaal ke tor par aaye din aap suntay hain akhbaron mein ke tanker woh mein phat gaya aur sara tel jo hai pani mein beh gaya. aaye din khabrein aati rehti hain. ab yeh jo tel hota hai, oil, pani mein escalate nahi hota. pani alag rehta hai, woh alag rehta</w:t>
      </w:r>
      <w:r>
        <w:br/>
      </w:r>
      <w:r>
        <w:rPr>
          <w:sz w:val="20"/>
        </w:rPr>
        <w:t>38:20  hai. yaani eternally woh pani ko kharab kar deta hai. coral reef jo hai, coral reef ka bohat bara function hai, woh sab kharab ho rahi hain. machhliyan mar kar ke jo machhliyan yaani ecological balance qaim karti thi, woh mar kar ke aur is mein pollution paida kar rahi hain. kyun ke jo industrial jo kooda dal parta hai samundaron mein, us ki wajah se sara pollution hi bhar gaya samundar mein.</w:t>
      </w:r>
      <w:r>
        <w:br/>
      </w:r>
      <w:r>
        <w:rPr>
          <w:sz w:val="20"/>
        </w:rPr>
        <w:t>38:50  to scientific age chahiye tha. scientific age mein jo industrial revolution aaya tha, woh darkar tha is baat ke liye ke samundaron mein itna itna kasafat ka pollution phailay. jo ke is zamane mein unthinkable tha. koi janta hi nahi tha ke kabhi aisi industry aayegi, kabhi aisa scientific age aayega, kabhi aisi technology aayegi. to 1400 saal ho gaye is ayat ko utray hue. yeh is baat</w:t>
      </w:r>
      <w:r>
        <w:br/>
      </w:r>
      <w:r>
        <w:rPr>
          <w:sz w:val="20"/>
        </w:rPr>
        <w:t>39:20  ka proof hai ke yeh jo quran hai, yeh khuda ki kitab hai. kyun ke itna pehle sirf khuda hi jaan sakta tha jis ko ke ghayb ka ilm hai. kaun janta tha ke aisa kabhi honay wala hai ke sare samundar jo hain woh polluted ho jayen. to asal cheez yeh hai ke hum islam ko is ke sahi shakal mein pesh nahi kar rahe. koi pesh kar raha hai fazail ki zuban mein, koi pesh kar raha hai political zuban mein, koi</w:t>
      </w:r>
    </w:p>
    <w:p>
      <w:pPr>
        <w:pStyle w:val="Heading2"/>
      </w:pPr>
      <w:r>
        <w:t>Japan's rational rebuilding after the atomic bombs</w:t>
      </w:r>
    </w:p>
    <w:p>
      <w:r>
        <w:rPr>
          <w:color w:val="666666"/>
          <w:sz w:val="18"/>
        </w:rPr>
        <w:t>The Power of Positive Thinking November 3, 2024 · 3m 08s · at 20:38 · https://youtu.be/q6Ly4ofTmxY?t=1238</w:t>
      </w:r>
    </w:p>
    <w:p>
      <w:r>
        <w:rPr>
          <w:i/>
        </w:rPr>
        <w:t>“Rational thinking अगर हो, तो किस तरीके से आप progress कर सकते हैं”</w:t>
      </w:r>
    </w:p>
    <w:p>
      <w:r>
        <w:rPr>
          <w:sz w:val="20"/>
        </w:rPr>
        <w:t>20:38  Even if you see from history, there are many examples jaise Japan hai, Germany hai, India se bhi bade examples nikalte hain ki rational thinking agar ho, to kis tarah se you can progress."</w:t>
      </w:r>
      <w:r>
        <w:br/>
      </w:r>
      <w:r>
        <w:rPr>
          <w:sz w:val="20"/>
        </w:rPr>
        <w:t>20:50  . One country that really stands out in the human history is Japan. Maulana ne aksar uska zikr kiya hai. To main chahunga ek baar aap hamein revisit karayein the example of Japan that how they became so great with rational thinking, with their rational approach. Japan mein to itni zyada examples hain. Maulana ne bahut likha hai Japan par."</w:t>
      </w:r>
      <w:r>
        <w:br/>
      </w:r>
      <w:r>
        <w:rPr>
          <w:sz w:val="20"/>
        </w:rPr>
        <w:t>21:14  To yahan main ek misaal doongi ki ye hai shakhsiyat ki taameer mein unhone likha hai ki ek baar ek Indian Japan gaya aur apne host se kaha, bahut hi azray hamdardi ki America ne aapke upar bahut bada zulm kiya hai. Itne aap pehla nuclear bomb aapke do shahron par, jo industrial cities thin, us par dala. Khandar bana diya shahron ko."</w:t>
      </w:r>
      <w:r>
        <w:br/>
      </w:r>
      <w:r>
        <w:rPr>
          <w:sz w:val="20"/>
        </w:rPr>
        <w:t>21:42  Japan ne kya reaction tha uska? Japan ne, japanese ne kaha, "woh bomb hamare liye rehmat saabit hue, jisko hum kehte hain blessing in disguise." Ji, ki woh shehar jo the, woh qadeem tarz ke shehar the. Purane-purane makana, tang galiyan, har taraf unplanned cities jaise the pehle ke. To us tarah ke the."</w:t>
      </w:r>
      <w:r>
        <w:br/>
      </w:r>
      <w:r>
        <w:rPr>
          <w:sz w:val="20"/>
        </w:rPr>
        <w:t>22:08  To humein, hum khud to girate nahi dono shehar ko. To woh jab sab gir gaye, khatam ho gaye shehar, to humne us qadeem malbe par jadeed qism ke plan cities banaye. To is tarah se unhone, kis tarah se unhone bahut saare aisi misalein hain ki unhone apne-apne jo awam us waqt bahut bhadke hue the. Ji, unke."</w:t>
      </w:r>
      <w:r>
        <w:br/>
      </w:r>
      <w:r>
        <w:rPr>
          <w:sz w:val="20"/>
        </w:rPr>
        <w:t>22:35  leaders ne bhi kaha ki humne bhi to unka Pearl Harbor tabah kiya tha. Ab unhone hamara shehar tabah kar diya. To mamla barabar-sarabar ho gaya. To ye hai Japan jo hai, serves best example of positive thinking. To planning aur replanning. Ek planning fail ho jaye, to unki planning fail ho gayi. Woh jang ke maidan mein jeetna chaah rahe the. To unhone replanning kiya. To lekin har ek cheez ke liye rational thinking darkaar hai."</w:t>
      </w:r>
      <w:r>
        <w:br/>
      </w:r>
      <w:r>
        <w:rPr>
          <w:sz w:val="20"/>
        </w:rPr>
        <w:t>23:04  Kyunki jab tak hamare andar rational thinking nahi hogi, hum sahi tarah se soch nahi payenge. To har barbadi mein taameer ke imkanat ko discover kiya ja sakta hai, agar hum hamari soch sahi ho. Jisko Maulana right thinking kehte hain."</w:t>
      </w:r>
      <w:r>
        <w:br/>
      </w:r>
      <w:r>
        <w:rPr>
          <w:sz w:val="20"/>
        </w:rPr>
        <w:t>23:22  To unki soch sahi thi, to ek barbaad mulk jo hai, ek zabardast developed mulk ban gaya. Aur aur itna zyada uski industrial product saari duniya mein jaane lage. Aur global level par usne apna-apna ek woh bana liya state status."</w:t>
      </w:r>
    </w:p>
    <w:p>
      <w:pPr>
        <w:pStyle w:val="Heading2"/>
      </w:pPr>
      <w:r>
        <w:t>Misleading leaders and their danger</w:t>
      </w:r>
    </w:p>
    <w:p>
      <w:r>
        <w:rPr>
          <w:color w:val="666666"/>
          <w:sz w:val="18"/>
        </w:rPr>
        <w:t>Al-RISALA NOV, 2017 · 5m 00s · at 1:12:09 · https://youtu.be/PvVV-FJAYDg?t=4329</w:t>
      </w:r>
    </w:p>
    <w:p>
      <w:r>
        <w:rPr>
          <w:i/>
        </w:rPr>
        <w:t>“What I fear most are misleading leaders”</w:t>
      </w:r>
    </w:p>
    <w:p>
      <w:r>
        <w:rPr>
          <w:sz w:val="20"/>
        </w:rPr>
        <w:t>1:12:09  al-aimmat al-mizalloon.</w:t>
      </w:r>
      <w:r>
        <w:br/>
      </w:r>
      <w:r>
        <w:rPr>
          <w:sz w:val="20"/>
        </w:rPr>
        <w:t>1:12:14  aik riwayat hadees ki mukhtalif kitabon mein aayi hai. is riwayat ke mutabiq Rasool Allah Sal Allah Alaihi Wasallam ne farmaya: ana akhwafu ma akhafu ala ummati al-aimmat al-mizalloon.</w:t>
      </w:r>
      <w:r>
        <w:br/>
      </w:r>
      <w:r>
        <w:rPr>
          <w:sz w:val="20"/>
        </w:rPr>
        <w:t>1:12:29  musnad ahmad. yaani mein apni ummat ke baray mein sab se ziyada jis cheez se darta hoon, woh gumrah karne walay leader hain.</w:t>
      </w:r>
      <w:r>
        <w:br/>
      </w:r>
      <w:r>
        <w:rPr>
          <w:sz w:val="20"/>
        </w:rPr>
        <w:t>1:12:38  is hadees mein baat ko aanay walay jis zamanay ka zikr hai, us se murad ghaliban sanati inqilab ka zamanah hai. yeh waqia baat ke zamanay mein zahoor mein aanay wala tha, jabkay ummat-e-muslima wahid hamil-e-deen ki hesiyat se dunya mein baqi rahe gi.</w:t>
      </w:r>
      <w:r>
        <w:br/>
      </w:r>
      <w:r>
        <w:rPr>
          <w:sz w:val="20"/>
        </w:rPr>
        <w:t>1:12:58  is liye aap ne is mamlay ko apni ummat ki taraf mansoob farmaya. wazeh ho ke doosri riwayatton mein alaikum ke bajaye ala ummati ke alfaaz aaye hain.</w:t>
      </w:r>
      <w:r>
        <w:br/>
      </w:r>
      <w:r>
        <w:rPr>
          <w:sz w:val="20"/>
        </w:rPr>
        <w:t>1:13:10  qadeem zamanah badshahat ka zamanah tha. is zamanay mein gumrah kun leader ke zahoor ke mawaqe maujood na thay. maujoodah zamanay mein azadi, communication, media, aur loudspeaker aur stage ne aisay mawaqe paida kiye jin mein gumrah karne walay leader ubhray aur poori ummat ko sirat-e-mustaqeem se bhatka dein.</w:t>
      </w:r>
      <w:r>
        <w:br/>
      </w:r>
      <w:r>
        <w:rPr>
          <w:sz w:val="20"/>
        </w:rPr>
        <w:t>1:13:36  yeh jadeed qiyadati mawaqe aisay waqt mein zahoor mein ayen gay jabkay ummat tul-e-umr ke nateejay mein zawal ka shikar ho chuki hogi.</w:t>
      </w:r>
      <w:r>
        <w:br/>
      </w:r>
      <w:r>
        <w:rPr>
          <w:sz w:val="20"/>
        </w:rPr>
        <w:t>1:13:47  aisay halat mein karnay ka asal kaam yeh hoga ke jadeed mawaqe ko istemal kar ke ummat ko phir se zinda karne ki koshish ki jaye.</w:t>
      </w:r>
      <w:r>
        <w:br/>
      </w:r>
      <w:r>
        <w:rPr>
          <w:sz w:val="20"/>
        </w:rPr>
        <w:t>1:13:57  magar yeh aik behad mushkil kaam hoga. is ke muqablay mein aasan kaam yeh hoga ke ummat ki zawal-yafta nafsiyat ko istemal kar ke is ke oopar apni qiyadat ki buniyad rakh di jaye.</w:t>
      </w:r>
      <w:r>
        <w:br/>
      </w:r>
      <w:r>
        <w:rPr>
          <w:sz w:val="20"/>
        </w:rPr>
        <w:t>1:14:12  yaani ummat jahan hai, wahin se is ka safar shuru kar diya jaye. yeh gumrah karne walay leader yahi doosra kaam karein gay. woh ummat ko fazail ki purasrar kahaniyan suna kar khush fehmi mein mubtala karein gay.</w:t>
      </w:r>
      <w:r>
        <w:br/>
      </w:r>
      <w:r>
        <w:rPr>
          <w:sz w:val="20"/>
        </w:rPr>
        <w:t>1:14:27  woh mazi ke tareekhi kar-namay bata kar unhein fakhr ki ghiza dein gay. woh siyasat-i-taqreerein kar ke un ke josh ko ubharein gay.</w:t>
      </w:r>
      <w:r>
        <w:br/>
      </w:r>
      <w:r>
        <w:rPr>
          <w:sz w:val="20"/>
        </w:rPr>
        <w:t>1:14:36  woh adab aur khatabat ke alfaaz mein unhein gum karein gay. woh ummat ki pasmandagi ka ilzam doosron ko de kar jhooti nazaa' khari karein gay.</w:t>
      </w:r>
      <w:r>
        <w:br/>
      </w:r>
      <w:r>
        <w:rPr>
          <w:sz w:val="20"/>
        </w:rPr>
        <w:t>1:14:47  bible ke alfaaz mein woh ummat ko loriyaan sunayen gay aur is tarah woh ummat ko is ke zawal par aur pakhta kar dein gay, na yeh ke us ko zawal ki halat se nikalein.</w:t>
      </w:r>
      <w:r>
        <w:br/>
      </w:r>
      <w:r>
        <w:rPr>
          <w:sz w:val="20"/>
        </w:rPr>
        <w:t>1:15:00  yeh wohi tareeqa hai jis ko istihsal ya exploitation kaha jata hai. logon ka haal yeh hoga ke aaghaz se safar karna unhein aik behad lamba safar maloom hoga.</w:t>
      </w:r>
      <w:r>
        <w:br/>
      </w:r>
      <w:r>
        <w:rPr>
          <w:sz w:val="20"/>
        </w:rPr>
        <w:t>1:15:13  woh is qism ki qurbani ke liye tayyar na hon gay. is liye woh aaghaz se safar karne ki bajaye ikhtitam se apne safar ki chhalang laga dein gay aur phir khud bhi halak hon gay aur apni qaum ko bhi halak karein gay.</w:t>
      </w:r>
      <w:r>
        <w:br/>
      </w:r>
      <w:r>
        <w:rPr>
          <w:sz w:val="20"/>
        </w:rPr>
        <w:t>1:15:28  gumrah karne wala leader hamesha yeh karta hai ke woh aisay baatein bolta hai jo logon ko pasand hon. woh logon ke andar chhupe hue manfi jazbat ko bharkata hai.</w:t>
      </w:r>
      <w:r>
        <w:br/>
      </w:r>
      <w:r>
        <w:rPr>
          <w:sz w:val="20"/>
        </w:rPr>
        <w:t>1:15:40  woh logon ki jhooti shikayaton ko sacha bana kar dikhata hai. is tarah woh logon ko apni taraf khinchta hai. is ki zaban se apni dil pasand boli sun kar log is ke gird ikhatta ho jatay hain.</w:t>
      </w:r>
      <w:r>
        <w:br/>
      </w:r>
      <w:r>
        <w:rPr>
          <w:sz w:val="20"/>
        </w:rPr>
        <w:t>1:15:55  gumrah leader hamesha yahi karte rahay hain. woh jantay hain ke agar logon se yeh kaha jaye ke tum apni islaah karo to bohat kam log hon gay jo is pukar ki taraf mutawajjah ho saken.</w:t>
      </w:r>
      <w:r>
        <w:br/>
      </w:r>
      <w:r>
        <w:rPr>
          <w:sz w:val="20"/>
        </w:rPr>
        <w:t>1:16:09  is liye gumrah leader yeh karte hain ke woh apni qom ki dakhli kamzoriyon ki bina par paish aane wali nakami ka zimmedar doosron ko thehrate hain.</w:t>
      </w:r>
      <w:r>
        <w:br/>
      </w:r>
      <w:r>
        <w:rPr>
          <w:sz w:val="20"/>
        </w:rPr>
        <w:t>1:16:21  woh apni qom ko be qusoor batate hain aur doosri qom ko qusoorwar. yeh cheez in ko apni qom ke andar maqbool bana deti hai.</w:t>
      </w:r>
      <w:r>
        <w:br/>
      </w:r>
      <w:r>
        <w:rPr>
          <w:sz w:val="20"/>
        </w:rPr>
        <w:t>1:16:31  jadeed sanati daur mein naye zarea ki bina par is qism ke leaderon ke liye mumkin ho gaya hai ke woh har zamane se zyada bare paimane par logon ko gumrah kar saken.</w:t>
      </w:r>
      <w:r>
        <w:br/>
      </w:r>
      <w:r>
        <w:rPr>
          <w:sz w:val="20"/>
        </w:rPr>
        <w:t>1:16:43  is surat e haal ka taqaza hai ke qom ke log aaj har zamane se zyada muhtat rahen taake woh gumrah karne wale leaderon ki gumrahi ka shikar na ho saken.</w:t>
      </w:r>
      <w:r>
        <w:br/>
      </w:r>
      <w:r>
        <w:rPr>
          <w:sz w:val="20"/>
        </w:rPr>
        <w:t>1:16:56  yeh surat e haal sirf leader ke liye hi khatarnak nahi hai balke woh khud qom ke liye bhi aik azeem khatre ki hesiyat rakhti hai.</w:t>
      </w:r>
    </w:p>
    <w:p>
      <w:pPr>
        <w:pStyle w:val="Heading2"/>
      </w:pPr>
      <w:r>
        <w:t>Sahaba's silence and thinking, Uthman's story</w:t>
      </w:r>
    </w:p>
    <w:p>
      <w:r>
        <w:rPr>
          <w:color w:val="666666"/>
          <w:sz w:val="18"/>
        </w:rPr>
        <w:t>Q&amp;A 29 Mar 2009 Maulana Wahiduddin Khan · 3m 39s · at 30:17 · https://youtu.be/pr358S6nndo?t=1817</w:t>
      </w:r>
    </w:p>
    <w:p>
      <w:r>
        <w:rPr>
          <w:i/>
        </w:rPr>
        <w:t>“मैंने सहाबा से कम किसी को सवाल करने वाला नहीं देखा।”</w:t>
      </w:r>
    </w:p>
    <w:p>
      <w:r>
        <w:rPr>
          <w:sz w:val="20"/>
        </w:rPr>
        <w:t>30:17  ya kaun sa aap the, woh abdul masood ya dono mein se kisi ne yeh kaha hai ke maine sahaba se kam kisi ko sawal karne wala nahin dekha. woh sawal hi nahin karte the. woh</w:t>
      </w:r>
      <w:r>
        <w:br/>
      </w:r>
      <w:r>
        <w:rPr>
          <w:sz w:val="20"/>
        </w:rPr>
        <w:t>30:33  aap keh rahe the kiska qaul hai? yeh abdul abbas. abdul abbas ka qaul hai. yeh abbas chacha the rasoolullah ke. unke bete the abdullah.</w:t>
      </w:r>
      <w:r>
        <w:br/>
      </w:r>
      <w:r>
        <w:rPr>
          <w:sz w:val="20"/>
        </w:rPr>
        <w:t>30:45  rasoolullah ke dada the abdul muttalib. unke bete the abbas. abbas ke bete the abdullah. to unhone kaha ke maine sahaba se kam kisi ko sawal karne wala nahin paya. sunte the, sochte the. sunte the, sochte the.</w:t>
      </w:r>
      <w:r>
        <w:br/>
      </w:r>
      <w:r>
        <w:rPr>
          <w:sz w:val="20"/>
        </w:rPr>
        <w:t>31:07  sawal karne se jawab nahin milta. yaad rakhen, sochne se jawab milta hai. yeh bahut main tajurbe ke baad yeh baat keh raha hoon ke sawal karne se jawab nahin milta hai. sochne se jawab milta hai.</w:t>
      </w:r>
      <w:r>
        <w:br/>
      </w:r>
      <w:r>
        <w:rPr>
          <w:sz w:val="20"/>
        </w:rPr>
        <w:t>31:27  ek waqea main arz karoon. hazrat usman, jo khaleefa hue, teesre khaleefa, to woh speaker nahin the. to khaleefa hone ke baad, jab khade hue kuch address karne ke liye,</w:t>
      </w:r>
      <w:r>
        <w:br/>
      </w:r>
      <w:r>
        <w:rPr>
          <w:sz w:val="20"/>
        </w:rPr>
        <w:t>31:43  to thoda sa kuch bol paen</w:t>
      </w:r>
      <w:r>
        <w:br/>
      </w:r>
      <w:r>
        <w:rPr>
          <w:sz w:val="20"/>
        </w:rPr>
        <w:t>31:46  aur phir baith gae. woh yani chand sentences bol kar ke baith gae. jante hain, uske baad kya hua?</w:t>
      </w:r>
      <w:r>
        <w:br/>
      </w:r>
      <w:r>
        <w:rPr>
          <w:sz w:val="20"/>
        </w:rPr>
        <w:t>31:55  hamare aajkal ho, har aadmi lega pooche. are bhai</w:t>
      </w:r>
      <w:r>
        <w:br/>
      </w:r>
      <w:r>
        <w:rPr>
          <w:sz w:val="20"/>
        </w:rPr>
        <w:t>31:58  , sir bata to nahin ho raha hai? are bhai, kya baat ho gayi? aap baith gae chup chap se. jab aap tajurba karke dekh liye kisi masjid mein, ke aap do char sentence baith ke baith jaen, to har aadmi lekar poochne deewanon, deewanon ki tarah se. wahan jante hain kya?</w:t>
      </w:r>
      <w:r>
        <w:br/>
      </w:r>
      <w:r>
        <w:rPr>
          <w:sz w:val="20"/>
        </w:rPr>
        <w:t>32:16  wo sare sahaba jo hain, sar jhuka ke baithe rahe. kisi ne kuch poocha nahin</w:t>
      </w:r>
      <w:r>
        <w:br/>
      </w:r>
      <w:r>
        <w:rPr>
          <w:sz w:val="20"/>
        </w:rPr>
        <w:t>32:26  ke hazrat</w:t>
      </w:r>
      <w:r>
        <w:br/>
      </w:r>
      <w:r>
        <w:rPr>
          <w:sz w:val="20"/>
        </w:rPr>
        <w:t>32:27  , kyun baith gae? aap sar dard to nahin ho raha hai? koi dawa laen, koi doctor ko bulaen. yeh sab bilkul absurd sawalat hain. aap jante hain, kya hua?</w:t>
      </w:r>
      <w:r>
        <w:br/>
      </w:r>
      <w:r>
        <w:rPr>
          <w:sz w:val="20"/>
        </w:rPr>
        <w:t>32:40  ek zohar se lekar asar tak baithe rahe. sirf asar ki azan ne logon ko jagaya. hazrat usman baith gae mimbar par. log baithe hue hain chup chap. yeh bhi chup, woh bhi chup.</w:t>
      </w:r>
      <w:r>
        <w:br/>
      </w:r>
      <w:r>
        <w:rPr>
          <w:sz w:val="20"/>
        </w:rPr>
        <w:t>33:00  asar ki azan di. moazzin ne tab unko hosh aaya ke are</w:t>
      </w:r>
      <w:r>
        <w:br/>
      </w:r>
      <w:r>
        <w:rPr>
          <w:sz w:val="20"/>
        </w:rPr>
        <w:t>33:03  , itni der ho gayi. kya asar ka waqt aa gaya? yeh the sahaba. sochte the, sochte, sochte the. woh woh sochte the ke duniya se rasoolullah chale gae. abu bakar aaye, woh bhi chale gae.</w:t>
      </w:r>
      <w:r>
        <w:br/>
      </w:r>
      <w:r>
        <w:rPr>
          <w:sz w:val="20"/>
        </w:rPr>
        <w:t>33:22  umar aaye, woh bhi chale gae. ab usman ko khaleefa banaya gaya hai. kya hoga?</w:t>
      </w:r>
      <w:r>
        <w:br/>
      </w:r>
      <w:r>
        <w:rPr>
          <w:sz w:val="20"/>
        </w:rPr>
        <w:t>33:30  kaise kiya jayega?</w:t>
      </w:r>
      <w:r>
        <w:br/>
      </w:r>
      <w:r>
        <w:rPr>
          <w:sz w:val="20"/>
        </w:rPr>
        <w:t>33:34  sochte the, sochte, sochte the. woh aajkal kya hai? har aadmi bolta hai. sochna jo hai, sochna art of thinking ummat se khatm ho gayi hai. mujhe to koi aadmi nahin mila ab tak jo art of thinking ko janta bhi ho. what is art of thinking?</w:t>
      </w:r>
    </w:p>
    <w:p>
      <w:pPr>
        <w:pStyle w:val="Heading2"/>
      </w:pPr>
      <w:r>
        <w:t>justice is unavailable in the world, only the practically possible</w:t>
      </w:r>
    </w:p>
    <w:p>
      <w:r>
        <w:rPr>
          <w:color w:val="666666"/>
          <w:sz w:val="18"/>
        </w:rPr>
        <w:t>Principle of Avoidance in Islam December 12, 2010 · 4m 07s · at 1:01:48 · https://youtu.be/W5DQnHPN1y4?t=3708</w:t>
      </w:r>
    </w:p>
    <w:p>
      <w:r>
        <w:rPr>
          <w:i/>
        </w:rPr>
        <w:t>“دنیا میں کبھی بھی جسٹس اور انجسٹس کا معاملہ نہیں ہوتا”</w:t>
      </w:r>
    </w:p>
    <w:p>
      <w:r>
        <w:rPr>
          <w:sz w:val="20"/>
        </w:rPr>
        <w:t>1:01:48  wo hai hi nahi, wo is ka wajood hi nahi kehen. Mr. Abid ne Kashmir se Maulana likha hai ye sawal.</w:t>
      </w:r>
      <w:r>
        <w:br/>
      </w:r>
      <w:r>
        <w:rPr>
          <w:sz w:val="20"/>
        </w:rPr>
        <w:t>1:01:57  unhon ne poocha hai if 1948 palestine arab partition was not just. why avoidance means then to accept it.</w:t>
      </w:r>
      <w:r>
        <w:br/>
      </w:r>
      <w:r>
        <w:rPr>
          <w:sz w:val="20"/>
        </w:rPr>
        <w:t>1:02:08  also if there are any other cases like this in which we have to follow principle of avoidance even if it is unjust.</w:t>
      </w:r>
      <w:r>
        <w:br/>
      </w:r>
      <w:r>
        <w:rPr>
          <w:sz w:val="20"/>
        </w:rPr>
        <w:t>1:02:19  dekhen ye bohat bari policy hai jis mein poori tareekh phansi rahi hai. Rasool Allah sal Allah alayhi wasallam ne is policy ko khola.</w:t>
      </w:r>
      <w:r>
        <w:br/>
      </w:r>
      <w:r>
        <w:rPr>
          <w:sz w:val="20"/>
        </w:rPr>
        <w:t>1:02:29  poori poori tareekh. dekhen dunya mein kabhi bhi justice aur injustice ka mamla nahi hota hai. aap ko justice ka choice hi nahi hai dunya mein.</w:t>
      </w:r>
      <w:r>
        <w:br/>
      </w:r>
      <w:r>
        <w:rPr>
          <w:sz w:val="20"/>
        </w:rPr>
        <w:t>1:02:43  practical ka choice hai. yaad rakhiye ye bohat bari policy hai is pe ke sare log parhen ge. Kashmir wale, falasteen wale aur kiya sari dunya pari hui hai.</w:t>
      </w:r>
      <w:r>
        <w:br/>
      </w:r>
      <w:r>
        <w:rPr>
          <w:sz w:val="20"/>
        </w:rPr>
        <w:t>1:02:56  justice ke choice dhoond rahe hain.</w:t>
      </w:r>
      <w:r>
        <w:br/>
      </w:r>
      <w:r>
        <w:rPr>
          <w:sz w:val="20"/>
        </w:rPr>
        <w:t>1:02:58  kis ko bla justice ke choice bhai bataiye? kon hai dunya mein? Rasool Allah sal Allah alayhi wasallam ne jab Makah se hijrat ki to justice tha kiya wo?</w:t>
      </w:r>
      <w:r>
        <w:br/>
      </w:r>
      <w:r>
        <w:rPr>
          <w:sz w:val="20"/>
        </w:rPr>
        <w:t>1:03:10  wo justice tha wo? koi ek bhi waqea bataiye mujhe jab ke insan ko justice mila ho. nahi sirf practically possible kiya hai wo dekhna parta hai.</w:t>
      </w:r>
      <w:r>
        <w:br/>
      </w:r>
      <w:r>
        <w:rPr>
          <w:sz w:val="20"/>
        </w:rPr>
        <w:t>1:03:26  yaad rakhiye ek hai individual ka mamla, ek hai social mamlaat. aap apne zaati mamle mein ideal chala sakte hain, ideal justice.</w:t>
      </w:r>
      <w:r>
        <w:br/>
      </w:r>
      <w:r>
        <w:rPr>
          <w:sz w:val="20"/>
        </w:rPr>
        <w:t>1:03:38  jab</w:t>
      </w:r>
      <w:r>
        <w:br/>
      </w:r>
      <w:r>
        <w:rPr>
          <w:sz w:val="20"/>
        </w:rPr>
        <w:t>1:03:42  social mamlaat hon, national mamlaat hon, kabhi bhi justice wahan nahi milta hai, kabhi bhi. na peghambar ko milta hai, na aap ko milta hai.</w:t>
      </w:r>
      <w:r>
        <w:br/>
      </w:r>
      <w:r>
        <w:rPr>
          <w:sz w:val="20"/>
        </w:rPr>
        <w:t>1:03:50  Rasool Allah sal Allah alayhi wasallam ne Hudaybiyah mein ja rahe thay umrah karne ke liye. ye sab ka haq tha. sare Arab ko haq tha ke wo umrah karne ke liye jayen.</w:t>
      </w:r>
      <w:r>
        <w:br/>
      </w:r>
      <w:r>
        <w:rPr>
          <w:sz w:val="20"/>
        </w:rPr>
        <w:t>1:04:01  to aap ka right tha ke jayen wahan pe. unhon ne kaha nahi aap ko nahi jane jane nahi den ge. aap loot loot gaye. kiya justice tha ye? ye bohat bara fareb hai, bohat bari policy hai jis mein Kashmir ke log aur falasteen ke log phanse hue hain.</w:t>
      </w:r>
      <w:r>
        <w:br/>
      </w:r>
      <w:r>
        <w:rPr>
          <w:sz w:val="20"/>
        </w:rPr>
        <w:t>1:04:15  kya hamein justice chahiye?</w:t>
      </w:r>
      <w:r>
        <w:br/>
      </w:r>
      <w:r>
        <w:rPr>
          <w:sz w:val="20"/>
        </w:rPr>
        <w:t>1:04:18  yani jo milna jo mil nahi sakta wo chahiye.</w:t>
      </w:r>
      <w:r>
        <w:br/>
      </w:r>
      <w:r>
        <w:rPr>
          <w:sz w:val="20"/>
        </w:rPr>
        <w:t>1:04:24  daikhen practically possible kya hai woh daikhna parta hai. justice keh rahe hain nahi daikhna parta. 1948 mein arbon ne jab inkar kar diya mannay se to agar inkar karna sahi hota un ka to un ko mil gaya hota woh.</w:t>
      </w:r>
      <w:r>
        <w:br/>
      </w:r>
      <w:r>
        <w:rPr>
          <w:sz w:val="20"/>
        </w:rPr>
        <w:t>1:04:39  milla kahan? mili to zillat, nakami, tabahi, khona, nuqsan. yeh milla?</w:t>
      </w:r>
      <w:r>
        <w:br/>
      </w:r>
      <w:r>
        <w:rPr>
          <w:sz w:val="20"/>
        </w:rPr>
        <w:t>1:04:48  woh kahan milla jis ke liye woh chahte thay ke sara falasteen mil jaye un ko? yeh bohat bari policy hai jis mein poori poori tareekh phansi rahi hai.</w:t>
      </w:r>
      <w:r>
        <w:br/>
      </w:r>
      <w:r>
        <w:rPr>
          <w:sz w:val="20"/>
        </w:rPr>
        <w:t>1:05:00  yani aristotle aur plato bhi isi term mein sochte thay ke hamein justice chahiye. rasool Allah sal Allah alaihi wasallam ne bataya ke Allah taala ne dunya ko banaya hai is qanoon ke tehat ke har aadmi ko azadi hai.</w:t>
      </w:r>
      <w:r>
        <w:br/>
      </w:r>
      <w:r>
        <w:rPr>
          <w:sz w:val="20"/>
        </w:rPr>
        <w:t>1:05:13  har aadmi apna apna hissa lena chahega to is mein takrao hoga.</w:t>
      </w:r>
      <w:r>
        <w:br/>
      </w:r>
      <w:r>
        <w:rPr>
          <w:sz w:val="20"/>
        </w:rPr>
        <w:t>1:05:19  to justice mat talash karo, practical kya hai is par razi ho jao.</w:t>
      </w:r>
      <w:r>
        <w:br/>
      </w:r>
      <w:r>
        <w:rPr>
          <w:sz w:val="20"/>
        </w:rPr>
        <w:t>1:05:26  isi isi policy ne tabah kar rakha pakistan ko, tabah kar rakha kashmir ko aur tabah kar rakha falasteen ko. aur dunya mein har jagah musalman zillat ka shikar hain isi liye ke justice chahte hain aur justice milta nahi.</w:t>
      </w:r>
      <w:r>
        <w:br/>
      </w:r>
      <w:r>
        <w:rPr>
          <w:sz w:val="20"/>
        </w:rPr>
        <w:t>1:05:43  practical tor par kya possible hai woh milta hai. isi par razi ho jaiye. aur is ke baad jo opportunity hai us ko avail kijiye. yeh wisdom hai, yeh islam hai, yeh peghambar ki sunnat hai.</w:t>
      </w:r>
    </w:p>
    <w:p>
      <w:pPr>
        <w:pStyle w:val="Heading2"/>
      </w:pPr>
      <w:r>
        <w:t>Today's Jews differ from Quranic Jews — science changed them</w:t>
      </w:r>
    </w:p>
    <w:p>
      <w:r>
        <w:rPr>
          <w:color w:val="666666"/>
          <w:sz w:val="18"/>
        </w:rPr>
        <w:t>Realistic Approach 30 March, 2014 · 4m 21s · at 38:06 · https://youtu.be/HIFxmWWiEG4?t=2286</w:t>
      </w:r>
    </w:p>
    <w:p>
      <w:r>
        <w:rPr>
          <w:i/>
        </w:rPr>
        <w:t>“Remember, the Jews named in the Quran are the ancient Jews.”</w:t>
      </w:r>
    </w:p>
    <w:p>
      <w:r>
        <w:rPr>
          <w:sz w:val="20"/>
        </w:rPr>
        <w:t>38:06  kyun? Woh jee rahe hain false food mein. False food mein quran mein yahood ke bare mein hai.</w:t>
      </w:r>
      <w:r>
        <w:br/>
      </w:r>
      <w:r>
        <w:rPr>
          <w:sz w:val="20"/>
        </w:rPr>
        <w:t>38:15  dekhen, false food paida kyun hota hai? Quran mein yahood, yeh quran mein jis yahood ka zikr hai, yaad rakhiye, woh qadeem yahood hain, aaj ka yahood nahi hai.</w:t>
      </w:r>
      <w:r>
        <w:br/>
      </w:r>
      <w:r>
        <w:rPr>
          <w:sz w:val="20"/>
        </w:rPr>
        <w:t>38:25  yeh bhi samajh lijiye ke aap log samajhte hain quran parh kar ke aaj ka yehood bhi wahi sahi hai. yeh qadeem yehood ke bare mein hai.</w:t>
      </w:r>
      <w:r>
        <w:br/>
      </w:r>
      <w:r>
        <w:rPr>
          <w:sz w:val="20"/>
        </w:rPr>
        <w:t>38:33  aaj ka jo yahoodi hai, is ne scientific education li. scientific education bilkul mukhtalif ho chuka hai. woh mislan dekhiye, mein janab madine mein rehta hoon.</w:t>
      </w:r>
      <w:r>
        <w:br/>
      </w:r>
      <w:r>
        <w:rPr>
          <w:sz w:val="20"/>
        </w:rPr>
        <w:t>38:45  aaj kal musalman yahan zyada ho gaye hain aur itna shor hota tha, shor hota hai, raat din shor. new york mein mein gaya, yahudion ki basti mein, yahoodi colony mein, wahan bilkul sukoon tha, ek dam peace tha,</w:t>
      </w:r>
      <w:r>
        <w:br/>
      </w:r>
      <w:r>
        <w:rPr>
          <w:sz w:val="20"/>
        </w:rPr>
        <w:t>39:02  koi shor nahin. yeh hai aaj ka yahoodi, jo hai, woh scientific education pa kar ke bilkul mukhtalif ho chuka hai, bilkul mukhtalif.</w:t>
      </w:r>
      <w:r>
        <w:br/>
      </w:r>
      <w:r>
        <w:rPr>
          <w:sz w:val="20"/>
        </w:rPr>
        <w:t>39:15  mein wahan gaya, jerusalem mein ek conference thi jis mein ke falastini naujawan bhi bulaye gaye the aur yahoodi naujawan bhi.</w:t>
      </w:r>
      <w:r>
        <w:br/>
      </w:r>
      <w:r>
        <w:rPr>
          <w:sz w:val="20"/>
        </w:rPr>
        <w:t>39:24  to mein ne dekha ke kai falastini naujawan khauf farfar angrezi bol rahe the.</w:t>
      </w:r>
      <w:r>
        <w:br/>
      </w:r>
      <w:r>
        <w:rPr>
          <w:sz w:val="20"/>
        </w:rPr>
        <w:t>39:30  to mein ne socha ke bhai, yeh kahan? unhon ne angrezi parhi hai, kyunke hum to akhbaron mein parhte hain ke falastini ilaqe mein rozana bomb girta hai. to maloom hua ke yeh jo falastini naujawan hain, yeh woh hain jo israel mein rehte hain,</w:t>
      </w:r>
      <w:r>
        <w:br/>
      </w:r>
      <w:r>
        <w:rPr>
          <w:sz w:val="20"/>
        </w:rPr>
        <w:t>39:46  aaj bhi israel mein arab rehte hain, aaj bhi, aur koi rukawat nahin in ko. khule taur par wahi parhte hain schoolon mein jis tarah yahoodi bachche</w:t>
      </w:r>
      <w:r>
        <w:br/>
      </w:r>
      <w:r>
        <w:rPr>
          <w:sz w:val="20"/>
        </w:rPr>
        <w:t>39:55  parhte hain. yeh kya hai? aaj ke yahoodi ka jo zehan hai, aaj ka yahoodi woh nahin hai jis ko aap parhte hain apni kitabon mein. aaj ke yahoodi ke andar scientific thinking hai, woh yaani modern thinking hai,</w:t>
      </w:r>
      <w:r>
        <w:br/>
      </w:r>
      <w:r>
        <w:rPr>
          <w:sz w:val="20"/>
        </w:rPr>
        <w:t>40:11  woh false food mein nahin jeeta hai. aaj ka yahoodi aur musalman abhi tak false food mein jee rahe hain. unhein kuch khabar nahin ke aaj ki duniya mein kya ho raha hai.</w:t>
      </w:r>
      <w:r>
        <w:br/>
      </w:r>
      <w:r>
        <w:rPr>
          <w:sz w:val="20"/>
        </w:rPr>
        <w:t>40:23  khud israel mein dawat ke mawaqe isi tarah hain jis tarah india mein mawaqe hain. khud israel mein kyun?</w:t>
      </w:r>
      <w:r>
        <w:br/>
      </w:r>
      <w:r>
        <w:rPr>
          <w:sz w:val="20"/>
        </w:rPr>
        <w:t>40:33  aaj ka israel jo hai, woh scientific education ne is ko bilkul badal diya hai. woh yahoodi yeh nahin hai jo marta peetta tha pehle.</w:t>
      </w:r>
      <w:r>
        <w:br/>
      </w:r>
      <w:r>
        <w:rPr>
          <w:sz w:val="20"/>
        </w:rPr>
        <w:t>40:42  a</w:t>
      </w:r>
      <w:r>
        <w:br/>
      </w:r>
      <w:r>
        <w:rPr>
          <w:sz w:val="20"/>
        </w:rPr>
        <w:t>40:43  aj aap israel jayen, wahan aap aala education len, wahan aap daawa work karen, wahan aap namaz parhen, wahan aap is deeni tarbiyat dikhayen, koi rukawat nahin hai, kuch bhi rukawat nahin hai.</w:t>
      </w:r>
      <w:r>
        <w:br/>
      </w:r>
      <w:r>
        <w:rPr>
          <w:sz w:val="20"/>
        </w:rPr>
        <w:t>40:56  to yahoodi jo hai, scientific education ne in ko badal diya, lekin musalman waise ke waise hi hain. ab bhi musalman wahi halat hai in ki.</w:t>
      </w:r>
      <w:r>
        <w:br/>
      </w:r>
      <w:r>
        <w:rPr>
          <w:sz w:val="20"/>
        </w:rPr>
        <w:t>41:06  to ek lafz hai jis ko kehte hain "jewish supremacism". jewish supremacism bhi kitaben likhi gayi hain, yaani yahoodi ehsas bartari, jewish supremacism.</w:t>
      </w:r>
      <w:r>
        <w:br/>
      </w:r>
      <w:r>
        <w:rPr>
          <w:sz w:val="20"/>
        </w:rPr>
        <w:t>41:20  to jewish supremacism to ab kam hai, lekin ab muslim supremacism zyada hai. ehsas bartari mein jeena, hum hi sab kuch the.</w:t>
      </w:r>
      <w:r>
        <w:br/>
      </w:r>
      <w:r>
        <w:rPr>
          <w:sz w:val="20"/>
        </w:rPr>
        <w:t>41:31  to aaj musalmanon ko present mein to hasil nahin hai, to</w:t>
      </w:r>
      <w:r>
        <w:br/>
      </w:r>
      <w:r>
        <w:rPr>
          <w:sz w:val="20"/>
        </w:rPr>
        <w:t>41:36  past mein jo un ki grohi thi, un ka empire tha, us ko le kar kehte hain ke hum the, hum the. to ek aisi grohi jo ja chuki hai, us mein jeete hain musalman.</w:t>
      </w:r>
      <w:r>
        <w:br/>
      </w:r>
      <w:r>
        <w:rPr>
          <w:sz w:val="20"/>
        </w:rPr>
        <w:t>41:48  us ko kehte hain "paranoia". aaj sare musalman paranoiac character ban gaye hain, woh guzri hui grohi mein jeete hain. un ka aadmi kehta hai ke hum hain jinhon ne duniya ko taj mahal ki khoob</w:t>
      </w:r>
      <w:r>
        <w:br/>
      </w:r>
      <w:r>
        <w:rPr>
          <w:sz w:val="20"/>
        </w:rPr>
        <w:t>42:01  surti di, hum hain jinhon ne duniya ko lal qila ki azmaten din, hum hain jis ne duniya ko qutub minar ki bulandiyan din.</w:t>
      </w:r>
      <w:r>
        <w:br/>
      </w:r>
      <w:r>
        <w:rPr>
          <w:sz w:val="20"/>
        </w:rPr>
        <w:t>42:12  yeh maazi ki chip fakhr karna, yeh hai false food mein jeena. musalmanon ko is false food se nikalna hai, tab un ke andar koi nayi beginning shuru hogi, warna koi beginning hone wali nahin hai.</w:t>
      </w:r>
    </w:p>
    <w:p>
      <w:pPr>
        <w:pStyle w:val="Heading2"/>
      </w:pPr>
      <w:r>
        <w:t>Airplane blessing ignored, crisis as divine warning</w:t>
      </w:r>
    </w:p>
    <w:p>
      <w:r>
        <w:rPr>
          <w:color w:val="666666"/>
          <w:sz w:val="18"/>
        </w:rPr>
        <w:t>Shukr Acknowledgment of God's Blessings April 21, 2020 · 5m 55s · at 0:21 · https://youtu.be/3iGMucsQXNk?t=21</w:t>
      </w:r>
    </w:p>
    <w:p>
      <w:r>
        <w:rPr>
          <w:i/>
        </w:rPr>
        <w:t>“1967 mein maine pehla hawai jahaz ka safar kiya tha”</w:t>
      </w:r>
    </w:p>
    <w:p>
      <w:r>
        <w:rPr>
          <w:sz w:val="20"/>
        </w:rPr>
        <w:t>0:21  aaj subah mere zehan mein ek sawal aaya. maine socha ke main 1967</w:t>
      </w:r>
      <w:r>
        <w:br/>
      </w:r>
      <w:r>
        <w:rPr>
          <w:sz w:val="20"/>
        </w:rPr>
        <w:t>0:41  mein pehla hua jahaz ka safar kiya tha. is waqt se ab tak mujhe bohat baar mauqa mila hai ke India mein aur India ke bahar hua jahaz ka safar karoon.</w:t>
      </w:r>
      <w:r>
        <w:br/>
      </w:r>
      <w:r>
        <w:rPr>
          <w:sz w:val="20"/>
        </w:rPr>
        <w:t>0:59  lekin ek ajeeb baat hai ke main jab bhi jahaz mein baithta tha to mujhe ek ajeeb ehsas hota tha,</w:t>
      </w:r>
      <w:r>
        <w:br/>
      </w:r>
      <w:r>
        <w:rPr>
          <w:sz w:val="20"/>
        </w:rPr>
        <w:t>1:11  har baar pehla ehsas, ke yeh hua jahaz kaisi ajeeb nemat hai.</w:t>
      </w:r>
      <w:r>
        <w:br/>
      </w:r>
      <w:r>
        <w:rPr>
          <w:sz w:val="20"/>
        </w:rPr>
        <w:t>1:22  lekin logon ko, main dekhta tha ke logon ko is ka kuch bhi ehsas nahi, bas un ko apni seat se matlab tha bas.</w:t>
      </w:r>
      <w:r>
        <w:br/>
      </w:r>
      <w:r>
        <w:rPr>
          <w:sz w:val="20"/>
        </w:rPr>
        <w:t>1:35  to unconsciously mujhe yeh ehsas rehta tha ke agar dene wala use pakre aur chheen le hua jahaz to logon ka haal kya hoga.</w:t>
      </w:r>
      <w:r>
        <w:br/>
      </w:r>
      <w:r>
        <w:rPr>
          <w:sz w:val="20"/>
        </w:rPr>
        <w:t>1:53  to us waqt yeh unconsciously hota tha yeh.</w:t>
      </w:r>
      <w:r>
        <w:br/>
      </w:r>
      <w:r>
        <w:rPr>
          <w:sz w:val="20"/>
        </w:rPr>
        <w:t>2:01  ab waqia koi waqia ban gaya hai.</w:t>
      </w:r>
      <w:r>
        <w:br/>
      </w:r>
      <w:r>
        <w:rPr>
          <w:sz w:val="20"/>
        </w:rPr>
        <w:t>2:06  allah rab ul alameen ne</w:t>
      </w:r>
      <w:r>
        <w:br/>
      </w:r>
      <w:r>
        <w:rPr>
          <w:sz w:val="20"/>
        </w:rPr>
        <w:t>2:12  logon se is nemat ko chheen liya hai</w:t>
      </w:r>
      <w:r>
        <w:br/>
      </w:r>
      <w:r>
        <w:rPr>
          <w:sz w:val="20"/>
        </w:rPr>
        <w:t>2:19  to logon ka ajeeb bura haal hai.</w:t>
      </w:r>
      <w:r>
        <w:br/>
      </w:r>
      <w:r>
        <w:rPr>
          <w:sz w:val="20"/>
        </w:rPr>
        <w:t>2:27  yeh ehsas mera har cheez ke bare mein hota tha, sirf hawa jahaz nahi, har nemat, mislan computer</w:t>
      </w:r>
      <w:r>
        <w:br/>
      </w:r>
      <w:r>
        <w:rPr>
          <w:sz w:val="20"/>
        </w:rPr>
        <w:t>2:39  aur doosri cheezen.</w:t>
      </w:r>
      <w:r>
        <w:br/>
      </w:r>
      <w:r>
        <w:rPr>
          <w:sz w:val="20"/>
        </w:rPr>
        <w:t>2:46  loha.</w:t>
      </w:r>
      <w:r>
        <w:br/>
      </w:r>
      <w:r>
        <w:rPr>
          <w:sz w:val="20"/>
        </w:rPr>
        <w:t>2:50  agar loha na ho to na pul bane, na motor street buildingen banein.</w:t>
      </w:r>
      <w:r>
        <w:br/>
      </w:r>
      <w:r>
        <w:rPr>
          <w:sz w:val="20"/>
        </w:rPr>
        <w:t>3:01  to mein sochta tha ke</w:t>
      </w:r>
      <w:r>
        <w:br/>
      </w:r>
      <w:r>
        <w:rPr>
          <w:sz w:val="20"/>
        </w:rPr>
        <w:t>3:11  yeh kitni bari nemat hai, kitni bari nemat hai. yeh mein pata tha ke log kisi ko, kam az kam mein ne apne tajrube mein,</w:t>
      </w:r>
      <w:r>
        <w:br/>
      </w:r>
      <w:r>
        <w:rPr>
          <w:sz w:val="20"/>
        </w:rPr>
        <w:t>3:25  shayad is poori muddat mein koi ek insan nahi paya</w:t>
      </w:r>
      <w:r>
        <w:br/>
      </w:r>
      <w:r>
        <w:rPr>
          <w:sz w:val="20"/>
        </w:rPr>
        <w:t>3:32  jo is ka waqe' matlab mein</w:t>
      </w:r>
      <w:r>
        <w:br/>
      </w:r>
      <w:r>
        <w:rPr>
          <w:sz w:val="20"/>
        </w:rPr>
        <w:t>3:38  is nemat ka etraf karta ho.</w:t>
      </w:r>
      <w:r>
        <w:br/>
      </w:r>
      <w:r>
        <w:rPr>
          <w:sz w:val="20"/>
        </w:rPr>
        <w:t>3:44  arabi mein is ko shukr kehte hain, shukr.</w:t>
      </w:r>
      <w:r>
        <w:br/>
      </w:r>
      <w:r>
        <w:rPr>
          <w:sz w:val="20"/>
        </w:rPr>
        <w:t>3:51  english mein is ko acknowledgement. yani insan acknowledge kare ke mujhe is ki dene wala ne yeh set di hai.</w:t>
      </w:r>
      <w:r>
        <w:br/>
      </w:r>
      <w:r>
        <w:rPr>
          <w:sz w:val="20"/>
        </w:rPr>
        <w:t>4:05  to yeh poori muddat se jab se yeh nematen allah ne di hain insan ko</w:t>
      </w:r>
      <w:r>
        <w:br/>
      </w:r>
      <w:r>
        <w:rPr>
          <w:sz w:val="20"/>
        </w:rPr>
        <w:t>4:13  , insan khoob khoob istemal kar raha hai. aisi hazaron nematen hain. lekin shukr nahi,</w:t>
      </w:r>
      <w:r>
        <w:br/>
      </w:r>
      <w:r>
        <w:rPr>
          <w:sz w:val="20"/>
        </w:rPr>
        <w:t>4:27  shukr nahi.</w:t>
      </w:r>
      <w:r>
        <w:br/>
      </w:r>
      <w:r>
        <w:rPr>
          <w:sz w:val="20"/>
        </w:rPr>
        <w:t>4:33  yani kam az kam mera ehsas yeh hota tha ke kisi ke chehre par shukr, shukr ke ma'ni hote hain etraf, acknowledgement.</w:t>
      </w:r>
      <w:r>
        <w:br/>
      </w:r>
      <w:r>
        <w:rPr>
          <w:sz w:val="20"/>
        </w:rPr>
        <w:t>4:50  to aaj kal jo crisis aaya hai, mein samajhta hoon isi nashukri ki warning hai.</w:t>
      </w:r>
      <w:r>
        <w:br/>
      </w:r>
      <w:r>
        <w:rPr>
          <w:sz w:val="20"/>
        </w:rPr>
        <w:t>5:02  lan shaqartum la azeedannakum</w:t>
      </w:r>
      <w:r>
        <w:br/>
      </w:r>
      <w:r>
        <w:rPr>
          <w:sz w:val="20"/>
        </w:rPr>
        <w:t>5:08  agar shukr karo to hum zaid den ge. is ka ulta bhi hai ke shukr nahi karoge to diya hua chheen jayega.</w:t>
      </w:r>
      <w:r>
        <w:br/>
      </w:r>
      <w:r>
        <w:rPr>
          <w:sz w:val="20"/>
        </w:rPr>
        <w:t>5:23  mein aaj bhi dekhta hoon ke jab yeh nematen waqti taur par saji hui hain,</w:t>
      </w:r>
      <w:r>
        <w:br/>
      </w:r>
      <w:r>
        <w:rPr>
          <w:sz w:val="20"/>
        </w:rPr>
        <w:t>5:30  log shikayaten to karte hain lekin koi lauta nahi ke ya allah aap gunahon maaf farma, hum ne kitni bari ghalti ki ke teri nematon ka hum ne shukr nahi kiya.</w:t>
      </w:r>
      <w:r>
        <w:br/>
      </w:r>
      <w:r>
        <w:rPr>
          <w:sz w:val="20"/>
        </w:rPr>
        <w:t>5:49  asal cheez jo aaj matloob hai in halaton mein, jo crisis aaya hai, ke log yeh ehsas karein ke hum se kitni bari ghalti hogi aur maafi mangein allah taala se.</w:t>
      </w:r>
    </w:p>
    <w:p>
      <w:pPr>
        <w:pStyle w:val="Heading2"/>
      </w:pPr>
      <w:r>
        <w:t>Art of thinking: key to all success</w:t>
      </w:r>
    </w:p>
    <w:p>
      <w:r>
        <w:rPr>
          <w:color w:val="666666"/>
          <w:sz w:val="18"/>
        </w:rPr>
        <w:t>Art of Thinking August 21, 2008 · 4m 14s · at 0:38 · https://youtu.be/KXVTrD_iMBU?t=38</w:t>
      </w:r>
    </w:p>
    <w:p>
      <w:r>
        <w:rPr>
          <w:i/>
        </w:rPr>
        <w:t>“Aaj main art of thinking par kuch kehna chahta hoon.”</w:t>
      </w:r>
    </w:p>
    <w:p>
      <w:r>
        <w:rPr>
          <w:sz w:val="20"/>
        </w:rPr>
        <w:t>0:38  aaj mein art of thinking par kuch kehna chahta hoon.</w:t>
      </w:r>
      <w:r>
        <w:br/>
      </w:r>
      <w:r>
        <w:rPr>
          <w:sz w:val="20"/>
        </w:rPr>
        <w:t>0:48  art of thinking yaani sochne ka tareeqa.</w:t>
      </w:r>
      <w:r>
        <w:br/>
      </w:r>
      <w:r>
        <w:rPr>
          <w:sz w:val="20"/>
        </w:rPr>
        <w:t>0:54  dekhiye, sochna jo hai woh ek amal hai. aadmi koi bhi kaam jo karta hai to pehle sochta hai.</w:t>
      </w:r>
      <w:r>
        <w:br/>
      </w:r>
      <w:r>
        <w:rPr>
          <w:sz w:val="20"/>
        </w:rPr>
        <w:t>1:08  jaise is waqt mein yahan par studio mein baitha hoon. to is se pehle mein apne ghar par tha. to mein ne socha.</w:t>
      </w:r>
      <w:r>
        <w:br/>
      </w:r>
      <w:r>
        <w:rPr>
          <w:sz w:val="20"/>
        </w:rPr>
        <w:t>1:19  soch kar mein wahan se chala, tab mein yahan pahuncha.</w:t>
      </w:r>
      <w:r>
        <w:br/>
      </w:r>
      <w:r>
        <w:rPr>
          <w:sz w:val="20"/>
        </w:rPr>
        <w:t>1:27  so every action begins from thinking. koi bhi kaam, chahe ladai bhadai ho, chahe pani peena ho, kuch bhi ho,</w:t>
      </w:r>
      <w:r>
        <w:br/>
      </w:r>
      <w:r>
        <w:rPr>
          <w:sz w:val="20"/>
        </w:rPr>
        <w:t>1:41  sochne se shuru hota hai. to ek Persian line hai ke:</w:t>
      </w:r>
      <w:r>
        <w:br/>
      </w:r>
      <w:r>
        <w:rPr>
          <w:sz w:val="20"/>
        </w:rPr>
        <w:t>1:51  "khisht pehla gar nah hua me'maar kaj, ta sariya me rawad deewar kaj." ka matlab hai kisi building ki agar pehli jo brick hai, pehli eent jo hai,</w:t>
      </w:r>
      <w:r>
        <w:br/>
      </w:r>
      <w:r>
        <w:rPr>
          <w:sz w:val="20"/>
        </w:rPr>
        <w:t>2:09  wohi agar tedhi ho jaye, yani foundation ki eent agar tedhi ho jaye to sari story, chahe hundred stories hon, sab tedha ho jayega.</w:t>
      </w:r>
      <w:r>
        <w:br/>
      </w:r>
      <w:r>
        <w:rPr>
          <w:sz w:val="20"/>
        </w:rPr>
        <w:t>2:25  to soch agar galat hai to action galat hai. soch agar sahi hai, action sahi hai. yeh hai zindagi ka formula.</w:t>
      </w:r>
      <w:r>
        <w:br/>
      </w:r>
      <w:r>
        <w:rPr>
          <w:sz w:val="20"/>
        </w:rPr>
        <w:t>2:39  to aadmi ko chahiye ke woh sochne ka fun jaane. you have to learn the art of the thinking.</w:t>
      </w:r>
      <w:r>
        <w:br/>
      </w:r>
      <w:r>
        <w:rPr>
          <w:sz w:val="20"/>
        </w:rPr>
        <w:t>2:52  the art of thinking. you have to learn the art of thinking. aap ko chahiye ke aap sone, aap ko chahiye ke aap sochne ka art jaane.</w:t>
      </w:r>
      <w:r>
        <w:br/>
      </w:r>
      <w:r>
        <w:rPr>
          <w:sz w:val="20"/>
        </w:rPr>
        <w:t>3:11  yeh bohat hi zaroori hai. dunya mein jitni bhi failure hain, jitne bhi</w:t>
      </w:r>
      <w:r>
        <w:br/>
      </w:r>
      <w:r>
        <w:rPr>
          <w:sz w:val="20"/>
        </w:rPr>
        <w:t>3:21  nakami ke qisse hain, sab isi liye hain ke logon ne sochne mein ghalti ki. jab sochne mein aap ghalti karenge to result bhi galat ho jayega.</w:t>
      </w:r>
      <w:r>
        <w:br/>
      </w:r>
      <w:r>
        <w:rPr>
          <w:sz w:val="20"/>
        </w:rPr>
        <w:t>3:33  chahe aap superpower hon, tab bhi. ek individual ho, ek nation ho, ek group ho, koi bhi ho, agar sochne mein ghalti ho gayi to phir sara amal, sab kuch jo karenge, us ke baad aap sab ka sab galat ho jayega.</w:t>
      </w:r>
      <w:r>
        <w:br/>
      </w:r>
      <w:r>
        <w:rPr>
          <w:sz w:val="20"/>
        </w:rPr>
        <w:t>4:03  is mein dekhiye, koi bhi exception nahi hai. koi bhi is mein istasna nahi hai.</w:t>
      </w:r>
      <w:r>
        <w:br/>
      </w:r>
      <w:r>
        <w:rPr>
          <w:sz w:val="20"/>
        </w:rPr>
        <w:t>4:14  koi bhi bach nahi sakta ke sochne mein woh ghalti kar jaye, tab bhi woh, tab bhi us ki planning sahi rahe, tab bhi us ka amal sahi rahe.</w:t>
      </w:r>
      <w:r>
        <w:br/>
      </w:r>
      <w:r>
        <w:rPr>
          <w:sz w:val="20"/>
        </w:rPr>
        <w:t>4:30  aisa kabhi ho nahi sakta hai.</w:t>
      </w:r>
      <w:r>
        <w:br/>
      </w:r>
      <w:r>
        <w:rPr>
          <w:sz w:val="20"/>
        </w:rPr>
        <w:t>4:35  is liye aadmi ko kabhi yeh bhool nahi karna chahiye</w:t>
      </w:r>
      <w:r>
        <w:br/>
      </w:r>
      <w:r>
        <w:rPr>
          <w:sz w:val="20"/>
        </w:rPr>
        <w:t>4:41  ke woh sochne mein ghalti kare. to art of thinking, aap seekhna hai. jis tarah aap bohat si cheezein seekhte hain,</w:t>
      </w:r>
    </w:p>
    <w:p>
      <w:pPr>
        <w:pStyle w:val="Heading2"/>
      </w:pPr>
      <w:r>
        <w:t>Man is a perfection-seeking creature trapped in an imperfect world</w:t>
      </w:r>
    </w:p>
    <w:p>
      <w:r>
        <w:rPr>
          <w:color w:val="666666"/>
          <w:sz w:val="18"/>
        </w:rPr>
        <w:t>Man and Paradise August 18, 2013 · 3m 27s · at 26:26 · https://youtu.be/v7eX25YAjDU?t=1586</w:t>
      </w:r>
    </w:p>
    <w:p>
      <w:r>
        <w:rPr>
          <w:i/>
        </w:rPr>
        <w:t>“Man was made to seek perfection, but the world is imperfect”</w:t>
      </w:r>
    </w:p>
    <w:p>
      <w:r>
        <w:rPr>
          <w:sz w:val="20"/>
        </w:rPr>
        <w:t>26:26  to ek ek yeh muamla ek contradiction ka muamla hai. insan apni takhleeq ke aitbar se takhleeq asal par paida hua hai, lekin</w:t>
      </w:r>
      <w:r>
        <w:br/>
      </w:r>
      <w:r>
        <w:rPr>
          <w:sz w:val="20"/>
        </w:rPr>
        <w:t>26:38  jahan rakha gaya hai, us ko ya asal safarin se murad yeh duniya hai, koi aur cheez nahi hai. yani insan ko paida kiya gaya ek ek perfection seeking animal ke taur par,</w:t>
      </w:r>
      <w:r>
        <w:br/>
      </w:r>
      <w:r>
        <w:rPr>
          <w:sz w:val="20"/>
        </w:rPr>
        <w:t>26:52  aur dal diya is duniya mein jo ke imperfect world hai. yahi jo planet hai, yahi jo zameen hai, yahi sayara arz hai, isi ke isi yahi hai asal safarin.</w:t>
      </w:r>
      <w:r>
        <w:br/>
      </w:r>
      <w:r>
        <w:rPr>
          <w:sz w:val="20"/>
        </w:rPr>
        <w:t>27:09  aur asal safar is sense mein hai ke aap jo chahte hain, woh yahan milta nahi hai. aap ko aap chahte hain eternity, yahan aap ko sirf aarzai muddat mein kuch cheezein saman mil jata hai.</w:t>
      </w:r>
      <w:r>
        <w:br/>
      </w:r>
      <w:r>
        <w:rPr>
          <w:sz w:val="20"/>
        </w:rPr>
        <w:t>27:23  aap ko chahte hain ke main hamesha healthy rahoon, lekin aap ko hamesha ki health nahi milti. aap chahte hain ke mujhe kabhi accident na ho, lekin yahan par aap ko accident se dochar hona parta hai.</w:t>
      </w:r>
      <w:r>
        <w:br/>
      </w:r>
      <w:r>
        <w:rPr>
          <w:sz w:val="20"/>
        </w:rPr>
        <w:t>27:37  aap chahte hain ke main kabhi kabhi mujhe burden na ho, lekin aap ko bore hona parta hai. aap chahte hain ke hamesha mujhe mera intellectual development hamesha jari rahe, lekin yahan par aap ko end aa jata hai.</w:t>
      </w:r>
      <w:r>
        <w:br/>
      </w:r>
      <w:r>
        <w:rPr>
          <w:sz w:val="20"/>
        </w:rPr>
        <w:t>27:53  jin lazzaton ko aap chahte hain, un lazzaton ko hasil kar ke bhi aap enjoy nahi kar paate, kyunke enjoy karne ka mauqa nahi hai aap ki duniya mein.</w:t>
      </w:r>
      <w:r>
        <w:br/>
      </w:r>
      <w:r>
        <w:rPr>
          <w:sz w:val="20"/>
        </w:rPr>
        <w:t>28:04  aap ke liye</w:t>
      </w:r>
      <w:r>
        <w:br/>
      </w:r>
      <w:r>
        <w:rPr>
          <w:sz w:val="20"/>
        </w:rPr>
        <w:t>28:06  to har jagah admi yeh tajruba karta hai ke ke jo main chahta hoon, mujhe nahi mil raha hai. yani fulfillment nahi mil raha hai. aap jante hain ke insan jo hai, full fulfillment se kam cheez par kabhi razi nahi ho sakta.</w:t>
      </w:r>
      <w:r>
        <w:br/>
      </w:r>
      <w:r>
        <w:rPr>
          <w:sz w:val="20"/>
        </w:rPr>
        <w:t>28:21  tension isi liye hota hai.</w:t>
      </w:r>
      <w:r>
        <w:br/>
      </w:r>
      <w:r>
        <w:rPr>
          <w:sz w:val="20"/>
        </w:rPr>
        <w:t>28:25  to asal safarin ka matlab yeh hai ke insan ko paida kiya Allah taala ne perfection seeking animal ke taur par, lekin is ko dal diya wahan jahan ke jo ke imperfect world hai.</w:t>
      </w:r>
      <w:r>
        <w:br/>
      </w:r>
      <w:r>
        <w:rPr>
          <w:sz w:val="20"/>
        </w:rPr>
        <w:t>28:41  yani duniya maujooda duniya imperfect world hai, aur hum perfection seeking animal hain. to yeh yeh hai contradiction. isi ko is ayat mein bataya gaya hai.</w:t>
      </w:r>
      <w:r>
        <w:br/>
      </w:r>
      <w:r>
        <w:rPr>
          <w:sz w:val="20"/>
        </w:rPr>
        <w:t>28:55  to ab is ka hal kya hai? yeh hal aap jab quran ka mutala karenge to milega aap ko ke jo duniya perfect world jo main chahta hoon, jo ideal world mein chahta hoon, jo eternity mein chahta hoon, woh yahan achievable nahi hai.</w:t>
      </w:r>
      <w:r>
        <w:br/>
      </w:r>
      <w:r>
        <w:rPr>
          <w:sz w:val="20"/>
        </w:rPr>
        <w:t>29:11  woh sirf akhirat mein achievable hai. yahan mujhe tayyari karna hai, yahan mujhe apni zindagi ko is tarah guzarna hai ke is ke reward ke taur par mujhe woh attendance world mil jaye.</w:t>
      </w:r>
      <w:r>
        <w:br/>
      </w:r>
      <w:r>
        <w:rPr>
          <w:sz w:val="20"/>
        </w:rPr>
        <w:t>29:26  to is dunya tayari ki dunya hai, yeh achieve karne ki dunya nahi hai.</w:t>
      </w:r>
      <w:r>
        <w:br/>
      </w:r>
      <w:r>
        <w:rPr>
          <w:sz w:val="20"/>
        </w:rPr>
        <w:t>29:34  yani yeh world world of achievement nahi hai, yeh world yeh world of preparation hai.</w:t>
      </w:r>
      <w:r>
        <w:br/>
      </w:r>
      <w:r>
        <w:rPr>
          <w:sz w:val="20"/>
        </w:rPr>
        <w:t>29:43  to is yeh yeh hai woh cheez jo aadmi ko ghaur kar ke daryaft karna chahiye.</w:t>
      </w:r>
    </w:p>
    <w:p>
      <w:pPr>
        <w:pStyle w:val="Heading2"/>
      </w:pPr>
      <w:r>
        <w:t>Mind as jungle requires analysis and Tafkir</w:t>
      </w:r>
    </w:p>
    <w:p>
      <w:r>
        <w:rPr>
          <w:color w:val="666666"/>
          <w:sz w:val="18"/>
        </w:rPr>
        <w:t>The Concept of Tafkeer in Islam | August 9, 2007 · 6m 12s · at 39:49 · https://youtu.be/6PhlvUwQygQ?t=2389</w:t>
      </w:r>
    </w:p>
    <w:p>
      <w:r>
        <w:rPr>
          <w:i/>
        </w:rPr>
        <w:t>“Tafkir and Tadabbur means knowing the art of right thinking.”</w:t>
      </w:r>
    </w:p>
    <w:p>
      <w:r>
        <w:rPr>
          <w:sz w:val="20"/>
        </w:rPr>
        <w:t>39:49  right thinking.</w:t>
      </w:r>
      <w:r>
        <w:br/>
      </w:r>
      <w:r>
        <w:rPr>
          <w:sz w:val="20"/>
        </w:rPr>
        <w:t>39:55  Tafkir and Tadabbur means knowing the art ofright thinking.</w:t>
      </w:r>
      <w:r>
        <w:br/>
      </w:r>
      <w:r>
        <w:rPr>
          <w:sz w:val="20"/>
        </w:rPr>
        <w:t>40:01  This is very, very important. Why?</w:t>
      </w:r>
      <w:r>
        <w:br/>
      </w:r>
      <w:r>
        <w:rPr>
          <w:sz w:val="20"/>
        </w:rPr>
        <w:t>40:07  Because every human being is a jungle of thought.</w:t>
      </w:r>
      <w:r>
        <w:br/>
      </w:r>
      <w:r>
        <w:rPr>
          <w:sz w:val="20"/>
        </w:rPr>
        <w:t>40:13  You are living</w:t>
      </w:r>
      <w:r>
        <w:br/>
      </w:r>
      <w:r>
        <w:rPr>
          <w:sz w:val="20"/>
        </w:rPr>
        <w:t>40:19  in a world, in a society, and every day you receive so many thoughts, so many informations.</w:t>
      </w:r>
      <w:r>
        <w:br/>
      </w:r>
      <w:r>
        <w:rPr>
          <w:sz w:val="20"/>
        </w:rPr>
        <w:t>40:29  And all those informations you receive every day are stored here in your mind.</w:t>
      </w:r>
      <w:r>
        <w:br/>
      </w:r>
      <w:r>
        <w:rPr>
          <w:sz w:val="20"/>
        </w:rPr>
        <w:t>40:39  All those things you hear or read or listen to are stored in this</w:t>
      </w:r>
      <w:r>
        <w:br/>
      </w:r>
      <w:r>
        <w:rPr>
          <w:sz w:val="20"/>
        </w:rPr>
        <w:t>40:49  mind forever, forever.</w:t>
      </w:r>
      <w:r>
        <w:br/>
      </w:r>
      <w:r>
        <w:rPr>
          <w:sz w:val="20"/>
        </w:rPr>
        <w:t>40:57  It means that in your mind there are billions and billions of thoughts.</w:t>
      </w:r>
      <w:r>
        <w:br/>
      </w:r>
      <w:r>
        <w:rPr>
          <w:sz w:val="20"/>
        </w:rPr>
        <w:t>41:04  So the mind of every human being is a jungle of thoughts.</w:t>
      </w:r>
      <w:r>
        <w:br/>
      </w:r>
      <w:r>
        <w:rPr>
          <w:sz w:val="20"/>
        </w:rPr>
        <w:t>41:12  So the question is how to sort out, how to differentiate, how to</w:t>
      </w:r>
      <w:r>
        <w:br/>
      </w:r>
      <w:r>
        <w:rPr>
          <w:sz w:val="20"/>
        </w:rPr>
        <w:t>41:19  analyze.</w:t>
      </w:r>
      <w:r>
        <w:br/>
      </w:r>
      <w:r>
        <w:rPr>
          <w:sz w:val="20"/>
        </w:rPr>
        <w:t>41:25  So according to my experience, analysis is the most important.</w:t>
      </w:r>
      <w:r>
        <w:br/>
      </w:r>
      <w:r>
        <w:rPr>
          <w:sz w:val="20"/>
        </w:rPr>
        <w:t>41:31  Simply information is nothing.</w:t>
      </w:r>
      <w:r>
        <w:br/>
      </w:r>
      <w:r>
        <w:rPr>
          <w:sz w:val="20"/>
        </w:rPr>
        <w:t>41:37  If your mind has many, many informations, there is nothing.</w:t>
      </w:r>
      <w:r>
        <w:br/>
      </w:r>
      <w:r>
        <w:rPr>
          <w:sz w:val="20"/>
        </w:rPr>
        <w:t>41:44  You have to know the analysis. You have</w:t>
      </w:r>
      <w:r>
        <w:br/>
      </w:r>
      <w:r>
        <w:rPr>
          <w:sz w:val="20"/>
        </w:rPr>
        <w:t>41:50  the power of analysis.</w:t>
      </w:r>
      <w:r>
        <w:br/>
      </w:r>
      <w:r>
        <w:rPr>
          <w:sz w:val="20"/>
        </w:rPr>
        <w:t>41:56  Without analysis, you cannot understand the Quran.</w:t>
      </w:r>
      <w:r>
        <w:br/>
      </w:r>
      <w:r>
        <w:rPr>
          <w:sz w:val="20"/>
        </w:rPr>
        <w:t>42:02  You cannot use all those informations.</w:t>
      </w:r>
      <w:r>
        <w:br/>
      </w:r>
      <w:r>
        <w:rPr>
          <w:sz w:val="20"/>
        </w:rPr>
        <w:t>42:08  Without the power of analysis, you cannot use those informations you receive every day from outside.</w:t>
      </w:r>
      <w:r>
        <w:br/>
      </w:r>
      <w:r>
        <w:rPr>
          <w:sz w:val="20"/>
        </w:rPr>
        <w:t>42:14  So it requires Tafkir, Tadabb</w:t>
      </w:r>
      <w:r>
        <w:br/>
      </w:r>
      <w:r>
        <w:rPr>
          <w:sz w:val="20"/>
        </w:rPr>
        <w:t>42:20  ur, to use these informations in a correct manner.</w:t>
      </w:r>
      <w:r>
        <w:br/>
      </w:r>
      <w:r>
        <w:rPr>
          <w:sz w:val="20"/>
        </w:rPr>
        <w:t>42:30  It is a fact that the mind of every human being is full of thoughts, of informations.</w:t>
      </w:r>
      <w:r>
        <w:br/>
      </w:r>
      <w:r>
        <w:rPr>
          <w:sz w:val="20"/>
        </w:rPr>
        <w:t>42:41  So it is like a jungle.</w:t>
      </w:r>
      <w:r>
        <w:br/>
      </w:r>
      <w:r>
        <w:rPr>
          <w:sz w:val="20"/>
        </w:rPr>
        <w:t>42:52  Without analysis, there is no use of these jungles.</w:t>
      </w:r>
      <w:r>
        <w:br/>
      </w:r>
      <w:r>
        <w:rPr>
          <w:sz w:val="20"/>
        </w:rPr>
        <w:t>42:59  So you have to train yourself.</w:t>
      </w:r>
      <w:r>
        <w:br/>
      </w:r>
      <w:r>
        <w:rPr>
          <w:sz w:val="20"/>
        </w:rPr>
        <w:t>43:06  You have to educate yourself inright thinking.</w:t>
      </w:r>
      <w:r>
        <w:br/>
      </w:r>
      <w:r>
        <w:rPr>
          <w:sz w:val="20"/>
        </w:rPr>
        <w:t>43:14  Right thinking is a must for Iman.</w:t>
      </w:r>
      <w:r>
        <w:br/>
      </w:r>
      <w:r>
        <w:rPr>
          <w:sz w:val="20"/>
        </w:rPr>
        <w:t>43:21  Right thinking is a must for increasing Iman.</w:t>
      </w:r>
      <w:r>
        <w:br/>
      </w:r>
      <w:r>
        <w:rPr>
          <w:sz w:val="20"/>
        </w:rPr>
        <w:t>43:28  There was a Sahabi that is a companion of the Prophet of Islam. His name was Abu Darda, Abu Darda Ansari. So after his death, one Muslim visited the house of Abu Darda. He asked his wife, his name was Umm D</w:t>
      </w:r>
      <w:r>
        <w:br/>
      </w:r>
      <w:r>
        <w:rPr>
          <w:sz w:val="20"/>
        </w:rPr>
        <w:t>43:58  arda.</w:t>
      </w:r>
      <w:r>
        <w:br/>
      </w:r>
      <w:r>
        <w:rPr>
          <w:sz w:val="20"/>
        </w:rPr>
        <w:t>44:06  So he asked, "What was the most important worship of Abu Darda?" "What was the most important worship</w:t>
      </w:r>
      <w:r>
        <w:br/>
      </w:r>
      <w:r>
        <w:rPr>
          <w:sz w:val="20"/>
        </w:rPr>
        <w:t>44:14  of Abu Darda?" His wife said, "At that time he was a widow." So his wife, Abu Darda,</w:t>
      </w:r>
      <w:r>
        <w:br/>
      </w:r>
      <w:r>
        <w:rPr>
          <w:sz w:val="20"/>
        </w:rPr>
        <w:t>44:21  no, his wife, Umm Darda, said,</w:t>
      </w:r>
      <w:r>
        <w:br/>
      </w:r>
      <w:r>
        <w:rPr>
          <w:sz w:val="20"/>
        </w:rPr>
        <w:t>44:29  "At-Tafakkur wal-I'tibar." "At-Tafakkur wal-I'tibar," it means thinking, thinking, thinking, thinking.</w:t>
      </w:r>
      <w:r>
        <w:br/>
      </w:r>
      <w:r>
        <w:rPr>
          <w:sz w:val="20"/>
        </w:rPr>
        <w:t>44:37  So every time Abu Darda was in thinking, in contemplation, in pondering over the universe, this was the</w:t>
      </w:r>
      <w:r>
        <w:br/>
      </w:r>
      <w:r>
        <w:rPr>
          <w:sz w:val="20"/>
        </w:rPr>
        <w:t>44:45  greatest worship of Abu Darda.</w:t>
      </w:r>
      <w:r>
        <w:br/>
      </w:r>
      <w:r>
        <w:rPr>
          <w:sz w:val="20"/>
        </w:rPr>
        <w:t>44:53  He was a senior Sahabi of the Prophet of Islam.</w:t>
      </w:r>
      <w:r>
        <w:br/>
      </w:r>
      <w:r>
        <w:rPr>
          <w:sz w:val="20"/>
        </w:rPr>
        <w:t>45:01  So his wife said, "At-Tafakkur, At-Tafakkur, At-Tafakkur," that is thinking, thinking, thinking, thinking. Why? Thinking itself is nothing. It was not thinking for the sake of thinking. No. It was not thinking for the sake</w:t>
      </w:r>
      <w:r>
        <w:br/>
      </w:r>
      <w:r>
        <w:rPr>
          <w:sz w:val="20"/>
        </w:rPr>
        <w:t>45:31  of thinking.</w:t>
      </w:r>
      <w:r>
        <w:br/>
      </w:r>
      <w:r>
        <w:rPr>
          <w:sz w:val="20"/>
        </w:rPr>
        <w:t>45:38  It was thinking for some purpose, some positive purpose.</w:t>
      </w:r>
      <w:r>
        <w:br/>
      </w:r>
      <w:r>
        <w:rPr>
          <w:sz w:val="20"/>
        </w:rPr>
        <w:t>45:46  And what was that purpose?</w:t>
      </w:r>
      <w:r>
        <w:br/>
      </w:r>
      <w:r>
        <w:rPr>
          <w:sz w:val="20"/>
        </w:rPr>
        <w:t>45:53  That purpose was At-Tawassum, al-I'tibar, that is to take lessons, to take lessons, to increase his faith. His Tafak</w:t>
      </w:r>
    </w:p>
    <w:p>
      <w:pPr>
        <w:pStyle w:val="Heading2"/>
      </w:pPr>
      <w:r>
        <w:t>From life's question to the hadith's answer</w:t>
      </w:r>
    </w:p>
    <w:p>
      <w:r>
        <w:rPr>
          <w:color w:val="666666"/>
          <w:sz w:val="18"/>
        </w:rPr>
        <w:t>Man and Paradise May 5, 2013 Maulana Wahiduddin Khan · 3m 47s · at 1:00 · https://youtu.be/AAn7EW096nI?t=60</w:t>
      </w:r>
    </w:p>
    <w:p>
      <w:r>
        <w:rPr>
          <w:i/>
        </w:rPr>
        <w:t>“Poori tareekh mein mein samajhta hoon”</w:t>
      </w:r>
    </w:p>
    <w:p>
      <w:r>
        <w:rPr>
          <w:sz w:val="20"/>
        </w:rPr>
        <w:t>1:00  poori tareekh mein main samajhta hoon ke knowingly ya unknowingly, consciously ya unconsciously, sab ka</w:t>
      </w:r>
      <w:r>
        <w:br/>
      </w:r>
      <w:r>
        <w:rPr>
          <w:sz w:val="20"/>
        </w:rPr>
        <w:t>1:14  sawal yahi raha hai ke "what is the purpose of my life?" "what is the goal of my life?" mera goal kya hai?</w:t>
      </w:r>
      <w:r>
        <w:br/>
      </w:r>
      <w:r>
        <w:rPr>
          <w:sz w:val="20"/>
        </w:rPr>
        <w:t>1:27  mera maqsad kya hai? kya cheez mujhe paana hai? lekin main samajhta hoon ke poori tareekh mein</w:t>
      </w:r>
      <w:r>
        <w:br/>
      </w:r>
      <w:r>
        <w:rPr>
          <w:sz w:val="20"/>
        </w:rPr>
        <w:t>1:38  is mamle mein bohat hi kam log the jo pahunche apne sahi jawab tak.</w:t>
      </w:r>
      <w:r>
        <w:br/>
      </w:r>
      <w:r>
        <w:rPr>
          <w:sz w:val="20"/>
        </w:rPr>
        <w:t>1:54  abhi main ek report padh raha tha, America ka ek wealthy aadmi, uska interview tha.</w:t>
      </w:r>
      <w:r>
        <w:br/>
      </w:r>
      <w:r>
        <w:rPr>
          <w:sz w:val="20"/>
        </w:rPr>
        <w:t>2:07  us ne kaha ke main ne apna nishana banaya tha ke main dolat kamau, aur aap jante hain ke USA mein bohat ziyada opportunities hoti hain,</w:t>
      </w:r>
      <w:r>
        <w:br/>
      </w:r>
      <w:r>
        <w:rPr>
          <w:sz w:val="20"/>
        </w:rPr>
        <w:t>2:22  to us ne kafi dolat kamai.</w:t>
      </w:r>
      <w:r>
        <w:br/>
      </w:r>
      <w:r>
        <w:rPr>
          <w:sz w:val="20"/>
        </w:rPr>
        <w:t>2:27  lekin woh kehta hai ke jab mera nishana poora ho gaya to main ne dekha ke mujhe peace of mind nahi, mere paas fulfillment nahi, mujhe mila.</w:t>
      </w:r>
      <w:r>
        <w:br/>
      </w:r>
      <w:r>
        <w:rPr>
          <w:sz w:val="20"/>
        </w:rPr>
        <w:t>2:44  to yeh batate hue us ne ek jumla kaha ke "success can give you achievement, but success can not give you fulfillment".</w:t>
      </w:r>
      <w:r>
        <w:br/>
      </w:r>
      <w:r>
        <w:rPr>
          <w:sz w:val="20"/>
        </w:rPr>
        <w:t>3:03  yani kamyabi is mani mein to aap ko ho sakti hai ke aap dolat kama lein, palt kar power mil jaye, magar fulfillment jo hai woh phir bhi nahi milta aap ko.</w:t>
      </w:r>
      <w:r>
        <w:br/>
      </w:r>
      <w:r>
        <w:rPr>
          <w:sz w:val="20"/>
        </w:rPr>
        <w:t>3:16  yeh kya cheez hai?</w:t>
      </w:r>
      <w:r>
        <w:br/>
      </w:r>
      <w:r>
        <w:rPr>
          <w:sz w:val="20"/>
        </w:rPr>
        <w:t>3:21  yani super achievers bhi fulfillment ke ehsas mein nahi jeete. Yeh poori tareekh ka ajeeb zahira hai.</w:t>
      </w:r>
      <w:r>
        <w:br/>
      </w:r>
      <w:r>
        <w:rPr>
          <w:sz w:val="20"/>
        </w:rPr>
        <w:t>3:36  to aisa hai kyun? Aisa hai kyun?</w:t>
      </w:r>
      <w:r>
        <w:br/>
      </w:r>
      <w:r>
        <w:rPr>
          <w:sz w:val="20"/>
        </w:rPr>
        <w:t>3:47  to yeh sochte hue mujhe ek hadith yaad aayi.</w:t>
      </w:r>
      <w:r>
        <w:br/>
      </w:r>
      <w:r>
        <w:rPr>
          <w:sz w:val="20"/>
        </w:rPr>
        <w:t>3:53  ek hadith ke alfaaz hain, woh Albaiqi mein hai, woh hadith. Is hadith ke alfaaz yeh hain:</w:t>
      </w:r>
      <w:r>
        <w:br/>
      </w:r>
      <w:r>
        <w:rPr>
          <w:sz w:val="20"/>
        </w:rPr>
        <w:t>4:03  "Al dunya khuliqat lakum wa antum khuliqatun lil akhirah".</w:t>
      </w:r>
      <w:r>
        <w:br/>
      </w:r>
      <w:r>
        <w:rPr>
          <w:sz w:val="20"/>
        </w:rPr>
        <w:t>4:13  yani paida karne wale ne duniya ko tumhare liye paida kiya hai aur tum ko akhirat ke liye paida kiya hai. Dekhiye, yeh alfaaz bohat sada se is hadith mein hain, lekin is ko samajhna tab mumkin hai jab aap alfaaz badal sakein.</w:t>
      </w:r>
      <w:r>
        <w:br/>
      </w:r>
      <w:r>
        <w:rPr>
          <w:sz w:val="20"/>
        </w:rPr>
        <w:t>4:37  jab tak aap alfaaz badal na sakein, aap is ki haqeeqat ko samajh nahi sakte.</w:t>
      </w:r>
    </w:p>
    <w:p>
      <w:pPr>
        <w:pStyle w:val="Heading2"/>
      </w:pPr>
      <w:r>
        <w:t>Adam's story teaches admitting mistake for success</w:t>
      </w:r>
    </w:p>
    <w:p>
      <w:r>
        <w:rPr>
          <w:color w:val="666666"/>
          <w:sz w:val="18"/>
        </w:rPr>
        <w:t>Replanning | February 26, 2017 · 4m 31s · at 24:24 · https://youtu.be/E120hwMH9x8?t=1464</w:t>
      </w:r>
    </w:p>
    <w:p>
      <w:r>
        <w:rPr>
          <w:i/>
        </w:rPr>
        <w:t>“Adam awwal insaan the, Allah ne unhen paida kiya.”</w:t>
      </w:r>
    </w:p>
    <w:p>
      <w:r>
        <w:rPr>
          <w:sz w:val="20"/>
        </w:rPr>
        <w:t>24:24  is duniya mein achievement un ke liye muqaddar hai jo replan karen jaise Adam pehle insan the Adam pehle insan the Allah ne un ko paida kiya paida kar ke un ko paradise mein kaha ke raho yahan lekin wahan par ek forbidden tree tha us ko unhon ne kha liya aur phir jannat</w:t>
      </w:r>
      <w:r>
        <w:br/>
      </w:r>
      <w:r>
        <w:rPr>
          <w:sz w:val="20"/>
        </w:rPr>
        <w:t>24:54  t khoi gayi un se jis se ke military ne theme banai paradise lost lekin us ke baad</w:t>
      </w:r>
      <w:r>
        <w:br/>
      </w:r>
      <w:r>
        <w:rPr>
          <w:sz w:val="20"/>
        </w:rPr>
        <w:t>25:04  unhone toba kiya giriya o zaari ki Allah se maafi mangi goya ke re planning ke liye</w:t>
      </w:r>
      <w:r>
        <w:br/>
      </w:r>
      <w:r>
        <w:rPr>
          <w:sz w:val="20"/>
        </w:rPr>
        <w:t>25:14  apne aap ko tayyar kiya to phir dobara un ko jannat mein dakhla mila to Adam</w:t>
      </w:r>
      <w:r>
        <w:br/>
      </w:r>
      <w:r>
        <w:rPr>
          <w:sz w:val="20"/>
        </w:rPr>
        <w:t>25:24  ka case yeh hai ke agar tumhara pehla plan fail ho jaye to mayoos mat ho re planning</w:t>
      </w:r>
      <w:r>
        <w:br/>
      </w:r>
      <w:r>
        <w:rPr>
          <w:sz w:val="20"/>
        </w:rPr>
        <w:t>25:32  karo re planning karo to ab insaniyat re planning ke daur mein hai lekin yeh ek hi baar</w:t>
      </w:r>
      <w:r>
        <w:br/>
      </w:r>
      <w:r>
        <w:rPr>
          <w:sz w:val="20"/>
        </w:rPr>
        <w:t>25:39  nahi hoga baar baar hoga baar baar yeh process dohraya jata rahega dekhiye agar aap sirf apne</w:t>
      </w:r>
      <w:r>
        <w:br/>
      </w:r>
      <w:r>
        <w:rPr>
          <w:sz w:val="20"/>
        </w:rPr>
        <w:t>25:47  aapas mein jeete hain apne aapas mein</w:t>
      </w:r>
      <w:r>
        <w:br/>
      </w:r>
      <w:r>
        <w:rPr>
          <w:sz w:val="20"/>
        </w:rPr>
        <w:t>25:54  apne mind mein jeete hain apne mindset mein jeete hain to is duniya mein aap ke liye</w:t>
      </w:r>
      <w:r>
        <w:br/>
      </w:r>
      <w:r>
        <w:rPr>
          <w:sz w:val="20"/>
        </w:rPr>
        <w:t>26:02  koi badi achievement nahi hai aap ko law of nature ko janna padega aap ko history ko</w:t>
      </w:r>
      <w:r>
        <w:br/>
      </w:r>
      <w:r>
        <w:rPr>
          <w:sz w:val="20"/>
        </w:rPr>
        <w:t>26:09  janna padega aap ko creator ki theory ko janna padega Adam ki story mein kya lesson</w:t>
      </w:r>
      <w:r>
        <w:br/>
      </w:r>
      <w:r>
        <w:rPr>
          <w:sz w:val="20"/>
        </w:rPr>
        <w:t>26:17  hai us ko janna padega tab aap ke liye is</w:t>
      </w:r>
      <w:r>
        <w:br/>
      </w:r>
      <w:r>
        <w:rPr>
          <w:sz w:val="20"/>
        </w:rPr>
        <w:t>26:24  dunya mein koi bari success hogi warna nahi is dunya mein dekhiye barsi ka usool nahi hai is dunya mein realistic approach ka usool hai aap ko haqeeqat pasand banna hoga haqaiq ka etraf karna hoga apni ghalti ko manna hoga dekhiye replanning ki</w:t>
      </w:r>
      <w:r>
        <w:br/>
      </w:r>
      <w:r>
        <w:rPr>
          <w:sz w:val="20"/>
        </w:rPr>
        <w:t>26:54  kahan se shuru beginning hoti hai i was wrong se hoti hai Adam ne jab kaha ke i</w:t>
      </w:r>
      <w:r>
        <w:br/>
      </w:r>
      <w:r>
        <w:rPr>
          <w:sz w:val="20"/>
        </w:rPr>
        <w:t>27:02  was wrong tab un ko doosra chance diya Allah taala ne ab jo hum duniya mein hain to</w:t>
      </w:r>
      <w:r>
        <w:br/>
      </w:r>
      <w:r>
        <w:rPr>
          <w:sz w:val="20"/>
        </w:rPr>
        <w:t>27:10  yeh second chance mila hai hum ko tab hain is duniya mein lekin kab mila jab hum ne</w:t>
      </w:r>
      <w:r>
        <w:br/>
      </w:r>
      <w:r>
        <w:rPr>
          <w:sz w:val="20"/>
        </w:rPr>
        <w:t>27:17  jab Adam ne aur Hawa ne etraf kiya dekhiye jab first chance khoya jaye</w:t>
      </w:r>
      <w:r>
        <w:br/>
      </w:r>
      <w:r>
        <w:rPr>
          <w:sz w:val="20"/>
        </w:rPr>
        <w:t>27:25  to foran kahiye ke i was wrong beware wrong taake doosra chance mile aap ko doosra chance</w:t>
      </w:r>
      <w:r>
        <w:br/>
      </w:r>
      <w:r>
        <w:rPr>
          <w:sz w:val="20"/>
        </w:rPr>
        <w:t>27:35  na khoya jaye aap se pehli planning fail ho jaye to jaldi se kahiye ke i was wrong</w:t>
      </w:r>
      <w:r>
        <w:br/>
      </w:r>
      <w:r>
        <w:rPr>
          <w:sz w:val="20"/>
        </w:rPr>
        <w:t>27:45  taake aap ko doosri planning ka mind aap ki taraf paida ho yeh bohat</w:t>
      </w:r>
      <w:r>
        <w:br/>
      </w:r>
      <w:r>
        <w:rPr>
          <w:sz w:val="20"/>
        </w:rPr>
        <w:t>27:55  zyada important baat hai hatta ke dekhiye ke jo kalma hai pehle us mein law hai phir ala</w:t>
      </w:r>
      <w:r>
        <w:br/>
      </w:r>
      <w:r>
        <w:rPr>
          <w:sz w:val="20"/>
        </w:rPr>
        <w:t>28:03  اللہ آتا ہے پہلے یہ کہنا پڑتا ہے کہ I was wrong تب آپ کو سپر اچیور کی</w:t>
      </w:r>
      <w:r>
        <w:br/>
      </w:r>
      <w:r>
        <w:rPr>
          <w:sz w:val="20"/>
        </w:rPr>
        <w:t>28:10  list mein likha jata hai jo yeh manne ke liye tayar na ho ke maine galti ki</w:t>
      </w:r>
      <w:r>
        <w:br/>
      </w:r>
      <w:r>
        <w:rPr>
          <w:sz w:val="20"/>
        </w:rPr>
        <w:t>28:18  to yaad rakhiye us ko kabhi bhi</w:t>
      </w:r>
      <w:r>
        <w:br/>
      </w:r>
      <w:r>
        <w:rPr>
          <w:sz w:val="20"/>
        </w:rPr>
        <w:t>28:26  history جگہ نہیں ملتی اپنی تو امت مسلمہ کو یہ کہنا پڑے گا کہ Beware, you are wrong. یہ</w:t>
      </w:r>
      <w:r>
        <w:br/>
      </w:r>
      <w:r>
        <w:rPr>
          <w:sz w:val="20"/>
        </w:rPr>
        <w:t>28:33  kehna padega in shikayaton se kuch bhi nahi hoga poori ummat jo hai shikayat kar rahi hai</w:t>
      </w:r>
      <w:r>
        <w:br/>
      </w:r>
      <w:r>
        <w:rPr>
          <w:sz w:val="20"/>
        </w:rPr>
        <w:t>28:41  doosron ki enemy hai yeh elaan kar rahi hai doosre sazish kar rahe hain yeh shor macha hua</w:t>
      </w:r>
      <w:r>
        <w:br/>
      </w:r>
      <w:r>
        <w:rPr>
          <w:sz w:val="20"/>
        </w:rPr>
        <w:t>28:48  hai har taraf sare likhne wale aur bolne wale log musalmanon ke</w:t>
      </w:r>
    </w:p>
    <w:p>
      <w:pPr>
        <w:pStyle w:val="Heading2"/>
      </w:pPr>
      <w:r>
        <w:t>big bird thinking: a lifelong positive, non-reactive ideology</w:t>
      </w:r>
    </w:p>
    <w:p>
      <w:r>
        <w:rPr>
          <w:color w:val="666666"/>
          <w:sz w:val="18"/>
        </w:rPr>
        <w:t>My Life and Experience April 8, 2007 · 5m 45s · at 1:03:13 · https://youtu.be/HbJzX4PJdR8?t=3793</w:t>
      </w:r>
    </w:p>
    <w:p>
      <w:r>
        <w:rPr>
          <w:i/>
        </w:rPr>
        <w:t>“Ek qol hai angrezi mein, Big birds of the storm”</w:t>
      </w:r>
    </w:p>
    <w:p>
      <w:r>
        <w:rPr>
          <w:sz w:val="20"/>
        </w:rPr>
        <w:t>1:03:13  aur mein aap ko aik arz bataoon, is se pehle aik baat arz ki thi ke aik qaul hai angrezi mein "Big birds of the storm" .</w:t>
      </w:r>
      <w:r>
        <w:br/>
      </w:r>
      <w:r>
        <w:rPr>
          <w:sz w:val="20"/>
        </w:rPr>
        <w:t>1:03:24  jo mulk hain jahan thanda hota hai, wahan khaas tor par aisa hota hai ke toofan ate hain. sard toofan. thandi hawaein.</w:t>
      </w:r>
      <w:r>
        <w:br/>
      </w:r>
      <w:r>
        <w:rPr>
          <w:sz w:val="20"/>
        </w:rPr>
        <w:t>1:03:34  to jo chiriyaan hain, woh is ke ati hain, is ke is mein, is ki zad mein. to kya hota hai?</w:t>
      </w:r>
      <w:r>
        <w:br/>
      </w:r>
      <w:r>
        <w:rPr>
          <w:sz w:val="20"/>
        </w:rPr>
        <w:t>1:03:44  ab jo choti chiriyaan hain, bechari, ziyada ur nahi sakti woh, sab mar jati hain.</w:t>
      </w:r>
      <w:r>
        <w:br/>
      </w:r>
      <w:r>
        <w:rPr>
          <w:sz w:val="20"/>
        </w:rPr>
        <w:t>1:03:49  aur jo bari chiriyaan hain jinke woh bohat hi mazboot hote hain, unke woh, yaani woh kya kehte hain is ko, wing, to woh urti hain oopar ki taraf.</w:t>
      </w:r>
      <w:r>
        <w:br/>
      </w:r>
      <w:r>
        <w:rPr>
          <w:sz w:val="20"/>
        </w:rPr>
        <w:t>1:03:59  urti urti wahan pohnch jati hain jahan jahan hawa, hawa aap jante hain, aik aasman tak to hoti nahi. kuch door tak rahe gi, us ke baad woh nahi rahe gi.</w:t>
      </w:r>
      <w:r>
        <w:br/>
      </w:r>
      <w:r>
        <w:rPr>
          <w:sz w:val="20"/>
        </w:rPr>
        <w:t>1:04:10  is ke oopar nikal jati hain. yaani is hawa ka jo jhonka aya hai, is se oopar nikal gayeen.</w:t>
      </w:r>
      <w:r>
        <w:br/>
      </w:r>
      <w:r>
        <w:rPr>
          <w:sz w:val="20"/>
        </w:rPr>
        <w:t>1:04:17  is ko kehte hain "Big birds of the storm" . to zindagi mein bar bar aisa hota hai. to mein ne is se lafz banaya hai "Big bird thinking" .</w:t>
      </w:r>
      <w:r>
        <w:br/>
      </w:r>
      <w:r>
        <w:rPr>
          <w:sz w:val="20"/>
        </w:rPr>
        <w:t>1:04:29  "Big bird think". yaani aadmi jo hai, sare negative jhonke, sare jo is tarah ke ishtial, har cheez, is se oopar ur jaye woh.</w:t>
      </w:r>
      <w:r>
        <w:br/>
      </w:r>
      <w:r>
        <w:rPr>
          <w:sz w:val="20"/>
        </w:rPr>
        <w:t>1:04:41  har cheez oopar ur jaye.</w:t>
      </w:r>
      <w:r>
        <w:br/>
      </w:r>
      <w:r>
        <w:rPr>
          <w:sz w:val="20"/>
        </w:rPr>
        <w:t>1:04:43  jaise mein ne kal in se kaha tha, jo sahaba aye thay, ke is do sau saal mein aap dekhen, jitne muslim hain, sare muslim ki soch jo bani hai, radd-e-amal mein bani hai.</w:t>
      </w:r>
      <w:r>
        <w:br/>
      </w:r>
      <w:r>
        <w:rPr>
          <w:sz w:val="20"/>
        </w:rPr>
        <w:t>1:04:55  sare muslim. "One to all" . matlab aasman peer toot gaya, ab log danda utha kar khare ho gaye. Jamaluddin Afghani jaise thay, mislan. ab colonial power yahan aa gayi India mein, ab khare ho gaye, ab un ka naam azad aur falan falan log.</w:t>
      </w:r>
      <w:r>
        <w:br/>
      </w:r>
      <w:r>
        <w:rPr>
          <w:sz w:val="20"/>
        </w:rPr>
        <w:t>1:05:11  ab Falasteen mein Yahoodi aa gaye to khare ho gaye, Aasif Arafat aur yeh sare log. to kisi siyasi event se radd-e-amal kar ke logon ki soch bani.</w:t>
      </w:r>
      <w:r>
        <w:br/>
      </w:r>
      <w:r>
        <w:rPr>
          <w:sz w:val="20"/>
        </w:rPr>
        <w:t>1:05:21  mujhe aisa nahi hua. kisi bhi, koi bhi event jo meri family mein hua ho, mere aas paas hua ho, ya qaumi zindagi mein hua ho, ya bain-ul-aqwami zindagi mein hua ho, main us se kabhi rad-e-amal nahi kar ke, main soch bana mera.</w:t>
      </w:r>
      <w:r>
        <w:br/>
      </w:r>
      <w:r>
        <w:rPr>
          <w:sz w:val="20"/>
        </w:rPr>
        <w:t>1:05:35  sau fisad musbat ideology hai meri.</w:t>
      </w:r>
      <w:r>
        <w:br/>
      </w:r>
      <w:r>
        <w:rPr>
          <w:sz w:val="20"/>
        </w:rPr>
        <w:t>1:05:38  jabke "One to all" sab ki ideology jo hai, negative ideology hai. kyun? woh rad-e-amal mein bani hai woh. rad-e-amal mein bani hai woh.</w:t>
      </w:r>
      <w:r>
        <w:br/>
      </w:r>
      <w:r>
        <w:rPr>
          <w:sz w:val="20"/>
        </w:rPr>
        <w:t>1:05:47  jo event hote rahe is do sau saal ke andar, is se rad-e-amal kar ke un ki soch bani un ki.</w:t>
      </w:r>
      <w:r>
        <w:br/>
      </w:r>
      <w:r>
        <w:rPr>
          <w:sz w:val="20"/>
        </w:rPr>
        <w:t>1:05:56  jaise Usmani saltanat khatam hua Turkey mein, India mein Mughal saltanat khatam hua, Misr mein Fatmi saltanat khatam hua.</w:t>
      </w:r>
      <w:r>
        <w:br/>
      </w:r>
      <w:r>
        <w:rPr>
          <w:sz w:val="20"/>
        </w:rPr>
        <w:t>1:06:04  is tareeqe se is se log ghussa ho gaye, bhadak uthe. is ke rad-e-amal mein un ki soch bani. "One to all" sab ka yeh haal hai.</w:t>
      </w:r>
      <w:r>
        <w:br/>
      </w:r>
      <w:r>
        <w:rPr>
          <w:sz w:val="20"/>
        </w:rPr>
        <w:t>1:06:15  isi liye sab ke andar negativity hai. un ki kitabein parhiye aap, un ki kitabein parhiye aap. main Khuda ke waste, meri jo soch hai, woh kisi se rad-e-amal kar ke nahi bani hai.</w:t>
      </w:r>
      <w:r>
        <w:br/>
      </w:r>
      <w:r>
        <w:rPr>
          <w:sz w:val="20"/>
        </w:rPr>
        <w:t>1:06:25  meri soch sau fisad musbat rehti hai, hamesha. mislan India mein mujhe Hinduon se koi nafrat nahi. Hinduon se main pyar karta hoon.</w:t>
      </w:r>
      <w:r>
        <w:br/>
      </w:r>
      <w:r>
        <w:rPr>
          <w:sz w:val="20"/>
        </w:rPr>
        <w:t>1:06:34  iska raaz kya hai, dekhiye. is ko samajh lijiye aap achhe tareeqe se. إِنَّ مَعَ الْأُسْرِ يُسْرَى . jab bhi koi aisi baat hoti hai jo aap ko achhi na lage, to wohin par ek aur baat maujood hoti hai jo aap ko achhi lage.</w:t>
      </w:r>
      <w:r>
        <w:br/>
      </w:r>
      <w:r>
        <w:rPr>
          <w:sz w:val="20"/>
        </w:rPr>
        <w:t>1:06:50  yeh hadith mein yeh formula bataya gaya hai. وَإِنْ كَرِهَ بِهَا شَيْءٌ رَضَيَ مِنَ الْآخِرِ</w:t>
      </w:r>
      <w:r>
        <w:br/>
      </w:r>
      <w:r>
        <w:rPr>
          <w:sz w:val="20"/>
        </w:rPr>
        <w:t>1:06:56  . yeh bahut badi hikmat hai is mein, is hadith mein. ke agar koi cheez aisi hai jo aap ko pasand nahi aa rahi hai, to wohin par ek aur cheez hogi jo aap ko pasand aa jaye.</w:t>
      </w:r>
      <w:r>
        <w:br/>
      </w:r>
      <w:r>
        <w:rPr>
          <w:sz w:val="20"/>
        </w:rPr>
        <w:t>1:07:06  to main yahi karta hoon hamesha. hamesha yahi karta hoon. ke jin cheezon se log ghussa hote hain, is mein main musbat pehlu dhoond kar nikaal leta hoon.</w:t>
      </w:r>
      <w:r>
        <w:br/>
      </w:r>
      <w:r>
        <w:rPr>
          <w:sz w:val="20"/>
        </w:rPr>
        <w:t>1:07:18  jaise India mein saare log Angrezon se nafrat karne lage. "One to</w:t>
      </w:r>
      <w:r>
        <w:br/>
      </w:r>
      <w:r>
        <w:rPr>
          <w:sz w:val="20"/>
        </w:rPr>
        <w:t>1:07:22  all". main ne kya nikaal liya? ke Angrez aaye to yahan par woh jadeed soch laye, jadeed sanat laye, Angrezi zabaan laye.</w:t>
      </w:r>
      <w:r>
        <w:br/>
      </w:r>
      <w:r>
        <w:rPr>
          <w:sz w:val="20"/>
        </w:rPr>
        <w:t>1:07:33  bahut sari cheezein laye woh. bain-ul-aqwami laye. waghera. to mujhe koi ghussa nahi aata. main is ko phaila kar leta hoon.</w:t>
      </w:r>
      <w:r>
        <w:br/>
      </w:r>
      <w:r>
        <w:rPr>
          <w:sz w:val="20"/>
        </w:rPr>
        <w:t>1:07:44  to jab tak aap apne aap ko, yani bas soch samajh kar zindagi na guzarein, soch samajh kar ke, tab tak aap shikaar hote rahenge.</w:t>
      </w:r>
      <w:r>
        <w:br/>
      </w:r>
      <w:r>
        <w:rPr>
          <w:sz w:val="20"/>
        </w:rPr>
        <w:t>1:07:55  aur is ka aap ko "Big bird thinker" banna padega.</w:t>
      </w:r>
      <w:r>
        <w:br/>
      </w:r>
      <w:r>
        <w:rPr>
          <w:sz w:val="20"/>
        </w:rPr>
        <w:t>1:08:02  "Big bird thinker". to aap ki sehat bhi masha Allah bahut achhi rahegi. aap ki soch bhi bahut achhi rahegi. aur qudrati zindagi bitayenge, aur qudrati zindagi aap ko aakhir tak hasil rahegi.</w:t>
      </w:r>
      <w:r>
        <w:br/>
      </w:r>
      <w:r>
        <w:rPr>
          <w:sz w:val="20"/>
        </w:rPr>
        <w:t>1:08:16  yeh hai formula mera. ke "Big bird thinker" baniye. kisi cheez ka asar mat lijiye, kisi cheez ka. har cheez se upar uth jaiye aap.</w:t>
      </w:r>
      <w:r>
        <w:br/>
      </w:r>
      <w:r>
        <w:rPr>
          <w:sz w:val="20"/>
        </w:rPr>
        <w:t>1:08:26  mujhe rozana aisi baatein mere saath hoti hain jo mujhe, yani andar se ghussa dilayein. lekin main isi second mein use phaila kar deta hoon, isi second.</w:t>
      </w:r>
      <w:r>
        <w:br/>
      </w:r>
      <w:r>
        <w:rPr>
          <w:sz w:val="20"/>
        </w:rPr>
        <w:t>1:08:37  isi second phaila kar deta hoon.</w:t>
      </w:r>
      <w:r>
        <w:br/>
      </w:r>
      <w:r>
        <w:rPr>
          <w:sz w:val="20"/>
        </w:rPr>
        <w:t>1:08:41  to bas yeh yeh art seekh lijiye. yeh art seekh lijiye aur. aur main koi istithna nahi hoon. har aadmi is art ko seekh sakta hai.</w:t>
      </w:r>
      <w:r>
        <w:br/>
      </w:r>
      <w:r>
        <w:rPr>
          <w:sz w:val="20"/>
        </w:rPr>
        <w:t>1:08:52  har har aadmi is art ko seekh sakta hai.</w:t>
      </w:r>
    </w:p>
    <w:p>
      <w:pPr>
        <w:pStyle w:val="Heading2"/>
      </w:pPr>
      <w:r>
        <w:t>Real knowledge, martyrs, and the mission out of falsehood</w:t>
      </w:r>
    </w:p>
    <w:p>
      <w:r>
        <w:rPr>
          <w:color w:val="666666"/>
          <w:sz w:val="18"/>
        </w:rPr>
        <w:t>Living in Falsehood December 15, 2013 · 3m 56s · at 15:19 · https://youtu.be/UvboK59uF6s?t=919</w:t>
      </w:r>
    </w:p>
    <w:p>
      <w:r>
        <w:rPr>
          <w:i/>
        </w:rPr>
        <w:t>“Not a single book by Muslims meets modern science's standard”</w:t>
      </w:r>
    </w:p>
    <w:p>
      <w:r>
        <w:rPr>
          <w:sz w:val="20"/>
        </w:rPr>
        <w:t>15:19  ab mein aap ko ek aur pehlu ki taraf le chalta hoon. woh hai ilm.</w:t>
      </w:r>
      <w:r>
        <w:br/>
      </w:r>
      <w:r>
        <w:rPr>
          <w:sz w:val="20"/>
        </w:rPr>
        <w:t>15:28  musalmanon mein dekhiye, is ilm ke naam se kya hai? fanni bahasein. woh jante hi nahi ke ilm ka matlab hota hai danish, hikmat, reason, wisdom.</w:t>
      </w:r>
      <w:r>
        <w:br/>
      </w:r>
      <w:r>
        <w:rPr>
          <w:sz w:val="20"/>
        </w:rPr>
        <w:t>15:40  jante hi nahi hain musalman.</w:t>
      </w:r>
      <w:r>
        <w:br/>
      </w:r>
      <w:r>
        <w:rPr>
          <w:sz w:val="20"/>
        </w:rPr>
        <w:t>15:44  jitni kitabein hain, mein kehta hoon ke yahan se wahan tak jitni bhi kitabein hain, sab mein danish hadaf hai. sirf abdul rehman ibn khaldun ki kitab muqaddamah, isi mein aap ko danish milti hai.</w:t>
      </w:r>
      <w:r>
        <w:br/>
      </w:r>
      <w:r>
        <w:rPr>
          <w:sz w:val="20"/>
        </w:rPr>
        <w:t>15:57  woh bhi ibtidai darje ki danish. Aaj jo danish hai, aaj ka wisdom jo hai, aaj ka jo science hai, is ke lehaz se musalmanon ne koi kitab hi nahi likhi.</w:t>
      </w:r>
      <w:r>
        <w:br/>
      </w:r>
      <w:r>
        <w:rPr>
          <w:sz w:val="20"/>
        </w:rPr>
        <w:t>16:09  ke kisi ko inkar ho to batayein, woh yeh kaun si kitab hai? woh</w:t>
      </w:r>
      <w:r>
        <w:br/>
      </w:r>
      <w:r>
        <w:rPr>
          <w:sz w:val="20"/>
        </w:rPr>
        <w:t>16:12  jo modern science ke standard par poori utarti ho. kyun? woh to, woh to ji rahe hain apni khushhali mein.</w:t>
      </w:r>
      <w:r>
        <w:br/>
      </w:r>
      <w:r>
        <w:rPr>
          <w:sz w:val="20"/>
        </w:rPr>
        <w:t>16:22  aamani mein ji rahe hain. un ke haan to yeh hai ke bas dayen hath se, dayen hath se glass pakad ke pani pil lo, tab bhi jannat mil gayi.</w:t>
      </w:r>
      <w:r>
        <w:br/>
      </w:r>
      <w:r>
        <w:rPr>
          <w:sz w:val="20"/>
        </w:rPr>
        <w:t>16:35  la ilaha zaban se bol do, tab bhi jannat mil gayi.</w:t>
      </w:r>
      <w:r>
        <w:br/>
      </w:r>
      <w:r>
        <w:rPr>
          <w:sz w:val="20"/>
        </w:rPr>
        <w:t>16:40  yani khwamkhwah ladai chodo, maro, tab bhi shaheed ho gaye. This is false food. Un ke jo bare bare log hain, jo lad kar ke duniya apni janein dein, un ko agar aap shaheed na bolein to kahenge tum be hurmati kar rahe ho hamare akabir ki.</w:t>
      </w:r>
      <w:r>
        <w:br/>
      </w:r>
      <w:r>
        <w:rPr>
          <w:sz w:val="20"/>
        </w:rPr>
        <w:t>17:00  agar un ko shaheed ke bajaye aap maqtool kahein to woh ghussa ho jayenge. kyunke woh to un ko jannat mein un ke maal ki taraf kiye hue hain.</w:t>
      </w:r>
      <w:r>
        <w:br/>
      </w:r>
      <w:r>
        <w:rPr>
          <w:sz w:val="20"/>
        </w:rPr>
        <w:t>17:11  This is what they call living in falsehood. to us waqt musalmanon ka jo case hai, woh falsehood mein jeene ka case hai. hamara mission yeh hai ke un ko falsehood se nikalein, un ko reality mein jeena sikhayein.</w:t>
      </w:r>
      <w:r>
        <w:br/>
      </w:r>
      <w:r>
        <w:rPr>
          <w:sz w:val="20"/>
        </w:rPr>
        <w:t>17:30  ab dekhiye,</w:t>
      </w:r>
      <w:r>
        <w:br/>
      </w:r>
      <w:r>
        <w:rPr>
          <w:sz w:val="20"/>
        </w:rPr>
        <w:t>17:34  quran ko parhen aap, hadith ko parhen aap, to ilm ki bohat ahmiyat mile gi aap ko is ko.</w:t>
      </w:r>
      <w:r>
        <w:br/>
      </w:r>
      <w:r>
        <w:rPr>
          <w:sz w:val="20"/>
        </w:rPr>
        <w:t>17:40  lekin wahan kya kar rakha hai logon ne? ilm ko bana rakha hai. ilm se murad ilm deen. is liye aqli ghor o fikr khatam. musalmanon ki sab se bari kami yeh hai ke rational thinking un ke andar sary se hai hi nahin.</w:t>
      </w:r>
      <w:r>
        <w:br/>
      </w:r>
      <w:r>
        <w:rPr>
          <w:sz w:val="20"/>
        </w:rPr>
        <w:t>17:56  main keh sakta hoon ke present world mein aik bhi musalman nahin hai jo rational thinking ko janta bhi ho ke what is rational thinking? kis ko inkar ho?</w:t>
      </w:r>
      <w:r>
        <w:br/>
      </w:r>
      <w:r>
        <w:rPr>
          <w:sz w:val="20"/>
        </w:rPr>
        <w:t>18:04  koi naam pata hai is ka mujhe?</w:t>
      </w:r>
      <w:r>
        <w:br/>
      </w:r>
      <w:r>
        <w:rPr>
          <w:sz w:val="20"/>
        </w:rPr>
        <w:t>18:08  in do so saalon mein mere nazdeek aik bhi musalman nahin paida hua jo janta bhi ho ke what is rational thinking?</w:t>
      </w:r>
      <w:r>
        <w:br/>
      </w:r>
      <w:r>
        <w:rPr>
          <w:sz w:val="20"/>
        </w:rPr>
        <w:t>18:18  Kyun? Poora moashra false food mein jee raha hai. Jab poora moashra false food mein jee raha ho to is mein paida kaise hon ge log? Har cheez ke darmiyan namak, namak, raft, namak, shat.</w:t>
      </w:r>
      <w:r>
        <w:br/>
      </w:r>
      <w:r>
        <w:rPr>
          <w:sz w:val="20"/>
        </w:rPr>
        <w:t>18:33  to dekhiye, ab hadith mein aata hai ke talab al ilm fariza ala kull muslim ilm ko hasil karna har musalman par farz hai.</w:t>
      </w:r>
      <w:r>
        <w:br/>
      </w:r>
      <w:r>
        <w:rPr>
          <w:sz w:val="20"/>
        </w:rPr>
        <w:t>18:46  ab yahan par kya kar diya? ilm ka matlab hai ilm deen. to aql ko kharij kar diya is ko. yani aqli ghor o fikr islam ka musalmanon ke haan hai hi nahin.</w:t>
      </w:r>
      <w:r>
        <w:br/>
      </w:r>
      <w:r>
        <w:rPr>
          <w:sz w:val="20"/>
        </w:rPr>
        <w:t>19:00  yani yahan ilm ka matlab le lete hain ilm deen.</w:t>
      </w:r>
      <w:r>
        <w:br/>
      </w:r>
      <w:r>
        <w:rPr>
          <w:sz w:val="20"/>
        </w:rPr>
        <w:t>19:05  to aqli ghor o fikr se koi ta'alluq is ka nahin hai. bas fanni behas hai, fiqhi behas hai. isi ko samajhte hain ilm, ilm samajhte hain woh.</w:t>
      </w:r>
    </w:p>
    <w:p>
      <w:pPr>
        <w:pStyle w:val="Heading2"/>
      </w:pPr>
      <w:r>
        <w:t>the danger of generalizing from a single bad experience</w:t>
      </w:r>
    </w:p>
    <w:p>
      <w:r>
        <w:rPr>
          <w:color w:val="666666"/>
          <w:sz w:val="18"/>
        </w:rPr>
        <w:t>The Art of Thinking January 28, 2024 · 4m 47s · at 12:52 · https://youtu.be/lpUsTrs0ulo?t=772</w:t>
      </w:r>
    </w:p>
    <w:p>
      <w:r>
        <w:rPr>
          <w:i/>
        </w:rPr>
        <w:t>“Generalization is an extremely common thinking mistake”</w:t>
      </w:r>
    </w:p>
    <w:p>
      <w:r>
        <w:rPr>
          <w:sz w:val="20"/>
        </w:rPr>
        <w:t>12:52  yeh generalization jis ko urdu mein ta'meem kehte hain, yeh to bohat aam hai. har aadmi generalize karta hai. to yeh jo hai,</w:t>
      </w:r>
      <w:r>
        <w:br/>
      </w:r>
      <w:r>
        <w:rPr>
          <w:sz w:val="20"/>
        </w:rPr>
        <w:t>13:04  misal ke taur par hum kahin jatay hain, chand logon se milte hain. ek town hai, hum chand logon se milte hain, woh log bohat hospitable hain aur hamein bohat achay tareeqay se welcome karte hain.</w:t>
      </w:r>
      <w:r>
        <w:br/>
      </w:r>
      <w:r>
        <w:rPr>
          <w:sz w:val="20"/>
        </w:rPr>
        <w:t>13:18  to hum kahain ge ke wahan ke is town ke log bohat achay hain aur ho sakta hai ke sab log achay na hon. to khair, agar kisi ka positive baat ke liye hum generalize karen to is mein koi harj nahi hai.</w:t>
      </w:r>
      <w:r>
        <w:br/>
      </w:r>
      <w:r>
        <w:rPr>
          <w:sz w:val="20"/>
        </w:rPr>
        <w:t>13:33  lekin farz karen wahan par hamein ek ghalat aadmi mil gaya, phir hum kahain ke saare hi log wahan ke ghalat hotay hain, evil hotay hain, to woh woh ghalat hai aur woh gunah mein aata hai.</w:t>
      </w:r>
      <w:r>
        <w:br/>
      </w:r>
      <w:r>
        <w:rPr>
          <w:sz w:val="20"/>
        </w:rPr>
        <w:t>13:45  to positive baat ko generalize karne mein is mein kam se kam gunah to nahi milega. to ye ghalati itni aam hai, itni aam hai ke aap kisi ko bhi dekh sakte hain, zara si humne koi baat dekhi, phir foran hum us ko generalize karna shuru kar dete hain ke ye log to aise hi hote hain.</w:t>
      </w:r>
      <w:r>
        <w:br/>
      </w:r>
      <w:r>
        <w:rPr>
          <w:sz w:val="20"/>
        </w:rPr>
        <w:t>14:05  ek baar mein ek dentist ke haan baithi hui thi,</w:t>
      </w:r>
      <w:r>
        <w:br/>
      </w:r>
      <w:r>
        <w:rPr>
          <w:sz w:val="20"/>
        </w:rPr>
        <w:t>14:10  wahan wahan par ek ek criminal ki baatein us par aa rahi theen TV par.</w:t>
      </w:r>
      <w:r>
        <w:br/>
      </w:r>
      <w:r>
        <w:rPr>
          <w:sz w:val="20"/>
        </w:rPr>
        <w:t>14:19  ji, to criminal jis community ka tha, to kuch aurtein kehne lageen, "is community ke to saare hi log bekaar hote hain, loyal nahi hote hain, kisi ke nahi hote hain." is tarah se kehne lageen.</w:t>
      </w:r>
      <w:r>
        <w:br/>
      </w:r>
      <w:r>
        <w:rPr>
          <w:sz w:val="20"/>
        </w:rPr>
        <w:t>14:33  to wo to wo jo counter pe jo aurtein baithi theen, unhone kaha, "aisa nahi hai, har group mein, har community mein aise log hote hain." to wo unhone ye nahi farq kiya ke wo criminal hai.</w:t>
      </w:r>
      <w:r>
        <w:br/>
      </w:r>
      <w:r>
        <w:rPr>
          <w:sz w:val="20"/>
        </w:rPr>
        <w:t>14:45  criminal to kisi bhi group mein, kisi bhi community mein hota hai. ab criminal se hum ye nahi keh sakte ke is mazhab wala ya is community wala saare hi kharab hote hain.</w:t>
      </w:r>
      <w:r>
        <w:br/>
      </w:r>
      <w:r>
        <w:rPr>
          <w:sz w:val="20"/>
        </w:rPr>
        <w:t>14:57  to is tarah ki baat bilkul aam hai,</w:t>
      </w:r>
      <w:r>
        <w:br/>
      </w:r>
      <w:r>
        <w:rPr>
          <w:sz w:val="20"/>
        </w:rPr>
        <w:t>15:00  lekin hamein apni thinking ko train karna padega. is par kitabein hoti hain. ek Maulana sahab ne ek kitaab sab ko parhne ke liye kaha tha, "The Art of Clear Thinking".</w:t>
      </w:r>
      <w:r>
        <w:br/>
      </w:r>
      <w:r>
        <w:rPr>
          <w:sz w:val="20"/>
        </w:rPr>
        <w:t>15:13  yehi kitaab thi. ji ji, to by E. A. Mander. haan, by E. A. Mander. to ye kitaab parhne ko kaha tha kyunke hamein apni thinking ko bhi train karna padega, tabhi hum in baaton ko samjhenge aur is par amal kar paayenge.</w:t>
      </w:r>
      <w:r>
        <w:br/>
      </w:r>
      <w:r>
        <w:rPr>
          <w:sz w:val="20"/>
        </w:rPr>
        <w:t>15:30  to aam taur par aisa hota hai ke ye to bilkul ek general baat hai ke kuch log hamari good book mein hote hain, to hamein unki har baat achhi lagti hai, aur kuch log hamari good book mein jo nahi hote hain, unki har baat kharab lagti hai.</w:t>
      </w:r>
      <w:r>
        <w:br/>
      </w:r>
      <w:r>
        <w:rPr>
          <w:sz w:val="20"/>
        </w:rPr>
        <w:t>15:45  ji, to ye bilkul aam hai. to hamein har baat par ghor o fikr karna hai. ghor o fikr karenge na, tab hamein samajh mein aayega ke hamari ye soch ghalat hai.</w:t>
      </w:r>
      <w:r>
        <w:br/>
      </w:r>
      <w:r>
        <w:rPr>
          <w:sz w:val="20"/>
        </w:rPr>
        <w:t>15:58  to ek Quran ki misaal de rahi hoon. ab Quran mein 99 feesad se zyada jo verses hain, wo aman o insaniyat, Khuda ka khauf, Khuda se mohabbat, is se related hain.</w:t>
      </w:r>
      <w:r>
        <w:br/>
      </w:r>
      <w:r>
        <w:rPr>
          <w:sz w:val="20"/>
        </w:rPr>
        <w:t>16:14  ek feesad se bhi kam, sirf 40 verses aisi hain jo jang ke mauqe par utri hain. to is mein jangi baatein hain.</w:t>
      </w:r>
      <w:r>
        <w:br/>
      </w:r>
      <w:r>
        <w:rPr>
          <w:sz w:val="20"/>
        </w:rPr>
        <w:t>16:24  to is ko sirf le kar ke log kehte hain ke Quran to book of violence hai. to ye bilkul ghalat ho jata hai ke wo khaas jang ke mauqe par wo aayatein reveal hui theen.</w:t>
      </w:r>
      <w:r>
        <w:br/>
      </w:r>
      <w:r>
        <w:rPr>
          <w:sz w:val="20"/>
        </w:rPr>
        <w:t>16:38  wo generally, wo general taur par is ko apply karne ka koi matlab hi nahi</w:t>
      </w:r>
      <w:r>
        <w:br/>
      </w:r>
      <w:r>
        <w:rPr>
          <w:sz w:val="20"/>
        </w:rPr>
        <w:t>16:46  hai. to kyunke jang ke mauqe par to har har nation mein, har country mein is ke alag qanoon hote hain, aur aam halaat ke jo hain, wo alag qanoon hote hain.</w:t>
      </w:r>
      <w:r>
        <w:br/>
      </w:r>
      <w:r>
        <w:rPr>
          <w:sz w:val="20"/>
        </w:rPr>
        <w:t>16:58  to wo difaa ke liye har jagah ye hota hai ke difaa jab hamare upar koi aggression, physical aggression ho jaye, to hum difaa kar sakte hain.</w:t>
      </w:r>
      <w:r>
        <w:br/>
      </w:r>
      <w:r>
        <w:rPr>
          <w:sz w:val="20"/>
        </w:rPr>
        <w:t>17:09  to ye cheez jo hai, ye mere khayal mein ye sabhi ke andar paayi jaati hai, generalization</w:t>
      </w:r>
      <w:r>
        <w:br/>
      </w:r>
      <w:r>
        <w:rPr>
          <w:sz w:val="20"/>
        </w:rPr>
        <w:t>17:16  . ji, to is ko hamein sochna chahiye, is par ghor karna chahiye ke agar hum sochenge, soch soch ke agar hum is par apni apni kami ko door karenge, to ye door ho jayega.</w:t>
      </w:r>
      <w:r>
        <w:br/>
      </w:r>
      <w:r>
        <w:rPr>
          <w:sz w:val="20"/>
        </w:rPr>
        <w:t>17:30  sochne ki zaroorat hai bas. ji, apa, ek aur actually rukawat hai. jaise aapne generalization ko bade achhe se samjhaya.</w:t>
      </w:r>
    </w:p>
    <w:p>
      <w:pPr>
        <w:pStyle w:val="Heading2"/>
      </w:pPr>
      <w:r>
        <w:t>Why the door of ijtihad must never be closed</w:t>
      </w:r>
    </w:p>
    <w:p>
      <w:r>
        <w:rPr>
          <w:color w:val="666666"/>
          <w:sz w:val="18"/>
        </w:rPr>
        <w:t>Building A Creative Personality | 20 Nov 2011 · 5m 00s · at 1:28:23 · https://youtu.be/jdfhpwfEvKg?t=5303</w:t>
      </w:r>
    </w:p>
    <w:p>
      <w:r>
        <w:rPr>
          <w:i/>
        </w:rPr>
        <w:t>“On what basis did scholars close the door of ijtihad?”</w:t>
      </w:r>
    </w:p>
    <w:p>
      <w:r>
        <w:rPr>
          <w:sz w:val="20"/>
        </w:rPr>
        <w:t>1:28:23  maulana, isi se related aik aur sawal kiya gaya hai.</w:t>
      </w:r>
      <w:r>
        <w:br/>
      </w:r>
      <w:r>
        <w:rPr>
          <w:sz w:val="20"/>
        </w:rPr>
        <w:t>1:28:29  مس نغمہ صدیقی نے دلی سے، انہوں نے لکھا ہے: "On what basis was the door to ijtihad</w:t>
      </w:r>
      <w:r>
        <w:br/>
      </w:r>
      <w:r>
        <w:rPr>
          <w:sz w:val="20"/>
        </w:rPr>
        <w:t>1:28:35  closed by the ulama? how can muslims be made to understand the importance of ijtihad now? khud sakhta</w:t>
      </w:r>
      <w:r>
        <w:br/>
      </w:r>
      <w:r>
        <w:rPr>
          <w:sz w:val="20"/>
        </w:rPr>
        <w:t>1:28:41  aik aik khud sakhta mafroza, khud supposition ke kahin ghalti na ho jaye.</w:t>
      </w:r>
      <w:r>
        <w:br/>
      </w:r>
      <w:r>
        <w:rPr>
          <w:sz w:val="20"/>
        </w:rPr>
        <w:t>1:28:47  yeh jo dor band kiya gaya, is khud sakht</w:t>
      </w:r>
      <w:r>
        <w:br/>
      </w:r>
      <w:r>
        <w:rPr>
          <w:sz w:val="20"/>
        </w:rPr>
        <w:t>1:28:53  h mufrudha ko le kar ke kaheen ghalti na ho jaye.</w:t>
      </w:r>
      <w:r>
        <w:br/>
      </w:r>
      <w:r>
        <w:rPr>
          <w:sz w:val="20"/>
        </w:rPr>
        <w:t>1:28:57  Bhai, ghalti ho jaye, tab bhi to sawab mile ga.</w:t>
      </w:r>
      <w:r>
        <w:br/>
      </w:r>
      <w:r>
        <w:rPr>
          <w:sz w:val="20"/>
        </w:rPr>
        <w:t>1:29:01  To kis ko? Yani yeh logon ne jo kiya, apne haq se aage ja kar kiya.</w:t>
      </w:r>
      <w:r>
        <w:br/>
      </w:r>
      <w:r>
        <w:rPr>
          <w:sz w:val="20"/>
        </w:rPr>
        <w:t>1:29:06  Jo darwaza Rasool Allah ne band nahi kiya, woh aap kon hotay ho band karnay walay? Kon hotay</w:t>
      </w:r>
      <w:r>
        <w:br/>
      </w:r>
      <w:r>
        <w:rPr>
          <w:sz w:val="20"/>
        </w:rPr>
        <w:t>1:29:10  ho band karnay walay? Aap ko aik khadsha ko le kar ke ke sahib, kaheen ghalti na ho jaye.</w:t>
      </w:r>
      <w:r>
        <w:br/>
      </w:r>
      <w:r>
        <w:rPr>
          <w:sz w:val="20"/>
        </w:rPr>
        <w:t>1:29:14  Ghalti ho, tab bhi to sawab bataya gaya hai.</w:t>
      </w:r>
      <w:r>
        <w:br/>
      </w:r>
      <w:r>
        <w:rPr>
          <w:sz w:val="20"/>
        </w:rPr>
        <w:t>1:29:19  To mein dekh, is hadith se sabit hota hai ke har haal</w:t>
      </w:r>
      <w:r>
        <w:br/>
      </w:r>
      <w:r>
        <w:rPr>
          <w:sz w:val="20"/>
        </w:rPr>
        <w:t>1:29:23  mein ijtihad karo.</w:t>
      </w:r>
      <w:r>
        <w:br/>
      </w:r>
      <w:r>
        <w:rPr>
          <w:sz w:val="20"/>
        </w:rPr>
        <w:t>1:29:28  Albatta yeh shart rahe gi sath sath ke apne correction ke tayyar raho.</w:t>
      </w:r>
      <w:r>
        <w:br/>
      </w:r>
      <w:r>
        <w:rPr>
          <w:sz w:val="20"/>
        </w:rPr>
        <w:t>1:29:33  Agar koi aadmi tum ko toka hai to woh ghalti ko bataya, to foran maan lo, "I was</w:t>
      </w:r>
      <w:r>
        <w:br/>
      </w:r>
      <w:r>
        <w:rPr>
          <w:sz w:val="20"/>
        </w:rPr>
        <w:t>1:29:38  wrong." Ijtihad sach pooche to ijtihad asal farq yeh hai.</w:t>
      </w:r>
      <w:r>
        <w:br/>
      </w:r>
      <w:r>
        <w:rPr>
          <w:sz w:val="20"/>
        </w:rPr>
        <w:t>1:29:43  Yaad rakhiye, is aadmi ke liye ijtihad ain sawab hai jo is ke liye tayyar rehta ho ke</w:t>
      </w:r>
      <w:r>
        <w:br/>
      </w:r>
      <w:r>
        <w:rPr>
          <w:sz w:val="20"/>
        </w:rPr>
        <w:t>1:29:48  is ki ghalti batayi jaye, to woh keh de, "I was wrong." Aur jo</w:t>
      </w:r>
      <w:r>
        <w:br/>
      </w:r>
      <w:r>
        <w:rPr>
          <w:sz w:val="20"/>
        </w:rPr>
        <w:t>1:29:53  aadmi ka haal yeh ho ke ijtihad karnay ke baad ghalti na manay, sarkashi kare, us ki to</w:t>
      </w:r>
      <w:r>
        <w:br/>
      </w:r>
      <w:r>
        <w:rPr>
          <w:sz w:val="20"/>
        </w:rPr>
        <w:t>1:29:58  poori zindagi gunah hai.</w:t>
      </w:r>
      <w:r>
        <w:br/>
      </w:r>
      <w:r>
        <w:rPr>
          <w:sz w:val="20"/>
        </w:rPr>
        <w:t>1:30:03  Ijtihad kiya? Is ko kuch bhi karnay ka haq nahi hai.</w:t>
      </w:r>
      <w:r>
        <w:br/>
      </w:r>
      <w:r>
        <w:rPr>
          <w:sz w:val="20"/>
        </w:rPr>
        <w:t>1:30:08  Phir mein repeat karunga ke aik aadmi ijtihad kare aur woh ghalti kare, aur jab uth toka</w:t>
      </w:r>
      <w:r>
        <w:br/>
      </w:r>
      <w:r>
        <w:rPr>
          <w:sz w:val="20"/>
        </w:rPr>
        <w:t>1:30:13  jaye to na manay, woh apni sarkashi dikhanay lage, to us ke liye sartaapa is ki zindagi gunah hai.</w:t>
      </w:r>
      <w:r>
        <w:br/>
      </w:r>
      <w:r>
        <w:rPr>
          <w:sz w:val="20"/>
        </w:rPr>
        <w:t>1:30:18  Ijtihad yeh nahi hai, sab kuch is ka gunah hai kyunke s</w:t>
      </w:r>
      <w:r>
        <w:br/>
      </w:r>
      <w:r>
        <w:rPr>
          <w:sz w:val="20"/>
        </w:rPr>
        <w:t>1:30:23  arkashi maaf nahi hogi is ki.</w:t>
      </w:r>
      <w:r>
        <w:br/>
      </w:r>
      <w:r>
        <w:rPr>
          <w:sz w:val="20"/>
        </w:rPr>
        <w:t>1:30:27  Lekin jo aadmi ijtihad kare aur is ke sath tayyar ho ke jab bhi is ko ghalti batayi</w:t>
      </w:r>
      <w:r>
        <w:br/>
      </w:r>
      <w:r>
        <w:rPr>
          <w:sz w:val="20"/>
        </w:rPr>
        <w:t>1:30:32  jaye gi, daleel se, daleel se to foran maan le ga, keh de ga, "I was wrong." To</w:t>
      </w:r>
      <w:r>
        <w:br/>
      </w:r>
      <w:r>
        <w:rPr>
          <w:sz w:val="20"/>
        </w:rPr>
        <w:t>1:30:36  is ke liye ain sawab hai ijtihad.</w:t>
      </w:r>
      <w:r>
        <w:br/>
      </w:r>
      <w:r>
        <w:rPr>
          <w:sz w:val="20"/>
        </w:rPr>
        <w:t>1:30:40  To aap ijtihad darwaza band karnay ka koi haq nahi rakhtay.</w:t>
      </w:r>
      <w:r>
        <w:br/>
      </w:r>
      <w:r>
        <w:rPr>
          <w:sz w:val="20"/>
        </w:rPr>
        <w:t>1:30:45  sirf yeh kehna chahiye aap ko ke tum ijtihad karo, lekin is ke liye bhi tayyar raho ke</w:t>
      </w:r>
      <w:r>
        <w:br/>
      </w:r>
      <w:r>
        <w:rPr>
          <w:sz w:val="20"/>
        </w:rPr>
        <w:t>1:30:49  jab tum ko ghalti batai jaye,</w:t>
      </w:r>
      <w:r>
        <w:br/>
      </w:r>
      <w:r>
        <w:rPr>
          <w:sz w:val="20"/>
        </w:rPr>
        <w:t>1:30:53  tum maan lo apni ghalati. yani etiraf, etiraf ka jazba bhi apne andar develop karo. bas. molana asrar khatib ne chennai se likha hai ke ijtihad ke liye kya shariat hai? molana aap ne abhi bataya, lekin woh yeh bhi janna chahte hain ke is ke liye kya quran aur hadith ka ilm zaroori hai ya nahi? ijtihad ko ek ajeeb o ghareeb maani panah diye gaye hain. har cheez mein</w:t>
      </w:r>
      <w:r>
        <w:br/>
      </w:r>
      <w:r>
        <w:rPr>
          <w:sz w:val="20"/>
        </w:rPr>
        <w:t>1:31:23  ijtihad hai. farz kijiye ke aap aate hain yahan class mein shirkat karne ke liye. aap aate hain to farz kijiye ek darwaza band hai. darwaza band hai jahan se aap enter hote hain. to wahan pe ijtihad hai ke ek to yeh hai ke aap darwaza band hai, woh loot gaye wapas. ek hai ke darwaza band hai, socha aap ne ke kya karna chahiye? to woh mobile uthaya. is ke baad hamare kisi aadmi ko aap ne telephone kar diya, mister rajat ko, kisi ko ke bhai aaj kya, aaj kya baat hai? yeh</w:t>
      </w:r>
      <w:r>
        <w:br/>
      </w:r>
      <w:r>
        <w:rPr>
          <w:sz w:val="20"/>
        </w:rPr>
        <w:t>1:31:53  ijtihad ho gaya.</w:t>
      </w:r>
      <w:r>
        <w:br/>
      </w:r>
      <w:r>
        <w:rPr>
          <w:sz w:val="20"/>
        </w:rPr>
        <w:t>1:31:57  to ijtihad to ek aisi cheez hai jo har waqt jari rehta hai.</w:t>
      </w:r>
      <w:r>
        <w:br/>
      </w:r>
      <w:r>
        <w:rPr>
          <w:sz w:val="20"/>
        </w:rPr>
        <w:t>1:32:01  har waqt jari rehta hai.</w:t>
      </w:r>
      <w:r>
        <w:br/>
      </w:r>
      <w:r>
        <w:rPr>
          <w:sz w:val="20"/>
        </w:rPr>
        <w:t>1:32:04  ab yeh pani hai, farz kijiye ke pani thanda hai aur mera gale ka masla paida hua to</w:t>
      </w:r>
      <w:r>
        <w:br/>
      </w:r>
      <w:r>
        <w:rPr>
          <w:sz w:val="20"/>
        </w:rPr>
        <w:t>1:32:08  thande pani se to main sochun ke mujhe thanda pani nahi peena chahiye, mujhe garam pani peena chahiye.</w:t>
      </w:r>
      <w:r>
        <w:br/>
      </w:r>
      <w:r>
        <w:rPr>
          <w:sz w:val="20"/>
        </w:rPr>
        <w:t>1:32:12  to main kahun, mujhe kehna chahiye ke bhai garam pani lao.</w:t>
      </w:r>
      <w:r>
        <w:br/>
      </w:r>
      <w:r>
        <w:rPr>
          <w:sz w:val="20"/>
        </w:rPr>
        <w:t>1:32:16  yeh bhi ijtihad hai.</w:t>
      </w:r>
      <w:r>
        <w:br/>
      </w:r>
      <w:r>
        <w:rPr>
          <w:sz w:val="20"/>
        </w:rPr>
        <w:t>1:32:20  ijtihad ko logon ne ajeeb o ghareeb ek cheez samajh liya hai. ijtihad ka</w:t>
      </w:r>
      <w:r>
        <w:br/>
      </w:r>
      <w:r>
        <w:rPr>
          <w:sz w:val="20"/>
        </w:rPr>
        <w:t>1:32:23  taalluq yaad rakhiye zindagi ke har masle se aur isi tarah se deeni masle se bhi hai, dawat</w:t>
      </w:r>
      <w:r>
        <w:br/>
      </w:r>
      <w:r>
        <w:rPr>
          <w:sz w:val="20"/>
        </w:rPr>
        <w:t>1:32:27  ke masle se bhi hai.</w:t>
      </w:r>
      <w:r>
        <w:br/>
      </w:r>
      <w:r>
        <w:rPr>
          <w:sz w:val="20"/>
        </w:rPr>
        <w:t>1:32:31  Allah taala ne duniya ko jab is tarah banaya hai ke har lamha halaat badalte hain, nai situation</w:t>
      </w:r>
      <w:r>
        <w:br/>
      </w:r>
      <w:r>
        <w:rPr>
          <w:sz w:val="20"/>
        </w:rPr>
        <w:t>1:32:35  create hoti hai, naye naye tajrube hote hain.</w:t>
      </w:r>
      <w:r>
        <w:br/>
      </w:r>
      <w:r>
        <w:rPr>
          <w:sz w:val="20"/>
        </w:rPr>
        <w:t>1:32:38  Allah taala ne isi bani duniya banai hai.</w:t>
      </w:r>
      <w:r>
        <w:br/>
      </w:r>
      <w:r>
        <w:rPr>
          <w:sz w:val="20"/>
        </w:rPr>
        <w:t>1:32:42  to is ke baad ijtihad zaroori ho gaya.</w:t>
      </w:r>
      <w:r>
        <w:br/>
      </w:r>
      <w:r>
        <w:rPr>
          <w:sz w:val="20"/>
        </w:rPr>
        <w:t>1:32:46  to zaroori hoga ijtihad.</w:t>
      </w:r>
      <w:r>
        <w:br/>
      </w:r>
      <w:r>
        <w:rPr>
          <w:sz w:val="20"/>
        </w:rPr>
        <w:t>1:32:50  ab aap farz kijiye aap gaye اسٹی</w:t>
      </w:r>
      <w:r>
        <w:br/>
      </w:r>
      <w:r>
        <w:rPr>
          <w:sz w:val="20"/>
        </w:rPr>
        <w:t>1:32:53  aur train chhoot gayi, woh bhi ijtihad hai ke wapas jaon ghar ya agli train ka intezar karun? to kaun hai darwaza band kare ijtihad ka? kis ko haq hai? jabke Allah taala ke kaise planning mein shamil hai ke ijtihad karo, ijtihad karo? to main nahi samajhta ke yeh yeh is ka koi bhi maaqool sabab koi bata sakta hai. molana</w:t>
      </w:r>
    </w:p>
    <w:p>
      <w:pPr>
        <w:pStyle w:val="Heading2"/>
      </w:pPr>
      <w:r>
        <w:t>Adam and Iblis: origin of possible versus impossible</w:t>
      </w:r>
    </w:p>
    <w:p>
      <w:r>
        <w:rPr>
          <w:color w:val="666666"/>
          <w:sz w:val="18"/>
        </w:rPr>
        <w:t>Between Possible and Impossible December 9, 2012 · 5m 06s · at 7:00 · https://youtu.be/Q0tC7obKbT8?t=420</w:t>
      </w:r>
    </w:p>
    <w:p>
      <w:r>
        <w:rPr>
          <w:i/>
        </w:rPr>
        <w:t>“اللہ تعالیٰ نے کتنا بڑا میسج دیا تھا شروع میں”</w:t>
      </w:r>
    </w:p>
    <w:p>
      <w:r>
        <w:rPr>
          <w:sz w:val="20"/>
        </w:rPr>
        <w:t>7:00  is ko sochte hue mujhe yaad aya ke Allah taala ne kitna bara insaan ko message diya tha aik dam shuru hi mein.</w:t>
      </w:r>
      <w:r>
        <w:br/>
      </w:r>
      <w:r>
        <w:rPr>
          <w:sz w:val="20"/>
        </w:rPr>
        <w:t>7:12  yani zindagi ka jo raaz hai, woh Allah taala ne shuru hi mein bata diya tha lekin poori history guzar gayi aur insaan is ko follow nahi kar saka.</w:t>
      </w:r>
      <w:r>
        <w:br/>
      </w:r>
      <w:r>
        <w:rPr>
          <w:sz w:val="20"/>
        </w:rPr>
        <w:t>7:24  woh raaz kya hai?</w:t>
      </w:r>
      <w:r>
        <w:br/>
      </w:r>
      <w:r>
        <w:rPr>
          <w:sz w:val="20"/>
        </w:rPr>
        <w:t>7:27  dekhiye, Allah taala ne paida kiya tha pehle Adam ko jo first man thay. to us waqt Adam, insaan ke ilawa do aur log thay, aik jin aur doosre angels, yani jinat aur farishtay.</w:t>
      </w:r>
      <w:r>
        <w:br/>
      </w:r>
      <w:r>
        <w:rPr>
          <w:sz w:val="20"/>
        </w:rPr>
        <w:t>7:47  to quran mein bataya gaya hai ke Allah taala ne jab insaan ko paida kiya to jin aur malaika dono se kaha ke tum is ke aagay jhuk jao.</w:t>
      </w:r>
      <w:r>
        <w:br/>
      </w:r>
      <w:r>
        <w:rPr>
          <w:sz w:val="20"/>
        </w:rPr>
        <w:t>7:58  jhukne ka matlab kya tha? jhukna jo hai, Allah taala ka jo creational plan hai, us ko batana tha. kyun ke Adam ko Allah ne degree ka declare kiya tha ke yeh khalifa, yani khaleefa ho gaya zameen par.</w:t>
      </w:r>
      <w:r>
        <w:br/>
      </w:r>
      <w:r>
        <w:rPr>
          <w:sz w:val="20"/>
        </w:rPr>
        <w:t>8:14  khilafat di un ko. khilafat ka matlab kya hai? political power. khilafat koi holy institution nahi hai.</w:t>
      </w:r>
      <w:r>
        <w:br/>
      </w:r>
      <w:r>
        <w:rPr>
          <w:sz w:val="20"/>
        </w:rPr>
        <w:t>8:24  aik temporary period ke liye political power. yahi hai khilafat. to</w:t>
      </w:r>
      <w:r>
        <w:br/>
      </w:r>
      <w:r>
        <w:rPr>
          <w:sz w:val="20"/>
        </w:rPr>
        <w:t>8:33  firishton ne doubt kiya aur jin ka jo iblis, jo jin jinon ka jo sardar tha, iblis, us ne is ko challenge kiya.</w:t>
      </w:r>
      <w:r>
        <w:br/>
      </w:r>
      <w:r>
        <w:rPr>
          <w:sz w:val="20"/>
        </w:rPr>
        <w:t>8:46  yani yeh us ne dikhaya ke Adam se zyada mein is ka, mera right hai, mein, mein zyada haqdar hoon is ka.</w:t>
      </w:r>
      <w:r>
        <w:br/>
      </w:r>
      <w:r>
        <w:rPr>
          <w:sz w:val="20"/>
        </w:rPr>
        <w:t>8:57  ab aap dekhiye ke kya hua ke firishton ne to rethink kiya. rethink kar ke unhon ne apnay ko adjust kar liya.</w:t>
      </w:r>
      <w:r>
        <w:br/>
      </w:r>
      <w:r>
        <w:rPr>
          <w:sz w:val="20"/>
        </w:rPr>
        <w:t>9:09  lekin jo iblis tha, us ne rethink nahi kiya. woh apnay, yani us ne apnay tareeqay par woh qaim raha.</w:t>
      </w:r>
      <w:r>
        <w:br/>
      </w:r>
      <w:r>
        <w:rPr>
          <w:sz w:val="20"/>
        </w:rPr>
        <w:t>9:21  yahan tak ke nateeja kya hua ke Khuda ne Iblees ko aur us ki poori jo community thi, us ko apni blessing se mahroom kar diya.</w:t>
      </w:r>
      <w:r>
        <w:br/>
      </w:r>
      <w:r>
        <w:rPr>
          <w:sz w:val="20"/>
        </w:rPr>
        <w:t>9:35  Quran mein ek lanat kiya, lanat ka matlab hai blessing se mahroom karna. To abadi tor par jinnat jo hai aur Iblees jo hai, Allah ki blessing se mahroom ho gaye.</w:t>
      </w:r>
      <w:r>
        <w:br/>
      </w:r>
      <w:r>
        <w:rPr>
          <w:sz w:val="20"/>
        </w:rPr>
        <w:t>9:49  yeh kya hai</w:t>
      </w:r>
      <w:r>
        <w:br/>
      </w:r>
      <w:r>
        <w:rPr>
          <w:sz w:val="20"/>
        </w:rPr>
        <w:t>9:51  ? Yeh bilkul, yaani jab zindagi shuru hui, jab insaan ka aaghaz hua, usi waqt Allah ne bata diya hai ke zindagi ka kamyab zindagi ka raaz kya hoga.</w:t>
      </w:r>
      <w:r>
        <w:br/>
      </w:r>
      <w:r>
        <w:rPr>
          <w:sz w:val="20"/>
        </w:rPr>
        <w:t>10:04  woh yeh hai ke yahan par ek hai Allah ka creation plan, ek hai Khuda ki scheme of things. To tum ko is se mutabiqat karni hogi.</w:t>
      </w:r>
      <w:r>
        <w:br/>
      </w:r>
      <w:r>
        <w:rPr>
          <w:sz w:val="20"/>
        </w:rPr>
        <w:t>10:14  agar tum se mutabiqat nahi karoge to tum khud is ko, yaani is ki price tum ko khud deni padegi.</w:t>
      </w:r>
      <w:r>
        <w:br/>
      </w:r>
      <w:r>
        <w:rPr>
          <w:sz w:val="20"/>
        </w:rPr>
        <w:t>10:23  tum ko khud is ki price deni padegi. To khilafat jo hai, woh kisi ki monopoly nahi hai, kisi ka haq nahi hai hamesha ke liye.</w:t>
      </w:r>
      <w:r>
        <w:br/>
      </w:r>
      <w:r>
        <w:rPr>
          <w:sz w:val="20"/>
        </w:rPr>
        <w:t>10:31  khilafat badalti rahegi. Khalifa ka matlab yeh hai qawmun yakhlufu ba'dhun ba'dhan. Kabhi yeh, kabhi woh, kabhi yeh, kabhi woh.</w:t>
      </w:r>
      <w:r>
        <w:br/>
      </w:r>
      <w:r>
        <w:rPr>
          <w:sz w:val="20"/>
        </w:rPr>
        <w:t>10:41  to agar yeh aadmi chahe ke meri monopoly ho jaye to nateeja kya hoga? Ke woh khud hi fail ho jayega.</w:t>
      </w:r>
      <w:r>
        <w:br/>
      </w:r>
      <w:r>
        <w:rPr>
          <w:sz w:val="20"/>
        </w:rPr>
        <w:t>10:50  yeh poori zindagi mein hi mamla hai, sirf politics mein nahi hai. Poori zindagi mein mamla yahi hai ke aadmi ke liye do option hota hai hamesha. Ya to Allah taala ki jo scheme hai, us se adjust kar ke apni zindagi ka naqsha banaye, ya yeh ke us ko challenge kare, us se lade.</w:t>
      </w:r>
      <w:r>
        <w:br/>
      </w:r>
      <w:r>
        <w:rPr>
          <w:sz w:val="20"/>
        </w:rPr>
        <w:t>11:10  to do option hain. Ek option jo hai, possible ka option hai, ek ek option hai impossible ka option. To</w:t>
      </w:r>
      <w:r>
        <w:br/>
      </w:r>
      <w:r>
        <w:rPr>
          <w:sz w:val="20"/>
        </w:rPr>
        <w:t>11:22  Angels ne possible ka option liya, is liye un ka koi kaam bigra nahi. Aur Iblees ne impossible ka option liya to woh khud hi fail ho gaya.</w:t>
      </w:r>
      <w:r>
        <w:br/>
      </w:r>
      <w:r>
        <w:rPr>
          <w:sz w:val="20"/>
        </w:rPr>
        <w:t>11:34  yeh poori zindagi mein jaari hai yeh. Aur yeh sirf politics ki baat nahi hai. Family life se le kar political life tak, social life se le kar national life tak, yahan tak ke international life tak, har jagah yahi hai.</w:t>
      </w:r>
      <w:r>
        <w:br/>
      </w:r>
      <w:r>
        <w:rPr>
          <w:sz w:val="20"/>
        </w:rPr>
        <w:t>11:49  har jagah aap do option ke beech mein hote hain. Ek hota hai possible, ek hota hai impossible. To agar aap ne possible ka option liya to aap kamyab ho gaye.</w:t>
      </w:r>
      <w:r>
        <w:br/>
      </w:r>
      <w:r>
        <w:rPr>
          <w:sz w:val="20"/>
        </w:rPr>
        <w:t>12:00  impossible ka option liya to nakaam ho gaye aap.</w:t>
      </w:r>
    </w:p>
    <w:p>
      <w:pPr>
        <w:pStyle w:val="Heading2"/>
      </w:pPr>
      <w:r>
        <w:t>Quran is wisdom, not sharia law</w:t>
      </w:r>
    </w:p>
    <w:p>
      <w:r>
        <w:rPr>
          <w:color w:val="666666"/>
          <w:sz w:val="18"/>
        </w:rPr>
        <w:t>How to Lead a Life of Fulfilment September 24, 2017 · 5m 33s · at 1:09:37 · https://youtu.be/WUoQOo2_zd8?t=4177</w:t>
      </w:r>
    </w:p>
    <w:p>
      <w:r>
        <w:rPr>
          <w:i/>
        </w:rPr>
        <w:t>“Shariat to Quran mein hai hi nahi, wisdom hai wisdom”</w:t>
      </w:r>
    </w:p>
    <w:p>
      <w:r>
        <w:rPr>
          <w:sz w:val="20"/>
        </w:rPr>
        <w:t>1:09:37  sharia to quran mein hai hi nahi wisdom hi wisdom hai sharia to fiqh mein hai</w:t>
      </w:r>
      <w:r>
        <w:br/>
      </w:r>
      <w:r>
        <w:rPr>
          <w:sz w:val="20"/>
        </w:rPr>
        <w:t>1:09:45  aap khud tajurba kijiye ke quran mein 114 suratein hain</w:t>
      </w:r>
      <w:r>
        <w:br/>
      </w:r>
      <w:r>
        <w:rPr>
          <w:sz w:val="20"/>
        </w:rPr>
        <w:t>1:09:55  aap tamam suraton ko aik tarah se parhiye alhamdulillah se le kar quran-al-nas tak to sab aap ko wisdom hi wisdom dikha dega yeh jis ko kehtay hain sharia woh to fiqh mein hai</w:t>
      </w:r>
      <w:r>
        <w:br/>
      </w:r>
      <w:r>
        <w:rPr>
          <w:sz w:val="20"/>
        </w:rPr>
        <w:t>1:10:13  mein to samajhta hoon ke yeh yeh ghaloo kiya fiqah mein logon ne ke shariat ko itna barhaya</w:t>
      </w:r>
      <w:r>
        <w:br/>
      </w:r>
      <w:r>
        <w:rPr>
          <w:sz w:val="20"/>
        </w:rPr>
        <w:t>1:10:20  hai shariat ko</w:t>
      </w:r>
      <w:r>
        <w:br/>
      </w:r>
      <w:r>
        <w:rPr>
          <w:sz w:val="20"/>
        </w:rPr>
        <w:t>1:10:23  barhane charhane ki cheez hai wisdom</w:t>
      </w:r>
      <w:r>
        <w:br/>
      </w:r>
      <w:r>
        <w:rPr>
          <w:sz w:val="20"/>
        </w:rPr>
        <w:t>1:10:26  shariat jo barhai charhai gayi hai yeh politicize kiya gaya aaj kal jo shariat shariat bolte hain na</w:t>
      </w:r>
      <w:r>
        <w:br/>
      </w:r>
      <w:r>
        <w:rPr>
          <w:sz w:val="20"/>
        </w:rPr>
        <w:t>1:10:33  wo hai islam ka politicization</w:t>
      </w:r>
      <w:r>
        <w:br/>
      </w:r>
      <w:r>
        <w:rPr>
          <w:sz w:val="20"/>
        </w:rPr>
        <w:t>1:10:37  wo quran mein hai hi nahi</w:t>
      </w:r>
      <w:r>
        <w:br/>
      </w:r>
      <w:r>
        <w:rPr>
          <w:sz w:val="20"/>
        </w:rPr>
        <w:t>1:10:39  aap ghor kijiye ke koi ek bhi.</w:t>
      </w:r>
      <w:r>
        <w:br/>
      </w:r>
      <w:r>
        <w:rPr>
          <w:sz w:val="20"/>
        </w:rPr>
        <w:t>1:10:43  yani ji lekin aap ek kaam kijiye</w:t>
      </w:r>
      <w:r>
        <w:br/>
      </w:r>
      <w:r>
        <w:rPr>
          <w:sz w:val="20"/>
        </w:rPr>
        <w:t>1:10:49  ek kaam kijiye aap dictionary mein aap lafz law law ki definition maloom kijiye</w:t>
      </w:r>
      <w:r>
        <w:br/>
      </w:r>
      <w:r>
        <w:rPr>
          <w:sz w:val="20"/>
        </w:rPr>
        <w:t>1:11:00  dictionary mein bohat se dictionaryon ko dekhiye</w:t>
      </w:r>
      <w:r>
        <w:br/>
      </w:r>
      <w:r>
        <w:rPr>
          <w:sz w:val="20"/>
        </w:rPr>
        <w:t>1:11:05  jo kal consult kijiye aur yeh samjhiye ke law ki definition kya hai</w:t>
      </w:r>
      <w:r>
        <w:br/>
      </w:r>
      <w:r>
        <w:rPr>
          <w:sz w:val="20"/>
        </w:rPr>
        <w:t>1:11:12  shariat ka matlab hai law</w:t>
      </w:r>
      <w:r>
        <w:br/>
      </w:r>
      <w:r>
        <w:rPr>
          <w:sz w:val="20"/>
        </w:rPr>
        <w:t>1:11:17  aur phir is woh jo definition milay aap ko law ki us ka matlab dhoondhein ke quran mein kon sa law hai to aik aik bhi law nahi milay ga</w:t>
      </w:r>
      <w:r>
        <w:br/>
      </w:r>
      <w:r>
        <w:rPr>
          <w:sz w:val="20"/>
        </w:rPr>
        <w:t>1:11:31  to quran to bhara hua hai definition se yeh to aaj kal jo aaj kal jo parties nikli hain jinhon ne islam ko politicize kar rakha hai to apnay politicization ko justify karne ke liye sharia sharia sharia karte hain sabaq zamanay mein yeh tha hi nahi aap dekhiye</w:t>
      </w:r>
      <w:r>
        <w:br/>
      </w:r>
      <w:r>
        <w:rPr>
          <w:sz w:val="20"/>
        </w:rPr>
        <w:t>1:11:57  mein aik misaal deta hoon aap ko</w:t>
      </w:r>
      <w:r>
        <w:br/>
      </w:r>
      <w:r>
        <w:rPr>
          <w:sz w:val="20"/>
        </w:rPr>
        <w:t>1:12:00  ke quran mein aik surah hai surah yusuf is mein hazrat yusuf aleh salam ka qissa bayan kiya</w:t>
      </w:r>
      <w:r>
        <w:br/>
      </w:r>
      <w:r>
        <w:rPr>
          <w:sz w:val="20"/>
        </w:rPr>
        <w:t>1:12:07  gaya hai shayad yeh aik hi surah aisi hai jise poori poori surah aik nabi ke zikr par</w:t>
      </w:r>
      <w:r>
        <w:br/>
      </w:r>
      <w:r>
        <w:rPr>
          <w:sz w:val="20"/>
        </w:rPr>
        <w:t>1:12:14  hai aur aik bohat anokhi baat yeh hai ke is surah mein jo qissa bayan kiya gaya hai</w:t>
      </w:r>
      <w:r>
        <w:br/>
      </w:r>
      <w:r>
        <w:rPr>
          <w:sz w:val="20"/>
        </w:rPr>
        <w:t>1:12:23  us ko kaha gaya ahsan al qasas</w:t>
      </w:r>
      <w:r>
        <w:br/>
      </w:r>
      <w:r>
        <w:rPr>
          <w:sz w:val="20"/>
        </w:rPr>
        <w:t>1:12:27  yani hazrat yusuf ka jo qissa bayan kiya gaya hai us ko kaha gaya hai ahsan al qasas yani</w:t>
      </w:r>
      <w:r>
        <w:br/>
      </w:r>
      <w:r>
        <w:rPr>
          <w:sz w:val="20"/>
        </w:rPr>
        <w:t>1:12:32  best story best story ab aap kam az kam das baar padhiye aap surah yusuf ko to aap</w:t>
      </w:r>
      <w:r>
        <w:br/>
      </w:r>
      <w:r>
        <w:rPr>
          <w:sz w:val="20"/>
        </w:rPr>
        <w:t>1:12:41  dekhenge ke hazrat yusuf aleh salam</w:t>
      </w:r>
      <w:r>
        <w:br/>
      </w:r>
      <w:r>
        <w:rPr>
          <w:sz w:val="20"/>
        </w:rPr>
        <w:t>1:12:45  ne kabhi wahan yeh baat hi nahi ki ke shariat yeh naafiz hamein khudai shariat naafiz karna hai</w:t>
      </w:r>
      <w:r>
        <w:br/>
      </w:r>
      <w:r>
        <w:rPr>
          <w:sz w:val="20"/>
        </w:rPr>
        <w:t>1:12:53  balkay badshah ki shariat ko maan liya</w:t>
      </w:r>
      <w:r>
        <w:br/>
      </w:r>
      <w:r>
        <w:rPr>
          <w:sz w:val="20"/>
        </w:rPr>
        <w:t>1:12:57  quran mein ayat hai isi surah yusuf mein ma kaana liya khuda fi deen al malik</w:t>
      </w:r>
      <w:r>
        <w:br/>
      </w:r>
      <w:r>
        <w:rPr>
          <w:sz w:val="20"/>
        </w:rPr>
        <w:t>1:13:05  iska number bataiye in ko surah yusuf ka yeh number is ayat ka surah yusuf mein yeh</w:t>
      </w:r>
      <w:r>
        <w:br/>
      </w:r>
      <w:r>
        <w:rPr>
          <w:sz w:val="20"/>
        </w:rPr>
        <w:t>1:13:10  ayat hai ke ma kaana liya</w:t>
      </w:r>
      <w:r>
        <w:br/>
      </w:r>
      <w:r>
        <w:rPr>
          <w:sz w:val="20"/>
        </w:rPr>
        <w:t>1:13:13  akha fi din al-malik illa inshallah</w:t>
      </w:r>
      <w:r>
        <w:br/>
      </w:r>
      <w:r>
        <w:rPr>
          <w:sz w:val="20"/>
        </w:rPr>
        <w:t>1:13:21  surah yusuf ayat number 76 ma</w:t>
      </w:r>
      <w:r>
        <w:br/>
      </w:r>
      <w:r>
        <w:rPr>
          <w:sz w:val="20"/>
        </w:rPr>
        <w:t>1:13:26  kaana ali ayat number 76 76 ji aap surah yusuf ki 76 dekhiye</w:t>
      </w:r>
      <w:r>
        <w:br/>
      </w:r>
      <w:r>
        <w:rPr>
          <w:sz w:val="20"/>
        </w:rPr>
        <w:t>1:13:34  is mein yeh likha hua hai baqayda ke hazrat yusuf ne accept kar liya tha shariat ke muamle</w:t>
      </w:r>
      <w:r>
        <w:br/>
      </w:r>
      <w:r>
        <w:rPr>
          <w:sz w:val="20"/>
        </w:rPr>
        <w:t>1:13:42  mein badshah ke</w:t>
      </w:r>
      <w:r>
        <w:br/>
      </w:r>
      <w:r>
        <w:rPr>
          <w:sz w:val="20"/>
        </w:rPr>
        <w:t>1:13:45  لا کو یہ کہاں یہ یہ یہ اسلام ہے جس کو آج کل کے دھوم مچا رکھا ہے</w:t>
      </w:r>
      <w:r>
        <w:br/>
      </w:r>
      <w:r>
        <w:rPr>
          <w:sz w:val="20"/>
        </w:rPr>
        <w:t>1:13:51  logon ne shariat shariat shariat</w:t>
      </w:r>
      <w:r>
        <w:br/>
      </w:r>
      <w:r>
        <w:rPr>
          <w:sz w:val="20"/>
        </w:rPr>
        <w:t>1:13:55  kahan hai woh islam yani best story woh hai quran mein jab ke peghambar ne madine mein apni</w:t>
      </w:r>
      <w:r>
        <w:br/>
      </w:r>
      <w:r>
        <w:rPr>
          <w:sz w:val="20"/>
        </w:rPr>
        <w:t>1:14:03  jagah banai aur badshah ki shariat ko tasleem kar ke</w:t>
      </w:r>
      <w:r>
        <w:br/>
      </w:r>
      <w:r>
        <w:rPr>
          <w:sz w:val="20"/>
        </w:rPr>
        <w:t>1:14:09  aap ghor kijiye</w:t>
      </w:r>
      <w:r>
        <w:br/>
      </w:r>
      <w:r>
        <w:rPr>
          <w:sz w:val="20"/>
        </w:rPr>
        <w:t>1:14:11  ke</w:t>
      </w:r>
      <w:r>
        <w:br/>
      </w:r>
      <w:r>
        <w:rPr>
          <w:sz w:val="20"/>
        </w:rPr>
        <w:t>1:14:12  quran is qisse ko best story kehta hai jismein ek paighambar ne badshah ke badshah ka jo</w:t>
      </w:r>
      <w:r>
        <w:br/>
      </w:r>
      <w:r>
        <w:rPr>
          <w:sz w:val="20"/>
        </w:rPr>
        <w:t>1:14:20  system tha ismein apni jagah banai</w:t>
      </w:r>
      <w:r>
        <w:br/>
      </w:r>
      <w:r>
        <w:rPr>
          <w:sz w:val="20"/>
        </w:rPr>
        <w:t>1:14:25  baqayda iska part tha woh</w:t>
      </w:r>
      <w:r>
        <w:br/>
      </w:r>
      <w:r>
        <w:rPr>
          <w:sz w:val="20"/>
        </w:rPr>
        <w:t>1:14:28  badshah ka jo system tha wahan pe iska part bane woh lekin part bane kaise</w:t>
      </w:r>
      <w:r>
        <w:br/>
      </w:r>
      <w:r>
        <w:rPr>
          <w:sz w:val="20"/>
        </w:rPr>
        <w:t>1:14:35  badshah ki jo shariat naafiz thi</w:t>
      </w:r>
      <w:r>
        <w:br/>
      </w:r>
      <w:r>
        <w:rPr>
          <w:sz w:val="20"/>
        </w:rPr>
        <w:t>1:14:40  isko accept kar liya</w:t>
      </w:r>
      <w:r>
        <w:br/>
      </w:r>
      <w:r>
        <w:rPr>
          <w:sz w:val="20"/>
        </w:rPr>
        <w:t>1:14:43  accept kar ke theek hai jo aaj kal Muslim siyasi partiyan nikli hain aur shadi sehat karti hain</w:t>
      </w:r>
      <w:r>
        <w:br/>
      </w:r>
      <w:r>
        <w:rPr>
          <w:sz w:val="20"/>
        </w:rPr>
        <w:t>1:14:50  woh toh bidat hai sab woh sab ka sab bidat hai iska islam se koi talluq nahi</w:t>
      </w:r>
      <w:r>
        <w:br/>
      </w:r>
      <w:r>
        <w:rPr>
          <w:sz w:val="20"/>
        </w:rPr>
        <w:t>1:14:55  hai</w:t>
      </w:r>
      <w:r>
        <w:br/>
      </w:r>
      <w:r>
        <w:rPr>
          <w:sz w:val="20"/>
        </w:rPr>
        <w:t>1:14:59  okay so we we'll end today session if you want to become a quran distributor in your area then please write to us on info at cpsglobal dot o</w:t>
      </w:r>
    </w:p>
    <w:p>
      <w:pPr>
        <w:pStyle w:val="Heading2"/>
      </w:pPr>
      <w:r>
        <w:t>Problem and opportunity: Prophet's example in Mecca</w:t>
      </w:r>
    </w:p>
    <w:p>
      <w:r>
        <w:rPr>
          <w:color w:val="666666"/>
          <w:sz w:val="18"/>
        </w:rPr>
        <w:t>Islamic Outlook on Life, | August 26, 2007 · 5m 02s · at 31:40 · https://youtu.be/bSmNo_dEnJ8?t=1900</w:t>
      </w:r>
    </w:p>
    <w:p>
      <w:r>
        <w:rPr>
          <w:i/>
        </w:rPr>
        <w:t>“Main isi par sochta raha. To Quran ki ek aayat hai.”</w:t>
      </w:r>
    </w:p>
    <w:p>
      <w:r>
        <w:rPr>
          <w:sz w:val="20"/>
        </w:rPr>
        <w:t>31:40  mein isi par sochta raha. to quran ki aik ayat hai ke in mal wad e vri hardship der iz ez. yeh is ka transition hai. with every hardship there is ease. yani with every problem there are opportunities. with every problem there are oportuni</w:t>
      </w:r>
      <w:r>
        <w:br/>
      </w:r>
      <w:r>
        <w:rPr>
          <w:sz w:val="20"/>
        </w:rPr>
        <w:t>32:10  ties.</w:t>
      </w:r>
      <w:r>
        <w:br/>
      </w:r>
      <w:r>
        <w:rPr>
          <w:sz w:val="20"/>
        </w:rPr>
        <w:t>32:15  تو رسول اللہ صلی اللہ علیہ وسلم نے یعنی پیغمبر، Prophet of Islam نے اس کی جو explain</w:t>
      </w:r>
      <w:r>
        <w:br/>
      </w:r>
      <w:r>
        <w:rPr>
          <w:sz w:val="20"/>
        </w:rPr>
        <w:t>32:19  kya to kaha ke yani ke problem ek hota hai to opportunity double hoti hai.</w:t>
      </w:r>
      <w:r>
        <w:br/>
      </w:r>
      <w:r>
        <w:rPr>
          <w:sz w:val="20"/>
        </w:rPr>
        <w:t>32:23  badi anokhi baat hai yeh.</w:t>
      </w:r>
      <w:r>
        <w:br/>
      </w:r>
      <w:r>
        <w:rPr>
          <w:sz w:val="20"/>
        </w:rPr>
        <w:t>32:28  yeh maine kisi kitab mein nahi padhi thi.</w:t>
      </w:r>
      <w:r>
        <w:br/>
      </w:r>
      <w:r>
        <w:rPr>
          <w:sz w:val="20"/>
        </w:rPr>
        <w:t>32:32  raat din jo sochta hoon mein is se yeh baatein samajh mein aati hain.</w:t>
      </w:r>
      <w:r>
        <w:br/>
      </w:r>
      <w:r>
        <w:rPr>
          <w:sz w:val="20"/>
        </w:rPr>
        <w:t>32:36  bahut hi anokhi baat hai ke prab</w:t>
      </w:r>
      <w:r>
        <w:br/>
      </w:r>
      <w:r>
        <w:rPr>
          <w:sz w:val="20"/>
        </w:rPr>
        <w:t>32:41  blem ek hai to opportunity double hai.</w:t>
      </w:r>
      <w:r>
        <w:br/>
      </w:r>
      <w:r>
        <w:rPr>
          <w:sz w:val="20"/>
        </w:rPr>
        <w:t>32:45  kya matlab hai is ka? barson barson sochta raha mein.</w:t>
      </w:r>
      <w:r>
        <w:br/>
      </w:r>
      <w:r>
        <w:rPr>
          <w:sz w:val="20"/>
        </w:rPr>
        <w:t>32:49  to mein apni spiritual tree jo mera hai us ke neeche baitha rehta hoon to mujhe ek inspiration</w:t>
      </w:r>
      <w:r>
        <w:br/>
      </w:r>
      <w:r>
        <w:rPr>
          <w:sz w:val="20"/>
        </w:rPr>
        <w:t>32:54  hota hai is mein.</w:t>
      </w:r>
      <w:r>
        <w:br/>
      </w:r>
      <w:r>
        <w:rPr>
          <w:sz w:val="20"/>
        </w:rPr>
        <w:t>32:58  to achaanak yeh mere mind mein aaya.</w:t>
      </w:r>
      <w:r>
        <w:br/>
      </w:r>
      <w:r>
        <w:rPr>
          <w:sz w:val="20"/>
        </w:rPr>
        <w:t>33:02  keh ek problem ke sath double opportunity ka matlab kya hai? woh yeh hai.</w:t>
      </w:r>
      <w:r>
        <w:br/>
      </w:r>
      <w:r>
        <w:rPr>
          <w:sz w:val="20"/>
        </w:rPr>
        <w:t>33:07  problem means challenge</w:t>
      </w:r>
      <w:r>
        <w:br/>
      </w:r>
      <w:r>
        <w:rPr>
          <w:sz w:val="20"/>
        </w:rPr>
        <w:t xml:space="preserve">33:11  </w:t>
      </w:r>
      <w:r>
        <w:br/>
      </w:r>
      <w:r>
        <w:rPr>
          <w:sz w:val="20"/>
        </w:rPr>
        <w:t>33:15  jab problem aaya to aap ke mind ko challenge diya us ne.</w:t>
      </w:r>
      <w:r>
        <w:br/>
      </w:r>
      <w:r>
        <w:rPr>
          <w:sz w:val="20"/>
        </w:rPr>
        <w:t>33:20  hamesha hi chahe ek labour class ka aadmi ho ya koi bara aadmi ho.</w:t>
      </w:r>
      <w:r>
        <w:br/>
      </w:r>
      <w:r>
        <w:rPr>
          <w:sz w:val="20"/>
        </w:rPr>
        <w:t>33:24  jab problem aaye ga to uska mind ko challenge de ga woh.</w:t>
      </w:r>
      <w:r>
        <w:br/>
      </w:r>
      <w:r>
        <w:rPr>
          <w:sz w:val="20"/>
        </w:rPr>
        <w:t>33:28  to ek to law of nature ke tehat har problem ke sath ek opportunity hoti hai.</w:t>
      </w:r>
      <w:r>
        <w:br/>
      </w:r>
      <w:r>
        <w:rPr>
          <w:sz w:val="20"/>
        </w:rPr>
        <w:t>33:33  ek jo challenge us ne diya to aap ke mind ko us ne activate kar diya.</w:t>
      </w:r>
      <w:r>
        <w:br/>
      </w:r>
      <w:r>
        <w:rPr>
          <w:sz w:val="20"/>
        </w:rPr>
        <w:t>33:37  brainstorming hui.</w:t>
      </w:r>
      <w:r>
        <w:br/>
      </w:r>
      <w:r>
        <w:rPr>
          <w:sz w:val="20"/>
        </w:rPr>
        <w:t>33:41  jaise main is ko aur misaal doon keh problem ke sath opportunity.</w:t>
      </w:r>
      <w:r>
        <w:br/>
      </w:r>
      <w:r>
        <w:rPr>
          <w:sz w:val="20"/>
        </w:rPr>
        <w:t>33:46  keh rasool Allah jab makka mein aap ne apna prophetic mission shuru kiya six hundred ten AD mein.</w:t>
      </w:r>
      <w:r>
        <w:br/>
      </w:r>
      <w:r>
        <w:rPr>
          <w:sz w:val="20"/>
        </w:rPr>
        <w:t>33:52  to us waqt kya tha? makka mein ek grand mosque thi.</w:t>
      </w:r>
      <w:r>
        <w:br/>
      </w:r>
      <w:r>
        <w:rPr>
          <w:sz w:val="20"/>
        </w:rPr>
        <w:t>33:57  duniya ki sab se pehli mosque.</w:t>
      </w:r>
      <w:r>
        <w:br/>
      </w:r>
      <w:r>
        <w:rPr>
          <w:sz w:val="20"/>
        </w:rPr>
        <w:t>34:02  sab se pehli mosque duniya mein banai thi Hazrat Ibrahim prophet the unho ne.</w:t>
      </w:r>
      <w:r>
        <w:br/>
      </w:r>
      <w:r>
        <w:rPr>
          <w:sz w:val="20"/>
        </w:rPr>
        <w:t>34:07  makka mein banai thi.</w:t>
      </w:r>
      <w:r>
        <w:br/>
      </w:r>
      <w:r>
        <w:rPr>
          <w:sz w:val="20"/>
        </w:rPr>
        <w:t>34:12  yeh sab se pehli mosque thi. un ol to jo mosque banayi thi unhon ne aik khuda ke prayer ke liye, aik khuda ki ibadat ke liye. to baad ko yani baad ke jo jo log aaye to un mein aa gayi woh idol worship aa gayi. to idol worship aa gayi to unhon ne masjid ko bana diya, woh butkhana bana diya</w:t>
      </w:r>
      <w:r>
        <w:br/>
      </w:r>
      <w:r>
        <w:rPr>
          <w:sz w:val="20"/>
        </w:rPr>
        <w:t>34:42  . yani three hundred sixty idol is mein rakh diya kar ke. to that was a great problem. yani prophet ka kaam tha ke jis masjid ko hazrat ibrahim ne banaya tha oneness of god ke center ke tor par. yani aik khuda ki prayer wahan par ho. isi ke liye banai gayi thi woh masjid. is masjid ko bana diya teen so saath bton ka center. is se bara problem aur kya ho sakta</w:t>
      </w:r>
      <w:r>
        <w:br/>
      </w:r>
      <w:r>
        <w:rPr>
          <w:sz w:val="20"/>
        </w:rPr>
        <w:t>35:12  tha? is problem ke sath opportunity kya thi? jab aap ne ghor kiya.</w:t>
      </w:r>
      <w:r>
        <w:br/>
      </w:r>
      <w:r>
        <w:rPr>
          <w:sz w:val="20"/>
        </w:rPr>
        <w:t>35:15  inhi buton ki wajah se wahan par log aate the.</w:t>
      </w:r>
      <w:r>
        <w:br/>
      </w:r>
      <w:r>
        <w:rPr>
          <w:sz w:val="20"/>
        </w:rPr>
        <w:t>35:19  unki visit karte the.</w:t>
      </w:r>
      <w:r>
        <w:br/>
      </w:r>
      <w:r>
        <w:rPr>
          <w:sz w:val="20"/>
        </w:rPr>
        <w:t>35:23  un ko pesh karte the, offering pesh karte the.</w:t>
      </w:r>
      <w:r>
        <w:br/>
      </w:r>
      <w:r>
        <w:rPr>
          <w:sz w:val="20"/>
        </w:rPr>
        <w:t>35:27  wahan un ki daily gathering hoti thi.</w:t>
      </w:r>
      <w:r>
        <w:br/>
      </w:r>
      <w:r>
        <w:rPr>
          <w:sz w:val="20"/>
        </w:rPr>
        <w:t>35:31  saare arab ke but the yeh.</w:t>
      </w:r>
      <w:r>
        <w:br/>
      </w:r>
      <w:r>
        <w:rPr>
          <w:sz w:val="20"/>
        </w:rPr>
        <w:t>35:34  har tribe ka but wahan par rakha hua tha, har tribe ka.</w:t>
      </w:r>
      <w:r>
        <w:br/>
      </w:r>
      <w:r>
        <w:rPr>
          <w:sz w:val="20"/>
        </w:rPr>
        <w:t>35:38  to saal bhar log aate rehte the.</w:t>
      </w:r>
      <w:r>
        <w:br/>
      </w:r>
      <w:r>
        <w:rPr>
          <w:sz w:val="20"/>
        </w:rPr>
        <w:t>35:42  to that was a natural gathering.</w:t>
      </w:r>
      <w:r>
        <w:br/>
      </w:r>
      <w:r>
        <w:rPr>
          <w:sz w:val="20"/>
        </w:rPr>
        <w:t>35:46  yani is buton ki wajah se wahan par automatically aisa hota tha keh wahan par aap ko ek</w:t>
      </w:r>
      <w:r>
        <w:br/>
      </w:r>
      <w:r>
        <w:rPr>
          <w:sz w:val="20"/>
        </w:rPr>
        <w:t>35:49  audience mil jata tha.</w:t>
      </w:r>
      <w:r>
        <w:br/>
      </w:r>
      <w:r>
        <w:rPr>
          <w:sz w:val="20"/>
        </w:rPr>
        <w:t>35:53  to aap ne bulton ko kuch nahi kaha.</w:t>
      </w:r>
      <w:r>
        <w:br/>
      </w:r>
      <w:r>
        <w:rPr>
          <w:sz w:val="20"/>
        </w:rPr>
        <w:t>35:57  thirteen years tak aap rahe makka mein, thirteen years tak.</w:t>
      </w:r>
      <w:r>
        <w:br/>
      </w:r>
      <w:r>
        <w:rPr>
          <w:sz w:val="20"/>
        </w:rPr>
        <w:t>36:01  aap ne kabhi bulton ko touch nahi kiya.</w:t>
      </w:r>
      <w:r>
        <w:br/>
      </w:r>
      <w:r>
        <w:rPr>
          <w:sz w:val="20"/>
        </w:rPr>
        <w:t>36:04  aap ne kiya kiya? is audience ko aap ne use kiya.</w:t>
      </w:r>
      <w:r>
        <w:br/>
      </w:r>
      <w:r>
        <w:rPr>
          <w:sz w:val="20"/>
        </w:rPr>
        <w:t>36:08  address karne ke li</w:t>
      </w:r>
      <w:r>
        <w:br/>
      </w:r>
      <w:r>
        <w:rPr>
          <w:sz w:val="20"/>
        </w:rPr>
        <w:t>36:12  e.</w:t>
      </w:r>
      <w:r>
        <w:br/>
      </w:r>
      <w:r>
        <w:rPr>
          <w:sz w:val="20"/>
        </w:rPr>
        <w:t>36:16  aap wahan jate the, bulton ko ignore karte the.</w:t>
      </w:r>
      <w:r>
        <w:br/>
      </w:r>
      <w:r>
        <w:rPr>
          <w:sz w:val="20"/>
        </w:rPr>
        <w:t>36:20  aur is audience ko address karte the.</w:t>
      </w:r>
      <w:r>
        <w:br/>
      </w:r>
      <w:r>
        <w:rPr>
          <w:sz w:val="20"/>
        </w:rPr>
        <w:t>36:24  kis tarah? quran ki jo verses aap par reveal hoti thin us ko sunate the woh.</w:t>
      </w:r>
      <w:r>
        <w:br/>
      </w:r>
      <w:r>
        <w:rPr>
          <w:sz w:val="20"/>
        </w:rPr>
        <w:t>36:28  yeh tha problem ke sath opportunity.</w:t>
      </w:r>
      <w:r>
        <w:br/>
      </w:r>
      <w:r>
        <w:rPr>
          <w:sz w:val="20"/>
        </w:rPr>
        <w:t>36:32  yani yeh problem tha ke wahan par three hundred sixty idols the.</w:t>
      </w:r>
      <w:r>
        <w:br/>
      </w:r>
      <w:r>
        <w:rPr>
          <w:sz w:val="20"/>
        </w:rPr>
        <w:t>36:35  opportunity yeh thi ke isi ki wajah se wahan ek audience mil raha tha aap ko.</w:t>
      </w:r>
      <w:r>
        <w:br/>
      </w:r>
      <w:r>
        <w:rPr>
          <w:sz w:val="20"/>
        </w:rPr>
        <w:t>36:39  اس کو قرآن میں کہا گیا کہ with every problem</w:t>
      </w:r>
    </w:p>
    <w:p>
      <w:pPr>
        <w:pStyle w:val="Heading2"/>
      </w:pPr>
      <w:r>
        <w:t>Muslims' failure to reapply Islam</w:t>
      </w:r>
    </w:p>
    <w:p>
      <w:r>
        <w:rPr>
          <w:color w:val="666666"/>
          <w:sz w:val="18"/>
        </w:rPr>
        <w:t>The Importance of Ijtihad 1 Aug, 2010 - Maulana Wahiduddin Khan · 4m 34s · at 8:20 · https://youtu.be/KeTyYnDmeFU?t=500</w:t>
      </w:r>
    </w:p>
    <w:p>
      <w:r>
        <w:rPr>
          <w:i/>
        </w:rPr>
        <w:t>“Yahi maamla Musalmanon ka hua hai.”</w:t>
      </w:r>
    </w:p>
    <w:p>
      <w:r>
        <w:rPr>
          <w:sz w:val="20"/>
        </w:rPr>
        <w:t>8:20  yahi muamla musalmanon ka hua hai. musalmanon ko jo musalmanon ke jo bible scholar the, woh ijtihad nahi kar sake.</w:t>
      </w:r>
      <w:r>
        <w:br/>
      </w:r>
      <w:r>
        <w:rPr>
          <w:sz w:val="20"/>
        </w:rPr>
        <w:t>8:31  "they fail to find the reapplication of Islam in modern situation, in the changing situation". ijtihad kiya hai?</w:t>
      </w:r>
      <w:r>
        <w:br/>
      </w:r>
      <w:r>
        <w:rPr>
          <w:sz w:val="20"/>
        </w:rPr>
        <w:t>8:40  dekhein, ijtihad jo hai, literal meaning ijtihad ki hai koshish karna. koshish karna to strive.</w:t>
      </w:r>
      <w:r>
        <w:br/>
      </w:r>
      <w:r>
        <w:rPr>
          <w:sz w:val="20"/>
        </w:rPr>
        <w:t>8:50  lekin yeh aik term hai islam mein. woh term yahi hai, is ka matlab ke yaani islam ke usool ko naye halaat mein reapply karna.</w:t>
      </w:r>
      <w:r>
        <w:br/>
      </w:r>
      <w:r>
        <w:rPr>
          <w:sz w:val="20"/>
        </w:rPr>
        <w:t>9:10  to discover how to reapply they islamic principle in the changing situation. yeh hai ijtihad. to ab modern jo world hai, yaani jo scientific world, industrial world, jo nayi duniya bani hai,</w:t>
      </w:r>
      <w:r>
        <w:br/>
      </w:r>
      <w:r>
        <w:rPr>
          <w:sz w:val="20"/>
        </w:rPr>
        <w:t>9:31  is mein zaroorat thi ke phir se socha jaye. soch kar ke phir se islam ka reapplication daryaft kiya jaye.</w:t>
      </w:r>
      <w:r>
        <w:br/>
      </w:r>
      <w:r>
        <w:rPr>
          <w:sz w:val="20"/>
        </w:rPr>
        <w:t>9:41  kyun ke aaj ki duniya mein log samajhte hain ke islam to yaani mis fit ho gaya hai. islam mis fit ho gaya hai. aaj ki news hai, aaj aap ko maloom padha hoga ke america ke kisi church ne elaan kiya hai ke hum september 11 ko quran jalayenge.</w:t>
      </w:r>
      <w:r>
        <w:br/>
      </w:r>
      <w:r>
        <w:rPr>
          <w:sz w:val="20"/>
        </w:rPr>
        <w:t>10:03  kyun? woh samajhte hain ke quran yeh quran jo hai, modern jo modern jo jo culture hai, is ke khilaf hai.</w:t>
      </w:r>
      <w:r>
        <w:br/>
      </w:r>
      <w:r>
        <w:rPr>
          <w:sz w:val="20"/>
        </w:rPr>
        <w:t>10:14  aap dekhein, modern culture jo hai, modern thinking jo hai, base karti hai freedom of expression par. expression har aik ko poori azadi.</w:t>
      </w:r>
      <w:r>
        <w:br/>
      </w:r>
      <w:r>
        <w:rPr>
          <w:sz w:val="20"/>
        </w:rPr>
        <w:t>10:26  woh samajhte hain ke jise musalman idhar udhar hangama karte rehte hain, kahin salman rushdie ki kitab par, kahin denmark ke cartoon par, kahin kisi aur cheez par, aur marcard kehte hain ke maro usay, qatal karo.</w:t>
      </w:r>
      <w:r>
        <w:br/>
      </w:r>
      <w:r>
        <w:rPr>
          <w:sz w:val="20"/>
        </w:rPr>
        <w:t>10:38  to woh samajhte hain ke quran jo hai, aik aisi kitab hai jo modern world mein chal nahi sakti. kyun ke modern world hai freedom of expression ka zamana.</w:t>
      </w:r>
      <w:r>
        <w:br/>
      </w:r>
      <w:r>
        <w:rPr>
          <w:sz w:val="20"/>
        </w:rPr>
        <w:t>10:50  aur yeh kehta hai ke nahi, hum maan, hum azadi nahi denge hum kisi ko. tum ko ab zabaan band karni padegi.</w:t>
      </w:r>
      <w:r>
        <w:br/>
      </w:r>
      <w:r>
        <w:rPr>
          <w:sz w:val="20"/>
        </w:rPr>
        <w:t>11:01  to hamare jo scholars the, hamare jo bare bare leaders the, wo is is raat ko nahi samjhe ke aaj ki duniya kya hai. to ijtihad bhi nahi kar sake wo.</w:t>
      </w:r>
      <w:r>
        <w:br/>
      </w:r>
      <w:r>
        <w:rPr>
          <w:sz w:val="20"/>
        </w:rPr>
        <w:t>11:12  dekhen, ijtihad mein jo kitab hai, us ko aap parhen to jo logon ka jo stand hai ijtihad ke bare mein, wo yeh hai ke abbasi daur mein jo fuqaha paida hue, bas wahi the mujtahid e mutlaq, jaise imam shafi, imam malik, imam hanbal, imam abu hanifa.</w:t>
      </w:r>
      <w:r>
        <w:br/>
      </w:r>
      <w:r>
        <w:rPr>
          <w:sz w:val="20"/>
        </w:rPr>
        <w:t>11:31  bas yeh mujtahid e mutlaq the. baqi jo hai, wo mujtahid e muqayyad hain. in logon ne jo ijtihad kar diya, usi ke daire mein soch sakte hain aap.</w:t>
      </w:r>
      <w:r>
        <w:br/>
      </w:r>
      <w:r>
        <w:rPr>
          <w:sz w:val="20"/>
        </w:rPr>
        <w:t>11:41  is ke baad ja ke soch nahi sakte aap. to jab halaat ek dam badal gaye, yani pehle kingship thi, ab democracy aa gayi.</w:t>
      </w:r>
      <w:r>
        <w:br/>
      </w:r>
      <w:r>
        <w:rPr>
          <w:sz w:val="20"/>
        </w:rPr>
        <w:t>11:53  aap ghor kijiye, pehle kingship ka zamana tha, ab democracy aa gayi. pehle suppression ka zamana tha, ab science ka zamana aa gaya.</w:t>
      </w:r>
      <w:r>
        <w:br/>
      </w:r>
      <w:r>
        <w:rPr>
          <w:sz w:val="20"/>
        </w:rPr>
        <w:t>12:06  pehle mazhab se juda hua tha nationality, ab homeland par nationhood base kar rahi hai zamane mein.</w:t>
      </w:r>
      <w:r>
        <w:br/>
      </w:r>
      <w:r>
        <w:rPr>
          <w:sz w:val="20"/>
        </w:rPr>
        <w:t>12:17  pehle azadi nahi thi bolne ki, freedom of expression nahi tha pehle, ab freedom of expression ka zamana aa gaya. to bohat se farq ho gaye.</w:t>
      </w:r>
      <w:r>
        <w:br/>
      </w:r>
      <w:r>
        <w:rPr>
          <w:sz w:val="20"/>
        </w:rPr>
        <w:t>12:27  to naye halaat ke lehaz se sochna tha. lekin ab chuki ijtihad hai, yani wo in in mujtahid jo jo paida ho chuke hain, jo mujtahid e mutlaq, unhi ke daire mein ijtihad karna tha.</w:t>
      </w:r>
      <w:r>
        <w:br/>
      </w:r>
      <w:r>
        <w:rPr>
          <w:sz w:val="20"/>
        </w:rPr>
        <w:t>12:42  bahar ja ke ijtihad nahi kar sakte the aap. kyunke mujtahid e mutlaq ab koi ho nahi sakta hai. to nateeja kya? darwaza band ho gaya aur koi samajh nahi saka ke hamein kya karna chahiye.</w:t>
      </w:r>
    </w:p>
    <w:p>
      <w:pPr>
        <w:pStyle w:val="Heading2"/>
      </w:pPr>
      <w:r>
        <w:t>Islam's historical status and preservation</w:t>
      </w:r>
    </w:p>
    <w:p>
      <w:r>
        <w:rPr>
          <w:color w:val="666666"/>
          <w:sz w:val="18"/>
        </w:rPr>
        <w:t>Islam:  A Historical Religion | July 23, 2008 · 6m 11s · at 42:35 · https://youtu.be/2EmX8Ubz6G8?t=2555</w:t>
      </w:r>
    </w:p>
    <w:p>
      <w:r>
        <w:rPr>
          <w:i/>
        </w:rPr>
        <w:t>“Islam gave historical status to religion.”</w:t>
      </w:r>
    </w:p>
    <w:p>
      <w:r>
        <w:rPr>
          <w:sz w:val="20"/>
        </w:rPr>
        <w:t>42:35  besT policy hai.</w:t>
      </w:r>
      <w:r>
        <w:br/>
      </w:r>
      <w:r>
        <w:rPr>
          <w:sz w:val="20"/>
        </w:rPr>
        <w:t>42:43  to mein ne arz kiya ke Islam koi naya mazhab nahin.</w:t>
      </w:r>
      <w:r>
        <w:br/>
      </w:r>
      <w:r>
        <w:rPr>
          <w:sz w:val="20"/>
        </w:rPr>
        <w:t>42:50  asal baat yeh hai ke Islam ne religion ko ek historical status diya hai.</w:t>
      </w:r>
      <w:r>
        <w:br/>
      </w:r>
      <w:r>
        <w:rPr>
          <w:sz w:val="20"/>
        </w:rPr>
        <w:t>42:58  yani religion jo tha, woh ek history ban gaya, jabke is se pehle woh mythology tha.</w:t>
      </w:r>
      <w:r>
        <w:br/>
      </w:r>
      <w:r>
        <w:rPr>
          <w:sz w:val="20"/>
        </w:rPr>
        <w:t>43:05  Rasool Allah se pehle religion ki hesiyat thi mythology ki.</w:t>
      </w:r>
      <w:r>
        <w:br/>
      </w:r>
      <w:r>
        <w:rPr>
          <w:sz w:val="20"/>
        </w:rPr>
        <w:t>43:10  a chapter of mythology.</w:t>
      </w:r>
      <w:r>
        <w:br/>
      </w:r>
      <w:r>
        <w:rPr>
          <w:sz w:val="20"/>
        </w:rPr>
        <w:t>43:16  a chapter of mythology tha.</w:t>
      </w:r>
      <w:r>
        <w:br/>
      </w:r>
      <w:r>
        <w:rPr>
          <w:sz w:val="20"/>
        </w:rPr>
        <w:t>43:21  woh is ko Rasool Allah ne kya kiya ke is history ka status de diya.</w:t>
      </w:r>
      <w:r>
        <w:br/>
      </w:r>
      <w:r>
        <w:rPr>
          <w:sz w:val="20"/>
        </w:rPr>
        <w:t>43:26  to yeh kitna bara contribution hai, kitni bari dein hai.</w:t>
      </w:r>
      <w:r>
        <w:br/>
      </w:r>
      <w:r>
        <w:rPr>
          <w:sz w:val="20"/>
        </w:rPr>
        <w:t>43:32  to Islam ka kisi mazhab se koi takrao nahin hai.</w:t>
      </w:r>
      <w:r>
        <w:br/>
      </w:r>
      <w:r>
        <w:rPr>
          <w:sz w:val="20"/>
        </w:rPr>
        <w:t>43:37  koi takrao nahin hai.</w:t>
      </w:r>
      <w:r>
        <w:br/>
      </w:r>
      <w:r>
        <w:rPr>
          <w:sz w:val="20"/>
        </w:rPr>
        <w:t>43:43  kyunke Islam is liye aaya hai ke Khuda ke mazhab ko historical base de de, historical hesiyat de</w:t>
      </w:r>
      <w:r>
        <w:br/>
      </w:r>
      <w:r>
        <w:rPr>
          <w:sz w:val="20"/>
        </w:rPr>
        <w:t>43:49  de is ko.</w:t>
      </w:r>
      <w:r>
        <w:br/>
      </w:r>
      <w:r>
        <w:rPr>
          <w:sz w:val="20"/>
        </w:rPr>
        <w:t>43:55  to takrao ki koi baat hi nahin hai.</w:t>
      </w:r>
      <w:r>
        <w:br/>
      </w:r>
      <w:r>
        <w:rPr>
          <w:sz w:val="20"/>
        </w:rPr>
        <w:t>44:02  to dekhiye, number one, Islam ke zariye insan ko Khuda ki</w:t>
      </w:r>
      <w:r>
        <w:br/>
      </w:r>
      <w:r>
        <w:rPr>
          <w:sz w:val="20"/>
        </w:rPr>
        <w:t>44:08  mehfooz kitaab mili, yani preserved book.</w:t>
      </w:r>
      <w:r>
        <w:br/>
      </w:r>
      <w:r>
        <w:rPr>
          <w:sz w:val="20"/>
        </w:rPr>
        <w:t>44:14  to Islam ki pehli dein yeh hai ke is ne insan ko Khuda ki kitaab ya divine book</w:t>
      </w:r>
      <w:r>
        <w:br/>
      </w:r>
      <w:r>
        <w:rPr>
          <w:sz w:val="20"/>
        </w:rPr>
        <w:t>44:20  keh lijiye, aap is ko divine book, divine guidance.</w:t>
      </w:r>
      <w:r>
        <w:br/>
      </w:r>
      <w:r>
        <w:rPr>
          <w:sz w:val="20"/>
        </w:rPr>
        <w:t>44:26  to Quran ek divine guidance hai.</w:t>
      </w:r>
      <w:r>
        <w:br/>
      </w:r>
      <w:r>
        <w:rPr>
          <w:sz w:val="20"/>
        </w:rPr>
        <w:t>44:33  to pehla, pehli baat yeh hai ke Islam ne</w:t>
      </w:r>
      <w:r>
        <w:br/>
      </w:r>
      <w:r>
        <w:rPr>
          <w:sz w:val="20"/>
        </w:rPr>
        <w:t>44:39  insan ko ek Khuda ki ek preserved book di, Khuda ki guidance ko preserve halat mein diya.</w:t>
      </w:r>
      <w:r>
        <w:br/>
      </w:r>
      <w:r>
        <w:rPr>
          <w:sz w:val="20"/>
        </w:rPr>
        <w:t>44:45  yeh pehli baat hai.</w:t>
      </w:r>
      <w:r>
        <w:br/>
      </w:r>
      <w:r>
        <w:rPr>
          <w:sz w:val="20"/>
        </w:rPr>
        <w:t>44:51  doosri baat yeh hai ke Islam ne mazhab ko ek history di.</w:t>
      </w:r>
      <w:r>
        <w:br/>
      </w:r>
      <w:r>
        <w:rPr>
          <w:sz w:val="20"/>
        </w:rPr>
        <w:t>44:57  aap jante hain, ek insan history hi ke term mein sochta hai.</w:t>
      </w:r>
      <w:r>
        <w:br/>
      </w:r>
      <w:r>
        <w:rPr>
          <w:sz w:val="20"/>
        </w:rPr>
        <w:t>45:04  insani baaton ko, society ke baaton ko</w:t>
      </w:r>
      <w:r>
        <w:br/>
      </w:r>
      <w:r>
        <w:rPr>
          <w:sz w:val="20"/>
        </w:rPr>
        <w:t>45:10  history ke term mein sochta hai.</w:t>
      </w:r>
      <w:r>
        <w:br/>
      </w:r>
      <w:r>
        <w:rPr>
          <w:sz w:val="20"/>
        </w:rPr>
        <w:t>45:14  novel aur story aur mythology ke term mein nahi sochta insan.</w:t>
      </w:r>
      <w:r>
        <w:br/>
      </w:r>
      <w:r>
        <w:rPr>
          <w:sz w:val="20"/>
        </w:rPr>
        <w:t>45:19  woh toh uski hesiyat doosri hai.</w:t>
      </w:r>
      <w:r>
        <w:br/>
      </w:r>
      <w:r>
        <w:rPr>
          <w:sz w:val="20"/>
        </w:rPr>
        <w:t>45:23  yaani koi cheez novel ka character ho, koi cheez mythology ki kahani ho, toh woh ek uski</w:t>
      </w:r>
      <w:r>
        <w:br/>
      </w:r>
      <w:r>
        <w:rPr>
          <w:sz w:val="20"/>
        </w:rPr>
        <w:t>45:28  hesiyat doosri hai.</w:t>
      </w:r>
      <w:r>
        <w:br/>
      </w:r>
      <w:r>
        <w:rPr>
          <w:sz w:val="20"/>
        </w:rPr>
        <w:t>45:32  uski hesiyat history ki nahi hai.</w:t>
      </w:r>
      <w:r>
        <w:br/>
      </w:r>
      <w:r>
        <w:rPr>
          <w:sz w:val="20"/>
        </w:rPr>
        <w:t>45:36  toh Islam ne mazhab ko</w:t>
      </w:r>
      <w:r>
        <w:br/>
      </w:r>
      <w:r>
        <w:rPr>
          <w:sz w:val="20"/>
        </w:rPr>
        <w:t>45:41  history ki hesiyat de di.</w:t>
      </w:r>
      <w:r>
        <w:br/>
      </w:r>
      <w:r>
        <w:rPr>
          <w:sz w:val="20"/>
        </w:rPr>
        <w:t>45:47  teesri cheez aap dekhiye ke laqad kaana lakum fi rasool Allahi hasana.</w:t>
      </w:r>
      <w:r>
        <w:br/>
      </w:r>
      <w:r>
        <w:rPr>
          <w:sz w:val="20"/>
        </w:rPr>
        <w:t>45:54  yaani ek poora record aap ki zindagi ka, woh bhi mehfooz kar diya gaya taake hamesha insaan ke</w:t>
      </w:r>
      <w:r>
        <w:br/>
      </w:r>
      <w:r>
        <w:rPr>
          <w:sz w:val="20"/>
        </w:rPr>
        <w:t>46:00  liye ek model rahe.</w:t>
      </w:r>
      <w:r>
        <w:br/>
      </w:r>
      <w:r>
        <w:rPr>
          <w:sz w:val="20"/>
        </w:rPr>
        <w:t>46:07  model ke aap jab kin halaat mein kis tarah aap ne divine guidance ke mutabiq</w:t>
      </w:r>
      <w:r>
        <w:br/>
      </w:r>
      <w:r>
        <w:rPr>
          <w:sz w:val="20"/>
        </w:rPr>
        <w:t>46:13  kaam kiya.</w:t>
      </w:r>
      <w:r>
        <w:br/>
      </w:r>
      <w:r>
        <w:rPr>
          <w:sz w:val="20"/>
        </w:rPr>
        <w:t>46:18  yaani different situation mein divine guidance ke mutabiq kaise raha jaye.</w:t>
      </w:r>
      <w:r>
        <w:br/>
      </w:r>
      <w:r>
        <w:rPr>
          <w:sz w:val="20"/>
        </w:rPr>
        <w:t>46:23  iska ek model, iska ek namoona yeh aap ne diya.</w:t>
      </w:r>
      <w:r>
        <w:br/>
      </w:r>
      <w:r>
        <w:rPr>
          <w:sz w:val="20"/>
        </w:rPr>
        <w:t>46:28  phir aap dekhiye ke aap ke companion the, bohat kaafi.</w:t>
      </w:r>
      <w:r>
        <w:br/>
      </w:r>
      <w:r>
        <w:rPr>
          <w:sz w:val="20"/>
        </w:rPr>
        <w:t>46:34  yeh 200 tha se bhi zyada.</w:t>
      </w:r>
      <w:r>
        <w:br/>
      </w:r>
      <w:r>
        <w:rPr>
          <w:sz w:val="20"/>
        </w:rPr>
        <w:t>46:39  jab aap ki death hui hai toh</w:t>
      </w:r>
      <w:r>
        <w:br/>
      </w:r>
      <w:r>
        <w:rPr>
          <w:sz w:val="20"/>
        </w:rPr>
        <w:t>46:44  poora is Arabia Islamize ho chuka tha. to aap pehli baar kisi prophet ne is itni bari tadad chhodi. to is ke baad yeh kya hua? yeh bohat saada baat nahi hai. yeh yeh bohat bari baat hai. yani prophet aur humanity ke beech mein gap nahi pada. historical gap nahi pada. kyun</w:t>
      </w:r>
      <w:r>
        <w:br/>
      </w:r>
      <w:r>
        <w:rPr>
          <w:sz w:val="20"/>
        </w:rPr>
        <w:t>47:14  kyunke aur dekhiye, doosre jo prophet the, unke followers nahi the.</w:t>
      </w:r>
      <w:r>
        <w:br/>
      </w:r>
      <w:r>
        <w:rPr>
          <w:sz w:val="20"/>
        </w:rPr>
        <w:t>47:17  toh generation nahi chali.</w:t>
      </w:r>
      <w:r>
        <w:br/>
      </w:r>
      <w:r>
        <w:rPr>
          <w:sz w:val="20"/>
        </w:rPr>
        <w:t>47:21  baad ko kahin discovery hui.</w:t>
      </w:r>
      <w:r>
        <w:br/>
      </w:r>
      <w:r>
        <w:rPr>
          <w:sz w:val="20"/>
        </w:rPr>
        <w:t>47:24  logon ne kuch jaana toh unhone isko zinda kiya.</w:t>
      </w:r>
      <w:r>
        <w:br/>
      </w:r>
      <w:r>
        <w:rPr>
          <w:sz w:val="20"/>
        </w:rPr>
        <w:t>47:28  jaise Hazrat Masih ke maamle mein, Hazrat Ibrahim ke maamle mein.</w:t>
      </w:r>
      <w:r>
        <w:br/>
      </w:r>
      <w:r>
        <w:rPr>
          <w:sz w:val="20"/>
        </w:rPr>
        <w:t>47:31  toh prophet aur humanity ke darmiyan koi gap nahi hai.</w:t>
      </w:r>
      <w:r>
        <w:br/>
      </w:r>
      <w:r>
        <w:rPr>
          <w:sz w:val="20"/>
        </w:rPr>
        <w:t>47:34  historical gap nahi hai.</w:t>
      </w:r>
      <w:r>
        <w:br/>
      </w:r>
      <w:r>
        <w:rPr>
          <w:sz w:val="20"/>
        </w:rPr>
        <w:t>47:38  aik continuity hai.</w:t>
      </w:r>
      <w:r>
        <w:br/>
      </w:r>
      <w:r>
        <w:rPr>
          <w:sz w:val="20"/>
        </w:rPr>
        <w:t>47:41  yani Muhammad sallay Allah alayh wasallam se</w:t>
      </w:r>
      <w:r>
        <w:br/>
      </w:r>
      <w:r>
        <w:rPr>
          <w:sz w:val="20"/>
        </w:rPr>
        <w:t>47:45  deen ko paya Sahaba ne. Sahaba se deen ko paya Tabi'een ne. Tabi'een se deen ko paya Taba Tabi'een ne. is tarah generation after generation woh chalta raha. koi gap nahi pada. doosray jo prophets hain, un ke haan chounkay aisa aise aise aise group nahi bana mannay walon ka, to wahan gap par gaya. gap</w:t>
      </w:r>
      <w:r>
        <w:br/>
      </w:r>
      <w:r>
        <w:rPr>
          <w:sz w:val="20"/>
        </w:rPr>
        <w:t>48:15  parh gaya.</w:t>
      </w:r>
      <w:r>
        <w:br/>
      </w:r>
      <w:r>
        <w:rPr>
          <w:sz w:val="20"/>
        </w:rPr>
        <w:t>48:20  to yeh kitni bari blessing hai Khuda ki.</w:t>
      </w:r>
      <w:r>
        <w:br/>
      </w:r>
      <w:r>
        <w:rPr>
          <w:sz w:val="20"/>
        </w:rPr>
        <w:t>48:25  kitni bari blessing hai Khuda ki.</w:t>
      </w:r>
      <w:r>
        <w:br/>
      </w:r>
      <w:r>
        <w:rPr>
          <w:sz w:val="20"/>
        </w:rPr>
        <w:t>48:31  phir dekhiye, yeh jo Sahaba thay, yani jis waqt aap ne Hajjatul Wida kiya hai, us waqt aik</w:t>
      </w:r>
      <w:r>
        <w:br/>
      </w:r>
      <w:r>
        <w:rPr>
          <w:sz w:val="20"/>
        </w:rPr>
        <w:t>48:36  lakh 24 hazar Sahaba maujood thay wahan par maidan e Arafat mein.</w:t>
      </w:r>
      <w:r>
        <w:br/>
      </w:r>
      <w:r>
        <w:rPr>
          <w:sz w:val="20"/>
        </w:rPr>
        <w:t>48:41  woh aap ko dekh rahe thay, aap ko sun rahe thay.</w:t>
      </w:r>
    </w:p>
    <w:p>
      <w:pPr>
        <w:pStyle w:val="Heading2"/>
      </w:pPr>
      <w:r>
        <w:t>Multiple Q&amp;A on da'wah and self-improvement</w:t>
      </w:r>
    </w:p>
    <w:p>
      <w:r>
        <w:rPr>
          <w:color w:val="666666"/>
          <w:sz w:val="18"/>
        </w:rPr>
        <w:t>Spirit of the Age Nov 6, 2016 · 11m 01s · at 46:07 · https://youtu.be/QAW9LP53xQk?t=2767</w:t>
      </w:r>
    </w:p>
    <w:p>
      <w:r>
        <w:rPr>
          <w:i/>
        </w:rPr>
        <w:t>“What should be the starting point?”</w:t>
      </w:r>
    </w:p>
    <w:p>
      <w:r>
        <w:rPr>
          <w:sz w:val="20"/>
        </w:rPr>
        <w:t>46:07  what should be the starting point?</w:t>
      </w:r>
      <w:r>
        <w:br/>
      </w:r>
      <w:r>
        <w:rPr>
          <w:sz w:val="20"/>
        </w:rPr>
        <w:t>46:12  yeh to maine khud quran ke hawale se bata diya.</w:t>
      </w:r>
      <w:r>
        <w:br/>
      </w:r>
      <w:r>
        <w:rPr>
          <w:sz w:val="20"/>
        </w:rPr>
        <w:t>46:18  trust qaim karna jo hai, woh sirf is liye nahi hoga ke aap kahein ke trust karo, trust</w:t>
      </w:r>
      <w:r>
        <w:br/>
      </w:r>
      <w:r>
        <w:rPr>
          <w:sz w:val="20"/>
        </w:rPr>
        <w:t>46:24  karo, trust karo.</w:t>
      </w:r>
      <w:r>
        <w:br/>
      </w:r>
      <w:r>
        <w:rPr>
          <w:sz w:val="20"/>
        </w:rPr>
        <w:t>46:30  logon ko yeh yeh wisdom batana padega, wisdom ke raghz ko avoid karna padta hai.</w:t>
      </w:r>
      <w:r>
        <w:br/>
      </w:r>
      <w:r>
        <w:rPr>
          <w:sz w:val="20"/>
        </w:rPr>
        <w:t>46:35  sirf aap trust ki baat kijiye to kabhi trust qaim nahi hoga.</w:t>
      </w:r>
      <w:r>
        <w:br/>
      </w:r>
      <w:r>
        <w:rPr>
          <w:sz w:val="20"/>
        </w:rPr>
        <w:t>46:41  jo rukawat hai, us ko door karna padega, aur rukawat kya hai? log raghz mein phanse rehte hain.</w:t>
      </w:r>
      <w:r>
        <w:br/>
      </w:r>
      <w:r>
        <w:rPr>
          <w:sz w:val="20"/>
        </w:rPr>
        <w:t>46:47  kuch koi negative ayatein hoti hi hoti hain, hamesha us mein phanse rehte hain.</w:t>
      </w:r>
      <w:r>
        <w:br/>
      </w:r>
      <w:r>
        <w:rPr>
          <w:sz w:val="20"/>
        </w:rPr>
        <w:t>46:53  logon ko wisdom batai ke duniya mein chuki insaan aazad hai, har insaan apni aazadi ko apni marzi</w:t>
      </w:r>
      <w:r>
        <w:br/>
      </w:r>
      <w:r>
        <w:rPr>
          <w:sz w:val="20"/>
        </w:rPr>
        <w:t>46:58  ke mutabiq istemal karega, to us se poochega nahi? to karne do us ko, tum bhi</w:t>
      </w:r>
      <w:r>
        <w:br/>
      </w:r>
      <w:r>
        <w:rPr>
          <w:sz w:val="20"/>
        </w:rPr>
        <w:t>47:04  aazad ho, tum bhi karo.</w:t>
      </w:r>
      <w:r>
        <w:br/>
      </w:r>
      <w:r>
        <w:rPr>
          <w:sz w:val="20"/>
        </w:rPr>
        <w:t>47:10  wo agar apni aazadi ko istemal kar raha hai, tum bhi apni aazadi ko istemal karo.</w:t>
      </w:r>
      <w:r>
        <w:br/>
      </w:r>
      <w:r>
        <w:rPr>
          <w:sz w:val="20"/>
        </w:rPr>
        <w:t>47:16  yeh hai wisdom jis se trust paida hota hai.</w:t>
      </w:r>
      <w:r>
        <w:br/>
      </w:r>
      <w:r>
        <w:rPr>
          <w:sz w:val="20"/>
        </w:rPr>
        <w:t>47:21  agar aap yeh chahein ke ke koi unwanted baat na ho duniya mein, bas siyasi trust ki baat</w:t>
      </w:r>
      <w:r>
        <w:br/>
      </w:r>
      <w:r>
        <w:rPr>
          <w:sz w:val="20"/>
        </w:rPr>
        <w:t>47:27  ho, to woh kabhi na hoga, na kabhi trust qaim hoga.</w:t>
      </w:r>
      <w:r>
        <w:br/>
      </w:r>
      <w:r>
        <w:rPr>
          <w:sz w:val="20"/>
        </w:rPr>
        <w:t>47:33  ehtemad nahi qaim ho sakta.</w:t>
      </w:r>
      <w:r>
        <w:br/>
      </w:r>
      <w:r>
        <w:rPr>
          <w:sz w:val="20"/>
        </w:rPr>
        <w:t>47:39  yeh shart aitmaad ki nahi hai.</w:t>
      </w:r>
      <w:r>
        <w:br/>
      </w:r>
      <w:r>
        <w:rPr>
          <w:sz w:val="20"/>
        </w:rPr>
        <w:t>47:44  Aitmaad shart hai wisdom.</w:t>
      </w:r>
      <w:r>
        <w:br/>
      </w:r>
      <w:r>
        <w:rPr>
          <w:sz w:val="20"/>
        </w:rPr>
        <w:t>47:50  Logon ko wisdom batai ke logon ko azadi hai creator ki taraf se, to aap apni azadi ko</w:t>
      </w:r>
      <w:r>
        <w:br/>
      </w:r>
      <w:r>
        <w:rPr>
          <w:sz w:val="20"/>
        </w:rPr>
        <w:t>47:56  woh use karein ge.</w:t>
      </w:r>
      <w:r>
        <w:br/>
      </w:r>
      <w:r>
        <w:rPr>
          <w:sz w:val="20"/>
        </w:rPr>
        <w:t>48:02  Let them use that freedom according to their own.</w:t>
      </w:r>
      <w:r>
        <w:br/>
      </w:r>
      <w:r>
        <w:rPr>
          <w:sz w:val="20"/>
        </w:rPr>
        <w:t>48:07  Tab ja kar aitmaad qaim hoga.</w:t>
      </w:r>
      <w:r>
        <w:br/>
      </w:r>
      <w:r>
        <w:rPr>
          <w:sz w:val="20"/>
        </w:rPr>
        <w:t>48:13  Yahi hai wisdom is mamle mein.</w:t>
      </w:r>
      <w:r>
        <w:br/>
      </w:r>
      <w:r>
        <w:rPr>
          <w:sz w:val="20"/>
        </w:rPr>
        <w:t>48:19  Badqismati se log is wisdom ko nahi jante, bas khali kehte hain ke ek doosre par trust karo.</w:t>
      </w:r>
      <w:r>
        <w:br/>
      </w:r>
      <w:r>
        <w:rPr>
          <w:sz w:val="20"/>
        </w:rPr>
        <w:t>48:25  In ko yeh wisdom bataiye ke rajaz ko chodo, tab ja kar ke wisdom qaim hoga, trust qaim hoga.</w:t>
      </w:r>
      <w:r>
        <w:br/>
      </w:r>
      <w:r>
        <w:rPr>
          <w:sz w:val="20"/>
        </w:rPr>
        <w:t>48:30  Maulana, agla sawal Ahmedabad se Kabir Khan sahib ne kiya hai, aur unhone likha hai: Maulana</w:t>
      </w:r>
      <w:r>
        <w:br/>
      </w:r>
      <w:r>
        <w:rPr>
          <w:sz w:val="20"/>
        </w:rPr>
        <w:t>48:36  sahib, I agree with you that Muslims should understand the spirit of age, but it is also a</w:t>
      </w:r>
      <w:r>
        <w:br/>
      </w:r>
      <w:r>
        <w:rPr>
          <w:sz w:val="20"/>
        </w:rPr>
        <w:t>48:42  reality that there are true incidents which show that they have happened against the Muslims, and the perpetrators</w:t>
      </w:r>
      <w:r>
        <w:br/>
      </w:r>
      <w:r>
        <w:rPr>
          <w:sz w:val="20"/>
        </w:rPr>
        <w:t>48:48  have also openly claimed their anti-Islam stand.</w:t>
      </w:r>
      <w:r>
        <w:br/>
      </w:r>
      <w:r>
        <w:rPr>
          <w:sz w:val="20"/>
        </w:rPr>
        <w:t>48:54  Why is it that you don't speak against such atrocities?</w:t>
      </w:r>
      <w:r>
        <w:br/>
      </w:r>
      <w:r>
        <w:rPr>
          <w:sz w:val="20"/>
        </w:rPr>
        <w:t>48:59  Is ka jawab bhi wahi doon ga mein ke rajaz mein phanse hue hain.</w:t>
      </w:r>
      <w:r>
        <w:br/>
      </w:r>
      <w:r>
        <w:rPr>
          <w:sz w:val="20"/>
        </w:rPr>
        <w:t>49:04  Quran ki surah jo hai Al-Mudathir, us ko parhiye aap.</w:t>
      </w:r>
      <w:r>
        <w:br/>
      </w:r>
      <w:r>
        <w:rPr>
          <w:sz w:val="20"/>
        </w:rPr>
        <w:t>49:09  Rasool Allah se kaha gaya ke dawat ka kaam karo aur rajaz ko chodo.</w:t>
      </w:r>
      <w:r>
        <w:br/>
      </w:r>
      <w:r>
        <w:rPr>
          <w:sz w:val="20"/>
        </w:rPr>
        <w:t>49:14  Yaani peghambar bhi dawat ka positive kaam sirf is waqt kar sakta tha jab ke rajaz ko chhod</w:t>
      </w:r>
      <w:r>
        <w:br/>
      </w:r>
      <w:r>
        <w:rPr>
          <w:sz w:val="20"/>
        </w:rPr>
        <w:t>49:19  de woh, kyun ke rajaz jo hai, rajaz jo hai, kisi ki conspiracy se nahi aata.</w:t>
      </w:r>
      <w:r>
        <w:br/>
      </w:r>
      <w:r>
        <w:rPr>
          <w:sz w:val="20"/>
        </w:rPr>
        <w:t>49:24  Rizq, rajaz jo hai, kisi conspiracy se, yaani dushmani se nahi aata.</w:t>
      </w:r>
      <w:r>
        <w:br/>
      </w:r>
      <w:r>
        <w:rPr>
          <w:sz w:val="20"/>
        </w:rPr>
        <w:t>49:29  Woh aata hai is is law of nature se ke Allah ne ya creator ne har insan ko</w:t>
      </w:r>
      <w:r>
        <w:br/>
      </w:r>
      <w:r>
        <w:rPr>
          <w:sz w:val="20"/>
        </w:rPr>
        <w:t>49:34  azadi de di, azadi, total freedom.</w:t>
      </w:r>
      <w:r>
        <w:br/>
      </w:r>
      <w:r>
        <w:rPr>
          <w:sz w:val="20"/>
        </w:rPr>
        <w:t>49:39  To apni freedom ko apne hisab se istemal karne ka.</w:t>
      </w:r>
      <w:r>
        <w:br/>
      </w:r>
      <w:r>
        <w:rPr>
          <w:sz w:val="20"/>
        </w:rPr>
        <w:t>49:44  Aap ko lagta hai ke yeh aap ke khilaf hai to us ko ignore kijiye, us ko mitane</w:t>
      </w:r>
      <w:r>
        <w:br/>
      </w:r>
      <w:r>
        <w:rPr>
          <w:sz w:val="20"/>
        </w:rPr>
        <w:t>49:49  ki koshish mat kijiye, ignore kijiye.</w:t>
      </w:r>
      <w:r>
        <w:br/>
      </w:r>
      <w:r>
        <w:rPr>
          <w:sz w:val="20"/>
        </w:rPr>
        <w:t>49:54  Aap ko jo azadi mili hai, us ko istemal kijiye.</w:t>
      </w:r>
      <w:r>
        <w:br/>
      </w:r>
      <w:r>
        <w:rPr>
          <w:sz w:val="20"/>
        </w:rPr>
        <w:t>49:59  isi wisdom ko lack kar rahe hain log, is wajah se problem hai.</w:t>
      </w:r>
      <w:r>
        <w:br/>
      </w:r>
      <w:r>
        <w:rPr>
          <w:sz w:val="20"/>
        </w:rPr>
        <w:t>50:04  It is problem created by lack of wisdom۔</w:t>
      </w:r>
      <w:r>
        <w:br/>
      </w:r>
      <w:r>
        <w:rPr>
          <w:sz w:val="20"/>
        </w:rPr>
        <w:t>50:09  ji, maulana sahib, agla sawal bheja hai lucknow se nadeem sahib ne, aur unhon ne likha hai: maulana</w:t>
      </w:r>
      <w:r>
        <w:br/>
      </w:r>
      <w:r>
        <w:rPr>
          <w:sz w:val="20"/>
        </w:rPr>
        <w:t>50:15  sahib, sometimes raising noise aur peaceful protest helps in highlighting issues to the authorities so they can check</w:t>
      </w:r>
      <w:r>
        <w:br/>
      </w:r>
      <w:r>
        <w:rPr>
          <w:sz w:val="20"/>
        </w:rPr>
        <w:t>50:20  the nuisance makers۔</w:t>
      </w:r>
      <w:r>
        <w:br/>
      </w:r>
      <w:r>
        <w:rPr>
          <w:sz w:val="20"/>
        </w:rPr>
        <w:t>50:25  Many social issues have got addressed as a result of such noisy campaigns in the public domain۔</w:t>
      </w:r>
      <w:r>
        <w:br/>
      </w:r>
      <w:r>
        <w:rPr>
          <w:sz w:val="20"/>
        </w:rPr>
        <w:t>50:30  Don't you think therefore that staging of protests like these sometimes is justified؟ dekhiye, justification dekhna kafi nahi</w:t>
      </w:r>
      <w:r>
        <w:br/>
      </w:r>
      <w:r>
        <w:rPr>
          <w:sz w:val="20"/>
        </w:rPr>
        <w:t>50:35  hai, result ko dekhen۔</w:t>
      </w:r>
      <w:r>
        <w:br/>
      </w:r>
      <w:r>
        <w:rPr>
          <w:sz w:val="20"/>
        </w:rPr>
        <w:t>50:40  Result ko jo shor o ghoul karte hain, main to aaj tak kabhi is ka koi positive result dekha nahi۔</w:t>
      </w:r>
      <w:r>
        <w:br/>
      </w:r>
      <w:r>
        <w:rPr>
          <w:sz w:val="20"/>
        </w:rPr>
        <w:t>50:45  sadkon par muzahire hote hain, result kuch nahi۔</w:t>
      </w:r>
      <w:r>
        <w:br/>
      </w:r>
      <w:r>
        <w:rPr>
          <w:sz w:val="20"/>
        </w:rPr>
        <w:t>50:50  to sirf yeh dekhna kafi nahi hai ke aap ka shor o ghoul jo hai, justified shor o</w:t>
      </w:r>
      <w:r>
        <w:br/>
      </w:r>
      <w:r>
        <w:rPr>
          <w:sz w:val="20"/>
        </w:rPr>
        <w:t>50:55  ghoul hai, yeh sirf kafi nahi hai۔</w:t>
      </w:r>
      <w:r>
        <w:br/>
      </w:r>
      <w:r>
        <w:rPr>
          <w:sz w:val="20"/>
        </w:rPr>
        <w:t>51:00  dekhna chahiye ke is se result kya nikla۔</w:t>
      </w:r>
      <w:r>
        <w:br/>
      </w:r>
      <w:r>
        <w:rPr>
          <w:sz w:val="20"/>
        </w:rPr>
        <w:t>51:05  hadith mein aata hai ke bin hasan ne kitab mein mure, turka malaa yani hai۔</w:t>
      </w:r>
      <w:r>
        <w:br/>
      </w:r>
      <w:r>
        <w:rPr>
          <w:sz w:val="20"/>
        </w:rPr>
        <w:t>51:10  jis cheez mein result na ho, us ko chhoden۔</w:t>
      </w:r>
      <w:r>
        <w:br/>
      </w:r>
      <w:r>
        <w:rPr>
          <w:sz w:val="20"/>
        </w:rPr>
        <w:t>51:15  sirf yeh mat dekhen ke hum hum haq par hain۔</w:t>
      </w:r>
      <w:r>
        <w:br/>
      </w:r>
      <w:r>
        <w:rPr>
          <w:sz w:val="20"/>
        </w:rPr>
        <w:t>51:20  yeh yeh mat dekhen, sirf yeh dekhen ke jo tum karne ja rahe ho, is ka koi result</w:t>
      </w:r>
      <w:r>
        <w:br/>
      </w:r>
      <w:r>
        <w:rPr>
          <w:sz w:val="20"/>
        </w:rPr>
        <w:t>51:25  nikalta hai, positive result nahi to chhoden us ko۔</w:t>
      </w:r>
      <w:r>
        <w:br/>
      </w:r>
      <w:r>
        <w:rPr>
          <w:sz w:val="20"/>
        </w:rPr>
        <w:t>51:30  yani chhoden ke mani hain ke koi doosri planning karo۔</w:t>
      </w:r>
      <w:r>
        <w:br/>
      </w:r>
      <w:r>
        <w:rPr>
          <w:sz w:val="20"/>
        </w:rPr>
        <w:t>51:36  jaise india mein suwar chander bose ki planning hui thi, woh wires par thi۔</w:t>
      </w:r>
      <w:r>
        <w:br/>
      </w:r>
      <w:r>
        <w:rPr>
          <w:sz w:val="20"/>
        </w:rPr>
        <w:t>51:41  to result nahi nikla۔</w:t>
      </w:r>
      <w:r>
        <w:br/>
      </w:r>
      <w:r>
        <w:rPr>
          <w:sz w:val="20"/>
        </w:rPr>
        <w:t>51:46  to gandhi ne chhoda us ko, chhod kar ke peaceful planning ki۔</w:t>
      </w:r>
      <w:r>
        <w:br/>
      </w:r>
      <w:r>
        <w:rPr>
          <w:sz w:val="20"/>
        </w:rPr>
        <w:t>51:51  to jahan hum dekh chuke hain ke shor o ghoul ki parties jo hain, jis ko kisi ne</w:t>
      </w:r>
      <w:r>
        <w:br/>
      </w:r>
      <w:r>
        <w:rPr>
          <w:sz w:val="20"/>
        </w:rPr>
        <w:t>51:56  kaha ke ghoghai politics, to ghoghai parties be-nateja hain, resultless hain۔</w:t>
      </w:r>
      <w:r>
        <w:br/>
      </w:r>
      <w:r>
        <w:rPr>
          <w:sz w:val="20"/>
        </w:rPr>
        <w:t>52:01  koi positive is ka anjam nahi۔</w:t>
      </w:r>
      <w:r>
        <w:br/>
      </w:r>
      <w:r>
        <w:rPr>
          <w:sz w:val="20"/>
        </w:rPr>
        <w:t>52:06  to us ko chhoriye, doosri planning kijiye.</w:t>
      </w:r>
      <w:r>
        <w:br/>
      </w:r>
      <w:r>
        <w:rPr>
          <w:sz w:val="20"/>
        </w:rPr>
        <w:t>52:11  yani planning ko badliye apni.</w:t>
      </w:r>
      <w:r>
        <w:br/>
      </w:r>
      <w:r>
        <w:rPr>
          <w:sz w:val="20"/>
        </w:rPr>
        <w:t>52:16  yeh main keh raha hoon.</w:t>
      </w:r>
      <w:r>
        <w:br/>
      </w:r>
      <w:r>
        <w:rPr>
          <w:sz w:val="20"/>
        </w:rPr>
        <w:t>52:21  maulana, agla sawal doctor safeena tabassum ne bheja hai ajmer se, aur unhon ne likha hai: maulana sahib,</w:t>
      </w:r>
      <w:r>
        <w:br/>
      </w:r>
      <w:r>
        <w:rPr>
          <w:sz w:val="20"/>
        </w:rPr>
        <w:t>52:26  bohat musalmanon ka yeh kehna hai ke agar hum choti choti baaton par protest nahi karenge to</w:t>
      </w:r>
      <w:r>
        <w:br/>
      </w:r>
      <w:r>
        <w:rPr>
          <w:sz w:val="20"/>
        </w:rPr>
        <w:t>52:31  hamare namaz roze par bhi eteraz hone lagega.</w:t>
      </w:r>
      <w:r>
        <w:br/>
      </w:r>
      <w:r>
        <w:rPr>
          <w:sz w:val="20"/>
        </w:rPr>
        <w:t>52:36  un logon ko kya kaha jaye, is ke baray mein batayein.</w:t>
      </w:r>
      <w:r>
        <w:br/>
      </w:r>
      <w:r>
        <w:rPr>
          <w:sz w:val="20"/>
        </w:rPr>
        <w:t>52:41  yeh to aik jhoota, aik jhoota yani jhoota doubt hai, baseless doubt hai.</w:t>
      </w:r>
      <w:r>
        <w:br/>
      </w:r>
      <w:r>
        <w:rPr>
          <w:sz w:val="20"/>
        </w:rPr>
        <w:t>52:46  yeh yahi to main keh raha hoon bar bar ke musalmanon ki ghalti hai ke woh isi speed</w:t>
      </w:r>
      <w:r>
        <w:br/>
      </w:r>
      <w:r>
        <w:rPr>
          <w:sz w:val="20"/>
        </w:rPr>
        <w:t>52:52  of age ko jante nahi.</w:t>
      </w:r>
      <w:r>
        <w:br/>
      </w:r>
      <w:r>
        <w:rPr>
          <w:sz w:val="20"/>
        </w:rPr>
        <w:t>52:57  kabhi namumkin hai ke aap ki namaz roze par record dali jaye.</w:t>
      </w:r>
      <w:r>
        <w:br/>
      </w:r>
      <w:r>
        <w:rPr>
          <w:sz w:val="20"/>
        </w:rPr>
        <w:t>53:02  duniya mein kahin bhi record nahi hai.</w:t>
      </w:r>
      <w:r>
        <w:br/>
      </w:r>
      <w:r>
        <w:rPr>
          <w:sz w:val="20"/>
        </w:rPr>
        <w:t>53:07  record jo hai, aap ke nuisance par hai, aap ke violence par hai ke masjidon mein is kiya</w:t>
      </w:r>
      <w:r>
        <w:br/>
      </w:r>
      <w:r>
        <w:rPr>
          <w:sz w:val="20"/>
        </w:rPr>
        <w:t>53:12  aaj kal ho raha hai ke jume ke din ekatha hote hain to masjidon mein nafrat ki taqreerein</w:t>
      </w:r>
      <w:r>
        <w:br/>
      </w:r>
      <w:r>
        <w:rPr>
          <w:sz w:val="20"/>
        </w:rPr>
        <w:t>53:17  hoti hain ke dushman hain, unhein humein, unhein hum yeh karna hai, woh karna hai.</w:t>
      </w:r>
      <w:r>
        <w:br/>
      </w:r>
      <w:r>
        <w:rPr>
          <w:sz w:val="20"/>
        </w:rPr>
        <w:t>53:22  to yeh cheez buri hai.</w:t>
      </w:r>
      <w:r>
        <w:br/>
      </w:r>
      <w:r>
        <w:rPr>
          <w:sz w:val="20"/>
        </w:rPr>
        <w:t>53:27  nafrat namaz nahi buri hai.</w:t>
      </w:r>
      <w:r>
        <w:br/>
      </w:r>
      <w:r>
        <w:rPr>
          <w:sz w:val="20"/>
        </w:rPr>
        <w:t>53:32  koi duniya mein aisa nahi hai jo namaz ko roke.</w:t>
      </w:r>
      <w:r>
        <w:br/>
      </w:r>
      <w:r>
        <w:rPr>
          <w:sz w:val="20"/>
        </w:rPr>
        <w:t>53:37  jo roke ga, wohi ke aap aisi baat karte hain jo zamane ke khilaf ho, yani tashaddud ki</w:t>
      </w:r>
      <w:r>
        <w:br/>
      </w:r>
      <w:r>
        <w:rPr>
          <w:sz w:val="20"/>
        </w:rPr>
        <w:t>53:42  baat, nafrat ki baat.</w:t>
      </w:r>
      <w:r>
        <w:br/>
      </w:r>
      <w:r>
        <w:rPr>
          <w:sz w:val="20"/>
        </w:rPr>
        <w:t>53:47  yeh bilkul jhoote sarapa jhoot hai yeh kehna ke namaz ko rokeinge.</w:t>
      </w:r>
      <w:r>
        <w:br/>
      </w:r>
      <w:r>
        <w:rPr>
          <w:sz w:val="20"/>
        </w:rPr>
        <w:t>53:52  is ki koi asal nahi hai.</w:t>
      </w:r>
      <w:r>
        <w:br/>
      </w:r>
      <w:r>
        <w:rPr>
          <w:sz w:val="20"/>
        </w:rPr>
        <w:t>53:57  bilkul jhooti baat hai.</w:t>
      </w:r>
      <w:r>
        <w:br/>
      </w:r>
      <w:r>
        <w:rPr>
          <w:sz w:val="20"/>
        </w:rPr>
        <w:t>54:02  main ne kitni baar gaya hoon, main church mein gaya hoon, mandir mein gaya hoon, namaz ka waqt</w:t>
      </w:r>
      <w:r>
        <w:br/>
      </w:r>
      <w:r>
        <w:rPr>
          <w:sz w:val="20"/>
        </w:rPr>
        <w:t>54:07  hoga, logon ne khoob kaha aaj namaz padhiye.</w:t>
      </w:r>
      <w:r>
        <w:br/>
      </w:r>
      <w:r>
        <w:rPr>
          <w:sz w:val="20"/>
        </w:rPr>
        <w:t>54:13  khare khare hotay hain ehtram ke liye.</w:t>
      </w:r>
      <w:r>
        <w:br/>
      </w:r>
      <w:r>
        <w:rPr>
          <w:sz w:val="20"/>
        </w:rPr>
        <w:t>54:18  aik martaba qissa likha tha mein ne risalay mein ke parvaram shastri ka program tha chapati par bombay</w:t>
      </w:r>
      <w:r>
        <w:br/>
      </w:r>
      <w:r>
        <w:rPr>
          <w:sz w:val="20"/>
        </w:rPr>
        <w:t>54:23  mein, aur bohat bara majma tha wahan.</w:t>
      </w:r>
      <w:r>
        <w:br/>
      </w:r>
      <w:r>
        <w:rPr>
          <w:sz w:val="20"/>
        </w:rPr>
        <w:t>54:28  to bohat ooncha pandal laga hua tha.</w:t>
      </w:r>
      <w:r>
        <w:br/>
      </w:r>
      <w:r>
        <w:rPr>
          <w:sz w:val="20"/>
        </w:rPr>
        <w:t>54:33  to maghrib ka waqt ho gaya.</w:t>
      </w:r>
      <w:r>
        <w:br/>
      </w:r>
      <w:r>
        <w:rPr>
          <w:sz w:val="20"/>
        </w:rPr>
        <w:t>54:38  to mein ne kaha ke maghrib ka waqt ho gaya hai.</w:t>
      </w:r>
      <w:r>
        <w:br/>
      </w:r>
      <w:r>
        <w:rPr>
          <w:sz w:val="20"/>
        </w:rPr>
        <w:t>54:43  to unhon ne kaha ke aap yahin parhiye, yahin parhiye pandal par.</w:t>
      </w:r>
      <w:r>
        <w:br/>
      </w:r>
      <w:r>
        <w:rPr>
          <w:sz w:val="20"/>
        </w:rPr>
        <w:t>54:48  to unhon ne apni taqreer rok di.</w:t>
      </w:r>
      <w:r>
        <w:br/>
      </w:r>
      <w:r>
        <w:rPr>
          <w:sz w:val="20"/>
        </w:rPr>
        <w:t>54:53  aur mein ne sab ke samne, lakhon aadmi thay, wahi pandal, ooncha pandal tha, woh khare ho kar namaz parhi.</w:t>
      </w:r>
      <w:r>
        <w:br/>
      </w:r>
      <w:r>
        <w:rPr>
          <w:sz w:val="20"/>
        </w:rPr>
        <w:t>54:58  yeh jhooti baat hai yeh.</w:t>
      </w:r>
      <w:r>
        <w:br/>
      </w:r>
      <w:r>
        <w:rPr>
          <w:sz w:val="20"/>
        </w:rPr>
        <w:t>55:03  yeh to jhooti baat hai.</w:t>
      </w:r>
      <w:r>
        <w:br/>
      </w:r>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r>
        <w:br/>
      </w:r>
      <w:r>
        <w:rPr>
          <w:sz w:val="20"/>
        </w:rPr>
        <w:t>56:46  maulana, agla sawal dilli se bheja hai miss naghma siddiqui ne, aur unhon ne likha hai: while we</w:t>
      </w:r>
      <w:r>
        <w:br/>
      </w:r>
      <w:r>
        <w:rPr>
          <w:sz w:val="20"/>
        </w:rPr>
        <w:t>56:51  are thankful to god to have given us a chance to be part of the culmination of islamic</w:t>
      </w:r>
      <w:r>
        <w:br/>
      </w:r>
      <w:r>
        <w:rPr>
          <w:sz w:val="20"/>
        </w:rPr>
        <w:t>56:57  mission, but it seems an overwhelming task.</w:t>
      </w:r>
      <w:r>
        <w:br/>
      </w:r>
      <w:r>
        <w:rPr>
          <w:sz w:val="20"/>
        </w:rPr>
        <w:t>57:02  How can we stay stress-free?</w:t>
      </w:r>
      <w:r>
        <w:br/>
      </w:r>
      <w:r>
        <w:rPr>
          <w:sz w:val="20"/>
        </w:rPr>
        <w:t>57:08  Please advise us.</w:t>
      </w:r>
    </w:p>
    <w:p>
      <w:pPr>
        <w:pStyle w:val="Heading2"/>
      </w:pPr>
      <w:r>
        <w:t>Muslims who live off the West yet call it enemy</w:t>
      </w:r>
    </w:p>
    <w:p>
      <w:r>
        <w:rPr>
          <w:color w:val="666666"/>
          <w:sz w:val="18"/>
        </w:rPr>
        <w:t>Collective Repentance 24th February 2013 · 3m 56s · at 1:20:31 · https://youtu.be/TNw6muKhfpU?t=4831</w:t>
      </w:r>
    </w:p>
    <w:p>
      <w:r>
        <w:rPr>
          <w:i/>
        </w:rPr>
        <w:t>“Morden 90 percent West se aapko blessing mili hai”</w:t>
      </w:r>
    </w:p>
    <w:p>
      <w:r>
        <w:rPr>
          <w:sz w:val="20"/>
        </w:rPr>
        <w:t>1:20:31  woh kaise? aap dekhiye, yani west ki baaz policy ko le kar aap ghussa ho rahe hain.</w:t>
      </w:r>
      <w:r>
        <w:br/>
      </w:r>
      <w:r>
        <w:rPr>
          <w:sz w:val="20"/>
        </w:rPr>
        <w:t>1:20:37  yani more than one percent, more than 90 percent west se aap ko blessing mili hai. more than 90 percent, less than one percent aap ko koi cheez mil gayi, woh bhi main is ko fast shikayat samajhta hoon. jaise israel ke baray mein america ki policy, is ko le kar musalman ghussa ho rahe hain.</w:t>
      </w:r>
      <w:r>
        <w:br/>
      </w:r>
      <w:r>
        <w:rPr>
          <w:sz w:val="20"/>
        </w:rPr>
        <w:t>1:21:00  aur wohi musalman bharpoor tor pe faida uthate hain america se</w:t>
      </w:r>
      <w:r>
        <w:br/>
      </w:r>
      <w:r>
        <w:rPr>
          <w:sz w:val="20"/>
        </w:rPr>
        <w:t>1:21:06  . wohi musalman wahan settle hote hain, apne beton ko wahan bhejte hain, apne bachon, apne apne family ko wahan par settle karte hain. wohi musalman, same musalman .</w:t>
      </w:r>
      <w:r>
        <w:br/>
      </w:r>
      <w:r>
        <w:rPr>
          <w:sz w:val="20"/>
        </w:rPr>
        <w:t>1:21:18  dekhiye, ek baat bohat khatarnak baat aap ko kehta hoon: yeh thinking jante hain, yeh munafiqat tak pohnch aati hai.</w:t>
      </w:r>
      <w:r>
        <w:br/>
      </w:r>
      <w:r>
        <w:rPr>
          <w:sz w:val="20"/>
        </w:rPr>
        <w:t>1:21:28  this kind of thinking leads to munafiqat. aur saare musalman munafiq bane hue hain</w:t>
      </w:r>
      <w:r>
        <w:br/>
      </w:r>
      <w:r>
        <w:rPr>
          <w:sz w:val="20"/>
        </w:rPr>
        <w:t>1:21:34  ke jis west ki baikrat karte hain, usi west se saare faide uthate hain. aap ko maloom hai ke fuqaha ka maslak kya hai?</w:t>
      </w:r>
      <w:r>
        <w:br/>
      </w:r>
      <w:r>
        <w:rPr>
          <w:sz w:val="20"/>
        </w:rPr>
        <w:t>1:21:45  bohat khatarnak hai yeh maslak musalmanon ka. jo hai fuqaha ka maslak yeh hai ke agar aap yeh samjhein ke falan country dushman islam hai to aap par hijrat lazim ho jati hai.</w:t>
      </w:r>
      <w:r>
        <w:br/>
      </w:r>
      <w:r>
        <w:rPr>
          <w:sz w:val="20"/>
        </w:rPr>
        <w:t>1:21:58  kitna khatarnak hai musalmanon ki yeh soch ke woh west ka america, europe mein rehte hain, yeh kehte hain ke dushman hai.</w:t>
      </w:r>
      <w:r>
        <w:br/>
      </w:r>
      <w:r>
        <w:rPr>
          <w:sz w:val="20"/>
        </w:rPr>
        <w:t>1:22:06  to pehla kaam hai ke tum hijrat karo wahan se, chodo us mulk ko. tumhari woh tumhara rehna hi haram ban jata hai. wahan</w:t>
      </w:r>
      <w:r>
        <w:br/>
      </w:r>
      <w:r>
        <w:rPr>
          <w:sz w:val="20"/>
        </w:rPr>
        <w:t>1:22:15  jo log aap jante hain ke jitne bhi europe, america mulk the, sab ke sab yehi boli bolte hain aur un ke liye wahan rehna jaiz nahi hai.</w:t>
      </w:r>
      <w:r>
        <w:br/>
      </w:r>
      <w:r>
        <w:rPr>
          <w:sz w:val="20"/>
        </w:rPr>
        <w:t>1:22:25  inka farz hai ke woh chodein us ko, warna haram maut marne ka andesha hai. kaisi ajeeb masla hai yeh! yani fuqaha ka masla hai. yeh aap padh lijiye, fuqaha ka masla hai ke jis mulk ke baray mein yeh pata chal jaye ke woh islam ka dushman hai to aap ko wahan se hijrat karni pare gi.</w:t>
      </w:r>
      <w:r>
        <w:br/>
      </w:r>
      <w:r>
        <w:rPr>
          <w:sz w:val="20"/>
        </w:rPr>
        <w:t>1:22:46  yani yeh boli aap bahar aake bol sakte hain, wahan rehke nahin bol sakte. yeh boli amrikaa hiss aray musalman kya karte hain?</w:t>
      </w:r>
      <w:r>
        <w:br/>
      </w:r>
      <w:r>
        <w:rPr>
          <w:sz w:val="20"/>
        </w:rPr>
        <w:t>1:22:55  America has a number of Islam. Arab kehte hain ke America adu-e-islam raqam wahid. yeh baat aap America mein rehke nahin kar sakte, aapko bahar aana padega.</w:t>
      </w:r>
      <w:r>
        <w:br/>
      </w:r>
      <w:r>
        <w:rPr>
          <w:sz w:val="20"/>
        </w:rPr>
        <w:t>1:23:07  to bataiye ke yeh soch kya kar rahi hai? aapko munafiq bana rahi hai. aapko yeh yeh soch musalmanon ko munafiq munafiq bana rahi hai.</w:t>
      </w:r>
      <w:r>
        <w:br/>
      </w:r>
      <w:r>
        <w:rPr>
          <w:sz w:val="20"/>
        </w:rPr>
        <w:t>1:23:15  kitni khatarnak baat hai yeh! kis qadar khatarnak baat hai! yani doosron ko aap dushman bata rahe hain aur khud apne ko munafiq declare kar rahe hain.</w:t>
      </w:r>
      <w:r>
        <w:br/>
      </w:r>
      <w:r>
        <w:rPr>
          <w:sz w:val="20"/>
        </w:rPr>
        <w:t>1:23:25  ghor kijiye ke aap doosre ko munafiq, doosre ko dushman bata rahe hain, ain usi waqt apne ko munafiq declare kar rahe hain.</w:t>
      </w:r>
      <w:r>
        <w:br/>
      </w:r>
      <w:r>
        <w:rPr>
          <w:sz w:val="20"/>
        </w:rPr>
        <w:t>1:23:35  yeh saada baat nahin. yaad rakhiye, bahut hi seerious baat hai, bahut zyada seerious baat hai.</w:t>
      </w:r>
      <w:r>
        <w:br/>
      </w:r>
      <w:r>
        <w:rPr>
          <w:sz w:val="20"/>
        </w:rPr>
        <w:t>1:23:46  aur hadith quran mein yeh hai ke "in munafeeqeen fi darakil asfal min an-nar" ke munafiq jo hain, jahannam ke sabse barhe tabqe mein honge.</w:t>
      </w:r>
      <w:r>
        <w:br/>
      </w:r>
      <w:r>
        <w:rPr>
          <w:sz w:val="20"/>
        </w:rPr>
        <w:t>1:23:56  kaisi ajeeb choice le rakha hai musalmanon ne! isi west mein rehte hain aur kehte hain ke islam dushman hai aur apne ko isko dushman kehkar apne ko munafiq declare kar rahe hain. aap yeh kaisa bura choice le rakha hai musalmanon ne!</w:t>
      </w:r>
      <w:r>
        <w:br/>
      </w:r>
      <w:r>
        <w:rPr>
          <w:sz w:val="20"/>
        </w:rPr>
        <w:t>1:24:17  iski seeriousness ko nahin jaante woh. iski seeriousness ko agar jaanen to tauba karein, tauba karein, tauba karein! woh</w:t>
      </w:r>
    </w:p>
    <w:p>
      <w:pPr>
        <w:pStyle w:val="Heading2"/>
      </w:pPr>
      <w:r>
        <w:t>Hudaybiyyah model vs Jihad model</w:t>
      </w:r>
    </w:p>
    <w:p>
      <w:r>
        <w:rPr>
          <w:color w:val="666666"/>
          <w:sz w:val="18"/>
        </w:rPr>
        <w:t>Man with A Mission 5 June 2007 - Maulana Wahiduddin Khan · 4m 42s · at 48:49 · https://youtu.be/SZ2xjZjGOhE?t=2929</w:t>
      </w:r>
    </w:p>
    <w:p>
      <w:r>
        <w:rPr>
          <w:i/>
        </w:rPr>
        <w:t>“رسول اللہ صلی اللہ علیہ وسلم نے جو کامیابی حاصل کی تھی عرب میں”</w:t>
      </w:r>
    </w:p>
    <w:p>
      <w:r>
        <w:rPr>
          <w:sz w:val="20"/>
        </w:rPr>
        <w:t>48:49  Rasool Allah salallahu alaihi wasallam ne jo kamyabi hasil ki thi Arab mein, to Quran mein bataya gaya hai ke yeh kamyabi aap ko mili Hudaybiyah ke zariye.</w:t>
      </w:r>
      <w:r>
        <w:br/>
      </w:r>
      <w:r>
        <w:rPr>
          <w:sz w:val="20"/>
        </w:rPr>
        <w:t>49:02  "Inna fatahna laka fathan mubeena". yeh Hudaybiyah ek method hai,</w:t>
      </w:r>
      <w:r>
        <w:br/>
      </w:r>
      <w:r>
        <w:rPr>
          <w:sz w:val="20"/>
        </w:rPr>
        <w:t>49:09  is method ko apnane se aap ko fatah mubeen mili. yani poori Rasool Allah ki poori zindagi mein sab se bada waqea jo aap ko fatah mubeen diya, jis ne woh tha Hazrat Hudaybiyah.</w:t>
      </w:r>
      <w:r>
        <w:br/>
      </w:r>
      <w:r>
        <w:rPr>
          <w:sz w:val="20"/>
        </w:rPr>
        <w:t>49:28  aap jante hain ke doctor Michael Hart ne likha hai ke Rasool Allah poori history ke sab se zyada successful aadmi the. "He was he was supremely successful man in history".</w:t>
      </w:r>
      <w:r>
        <w:br/>
      </w:r>
      <w:r>
        <w:rPr>
          <w:sz w:val="20"/>
        </w:rPr>
        <w:t>49:45  to woh kaise hue? Hudaybiyah ke zariye hue. Quran is ka roop hai, kyunke jaise hi Hudaybiyah ka agreement hua tha,</w:t>
      </w:r>
      <w:r>
        <w:br/>
      </w:r>
      <w:r>
        <w:rPr>
          <w:sz w:val="20"/>
        </w:rPr>
        <w:t>49:53  to Quran mein ayat utri thi "Inna fatahna laka fat-han mubeena". Hum ne de diya tum ko woh open victory, sab se bari victory.</w:t>
      </w:r>
      <w:r>
        <w:br/>
      </w:r>
      <w:r>
        <w:rPr>
          <w:sz w:val="20"/>
        </w:rPr>
        <w:t>50:05  aur ek ek bohat bare muhaddis aur jo tabi'i yeh kehte hain</w:t>
      </w:r>
      <w:r>
        <w:br/>
      </w:r>
      <w:r>
        <w:rPr>
          <w:sz w:val="20"/>
        </w:rPr>
        <w:t>50:12  ke Islam ki tareekh mein sab se bari fatah jo thi, woh wohi hai jo Hudaybiyah ke zariye hasil hui. To poori poori tareekh mein hazar saal mein Hudaybiyah ka jo model hai, woh gum ho gaya tha.</w:t>
      </w:r>
      <w:r>
        <w:br/>
      </w:r>
      <w:r>
        <w:rPr>
          <w:sz w:val="20"/>
        </w:rPr>
        <w:t>50:29  koi kitab nahi hai jis mein bataya gaya ho baat ko ke Hudaybiyah ka model kitna successful model hai. To ek hazar saal ka parda pad chuka tha Hudaybiyah ke model par.</w:t>
      </w:r>
      <w:r>
        <w:br/>
      </w:r>
      <w:r>
        <w:rPr>
          <w:sz w:val="20"/>
        </w:rPr>
        <w:t>50:42  is ko bohat hi dinon ki koshish ke baad, mutala, tajruba aur fikr ke baad maine is ko discover kiya, Hudaybiyah model.</w:t>
      </w:r>
      <w:r>
        <w:br/>
      </w:r>
      <w:r>
        <w:rPr>
          <w:sz w:val="20"/>
        </w:rPr>
        <w:t>50:51  aur jab maine discover kiya, tab bhi woh itna ajnabi tha ke saare log is ke khilaf ho gaye. Tamam ulama, kaisi ajib baat hai ke saare ulama is ke khilaf ho gaye.</w:t>
      </w:r>
      <w:r>
        <w:br/>
      </w:r>
      <w:r>
        <w:rPr>
          <w:sz w:val="20"/>
        </w:rPr>
        <w:t>51:04  kya kehne lage? Yeh to buzdi sikhaate hain. Rasool Allah ka woh model jis</w:t>
      </w:r>
      <w:r>
        <w:br/>
      </w:r>
      <w:r>
        <w:rPr>
          <w:sz w:val="20"/>
        </w:rPr>
        <w:t>51:10  ne aap ko fatah mubeen diya, woh tareekh mein itna gum ho chuka tha ke log is ko samajhne lage ke to yeh to yeh to buzdi hai.</w:t>
      </w:r>
      <w:r>
        <w:br/>
      </w:r>
      <w:r>
        <w:rPr>
          <w:sz w:val="20"/>
        </w:rPr>
        <w:t>51:21  kyunke dekhiye, Hudaybiyah model kya hai? Hudaybiyah model naam hai is baat ka</w:t>
      </w:r>
      <w:r>
        <w:br/>
      </w:r>
      <w:r>
        <w:rPr>
          <w:sz w:val="20"/>
        </w:rPr>
        <w:t>51:28  ke aap kisi bhi situation mein status quo maan lein, status quo se takrao na karein, aur yeh talash karein ke status quo ko maante hue wahan par kya opportunities hain.</w:t>
      </w:r>
      <w:r>
        <w:br/>
      </w:r>
      <w:r>
        <w:rPr>
          <w:sz w:val="20"/>
        </w:rPr>
        <w:t>51:45  to Hudaybiyah model ka formula kya hai?</w:t>
      </w:r>
      <w:r>
        <w:br/>
      </w:r>
      <w:r>
        <w:rPr>
          <w:sz w:val="20"/>
        </w:rPr>
        <w:t>51:49  "ignore the problem, avail the opportunities". Yeh hai model, aur yeh is waqt ho sakta hai ke jab ke aap status quo ko maan lein.</w:t>
      </w:r>
      <w:r>
        <w:br/>
      </w:r>
      <w:r>
        <w:rPr>
          <w:sz w:val="20"/>
        </w:rPr>
        <w:t>51:59  is ko status quo ko badalna,</w:t>
      </w:r>
      <w:r>
        <w:br/>
      </w:r>
      <w:r>
        <w:rPr>
          <w:sz w:val="20"/>
        </w:rPr>
        <w:t>52:05  yeh model nahi hai. Ab dekhein ke Musalman jo hain, sari duniya mein status quo se takra rahe hain. Jahan bhi dekhiye, Kashmir mein dekhiye, Falasteen mein dekhiye, jahan bhi dekhiye,</w:t>
      </w:r>
      <w:r>
        <w:br/>
      </w:r>
      <w:r>
        <w:rPr>
          <w:sz w:val="20"/>
        </w:rPr>
        <w:t>52:18  jo status quo hai us par takra rahe hain. Woh jaante hain kya? Ke jab tak hum status quo ko badlein nahi,</w:t>
      </w:r>
      <w:r>
        <w:br/>
      </w:r>
      <w:r>
        <w:rPr>
          <w:sz w:val="20"/>
        </w:rPr>
        <w:t>52:25  tab tak koi rasta nikalne wala nahi hai. Yeh Rasool Allah ka tareeqa nahi tha. Hudaybiyah mein aap ne jo status quo tha, wahan us ko maan liya, aur kya kiya?</w:t>
      </w:r>
      <w:r>
        <w:br/>
      </w:r>
      <w:r>
        <w:rPr>
          <w:sz w:val="20"/>
        </w:rPr>
        <w:t>52:38  ke daawa opportunities ko avail kiya.</w:t>
      </w:r>
      <w:r>
        <w:br/>
      </w:r>
      <w:r>
        <w:rPr>
          <w:sz w:val="20"/>
        </w:rPr>
        <w:t>52:43  to yeh yahi formula tha aap ka ke "ignore the problem, avail the opportunities". Yeh hai Hudaybiyah model. Is se aap ko zabardast kamyabi hui.</w:t>
      </w:r>
      <w:r>
        <w:br/>
      </w:r>
      <w:r>
        <w:rPr>
          <w:sz w:val="20"/>
        </w:rPr>
        <w:t>52:53  is ko maine tafseel se likha hai apni kitabon mein. To yeh itna mushkil tha is ko discover karna ke aaj bhi</w:t>
      </w:r>
      <w:r>
        <w:br/>
      </w:r>
      <w:r>
        <w:rPr>
          <w:sz w:val="20"/>
        </w:rPr>
        <w:t>53:02  log itna conditioned hain ke samajh nahi paate Hudaybiyah model ki importance ko. Aaj bhi nahi samajh paate. Abhi bhi ek kitab chhapi hai, India ke jo sab se bara idara mana jata hai, Nadwa, wahan se is mein is ko ridicule kiya hai, Hudaybiyah model ko,</w:t>
      </w:r>
      <w:r>
        <w:br/>
      </w:r>
      <w:r>
        <w:rPr>
          <w:sz w:val="20"/>
        </w:rPr>
        <w:t>53:21  ke main logon ko buzdi sikha raha hoon. Main logon ko buzdi sikha raha hoon kyunke logon ke baad jo hai, jihadi model jo hai, logon ke dimagh par chhaya hua tha.</w:t>
      </w:r>
    </w:p>
    <w:p>
      <w:pPr>
        <w:pStyle w:val="Heading2"/>
      </w:pPr>
      <w:r>
        <w:t>Clear guidance and self-discovered truth</w:t>
      </w:r>
    </w:p>
    <w:p>
      <w:r>
        <w:rPr>
          <w:color w:val="666666"/>
          <w:sz w:val="18"/>
        </w:rPr>
        <w:t>Al-RISALA NOV, 2017 · 5m 09s · at 46:43 · https://youtu.be/PvVV-FJAYDg?t=2803</w:t>
      </w:r>
    </w:p>
    <w:p>
      <w:r>
        <w:rPr>
          <w:i/>
        </w:rPr>
        <w:t>“I leave you on a clear path”</w:t>
      </w:r>
    </w:p>
    <w:p>
      <w:r>
        <w:rPr>
          <w:sz w:val="20"/>
        </w:rPr>
        <w:t>46:43  roshan hidayaat. deen Islam har aitbaar se ek wazeh deen hai. hadith mein aaya hai ke Rasool Allah Sal Allah Alaihi Wasallam ne farmaya: "قد تركتکم البیداء لیلہا کا نہاریہا لا یزیغ عنہا بعدی الا حالک".</w:t>
      </w:r>
      <w:r>
        <w:br/>
      </w:r>
      <w:r>
        <w:rPr>
          <w:sz w:val="20"/>
        </w:rPr>
        <w:t>47:06  sunan Ibn Majah. yaani main tumhare paas ek roshan deen chhod raha hoon. iski raatein bhi iske din ki tarah hain. mere baad koi is se door nahin hoga siwaye is aadmi ke jo halak hone wala hai.</w:t>
      </w:r>
      <w:r>
        <w:br/>
      </w:r>
      <w:r>
        <w:rPr>
          <w:sz w:val="20"/>
        </w:rPr>
        <w:t>47:21  yahan yeh sawal hai ke jab deen itna wazeh hai to is mein ikhtilafat kyun? Quran ki tafseer mein ikhtilaf, hadith ki sharah mein ikhtilaf, fiqhi masail mein ikhtilaf waghera.</w:t>
      </w:r>
      <w:r>
        <w:br/>
      </w:r>
      <w:r>
        <w:rPr>
          <w:sz w:val="20"/>
        </w:rPr>
        <w:t>47:34  Rasool Allah ne farmaya tha ke tum is tarah namaz padho jis tarah mujh ko namaz padhte hue dekhte ho. lekin aap ke baad namaz ke masail mein itne ikhtilafat hue ke Musalmanon ke darmiyan kai mustaqil fiqhi school ban gaye waghera.</w:t>
      </w:r>
      <w:r>
        <w:br/>
      </w:r>
      <w:r>
        <w:rPr>
          <w:sz w:val="20"/>
        </w:rPr>
        <w:t>47:53  yeh ikhtilaf ek matloob ikhtilaf hai. yeh ikhtilaf is liye hai taake log is par tadabbur karein. log khud apne zehan ko istemal karein.</w:t>
      </w:r>
      <w:r>
        <w:br/>
      </w:r>
      <w:r>
        <w:rPr>
          <w:sz w:val="20"/>
        </w:rPr>
        <w:t>48:04  yahan tak ke har shakhs deen ko re-discover kare. har aadmi khud daryaft kardah sachai, yaani self-discovered truth par khada ho.</w:t>
      </w:r>
      <w:r>
        <w:br/>
      </w:r>
      <w:r>
        <w:rPr>
          <w:sz w:val="20"/>
        </w:rPr>
        <w:t>48:17  Najran ke kuch haq ke mutalashi log Madinah aaye taake woh Rasool Allah Sal Allah Alaihi Wasallam se sachai ko daryaft karein.</w:t>
      </w:r>
      <w:r>
        <w:br/>
      </w:r>
      <w:r>
        <w:rPr>
          <w:sz w:val="20"/>
        </w:rPr>
        <w:t>48:28  yeh qissa Quran mein in alfaaz mein bayan hua hai: "وَإِذَا سَمِعُوا مَا أُنْزِلَ إِلَى الرَّسُولِ تَرَىٰ عَيُونَهُمْ تَفِيضُ مِنَ الدَّمْعِ مِمَّا عَرَفُوا مِنَ الْحَقِّ".</w:t>
      </w:r>
      <w:r>
        <w:br/>
      </w:r>
      <w:r>
        <w:rPr>
          <w:sz w:val="20"/>
        </w:rPr>
        <w:t>48:42  yaani aur jab unhone is kalam ko suna jo Rasool par utara gaya hai to tum dekhoge ke unki aankhon se aansu jari hain is sabab se ke unhone haq ki marifat hasil kar li.</w:t>
      </w:r>
      <w:r>
        <w:br/>
      </w:r>
      <w:r>
        <w:rPr>
          <w:sz w:val="20"/>
        </w:rPr>
        <w:t>48:55  ayat mein "وَإِذَا سَمِعُوا" ke baad bazahir "عَلِيمُوا" yaani unhone jaan liya aana chahiye tha magar yahan "عَرَفُوا" ka lafz aaya hai.</w:t>
      </w:r>
      <w:r>
        <w:br/>
      </w:r>
      <w:r>
        <w:rPr>
          <w:sz w:val="20"/>
        </w:rPr>
        <w:t>49:06  iska matlab yeh hai ke sunne ke baad ibtidaai taur par unhone sachai ko sirf jaana tha magar apni taraf se tadabbur ka izafa karke unhone apne janne ko marifat, yaani self-discovery banaya.</w:t>
      </w:r>
      <w:r>
        <w:br/>
      </w:r>
      <w:r>
        <w:rPr>
          <w:sz w:val="20"/>
        </w:rPr>
        <w:t>49:23  aisa is liye hua taake woh khud daryaft kardah marifat par khade hone ki sa'adat hasil kar sakein. insaan ko iske khaliq ne sahi fitrat par paida kiya hai.</w:t>
      </w:r>
      <w:r>
        <w:br/>
      </w:r>
      <w:r>
        <w:rPr>
          <w:sz w:val="20"/>
        </w:rPr>
        <w:t>49:35  jaisa ke Quran mein aaya hai: "فَأَلْهَمَهَا فُجُورَهَا وَتَقْوَاهَا" . insaan ke aas paas jo duniya hai jisko Quran Majeed mein zameen o aasman ke alfaaz mein taabeer kiya gaya hai.</w:t>
      </w:r>
      <w:r>
        <w:br/>
      </w:r>
      <w:r>
        <w:rPr>
          <w:sz w:val="20"/>
        </w:rPr>
        <w:t>49:50  is mein aisi ayat, yaani signs hain jo khamosh zaban mein sachai ka ailan kar rahi hain. tareekh ke tamam waqeyat deen-e-KhudaWandi ki sadaqat ke gawah hain.</w:t>
      </w:r>
      <w:r>
        <w:br/>
      </w:r>
      <w:r>
        <w:rPr>
          <w:sz w:val="20"/>
        </w:rPr>
        <w:t>50:03  neez yeh ke paighambar ke zariye Quran o Sunnat ki soorat mein hidayat ka poora saman insaan ke liye mehya kar diya gaya hai waghera.</w:t>
      </w:r>
      <w:r>
        <w:br/>
      </w:r>
      <w:r>
        <w:rPr>
          <w:sz w:val="20"/>
        </w:rPr>
        <w:t>50:14  iske bawajood qanoon-e-fitrat ke mutabiq duniya ki tamam cheezon ke sath hamesha ek shubah ka anasar, yaani element of doubt maujood rehta hai.</w:t>
      </w:r>
      <w:r>
        <w:br/>
      </w:r>
      <w:r>
        <w:rPr>
          <w:sz w:val="20"/>
        </w:rPr>
        <w:t>50:26  is haqeeqat ko Quran mein in alfaaz mein bayan kiya gaya hai: "وَقَالُوا لَوْلَا أُنْزِلَ عَلَيْهِ مَلَكٌ وَلَوْ أَنْزَلْنَا مَلَكًا لَقُضِيَ الْأَمْرُ ثُمَّ لَا يُنْظَرُونَ وَلَوْ جَعَلْنَاهُ مَلَكًا لَجَعَلْنَاهُ رَجُلًا وَلَلَبَسْنَا عَلَيْهِمْ مَا يَلْبِسُونَ".</w:t>
      </w:r>
      <w:r>
        <w:br/>
      </w:r>
      <w:r>
        <w:rPr>
          <w:sz w:val="20"/>
        </w:rPr>
        <w:t>50:48  yaani aur woh kehte hain ke is par koi farishta kyun nahin utara gaya? aur agar hum koi farishta utarte to mamle ka faisla ho jata, phir unhein koi mohlat na milti.</w:t>
      </w:r>
      <w:r>
        <w:br/>
      </w:r>
      <w:r>
        <w:rPr>
          <w:sz w:val="20"/>
        </w:rPr>
        <w:t>51:00  aur agar hum kisi farishte ko rasool bana kar bhejte to us ko bhi aadmi banate aur un ko usi shubah mein daal dete jis mein woh ab pade hue hain.</w:t>
      </w:r>
      <w:r>
        <w:br/>
      </w:r>
      <w:r>
        <w:rPr>
          <w:sz w:val="20"/>
        </w:rPr>
        <w:t>51:11  sachai ki hidayat agarche insaan ko Allah Rabbul Alameen ki taraf se di gayi hai lekin Allah ko yeh manzoor hai ke woh apne hidayat yaab bondon ko is baat ka credit de ke unhone apni aqal ko istemal karke zaati taur par sachai ko daryaft kiya.</w:t>
      </w:r>
      <w:r>
        <w:br/>
      </w:r>
      <w:r>
        <w:rPr>
          <w:sz w:val="20"/>
        </w:rPr>
        <w:t>51:34  ikhtilafat ke jangall mein woh khud daryaft kardah sachai, yaani self-discovered truth par khade hon. yeh Allah Rabbul Alameen ki taraf se insaan ke liye ek mazeed inayat ka mamla hai.</w:t>
      </w:r>
    </w:p>
    <w:p>
      <w:pPr>
        <w:pStyle w:val="Heading2"/>
      </w:pPr>
      <w:r>
        <w:t>From telescope to probability: human limits</w:t>
      </w:r>
    </w:p>
    <w:p>
      <w:r>
        <w:rPr>
          <w:color w:val="666666"/>
          <w:sz w:val="18"/>
        </w:rPr>
        <w:t>Human Knowledge and Divine Knowledge 17 Feb, 2008 - Maulana Wahiduddin Khan · 4m 08s · at 14:42 · https://youtu.be/YbylPFaoAp4?t=882</w:t>
      </w:r>
    </w:p>
    <w:p>
      <w:r>
        <w:rPr>
          <w:i/>
        </w:rPr>
        <w:t>“In 1608, he first used a microscope to see the sky.”</w:t>
      </w:r>
    </w:p>
    <w:p>
      <w:r>
        <w:rPr>
          <w:sz w:val="20"/>
        </w:rPr>
        <w:t>14:42  solah so aath mein yaani sixteen hundred eight mein is ne microscope ka pehli baar istemaal kiya space ko dekhne ke liye.</w:t>
      </w:r>
      <w:r>
        <w:br/>
      </w:r>
      <w:r>
        <w:rPr>
          <w:sz w:val="20"/>
        </w:rPr>
        <w:t>14:57  yeh bohat dinon se log speon kar rahe thay, bana rahe thay microscope. telescope, telescope, telescope. haan, main ne ghalat kaha.</w:t>
      </w:r>
      <w:r>
        <w:br/>
      </w:r>
      <w:r>
        <w:rPr>
          <w:sz w:val="20"/>
        </w:rPr>
        <w:t>15:07  telescope. to pehli baar solah so aath mein galileo ne telescope se dekha aasman ko.</w:t>
      </w:r>
      <w:r>
        <w:br/>
      </w:r>
      <w:r>
        <w:rPr>
          <w:sz w:val="20"/>
        </w:rPr>
        <w:t>15:17  to ek nai dunya discover hui. nai dunya stars ke baray mein, planet ke baray mein, galaxy ke baray mein, solar system ke baray mein.</w:t>
      </w:r>
      <w:r>
        <w:br/>
      </w:r>
      <w:r>
        <w:rPr>
          <w:sz w:val="20"/>
        </w:rPr>
        <w:t>15:28  lekin micro world mein yeh insaan ka mushahida tha. micro world mein. lekin baat ko maloom hua ke telescope jahan tak dikhata hai hum ko woh had nahi hai.</w:t>
      </w:r>
      <w:r>
        <w:br/>
      </w:r>
      <w:r>
        <w:rPr>
          <w:sz w:val="20"/>
        </w:rPr>
        <w:t>15:40  is ke aagay bhi ek dunya hai. aise hi insaan ne woh microscope banaya.</w:t>
      </w:r>
      <w:r>
        <w:br/>
      </w:r>
      <w:r>
        <w:rPr>
          <w:sz w:val="20"/>
        </w:rPr>
        <w:t>15:50  microscope. atharah so tees mein, eighteen hundred thirty mein pehli baar microscope jo hai istemaal kiya gaya.</w:t>
      </w:r>
      <w:r>
        <w:br/>
      </w:r>
      <w:r>
        <w:rPr>
          <w:sz w:val="20"/>
        </w:rPr>
        <w:t>16:01  yaani choti cheezon ko bara kar ke dekhna. telescope door ki cheezon ko dikhati thi. ab microscope ne micro world mein aap ke mushahidon ko bohat door tak barhaya.</w:t>
      </w:r>
      <w:r>
        <w:br/>
      </w:r>
      <w:r>
        <w:rPr>
          <w:sz w:val="20"/>
        </w:rPr>
        <w:t>16:15  lekin phir yeh maloom hua ke woh aakhri had nahi thi. jab baat ko rutherford, einstein waghera ne daryaft kiya, jab atom toot gaya aur electron ki daryaft hui to maloom hua ke is ke aagay bhi bohat kuch hai jis ko hum microscope se dekh nahi sakte.</w:t>
      </w:r>
      <w:r>
        <w:br/>
      </w:r>
      <w:r>
        <w:rPr>
          <w:sz w:val="20"/>
        </w:rPr>
        <w:t>16:39  to jab bhi insaan ne koi cheez discover ki to maloom hua ke is ke beyond bhi kuch aur cheezein hain jis ko hamein discover karna hai. yeh silsila chalta raha.</w:t>
      </w:r>
      <w:r>
        <w:br/>
      </w:r>
      <w:r>
        <w:rPr>
          <w:sz w:val="20"/>
        </w:rPr>
        <w:t>16:51  ab is ke baad jab aakhri jo aaj jo stage yaani human knowledge jahan pohncha hai, aaj main samajhta hoon ke woh pohncha hai probability tak.</w:t>
      </w:r>
      <w:r>
        <w:br/>
      </w:r>
      <w:r>
        <w:rPr>
          <w:sz w:val="20"/>
        </w:rPr>
        <w:t>17:03  yaani aaj insaan yahan tak pohncha hai ke hum kuch cheezein woh hain jo hum na to dekh sakte telescope se na hum dekh sakte microscope se.</w:t>
      </w:r>
      <w:r>
        <w:br/>
      </w:r>
      <w:r>
        <w:rPr>
          <w:sz w:val="20"/>
        </w:rPr>
        <w:t>17:14  is ko hum mathematical calculation se is ki probability ko jaan sakte hain. probability ko ke shayad aisa ho. to aakhri had jahan pohncha hai insaan woh yeh hai ke mathematical calculation se woh kuch cheezon ki probability ko jaan sake.</w:t>
      </w:r>
      <w:r>
        <w:br/>
      </w:r>
      <w:r>
        <w:rPr>
          <w:sz w:val="20"/>
        </w:rPr>
        <w:t>17:34  lekin final knowledge abhi bhi nahi. final knowledge ka abhi pata nahi insaan ko. yaani insani ilm hazaron saal safar karne ke baad bhi jahan pohncha hai woh sirf probability hai.</w:t>
      </w:r>
      <w:r>
        <w:br/>
      </w:r>
      <w:r>
        <w:rPr>
          <w:sz w:val="20"/>
        </w:rPr>
        <w:t>17:48  is ke aagay kya kuch hai? hamare paas koi sazan nahi hai is ko hum jaan sakein. ab yahan main kahunga ke insaan ke samnay ek claim hai, prophet ka claim ke final knowledge mere paas hai.</w:t>
      </w:r>
      <w:r>
        <w:br/>
      </w:r>
      <w:r>
        <w:rPr>
          <w:sz w:val="20"/>
        </w:rPr>
        <w:t>18:08  jahan tak tumhari knowledge nahi pohnch pa rahi woh mere paas hai. prophet ka claim. ab yahan par hamein is ke claim ko examine karna hai.</w:t>
      </w:r>
      <w:r>
        <w:br/>
      </w:r>
      <w:r>
        <w:rPr>
          <w:sz w:val="20"/>
        </w:rPr>
        <w:t>18:21  kyun ke insaan ka jo safar tha, jo insaan ki journey thi woh to ab ab blind ali pohnch gayi. probability ka aagay usay koi aur cheez qabil daryaft nahi rahi.</w:t>
      </w:r>
      <w:r>
        <w:br/>
      </w:r>
      <w:r>
        <w:rPr>
          <w:sz w:val="20"/>
        </w:rPr>
        <w:t>18:37  to ab koi option nahi hai insaan ke siwa is ke siwa ke woh paighambar ke claim ko examine kare ke kya woh sahi hai. ab main is is pehlu se kuch kehna chahunga.</w:t>
      </w:r>
    </w:p>
    <w:p>
      <w:pPr>
        <w:pStyle w:val="Heading2"/>
      </w:pPr>
      <w:r>
        <w:t>Wisdom of lesser evil and mind unfolding</w:t>
      </w:r>
    </w:p>
    <w:p>
      <w:r>
        <w:rPr>
          <w:color w:val="666666"/>
          <w:sz w:val="18"/>
        </w:rPr>
        <w:t>Art of Thinking (In Conversation with Maulana) 05 8 07 · 5m 07s · at 27:12 · https://youtu.be/cP0z8o_50Zc?t=1632</w:t>
      </w:r>
    </w:p>
    <w:p>
      <w:r>
        <w:rPr>
          <w:i/>
        </w:rPr>
        <w:t>“He was very intelligent, very brilliant.”</w:t>
      </w:r>
    </w:p>
    <w:p>
      <w:r>
        <w:rPr>
          <w:sz w:val="20"/>
        </w:rPr>
        <w:t>27:12  tab. bahut hi intelligent aadmi the, bahut hi brilliant aadmi the wo. lekin mashhoor unke baare mein yeh hai ki wo baar-baar kehte the, "laula fulanun lahla ka umar." yaani extremist word mein kehte the wo. "laula fulanun lahla ka umar." ki agar yeh aadmi na hota to main distract ho jaata. yaani hum kahenge, "i was wrong." lekin wo isi par unko taskeen nahin hoti</w:t>
      </w:r>
      <w:r>
        <w:br/>
      </w:r>
      <w:r>
        <w:rPr>
          <w:sz w:val="20"/>
        </w:rPr>
        <w:t>27:42  thi.</w:t>
      </w:r>
      <w:r>
        <w:br/>
      </w:r>
      <w:r>
        <w:rPr>
          <w:sz w:val="20"/>
        </w:rPr>
        <w:t>27:45  "I was wrong" nahin kehte the woh.</w:t>
      </w:r>
      <w:r>
        <w:br/>
      </w:r>
      <w:r>
        <w:rPr>
          <w:sz w:val="20"/>
        </w:rPr>
        <w:t>27:49  laula fulanun lahla ka umar. fulan aadmi na hota, fulan bhi agar mujhko na batata meri ghalti ko</w:t>
      </w:r>
      <w:r>
        <w:br/>
      </w:r>
      <w:r>
        <w:rPr>
          <w:sz w:val="20"/>
        </w:rPr>
        <w:t>27:52  to main to distract ho chuka tha.</w:t>
      </w:r>
      <w:r>
        <w:br/>
      </w:r>
      <w:r>
        <w:rPr>
          <w:sz w:val="20"/>
        </w:rPr>
        <w:t>27:55  itna bara wise aadmi hai, maine history mein nahin janta kisi ko.</w:t>
      </w:r>
      <w:r>
        <w:br/>
      </w:r>
      <w:r>
        <w:rPr>
          <w:sz w:val="20"/>
        </w:rPr>
        <w:t>27:59  itna bara wise aadmi hai.</w:t>
      </w:r>
      <w:r>
        <w:br/>
      </w:r>
      <w:r>
        <w:rPr>
          <w:sz w:val="20"/>
        </w:rPr>
        <w:t>28:02  ab bohat bara empire us zamane mein ban chuka tha, uske wo khalifa thay.</w:t>
      </w:r>
      <w:r>
        <w:br/>
      </w:r>
      <w:r>
        <w:rPr>
          <w:sz w:val="20"/>
        </w:rPr>
        <w:t>28:05  main unka aik aik sunata hoon aapko.</w:t>
      </w:r>
      <w:r>
        <w:br/>
      </w:r>
      <w:r>
        <w:rPr>
          <w:sz w:val="20"/>
        </w:rPr>
        <w:t>28:09  ke kitna bara</w:t>
      </w:r>
      <w:r>
        <w:br/>
      </w:r>
      <w:r>
        <w:rPr>
          <w:sz w:val="20"/>
        </w:rPr>
        <w:t>28:12  wise aadmi tha wo.</w:t>
      </w:r>
      <w:r>
        <w:br/>
      </w:r>
      <w:r>
        <w:rPr>
          <w:sz w:val="20"/>
        </w:rPr>
        <w:t>28:18  itna bara wise aadmi jarajmush mein nahin hai.</w:t>
      </w:r>
      <w:r>
        <w:br/>
      </w:r>
      <w:r>
        <w:rPr>
          <w:sz w:val="20"/>
        </w:rPr>
        <w:t>28:25  unhon ne kaha ke "lais al-aqil allaji yariful khair mursar." "allaji yariful khair mursar rahan." ke wise aadmi wo</w:t>
      </w:r>
      <w:r>
        <w:br/>
      </w:r>
      <w:r>
        <w:rPr>
          <w:sz w:val="20"/>
        </w:rPr>
        <w:t>28:31  nahin hai jo jo good aur bad ko jaane.</w:t>
      </w:r>
      <w:r>
        <w:br/>
      </w:r>
      <w:r>
        <w:rPr>
          <w:sz w:val="20"/>
        </w:rPr>
        <w:t>28:38  wise aadmi wo hai jo do evil mein se kaun sa lesser evil hai, usko jaane.</w:t>
      </w:r>
      <w:r>
        <w:br/>
      </w:r>
      <w:r>
        <w:rPr>
          <w:sz w:val="20"/>
        </w:rPr>
        <w:t>28:44  kitni bari wisdom iske andar hai.</w:t>
      </w:r>
      <w:r>
        <w:br/>
      </w:r>
      <w:r>
        <w:rPr>
          <w:sz w:val="20"/>
        </w:rPr>
        <w:t>28:49  ke is duniya mein aapko all bad aur all good ka choice nahin hai.</w:t>
      </w:r>
      <w:r>
        <w:br/>
      </w:r>
      <w:r>
        <w:rPr>
          <w:sz w:val="20"/>
        </w:rPr>
        <w:t>28:54  sirf choice kis mein hai ke greater evil ke muqable mein lesser evil ko le lain aap.</w:t>
      </w:r>
      <w:r>
        <w:br/>
      </w:r>
      <w:r>
        <w:rPr>
          <w:sz w:val="20"/>
        </w:rPr>
        <w:t>28:59  jisko dekhiye, isi par.</w:t>
      </w:r>
      <w:r>
        <w:br/>
      </w:r>
      <w:r>
        <w:rPr>
          <w:sz w:val="20"/>
        </w:rPr>
        <w:t>29:04  chahe Alexander the Great ko dekhiye aap ya George Bush ko dekhiye ya Napoleon ko dekhiye.</w:t>
      </w:r>
      <w:r>
        <w:br/>
      </w:r>
      <w:r>
        <w:rPr>
          <w:sz w:val="20"/>
        </w:rPr>
        <w:t>29:09  sab yahin par, yaani apne ko distract kiya har aik ne. all</w:t>
      </w:r>
      <w:r>
        <w:br/>
      </w:r>
      <w:r>
        <w:rPr>
          <w:sz w:val="20"/>
        </w:rPr>
        <w:t>29:14  good lene ke liye daure.</w:t>
      </w:r>
      <w:r>
        <w:br/>
      </w:r>
      <w:r>
        <w:rPr>
          <w:sz w:val="20"/>
        </w:rPr>
        <w:t>29:17  aur phir wo na pa sake, wo khatam ho gaye.</w:t>
      </w:r>
      <w:r>
        <w:br/>
      </w:r>
      <w:r>
        <w:rPr>
          <w:sz w:val="20"/>
        </w:rPr>
        <w:t>29:21  Napoleon, Hitler, George Bush.</w:t>
      </w:r>
      <w:r>
        <w:br/>
      </w:r>
      <w:r>
        <w:rPr>
          <w:sz w:val="20"/>
        </w:rPr>
        <w:t>29:24  jisko bhi dekhiye, one to all.</w:t>
      </w:r>
      <w:r>
        <w:br/>
      </w:r>
      <w:r>
        <w:rPr>
          <w:sz w:val="20"/>
        </w:rPr>
        <w:t>29:28  yahan tak ke ab Plato aur Aristotle.</w:t>
      </w:r>
      <w:r>
        <w:br/>
      </w:r>
      <w:r>
        <w:rPr>
          <w:sz w:val="20"/>
        </w:rPr>
        <w:t>29:31  is is cheez ko nahin discover kar saka koi aadmi.</w:t>
      </w:r>
      <w:r>
        <w:br/>
      </w:r>
      <w:r>
        <w:rPr>
          <w:sz w:val="20"/>
        </w:rPr>
        <w:t>29:34  puri purvi history mein yahan se baat hoti hai.</w:t>
      </w:r>
      <w:r>
        <w:br/>
      </w:r>
      <w:r>
        <w:rPr>
          <w:sz w:val="20"/>
        </w:rPr>
        <w:t>29:38  ki is duniya mein hamari jo choice hai, wo all good aur all bad ke beech mein nahin hai.</w:t>
      </w:r>
      <w:r>
        <w:br/>
      </w:r>
      <w:r>
        <w:rPr>
          <w:sz w:val="20"/>
        </w:rPr>
        <w:t>29:41  wo greater evil aur lesser i</w:t>
      </w:r>
      <w:r>
        <w:br/>
      </w:r>
      <w:r>
        <w:rPr>
          <w:sz w:val="20"/>
        </w:rPr>
        <w:t>29:44  vil ke beech mein hai.</w:t>
      </w:r>
      <w:r>
        <w:br/>
      </w:r>
      <w:r>
        <w:rPr>
          <w:sz w:val="20"/>
        </w:rPr>
        <w:t>29:48  lesser evil ko le lo taaki tum greater evil se bach jao.</w:t>
      </w:r>
      <w:r>
        <w:br/>
      </w:r>
      <w:r>
        <w:rPr>
          <w:sz w:val="20"/>
        </w:rPr>
        <w:t>29:51  yeh wisdom ka pahad hai yeh.</w:t>
      </w:r>
      <w:r>
        <w:br/>
      </w:r>
      <w:r>
        <w:rPr>
          <w:sz w:val="20"/>
        </w:rPr>
        <w:t>29:54  wisdom ka pahad hai yeh.</w:t>
      </w:r>
      <w:r>
        <w:br/>
      </w:r>
      <w:r>
        <w:rPr>
          <w:sz w:val="20"/>
        </w:rPr>
        <w:t>29:58  lekin koi jaanta nahin hai isko.</w:t>
      </w:r>
      <w:r>
        <w:br/>
      </w:r>
      <w:r>
        <w:rPr>
          <w:sz w:val="20"/>
        </w:rPr>
        <w:t>30:01  to wo jo itna zyada wise bane, iski wajah yahi, unka raaz yahi tha ki "I was wrong"</w:t>
      </w:r>
      <w:r>
        <w:br/>
      </w:r>
      <w:r>
        <w:rPr>
          <w:sz w:val="20"/>
        </w:rPr>
        <w:t>30:04  kehna jaante the wo.</w:t>
      </w:r>
      <w:r>
        <w:br/>
      </w:r>
      <w:r>
        <w:rPr>
          <w:sz w:val="20"/>
        </w:rPr>
        <w:t>30:08  hota kya hai, dekhiye.</w:t>
      </w:r>
      <w:r>
        <w:br/>
      </w:r>
      <w:r>
        <w:rPr>
          <w:sz w:val="20"/>
        </w:rPr>
        <w:t>30:11  ki "I was wrong" kehkar aap apne ko bachate hain is</w:t>
      </w:r>
      <w:r>
        <w:br/>
      </w:r>
      <w:r>
        <w:rPr>
          <w:sz w:val="20"/>
        </w:rPr>
        <w:t>30:14  se ki aapka mind unfold hone ka process ruk jaye.</w:t>
      </w:r>
      <w:r>
        <w:br/>
      </w:r>
      <w:r>
        <w:rPr>
          <w:sz w:val="20"/>
        </w:rPr>
        <w:t>30:20  unfolding ka jo process hai aapke mind mein, wo dead stop ho jata hai jab aap "I was</w:t>
      </w:r>
      <w:r>
        <w:br/>
      </w:r>
      <w:r>
        <w:rPr>
          <w:sz w:val="20"/>
        </w:rPr>
        <w:t>30:25  wrong" na keh saken.</w:t>
      </w:r>
      <w:r>
        <w:br/>
      </w:r>
      <w:r>
        <w:rPr>
          <w:sz w:val="20"/>
        </w:rPr>
        <w:t>30:30  "I was wrong" kehte hi wo unfolding ka process jo hai, chalne lagta hai.</w:t>
      </w:r>
      <w:r>
        <w:br/>
      </w:r>
      <w:r>
        <w:rPr>
          <w:sz w:val="20"/>
        </w:rPr>
        <w:t>30:36  to sabse badi cheez meri zindagi mein jo hai, wo kya hai, wo ki jo nature ne mujhe</w:t>
      </w:r>
      <w:r>
        <w:br/>
      </w:r>
      <w:r>
        <w:rPr>
          <w:sz w:val="20"/>
        </w:rPr>
        <w:t>30:41  diya hai, yeh mind.</w:t>
      </w:r>
      <w:r>
        <w:br/>
      </w:r>
      <w:r>
        <w:rPr>
          <w:sz w:val="20"/>
        </w:rPr>
        <w:t>30:46  itna bada mind, itna bada mind jo diya hai Khuda ne.</w:t>
      </w:r>
      <w:r>
        <w:br/>
      </w:r>
      <w:r>
        <w:rPr>
          <w:sz w:val="20"/>
        </w:rPr>
        <w:t>30:52  ki billion, billion, billion article is mind mein bhare hue hain.</w:t>
      </w:r>
      <w:r>
        <w:br/>
      </w:r>
      <w:r>
        <w:rPr>
          <w:sz w:val="20"/>
        </w:rPr>
        <w:t>30:57  ek scientist ne likha hai ki all pin jo hoti hai, all pin, uska jo, uska jo, uska</w:t>
      </w:r>
      <w:r>
        <w:br/>
      </w:r>
      <w:r>
        <w:rPr>
          <w:sz w:val="20"/>
        </w:rPr>
        <w:t>31:02  jo, wo jo nok jo hota hai, kitna kam hota hai wo.</w:t>
      </w:r>
      <w:r>
        <w:br/>
      </w:r>
      <w:r>
        <w:rPr>
          <w:sz w:val="20"/>
        </w:rPr>
        <w:t>31:08  to bahut hi kam.</w:t>
      </w:r>
      <w:r>
        <w:br/>
      </w:r>
      <w:r>
        <w:rPr>
          <w:sz w:val="20"/>
        </w:rPr>
        <w:t>31:13  wahan par ek million interactions, wo ten million interaction hote hain har second.</w:t>
      </w:r>
      <w:r>
        <w:br/>
      </w:r>
      <w:r>
        <w:rPr>
          <w:sz w:val="20"/>
        </w:rPr>
        <w:t>31:18  ab dekhiye, kitna bada process mind mein jaari rehta hai.</w:t>
      </w:r>
      <w:r>
        <w:br/>
      </w:r>
      <w:r>
        <w:rPr>
          <w:sz w:val="20"/>
        </w:rPr>
        <w:t>31:22  to main yeh kahunga ki ek award mein ki sabse bada raaz jo hai, wo jaanna ki mere</w:t>
      </w:r>
      <w:r>
        <w:br/>
      </w:r>
      <w:r>
        <w:rPr>
          <w:sz w:val="20"/>
        </w:rPr>
        <w:t>31:26  andar khuda ne unlimited potential diya hai.</w:t>
      </w:r>
      <w:r>
        <w:br/>
      </w:r>
      <w:r>
        <w:rPr>
          <w:sz w:val="20"/>
        </w:rPr>
        <w:t>31:29  aur yeh janna ke is is is mind ko unfold karne ka jo process hai, usko non stop</w:t>
      </w:r>
      <w:r>
        <w:br/>
      </w:r>
      <w:r>
        <w:rPr>
          <w:sz w:val="20"/>
        </w:rPr>
        <w:t>31:33  chalte rehne ka sabse bada formula hai.</w:t>
      </w:r>
      <w:r>
        <w:br/>
      </w:r>
      <w:r>
        <w:rPr>
          <w:sz w:val="20"/>
        </w:rPr>
        <w:t>31:37  Yeh kehna, "I was wrong, I was wrong." Lekin aajkal kya hai, sab nayi culture mein jeete hain,</w:t>
      </w:r>
      <w:r>
        <w:br/>
      </w:r>
      <w:r>
        <w:rPr>
          <w:sz w:val="20"/>
        </w:rPr>
        <w:t>31:41  sab nai culture mein.</w:t>
      </w:r>
      <w:r>
        <w:br/>
      </w:r>
      <w:r>
        <w:rPr>
          <w:sz w:val="20"/>
        </w:rPr>
        <w:t>31:44  to sab dwarf bane hue hain. yeh</w:t>
      </w:r>
      <w:r>
        <w:br/>
      </w:r>
      <w:r>
        <w:rPr>
          <w:sz w:val="20"/>
        </w:rPr>
        <w:t>31:48  सारी دنیا intellectual dwarfs سے بھری ہوئی ہے۔</w:t>
      </w:r>
      <w:r>
        <w:br/>
      </w:r>
      <w:r>
        <w:rPr>
          <w:sz w:val="20"/>
        </w:rPr>
        <w:t>31:53  पूरी दुनिया यहाँ से लेकर अमेरिका तक, मैं कह सकता हूँ कि intellectual dwarfs से भरी हुई है। Dwarf, बौने। क्यों?</w:t>
      </w:r>
      <w:r>
        <w:br/>
      </w:r>
      <w:r>
        <w:rPr>
          <w:sz w:val="20"/>
        </w:rPr>
        <w:t>31:58  sab nai culture mein jeete hain.</w:t>
      </w:r>
      <w:r>
        <w:br/>
      </w:r>
      <w:r>
        <w:rPr>
          <w:sz w:val="20"/>
        </w:rPr>
        <w:t>32:04  aur nai mein jeete hain to unka unfolding nahi ho paati unki.</w:t>
      </w:r>
      <w:r>
        <w:br/>
      </w:r>
      <w:r>
        <w:rPr>
          <w:sz w:val="20"/>
        </w:rPr>
        <w:t>32:09  itna potential le kar ke bhi mar jaate hain isi.</w:t>
      </w:r>
      <w:r>
        <w:br/>
      </w:r>
      <w:r>
        <w:rPr>
          <w:sz w:val="20"/>
        </w:rPr>
        <w:t>32:14  yaani intellectual giant ka potential le kar aate hain aur intellectual dwarf ban kar bharte hain.</w:t>
      </w:r>
    </w:p>
    <w:p>
      <w:pPr>
        <w:pStyle w:val="Heading2"/>
      </w:pPr>
      <w:r>
        <w:t>Man's purpose and the law of conversion in nature</w:t>
      </w:r>
    </w:p>
    <w:p>
      <w:r>
        <w:rPr>
          <w:color w:val="666666"/>
          <w:sz w:val="18"/>
        </w:rPr>
        <w:t>Man and Paradise May 5, 2013 Maulana Wahiduddin Khan · 5m 23s · at 0:38 · https://youtu.be/AAn7EW096nI?t=38</w:t>
      </w:r>
    </w:p>
    <w:p>
      <w:r>
        <w:rPr>
          <w:i/>
        </w:rPr>
        <w:t>“Aaj ka topic hai: Man and the Paradise”</w:t>
      </w:r>
    </w:p>
    <w:p>
      <w:r>
        <w:rPr>
          <w:sz w:val="20"/>
        </w:rPr>
        <w:t>0:38  aaj ka topic hai:</w:t>
      </w:r>
      <w:r>
        <w:br/>
      </w:r>
      <w:r>
        <w:rPr>
          <w:sz w:val="20"/>
        </w:rPr>
        <w:t>0:45  "man and the paradise"—insaan aur jannat.</w:t>
      </w:r>
      <w:r>
        <w:br/>
      </w:r>
      <w:r>
        <w:rPr>
          <w:sz w:val="20"/>
        </w:rPr>
        <w:t>0:56  dekhiye,</w:t>
      </w:r>
      <w:r>
        <w:br/>
      </w:r>
      <w:r>
        <w:rPr>
          <w:sz w:val="20"/>
        </w:rPr>
        <w:t>1:00  poori tareekh mein main samajhta hoon ke knowingly ya unknowingly, consciously ya unconsciously, sab ka</w:t>
      </w:r>
      <w:r>
        <w:br/>
      </w:r>
      <w:r>
        <w:rPr>
          <w:sz w:val="20"/>
        </w:rPr>
        <w:t>1:14  sawal yahi raha hai ke "what is the purpose of my life?" "what is the goal of my life?" mera goal kya hai?</w:t>
      </w:r>
      <w:r>
        <w:br/>
      </w:r>
      <w:r>
        <w:rPr>
          <w:sz w:val="20"/>
        </w:rPr>
        <w:t>1:27  mera maqsad kya hai? kya cheez mujhe paana hai? lekin main samajhta hoon ke poori tareekh mein</w:t>
      </w:r>
      <w:r>
        <w:br/>
      </w:r>
      <w:r>
        <w:rPr>
          <w:sz w:val="20"/>
        </w:rPr>
        <w:t>1:38  is mamle mein bohat hi kam log the jo pahunche apne sahi jawab tak.</w:t>
      </w:r>
      <w:r>
        <w:br/>
      </w:r>
      <w:r>
        <w:rPr>
          <w:sz w:val="20"/>
        </w:rPr>
        <w:t>1:54  abhi main ek report padh raha tha, America ka ek wealthy aadmi, uska interview tha.</w:t>
      </w:r>
      <w:r>
        <w:br/>
      </w:r>
      <w:r>
        <w:rPr>
          <w:sz w:val="20"/>
        </w:rPr>
        <w:t>2:07  us ne kaha ke main ne apna nishana banaya tha ke main dolat kamau, aur aap jante hain ke USA mein bohat ziyada opportunities hoti hain,</w:t>
      </w:r>
      <w:r>
        <w:br/>
      </w:r>
      <w:r>
        <w:rPr>
          <w:sz w:val="20"/>
        </w:rPr>
        <w:t>2:22  to us ne kafi dolat kamai.</w:t>
      </w:r>
      <w:r>
        <w:br/>
      </w:r>
      <w:r>
        <w:rPr>
          <w:sz w:val="20"/>
        </w:rPr>
        <w:t>2:27  lekin woh kehta hai ke jab mera nishana poora ho gaya to main ne dekha ke mujhe peace of mind nahi, mere paas fulfillment nahi, mujhe mila.</w:t>
      </w:r>
      <w:r>
        <w:br/>
      </w:r>
      <w:r>
        <w:rPr>
          <w:sz w:val="20"/>
        </w:rPr>
        <w:t>2:44  to yeh batate hue us ne ek jumla kaha ke "success can give you achievement, but success can not give you fulfillment".</w:t>
      </w:r>
      <w:r>
        <w:br/>
      </w:r>
      <w:r>
        <w:rPr>
          <w:sz w:val="20"/>
        </w:rPr>
        <w:t>3:03  yani kamyabi is mani mein to aap ko ho sakti hai ke aap dolat kama lein, palt kar power mil jaye, magar fulfillment jo hai woh phir bhi nahi milta aap ko.</w:t>
      </w:r>
      <w:r>
        <w:br/>
      </w:r>
      <w:r>
        <w:rPr>
          <w:sz w:val="20"/>
        </w:rPr>
        <w:t>3:16  yeh kya cheez hai?</w:t>
      </w:r>
      <w:r>
        <w:br/>
      </w:r>
      <w:r>
        <w:rPr>
          <w:sz w:val="20"/>
        </w:rPr>
        <w:t>3:21  yani super achievers bhi fulfillment ke ehsas mein nahi jeete. Yeh poori tareekh ka ajeeb zahira hai.</w:t>
      </w:r>
      <w:r>
        <w:br/>
      </w:r>
      <w:r>
        <w:rPr>
          <w:sz w:val="20"/>
        </w:rPr>
        <w:t>3:36  to aisa hai kyun? Aisa hai kyun?</w:t>
      </w:r>
      <w:r>
        <w:br/>
      </w:r>
      <w:r>
        <w:rPr>
          <w:sz w:val="20"/>
        </w:rPr>
        <w:t>3:47  to yeh sochte hue mujhe ek hadith yaad aayi.</w:t>
      </w:r>
      <w:r>
        <w:br/>
      </w:r>
      <w:r>
        <w:rPr>
          <w:sz w:val="20"/>
        </w:rPr>
        <w:t>3:53  ek hadith ke alfaaz hain, woh Albaiqi mein hai, woh hadith. Is hadith ke alfaaz yeh hain:</w:t>
      </w:r>
      <w:r>
        <w:br/>
      </w:r>
      <w:r>
        <w:rPr>
          <w:sz w:val="20"/>
        </w:rPr>
        <w:t>4:03  "Al dunya khuliqat lakum wa antum khuliqatun lil akhirah".</w:t>
      </w:r>
      <w:r>
        <w:br/>
      </w:r>
      <w:r>
        <w:rPr>
          <w:sz w:val="20"/>
        </w:rPr>
        <w:t>4:13  yani paida karne wale ne duniya ko tumhare liye paida kiya hai aur tum ko akhirat ke liye paida kiya hai. Dekhiye, yeh alfaaz bohat sada se is hadith mein hain, lekin is ko samajhna tab mumkin hai jab aap alfaaz badal sakein.</w:t>
      </w:r>
      <w:r>
        <w:br/>
      </w:r>
      <w:r>
        <w:rPr>
          <w:sz w:val="20"/>
        </w:rPr>
        <w:t>4:37  jab tak aap alfaaz badal na sakein, aap is ki haqeeqat ko samajh nahi sakte.</w:t>
      </w:r>
      <w:r>
        <w:br/>
      </w:r>
      <w:r>
        <w:rPr>
          <w:sz w:val="20"/>
        </w:rPr>
        <w:t>4:47  main yahan aap ko ek law of nature yaad dilaoonga. Is duniya mein Allah taala ne principle of conversion rakha hai.</w:t>
      </w:r>
      <w:r>
        <w:br/>
      </w:r>
      <w:r>
        <w:rPr>
          <w:sz w:val="20"/>
        </w:rPr>
        <w:t>5:00  har cheez jab woh convert hoti hai, tab woh bari cheez banti hai.</w:t>
      </w:r>
      <w:r>
        <w:br/>
      </w:r>
      <w:r>
        <w:rPr>
          <w:sz w:val="20"/>
        </w:rPr>
        <w:t>5:08  yeh hai principle of conversion.</w:t>
      </w:r>
      <w:r>
        <w:br/>
      </w:r>
      <w:r>
        <w:rPr>
          <w:sz w:val="20"/>
        </w:rPr>
        <w:t>5:13  har cheez ibtida mein crude halat mein hoti hai, crude. Phir jab woh convert hoti hai, tab woh bohat hi precious cheez ban jati hai.</w:t>
      </w:r>
      <w:r>
        <w:br/>
      </w:r>
      <w:r>
        <w:rPr>
          <w:sz w:val="20"/>
        </w:rPr>
        <w:t>5:24  misalan, main ek sada misal deta hoon aap ko.</w:t>
      </w:r>
      <w:r>
        <w:br/>
      </w:r>
      <w:r>
        <w:rPr>
          <w:sz w:val="20"/>
        </w:rPr>
        <w:t>5:31  dekhiye, yeh yeh glass hai, is mein pani hai. Pani kya hai? Do gases ka majmooa, yani oxygen aur hydrogen.</w:t>
      </w:r>
      <w:r>
        <w:br/>
      </w:r>
      <w:r>
        <w:rPr>
          <w:sz w:val="20"/>
        </w:rPr>
        <w:t>5:46  do gases jab convert huin to pani ban gaya. Kaisi ajeeb cheez hai pani!</w:t>
      </w:r>
      <w:r>
        <w:br/>
      </w:r>
      <w:r>
        <w:rPr>
          <w:sz w:val="20"/>
        </w:rPr>
        <w:t>5:54  pani ke baghair hamari zindagi nahi.</w:t>
      </w:r>
    </w:p>
    <w:p>
      <w:pPr>
        <w:pStyle w:val="Heading2"/>
      </w:pPr>
      <w:r>
        <w:t>Modern age is a supportive age for Islam</w:t>
      </w:r>
    </w:p>
    <w:p>
      <w:r>
        <w:rPr>
          <w:color w:val="666666"/>
          <w:sz w:val="18"/>
        </w:rPr>
        <w:t>Al Risala July 2017 - Audio Version · 4m 36s · at 0:17 · https://youtu.be/L0pnijKjluo?t=17</w:t>
      </w:r>
    </w:p>
    <w:p>
      <w:r>
        <w:rPr>
          <w:i/>
        </w:rPr>
        <w:t>“Emergency of Islam. Modern age is a supportive age for Islam.”</w:t>
      </w:r>
    </w:p>
    <w:p>
      <w:r>
        <w:rPr>
          <w:sz w:val="20"/>
        </w:rPr>
        <w:t>0:17  emergency of islam. jadeed daur aik mu'eed-e-islam daur hai. yeh daur, agarche aam taur par maghrib ki taraf mansoob hai, lekin haqeeqat yeh hai ke poori insaniyat ki majmooi koshish se yeh daur zahoor mein aaya hai.</w:t>
      </w:r>
      <w:r>
        <w:br/>
      </w:r>
      <w:r>
        <w:rPr>
          <w:sz w:val="20"/>
        </w:rPr>
        <w:t>0:38  tahum maghribi qaumon ka hissa is daur ko laane mein sab se zyada hai. doosri qaumein, agar is amal yaani process ka hissa hain to maghribi duniya is ke nuqta-e-inteha ka maqam.</w:t>
      </w:r>
      <w:r>
        <w:br/>
      </w:r>
      <w:r>
        <w:rPr>
          <w:sz w:val="20"/>
        </w:rPr>
        <w:t>0:54  yeh daur, jis ka numayan pehlu jadeed tehzeeb yaani modern civilization hai, is ne qadeem rawayati daur ko yakasar badal diya hai.</w:t>
      </w:r>
      <w:r>
        <w:br/>
      </w:r>
      <w:r>
        <w:rPr>
          <w:sz w:val="20"/>
        </w:rPr>
        <w:t>1:05  yeh har aitbaar se aik naya daur hai. yeh wohi daur hai jis ki peshangoi peghambar-e-islam ne apne zamane mein wazeh taur par kar di thi.</w:t>
      </w:r>
      <w:r>
        <w:br/>
      </w:r>
      <w:r>
        <w:rPr>
          <w:sz w:val="20"/>
        </w:rPr>
        <w:t>1:18  is silsile mein aik hadees mukhtalif kitabon mein aayi hai. aik riwayat ke alfaaz yeh hain: "in allaha azza wa jalla la yu'ayyidul islama birijalin ma hum min ahlihi,</w:t>
      </w:r>
      <w:r>
        <w:br/>
      </w:r>
      <w:r>
        <w:rPr>
          <w:sz w:val="20"/>
        </w:rPr>
        <w:t>1:34  al mu'jam al kabir lil tabarani". beshak Allah azza wa jalla islam ki ta'eed un logon ke zariye karega jo ahle-e-islam mein se na honge.</w:t>
      </w:r>
      <w:r>
        <w:br/>
      </w:r>
      <w:r>
        <w:rPr>
          <w:sz w:val="20"/>
        </w:rPr>
        <w:t>1:46  asal yeh hai ke islam ki tehreek pichhle zamane mein rawayati buniyad par chalti thi, lekin fitrat yaani nature ke andar khaliq ne apne azeem kalimat chhupa diye the.</w:t>
      </w:r>
      <w:r>
        <w:br/>
      </w:r>
      <w:r>
        <w:rPr>
          <w:sz w:val="20"/>
        </w:rPr>
        <w:t>2:00  khaliq ko matloob tha ke yeh kalimat daryaft kiye jayen aur un ko kitabon ki soorat mein madawwan kiya jaye, taake islam ki sadaqat ko mubrahan karne ke liye scientific framework hasil ho, aur aala satah par deen-e-khudawandi ki ma'rifat mumkin ho sake.</w:t>
      </w:r>
      <w:r>
        <w:br/>
      </w:r>
      <w:r>
        <w:rPr>
          <w:sz w:val="20"/>
        </w:rPr>
        <w:t>2:22  jadeed tehzeeb ke baad, 21veen sadi mein yeh imkaan poori tarah waqe ban chuka hai. yahi woh waqe hai jis ki peshangoi quran mein in alfaaz mein ki gayi thi:</w:t>
      </w:r>
      <w:r>
        <w:br/>
      </w:r>
      <w:r>
        <w:rPr>
          <w:sz w:val="20"/>
        </w:rPr>
        <w:t>2:35  "sanurihim ayatina fil afaqi wa fi anfusihim hatta yatabayyana lahum annahul haqq, wa lam yakfi birabbika annahu 'ala kulli shay'in shaheed".</w:t>
      </w:r>
      <w:r>
        <w:br/>
      </w:r>
      <w:r>
        <w:rPr>
          <w:sz w:val="20"/>
        </w:rPr>
        <w:t>2:52  fitrat ke raazon ki daryaft ke baad yeh sab kuch ab waqe ban chuka hai. yeh daur imkani taur par zahoor-e-islam ka daur hai.</w:t>
      </w:r>
      <w:r>
        <w:br/>
      </w:r>
      <w:r>
        <w:rPr>
          <w:sz w:val="20"/>
        </w:rPr>
        <w:t>3:03  yeh daur galileo galile ki tehqiqat se shuru hua aur ab stephen hawking paidaish 1942 ki tehqiqat ke sath woh apni takmeel tak pahunch chuka hai.</w:t>
      </w:r>
      <w:r>
        <w:br/>
      </w:r>
      <w:r>
        <w:rPr>
          <w:sz w:val="20"/>
        </w:rPr>
        <w:t>3:16  ab waqt aa gaya hai ke daryaft kardah haqaa'iq ko le kar Khuda ke deen ko tabyeen-e-kamil ke darje tak pahuncha diya jaye.</w:t>
      </w:r>
      <w:r>
        <w:br/>
      </w:r>
      <w:r>
        <w:rPr>
          <w:sz w:val="20"/>
        </w:rPr>
        <w:t>3:26  isi ke sath communication ke jadeed zraa'e ko istemal karte hue khaliq ke paigham ko zameen ke har chhote bade ghar mein pahuncha diya jaye.</w:t>
      </w:r>
      <w:r>
        <w:br/>
      </w:r>
      <w:r>
        <w:rPr>
          <w:sz w:val="20"/>
        </w:rPr>
        <w:t>3:38  jaisa ke peghambar ne peshangoi ki hai: "la yabqa 'ala zahril ardi baytun madrin wa la ghabrin illa adkhalallahu kalimatal islami" (musnad ahmad).</w:t>
      </w:r>
      <w:r>
        <w:br/>
      </w:r>
      <w:r>
        <w:rPr>
          <w:sz w:val="20"/>
        </w:rPr>
        <w:t>3:53  islam har daur mein peghambaron ke zariye zahoor hota raha hai. koi daur is waqe se khali nahi. lekin islam ke zahoor ka aik aur darja tha, jis ko quran mein tabyeen-e-haq ke alfaaz mein bayan kiya gaya hai.</w:t>
      </w:r>
      <w:r>
        <w:br/>
      </w:r>
      <w:r>
        <w:rPr>
          <w:sz w:val="20"/>
        </w:rPr>
        <w:t>4:10  hadees mein zahoor-e-islam ke is waqe ko shahadat-e-a'zam ke alfaaz mein bayan kiya gaya hai. islam ke is aala zahoor ke liye aala mawaqe darkaar the.</w:t>
      </w:r>
      <w:r>
        <w:br/>
      </w:r>
      <w:r>
        <w:rPr>
          <w:sz w:val="20"/>
        </w:rPr>
        <w:t>4:23  aik taraf ma'rifat-e-rabb ke dalail aur doosri taraf dawat ke aala mawaqe. yeh dono cheezein jadeed scientific daur mein apni kamil soorat mein zahoor mein aa chuki hain.</w:t>
      </w:r>
      <w:r>
        <w:br/>
      </w:r>
      <w:r>
        <w:rPr>
          <w:sz w:val="20"/>
        </w:rPr>
        <w:t>4:37  ab aik aese giroh ki zaroorat hai jo in mawaqe ko pehchane aur un ko istemal karte hue islam ke is aakhri zahoor ko waqe banaye, jis ko hadees mein shahadat-e-a'zam kaha gaya hai.</w:t>
      </w:r>
    </w:p>
    <w:p>
      <w:pPr>
        <w:pStyle w:val="Heading2"/>
      </w:pPr>
      <w:r>
        <w:t>Worldly goals fail to bring fulfillment</w:t>
      </w:r>
    </w:p>
    <w:p>
      <w:r>
        <w:rPr>
          <w:color w:val="666666"/>
          <w:sz w:val="18"/>
        </w:rPr>
        <w:t>How to Lead a Life of Fulfilment September 24, 2017 · 5m 23s · at 10:40 · https://youtu.be/WUoQOo2_zd8?t=640</w:t>
      </w:r>
    </w:p>
    <w:p>
      <w:r>
        <w:rPr>
          <w:i/>
        </w:rPr>
        <w:t>“Insaan chahta hai pleasure, magar duniya mein kisi ko milta nahi”</w:t>
      </w:r>
    </w:p>
    <w:p>
      <w:r>
        <w:rPr>
          <w:sz w:val="20"/>
        </w:rPr>
        <w:t>10:40  is ke maani hain ke duniya ka, yani history ka, history ka tajurba yeh batata hai ke insan jo paata hai, insan jo chahta hai woh duniya mein us ko milta nahi.</w:t>
      </w:r>
      <w:r>
        <w:br/>
      </w:r>
      <w:r>
        <w:rPr>
          <w:sz w:val="20"/>
        </w:rPr>
        <w:t>10:56  insan chahta hai pleasure, entertainment, khushi,</w:t>
      </w:r>
      <w:r>
        <w:br/>
      </w:r>
      <w:r>
        <w:rPr>
          <w:sz w:val="20"/>
        </w:rPr>
        <w:t>11:07  fulfillment</w:t>
      </w:r>
      <w:r>
        <w:br/>
      </w:r>
      <w:r>
        <w:rPr>
          <w:sz w:val="20"/>
        </w:rPr>
        <w:t>11:11  magar duniya mein kisi ko milta nahi. log love affair, log log jo hain</w:t>
      </w:r>
      <w:r>
        <w:br/>
      </w:r>
      <w:r>
        <w:rPr>
          <w:sz w:val="20"/>
        </w:rPr>
        <w:t>11:27  love love marriage karte hain. dekhen love marriage, marriage se pehle toh love marriage hai.</w:t>
      </w:r>
      <w:r>
        <w:br/>
      </w:r>
      <w:r>
        <w:rPr>
          <w:sz w:val="20"/>
        </w:rPr>
        <w:t>11:37  marriage ke baad problem marriage hai. har har marriage, marriage se pehle love marriage hai.</w:t>
      </w:r>
      <w:r>
        <w:br/>
      </w:r>
      <w:r>
        <w:rPr>
          <w:sz w:val="20"/>
        </w:rPr>
        <w:t>11:48  miraj ke baad problem miraj hai.</w:t>
      </w:r>
      <w:r>
        <w:br/>
      </w:r>
      <w:r>
        <w:rPr>
          <w:sz w:val="20"/>
        </w:rPr>
        <w:t>11:51  aise hi daulat,</w:t>
      </w:r>
      <w:r>
        <w:br/>
      </w:r>
      <w:r>
        <w:rPr>
          <w:sz w:val="20"/>
        </w:rPr>
        <w:t>11:55  political power, jo bhi cheez aadmi</w:t>
      </w:r>
      <w:r>
        <w:br/>
      </w:r>
      <w:r>
        <w:rPr>
          <w:sz w:val="20"/>
        </w:rPr>
        <w:t>12:02  duniya mein haasil karta hai</w:t>
      </w:r>
      <w:r>
        <w:br/>
      </w:r>
      <w:r>
        <w:rPr>
          <w:sz w:val="20"/>
        </w:rPr>
        <w:t>12:05  aur jis ke liye apni zindagi laga deta hai</w:t>
      </w:r>
      <w:r>
        <w:br/>
      </w:r>
      <w:r>
        <w:rPr>
          <w:sz w:val="20"/>
        </w:rPr>
        <w:t>12:10  to paane se pehle lagta hai ke main</w:t>
      </w:r>
      <w:r>
        <w:br/>
      </w:r>
      <w:r>
        <w:rPr>
          <w:sz w:val="20"/>
        </w:rPr>
        <w:t>12:15  jo chahta hoon woh main haasil kar raha hoon.</w:t>
      </w:r>
      <w:r>
        <w:br/>
      </w:r>
      <w:r>
        <w:rPr>
          <w:sz w:val="20"/>
        </w:rPr>
        <w:t>12:19  lekin jab woh hasil kar leta hai toh lagta hai ke mujhe fulfillment mila nahi, happiness mila nahi. kuch cheez toh mil gayi, ghar mil gaya, car mil gayi,</w:t>
      </w:r>
      <w:r>
        <w:br/>
      </w:r>
      <w:r>
        <w:rPr>
          <w:sz w:val="20"/>
        </w:rPr>
        <w:t>12:34  daulat mil gayi.</w:t>
      </w:r>
      <w:r>
        <w:br/>
      </w:r>
      <w:r>
        <w:rPr>
          <w:sz w:val="20"/>
        </w:rPr>
        <w:t>12:40  But where is the happiness? Where is the fulfillment? Woh to mila nahin. To yeh history jo hai batati hai ke hamein sochna chahiye ke pure kya cheez?</w:t>
      </w:r>
      <w:r>
        <w:br/>
      </w:r>
      <w:r>
        <w:rPr>
          <w:sz w:val="20"/>
        </w:rPr>
        <w:t>12:58  pure kya cheez? yaani mere andar jo jo talab hai, jo chahna hai</w:t>
      </w:r>
      <w:r>
        <w:br/>
      </w:r>
      <w:r>
        <w:rPr>
          <w:sz w:val="20"/>
        </w:rPr>
        <w:t>13:14  woh kis cheez ke liye hai? jo maine samjha aur hasil bhi kiya woh to mujhe fulfilment, is mein to mujhe fulfilment tha nahin.</w:t>
      </w:r>
      <w:r>
        <w:br/>
      </w:r>
      <w:r>
        <w:rPr>
          <w:sz w:val="20"/>
        </w:rPr>
        <w:t>13:29  is mein mujhe happiness mila nahin. to phir aur kya cheez?</w:t>
      </w:r>
      <w:r>
        <w:br/>
      </w:r>
      <w:r>
        <w:rPr>
          <w:sz w:val="20"/>
        </w:rPr>
        <w:t>13:37  to is ke maani hain ke woh nectar of wisdom asal cheez thi jo insaan ne, jis ko woh goal nahin banaya to us woh achieve bhi nahin hui.</w:t>
      </w:r>
      <w:r>
        <w:br/>
      </w:r>
      <w:r>
        <w:rPr>
          <w:sz w:val="20"/>
        </w:rPr>
        <w:t>13:52  natija kya hua ke us ko fulfilment bhi nahin mili. dunya mein aap aik insaan nahin paayenge poori history mein</w:t>
      </w:r>
      <w:r>
        <w:br/>
      </w:r>
      <w:r>
        <w:rPr>
          <w:sz w:val="20"/>
        </w:rPr>
        <w:t>14:04  jis ne jis cheez ko apna goal banaya maslan daulat, political power, bare bare ghar, bohat ziyada carain, hawai jahaz,</w:t>
      </w:r>
      <w:r>
        <w:br/>
      </w:r>
      <w:r>
        <w:rPr>
          <w:sz w:val="20"/>
        </w:rPr>
        <w:t>14:21  bohat ziyada paisa. bohat dunya mein aisay log hain jinhon ne yeh sab yeh sab cheezain hasil keen.</w:t>
      </w:r>
      <w:r>
        <w:br/>
      </w:r>
      <w:r>
        <w:rPr>
          <w:sz w:val="20"/>
        </w:rPr>
        <w:t>14:33  lekin agar un ko poochiye, un ke un ke un ki life ko parhiye. aisay tamam log jo hain jo bare maane jatay hain un sab ki life maujood hai, chupi hui.</w:t>
      </w:r>
      <w:r>
        <w:br/>
      </w:r>
      <w:r>
        <w:rPr>
          <w:sz w:val="20"/>
        </w:rPr>
        <w:t>14:45  is ko parhiye, pata kijiye. to logon ko</w:t>
      </w:r>
      <w:r>
        <w:br/>
      </w:r>
      <w:r>
        <w:rPr>
          <w:sz w:val="20"/>
        </w:rPr>
        <w:t>14:54  wohi cheez nahin milti jo woh chahtay thay.</w:t>
      </w:r>
      <w:r>
        <w:br/>
      </w:r>
      <w:r>
        <w:rPr>
          <w:sz w:val="20"/>
        </w:rPr>
        <w:t>15:01  material cheezon ka dher to mil jata hai lekin hipines, fulfilment, dil ki khushi, dil ka itminan woh phir bhi nahin milta.</w:t>
      </w:r>
      <w:r>
        <w:br/>
      </w:r>
      <w:r>
        <w:rPr>
          <w:sz w:val="20"/>
        </w:rPr>
        <w:t>15:18  to Quran mein aaya hai ke ala bizikrillahi tatmainnul quloob ke dilon mein dilon ko sukoon sirf Allah ke zikr se milta hai.</w:t>
      </w:r>
      <w:r>
        <w:br/>
      </w:r>
      <w:r>
        <w:rPr>
          <w:sz w:val="20"/>
        </w:rPr>
        <w:t>15:32  to Allah ke zikr ka matlab kya hai? divine wisdom. divine wisdom.</w:t>
      </w:r>
      <w:r>
        <w:br/>
      </w:r>
      <w:r>
        <w:rPr>
          <w:sz w:val="20"/>
        </w:rPr>
        <w:t>15:44  to jo insaan is dunya mein</w:t>
      </w:r>
      <w:r>
        <w:br/>
      </w:r>
      <w:r>
        <w:rPr>
          <w:sz w:val="20"/>
        </w:rPr>
        <w:t>15:49  nectar of wisdom pa le us ko fulfilment milega.</w:t>
      </w:r>
      <w:r>
        <w:br/>
      </w:r>
      <w:r>
        <w:rPr>
          <w:sz w:val="20"/>
        </w:rPr>
        <w:t>15:57  aur jis ne nahin paya usay nahin milega.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