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worship · full transcripts with timestamps · exported 2026-09-22</w:t>
      </w:r>
    </w:p>
    <w:p>
      <w:pPr>
        <w:pStyle w:val="Heading2"/>
      </w:pPr>
      <w:r>
        <w:t>hajj as an annual rehearsal of the prophetic dawah mission</w:t>
      </w:r>
    </w:p>
    <w:p>
      <w:r>
        <w:rPr>
          <w:color w:val="666666"/>
          <w:sz w:val="18"/>
        </w:rPr>
        <w:t>The Spirit of Hajj June 25, 2023 · 4m 32s · at 38:58 · https://youtu.be/q5IqRKE3t9E?t=2338</w:t>
      </w:r>
    </w:p>
    <w:p>
      <w:r>
        <w:rPr>
          <w:i/>
        </w:rPr>
        <w:t>“The mission's implementation actually began at the time of prophet Ibrahim”</w:t>
      </w:r>
    </w:p>
    <w:p>
      <w:r>
        <w:rPr>
          <w:sz w:val="20"/>
        </w:rPr>
        <w:t>38:58  Lekin agar dekhen Apa the mission, the implementation of mission was started at the time of prophet Ibrahim. To jab hum Hajj par jaate hain to in a way dawa work is an becomes an integral part of the Hajj. To ab main chahunga ke Hajj aur dawa planning ya dawa work mein kya close relation hai is iske bare mein aap batayen?</w:t>
      </w:r>
      <w:r>
        <w:br/>
      </w:r>
      <w:r>
        <w:rPr>
          <w:sz w:val="20"/>
        </w:rPr>
        <w:t>39:24  Asal mein Hajj jo hai yahi hai log nahi samajhte log kyunke bas rasmon ko jaante hain na. To woh rasam ada kar lete hain, woh samajhte hain Hajj ho gaya. Hajj to yahi hai ke jab tamam dunya se wahan par log jaate hain, to woh ek bahut bada uska maqsad hona chahiye. To Hajj jo hai woh dawa work ka rehearsal hai. Kyunke itna bada ek worship jo hai uska koi maqsad bhi bahut bada hona chahiye.</w:t>
      </w:r>
      <w:r>
        <w:br/>
      </w:r>
      <w:r>
        <w:rPr>
          <w:sz w:val="20"/>
        </w:rPr>
        <w:t>39:54  To yeh sirf aisa nahi ho sakta ke wahan parchand jo hai rasam ada kar li jayen woh woh ho jaye. Kyunke Hazrat Ibrahim jinko Daiy e Akbar kaha jata hai to woh unhone apni poori zindagi waqt kardi thi ke Khuda ka paigham tamam logon tak pahunchane ke liye.</w:t>
      </w:r>
      <w:r>
        <w:br/>
      </w:r>
      <w:r>
        <w:rPr>
          <w:sz w:val="20"/>
        </w:rPr>
        <w:t>40:15  To uske baad jo hai yeh Khuda ka ghar bana aur wahan par aisa nizam kiya gaya ke sari dunya se wahan log aaye aur Hazrat Ibrahim alaihi salam ki zindagi ke jo khaas khaas waqiyat the woh haji dohrayata hai. To dohrane ka koi matlab nahi na agar us agar sirf dohrana ho. Dohrane ke kya spirit hai? Uske kya lessons hain?</w:t>
      </w:r>
      <w:r>
        <w:br/>
      </w:r>
      <w:r>
        <w:rPr>
          <w:sz w:val="20"/>
        </w:rPr>
        <w:t>40:44  Woh hamein dekhna hoga to woh poora ka poora Hajj jo hai woh dawa work ka ek rehearsal ho jata hai. Kyunke Musalman jo hai ek daawti work hain. Shahadat Allahs yani log tamam dunya ko, tamam insanon ko Khuda ka paigham pahunchana. To yeh yahi to maqsad hai Ummat e Musalma ka.</w:t>
      </w:r>
      <w:r>
        <w:br/>
      </w:r>
      <w:r>
        <w:rPr>
          <w:sz w:val="20"/>
        </w:rPr>
        <w:t>41:07  Wassullah Sallallahu Sallallahu ne apne aakhri sermon mein yahi kaha tha ke jo log maujood hain woh meri baat ko ghair maujood tak pahuncha dein. To yeh matlab nahi hai ke bas sirf Sahaba se address kiya tha aapne. Balki nasal dar nasal log ek, ek nasal doosri nasal ko woh paigham pahunchati rahe. Yeh tamam nasal ke liye hai. Yeh Ummat e Musalman ke liye hai.</w:t>
      </w:r>
      <w:r>
        <w:br/>
      </w:r>
      <w:r>
        <w:rPr>
          <w:sz w:val="20"/>
        </w:rPr>
        <w:t>41:34  Yahi Ummat e Musalman ka jo hai maqsad hai. To yeh jo hai tamam jo wahan par hamein milte hain sabak yahi hai ke ghar se hum nikle to humne wahan par wahan par learning ke liye nikle ke Hazrat Ibrahim ne kya kya kiya tha Khuda ke deen ko pahunchane ke liye logon tak kya kya qurbaniyan di thi woh humne seekha.</w:t>
      </w:r>
      <w:r>
        <w:br/>
      </w:r>
      <w:r>
        <w:rPr>
          <w:sz w:val="20"/>
        </w:rPr>
        <w:t>42:02  Phir Ahram ke zariye se humne zaida zindagi ki taleem hamein mili. Phir jab hum Labbaik Allahumma Labbaik kehte hain to hum ek pledge lete hain ke Allah taala hum hazir hain. Jo bhi sacrifice hogi usko hum denge. To is tarike se woh apne aap ko hazir is mission ke liye dedicate karta hai. Jab woh qurbani karta hai to uska matlab yeh hota hai ke hum qurbani ki had tak jaane ke liye tayyar hain is mission ke liye.</w:t>
      </w:r>
      <w:r>
        <w:br/>
      </w:r>
      <w:r>
        <w:rPr>
          <w:sz w:val="20"/>
        </w:rPr>
        <w:t>42:29  To jab tak hum is mission se dawa mission se relate karke Hajj ke tamam manasik ko na dekhenge na to woh meaningless nazar aayega. Sirf kuch activities nazar aayengi ke yahan chal rahe hain wahan ja rahe hain. Yahan theher rahe hain to yeh uska maqsad kya hai?</w:t>
      </w:r>
      <w:r>
        <w:br/>
      </w:r>
      <w:r>
        <w:rPr>
          <w:sz w:val="20"/>
        </w:rPr>
        <w:t>42:48  maqsad to jab hi nazar aayega jab humko yeh hazrat ibrahim ki daawti zindagi ko usse hum link</w:t>
      </w:r>
      <w:r>
        <w:br/>
      </w:r>
      <w:r>
        <w:rPr>
          <w:sz w:val="20"/>
        </w:rPr>
        <w:t>42:56  karenge aur agar hum aisa kar paayein to yeh jo saalana daawti jo gathering hoti hai woh daawa</w:t>
      </w:r>
      <w:r>
        <w:br/>
      </w:r>
      <w:r>
        <w:rPr>
          <w:sz w:val="20"/>
        </w:rPr>
        <w:t>43:04  conference matlab deal ho jaaye aur tamam duniya mein daawa jo hai khuda ka paigaam pahunch jaaye aur</w:t>
      </w:r>
      <w:r>
        <w:br/>
      </w:r>
      <w:r>
        <w:rPr>
          <w:sz w:val="20"/>
        </w:rPr>
        <w:t>43:13  aajkal to itna aasaan ho gaya hai kyunki technology aur communication ki jo taraqqiyan hui hain to usmein</w:t>
      </w:r>
      <w:r>
        <w:br/>
      </w:r>
      <w:r>
        <w:rPr>
          <w:sz w:val="20"/>
        </w:rPr>
        <w:t>43:21  itni aasani ho gayi hai ki hum ek jagah baithkar saari duniya tak khuda ka paigaam pahuncha sakte hain.</w:t>
      </w:r>
      <w:r>
        <w:br/>
      </w:r>
      <w:r>
        <w:rPr>
          <w:sz w:val="20"/>
        </w:rPr>
        <w:t>43:30  To abhi main video dekh rahi thi bahut sare video hain usmein CNN ka bhi dekha maine aur bahut achhe achhe usmein the aur even sabhi log keh rahe hain ke zameen ki core hai woh hil gayi hai. Matlab ab kehte hain ke ruk gayi hai aur ulti taraf reverse direction ki taraf ja rahi hai.</w:t>
      </w:r>
    </w:p>
    <w:p>
      <w:pPr>
        <w:pStyle w:val="Heading2"/>
      </w:pPr>
      <w:r>
        <w:t>Fasting builds lifelong self-control and discipline</w:t>
      </w:r>
    </w:p>
    <w:p>
      <w:r>
        <w:rPr>
          <w:color w:val="666666"/>
          <w:sz w:val="18"/>
        </w:rPr>
        <w:t>Ramadan The Month of Spiritual Training September 20, 2008 · 4m 39s · at 46:14 · https://youtu.be/VI9axojg6Ro?t=2774</w:t>
      </w:r>
    </w:p>
    <w:p>
      <w:r>
        <w:rPr>
          <w:i/>
        </w:rPr>
        <w:t>“Roza aadmi ke andar ek discipline paida karta hai”</w:t>
      </w:r>
    </w:p>
    <w:p>
      <w:r>
        <w:rPr>
          <w:sz w:val="20"/>
        </w:rPr>
        <w:t>46:14  is ko aap yoon bhi keh sakte hain ke roza jo hai, aadmi ke andar ek discipline paida karta hai, self control ki sifat paida karta hai.</w:t>
      </w:r>
      <w:r>
        <w:br/>
      </w:r>
      <w:r>
        <w:rPr>
          <w:sz w:val="20"/>
        </w:rPr>
        <w:t>46:24  jaise aap roze ka zamana hai, aap ke samne khana rakha hua hai, thanda pani rakha hua hai, lekin aap is ko istemal nahi karte.</w:t>
      </w:r>
      <w:r>
        <w:br/>
      </w:r>
      <w:r>
        <w:rPr>
          <w:sz w:val="20"/>
        </w:rPr>
        <w:t>46:36  ya pani pite ya khana khate, yeh kya hai? yeh self control, self discipline.</w:t>
      </w:r>
      <w:r>
        <w:br/>
      </w:r>
      <w:r>
        <w:rPr>
          <w:sz w:val="20"/>
        </w:rPr>
        <w:t>46:45  isi liye roze ke liye jo lafz hai arabic mein, woh hai saum. SAUM saum, saad wa meem.</w:t>
      </w:r>
      <w:r>
        <w:br/>
      </w:r>
      <w:r>
        <w:rPr>
          <w:sz w:val="20"/>
        </w:rPr>
        <w:t>46:55  roze ke liye arabic word jo hai, woh saum hai. saum ke matlab kya hain? abstinence, rokna, thamna apne ko.</w:t>
      </w:r>
      <w:r>
        <w:br/>
      </w:r>
      <w:r>
        <w:rPr>
          <w:sz w:val="20"/>
        </w:rPr>
        <w:t>47:09  to khana rakha hua hai samne, paani rakha hua hai samne, lekin aap ko rokte hain, is ko istemal nahi karte. to yeh kya cheez hai?</w:t>
      </w:r>
      <w:r>
        <w:br/>
      </w:r>
      <w:r>
        <w:rPr>
          <w:sz w:val="20"/>
        </w:rPr>
        <w:t>47:18  yeh yeh hai self discipline, self control, khud inzisabti. urdu mein aap keh sakte hain khud inzisabti, apne ko yani inzisab ke sath rakhna dunya mein,</w:t>
      </w:r>
      <w:r>
        <w:br/>
      </w:r>
      <w:r>
        <w:rPr>
          <w:sz w:val="20"/>
        </w:rPr>
        <w:t>47:37  apne ko rokkr dunya mein rakhna. to yahi to sabse bari cheez hai. aap jante hain ke car mein agar break na ho, break kiya hai?</w:t>
      </w:r>
      <w:r>
        <w:br/>
      </w:r>
      <w:r>
        <w:rPr>
          <w:sz w:val="20"/>
        </w:rPr>
        <w:t>47:49  isko rokne ka device hai. break na ho to bas daurega, khali car daudti rahegi, daudti rahegi, yahan tak ja ke kisi khadd mein gir jayega.</w:t>
      </w:r>
      <w:r>
        <w:br/>
      </w:r>
      <w:r>
        <w:rPr>
          <w:sz w:val="20"/>
        </w:rPr>
        <w:t>48:01  to rok bhi chahiye.</w:t>
      </w:r>
      <w:r>
        <w:br/>
      </w:r>
      <w:r>
        <w:rPr>
          <w:sz w:val="20"/>
        </w:rPr>
        <w:t>48:05  rok na ho to aap ki car aap ke kaam nahi ayegi. to zindagi mein ek rok bhi chahiye. woh rok jo hai, woh break jo hai, woh aap ko diya jata hai roze ke zariye se.</w:t>
      </w:r>
      <w:r>
        <w:br/>
      </w:r>
      <w:r>
        <w:rPr>
          <w:sz w:val="20"/>
        </w:rPr>
        <w:t>48:24  apne ko rokkr dunya mein zindagi guzaro, apne ko discipline mein rakhkr zindagi guzaro, apne ko control karte hue zindagi guzaro.</w:t>
      </w:r>
      <w:r>
        <w:br/>
      </w:r>
      <w:r>
        <w:rPr>
          <w:sz w:val="20"/>
        </w:rPr>
        <w:t>48:34  to pani ke muamle mein aap ko self control sikhaya jata hai, khane ke muamle mein aap ko self control sikhaya jata hai.</w:t>
      </w:r>
      <w:r>
        <w:br/>
      </w:r>
      <w:r>
        <w:rPr>
          <w:sz w:val="20"/>
        </w:rPr>
        <w:t>48:45  isi yahi spirits ko khuda chahta hai aap puri zindagi mein dekhen, puri zindagi mein dekhen.</w:t>
      </w:r>
      <w:r>
        <w:br/>
      </w:r>
      <w:r>
        <w:rPr>
          <w:sz w:val="20"/>
        </w:rPr>
        <w:t>48:53  jaise hadith mein aata hai ke agar roze ke zamane mein koi shakhs tum ko gaali de, tum ko bura bhala kahe, sab o shatm kare tumhara,</w:t>
      </w:r>
      <w:r>
        <w:br/>
      </w:r>
      <w:r>
        <w:rPr>
          <w:sz w:val="20"/>
        </w:rPr>
        <w:t>49:07  to tum keh do إني رُؤَمْ سَائِمًا ke bhai mein to rozedar hoon, mein ne to roza rakh rakha hai, is liye mujhe gaali nahi dena hai, mujhe yani negatively react nahi karna hai.</w:t>
      </w:r>
      <w:r>
        <w:br/>
      </w:r>
      <w:r>
        <w:rPr>
          <w:sz w:val="20"/>
        </w:rPr>
        <w:t>49:26  tum azaad ho to tum jo chahe karo, mein to azaad nahi hoon. to yahi to hai self control, yahi to hai self discipline.</w:t>
      </w:r>
      <w:r>
        <w:br/>
      </w:r>
      <w:r>
        <w:rPr>
          <w:sz w:val="20"/>
        </w:rPr>
        <w:t>49:35  to agar ek lafz mein kehna ho ke roza jo hai, is ka maqsad kiya hai, to yeh mein kahunga ke is ka maqsad hai self control, self discipline.</w:t>
      </w:r>
      <w:r>
        <w:br/>
      </w:r>
      <w:r>
        <w:rPr>
          <w:sz w:val="20"/>
        </w:rPr>
        <w:t>49:47  aur yeh jo sifat hai self control aur self discipline ki, zahir hai ke yeh ek mahine ke liye nahi hai, ek din ke liye nahi hai.</w:t>
      </w:r>
      <w:r>
        <w:br/>
      </w:r>
      <w:r>
        <w:rPr>
          <w:sz w:val="20"/>
        </w:rPr>
        <w:t>49:56  yeh to puri zindagi ke liye hai, hamesha ke liye hai. puri zindagi mein bar bar aisa hota hai ke humein apne ko control karna parta hai, bar bar aisa hota hai ke apne ko control karna parta hai.</w:t>
      </w:r>
      <w:r>
        <w:br/>
      </w:r>
      <w:r>
        <w:rPr>
          <w:sz w:val="20"/>
        </w:rPr>
        <w:t>50:09  agar aap control mein na rakhen apne aap ko to kahin shaitan aap ko uchak le jayega, kahin aap apni khwahishen aap ko distract kar dengi. to kiya hoga?</w:t>
      </w:r>
      <w:r>
        <w:br/>
      </w:r>
      <w:r>
        <w:rPr>
          <w:sz w:val="20"/>
        </w:rPr>
        <w:t>50:20  aap ki zindagi bilkul bekar guzar jayegi,</w:t>
      </w:r>
      <w:r>
        <w:br/>
      </w:r>
      <w:r>
        <w:rPr>
          <w:sz w:val="20"/>
        </w:rPr>
        <w:t>50:26  aap ki zindagi is raste par nahi chalegi jo khuda ne muqarrar kiya hai aap ke liye.</w:t>
      </w:r>
      <w:r>
        <w:br/>
      </w:r>
      <w:r>
        <w:rPr>
          <w:sz w:val="20"/>
        </w:rPr>
        <w:t>50:36  to ek lafz mein hum yeh keh sakte hain ke roza naam hai self discipline ka, self control ka, yani is ki spirit apne andar paida karne ka, ta ke puri zindagi humein isi tarah zindagi guzar saken.</w:t>
      </w:r>
    </w:p>
    <w:p>
      <w:pPr>
        <w:pStyle w:val="Heading2"/>
      </w:pPr>
      <w:r>
        <w:t>From symbolic stoning to real resistance against doubt</w:t>
      </w:r>
    </w:p>
    <w:p>
      <w:r>
        <w:rPr>
          <w:color w:val="666666"/>
          <w:sz w:val="18"/>
        </w:rPr>
        <w:t>The Message of Hajj November 4, 2008 Maulana Wahiduddin Khan · 4m 02s · at 27:24 · https://youtu.be/CIGhIpsejkY?t=1644</w:t>
      </w:r>
    </w:p>
    <w:p>
      <w:r>
        <w:rPr>
          <w:i/>
        </w:rPr>
        <w:t>“Har haji wahan shaitan ke nishanat par kankariyan marta hai”</w:t>
      </w:r>
    </w:p>
    <w:p>
      <w:r>
        <w:rPr>
          <w:sz w:val="20"/>
        </w:rPr>
        <w:t>27:24  jaisa ke hazrat ibrahim aleh salam ne kiya. aise aap dekhiye, har haji jo wahan jata hai to wahan par shaitan ke kuch nishanat bane hue hain.</w:t>
      </w:r>
      <w:r>
        <w:br/>
      </w:r>
      <w:r>
        <w:rPr>
          <w:sz w:val="20"/>
        </w:rPr>
        <w:t>27:41  is mein woh kankriyan marta hai. yeh kya cheez hai? yeh bhi yaad rakhiye, koi rasam nahi hai.</w:t>
      </w:r>
      <w:r>
        <w:br/>
      </w:r>
      <w:r>
        <w:rPr>
          <w:sz w:val="20"/>
        </w:rPr>
        <w:t>27:50  yeh hai shaitan. jab aap ko bharkaye to aap shaitan ka jawab de sakein. jaise aap dawat work ke liye niklte hain ke mujhe dawat ka kaam karna hai, mujhe dawat ka kaam karna hai, mujhe khuda ke bando tak sachai ka paigham pahunchana hai.</w:t>
      </w:r>
      <w:r>
        <w:br/>
      </w:r>
      <w:r>
        <w:rPr>
          <w:sz w:val="20"/>
        </w:rPr>
        <w:t>28:11  ab shaitan aaye ga aap ke dil mein kyunke shaitan ek aisi cheez hai jo aadmi ke andar sama jata hai, khoon ki ragon mein teer jata hai.</w:t>
      </w:r>
      <w:r>
        <w:br/>
      </w:r>
      <w:r>
        <w:rPr>
          <w:sz w:val="20"/>
        </w:rPr>
        <w:t>28:19  andar se woh bharkata hai</w:t>
      </w:r>
      <w:r>
        <w:br/>
      </w:r>
      <w:r>
        <w:rPr>
          <w:sz w:val="20"/>
        </w:rPr>
        <w:t>28:23  to woh aap ko tarah tarah se is se bharkaye ga ke tum to aalim nahi ho, aalimon ka kaam hai, aalimon ka kaam hai. woh aalim kahe ga tum is mein kyun parhte ho?</w:t>
      </w:r>
      <w:r>
        <w:br/>
      </w:r>
      <w:r>
        <w:rPr>
          <w:sz w:val="20"/>
        </w:rPr>
        <w:t>28:36  aalim se kahe ga ke koi manne wala to hai nahi, kyun apni jaan halkar karte ho?</w:t>
      </w:r>
      <w:r>
        <w:br/>
      </w:r>
      <w:r>
        <w:rPr>
          <w:sz w:val="20"/>
        </w:rPr>
        <w:t>28:43  warna har ek se kuch na kuch aisi baat jo us ke halaat ke lehaz se us par jazba hoti ho, woh kahe ga aur phir chahe ga ke yeh daawti kaam na kare.</w:t>
      </w:r>
      <w:r>
        <w:br/>
      </w:r>
      <w:r>
        <w:rPr>
          <w:sz w:val="20"/>
        </w:rPr>
        <w:t>28:59  lekin yahan par kya karna hai? wahan jo aap ne pathar mare the shaitan ke upar, woh woh symbolic stoning thi.</w:t>
      </w:r>
      <w:r>
        <w:br/>
      </w:r>
      <w:r>
        <w:rPr>
          <w:sz w:val="20"/>
        </w:rPr>
        <w:t>29:11  woh</w:t>
      </w:r>
      <w:r>
        <w:br/>
      </w:r>
      <w:r>
        <w:rPr>
          <w:sz w:val="20"/>
        </w:rPr>
        <w:t>29:12  ab aap ko real stoning karni hai. jab shaitan bharkaa kar aap ko dawat ke rastay se hataye, khuda ke rastay se hataye, jannat ke rastay se hataye to wahan par aap foran jaan lein ke shaitan ghus gaya hai mere andar.</w:t>
      </w:r>
      <w:r>
        <w:br/>
      </w:r>
      <w:r>
        <w:rPr>
          <w:sz w:val="20"/>
        </w:rPr>
        <w:t>29:34  foran jaan lein, aap itna active ho, aap ka mind, aap ka mind itna active hona chahiye ke jaise hi shaitan koi baat aisi daale aap ke dil mein, aap ko lead karne ke liye, koi shaitan andar se daale ga.</w:t>
      </w:r>
      <w:r>
        <w:br/>
      </w:r>
      <w:r>
        <w:rPr>
          <w:sz w:val="20"/>
        </w:rPr>
        <w:t>29:51  dekhiye, shaitan ka tareeqa yeh nahi hai ke loudspeaker, loudspeaker par woh cheekhe. shaitan loudspeaker par nahi cheikhta,</w:t>
      </w:r>
      <w:r>
        <w:br/>
      </w:r>
      <w:r>
        <w:rPr>
          <w:sz w:val="20"/>
        </w:rPr>
        <w:t>30:02  woh aap ke dil mein ghus kar ke, aap ke rooh mein ghus kar aap ko sikhata hai.</w:t>
      </w:r>
      <w:r>
        <w:br/>
      </w:r>
      <w:r>
        <w:rPr>
          <w:sz w:val="20"/>
        </w:rPr>
        <w:t>30:14  yeh baat bohat zyada samajhni chahiye ke shaitan ka tareeqa kya hai.</w:t>
      </w:r>
      <w:r>
        <w:br/>
      </w:r>
      <w:r>
        <w:rPr>
          <w:sz w:val="20"/>
        </w:rPr>
        <w:t>30:20  warna stoning kaise karenge aap? jab shaitan dikhai nahi deta aur is ko marna hai hamein to ab shaitan aa gaya, hum dekh rahe nahi hain.</w:t>
      </w:r>
      <w:r>
        <w:br/>
      </w:r>
      <w:r>
        <w:rPr>
          <w:sz w:val="20"/>
        </w:rPr>
        <w:t>30:31  to jab tak aap alert na hon, yaani intellectually awakened na hon, yaani intellectual awakening ke baghair aadmi pehchan nahi sakta ke shaitan aa gaya, woh mujhe bharka raha hai kyunke woh andar se aata hai.</w:t>
      </w:r>
      <w:r>
        <w:br/>
      </w:r>
      <w:r>
        <w:rPr>
          <w:sz w:val="20"/>
        </w:rPr>
        <w:t>30:51  to real stoning kya hai? symbolic stoning to woh thi jo pathar mara aap ne. real stoning kya hai?</w:t>
      </w:r>
      <w:r>
        <w:br/>
      </w:r>
      <w:r>
        <w:rPr>
          <w:sz w:val="20"/>
        </w:rPr>
        <w:t>31:01  jo baatein shaitan daale aap ko dawat ke kaam se rokne ke liye, is ko aap diffuse kar dein, wohin ko, wohin, wohin, wohin diffuse kar dein, wohin ka, wohin khatam kar dein.</w:t>
      </w:r>
      <w:r>
        <w:br/>
      </w:r>
      <w:r>
        <w:rPr>
          <w:sz w:val="20"/>
        </w:rPr>
        <w:t>31:19  to yeh hai symbolic stoning ko real stoning ban</w:t>
      </w:r>
    </w:p>
    <w:p>
      <w:pPr>
        <w:pStyle w:val="Heading2"/>
      </w:pPr>
      <w:r>
        <w:t>Complete hadith of Eid and Allah's mercy</w:t>
      </w:r>
    </w:p>
    <w:p>
      <w:r>
        <w:rPr>
          <w:color w:val="666666"/>
          <w:sz w:val="18"/>
        </w:rPr>
        <w:t>Message on Eid-al-Fitr April 11, 2024 Prof. Farida Khanam and Dr. Saniyasnain Khan · 5m 07s · at 12:15 · https://youtu.be/3qViBNVh85o?t=735</w:t>
      </w:r>
    </w:p>
    <w:p>
      <w:r>
        <w:rPr>
          <w:i/>
        </w:rPr>
        <w:t>“To ek, ek hadees hai”</w:t>
      </w:r>
    </w:p>
    <w:p>
      <w:r>
        <w:rPr>
          <w:sz w:val="20"/>
        </w:rPr>
        <w:t>12:15  to ek, ek hadees hai, lambi hadees hai Hazrat Abdullah ibna Abbas radiallahu anhuma ki hadees hai, jismein</w:t>
      </w:r>
      <w:r>
        <w:br/>
      </w:r>
      <w:r>
        <w:rPr>
          <w:sz w:val="20"/>
        </w:rPr>
        <w:t>12:25  farmate hain ke Rasool Allah sallallahu alaihi wasallam ne farmaya ke jab Eid ki subah hoti hai to, Allah Taala farishton ko</w:t>
      </w:r>
      <w:r>
        <w:br/>
      </w:r>
      <w:r>
        <w:rPr>
          <w:sz w:val="20"/>
        </w:rPr>
        <w:t>12:35  har shehar mein bhejta hai, har gaon mein, har basti mein bhejta hai aur jo farishte hote hain</w:t>
      </w:r>
      <w:r>
        <w:br/>
      </w:r>
      <w:r>
        <w:rPr>
          <w:sz w:val="20"/>
        </w:rPr>
        <w:t>12:45  wo raaston par khade ho jate hain, chauraahon par khade ho jate hain, galiyon mein khade ho jate</w:t>
      </w:r>
      <w:r>
        <w:br/>
      </w:r>
      <w:r>
        <w:rPr>
          <w:sz w:val="20"/>
        </w:rPr>
        <w:t>12:55  hain aur farishte pukarte hain aur woh pukaar jin aur insaan ke ilawa poori creation sunti hai.</w:t>
      </w:r>
      <w:r>
        <w:br/>
      </w:r>
      <w:r>
        <w:rPr>
          <w:sz w:val="20"/>
        </w:rPr>
        <w:t>13:05  yaani agar insaan sun le, sun le to phir wah wah pehlu hai ki allah talah ne cheezon ko ghair mein rakha hua hai to wo baaki nahi rahega.</w:t>
      </w:r>
      <w:r>
        <w:br/>
      </w:r>
      <w:r>
        <w:rPr>
          <w:sz w:val="20"/>
        </w:rPr>
        <w:t>13:15  lekin saari creation, zameen aasman, chand sitare, pahaad darya, charind parind, chidiyan jo fiza mein ud rahi hain</w:t>
      </w:r>
      <w:r>
        <w:br/>
      </w:r>
      <w:r>
        <w:rPr>
          <w:sz w:val="20"/>
        </w:rPr>
        <w:t>13:24  aur jo machhliyan tair rahi hain, sab ko koi aawaaz sunai deti hai aur farishte kehte hain ke ae</w:t>
      </w:r>
      <w:r>
        <w:br/>
      </w:r>
      <w:r>
        <w:rPr>
          <w:sz w:val="20"/>
        </w:rPr>
        <w:t>13:33  Muhammad ki ummat apne Parwardigar ki taraf chalo, apne Rab ki taraf chalo jo bohat hi zyada meherban</w:t>
      </w:r>
      <w:r>
        <w:br/>
      </w:r>
      <w:r>
        <w:rPr>
          <w:sz w:val="20"/>
        </w:rPr>
        <w:t>13:42  hai aur bohat hi ata karne wala hai, bohat hi dene wala hai aur tumhari bari bari gunahon</w:t>
      </w:r>
      <w:r>
        <w:br/>
      </w:r>
      <w:r>
        <w:rPr>
          <w:sz w:val="20"/>
        </w:rPr>
        <w:t>13:51  ko maaf karne wala hai.</w:t>
      </w:r>
      <w:r>
        <w:br/>
      </w:r>
      <w:r>
        <w:rPr>
          <w:sz w:val="20"/>
        </w:rPr>
        <w:t>14:00  to phir jab log namaz ke liye nikalte hain, eid ke namaz ke liye, masjidon ki taraf, eidgah ki taraf, to allah talah farishton se mukhatib hota hai. farishton se kehta hai, poochta hai ki ae mere farishton, us mazdoor ki mazdoori kya honi chahiye? us worker ki wages kya honi chahiye jisne apna kaam poora kar diya?</w:t>
      </w:r>
      <w:r>
        <w:br/>
      </w:r>
      <w:r>
        <w:rPr>
          <w:sz w:val="20"/>
        </w:rPr>
        <w:t>14:29  to farishte kehte hain ki ae hamare rab, aise mazdoor ki mazdoori yeh honi chahiye ki usko uski poori bez, poori poori bez mil jaaye. to allah talah farmata hai, ae farishto, tum gawah rehna.</w:t>
      </w:r>
      <w:r>
        <w:br/>
      </w:r>
      <w:r>
        <w:rPr>
          <w:sz w:val="20"/>
        </w:rPr>
        <w:t>14:47  maine unke ramzan ke rozo aur raat ki ibadat yaani taravi wagairah ke badle mein apni raza aur apni maqhrafat unko de diye. yaani i have, i have pleased with them and given them my forgiveness in return for fasting and their prayer at night during ramzan.</w:t>
      </w:r>
      <w:r>
        <w:br/>
      </w:r>
      <w:r>
        <w:rPr>
          <w:sz w:val="20"/>
        </w:rPr>
        <w:t>15:15  to is tarah allah talah phir bando ki tarah mutawajja hota hai aur bando se kehta hai ki ae mere bando, tum mujhse mango. meri izzat ke qasam, mere jalal ke qasam, ask me i swear by my honor and by my majesty. aaj ke din apni is gathering mein jo bhi tum mujhse mangoge, main tumhein dunga.</w:t>
      </w:r>
      <w:r>
        <w:br/>
      </w:r>
      <w:r>
        <w:rPr>
          <w:sz w:val="20"/>
        </w:rPr>
        <w:t>15:43  jo bhi tum aakhirat ke bare mein maangoge, to Allah aisi dua qubool nahi karta.</w:t>
      </w:r>
      <w:r>
        <w:br/>
      </w:r>
      <w:r>
        <w:rPr>
          <w:sz w:val="20"/>
        </w:rPr>
        <w:t>15:54  phir Allah Taala farmata hai ke meri azmat ke qasam, I swear by my honour, jab tak tum</w:t>
      </w:r>
      <w:r>
        <w:br/>
      </w:r>
      <w:r>
        <w:rPr>
          <w:sz w:val="20"/>
        </w:rPr>
        <w:t>16:05  mera khayal karoge, main tumhari kamiyon ko chhupaoonga aur phir Allah Taala kehta hai ke ae mere bando,</w:t>
      </w:r>
      <w:r>
        <w:br/>
      </w:r>
      <w:r>
        <w:rPr>
          <w:sz w:val="20"/>
        </w:rPr>
        <w:t>16:16  tum bakshe hue apne gharon ki taraf laut jao.</w:t>
      </w:r>
      <w:r>
        <w:br/>
      </w:r>
      <w:r>
        <w:rPr>
          <w:sz w:val="20"/>
        </w:rPr>
        <w:t>16:27  Now you go back to your homes, I have forgiven you.</w:t>
      </w:r>
      <w:r>
        <w:br/>
      </w:r>
      <w:r>
        <w:rPr>
          <w:sz w:val="20"/>
        </w:rPr>
        <w:t>16:38  tumne mujhe raazi kar liya aur main tumse raazi ho gaya.</w:t>
      </w:r>
      <w:r>
        <w:br/>
      </w:r>
      <w:r>
        <w:rPr>
          <w:sz w:val="20"/>
        </w:rPr>
        <w:t>16:50  I am pleased with you and you are pleased with me.</w:t>
      </w:r>
      <w:r>
        <w:br/>
      </w:r>
      <w:r>
        <w:rPr>
          <w:sz w:val="20"/>
        </w:rPr>
        <w:t>16:58  wo jab farishtey dekhte hain, jab farishtey dekhte hain ke allah taala ne bando ko itna zyada jawab</w:t>
      </w:r>
      <w:r>
        <w:br/>
      </w:r>
      <w:r>
        <w:rPr>
          <w:sz w:val="20"/>
        </w:rPr>
        <w:t>17:06  diya, to bari khushi unko hoti hai, bohat hi khushi ka izhaar karte hain aur farishtey heran hote</w:t>
      </w:r>
      <w:r>
        <w:br/>
      </w:r>
      <w:r>
        <w:rPr>
          <w:sz w:val="20"/>
        </w:rPr>
        <w:t>17:14  hain ke allah taala ne itna zyada bando ko nawaza hai.</w:t>
      </w:r>
      <w:r>
        <w:br/>
      </w:r>
      <w:r>
        <w:rPr>
          <w:sz w:val="20"/>
        </w:rPr>
        <w:t>17:22  yaani iska matlab yeh hai ke allah kitna dardmand hai, bando ke amal ka ke zyada reward deta</w:t>
      </w:r>
    </w:p>
    <w:p>
      <w:pPr>
        <w:pStyle w:val="Heading2"/>
      </w:pPr>
      <w:r>
        <w:t>Deconditioning and God's exceptional intervention</w:t>
      </w:r>
    </w:p>
    <w:p>
      <w:r>
        <w:rPr>
          <w:color w:val="666666"/>
          <w:sz w:val="18"/>
        </w:rPr>
        <w:t>Q&amp;A 20 Aug 2006 Maulana Wahiduddin Khan · 4m 20s · at 12:09 · https://youtu.be/g_6-zerS_N4?t=729</w:t>
      </w:r>
    </w:p>
    <w:p>
      <w:r>
        <w:rPr>
          <w:i/>
        </w:rPr>
        <w:t>“Deconditioning is rare; God changed my genetic code.”</w:t>
      </w:r>
    </w:p>
    <w:p>
      <w:r>
        <w:rPr>
          <w:sz w:val="20"/>
        </w:rPr>
        <w:t>12:09  dekhen, deconditioning jo hai, wahi cheez hai jis ko hum kehte hain introspection. introspection hi ka doosra naam hai deconditioning.</w:t>
      </w:r>
      <w:r>
        <w:br/>
      </w:r>
      <w:r>
        <w:rPr>
          <w:sz w:val="20"/>
        </w:rPr>
        <w:t>12:20  agar koi sacha hai, sachai ke sath apna introspection kar raha ho, sachai ka matlab kya hai?</w:t>
      </w:r>
      <w:r>
        <w:br/>
      </w:r>
      <w:r>
        <w:rPr>
          <w:sz w:val="20"/>
        </w:rPr>
        <w:t>12:29  ke wo jaise hi paye ke mere andar yeh ghalti hai, to without any delay wo keh dega "I was wrong".</w:t>
      </w:r>
      <w:r>
        <w:br/>
      </w:r>
      <w:r>
        <w:rPr>
          <w:sz w:val="20"/>
        </w:rPr>
        <w:t>12:40  to is tarah se ek ek kar ke, ek kar ke apni ghalti nikalta chala jayega wo. to introspection</w:t>
      </w:r>
      <w:r>
        <w:br/>
      </w:r>
      <w:r>
        <w:rPr>
          <w:sz w:val="20"/>
        </w:rPr>
        <w:t>12:49  karna aur apni ghalti ko mannay ke liye tayyar rehna, yahi process hai deconditioning ka. log is liye nahi kar patay ke logon ke andar log itna itna zyada, yani, sincere nahi hotay is mamle mein.</w:t>
      </w:r>
      <w:r>
        <w:br/>
      </w:r>
      <w:r>
        <w:rPr>
          <w:sz w:val="20"/>
        </w:rPr>
        <w:t>13:07  yani kapray mein mitti lag jaye to bohat jaldi se aadmi dhoeyga is ko, lekin hamari soul mein, hamari spiritual being mein jo mitti lag jati hai, to us ko hum saaf karne mein bohat zyada dhyan nahi detay.</w:t>
      </w:r>
      <w:r>
        <w:br/>
      </w:r>
      <w:r>
        <w:rPr>
          <w:sz w:val="20"/>
        </w:rPr>
        <w:t>13:20  warna agar dhyan den to har aadmi apni conditioning kar sakta hai, deconditioning kar sakta hai.</w:t>
      </w:r>
      <w:r>
        <w:br/>
      </w:r>
      <w:r>
        <w:rPr>
          <w:sz w:val="20"/>
        </w:rPr>
        <w:t>13:26  jahan tak mera mamla hai, main samajhta hoon ke ke main ek exception tha, kyunke mere, yani, yeh poora sau saal ka jo zamana hai, main ne dekha koi ek aadmi nahi tha jis ki deconditioning hui ho,</w:t>
      </w:r>
      <w:r>
        <w:br/>
      </w:r>
      <w:r>
        <w:rPr>
          <w:sz w:val="20"/>
        </w:rPr>
        <w:t>13:43  koi ek bhi nahi. meri kaise ho gayi?</w:t>
      </w:r>
      <w:r>
        <w:br/>
      </w:r>
      <w:r>
        <w:rPr>
          <w:sz w:val="20"/>
        </w:rPr>
        <w:t>13:47  to main samajhta hoon ke yeh Khuda ka intervention tha. main ne kal kisi ko yeh baat bata raha tha ke Khuda ne har aadmi ko buraai di hai, mind diya hai ke wo soche</w:t>
      </w:r>
      <w:r>
        <w:br/>
      </w:r>
      <w:r>
        <w:rPr>
          <w:sz w:val="20"/>
        </w:rPr>
        <w:t>14:06  aur right and wrong mein farq kar ke aagay badhay. lekin aisa hota hai ke jab sare log bhatak jatay hain, bhatkao bohat barh jata hai.</w:t>
      </w:r>
      <w:r>
        <w:br/>
      </w:r>
      <w:r>
        <w:rPr>
          <w:sz w:val="20"/>
        </w:rPr>
        <w:t>14:20  to Khuda kisi ko</w:t>
      </w:r>
      <w:r>
        <w:br/>
      </w:r>
      <w:r>
        <w:rPr>
          <w:sz w:val="20"/>
        </w:rPr>
        <w:t>14:24  choose karta hai, kisi ko select karta hai, intervene kar ke us ke, yani, us ke, yani, wo genetic code ko badal deta hai.</w:t>
      </w:r>
      <w:r>
        <w:br/>
      </w:r>
      <w:r>
        <w:rPr>
          <w:sz w:val="20"/>
        </w:rPr>
        <w:t>14:36  yeh sab ke sath nahi hota, kisi ek insaan ke genetic code ko badal deta hai Khuda. usi ko hadith mein is tarah kaha gaya hai</w:t>
      </w:r>
      <w:r>
        <w:br/>
      </w:r>
      <w:r>
        <w:rPr>
          <w:sz w:val="20"/>
        </w:rPr>
        <w:t>14:44  ke prophet ke baad</w:t>
      </w:r>
      <w:r>
        <w:br/>
      </w:r>
      <w:r>
        <w:rPr>
          <w:sz w:val="20"/>
        </w:rPr>
        <w:t>14:48  ان الله يبعث على راس كل سنة يجدد الحدین yani Allah har sau saal ke baad ek insaan ko uthayega jo revive karega sachai ko.</w:t>
      </w:r>
      <w:r>
        <w:br/>
      </w:r>
      <w:r>
        <w:rPr>
          <w:sz w:val="20"/>
        </w:rPr>
        <w:t>15:03  to yeh kya hai? yeh wahi insaan hota hai</w:t>
      </w:r>
      <w:r>
        <w:br/>
      </w:r>
      <w:r>
        <w:rPr>
          <w:sz w:val="20"/>
        </w:rPr>
        <w:t>15:06  ke jab bhatkao bohat barh jata hai to kisi ek insaan ko le kar Khuda us ke, yani, us ko aisa banata hai.</w:t>
      </w:r>
      <w:r>
        <w:br/>
      </w:r>
      <w:r>
        <w:rPr>
          <w:sz w:val="20"/>
        </w:rPr>
        <w:t>15:20  main is ko aaj kal ke term mein main keh raha hoon ke us ke genetic code ko badal deta hai. main samajhta hoon ke mere sath yahi sahi hua, yani yeh ek exception kaise waqay hua ke mere zamanay mein, yani,</w:t>
      </w:r>
      <w:r>
        <w:br/>
      </w:r>
      <w:r>
        <w:rPr>
          <w:sz w:val="20"/>
        </w:rPr>
        <w:t>15:35  jo soch thi logon ki, Hindu ki, Musalman ki, dono ki,</w:t>
      </w:r>
      <w:r>
        <w:br/>
      </w:r>
      <w:r>
        <w:rPr>
          <w:sz w:val="20"/>
        </w:rPr>
        <w:t>15:38  is se alag meri soch kaise bani? hindu musalman dono hi conditioned thinking ka shikar the. is ke bare mein agar aap chahenge to main ek pura lecture de sakta hoon ke kis tarah se pure so saal, balke do so saal ke beech mein,</w:t>
      </w:r>
      <w:r>
        <w:br/>
      </w:r>
      <w:r>
        <w:rPr>
          <w:sz w:val="20"/>
        </w:rPr>
        <w:t>15:55  sare hindu aur sare musalman conditioning ka shikar ho chuke the. is par main pura lecture de sakta hoon, inshallah. to khuda ne mujhe exceptionally aisa kiya ke mere, mere shayad mere, yani,</w:t>
      </w:r>
      <w:r>
        <w:br/>
      </w:r>
      <w:r>
        <w:rPr>
          <w:sz w:val="20"/>
        </w:rPr>
        <w:t>16:10  is ko badal diya.</w:t>
      </w:r>
      <w:r>
        <w:br/>
      </w:r>
      <w:r>
        <w:rPr>
          <w:sz w:val="20"/>
        </w:rPr>
        <w:t>16:14  aur main 100 percent mein keh sakta hoon ke zameen par ek hi insan agar ho jo 100 percent negativity se pak ho to woh main hoon, kyunke jis ko main kureedta hoon to kahin na kahin us ko negativity mil jati hai.</w:t>
      </w:r>
      <w:r>
        <w:br/>
      </w:r>
      <w:r>
        <w:rPr>
          <w:sz w:val="20"/>
        </w:rPr>
        <w:t>16:30  us ko abhi subah maine ek article padha, ek aadmi jo apne bare mein yeh daawa karte hain ke main positive thinker hoon,</w:t>
      </w:r>
    </w:p>
    <w:p>
      <w:pPr>
        <w:pStyle w:val="Heading2"/>
      </w:pPr>
      <w:r>
        <w:t>Using dua when Dawa work fails on stubborn people</w:t>
      </w:r>
    </w:p>
    <w:p>
      <w:r>
        <w:rPr>
          <w:color w:val="666666"/>
          <w:sz w:val="18"/>
        </w:rPr>
        <w:t>Q&amp;A 20 Aug 2006 Maulana Wahiduddin Khan · 5m 56s · at 0:38 · https://youtu.be/g_6-zerS_N4?t=38</w:t>
      </w:r>
    </w:p>
    <w:p>
      <w:r>
        <w:rPr>
          <w:i/>
        </w:rPr>
        <w:t>“Arrogance is smaller than confusion; Dawa works with dua.”</w:t>
      </w:r>
    </w:p>
    <w:p>
      <w:r>
        <w:rPr>
          <w:sz w:val="20"/>
        </w:rPr>
        <w:t>0:38  Dekhiye, kai baar aisa hota hai ke hum kisi aise aadmi se hamara saamna ho jata hai, jiske baare mein hum discover karte hain ke yeh egoist hai,</w:t>
      </w:r>
      <w:r>
        <w:br/>
      </w:r>
      <w:r>
        <w:rPr>
          <w:sz w:val="20"/>
        </w:rPr>
        <w:t>0:53  arrogant hai.</w:t>
      </w:r>
      <w:r>
        <w:br/>
      </w:r>
      <w:r>
        <w:rPr>
          <w:sz w:val="20"/>
        </w:rPr>
        <w:t>0:57  In other words, hum use stubborn case maante hain. To hamara argument, hamare logic, koi usko yield nahi karti.</w:t>
      </w:r>
      <w:r>
        <w:br/>
      </w:r>
      <w:r>
        <w:rPr>
          <w:sz w:val="20"/>
        </w:rPr>
        <w:t>1:11  To mera apna tajurba hai, yahi maine padha hai,</w:t>
      </w:r>
      <w:r>
        <w:br/>
      </w:r>
      <w:r>
        <w:rPr>
          <w:sz w:val="20"/>
        </w:rPr>
        <w:t>1:17  ke yeh wahi cheez ban jati hai, jise kehte hain ke</w:t>
      </w:r>
      <w:r>
        <w:br/>
      </w:r>
      <w:r>
        <w:rPr>
          <w:sz w:val="20"/>
        </w:rPr>
        <w:t>1:23  ek ice jami hui hai hamare unke beech mein. Us ice ko kahin toda jaye. To main yeh kahunga ke to break the ice, we have to seek help from Dawa.</w:t>
      </w:r>
      <w:r>
        <w:br/>
      </w:r>
      <w:r>
        <w:rPr>
          <w:sz w:val="20"/>
        </w:rPr>
        <w:t>1:41  To break the ice, we have to seek help from Dawa. Maine baar baar iska tajurba kiya hai ke kisi se maine, kisi ke upar maine Dawa work kiya, aur dekha maine ke yeh to bada stubborn case hai. Dekhiye, sirf arrogance hi rukawat nahi hai.</w:t>
      </w:r>
      <w:r>
        <w:br/>
      </w:r>
      <w:r>
        <w:rPr>
          <w:sz w:val="20"/>
        </w:rPr>
        <w:t>2:01  Main samajhta hoon ke usse bhi badi rukawat hai confusion. Super rukawat jo hai, woh confusion hai. Arrogance ka case jo hai, main usko chhota case samajhta hoon. Confusion jo hai,</w:t>
      </w:r>
      <w:r>
        <w:br/>
      </w:r>
      <w:r>
        <w:rPr>
          <w:sz w:val="20"/>
        </w:rPr>
        <w:t>2:17  confusion ka matlab hai ke woh apne aap ko justify kiya rehta hai ke main jo hoon, theek hoon.</w:t>
      </w:r>
      <w:r>
        <w:br/>
      </w:r>
      <w:r>
        <w:rPr>
          <w:sz w:val="20"/>
        </w:rPr>
        <w:t>2:23  Intellectually, woh apne aap ko theek banaye rakhta hai. To confusion ka case ho ya arrogance case ho, dono mein maine paya hai ke jahan mere Dawa work ki limit aa jaye, to wahan main</w:t>
      </w:r>
      <w:r>
        <w:br/>
      </w:r>
      <w:r>
        <w:rPr>
          <w:sz w:val="20"/>
        </w:rPr>
        <w:t>2:41  Dawa ka sahara leta hoon.</w:t>
      </w:r>
      <w:r>
        <w:br/>
      </w:r>
      <w:r>
        <w:rPr>
          <w:sz w:val="20"/>
        </w:rPr>
        <w:t>2:45  Aur maine isko bahut zyada, mujhe is mein kamyabi hui hai. Aur main aap ko ek example deta hoon Prophet ka. Dekhiye,</w:t>
      </w:r>
      <w:r>
        <w:br/>
      </w:r>
      <w:r>
        <w:rPr>
          <w:sz w:val="20"/>
        </w:rPr>
        <w:t>3:00  Prophet ne, aap jante hain ke</w:t>
      </w:r>
      <w:r>
        <w:br/>
      </w:r>
      <w:r>
        <w:rPr>
          <w:sz w:val="20"/>
        </w:rPr>
        <w:t>3:03  apna mission six hundred ten mein Makka mein shuru kiya. Us waqt ke Makka mein do top intellectuals the.</w:t>
      </w:r>
      <w:r>
        <w:br/>
      </w:r>
      <w:r>
        <w:rPr>
          <w:sz w:val="20"/>
        </w:rPr>
        <w:t>3:19  Top intellectuals. Ek ka naam tha Abdul Aziz, ek ka naam tha Umar bin Khattab. To Prophet ne dono par kaam kiya.</w:t>
      </w:r>
      <w:r>
        <w:br/>
      </w:r>
      <w:r>
        <w:rPr>
          <w:sz w:val="20"/>
        </w:rPr>
        <w:t>3:33  Bahut dinon tak, kai saal tak. Dono mein se koi bhi,</w:t>
      </w:r>
      <w:r>
        <w:br/>
      </w:r>
      <w:r>
        <w:rPr>
          <w:sz w:val="20"/>
        </w:rPr>
        <w:t>3:40  yani, manne ko tayyar nahi hua. Dono ke dono bahut hi stubborn case nikle. To phir aap ne unke liye dua shuru ki. Jaise ek bahut hi mashhoor dua hai aap ki. Aap ne kaha ke</w:t>
      </w:r>
      <w:r>
        <w:br/>
      </w:r>
      <w:r>
        <w:rPr>
          <w:sz w:val="20"/>
        </w:rPr>
        <w:t>3:59  Allahumma izz al-Islam bi ahad al-Umarain. Aye Khuda! Islam ko taqat de do Umron mein se ek se.</w:t>
      </w:r>
      <w:r>
        <w:br/>
      </w:r>
      <w:r>
        <w:rPr>
          <w:sz w:val="20"/>
        </w:rPr>
        <w:t>4:13  Kyunke dono ke naam mein Umar ka word hota tha.</w:t>
      </w:r>
      <w:r>
        <w:br/>
      </w:r>
      <w:r>
        <w:rPr>
          <w:sz w:val="20"/>
        </w:rPr>
        <w:t>4:19  Us ka naam tha Umar bin Hisham, un ka naam tha Umar bin Khattab. To aap ne dua ki ke Allahumma izz al-Islam bi ahad al-Umarain Khuda!</w:t>
      </w:r>
      <w:r>
        <w:br/>
      </w:r>
      <w:r>
        <w:rPr>
          <w:sz w:val="20"/>
        </w:rPr>
        <w:t>4:33  Yeh jo sachai ka mission hai,</w:t>
      </w:r>
      <w:r>
        <w:br/>
      </w:r>
      <w:r>
        <w:rPr>
          <w:sz w:val="20"/>
        </w:rPr>
        <w:t>4:37  is sachai ke mission ko Makke ke do aadmiyon mein se kisi ek ke zariye taqat de.</w:t>
      </w:r>
      <w:r>
        <w:br/>
      </w:r>
      <w:r>
        <w:rPr>
          <w:sz w:val="20"/>
        </w:rPr>
        <w:t>4:49  To kya hua ke Khuda ne yeh dua qubool ki Umar bin Khattab ke haq mein. Aur ek din jab aap ek wahan par pahadiyan hoti theen, hamare India jaisi pahadiyan nahi, wahan yani</w:t>
      </w:r>
      <w:r>
        <w:br/>
      </w:r>
      <w:r>
        <w:rPr>
          <w:sz w:val="20"/>
        </w:rPr>
        <w:t>5:05  koi sabza nahi hota tha. To wahan par ek aadmi ne chhota mota ghar banaya tha, un ka naam tha Arqam. To logon ke log jo satate the aap ko, to wahan par aap ne ja kar ke rehna shuru kar diya tha.</w:t>
      </w:r>
      <w:r>
        <w:br/>
      </w:r>
      <w:r>
        <w:rPr>
          <w:sz w:val="20"/>
        </w:rPr>
        <w:t>5:23  To yeh lambi kahani hai, is mein bahut time lag jayega ke Umar bin Khattab ko kaise,</w:t>
      </w:r>
      <w:r>
        <w:br/>
      </w:r>
      <w:r>
        <w:rPr>
          <w:sz w:val="20"/>
        </w:rPr>
        <w:t>5:30  yani, un ke dil mein kaise yeh baat lagi. Koi alag kahani hai woh. Abhi aap chahenge to main detail mein bataunga. Us waqt main sirf yeh keh raha hoon ke Umar bin Khattab ke liye Khuda ne dua qubool ki aur ek khaas baat hui jis ki wajah se woh, yani, badal gaye bilkul.</w:t>
      </w:r>
      <w:r>
        <w:br/>
      </w:r>
      <w:r>
        <w:rPr>
          <w:sz w:val="20"/>
        </w:rPr>
        <w:t>5:48  Aur phir akele wahan pahunche, us dhoondhte dhoondhte dhoondhte dhoondhte, us pahadi par jahan aap the.</w:t>
      </w:r>
      <w:r>
        <w:br/>
      </w:r>
      <w:r>
        <w:rPr>
          <w:sz w:val="20"/>
        </w:rPr>
        <w:t>5:56  Jab logon ne dekha, aap ke sath das bees aadmi aur the, to logon ne samjha ke yeh aadmi aaya hai hum se ladai ladne ke liye. Kyunke Jhandhi ke bahut bada enemy hai.</w:t>
      </w:r>
      <w:r>
        <w:br/>
      </w:r>
      <w:r>
        <w:rPr>
          <w:sz w:val="20"/>
        </w:rPr>
        <w:t>6:07  Woh us waqt Makka mein, yani, enemy of Islam bane hue the.</w:t>
      </w:r>
      <w:r>
        <w:br/>
      </w:r>
      <w:r>
        <w:rPr>
          <w:sz w:val="20"/>
        </w:rPr>
        <w:t>6:14  To unhon ne jab yeh kaha ke main aaya hoon aap ke religion ko accept karne ke liye aur aap ka saathi banne ke liye aur sachai ke mission mein apne ko involve karne ke liye, to log itna khush hue ke unhon ne kaha Allahu Akbar.</w:t>
      </w:r>
    </w:p>
    <w:p>
      <w:pPr>
        <w:pStyle w:val="Heading2"/>
      </w:pPr>
      <w:r>
        <w:t>three stages of creation's testimony to God explained fully</w:t>
      </w:r>
    </w:p>
    <w:p>
      <w:r>
        <w:rPr>
          <w:color w:val="666666"/>
          <w:sz w:val="18"/>
        </w:rPr>
        <w:t>Message of Eid-al-Fitr May 03, 2022 Prof. Farida Khanam &amp; Dr. Saniyasnain Khan · 4m 36s · at 10:16 · https://youtu.be/wMBqbwZ8gEs?t=616</w:t>
      </w:r>
    </w:p>
    <w:p>
      <w:r>
        <w:rPr>
          <w:i/>
        </w:rPr>
        <w:t>“Jab kayanat ka wujood bhi nahi tha, universe nahi tha”</w:t>
      </w:r>
    </w:p>
    <w:p>
      <w:r>
        <w:rPr>
          <w:sz w:val="20"/>
        </w:rPr>
        <w:t>10:16  maulana ne yeh bataya tha ke yeh jo kalmay tauheed humne abhi padha hai, yeh bahut hi aham</w:t>
      </w:r>
      <w:r>
        <w:br/>
      </w:r>
      <w:r>
        <w:rPr>
          <w:sz w:val="20"/>
        </w:rPr>
        <w:t>10:26  cheez hai balkeh kaha tha ke yeh sabse zyada aham cheez hai aur is tarike se explain kiya</w:t>
      </w:r>
      <w:r>
        <w:br/>
      </w:r>
      <w:r>
        <w:rPr>
          <w:sz w:val="20"/>
        </w:rPr>
        <w:t>10:37  tha ke jab kainath ka bujood bhi nahin tha, universe bhi nahin thi, tab allah ka bujood tha.</w:t>
      </w:r>
      <w:r>
        <w:br/>
      </w:r>
      <w:r>
        <w:rPr>
          <w:sz w:val="20"/>
        </w:rPr>
        <w:t>10:48  to Allah ne yeh planning ki ki universe banai jaye. ismein sitare hon, sayyare hon, planets hon, solar system hon, hamari zameen hon. to yeh ek lambe muddat mein chhe stages mein bani.</w:t>
      </w:r>
      <w:r>
        <w:br/>
      </w:r>
      <w:r>
        <w:rPr>
          <w:sz w:val="20"/>
        </w:rPr>
        <w:t>11:12  jisko Maulana ne kaha tha, big bang, solar bang, water bang, plant bang, animal bang aur human bang. to sabse pehle Allah taala ne shahadat di.</w:t>
      </w:r>
      <w:r>
        <w:br/>
      </w:r>
      <w:r>
        <w:rPr>
          <w:sz w:val="20"/>
        </w:rPr>
        <w:t>11:38  maulana ne bataya tha ke shahadat teen stages mein hui.</w:t>
      </w:r>
      <w:r>
        <w:br/>
      </w:r>
      <w:r>
        <w:rPr>
          <w:sz w:val="20"/>
        </w:rPr>
        <w:t>11:44  sabse pehle jo shahadat di, wo khud allah taala ne shahadat di aur quran mein aata hai, shaheed</w:t>
      </w:r>
      <w:r>
        <w:br/>
      </w:r>
      <w:r>
        <w:rPr>
          <w:sz w:val="20"/>
        </w:rPr>
        <w:t>11:51  allah hoon, annahum, la ilaha, illallah hoon.</w:t>
      </w:r>
      <w:r>
        <w:br/>
      </w:r>
      <w:r>
        <w:rPr>
          <w:sz w:val="20"/>
        </w:rPr>
        <w:t>11:58  ke allah yeh gawahi deta hai.</w:t>
      </w:r>
      <w:r>
        <w:br/>
      </w:r>
      <w:r>
        <w:rPr>
          <w:sz w:val="20"/>
        </w:rPr>
        <w:t>12:05  ke allah yeh gawahi deta hai ke uske siwa koi ilah nahin.</w:t>
      </w:r>
      <w:r>
        <w:br/>
      </w:r>
      <w:r>
        <w:rPr>
          <w:sz w:val="20"/>
        </w:rPr>
        <w:t>12:12  aur phir doosri shahadat kainath ne di, universe ne.</w:t>
      </w:r>
      <w:r>
        <w:br/>
      </w:r>
      <w:r>
        <w:rPr>
          <w:sz w:val="20"/>
        </w:rPr>
        <w:t>12:20  kainath ki jo shahadat thi wo ek alag tarah ki shahadat thi.</w:t>
      </w:r>
      <w:r>
        <w:br/>
      </w:r>
      <w:r>
        <w:rPr>
          <w:sz w:val="20"/>
        </w:rPr>
        <w:t>12:28  jisko Maulana ne kaha tha self evident shahadat ya zubane haal mein shahadat.</w:t>
      </w:r>
      <w:r>
        <w:br/>
      </w:r>
      <w:r>
        <w:rPr>
          <w:sz w:val="20"/>
        </w:rPr>
        <w:t>12:36  zubane haal ka matlab hota hai unspoken words.</w:t>
      </w:r>
      <w:r>
        <w:br/>
      </w:r>
      <w:r>
        <w:rPr>
          <w:sz w:val="20"/>
        </w:rPr>
        <w:t>12:44  yani agar koi, koi building hai jaise koi tower hai aap dekhte hain aajkal, to wo tower khud keh raha hota hai ki koi mera builder hai, koi mera architect hai, koi mera engineer hai jisne mujhe banaya hai.</w:t>
      </w:r>
      <w:r>
        <w:br/>
      </w:r>
      <w:r>
        <w:rPr>
          <w:sz w:val="20"/>
        </w:rPr>
        <w:t>12:58  to isi tarah se jo poori kainat hai, zarra zarra yeh keh raha hai ki koi mera khaliq hai, koi mera malik hai, koi khallaq hai, koi thamne wala hai, koi sustainer hai. to isko Maulana ne kaha ki yeh self evident shahadat hai ya zubane haal mein.</w:t>
      </w:r>
      <w:r>
        <w:br/>
      </w:r>
      <w:r>
        <w:rPr>
          <w:sz w:val="20"/>
        </w:rPr>
        <w:t>13:26  phir bahut lamba arsa guzra, billions saal guzre aur universe ko ye intezar tha ke koi ho jo</w:t>
      </w:r>
      <w:r>
        <w:br/>
      </w:r>
      <w:r>
        <w:rPr>
          <w:sz w:val="20"/>
        </w:rPr>
        <w:t>13:37  zubane haal mein shahadat yani bol ke shahadat spoken words mein to allah taala ne insan ko paida</w:t>
      </w:r>
      <w:r>
        <w:br/>
      </w:r>
      <w:r>
        <w:rPr>
          <w:sz w:val="20"/>
        </w:rPr>
        <w:t>13:48  kiya aur insan ne khade hokar kaha ke ashhadu alla ilaha illallah.</w:t>
      </w:r>
      <w:r>
        <w:br/>
      </w:r>
      <w:r>
        <w:rPr>
          <w:sz w:val="20"/>
        </w:rPr>
        <w:t>13:59  ki main gawahi deta hoon ki Allah ke siwa koi ibadat ke layak nahi hai, koi ilah nahi.</w:t>
      </w:r>
      <w:r>
        <w:br/>
      </w:r>
      <w:r>
        <w:rPr>
          <w:sz w:val="20"/>
        </w:rPr>
        <w:t>14:05  to is tarike se ye shahadat teen stages mein mukammal hui aur aaj hum sab jo yahan jama</w:t>
      </w:r>
      <w:r>
        <w:br/>
      </w:r>
      <w:r>
        <w:rPr>
          <w:sz w:val="20"/>
        </w:rPr>
        <w:t>14:12  hue hain aur CPS ke saath hi apne apne maqamat par jo is waqt dekh rahe hain program</w:t>
      </w:r>
      <w:r>
        <w:br/>
      </w:r>
      <w:r>
        <w:rPr>
          <w:sz w:val="20"/>
        </w:rPr>
        <w:t>14:20  aur baad mein dekhenge, wo sab is azeem shahadat mein shamil hain jo nabiyon se chali aa rahi</w:t>
      </w:r>
      <w:r>
        <w:br/>
      </w:r>
      <w:r>
        <w:rPr>
          <w:sz w:val="20"/>
        </w:rPr>
        <w:t>14:28  hai aur bade bade ahl e iman apne apne waqt mein unhone apne amal se, apne fail se ki</w:t>
      </w:r>
      <w:r>
        <w:br/>
      </w:r>
      <w:r>
        <w:rPr>
          <w:sz w:val="20"/>
        </w:rPr>
        <w:t>14:36  shahadat di aur hum sab usi ka hissa hain, usi kadi, usi karwan mein mile hue hain jo</w:t>
      </w:r>
      <w:r>
        <w:br/>
      </w:r>
      <w:r>
        <w:rPr>
          <w:sz w:val="20"/>
        </w:rPr>
        <w:t>14:44  aadmi is salam se aaj tak jari hai.</w:t>
      </w:r>
      <w:r>
        <w:br/>
      </w:r>
      <w:r>
        <w:rPr>
          <w:sz w:val="20"/>
        </w:rPr>
        <w:t>14:52  to ab main kuch baaten Eid ul Fitr ke bare mein arz karunga. ek hadith aati hai, jo thoda alag tarah ki hadith hai. kuch farishte hote hain jo, jo Allah taala ke bahut muqarrab farishte hain, yani bahut hi qareeb farishte hote hain wo. Allah taala unse baatein karta hai, discussion karta hai.</w:t>
      </w:r>
    </w:p>
    <w:p>
      <w:pPr>
        <w:pStyle w:val="Heading2"/>
      </w:pPr>
      <w:r>
        <w:t>Hajj's essence: da'wah to all mankind</w:t>
      </w:r>
    </w:p>
    <w:p>
      <w:r>
        <w:rPr>
          <w:color w:val="666666"/>
          <w:sz w:val="18"/>
        </w:rPr>
        <w:t>The Message of Eid Al-Adha November 6, 2011 Maulana Wahiduddin Khan · 6m 04s · at 40:42 · https://youtu.be/y59PU_RD2cg?t=2442</w:t>
      </w:r>
    </w:p>
    <w:p>
      <w:r>
        <w:rPr>
          <w:i/>
        </w:rPr>
        <w:t>“Sab se ahem baat jo is mein hai, woh hai da'wati planning.”</w:t>
      </w:r>
    </w:p>
    <w:p>
      <w:r>
        <w:rPr>
          <w:sz w:val="20"/>
        </w:rPr>
        <w:t>40:42  phir sab se aham baat jo is mein hai, jo bada lesson hai, woh kya hai? woh hai</w:t>
      </w:r>
      <w:r>
        <w:br/>
      </w:r>
      <w:r>
        <w:rPr>
          <w:sz w:val="20"/>
        </w:rPr>
        <w:t>40:54  dawati planning. sach poochhein to Hajj ka jo Hajj ki jo ibadat hai, us ki rooh dawat hai.</w:t>
      </w:r>
      <w:r>
        <w:br/>
      </w:r>
      <w:r>
        <w:rPr>
          <w:sz w:val="20"/>
        </w:rPr>
        <w:t>41:04  yeh is ayat se aap samajh sakte hain, is ko</w:t>
      </w:r>
      <w:r>
        <w:br/>
      </w:r>
      <w:r>
        <w:rPr>
          <w:sz w:val="20"/>
        </w:rPr>
        <w:t>41:07  aik ayat hai Quran majeed ki ke agar sare hi musalman ekatha nahi ho sakte to un mein se kuch log niklein.</w:t>
      </w:r>
      <w:r>
        <w:br/>
      </w:r>
      <w:r>
        <w:rPr>
          <w:sz w:val="20"/>
        </w:rPr>
        <w:t>41:25  to jagah jagah se muntakhib log niklein aur aik center pe akatha hon. to hajj mein kya hota hai?</w:t>
      </w:r>
      <w:r>
        <w:br/>
      </w:r>
      <w:r>
        <w:rPr>
          <w:sz w:val="20"/>
        </w:rPr>
        <w:t>41:32  sari dunya se muntakhib afraad nikl nikl kar ke Makkah mein jama hote hain. to Rasool Allah sal Allah alaihi wasallam ke zamane mein jo hajj hua tha, jis ko hum Hajjat-ul-Wida kehte hain, wahan par jo aap ne khutba diya tha,</w:t>
      </w:r>
      <w:r>
        <w:br/>
      </w:r>
      <w:r>
        <w:rPr>
          <w:sz w:val="20"/>
        </w:rPr>
        <w:t>41:47  woh khutba parhein aap to aap ko poori spirit hajj ki samajh mein ayegi. woh spirit hai dawat, dawat, dawat ki spirit.</w:t>
      </w:r>
      <w:r>
        <w:br/>
      </w:r>
      <w:r>
        <w:rPr>
          <w:sz w:val="20"/>
        </w:rPr>
        <w:t>41:57  chunanche khutba Hajjat-ul-Wida mein aap ne jo baatein farmayi thi, to aap ne farmaya tha ke Allah ne mujhe sare alam ke liye bheja hai, sare alam ke liye.</w:t>
      </w:r>
      <w:r>
        <w:br/>
      </w:r>
      <w:r>
        <w:rPr>
          <w:sz w:val="20"/>
        </w:rPr>
        <w:t>42:12  illa nas kaffatan fa adooni innalaha basani kaffatan lin nas fa adooni</w:t>
      </w:r>
      <w:r>
        <w:br/>
      </w:r>
      <w:r>
        <w:rPr>
          <w:sz w:val="20"/>
        </w:rPr>
        <w:t>42:22  Allah ne mujhe bheja hai sare insano ke liye. to tum log ab hajj ke baad yahan se jao aur sare insano tak mera paigham pohancha do.</w:t>
      </w:r>
      <w:r>
        <w:br/>
      </w:r>
      <w:r>
        <w:rPr>
          <w:sz w:val="20"/>
        </w:rPr>
        <w:t>42:35  aap ne farmaya tha ke fal</w:t>
      </w:r>
      <w:r>
        <w:br/>
      </w:r>
      <w:r>
        <w:rPr>
          <w:sz w:val="20"/>
        </w:rPr>
        <w:t>42:40  falyuballigh shahiud al ghayib jo yahan maujood hai, woh un ko pohancha de jo maujood nahi hain.</w:t>
      </w:r>
      <w:r>
        <w:br/>
      </w:r>
      <w:r>
        <w:rPr>
          <w:sz w:val="20"/>
        </w:rPr>
        <w:t>42:49  yeh hai asal message hajj. hajj ka asal maqsad hajj ka, yani hajj mein log jate hain, koi ibadatein karte hain, Hazrat Ibrahim ki sunnat ko dohrate hain, wahan jo Rasool Allah sal Allah alaihi wasallam aur ashaab ki jo wahan riwayatein hain, tareekhi, us ko yaad karte hain aur phir wahan khutba sunte hain Imam ka.</w:t>
      </w:r>
      <w:r>
        <w:br/>
      </w:r>
      <w:r>
        <w:rPr>
          <w:sz w:val="20"/>
        </w:rPr>
        <w:t>43:15  yeh sari cheezein kis liye hain?</w:t>
      </w:r>
      <w:r>
        <w:br/>
      </w:r>
      <w:r>
        <w:rPr>
          <w:sz w:val="20"/>
        </w:rPr>
        <w:t>43:17  dawti spirit jagane ke liye, dawat ki planning ke liye, dawti mansooba bandi ke liye. Rasool Allah sal Allah alaihi wasallam ne apne zamane mein jo hajj kiya, jis ko hum Hajjat-ul-Wida kehte hain, to us waqt aap ne Arafat ke maidan mein oont par sawar ho kar yeh farmaya tha ke a logon!</w:t>
      </w:r>
      <w:r>
        <w:br/>
      </w:r>
      <w:r>
        <w:rPr>
          <w:sz w:val="20"/>
        </w:rPr>
        <w:t>43:35  mujhe Allah ne sari dunya ke liye bheja hai, yani sirf Makkah ke liye nahi, sirf Arab ke liye nahi, sari dunya ke liye.</w:t>
      </w:r>
      <w:r>
        <w:br/>
      </w:r>
      <w:r>
        <w:rPr>
          <w:sz w:val="20"/>
        </w:rPr>
        <w:t>43:44  to tum mere paigham ko sare logon tak pohancha do. fa adooni to woh aaj bhi woh paigham wahan goonj raha hai.</w:t>
      </w:r>
      <w:r>
        <w:br/>
      </w:r>
      <w:r>
        <w:rPr>
          <w:sz w:val="20"/>
        </w:rPr>
        <w:t>43:54  sacha haji woh hai jo wahan us paigham, wahan ja kar us awaz ko sune.</w:t>
      </w:r>
      <w:r>
        <w:br/>
      </w:r>
      <w:r>
        <w:rPr>
          <w:sz w:val="20"/>
        </w:rPr>
        <w:t>44:00  jab aap is tareekh se ba khabar hon aur is spirit ko le kar wahan jao to jab aap pohanche ge Arafat ke maidan mein to aaj bhi aap ko sunai de ga ke Rasool Allah sal Allah alaihi wasallam ki awaz goonj rahi hai wahan par aur keh rahi hai ke a iman walo!</w:t>
      </w:r>
      <w:r>
        <w:br/>
      </w:r>
      <w:r>
        <w:rPr>
          <w:sz w:val="20"/>
        </w:rPr>
        <w:t>44:21  tumhara mission dawat ka mission hai.</w:t>
      </w:r>
      <w:r>
        <w:br/>
      </w:r>
      <w:r>
        <w:rPr>
          <w:sz w:val="20"/>
        </w:rPr>
        <w:t>44:23  tumhara mission yeh hai ke Allah taala ne mujh ko jo hidayat nama le kar bheja hai, jo Quran le kar bheja hai, is Quran ko sari dunya tak pohancha do.</w:t>
      </w:r>
      <w:r>
        <w:br/>
      </w:r>
      <w:r>
        <w:rPr>
          <w:sz w:val="20"/>
        </w:rPr>
        <w:t>44:39  yeh bilkul fitri baat hai ke agar aap ke andar woh spirit ho, is tareekh ko jante hon aap aur is is jazbe ke sath wahan aap jao to jab Arafat ke maidan mein aap pohanche ge to aap ko lage ga ke Rasool Allah ki awaz woh goonj rahi hai.</w:t>
      </w:r>
      <w:r>
        <w:br/>
      </w:r>
      <w:r>
        <w:rPr>
          <w:sz w:val="20"/>
        </w:rPr>
        <w:t>44:56  aaj bhi, aaj bhi woh aap aap se yahi keh rahe hain</w:t>
      </w:r>
      <w:r>
        <w:br/>
      </w:r>
      <w:r>
        <w:rPr>
          <w:sz w:val="20"/>
        </w:rPr>
        <w:t>45:01  ke mere Rasool Allah sal Allah alaihi wasallam aur doosre nabi jo aaye dunya mein, woh kis liye aaye?</w:t>
      </w:r>
      <w:r>
        <w:br/>
      </w:r>
      <w:r>
        <w:rPr>
          <w:sz w:val="20"/>
        </w:rPr>
        <w:t>45:10  woh to aaye Allah ka jo creation plan hai, us se logon ko ba khabar karne ke liye. yeh dunya mein hum aate hain to hamare paas koi</w:t>
      </w:r>
      <w:r>
        <w:br/>
      </w:r>
      <w:r>
        <w:rPr>
          <w:sz w:val="20"/>
        </w:rPr>
        <w:t>45:27  khud se hum nahi jaan sakte ke hamara khaliq hum se kya chahta hai. khaliq ki marzi kya hai?</w:t>
      </w:r>
      <w:r>
        <w:br/>
      </w:r>
      <w:r>
        <w:rPr>
          <w:sz w:val="20"/>
        </w:rPr>
        <w:t>45:36  creation plan of g</w:t>
      </w:r>
      <w:r>
        <w:br/>
      </w:r>
      <w:r>
        <w:rPr>
          <w:sz w:val="20"/>
        </w:rPr>
        <w:t>45:38  ad kya hai? hum khud se nahi jaan paate. to Allah ne apne rasool bheje har daur mein isi baat ke liye. phir aakhri rasool bheja Allah taala ne Makkah mein.</w:t>
      </w:r>
      <w:r>
        <w:br/>
      </w:r>
      <w:r>
        <w:rPr>
          <w:sz w:val="20"/>
        </w:rPr>
        <w:t>45:54  to aaj jo wahan par haji ekattha hote hain, to goya ke wahan par Rasool Allah S.A.W. ki is awaaz ko dobara sunne ke liye un fizaon mein aaj bhi woh speed maujood hai.</w:t>
      </w:r>
      <w:r>
        <w:br/>
      </w:r>
      <w:r>
        <w:rPr>
          <w:sz w:val="20"/>
        </w:rPr>
        <w:t>46:06  in fizaon mein aaj bhi woh woh awaaz goonj rahi hai. in in fizaon mein aaj bhi woh mission yaad dilata hai aap ko ke jab aap Arafat ke maidan mein pahunchte hain</w:t>
      </w:r>
      <w:r>
        <w:br/>
      </w:r>
      <w:r>
        <w:rPr>
          <w:sz w:val="20"/>
        </w:rPr>
        <w:t>46:18  to bilkul fitri hai ke aap ko yaad aaye ke yahin par Rasool Allah S.A.W. ne ek oont par khade ho kar ke yeh farmaya tha. poori ummat se farmaya tha ke yeh jo Quran hai, is ko pahunchao saare alam tak.</w:t>
      </w:r>
      <w:r>
        <w:br/>
      </w:r>
      <w:r>
        <w:rPr>
          <w:sz w:val="20"/>
        </w:rPr>
        <w:t>46:32  Quran ka paigham sab sab ko ba-khabar karo. to yeh hai</w:t>
      </w:r>
      <w:r>
        <w:br/>
      </w:r>
      <w:r>
        <w:rPr>
          <w:sz w:val="20"/>
        </w:rPr>
        <w:t>46:38  Hajj ka paigham aur yeh hai Eid al-Adha ka paigham.</w:t>
      </w:r>
    </w:p>
    <w:p>
      <w:pPr>
        <w:pStyle w:val="Heading2"/>
      </w:pPr>
      <w:r>
        <w:t>Form and duration of fasting for habit formation</w:t>
      </w:r>
    </w:p>
    <w:p>
      <w:r>
        <w:rPr>
          <w:color w:val="666666"/>
          <w:sz w:val="18"/>
        </w:rPr>
        <w:t>Ramadan October 2, 2005 Maulana Wahiduddin Khan · 5m 13s · at 56:59 · https://youtu.be/s3XMFRsiqC0?t=3419</w:t>
      </w:r>
    </w:p>
    <w:p>
      <w:r>
        <w:rPr>
          <w:i/>
        </w:rPr>
        <w:t>“Roze mein asal cheez spirit hai, is mein koi shak nahi”</w:t>
      </w:r>
    </w:p>
    <w:p>
      <w:r>
        <w:rPr>
          <w:sz w:val="20"/>
        </w:rPr>
        <w:t>56:59  rozay mein asal cheez spirit hai, is mein koi shakk nahi. lekin form bhi itna hi zaroori hai, hissa hai rozay ka jitna ke spirit.</w:t>
      </w:r>
      <w:r>
        <w:br/>
      </w:r>
      <w:r>
        <w:rPr>
          <w:sz w:val="20"/>
        </w:rPr>
        <w:t>57:12  agarche spirit real part hai aur form is ka relative part hai.</w:t>
      </w:r>
      <w:r>
        <w:br/>
      </w:r>
      <w:r>
        <w:rPr>
          <w:sz w:val="20"/>
        </w:rPr>
        <w:t>57:21  insan aap jantay hain ke ek hai insan ki rooh ya soul, ek hai is ka body. lekin sab log jantay hain ke asal bilashubha rooh hai ya andar ka soul hai, lekin</w:t>
      </w:r>
      <w:r>
        <w:br/>
      </w:r>
      <w:r>
        <w:rPr>
          <w:sz w:val="20"/>
        </w:rPr>
        <w:t>57:38  body ke baghair soul bhi nahi. to insan poore tor par mukammal hota hai jab woh body aur soul dono mila kar ho.</w:t>
      </w:r>
      <w:r>
        <w:br/>
      </w:r>
      <w:r>
        <w:rPr>
          <w:sz w:val="20"/>
        </w:rPr>
        <w:t>57:48  isi tarah rozay mein asal cheez agarche spirit hai, magar is ka form bhi zaroori hai.</w:t>
      </w:r>
      <w:r>
        <w:br/>
      </w:r>
      <w:r>
        <w:rPr>
          <w:sz w:val="20"/>
        </w:rPr>
        <w:t>57:56  aap jante hain ke roza pure ek mahine ke liye rakha gaya hai. yeh ek mahina jo hai, yeh bohat hi zaroori hai.</w:t>
      </w:r>
      <w:r>
        <w:br/>
      </w:r>
      <w:r>
        <w:rPr>
          <w:sz w:val="20"/>
        </w:rPr>
        <w:t>58:06  kyun ke psychology mein yeh jo research hui hai, is se maloom hua hai ke</w:t>
      </w:r>
      <w:r>
        <w:br/>
      </w:r>
      <w:r>
        <w:rPr>
          <w:sz w:val="20"/>
        </w:rPr>
        <w:t>58:12  kisi cheez ko insan ki habit banane ke liye, yaani us ki personality ka hissa ban jaye, woh woh cheez to do char din mein aisa nahi hota.</w:t>
      </w:r>
      <w:r>
        <w:br/>
      </w:r>
      <w:r>
        <w:rPr>
          <w:sz w:val="20"/>
        </w:rPr>
        <w:t>58:26  kam az kam 30 din chahiye, yaani ek pura mahina.</w:t>
      </w:r>
      <w:r>
        <w:br/>
      </w:r>
      <w:r>
        <w:rPr>
          <w:sz w:val="20"/>
        </w:rPr>
        <w:t>58:31  ek pure mahine tak regular tor par jab aadmi is cheez ko karta hai, tab woh us ki personality ka hissa banta hai. to roze ke zariye jo training chahiye, aur insan ki personality mein jo</w:t>
      </w:r>
      <w:r>
        <w:br/>
      </w:r>
      <w:r>
        <w:rPr>
          <w:sz w:val="20"/>
        </w:rPr>
        <w:t>58:48  baatein lana matlab hai shariyat mein, woh do char din ya das din ki training se nahi ho sakta tha. isi liye pure ek mahine ko is ke liye khaas kiya gaya.</w:t>
      </w:r>
      <w:r>
        <w:br/>
      </w:r>
      <w:r>
        <w:rPr>
          <w:sz w:val="20"/>
        </w:rPr>
        <w:t>58:58  jab regular tor par har din, har din 30 din tak aadmi in baaton par amal karta hai jo roze mein batai gayi hain, tab ja kar woh us ki personality ka hissa ban jata hai, jo kam az kam ek saal tak chalta rehta hai.</w:t>
      </w:r>
      <w:r>
        <w:br/>
      </w:r>
      <w:r>
        <w:rPr>
          <w:sz w:val="20"/>
        </w:rPr>
        <w:t>59:14  doosri baatein chand mein kahunga is ke aur jo aspect hain is ke. maslan roze mein aap jante hain ke roza shuru hota hai jis ko kehte hain "morning to alight".</w:t>
      </w:r>
      <w:r>
        <w:br/>
      </w:r>
      <w:r>
        <w:rPr>
          <w:sz w:val="20"/>
        </w:rPr>
        <w:t>59:30  urdu mein kehte hain "paon phatna".</w:t>
      </w:r>
      <w:r>
        <w:br/>
      </w:r>
      <w:r>
        <w:rPr>
          <w:sz w:val="20"/>
        </w:rPr>
        <w:t>59:32  us waqt se roza shuru hota hai. to is mein hadith mein aata hai ke sehri khana sunnat hai, yaani sehri balkeh sehri ki taakeed ki gayi hai.</w:t>
      </w:r>
      <w:r>
        <w:br/>
      </w:r>
      <w:r>
        <w:rPr>
          <w:sz w:val="20"/>
        </w:rPr>
        <w:t>59:46  kyun? jab subah ko uth kar aap sehri khate hain</w:t>
      </w:r>
      <w:r>
        <w:br/>
      </w:r>
      <w:r>
        <w:rPr>
          <w:sz w:val="20"/>
        </w:rPr>
        <w:t>59:50  to aap Khuda ki nematon ko yaad karte hain. to sehri khane ke waqt jo duaen hain kai, to in duaon ka parhna zaroori nahi hai.</w:t>
      </w:r>
      <w:r>
        <w:br/>
      </w:r>
      <w:r>
        <w:rPr>
          <w:sz w:val="20"/>
        </w:rPr>
        <w:t>1:00:02  lekin agar aap duaon ko parh lein to wahi bohat acha hai.</w:t>
      </w:r>
      <w:r>
        <w:br/>
      </w:r>
      <w:r>
        <w:rPr>
          <w:sz w:val="20"/>
        </w:rPr>
        <w:t>1:00:08  maslan kehte hain ke "وبسوم غد نویت" jab aap ne sehri khayi to aap ke munh se yeh nikla ke "وبسوم غد نویت" yaani agle din ke roze ki maine niyat ki.</w:t>
      </w:r>
      <w:r>
        <w:br/>
      </w:r>
      <w:r>
        <w:rPr>
          <w:sz w:val="20"/>
        </w:rPr>
        <w:t>1:00:21  yeh keh kar aap ne apni personality ke andar, apne mind ke andar yeh baat dali ke agla din mera roze ka din hoga.</w:t>
      </w:r>
      <w:r>
        <w:br/>
      </w:r>
      <w:r>
        <w:rPr>
          <w:sz w:val="20"/>
        </w:rPr>
        <w:t>1:00:30  is tarike se sham ko jab aap iftar karte hain, us waqt bhi kai duaen hain. main zaati tor par is dua ko bohat pasand karta hoon jo abhi maine kaha tha ke "ذهب الذبح وقتل العروق وثبت الأجر إن شاء الله تعالی"</w:t>
      </w:r>
      <w:r>
        <w:br/>
      </w:r>
      <w:r>
        <w:rPr>
          <w:sz w:val="20"/>
        </w:rPr>
        <w:t>1:00:48  ke bhook chali gayi aur ragen tar ho gayin, aur Allah ke haan ajr hamara musallam ho gaya.</w:t>
      </w:r>
      <w:r>
        <w:br/>
      </w:r>
      <w:r>
        <w:rPr>
          <w:sz w:val="20"/>
        </w:rPr>
        <w:t>1:00:57  to aur bhi bohat sari duaen hain, lekin yaad rakhiye duaen aap agar arabi baat yaad na hon, tab bhi apni zaban mein bhi in duaon ko aap dohra sakte hain.</w:t>
      </w:r>
      <w:r>
        <w:br/>
      </w:r>
      <w:r>
        <w:rPr>
          <w:sz w:val="20"/>
        </w:rPr>
        <w:t>1:01:10  ramzan mein aap jante hain ke tarawih parhi jati hai. tarawih kya hai? ulma ne yeh likha hai ke tarawih asal mein tahajjud ki taqdeem hai.</w:t>
      </w:r>
      <w:r>
        <w:br/>
      </w:r>
      <w:r>
        <w:rPr>
          <w:sz w:val="20"/>
        </w:rPr>
        <w:t>1:01:24  yaani raat ko fajar se pehle</w:t>
      </w:r>
      <w:r>
        <w:br/>
      </w:r>
      <w:r>
        <w:rPr>
          <w:sz w:val="20"/>
        </w:rPr>
        <w:t>1:01:29  tahajjud ki namaz ki taleem di gayi hai Quran majeed mein "وتحجت به نافلة لك" to yeh tahajjud parhi jati hai fajar se pehle, fajar ki namaz se pehle.</w:t>
      </w:r>
      <w:r>
        <w:br/>
      </w:r>
      <w:r>
        <w:rPr>
          <w:sz w:val="20"/>
        </w:rPr>
        <w:t>1:01:41  lekin ramzan mein is ko</w:t>
      </w:r>
      <w:r>
        <w:br/>
      </w:r>
      <w:r>
        <w:rPr>
          <w:sz w:val="20"/>
        </w:rPr>
        <w:t>1:01:45  jamaat ki soorat mein ada karne ke liye isha ke baad kar diya gaya. kyun ke isha ke baad aasani se log ikhatta ho sakte hain.</w:t>
      </w:r>
      <w:r>
        <w:br/>
      </w:r>
      <w:r>
        <w:rPr>
          <w:sz w:val="20"/>
        </w:rPr>
        <w:t>1:01:54  to is ko is ko congregational prayer banane ke liye aisa kiya gaya ke jo namaz</w:t>
      </w:r>
      <w:r>
        <w:br/>
      </w:r>
      <w:r>
        <w:rPr>
          <w:sz w:val="20"/>
        </w:rPr>
        <w:t>1:02:01  tahajjud ki aam tor par hoti hai fajar se pehle, us ko isha ke baad rakh diya gaya. tarawih ke bare mein aam tor par do maslak hain.</w:t>
      </w:r>
    </w:p>
    <w:p>
      <w:pPr>
        <w:pStyle w:val="Heading2"/>
      </w:pPr>
      <w:r>
        <w:t>How to properly read and benefit from the Quran</w:t>
      </w:r>
    </w:p>
    <w:p>
      <w:r>
        <w:rPr>
          <w:color w:val="666666"/>
          <w:sz w:val="18"/>
        </w:rPr>
        <w:t>The Spirit of Ramadan April 10, 2022 Dr. Saniyasnain Khan · 3m 58s · at 28:13 · https://youtu.be/MVnTihqgvus?t=1693</w:t>
      </w:r>
    </w:p>
    <w:p>
      <w:r>
        <w:rPr>
          <w:i/>
        </w:rPr>
        <w:t>“how should we read the Quran and benefit from it during रमज़ान?”</w:t>
      </w:r>
    </w:p>
    <w:p>
      <w:r>
        <w:rPr>
          <w:sz w:val="20"/>
        </w:rPr>
        <w:t>28:13  toh ek sawal yeh bhi aata hai doctor sahab ki how should we read the Quran and benefit from it during ramzan? iske bare mein batayein. Quran ke bare mein Maulana ne hamesha yeh kaha hai ki us par tadabbur karein. Contemplation, reflection, deep thinking.</w:t>
      </w:r>
      <w:r>
        <w:br/>
      </w:r>
      <w:r>
        <w:rPr>
          <w:sz w:val="20"/>
        </w:rPr>
        <w:t>28:37  asal mein kya hua ki ek hadith hai jisko logon ne bahut hi zyada yaani usko samjha nahi hai. hadith mein aata hai ki Quran ke har har harfe mein sawab hai. har harfe matlab letter. toh prophet ne explain kiya ki log yeh na samjhe ki har word par sawab hai.</w:t>
      </w:r>
      <w:r>
        <w:br/>
      </w:r>
      <w:r>
        <w:rPr>
          <w:sz w:val="20"/>
        </w:rPr>
        <w:t>29:02  kaha ki alif lam meem, alif ek letter hai, lam ek letter hai, meem ek letter hai. yaani har letter par sawab aapne agar alif lam meem kaha toh teen sawab aapko milenge. toh logon ne kya tasawwur bana liya hai ki Quran ko arabic mein recitation kar liya aapne toh har letter par sawab hai.</w:t>
      </w:r>
      <w:r>
        <w:br/>
      </w:r>
      <w:r>
        <w:rPr>
          <w:sz w:val="20"/>
        </w:rPr>
        <w:t>29:25  to log zyada se zyada quran padhna chahte hai to usse baat samajh mein nahi aayegi.</w:t>
      </w:r>
      <w:r>
        <w:br/>
      </w:r>
      <w:r>
        <w:rPr>
          <w:sz w:val="20"/>
        </w:rPr>
        <w:t>29:33  baat jab samajh mein aayegi jab aap totality par nigaho aapki, aap quran ke upar nigaho, aapki seerat</w:t>
      </w:r>
      <w:r>
        <w:br/>
      </w:r>
      <w:r>
        <w:rPr>
          <w:sz w:val="20"/>
        </w:rPr>
        <w:t>29:41  ke upar aap aap dekh rahe ho seerat aur sahaba ke wakai adat aur ye sab cheezein jab</w:t>
      </w:r>
      <w:r>
        <w:br/>
      </w:r>
      <w:r>
        <w:rPr>
          <w:sz w:val="20"/>
        </w:rPr>
        <w:t>29:50  aap poori totality mein sochenge tab pata chalega ki iska matlab ye nahi hai ki ek ek letter</w:t>
      </w:r>
      <w:r>
        <w:br/>
      </w:r>
      <w:r>
        <w:rPr>
          <w:sz w:val="20"/>
        </w:rPr>
        <w:t>29:58  ke upar sawab hai.</w:t>
      </w:r>
      <w:r>
        <w:br/>
      </w:r>
      <w:r>
        <w:rPr>
          <w:sz w:val="20"/>
        </w:rPr>
        <w:t>30:07  toh sawab us par hai jo Quran ko padhe aur us par gaur kare aur usko samjhe aur uske paigham ko internalize kare aur uske paigham ko uske message ko jo usne liya hai Quran se woh apni zindagi ka hissa banaye aur phir isi paigham ko logon tak pahunchaye.</w:t>
      </w:r>
      <w:r>
        <w:br/>
      </w:r>
      <w:r>
        <w:rPr>
          <w:sz w:val="20"/>
        </w:rPr>
        <w:t>30:29  jab ye sab cheezen hongi na ki sirf recitation wo bhi arabic chuki ek language hai foreign language hai hamare liye jo bahut kam log samajhte hain. to molane ne hamesha kaha hai ki aap apni mother tongue mein quran ko padhiye. ji. taaki aap samajh sake usko aur samajh ke phir aap gehrai se sochiye uske upar.</w:t>
      </w:r>
      <w:r>
        <w:br/>
      </w:r>
      <w:r>
        <w:rPr>
          <w:sz w:val="20"/>
        </w:rPr>
        <w:t>30:53  to yeh tareeqa hai quran ke padhne ka ki aap quran ko apni mother tongue mein padhen, uske upar gehrai se sochen. agar koi tafsir aap padhna chahe to bahut achhi baat hai. main recommend karunga tazkirul quran jo maulana waizuddin khan sahab ki tafsir hai aur english mein bhi hai kai languages mein hai. Cpsglobal.org se aap download kar sakte hain.</w:t>
      </w:r>
      <w:r>
        <w:br/>
      </w:r>
      <w:r>
        <w:rPr>
          <w:sz w:val="20"/>
        </w:rPr>
        <w:t>31:15  to aap quran ko apni language mein padhe aur, aur gehrai se soche aur zyada padhna zaroori nahi hai balki koi hissa aap padhe uspe gaur kare, usko underline kare, usko highlight kare aur ek diary banaiye, uspe likhiye ki koi hadith aapko, koi ayat aapko pasand aai hai, koi ayat ko aap dua mein daliye, koi dua aapko pasand aai hai, wo likhiye, phir aap usko bar bar dekhte rahiye.</w:t>
      </w:r>
      <w:r>
        <w:br/>
      </w:r>
      <w:r>
        <w:rPr>
          <w:sz w:val="20"/>
        </w:rPr>
        <w:t>31:44  to yahi tareeqa hai jisko tadabbur quran mein kaha gaya hai. ji, jaza kallah doc sahab bahut achhe se wazeh kiya aapne yeh sawal. doc sahab sabr ki islam mein bahut zyada ahmiyat hai jaise ki hum jante hain aur rasul ullah ki zindagi se bhi humne dekha. ek martaba unhone yeh bhi kaha rasul ullah ne ki ramzan ka mahina sabr ka mahina hai aur sabr ka badla jannat hai.</w:t>
      </w:r>
      <w:r>
        <w:br/>
      </w:r>
      <w:r>
        <w:rPr>
          <w:sz w:val="20"/>
        </w:rPr>
        <w:t>32:11  to yeh jo ramzan ke mahine ko sabr ka mahina kaha gaya hai, iske bare mein bhi aap hamein bataye. haan, yeh jo aapne hadith abhi batai ki ramzan ka mahina sabr ka mahina hai aur sabr ka badla jannat hai. ji. yeh bahut ahim hadith hai. chuki roza sabr ki training hai. chuki sabr ki bahut ahmiyat hai. patience ki bahut ahmiyat hai.</w:t>
      </w:r>
    </w:p>
    <w:p>
      <w:pPr>
        <w:pStyle w:val="Heading2"/>
      </w:pPr>
      <w:r>
        <w:t>Proof of God existence through inference from design</w:t>
      </w:r>
    </w:p>
    <w:p>
      <w:r>
        <w:rPr>
          <w:color w:val="666666"/>
          <w:sz w:val="18"/>
        </w:rPr>
        <w:t>Ramadan and The Quran September 03, 2006 Maulana Wahiduddin Khan · 4m 36s · at 1:58:24 · https://youtu.be/LJU2AJuPQZc?t=7104</w:t>
      </w:r>
    </w:p>
    <w:p>
      <w:r>
        <w:rPr>
          <w:i/>
        </w:rPr>
        <w:t>“Dekhiye reasoning ke do tareeqe hain”</w:t>
      </w:r>
    </w:p>
    <w:p>
      <w:r>
        <w:rPr>
          <w:sz w:val="20"/>
        </w:rPr>
        <w:t>1:58:24  dekhiye reasoning ke do tareeqe hain. reasoning ka aik tareeqa yeh hai jis ko hum kehte hain direct argument.</w:t>
      </w:r>
      <w:r>
        <w:br/>
      </w:r>
      <w:r>
        <w:rPr>
          <w:sz w:val="20"/>
        </w:rPr>
        <w:t>1:58:36  jaise suraj nikla hua hai is ko dekhein aap. to aap kahain ge bhai dekho yeh suraj nikla hua hai. yani direct argument jo hai woh hai based on observation.</w:t>
      </w:r>
      <w:r>
        <w:br/>
      </w:r>
      <w:r>
        <w:rPr>
          <w:sz w:val="20"/>
        </w:rPr>
        <w:t>1:58:49  based on experiment. to yeh hai direct argument. lekin duniya mein yani billion mein aik cheez shayad aisi ho jis tareeqay jo is tareeqay se prove kiya sakay.</w:t>
      </w:r>
      <w:r>
        <w:br/>
      </w:r>
      <w:r>
        <w:rPr>
          <w:sz w:val="20"/>
        </w:rPr>
        <w:t>1:59:06  baqi sari cheezein jo hain woh hain jin par direct argument mumkin nahin hota. to wahan par kiya hai inferential argument.</w:t>
      </w:r>
      <w:r>
        <w:br/>
      </w:r>
      <w:r>
        <w:rPr>
          <w:sz w:val="20"/>
        </w:rPr>
        <w:t>1:59:17  wahan sirf inferential argument kaam karta hai. jaise ke maine pichli bar kaha tha ke jis ko kehte hain argument from design.</w:t>
      </w:r>
      <w:r>
        <w:br/>
      </w:r>
      <w:r>
        <w:rPr>
          <w:sz w:val="20"/>
        </w:rPr>
        <w:t>1:59:28  yani veer der az design der az designer. keh is jab hum jab jab study karte hain hum is universe ki.</w:t>
      </w:r>
      <w:r>
        <w:br/>
      </w:r>
      <w:r>
        <w:rPr>
          <w:sz w:val="20"/>
        </w:rPr>
        <w:t>1:59:42  hamare aas paas jo duniya hai is ki. to hum paate hain keh is ke andar bohat harmony hai.</w:t>
      </w:r>
      <w:r>
        <w:br/>
      </w:r>
      <w:r>
        <w:rPr>
          <w:sz w:val="20"/>
        </w:rPr>
        <w:t>1:59:50  bohat harmony hai bohat peace hai bohat design hai. aik aik cheez bohat maani khez hai.</w:t>
      </w:r>
      <w:r>
        <w:br/>
      </w:r>
      <w:r>
        <w:rPr>
          <w:sz w:val="20"/>
        </w:rPr>
        <w:t>2:00:00  to aisi maani khez duniya baghair aik banane wale ke ban nahi sakti. is ka saboot yeh hai keh koi bhi aisi cheez maujood nahi hai jise insan banata hai cheezein.</w:t>
      </w:r>
      <w:r>
        <w:br/>
      </w:r>
      <w:r>
        <w:rPr>
          <w:sz w:val="20"/>
        </w:rPr>
        <w:t>2:00:15  aap dekhiye keh is mein kitna zyada kharabi hota hai. thore dino mein kharab ho jata hai. jaise isi haal mein hum pichli baar baithe hue the billay fail ho gayi.</w:t>
      </w:r>
      <w:r>
        <w:br/>
      </w:r>
      <w:r>
        <w:rPr>
          <w:sz w:val="20"/>
        </w:rPr>
        <w:t>2:00:26  to suraj to kabhi fail nahi hota. aap ghor kijiye keh insan electricity ka aik aik aik system banata hai.</w:t>
      </w:r>
      <w:r>
        <w:br/>
      </w:r>
      <w:r>
        <w:rPr>
          <w:sz w:val="20"/>
        </w:rPr>
        <w:t>2:00:38  aur fail hoti rehti hai woh. halankeh bohat saare engineer lage hue hain tab bhi. aur aik yeh system hai sun ka.</w:t>
      </w:r>
      <w:r>
        <w:br/>
      </w:r>
      <w:r>
        <w:rPr>
          <w:sz w:val="20"/>
        </w:rPr>
        <w:t>2:00:47  sun light ka. woh kabhi fail nahi hota. is mein aik super engineer ko agar na maanein to kaise aap explain karenge is ko.</w:t>
      </w:r>
      <w:r>
        <w:br/>
      </w:r>
      <w:r>
        <w:rPr>
          <w:sz w:val="20"/>
        </w:rPr>
        <w:t>2:00:57  aap engineer ko maante hain tab aap samajh paate hain keh yahan par aik aik power house hai. to aik super engineer maanna padega aap ko tab aap explain kar payenge is duniya ko.</w:t>
      </w:r>
      <w:r>
        <w:br/>
      </w:r>
      <w:r>
        <w:rPr>
          <w:sz w:val="20"/>
        </w:rPr>
        <w:t>2:01:12  to main aksar kaha karta hoon jo mere liye jo sab se bara argument hai is maamle mein mere apne liye. woh yeh hai mere apne shabdon mein keh Khuda ko maanna ajeeb hai.</w:t>
      </w:r>
      <w:r>
        <w:br/>
      </w:r>
      <w:r>
        <w:rPr>
          <w:sz w:val="20"/>
        </w:rPr>
        <w:t>2:01:29  ajeeb ka matlab hota hai strange. anokha pan. to sab se zyada jo cheez mujhe tasalli deti hai woh yeh hai main kehta hoon aksar jab main dekhta hoon is darakhton ko aasman ko suraj ko aur chand ko to mere munh se nikal jata hai keh Khuda ko maanna ajeeb hai lekin Khuda ko na maanna is se bhi zyada ajeeb hai.</w:t>
      </w:r>
      <w:r>
        <w:br/>
      </w:r>
      <w:r>
        <w:rPr>
          <w:sz w:val="20"/>
        </w:rPr>
        <w:t>2:01:59  aksar mere munh se nikal jata hai jab dekhta hoon is yani is wonderful world ko keh Khuda ko maanna ajeeb hai lekin Khuda ko na maanna is se bhi zyada ajeeb hai.</w:t>
      </w:r>
      <w:r>
        <w:br/>
      </w:r>
      <w:r>
        <w:rPr>
          <w:sz w:val="20"/>
        </w:rPr>
        <w:t>2:02:13  jab main Khuda ko maanta hoon to main</w:t>
      </w:r>
      <w:r>
        <w:br/>
      </w:r>
      <w:r>
        <w:rPr>
          <w:sz w:val="20"/>
        </w:rPr>
        <w:t>2:02:19  ajeeb tar ke muqable mein ajeeb ka intikhab karta hoon.</w:t>
      </w:r>
      <w:r>
        <w:br/>
      </w:r>
      <w:r>
        <w:rPr>
          <w:sz w:val="20"/>
        </w:rPr>
        <w:t>2:02:28  Khuda ko maanna ajeeb hai lekin Khuda ko na maanna is se bhi zyada ajeeb hai. aur jab main Khuda ko maanta hoon to main ajeeb tar ke muqable mein yani zyada ajeeb ke muqable mein kam ajeeb ka intikhab karta hoon.</w:t>
      </w:r>
      <w:r>
        <w:br/>
      </w:r>
      <w:r>
        <w:rPr>
          <w:sz w:val="20"/>
        </w:rPr>
        <w:t>2:02:51  mere apne liye to yeh yeh intehai powerful argument hai aur is ne poori tarah mujhe tasalli diya hai.</w:t>
      </w:r>
    </w:p>
    <w:p>
      <w:pPr>
        <w:pStyle w:val="Heading2"/>
      </w:pPr>
      <w:r>
        <w:t>Life lessons on death, chores, and true relationships</w:t>
      </w:r>
    </w:p>
    <w:p>
      <w:r>
        <w:rPr>
          <w:color w:val="666666"/>
          <w:sz w:val="18"/>
        </w:rPr>
        <w:t>CPS Women Interaction 4 April 30, 2022 · 4m 44s · at 51:16 · https://youtu.be/O8DWIk3naCQ?t=3076</w:t>
      </w:r>
    </w:p>
    <w:p>
      <w:r>
        <w:rPr>
          <w:i/>
        </w:rPr>
        <w:t>“Main aap sabko pehle bataoon, yeh meeting Eid ka din ban jaati hai”</w:t>
      </w:r>
    </w:p>
    <w:p>
      <w:r>
        <w:rPr>
          <w:sz w:val="20"/>
        </w:rPr>
        <w:t>51:16  main aap sabko pehle bataoon ki yeh har kahin neeche droti jo meeting hai mere liye eid ka din ban jaati hai yaani khushi ka din. kyunki isko main aankad se relate karti hoon ki jab aakhirat mein hum sab ek din ikattha honge aur woh hum sabke liye kitna hi khushi ka din hoga jab hamara jo hai dhyan khatm ho jaayega aur hum humko sukoon mil jaayega.</w:t>
      </w:r>
      <w:r>
        <w:br/>
      </w:r>
      <w:r>
        <w:rPr>
          <w:sz w:val="20"/>
        </w:rPr>
        <w:t>51:46  meri aawaaz aa rahi hai shafina? aa rahi hai, aa rahi hai, bahut achhi. is ramzan agar humne consciously apni joining ki hogi to inshallah poore saal hum, hamari zaroor madad karega. to main ek din yeh soch rahi thi ki jis tarah kisi company mein job milne par ek insaan ko jo hai uski training hoti hai kuch mahine ke liye ya kuch din ke liye.</w:t>
      </w:r>
      <w:r>
        <w:br/>
      </w:r>
      <w:r>
        <w:rPr>
          <w:sz w:val="20"/>
        </w:rPr>
        <w:t>52:16  to phir uske baad uski job confirm hoti hai yaani permanent hota hai woh, uski job karne ke liye start hota hai woh. to isko maine ramzan ke mahine se relate kiya. usko relate karke socha ki ramzan ka yeh mahina jo hum yahan hamare training ke liye hota hai. yeh fuda ki taraf se badi dressing hai jo hamein aakhirat ke liye taiyar karta hai. har saal consciously agar hum apne aap ko train karte hain. haan.</w:t>
      </w:r>
      <w:r>
        <w:br/>
      </w:r>
      <w:r>
        <w:rPr>
          <w:sz w:val="20"/>
        </w:rPr>
        <w:t>52:46  to aakhir mein jannat milne ke chances badhenge. to allah taala hamari koshishon ko ko rule karna hai. asal yeh hai ki duniya paani ke bahut sare tarike hi hain. magar aakhirat paane ka ek hi tarika hai sirf ek tarika woh hai khudapur kaun hai?</w:t>
      </w:r>
      <w:r>
        <w:br/>
      </w:r>
      <w:r>
        <w:rPr>
          <w:sz w:val="20"/>
        </w:rPr>
        <w:t>53:08  meri apni jo personal learning rahi hai is kamzan usko main aapke sabke saath share karungi. ramzan mein mere ghar mein koi kaam karne wala nahin tha. to main agar manage karke ghar ke koi kaam nahin karti to mujhe aankh khulte hi subah se hi se hi sab kuch gadbad ho jaata tha. kyunki aksar thakkar main kaam chhod deti thi.</w:t>
      </w:r>
      <w:r>
        <w:br/>
      </w:r>
      <w:r>
        <w:rPr>
          <w:sz w:val="20"/>
        </w:rPr>
        <w:t>53:37  to chhod deti thi aur ghool bhi jaati thi. to isko maine aakhrat se relate kiya ki maut ke baad jab aakhrat mein aankh khulegi to wahi insaan kaamyaab hoga jisne maut se pehle apni aakhrat ki kaamyaabi ke liye apne kyun taiyar kiya hoga aur woh insaan kis tarah pareshan hoga? kyunki andhere mein zindagi guzarkar mar gaya hoon.</w:t>
      </w:r>
      <w:r>
        <w:br/>
      </w:r>
      <w:r>
        <w:rPr>
          <w:sz w:val="20"/>
        </w:rPr>
        <w:t>54:03  meri to yeh thi ki main khuda ke kaam mein kabhi na thakoon aur meri learning kabhi na ruke. to vaamaksad zindagi ka matlab yahi hai ki aakhir mein maut ke baad bhi uska vaamaksad safar chaari nahin, na ki marne ke baad insaan useless hokar reh jaaye. to aksar hum sunte hain ki sehat hogi ya fursat hogi to kar loongi.</w:t>
      </w:r>
      <w:r>
        <w:br/>
      </w:r>
      <w:r>
        <w:rPr>
          <w:sz w:val="20"/>
        </w:rPr>
        <w:t>54:26  to fursat aur sirf kabhi nahin aati aur insaan dhoge mein rehta hai, aankhe mein mar jaata hai. to reason yeh hai ki kabhi kisi cheez ko uzar na banayen, excuse na banayen. doosri learning yeh meri aise hui ki main apni ammi se phone karvata kai din ke baad baat kar rahi thi. pehle aap logon batao ki meri ammi ko kuch aur concern kamarj hai.</w:t>
      </w:r>
      <w:r>
        <w:br/>
      </w:r>
      <w:r>
        <w:rPr>
          <w:sz w:val="20"/>
        </w:rPr>
        <w:t>54:54  to woh sab cheez bhool jaati hain. to kai din ke baad baat karne ki wajah se woh mujhe pehchan nahin pa rahi thi. mujhe bhool gayi thi. tum kaun ho aur main nahin jaanti yahi kehti hoon. to isko sochte hue maine nahin seekha ki is duniya mein hamari zindagi maa baap se shuru hoti hai aur phir pota poti tak pahunch jaati hai.</w:t>
      </w:r>
      <w:r>
        <w:br/>
      </w:r>
      <w:r>
        <w:rPr>
          <w:sz w:val="20"/>
        </w:rPr>
        <w:t>55:17  yaani bahut sare rishte bante chale jaate hain aur hum un rishton mein bante bante chale jaate hain aur phir achaanak maut aati hain aur hum akele fuda ke saamne khade ho jaate hain. sirf apne amaalon ke saamne koi rishtedaar nahin sirf khudata rishta yaani main aur mera khuda.</w:t>
      </w:r>
      <w:r>
        <w:br/>
      </w:r>
      <w:r>
        <w:rPr>
          <w:sz w:val="20"/>
        </w:rPr>
        <w:t>55:39  to sikhaiye ki is duniya se lekar aakhir tak jo mera safar hai woh mera kega safar hi aur mujhe khud hi apne is safar ko kaamne aap banana hai. meri good teas aur mere bad teas woh mere aap nahin liye hain na ki kisi doosre ke liye.</w:t>
      </w:r>
      <w:r>
        <w:br/>
      </w:r>
      <w:r>
        <w:rPr>
          <w:sz w:val="20"/>
        </w:rPr>
        <w:t>56:00  aakhiri ladki meri jo hai woh yeh hai ki main apni takleefon ki wajah se roza nahin rakh paati hoon kai saal se to jo roza na rakhne ki tadap aur shann minditi ka ehsaas ki main khudatar is tarah saamna karungi. mujhse bahut badi galtiyan ghulam ho raha hai. iska ehsaas har din mujhe poori tarah, poore mahine mein karana.</w:t>
      </w:r>
    </w:p>
    <w:p>
      <w:pPr>
        <w:pStyle w:val="Heading2"/>
      </w:pPr>
      <w:r>
        <w:t>Taqwa in action: thorny path parable and Abu Bakr's story</w:t>
      </w:r>
    </w:p>
    <w:p>
      <w:r>
        <w:rPr>
          <w:color w:val="666666"/>
          <w:sz w:val="18"/>
        </w:rPr>
        <w:t>Discovering The Spirit of Ramadan March 16, 2025 · 4m 18s · at 14:00 · https://youtu.be/WrIyg6N7390?t=840</w:t>
      </w:r>
    </w:p>
    <w:p>
      <w:r>
        <w:rPr>
          <w:i/>
        </w:rPr>
        <w:t>“Umar asked Ubay: have you walked a thorny path?”</w:t>
      </w:r>
    </w:p>
    <w:p>
      <w:r>
        <w:rPr>
          <w:sz w:val="20"/>
        </w:rPr>
        <w:t>14:00  apa, mujhe yaad aata hai taqwa ke bare mein ke hazrat umar r.a. ka waqia hai. tafsir ibn kathir mein aaya hai. aur isi tarah baaz riwayat mein hazrat abu huraira ka bhi hai ke hazrat umar ne poocha tha hazrat abi bin kaab se ke taqwa kya hai?</w:t>
      </w:r>
      <w:r>
        <w:br/>
      </w:r>
      <w:r>
        <w:rPr>
          <w:sz w:val="20"/>
        </w:rPr>
        <w:t>14:18  to unhon ne kaha ke ama salakta tareeqan dhaw shoukan kya aap kisi aise rastay par chale hain jis mein kaantay daar jhariyan hon?</w:t>
      </w:r>
      <w:r>
        <w:br/>
      </w:r>
      <w:r>
        <w:rPr>
          <w:sz w:val="20"/>
        </w:rPr>
        <w:t>14:28  to hazrat umar ne kaha: "haan, chala hoon mein." to kaha ke aap kya karte hain wahan par? to unhon ne kaha: shamrat wajadt ke mein apne kapde ko lapet kar khoob bach bach kar chalta hoon.</w:t>
      </w:r>
      <w:r>
        <w:br/>
      </w:r>
      <w:r>
        <w:rPr>
          <w:sz w:val="20"/>
        </w:rPr>
        <w:t>14:40  kaha yahi taqwa hai. is ko agar taqwa, yeh to aik</w:t>
      </w:r>
      <w:r>
        <w:br/>
      </w:r>
      <w:r>
        <w:rPr>
          <w:sz w:val="20"/>
        </w:rPr>
        <w:t>14:46  maadi misaal di gayi hai, maadi misaal di gayi hai. taqwa jo maanvi cheez hai, us ko samajhne ke liye matlab yeh hai ke dunya ke andar mukhtalif qism ke distraction hotay hain.</w:t>
      </w:r>
      <w:r>
        <w:br/>
      </w:r>
      <w:r>
        <w:rPr>
          <w:sz w:val="20"/>
        </w:rPr>
        <w:t>14:56  is distraction se bach kar khuda wali zindagi guzarna, rabbani zindagi guzarna, khuda ko yaad rakhna, yahi taqwa hai.</w:t>
      </w:r>
      <w:r>
        <w:br/>
      </w:r>
      <w:r>
        <w:rPr>
          <w:sz w:val="20"/>
        </w:rPr>
        <w:t>15:04  is ki sifat jo quran mein aayi hai, woh bohat ahem hai. allah taala baar baar taqwa ka zikr kiya hai aur yaad dilaya. is mein se aik jagah jo sifat aayi hai, woh hai: wasar'u ila maghfiratin min rabbikum wa jannatin.</w:t>
      </w:r>
      <w:r>
        <w:br/>
      </w:r>
      <w:r>
        <w:rPr>
          <w:sz w:val="20"/>
        </w:rPr>
        <w:t>15:17  ardus samawati wal ardi uiddat lil muttaqin</w:t>
      </w:r>
      <w:r>
        <w:br/>
      </w:r>
      <w:r>
        <w:rPr>
          <w:sz w:val="20"/>
        </w:rPr>
        <w:t>15:21  allazeena yunfiquna fis sarra'i wadh dhara'i wal kazimeena al ghayza wal aafina anin naasi wallahu yuhibbul muhsineen</w:t>
      </w:r>
      <w:r>
        <w:br/>
      </w:r>
      <w:r>
        <w:rPr>
          <w:sz w:val="20"/>
        </w:rPr>
        <w:t>15:31  wallazeena itha fa'alu fahishatan aw zalamoo anfusahum zakarool laaha fastaghfaro li zunoobihim wa man yaghfiruz zunooba illal laahu wa lam yusirroo 'ala ma fa'aloo wa hum ya'lamoon</w:t>
      </w:r>
      <w:r>
        <w:br/>
      </w:r>
      <w:r>
        <w:rPr>
          <w:sz w:val="20"/>
        </w:rPr>
        <w:t>15:43  doro apne rab ki maghfirat ki taraf aur jannat ki taraf jis ki chorai aasman o zameen ke barabar hai. woh tayyar ki gayi hai muttaqiyon ke liye jo roze mein bayan kiya gaya hai.</w:t>
      </w:r>
      <w:r>
        <w:br/>
      </w:r>
      <w:r>
        <w:rPr>
          <w:sz w:val="20"/>
        </w:rPr>
        <w:t>15:54  taqwa to kaha muttaqiyon ke liye tayyar ki gayi hai. is ke aage un ki sifat kya hogi muttaqiyon ki? woh bataya hai kuch sifatain yahan par ke jo kharch karte hain posheeda tor par aur zahiri tor par, aur ghusse ko pee jaane wale hain, logon ko maaf karne wale hain.</w:t>
      </w:r>
      <w:r>
        <w:br/>
      </w:r>
      <w:r>
        <w:rPr>
          <w:sz w:val="20"/>
        </w:rPr>
        <w:t>16:10  aur allah taala muhsineen ko pasand karta hai.</w:t>
      </w:r>
      <w:r>
        <w:br/>
      </w:r>
      <w:r>
        <w:rPr>
          <w:sz w:val="20"/>
        </w:rPr>
        <w:t>16:13  jab woh koi ghalat kaam kar jatay hain ya apne nafs par zulm kar jatay hain, allah ko yaad kiya unhon ne aur apne gunahon ki maafi mang li unhon ne.</w:t>
      </w:r>
      <w:r>
        <w:br/>
      </w:r>
      <w:r>
        <w:rPr>
          <w:sz w:val="20"/>
        </w:rPr>
        <w:t>16:23  aur allah ke ilawa kaun hai jo maghfirat kare gunah ki? aur woh apne kaam par, ghalat kaam par jaan boojh kar israr nahi karte hain.</w:t>
      </w:r>
      <w:r>
        <w:br/>
      </w:r>
      <w:r>
        <w:rPr>
          <w:sz w:val="20"/>
        </w:rPr>
        <w:t>16:32  woh ghalati ho gayi, us ko woh qabool kar letay hain aur you turn le letay hain. tauba un ka, un ka yeh rawaish un ki tauba ki hai.</w:t>
      </w:r>
      <w:r>
        <w:br/>
      </w:r>
      <w:r>
        <w:rPr>
          <w:sz w:val="20"/>
        </w:rPr>
        <w:t>16:43  farishtay nahi aayenge is par. aik waqia mujhe yaad aata hai, apa, bohat hi ahem waqia hazrat abubakar r.a. ka hai ke aik martaba hazrat abubakar rasool allah s.a.w. ke sath kisi jagah baithe hue thay.</w:t>
      </w:r>
      <w:r>
        <w:br/>
      </w:r>
      <w:r>
        <w:rPr>
          <w:sz w:val="20"/>
        </w:rPr>
        <w:t>16:54  aik sahab ne aa kar hazrat abubakar ko bura bhala kehna shuru kar diya.</w:t>
      </w:r>
      <w:r>
        <w:br/>
      </w:r>
      <w:r>
        <w:rPr>
          <w:sz w:val="20"/>
        </w:rPr>
        <w:t>16:58  to hazrat abubakar r.a. khamosh rahe, to rasool allah muskara rahe thay. lekin bohat lamba ho gaya un ka bura bhala kehna hazrat abubakar ko.</w:t>
      </w:r>
      <w:r>
        <w:br/>
      </w:r>
      <w:r>
        <w:rPr>
          <w:sz w:val="20"/>
        </w:rPr>
        <w:t>17:08  to hazrat abubakar ne bhi jawab diya. hazrat abubakar ka jawab dena tha ke rasool allah s.a.w. uth kar jaane lagay. ab chounke hazrat abubakar ke liye rasool allah ka uth kar jana zyada nagawar waqia tha banisbat is aadmi ke bura</w:t>
      </w:r>
      <w:r>
        <w:br/>
      </w:r>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r>
        <w:br/>
      </w:r>
      <w:r>
        <w:rPr>
          <w:sz w:val="20"/>
        </w:rPr>
        <w:t>17:51  to farishtay jo manfi, aap ne baat batai, bohat ahem hai ke koi bhi manfi zehan jo hoga ya manfi waqia jahan par pesh aa raha hoga, wahan par farishtay nahi aayenge.</w:t>
      </w:r>
      <w:r>
        <w:br/>
      </w:r>
      <w:r>
        <w:rPr>
          <w:sz w:val="20"/>
        </w:rPr>
        <w:t>18:03  jo shab qadar ka bhi waqia hai ke shab qadar ka ilm diya gaya tha. lekin jab jhagda hua do aadmiyon ke darmiyan, to rasool allah s.a.w. se woh ilm utha liya gaya, bhula diya gaya.</w:t>
      </w:r>
      <w:r>
        <w:br/>
      </w:r>
      <w:r>
        <w:rPr>
          <w:sz w:val="20"/>
        </w:rPr>
        <w:t>18:15  to manfi soch to bilkul bhi nahi rakhni hai. roza bhi isi</w:t>
      </w:r>
    </w:p>
    <w:p>
      <w:pPr>
        <w:pStyle w:val="Heading2"/>
      </w:pPr>
      <w:r>
        <w:t>A purified soul is why fasting makes prayers heard</w:t>
      </w:r>
    </w:p>
    <w:p>
      <w:r>
        <w:rPr>
          <w:color w:val="666666"/>
          <w:sz w:val="18"/>
        </w:rPr>
        <w:t>Ramadan The Month of Spiritual Training September 20, 2008 · 5m 41s · at 50:55 · https://youtu.be/VI9axojg6Ro?t=3055</w:t>
      </w:r>
    </w:p>
    <w:p>
      <w:r>
        <w:rPr>
          <w:i/>
        </w:rPr>
        <w:t>“Roze ki aayaton ke darmiyan dua ki aayat kyun hai?”</w:t>
      </w:r>
    </w:p>
    <w:p>
      <w:r>
        <w:rPr>
          <w:sz w:val="20"/>
        </w:rPr>
        <w:t>50:55  dekhiye, quran mein jo roze, quran mein jo roze ki ayaten aayi hain surah al baqarah mein, to us in ayaton ke darmiyan yeh ayat hai dua ki ayat وإذا سالك عبادي عني فإني قريب وجب دعوة الداعي ذا دعان فليستجيبوا لي وليؤمنوا بي لا لهم يشهدون yeh ayat roze ke hukum ke beech mein aayi hai.</w:t>
      </w:r>
      <w:r>
        <w:br/>
      </w:r>
      <w:r>
        <w:rPr>
          <w:sz w:val="20"/>
        </w:rPr>
        <w:t>51:25  is ka tarjuma yeh hai: jab mere bande mere bare mein tum se puchhen to keh do ke mein qareeb hoon, pukarne wale ki pukar ka jawab deta hoon.</w:t>
      </w:r>
      <w:r>
        <w:br/>
      </w:r>
      <w:r>
        <w:rPr>
          <w:sz w:val="20"/>
        </w:rPr>
        <w:t>51:41  to woh mujhe pukaren, mein un ka jawab doonga, mujhe meri taraf se un ko response milega.</w:t>
      </w:r>
      <w:r>
        <w:br/>
      </w:r>
      <w:r>
        <w:rPr>
          <w:sz w:val="20"/>
        </w:rPr>
        <w:t>51:51  yahan pe yeh sochne ki baat hai ke dua ki baat kyun jodi gayi roze ke sath, yani roze ke zikr ke sath dua ka yeh ayat kyun shamil ki gayi.</w:t>
      </w:r>
      <w:r>
        <w:br/>
      </w:r>
      <w:r>
        <w:rPr>
          <w:sz w:val="20"/>
        </w:rPr>
        <w:t>52:05  is par ghor karte hue yeh samajh mein aata hai ke roza aur dua bohat zyada ek doosre se jure hue hain, bohat zyada. kyun?</w:t>
      </w:r>
      <w:r>
        <w:br/>
      </w:r>
      <w:r>
        <w:rPr>
          <w:sz w:val="20"/>
        </w:rPr>
        <w:t>52:15  quran mein yeh hai ke quran mein hai ke إِلَيْهَ يَصَدُو الْكَلِمُ الطَّيِّبِ وَلَا مُرِسَّالِ يَرْفِعُهُ yani khuda ki taraf woh dua jati hai jo purified dil se nikle.</w:t>
      </w:r>
      <w:r>
        <w:br/>
      </w:r>
      <w:r>
        <w:rPr>
          <w:sz w:val="20"/>
        </w:rPr>
        <w:t>52:36  jo aadmi apne dil ko ka tazkiya kar rakha ho, us ne apne ko purify kar rakha ho, us ne to purified soul se jo nikalti hai dua, wahi Khuda tak jati hai.</w:t>
      </w:r>
      <w:r>
        <w:br/>
      </w:r>
      <w:r>
        <w:rPr>
          <w:sz w:val="20"/>
        </w:rPr>
        <w:t>52:49  ab aap sochiye, roza to yahi hai apne ko purify karna. Roza aur kya hai? Yeh to hai koi roza.</w:t>
      </w:r>
      <w:r>
        <w:br/>
      </w:r>
      <w:r>
        <w:rPr>
          <w:sz w:val="20"/>
        </w:rPr>
        <w:t>52:59  roza ka maqsad hai apne aap ko purify karna,</w:t>
      </w:r>
      <w:r>
        <w:br/>
      </w:r>
      <w:r>
        <w:rPr>
          <w:sz w:val="20"/>
        </w:rPr>
        <w:t>53:04  ae self purification. To is mani yeh hue ke purified soul jo hai, jo banai aap ne roza rakh kar ke, to aap ne apne aap ko is qabil banaya hai ke aap dua karein aur Khuda is dua ko sune.</w:t>
      </w:r>
      <w:r>
        <w:br/>
      </w:r>
      <w:r>
        <w:rPr>
          <w:sz w:val="20"/>
        </w:rPr>
        <w:t>53:18  yeh kitni bari baat hai ke agar aadmi yeh chahta hai ke us ki dua Khuda ka suni jaye, us ki dua Khuda tak pahunche,</w:t>
      </w:r>
      <w:r>
        <w:br/>
      </w:r>
      <w:r>
        <w:rPr>
          <w:sz w:val="20"/>
        </w:rPr>
        <w:t>53:30  to kya karna hai? Is ko</w:t>
      </w:r>
      <w:r>
        <w:br/>
      </w:r>
      <w:r>
        <w:rPr>
          <w:sz w:val="20"/>
        </w:rPr>
        <w:t>53:33  apne aap ko purify karna hai. Roza wale amal ke zariye, roza wala amal jo hai, woh saal bhar chalega.</w:t>
      </w:r>
      <w:r>
        <w:br/>
      </w:r>
      <w:r>
        <w:rPr>
          <w:sz w:val="20"/>
        </w:rPr>
        <w:t>53:43  yeh nahi ke waqti tor par hai. Woh yani apne andar sabr paida karna, apne andar shukr paida karna, apne andar taqwa paida karna, apne andar Quran ki spirit paida karna.</w:t>
      </w:r>
      <w:r>
        <w:br/>
      </w:r>
      <w:r>
        <w:rPr>
          <w:sz w:val="20"/>
        </w:rPr>
        <w:t>53:58  is tarah se aadmi apne ko purify karega aur jo purified soul hogi, usi ki zuban se woh dua niklegi, woh jandar dua,</w:t>
      </w:r>
      <w:r>
        <w:br/>
      </w:r>
      <w:r>
        <w:rPr>
          <w:sz w:val="20"/>
        </w:rPr>
        <w:t>54:12  woh asar wali dua, woh gehri dua jo seedhi Khuda tak pahunche. Abhi kitni bari baat batai gayi hai roze ke context mein.</w:t>
      </w:r>
      <w:r>
        <w:br/>
      </w:r>
      <w:r>
        <w:rPr>
          <w:sz w:val="20"/>
        </w:rPr>
        <w:t>54:27  roze ke context mein kitni bari baat batai gayi hai ke dua ki qubooliyat ka raaz yeh hai. Dua ki dekhiye, ya dua ki qubooliyat ka raaz yeh nahi ke kuch kuch mysterious, kuch mysterious words aap kahein daryaft kar lein.</w:t>
      </w:r>
      <w:r>
        <w:br/>
      </w:r>
      <w:r>
        <w:rPr>
          <w:sz w:val="20"/>
        </w:rPr>
        <w:t>54:44  aisa nahi, kuch mysterious words hain, in ko aap jaan lein to aap ko woh dua mil gayi jo Khuda tak pahunche.</w:t>
      </w:r>
      <w:r>
        <w:br/>
      </w:r>
      <w:r>
        <w:rPr>
          <w:sz w:val="20"/>
        </w:rPr>
        <w:t>54:53  yaad rakhiye, dua kisi mysterious lafzon ka naam nahi hai, hargiz nahi. Dua naam hai purified soul se nikle hue alfaaz ka.</w:t>
      </w:r>
      <w:r>
        <w:br/>
      </w:r>
      <w:r>
        <w:rPr>
          <w:sz w:val="20"/>
        </w:rPr>
        <w:t>55:07  yeh is ayat mein hamein milta hai, Surah Baqarah ki ayat, yeh ayat ke roze ke context mein dua ki baat batai gayi insaan ko.</w:t>
      </w:r>
      <w:r>
        <w:br/>
      </w:r>
      <w:r>
        <w:rPr>
          <w:sz w:val="20"/>
        </w:rPr>
        <w:t>55:18  to roze ke mahine mein, jaisa ke maine arz kiya ke aadmi ke andar sabr ki sifat paida ki jati hai, shukr ki sifat paida kar di jati hai, taqwa ki sifat paida ki jati hai, Quran ki spirit paida ki jati hai.</w:t>
      </w:r>
      <w:r>
        <w:br/>
      </w:r>
      <w:r>
        <w:rPr>
          <w:sz w:val="20"/>
        </w:rPr>
        <w:t>55:34  yahi to purification hai. Yeh sab to hai woh cheez jis ko hum kehte hain, yani soul ko apni rooh ko purify karna.</w:t>
      </w:r>
      <w:r>
        <w:br/>
      </w:r>
      <w:r>
        <w:rPr>
          <w:sz w:val="20"/>
        </w:rPr>
        <w:t>55:45  to in sab cheezon, yeh ek course ho gaya.</w:t>
      </w:r>
      <w:r>
        <w:br/>
      </w:r>
      <w:r>
        <w:rPr>
          <w:sz w:val="20"/>
        </w:rPr>
        <w:t>55:49  course of purification. To roza jo hai, ek course hai apne aap ko purify karne ka. Sachha roza, yani ritual ke tor par jo roza rakha jaye, woh nahi.</w:t>
      </w:r>
      <w:r>
        <w:br/>
      </w:r>
      <w:r>
        <w:rPr>
          <w:sz w:val="20"/>
        </w:rPr>
        <w:t>56:03  jo roza rasam ke tor par rakha jaye, woh nahi. Main keh raha hoon, is ko</w:t>
      </w:r>
      <w:r>
        <w:br/>
      </w:r>
      <w:r>
        <w:rPr>
          <w:sz w:val="20"/>
        </w:rPr>
        <w:t>56:06  jo sachha roza hai. Sachha roza jab aadmi rakhega to us ne apne soul ko purify kiya, apni rooh ka tazkiya kiya, apne aap ko pak kiya.</w:t>
      </w:r>
      <w:r>
        <w:br/>
      </w:r>
      <w:r>
        <w:rPr>
          <w:sz w:val="20"/>
        </w:rPr>
        <w:t>56:24  to jab insaan aisa banega, jab roze ke course se guzar kar apne aap ko aisa banayega, woh to phir us ki zuban se duaen niklengi.</w:t>
      </w:r>
    </w:p>
    <w:p>
      <w:pPr>
        <w:pStyle w:val="Heading2"/>
      </w:pPr>
      <w:r>
        <w:t>Full case: prophets prayed in their mother tongues, not Arabic</w:t>
      </w:r>
    </w:p>
    <w:p>
      <w:r>
        <w:rPr>
          <w:color w:val="666666"/>
          <w:sz w:val="18"/>
        </w:rPr>
        <w:t>What is Dua (Only Lecture) April 26, 2009 Maulana Wahiduddin Khan · 4m 31s · at 15:52 · https://youtu.be/JxIR0o_C7GM?t=952</w:t>
      </w:r>
    </w:p>
    <w:p>
      <w:r>
        <w:rPr>
          <w:i/>
        </w:rPr>
        <w:t>“Paighambar ki dua bhi madri zabaan mein hoti thi”</w:t>
      </w:r>
    </w:p>
    <w:p>
      <w:r>
        <w:rPr>
          <w:sz w:val="20"/>
        </w:rPr>
        <w:t>15:52  dekhiye, main ek baat arz karoon. aam taur par log samajhte hain ke rasool ki jo duaen hain, us ko yaad kar lo to sab se bari dua wahi hai. ye bhi ek fallacy hai.</w:t>
      </w:r>
      <w:r>
        <w:br/>
      </w:r>
      <w:r>
        <w:rPr>
          <w:sz w:val="20"/>
        </w:rPr>
        <w:t>16:04  yani peghambar ki jo duaen hain,</w:t>
      </w:r>
      <w:r>
        <w:br/>
      </w:r>
      <w:r>
        <w:rPr>
          <w:sz w:val="20"/>
        </w:rPr>
        <w:t>16:09  un ko rat kar lo, us ko yaad karo, us ko kaho to wahi sab se bari dua hai.</w:t>
      </w:r>
      <w:r>
        <w:br/>
      </w:r>
      <w:r>
        <w:rPr>
          <w:sz w:val="20"/>
        </w:rPr>
        <w:t>16:14  dekhen, ye bohat bari fallacy hai.</w:t>
      </w:r>
      <w:r>
        <w:br/>
      </w:r>
      <w:r>
        <w:rPr>
          <w:sz w:val="20"/>
        </w:rPr>
        <w:t>16:18  peghambar ki dua bhi madri zaban mein hoti thi. ye kehna hai ke arabi zaban mein hoti thi, ye bhi baat ko na samajhna hai.</w:t>
      </w:r>
      <w:r>
        <w:br/>
      </w:r>
      <w:r>
        <w:rPr>
          <w:sz w:val="20"/>
        </w:rPr>
        <w:t>16:30  peghambar ki zaban jo hai, wo arabi zaban mein nahi hoti thi. in fact, ye apni mother tongue mein hoti thi.</w:t>
      </w:r>
      <w:r>
        <w:br/>
      </w:r>
      <w:r>
        <w:rPr>
          <w:sz w:val="20"/>
        </w:rPr>
        <w:t>16:42  is baat ko sochiye, aap</w:t>
      </w:r>
      <w:r>
        <w:br/>
      </w:r>
      <w:r>
        <w:rPr>
          <w:sz w:val="20"/>
        </w:rPr>
        <w:t>16:46  ye baat main is liye keh raha hoon ke rasool Allah ke bare mein to aap kahein ke aap arabi mein aap ne dua ki, arabi mein. lekin doosre peghambaron ko aap kya kahein ge?</w:t>
      </w:r>
      <w:r>
        <w:br/>
      </w:r>
      <w:r>
        <w:rPr>
          <w:sz w:val="20"/>
        </w:rPr>
        <w:t>16:58  kya doosre peghambar bhi arabi mein dua karte the? jabke quran mein saaf saaf hai ke "wa arsalna bi rasoolin min qaumin".</w:t>
      </w:r>
      <w:r>
        <w:br/>
      </w:r>
      <w:r>
        <w:rPr>
          <w:sz w:val="20"/>
        </w:rPr>
        <w:t>17:10  har qaum, jis qaum mein peghambar aata tha, usi qaum ki zaban, us ki zaban hoti thi.</w:t>
      </w:r>
      <w:r>
        <w:br/>
      </w:r>
      <w:r>
        <w:rPr>
          <w:sz w:val="20"/>
        </w:rPr>
        <w:t>17:17  to is ko chhod kar ke arabi mein dua kare ga peghambar?</w:t>
      </w:r>
      <w:r>
        <w:br/>
      </w:r>
      <w:r>
        <w:rPr>
          <w:sz w:val="20"/>
        </w:rPr>
        <w:t>17:23  har peghambar ki dua apni madri zaban mein hoti thi. rasool Allah ki zaban arabi thi, madri.</w:t>
      </w:r>
      <w:r>
        <w:br/>
      </w:r>
      <w:r>
        <w:rPr>
          <w:sz w:val="20"/>
        </w:rPr>
        <w:t>17:31  to aap arabi mein alfaaz nikle, aap ke munh se. doosre peghambaron ki jo zaban thi, us mein wo nikle. wo naqal hua quran mein, wo arabi mein.</w:t>
      </w:r>
      <w:r>
        <w:br/>
      </w:r>
      <w:r>
        <w:rPr>
          <w:sz w:val="20"/>
        </w:rPr>
        <w:t>17:42  misalan hazrat ibrahim ne farmaya ke "waiza maridtu fa huwa yashfeen".</w:t>
      </w:r>
      <w:r>
        <w:br/>
      </w:r>
      <w:r>
        <w:rPr>
          <w:sz w:val="20"/>
        </w:rPr>
        <w:t>17:50  jab mein beemar hota hoon to khuda mujhe shifa deta hai. kya aap samajhte hain ke yeh arabi lafz bole the hazrat ibrahim? kabhi nahin.</w:t>
      </w:r>
      <w:r>
        <w:br/>
      </w:r>
      <w:r>
        <w:rPr>
          <w:sz w:val="20"/>
        </w:rPr>
        <w:t>18:02  jo un ki zaban thi, woh us waqt us mein bole the. woh naqal hua hai quran mein, woh arabi zaban mein.</w:t>
      </w:r>
      <w:r>
        <w:br/>
      </w:r>
      <w:r>
        <w:rPr>
          <w:sz w:val="20"/>
        </w:rPr>
        <w:t>18:13  to yeh kuch log aisi taqreerein karte hain ke arabi mein jo peghambar ki zaban aayi hai, us ne khuda tak rasta bana diya hai.</w:t>
      </w:r>
      <w:r>
        <w:br/>
      </w:r>
      <w:r>
        <w:rPr>
          <w:sz w:val="20"/>
        </w:rPr>
        <w:t>18:23  bas isi ko dohrao aur bilkul isi pattern pe, isi track pe chalte chalte dua khuda tak pahunch jayegi. yeh sab bilkul bogus baatein hain.</w:t>
      </w:r>
      <w:r>
        <w:br/>
      </w:r>
      <w:r>
        <w:rPr>
          <w:sz w:val="20"/>
        </w:rPr>
        <w:t>18:35  koi shabd, koi lafz, koi rasta nahin banata, koi patri nahin banata.</w:t>
      </w:r>
      <w:r>
        <w:br/>
      </w:r>
      <w:r>
        <w:rPr>
          <w:sz w:val="20"/>
        </w:rPr>
        <w:t>18:43  bilkul anokhe qism ki gumrahiyan hum sab mein phaili hui hain. isi liye logon ko woh zaban, woh dua nahin kehne ki tofeeq milti jo dilon ko phaad deti hai, jis mein seenay mein se ek samandar ubal parta hai.</w:t>
      </w:r>
      <w:r>
        <w:br/>
      </w:r>
      <w:r>
        <w:rPr>
          <w:sz w:val="20"/>
        </w:rPr>
        <w:t>19:02  bas ratte hue alfaaz dohrate rehte hain. woh dua hi nahin hai, woh to computer, computer type ki dua hai. woh</w:t>
      </w:r>
      <w:r>
        <w:br/>
      </w:r>
      <w:r>
        <w:rPr>
          <w:sz w:val="20"/>
        </w:rPr>
        <w:t>19:15  har nabi ki zaban apni qaum ki zaban hoti thi. har nabi, har nabi ki madri zaban woh hoti thi jahan woh paida hua hai.</w:t>
      </w:r>
      <w:r>
        <w:br/>
      </w:r>
      <w:r>
        <w:rPr>
          <w:sz w:val="20"/>
        </w:rPr>
        <w:t>19:26  isi zaban mein woh bolta tha, isi zaban mein woh,</w:t>
      </w:r>
      <w:r>
        <w:br/>
      </w:r>
      <w:r>
        <w:rPr>
          <w:sz w:val="20"/>
        </w:rPr>
        <w:t>19:33  isi zaban mein woh dua karta tha.</w:t>
      </w:r>
      <w:r>
        <w:br/>
      </w:r>
      <w:r>
        <w:rPr>
          <w:sz w:val="20"/>
        </w:rPr>
        <w:t>19:45  yeh baat mein is liye keh raha hoon ke aam taur par log yeh samajhte hain ke dua kitaab le lete hain, bazaar se khareed lete hain, aur isi ko ratte rehte hain, ratte rehte hain, aur wohi dohrate rehte hain.</w:t>
      </w:r>
      <w:r>
        <w:br/>
      </w:r>
      <w:r>
        <w:rPr>
          <w:sz w:val="20"/>
        </w:rPr>
        <w:t>19:56  to unhein dua ka test hi nahin milta.</w:t>
      </w:r>
      <w:r>
        <w:br/>
      </w:r>
      <w:r>
        <w:rPr>
          <w:sz w:val="20"/>
        </w:rPr>
        <w:t>20:01  dua ka test nahin milta. woh khuda se nearness ka un ko experience nahin hota.</w:t>
      </w:r>
      <w:r>
        <w:br/>
      </w:r>
      <w:r>
        <w:rPr>
          <w:sz w:val="20"/>
        </w:rPr>
        <w:t>20:12  yeh ek technical dua hoti hai, computer type ki dua hoti hai, ek remote jaisa dua karo, woh dua hoti hai. yeh</w:t>
      </w:r>
    </w:p>
    <w:p>
      <w:pPr>
        <w:pStyle w:val="Heading2"/>
      </w:pPr>
      <w:r>
        <w:t>Failure of violence, need for peace strategy</w:t>
      </w:r>
    </w:p>
    <w:p>
      <w:r>
        <w:rPr>
          <w:color w:val="666666"/>
          <w:sz w:val="18"/>
        </w:rPr>
        <w:t>Spirit of Ramadan | June 14, 2015 · 4m 31s · at 28:17 · https://youtu.be/LMQxfxQcnxQ?t=1697</w:t>
      </w:r>
    </w:p>
    <w:p>
      <w:r>
        <w:rPr>
          <w:i/>
        </w:rPr>
        <w:t>“ہم نے مل کر کے جو اقدام کیا”</w:t>
      </w:r>
    </w:p>
    <w:p>
      <w:r>
        <w:rPr>
          <w:sz w:val="20"/>
        </w:rPr>
        <w:t>28:17  hum ne mil kar ke jo iqdam kiya, to woh iqdam yani affected nahi hua.</w:t>
      </w:r>
      <w:r>
        <w:br/>
      </w:r>
      <w:r>
        <w:rPr>
          <w:sz w:val="20"/>
        </w:rPr>
        <w:t>28:22  na saddam ke khilaf affected hua, na abhi jo iis jo hai, is ke khilaf kar</w:t>
      </w:r>
      <w:r>
        <w:br/>
      </w:r>
      <w:r>
        <w:rPr>
          <w:sz w:val="20"/>
        </w:rPr>
        <w:t>28:27  rahe hain, woh bhi effective nahi hai.</w:t>
      </w:r>
      <w:r>
        <w:br/>
      </w:r>
      <w:r>
        <w:rPr>
          <w:sz w:val="20"/>
        </w:rPr>
        <w:t>28:32  to is se zyada taqat kaun istemal kar sakta hai? woh to super power hai aur sirf akele</w:t>
      </w:r>
      <w:r>
        <w:br/>
      </w:r>
      <w:r>
        <w:rPr>
          <w:sz w:val="20"/>
        </w:rPr>
        <w:t>28:37  nahi, balkeh tamam allies ke sath wahan iqdam kar rahe hain.</w:t>
      </w:r>
      <w:r>
        <w:br/>
      </w:r>
      <w:r>
        <w:rPr>
          <w:sz w:val="20"/>
        </w:rPr>
        <w:t>28:42  woh to barack obama ne</w:t>
      </w:r>
      <w:r>
        <w:br/>
      </w:r>
      <w:r>
        <w:rPr>
          <w:sz w:val="20"/>
        </w:rPr>
        <w:t>28:47  khud yeh mana hai ke hamara iqdam jo hai, affected nahi ho raha hai. to is kitab mein maine yeh dikhaya hai ke musalmanon ko is se hataya hai, hatane ki koshish ki hai ke mazi ke qadeem chala hua jo soch hai ke sab se bari taqat talwar hai, woh zamana khatam ho gaya. yeh purane zamane ki baat thi. "har ke shamshir zarr sikka banavash khanan" ka zamana khatam ho gaya. ab to jis ke paas s</w:t>
      </w:r>
      <w:r>
        <w:br/>
      </w:r>
      <w:r>
        <w:rPr>
          <w:sz w:val="20"/>
        </w:rPr>
        <w:t>29:17  ains hoti hai, jis ke paas technology hoti hai, jis ke paas industry hoti hai, jis ke paas</w:t>
      </w:r>
      <w:r>
        <w:br/>
      </w:r>
      <w:r>
        <w:rPr>
          <w:sz w:val="20"/>
        </w:rPr>
        <w:t>29:23  modern education hoti hai, is ka is ka dabdaba qaim hota hai dunya mein.</w:t>
      </w:r>
      <w:r>
        <w:br/>
      </w:r>
      <w:r>
        <w:rPr>
          <w:sz w:val="20"/>
        </w:rPr>
        <w:t>29:29  is tarah mein ne chaha ke in ka zehn tashaddud se hate aur pur aman dawat ki taraf, pur aman</w:t>
      </w:r>
      <w:r>
        <w:br/>
      </w:r>
      <w:r>
        <w:rPr>
          <w:sz w:val="20"/>
        </w:rPr>
        <w:t>29:35  dawat ko zyada bari baat samjhein aur pur aman dawat ka koi ikhtiyar karein.</w:t>
      </w:r>
      <w:r>
        <w:br/>
      </w:r>
      <w:r>
        <w:rPr>
          <w:sz w:val="20"/>
        </w:rPr>
        <w:t>29:41  to is mein</w:t>
      </w:r>
      <w:r>
        <w:br/>
      </w:r>
      <w:r>
        <w:rPr>
          <w:sz w:val="20"/>
        </w:rPr>
        <w:t>29:47  mein ne ek waqia bhi naqal kiya hai ke jab mein falasteen gaya tha to mein ne dekha</w:t>
      </w:r>
      <w:r>
        <w:br/>
      </w:r>
      <w:r>
        <w:rPr>
          <w:sz w:val="20"/>
        </w:rPr>
        <w:t>29:52  ke kuch bachche course ke andaaz mein ek ek gana ga rahe hain: "halma nuqatil, halma nuqatil, fein</w:t>
      </w:r>
      <w:r>
        <w:br/>
      </w:r>
      <w:r>
        <w:rPr>
          <w:sz w:val="20"/>
        </w:rPr>
        <w:t>29:57  al qital, sabir al rashadi".</w:t>
      </w:r>
      <w:r>
        <w:br/>
      </w:r>
      <w:r>
        <w:rPr>
          <w:sz w:val="20"/>
        </w:rPr>
        <w:t>30:03  wahan baron ne in ko yeh gana diya hai.</w:t>
      </w:r>
      <w:r>
        <w:br/>
      </w:r>
      <w:r>
        <w:rPr>
          <w:sz w:val="20"/>
        </w:rPr>
        <w:t>30:08  yeh bachche ne khud nahi gana banaya hai, bachchon ne yani baron ne unhein yeh gana diya ke</w:t>
      </w:r>
      <w:r>
        <w:br/>
      </w:r>
      <w:r>
        <w:rPr>
          <w:sz w:val="20"/>
        </w:rPr>
        <w:t>30:13  aise gao: "halma nuqatil, halma nuqatil, fein</w:t>
      </w:r>
      <w:r>
        <w:br/>
      </w:r>
      <w:r>
        <w:rPr>
          <w:sz w:val="20"/>
        </w:rPr>
        <w:t>30:18  al qital, sabir al rashadi".</w:t>
      </w:r>
      <w:r>
        <w:br/>
      </w:r>
      <w:r>
        <w:rPr>
          <w:sz w:val="20"/>
        </w:rPr>
        <w:t>30:24  aao hum ladein, aao hum ladein, aao hum jang karein, kyunke jang hi se kamyabi hoti hai.</w:t>
      </w:r>
      <w:r>
        <w:br/>
      </w:r>
      <w:r>
        <w:rPr>
          <w:sz w:val="20"/>
        </w:rPr>
        <w:t>30:30  to mein ne kaha kitna ulta gana hai yeh.</w:t>
      </w:r>
      <w:r>
        <w:br/>
      </w:r>
      <w:r>
        <w:rPr>
          <w:sz w:val="20"/>
        </w:rPr>
        <w:t>30:36  ab zamana woh aa gaya hai ke "halma nusallim, halma nusallim, wa'an al salam sab al rashadi" ke aao hum</w:t>
      </w:r>
      <w:r>
        <w:br/>
      </w:r>
      <w:r>
        <w:rPr>
          <w:sz w:val="20"/>
        </w:rPr>
        <w:t>30:42  peace ka tareeqa ikhtiyar karein, aao hum peace ka tareeqa ikhtiyar karein, kyunke peace se kamyabi hoti hai.</w:t>
      </w:r>
      <w:r>
        <w:br/>
      </w:r>
      <w:r>
        <w:rPr>
          <w:sz w:val="20"/>
        </w:rPr>
        <w:t>30:48  lekin hazaron saal se jo zehn chala raha hai, abhi musalmanon par isi ka isi ka ghalba hai,</w:t>
      </w:r>
      <w:r>
        <w:br/>
      </w:r>
      <w:r>
        <w:rPr>
          <w:sz w:val="20"/>
        </w:rPr>
        <w:t>30:54  is se bahar nahi aaya woh ke woh talwar ko bari taqat samajhte hain.</w:t>
      </w:r>
      <w:r>
        <w:br/>
      </w:r>
      <w:r>
        <w:rPr>
          <w:sz w:val="20"/>
        </w:rPr>
        <w:t>31:00  halanke woh daur hi khatam ho gaya.</w:t>
      </w:r>
      <w:r>
        <w:br/>
      </w:r>
      <w:r>
        <w:rPr>
          <w:sz w:val="20"/>
        </w:rPr>
        <w:t>31:06  ab woh daur khatam ho gaya jab talwar ya gun bari cheez hoti thi, woh daur khatam ho gaya.</w:t>
      </w:r>
      <w:r>
        <w:br/>
      </w:r>
      <w:r>
        <w:rPr>
          <w:sz w:val="20"/>
        </w:rPr>
        <w:t>31:12  to is kitab ka, is kitab ke zariye mein ne koshish ki hai ke musalmanon ke zehn ko</w:t>
      </w:r>
      <w:r>
        <w:br/>
      </w:r>
      <w:r>
        <w:rPr>
          <w:sz w:val="20"/>
        </w:rPr>
        <w:t>31:18  hataya jaye is is mizaj se ke gun culture, bomb culture se woh kuch hasil kar sakte hain.</w:t>
      </w:r>
      <w:r>
        <w:br/>
      </w:r>
      <w:r>
        <w:rPr>
          <w:sz w:val="20"/>
        </w:rPr>
        <w:t>31:24  na ab tak kuch hasil hua hai, na aindah bhi kuch hasil kar sakein ge.</w:t>
      </w:r>
      <w:r>
        <w:br/>
      </w:r>
      <w:r>
        <w:rPr>
          <w:sz w:val="20"/>
        </w:rPr>
        <w:t>31:30  to aap sab logon se mein yeh kahunga ke aap apne halaat ke lehaz se planning karein,</w:t>
      </w:r>
      <w:r>
        <w:br/>
      </w:r>
      <w:r>
        <w:rPr>
          <w:sz w:val="20"/>
        </w:rPr>
        <w:t>31:36  planning, mashrooh bandi ke aap dunya ko kya de sakte hain, dunya ko kya khair aap de sakte hain.</w:t>
      </w:r>
      <w:r>
        <w:br/>
      </w:r>
      <w:r>
        <w:rPr>
          <w:sz w:val="20"/>
        </w:rPr>
        <w:t>31:42  yani khair khwahi ke taqaze ke tehat</w:t>
      </w:r>
      <w:r>
        <w:br/>
      </w:r>
      <w:r>
        <w:rPr>
          <w:sz w:val="20"/>
        </w:rPr>
        <w:t>31:48  yeh planning honi chahiye.</w:t>
      </w:r>
      <w:r>
        <w:br/>
      </w:r>
      <w:r>
        <w:rPr>
          <w:sz w:val="20"/>
        </w:rPr>
        <w:t>31:53  yani aap ko nafrat ko khatm karna parega, aap ko intiqam ko khatm karna parega, shikayat</w:t>
      </w:r>
      <w:r>
        <w:br/>
      </w:r>
      <w:r>
        <w:rPr>
          <w:sz w:val="20"/>
        </w:rPr>
        <w:t>31:58  ko khatm karna parega.</w:t>
      </w:r>
      <w:r>
        <w:br/>
      </w:r>
      <w:r>
        <w:rPr>
          <w:sz w:val="20"/>
        </w:rPr>
        <w:t>32:03  shikayat musalmanon ko har har ek se shikayat hai, har qaum se shikayat hai.</w:t>
      </w:r>
      <w:r>
        <w:br/>
      </w:r>
      <w:r>
        <w:rPr>
          <w:sz w:val="20"/>
        </w:rPr>
        <w:t>32:08  in in ke parche padhiye, in ke jalson mein jaiye to bas shikayat aur protest.</w:t>
      </w:r>
      <w:r>
        <w:br/>
      </w:r>
      <w:r>
        <w:rPr>
          <w:sz w:val="20"/>
        </w:rPr>
        <w:t>32:13  is ko aap jab khatm karenge, tab aisa hoga ke aap</w:t>
      </w:r>
      <w:r>
        <w:br/>
      </w:r>
      <w:r>
        <w:rPr>
          <w:sz w:val="20"/>
        </w:rPr>
        <w:t>32:18  mabni par khair planning kar kar payenge aur tab woh cheez hogi jo logon ko appeal kare.</w:t>
      </w:r>
      <w:r>
        <w:br/>
      </w:r>
      <w:r>
        <w:rPr>
          <w:sz w:val="20"/>
        </w:rPr>
        <w:t>32:26  aaj ke zamane mein koi aap ke gun aur bomb se mutasir hone wala nahi hai.</w:t>
      </w:r>
      <w:r>
        <w:br/>
      </w:r>
      <w:r>
        <w:rPr>
          <w:sz w:val="20"/>
        </w:rPr>
        <w:t>32:33  is ko is ke andar woh woh taqatein khatm ho chuki hain jo pehle hua karti thi.</w:t>
      </w:r>
      <w:r>
        <w:br/>
      </w:r>
      <w:r>
        <w:rPr>
          <w:sz w:val="20"/>
        </w:rPr>
        <w:t>32:41  pehlay musalmanon ne ek lambi muddat tak, taqreeban ek hazar saal tak, talwar ke zor par hukumat</w:t>
      </w:r>
    </w:p>
    <w:p>
      <w:pPr>
        <w:pStyle w:val="Heading2"/>
      </w:pPr>
      <w:r>
        <w:t>full meaning of the dua for good in this world and the next</w:t>
      </w:r>
    </w:p>
    <w:p>
      <w:r>
        <w:rPr>
          <w:color w:val="666666"/>
          <w:sz w:val="18"/>
        </w:rPr>
        <w:t>Dars -e-Quran June 30, 2007 · 5m 51s · at 43:22 · https://youtu.be/I2HVuhH6eS8?t=2602</w:t>
      </w:r>
    </w:p>
    <w:p>
      <w:r>
        <w:rPr>
          <w:i/>
        </w:rPr>
        <w:t>“رَبَّنَا آتِنَا فِي الدُّنْيَا حَسَنًا وَفِي الْآخِرَةِ حَسَنًا”</w:t>
      </w:r>
    </w:p>
    <w:p>
      <w:r>
        <w:rPr>
          <w:sz w:val="20"/>
        </w:rPr>
        <w:t>43:22  rabbana atina fid dunya hasanatan wa fil akhirati hasanatan wa qina azabannar</w:t>
      </w:r>
      <w:r>
        <w:br/>
      </w:r>
      <w:r>
        <w:rPr>
          <w:sz w:val="20"/>
        </w:rPr>
        <w:t>43:34  is ka tarjuma yeh hai ke ae hamare Rabb! hum ko de dunya mein hasana, ae Rabb!</w:t>
      </w:r>
      <w:r>
        <w:br/>
      </w:r>
      <w:r>
        <w:rPr>
          <w:sz w:val="20"/>
        </w:rPr>
        <w:t>43:45  hum ko de dunya mein hasana aur akhirat mein hasana, aur hum ko bacha</w:t>
      </w:r>
      <w:r>
        <w:br/>
      </w:r>
      <w:r>
        <w:rPr>
          <w:sz w:val="20"/>
        </w:rPr>
        <w:t>43:55  akhirat ke azab se.</w:t>
      </w:r>
      <w:r>
        <w:br/>
      </w:r>
      <w:r>
        <w:rPr>
          <w:sz w:val="20"/>
        </w:rPr>
        <w:t>44:01  yahan hasana ka matlab kya hai?</w:t>
      </w:r>
      <w:r>
        <w:br/>
      </w:r>
      <w:r>
        <w:rPr>
          <w:sz w:val="20"/>
        </w:rPr>
        <w:t>44:03  is ka matlab yeh hai ke dunya mein hum jis ko hasna samajhte hain, hum chahte hain ke hamare paas khoob paisa ho, khoob bara bara business ho, bari bari property hamare paas ho.</w:t>
      </w:r>
      <w:r>
        <w:br/>
      </w:r>
      <w:r>
        <w:rPr>
          <w:sz w:val="20"/>
        </w:rPr>
        <w:t>44:16  to yeh matlab nahi hai ke rabbana atina fid dunya hasana ka matlab yeh nahi hai ke dunya ki achaiyan hamein de de. yeh matlab nahi hai is ka.</w:t>
      </w:r>
      <w:r>
        <w:br/>
      </w:r>
      <w:r>
        <w:rPr>
          <w:sz w:val="20"/>
        </w:rPr>
        <w:t>44:26  dekhiye, is mein khud bata diya gaya hai ke hasana ka criteria kya hai.</w:t>
      </w:r>
      <w:r>
        <w:br/>
      </w:r>
      <w:r>
        <w:rPr>
          <w:sz w:val="20"/>
        </w:rPr>
        <w:t>44:34  woh hai isi mein, dekhiye</w:t>
      </w:r>
      <w:r>
        <w:br/>
      </w:r>
      <w:r>
        <w:rPr>
          <w:sz w:val="20"/>
        </w:rPr>
        <w:t>44:40  waqina azabannar yeh hai criteria aur</w:t>
      </w:r>
      <w:r>
        <w:br/>
      </w:r>
      <w:r>
        <w:rPr>
          <w:sz w:val="20"/>
        </w:rPr>
        <w:t>44:46  bacha hum ko akhirat ke azab se. yeh hai criteria, yani woh zindagi hamein guzarnay ki tofeeq de jo hamein akhirat ki pakar se bachane wali ho,</w:t>
      </w:r>
      <w:r>
        <w:br/>
      </w:r>
      <w:r>
        <w:rPr>
          <w:sz w:val="20"/>
        </w:rPr>
        <w:t>45:04  jo hum ko jannat mein le janay wali ho. yeh matlab hai is ka</w:t>
      </w:r>
      <w:r>
        <w:br/>
      </w:r>
      <w:r>
        <w:rPr>
          <w:sz w:val="20"/>
        </w:rPr>
        <w:t>45:12  rabbana atina fid dunya hasana wa fil akhirati hasana waqina azabannar</w:t>
      </w:r>
      <w:r>
        <w:br/>
      </w:r>
      <w:r>
        <w:rPr>
          <w:sz w:val="20"/>
        </w:rPr>
        <w:t>45:23  to aye rab! hum ko de dunya mein hasana, dunya mein achai. hasana ka matlab hai achai, to is ka matlab yeh nahi ke dunya mein hum jis cheez ko acha samajhte hain,</w:t>
      </w:r>
      <w:r>
        <w:br/>
      </w:r>
      <w:r>
        <w:rPr>
          <w:sz w:val="20"/>
        </w:rPr>
        <w:t>45:39  woh cheez hamein de de. khuda jis ko acha samajhta hai, woh hum mang rahe hain. is ayat, is dua mein khuda mangta hai hasana,</w:t>
      </w:r>
      <w:r>
        <w:br/>
      </w:r>
      <w:r>
        <w:rPr>
          <w:sz w:val="20"/>
        </w:rPr>
        <w:t>45:51  woh hasana jo khuda ke nazdeek hasana ho, yani ke jo mere nazdeek hasana ho.</w:t>
      </w:r>
      <w:r>
        <w:br/>
      </w:r>
      <w:r>
        <w:rPr>
          <w:sz w:val="20"/>
        </w:rPr>
        <w:t>45:59  is baat ko achi tarah samajh lena chahiye ke is dunya mein hamari hasana jo hai, woh nahi murad hai. is se khuda ke nazdeek jo hasana hai, akhirat ka jo hasana hai, dunya ka, woh hamein de de.</w:t>
      </w:r>
      <w:r>
        <w:br/>
      </w:r>
      <w:r>
        <w:rPr>
          <w:sz w:val="20"/>
        </w:rPr>
        <w:t>46:16  to khuda ka hasana kya hai?</w:t>
      </w:r>
      <w:r>
        <w:br/>
      </w:r>
      <w:r>
        <w:rPr>
          <w:sz w:val="20"/>
        </w:rPr>
        <w:t>46:20  akhirat mein khuda ka hasana hai jannat. akhirat mein khuda ka hasana hai jannat aur dunya mein khuda ka hasana kya hai?</w:t>
      </w:r>
      <w:r>
        <w:br/>
      </w:r>
      <w:r>
        <w:rPr>
          <w:sz w:val="20"/>
        </w:rPr>
        <w:t>46:31  jannat wali zindagi, jannat tak pohnchanay wali zindagi,</w:t>
      </w:r>
      <w:r>
        <w:br/>
      </w:r>
      <w:r>
        <w:rPr>
          <w:sz w:val="20"/>
        </w:rPr>
        <w:t>46:39  yani khuda ka hasana. khuda ke nazdeek achi cheez akhirat mein jannat hai aur khuda ke nazdeek achi cheez is dunya mein woh zindagi hai jo jannat tak pohnchanay wali ho.</w:t>
      </w:r>
      <w:r>
        <w:br/>
      </w:r>
      <w:r>
        <w:rPr>
          <w:sz w:val="20"/>
        </w:rPr>
        <w:t>47:04  to</w:t>
      </w:r>
      <w:r>
        <w:br/>
      </w:r>
      <w:r>
        <w:rPr>
          <w:sz w:val="20"/>
        </w:rPr>
        <w:t>47:05  rabbana atina fid dunya hasana wa fil akhirati hasana waqina azabannar is dua ka matlab yeh hua,</w:t>
      </w:r>
      <w:r>
        <w:br/>
      </w:r>
      <w:r>
        <w:rPr>
          <w:sz w:val="20"/>
        </w:rPr>
        <w:t>47:16  is dua ka matlab yeh hua ke hamein dunya mein amal saleh ki tofeeq de aur hamein akhirat mein jannat mein dakhil farma.</w:t>
      </w:r>
      <w:r>
        <w:br/>
      </w:r>
      <w:r>
        <w:rPr>
          <w:sz w:val="20"/>
        </w:rPr>
        <w:t>47:26  yeh matlab hua is ka,</w:t>
      </w:r>
      <w:r>
        <w:br/>
      </w:r>
      <w:r>
        <w:rPr>
          <w:sz w:val="20"/>
        </w:rPr>
        <w:t>47:30  ya yoon keh sakte hain ke hamein dunya mein jannati amal ki tofeeq de aur hamein akhirat mein jannat mein dakhlay ki rehmat</w:t>
      </w:r>
      <w:r>
        <w:br/>
      </w:r>
      <w:r>
        <w:rPr>
          <w:sz w:val="20"/>
        </w:rPr>
        <w:t>47:47  ata farma. to kaha ke dunya mein jannati amal aur akhirat mein jannat mein dakhla, yeh matlab hai is ka.</w:t>
      </w:r>
      <w:r>
        <w:br/>
      </w:r>
      <w:r>
        <w:rPr>
          <w:sz w:val="20"/>
        </w:rPr>
        <w:t>48:00  to yeh bohat hi ziyada جامع dua hai, sari baat is ke andar aa gayi hai. lekin is ka yeh matlab nahi hai ke dunya mein hum jo jis cheez ko acha samajhte hain, woh hamein mil jaye.</w:t>
      </w:r>
      <w:r>
        <w:br/>
      </w:r>
      <w:r>
        <w:rPr>
          <w:sz w:val="20"/>
        </w:rPr>
        <w:t>48:15  hargiz nahi, yeh matlab hargiz nahi hai. hasana woh hasana hai jo khuda ke nazdeek hasana ho.</w:t>
      </w:r>
      <w:r>
        <w:br/>
      </w:r>
      <w:r>
        <w:rPr>
          <w:sz w:val="20"/>
        </w:rPr>
        <w:t>48:25  banda nahi samajh sakta ke is ke liye hasana kya hai,</w:t>
      </w:r>
      <w:r>
        <w:br/>
      </w:r>
      <w:r>
        <w:rPr>
          <w:sz w:val="20"/>
        </w:rPr>
        <w:t>48:30  jaise khuda samajh sakta hai.</w:t>
      </w:r>
      <w:r>
        <w:br/>
      </w:r>
      <w:r>
        <w:rPr>
          <w:sz w:val="20"/>
        </w:rPr>
        <w:t>48:36  bande ke liye hasna woh hai jo khuda ke nazdeek hasna ho. to khuda ke nazdeek hasna kya hai?</w:t>
      </w:r>
      <w:r>
        <w:br/>
      </w:r>
      <w:r>
        <w:rPr>
          <w:sz w:val="20"/>
        </w:rPr>
        <w:t>48:46  saara quran yahi bata raha hai, saara quran ke khuda ke nazdeek bande ke liye hasna yeh hai ke woh dunya mein jo us ko zindagi mili hai, 50 saal, 70 saal ki, is mein woh jannat walay amal kare taake woh aakhirat mein jannat mein dakhla paaye.</w:t>
      </w:r>
    </w:p>
    <w:p>
      <w:pPr>
        <w:pStyle w:val="Heading2"/>
      </w:pPr>
      <w:r>
        <w:t>Ibrahim's journey to Mecca and Hajar's trust</w:t>
      </w:r>
    </w:p>
    <w:p>
      <w:r>
        <w:rPr>
          <w:color w:val="666666"/>
          <w:sz w:val="18"/>
        </w:rPr>
        <w:t>Qurbani aur Islam (Al-Risala, August 2018) · 4m 15s · at 17:52 · https://youtu.be/uwy-G-Vtie8?t=1072</w:t>
      </w:r>
    </w:p>
    <w:p>
      <w:r>
        <w:rPr>
          <w:i/>
        </w:rPr>
        <w:t>“Is mansoobe ke liye Allah ta'ala ne Hazrat Ibrahim ka intekhab kiya”</w:t>
      </w:r>
    </w:p>
    <w:p>
      <w:r>
        <w:rPr>
          <w:sz w:val="20"/>
        </w:rPr>
        <w:t>17:52  is mansoobe ke liye allah taala ne Hazrat Ibrahim alaihissalam ka intikhab kiya. chunancha Hazrat Ibrahim alaihissalam apni biwi hajra aur chhote bachche ismail ke sath iraq se nikle aur mukhtalif shahron se guzarte hue aakhir kar wahan pahunche jahan aaj makkah abad hai.</w:t>
      </w:r>
      <w:r>
        <w:br/>
      </w:r>
      <w:r>
        <w:rPr>
          <w:sz w:val="20"/>
        </w:rPr>
        <w:t>18:15  aik rivayat se maloom hota hai ke aap ka yeh safar farishta jibril ki rehnumai mein tay hua. hajra peghambar ibrahim alaihissalam ki biwi theen.</w:t>
      </w:r>
      <w:r>
        <w:br/>
      </w:r>
      <w:r>
        <w:rPr>
          <w:sz w:val="20"/>
        </w:rPr>
        <w:t>18:26  un se aik aulad paida hui jis ka naam ismail rakha gaya. aik khodai mansoobay ke tehat hazrat ibrahim alaihissalam ne hajra aur un ke chhote bachay ismail ko arab mein makkah ke maqam par le ja kar basa diya jo us waqt bilkul ghair abad tha.</w:t>
      </w:r>
      <w:r>
        <w:br/>
      </w:r>
      <w:r>
        <w:rPr>
          <w:sz w:val="20"/>
        </w:rPr>
        <w:t>18:48  is waqay ke baray mein quran mein mukhtasar tor par yeh hawala milta hai: "aur jab ibrahim ne kaha: aye mere rab!</w:t>
      </w:r>
      <w:r>
        <w:br/>
      </w:r>
      <w:r>
        <w:rPr>
          <w:sz w:val="20"/>
        </w:rPr>
        <w:t>18:57  is shehar ko aman wala bana aur mujh ko aur meri aulad ko is se door rakh ke hum buton ki ibadat karein.</w:t>
      </w:r>
      <w:r>
        <w:br/>
      </w:r>
      <w:r>
        <w:rPr>
          <w:sz w:val="20"/>
        </w:rPr>
        <w:t>19:06  aye mere rab! in buton ne bohat logon ko gumrah kar diya. pas jis ne meri pairwi ki woh mera hai aur jis ne mera kaha na mana to tu bakhshnay wala meharban hai.</w:t>
      </w:r>
      <w:r>
        <w:br/>
      </w:r>
      <w:r>
        <w:rPr>
          <w:sz w:val="20"/>
        </w:rPr>
        <w:t>19:19  aye hamar</w:t>
      </w:r>
      <w:r>
        <w:br/>
      </w:r>
      <w:r>
        <w:rPr>
          <w:sz w:val="20"/>
        </w:rPr>
        <w:t>19:20  ay rab! mein ne apni aulad ko aik be kheti ki wadi mein tere mohtaram ghar ke pas basaya hai. aye hamaray</w:t>
      </w:r>
      <w:r>
        <w:br/>
      </w:r>
      <w:r>
        <w:rPr>
          <w:sz w:val="20"/>
        </w:rPr>
        <w:t>19:29  rab! ta ke woh namaz qaim karein. pas tu logon ke dil un ki taraf mail kar de aur un ko fruits ki rozi ata farma ta ke woh shukar karein." hazrat hajra ke baray mein quran mein sirf mukhtasar ishara aya hai.</w:t>
      </w:r>
      <w:r>
        <w:br/>
      </w:r>
      <w:r>
        <w:rPr>
          <w:sz w:val="20"/>
        </w:rPr>
        <w:t>19:48  taham hadith ki mashhoor kitab sahih bukhari mein hajra ke baray mein tafseeli rivayat maujood hai. yeh rivayat yahan naqal ki jati hai.</w:t>
      </w:r>
      <w:r>
        <w:br/>
      </w:r>
      <w:r>
        <w:rPr>
          <w:sz w:val="20"/>
        </w:rPr>
        <w:t>19:58  hazrat abdullah bin abbas kehte hain ke auraton mein sab se pehle hajra ne kamar pata bandha ta ke sarah ko un ke baray mein khabar na ho sake.</w:t>
      </w:r>
      <w:r>
        <w:br/>
      </w:r>
      <w:r>
        <w:rPr>
          <w:sz w:val="20"/>
        </w:rPr>
        <w:t>20:09  phir ibrahim alaihissalam hajra aur un ke bachay ismail ko makkah mein le aaye. us waqt hajra ismail ko doodh pilati theen.</w:t>
      </w:r>
      <w:r>
        <w:br/>
      </w:r>
      <w:r>
        <w:rPr>
          <w:sz w:val="20"/>
        </w:rPr>
        <w:t>20:19  ibrahim alaihissalam ne in dono ko masjid ke oopri hissay mein aik baray darakht ke neechay bitha diya jahan zamzam hai.</w:t>
      </w:r>
      <w:r>
        <w:br/>
      </w:r>
      <w:r>
        <w:rPr>
          <w:sz w:val="20"/>
        </w:rPr>
        <w:t>20:30  us waqt makkah mein aik shakhs bhi maujood na tha aur na hi wahan pani tha. ibrahim alaihissalam ne khajoor ka aik thela aur pani ki aik mashk wahan rakh diya aur khud wahan se rawana hue.</w:t>
      </w:r>
      <w:r>
        <w:br/>
      </w:r>
      <w:r>
        <w:rPr>
          <w:sz w:val="20"/>
        </w:rPr>
        <w:t>20:46  hajra un ke peechay nikli aur kaha ke: "aye abrah</w:t>
      </w:r>
      <w:r>
        <w:br/>
      </w:r>
      <w:r>
        <w:rPr>
          <w:sz w:val="20"/>
        </w:rPr>
        <w:t>20:50  im! hum ko is wadi mein chhod kar aap kahan ja rahe hain jahan na koi insan hai aur na koi aur cheez?" hazrat hajra ne hazrat ibrahim alaihissalam se yeh baat kai bar kahi aur ibrahim alaihissalam ne hajra ki baat par koi dhyan nahi diya.</w:t>
      </w:r>
      <w:r>
        <w:br/>
      </w:r>
      <w:r>
        <w:rPr>
          <w:sz w:val="20"/>
        </w:rPr>
        <w:t>21:08  hajra ne ibrahim alaihissalam se kaha ke: "kya Allah ne aap ko is ka hukum diya hai?" ibrahim alaihissalam ne kaha ke: "haan." hajra ne kaha: "phir to Allah hum ko zaya nahi kare ga." az allah yadiun.</w:t>
      </w:r>
      <w:r>
        <w:br/>
      </w:r>
      <w:r>
        <w:rPr>
          <w:sz w:val="20"/>
        </w:rPr>
        <w:t>21:25  hajra lot aaein. hazrat ibrahim janay lage yahan tak ke jab woh maqam thniya par puhnchay jahan se woh dikhai nahi detay thay to unhon ne apna rukh idhar kiya jahan ab kaba hai aur apnay dono hath utha kar yeh dua ki ke: "aye hamare r</w:t>
      </w:r>
      <w:r>
        <w:br/>
      </w:r>
      <w:r>
        <w:rPr>
          <w:sz w:val="20"/>
        </w:rPr>
        <w:t>21:44  ab! mein ne apni aulad ko aik aisi wadi mein basaya hai jahan kuch nahi ugta." yahan tak ke aap dua karte hue lafz yashkarun tak puhnchay.</w:t>
      </w:r>
      <w:r>
        <w:br/>
      </w:r>
      <w:r>
        <w:rPr>
          <w:sz w:val="20"/>
        </w:rPr>
        <w:t>21:57  hajra ismail ko doodh pilati theen aur mashk mein se pani peeti theen yahan tak ke jab mashk ka pani khatam ho gaya to woh piyasi hueen aur un ke betay ko bhi piyas lagi.</w:t>
      </w:r>
    </w:p>
    <w:p>
      <w:pPr>
        <w:pStyle w:val="Heading2"/>
      </w:pPr>
      <w:r>
        <w:t>hajj verse and its lesson for daily life</w:t>
      </w:r>
    </w:p>
    <w:p>
      <w:r>
        <w:rPr>
          <w:color w:val="666666"/>
          <w:sz w:val="18"/>
        </w:rPr>
        <w:t>Dars -e-Quran June 30, 2007 · 3m 34s · at 29:06 · https://youtu.be/I2HVuhH6eS8?t=1746</w:t>
      </w:r>
    </w:p>
    <w:p>
      <w:r>
        <w:rPr>
          <w:i/>
        </w:rPr>
        <w:t>“فلا رفس ولا فسوق ولا جدال فی الحج”</w:t>
      </w:r>
    </w:p>
    <w:p>
      <w:r>
        <w:rPr>
          <w:sz w:val="20"/>
        </w:rPr>
        <w:t>29:06  197</w:t>
      </w:r>
      <w:r>
        <w:br/>
      </w:r>
      <w:r>
        <w:rPr>
          <w:sz w:val="20"/>
        </w:rPr>
        <w:t>29:12  surah baqarah 197 mein hajj ka bayan hai. to farmaya ke jab hajj ke liye niklo to fala rafs wa la fusooqa wa la jidala fil hajj</w:t>
      </w:r>
      <w:r>
        <w:br/>
      </w:r>
      <w:r>
        <w:rPr>
          <w:sz w:val="20"/>
        </w:rPr>
        <w:t>29:32  fala rafs wa la fusooqa wa la jidala fil hajj yaani hajj ke safar mein aap jante hain ke aadmi bohat se logon ke beech mein aa jata hai.</w:t>
      </w:r>
      <w:r>
        <w:br/>
      </w:r>
      <w:r>
        <w:rPr>
          <w:sz w:val="20"/>
        </w:rPr>
        <w:t>29:45  aap ghar mein, aap apne ghar mein akele hain. lekin jab hajj ke liye niklenge aap to bohat se logon ke saath safar karna padega. bohat se logon ke saath rehna padega.</w:t>
      </w:r>
      <w:r>
        <w:br/>
      </w:r>
      <w:r>
        <w:rPr>
          <w:sz w:val="20"/>
        </w:rPr>
        <w:t>29:57  bohat se logon ke saath mil kar ke ibadat karna padega.</w:t>
      </w:r>
      <w:r>
        <w:br/>
      </w:r>
      <w:r>
        <w:rPr>
          <w:sz w:val="20"/>
        </w:rPr>
        <w:t>30:02  to kya hota hai phir? baar baar aisa hota hai ke koi kahin ikhtilaf ho gaya, kahin difference aa gaya, kahin shikayat ho gayi, kahin kisi se kisi ko takleef pahanch gayi.</w:t>
      </w:r>
      <w:r>
        <w:br/>
      </w:r>
      <w:r>
        <w:rPr>
          <w:sz w:val="20"/>
        </w:rPr>
        <w:t>30:16  to farmaya ke fala rafs wa la fusooqa wa la jidala fil hajj ke hajj ke liye niklo jab tum to na to tumhein gandi baat bolna hai, na jhagda karna hai,</w:t>
      </w:r>
      <w:r>
        <w:br/>
      </w:r>
      <w:r>
        <w:rPr>
          <w:sz w:val="20"/>
        </w:rPr>
        <w:t>30:31  na koi buri baat bolna hai. to gandi baat, buri baat, jhagde wali baat, in sab baaton se apne aap ko bachana hai.</w:t>
      </w:r>
      <w:r>
        <w:br/>
      </w:r>
      <w:r>
        <w:rPr>
          <w:sz w:val="20"/>
        </w:rPr>
        <w:t>30:42  iska matlab yeh nahi ke hajj mein bachana hai sirf. nahi</w:t>
      </w:r>
      <w:r>
        <w:br/>
      </w:r>
      <w:r>
        <w:rPr>
          <w:sz w:val="20"/>
        </w:rPr>
        <w:t>30:47  . hajj to training period hai in baaton ke liye. hum society mein kaise rahen?</w:t>
      </w:r>
      <w:r>
        <w:br/>
      </w:r>
      <w:r>
        <w:rPr>
          <w:sz w:val="20"/>
        </w:rPr>
        <w:t>30:57  logon ke saath jab hum mil jul kar rahen to kaise rahen? to wahan par yeh karna hai humein. roz apni daily life mein ke na munh se hum gandi baat bolen, na buri baat nikalen, na jhagda karen.</w:t>
      </w:r>
      <w:r>
        <w:br/>
      </w:r>
      <w:r>
        <w:rPr>
          <w:sz w:val="20"/>
        </w:rPr>
        <w:t>31:13  is tarah se hamein apni society mein rehna hai.</w:t>
      </w:r>
      <w:r>
        <w:br/>
      </w:r>
      <w:r>
        <w:rPr>
          <w:sz w:val="20"/>
        </w:rPr>
        <w:t>31:17  to haj mein ek ibadat ke mahol paida kar ke wahan is ki training ki jati hai. is ki training di jati hai.</w:t>
      </w:r>
      <w:r>
        <w:br/>
      </w:r>
      <w:r>
        <w:rPr>
          <w:sz w:val="20"/>
        </w:rPr>
        <w:t>31:28  to yeh sari zindagi ke liye yeh baat chahiye</w:t>
      </w:r>
      <w:r>
        <w:br/>
      </w:r>
      <w:r>
        <w:rPr>
          <w:sz w:val="20"/>
        </w:rPr>
        <w:t>31:34  ke aadmi sari zindagi is tarah rahe ke logon ke sath woh peaceful tareeqe se rahe. logon ke sath sharafat ke sath rahe. logon ke sath is tarah rahe ke un ke liye koi woh problem create nahi kar raha hai.</w:t>
      </w:r>
      <w:r>
        <w:br/>
      </w:r>
      <w:r>
        <w:rPr>
          <w:sz w:val="20"/>
        </w:rPr>
        <w:t>31:49  yeh hamein apni daily life mein karna hai aur sari umar karna hai.</w:t>
      </w:r>
      <w:r>
        <w:br/>
      </w:r>
      <w:r>
        <w:rPr>
          <w:sz w:val="20"/>
        </w:rPr>
        <w:t>31:56  isi ki training ke liye, isi ki tarbiyat ke liye haj mein is ko khaas tareeqe se is par emphasis di gai.</w:t>
      </w:r>
      <w:r>
        <w:br/>
      </w:r>
      <w:r>
        <w:rPr>
          <w:sz w:val="20"/>
        </w:rPr>
        <w:t>32:07  bohat hi important ke sath is ko bataya gaya.</w:t>
      </w:r>
      <w:r>
        <w:br/>
      </w:r>
      <w:r>
        <w:rPr>
          <w:sz w:val="20"/>
        </w:rPr>
        <w:t>32:11  ke haj mein agar tum bharpoor tor par apne andar yeh habit paida kar lo, apne aap ko train kar lo, apne zehan ko bana lo to phir sari zindagi is ka asar rahega aur tumhari daily life mein, yani wapas aane ke baad jo tumhari daily life hai,</w:t>
      </w:r>
      <w:r>
        <w:br/>
      </w:r>
      <w:r>
        <w:rPr>
          <w:sz w:val="20"/>
        </w:rPr>
        <w:t>32:33  woh is mein is mein is ka rang dikhai dega.</w:t>
      </w:r>
    </w:p>
    <w:p>
      <w:pPr>
        <w:pStyle w:val="Heading2"/>
      </w:pPr>
      <w:r>
        <w:t>the five pillars of Islam and the true purpose of fasting</w:t>
      </w:r>
    </w:p>
    <w:p>
      <w:r>
        <w:rPr>
          <w:color w:val="666666"/>
          <w:sz w:val="18"/>
        </w:rPr>
        <w:t>Ramadan The Month of Fasting August 29, 2008 Maulana Wahiduddin Khan · 4m 37s · at 0:36 · https://youtu.be/DcDEAI5bgAg?t=36</w:t>
      </w:r>
    </w:p>
    <w:p>
      <w:r>
        <w:rPr>
          <w:i/>
        </w:rPr>
        <w:t>“Today's topic: Ramadan, the month of fasting”</w:t>
      </w:r>
    </w:p>
    <w:p>
      <w:r>
        <w:rPr>
          <w:sz w:val="20"/>
        </w:rPr>
        <w:t>0:36  aaj ka topic hai:</w:t>
      </w:r>
      <w:r>
        <w:br/>
      </w:r>
      <w:r>
        <w:rPr>
          <w:sz w:val="20"/>
        </w:rPr>
        <w:t>0:41  Ramadan the month of fasting, yani roze ka mahina.</w:t>
      </w:r>
      <w:r>
        <w:br/>
      </w:r>
      <w:r>
        <w:rPr>
          <w:sz w:val="20"/>
        </w:rPr>
        <w:t>0:54  Payambar e Islam Salallahu Alaihi Wasallam ki ek hadith ke mutabiq</w:t>
      </w:r>
      <w:r>
        <w:br/>
      </w:r>
      <w:r>
        <w:rPr>
          <w:sz w:val="20"/>
        </w:rPr>
        <w:t>1:01  islam ke panch rukn hain, yaani panch pillars hain:</w:t>
      </w:r>
      <w:r>
        <w:br/>
      </w:r>
      <w:r>
        <w:rPr>
          <w:sz w:val="20"/>
        </w:rPr>
        <w:t>1:08  imaan, namaz, roza, hajj, aur zakat. is ko kaha jata hai arkan e khamsa.</w:t>
      </w:r>
      <w:r>
        <w:br/>
      </w:r>
      <w:r>
        <w:rPr>
          <w:sz w:val="20"/>
        </w:rPr>
        <w:t>1:22  in panch arkan mein se ek hai roza.</w:t>
      </w:r>
      <w:r>
        <w:br/>
      </w:r>
      <w:r>
        <w:rPr>
          <w:sz w:val="20"/>
        </w:rPr>
        <w:t>1:29  roza poore ek mahine ke liye hota hai, hijri calendar ka nawaan mahina, jis ko ramzan kaha jata hai.</w:t>
      </w:r>
      <w:r>
        <w:br/>
      </w:r>
      <w:r>
        <w:rPr>
          <w:sz w:val="20"/>
        </w:rPr>
        <w:t>1:42  is mahine mein poore ek mahine ke liye roza rakhna yeh hai islam ke panch arkan mein se ek rukn.</w:t>
      </w:r>
      <w:r>
        <w:br/>
      </w:r>
      <w:r>
        <w:rPr>
          <w:sz w:val="20"/>
        </w:rPr>
        <w:t>1:58  urdu mein is ko roza kehte hain, angrezi mein fasting kehte hain, arabic mein is ko saum kaha jata hai.</w:t>
      </w:r>
      <w:r>
        <w:br/>
      </w:r>
      <w:r>
        <w:rPr>
          <w:sz w:val="20"/>
        </w:rPr>
        <w:t>2:11  saum ka matlab hai abstinance, rukna. hadith mein kaha gaya hai ramzan ko shahr e sabr, sabr ka mahina.</w:t>
      </w:r>
      <w:r>
        <w:br/>
      </w:r>
      <w:r>
        <w:rPr>
          <w:sz w:val="20"/>
        </w:rPr>
        <w:t>2:27  to rukne ka mahina ya sabr karne ka mahina dono ek hi baat hain, yaani patience ka mahina.</w:t>
      </w:r>
      <w:r>
        <w:br/>
      </w:r>
      <w:r>
        <w:rPr>
          <w:sz w:val="20"/>
        </w:rPr>
        <w:t>2:39  to bazahir roze ke zamane mein yeh hota hai ke din ke waqt, yaani subah sadiq se suraj ke gharub hone tak, khana aur peena chhod diya jata hai.</w:t>
      </w:r>
      <w:r>
        <w:br/>
      </w:r>
      <w:r>
        <w:rPr>
          <w:sz w:val="20"/>
        </w:rPr>
        <w:t>2:55  yaani khane aur peene se rukna yeh hai roze ki zahiri surat. lekin roza haqeeqat mein har us cheez se rukna hai jis ko Khuda aur Rasool ne mana kiya hai.</w:t>
      </w:r>
      <w:r>
        <w:br/>
      </w:r>
      <w:r>
        <w:rPr>
          <w:sz w:val="20"/>
        </w:rPr>
        <w:t>3:13  har us cheez se rukna hai.</w:t>
      </w:r>
      <w:r>
        <w:br/>
      </w:r>
      <w:r>
        <w:rPr>
          <w:sz w:val="20"/>
        </w:rPr>
        <w:t>3:16  yaani goya ke roza is maqsad ke liye hai ke aadmi apne aap ko Khuda ki mana ki hui cheezon se rokne ka,</w:t>
      </w:r>
      <w:r>
        <w:br/>
      </w:r>
      <w:r>
        <w:rPr>
          <w:sz w:val="20"/>
        </w:rPr>
        <w:t>3:33  rokne ki tarbiyat le. ki</w:t>
      </w:r>
      <w:r>
        <w:br/>
      </w:r>
      <w:r>
        <w:rPr>
          <w:sz w:val="20"/>
        </w:rPr>
        <w:t>3:37  kyun ke dekhiye, ek mahina jab barabar aap roza rakhte hain to psychological strategies jo hain, nafsiyat ka jo mutala hai woh batata hai ke barabar 30 din tak agar aap ek kaam ko karein regular tor par to woh aap ke,</w:t>
      </w:r>
      <w:r>
        <w:br/>
      </w:r>
      <w:r>
        <w:rPr>
          <w:sz w:val="20"/>
        </w:rPr>
        <w:t>4:06  aap ki habit ban jata hai.</w:t>
      </w:r>
      <w:r>
        <w:br/>
      </w:r>
      <w:r>
        <w:rPr>
          <w:sz w:val="20"/>
        </w:rPr>
        <w:t>4:12  yeh hai training, is ka naam hai training. to ek mahine tak jab aap rukte hain, apne aap ko rokate hain khane peene se, galat cheezon se, maslan jhoot bolne se rokate hain,</w:t>
      </w:r>
      <w:r>
        <w:br/>
      </w:r>
      <w:r>
        <w:rPr>
          <w:sz w:val="20"/>
        </w:rPr>
        <w:t>4:26  aur dishonesty se rokate hain, aur violence se rokate hain apne aap ko</w:t>
      </w:r>
      <w:r>
        <w:br/>
      </w:r>
      <w:r>
        <w:rPr>
          <w:sz w:val="20"/>
        </w:rPr>
        <w:t>4:35  . to yeh sari cheezein jo hain, jo mana hain shariyat mein, jab aap us se rokate hain to aap ke andar ek personality banti hai.</w:t>
      </w:r>
      <w:r>
        <w:br/>
      </w:r>
      <w:r>
        <w:rPr>
          <w:sz w:val="20"/>
        </w:rPr>
        <w:t>4:44  ek aisi personality jis mein</w:t>
      </w:r>
      <w:r>
        <w:br/>
      </w:r>
      <w:r>
        <w:rPr>
          <w:sz w:val="20"/>
        </w:rPr>
        <w:t>4:49  negative aspect na ho, sirf positive aspect ho. yeh hai roza. to roza darasal tarbiyat ka mahina hai,</w:t>
      </w:r>
      <w:r>
        <w:br/>
      </w:r>
      <w:r>
        <w:rPr>
          <w:sz w:val="20"/>
        </w:rPr>
        <w:t>5:05  training ka mahina hai, apne aap ko tayyar karne ka mahina hai.</w:t>
      </w:r>
    </w:p>
    <w:p>
      <w:pPr>
        <w:pStyle w:val="Heading2"/>
      </w:pPr>
      <w:r>
        <w:t>Q&amp;A on prayer and angels' intercession</w:t>
      </w:r>
    </w:p>
    <w:p>
      <w:r>
        <w:rPr>
          <w:color w:val="666666"/>
          <w:sz w:val="18"/>
        </w:rPr>
        <w:t>CPS INTERNATIONAL EK TA 'RUF · 4m 17s · at 24:59 · https://youtu.be/THnDqEQqhJk?t=1499</w:t>
      </w:r>
    </w:p>
    <w:p>
      <w:r>
        <w:rPr>
          <w:i/>
        </w:rPr>
        <w:t>“Here are two questions from the previous class.”</w:t>
      </w:r>
    </w:p>
    <w:p>
      <w:r>
        <w:rPr>
          <w:sz w:val="20"/>
        </w:rPr>
        <w:t>24:59  aaj ke talk ke related kisi ka koi question hai to woh mujhe whatsapp karen ya facebook ke comment section mein daal dein jis ka answer next section mein sara dein gi.</w:t>
      </w:r>
      <w:r>
        <w:br/>
      </w:r>
      <w:r>
        <w:rPr>
          <w:sz w:val="20"/>
        </w:rPr>
        <w:t>25:13  ab pichli class ke do question hain jinka jawab diya jayega.</w:t>
      </w:r>
      <w:r>
        <w:br/>
      </w:r>
      <w:r>
        <w:rPr>
          <w:sz w:val="20"/>
        </w:rPr>
        <w:t>25:18  Jazak Allah. Kolkata se brother Aftab Alam ka sawal tha: "From the class about the dua, it is my learning that attachment to Almighty God is necessary.</w:t>
      </w:r>
      <w:r>
        <w:br/>
      </w:r>
      <w:r>
        <w:rPr>
          <w:sz w:val="20"/>
        </w:rPr>
        <w:t>25:34  My question is: How can I grow such attachment to God for creative dua?"</w:t>
      </w:r>
      <w:r>
        <w:br/>
      </w:r>
      <w:r>
        <w:rPr>
          <w:sz w:val="20"/>
        </w:rPr>
        <w:t>25:41  dekhiye, insaan ek intehai aajiz makhlooq hai aur har choti ya badi zaroorat ke liye Khuda ka mohtaaj hai. jab zarooraton ki fehrist khatam nahi ho sakti to duaon ka silsila bhi khatam nahi hota.</w:t>
      </w:r>
      <w:r>
        <w:br/>
      </w:r>
      <w:r>
        <w:rPr>
          <w:sz w:val="20"/>
        </w:rPr>
        <w:t>25:57  to musalsal duaon se</w:t>
      </w:r>
      <w:r>
        <w:br/>
      </w:r>
      <w:r>
        <w:rPr>
          <w:sz w:val="20"/>
        </w:rPr>
        <w:t>26:00  insaan ka musalsal Allah se ta'alluq bana rehta hai. yeh baat wazeh rahe ke Allah se ta'alluq paida kar ke phir dua karna hai, aisa nahi hai balke dua karne ke amal se Allah se ta'alluq bana rehta hai.</w:t>
      </w:r>
      <w:r>
        <w:br/>
      </w:r>
      <w:r>
        <w:rPr>
          <w:sz w:val="20"/>
        </w:rPr>
        <w:t>26:18  is liye hamein bohat zyada dua karne wale ban jana chahiye. doosra sawal ek interfaith program mein poocha gaya tha.</w:t>
      </w:r>
      <w:r>
        <w:br/>
      </w:r>
      <w:r>
        <w:rPr>
          <w:sz w:val="20"/>
        </w:rPr>
        <w:t>26:31  Christianity mein prayer towers ka concept hai jis mein</w:t>
      </w:r>
      <w:r>
        <w:br/>
      </w:r>
      <w:r>
        <w:rPr>
          <w:sz w:val="20"/>
        </w:rPr>
        <w:t>26:36  free prayer request bhejte hain log email ke zariye ya phone ya khatoot ke zariye. kuch priests ka yahi makhsoos kaam hai ke woh yeh request ko parhein aur dua karein un ke liye.</w:t>
      </w:r>
      <w:r>
        <w:br/>
      </w:r>
      <w:r>
        <w:rPr>
          <w:sz w:val="20"/>
        </w:rPr>
        <w:t>26:51  toh in ka mere se sawal tha ke kya Islam mein kuch aisa hai?</w:t>
      </w:r>
      <w:r>
        <w:br/>
      </w:r>
      <w:r>
        <w:rPr>
          <w:sz w:val="20"/>
        </w:rPr>
        <w:t>26:57  maine kaha ke hai lekin ek farq ke sath. woh yeh ke yeh intezam Allah ne farishton ke zariye kiya hai.</w:t>
      </w:r>
      <w:r>
        <w:br/>
      </w:r>
      <w:r>
        <w:rPr>
          <w:sz w:val="20"/>
        </w:rPr>
        <w:t>27:07  surah momin chapter forty verses seven to nine: "jo arsh ko uthaye hue hain aur jo is ke ird gird hain, woh apne rab ki tasbeeh karte hain</w:t>
      </w:r>
      <w:r>
        <w:br/>
      </w:r>
      <w:r>
        <w:rPr>
          <w:sz w:val="20"/>
        </w:rPr>
        <w:t>27:20  is ki hamd ke sath aur woh is par iman rakhte hain aur woh iman walon ke liye maghfirat ki dua karte hain.</w:t>
      </w:r>
      <w:r>
        <w:br/>
      </w:r>
      <w:r>
        <w:rPr>
          <w:sz w:val="20"/>
        </w:rPr>
        <w:t>27:29  ae hamare rab! teri rehmat aur tera ilm har cheez ka ahata kiye hue hai. pas tu maaf kar de un logon ko jo tauba karein aur tere raste ki pairwi karein aur tu un ko jahannum ke azab se bacha, ae hamare rab!</w:t>
      </w:r>
      <w:r>
        <w:br/>
      </w:r>
      <w:r>
        <w:rPr>
          <w:sz w:val="20"/>
        </w:rPr>
        <w:t>27:47  aur tu un ko hamesha rehne wale baghon mein dakhil</w:t>
      </w:r>
      <w:r>
        <w:br/>
      </w:r>
      <w:r>
        <w:rPr>
          <w:sz w:val="20"/>
        </w:rPr>
        <w:t>27:50  kar jin ka tu ne un se wada kiya hai aur un ko bhi jo saleh hon, un ke waldein aur un ki biwiyon aur un ki aulad mein se.</w:t>
      </w:r>
      <w:r>
        <w:br/>
      </w:r>
      <w:r>
        <w:rPr>
          <w:sz w:val="20"/>
        </w:rPr>
        <w:t>28:01  beshak tu zabardast hai, hikmat wala hai aur un ko buraiyon se bacha le aur jin ko tu ne is din buraiyon se bachaya to un par tu ne reham kiya aur yahi bari kamyabi hai.</w:t>
      </w:r>
      <w:r>
        <w:br/>
      </w:r>
      <w:r>
        <w:rPr>
          <w:sz w:val="20"/>
        </w:rPr>
        <w:t>28:14  Allah ne hamare liye farishton se yeh intezam kar ke hamari mehnaton ka rukh is taraf phera hai ke hum aise aamal ki mehnat karein jo hamein farishton ki duaon ka mustahiq banate hain.</w:t>
      </w:r>
      <w:r>
        <w:br/>
      </w:r>
      <w:r>
        <w:rPr>
          <w:sz w:val="20"/>
        </w:rPr>
        <w:t>28:31  farishton ki duaon ke sath sath hamein un insanon ki duaen bhi lagti hain jin ke sath hum bhalai karte hain aur woh hamein duaen dete hain.</w:t>
      </w:r>
      <w:r>
        <w:br/>
      </w:r>
      <w:r>
        <w:rPr>
          <w:sz w:val="20"/>
        </w:rPr>
        <w:t>28:41  kaisa intezam hai rehman o raheem Allah ka hamare liye</w:t>
      </w:r>
      <w:r>
        <w:br/>
      </w:r>
      <w:r>
        <w:rPr>
          <w:sz w:val="20"/>
        </w:rPr>
        <w:t>28:46  ? jazak Allah. over to you faheeda. jazak Allah everyone. assalam o alaikum.</w:t>
      </w:r>
    </w:p>
    <w:p>
      <w:pPr>
        <w:pStyle w:val="Heading2"/>
      </w:pPr>
      <w:r>
        <w:t>All blessings from Allah and the lifelong practice of gratitude</w:t>
      </w:r>
    </w:p>
    <w:p>
      <w:r>
        <w:rPr>
          <w:color w:val="666666"/>
          <w:sz w:val="18"/>
        </w:rPr>
        <w:t>The Spirit of Fasting Gratitude to God April 25, 2020 Maulana Wahiduddin Khan · 4m 21s · at 7:21 · https://youtu.be/ql1UxsMLOzg?t=441</w:t>
      </w:r>
    </w:p>
    <w:p>
      <w:r>
        <w:rPr>
          <w:i/>
        </w:rPr>
        <w:t>“Poori universe custom-made universe hai”</w:t>
      </w:r>
    </w:p>
    <w:p>
      <w:r>
        <w:rPr>
          <w:sz w:val="20"/>
        </w:rPr>
        <w:t>7:21  Poori universe custom made universe hai.</w:t>
      </w:r>
      <w:r>
        <w:br/>
      </w:r>
      <w:r>
        <w:rPr>
          <w:sz w:val="20"/>
        </w:rPr>
        <w:t>7:26  Yeh sab cheezein aap ko yaad aati hain ke kaisi ajeeb meharbani hai Khuda ki ke usne hamare liye poori poori universe ko custom made universe bana diya.</w:t>
      </w:r>
      <w:r>
        <w:br/>
      </w:r>
      <w:r>
        <w:rPr>
          <w:sz w:val="20"/>
        </w:rPr>
        <w:t>7:44  Ab yeh sab ke baad jab aap iftar karte hain, jab aap</w:t>
      </w:r>
      <w:r>
        <w:br/>
      </w:r>
      <w:r>
        <w:rPr>
          <w:sz w:val="20"/>
        </w:rPr>
        <w:t>7:55  namaz padhte hain, taraveeh padhte hain to aap ka ehsaas nemmat ke bare mein kai guna badh jata hai.</w:t>
      </w:r>
      <w:r>
        <w:br/>
      </w:r>
      <w:r>
        <w:rPr>
          <w:sz w:val="20"/>
        </w:rPr>
        <w:t>8:18  To nemmat sirf khana peena nahi hai. Har cheez nemmat hai. Maslan dekhiye aap aap pani yeh jo hawa hai hawa hum ko har waqt milti hai.</w:t>
      </w:r>
      <w:r>
        <w:br/>
      </w:r>
      <w:r>
        <w:rPr>
          <w:sz w:val="20"/>
        </w:rPr>
        <w:t>8:34  Hawa mein hum saans lete hain. Lekin aap jante hain ke jab hawa mein saans lete hain hum to hum</w:t>
      </w:r>
      <w:r>
        <w:br/>
      </w:r>
      <w:r>
        <w:rPr>
          <w:sz w:val="20"/>
        </w:rPr>
        <w:t>8:49  bahut qeemti nemmat hasil hoti hai hum ko. Jab hawa mein saans lete hain to hum aakhri din inhale karte hain.</w:t>
      </w:r>
      <w:r>
        <w:br/>
      </w:r>
      <w:r>
        <w:rPr>
          <w:sz w:val="20"/>
        </w:rPr>
        <w:t>9:00  Aur aakhri din itni qeemti cheez hai ke iske baghair hum zinda nahi reh sakte.</w:t>
      </w:r>
      <w:r>
        <w:br/>
      </w:r>
      <w:r>
        <w:rPr>
          <w:sz w:val="20"/>
        </w:rPr>
        <w:t>9:08  Aur jab hum saans nikalte hain to hum carbon ko exhale karte hain.</w:t>
      </w:r>
      <w:r>
        <w:br/>
      </w:r>
      <w:r>
        <w:rPr>
          <w:sz w:val="20"/>
        </w:rPr>
        <w:t>9:21  Kitna bada nizam hai yeh. To dunya mein har cheez</w:t>
      </w:r>
      <w:r>
        <w:br/>
      </w:r>
      <w:r>
        <w:rPr>
          <w:sz w:val="20"/>
        </w:rPr>
        <w:t>9:28  nemmat hai. Allah Rabbul Alameen ki atiya hai. To in nematon ko, in atiyaat ko yaad karna aur is par Allah Rabbul Alameen ka</w:t>
      </w:r>
      <w:r>
        <w:br/>
      </w:r>
      <w:r>
        <w:rPr>
          <w:sz w:val="20"/>
        </w:rPr>
        <w:t>9:45  shukr karna. Shukr ke maani hote hain</w:t>
      </w:r>
      <w:r>
        <w:br/>
      </w:r>
      <w:r>
        <w:rPr>
          <w:sz w:val="20"/>
        </w:rPr>
        <w:t>9:56  gehra ehsaas. Shukr ke maani yani ek zuban se keh diya gehra ehsaas atiyaat ilahi ka.</w:t>
      </w:r>
      <w:r>
        <w:br/>
      </w:r>
      <w:r>
        <w:rPr>
          <w:sz w:val="20"/>
        </w:rPr>
        <w:t>10:11  Atiyaat ilahi ka gehra ehsaas.</w:t>
      </w:r>
      <w:r>
        <w:br/>
      </w:r>
      <w:r>
        <w:rPr>
          <w:sz w:val="20"/>
        </w:rPr>
        <w:t>10:19  To main chahta hoon ke aap log is ehsaas ko zinda karein. Is ehsaas ko zinda karein.</w:t>
      </w:r>
      <w:r>
        <w:br/>
      </w:r>
      <w:r>
        <w:rPr>
          <w:sz w:val="20"/>
        </w:rPr>
        <w:t>10:30  Aur is is mahine mein is mahine mein zyada se zyada is baat ko</w:t>
      </w:r>
      <w:r>
        <w:br/>
      </w:r>
      <w:r>
        <w:rPr>
          <w:sz w:val="20"/>
        </w:rPr>
        <w:t>10:39  koshish karein ke aap Allah ke shukr guzar bande bankar rahein.</w:t>
      </w:r>
      <w:r>
        <w:br/>
      </w:r>
      <w:r>
        <w:rPr>
          <w:sz w:val="20"/>
        </w:rPr>
        <w:t>10:48  Allah ke shukr guzar bande bankar rahein. Ya aap ki ibadat mein, aap ki har cheez mein shukr guzari ka jazba, shukr guzari ki</w:t>
      </w:r>
      <w:r>
        <w:br/>
      </w:r>
      <w:r>
        <w:rPr>
          <w:sz w:val="20"/>
        </w:rPr>
        <w:t>11:06  spirit shamil ho jaye.</w:t>
      </w:r>
      <w:r>
        <w:br/>
      </w:r>
      <w:r>
        <w:rPr>
          <w:sz w:val="20"/>
        </w:rPr>
        <w:t>11:12  Shukr guzari ki spirit jari o sari ho jaye.</w:t>
      </w:r>
      <w:r>
        <w:br/>
      </w:r>
      <w:r>
        <w:rPr>
          <w:sz w:val="20"/>
        </w:rPr>
        <w:t>11:22  Aur phir yahi کیفیت poore mahine rahe, poore saal rahe, poori zindagi rahe,</w:t>
      </w:r>
      <w:r>
        <w:br/>
      </w:r>
      <w:r>
        <w:rPr>
          <w:sz w:val="20"/>
        </w:rPr>
        <w:t>11:34  aakhri waqt tak baqi rahe. Yeh ehsaas shukr.</w:t>
      </w:r>
    </w:p>
    <w:p>
      <w:pPr>
        <w:pStyle w:val="Heading2"/>
      </w:pPr>
      <w:r>
        <w:t>Hadith on the immense virtue of seeking knowledge</w:t>
      </w:r>
    </w:p>
    <w:p>
      <w:r>
        <w:rPr>
          <w:color w:val="666666"/>
          <w:sz w:val="18"/>
        </w:rPr>
        <w:t>Lessons From The Life of Abu Darda (ra) November 9, 2025 · 3m 15s · at 38:38 · https://youtu.be/5V4oxolMiBA?t=2318</w:t>
      </w:r>
    </w:p>
    <w:p>
      <w:r>
        <w:rPr>
          <w:i/>
        </w:rPr>
        <w:t>“A man traveled just to hear one hadith”</w:t>
      </w:r>
    </w:p>
    <w:p>
      <w:r>
        <w:rPr>
          <w:sz w:val="20"/>
        </w:rPr>
        <w:t>38:38  yes, yes, yes. doctor sahib, why is seeking knowledge so important in Islam, to the extent that Allah has promised paradise for those who pursue it?</w:t>
      </w:r>
      <w:r>
        <w:br/>
      </w:r>
      <w:r>
        <w:rPr>
          <w:sz w:val="20"/>
        </w:rPr>
        <w:t>38:52  yar, e</w:t>
      </w:r>
      <w:r>
        <w:br/>
      </w:r>
      <w:r>
        <w:rPr>
          <w:sz w:val="20"/>
        </w:rPr>
        <w:t>38:53  absolutely, its such a important thing. and there is a narration from Kathir bin Qais, in</w:t>
      </w:r>
      <w:r>
        <w:br/>
      </w:r>
      <w:r>
        <w:rPr>
          <w:sz w:val="20"/>
        </w:rPr>
        <w:t>39:05  masjid Damascus. we was sitting with Abu Dardah in the mosque of Damascus.</w:t>
      </w:r>
      <w:r>
        <w:br/>
      </w:r>
      <w:r>
        <w:rPr>
          <w:sz w:val="20"/>
        </w:rPr>
        <w:t>39:13  a man comes and says that I have come from Madinah, from the Prophet city.</w:t>
      </w:r>
      <w:r>
        <w:br/>
      </w:r>
      <w:r>
        <w:rPr>
          <w:sz w:val="20"/>
        </w:rPr>
        <w:t>39:29  that I have come to know that you narrate hadith from the Prophet, and I have not come for any other purpose.</w:t>
      </w:r>
      <w:r>
        <w:br/>
      </w:r>
      <w:r>
        <w:rPr>
          <w:sz w:val="20"/>
        </w:rPr>
        <w:t>39:39  so Abu Dardah (RA) was surprised, and he said, "you have come for no</w:t>
      </w:r>
      <w:r>
        <w:br/>
      </w:r>
      <w:r>
        <w:rPr>
          <w:sz w:val="20"/>
        </w:rPr>
        <w:t>39:43  other purpose, you have just come to know this hadith." and then Hazrat Abu Dardah said, "abshar, good</w:t>
      </w:r>
      <w:r>
        <w:br/>
      </w:r>
      <w:r>
        <w:rPr>
          <w:sz w:val="20"/>
        </w:rPr>
        <w:t>39:51  news for you." he said, "Abu Dardah (RA) said that the Prophet had said, 'whoever travels a path seeking knowledge, Allah will make him to travel a path from paradise.'</w:t>
      </w:r>
      <w:r>
        <w:br/>
      </w:r>
      <w:r>
        <w:rPr>
          <w:sz w:val="20"/>
        </w:rPr>
        <w:t>40:19  " and he said, "indeed pleasure for the seeker of knowledge,</w:t>
      </w:r>
      <w:r>
        <w:br/>
      </w:r>
      <w:r>
        <w:rPr>
          <w:sz w:val="20"/>
        </w:rPr>
        <w:t>40:42  and truly everyone in the heavens and earth</w:t>
      </w:r>
      <w:r>
        <w:br/>
      </w:r>
      <w:r>
        <w:rPr>
          <w:sz w:val="20"/>
        </w:rPr>
        <w:t>40:45  , ask forgiveness for the scholar, even the fish in the depth of the sea. and the superiority,</w:t>
      </w:r>
      <w:r>
        <w:br/>
      </w:r>
      <w:r>
        <w:rPr>
          <w:sz w:val="20"/>
        </w:rPr>
        <w:t>41:03  and the superiority of the scholar over the devotee worshipper, is like the superiority of a full moon in a clear night over all the stars.</w:t>
      </w:r>
      <w:r>
        <w:br/>
      </w:r>
      <w:r>
        <w:rPr>
          <w:sz w:val="20"/>
        </w:rPr>
        <w:t>41:19  and the scholars are the heirs of the prophets,</w:t>
      </w:r>
      <w:r>
        <w:br/>
      </w:r>
      <w:r>
        <w:rPr>
          <w:sz w:val="20"/>
        </w:rPr>
        <w:t>41:28  and the prophets did not leave behind dinar or dirham, meaning any wealth, but they left knowledge. so whoever takes it, has taken an abundant share.</w:t>
      </w:r>
      <w:r>
        <w:br/>
      </w:r>
      <w:r>
        <w:rPr>
          <w:sz w:val="20"/>
        </w:rPr>
        <w:t>41:43  so seeking knowledge helps a believer understand God and his creation plan and grow in character.</w:t>
      </w:r>
    </w:p>
    <w:p>
      <w:pPr>
        <w:pStyle w:val="Heading2"/>
      </w:pPr>
      <w:r>
        <w:t>The spiritual feelings and lessons hajj creates</w:t>
      </w:r>
    </w:p>
    <w:p>
      <w:r>
        <w:rPr>
          <w:color w:val="666666"/>
          <w:sz w:val="18"/>
        </w:rPr>
        <w:t>Spirit of Hajj July 3, 2022 Prof. Farida Khanam · 4m 20s · at 17:42 · https://youtu.be/--Nez1VOcAQ?t=1062</w:t>
      </w:r>
    </w:p>
    <w:p>
      <w:r>
        <w:rPr>
          <w:i/>
        </w:rPr>
        <w:t>“मैं पहले सोचती थी कि हज की इतनी importance क्यों है”</w:t>
      </w:r>
    </w:p>
    <w:p>
      <w:r>
        <w:rPr>
          <w:sz w:val="20"/>
        </w:rPr>
        <w:t>17:42  main pehle sochti thi ke hajj ki itni importance kyun hai? to yeh mujhe haqeeqat e hajj padh rahi thi to us se samajh mein aaye ke wahan ja kar hum khuda ko feel karte hain khuda ke qareeb apne aap ko mehsoos karte hain. to jab main haram mein hum hum logon ne jab gaye the hum log hajj karne to jab haram ke andar dakhil hue to aisa laga jaise koi bohat hi spiritual feeling andar aa gayi.</w:t>
      </w:r>
      <w:r>
        <w:br/>
      </w:r>
      <w:r>
        <w:rPr>
          <w:sz w:val="20"/>
        </w:rPr>
        <w:t>18:09  to Allah taala ne bohat ziyada wahan par spiritual spirituality ko rakh diya taake bande jab wahan aaye to usko feel karein. wahan dua ki jati hai to woh dua ko bhool hoti hai. to is wajah se woh itne pandrah sau saal ho gaya aur log jo hain jo udhar jo kharch karne ke liye jaate hain aur wahan se uj paate hain jo paana chahte hain unko aisa feel hota hai ke jaise woh khuda ke khareeb aa gaye hain.</w:t>
      </w:r>
      <w:r>
        <w:br/>
      </w:r>
      <w:r>
        <w:rPr>
          <w:sz w:val="20"/>
        </w:rPr>
        <w:t>18:37  misal ke taur par jab woh tawaf karte hain to unko lagta hai ke woh bilkul khuda ke aage parwana war ghoom raha hai banda. to yeh saari feelings wahin ja kar hoti hain. to is wajah se jo bhi jisko bhi mauqa ho hajj karne ka woh zaroor aik baar zindagi mein hajj karein.</w:t>
      </w:r>
      <w:r>
        <w:br/>
      </w:r>
      <w:r>
        <w:rPr>
          <w:sz w:val="20"/>
        </w:rPr>
        <w:t>18:58  to hajj jo hai woh phir wahi aa jata hai ke kaifiyat ke saath hajj karna na ke sirf uske zahiri manasik ko bilkul theek theek ada kar dena kyunke Rasoolullah sallallahu alaihi wasallam ke saath jo sahaba the woh pehli baar yeh yeh hajj kar rahe the kyunke hajj ki jo pehle jo hajj chal raha tha Hazrat Ibrahim ke zamane se to us mein bohat bigaad aa gaya tha.</w:t>
      </w:r>
      <w:r>
        <w:br/>
      </w:r>
      <w:r>
        <w:rPr>
          <w:sz w:val="20"/>
        </w:rPr>
        <w:t>19:28  to ab jo Rasoolullah sallallahu alaihi wasallam ne jo usko tamam rusoom ko purify kiya, uski asal shakal mein usko logon ko bataya to woh yeh hajj pehli baar ho raha tha. to bohat saare logon ko kai baatein samajh mein nahi aati thi. kyunke taqdeem mein taakhir ka masla tha ke kaun rasam pehle ada karein? kaun baad mein ada karein?</w:t>
      </w:r>
      <w:r>
        <w:br/>
      </w:r>
      <w:r>
        <w:rPr>
          <w:sz w:val="20"/>
        </w:rPr>
        <w:t>19:50  to log Rasoolullah sallallahu alaihi wasallam ke paas aate ke humne sa'i se pehle tawaf kar liya aur nahi tawaf se pehle sa'i kar li. is tarah ki baatein to Rasoolullah kehte hain if al wala haraj if al wala haraj kar lo koi baat nahi. to aaj koi aisa karega to bohat ziyada usko galat samjha jayega. lekin Rasoolullah sallallahu alaihi wasallam spirit dekh rahe the.</w:t>
      </w:r>
      <w:r>
        <w:br/>
      </w:r>
      <w:r>
        <w:rPr>
          <w:sz w:val="20"/>
        </w:rPr>
        <w:t>20:16  to aap ne kaha ke harj is mein hai ke tum kisi insaan ko be-izzat karo. to insaan ki izzat jo hai woh bohat ziyada hai. to hajj ke mauqe par tamam doosri doosri doosre lessons bhi hamein diye jaate hain. misal ke taur par hajj ke mauqe par ladai jhagda bilkul mutlaqan haraam kar diya gaya hai. to agar kisi ko kisi se koi takleef pahunch jaye, koi provoke ho jaye to usko sabr hi karna hai.</w:t>
      </w:r>
      <w:r>
        <w:br/>
      </w:r>
      <w:r>
        <w:rPr>
          <w:sz w:val="20"/>
        </w:rPr>
        <w:t>20:46  to agar hum chaalees din tak wahan hamara taqreeban chaalees din lag jata hai madine bhi jaate hain. chaalees din tak hum agar sabr aur shukr ke saath zindagi guzarenge to woh hamare hamare andar yeh baat hamare andar yeh values paida ho jayengi. to is wajah se sabr karna jo hai woh bilkul lazmi qarar de diya gaya hai.</w:t>
      </w:r>
      <w:r>
        <w:br/>
      </w:r>
      <w:r>
        <w:rPr>
          <w:sz w:val="20"/>
        </w:rPr>
        <w:t>21:13  doosre wahan par jo maidan e arafat hai to woh bohat hi important manasik ke maidan e arafat mein jama hona kyunke woh aisa lagta hai ke jaise qayamat ke baad jab hum resurrection hoga aur tamam insaan maidan e hashar mein jama kiye jayenge to aisa lagta hai ke tamam log yahan par jama ho gaye hain khuda ke aage unko jawabdehi karni hai.</w:t>
      </w:r>
      <w:r>
        <w:br/>
      </w:r>
      <w:r>
        <w:rPr>
          <w:sz w:val="20"/>
        </w:rPr>
        <w:t>21:39  to yeh sab cheezein jo hain yeh sab kaifiyat jo wahan paida hoti hain to woh insaan ko kya saath bohat dinon tak yeh feelings rehti hain. uske baad insaan study karta rahe war fikr karta rahe, un par sochta rahe. to ye feelings jo hai uske andar continue rahengi. ji. jaza kalla aap.</w:t>
      </w:r>
      <w:r>
        <w:br/>
      </w:r>
      <w:r>
        <w:rPr>
          <w:sz w:val="20"/>
        </w:rPr>
        <w:t>22:02  aap acha agar dekhein to id ul azha ka jo starting point hai woh aik khwab se shuru hota hai jo prophet ibrahim ko aaya. so he had a dream wherein he saw that he is sacrificing his son ishmael but he took the dream literally and he wanted to sacrifice his son. to main chahunga ke aap usko bhi achhe se wazeh karein. woh kya khwab tha aur kya uske maayne the? iske bare mein hum sabko bataiye.</w:t>
      </w:r>
    </w:p>
    <w:p>
      <w:pPr>
        <w:pStyle w:val="Heading2"/>
      </w:pPr>
      <w:r>
        <w:t>Prophet did hajj only once: the real lesson about repetition</w:t>
      </w:r>
    </w:p>
    <w:p>
      <w:r>
        <w:rPr>
          <w:color w:val="666666"/>
          <w:sz w:val="18"/>
        </w:rPr>
        <w:t>The Spirit of Hajj July 7, 2007 · 4m 07s · at 35:23 · https://youtu.be/SV2CfNml8ic?t=2123</w:t>
      </w:r>
    </w:p>
    <w:p>
      <w:r>
        <w:rPr>
          <w:i/>
        </w:rPr>
        <w:t>“رسول اللہ صلی اللہ علیہ وسلم نے جو حج کیا تھا”</w:t>
      </w:r>
    </w:p>
    <w:p>
      <w:r>
        <w:rPr>
          <w:sz w:val="20"/>
        </w:rPr>
        <w:t>35:23  rasool Allah sallallahu alaihi wasallam ne jo hajj kiya tha to sirf ek hajj aap se sabit hai bas sirf ek hajj yaani makkah mein aap the jab to mushrikeen hajj karte the wahan apne dhang par rasool Allah ke bhi is mein shareek nahi hue phir jab makkah fateh ho gaya tab bhi aap foran hajj nahi kiya aap ne</w:t>
      </w:r>
      <w:r>
        <w:br/>
      </w:r>
      <w:r>
        <w:rPr>
          <w:sz w:val="20"/>
        </w:rPr>
        <w:t>35:49  apni zindagi ke akhri mahine mahino mein taqreeban dhai mahine pehle wahan hajj padha hajj ka mausam to is mein aap ne hajj kiya aap madine se chal kar makkah pahunche aur hajj farmaya aap ne to rasool Allah ne sirf ek hajj kiya yeh bhi bahut hi aham baat hai</w:t>
      </w:r>
      <w:r>
        <w:br/>
      </w:r>
      <w:r>
        <w:rPr>
          <w:sz w:val="20"/>
        </w:rPr>
        <w:t>36:12  dekhiye agar bahut sara hajj karna bar bar hajj karna koi achhi baat hoti</w:t>
      </w:r>
      <w:r>
        <w:br/>
      </w:r>
      <w:r>
        <w:rPr>
          <w:sz w:val="20"/>
        </w:rPr>
        <w:t>36:17  to rasool Allah bhi bar bar hajj karte ke makkah mein tab bhi hajj karte madinah aa gaye tab</w:t>
      </w:r>
      <w:r>
        <w:br/>
      </w:r>
      <w:r>
        <w:rPr>
          <w:sz w:val="20"/>
        </w:rPr>
        <w:t>36:22  bhi hajj karte</w:t>
      </w:r>
      <w:r>
        <w:br/>
      </w:r>
      <w:r>
        <w:rPr>
          <w:sz w:val="20"/>
        </w:rPr>
        <w:t>36:25  aap ko peghambari ke 23 saal mile to kam az kam 23 saal to kar sakte the aap</w:t>
      </w:r>
      <w:r>
        <w:br/>
      </w:r>
      <w:r>
        <w:rPr>
          <w:sz w:val="20"/>
        </w:rPr>
        <w:t>36:29  23 hajj kyunke hajj to hota tha pehle bhi</w:t>
      </w:r>
      <w:r>
        <w:br/>
      </w:r>
      <w:r>
        <w:rPr>
          <w:sz w:val="20"/>
        </w:rPr>
        <w:t>36:35  mushrikeen bhi hajj karte the lekin kuch unhon ne bigad rakha tha is mein kuch apni rasmein shamil</w:t>
      </w:r>
      <w:r>
        <w:br/>
      </w:r>
      <w:r>
        <w:rPr>
          <w:sz w:val="20"/>
        </w:rPr>
        <w:t>36:41  kar di thi is mein</w:t>
      </w:r>
      <w:r>
        <w:br/>
      </w:r>
      <w:r>
        <w:rPr>
          <w:sz w:val="20"/>
        </w:rPr>
        <w:t>36:43  unhon ne har saal hajj hua karta tha</w:t>
      </w:r>
      <w:r>
        <w:br/>
      </w:r>
      <w:r>
        <w:rPr>
          <w:sz w:val="20"/>
        </w:rPr>
        <w:t>36:46  aisa nahi ke hajj jo hai pehle nahi hota tha hajj ka naam bhi tha yahi pehle ke</w:t>
      </w:r>
      <w:r>
        <w:br/>
      </w:r>
      <w:r>
        <w:rPr>
          <w:sz w:val="20"/>
        </w:rPr>
        <w:t>36:52  mushrikeen jo hain is mein unhon ne kuch apni taraf se mila rakha tha rasool Allah ne is</w:t>
      </w:r>
      <w:r>
        <w:br/>
      </w:r>
      <w:r>
        <w:rPr>
          <w:sz w:val="20"/>
        </w:rPr>
        <w:t>36:56  ko purify kiya</w:t>
      </w:r>
      <w:r>
        <w:br/>
      </w:r>
      <w:r>
        <w:rPr>
          <w:sz w:val="20"/>
        </w:rPr>
        <w:t>36:59  to rasool Allah ko peghambar ki hesiyat se 23 saal mile</w:t>
      </w:r>
      <w:r>
        <w:br/>
      </w:r>
      <w:r>
        <w:rPr>
          <w:sz w:val="20"/>
        </w:rPr>
        <w:t>37:04  is lihaz se aap 23 hajj kar sakte the</w:t>
      </w:r>
      <w:r>
        <w:br/>
      </w:r>
      <w:r>
        <w:rPr>
          <w:sz w:val="20"/>
        </w:rPr>
        <w:t>37:08  lekin aap ne 23 hajj nahi kiya aap ne sirf ek hajj kiya</w:t>
      </w:r>
      <w:r>
        <w:br/>
      </w:r>
      <w:r>
        <w:rPr>
          <w:sz w:val="20"/>
        </w:rPr>
        <w:t>37:13  is tarah aap ne bataya ummat ko ke dekho hajj ke siwa hi bahut sare kaam hain yeh nahi ke bas hajj karte raho hajj karte raho hajj karte raho yeh koi sunnat rasool nahi hai ke aap hajj har saal hajj karein aur fakhr sath kahein ke main to har saal hajj karta hoon</w:t>
      </w:r>
      <w:r>
        <w:br/>
      </w:r>
      <w:r>
        <w:rPr>
          <w:sz w:val="20"/>
        </w:rPr>
        <w:t>37:35  aap ke paas agar waqt hai aap ke paas paisa hai to is ko dawat ke raste mein lagaiye maqsad hajj mein lagaiye</w:t>
      </w:r>
      <w:r>
        <w:br/>
      </w:r>
      <w:r>
        <w:rPr>
          <w:sz w:val="20"/>
        </w:rPr>
        <w:t>37:43  yaani ek hai hajj ka form jo makkah mein ja kar har saal ada hota hai isi mein paisa lagate rahein aap time lagate rahein yeh matloob cheez nahi hai jo maqsad hajj hai yaani dawat is mein aap apna paisa lagaiye quran ko failaiye islam ki baatein failaiye dawat ke raste mein apna apna time apni energy apna paisa lagaiye</w:t>
      </w:r>
      <w:r>
        <w:br/>
      </w:r>
      <w:r>
        <w:rPr>
          <w:sz w:val="20"/>
        </w:rPr>
        <w:t>38:13  to kiya haj ka jo maqsad hai is mein kaam karne ke liye zindagi bhar moqa hai rasool Allah ne ek baar haj kiya lekin maqsad haj jo hai us ke liye to aap poori zindagi waqf kar rakhi thi aap ne</w:t>
      </w:r>
      <w:r>
        <w:br/>
      </w:r>
      <w:r>
        <w:rPr>
          <w:sz w:val="20"/>
        </w:rPr>
        <w:t>38:30  yani Khuda ke deen ko phailana Khuda ke deen ki dawat dena yeh maqsad haj tha to poori zindagi rasool Allah ne laga rakhi thi apni is kaam mein</w:t>
      </w:r>
      <w:r>
        <w:br/>
      </w:r>
      <w:r>
        <w:rPr>
          <w:sz w:val="20"/>
        </w:rPr>
        <w:t>38:42  to form ke aitbaar se aap ne haj kiya sirf ek baar lekin haqeeqat ke aitbaar se aap haj rozana aap ko haj hota tha rozana aap isi kaam mein apne aap ko lagaye hue thay</w:t>
      </w:r>
      <w:r>
        <w:br/>
      </w:r>
      <w:r>
        <w:rPr>
          <w:sz w:val="20"/>
        </w:rPr>
        <w:t>38:57  is tarah se is ko jaan lijiye ke agar kisi ke paas</w:t>
      </w:r>
      <w:r>
        <w:br/>
      </w:r>
      <w:r>
        <w:rPr>
          <w:sz w:val="20"/>
        </w:rPr>
        <w:t>39:04  time hai paisa hai sehat hai</w:t>
      </w:r>
      <w:r>
        <w:br/>
      </w:r>
      <w:r>
        <w:rPr>
          <w:sz w:val="20"/>
        </w:rPr>
        <w:t>39:09  to yeh koi sahi tareeqa nahi ke woh har saal hajj karta rahe woh umrah karta rahe woh</w:t>
      </w:r>
      <w:r>
        <w:br/>
      </w:r>
      <w:r>
        <w:rPr>
          <w:sz w:val="20"/>
        </w:rPr>
        <w:t>39:16  nahi dawat ke raste mein apne aap ko lagaye</w:t>
      </w:r>
      <w:r>
        <w:br/>
      </w:r>
      <w:r>
        <w:rPr>
          <w:sz w:val="20"/>
        </w:rPr>
        <w:t>39:21  dawat ke raste mein apne aap ko waqf kare</w:t>
      </w:r>
      <w:r>
        <w:br/>
      </w:r>
      <w:r>
        <w:rPr>
          <w:sz w:val="20"/>
        </w:rPr>
        <w:t>39:25  yeh uske liye karne ki baat hai</w:t>
      </w:r>
    </w:p>
    <w:p>
      <w:pPr>
        <w:pStyle w:val="Heading2"/>
      </w:pPr>
      <w:r>
        <w:t>two verses distinguishing people of Jannah and Jahannam</w:t>
      </w:r>
    </w:p>
    <w:p>
      <w:r>
        <w:rPr>
          <w:color w:val="666666"/>
          <w:sz w:val="18"/>
        </w:rPr>
        <w:t>Ramadan A Month of Study of the Quran August 23, 2009 · 3m 39s · at 48:35 · https://youtu.be/f90TVrzAOFs?t=2915</w:t>
      </w:r>
    </w:p>
    <w:p>
      <w:r>
        <w:rPr>
          <w:i/>
        </w:rPr>
        <w:t>“Quran mein do aayatein hain jo bahut sochne waali hain”</w:t>
      </w:r>
    </w:p>
    <w:p>
      <w:r>
        <w:rPr>
          <w:sz w:val="20"/>
        </w:rPr>
        <w:t>48:35  jo isi zill mein aati hai ya taqweer ke zill mein ke Quran mein do aayatein hain, yeh badi hi soch wali aayatein hain ke khandan ke andar hum kaise rahen, apne aulad ke beech mein kaise rahen, apne bachhon ki darmiyan hum kaise rahen.</w:t>
      </w:r>
      <w:r>
        <w:br/>
      </w:r>
      <w:r>
        <w:rPr>
          <w:sz w:val="20"/>
        </w:rPr>
        <w:t>48:56  "wa kaana fi aalihi masroorah". woh log jin ko aakhirat mein, yaani jahannum ka raasta dikhaya jayega, toh unke bare mein kaha jayega ke "wa kaana fi aalihi masroorah" ke tum apne bachhon ke, apne khandan mein, apni family mein khoob khoob khush rehte the.</w:t>
      </w:r>
      <w:r>
        <w:br/>
      </w:r>
      <w:r>
        <w:rPr>
          <w:sz w:val="20"/>
        </w:rPr>
        <w:t>49:20  inka yeh, yaani pehchan batayi gayi ke duniya mein tumhari zindagi jo thi, kaisi zindagi thi?</w:t>
      </w:r>
      <w:r>
        <w:br/>
      </w:r>
      <w:r>
        <w:rPr>
          <w:sz w:val="20"/>
        </w:rPr>
        <w:t>49:25  ghafalat ki zindagi thi,</w:t>
      </w:r>
      <w:r>
        <w:br/>
      </w:r>
      <w:r>
        <w:rPr>
          <w:sz w:val="20"/>
        </w:rPr>
        <w:t>49:29  ghafalat ki zindagi thi. toh jo log, jin logon ki khushiyon ka markaz unki family ho, unke bachhe hon, unke bare mein yeh aayat hai ke jis ki khushiyon ka markaz uski family hai, uske bachhe hain, toh goya ke uske liye bahut sakht khatra hai ke usko wahan jahannum ka certificate na diya jaye.</w:t>
      </w:r>
      <w:r>
        <w:br/>
      </w:r>
      <w:r>
        <w:rPr>
          <w:sz w:val="20"/>
        </w:rPr>
        <w:t>49:49  "wa kaana fi aalihi masroorah". woh rehta tha bahut khush apni family ke andar.</w:t>
      </w:r>
      <w:r>
        <w:br/>
      </w:r>
      <w:r>
        <w:rPr>
          <w:sz w:val="20"/>
        </w:rPr>
        <w:t>49:54  yahan logon ke liye bataya gaya hai jin ko jahannum ka certificate diya jayega. doosri aayat jo hai "inna kunna fi aalihi mashrkeen". hum apne ghar mein, apne bachhon par, apni family mein darte rehte the,</w:t>
      </w:r>
      <w:r>
        <w:br/>
      </w:r>
      <w:r>
        <w:rPr>
          <w:sz w:val="20"/>
        </w:rPr>
        <w:t>50:12  yaani Allah se dar kar duniya mein zindagi guzarte the. yeh hain woh log jin ko jannat ka certificate diya jayega.</w:t>
      </w:r>
      <w:r>
        <w:br/>
      </w:r>
      <w:r>
        <w:rPr>
          <w:sz w:val="20"/>
        </w:rPr>
        <w:t>50:21  yeh bahut hi zabardast aayat hai sochne ki ke ahl jannat kaun hain aur ahl jahannum kaun hain. unki ek pehchan batayi gayi, pehchan ke ahl jahannum woh log hain jo jin ki khushiyon ka markaz unki family hai, jin ki khushiyon ka markaz unki aulad hai, jin ki khushiyon ka markaz unke baal bachhe hain.</w:t>
      </w:r>
      <w:r>
        <w:br/>
      </w:r>
      <w:r>
        <w:rPr>
          <w:sz w:val="20"/>
        </w:rPr>
        <w:t>50:43  toh woh kya bata rahe hain ke main aakhirat mein mera koi hissa na ho. aur jin ki khushiyon ka markaz jo hai Khuda hai, farishte hain, jannat hai, toh unke bare mein farmaya ke "inna kunna fi aalihi mashrkeen".</w:t>
      </w:r>
      <w:r>
        <w:br/>
      </w:r>
      <w:r>
        <w:rPr>
          <w:sz w:val="20"/>
        </w:rPr>
        <w:t>50:59  hum apne ahlo ayal mein, apne bachhon mein is tarah rehte the ke hum Khuda ka darr lagta rehta tha hum ko.</w:t>
      </w:r>
      <w:r>
        <w:br/>
      </w:r>
      <w:r>
        <w:rPr>
          <w:sz w:val="20"/>
        </w:rPr>
        <w:t>51:08  yaani aakhirat ka zikr, yeh dono baatein aakhirat ke bare mein hain ke wahan kya pesh aayega. toh jo ahl jannat hain, woh kahenge ke "inna kunna fi aalihi mashrkeen".</w:t>
      </w:r>
      <w:r>
        <w:br/>
      </w:r>
      <w:r>
        <w:rPr>
          <w:sz w:val="20"/>
        </w:rPr>
        <w:t>51:20  hum duniya mein is tarah rehte the,</w:t>
      </w:r>
      <w:r>
        <w:br/>
      </w:r>
      <w:r>
        <w:rPr>
          <w:sz w:val="20"/>
        </w:rPr>
        <w:t>51:25  apne bachhon mein, apne khandan mein, apni family mein ke humein Khuda ka darr lagta rehta tha,</w:t>
      </w:r>
      <w:r>
        <w:br/>
      </w:r>
      <w:r>
        <w:rPr>
          <w:sz w:val="20"/>
        </w:rPr>
        <w:t>51:33  Khuda ka darr laga rehta tha. yaani hum maghroor nahi ho paate the kyunke hum ko darr lagta rehta tha ke Khuda ke saamne hisab dena hai, Khuda ke saamne pakad honi hai.</w:t>
      </w:r>
      <w:r>
        <w:br/>
      </w:r>
      <w:r>
        <w:rPr>
          <w:sz w:val="20"/>
        </w:rPr>
        <w:t>51:46  toh yeh bahut ajeeb aayat hai jo hum ko yaad dilati hai ke hum duniya mein kis tarah rahen, duniya mein kis tarah rahen.</w:t>
      </w:r>
      <w:r>
        <w:br/>
      </w:r>
      <w:r>
        <w:rPr>
          <w:sz w:val="20"/>
        </w:rPr>
        <w:t>51:56  yaani hamara concern jo hai, supreme concern Khuda ho, supreme concern aakhirat mein kin jaat ho, supreme concern Khuda ke accountability se bachna ho, yeh ho.</w:t>
      </w:r>
      <w:r>
        <w:br/>
      </w:r>
      <w:r>
        <w:rPr>
          <w:sz w:val="20"/>
        </w:rPr>
        <w:t>52:08  ab ghhor kijiye ke jiska supreme concern yeh ho, woh maghroor kaise rahega?</w:t>
      </w:r>
    </w:p>
    <w:p>
      <w:pPr>
        <w:pStyle w:val="Heading2"/>
      </w:pPr>
      <w:r>
        <w:t>Democracy analogy shows fasting needs inner spirit first</w:t>
      </w:r>
    </w:p>
    <w:p>
      <w:r>
        <w:rPr>
          <w:color w:val="666666"/>
          <w:sz w:val="18"/>
        </w:rPr>
        <w:t>The Spirit of Roza Sept 7, 2008 · 5m 09s · at 0:58 · https://youtu.be/C9G1oBdqoKk?t=58</w:t>
      </w:r>
    </w:p>
    <w:p>
      <w:r>
        <w:rPr>
          <w:i/>
        </w:rPr>
        <w:t>“Aaj subah main radio sun raha tha, democracy ke baare mein”</w:t>
      </w:r>
    </w:p>
    <w:p>
      <w:r>
        <w:rPr>
          <w:sz w:val="20"/>
        </w:rPr>
        <w:t>0:58  aaj subah mein radio sun raha tha to is par ek program aa raha tha democracy ke bare mein.</w:t>
      </w:r>
      <w:r>
        <w:br/>
      </w:r>
      <w:r>
        <w:rPr>
          <w:sz w:val="20"/>
        </w:rPr>
        <w:t>1:10  democracy.</w:t>
      </w:r>
      <w:r>
        <w:br/>
      </w:r>
      <w:r>
        <w:rPr>
          <w:sz w:val="20"/>
        </w:rPr>
        <w:t>1:12  to koi professor sahab bol rahe the, unhon ne kaha ke democracy se pehle chahiye democratization.</w:t>
      </w:r>
      <w:r>
        <w:br/>
      </w:r>
      <w:r>
        <w:rPr>
          <w:sz w:val="20"/>
        </w:rPr>
        <w:t>1:26  yani democratic system agar hamein banana hai to is se pehle hamein democratic society banani paregi. nahi to wo democracy jo hogi wo sachi democracy nahi hogi.</w:t>
      </w:r>
      <w:r>
        <w:br/>
      </w:r>
      <w:r>
        <w:rPr>
          <w:sz w:val="20"/>
        </w:rPr>
        <w:t>1:43  jaisa ke galbert ne kaha tha ke kuch mulkon mein democracy hai lekin wo function anarchy zyada aur kuch nahi. to unhon ne yeh bataya ke democratic process mein number one hai 100 fisad literacy.</w:t>
      </w:r>
      <w:r>
        <w:br/>
      </w:r>
      <w:r>
        <w:rPr>
          <w:sz w:val="20"/>
        </w:rPr>
        <w:t>2:04  koi literacy se hota hai ke log jo hain intellectually awaken hote hain, un mein samajh aati hai.</w:t>
      </w:r>
      <w:r>
        <w:br/>
      </w:r>
      <w:r>
        <w:rPr>
          <w:sz w:val="20"/>
        </w:rPr>
        <w:t>2:14  kyunki democracy mein logon ko freedom to hoti hai lekin controlled dhang par, disciplined way mein unhein apni freedom ko istemal karna parta hai.</w:t>
      </w:r>
      <w:r>
        <w:br/>
      </w:r>
      <w:r>
        <w:rPr>
          <w:sz w:val="20"/>
        </w:rPr>
        <w:t>2:30  to bohat zyada, yani samajhdar logon ke beech mein sachi democracy aa sakti hai.</w:t>
      </w:r>
      <w:r>
        <w:br/>
      </w:r>
      <w:r>
        <w:rPr>
          <w:sz w:val="20"/>
        </w:rPr>
        <w:t>2:39  to mein yeh jo mein ne suna to mere dil mein aaya ke roza ka mamla bhi aisa hi hai. roza se pehle roza spirit chahiye.</w:t>
      </w:r>
      <w:r>
        <w:br/>
      </w:r>
      <w:r>
        <w:rPr>
          <w:sz w:val="20"/>
        </w:rPr>
        <w:t>2:51  agar logon ke andar</w:t>
      </w:r>
      <w:r>
        <w:br/>
      </w:r>
      <w:r>
        <w:rPr>
          <w:sz w:val="20"/>
        </w:rPr>
        <w:t>2:55  roza ki samajh na ho, roze ki spirit un ke andar na ho to roza ka mahina ayega, ab khate peete guzar jayega, kuch logon ko milega nahi is se.</w:t>
      </w:r>
      <w:r>
        <w:br/>
      </w:r>
      <w:r>
        <w:rPr>
          <w:sz w:val="20"/>
        </w:rPr>
        <w:t>3:10  dekhein kya hai spirit roze ki? mein samajhta hoon ke ek shabd mein yeh hai ke Khuda ki jo sab blessing hai, balke is Khuda ki jo blessing hai uska realization.</w:t>
      </w:r>
      <w:r>
        <w:br/>
      </w:r>
      <w:r>
        <w:rPr>
          <w:sz w:val="20"/>
        </w:rPr>
        <w:t>3:29  to khana peena aap jante hain ke duniya mein jis tarah pani bohat hi abundantly maujood hai, khana peena bhi abundantly maujood hai.</w:t>
      </w:r>
      <w:r>
        <w:br/>
      </w:r>
      <w:r>
        <w:rPr>
          <w:sz w:val="20"/>
        </w:rPr>
        <w:t>3:42  to log khate peete rehte hain. Delhi mein dekhein ghareeb log ja ke wahan line laga lete hain dargah mein, koi aata hai paisa wala aur sab ko khana bant deta hai.</w:t>
      </w:r>
      <w:r>
        <w:br/>
      </w:r>
      <w:r>
        <w:rPr>
          <w:sz w:val="20"/>
        </w:rPr>
        <w:t>3:54  to khana milta rehta hai is liye log is ka, yani sacha ehsas nahi ho pata ke khana kitni bari blessing hai.</w:t>
      </w:r>
      <w:r>
        <w:br/>
      </w:r>
      <w:r>
        <w:rPr>
          <w:sz w:val="20"/>
        </w:rPr>
        <w:t>4:06  to roza jo hai wo compulsive experience mein keh sakta hoon is ko.</w:t>
      </w:r>
      <w:r>
        <w:br/>
      </w:r>
      <w:r>
        <w:rPr>
          <w:sz w:val="20"/>
        </w:rPr>
        <w:t>4:12  yani khane peene ki jo importance hai uska compulsive experience dilaya karaya jata hai roze ke zamane mein.</w:t>
      </w:r>
      <w:r>
        <w:br/>
      </w:r>
      <w:r>
        <w:rPr>
          <w:sz w:val="20"/>
        </w:rPr>
        <w:t>4:25  to mein samajhta hoon ke roze ka asal maqsad yahi hai. lekin log khoob khate peete hain, roze ke zamane mein bhi khoob khate peete hain. to na bhook pehle lagti hai na bhook baad ko lagti hai.</w:t>
      </w:r>
      <w:r>
        <w:br/>
      </w:r>
      <w:r>
        <w:rPr>
          <w:sz w:val="20"/>
        </w:rPr>
        <w:t>4:38  jab bhook hi na lage to aap ko kya pata ke roza kya cheez hai? mein sunta hoon logon ko, arey bhai khoob theek se sari khao taake bhook na lage.</w:t>
      </w:r>
      <w:r>
        <w:br/>
      </w:r>
      <w:r>
        <w:rPr>
          <w:sz w:val="20"/>
        </w:rPr>
        <w:t>4:50  to yeh to roze ki spirit ko kill karna hai. dekhein hadees mein aata hai ke Allah taala ne farmaya: "ya ibadi kullukum jae illa man atamtahu"</w:t>
      </w:r>
      <w:r>
        <w:br/>
      </w:r>
      <w:r>
        <w:rPr>
          <w:sz w:val="20"/>
        </w:rPr>
        <w:t>5:09  . aye mere bando! tum sab ke sab bhooke ho siwa us ke jis ko mein khilaoon. to khana Khuda ke dene se milta hai.</w:t>
      </w:r>
      <w:r>
        <w:br/>
      </w:r>
      <w:r>
        <w:rPr>
          <w:sz w:val="20"/>
        </w:rPr>
        <w:t>5:24  Khuda na de to hum bhooke pade rahenge. isi baat ko janne ke liye roza hai. aur phir jab aap ko ek cheez ka realization hota hai to sari cheezon ko ho jata hai.</w:t>
      </w:r>
      <w:r>
        <w:br/>
      </w:r>
      <w:r>
        <w:rPr>
          <w:sz w:val="20"/>
        </w:rPr>
        <w:t>5:42  to mein samajhta hoon ke is baat ko roze se pehle logon ko janna chahiye ke roze ki spirit kya hai. baghair jaane hue roza rakhna</w:t>
      </w:r>
      <w:r>
        <w:br/>
      </w:r>
      <w:r>
        <w:rPr>
          <w:sz w:val="20"/>
        </w:rPr>
        <w:t>5:56  iska koi faida nahin.</w:t>
      </w:r>
      <w:r>
        <w:br/>
      </w:r>
      <w:r>
        <w:rPr>
          <w:sz w:val="20"/>
        </w:rPr>
        <w:t>6:00  to</w:t>
      </w:r>
      <w:r>
        <w:br/>
      </w:r>
      <w:r>
        <w:rPr>
          <w:sz w:val="20"/>
        </w:rPr>
        <w:t>6:03  yahi mein samajh paya hoon roze ki haqeeqat.</w:t>
      </w:r>
    </w:p>
    <w:p>
      <w:pPr>
        <w:pStyle w:val="Heading2"/>
      </w:pPr>
      <w:r>
        <w:t>Rise of opinion-based fiqh and opposition</w:t>
      </w:r>
    </w:p>
    <w:p>
      <w:r>
        <w:rPr>
          <w:color w:val="666666"/>
          <w:sz w:val="18"/>
        </w:rPr>
        <w:t>Fiqh Tajdeed-e-Deen Book by Maulana Wahiduddin Khan · 3m 23s · at 28:09 · https://youtu.be/ZHDgBUfz80U?t=1689</w:t>
      </w:r>
    </w:p>
    <w:p>
      <w:r>
        <w:rPr>
          <w:i/>
        </w:rPr>
        <w:t>“This is the time when great conflict arose between ahl al-hadith and ahl al-ra'y.”</w:t>
      </w:r>
    </w:p>
    <w:p>
      <w:r>
        <w:rPr>
          <w:sz w:val="20"/>
        </w:rPr>
        <w:t>28:09  hujjat Allah al baligha safha 352. yahi woh zamana hai jabke ashab hadith aur ashab ra'y yani fuqaha ke darmiyan zabardast ikhtilaf paida hua.</w:t>
      </w:r>
      <w:r>
        <w:br/>
      </w:r>
      <w:r>
        <w:rPr>
          <w:sz w:val="20"/>
        </w:rPr>
        <w:t>28:21  hazrat abu huraira ki yeh riwayat muhaddiseen ke darmiyan khoob phaili ke nabi sallallahu alaihi wasallam ne farmaya: "yeh ummat kuch zamane tak kitab Allah aur kuch zamane tak sunnat rasool Allah par chalegi, phir ra'y par amal shuru hoga aur usi waqt se gumrahi mein pad jayegi."</w:t>
      </w:r>
      <w:r>
        <w:br/>
      </w:r>
      <w:r>
        <w:rPr>
          <w:sz w:val="20"/>
        </w:rPr>
        <w:t>28:39  jami' bayan ul ilm juz thani safha 134. qasim ibn muhammad ne muhammad ibn abu bakr ne fiqhi khoz ke khilaf ihtijaj karte hue kaha: "tum aisi baatein daryaft karte ho jin ko hum sahaba se daryaft nahi karte the aur aisi baaton ki tafteesh karte ho jin ki hum tafteesh nahi karte the." hujjat Allah al baligha safha 317.</w:t>
      </w:r>
      <w:r>
        <w:br/>
      </w:r>
      <w:r>
        <w:rPr>
          <w:sz w:val="20"/>
        </w:rPr>
        <w:t>29:06  fiqhi khoz ke nateeje mein jab ibadat ilahi ke aise aise ahkam o masail wajood mein aaye jin se ashab rasool Allah bhi nawaqif the to ahl nazar cheekh uthe.</w:t>
      </w:r>
      <w:r>
        <w:br/>
      </w:r>
      <w:r>
        <w:rPr>
          <w:sz w:val="20"/>
        </w:rPr>
        <w:t>29:16  baqi ibn al-walid ka bayan hai ke imam awzai</w:t>
      </w:r>
      <w:r>
        <w:br/>
      </w:r>
      <w:r>
        <w:rPr>
          <w:sz w:val="20"/>
        </w:rPr>
        <w:t>29:21  157 hijri ne mujh se kaha: "ae baqi! ilm wahi hai jo ashab muhammad se pohncha hai aur jo kuch ashab muhammad se nahi pohncha wo ilm hi nahi hai." sani 29.</w:t>
      </w:r>
      <w:r>
        <w:br/>
      </w:r>
      <w:r>
        <w:rPr>
          <w:sz w:val="20"/>
        </w:rPr>
        <w:t>29:34  saeed ibn jabr tabai 95 hijri ne jab kaha: "jo baat ashab badr ko nahi maloom wo deen bhi nahi hai." muallim yعرف al-badriyyun falaysa min ad-deen.</w:t>
      </w:r>
      <w:r>
        <w:br/>
      </w:r>
      <w:r>
        <w:rPr>
          <w:sz w:val="20"/>
        </w:rPr>
        <w:t>29:47  97. shuara ne is par nazmein likhein.</w:t>
      </w:r>
      <w:r>
        <w:br/>
      </w:r>
      <w:r>
        <w:rPr>
          <w:sz w:val="20"/>
        </w:rPr>
        <w:t>29:50  ek shair apni taweel nazm mein kehta hai: "qad</w:t>
      </w:r>
      <w:r>
        <w:br/>
      </w:r>
      <w:r>
        <w:rPr>
          <w:sz w:val="20"/>
        </w:rPr>
        <w:t>29:59  98. logon ne khod khareed ki yahan tak ke deen mein aisi nai cheezein nikalein jinhein peghambar nahi laye the." abdullah ibn muslimah qanabi ka bayan hai ke ek martaba mein imam malik ke paas gaya to dekha ke ro rahe hain.</w:t>
      </w:r>
      <w:r>
        <w:br/>
      </w:r>
      <w:r>
        <w:rPr>
          <w:sz w:val="20"/>
        </w:rPr>
        <w:t>30:15  mein ne salam kiya, unhone jawab to diya magar rote rahe.</w:t>
      </w:r>
      <w:r>
        <w:br/>
      </w:r>
      <w:r>
        <w:rPr>
          <w:sz w:val="20"/>
        </w:rPr>
        <w:t>30:19  mein ne kaha: "abu abdullah! kyun aap is qadar ro rahe hain?" farmaya: "mera mamla ab khuda ke hath mein hai. mujh se bohat ziyadati hui.</w:t>
      </w:r>
      <w:r>
        <w:br/>
      </w:r>
      <w:r>
        <w:rPr>
          <w:sz w:val="20"/>
        </w:rPr>
        <w:t>30:29  kaash is mamle mein mere lafz lafz par ek ek koda mujhe mara jata aur mein ne apni rai se kuch na kaha hota. itne ziyada fatwe na diye hote." juz sani safha 145.</w:t>
      </w:r>
      <w:r>
        <w:br/>
      </w:r>
      <w:r>
        <w:rPr>
          <w:sz w:val="20"/>
        </w:rPr>
        <w:t>30:44  imam malik kehte hain: "agle log jin ko mein ne dekha un ka yeh dastoor na tha ke be dhark keh dein: yeh halal hai, woh haram hai." ma kano yajtaru'una 'ala dhalika wa innama kano yaquluna nukrihu wa narahu hadha hasanan.</w:t>
      </w:r>
      <w:r>
        <w:br/>
      </w:r>
      <w:r>
        <w:rPr>
          <w:sz w:val="20"/>
        </w:rPr>
        <w:t>31:01  juz sani safha 146. abdullah ibn muslimah qurshi se riwayat hai</w:t>
      </w:r>
      <w:r>
        <w:br/>
      </w:r>
      <w:r>
        <w:rPr>
          <w:sz w:val="20"/>
        </w:rPr>
        <w:t>31:07  ke imam malik ne kaha: "yeh mamla barabar ustuwar raha yahan tak ke abu hanifah zahir hue aur musalmanon mein rai ko riwaj de diya." khalid khalid ibn nizar ne imam malik ka yeh qaul naqal kiya hai ke abu hanifah talwar le kar is ummat par toot padte to itna nuksan na pohncha sakte jitna apni rai o qiyas se pohncha sakte.</w:t>
      </w:r>
    </w:p>
    <w:p>
      <w:pPr>
        <w:pStyle w:val="Heading2"/>
      </w:pPr>
      <w:r>
        <w:t>Fasting breaks arrogance and false logic</w:t>
      </w:r>
    </w:p>
    <w:p>
      <w:r>
        <w:rPr>
          <w:color w:val="666666"/>
          <w:sz w:val="18"/>
        </w:rPr>
        <w:t>Ramadan and The Quran September 03, 2006 Maulana Wahiduddin Khan · 4m 10s · at 23:55 · https://youtu.be/LJU2AJuPQZc?t=1435</w:t>
      </w:r>
    </w:p>
    <w:p>
      <w:r>
        <w:rPr>
          <w:i/>
        </w:rPr>
        <w:t>“Aaj kal jo log bahut zyada baat karte hain”</w:t>
      </w:r>
    </w:p>
    <w:p>
      <w:r>
        <w:rPr>
          <w:sz w:val="20"/>
        </w:rPr>
        <w:t>23:55  helplessness ka tajurba karata hai. jo log bahut zyada baat karte hain, yani abhi main Doordarshan ka ek program tha, parson narsoun,</w:t>
      </w:r>
      <w:r>
        <w:br/>
      </w:r>
      <w:r>
        <w:rPr>
          <w:sz w:val="20"/>
        </w:rPr>
        <w:t>24:10  wahan saare intellectual professor class ke log baithe hue the. har aadmi ajeeb ajeeb point nikaal kar ke apne ko superior bata raha tha.</w:t>
      </w:r>
      <w:r>
        <w:br/>
      </w:r>
      <w:r>
        <w:rPr>
          <w:sz w:val="20"/>
        </w:rPr>
        <w:t>24:21  aur baat kahin khatam nahi hui. ek commercial harmony subject tha is ka, lekin hum koi message nahi de sake logon ko. kyunke har aadmi ek nayi baat nikaalta tha.</w:t>
      </w:r>
      <w:r>
        <w:br/>
      </w:r>
      <w:r>
        <w:rPr>
          <w:sz w:val="20"/>
        </w:rPr>
        <w:t>24:33  kai baar maine dekha ke ek achhi baat kahi gayi</w:t>
      </w:r>
      <w:r>
        <w:br/>
      </w:r>
      <w:r>
        <w:rPr>
          <w:sz w:val="20"/>
        </w:rPr>
        <w:t>24:42  aur usne ek ek ek ajeeb o ghareeb tor par us ko bhi radd kar diya. maslan main ne kaha ke ke aaj kal hamare India mein sab se zyada zaroorat hai education ki.</w:t>
      </w:r>
      <w:r>
        <w:br/>
      </w:r>
      <w:r>
        <w:rPr>
          <w:sz w:val="20"/>
        </w:rPr>
        <w:t>24:53  to ek professor sahab kya kehte hain? nahin, sewa ke baghair education nahin. kyunke Gandhi ji ne kaha tha ke sewa hona chahiye. ab koi yeh nahin sochta ke sewa gram banaya unhon ne aur fail ho gaya.</w:t>
      </w:r>
      <w:r>
        <w:br/>
      </w:r>
      <w:r>
        <w:rPr>
          <w:sz w:val="20"/>
        </w:rPr>
        <w:t>25:05  to ab to re assessment ka mauqa hai.</w:t>
      </w:r>
      <w:r>
        <w:br/>
      </w:r>
      <w:r>
        <w:rPr>
          <w:sz w:val="20"/>
        </w:rPr>
        <w:t>25:10  yeh sahi Gandhi ji ne bataya tha, sewa ko unhon ne base banaya tha aur sewa gram banaya tha. yaani teen village banaye gaye: sewa gram, kasturba gram, vinoba gram.</w:t>
      </w:r>
      <w:r>
        <w:br/>
      </w:r>
      <w:r>
        <w:rPr>
          <w:sz w:val="20"/>
        </w:rPr>
        <w:t>25:22  aur teeno fail ho gaye. main teeno mein gaya hoon, main wahan wahi hai jo har jagah hota hai. wahi corruption, wahi anarchy, wahi jhagde.</w:t>
      </w:r>
      <w:r>
        <w:br/>
      </w:r>
      <w:r>
        <w:rPr>
          <w:sz w:val="20"/>
        </w:rPr>
        <w:t>25:32  to sewa ko le kar ke sudhaar paida karna woh to fail ho chuka hai. to re assessment karne ki zaroorat hai.</w:t>
      </w:r>
      <w:r>
        <w:br/>
      </w:r>
      <w:r>
        <w:rPr>
          <w:sz w:val="20"/>
        </w:rPr>
        <w:t>25:41  to main ne jab education ki baat kahi to Gandhi ke naam le kar unhon ne is ko kaat diya. phir main ne kaha ke South Korea mein, Singapore mein, Japan mein dekhen, education se unhon ne koi starting point banaya to us se itni taraqqi wahan par hui.</w:t>
      </w:r>
      <w:r>
        <w:br/>
      </w:r>
      <w:r>
        <w:rPr>
          <w:sz w:val="20"/>
        </w:rPr>
        <w:t>25:59  to ek sahab kya kehte hain? wahan bhi jhagde hain. ab yeh bilkul stupid baat hai yeh. jhagde khatm nahin ho sakte kabhi bhi.</w:t>
      </w:r>
      <w:r>
        <w:br/>
      </w:r>
      <w:r>
        <w:rPr>
          <w:sz w:val="20"/>
        </w:rPr>
        <w:t>26:10  to main ne kaha ke jis cheez ko aap jhagda kehte hain, woh differences hote hain. to is ka hal kya hai?</w:t>
      </w:r>
      <w:r>
        <w:br/>
      </w:r>
      <w:r>
        <w:rPr>
          <w:sz w:val="20"/>
        </w:rPr>
        <w:t>26:19  you have to learn the art of different management. tab ek sahab kya kehte hain? sahab, anyaay to ladna padega. ab dekhen, anyaay ladna padega to result to dekho.</w:t>
      </w:r>
      <w:r>
        <w:br/>
      </w:r>
      <w:r>
        <w:rPr>
          <w:sz w:val="20"/>
        </w:rPr>
        <w:t>26:33  yaani anyaay ladne ke liye aap apni jaan de denge.</w:t>
      </w:r>
      <w:r>
        <w:br/>
      </w:r>
      <w:r>
        <w:rPr>
          <w:sz w:val="20"/>
        </w:rPr>
        <w:t>26:38  anyaay se ladne ke liye, injustice se ladne ke liye phir sochna padega ke result kya nikalne wala hai. to ek ke baad ek, ek ke baad ek aadmi ek ek ek shosha nikaal nikaal kar ke aur baaton ko radd karte rahe woh, aur baat aakhir mein kuch bhi nahin bani.</w:t>
      </w:r>
      <w:r>
        <w:br/>
      </w:r>
      <w:r>
        <w:rPr>
          <w:sz w:val="20"/>
        </w:rPr>
        <w:t>26:58  to jab main wahan se utha to mere mind mein, main waqi ke main ro raha tha aur mere mind mein yeh tha ke yeh yeh jis cheez ko logic kehte hain, woh logic kya hai?</w:t>
      </w:r>
      <w:r>
        <w:br/>
      </w:r>
      <w:r>
        <w:rPr>
          <w:sz w:val="20"/>
        </w:rPr>
        <w:t>27:19  to main ne kaha ke logic is a phenomena of stubbornness rather than of scientific attitude.</w:t>
      </w:r>
      <w:r>
        <w:br/>
      </w:r>
      <w:r>
        <w:rPr>
          <w:sz w:val="20"/>
        </w:rPr>
        <w:t>27:30  is isi ehsaas ko le kar main wahan se lauta. har aadmi ek jhooti logic, ek false logic laga raha hai. false logic laga kar har baat ko defeat kar raha hai woh.</w:t>
      </w:r>
      <w:r>
        <w:br/>
      </w:r>
      <w:r>
        <w:rPr>
          <w:sz w:val="20"/>
        </w:rPr>
        <w:t>27:39  to main wapas hua, mera dil ro raha tha aur main keh raha tha ke logic is a phenomena of stubbornness rather than of scientific attitude.</w:t>
      </w:r>
      <w:r>
        <w:br/>
      </w:r>
      <w:r>
        <w:rPr>
          <w:sz w:val="20"/>
        </w:rPr>
        <w:t>27:50  isi ko todne ke liye roza rakha gaya hai. log stubbornness ko todna, log arrogance ko todna, apni apne superiority ke ehsaas ko todna.</w:t>
      </w:r>
    </w:p>
    <w:p>
      <w:pPr>
        <w:pStyle w:val="Heading2"/>
      </w:pPr>
      <w:r>
        <w:t>Zakat basics and early Islamic history</w:t>
      </w:r>
    </w:p>
    <w:p>
      <w:r>
        <w:rPr>
          <w:color w:val="666666"/>
          <w:sz w:val="18"/>
        </w:rPr>
        <w:t>Five Pillars of Islam - Part- II (English) February 22, 2025 Dr. Rajat Malhotra · 5m 58s · at 1:21 · https://youtu.be/fGlUbxcL7fQ?t=81</w:t>
      </w:r>
    </w:p>
    <w:p>
      <w:r>
        <w:rPr>
          <w:i/>
        </w:rPr>
        <w:t>“Zakat is setting aside 2.5% of your wealth”</w:t>
      </w:r>
    </w:p>
    <w:p>
      <w:r>
        <w:rPr>
          <w:sz w:val="20"/>
        </w:rPr>
        <w:t>1:21  So let's start with the zakat first and as we know zakat is basically setting aside simply 2.5% of your wealth, your earnings for the cause of the religion and for the destitutes. It is like, you know, annual reminder to us that whatever that we have in this world, it is because of god almighty.</w:t>
      </w:r>
      <w:r>
        <w:br/>
      </w:r>
      <w:r>
        <w:rPr>
          <w:sz w:val="20"/>
        </w:rPr>
        <w:t>1:47  We may be making efforts, but those efforts will not even help us grow even a single grain of, you know, even a single grain or or rearing of livestock or let's say establishing of the, the big industries or the companies because there are innumerable factors that are at work from from earth to universe.</w:t>
      </w:r>
      <w:r>
        <w:br/>
      </w:r>
      <w:r>
        <w:rPr>
          <w:sz w:val="20"/>
        </w:rPr>
        <w:t>2:09  If god were to remove even a single factor, all our efforts, you know, will be, down the drain. So, zakat is that, financial acknowledgement of this undeniable reality. Now there are simply eight categories as we know of zakat. What is it used for?</w:t>
      </w:r>
      <w:r>
        <w:br/>
      </w:r>
      <w:r>
        <w:rPr>
          <w:sz w:val="20"/>
        </w:rPr>
        <w:t>2:31  It is for the poor, for the destitute, for officials who collect zakat, for softening of the heart, for freeing of slaves, for people who are traveling, people who are in debt or or for the cause of god. If you look at what Quran commands us with respect to zakat, it says, attend to your prayers and pay the zakat and obey the messenger so that you may be shown mercy.</w:t>
      </w:r>
      <w:r>
        <w:br/>
      </w:r>
      <w:r>
        <w:rPr>
          <w:sz w:val="20"/>
        </w:rPr>
        <w:t>3:00  Do not think that those who deny the truth can frustrate our plans on earth, thereabored shall be hell. And it it is indeed an, evil resort. So, what this verse is essentially telling us that, for us to receive the blessings of god, we have to develop three virtues, piety, charity, and the willingness to obey the model of the prophet.</w:t>
      </w:r>
      <w:r>
        <w:br/>
      </w:r>
      <w:r>
        <w:rPr>
          <w:sz w:val="20"/>
        </w:rPr>
        <w:t>3:27  Now, piety comes with, observing, adhering to prayers, and I discussed that in detail in the last session that when you, do your salah with the spirit, it, it instills in you the fear of this feeling of humility, modesty, sincerity. It removes the arrogance and stubbornness. So piety comes with that. And when you give out zakat, you are concerned, you are the well wisher for others.</w:t>
      </w:r>
      <w:r>
        <w:br/>
      </w:r>
      <w:r>
        <w:rPr>
          <w:sz w:val="20"/>
        </w:rPr>
        <w:t>3:57  That builds, you know, the second aspect of the virtue, the charity aspect. And the third is, during the time of prophet mohammad, it was a direct obeyance obeyance of, you know, his commands. And right now what we need to do is, in our daily life, we have to use his example and deal our life accordingly with the principles and the teachings of prophet salah alaihi wasallam.</w:t>
      </w:r>
      <w:r>
        <w:br/>
      </w:r>
      <w:r>
        <w:rPr>
          <w:sz w:val="20"/>
        </w:rPr>
        <w:t>4:22  So this is as far as, you know, the basic framework of what zakat is. Let me also, tell you a little bit about, the history of zakat because it is so important. I'm sure many of you would know, let's revisit. If you recall that when prophet, mohammad salah alaihi wasallam died in june, What ensued after that was ridda wars, the apostasy wars.</w:t>
      </w:r>
      <w:r>
        <w:br/>
      </w:r>
      <w:r>
        <w:rPr>
          <w:sz w:val="20"/>
        </w:rPr>
        <w:t>4:49  It so happened that when hazrat abu bakr became the khalifa, there were many tribespeople who got up. So there were two challenges that hazrat abu bakr faced. One was that these tribesmen got up and they said, our pact was with prophet. Our pact was not with his successor. So we will not give zakat. They said that zakat is a tax.</w:t>
      </w:r>
      <w:r>
        <w:br/>
      </w:r>
      <w:r>
        <w:rPr>
          <w:sz w:val="20"/>
        </w:rPr>
        <w:t>5:15  Now, was more driven out of their economic selfishness, economic interest that they did not consider zakat as the fundamental pillar of islam but rather as a tax.</w:t>
      </w:r>
      <w:r>
        <w:br/>
      </w:r>
      <w:r>
        <w:rPr>
          <w:sz w:val="20"/>
        </w:rPr>
        <w:t>5:25  This was one big challenge that opened up for hazrat abubakr and the second big challenge was the, the rise of the false prophets, musailama the liar, sajjaj tulaha, So, at that point of time, hazrat umar bin khattab, we all know that hazrat umar bin khattab's personality, he was like, you know, the pillar, the iron hand and nobody could stand before him.</w:t>
      </w:r>
      <w:r>
        <w:br/>
      </w:r>
      <w:r>
        <w:rPr>
          <w:sz w:val="20"/>
        </w:rPr>
        <w:t>5:51  He was like so much stronger morally, spiritually. But imagine hazrat umar bin khattab goes to hazrat abu bakr and he says that ki aap in logon ke saath jang na karen. Imagine hazrat umar saying this. He said ki meri aur muhajireen ki yahi rai hai ki jab inke dilon mein iman aa jayega, to yeh zakat bhi denge.</w:t>
      </w:r>
      <w:r>
        <w:br/>
      </w:r>
      <w:r>
        <w:rPr>
          <w:sz w:val="20"/>
        </w:rPr>
        <w:t>6:18  Abhi namaz parhne inko namaz parhne de but ab inke saath jang na karen. When Hazrat Abu Bakr heard this from Hazrat Umar saying that, you know, they are like wild animals and adopt a softened approach. Hazrat Abu Bakr was shocked. He said to Hazrat Umar ki maine to socha tha ki tum meri madad karne aaoge, lekin tum to madad ko chhodkar aaye ho. And then he said, jahalat mein to tum bade zordar the.</w:t>
      </w:r>
      <w:r>
        <w:br/>
      </w:r>
      <w:r>
        <w:rPr>
          <w:sz w:val="20"/>
        </w:rPr>
        <w:t>6:48  Islam mein to tum boodhe aur kamzor ho gaye ho. And then Hazrat Abu said that by God, I will fight with them. Even if they hold a single rope that they used to give as zakat during the time of prophet, I will fight them.</w:t>
      </w:r>
      <w:r>
        <w:br/>
      </w:r>
      <w:r>
        <w:rPr>
          <w:sz w:val="20"/>
        </w:rPr>
        <w:t>7:02  And it was hazrat abu bakr's determination, his leadership that brought these tribesmen back into the fold of islam and he also waged military campaigns against the false prophets and he got defining success.</w:t>
      </w:r>
      <w:r>
        <w:br/>
      </w:r>
      <w:r>
        <w:rPr>
          <w:sz w:val="20"/>
        </w:rPr>
        <w:t>7:19  So later when hazrat umar became the khalifa after passing away of hazrat abu bakr, one of the person said to hazrat umar ki aap behtar leader hain hazrat abu bakr se. To hazrat umar ne unko yaad dilaya yeh din. Unhone kaha ki hazrat abu bakr ka woh ek din umar aur umar ke khandan ki zindagi ke tamam bhar ke amal se behtar hai.</w:t>
      </w:r>
    </w:p>
    <w:p>
      <w:pPr>
        <w:pStyle w:val="Heading2"/>
      </w:pPr>
      <w:r>
        <w:t>from prophets to companions: the arc of dawah</w:t>
      </w:r>
    </w:p>
    <w:p>
      <w:r>
        <w:rPr>
          <w:color w:val="666666"/>
          <w:sz w:val="18"/>
        </w:rPr>
        <w:t>Welcome Address by Dr. Rajat Malhotra CPS International Peace Conference April 29-30, 2023 · 4m 45s · at 8:39 · https://youtu.be/z94aS7nevv0?t=519</w:t>
      </w:r>
    </w:p>
    <w:p>
      <w:r>
        <w:rPr>
          <w:i/>
        </w:rPr>
        <w:t>“Khuda taarikh ko kis tarah manage kar raha hai”</w:t>
      </w:r>
    </w:p>
    <w:p>
      <w:r>
        <w:rPr>
          <w:sz w:val="20"/>
        </w:rPr>
        <w:t>8:39  is baat ko achhi tarah samajh lijiye ke karakiyat dawat jo hai uske marahil kya hai? Yaani Khuda ta'ala ko qistam manage kar raha hai. Pehla daur woh hai jabke Allah ne Ambiya ko bheja ke woh elaan karein, woh bataye logon ko aur unki madad ke liye Allah ne moajze diye, moajze.</w:t>
      </w:r>
      <w:r>
        <w:br/>
      </w:r>
      <w:r>
        <w:rPr>
          <w:sz w:val="20"/>
        </w:rPr>
        <w:t>9:08  moajze ko ko maane hote hain aajiz kar dene wala yani compelling cheez aajiz kar dene wala. Lekin insaan ko aazadi mili hui thi. Aazadi ko misuse kiya usne aur woh buton ko maanne ki tayyar nahi hua.</w:t>
      </w:r>
      <w:r>
        <w:br/>
      </w:r>
      <w:r>
        <w:rPr>
          <w:sz w:val="20"/>
        </w:rPr>
        <w:t>9:31  kuch chand individuals aise nikle lekin koi group, koi team ki umeed nahi ban paai. To woh jo method tha ke profit plus mujza, profit plus miracle, Allah taala ne usko mansookh kar diya. Ab yeh nahi hua.</w:t>
      </w:r>
      <w:r>
        <w:br/>
      </w:r>
      <w:r>
        <w:rPr>
          <w:sz w:val="20"/>
        </w:rPr>
        <w:t>9:59  ab profit plus team ho gayi. Rachna sahab se pehle jo daur guzra hai kuch saulat profit trust miracle ka daur tha woh. In taakhbar aur unki madad ke liye moajze. Woh daur khatam kar dega. Ab kya hai raakhad plus team jisko ehsaaba kaha gaya hai.</w:t>
      </w:r>
      <w:r>
        <w:br/>
      </w:r>
      <w:r>
        <w:rPr>
          <w:sz w:val="20"/>
        </w:rPr>
        <w:t>10:29  to do ek saaba hadees se sabit hota hai. Asaba Rasul, Ifan Rasul. Asaba Rasul rawayati daur ke liye aur Ikwan Asur saansi daur ke.</w:t>
      </w:r>
      <w:r>
        <w:br/>
      </w:r>
      <w:r>
        <w:rPr>
          <w:sz w:val="20"/>
        </w:rPr>
        <w:t>10:50  donon mein jo is common hai, donon yeh saaba, donon jo yeh saaba hai, donon jo jo garv hai, usmein jo is common hai, woh kya hai?</w:t>
      </w:r>
      <w:r>
        <w:br/>
      </w:r>
      <w:r>
        <w:rPr>
          <w:sz w:val="20"/>
        </w:rPr>
        <w:t>11:03  woh ek, woh ek hai ke aap himmat karke human face ban jayein, kyunke pehli himmat to karni padti hai, pehli himmat to karni padti hai, badhai halaat tareekh honge, badhai raahain chal rahi hongi.</w:t>
      </w:r>
      <w:r>
        <w:br/>
      </w:r>
      <w:r>
        <w:rPr>
          <w:sz w:val="20"/>
        </w:rPr>
        <w:t>11:27  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r>
        <w:br/>
      </w:r>
      <w:r>
        <w:rPr>
          <w:sz w:val="20"/>
        </w:rPr>
        <w:t>11:57  madad aati hai, test par aap qualify karein, tab aati hai. To test kya hai? Hadees baat hai ke man jagal humu Muhammad waidan hum makhirte hi tafahul lao anumumi duniya.</w:t>
      </w:r>
      <w:r>
        <w:br/>
      </w:r>
      <w:r>
        <w:rPr>
          <w:sz w:val="20"/>
        </w:rPr>
        <w:t>12:23  matlab jo Allah ko prospr sole concern bana le dawat-e-Allah ko opera ko chhod de usmein chal pade uske raaste mein. Badhai ashwaap ho gaya na ho, badhai saathi ho gaya na ho, badhai darwaze khule ho gaye na khule ho gaye, apne ko chhod de to jaise hi woh chhodega phir phir preshton ki madad aa jayegi.</w:t>
      </w:r>
      <w:r>
        <w:br/>
      </w:r>
      <w:r>
        <w:rPr>
          <w:sz w:val="20"/>
        </w:rPr>
        <w:t>12:53  to is test mein to barah poora uthana padega.</w:t>
      </w:r>
      <w:r>
        <w:br/>
      </w:r>
      <w:r>
        <w:rPr>
          <w:sz w:val="20"/>
        </w:rPr>
        <w:t>13:00  is test mein barah poora utarna padega ke bazaar aswaap ki ghar mohitgi hogi aur aapko koodna padega</w:t>
      </w:r>
      <w:r>
        <w:br/>
      </w:r>
      <w:r>
        <w:rPr>
          <w:sz w:val="20"/>
        </w:rPr>
        <w:t>13:08  daanv fark ke liye.</w:t>
      </w:r>
      <w:r>
        <w:br/>
      </w:r>
      <w:r>
        <w:rPr>
          <w:sz w:val="20"/>
        </w:rPr>
        <w:t>13:16  to yahi ehsaaba ubal ke waqt hua ehsaaba aasani ke baad fark yahi hai.</w:t>
      </w:r>
      <w:r>
        <w:br/>
      </w:r>
      <w:r>
        <w:rPr>
          <w:sz w:val="20"/>
        </w:rPr>
        <w:t>13:24  yahi mamla asawre surat saath prashah hai ya mamla ikhmanrasurat saathi prashah hai. Ab dekhiye, hadees kehta hai ke zameen mein koi chhota ya bada ghar nahi bachega, jahan Allah ka kalma dakhal na ho jayega. Allah kalma kya hai?</w:t>
      </w:r>
    </w:p>
    <w:p>
      <w:pPr>
        <w:pStyle w:val="Heading2"/>
      </w:pPr>
      <w:r>
        <w:t>Revive Hajirah model and prayer for women's role</w:t>
      </w:r>
    </w:p>
    <w:p>
      <w:r>
        <w:rPr>
          <w:color w:val="666666"/>
          <w:sz w:val="18"/>
        </w:rPr>
        <w:t>The Role of a Woman March 8, 2020 Maulana Wahiduddin Khan · 3m 18s · at 12:13 · https://youtu.be/aBPy_KTsk1A?t=733</w:t>
      </w:r>
    </w:p>
    <w:p>
      <w:r>
        <w:rPr>
          <w:i/>
        </w:rPr>
        <w:t>“Hajirah ke model ko dobara zindah karein”</w:t>
      </w:r>
    </w:p>
    <w:p>
      <w:r>
        <w:rPr>
          <w:sz w:val="20"/>
        </w:rPr>
        <w:t>12:13  ke khawateen ko chahiye ke woh apne Hajra ke model ko dobara zinda karein. Hajra ke model ko dobara zinda karein.</w:t>
      </w:r>
      <w:r>
        <w:br/>
      </w:r>
      <w:r>
        <w:rPr>
          <w:sz w:val="20"/>
        </w:rPr>
        <w:t>12:28  Aur duniya ko</w:t>
      </w:r>
      <w:r>
        <w:br/>
      </w:r>
      <w:r>
        <w:rPr>
          <w:sz w:val="20"/>
        </w:rPr>
        <w:t>12:34  madah parasti ke daur se nikal kar dobara Khuda parasti ke daur mein le aayein.</w:t>
      </w:r>
      <w:r>
        <w:br/>
      </w:r>
      <w:r>
        <w:rPr>
          <w:sz w:val="20"/>
        </w:rPr>
        <w:t>12:45  Allah ke fazl se hamare daur mein khawateen yeh kaam anjaam de rahi hain.</w:t>
      </w:r>
      <w:r>
        <w:br/>
      </w:r>
      <w:r>
        <w:rPr>
          <w:sz w:val="20"/>
        </w:rPr>
        <w:t>12:55  Saari duniya mein khawateen bari tadaad mein is daur ko anjaam de rahi hain, mashaa Allah.</w:t>
      </w:r>
      <w:r>
        <w:br/>
      </w:r>
      <w:r>
        <w:rPr>
          <w:sz w:val="20"/>
        </w:rPr>
        <w:t>13:08  To mein khawateen ke liye dua karta hoon ke woh ke Allah un ko is mission mein bharpoor taur par madad farmaye, madad</w:t>
      </w:r>
      <w:r>
        <w:br/>
      </w:r>
      <w:r>
        <w:rPr>
          <w:sz w:val="20"/>
        </w:rPr>
        <w:t>13:25  taake woh dobara</w:t>
      </w:r>
      <w:r>
        <w:br/>
      </w:r>
      <w:r>
        <w:rPr>
          <w:sz w:val="20"/>
        </w:rPr>
        <w:t>13:30  duniya mein ek naya daur la sakein, yani</w:t>
      </w:r>
      <w:r>
        <w:br/>
      </w:r>
      <w:r>
        <w:rPr>
          <w:sz w:val="20"/>
        </w:rPr>
        <w:t>13:39  nature parasti ke daur se nikal kar, nature parasti ke daur se pehle nikala tha, ab matter parasti ke daur se nikal kar insaan ko Khuda parast ke daur mein dakhil karein.</w:t>
      </w:r>
      <w:r>
        <w:br/>
      </w:r>
      <w:r>
        <w:rPr>
          <w:sz w:val="20"/>
        </w:rPr>
        <w:t>14:00  Yeh meri dua hai khawateen ke liye.</w:t>
      </w:r>
      <w:r>
        <w:br/>
      </w:r>
      <w:r>
        <w:rPr>
          <w:sz w:val="20"/>
        </w:rPr>
        <w:t>14:07  Aur bohat zyada unhone jis tarah se taleem barhi hai khawateen ke andar, us se umeed ki ja sakti hai ke khawateen dobara is azeem role ko ada karengi.</w:t>
      </w:r>
      <w:r>
        <w:br/>
      </w:r>
      <w:r>
        <w:rPr>
          <w:sz w:val="20"/>
        </w:rPr>
        <w:t>14:25  Aur pehle zamane mein khawateen ne, pehle zamane mein khawateen ne insaan ko nature worship ke daur se nikala tha aur insaan ko</w:t>
      </w:r>
      <w:r>
        <w:br/>
      </w:r>
      <w:r>
        <w:rPr>
          <w:sz w:val="20"/>
        </w:rPr>
        <w:t>14:42  scientific daur mein dakhil kiya tha. Ab khawateen inshallah yeh karengi ke insaan ko madah parasti ke daur se nikal kar sahi maano mein Khuda parasti ke daur mein layengi.</w:t>
      </w:r>
      <w:r>
        <w:br/>
      </w:r>
      <w:r>
        <w:rPr>
          <w:sz w:val="20"/>
        </w:rPr>
        <w:t>15:03  Meri dua hai ke khawateen ko Allah taala is</w:t>
      </w:r>
      <w:r>
        <w:br/>
      </w:r>
      <w:r>
        <w:rPr>
          <w:sz w:val="20"/>
        </w:rPr>
        <w:t>15:09  is role ke liye har qism ki madad ata farmaye taake is daur mein woh apne is role ko ada kar sakein.</w:t>
      </w:r>
    </w:p>
    <w:p>
      <w:pPr>
        <w:pStyle w:val="Heading2"/>
      </w:pPr>
      <w:r>
        <w:t>Full explanation: what fasting is and why it's required</w:t>
      </w:r>
    </w:p>
    <w:p>
      <w:r>
        <w:rPr>
          <w:color w:val="666666"/>
          <w:sz w:val="18"/>
        </w:rPr>
        <w:t>Discovering The Spirit of Ramadan March 16, 2025 · 3m 14s · at 2:22 · https://youtu.be/WrIyg6N7390?t=142</w:t>
      </w:r>
    </w:p>
    <w:p>
      <w:r>
        <w:rPr>
          <w:i/>
        </w:rPr>
        <w:t>“Fasting is one of Islam's five basic pillars”</w:t>
      </w:r>
    </w:p>
    <w:p>
      <w:r>
        <w:rPr>
          <w:sz w:val="20"/>
        </w:rPr>
        <w:t>2:22  roza jo hai woh Islam ke panch bunyadi satunon mein se ek hai. bohat ziyada ahmiyat hai roze ki.</w:t>
      </w:r>
      <w:r>
        <w:br/>
      </w:r>
      <w:r>
        <w:rPr>
          <w:sz w:val="20"/>
        </w:rPr>
        <w:t>2:33  roza jis ko Arabi mein saum kehte hain, saum ke maani rukna. isi tarah saim hai yani rukne wala.</w:t>
      </w:r>
      <w:r>
        <w:br/>
      </w:r>
      <w:r>
        <w:rPr>
          <w:sz w:val="20"/>
        </w:rPr>
        <w:t>2:45  to rukna ka matlab log samajhte hain sirf khana peena chhod dena. aisa nahi hai. rukna ka matlab har mamnooa sargarmion se apne aap ko door rakhna.</w:t>
      </w:r>
      <w:r>
        <w:br/>
      </w:r>
      <w:r>
        <w:rPr>
          <w:sz w:val="20"/>
        </w:rPr>
        <w:t>2:57  kyun ke roza ek tarbiyat hai.</w:t>
      </w:r>
      <w:r>
        <w:br/>
      </w:r>
      <w:r>
        <w:rPr>
          <w:sz w:val="20"/>
        </w:rPr>
        <w:t>3:00  agar hum ek mahine tak is tarbiyat ko hasil karte hain to woh hamein saal bhar woh tarbiyat hamare kaam aayegi. to hamein pure tareeqe se is ko samajhna chahiye ke roze ka matlab kya hai.</w:t>
      </w:r>
      <w:r>
        <w:br/>
      </w:r>
      <w:r>
        <w:rPr>
          <w:sz w:val="20"/>
        </w:rPr>
        <w:t>3:14  roza kis liye hamare upar farz kiya gaya hai. asal mein is duniya mein jab insan aata hai to is ke andar bohat ziyada khwahishat hoti hain.</w:t>
      </w:r>
      <w:r>
        <w:br/>
      </w:r>
      <w:r>
        <w:rPr>
          <w:sz w:val="20"/>
        </w:rPr>
        <w:t>3:24  to in khwahishat ko kaise control mein kiya jaye?</w:t>
      </w:r>
      <w:r>
        <w:br/>
      </w:r>
      <w:r>
        <w:rPr>
          <w:sz w:val="20"/>
        </w:rPr>
        <w:t>3:29  hamara khaliq hum se kya chahta hai? to yeh hum ko is ko janna hai. kyun ke agar hum aisa nahi karte hain to phir hamari bhook pyas ki Allah ko koi hajat nahi hai.</w:t>
      </w:r>
      <w:r>
        <w:br/>
      </w:r>
      <w:r>
        <w:rPr>
          <w:sz w:val="20"/>
        </w:rPr>
        <w:t>3:44  hum ko roza is ke pure aadab ke sath rakhna hai. roza ka matlab hai yani saum yani zindagi khud par qabu</w:t>
      </w:r>
      <w:r>
        <w:br/>
      </w:r>
      <w:r>
        <w:rPr>
          <w:sz w:val="20"/>
        </w:rPr>
        <w:t>3:54  karna. hamein apni khwahishat par control karna hai, apni khwahishat par control karna hai, aur Khuda ki marzi ke mutabiq is duniya mein hamein zindagi guzarni hai.</w:t>
      </w:r>
      <w:r>
        <w:br/>
      </w:r>
      <w:r>
        <w:rPr>
          <w:sz w:val="20"/>
        </w:rPr>
        <w:t>4:06  to aisa nahi ke roza sirf Islam mein farz kiya gaya hai. balke Maulana ne ek jagah likha hai ke jo Hazrat Adam ko mamnooa darakht ko mana kiya gaya, woh bhi ek qism ka roza tha.</w:t>
      </w:r>
      <w:r>
        <w:br/>
      </w:r>
      <w:r>
        <w:rPr>
          <w:sz w:val="20"/>
        </w:rPr>
        <w:t>4:20  matlab yahan har cheez tum istemal kar sakte ho siwaye is darakht ke phal ke. to yeh Allah taala ko dekhna hai ke hamare andar kitni bardasht hai, kitni hamare andar irada hai.</w:t>
      </w:r>
      <w:r>
        <w:br/>
      </w:r>
      <w:r>
        <w:rPr>
          <w:sz w:val="20"/>
        </w:rPr>
        <w:t>4:33  to yeh is ke liye har ummat par roza farz kiya gaya. to yahan tak ke chup kar roza bhi rakha Hazrat Zakariya ne.</w:t>
      </w:r>
      <w:r>
        <w:br/>
      </w:r>
      <w:r>
        <w:rPr>
          <w:sz w:val="20"/>
        </w:rPr>
        <w:t>4:44  to isi tarah se hamari jo khwahishat hain, woh mamnooa darakht ki hesiyat rakhti hain. to hamein in sab cheezon se door rehna hai aur apne aap ko Khuda ke hawale kar dena hai.</w:t>
      </w:r>
      <w:r>
        <w:br/>
      </w:r>
      <w:r>
        <w:rPr>
          <w:sz w:val="20"/>
        </w:rPr>
        <w:t>4:57  hum ko khud markooz zindagi ke bajaye Khuda markooz zindagi jeena hai.</w:t>
      </w:r>
      <w:r>
        <w:br/>
      </w:r>
      <w:r>
        <w:rPr>
          <w:sz w:val="20"/>
        </w:rPr>
        <w:t>5:03  isi ko taqwa kehte hain. Quran mein aaya hai ke roza tumhare upar farz kiya gaya ta ke tum muttaqi bano. la'allakum tattaqun yani muttaqi ka matlab hai Khuda se dar kar zindagi guzarna.</w:t>
      </w:r>
      <w:r>
        <w:br/>
      </w:r>
      <w:r>
        <w:rPr>
          <w:sz w:val="20"/>
        </w:rPr>
        <w:t>5:20  aur jis ne jo Khuda se dara Allah taala ke liye, to uska roza Khuda qabool karega.</w:t>
      </w:r>
      <w:r>
        <w:br/>
      </w:r>
      <w:r>
        <w:rPr>
          <w:sz w:val="20"/>
        </w:rPr>
        <w:t>5:29  aur aise roze ko jo qabool hua, to is ke badle Allah taala ne jannat likh di hai.</w:t>
      </w:r>
    </w:p>
    <w:p>
      <w:pPr>
        <w:pStyle w:val="Heading2"/>
      </w:pPr>
      <w:r>
        <w:t>Definition and prophetic example of creative dua</w:t>
      </w:r>
    </w:p>
    <w:p>
      <w:r>
        <w:rPr>
          <w:color w:val="666666"/>
          <w:sz w:val="18"/>
        </w:rPr>
        <w:t>Duaa | March 6, 2016 · 5m 04s · at 3:54 · https://youtu.be/4DBIpoNPcog?t=234</w:t>
      </w:r>
    </w:p>
    <w:p>
      <w:r>
        <w:rPr>
          <w:i/>
        </w:rPr>
        <w:t>“Woh hai ism-e-azam ke saath dua”</w:t>
      </w:r>
    </w:p>
    <w:p>
      <w:r>
        <w:rPr>
          <w:sz w:val="20"/>
        </w:rPr>
        <w:t>3:54  woh hai ism e azam ke sath dua. koi muqarrar lafz nahi, koi prescribed tareeqa nahi. jab aap prepared mind hon, jab aap Allah ki mohabbat mein, Allah ke khauf mein jeete hon, to mukhtalif halaat mein aap ke andar khaas tarah ki nafsiyat jaag uthti hai. jis ko main kahunga rabbani nafsiyat.</w:t>
      </w:r>
      <w:r>
        <w:br/>
      </w:r>
      <w:r>
        <w:rPr>
          <w:sz w:val="20"/>
        </w:rPr>
        <w:t>4:24  us waqt aap ki zuban se kuch duai alfaz nikal padte hain. woh hai ism e azam ke sath dua. misaal ke taur par dekhiye, hadith mein aata hai ke hijrat ke mauqe par rasool Allah abubakar siddiq ke sath nikle the makkah se. rastay mein aap ko maloom hua ke dushman aap ka peecha kar rahe hain, to</w:t>
      </w:r>
      <w:r>
        <w:br/>
      </w:r>
      <w:r>
        <w:rPr>
          <w:sz w:val="20"/>
        </w:rPr>
        <w:t>4:54  aap ne ek ghar mein panah liya, jis ko kehte hain ghar e soor. jab aap ghar e soor mein panah liye hue the, aap aur abubakar siddiq, to woh wahan tak pahunch gaye, aap ke dushman talwarein liye hue. to hazrat abubakar siddiq ne dekh liya, kaha ke woh to yahan bhi aa gaye. us waqt rasool Allah ne kaha tha:</w:t>
      </w:r>
      <w:r>
        <w:br/>
      </w:r>
      <w:r>
        <w:rPr>
          <w:sz w:val="20"/>
        </w:rPr>
        <w:t>5:25  "ya abubakar, ma azin laka bi ithnain?" Allah talithuhuma. aye abubakar, tumhara kya khayal hai un do ke bare mein jin ke sath teesra un ka Allah ho? dekhiye, teesra un ka Allah ho, yeh koi rate hue alfaz nahi hain. yeh ek poora, ek poora, ek poori soch ke nateeje mein yeh alfaz nikle h</w:t>
      </w:r>
      <w:r>
        <w:br/>
      </w:r>
      <w:r>
        <w:rPr>
          <w:sz w:val="20"/>
        </w:rPr>
        <w:t>5:55  onge. jab makkah mein aap ke halaat aise hon ke aap reh nahi sakte makkah mein, aap ne duaein ki hongi, aap ne kaha hoga: "khuda, tere naam tera mission maine chalaya makkah mein, ab log mere dushman ho gaye hain, tu hi meri madad farma, tu hi mera saathi hai." to is tarah ke jazbat ke sath aap makkah mein rahe honge.</w:t>
      </w:r>
      <w:r>
        <w:br/>
      </w:r>
      <w:r>
        <w:rPr>
          <w:sz w:val="20"/>
        </w:rPr>
        <w:t>6:27  phir woh waqt aaya ke aap ne faisla kiya ke mujhe ab makkah chhod dena chahiye. to aap Allah ki yaad mein, Allah ke bharose par, Allah par aitmad karte hue makkah se nikle. aur hote hote, hote hote, woh waqt aaya ke aap ne apne, aap ne ghar e soor mein panah liya. to us waqt aap sochen ke aap ke jazbat kya honge? jazbat kya honge?</w:t>
      </w:r>
      <w:r>
        <w:br/>
      </w:r>
      <w:r>
        <w:rPr>
          <w:sz w:val="20"/>
        </w:rPr>
        <w:t>6:57  yani kaha jata hai ke aap nangay paon nikle the, paon joota bhi nahi tha. kuch nahi pata ke khane ko kya milega, pani kahan milega, jo zindagi ki zarooriyat thi woh kaise poori hongi. to is sab kuch ko aap ne secondary banaya aur Allah ke mission ke liye nikal pade. to woh, woh yeh sab hote hue woh lamha aaya jab ke ghar e soor mein aap sallallahu alaihi wasallam</w:t>
      </w:r>
      <w:r>
        <w:br/>
      </w:r>
      <w:r>
        <w:rPr>
          <w:sz w:val="20"/>
        </w:rPr>
        <w:t>7:27  apne ek saathi ke sath the. to woh sara, woh sari nafsiyat ko zehan mein laiye, woh sare jo jazbat rasool Allah ke rahe honge, us ko zehan mein laiye. to us ne tab aap ko samajh mein aayega ke kaise aap ki zuban se nikla. bade anokhe alfaz hain yeh. "ya abubakar, ma azin laka bi ithnain?" Allah talithuhuma. yeh bahut hi anokhe alfaz hain.</w:t>
      </w:r>
      <w:r>
        <w:br/>
      </w:r>
      <w:r>
        <w:rPr>
          <w:sz w:val="20"/>
        </w:rPr>
        <w:t>7:58  yeh aise hi ittefaqan nahi nikal sakte, rat ke nahi aa sakte zuban par. yeh ek khaas nafsiyat hoti hai, koi rabbani halaat hote hain. aadmi ke andar ek brain storming hoti hai. ek aadmi ek prepared mind ban jata hai, rabbani shakhsiyat us ke andar jaag uthti hai. tab woh keh uthta hai ke "ya abubakar, ma azin laka bi ithnain?" Allah talithu</w:t>
      </w:r>
      <w:r>
        <w:br/>
      </w:r>
      <w:r>
        <w:rPr>
          <w:sz w:val="20"/>
        </w:rPr>
        <w:t>8:28  huma. to yeh hai ism e azam. ism e azam ka matlab hai ke rabbani halaat mein, rabbani nafsiyat ke tehat, koi rabbani kalmat ka nikal padna. na koi rate hue alfaz ka naam ism e azam hai, na koi lage hue alfaz ka naam ism e azam hai. to paighambaron ki zindagi mein aise bohat</w:t>
      </w:r>
    </w:p>
    <w:p>
      <w:pPr>
        <w:pStyle w:val="Heading2"/>
      </w:pPr>
      <w:r>
        <w:t>Waiting for relief as a form of worship</w:t>
      </w:r>
    </w:p>
    <w:p>
      <w:r>
        <w:rPr>
          <w:color w:val="666666"/>
          <w:sz w:val="18"/>
        </w:rPr>
        <w:t>Hadith-e-Rasool | April 9, 2006 | Maulana Wahiduddin Khan · 5m 35s · at 37:54 · https://youtu.be/zxaMbPyrpQY?t=2274</w:t>
      </w:r>
    </w:p>
    <w:p>
      <w:r>
        <w:rPr>
          <w:i/>
        </w:rPr>
        <w:t>“افضل العبادت انتظار الفرج”</w:t>
      </w:r>
    </w:p>
    <w:p>
      <w:r>
        <w:rPr>
          <w:sz w:val="20"/>
        </w:rPr>
        <w:t>37:54  yaani hadithain jo hain, woh hikmat ke moti hain. to kuch hikmat ke moti main aap ki khidmat mein arz karna chahoon ga. ek hadith hai: Afzal Al-Abadat Intizar Al-Faraj. Afzal Al-Abadat Intizar Al-Faraj. sab se oonchi ibadat yeh hai</w:t>
      </w:r>
      <w:r>
        <w:br/>
      </w:r>
      <w:r>
        <w:rPr>
          <w:sz w:val="20"/>
        </w:rPr>
        <w:t>38:24  keh aadmi kushadgi ka intezar karey. yani aadmi phansa hua hai kisi masley mein, kisi problem mein, to wait karey keh yeh problem solve ho. yeh wait karna farmaiya gaya keh yeh ibadat hai, Khuda ki worship hai. mein samajhta hoon keh bohat bari baat is mein kahi gayi hai. dekhiye, hota kya hai keh koi</w:t>
      </w:r>
      <w:r>
        <w:br/>
      </w:r>
      <w:r>
        <w:rPr>
          <w:sz w:val="20"/>
        </w:rPr>
        <w:t>38:54  problem meri zindagi mein aaya to foran mein chahta hoon keh laroon is sey, larr kar ke usay khatam karoon, ya kam az kam mayoos ho jata hoon, ya negative thought aatey hain mere mind mein, hate aati hai kisi ke khilaaf, jis ney mein samajhta hoon keh us ney yeh problem create kiya hai. in sab ko kill karne wala yeh hai keh aap wait karein.</w:t>
      </w:r>
      <w:r>
        <w:br/>
      </w:r>
      <w:r>
        <w:rPr>
          <w:sz w:val="20"/>
        </w:rPr>
        <w:t>39:26  Afzal ul ibadat intizar ul faraj. faraj, faraj ka matlab hai kushadgi, yani solution, problem ka solution. to problem pesh aaya aur us ke solution ke liye aap ney intezar kiya to yeh hai bohat bari ibadat. dekhiye, yeh saada baat nahi hai. Ghalib ka ek sher hai, woh mein samajhta hoon keh bohat hi relevant hai yahan par</w:t>
      </w:r>
      <w:r>
        <w:br/>
      </w:r>
      <w:r>
        <w:rPr>
          <w:sz w:val="20"/>
        </w:rPr>
        <w:t>39:57  keh raat din gardish mein hain, saat asmaan ho rahe ga, kuch na kuch ghabraein kiya. raat din gardish mein hain, saat asmaan ho rahe ga, kuch na kuch ghabraein kiya. mein samajhta hoon keh yeh wait and see ka jo concept hai, isi ko unhon ney apne andaaz mein bayan kiya. to cheez kya hai? is dunya mein</w:t>
      </w:r>
      <w:r>
        <w:br/>
      </w:r>
      <w:r>
        <w:rPr>
          <w:sz w:val="20"/>
        </w:rPr>
        <w:t>40:27  ek cheez hai, woh us ko hum kehte hain law of nature ya natural process. is dunya mein natural process chal raha hai, woh har lamha chal raha hai. maslan garmi ka mahina aaya, garmi May June ka mahina aaya, bohat garmi lag rahi hai, bohat garmi lag rahi hai. that is natural process. ab aap pareshan ho gaye keh af itni garmi, af itni garmi. lekin woh woh garmi jo hai, woh</w:t>
      </w:r>
      <w:r>
        <w:br/>
      </w:r>
      <w:r>
        <w:rPr>
          <w:sz w:val="20"/>
        </w:rPr>
        <w:t>40:57  ek process hai. us ki wajah se kya hota hai keh pani ko heat heat di jati hai. woh heating process hai pani ko garam karne ke liye taakeh bhap uthey, bhap ooper jaye, ooper ja kar ke ek poora jo Khuda ka nizaam hai, us nizaam ke tehat woh phir dobara barsay zameen ke ooper. to bazahir to heat hai, lekin woh thandak laane ke liye ek process hai. to agar hum bohat garmi pad rahi hai,</w:t>
      </w:r>
      <w:r>
        <w:br/>
      </w:r>
      <w:r>
        <w:rPr>
          <w:sz w:val="20"/>
        </w:rPr>
        <w:t>41:28  to agar hum wahan pe wait karein, intezar karein to kya matlab hoga? hum Khuda ke natural process ko intezar kar rahe hain, us process culmination ka intezar kar rahe hain. is liye woh ibadat hai. yani ek problem aaya to hum ney yeh samjha keh yeh problem jo hai, Khuda ka jo dunya mein jo Khuda ke qanoon hain, Khuda ka jo nizaam hai, us ki bana par aisa hai.</w:t>
      </w:r>
      <w:r>
        <w:br/>
      </w:r>
      <w:r>
        <w:rPr>
          <w:sz w:val="20"/>
        </w:rPr>
        <w:t>41:58  kyunke yahan raat aata hai, din aati hai, phir din aati hai, phir raat aata hai, garmi aati hai, sardi aati hai. yeh Khuda ka nizaam hai, Khuda ka qanoon hai. to agar hum ney yeh samjha aur Khuda ko yaad kiya, aur hum raazi hue is baat par keh Khuda ka nizaam apna kaam karey, aur hamare is problem ka solution nikle is process ke tehat, to yeh Khuda ke qanoon par raazi hona,</w:t>
      </w:r>
      <w:r>
        <w:br/>
      </w:r>
      <w:r>
        <w:rPr>
          <w:sz w:val="20"/>
        </w:rPr>
        <w:t>42:29  yeh apne aap mein ek ibadat hai. aur bharrk uthna, pareshan hona, mayoos hona, larrne lagna, negative thought apne dil mein paalna, is ka matlab yeh hai keh aap Khuda ke ne jo system banaya hai, jo jo qanoon dunya mein chalaya hai, jo law of nature hai, us par raazi nahi hain. us par raazi nahi hain to is ka matlab kya hui hai? is ka matlab yahi hui keh aap Khuda ki ibadat nahi kar rahe</w:t>
      </w:r>
      <w:r>
        <w:br/>
      </w:r>
      <w:r>
        <w:rPr>
          <w:sz w:val="20"/>
        </w:rPr>
        <w:t>42:59  hain. ek mauqa jis mein Khuda ke bataye hue, Khuda ke banaye hue nizaam par raazi hona ho kar aap ibadat guzar bante thay, raazi na ho kar ke aap ibadat se door hotay thay. to yeh hai keh agar koi problem hamein hum face karte hain to agar hum yeh</w:t>
      </w:r>
    </w:p>
    <w:p>
      <w:pPr>
        <w:pStyle w:val="Heading2"/>
      </w:pPr>
      <w:r>
        <w:t>The full case for gratitude as Ramadan's core lesson</w:t>
      </w:r>
    </w:p>
    <w:p>
      <w:r>
        <w:rPr>
          <w:color w:val="666666"/>
          <w:sz w:val="18"/>
        </w:rPr>
        <w:t>Importance of Ramadan March 24, 2024 · 5m 29s · at 10:11 · https://youtu.be/cn67uauGQrc?t=611</w:t>
      </w:r>
    </w:p>
    <w:p>
      <w:r>
        <w:rPr>
          <w:i/>
        </w:rPr>
        <w:t>“Sabse bada shukr Allah ka yehi karna hai ke usne hidayat di”</w:t>
      </w:r>
    </w:p>
    <w:p>
      <w:r>
        <w:rPr>
          <w:sz w:val="20"/>
        </w:rPr>
        <w:t>10:11  to yeh kis tarah shukr ka mahina hum banayein, iske bare mein bhi aap hum sab ko batayein.</w:t>
      </w:r>
      <w:r>
        <w:br/>
      </w:r>
      <w:r>
        <w:rPr>
          <w:sz w:val="20"/>
        </w:rPr>
        <w:t>10:19  sab se bada shukr to ALLAH ka yeh karna hai ke ALLAH ta'ala ne hidayat utari. kyunke insaan paida hota hai, usko kuch nahi maloom ke woh kis liye paida hua hai, uski zindagi ka maqsad kya hai, marne ke baad uske saath kya hone wala hai, usko kuch pata nahi.</w:t>
      </w:r>
      <w:r>
        <w:br/>
      </w:r>
      <w:r>
        <w:rPr>
          <w:sz w:val="20"/>
        </w:rPr>
        <w:t>10:36  to ALLAH ta'ala ne hidayat utari aur yeh baat surah baqarah mein aai hai ke ALLAH ki barai is par ke usne tum ko rah batai taake tum uske shukr guzar bano.</w:t>
      </w:r>
      <w:r>
        <w:br/>
      </w:r>
      <w:r>
        <w:rPr>
          <w:sz w:val="20"/>
        </w:rPr>
        <w:t>10:49  to wohi shukr ki haqeeqat hai, wohi kaha ke thank you karna. woh thank you to woh lip service hai. humein khuda ko acknowledge karna hai aur acknowledge karna hai uski blessings ke reference se.</w:t>
      </w:r>
      <w:r>
        <w:br/>
      </w:r>
      <w:r>
        <w:rPr>
          <w:sz w:val="20"/>
        </w:rPr>
        <w:t>11:04  kyunke har aan uski blessings humein mil rahi hain. ab oxygen hai, khana peena hai, suraj hai, uski ujala hai, light</w:t>
      </w:r>
      <w:r>
        <w:br/>
      </w:r>
      <w:r>
        <w:rPr>
          <w:sz w:val="20"/>
        </w:rPr>
        <w:t>11:14  hai. matlab agar hum sochte rahein, sochte rahein to kabhi yeh blessings ka jo hai count kabhi khatam nahi hoga. to yeh blessings hum ko chunke har aan mil rahi hain, is liye yeh rule lagai gai ke waqti taur par hum khana pani chodein taake humein ehsaas ho ke khana pani kitna ziyada important hai.</w:t>
      </w:r>
      <w:r>
        <w:br/>
      </w:r>
      <w:r>
        <w:rPr>
          <w:sz w:val="20"/>
        </w:rPr>
        <w:t>11:36  to yeh jo shadeed bhook pyas ka tajurba aap dekhiye ke jo jo haiz hain, unko to yeh sab tajurbe hote hain nahi.</w:t>
      </w:r>
      <w:r>
        <w:br/>
      </w:r>
      <w:r>
        <w:rPr>
          <w:sz w:val="20"/>
        </w:rPr>
        <w:t>11:44  haiz na'asto unko to tajurbe bhi hote hain lekin haiz ko kahan hote hain? to unko yeh tajurba karaya gaya taake unko ehsaas ho ke khuda kitna ziyada bada benefactor hai aur har aan humein apni blessings ko bhi jahraha hai.</w:t>
      </w:r>
      <w:r>
        <w:br/>
      </w:r>
      <w:r>
        <w:rPr>
          <w:sz w:val="20"/>
        </w:rPr>
        <w:t>12:02  to jab din bhar insaan khana pani chhod kar pure usko rase se guzar kar jab sham ko khana khata hai, pani peeta hai, tab woh zabardast tareeqe se khuda ka shukr ada karta hai.</w:t>
      </w:r>
      <w:r>
        <w:br/>
      </w:r>
      <w:r>
        <w:rPr>
          <w:sz w:val="20"/>
        </w:rPr>
        <w:t>12:14  to yahi khuda ka shukr ada karna jo hai, yeh sab se badi ibadat hai. to isi ki roze mein training di jati hai. quran mein aaya hai qaleelun min ash-shakireen ke bohat kam bande hain jo khuda ka shukr ada karenge.</w:t>
      </w:r>
      <w:r>
        <w:br/>
      </w:r>
      <w:r>
        <w:rPr>
          <w:sz w:val="20"/>
        </w:rPr>
        <w:t>12:29  to jaante hain aap, woh aapko yaad hoga ke shaitan ne yahi to kaha tha ke main tere tamaam bando ko nashukra bana dunga</w:t>
      </w:r>
      <w:r>
        <w:br/>
      </w:r>
      <w:r>
        <w:rPr>
          <w:sz w:val="20"/>
        </w:rPr>
        <w:t>12:38  a. to shaitan jaanta tha ke duniya mein aisa woh hoga nahi ke har insaan ko har cheez mil jaye. jo cheez nahi milegi, bas usi ke liye woh khuda ki nashukri karega.</w:t>
      </w:r>
      <w:r>
        <w:br/>
      </w:r>
      <w:r>
        <w:rPr>
          <w:sz w:val="20"/>
        </w:rPr>
        <w:t>12:49  to humein jo cheez mili hui hai, uspar hamara focus hona chahiye, na ke na mili hui pe. bilkul ji. to tabhi hamare dil se alhamdulillah niklega.</w:t>
      </w:r>
      <w:r>
        <w:br/>
      </w:r>
      <w:r>
        <w:rPr>
          <w:sz w:val="20"/>
        </w:rPr>
        <w:t>13:00  kyunke agar hum ek hi cheez par woh focus karte rahein ke yeh cheez hamein nahi mili</w:t>
      </w:r>
      <w:r>
        <w:br/>
      </w:r>
      <w:r>
        <w:rPr>
          <w:sz w:val="20"/>
        </w:rPr>
        <w:t>13:05  hui hai, to jab hamare dimagh mein complaint aa jayega aur hum ideal ki talash mein pareshan rahenge ke hamein yeh cheez nahi, hamein available hain, woh cheez available nahi hai, to phir hum kabhi bhi dil se alhamdulillah nahi kar sakte.</w:t>
      </w:r>
      <w:r>
        <w:br/>
      </w:r>
      <w:r>
        <w:rPr>
          <w:sz w:val="20"/>
        </w:rPr>
        <w:t>13:21  ab jaise life support system hai, life support system itni bari blessing hai ke poori kainat mein yeh sari cheezein nahi hain.</w:t>
      </w:r>
      <w:r>
        <w:br/>
      </w:r>
      <w:r>
        <w:rPr>
          <w:sz w:val="20"/>
        </w:rPr>
        <w:t>13:30  bahut zyada talash hui pani ki tamam planets par, har jagah</w:t>
      </w:r>
      <w:r>
        <w:br/>
      </w:r>
      <w:r>
        <w:rPr>
          <w:sz w:val="20"/>
        </w:rPr>
        <w:t>13:35  , lekin kahin kuch nahi mila. to iska matlab hai ke yeh is is duniya mein, is planet Earth par, Allah Ta'ala ne special tareeqe se ek to sabse pehle insaan ko creation hai, phir uske baad tamam cheezon ko create kiya, tamam life support system banaya, uske baad insaan ko yahan rakha.</w:t>
      </w:r>
      <w:r>
        <w:br/>
      </w:r>
      <w:r>
        <w:rPr>
          <w:sz w:val="20"/>
        </w:rPr>
        <w:t>13:56  to insaan ke andar bahut sari unique cheezein</w:t>
      </w:r>
      <w:r>
        <w:br/>
      </w:r>
      <w:r>
        <w:rPr>
          <w:sz w:val="20"/>
        </w:rPr>
        <w:t>14:00  hain. ek lazzat ka ehsaas, matlab insaan har cheez ko enjoy karta hai. achhe khane ko, achhe dress ko, har achhi hawa aah thandi thandi chal rahi hai, usko har cheez ko woh enjoy karta hai.</w:t>
      </w:r>
      <w:r>
        <w:br/>
      </w:r>
      <w:r>
        <w:rPr>
          <w:sz w:val="20"/>
        </w:rPr>
        <w:t>14:13  ab jaanwar hain, woh to bas woh pet bharne ke liye khata hai. to yeh jo cheezein hain, enjoyment hai, happiness hai, yeh sab cheezein Allah Ta'ala ne insaan ko di hui</w:t>
      </w:r>
      <w:r>
        <w:br/>
      </w:r>
      <w:r>
        <w:rPr>
          <w:sz w:val="20"/>
        </w:rPr>
        <w:t>14:25  hain. to insaan ka ko yahi return Allah ko dena hai ke woh khoob khoob Allah ka shukar ada kare. kyunke Allah ko to aur kisi cheez ki zaroorat hai nahi.</w:t>
      </w:r>
      <w:r>
        <w:br/>
      </w:r>
      <w:r>
        <w:rPr>
          <w:sz w:val="20"/>
        </w:rPr>
        <w:t>14:35  aur yahi Allah Ta'ala ne farmaya hai ke la in shakkartum la azeedannakum agar tum shukar karoge to mein tumko aur zyada dunga. to yeh shukr jo hai na, yahi nematton ki price hai.</w:t>
      </w:r>
      <w:r>
        <w:br/>
      </w:r>
      <w:r>
        <w:rPr>
          <w:sz w:val="20"/>
        </w:rPr>
        <w:t>14:48  aur agar hum acknowledge nahi karte to samajh lijiye ke hum user par hain.</w:t>
      </w:r>
      <w:r>
        <w:br/>
      </w:r>
      <w:r>
        <w:rPr>
          <w:sz w:val="20"/>
        </w:rPr>
        <w:t>14:52  bilkul aise hi hai jaise humne cheezein li, use ki, aur uska shukr ada nahi kiya to uska matlab humne uski price pay nahi kiya. to wohi jaise bandar bandar hote hain, chheen chapat ke khate peete hain, to wohi hamara haal ho jayega.</w:t>
      </w:r>
      <w:r>
        <w:br/>
      </w:r>
      <w:r>
        <w:rPr>
          <w:sz w:val="20"/>
        </w:rPr>
        <w:t>15:07  to jab hum shukr ada karte hain to woh hamara Khuda ki taraf se woh woh price hoti hai. to woh hamein isko bahut achhi tarah se yeh baat ko samajhna hai.</w:t>
      </w:r>
      <w:r>
        <w:br/>
      </w:r>
      <w:r>
        <w:rPr>
          <w:sz w:val="20"/>
        </w:rPr>
        <w:t>15:17  aur Khuda ka haqeeqi ma'ne mein Khuda ka shukr</w:t>
      </w:r>
      <w:r>
        <w:br/>
      </w:r>
      <w:r>
        <w:rPr>
          <w:sz w:val="20"/>
        </w:rPr>
        <w:t>15:21  karna hai. dil se Khuda ka shukr karna hai. aur na ke sirf duniya mein isko sari kamyabi milegi. balkeh akhirat mein bhi shukr hi ka badla jannat hai.</w:t>
      </w:r>
      <w:r>
        <w:br/>
      </w:r>
      <w:r>
        <w:rPr>
          <w:sz w:val="20"/>
        </w:rPr>
        <w:t>15:32  nashukre log woh hain, jannat mein nahi jayenge. to yeh humko logon ko ehsaas dilana hai. ji mashallah, bahut sahi apa</w:t>
      </w:r>
    </w:p>
    <w:p>
      <w:pPr>
        <w:pStyle w:val="Heading2"/>
      </w:pPr>
      <w:r>
        <w:t>Why scholars avoided politics to preserve hadith for us</w:t>
      </w:r>
    </w:p>
    <w:p>
      <w:r>
        <w:rPr>
          <w:color w:val="666666"/>
          <w:sz w:val="18"/>
        </w:rPr>
        <w:t>Islam mein Fiqhi Ikhtelaf (Jurisprudential Disagreement in Islam) Maulana Wahiddudin Khan · 3m 32s · at 5:40 · https://youtu.be/8S3yyG9KYOE?t=340</w:t>
      </w:r>
    </w:p>
    <w:p>
      <w:r>
        <w:rPr>
          <w:i/>
        </w:rPr>
        <w:t>“Whoever gets tangled in political fights can't do constructive work”</w:t>
      </w:r>
    </w:p>
    <w:p>
      <w:r>
        <w:rPr>
          <w:sz w:val="20"/>
        </w:rPr>
        <w:t>5:40  yeh bhi ek history hai ke political jhagdon mein jo ulajhega, woh koi kaam nahi kar sakta. jis ko koi constructive kaam karna hai, to us ko pehla kaam yeh karna hoga ke political jhagdon se apne ko door le jaaye.</w:t>
      </w:r>
      <w:r>
        <w:br/>
      </w:r>
      <w:r>
        <w:rPr>
          <w:sz w:val="20"/>
        </w:rPr>
        <w:t>5:55  aap gaur kijiye, main aksar sochta hoon yeh muhaddiseen jin ke mind mein lakhon hadeesein theen, kyunke is waqt memory, aap aap jaante hain ke jab memory bohat use hoti thi is zamane mein, to jo log memory bohat achhi hoti thi,</w:t>
      </w:r>
      <w:r>
        <w:br/>
      </w:r>
      <w:r>
        <w:rPr>
          <w:sz w:val="20"/>
        </w:rPr>
        <w:t>6:12  photographic memory aaj to chand logon ki hoti hai, us waqt har aadmi ki photographic memory thi, ya aisi samajh lijiye, aisi hoti hai. aaj kisi kisi ki photographic memory hoti hai.</w:t>
      </w:r>
      <w:r>
        <w:br/>
      </w:r>
      <w:r>
        <w:rPr>
          <w:sz w:val="20"/>
        </w:rPr>
        <w:t>6:24  is zamane mein har aadmi hi ki photographic memory thi, kyunke likhna hota nahi tha, memory mein rakhte thay baaton ko. to photographic memory hua is zamane mein hua karti thi logon ki.</w:t>
      </w:r>
      <w:r>
        <w:br/>
      </w:r>
      <w:r>
        <w:rPr>
          <w:sz w:val="20"/>
        </w:rPr>
        <w:t>6:37  to aap sochiye ke jin logon ke mind mein yeh saari hadeesein theen, agar woh ladne lagte rulers se, un excuses ko le kar, jaise le kar ke aaj ladaiyan karte hain log Muslim countries mein, to kya hota?</w:t>
      </w:r>
      <w:r>
        <w:br/>
      </w:r>
      <w:r>
        <w:rPr>
          <w:sz w:val="20"/>
        </w:rPr>
        <w:t>6:53  yeh saare log qatal kar diye jaate aur qabron pe chale jaate, aur hadees ka humein kuch pata hi nahi hota. hadees ka pata hi nahi hota humein ke hadees kahan gayi.</w:t>
      </w:r>
      <w:r>
        <w:br/>
      </w:r>
      <w:r>
        <w:rPr>
          <w:sz w:val="20"/>
        </w:rPr>
        <w:t>7:06  jin mind mein, jin logon ke memory mein hadeesein theen, woh agar ladne lagte to yahi hota,</w:t>
      </w:r>
      <w:r>
        <w:br/>
      </w:r>
      <w:r>
        <w:rPr>
          <w:sz w:val="20"/>
        </w:rPr>
        <w:t>7:14  jaisa ke Bangladesh mein hua, jaisa ke Pakistan mein hua, jaisa ke jaisa ke Afghanistan mein hua. har jagah kitne saare log lad lad ke qatal ho gaye aur qabron pe chale gaye.</w:t>
      </w:r>
      <w:r>
        <w:br/>
      </w:r>
      <w:r>
        <w:rPr>
          <w:sz w:val="20"/>
        </w:rPr>
        <w:t>7:30  Abbas period mein aap ne kitabon mein padha hoga ke woh saari kharabiyan aa chuki theen, jis ko le kar aaj Muslim countries mein so-called Islamic, yaani jamaatein lad rahi hain apne apne rulers se.</w:t>
      </w:r>
      <w:r>
        <w:br/>
      </w:r>
      <w:r>
        <w:rPr>
          <w:sz w:val="20"/>
        </w:rPr>
        <w:t>7:46  har jagah ladai chidi hui hai, aap jaante hain, Arab world mein Al-Ikhwan Al-Muslimeen jo hai, woh lad rahi hai, aur Pakistan wagera mein Islami Jamaat Islami lad rahi hai.</w:t>
      </w:r>
      <w:r>
        <w:br/>
      </w:r>
      <w:r>
        <w:rPr>
          <w:sz w:val="20"/>
        </w:rPr>
        <w:t>7:58  har jagah yeh lad rahe hain log</w:t>
      </w:r>
      <w:r>
        <w:br/>
      </w:r>
      <w:r>
        <w:rPr>
          <w:sz w:val="20"/>
        </w:rPr>
        <w:t>8:00  jin cheezon ko le kar ke yeh rulers se lad rahe hain, yeh saari kharabiyan Abbas period mein maujood theen. agar aisa hota ke in in political kharabiyon ko le kar ladte yeh muhaddis, yeh scholars, ke yeh sab qabar pe chale jaate,</w:t>
      </w:r>
      <w:r>
        <w:br/>
      </w:r>
      <w:r>
        <w:rPr>
          <w:sz w:val="20"/>
        </w:rPr>
        <w:t>8:19  qoul hadeeson ko jama karta, humein hadeeson ke baare mein kuch bhi pata na hota. phir is ke</w:t>
      </w:r>
      <w:r>
        <w:br/>
      </w:r>
      <w:r>
        <w:rPr>
          <w:sz w:val="20"/>
        </w:rPr>
        <w:t>8:26  isi liye hadees mein bohat zyada Rasool Allah ne mana kiya tha ke rulers mein tum kharabiyan dekhoge, lekin un se revolt mat karna. is ki yahi hikmat thi, is ke peeche yahi wisdom tha ke agar tum ladoge to jo kaam hona hai constructive, woh nahi hoga,</w:t>
      </w:r>
      <w:r>
        <w:br/>
      </w:r>
      <w:r>
        <w:rPr>
          <w:sz w:val="20"/>
        </w:rPr>
        <w:t>8:42  positive kaam nahi hoga. to saari Islamic learning jo hai, Abbas period mein is ki tadween hui hai.</w:t>
      </w:r>
      <w:r>
        <w:br/>
      </w:r>
      <w:r>
        <w:rPr>
          <w:sz w:val="20"/>
        </w:rPr>
        <w:t>8:51  ab bataiye ke log ladte agar to sab khatm ho jaate? phir Abdullah ibn Zubair khatm ho gaye, aur Sayyid ibn Jubayr khatm ho gaye.</w:t>
      </w:r>
      <w:r>
        <w:br/>
      </w:r>
      <w:r>
        <w:rPr>
          <w:sz w:val="20"/>
        </w:rPr>
        <w:t>9:00  bohat saare log khatm hue, maare gaye, woh log qatal kiye gaye. to yeh bohat badi hikmat thi, is ko samajh lijiye ke ek kaam ko karne ke liye doosre kaam ko chhodna padta hai.</w:t>
      </w:r>
    </w:p>
    <w:p>
      <w:pPr>
        <w:pStyle w:val="Heading2"/>
      </w:pPr>
      <w:r>
        <w:t>Sabr self discipline and patience in Ramadan</w:t>
      </w:r>
    </w:p>
    <w:p>
      <w:r>
        <w:rPr>
          <w:color w:val="666666"/>
          <w:sz w:val="18"/>
        </w:rPr>
        <w:t>Roza and Ramadan September 3, 2007 Maulana Wahiduddin Khan · 5m 09s · at 30:06 · https://youtu.be/98PTg3r7yYE?t=1806</w:t>
      </w:r>
    </w:p>
    <w:p>
      <w:r>
        <w:rPr>
          <w:i/>
        </w:rPr>
        <w:t>“What is sabr? Sabr means patience”</w:t>
      </w:r>
    </w:p>
    <w:p>
      <w:r>
        <w:rPr>
          <w:sz w:val="20"/>
        </w:rPr>
        <w:t>30:06  sabr aur muwasat. yani roza shahr al-sabr hai aur roza shahr al-muwasat hai. dekhiye sabr ke maani kya hain?</w:t>
      </w:r>
      <w:r>
        <w:br/>
      </w:r>
      <w:r>
        <w:rPr>
          <w:sz w:val="20"/>
        </w:rPr>
        <w:t>30:18  sabr ke maani hain patience. bardasht, tahammul. patience. patience ka matlab kya hai?</w:t>
      </w:r>
      <w:r>
        <w:br/>
      </w:r>
      <w:r>
        <w:rPr>
          <w:sz w:val="20"/>
        </w:rPr>
        <w:t>30:29  yeh duniya mein dekhiye aadhi hamari zindagi fifty percent patience par hai. har waqt hamein sabr karna hai.</w:t>
      </w:r>
      <w:r>
        <w:br/>
      </w:r>
      <w:r>
        <w:rPr>
          <w:sz w:val="20"/>
        </w:rPr>
        <w:t>30:40  kyun ke yeh duniya test ki duniya hai. duniya hum test ke liye hai. jab test ke liye hai to yahan par aisi cheezein rahengi jis se hum aazmaye jayen.</w:t>
      </w:r>
      <w:r>
        <w:br/>
      </w:r>
      <w:r>
        <w:rPr>
          <w:sz w:val="20"/>
        </w:rPr>
        <w:t>30:53  hum aazmaye jayen. jaise misaal ke taur par Khuda ne sab ko azadi de di. taake koi hum ko provoke kare.</w:t>
      </w:r>
      <w:r>
        <w:br/>
      </w:r>
      <w:r>
        <w:rPr>
          <w:sz w:val="20"/>
        </w:rPr>
        <w:t>31:03  koi hamein gaali de, koi hamein hamein koi ghussa dilaye. to agar yeh na ho ke log aap ko provoke karein to test kis baat ka hoga?</w:t>
      </w:r>
      <w:r>
        <w:br/>
      </w:r>
      <w:r>
        <w:rPr>
          <w:sz w:val="20"/>
        </w:rPr>
        <w:t>31:17  to logon ko Khuda ne azadi di hai ke tum logon ko provoke karo. phir yeh pata chalta hai ke hum provocation ke bawajood hum ghussa nahin hue.</w:t>
      </w:r>
      <w:r>
        <w:br/>
      </w:r>
      <w:r>
        <w:rPr>
          <w:sz w:val="20"/>
        </w:rPr>
        <w:t>31:32  yeh hai shahr al-sabr. aise hi dekhiye temptation hain hamare andar bohat sari.</w:t>
      </w:r>
      <w:r>
        <w:br/>
      </w:r>
      <w:r>
        <w:rPr>
          <w:sz w:val="20"/>
        </w:rPr>
        <w:t>31:41  jis ko hum lalach kehte hain, hiras kehte hain, intiqam kehte hain, khud gharzi kehte hain, hasad kehte hain, fakhr kehte hain.</w:t>
      </w:r>
      <w:r>
        <w:br/>
      </w:r>
      <w:r>
        <w:rPr>
          <w:sz w:val="20"/>
        </w:rPr>
        <w:t>31:53  yeh saare temptations hain. yahan bhi hamein dekhiye apne aap ko thamna hai. restrain mein rakhna hai apne aap ko.</w:t>
      </w:r>
      <w:r>
        <w:br/>
      </w:r>
      <w:r>
        <w:rPr>
          <w:sz w:val="20"/>
        </w:rPr>
        <w:t>32:03  apne ko discipline mein rakhna hai apne aap ko. yeh hai sabr. agar sabr ki quality, sabr ki spirit hamare andar na ho to kya hoga?</w:t>
      </w:r>
      <w:r>
        <w:br/>
      </w:r>
      <w:r>
        <w:rPr>
          <w:sz w:val="20"/>
        </w:rPr>
        <w:t>32:15  har waqt hum kisi kisi na kisi aisi cheez mein involve ho jayenge jo Khuda ko pasand nahin hai.</w:t>
      </w:r>
      <w:r>
        <w:br/>
      </w:r>
      <w:r>
        <w:rPr>
          <w:sz w:val="20"/>
        </w:rPr>
        <w:t>32:24  is se ghusse mein bhadak kar ke hum intiqam lene lagenge. hiras mein pad kar ke hum bhagenge duniya ke peeche. kisi ko dekhenge bara to us ke hum us ke ghussa aa jayega hum ko ke dekho bara ho gaya yeh aadmi.</w:t>
      </w:r>
      <w:r>
        <w:br/>
      </w:r>
      <w:r>
        <w:rPr>
          <w:sz w:val="20"/>
        </w:rPr>
        <w:t>32:40  aap ko Khuda de, aap ko Khuda zyada de to aap aap ke andar arrogance aa jayega. aap ko agar Khuda de zyada to aap ko arrogance aa jayega.</w:t>
      </w:r>
      <w:r>
        <w:br/>
      </w:r>
      <w:r>
        <w:rPr>
          <w:sz w:val="20"/>
        </w:rPr>
        <w:t>32:51  aur doosre ko Khuda agar de to aap ke andar doosra jazba bhadkega ke dekho yeh mujh se barh ke aa gaye, is ko to mujhe marna hai. ise mujhe down karna hai.</w:t>
      </w:r>
      <w:r>
        <w:br/>
      </w:r>
      <w:r>
        <w:rPr>
          <w:sz w:val="20"/>
        </w:rPr>
        <w:t>33:04  in sab cheezon ke liye zaroorat hoti hai sabr ki. sabr ka matlab hota hai apne temptation par control.</w:t>
      </w:r>
      <w:r>
        <w:br/>
      </w:r>
      <w:r>
        <w:rPr>
          <w:sz w:val="20"/>
        </w:rPr>
        <w:t>33:14  apne negative thought par control. apne aap ko bhadak jane par control.</w:t>
      </w:r>
      <w:r>
        <w:br/>
      </w:r>
      <w:r>
        <w:rPr>
          <w:sz w:val="20"/>
        </w:rPr>
        <w:t>33:23  provoke hone par control. yani aap yeh keh sakte hain ke sabr ka matlab hai disciplined life.</w:t>
      </w:r>
      <w:r>
        <w:br/>
      </w:r>
      <w:r>
        <w:rPr>
          <w:sz w:val="20"/>
        </w:rPr>
        <w:t>33:32  self control. to self control aur self discipline isi ka naam hai sabr. to roza hum ko sabr sikhata hai.</w:t>
      </w:r>
      <w:r>
        <w:br/>
      </w:r>
      <w:r>
        <w:rPr>
          <w:sz w:val="20"/>
        </w:rPr>
        <w:t>33:45  kaise? hum bhook lagti hai hum sabr karte hain. piyas lagti hai hum sabr karte hain. sabr na karein to hum pani pi lein.</w:t>
      </w:r>
      <w:r>
        <w:br/>
      </w:r>
      <w:r>
        <w:rPr>
          <w:sz w:val="20"/>
        </w:rPr>
        <w:t>33:55  sabr na karein to hum khana kha lein. yahan pe mein kahunga ke yeh hai alamati sabr. kuch cheezon ko alamati taur par hum se sabr karwaya jata hai.</w:t>
      </w:r>
      <w:r>
        <w:br/>
      </w:r>
      <w:r>
        <w:rPr>
          <w:sz w:val="20"/>
        </w:rPr>
        <w:t>34:10  taake aap baqi cheezon ke baray mein bhi sabr karne wale ban jayein. to yeh kehna sahi hoga ke shehr us sabr ka matlab hai self control ka mahina.</w:t>
      </w:r>
      <w:r>
        <w:br/>
      </w:r>
      <w:r>
        <w:rPr>
          <w:sz w:val="20"/>
        </w:rPr>
        <w:t>34:24  self discipline ka mahina. apne jo jo freedom mila hua hai, freedom, azadi us par bhi control karna hai.</w:t>
      </w:r>
      <w:r>
        <w:br/>
      </w:r>
      <w:r>
        <w:rPr>
          <w:sz w:val="20"/>
        </w:rPr>
        <w:t>34:34  ke misuse na karoon mein. freedom ko aap misuse jab na karein ge to wahi to sabr hai.</w:t>
      </w:r>
      <w:r>
        <w:br/>
      </w:r>
      <w:r>
        <w:rPr>
          <w:sz w:val="20"/>
        </w:rPr>
        <w:t>34:47  azadi ke hote hue aap ko misuse na karein us ko to isi ka naam sabr hai.</w:t>
      </w:r>
      <w:r>
        <w:br/>
      </w:r>
      <w:r>
        <w:rPr>
          <w:sz w:val="20"/>
        </w:rPr>
        <w:t>34:54  to sabr jo hai, sabr jo hai roze ka integral part hai. roze ko yeh kehna sahi hoga ke woh sabr ki training hai.</w:t>
      </w:r>
      <w:r>
        <w:br/>
      </w:r>
      <w:r>
        <w:rPr>
          <w:sz w:val="20"/>
        </w:rPr>
        <w:t>35:05  self control zindagi guzarne ki training hai. self discipline ki training hai. yeh hai roza.</w:t>
      </w:r>
    </w:p>
    <w:p>
      <w:pPr>
        <w:pStyle w:val="Heading2"/>
      </w:pPr>
      <w:r>
        <w:t>Personal example and final call to action</w:t>
      </w:r>
    </w:p>
    <w:p>
      <w:r>
        <w:rPr>
          <w:color w:val="666666"/>
          <w:sz w:val="18"/>
        </w:rPr>
        <w:t>Bury Your Complaints This Ramazan April 26, 2020 Maulana Wahiduddin Khan · 3m 50s · at 7:37 · https://youtu.be/t2vt4rkgd_8?t=457</w:t>
      </w:r>
    </w:p>
    <w:p>
      <w:r>
        <w:rPr>
          <w:i/>
        </w:rPr>
        <w:t>“Maine khud apne se isko shuru kiya”</w:t>
      </w:r>
    </w:p>
    <w:p>
      <w:r>
        <w:rPr>
          <w:sz w:val="20"/>
        </w:rPr>
        <w:t>7:37  mein ne khud apne se is ko shuru kiya.</w:t>
      </w:r>
      <w:r>
        <w:br/>
      </w:r>
      <w:r>
        <w:rPr>
          <w:sz w:val="20"/>
        </w:rPr>
        <w:t>7:54  ek</w:t>
      </w:r>
      <w:r>
        <w:br/>
      </w:r>
      <w:r>
        <w:rPr>
          <w:sz w:val="20"/>
        </w:rPr>
        <w:t>8:00  ek hindu the dilli mein, ab un ka intiqal ho chuka hai.</w:t>
      </w:r>
      <w:r>
        <w:br/>
      </w:r>
      <w:r>
        <w:rPr>
          <w:sz w:val="20"/>
        </w:rPr>
        <w:t>8:08  to un ka ek ehsan tha mere saath. aaj mein ne is ko yaad kiya aur un ke liye dua ki ke ek shikayat khatam karne ki ek shakliya yeh hai.</w:t>
      </w:r>
      <w:r>
        <w:br/>
      </w:r>
      <w:r>
        <w:rPr>
          <w:sz w:val="20"/>
        </w:rPr>
        <w:t>8:29  to woh pakistan se india aa gaye the, phir yahan unhon ne business ki.</w:t>
      </w:r>
      <w:r>
        <w:br/>
      </w:r>
      <w:r>
        <w:rPr>
          <w:sz w:val="20"/>
        </w:rPr>
        <w:t>8:41  to ek baat mere dimagh wasee hui thi.</w:t>
      </w:r>
      <w:r>
        <w:br/>
      </w:r>
      <w:r>
        <w:rPr>
          <w:sz w:val="20"/>
        </w:rPr>
        <w:t>8:49  balkay woh un ka acha sulook tha. to aaj mein nay is achay sulook ko yaad kiya aur un kay liye duain keen, duain keen, duain keen.</w:t>
      </w:r>
      <w:r>
        <w:br/>
      </w:r>
      <w:r>
        <w:rPr>
          <w:sz w:val="20"/>
        </w:rPr>
        <w:t>9:04  to aap mein say mein aap say mein yeh darkhwast karoon ga kay koi shikayat hai to us ko bhalaiye.</w:t>
      </w:r>
      <w:r>
        <w:br/>
      </w:r>
      <w:r>
        <w:rPr>
          <w:sz w:val="20"/>
        </w:rPr>
        <w:t>9:14  kisi nay sulook kiya hai to us kay liye dua keejiyay.</w:t>
      </w:r>
      <w:r>
        <w:br/>
      </w:r>
      <w:r>
        <w:rPr>
          <w:sz w:val="20"/>
        </w:rPr>
        <w:t>9:21  agar aap kay dil dil mein koi shikayat hai to us ko bhalaiye, bhalaiye, bhalaiye. us ko buri keejiyay, dafan kar deejiay.</w:t>
      </w:r>
      <w:r>
        <w:br/>
      </w:r>
      <w:r>
        <w:rPr>
          <w:sz w:val="20"/>
        </w:rPr>
        <w:t>9:34  aur kisi nay aap ka sulook kiya hai to us ko to us ko yaad keejiyay,</w:t>
      </w:r>
      <w:r>
        <w:br/>
      </w:r>
      <w:r>
        <w:rPr>
          <w:sz w:val="20"/>
        </w:rPr>
        <w:t>9:40  khoob khoob yaad keejiyay aur phir us kay liye duain keejiyay.</w:t>
      </w:r>
      <w:r>
        <w:br/>
      </w:r>
      <w:r>
        <w:rPr>
          <w:sz w:val="20"/>
        </w:rPr>
        <w:t>9:49  to mein nay aik hindu kay liye, jo hamaray paros mein rehtay thay, yahan aanay kay baad duain keen kyunkay unhon nay waqai meray sath aik bohat acha sulook kiya tha.</w:t>
      </w:r>
      <w:r>
        <w:br/>
      </w:r>
      <w:r>
        <w:rPr>
          <w:sz w:val="20"/>
        </w:rPr>
        <w:t>10:02  to mein nay un kay liye duain keen.</w:t>
      </w:r>
      <w:r>
        <w:br/>
      </w:r>
      <w:r>
        <w:rPr>
          <w:sz w:val="20"/>
        </w:rPr>
        <w:t>10:08  to aaj mein aap logon ko is ramzan kay liye yahi</w:t>
      </w:r>
      <w:r>
        <w:br/>
      </w:r>
      <w:r>
        <w:rPr>
          <w:sz w:val="20"/>
        </w:rPr>
        <w:t>10:19  agenda deta hoon. yeh agenda ko aap mein say har shakhs pakray aur us par amal karay.</w:t>
      </w:r>
      <w:r>
        <w:br/>
      </w:r>
      <w:r>
        <w:rPr>
          <w:sz w:val="20"/>
        </w:rPr>
        <w:t>10:31  meri dua hai kay Allah taala aap kay iraday ko qabool farmaye. meri dua hai kay Allah taala aap ko is ka ajar ata farmaye.</w:t>
      </w:r>
      <w:r>
        <w:br/>
      </w:r>
      <w:r>
        <w:rPr>
          <w:sz w:val="20"/>
        </w:rPr>
        <w:t>10:55  is kay nateeja mein aap ko Allah</w:t>
      </w:r>
      <w:r>
        <w:br/>
      </w:r>
      <w:r>
        <w:rPr>
          <w:sz w:val="20"/>
        </w:rPr>
        <w:t>11:07  dunya mein aur akhirat mein kamyabi ata farmaye. assalam o alaikum wa rehmatullah.</w:t>
      </w:r>
    </w:p>
    <w:p>
      <w:pPr>
        <w:pStyle w:val="Heading2"/>
      </w:pPr>
      <w:r>
        <w:t>Preparation and moon sighting for Ramadan</w:t>
      </w:r>
    </w:p>
    <w:p>
      <w:r>
        <w:rPr>
          <w:color w:val="666666"/>
          <w:sz w:val="18"/>
        </w:rPr>
        <w:t>Ramadan The Month of Fasting 29Aug, 2008 - Maulana Wahiduddin Khan · 4m 56s · at 5:13 · https://youtu.be/O9ie_tCNGHM?t=313</w:t>
      </w:r>
    </w:p>
    <w:p>
      <w:r>
        <w:rPr>
          <w:i/>
        </w:rPr>
        <w:t>“Before Ramadan, the month of Shaban”</w:t>
      </w:r>
    </w:p>
    <w:p>
      <w:r>
        <w:rPr>
          <w:sz w:val="20"/>
        </w:rPr>
        <w:t>5:13  dekhiye, roze se pehle jo mahina hai, shaban ka mahina hai. hadith mein aata hai ke jab shaban ka mahina aata tha to Rasool Allah roza rakhna shuru kar dete the.</w:t>
      </w:r>
      <w:r>
        <w:br/>
      </w:r>
      <w:r>
        <w:rPr>
          <w:sz w:val="20"/>
        </w:rPr>
        <w:t>5:30  yani sara mahina nahi, shaban ke mahine mein aap kuch roze rakhte the, ramzan se pehle. yeh kya tha?</w:t>
      </w:r>
      <w:r>
        <w:br/>
      </w:r>
      <w:r>
        <w:rPr>
          <w:sz w:val="20"/>
        </w:rPr>
        <w:t>5:39  yeh thi tayyari. ramzan se pehle ramzan ki tayyari, roze ke mahina aane se pehle roze wali baaton ki tayyari.</w:t>
      </w:r>
      <w:r>
        <w:br/>
      </w:r>
      <w:r>
        <w:rPr>
          <w:sz w:val="20"/>
        </w:rPr>
        <w:t>5:52  yeh tha rasool Allah ka tareeqa ke ramzan ka mahina jab aane wala ho to pehle hi se aap apne ko tayyar karna shuru kar dein.</w:t>
      </w:r>
      <w:r>
        <w:br/>
      </w:r>
      <w:r>
        <w:rPr>
          <w:sz w:val="20"/>
        </w:rPr>
        <w:t>6:02  phir dekhiye, ramzan ka mahina jo hai, roze ka mahina jo hai, is ka aaghaz hota hai naya chand dekhne se.</w:t>
      </w:r>
      <w:r>
        <w:br/>
      </w:r>
      <w:r>
        <w:rPr>
          <w:sz w:val="20"/>
        </w:rPr>
        <w:t>6:16  yani shaban ki aakhri tareekh ko log aasman par dekhte hain, kya naya chand ho gaya?</w:t>
      </w:r>
      <w:r>
        <w:br/>
      </w:r>
      <w:r>
        <w:rPr>
          <w:sz w:val="20"/>
        </w:rPr>
        <w:t>6:25  yani ramzan ka chand ho gaya. to aap jante hain ke yeh jo, jo, jo qamri calendar hai, yani leveler calendar, jis mein chand par base karte hue tareekhein banai gayi hain,</w:t>
      </w:r>
      <w:r>
        <w:br/>
      </w:r>
      <w:r>
        <w:rPr>
          <w:sz w:val="20"/>
        </w:rPr>
        <w:t>6:43  to is mein har har mahina chand naye chand se, new moon se shuru hota hai. har mahina, yani 12 ke 12 mahine new moon se shuru hote hain.</w:t>
      </w:r>
      <w:r>
        <w:br/>
      </w:r>
      <w:r>
        <w:rPr>
          <w:sz w:val="20"/>
        </w:rPr>
        <w:t>6:57  to jab pehla, yani pehli sham aati hai, jab ke umeed hoti hai ke ramzan ka chand hoga, to log gharon se bahar aa kar ke aasman par dekhte hain.</w:t>
      </w:r>
      <w:r>
        <w:br/>
      </w:r>
      <w:r>
        <w:rPr>
          <w:sz w:val="20"/>
        </w:rPr>
        <w:t>7:14  to is maamle mein ek baat yeh hai ke calendar ke zariye tareekh maloom kar li jaye ya aasman par dekh kar ke chand ka hona maloom kiya jaye.</w:t>
      </w:r>
      <w:r>
        <w:br/>
      </w:r>
      <w:r>
        <w:rPr>
          <w:sz w:val="20"/>
        </w:rPr>
        <w:t>7:28  to yahan tak mein samajhta hoon dono hi sahi hain. yani agar calendar dekh kar aap ramzan ke mahine ki pehli tareekh janen, is se roza rakhen, yeh bhi sahi hai.</w:t>
      </w:r>
      <w:r>
        <w:br/>
      </w:r>
      <w:r>
        <w:rPr>
          <w:sz w:val="20"/>
        </w:rPr>
        <w:t>7:42  aur agar aap aisa karein ke aasman pe dekhein aur naya chand jab aa jaye tab aap roza rakhna shuru karein, woh bhi sahi hai.</w:t>
      </w:r>
      <w:r>
        <w:br/>
      </w:r>
      <w:r>
        <w:rPr>
          <w:sz w:val="20"/>
        </w:rPr>
        <w:t>7:52  albatta aankh se jab chand dekha jata hai to is mein ek aur faida hai. woh yeh hai ke goya ke shaban ki aakhri sham jo hai, aakhri din jo hai, us ki shami se roze ki halchal shuru ho jati hai.</w:t>
      </w:r>
      <w:r>
        <w:br/>
      </w:r>
      <w:r>
        <w:rPr>
          <w:sz w:val="20"/>
        </w:rPr>
        <w:t>8:12  halchal yani log sochte hain ke maghrib ki namaz padhi, us ke baad sochte hain ke chalo bhai chand dekhein, chand ho gaya ke nahi ho gaya, pata karein.</w:t>
      </w:r>
      <w:r>
        <w:br/>
      </w:r>
      <w:r>
        <w:rPr>
          <w:sz w:val="20"/>
        </w:rPr>
        <w:t>8:22  to is ka charcha hota hai, is ki halchal hoti hai, log dekh rahe hain aasman mein. achha, jab chand dikhai dega to phir ek ek hausla paida hoga, ek inspiration milega.</w:t>
      </w:r>
      <w:r>
        <w:br/>
      </w:r>
      <w:r>
        <w:rPr>
          <w:sz w:val="20"/>
        </w:rPr>
        <w:t>8:35  jaisa ke rasool Allah sal Allah alaihi wasallam ne jab chand ko dekha to aap ne farmaya ke Allahumma ahillahu alaina bil amni wal iman wal salamat was salam.</w:t>
      </w:r>
      <w:r>
        <w:br/>
      </w:r>
      <w:r>
        <w:rPr>
          <w:sz w:val="20"/>
        </w:rPr>
        <w:t>8:50  yeh ek naya waqea jab ho to aadmi ke andar se zikr nikalti hai, dua nikalta hai. ek fitri baat hai, jab bhi koi naya waqea hota hai to aap kuch zikr ka kalma bolte hain, kuch dua karte hain.</w:t>
      </w:r>
      <w:r>
        <w:br/>
      </w:r>
      <w:r>
        <w:rPr>
          <w:sz w:val="20"/>
        </w:rPr>
        <w:t>9:07  to rasool Allah sal Allah alaihi wasallam ne jab dekha ramzan ke mahine ka pehla chand to aap ne farmaya ke aye Allah, yeh chand hamare liye aman aur salamat ka mahina ho.</w:t>
      </w:r>
      <w:r>
        <w:br/>
      </w:r>
      <w:r>
        <w:rPr>
          <w:sz w:val="20"/>
        </w:rPr>
        <w:t>9:24  yeh chand jo nikla hai ramzan ke shuru mein to yeh hamare mahine ko aman aur salamat ka mahina bana de, Islam ka mahina bana de.</w:t>
      </w:r>
      <w:r>
        <w:br/>
      </w:r>
      <w:r>
        <w:rPr>
          <w:sz w:val="20"/>
        </w:rPr>
        <w:t>9:36  to yeh ek dua jo hai, agar aap kamre mein baithe rahein, sirf calendar dekh kar ke agle din roza shuru karein to yeh yeh sara mahol nahi banta jis mein aap duaen karein, jis mein halchal paida ho.</w:t>
      </w:r>
      <w:r>
        <w:br/>
      </w:r>
      <w:r>
        <w:rPr>
          <w:sz w:val="20"/>
        </w:rPr>
        <w:t>9:53  to mein samajhta hoon ke calendar ke zariye roza rakhna ya eid karna sahi hai, lekin chand dekh kar dikhne mein, chand dekh kar karne mein ek mazeed faida hasil hota hai.</w:t>
      </w:r>
    </w:p>
    <w:p>
      <w:pPr>
        <w:pStyle w:val="Heading2"/>
      </w:pPr>
      <w:r>
        <w:t>Ramadan as an experience of gratitude, not just hunger</w:t>
      </w:r>
    </w:p>
    <w:p>
      <w:r>
        <w:rPr>
          <w:color w:val="666666"/>
          <w:sz w:val="18"/>
        </w:rPr>
        <w:t>Hadith-e-Jibril, April 21, 2013 · 3m 45s · at 19:31 · https://youtu.be/0rF6Ou0pDog?t=1171</w:t>
      </w:r>
    </w:p>
    <w:p>
      <w:r>
        <w:rPr>
          <w:i/>
        </w:rPr>
        <w:t>“رمضان ایک تجربہ ہے”</w:t>
      </w:r>
    </w:p>
    <w:p>
      <w:r>
        <w:rPr>
          <w:sz w:val="20"/>
        </w:rPr>
        <w:t>19:31  dekhiye, ramadan kya hai?</w:t>
      </w:r>
      <w:r>
        <w:br/>
      </w:r>
      <w:r>
        <w:rPr>
          <w:sz w:val="20"/>
        </w:rPr>
        <w:t>19:37  ramadan ek tajruba hai. aap subah shaam khate peete hain to aap ko ehsaas nahi hota ke yeh khana aur yeh pani kitni bari nemat hai,</w:t>
      </w:r>
      <w:r>
        <w:br/>
      </w:r>
      <w:r>
        <w:rPr>
          <w:sz w:val="20"/>
        </w:rPr>
        <w:t>19:51  kitni bari nemat hai. khana aur pani na mile to chand din ka aadmi, chand din ke baad aadmi mar jayega.</w:t>
      </w:r>
      <w:r>
        <w:br/>
      </w:r>
      <w:r>
        <w:rPr>
          <w:sz w:val="20"/>
        </w:rPr>
        <w:t>20:01  to ek mahina is ke liye muqarrar kiya gaya ke din ke auqaat mein aadmi kha raha hai, pi raha hai, se ruke. to ek compulsory situation create kar ke yeh hukum diya gaya taake log jaanein ke kya hai khana aur kya hai pani.</w:t>
      </w:r>
      <w:r>
        <w:br/>
      </w:r>
      <w:r>
        <w:rPr>
          <w:sz w:val="20"/>
        </w:rPr>
        <w:t>20:25  tab ja kar aap ke andar se woh ehsaas ubhrega jis ko aap shukr kehte hain.</w:t>
      </w:r>
      <w:r>
        <w:br/>
      </w:r>
      <w:r>
        <w:rPr>
          <w:sz w:val="20"/>
        </w:rPr>
        <w:t>20:32  dekhiye, ek hadith hai ke farishta aaya rasool Allah sal Allah alaihi wasallam ke paas ke aap ko yeh jo pahad hai, yeh sab sona bana diya jaye.</w:t>
      </w:r>
      <w:r>
        <w:br/>
      </w:r>
      <w:r>
        <w:rPr>
          <w:sz w:val="20"/>
        </w:rPr>
        <w:t>20:42  aap bohat ameer kabir ban jayein. to aap farmaya ke la ya rab, aye rab nahi, balkeh jo tu tazarru tu, wa za shibahu tu shukr tu.</w:t>
      </w:r>
      <w:r>
        <w:br/>
      </w:r>
      <w:r>
        <w:rPr>
          <w:sz w:val="20"/>
        </w:rPr>
        <w:t>20:57  balkeh main to chahta hoon ke mujhe bhook lage,</w:t>
      </w:r>
      <w:r>
        <w:br/>
      </w:r>
      <w:r>
        <w:rPr>
          <w:sz w:val="20"/>
        </w:rPr>
        <w:t>21:02  bhook lage taake main tazarru karoon,</w:t>
      </w:r>
      <w:r>
        <w:br/>
      </w:r>
      <w:r>
        <w:rPr>
          <w:sz w:val="20"/>
        </w:rPr>
        <w:t>21:08  aur phir is ke baad main khaoon taake mera shukr ka jazba paida ho. is hadith se maloom hota hai ke kaifiyat paida hoti hain halaat mein, halaat nahi to kaifiyat bhi nahi.</w:t>
      </w:r>
      <w:r>
        <w:br/>
      </w:r>
      <w:r>
        <w:rPr>
          <w:sz w:val="20"/>
        </w:rPr>
        <w:t>21:27  yeh bohat hi important baat hai ke agar halaat nahi to kaifiyat bhi nahi.</w:t>
      </w:r>
      <w:r>
        <w:br/>
      </w:r>
      <w:r>
        <w:rPr>
          <w:sz w:val="20"/>
        </w:rPr>
        <w:t>21:32  yani bhook na lage, pyas na lage to aap ko yeh ehsaas nahi hoga ke pani aur khana kitni bari nemat hai.</w:t>
      </w:r>
      <w:r>
        <w:br/>
      </w:r>
      <w:r>
        <w:rPr>
          <w:sz w:val="20"/>
        </w:rPr>
        <w:t>21:43  to roze ka mahina is liye rakha gaya hai taake aap ko nemat ka ehsaas dilaya jaye. compulsory situation create kar ke yeh bohat zyada aham hai.</w:t>
      </w:r>
      <w:r>
        <w:br/>
      </w:r>
      <w:r>
        <w:rPr>
          <w:sz w:val="20"/>
        </w:rPr>
        <w:t>21:57  jo log ke is tajrube se na guzre hain, yani pehle tajruba na guzre ke unhein pyas lage aur bhook lage, aur phir is ke baad unhein pani mile aur khane milen.</w:t>
      </w:r>
      <w:r>
        <w:br/>
      </w:r>
      <w:r>
        <w:rPr>
          <w:sz w:val="20"/>
        </w:rPr>
        <w:t>22:11  jo logon par yeh tajruba tajruba na guzre, woh laiq inability hai, just laiq inability hai. woh</w:t>
      </w:r>
      <w:r>
        <w:br/>
      </w:r>
      <w:r>
        <w:rPr>
          <w:sz w:val="20"/>
        </w:rPr>
        <w:t>22:21  ke roza aap ko</w:t>
      </w:r>
      <w:r>
        <w:br/>
      </w:r>
      <w:r>
        <w:rPr>
          <w:sz w:val="20"/>
        </w:rPr>
        <w:t>22:25  haiwan ki satah se utha kar insan ki satah par lata hai. kyunke haiwan nahi jaanta, inability nahi jaante ke yeh koi nemat hai, hamein is pe shukr karna hai.</w:t>
      </w:r>
      <w:r>
        <w:br/>
      </w:r>
      <w:r>
        <w:rPr>
          <w:sz w:val="20"/>
        </w:rPr>
        <w:t>22:36  nahi jaante, woh bas khate hain, peete hain aur mar jate hain.</w:t>
      </w:r>
      <w:r>
        <w:br/>
      </w:r>
      <w:r>
        <w:rPr>
          <w:sz w:val="20"/>
        </w:rPr>
        <w:t>22:41  to roza roza is liye hai ke aap ko ek, yani aap ki elevation ki, isi spiritual elevation ke liye ke aap nashukri ki satah se uth kar shukr ki satah par aayein,</w:t>
      </w:r>
      <w:r>
        <w:br/>
      </w:r>
      <w:r>
        <w:rPr>
          <w:sz w:val="20"/>
        </w:rPr>
        <w:t>22:58  be eteraafi ki satah se uth kar eteraaf ki satah par aayein, acknowledge na karne ki satah se uth kar acknowledge karne ki satah par aayein.</w:t>
      </w:r>
      <w:r>
        <w:br/>
      </w:r>
      <w:r>
        <w:rPr>
          <w:sz w:val="20"/>
        </w:rPr>
        <w:t>23:07  to yeh bohat bara ek, bohat bari cheez hai roza.</w:t>
      </w:r>
    </w:p>
    <w:p>
      <w:pPr>
        <w:pStyle w:val="Heading2"/>
      </w:pPr>
      <w:r>
        <w:t>Full lecture on Eid al-Adha story</w:t>
      </w:r>
    </w:p>
    <w:p>
      <w:r>
        <w:rPr>
          <w:color w:val="666666"/>
          <w:sz w:val="18"/>
        </w:rPr>
        <w:t>Self Sacrifice for Divine Mission October 5, 2014 · 5m 34s · at 0:13 · https://youtu.be/1_ue_-AmesQ?t=13</w:t>
      </w:r>
    </w:p>
    <w:p>
      <w:r>
        <w:rPr>
          <w:i/>
        </w:rPr>
        <w:t>“Bismillahir Rahmanir Rahim”</w:t>
      </w:r>
    </w:p>
    <w:p>
      <w:r>
        <w:rPr>
          <w:sz w:val="20"/>
        </w:rPr>
        <w:t>0:13  bismillah hir rahman nir raheem. wa salla allahu ala nabiyyi al kareem.</w:t>
      </w:r>
      <w:r>
        <w:br/>
      </w:r>
      <w:r>
        <w:rPr>
          <w:sz w:val="20"/>
        </w:rPr>
        <w:t>0:23  rabbi ishrah li sadri, wa yassir li amri, wa ahlu al uqdatan min lisani, yafqahu qawli.</w:t>
      </w:r>
      <w:r>
        <w:br/>
      </w:r>
      <w:r>
        <w:rPr>
          <w:sz w:val="20"/>
        </w:rPr>
        <w:t>0:36  5 october 2014.</w:t>
      </w:r>
      <w:r>
        <w:br/>
      </w:r>
      <w:r>
        <w:rPr>
          <w:sz w:val="20"/>
        </w:rPr>
        <w:t>0:42  kal</w:t>
      </w:r>
      <w:r>
        <w:br/>
      </w:r>
      <w:r>
        <w:rPr>
          <w:sz w:val="20"/>
        </w:rPr>
        <w:t>0:45  eid ul adha ka din hai,</w:t>
      </w:r>
      <w:r>
        <w:br/>
      </w:r>
      <w:r>
        <w:rPr>
          <w:sz w:val="20"/>
        </w:rPr>
        <w:t>0:50  to is ki nisbat se is waqt mein eid ul adha ke bare mein kuch kehna chahta hoon.</w:t>
      </w:r>
      <w:r>
        <w:br/>
      </w:r>
      <w:r>
        <w:rPr>
          <w:sz w:val="20"/>
        </w:rPr>
        <w:t>1:03  eid ul adha ka jo literal matlab hai woh hai qurbani ki eid.</w:t>
      </w:r>
      <w:r>
        <w:br/>
      </w:r>
      <w:r>
        <w:rPr>
          <w:sz w:val="20"/>
        </w:rPr>
        <w:t>1:15  qurbani ki eid.</w:t>
      </w:r>
      <w:r>
        <w:br/>
      </w:r>
      <w:r>
        <w:rPr>
          <w:sz w:val="20"/>
        </w:rPr>
        <w:t>1:20  to ab se char hazar saal pehle ek waqea hua, ek qurbani ka ek waqea jis ka zikr quran mein aaya hai.</w:t>
      </w:r>
      <w:r>
        <w:br/>
      </w:r>
      <w:r>
        <w:rPr>
          <w:sz w:val="20"/>
        </w:rPr>
        <w:t>1:33  to</w:t>
      </w:r>
      <w:r>
        <w:br/>
      </w:r>
      <w:r>
        <w:rPr>
          <w:sz w:val="20"/>
        </w:rPr>
        <w:t>1:37  is ko Allah taala ne ek misaal kaise de di ke log isi tarah qurbani ki</w:t>
      </w:r>
      <w:r>
        <w:br/>
      </w:r>
      <w:r>
        <w:rPr>
          <w:sz w:val="20"/>
        </w:rPr>
        <w:t>1:48  ko zinda karte rahen.</w:t>
      </w:r>
      <w:r>
        <w:br/>
      </w:r>
      <w:r>
        <w:rPr>
          <w:sz w:val="20"/>
        </w:rPr>
        <w:t>1:55  to woh sari dunya ke musalman eid ul adha manate hain isi ki taameel mein.</w:t>
      </w:r>
      <w:r>
        <w:br/>
      </w:r>
      <w:r>
        <w:rPr>
          <w:sz w:val="20"/>
        </w:rPr>
        <w:t>2:08  surah as saffat quran ki surah number 37 hai. is mein yeh ayat hai ke hazrat ismail ko hazrat ibrahim ne zabh ke liye litaya tha aur phir baad ko Allah ke hukum se ek medhe ko unhon ne qurban kiya.</w:t>
      </w:r>
      <w:r>
        <w:br/>
      </w:r>
      <w:r>
        <w:rPr>
          <w:sz w:val="20"/>
        </w:rPr>
        <w:t>2:30  to is ka zikr karte hi surah as saffat mein yeh alfaaz aaye hain:</w:t>
      </w:r>
      <w:r>
        <w:br/>
      </w:r>
      <w:r>
        <w:rPr>
          <w:sz w:val="20"/>
        </w:rPr>
        <w:t>2:39  wa fadaynahu bi zibhin azeem. wa tarakna alayhi fil aakhireen. is ka matlab yeh hai ke ismail ko hum ne chuda liya ek badi qurbani ke liye.</w:t>
      </w:r>
      <w:r>
        <w:br/>
      </w:r>
      <w:r>
        <w:rPr>
          <w:sz w:val="20"/>
        </w:rPr>
        <w:t>3:00  wa tarakna alayhi fil aakhireen aur is par hum ne choda baad ko baad walon ko. yeh jo hai ke wa tarakna alayhi fil aakhireen yani baad walon mein is ko hamesha ke liye ek</w:t>
      </w:r>
      <w:r>
        <w:br/>
      </w:r>
      <w:r>
        <w:rPr>
          <w:sz w:val="20"/>
        </w:rPr>
        <w:t>3:22  taqreeb ki hesiyat de di ke har saal tamam musalman is ko dohraen. aur yeh pledge len ke unhein isi tarah se</w:t>
      </w:r>
      <w:r>
        <w:br/>
      </w:r>
      <w:r>
        <w:rPr>
          <w:sz w:val="20"/>
        </w:rPr>
        <w:t>3:37  Allah ke mission ke liye qurbani dete rehna hai. to yeh ayat bahut zyada sochne wali ayat hai.</w:t>
      </w:r>
      <w:r>
        <w:br/>
      </w:r>
      <w:r>
        <w:rPr>
          <w:sz w:val="20"/>
        </w:rPr>
        <w:t>3:50  to yeh jo hai ke wafadina bizibhin azeem aur hum ne chuda liya ismail ko aik bari qurbani ke liye.</w:t>
      </w:r>
      <w:r>
        <w:br/>
      </w:r>
      <w:r>
        <w:rPr>
          <w:sz w:val="20"/>
        </w:rPr>
        <w:t>4:08  We ransomed him for the sake of a greater sacrifice.</w:t>
      </w:r>
      <w:r>
        <w:br/>
      </w:r>
      <w:r>
        <w:rPr>
          <w:sz w:val="20"/>
        </w:rPr>
        <w:t>4:20  to aam tor par log samajhte hain ke zibha azeem ka matlab hai woh medha. aur ajeeb o ghareeb qism ki kahaniyan banai gayi hain ke woh medha jannat mein tha, jannat ke mein charta tha woh, bohat dinon tak charta raha.</w:t>
      </w:r>
      <w:r>
        <w:br/>
      </w:r>
      <w:r>
        <w:rPr>
          <w:sz w:val="20"/>
        </w:rPr>
        <w:t>4:35  to woh jibril us ko laye. yeh sab bilkul mauzu rawaiyat hain. is ka haqeeqat se koi talluq nahin. case sirf yeh hai ke Hazrat Ibrahim ko Allah taala ne aik khwab dikhaya.</w:t>
      </w:r>
      <w:r>
        <w:br/>
      </w:r>
      <w:r>
        <w:rPr>
          <w:sz w:val="20"/>
        </w:rPr>
        <w:t>4:52  is khwab mein unhon ne dekha ke main apne bete ismail ko zabh kar raha hoon.</w:t>
      </w:r>
      <w:r>
        <w:br/>
      </w:r>
      <w:r>
        <w:rPr>
          <w:sz w:val="20"/>
        </w:rPr>
        <w:t>5:00  to nabbi ka khwab sach hota hai. woh apne bete ko zabh karne ke liye tayyar ho gaye.</w:t>
      </w:r>
      <w:r>
        <w:br/>
      </w:r>
      <w:r>
        <w:rPr>
          <w:sz w:val="20"/>
        </w:rPr>
        <w:t>5:10  is waqt woh ghaliban das barah saal ke darmiyan thay. to is waqt awaz aayi</w:t>
      </w:r>
      <w:r>
        <w:br/>
      </w:r>
      <w:r>
        <w:rPr>
          <w:sz w:val="20"/>
        </w:rPr>
        <w:t>5:21  ke aey Ibrahim! tum ne khwab ko sach kar dikhaya. lekin is waqt phir yeh kaha gaya ke tum aik medhe ko zabh kar do.</w:t>
      </w:r>
      <w:r>
        <w:br/>
      </w:r>
      <w:r>
        <w:rPr>
          <w:sz w:val="20"/>
        </w:rPr>
        <w:t>5:33  bete ko zabh karna nahin hai. to is ka mani hai ke yahan par yeh jo zibha azeem aya hai, zibha azeem ke mani hote hain great sacrifice.</w:t>
      </w:r>
    </w:p>
    <w:p>
      <w:pPr>
        <w:pStyle w:val="Heading2"/>
      </w:pPr>
      <w:r>
        <w:t>Islam is religion of peace based on Tawhid</w:t>
      </w:r>
    </w:p>
    <w:p>
      <w:r>
        <w:rPr>
          <w:color w:val="666666"/>
          <w:sz w:val="18"/>
        </w:rPr>
        <w:t>Hajj and Its Application in Daily Life October 20, 2007 Maulana Wahiduddin Khan · 5m 34s · at 23:59 · https://youtu.be/z_FspKZhl5s?t=1439</w:t>
      </w:r>
    </w:p>
    <w:p>
      <w:r>
        <w:rPr>
          <w:i/>
        </w:rPr>
        <w:t>“Allahumma antas salam wa minka salam”</w:t>
      </w:r>
    </w:p>
    <w:p>
      <w:r>
        <w:rPr>
          <w:sz w:val="20"/>
        </w:rPr>
        <w:t>23:59  he said, "Allahumma antas salam wa minka salam, hayyuna Rabbana bislam wa adhkhilla darika daras salam." Just after seeing Kaaba, the Prophet said,</w:t>
      </w:r>
      <w:r>
        <w:br/>
      </w:r>
      <w:r>
        <w:rPr>
          <w:sz w:val="20"/>
        </w:rPr>
        <w:t>24:16  "It means, O God, You are peace</w:t>
      </w:r>
      <w:r>
        <w:br/>
      </w:r>
      <w:r>
        <w:rPr>
          <w:sz w:val="20"/>
        </w:rPr>
        <w:t>24:24  . Peace comes from You. Peace returns to You. O God, let us live the life of peace.</w:t>
      </w:r>
      <w:r>
        <w:br/>
      </w:r>
      <w:r>
        <w:rPr>
          <w:sz w:val="20"/>
        </w:rPr>
        <w:t>24:38  O God, enter us into the home of peace." Do you know what is the home of peace?</w:t>
      </w:r>
      <w:r>
        <w:br/>
      </w:r>
      <w:r>
        <w:rPr>
          <w:sz w:val="20"/>
        </w:rPr>
        <w:t>24:53  There are the verses in the Quran, "Wallahu yadu ila daris salam," and God calls to the home of peace.</w:t>
      </w:r>
      <w:r>
        <w:br/>
      </w:r>
      <w:r>
        <w:rPr>
          <w:sz w:val="20"/>
        </w:rPr>
        <w:t>25:05  So Paradise is the home of peace. Kعبہ is the center of peace. God Himself is peace.</w:t>
      </w:r>
      <w:r>
        <w:br/>
      </w:r>
      <w:r>
        <w:rPr>
          <w:sz w:val="20"/>
        </w:rPr>
        <w:t>25:16  It means that the religion of Islam is the religion of peace.</w:t>
      </w:r>
      <w:r>
        <w:br/>
      </w:r>
      <w:r>
        <w:rPr>
          <w:sz w:val="20"/>
        </w:rPr>
        <w:t>25:22  Islam is a culture of peace. Every part of Islam is based on peace. Why?</w:t>
      </w:r>
      <w:r>
        <w:br/>
      </w:r>
      <w:r>
        <w:rPr>
          <w:sz w:val="20"/>
        </w:rPr>
        <w:t>25:37  I can say that there are two parts of Islam: Tawhid and peace. Tawhid means oneness of God.</w:t>
      </w:r>
      <w:r>
        <w:br/>
      </w:r>
      <w:r>
        <w:rPr>
          <w:sz w:val="20"/>
        </w:rPr>
        <w:t>25:49  Oneness of God is not simply a numerical sense, just like glass. Glass is one, so God is one.</w:t>
      </w:r>
      <w:r>
        <w:br/>
      </w:r>
      <w:r>
        <w:rPr>
          <w:sz w:val="20"/>
        </w:rPr>
        <w:t>25:58  No, it is not simply a numerical sense. God is one means God is unique in every sense of the word.</w:t>
      </w:r>
      <w:r>
        <w:br/>
      </w:r>
      <w:r>
        <w:rPr>
          <w:sz w:val="20"/>
        </w:rPr>
        <w:t>26:16  God is the only Creator</w:t>
      </w:r>
      <w:r>
        <w:br/>
      </w:r>
      <w:r>
        <w:rPr>
          <w:sz w:val="20"/>
        </w:rPr>
        <w:t>26:18  . God is the only Sustainer. God is the only Lord of the Day of Judgment. God is everything.</w:t>
      </w:r>
      <w:r>
        <w:br/>
      </w:r>
      <w:r>
        <w:rPr>
          <w:sz w:val="20"/>
        </w:rPr>
        <w:t>26:28  We are nothing.</w:t>
      </w:r>
      <w:r>
        <w:br/>
      </w:r>
      <w:r>
        <w:rPr>
          <w:sz w:val="20"/>
        </w:rPr>
        <w:t>26:34  So all the life must be centered towards God</w:t>
      </w:r>
      <w:r>
        <w:br/>
      </w:r>
      <w:r>
        <w:rPr>
          <w:sz w:val="20"/>
        </w:rPr>
        <w:t>26:42  . So one aspect of Islam and the basic aspect of Islam is Tawhid.</w:t>
      </w:r>
      <w:r>
        <w:br/>
      </w:r>
      <w:r>
        <w:rPr>
          <w:sz w:val="20"/>
        </w:rPr>
        <w:t>26:53  Then the other aspect is peace. Tawhid is</w:t>
      </w:r>
      <w:r>
        <w:br/>
      </w:r>
      <w:r>
        <w:rPr>
          <w:sz w:val="20"/>
        </w:rPr>
        <w:t>27:03  the ideological aspect of Islam.</w:t>
      </w:r>
      <w:r>
        <w:br/>
      </w:r>
      <w:r>
        <w:rPr>
          <w:sz w:val="20"/>
        </w:rPr>
        <w:t>27:07  Tawhid is the ideological part of Islam and peace is the practical part of Islam.</w:t>
      </w:r>
      <w:r>
        <w:br/>
      </w:r>
      <w:r>
        <w:rPr>
          <w:sz w:val="20"/>
        </w:rPr>
        <w:t>27:18  The ideology of Islam is based on Tawhid. It is true, but without peace, you cannot practice Tawhid.</w:t>
      </w:r>
      <w:r>
        <w:br/>
      </w:r>
      <w:r>
        <w:rPr>
          <w:sz w:val="20"/>
        </w:rPr>
        <w:t>27:31  You are living in a society. You are not living in some island or in a vacuum.</w:t>
      </w:r>
      <w:r>
        <w:br/>
      </w:r>
      <w:r>
        <w:rPr>
          <w:sz w:val="20"/>
        </w:rPr>
        <w:t>27:42  You are living in a society, in a family, in a country. So there are other people.</w:t>
      </w:r>
      <w:r>
        <w:br/>
      </w:r>
      <w:r>
        <w:rPr>
          <w:sz w:val="20"/>
        </w:rPr>
        <w:t>27:50  So</w:t>
      </w:r>
      <w:r>
        <w:br/>
      </w:r>
      <w:r>
        <w:rPr>
          <w:sz w:val="20"/>
        </w:rPr>
        <w:t>27:51  it is a must to establish peace. Otherwise, you cannot live according to the ideology of peace.</w:t>
      </w:r>
      <w:r>
        <w:br/>
      </w:r>
      <w:r>
        <w:rPr>
          <w:sz w:val="20"/>
        </w:rPr>
        <w:t>28:01  Now, it is Muslims' duty to establish peace on an irregular basis.</w:t>
      </w:r>
      <w:r>
        <w:br/>
      </w:r>
      <w:r>
        <w:rPr>
          <w:sz w:val="20"/>
        </w:rPr>
        <w:t>28:14  You know, when you are in Hajj, in Makkah, so during Hajj, you cannot kill anything.</w:t>
      </w:r>
      <w:r>
        <w:br/>
      </w:r>
      <w:r>
        <w:rPr>
          <w:sz w:val="20"/>
        </w:rPr>
        <w:t>28:24  Even a mosquito, even an ant, you are not allowed to kill anything. Why?</w:t>
      </w:r>
      <w:r>
        <w:br/>
      </w:r>
      <w:r>
        <w:rPr>
          <w:sz w:val="20"/>
        </w:rPr>
        <w:t>28:35  Because Hajj is a lesson, a training, a preparation that you must live in peace.</w:t>
      </w:r>
      <w:r>
        <w:br/>
      </w:r>
      <w:r>
        <w:rPr>
          <w:sz w:val="20"/>
        </w:rPr>
        <w:t>28:46  You must establish peace on an irregular basis. Why?</w:t>
      </w:r>
      <w:r>
        <w:br/>
      </w:r>
      <w:r>
        <w:rPr>
          <w:sz w:val="20"/>
        </w:rPr>
        <w:t>28:53  Because without peace, you cannot do anything.</w:t>
      </w:r>
      <w:r>
        <w:br/>
      </w:r>
      <w:r>
        <w:rPr>
          <w:sz w:val="20"/>
        </w:rPr>
        <w:t>29:02  Tawhid or ibadat or akhlaq, all those parts, all those Islamic parts</w:t>
      </w:r>
      <w:r>
        <w:br/>
      </w:r>
      <w:r>
        <w:rPr>
          <w:sz w:val="20"/>
        </w:rPr>
        <w:t>29:14  are not practicable without peace.</w:t>
      </w:r>
      <w:r>
        <w:br/>
      </w:r>
      <w:r>
        <w:rPr>
          <w:sz w:val="20"/>
        </w:rPr>
        <w:t>29:21  So peace is a practical need of Islam and Tawhid is the ideological aspect of Islam.</w:t>
      </w:r>
    </w:p>
    <w:p>
      <w:pPr>
        <w:pStyle w:val="Heading2"/>
      </w:pPr>
      <w:r>
        <w:t>Itikaf and helping oppressed is greater worship</w:t>
      </w:r>
    </w:p>
    <w:p>
      <w:r>
        <w:rPr>
          <w:color w:val="666666"/>
          <w:sz w:val="18"/>
        </w:rPr>
        <w:t>The Spirit of Fasting October 2, 2005 Maulana Wahiduddin Khan · 4m 20s · at 47:10 · https://youtu.be/7OwO1UoCxmQ?t=2830</w:t>
      </w:r>
    </w:p>
    <w:p>
      <w:r>
        <w:rPr>
          <w:i/>
        </w:rPr>
        <w:t>“Ramadan ke aakhri ashray mein itikaf kiya jata hai”</w:t>
      </w:r>
    </w:p>
    <w:p>
      <w:r>
        <w:rPr>
          <w:sz w:val="20"/>
        </w:rPr>
        <w:t>47:10  ramzan ke aakhri ashra mein aitkaf kiya jata hai. aitkaf ka matlab hota hai ke apne ko bilkul yakso kar ke das din guzarna.</w:t>
      </w:r>
      <w:r>
        <w:br/>
      </w:r>
      <w:r>
        <w:rPr>
          <w:sz w:val="20"/>
        </w:rPr>
        <w:t>47:21  kuch log poore ramzan ka bhi aitkaf karte hain lekin ek din ka bhi aitkaf ho sakta hai lekin zyada tar log das din ka karte hain. to aitkaf ka matlab kya hota hai?</w:t>
      </w:r>
      <w:r>
        <w:br/>
      </w:r>
      <w:r>
        <w:rPr>
          <w:sz w:val="20"/>
        </w:rPr>
        <w:t>47:32  woh bhi yahi hai ke kam az kam das din khas taur par aap apne ko waqf kar dein unhi cheezon ke liye jo poore ramzan mein karna hota hai.</w:t>
      </w:r>
      <w:r>
        <w:br/>
      </w:r>
      <w:r>
        <w:rPr>
          <w:sz w:val="20"/>
        </w:rPr>
        <w:t>47:44  to aitkaf koi alag cheez nahi hai. aitkaf ramzan hi wali ibadat ko, usi zikr ko, usi ibadat ko, wahi Allah ki taraf tawajjuh karne ko zyada khas taur par aap karte hain das dinon mein aitkaf mein baith kar ke.</w:t>
      </w:r>
      <w:r>
        <w:br/>
      </w:r>
      <w:r>
        <w:rPr>
          <w:sz w:val="20"/>
        </w:rPr>
        <w:t>48:03  to aitkaf mein kya hota hai? quran ki tilawat ki jati hai aur zikr kiya jata hai aur ibadat ki jati hai, sunnatain padhi jati hain, yeh sab hota hai.</w:t>
      </w:r>
      <w:r>
        <w:br/>
      </w:r>
      <w:r>
        <w:rPr>
          <w:sz w:val="20"/>
        </w:rPr>
        <w:t>48:15  yani khulasa yeh hai ke khuda ki yaad jo hum poore ramzan mein karte hain us ke liye hum das din khaas kar dete hain ke raat din kuch aur nahi karenge, ibadat hi karenge, zikr hi karenge.</w:t>
      </w:r>
      <w:r>
        <w:br/>
      </w:r>
      <w:r>
        <w:rPr>
          <w:sz w:val="20"/>
        </w:rPr>
        <w:t>48:29  to ibadat hai eitkaf</w:t>
      </w:r>
      <w:r>
        <w:br/>
      </w:r>
      <w:r>
        <w:rPr>
          <w:sz w:val="20"/>
        </w:rPr>
        <w:t>48:32  eitkaf mein yeh masla hai ke jab aap eitkaf mein baith jayen to siwaye koi bohat zaroori kaam ho, maslan aap ko</w:t>
      </w:r>
      <w:r>
        <w:br/>
      </w:r>
      <w:r>
        <w:rPr>
          <w:sz w:val="20"/>
        </w:rPr>
        <w:t>48:43  bathroom jana hai, farz kijiye to koi bohat zaroori kaam hai us ke liye aap bahar nikal sakte hain warna aap ko masjid ke bahar nahi nikalna chahiye. to masjid ke andar reh kar ke aap mil sakte hain, mulaqat kar sakte hain kisi se.</w:t>
      </w:r>
      <w:r>
        <w:br/>
      </w:r>
      <w:r>
        <w:rPr>
          <w:sz w:val="20"/>
        </w:rPr>
        <w:t>49:00  maslan rasool Allah sal Allah alaihi wasallam ek baar eitkaf mein thay masjid mein to ek khatoon se aap baat kar rahay thay to ek sahabi wahan se guzray, unhon ne dekha ke rasool Allah sal Allah alaihi wasallam ek khatoon se baat kar rahay hain to jab woh aagay chalay gaye to rasool Allah sal Allah alaihi wasallam ne awaz de kar bulaya un ko.</w:t>
      </w:r>
      <w:r>
        <w:br/>
      </w:r>
      <w:r>
        <w:rPr>
          <w:sz w:val="20"/>
        </w:rPr>
        <w:t>49:20  to aaye to aap ne farmaya ke dekho yeh jo khatoon hain yeh meri biwi Safiya hain.</w:t>
      </w:r>
      <w:r>
        <w:br/>
      </w:r>
      <w:r>
        <w:rPr>
          <w:sz w:val="20"/>
        </w:rPr>
        <w:t>49:29  is se unhon ne kaha ke astaghfirullah! kya hum aap ke baray mein shakk karein ge? to rasool Allah sal Allah alaihi wasallam ne farmaya ke shaitan aadmi ke rag mein khoon ki tarah dorta hai.</w:t>
      </w:r>
      <w:r>
        <w:br/>
      </w:r>
      <w:r>
        <w:rPr>
          <w:sz w:val="20"/>
        </w:rPr>
        <w:t>49:40  is se ek masla mila hamein ke kisi ko ghalat fehmi se bachane ke liye wazahat karna yeh bhi ek sawab ka kaam hai.</w:t>
      </w:r>
      <w:r>
        <w:br/>
      </w:r>
      <w:r>
        <w:rPr>
          <w:sz w:val="20"/>
        </w:rPr>
        <w:t>49:52  yani koi ghalat fehmi mein na paray, yeh bhi aap ko fikr hona chahiye.</w:t>
      </w:r>
      <w:r>
        <w:br/>
      </w:r>
      <w:r>
        <w:rPr>
          <w:sz w:val="20"/>
        </w:rPr>
        <w:t>49:57  yeh nahi ke woh ghalat fehmi mein parta hai to parta rahay. to rasool Allah sal Allah alaihi wasallam ne un sahabi ko is se bachaya ke woh ghalat fehmi mein par jayen.</w:t>
      </w:r>
      <w:r>
        <w:br/>
      </w:r>
      <w:r>
        <w:rPr>
          <w:sz w:val="20"/>
        </w:rPr>
        <w:t>50:08  to yeh ek masla goya nikla is se ke aap khud yeh koshish karein ke aisa kaam aap se na ho jis se log ghalat fehmi mein par jayen.</w:t>
      </w:r>
      <w:r>
        <w:br/>
      </w:r>
      <w:r>
        <w:rPr>
          <w:sz w:val="20"/>
        </w:rPr>
        <w:t>50:17  aisa hi ek sahabi ke baray mein hai, Abdullah bin Abbas ke baray mein ke woh eitkaf mein thay</w:t>
      </w:r>
      <w:r>
        <w:br/>
      </w:r>
      <w:r>
        <w:rPr>
          <w:sz w:val="20"/>
        </w:rPr>
        <w:t>50:24  to ek aadmi aaya aap ke paas, us ne kaha ke falan aadmi mujh ko bohat satata hai, bohat sata raha hai. kuch qarz ka mamla tha, woh keh raha tha mujhe abhi mujhe qarz chahiye, mujhe do, wapas karo meri raqam.</w:t>
      </w:r>
      <w:r>
        <w:br/>
      </w:r>
      <w:r>
        <w:rPr>
          <w:sz w:val="20"/>
        </w:rPr>
        <w:t>50:37  halankay abhi muddat poori nahi hui thi, abhi baqi tha. to woh aaya, usay kaha us ne masjid mein jab ke woh eitkaf mein thay to woh foran us ke sath nikal paray masjid se bahar janay ke liye.</w:t>
      </w:r>
      <w:r>
        <w:br/>
      </w:r>
      <w:r>
        <w:rPr>
          <w:sz w:val="20"/>
        </w:rPr>
        <w:t>50:51  to unhon ne kaha ke aap ja rahay hain, halankay aap eitkaf mein hain. to unhon ne kaha ke rasool Allah sal Allah alaihi wasallam ne farmaya hai ke kisi mazloom ki madad karna eitkaf se ziyada bari ibadat hai.</w:t>
      </w:r>
      <w:r>
        <w:br/>
      </w:r>
      <w:r>
        <w:rPr>
          <w:sz w:val="20"/>
        </w:rPr>
        <w:t>51:11  to yeh bhi ek masla maloom hua ke yeh bohat bari ibadat hai ke aap insaan ki khidmat karein,</w:t>
      </w:r>
      <w:r>
        <w:br/>
      </w:r>
      <w:r>
        <w:rPr>
          <w:sz w:val="20"/>
        </w:rPr>
        <w:t>51:16  insaan ke kaam ayen. aur yahan tak ke eitkaf ki halat mein agar aap hain aur aap ko maloom ho ke aap bahar nikal kar kisi mazloom ki madad kar sakte hain to woh bhi aap kar sakte hain, is par Allah taala sawab dein ge aap ko.</w:t>
      </w:r>
    </w:p>
    <w:p>
      <w:pPr>
        <w:pStyle w:val="Heading2"/>
      </w:pPr>
      <w:r>
        <w:t>Suhoor, activity, and why Islam avoids purely technical religion</w:t>
      </w:r>
    </w:p>
    <w:p>
      <w:r>
        <w:rPr>
          <w:color w:val="666666"/>
          <w:sz w:val="18"/>
        </w:rPr>
        <w:t>In Conversation with Maulana Wahiduddin Khan (Amaal-e-Ramadan) 25 Aug, 2007 · 3m 32s · at 9:02 · https://youtu.be/DRE5UnumqIY?t=542</w:t>
      </w:r>
    </w:p>
    <w:p>
      <w:r>
        <w:rPr>
          <w:i/>
        </w:rPr>
        <w:t>“Roze mein aadmi sehri karta hai, hadith mein aaya hai”</w:t>
      </w:r>
    </w:p>
    <w:p>
      <w:r>
        <w:rPr>
          <w:sz w:val="20"/>
        </w:rPr>
        <w:t>9:02  Roze mein aadmi sehri karta hai, is silsile mein hadith mein aaya hai ke tasahharu fain fil sahoori barakah ke sehri mein barkat hai. To yahan sehri mein barkat ka matlab kya hoga?</w:t>
      </w:r>
      <w:r>
        <w:br/>
      </w:r>
      <w:r>
        <w:rPr>
          <w:sz w:val="20"/>
        </w:rPr>
        <w:t>9:14  Dekhein, yeh</w:t>
      </w:r>
      <w:r>
        <w:br/>
      </w:r>
      <w:r>
        <w:rPr>
          <w:sz w:val="20"/>
        </w:rPr>
        <w:t>9:17  Is liye hai ke roza ek ek kuch activities ko chahta hai. Activities to sehri ke naam par activity hoti hai, iftar ke naam par activity hoti hai,</w:t>
      </w:r>
      <w:r>
        <w:br/>
      </w:r>
      <w:r>
        <w:rPr>
          <w:sz w:val="20"/>
        </w:rPr>
        <w:t>9:31  Aur namaz aur tarawih ke naam par activity hoti hai.</w:t>
      </w:r>
      <w:r>
        <w:br/>
      </w:r>
      <w:r>
        <w:rPr>
          <w:sz w:val="20"/>
        </w:rPr>
        <w:t>9:35  To ek poori tarah ek active life matloob hai roze mein ke aadmi sehri khaye to yaad kare Khuda ko ke kaisi nemat nemat hai Allah ta'ala ki yeh khana aur peena.</w:t>
      </w:r>
      <w:r>
        <w:br/>
      </w:r>
      <w:r>
        <w:rPr>
          <w:sz w:val="20"/>
        </w:rPr>
        <w:t>9:49  To ka activity wohin shuru ho jati hai.</w:t>
      </w:r>
      <w:r>
        <w:br/>
      </w:r>
      <w:r>
        <w:rPr>
          <w:sz w:val="20"/>
        </w:rPr>
        <w:t>9:53  activity jo hai, is tarah nahi hai ke aap sote rahen, sote rahen, das baje das baje uthen, phir roza rakh len. Aap ki activity shuru honi chahiye bohat pehle se.</w:t>
      </w:r>
      <w:r>
        <w:br/>
      </w:r>
      <w:r>
        <w:rPr>
          <w:sz w:val="20"/>
        </w:rPr>
        <w:t>10:04  yani 24 ghante hi aap ko masroof rehna chahiye roze ki sargarmion mein.</w:t>
      </w:r>
      <w:r>
        <w:br/>
      </w:r>
      <w:r>
        <w:rPr>
          <w:sz w:val="20"/>
        </w:rPr>
        <w:t>10:10  to yeh sab is ke parat hain, yani roze ki sargarmion ke yeh sab parat hain, is ke hisse hain.</w:t>
      </w:r>
      <w:r>
        <w:br/>
      </w:r>
      <w:r>
        <w:rPr>
          <w:sz w:val="20"/>
        </w:rPr>
        <w:t>10:18  is liye zaroori hai ke aadmi sehri zaroor kare. Yakeenan, chahe kam khaye, chahe kam khaye, chahe ek ek khajori khaye woh, lekin is ko uthna chahiye, uth kar ke is ko sehri khana chahiye taake is ka is ki aiktyviti isi waqt shuru ho jaye.</w:t>
      </w:r>
      <w:r>
        <w:br/>
      </w:r>
      <w:r>
        <w:rPr>
          <w:sz w:val="20"/>
        </w:rPr>
        <w:t>10:34  yani mental aiktyviti, intellectual sargami.</w:t>
      </w:r>
      <w:r>
        <w:br/>
      </w:r>
      <w:r>
        <w:rPr>
          <w:sz w:val="20"/>
        </w:rPr>
        <w:t>10:38  Rasool Allah sal Allah aleh wasallam ne jo farmaya hai ke hamare roze mein aur ahl-e-kitab ke roze mein yahi farq hai ke woh log sehri ko zaroori nahi samajhte aur hum sehri ko zaroori samajhte hain.</w:t>
      </w:r>
      <w:r>
        <w:br/>
      </w:r>
      <w:r>
        <w:rPr>
          <w:sz w:val="20"/>
        </w:rPr>
        <w:t>10:48  to is ka matlab bhi yani yahi hai ke aadmi Ramzan ki aiktyviti mein apne aap ko shamil kare, Khuda ko yaad kare.</w:t>
      </w:r>
      <w:r>
        <w:br/>
      </w:r>
      <w:r>
        <w:rPr>
          <w:sz w:val="20"/>
        </w:rPr>
        <w:t>10:55  dekhen, is mein log yeh samajhte hain ke yani Yahood ke ka ek firqa bana hua tha, woh murad hai.</w:t>
      </w:r>
      <w:r>
        <w:br/>
      </w:r>
      <w:r>
        <w:rPr>
          <w:sz w:val="20"/>
        </w:rPr>
        <w:t>11:05  nahi, is se murad hai kisi ummat ka daur-e-zawaal mein pahunch jana. Ji, tab kya hota hai? Us waqt Yahoodi jo the, woh zawaal-yafta ummat ki alamat the.</w:t>
      </w:r>
      <w:r>
        <w:br/>
      </w:r>
      <w:r>
        <w:rPr>
          <w:sz w:val="20"/>
        </w:rPr>
        <w:t>11:22  to is ka matlab hai ek Musalman bhi agar daur-e-zawaal mein pahunch jayen to un ka wahi haal hoga. To woh sifat Yahood nahi hai, woh hai sifat zawaal-yafta ummat ki.</w:t>
      </w:r>
      <w:r>
        <w:br/>
      </w:r>
      <w:r>
        <w:rPr>
          <w:sz w:val="20"/>
        </w:rPr>
        <w:t>11:32  yeh baat ko samajhna bohat zaroori hai. Is ko log bas Yahood se joड़ lete hain. Yahood ka lafz wahan par ba-taur alamat ke hai.</w:t>
      </w:r>
      <w:r>
        <w:br/>
      </w:r>
      <w:r>
        <w:rPr>
          <w:sz w:val="20"/>
        </w:rPr>
        <w:t>11:41  asal jo matloob hai ke daur-e-zawaal mein logon ka haal yeh hota hai ke un ki tarjihaat badal jati hain, priority badal jati hai.</w:t>
      </w:r>
      <w:r>
        <w:br/>
      </w:r>
      <w:r>
        <w:rPr>
          <w:sz w:val="20"/>
        </w:rPr>
        <w:t>11:51  yeh matlab hai is ka.</w:t>
      </w:r>
      <w:r>
        <w:br/>
      </w:r>
      <w:r>
        <w:rPr>
          <w:sz w:val="20"/>
        </w:rPr>
        <w:t>11:53  sehri ke waqt aam taur par yeh hota hai ke kabhi aadmi der se utha aur woh sehri kar raha hai, abhi abhi khana woh haath mein liye hue aur azan ho gayi.</w:t>
      </w:r>
      <w:r>
        <w:br/>
      </w:r>
      <w:r>
        <w:rPr>
          <w:sz w:val="20"/>
        </w:rPr>
        <w:t>12:03  to ab log kehte hain ke bhai yahin chhod do foran. Is silsile mein kuch aaya hai hadith mein</w:t>
      </w:r>
      <w:r>
        <w:br/>
      </w:r>
      <w:r>
        <w:rPr>
          <w:sz w:val="20"/>
        </w:rPr>
        <w:t>12:08  ? Bilkul aaya hai ke khana poora kar kar le woh. Khana poora kar le. Asal mein yeh bhi ek bohat badi baat hai.</w:t>
      </w:r>
      <w:r>
        <w:br/>
      </w:r>
      <w:r>
        <w:rPr>
          <w:sz w:val="20"/>
        </w:rPr>
        <w:t>12:17  yani deen jo hai, woh yani technical cheez ka naam nahi hai.</w:t>
      </w:r>
      <w:r>
        <w:br/>
      </w:r>
      <w:r>
        <w:rPr>
          <w:sz w:val="20"/>
        </w:rPr>
        <w:t>12:25  bilkul das paanch baj kar saat minute par agar likha hua hai calendar mein to theek saat baj kar khatm kar den.</w:t>
      </w:r>
    </w:p>
    <w:p>
      <w:pPr>
        <w:pStyle w:val="Heading2"/>
      </w:pPr>
      <w:r>
        <w:t>Court papers parable – rituals alone don't earn paradise</w:t>
      </w:r>
    </w:p>
    <w:p>
      <w:r>
        <w:rPr>
          <w:color w:val="666666"/>
          <w:sz w:val="18"/>
        </w:rPr>
        <w:t>Ibadat More Than Rituals December 24, 2007 Maulana Wahiduddin Khan · 3m 58s · at 21:06 · https://youtu.be/mlWHX-zaNg8?t=1266</w:t>
      </w:r>
    </w:p>
    <w:p>
      <w:r>
        <w:rPr>
          <w:i/>
        </w:rPr>
        <w:t>“Ek din ek dibbe mein kuch dehati baithe”</w:t>
      </w:r>
    </w:p>
    <w:p>
      <w:r>
        <w:rPr>
          <w:sz w:val="20"/>
        </w:rPr>
        <w:t>21:06  hoti hai us mein kafi log hote hain kachahri wale</w:t>
      </w:r>
      <w:r>
        <w:br/>
      </w:r>
      <w:r>
        <w:rPr>
          <w:sz w:val="20"/>
        </w:rPr>
        <w:t>21:10  aur doosre kaam ke liye</w:t>
      </w:r>
      <w:r>
        <w:br/>
      </w:r>
      <w:r>
        <w:rPr>
          <w:sz w:val="20"/>
        </w:rPr>
        <w:t>21:13  to ek din</w:t>
      </w:r>
      <w:r>
        <w:br/>
      </w:r>
      <w:r>
        <w:rPr>
          <w:sz w:val="20"/>
        </w:rPr>
        <w:t>21:15  ek dibbe mein kuch dehati baithe yani kisan gaon wale</w:t>
      </w:r>
      <w:r>
        <w:br/>
      </w:r>
      <w:r>
        <w:rPr>
          <w:sz w:val="20"/>
        </w:rPr>
        <w:t>21:23  to aapas mein baatein kar rahe the</w:t>
      </w:r>
      <w:r>
        <w:br/>
      </w:r>
      <w:r>
        <w:rPr>
          <w:sz w:val="20"/>
        </w:rPr>
        <w:t>21:26  wo ja rahe the koi date thi un ki court mein</w:t>
      </w:r>
      <w:r>
        <w:br/>
      </w:r>
      <w:r>
        <w:rPr>
          <w:sz w:val="20"/>
        </w:rPr>
        <w:t>21:31  jisko kachahri kehte hain wo log ja rahe the ke koi date thi wahan par</w:t>
      </w:r>
      <w:r>
        <w:br/>
      </w:r>
      <w:r>
        <w:rPr>
          <w:sz w:val="20"/>
        </w:rPr>
        <w:t>21:37  to ek dehati kehta hai doosre dehati se</w:t>
      </w:r>
      <w:r>
        <w:br/>
      </w:r>
      <w:r>
        <w:rPr>
          <w:sz w:val="20"/>
        </w:rPr>
        <w:t>21:41  baat batate hue apna case</w:t>
      </w:r>
      <w:r>
        <w:br/>
      </w:r>
      <w:r>
        <w:rPr>
          <w:sz w:val="20"/>
        </w:rPr>
        <w:t>21:44  kuch kuch case tha land ka shayad tha case</w:t>
      </w:r>
      <w:r>
        <w:br/>
      </w:r>
      <w:r>
        <w:rPr>
          <w:sz w:val="20"/>
        </w:rPr>
        <w:t>21:48  apni dehati zuban mein us ne kaha apan</w:t>
      </w:r>
      <w:r>
        <w:br/>
      </w:r>
      <w:r>
        <w:rPr>
          <w:sz w:val="20"/>
        </w:rPr>
        <w:t>21:51  kagaz to pur ho bade hi satisfaction ke sath bahut hi itminan ke sath bahut hi</w:t>
      </w:r>
      <w:r>
        <w:br/>
      </w:r>
      <w:r>
        <w:rPr>
          <w:sz w:val="20"/>
        </w:rPr>
        <w:t>22:02  apan kaghaz to por ho</w:t>
      </w:r>
      <w:r>
        <w:br/>
      </w:r>
      <w:r>
        <w:rPr>
          <w:sz w:val="20"/>
        </w:rPr>
        <w:t>22:06  apan kaghaz to poora ka matlab hai apna paper to complete hai</w:t>
      </w:r>
      <w:r>
        <w:br/>
      </w:r>
      <w:r>
        <w:rPr>
          <w:sz w:val="20"/>
        </w:rPr>
        <w:t>22:12  apna paper to complete hai yani jo court mein jo paper use pesh karne hain to wakeel ki</w:t>
      </w:r>
      <w:r>
        <w:br/>
      </w:r>
      <w:r>
        <w:rPr>
          <w:sz w:val="20"/>
        </w:rPr>
        <w:t>22:20  madad se us ne khoob banwaya sab theek thak kar ke apni file mukammal kar li</w:t>
      </w:r>
      <w:r>
        <w:br/>
      </w:r>
      <w:r>
        <w:rPr>
          <w:sz w:val="20"/>
        </w:rPr>
        <w:t>22:27  is se bas nahi ke wo uska case sahi hai ya galat wakeel ne us ko is</w:t>
      </w:r>
      <w:r>
        <w:br/>
      </w:r>
      <w:r>
        <w:rPr>
          <w:sz w:val="20"/>
        </w:rPr>
        <w:t>22:32  ke order mein kar diya us ko wo sare paper bana diye us ke ab wo file us</w:t>
      </w:r>
      <w:r>
        <w:br/>
      </w:r>
      <w:r>
        <w:rPr>
          <w:sz w:val="20"/>
        </w:rPr>
        <w:t>22:37  ka tayar ho gaya is file mein woh bilkul lagta hai ke bas justified hai aur woh cheez</w:t>
      </w:r>
      <w:r>
        <w:br/>
      </w:r>
      <w:r>
        <w:rPr>
          <w:sz w:val="20"/>
        </w:rPr>
        <w:t>22:44  jo hai woh land jo hai isi ki property hai yani apna</w:t>
      </w:r>
      <w:r>
        <w:br/>
      </w:r>
      <w:r>
        <w:rPr>
          <w:sz w:val="20"/>
        </w:rPr>
        <w:t>22:48  case is mein bilkul theek theek</w:t>
      </w:r>
      <w:r>
        <w:br/>
      </w:r>
      <w:r>
        <w:rPr>
          <w:sz w:val="20"/>
        </w:rPr>
        <w:t>22:51  dikha diya wakeel ne is ko to is ko bharosa ho gaya ke jeetna to mujh ko hai</w:t>
      </w:r>
      <w:r>
        <w:br/>
      </w:r>
      <w:r>
        <w:rPr>
          <w:sz w:val="20"/>
        </w:rPr>
        <w:t>22:57  dusri party nahi jeet sakti kyunke maine apna paper wakeel ko fees de kar ke poora kar</w:t>
      </w:r>
      <w:r>
        <w:br/>
      </w:r>
      <w:r>
        <w:rPr>
          <w:sz w:val="20"/>
        </w:rPr>
        <w:t>23:03  liya hai ise kehta hai ke apan kagaz to poora ab is ko koi pareshani nahi hai</w:t>
      </w:r>
      <w:r>
        <w:br/>
      </w:r>
      <w:r>
        <w:rPr>
          <w:sz w:val="20"/>
        </w:rPr>
        <w:t>23:10  itminan se ja raha hai court ke ke poore woh judge jo hai mujhe meri mujhe ko</w:t>
      </w:r>
      <w:r>
        <w:br/>
      </w:r>
      <w:r>
        <w:rPr>
          <w:sz w:val="20"/>
        </w:rPr>
        <w:t>23:19  is ka judgment mere favor mein hoga</w:t>
      </w:r>
      <w:r>
        <w:br/>
      </w:r>
      <w:r>
        <w:rPr>
          <w:sz w:val="20"/>
        </w:rPr>
        <w:t>23:23  yahi haal aaj kal logon ka ho raha hai ke apan kagaz to poora yani ritual wala</w:t>
      </w:r>
      <w:r>
        <w:br/>
      </w:r>
      <w:r>
        <w:rPr>
          <w:sz w:val="20"/>
        </w:rPr>
        <w:t>23:29  Islam kar ke samajhte hain ke bas hamara paper</w:t>
      </w:r>
      <w:r>
        <w:br/>
      </w:r>
      <w:r>
        <w:rPr>
          <w:sz w:val="20"/>
        </w:rPr>
        <w:t>23:33  to pura ho gaya ab paradise likh gayi hamari</w:t>
      </w:r>
      <w:r>
        <w:br/>
      </w:r>
      <w:r>
        <w:rPr>
          <w:sz w:val="20"/>
        </w:rPr>
        <w:t>23:38  is liye main yeh keh raha hoon ke rituals par bharosa kar ke jo jaan bana hai aaj kal wo bilkul base less hai uska islam se koi taluq nahi</w:t>
      </w:r>
      <w:r>
        <w:br/>
      </w:r>
      <w:r>
        <w:rPr>
          <w:sz w:val="20"/>
        </w:rPr>
        <w:t>23:51  ritual jo hain</w:t>
      </w:r>
      <w:r>
        <w:br/>
      </w:r>
      <w:r>
        <w:rPr>
          <w:sz w:val="20"/>
        </w:rPr>
        <w:t>23:55  is ke baad ki jo responsibilities hain is ke baad jo is is spirit ko zindagi mein jo translate</w:t>
      </w:r>
      <w:r>
        <w:br/>
      </w:r>
      <w:r>
        <w:rPr>
          <w:sz w:val="20"/>
        </w:rPr>
        <w:t>24:01  karna hai is par depend karta hai ke aap ka aap ki ibadat hui ya nahi hui</w:t>
      </w:r>
      <w:r>
        <w:br/>
      </w:r>
      <w:r>
        <w:rPr>
          <w:sz w:val="20"/>
        </w:rPr>
        <w:t>24:09  aap ki ibadat hui ya nahi hui</w:t>
      </w:r>
      <w:r>
        <w:br/>
      </w:r>
      <w:r>
        <w:rPr>
          <w:sz w:val="20"/>
        </w:rPr>
        <w:t>24:12  to yeh samajhna ke yeh rituals kar liya to kagaz paper apna poora ho gaya complete ho gaya</w:t>
      </w:r>
      <w:r>
        <w:br/>
      </w:r>
      <w:r>
        <w:rPr>
          <w:sz w:val="20"/>
        </w:rPr>
        <w:t>24:20  yeh bilkul baseless thinking hai yeh koi sahi thinking nahi hai</w:t>
      </w:r>
      <w:r>
        <w:br/>
      </w:r>
      <w:r>
        <w:rPr>
          <w:sz w:val="20"/>
        </w:rPr>
        <w:t>24:27  to is baat ko bahut zyada sochne ki zaroorat hai</w:t>
      </w:r>
      <w:r>
        <w:br/>
      </w:r>
      <w:r>
        <w:rPr>
          <w:sz w:val="20"/>
        </w:rPr>
        <w:t>24:32  bahut zyada sochne ki zaroorat hai</w:t>
      </w:r>
      <w:r>
        <w:br/>
      </w:r>
      <w:r>
        <w:rPr>
          <w:sz w:val="20"/>
        </w:rPr>
        <w:t>24:35  ke ibadat bilashuba</w:t>
      </w:r>
      <w:r>
        <w:br/>
      </w:r>
      <w:r>
        <w:rPr>
          <w:sz w:val="20"/>
        </w:rPr>
        <w:t>24:38  Islam ka sab se bada hukum hai sab se badi</w:t>
      </w:r>
      <w:r>
        <w:br/>
      </w:r>
      <w:r>
        <w:rPr>
          <w:sz w:val="20"/>
        </w:rPr>
        <w:t>24:43  teaching hai Islam ki ibadat Quran mein hai ke ibadat hi ke liye insan ko banaya gaya hai</w:t>
      </w:r>
      <w:r>
        <w:br/>
      </w:r>
      <w:r>
        <w:rPr>
          <w:sz w:val="20"/>
        </w:rPr>
        <w:t>24:49  lekin ibadat kisi set of ritual ka naam nahi hai</w:t>
      </w:r>
      <w:r>
        <w:br/>
      </w:r>
      <w:r>
        <w:rPr>
          <w:sz w:val="20"/>
        </w:rPr>
        <w:t>24:54  woh ek spirit ka naam hai</w:t>
      </w:r>
      <w:r>
        <w:br/>
      </w:r>
      <w:r>
        <w:rPr>
          <w:sz w:val="20"/>
        </w:rPr>
        <w:t>24:57  woh spirit ho to ibadat hai woh spirit na ho to ibadat nahi hai</w:t>
      </w:r>
    </w:p>
    <w:p>
      <w:pPr>
        <w:pStyle w:val="Heading2"/>
      </w:pPr>
      <w:r>
        <w:t>Ramadan revelation and self discipline</w:t>
      </w:r>
    </w:p>
    <w:p>
      <w:r>
        <w:rPr>
          <w:color w:val="666666"/>
          <w:sz w:val="18"/>
        </w:rPr>
        <w:t>Five Pillars of Islam - Part- II (English) February 22, 2025 Dr. Rajat Malhotra · 5m 51s · at 37:28 · https://youtu.be/fGlUbxcL7fQ?t=2248</w:t>
      </w:r>
    </w:p>
    <w:p>
      <w:r>
        <w:rPr>
          <w:i/>
        </w:rPr>
        <w:t>“The month of Ramadan when Quran was sent down”</w:t>
      </w:r>
    </w:p>
    <w:p>
      <w:r>
        <w:rPr>
          <w:sz w:val="20"/>
        </w:rPr>
        <w:t>37:28  Quran says the month of Ramadan is the month when the Quran was sent down as guidance for humankind with clear proofs of guidance and the criteria by which to distinguish right from wrong. So, Ramadan is the month of spiritual activism. A believer awakens his or her spirituality, a firm resolve is developed.</w:t>
      </w:r>
      <w:r>
        <w:br/>
      </w:r>
      <w:r>
        <w:rPr>
          <w:sz w:val="20"/>
        </w:rPr>
        <w:t>37:56  And as we know, it starts with the sighting of the moon and the last evening of the month of Shaban that marks the commencement of the fasting. Ramadan, the ninth month of lunar calendar. And it is, we keep hearing it's a training. It's a training how we need to lead a principal life, but it is not just for thirty days, but it is for the entire year round.</w:t>
      </w:r>
      <w:r>
        <w:br/>
      </w:r>
      <w:r>
        <w:rPr>
          <w:sz w:val="20"/>
        </w:rPr>
        <w:t>38:22  And, a person has to make, niyath, intention, before starting the fast. And that's why Rasool Allah ne kaha ki a person who wishes to keep the fast has to express his intention before dawn. And Ramadan is, you know, Quran tells it as a, gives it as a prescription to attain peace of mind.</w:t>
      </w:r>
      <w:r>
        <w:br/>
      </w:r>
      <w:r>
        <w:rPr>
          <w:sz w:val="20"/>
        </w:rPr>
        <w:t>38:52  jaise aap agar kabhi bimar ho jaen, to aap doctor ke paas jaenge. Doctor aapko prescription likh ke dega aur doctor kahega ki if you follow this prescription, then you will get, well, so similarly look at what Quran is saying, believers fasting has been prescribed for you just as it was prescribed for those before you so that you may guard yourself against evil.</w:t>
      </w:r>
      <w:r>
        <w:br/>
      </w:r>
      <w:r>
        <w:rPr>
          <w:sz w:val="20"/>
        </w:rPr>
        <w:t>39:17  Now, one of the main aim of, of Ramadan is to reduce, the material dependence and, you know, firm up your spiritual resolve. Ramadan in a way, shows us that while being a part of this world, you can withdraw yourself from the world. So, in in a sense, you, Ramadan, in Ramadan, it tells you that you can fulfill your spiritual obligation.</w:t>
      </w:r>
      <w:r>
        <w:br/>
      </w:r>
      <w:r>
        <w:rPr>
          <w:sz w:val="20"/>
        </w:rPr>
        <w:t>39:47  You can fulfill your spiritual obligation even though you are in the materialistic turmoil. So in that sense, fasting gives you that peace of mind. Moreover, a shared experience of fasting within the community that fosters unity and it sort of collectively contributes to the feeling of peace.</w:t>
      </w:r>
      <w:r>
        <w:br/>
      </w:r>
      <w:r>
        <w:rPr>
          <w:sz w:val="20"/>
        </w:rPr>
        <w:t>40:11  aksar aisa hota hai ki log they indulge in gossiping, in slandering, and all sorts of things. But Ramadan teaches us that, no, you have to improve your character. And prophet laid out that path. I mean, he would pray all through the day during Ramadan and he would praise the lord and it would culminate at the time of breaking of the fast when, you know, every person would feel near to god.</w:t>
      </w:r>
      <w:r>
        <w:br/>
      </w:r>
      <w:r>
        <w:rPr>
          <w:sz w:val="20"/>
        </w:rPr>
        <w:t>40:41  And that is why Rasool Allah ne jo fast break karte hain, unko paanch logon mein shamil kiya, whose supplication god never turns down. woh are the other four, the oppressed parents who pray for their children, a person who travels for the sake of god, and a just ruler. So, prophet divided the month into three parts.</w:t>
      </w:r>
      <w:r>
        <w:br/>
      </w:r>
      <w:r>
        <w:rPr>
          <w:sz w:val="20"/>
        </w:rPr>
        <w:t>41:10  The first ten days are the days of the blessings, the next ten days are the days of the forgiveness, and the last ten days are the days of freedom from hell fire. He said the best days of the world are the last ten days of Ramadan and therefore his family would join him what figuratively is called tightening of the belt. They would be more devoted and sincere in in in devotion.</w:t>
      </w:r>
      <w:r>
        <w:br/>
      </w:r>
      <w:r>
        <w:rPr>
          <w:sz w:val="20"/>
        </w:rPr>
        <w:t>41:38  So fasting in a way helps in, you know, cultivating self discipline and self growth. aap sochiye ki ek mahina, you know, when you are remembering god without any distractions, it sort of heightens up the, the spiritual quotient of your mind.</w:t>
      </w:r>
      <w:r>
        <w:br/>
      </w:r>
      <w:r>
        <w:rPr>
          <w:sz w:val="20"/>
        </w:rPr>
        <w:t>41:54  I talked about, you know, the verse one eighty five that when you ponder of it, actually it, awakens a feeling of gratefulness ki Quran, came down as a guidance, as a reminder for us. It has helped us in every possible way. You feel grateful, to God almighty. And when you are actually deprived of the food, the water, you realize how precious the food and water is.</w:t>
      </w:r>
      <w:r>
        <w:br/>
      </w:r>
      <w:r>
        <w:rPr>
          <w:sz w:val="20"/>
        </w:rPr>
        <w:t>42:22  And therefore, you know, jo ek speed breaker motorist ke sath karta hai, Ramadan does that to the devotee. It gives that necessary pause in the year that you think and you remember a lot god almighty. So, you know, it is a kind of a strategy that helps in increasing the efficacy of of worship. Prophet said that Ramadan is the month of patience.</w:t>
      </w:r>
      <w:r>
        <w:br/>
      </w:r>
      <w:r>
        <w:rPr>
          <w:sz w:val="20"/>
        </w:rPr>
        <w:t>42:52  A lot of emphasis is therefore given on patience and paieeti, taqwah Because these are the two things that have to become an integral part of our personality. God has given us freedom and therefore we have to decide how do we use that freedom. Do we use this freedom to tie ourself with the rope of god laws?</w:t>
      </w:r>
      <w:r>
        <w:br/>
      </w:r>
      <w:r>
        <w:rPr>
          <w:sz w:val="20"/>
        </w:rPr>
        <w:t>43:19  Ek bahut achhi hadith jo is cheez ko reflect karti hai ke rasool ne momin ko bandhe hue ghode ke saman bataya ke a believer is like a tethered horse. It can only move about as much as the rope allows. So, in that sense, you have to bring in discipline in, in your, in your life.</w:t>
      </w:r>
    </w:p>
    <w:p>
      <w:pPr>
        <w:pStyle w:val="Heading2"/>
      </w:pPr>
      <w:r>
        <w:t>Musa's tree becomes his reference point for prayer</w:t>
      </w:r>
    </w:p>
    <w:p>
      <w:r>
        <w:rPr>
          <w:color w:val="666666"/>
          <w:sz w:val="18"/>
        </w:rPr>
        <w:t>What is Dua (Only Lecture) April 26, 2009 Maulana Wahiduddin Khan · 3m 35s · at 22:06 · https://youtu.be/JxIR0o_C7GM?t=1326</w:t>
      </w:r>
    </w:p>
    <w:p>
      <w:r>
        <w:rPr>
          <w:i/>
        </w:rPr>
        <w:t>“Hazrat Musa Misr se Madyan jaana hua”</w:t>
      </w:r>
    </w:p>
    <w:p>
      <w:r>
        <w:rPr>
          <w:sz w:val="20"/>
        </w:rPr>
        <w:t>22:06  dekhiye, mein kuch misaal deta hoon jis se andaza ho ke reference point se mein kya murad de raha hoon.</w:t>
      </w:r>
      <w:r>
        <w:br/>
      </w:r>
      <w:r>
        <w:rPr>
          <w:sz w:val="20"/>
        </w:rPr>
        <w:t>22:16  hazrat musa alaihissalam ke baray mein aata hai ke woh, aap jante hain ke woh misr se madain jana hua.</w:t>
      </w:r>
      <w:r>
        <w:br/>
      </w:r>
      <w:r>
        <w:rPr>
          <w:sz w:val="20"/>
        </w:rPr>
        <w:t>22:26  phir ek lamba woh hai, quran mein bayan hua hai, woh sab aap parh sakte hain. is ko to is safar ke douran ek jagah pounchay hue hotay hain jahan ek jangla hota hai,</w:t>
      </w:r>
      <w:r>
        <w:br/>
      </w:r>
      <w:r>
        <w:rPr>
          <w:sz w:val="20"/>
        </w:rPr>
        <w:t>22:41  pear hotay hain.</w:t>
      </w:r>
      <w:r>
        <w:br/>
      </w:r>
      <w:r>
        <w:rPr>
          <w:sz w:val="20"/>
        </w:rPr>
        <w:t>22:42  ek pear ke saaye mein baith jatay hain aur wahan baith kar ek dua nikalti hai un ki zuban se.</w:t>
      </w:r>
      <w:r>
        <w:br/>
      </w:r>
      <w:r>
        <w:rPr>
          <w:sz w:val="20"/>
        </w:rPr>
        <w:t>22:53  is ko ghor kijiye aap. yani hazrat moosa jo hai, is safar ke zamanay mein, jo koi agay hai na peechay hai, koi dayen hai na bayen hai, is waqt un ki zuban se ek dua nikalti hai: "rab inni lima anzalta alaiyya min khairin faqeer".</w:t>
      </w:r>
      <w:r>
        <w:br/>
      </w:r>
      <w:r>
        <w:rPr>
          <w:sz w:val="20"/>
        </w:rPr>
        <w:t>23:12  "rab inni lima anzalta alaiyya min khairin faqeer". chapter 28 mein, chapter number 28, is pear ke neechay baith kar yeh dua nikalti hai un ki: "rab inni lima anzalta alaiyya min khairin faqeer".</w:t>
      </w:r>
      <w:r>
        <w:br/>
      </w:r>
      <w:r>
        <w:rPr>
          <w:sz w:val="20"/>
        </w:rPr>
        <w:t>23:30  khudaya, tu ne jo bhalai mere liye utari ho, main us ka mohtaj hoon.</w:t>
      </w:r>
      <w:r>
        <w:br/>
      </w:r>
      <w:r>
        <w:rPr>
          <w:sz w:val="20"/>
        </w:rPr>
        <w:t>23:40  main ne is waqt socha ke is ka background kya hoga? woh pear un ke liye point of reference ban gaya.</w:t>
      </w:r>
      <w:r>
        <w:br/>
      </w:r>
      <w:r>
        <w:rPr>
          <w:sz w:val="20"/>
        </w:rPr>
        <w:t>23:51  woh pear jo tha, hara bhara pear, hazrat moosa ke liye ek point of reference ban gaya. unhon ne dekha ke ek khushk zameen hai, us se ek pear nikla aur pear mein shaakh, branches, phir hari bhari patiyan,</w:t>
      </w:r>
      <w:r>
        <w:br/>
      </w:r>
      <w:r>
        <w:rPr>
          <w:sz w:val="20"/>
        </w:rPr>
        <w:t>24:08  saaya, shadow,</w:t>
      </w:r>
      <w:r>
        <w:br/>
      </w:r>
      <w:r>
        <w:rPr>
          <w:sz w:val="20"/>
        </w:rPr>
        <w:t>24:11  ek poora hara bhara darakht khara ho gaya. is waqt khuda ki rehmat unhein dikhai di, ek rehmat jo reflect kar rahi thi ek pear ki shakal mein, ek tree ki shakal mein, haray bharay tree ki shakal mein.</w:t>
      </w:r>
      <w:r>
        <w:br/>
      </w:r>
      <w:r>
        <w:rPr>
          <w:sz w:val="20"/>
        </w:rPr>
        <w:t>24:26  is waqt unhon ne socha ke khudaya, teri rehmat itni bari hai ke tu ne is lakri ko hara bhara bana diya,</w:t>
      </w:r>
      <w:r>
        <w:br/>
      </w:r>
      <w:r>
        <w:rPr>
          <w:sz w:val="20"/>
        </w:rPr>
        <w:t>24:38  is lakri ke oopar hari hari patiyon ka saaya kar diya. isi tarah, isi tarah tu mujhe bhi hara bhara kar de, mujhe bhi bhalai de de, mujhe bhi khair de de.</w:t>
      </w:r>
      <w:r>
        <w:br/>
      </w:r>
      <w:r>
        <w:rPr>
          <w:sz w:val="20"/>
        </w:rPr>
        <w:t>24:51  woh pear aap ke liye point of reference ban gaya. tab un ki zuban se yeh dua nikli: "rab inni lima anzalta alaiyya min khairin faqeer" ke khuda, jis tarah tu ne is pear ko hara bhara kiya hai, isi tarah tu mujhe bhi hara bhara kar de.</w:t>
      </w:r>
      <w:r>
        <w:br/>
      </w:r>
      <w:r>
        <w:rPr>
          <w:sz w:val="20"/>
        </w:rPr>
        <w:t>25:09  yeh hai point of reference.</w:t>
      </w:r>
      <w:r>
        <w:br/>
      </w:r>
      <w:r>
        <w:rPr>
          <w:sz w:val="20"/>
        </w:rPr>
        <w:t>25:15  jab aap kisi yeh point of reference bikhray hue, har waqt bikhray hue, point of reference jo hai, aisa nahi kahin dhoondna paray ga ja kar ke.</w:t>
      </w:r>
      <w:r>
        <w:br/>
      </w:r>
      <w:r>
        <w:rPr>
          <w:sz w:val="20"/>
        </w:rPr>
        <w:t>25:26  har lamha, har waqt, har subah sham woh maujood hai. sirf sochne se is ko aap point of reference, yani reference point bana bana patay hain.</w:t>
      </w:r>
    </w:p>
    <w:p>
      <w:pPr>
        <w:pStyle w:val="Heading2"/>
      </w:pPr>
      <w:r>
        <w:t>Fulfilling one prayer is not simple</w:t>
      </w:r>
    </w:p>
    <w:p>
      <w:r>
        <w:rPr>
          <w:color w:val="666666"/>
          <w:sz w:val="18"/>
        </w:rPr>
        <w:t>Patience and Prayer Sep 17, 2017 · 5m 19s · at 5:38 · https://youtu.be/G0KRz3O6TBs?t=338</w:t>
      </w:r>
    </w:p>
    <w:p>
      <w:r>
        <w:rPr>
          <w:i/>
        </w:rPr>
        <w:t>“Kisi ek insaan ki dua ko poora karna yeh saada baat nahi hai”</w:t>
      </w:r>
    </w:p>
    <w:p>
      <w:r>
        <w:rPr>
          <w:sz w:val="20"/>
        </w:rPr>
        <w:t>5:38  is ka matlab kya hua? is ka matlab yeh hua ke kisi ek insan ki dua ko poora karna yeh saada baat nahi hai.</w:t>
      </w:r>
      <w:r>
        <w:br/>
      </w:r>
      <w:r>
        <w:rPr>
          <w:sz w:val="20"/>
        </w:rPr>
        <w:t>5:56  kyun ke ain is waqt aur bhi masail hon ge. to is insan ke masle ko, is insan ki pukar ko sunna aur us ko hal karna aisa hi hai jaise janglat mein ek rasta banana.</w:t>
      </w:r>
      <w:r>
        <w:br/>
      </w:r>
      <w:r>
        <w:rPr>
          <w:sz w:val="20"/>
        </w:rPr>
        <w:t>6:22  kyun ke</w:t>
      </w:r>
      <w:r>
        <w:br/>
      </w:r>
      <w:r>
        <w:rPr>
          <w:sz w:val="20"/>
        </w:rPr>
        <w:t>6:27  masla paida hota hai insan ke free will se.</w:t>
      </w:r>
      <w:r>
        <w:br/>
      </w:r>
      <w:r>
        <w:rPr>
          <w:sz w:val="20"/>
        </w:rPr>
        <w:t>6:32  to free will jo log kar rahe hain, us ko bhi allah ko dekhna hai. phir is duniya mein, is duniya mein aap jante hain ke ek law of nature hai.</w:t>
      </w:r>
      <w:r>
        <w:br/>
      </w:r>
      <w:r>
        <w:rPr>
          <w:sz w:val="20"/>
        </w:rPr>
        <w:t>6:47  law of nature khud allah ne qaim kar rakha hai. to allah ko us ko bhi dekhna hai. phir dekhiye, is duniya mein insani history jo hai, human history, woh safar kar rahi hai adam se le ke qyamat tak.</w:t>
      </w:r>
      <w:r>
        <w:br/>
      </w:r>
      <w:r>
        <w:rPr>
          <w:sz w:val="20"/>
        </w:rPr>
        <w:t>7:04  iski bhi ra'ayat karna hai allah ta'ala ko. to in sari cheezon ke darmiyan us ko ek fard ki pukar ko sunna hai.</w:t>
      </w:r>
      <w:r>
        <w:br/>
      </w:r>
      <w:r>
        <w:rPr>
          <w:sz w:val="20"/>
        </w:rPr>
        <w:t>7:16  isi liye main kehta hoon ke yeh managing karne ka maamla hai. allah jab kisi ki dua ko sunta hai to us ko ek poora,</w:t>
      </w:r>
      <w:r>
        <w:br/>
      </w:r>
      <w:r>
        <w:rPr>
          <w:sz w:val="20"/>
        </w:rPr>
        <w:t>7:32  ek game jis ko kehte hain, us ko ban'na padta hai.</w:t>
      </w:r>
      <w:r>
        <w:br/>
      </w:r>
      <w:r>
        <w:rPr>
          <w:sz w:val="20"/>
        </w:rPr>
        <w:t>7:39  to is ki wajah se kya hota hai?</w:t>
      </w:r>
      <w:r>
        <w:br/>
      </w:r>
      <w:r>
        <w:rPr>
          <w:sz w:val="20"/>
        </w:rPr>
        <w:t>7:42  is ki wajah se aam taur par dua ki qabooliyat mein dair hoti hai, padhni hoti hai.</w:t>
      </w:r>
      <w:r>
        <w:br/>
      </w:r>
      <w:r>
        <w:rPr>
          <w:sz w:val="20"/>
        </w:rPr>
        <w:t>7:50  jaisay farz ki jaye keh aap apni maan say chocolate mangain aur chocolate maan kay paas maujood hai.</w:t>
      </w:r>
      <w:r>
        <w:br/>
      </w:r>
      <w:r>
        <w:rPr>
          <w:sz w:val="20"/>
        </w:rPr>
        <w:t>8:01  to bachay nay chocolate mangi aur maan kay paas chocolate maujood hai. to instantli woh chocolate utha kar bachay ko day day gi.</w:t>
      </w:r>
      <w:r>
        <w:br/>
      </w:r>
      <w:r>
        <w:rPr>
          <w:sz w:val="20"/>
        </w:rPr>
        <w:t>8:13  jis waqt manga, usi waqt us ko woh cheez mil bhi jaye gi. to mangnay aur panay mein koi dair nahi lagay gi.</w:t>
      </w:r>
      <w:r>
        <w:br/>
      </w:r>
      <w:r>
        <w:rPr>
          <w:sz w:val="20"/>
        </w:rPr>
        <w:t>8:23  idhar manga, idhar mil gaya. lekin aisa nahi ho sakta khuda kay muamlay mein.</w:t>
      </w:r>
      <w:r>
        <w:br/>
      </w:r>
      <w:r>
        <w:rPr>
          <w:sz w:val="20"/>
        </w:rPr>
        <w:t>8:33  kyun keh khuda sirf aap ka khuda nahi hai. khuda poori history ko manage kar raha hai, har insaan kay halaat ko dekh raha hai.</w:t>
      </w:r>
      <w:r>
        <w:br/>
      </w:r>
      <w:r>
        <w:rPr>
          <w:sz w:val="20"/>
        </w:rPr>
        <w:t>8:46  aur phir yeh keh dekhiye, aap ki dua ko poora karnay ka matlab yeh nahi hai keh woh woh</w:t>
      </w:r>
      <w:r>
        <w:br/>
      </w:r>
      <w:r>
        <w:rPr>
          <w:sz w:val="20"/>
        </w:rPr>
        <w:t>8:57  insani azadi ko waris kar day, law of nature ko waris kar day, woh history ka jo jo safar hai, us ko rok day.</w:t>
      </w:r>
      <w:r>
        <w:br/>
      </w:r>
      <w:r>
        <w:rPr>
          <w:sz w:val="20"/>
        </w:rPr>
        <w:t>9:13  yeh sab nahi karay ga woh. to yeh bohat hi complicated issue hai keh itnay saaray, itnay saaray janglat kay darmiyan, itnay saaray janglat of masail kay darmiyan aik insaan ki dua ko poora karna.</w:t>
      </w:r>
      <w:r>
        <w:br/>
      </w:r>
      <w:r>
        <w:rPr>
          <w:sz w:val="20"/>
        </w:rPr>
        <w:t>9:36  is liye dekhiye, dua karnay walay kay andar dua kay saath aik aur baat honi chahiye.</w:t>
      </w:r>
      <w:r>
        <w:br/>
      </w:r>
      <w:r>
        <w:rPr>
          <w:sz w:val="20"/>
        </w:rPr>
        <w:t>9:45  yani aap kay paas agar sirf yeh hai keh apni zaroorat hai, us kay liye aap dua kar rahay hain, to aap ho sakta hai keh mayusi ka shikar ho jayen.</w:t>
      </w:r>
      <w:r>
        <w:br/>
      </w:r>
      <w:r>
        <w:rPr>
          <w:sz w:val="20"/>
        </w:rPr>
        <w:t>10:04  aap ko itna ziyada intellectually, itna open hona chahiye, open keh mangnay wala instantli mangay ga, lekin denay wala instantli nahi day ga.</w:t>
      </w:r>
      <w:r>
        <w:br/>
      </w:r>
      <w:r>
        <w:rPr>
          <w:sz w:val="20"/>
        </w:rPr>
        <w:t>10:23  yeh bohat ziyada sochne ki baat hai. yani bachay aur maan kay darmiyan jo waqia hota hai, bachay nay us instantli manga aur maan nay instantli us ko chocolate day diya,</w:t>
      </w:r>
      <w:r>
        <w:br/>
      </w:r>
      <w:r>
        <w:rPr>
          <w:sz w:val="20"/>
        </w:rPr>
        <w:t>10:38  done and done. to aisa dua kay saath nahi ho sakta, kabhi bhi nahi ho ga.</w:t>
      </w:r>
      <w:r>
        <w:br/>
      </w:r>
      <w:r>
        <w:rPr>
          <w:sz w:val="20"/>
        </w:rPr>
        <w:t>10:47  hamesha dua mein aur qabooliyat mein fasla ho ga, fasla ho ga.</w:t>
      </w:r>
    </w:p>
    <w:p>
      <w:pPr>
        <w:pStyle w:val="Heading2"/>
      </w:pPr>
      <w:r>
        <w:t>Companion story and spirit of fasting</w:t>
      </w:r>
    </w:p>
    <w:p>
      <w:r>
        <w:rPr>
          <w:color w:val="666666"/>
          <w:sz w:val="18"/>
        </w:rPr>
        <w:t>Ramazan Training for Leading A Cautious Life April 24, 2020 Maulana Wahiduddin Khan · 4m 42s · at 6:11 · https://youtu.be/IBChjhcEDh0?t=371</w:t>
      </w:r>
    </w:p>
    <w:p>
      <w:r>
        <w:rPr>
          <w:i/>
        </w:rPr>
        <w:t>“Ek sahabi ka waqia hai do sahaba ke darmiyan ikhtilaf”</w:t>
      </w:r>
    </w:p>
    <w:p>
      <w:r>
        <w:rPr>
          <w:sz w:val="20"/>
        </w:rPr>
        <w:t>6:11  ek sahabi ka waqia hai.</w:t>
      </w:r>
      <w:r>
        <w:br/>
      </w:r>
      <w:r>
        <w:rPr>
          <w:sz w:val="20"/>
        </w:rPr>
        <w:t>6:18  do sahaba ke darmiyan</w:t>
      </w:r>
      <w:r>
        <w:br/>
      </w:r>
      <w:r>
        <w:rPr>
          <w:sz w:val="20"/>
        </w:rPr>
        <w:t>6:23  ikhtilaf ki baatein ho gayeen, koi lain den ka mamla tha, phir is par.</w:t>
      </w:r>
      <w:r>
        <w:br/>
      </w:r>
      <w:r>
        <w:rPr>
          <w:sz w:val="20"/>
        </w:rPr>
        <w:t>6:33  to ek shakhs is sahabi se mile, unhon ne kaha ke yeh woh to</w:t>
      </w:r>
      <w:r>
        <w:br/>
      </w:r>
      <w:r>
        <w:rPr>
          <w:sz w:val="20"/>
        </w:rPr>
        <w:t>6:45  aise hain, waise hain. yani masla to kisi ek cheez ke baray mein tha, lekin woh lage doosri baaton ko shamil kar ke is sahabi ko bura bara batane mein.</w:t>
      </w:r>
      <w:r>
        <w:br/>
      </w:r>
      <w:r>
        <w:rPr>
          <w:sz w:val="20"/>
        </w:rPr>
        <w:t>7:04  to doosre sahabi ne foran kaha, ma fa inna ma baynana lab yabrugh deenana khamosh, apni zaban band rakho,</w:t>
      </w:r>
      <w:r>
        <w:br/>
      </w:r>
      <w:r>
        <w:rPr>
          <w:sz w:val="20"/>
        </w:rPr>
        <w:t>7:20  kyunke hamare aur un ke darmiyan</w:t>
      </w:r>
      <w:r>
        <w:br/>
      </w:r>
      <w:r>
        <w:rPr>
          <w:sz w:val="20"/>
        </w:rPr>
        <w:t>7:23  jo ikhtilaf hai, woh hamare ek isi maslay tak rahega,</w:t>
      </w:r>
      <w:r>
        <w:br/>
      </w:r>
      <w:r>
        <w:rPr>
          <w:sz w:val="20"/>
        </w:rPr>
        <w:t>7:35  woh hamare deen tak nahi pahunchega. ke is ikhtilaf mein aap yeh nahi kahenge ke yeh aadmi to shuru ka be deen hai,</w:t>
      </w:r>
      <w:r>
        <w:br/>
      </w:r>
      <w:r>
        <w:rPr>
          <w:sz w:val="20"/>
        </w:rPr>
        <w:t>7:50  yeh nahi kahenge hum.</w:t>
      </w:r>
      <w:r>
        <w:br/>
      </w:r>
      <w:r>
        <w:rPr>
          <w:sz w:val="20"/>
        </w:rPr>
        <w:t>7:56  to is ka matlab yeh hai ke rozay ka mahina</w:t>
      </w:r>
      <w:r>
        <w:br/>
      </w:r>
      <w:r>
        <w:rPr>
          <w:sz w:val="20"/>
        </w:rPr>
        <w:t>8:04  ehtiyat wali zindagi ki tarbiyat ka mahina hai.</w:t>
      </w:r>
      <w:r>
        <w:br/>
      </w:r>
      <w:r>
        <w:rPr>
          <w:sz w:val="20"/>
        </w:rPr>
        <w:t>8:13  rozay ka mahina ehtiyat wali zindagi ka mahina hai.</w:t>
      </w:r>
      <w:r>
        <w:br/>
      </w:r>
      <w:r>
        <w:rPr>
          <w:sz w:val="20"/>
        </w:rPr>
        <w:t>8:23  woh jo qissa tha, woh tha zameen ki lain den ka qissa tha.</w:t>
      </w:r>
      <w:r>
        <w:br/>
      </w:r>
      <w:r>
        <w:rPr>
          <w:sz w:val="20"/>
        </w:rPr>
        <w:t>8:34  zameen ke mamlay mein shikayat ho gayi thi.</w:t>
      </w:r>
      <w:r>
        <w:br/>
      </w:r>
      <w:r>
        <w:rPr>
          <w:sz w:val="20"/>
        </w:rPr>
        <w:t>8:41  to ek aadmi ne</w:t>
      </w:r>
      <w:r>
        <w:br/>
      </w:r>
      <w:r>
        <w:rPr>
          <w:sz w:val="20"/>
        </w:rPr>
        <w:t>8:47  un se mile aur kaha ke arey un ka to un ke deen ka kya aitbar hai?</w:t>
      </w:r>
      <w:r>
        <w:br/>
      </w:r>
      <w:r>
        <w:rPr>
          <w:sz w:val="20"/>
        </w:rPr>
        <w:t>8:57  to baat to thi zameen ke lain den ki, aur us ne un ke deen par shakk karna shuru kar diya.</w:t>
      </w:r>
      <w:r>
        <w:br/>
      </w:r>
      <w:r>
        <w:rPr>
          <w:sz w:val="20"/>
        </w:rPr>
        <w:t>9:10  to unhon ne kaha ke ma fa inna ma baynana lab yabrugh deenana</w:t>
      </w:r>
      <w:r>
        <w:br/>
      </w:r>
      <w:r>
        <w:rPr>
          <w:sz w:val="20"/>
        </w:rPr>
        <w:t>9:18  chhupo, door ho, hamare darmiyan jo shikayat hai, woh hamare deen tak nahi jayegi.</w:t>
      </w:r>
      <w:r>
        <w:br/>
      </w:r>
      <w:r>
        <w:rPr>
          <w:sz w:val="20"/>
        </w:rPr>
        <w:t>9:33  to yeh parhezgari ki zindagi, ehtiyat ki zindagi,</w:t>
      </w:r>
      <w:r>
        <w:br/>
      </w:r>
      <w:r>
        <w:rPr>
          <w:sz w:val="20"/>
        </w:rPr>
        <w:t>9:42  tarbiyat pure saal ke liye hoti hai, sare maah, balkeh balkeh puri zindagi ke liye hoti hai.</w:t>
      </w:r>
      <w:r>
        <w:br/>
      </w:r>
      <w:r>
        <w:rPr>
          <w:sz w:val="20"/>
        </w:rPr>
        <w:t>9:58  yeh bohat hi zyada zaroori hai, kyunke log samajhte hain ke bas roza ek ka ek form hai, is form ko ada kar lo, bas ho gaya, roza ho gaya.</w:t>
      </w:r>
      <w:r>
        <w:br/>
      </w:r>
      <w:r>
        <w:rPr>
          <w:sz w:val="20"/>
        </w:rPr>
        <w:t>10:17  roze ko ek form kamane mein lete hain, isprit kamane mein nahi.</w:t>
      </w:r>
      <w:r>
        <w:br/>
      </w:r>
      <w:r>
        <w:rPr>
          <w:sz w:val="20"/>
        </w:rPr>
        <w:t>10:29  to roze ko agar aap form kamane mein lein to woh roza nahi hoga, woh ek rasam hogi.</w:t>
      </w:r>
      <w:r>
        <w:br/>
      </w:r>
      <w:r>
        <w:rPr>
          <w:sz w:val="20"/>
        </w:rPr>
        <w:t>10:43  roza yeh hai ke iske liye isprit hai, is isprit ke sath roza rakha jaye.</w:t>
      </w:r>
    </w:p>
    <w:p>
      <w:pPr>
        <w:pStyle w:val="Heading2"/>
      </w:pPr>
      <w:r>
        <w:t>Delhi prayer speech wins over a hostile-seeming crowd</w:t>
      </w:r>
    </w:p>
    <w:p>
      <w:r>
        <w:rPr>
          <w:color w:val="666666"/>
          <w:sz w:val="18"/>
        </w:rPr>
        <w:t>The Importance of Modesty March 1, 2009 · 4m 32s · at 26:39 · https://youtu.be/c599K8yDwzk?t=1599</w:t>
      </w:r>
    </w:p>
    <w:p>
      <w:r>
        <w:rPr>
          <w:i/>
        </w:rPr>
        <w:t>“My Delhi talk on prayer ended with the host urging: 'Read the Quran.'”</w:t>
      </w:r>
    </w:p>
    <w:p>
      <w:r>
        <w:rPr>
          <w:sz w:val="20"/>
        </w:rPr>
        <w:t>26:39  top ke log the sab. bahut hi zabardast tha yahan par.</w:t>
      </w:r>
      <w:r>
        <w:br/>
      </w:r>
      <w:r>
        <w:rPr>
          <w:sz w:val="20"/>
        </w:rPr>
        <w:t>26:48  lodhi road par ek hall hai us ke andar tha woh. to wahan par bhi kai speaker the different religion ke mujahid e islam par bolna tha.</w:t>
      </w:r>
      <w:r>
        <w:br/>
      </w:r>
      <w:r>
        <w:rPr>
          <w:sz w:val="20"/>
        </w:rPr>
        <w:t>27:00  to yahan par bhi maine shuru jo kiya. to wahan bhi maine wahi mere mind ne wahi kiya. yeh sab soch kar nahi hota hai.</w:t>
      </w:r>
      <w:r>
        <w:br/>
      </w:r>
      <w:r>
        <w:rPr>
          <w:sz w:val="20"/>
        </w:rPr>
        <w:t>27:08  aap ko apne mind ko train kar ke banana parega ke is ke andar appreciation ka mizaj aa jaye.</w:t>
      </w:r>
      <w:r>
        <w:br/>
      </w:r>
      <w:r>
        <w:rPr>
          <w:sz w:val="20"/>
        </w:rPr>
        <w:t>27:15  to yahan par tha dekhiye topic jo tha prayer. to maine kaha ke dictionary mein jo meaning batai gayi prayer ki woh yeh hai.</w:t>
      </w:r>
      <w:r>
        <w:br/>
      </w:r>
      <w:r>
        <w:rPr>
          <w:sz w:val="20"/>
        </w:rPr>
        <w:t>27:25  ke spiritual communion with higher reality. dictionary mein mujhe webster mein yeh mila tha.</w:t>
      </w:r>
      <w:r>
        <w:br/>
      </w:r>
      <w:r>
        <w:rPr>
          <w:sz w:val="20"/>
        </w:rPr>
        <w:t>27:39  spiritual communion with higher reality.</w:t>
      </w:r>
      <w:r>
        <w:br/>
      </w:r>
      <w:r>
        <w:rPr>
          <w:sz w:val="20"/>
        </w:rPr>
        <w:t>27:42  to maine kaha ke islamic definition is almost the same. phir rasool Allah ki hadith sunai maine ke taub Allah ka'an tara pray god as if you are seeing him.</w:t>
      </w:r>
      <w:r>
        <w:br/>
      </w:r>
      <w:r>
        <w:rPr>
          <w:sz w:val="20"/>
        </w:rPr>
        <w:t>27:58  to maine kaha seeing kya hai? there is experience inner experience.</w:t>
      </w:r>
      <w:r>
        <w:br/>
      </w:r>
      <w:r>
        <w:rPr>
          <w:sz w:val="20"/>
        </w:rPr>
        <w:t>28:04  ab dekhen yahan par jo in ko universality dikhai di. is ki wajah se bahut zyada unhon ne appreciate kiya unhon ne. aur aur hairat anghez baat hai ke jo jo chair kar rahe the unhon ne apni taqreer mein kaha ke aap log quran ko padhiye.</w:t>
      </w:r>
      <w:r>
        <w:br/>
      </w:r>
      <w:r>
        <w:rPr>
          <w:sz w:val="20"/>
        </w:rPr>
        <w:t>28:23  aap zara ghor kijiye top ke log baithe hue the wahan par. woh sab top ke log the woh dilli ke.</w:t>
      </w:r>
      <w:r>
        <w:br/>
      </w:r>
      <w:r>
        <w:rPr>
          <w:sz w:val="20"/>
        </w:rPr>
        <w:t>28:30  to jo aadmi chair kar raha tha woh keh raha hai apni is yani concluding speech mein ke aap log quran ko padhiye. kyun ke in ko laga hai jab hum ne yeh andaaz ikhtiyar kiya jis mein unhein apna appreciation mila.</w:t>
      </w:r>
      <w:r>
        <w:br/>
      </w:r>
      <w:r>
        <w:rPr>
          <w:sz w:val="20"/>
        </w:rPr>
        <w:t>28:46  un ko hum ne acknowledge kiya. aur mera dil yeh bhara hua tha is baat se ke dekhiye in ka unhon ne apna stage bana kar ke hamein bila bulaya hai ke hum is islam ki baaten kahein.</w:t>
      </w:r>
      <w:r>
        <w:br/>
      </w:r>
      <w:r>
        <w:rPr>
          <w:sz w:val="20"/>
        </w:rPr>
        <w:t>28:57  shukr se bhara hua tha mera dil.</w:t>
      </w:r>
      <w:r>
        <w:br/>
      </w:r>
      <w:r>
        <w:rPr>
          <w:sz w:val="20"/>
        </w:rPr>
        <w:t>29:04  I was grateful. kyun ke dekhiye is tarah ka hum seminar agar karein to use bahut bada hamein bahut kuch karna parega shayad phir bhi hum na in sab logon ko ekattha akatha kar payein.</w:t>
      </w:r>
      <w:r>
        <w:br/>
      </w:r>
      <w:r>
        <w:rPr>
          <w:sz w:val="20"/>
        </w:rPr>
        <w:t>29:17  to unhon ne ek bahut achhe hall mein kiya is ke liye sab kuch unhon ne kharch kiya. top ke logon ko bulaya. ek bahut hi zabardast un ke stage banaya.</w:t>
      </w:r>
      <w:r>
        <w:br/>
      </w:r>
      <w:r>
        <w:rPr>
          <w:sz w:val="20"/>
        </w:rPr>
        <w:t>29:26  ab wahan hum se keh rahe hain ke aaiye aap islam ka concept of prayer kya</w:t>
      </w:r>
      <w:r>
        <w:br/>
      </w:r>
      <w:r>
        <w:rPr>
          <w:sz w:val="20"/>
        </w:rPr>
        <w:t>29:31  hai bataiye. to mera dil bhara hua tha shukr ke jazbe se. mera dil acknowledge kar raha tha un ko kis tarah se unhon ne mujhe aisa mere sath kiya.</w:t>
      </w:r>
      <w:r>
        <w:br/>
      </w:r>
      <w:r>
        <w:rPr>
          <w:sz w:val="20"/>
        </w:rPr>
        <w:t>29:42  tab ja kar ke aise andaz mere dil mein bana. achha agar aap ka mizaj operation ka appreciation ka na ho. to na aap aap kuch bhi aap aap ko achha nahi lagega.</w:t>
      </w:r>
      <w:r>
        <w:br/>
      </w:r>
      <w:r>
        <w:rPr>
          <w:sz w:val="20"/>
        </w:rPr>
        <w:t>29:53  bas ek point koi ulta nikal kar ke isi par lagenge bolne aap. yahi karte hain hamare log.</w:t>
      </w:r>
      <w:r>
        <w:br/>
      </w:r>
      <w:r>
        <w:rPr>
          <w:sz w:val="20"/>
        </w:rPr>
        <w:t>30:00  main ne jitne bhi jalse dekhe hain kam az kam musalmanon ka hal dekhen har musalman khada hota hai to negative boli bolta hai. yahan se le kar bahar tak.</w:t>
      </w:r>
      <w:r>
        <w:br/>
      </w:r>
      <w:r>
        <w:rPr>
          <w:sz w:val="20"/>
        </w:rPr>
        <w:t>30:10  negative boli. kyon? appreciation ka mizaj nahi hai un ke andar. lekin yeh bahut hi bahut hi bahut hi serious baat hai yaad rakhiye.</w:t>
      </w:r>
      <w:r>
        <w:br/>
      </w:r>
      <w:r>
        <w:rPr>
          <w:sz w:val="20"/>
        </w:rPr>
        <w:t>30:19  agar aap ke andar non appreciating nature ban gaya hai. to is mani ke aap shaitan ke bhai hain. aap kehte hain serious baat hai yaad rakhiye.</w:t>
      </w:r>
      <w:r>
        <w:br/>
      </w:r>
      <w:r>
        <w:rPr>
          <w:sz w:val="20"/>
        </w:rPr>
        <w:t>30:28  aap ko tatol kar dekhna chahiye ke jab main kahin jata hoon. to main wahan appreciate karta hoon ya koi ulti baat nikal kar ke us par criticize karne lagta hoon.</w:t>
      </w:r>
      <w:r>
        <w:br/>
      </w:r>
      <w:r>
        <w:rPr>
          <w:sz w:val="20"/>
        </w:rPr>
        <w:t>30:39  ke shayad na bhi karen to chup chap baithe rahen aap tab bhi main pasand nahi karunga us ko. aap ko bolna chahiye appreciate karna chahiye.</w:t>
      </w:r>
      <w:r>
        <w:br/>
      </w:r>
      <w:r>
        <w:rPr>
          <w:sz w:val="20"/>
        </w:rPr>
        <w:t>30:50  to</w:t>
      </w:r>
      <w:r>
        <w:br/>
      </w:r>
      <w:r>
        <w:rPr>
          <w:sz w:val="20"/>
        </w:rPr>
        <w:t>30:51  donon jagah yani gujrat mein bhi aur yahan dilli mein bhi. yani itna zyada logon ne kitaben shauq se liya. aur jo cheer kar rahe the jo sahib woh bhi top ke aadmi the.</w:t>
      </w:r>
      <w:r>
        <w:br/>
      </w:r>
      <w:r>
        <w:rPr>
          <w:sz w:val="20"/>
        </w:rPr>
        <w:t>31:03  unhon ne kaha ke hum aap se milna chahte hain aur discuss karna chahte hain. yani isi baaton par.</w:t>
      </w:r>
    </w:p>
    <w:p>
      <w:pPr>
        <w:pStyle w:val="Heading2"/>
      </w:pPr>
      <w:r>
        <w:t>Small groups overcome large using reserved energy</w:t>
      </w:r>
    </w:p>
    <w:p>
      <w:r>
        <w:rPr>
          <w:color w:val="666666"/>
          <w:sz w:val="18"/>
        </w:rPr>
        <w:t>Darse Quran 03 07 07 · 6m 03s · at 37:53 · https://youtu.be/-5s9-7Xj6jU?t=2273</w:t>
      </w:r>
    </w:p>
    <w:p>
      <w:r>
        <w:rPr>
          <w:i/>
        </w:rPr>
        <w:t>“Verse number 249 ko lijie”</w:t>
      </w:r>
    </w:p>
    <w:p>
      <w:r>
        <w:rPr>
          <w:sz w:val="20"/>
        </w:rPr>
        <w:t>37:53  verse number 249 ko lijiye, Surah Al-Baqarah ki verse number 249. Is mein farmaya ke "Kam min fi'atin qaleelatin ghalabat fia'tan katheeratan bi'idhnillah". "Kam min fi'atin qaleelatin ghalabat fia'tan katheeratan</w:t>
      </w:r>
      <w:r>
        <w:br/>
      </w:r>
      <w:r>
        <w:rPr>
          <w:sz w:val="20"/>
        </w:rPr>
        <w:t>38:23  bi'idhnillah". Is ka translation yeh hai ke kitne chhote giroh hain jo bare giroh par ghalib aate hain, Allah ke idhn se, Allah ke qanoon se.</w:t>
      </w:r>
      <w:r>
        <w:br/>
      </w:r>
      <w:r>
        <w:rPr>
          <w:sz w:val="20"/>
        </w:rPr>
        <w:t>38:54  Yahan par dekhen, yeh koi mysterious baat nahi hai, yeh koi asrar baat nahi hai ke chhote giroh apne se zyada bare giroh par ghalib aa jaye. To kaise hota hai? Yeh mysteriously nahi hota hai, yeh koi asrar baat nahi hai. Yeh Khuda</w:t>
      </w:r>
      <w:r>
        <w:br/>
      </w:r>
      <w:r>
        <w:rPr>
          <w:sz w:val="20"/>
        </w:rPr>
        <w:t>39:24  ka jo qanoon hai, dunya mein jo law of nature hai, us ke mutabiq hota hai. bashart ke aadmi is qanoon ko samjhe aur us ko istemal karay. woh kaisay? dekhen, do groh hain, aik chota hai, aik bara, aik hi area mein. to kya hota hai?</w:t>
      </w:r>
      <w:r>
        <w:br/>
      </w:r>
      <w:r>
        <w:rPr>
          <w:sz w:val="20"/>
        </w:rPr>
        <w:t>39:54  khuda ka qanoon yeh hai ke chotay groh ke andar compression ki spirit jaagti hai, hard work ki spirit jaagti hai. yeh law of nature hai, yeh fitrat jo hai, insaan ki fitrat, fitrat khud active ho jati hai ke jab doosra agar woh bara hai to mein us ko compensate is tarah kar sakta hoon ke mein apni mehnat ko ziyada kar doon</w:t>
      </w:r>
      <w:r>
        <w:br/>
      </w:r>
      <w:r>
        <w:rPr>
          <w:sz w:val="20"/>
        </w:rPr>
        <w:t>40:24  . apni mehnat ko ziyada kar ke, apni planning ko ziyada behtar kar ke, mein us ki adadi bartari ko number woh ziyada hai to mein apni planning ko ziyada behtar bana kar ke us par ghalib aa sakta hoon. yeh nature mein hai, fitrat mein hai. to woh woh hissa active</w:t>
      </w:r>
      <w:r>
        <w:br/>
      </w:r>
      <w:r>
        <w:rPr>
          <w:sz w:val="20"/>
        </w:rPr>
        <w:t>40:54  ho jata hai. isi baat ko sheikh saadi ne aik shair mein is tarah kaha ke "nabini ke choon gurba ajiz shabad bararat bachangaal chashm piling". sheikh saadi ki kitaab hai "gulistan", us mein bohat wisdom ki baatein hain,</w:t>
      </w:r>
      <w:r>
        <w:br/>
      </w:r>
      <w:r>
        <w:rPr>
          <w:sz w:val="20"/>
        </w:rPr>
        <w:t>41:24  ziyadah tar tamseel ki zabaan mein hain. to unhon ne kaha ke "nabini ke jo gurba ajiz shabad bararat bachangaal chashm piling". kya tum nahi dekhte ke billi jab ajiz ho jati hai to woh sher ki aankh nikaal leti hai apne changal se? woh kya hai? yani sher ne</w:t>
      </w:r>
      <w:r>
        <w:br/>
      </w:r>
      <w:r>
        <w:rPr>
          <w:sz w:val="20"/>
        </w:rPr>
        <w:t>41:54  hamla kiya billi ke oopar. ab billi jo hai, us waqt us ki saari energy jaag paray gi jo deserved energy hoti hai har aik ke andar. woh saara windows khul jayen gi aur jhapte gi, jhapta kar ke us ko changal se us ki aankh nikaal sakti hai. yeh kaha unhon ne.</w:t>
      </w:r>
      <w:r>
        <w:br/>
      </w:r>
      <w:r>
        <w:rPr>
          <w:sz w:val="20"/>
        </w:rPr>
        <w:t>42:25  to dekhiye, har insaan ke andar kuch reserved energy hoti hai, aam halat mein woh release nahi hoti. lekin jab crisis aa jaye, jab challenge aa jaye to mind us energy ko release kar deta hai. yeh aam aam tor par dekh sakte hain, aap aam tor par aap dekh sakte hain ke aik ghareeb aadmi hero ban jata hai ziyada paisa kamane ke liye.</w:t>
      </w:r>
      <w:r>
        <w:br/>
      </w:r>
      <w:r>
        <w:rPr>
          <w:sz w:val="20"/>
        </w:rPr>
        <w:t>42:56  aksar aisa hota hai, aap jantay hain. aur jo ameer paida hua, us ke andar woh energy release nahi hoti kyunke us ko challenge nahi pesh aaya. jisay kehtay hain English mein ke "he was born with silver spoon in his mouth" ke woh aadmi paida hua sone ke chamche ko apne mun</w:t>
      </w:r>
      <w:r>
        <w:br/>
      </w:r>
      <w:r>
        <w:rPr>
          <w:sz w:val="20"/>
        </w:rPr>
        <w:t>43:26  h par le kar. "he was born with silver spoon in his mouth". to jis ka haal yeh ho ke bachpan hi mein us ko sona chandi mil gaya, aaram aur sukh mil gaya, to us ko kuch zindagi mein challenge pesh nahi aaya. jab challenge nahi pesh aaya to kya hoga? us ke mind mein jo reserved energy hai, to mind us ko rele</w:t>
      </w:r>
    </w:p>
    <w:p>
      <w:pPr>
        <w:pStyle w:val="Heading2"/>
      </w:pPr>
      <w:r>
        <w:t>Ramadan as the month to seriously study the Quran</w:t>
      </w:r>
    </w:p>
    <w:p>
      <w:r>
        <w:rPr>
          <w:color w:val="666666"/>
          <w:sz w:val="18"/>
        </w:rPr>
        <w:t>Discovering The Spirit of Ramadan March 16, 2025 · 3m 27s · at 28:15 · https://youtu.be/WrIyg6N7390?t=1695</w:t>
      </w:r>
    </w:p>
    <w:p>
      <w:r>
        <w:rPr>
          <w:i/>
        </w:rPr>
        <w:t>“Ramadan is the month the Quran was revealed”</w:t>
      </w:r>
    </w:p>
    <w:p>
      <w:r>
        <w:rPr>
          <w:sz w:val="20"/>
        </w:rPr>
        <w:t>28:15  Quran padhte</w:t>
      </w:r>
      <w:r>
        <w:br/>
      </w:r>
      <w:r>
        <w:rPr>
          <w:sz w:val="20"/>
        </w:rPr>
        <w:t>28:16  hain log, Quran nazil hui to is par aap hamein kuch bataein. Ji, Ramadan ka hi mahina woh babarkat mahina hai jis mein Quran utara gaya.</w:t>
      </w:r>
      <w:r>
        <w:br/>
      </w:r>
      <w:r>
        <w:rPr>
          <w:sz w:val="20"/>
        </w:rPr>
        <w:t>28:30  Quran is Quran ma shahar Ramadan alladhi unzil fihi al-Quran to phir wahan hukum diya gaya hai ke pas tum mein se jo shakhs bhi is mahine ko paye, is mein roze rakhe.</w:t>
      </w:r>
      <w:r>
        <w:br/>
      </w:r>
      <w:r>
        <w:rPr>
          <w:sz w:val="20"/>
        </w:rPr>
        <w:t>28:44  to yeh Quran utarna, utarna bohat hi bari baat hai. To Quran, bohat sare paighambaron ko aasmani kitabein di gayin, lekin woh kitabein mehfooz nahi rahin.</w:t>
      </w:r>
      <w:r>
        <w:br/>
      </w:r>
      <w:r>
        <w:rPr>
          <w:sz w:val="20"/>
        </w:rPr>
        <w:t>28:57  kyun ke paighambaron ke paas zyada followers nahi the, to bohat jald woh kitabein jo hain, log gum ho gayin, logon ne is mein tabdeeli kar di.</w:t>
      </w:r>
      <w:r>
        <w:br/>
      </w:r>
      <w:r>
        <w:rPr>
          <w:sz w:val="20"/>
        </w:rPr>
        <w:t>29:07  to ek mehfooz kitab ka utarna bohat bari Khuda ki nemmat hai. Kyun ke hum is duniya mein aate hain, hamein kuch nahi maloom hota ke hamara Khaliq hum se kya chahta hai.</w:t>
      </w:r>
      <w:r>
        <w:br/>
      </w:r>
      <w:r>
        <w:rPr>
          <w:sz w:val="20"/>
        </w:rPr>
        <w:t>29:19  to Arab mein aap dekhte hain, Hanafi pareshan hote the ke aakhir hum is duniya mein kis liye aaye hain, hamari zindagi ka maqsad kya hai, marne ke baad hum kahan jayenge.</w:t>
      </w:r>
      <w:r>
        <w:br/>
      </w:r>
      <w:r>
        <w:rPr>
          <w:sz w:val="20"/>
        </w:rPr>
        <w:t>29:30  to yeh sari baatein hamein Quran se maloom hoti hain. Aur Quran ek mehfooz kitab hai, is liye yeh sab se bari nemmat Khuda ki jo insaan ko di gayi hai, woh Quran hai.</w:t>
      </w:r>
      <w:r>
        <w:br/>
      </w:r>
      <w:r>
        <w:rPr>
          <w:sz w:val="20"/>
        </w:rPr>
        <w:t>29:42  to yeh isi liye yeh Quran par ghaur karne ka mahina bataya gaya hai ke Quran sirf tilawat karne se samajh mein nahi aata.</w:t>
      </w:r>
      <w:r>
        <w:br/>
      </w:r>
      <w:r>
        <w:rPr>
          <w:sz w:val="20"/>
        </w:rPr>
        <w:t>29:51  Quran ko bohat ghaur se padhna padta hai, samajh samajh kar aur ghaur o fikr karne se. Tab is ke jo darmiyan mein bohat sare maani hote hain, woh khulte hain hamare upar.</w:t>
      </w:r>
      <w:r>
        <w:br/>
      </w:r>
      <w:r>
        <w:rPr>
          <w:sz w:val="20"/>
        </w:rPr>
        <w:t>30:03  to bohat sari cheezein hum jante hue bhi hote hain, lekin woh aisa lagta hai ke jaise hamein abhi pata chala hai. Kyun ke har cheez ke bohat sare layers of meaning hote hain.</w:t>
      </w:r>
      <w:r>
        <w:br/>
      </w:r>
      <w:r>
        <w:rPr>
          <w:sz w:val="20"/>
        </w:rPr>
        <w:t>30:14  to hum bar bar is ko padhenge aur ruk ruk ke padhna chahiye Quran ko. Woh jo aaj kal chala hua hai, far far far far padhne ka, woh tareeqa nahi Quran padhne ka.</w:t>
      </w:r>
      <w:r>
        <w:br/>
      </w:r>
      <w:r>
        <w:rPr>
          <w:sz w:val="20"/>
        </w:rPr>
        <w:t>30:26  to Quran ki jo hai study karni hai, aur tabhi hum Quran se poora faida utha payenge. To Quran ki study ka matlab yeh nahi ke sirf Ramadan mein hi karna hai.</w:t>
      </w:r>
      <w:r>
        <w:br/>
      </w:r>
      <w:r>
        <w:rPr>
          <w:sz w:val="20"/>
        </w:rPr>
        <w:t>30:38  Ramadan mein khusoosi taur par baqi dino mein jaise ki jata hai, kiya jata hai, lekin sirf yeh hai ke bohat zyada soch samajh kar Quran ko padhein.</w:t>
      </w:r>
      <w:r>
        <w:br/>
      </w:r>
      <w:r>
        <w:rPr>
          <w:sz w:val="20"/>
        </w:rPr>
        <w:t>30:50  jaise study ki jati hai, tilawat nahi balkeh study karein Quran ki.</w:t>
      </w:r>
      <w:r>
        <w:br/>
      </w:r>
      <w:r>
        <w:rPr>
          <w:sz w:val="20"/>
        </w:rPr>
        <w:t>30:55  to Quran ki study karein aur is se poora faida uthayein. Is ke liye zaroori hai ke hum apne mind ko focus karein. Jo hamari madi sargharmiyan hoti hain, us ko hum kam se kam, haan kam se kam karein.</w:t>
      </w:r>
      <w:r>
        <w:br/>
      </w:r>
      <w:r>
        <w:rPr>
          <w:sz w:val="20"/>
        </w:rPr>
        <w:t>31:09  jo fazool program hote hain, shopping karna, yeh sab, woh sab Ramadan mein bohat zyada apne aap ko focus karein. Agar yeh sab karenge, hamara mind distracted rahega, to hum Quran se poora faida nahi utha payenge.</w:t>
      </w:r>
      <w:r>
        <w:br/>
      </w:r>
      <w:r>
        <w:rPr>
          <w:sz w:val="20"/>
        </w:rPr>
        <w:t>31:24  Imam Malik Ibn Anas jo hain, chaar Imamoon mein se ek, matlab bade Imam hain. To woh bhi Ramadan mein jabke itne zyada, woh zyada un ki study thi, us ke bawajood woh Ramadan mein apni tamam masroofiyat ko khatam kar ke Quran par ghaur o fikr karte the.</w:t>
      </w:r>
    </w:p>
    <w:p>
      <w:pPr>
        <w:pStyle w:val="Heading2"/>
      </w:pPr>
      <w:r>
        <w:t>Peace is prerequisite for justice Japan example</w:t>
      </w:r>
    </w:p>
    <w:p>
      <w:r>
        <w:rPr>
          <w:color w:val="666666"/>
          <w:sz w:val="18"/>
        </w:rPr>
        <w:t>Ramadan and The Quran September 03, 2006 Maulana Wahiduddin Khan · 4m 16s · at 1:52:11 · https://youtu.be/LJU2AJuPQZc?t=6731</w:t>
      </w:r>
    </w:p>
    <w:p>
      <w:r>
        <w:rPr>
          <w:i/>
        </w:rPr>
        <w:t>“Dekhiye yeh bahut bada uljhan hai jo puri tareekh mein raha hai”</w:t>
      </w:r>
    </w:p>
    <w:p>
      <w:r>
        <w:rPr>
          <w:sz w:val="20"/>
        </w:rPr>
        <w:t>1:52:11  dekhiye yeh bohat bara uljhan hai jo poori tareekh mein raha hai. aur aaj bhi hai. main Arab gaya to main ne un logon se poocha ke aap ladai kyun kar rahe hain bhai?</w:t>
      </w:r>
      <w:r>
        <w:br/>
      </w:r>
      <w:r>
        <w:rPr>
          <w:sz w:val="20"/>
        </w:rPr>
        <w:t>1:52:24  kis kis aman tareeqe se kyun nahin rehte? to unhon ne kaha ke hum peace chahte hain jaise sab log chahte hain hum bhi peace chahte hain.</w:t>
      </w:r>
      <w:r>
        <w:br/>
      </w:r>
      <w:r>
        <w:rPr>
          <w:sz w:val="20"/>
        </w:rPr>
        <w:t>1:52:34  koi hum woh nahin hain. koi animal nahin hai ke hum peace na chahen. lekin hum peace with justice chahte hain.</w:t>
      </w:r>
      <w:r>
        <w:br/>
      </w:r>
      <w:r>
        <w:rPr>
          <w:sz w:val="20"/>
        </w:rPr>
        <w:t>1:52:43  jis ko woh log kehte hain as-salam ma'al-adil. as-salam ma'al-adil yani peace with justice.</w:t>
      </w:r>
      <w:r>
        <w:br/>
      </w:r>
      <w:r>
        <w:rPr>
          <w:sz w:val="20"/>
        </w:rPr>
        <w:t>1:52:54  dekhiye yeh bohat bara dhoka hai is mein poori tareekh mein log mubtala rahe hain. poori poori tareekh mein. woh samajhte hain ke jis peace mein justice na ho woh peace hi nahin hai.</w:t>
      </w:r>
      <w:r>
        <w:br/>
      </w:r>
      <w:r>
        <w:rPr>
          <w:sz w:val="20"/>
        </w:rPr>
        <w:t>1:53:09  to pehle yani jo tashaddud kar raha hai chahte hain ke us ko pehle yani is par tayyar karen ke woh justice de hum ko.</w:t>
      </w:r>
      <w:r>
        <w:br/>
      </w:r>
      <w:r>
        <w:rPr>
          <w:sz w:val="20"/>
        </w:rPr>
        <w:t>1:53:21  jaise Palestine mein woh chahte hain ke hamein justice do to hum bomb marna band karenge. justice do hum ko.</w:t>
      </w:r>
      <w:r>
        <w:br/>
      </w:r>
      <w:r>
        <w:rPr>
          <w:sz w:val="20"/>
        </w:rPr>
        <w:t>1:53:30  main samajhta hoon ke yeh bohat bari fallacy hai. dekhiye justice peace ke sath nahin aati. justice is not part of peace.</w:t>
      </w:r>
      <w:r>
        <w:br/>
      </w:r>
      <w:r>
        <w:rPr>
          <w:sz w:val="20"/>
        </w:rPr>
        <w:t>1:53:41  yeh bohat bari fallacy mein pade hue hain log. justice is not part of peace.</w:t>
      </w:r>
      <w:r>
        <w:br/>
      </w:r>
      <w:r>
        <w:rPr>
          <w:sz w:val="20"/>
        </w:rPr>
        <w:t>1:53:49  justice is result of your own struggle.</w:t>
      </w:r>
      <w:r>
        <w:br/>
      </w:r>
      <w:r>
        <w:rPr>
          <w:sz w:val="20"/>
        </w:rPr>
        <w:t>1:53:57  pehley aap peace hasil karte hain. to peace jab le lete hain aap to kya hota hai justice nahin milti aap ko.</w:t>
      </w:r>
      <w:r>
        <w:br/>
      </w:r>
      <w:r>
        <w:rPr>
          <w:sz w:val="20"/>
        </w:rPr>
        <w:t>1:54:06  kuchh mawaqe khulte hain. in mawaqe ko istemal karte hain aap tab aap ko milta hai justice. jaise Japan ne second world war ke baad America se peace kar liya.</w:t>
      </w:r>
      <w:r>
        <w:br/>
      </w:r>
      <w:r>
        <w:rPr>
          <w:sz w:val="20"/>
        </w:rPr>
        <w:t>1:54:23  aap jante hain ke dono at war thay. America aur Japan at war thay dono. lekin second world war jab khatam hui to Japan ne us se peace ka muahida kar liya.</w:t>
      </w:r>
      <w:r>
        <w:br/>
      </w:r>
      <w:r>
        <w:rPr>
          <w:sz w:val="20"/>
        </w:rPr>
        <w:t>1:54:36  to kiya hua yani badla nahin liya unhon ne. unhon ne atom bomb giraye thay. to japan ne is se badla nahin liya.</w:t>
      </w:r>
      <w:r>
        <w:br/>
      </w:r>
      <w:r>
        <w:rPr>
          <w:sz w:val="20"/>
        </w:rPr>
        <w:t>1:54:45  peace kar liya. to peace se kiya hua? mawaqe khul gaye japan ke liye. mawaqe kiya ke apne bachon ko parhain.</w:t>
      </w:r>
      <w:r>
        <w:br/>
      </w:r>
      <w:r>
        <w:rPr>
          <w:sz w:val="20"/>
        </w:rPr>
        <w:t>1:54:57  apne idaron ko munazzam karain. apne shaharoon ki mansooba bandi karain. apne haan sanatein lagain.</w:t>
      </w:r>
      <w:r>
        <w:br/>
      </w:r>
      <w:r>
        <w:rPr>
          <w:sz w:val="20"/>
        </w:rPr>
        <w:t>1:55:07  apne karobar ko chalain. yeh sab mawaqe mil gaye un ko. un mawaqe ko istemal kiya unhon ne. tees saal tak.</w:t>
      </w:r>
      <w:r>
        <w:br/>
      </w:r>
      <w:r>
        <w:rPr>
          <w:sz w:val="20"/>
        </w:rPr>
        <w:t>1:55:17  is ke baad kiya hua ke japan yani maashi super power ban gaya. to peace feesad feesad ka peace liya unhon ne.</w:t>
      </w:r>
      <w:r>
        <w:br/>
      </w:r>
      <w:r>
        <w:rPr>
          <w:sz w:val="20"/>
        </w:rPr>
        <w:t>1:55:32  peace feesad ka justice nahin. yeh namumkin hai. to log samajhte hain ke peace feesad ka justice yeh nahin. peace feesad ka peace.</w:t>
      </w:r>
      <w:r>
        <w:br/>
      </w:r>
      <w:r>
        <w:rPr>
          <w:sz w:val="20"/>
        </w:rPr>
        <w:t>1:55:43  to peace le lo. markaat band ho. is ke baad khud qanoon fitrat kehta hai ke zaroor mawaqe khulain ge.</w:t>
      </w:r>
      <w:r>
        <w:br/>
      </w:r>
      <w:r>
        <w:rPr>
          <w:sz w:val="20"/>
        </w:rPr>
        <w:t>1:55:56  where there are peace where there are mawaqe yeh qanoon fitrat hai. yeh qanoon fitrat hai ke where there are peace where there are mawaqe.</w:t>
      </w:r>
      <w:r>
        <w:br/>
      </w:r>
      <w:r>
        <w:rPr>
          <w:sz w:val="20"/>
        </w:rPr>
        <w:t>1:56:06  to aap peace pehle qaim kijiye. aur is ke baad jo mawaqe khulte hain un mawaqe ko istemal kijiye.</w:t>
      </w:r>
      <w:r>
        <w:br/>
      </w:r>
      <w:r>
        <w:rPr>
          <w:sz w:val="20"/>
        </w:rPr>
        <w:t>1:56:15  aur phir kiya hoga nateeja ke aap ko justice mil jaye ga. aap ko haq mil jaye ga. woh sab kuch mil jaye ga jis ko aap chahte hain. yeh hai sahi amal.</w:t>
      </w:r>
    </w:p>
    <w:p>
      <w:pPr>
        <w:pStyle w:val="Heading2"/>
      </w:pPr>
      <w:r>
        <w:t>How the Quran was revealed and why Ramadan is for studying it</w:t>
      </w:r>
    </w:p>
    <w:p>
      <w:r>
        <w:rPr>
          <w:color w:val="666666"/>
          <w:sz w:val="18"/>
        </w:rPr>
        <w:t>Message of Ramadan April 9, 2023 Prof. Farida Khanam · 3m 15s · at 1:40 · https://youtu.be/z-jsHB1vlV4?t=100</w:t>
      </w:r>
    </w:p>
    <w:p>
      <w:r>
        <w:rPr>
          <w:i/>
        </w:rPr>
        <w:t>“Ramadan is the month when the Quran was revealed”</w:t>
      </w:r>
    </w:p>
    <w:p>
      <w:r>
        <w:rPr>
          <w:sz w:val="20"/>
        </w:rPr>
        <w:t>1:40  aap jaisa ki hum jaante hain ki Ramadan is the month jab Quran utari and it was the first verse that came to Prophet was when he was in the cave Hira near Makkah and takreeban tees saal lage poori Quran ko utarne mein. to there is a close link between Rama Ramadan and Quran.</w:t>
      </w:r>
      <w:r>
        <w:br/>
      </w:r>
      <w:r>
        <w:rPr>
          <w:sz w:val="20"/>
        </w:rPr>
        <w:t>2:04  to mera pehla sawal to aap aapse yahi hai ki aap hum sabko bataen quran aur ramadan ke bare mein, quran kaise padha jaaye aur aur bhi bahut kuch. to aap, aap yahan se shuru kijiye. ji aapne sahi farmaya ki quran jo hai uska mujool hua ramzan mein. quran mein aaya hai surya bukhra mein, shahro ramzan allaji unzila feel quran.</w:t>
      </w:r>
      <w:r>
        <w:br/>
      </w:r>
      <w:r>
        <w:rPr>
          <w:sz w:val="20"/>
        </w:rPr>
        <w:t>2:33  to quran ramzan ke mahine mein utara gaya. to bas tum mein se jo shakhs is mahine ko paaye usmein roze rakhein. alquran ka matlab hai padhi jaane wali kitab. lekin padhi jaane wali kitab se murad sirf tilawat ya recitation nahi hai balki tatabbur, tafakur ke saath padhna, jisko hum keh sakte hain study karna.</w:t>
      </w:r>
      <w:r>
        <w:br/>
      </w:r>
      <w:r>
        <w:rPr>
          <w:sz w:val="20"/>
        </w:rPr>
        <w:t>2:59  to poora tareeke se usko samajhna aur uske paigham ko apni zindagi mein apply karna. isiliye tarabi ka qayam amal mein aaya ki taaki tamam log milkar istemai taur par quran ka telawat mein hissa lein aur uski study mein hissa lein, us par discussion karein aur usko samjhein ki quran ka message kya hai?</w:t>
      </w:r>
      <w:r>
        <w:br/>
      </w:r>
      <w:r>
        <w:rPr>
          <w:sz w:val="20"/>
        </w:rPr>
        <w:t>3:25  to hadith bhi hai ki tum mein sabse behtar wah shakhs hai jo quran ko seekhe aur sikhaye. to ramzan ka mahina jo hai quran par gaur karne ka mahina hai. kai tareeke se namaz, namaz mein quran padha jaata hai. phir tarabi mein poora quran mukammal kiya jaata hai. to is tareeke se aur etkaf mein full time quran padha jaata hai.</w:t>
      </w:r>
      <w:r>
        <w:br/>
      </w:r>
      <w:r>
        <w:rPr>
          <w:sz w:val="20"/>
        </w:rPr>
        <w:t>3:53  usko uske tarj mein padhe jaate hain, usko samjha jaata hai. to is tareeke se quran se hamein poora jo hai rabbani, quran ek rabbani dastar khan hai. to hamein usse wah spiritual food hamein milna chahiye tabhi humne quran ko padha. warna hazrat aisha ki zabaan mein kahenge ki quran ko padha magar nahi padha. to jo far far far karke quran mukammal kar lete hain, to woh uska wah faida nahi hai jo quran ki study karne ka faida hai.</w:t>
      </w:r>
      <w:r>
        <w:br/>
      </w:r>
      <w:r>
        <w:rPr>
          <w:sz w:val="20"/>
        </w:rPr>
        <w:t>4:23  asal mein dekhiye quran khuda ki ek ajeeb nemat hai. allah taala ne divine books har bagambar ke saath bheji apna message, har bagambar ke saath bheja lekin quran hi ek wahid kitab hai jo mehfooz hai. to hamare paas khuda ki mehfooz preserved divine book hai. to usko hum jitna bhi padhein jitna bhi samajhne ki koshish karein, to wah hamare liye kam hai.</w:t>
      </w:r>
      <w:r>
        <w:br/>
      </w:r>
      <w:r>
        <w:rPr>
          <w:sz w:val="20"/>
        </w:rPr>
        <w:t>4:48  quran ke bahut sare maane discover hote hain jab bar bar usko gehrai ke saath hum padhte hain.</w:t>
      </w:r>
      <w:r>
        <w:br/>
      </w:r>
      <w:r>
        <w:rPr>
          <w:sz w:val="20"/>
        </w:rPr>
        <w:t>4:55  to is tareeqe se yeh poora mahina humko isi tarah guzarna chahiye, aur apne distractions ko kam karna</w:t>
      </w:r>
    </w:p>
    <w:p>
      <w:pPr>
        <w:pStyle w:val="Heading2"/>
      </w:pPr>
      <w:r>
        <w:t>Gujarat crowd loots books; the Quranic common-ground principle</w:t>
      </w:r>
    </w:p>
    <w:p>
      <w:r>
        <w:rPr>
          <w:color w:val="666666"/>
          <w:sz w:val="18"/>
        </w:rPr>
        <w:t>The Importance of Modesty March 1, 2009 · 5m 33s · at 13:00 · https://youtu.be/c599K8yDwzk?t=780</w:t>
      </w:r>
    </w:p>
    <w:p>
      <w:r>
        <w:rPr>
          <w:i/>
        </w:rPr>
        <w:t>“In Gujarat, a crowd looted our books — here's the Quranic reason why.”</w:t>
      </w:r>
    </w:p>
    <w:p>
      <w:r>
        <w:rPr>
          <w:sz w:val="20"/>
        </w:rPr>
        <w:t>13:00  to baharhal mein jo keh raha hoon wo yeh keh raha hoon ke mein abhi do din pehle gaya tha gujrat. to wahan par kya hua?</w:t>
      </w:r>
      <w:r>
        <w:br/>
      </w:r>
      <w:r>
        <w:rPr>
          <w:sz w:val="20"/>
        </w:rPr>
        <w:t>13:13  ek all india conference thi wahan par. aur sare is mein log jo thay wo hindu log thay aur doosre mazhab ko mannay walay log thay.</w:t>
      </w:r>
      <w:r>
        <w:br/>
      </w:r>
      <w:r>
        <w:rPr>
          <w:sz w:val="20"/>
        </w:rPr>
        <w:t>13:26  islam ko mannay walay to bas hum hi chand log thay.</w:t>
      </w:r>
      <w:r>
        <w:br/>
      </w:r>
      <w:r>
        <w:rPr>
          <w:sz w:val="20"/>
        </w:rPr>
        <w:t>13:31  to wahan par teen speeches huien. christian ki aur jain mazhab ki aur hindu mazhab ki aur meri speech hui.</w:t>
      </w:r>
      <w:r>
        <w:br/>
      </w:r>
      <w:r>
        <w:rPr>
          <w:sz w:val="20"/>
        </w:rPr>
        <w:t>13:41  to sab se zyada wahan par logon ne meri meri speech ko appreciate kiya. aur wahan par kya tha ke hamare saathi gaye thay wahan par bohat sare bundle mein kitabein le kar ke.</w:t>
      </w:r>
      <w:r>
        <w:br/>
      </w:r>
      <w:r>
        <w:rPr>
          <w:sz w:val="20"/>
        </w:rPr>
        <w:t>13:52  books jo is like literature hai. main sochta tha ke yeh to le aa rahe hain wahan par kya hoga? shayad wahan se lotana paray yeh.</w:t>
      </w:r>
      <w:r>
        <w:br/>
      </w:r>
      <w:r>
        <w:rPr>
          <w:sz w:val="20"/>
        </w:rPr>
        <w:t>14:01  mujhe bohat ajeeb sa lagta tha ke itni sari books hamare saathi wahan le ja rahe hain. to wahan se phir ja ke lotana paray ga.</w:t>
      </w:r>
      <w:r>
        <w:br/>
      </w:r>
      <w:r>
        <w:rPr>
          <w:sz w:val="20"/>
        </w:rPr>
        <w:t>14:10  to khair hua kya? sari kitabein unhon ne loot loot kar le liya logon ne. yani yani in logon ko distribute nahi karna para.</w:t>
      </w:r>
      <w:r>
        <w:br/>
      </w:r>
      <w:r>
        <w:rPr>
          <w:sz w:val="20"/>
        </w:rPr>
        <w:t>14:19  ek jagah rakh diya tha table par aur logon ne loot loot kar le liya. logon ka bayan yeh hai ke woh chheen chheen kar le liya. main to wahan nahi khara hua tha lekin logon ne bataya aur sab kitabein khatam ho gayeen.</w:t>
      </w:r>
      <w:r>
        <w:br/>
      </w:r>
      <w:r>
        <w:rPr>
          <w:sz w:val="20"/>
        </w:rPr>
        <w:t>14:33  to maine socha ke aisa kyun hua? to mujhe quran ki ek ayat samajh mein aayi. quran mein ek ayat hai ke kaho qul ya ahl al kitab ta'alaw ila kalimat sawaim bain bainakum allahu na'budu illa Allah.</w:t>
      </w:r>
      <w:r>
        <w:br/>
      </w:r>
      <w:r>
        <w:rPr>
          <w:sz w:val="20"/>
        </w:rPr>
        <w:t>14:50  to quran mein ek bohat hi wisdom ki baat batayi gayi. lekin quran ki wisdom bhi aap jab samajh payenge. jab is mein universal meaning ko aap nikal saken dhoond saken.</w:t>
      </w:r>
      <w:r>
        <w:br/>
      </w:r>
      <w:r>
        <w:rPr>
          <w:sz w:val="20"/>
        </w:rPr>
        <w:t>15:02  sab se bari jo kami hai quran ki commentary jo itni jitni bhi commentary sab mein. universality ghayab hai is mein se. shayad ek bhi commentary is mein exception nahi hai.</w:t>
      </w:r>
      <w:r>
        <w:br/>
      </w:r>
      <w:r>
        <w:rPr>
          <w:sz w:val="20"/>
        </w:rPr>
        <w:t>15:16  jaise aaj maine is sari commentary ko hum ne dekha aaj. urdu mein english mein aur arabic language mein. to kya hai sab mein kya hai</w:t>
      </w:r>
      <w:r>
        <w:br/>
      </w:r>
      <w:r>
        <w:rPr>
          <w:sz w:val="20"/>
        </w:rPr>
        <w:t>15:26  ? chounke is ayat mein refer kiya hai yahood ke is baat ko ke woh bhi mante hain ke khuda ki ibadat hona chahiye.</w:t>
      </w:r>
      <w:r>
        <w:br/>
      </w:r>
      <w:r>
        <w:rPr>
          <w:sz w:val="20"/>
        </w:rPr>
        <w:t>15:35  allahu na'budu illa Allah. bas isi ko le liya unhon ne. ke ibadat chounke hamare darmiyan common hai. to yeh is baat ko le kar is point ko le kar ke un se baat karo.</w:t>
      </w:r>
      <w:r>
        <w:br/>
      </w:r>
      <w:r>
        <w:rPr>
          <w:sz w:val="20"/>
        </w:rPr>
        <w:t>15:50  yaad rakhein yeh quran ki har ayat jo hai is mein yani jo sab ka consideration hai woh yeh hai ke Allah taala ne bheja hai rasool Allah ko sare alam ke liye.</w:t>
      </w:r>
      <w:r>
        <w:br/>
      </w:r>
      <w:r>
        <w:rPr>
          <w:sz w:val="20"/>
        </w:rPr>
        <w:t>16:05  qul. quran majeed mein hai ke lil alamina nadhira. sare alam ke liye. to implicit hai yeh baat ke har ayat mein is ka ek universal aspect hona chahiye.</w:t>
      </w:r>
      <w:r>
        <w:br/>
      </w:r>
      <w:r>
        <w:rPr>
          <w:sz w:val="20"/>
        </w:rPr>
        <w:t>16:19  rasool Allah jab sare alam ke liye thay to sirf aap agar kahein ke wahan jo log thay arab mein unhi ko address kiya quran ne. to yeh quran ka negation ho jayega.</w:t>
      </w:r>
      <w:r>
        <w:br/>
      </w:r>
      <w:r>
        <w:rPr>
          <w:sz w:val="20"/>
        </w:rPr>
        <w:t>16:31  to immediate reference ek hota hai yaad rakhiye. lekin is ka ek particular aspect hota hai woh woh is ka ek universal aspect hota hai.</w:t>
      </w:r>
      <w:r>
        <w:br/>
      </w:r>
      <w:r>
        <w:rPr>
          <w:sz w:val="20"/>
        </w:rPr>
        <w:t>16:41  immediate jo wahan jo audience tha woh yahood thay.</w:t>
      </w:r>
      <w:r>
        <w:br/>
      </w:r>
      <w:r>
        <w:rPr>
          <w:sz w:val="20"/>
        </w:rPr>
        <w:t>16:47  to un ko le kar kaha ke un ke tumhare darmiyan yeh baat common hai. ke woh bhi kehte hain khuda ki ibadat tum bhi kehte ho khuda ki ibadat.</w:t>
      </w:r>
      <w:r>
        <w:br/>
      </w:r>
      <w:r>
        <w:rPr>
          <w:sz w:val="20"/>
        </w:rPr>
        <w:t>16:57  lekin jab hum phailenge phailenge phailenge to har jagah hamein is ko apply karna hoga. to yahan par kalma sawa ka lafz istemal kiya gaya hai.</w:t>
      </w:r>
      <w:r>
        <w:br/>
      </w:r>
      <w:r>
        <w:rPr>
          <w:sz w:val="20"/>
        </w:rPr>
        <w:t>17:07  yani common term ya common ground. lekin is ka matlab kya hai?</w:t>
      </w:r>
      <w:r>
        <w:br/>
      </w:r>
      <w:r>
        <w:rPr>
          <w:sz w:val="20"/>
        </w:rPr>
        <w:t>17:13  is ka matlab yeh hai ke daai ko chahiye ke mad'u ka se address kare. to first approach kya honi chahiye? starting point kya hona chahiye?</w:t>
      </w:r>
      <w:r>
        <w:br/>
      </w:r>
      <w:r>
        <w:rPr>
          <w:sz w:val="20"/>
        </w:rPr>
        <w:t>17:23  donon ke beech mein jo cheez common ho wahan se shuru karo baat. taake repo qaim ho jaye. yeh sirf yahood ke aqeeday ki baat nahi hai is mein.</w:t>
      </w:r>
      <w:r>
        <w:br/>
      </w:r>
      <w:r>
        <w:rPr>
          <w:sz w:val="20"/>
        </w:rPr>
        <w:t>17:34  jaisa ke tafseeron mein le rakha hai logon ne. saari hi commentary mein bas yahood yahood yahood ki baat hai.</w:t>
      </w:r>
      <w:r>
        <w:br/>
      </w:r>
      <w:r>
        <w:rPr>
          <w:sz w:val="20"/>
        </w:rPr>
        <w:t>17:40  yaad rakhiye yeh insaan ki baat hai. insaan ki baat hai. ke insaan ko jo cheez insaan se tumhein milna hai.</w:t>
      </w:r>
      <w:r>
        <w:br/>
      </w:r>
      <w:r>
        <w:rPr>
          <w:sz w:val="20"/>
        </w:rPr>
        <w:t>17:49  insaan se tumhein interact karna hai. insaan se tumhein discuss karna hai. insaan se tumhein apna mission pahunchana hai.</w:t>
      </w:r>
      <w:r>
        <w:br/>
      </w:r>
      <w:r>
        <w:rPr>
          <w:sz w:val="20"/>
        </w:rPr>
        <w:t>17:59  to yeh jaano ke mere aur us ke beech mein kya common ground hai. aur us ko starting point banao.</w:t>
      </w:r>
      <w:r>
        <w:br/>
      </w:r>
      <w:r>
        <w:rPr>
          <w:sz w:val="20"/>
        </w:rPr>
        <w:t>18:08  to log bas itna hi jante hain ke yahood ka aqeedah bayan hua hai yahan par. is par universal aspect jo hai woh un se gum ho gaya hai.</w:t>
      </w:r>
      <w:r>
        <w:br/>
      </w:r>
      <w:r>
        <w:rPr>
          <w:sz w:val="20"/>
        </w:rPr>
        <w:t>18:17  to chunke maine apna mizaj yeh banaya hai to unconsciously mujh se woh baat ho jati hai jo ke jis ko main common ground keh raha hoon.</w:t>
      </w:r>
      <w:r>
        <w:br/>
      </w:r>
      <w:r>
        <w:rPr>
          <w:sz w:val="20"/>
        </w:rPr>
        <w:t>18:26  unconsciously. sochne soche baghair. jaisa ke hum gaye wahan par. hum log paanch aadmi thay.</w:t>
      </w:r>
    </w:p>
    <w:p>
      <w:pPr>
        <w:pStyle w:val="Heading2"/>
      </w:pPr>
      <w:r>
        <w:t>Tahajjud better than world and Jannah story</w:t>
      </w:r>
    </w:p>
    <w:p>
      <w:r>
        <w:rPr>
          <w:color w:val="666666"/>
          <w:sz w:val="18"/>
        </w:rPr>
        <w:t>The Spirit of Tahajjud Prayer February 27, 2022 Dr. Saniyasnain Khan · 3m 35s · at 47:06 · https://youtu.be/QKVdxVFto7s?t=2826</w:t>
      </w:r>
    </w:p>
    <w:p>
      <w:r>
        <w:rPr>
          <w:i/>
        </w:rPr>
        <w:t>“Yani duniya as a planet ji aur jo us mein cheezein hain”</w:t>
      </w:r>
    </w:p>
    <w:p>
      <w:r>
        <w:rPr>
          <w:sz w:val="20"/>
        </w:rPr>
        <w:t>47:06  yaani duniya as a planet ji aur jo usmein cheezein hain saari cities hain aur infrastructure hai aur sab kuch mila ke usse wo chand rakaten, behtar hain. to yeh baat samajhna bada mushkil hai ki itni si namaz jo hai wo kaise is duniya se behtar ho sakti hai. kyunki duniya ki zindagi to ek bahut hi mahdood zindagi hai.</w:t>
      </w:r>
      <w:r>
        <w:br/>
      </w:r>
      <w:r>
        <w:rPr>
          <w:sz w:val="20"/>
        </w:rPr>
        <w:t>47:33  test ke liye allah taala ne insaan ko yahan paida kiya hai aur wo khatm ho jayegi. lekin akhirat ki jo zindagi hai wo eternal hai. hamesha hamesha ki zindagi hai. to duniya ki zindagi kitni bhi achhi ho, agar wo limited hai to uske muqable mein to behtar nahi ho sakti jo unlimited hai. ek aur hadees mein aata hai jo thoda isko explain karti hai is baat ko.</w:t>
      </w:r>
      <w:r>
        <w:br/>
      </w:r>
      <w:r>
        <w:rPr>
          <w:sz w:val="20"/>
        </w:rPr>
        <w:t>48:02  molane ne kai baar isko sunaya hai. woh yeh ki jo day of judgement mein jab hisab kitab hoga to sabka hisab kitab ho jayega. kuch log jannat mein chale jayenge, kuch log jannat se deprive ho jayenge, sabka hisab kitab ho jayega. sirf ek aadmi reh jayega. uska kuch aisa hisab tha ki wo na idhar jaane ke liye theek hai, na udhar jaane ke liye theek hai.</w:t>
      </w:r>
      <w:r>
        <w:br/>
      </w:r>
      <w:r>
        <w:rPr>
          <w:sz w:val="20"/>
        </w:rPr>
        <w:t>48:30  to wo wahan khada rahega akela. to wo allah taala se kahega ki allah taala tu ne mujhe jannat mein nahi dakhil kiya to kam se kam dikha de mujhe. jannat kaisi hai? to allad allafarhayega apne farishton se ki inko zara dikha do jannat.</w:t>
      </w:r>
      <w:r>
        <w:br/>
      </w:r>
      <w:r>
        <w:rPr>
          <w:sz w:val="20"/>
        </w:rPr>
        <w:t>48:56  ek round laga laga ke aaye yeh jannat mein. to wo zabriste le jaate hai, janat ghumaate hai, phir wapas aata hai wo shakhs. phir wo shakhs bolta hai allah se ki ae allah, tu ne mujhe apni janat dikha diya tu ismein mujhe daal bhi de.</w:t>
      </w:r>
      <w:r>
        <w:br/>
      </w:r>
      <w:r>
        <w:rPr>
          <w:sz w:val="20"/>
        </w:rPr>
        <w:t>49:19  tu allataala farmata hai ki ae mere bande tu mujhse jannat mat maang. tu jis duniya se aaya hai wo duniya aur ek aur duniya waisi main tujhe deta hoon lekin jannat mat maang. to wo banda kehta hai ki laqun wa ashka khalke ka.</w:t>
      </w:r>
      <w:r>
        <w:br/>
      </w:r>
      <w:r>
        <w:rPr>
          <w:sz w:val="20"/>
        </w:rPr>
        <w:t>49:48  kaise main tere bandon mein sabse unfortunate banda banu? to yeh jumla sunke allah taala ko hansi aa jati hai aur usko jannat mein dakhil kar deta hai. bahut kam aisi hadeesen hain jismein allah ke hansne ka zikr hai. ek baar prophet ne koi baat kahi to usmein kaha ki allah taala ko hansi aa gayi. to sahaba baithe hue the.</w:t>
      </w:r>
      <w:r>
        <w:br/>
      </w:r>
      <w:r>
        <w:rPr>
          <w:sz w:val="20"/>
        </w:rPr>
        <w:t>50:17  unhone puchha ki yaar usoolullah kya allah taala ko bhi hansi aati hai? to prophet ne kahan aati hai hansi? aur kaha ki aise khuda se aise rabb se hamein na umeed nahi hona chahiye jo hansta bhi ho. to isse is hadees se thoda wazeh hota hai ki kya matlab hai tha iska? ji.</w:t>
      </w:r>
      <w:r>
        <w:br/>
      </w:r>
      <w:r>
        <w:rPr>
          <w:sz w:val="20"/>
        </w:rPr>
        <w:t>50:41  doctor, in your last program you spoke of a very important thing that one should make a spiritual corner in the house. so, i wanted to know if there is an example or saying of the prophet</w:t>
      </w:r>
    </w:p>
    <w:p>
      <w:pPr>
        <w:pStyle w:val="Heading2"/>
      </w:pPr>
      <w:r>
        <w:t>Why hunger and thirst in fasting teach real gratitude</w:t>
      </w:r>
    </w:p>
    <w:p>
      <w:r>
        <w:rPr>
          <w:color w:val="666666"/>
          <w:sz w:val="18"/>
        </w:rPr>
        <w:t>Message of Ramadan April 9, 2023 Prof. Farida Khanam · 3m 32s · at 12:14 · https://youtu.be/z-jsHB1vlV4?t=734</w:t>
      </w:r>
    </w:p>
    <w:p>
      <w:r>
        <w:rPr>
          <w:i/>
        </w:rPr>
        <w:t>“We should always be thankful to God”</w:t>
      </w:r>
    </w:p>
    <w:p>
      <w:r>
        <w:rPr>
          <w:sz w:val="20"/>
        </w:rPr>
        <w:t>12:14  dekhiye khuda ka shukr to hamein hamesha hi karna hai, hota ka shukr ka ehsaas paida hota hai. to is tareeke se hamein bahut zyada jo isko kehte hain haqeeqi maane mein shukr paida hota hai.</w:t>
      </w:r>
      <w:r>
        <w:br/>
      </w:r>
      <w:r>
        <w:rPr>
          <w:sz w:val="20"/>
        </w:rPr>
        <w:t>12:43  to wah ehsaas karaya jaata hai ki aam taur par hum cheezon ko for granted le lete hain. cheezein to hamein mil hi rahi hain. to hamein kuch shadeed jo hai bhook pyas ka ya kisi aur zaroorat ka jaise neend bhi hamari kam hoti hai. to uska hamein ehsaas karaya jaata hai.</w:t>
      </w:r>
      <w:r>
        <w:br/>
      </w:r>
      <w:r>
        <w:rPr>
          <w:sz w:val="20"/>
        </w:rPr>
        <w:t>13:01  shareer bhook pyaas ka tazurba karaya jata hai kyunke agar bhook pyaas ka tazurba na ho to humein itna zyada woh feel feel nahin karte hain ke yeh jo hai khuda ki kitni bari nemat hai. har cheez khuda ki nemat hai lekin usko hum shadeed bhook pyaas ke tazurbe ke baad jo hum pura din hamara guzarta hai, tab humein ehsaas hota hai ke kitni bari khuda ki nemat hai.</w:t>
      </w:r>
      <w:r>
        <w:br/>
      </w:r>
      <w:r>
        <w:rPr>
          <w:sz w:val="20"/>
        </w:rPr>
        <w:t>13:29  to khuda benefactor hai, hum receive receiving end par hain, khuda giver hain, hum taker hain, yeh saare ehsaasaad. to ab jitna zyada hum sochenge, ab hamare zubaan mein test na ho.</w:t>
      </w:r>
      <w:r>
        <w:br/>
      </w:r>
      <w:r>
        <w:rPr>
          <w:sz w:val="20"/>
        </w:rPr>
        <w:t>13:59  das hazar buds hain, test buds hain, to hum har cheez ko test karte hain. ab nahin to hum janwaron ki tarah khana khate pet bharte hain. hum uska test ka kuch humein enjoy nahin kar paate. ek ek cheez ke bare mein humein sochna hai.</w:t>
      </w:r>
      <w:r>
        <w:br/>
      </w:r>
      <w:r>
        <w:rPr>
          <w:sz w:val="20"/>
        </w:rPr>
        <w:t>14:14  sochne ke baad humein jo bepana shukr ka jazba hamare andar paida hoga aur aisi woh hai hadees hai ke bahut se rozedar aise hain jinko apne roze se bhook aur pyaas ke sawal kuch nahin milta. to sachcha roza jo hoga woh insaan ko is qabil banayega ke woh sahi maane mein khuda ka shukr ada kar sake. to shukr ki haqeeqat hi acknowledgement hai.</w:t>
      </w:r>
      <w:r>
        <w:br/>
      </w:r>
      <w:r>
        <w:rPr>
          <w:sz w:val="20"/>
        </w:rPr>
        <w:t>14:43  mana ne likha hai ki jo puran ka jo pehla lafz e alhand, to woh acknowledgement hai.</w:t>
      </w:r>
      <w:r>
        <w:br/>
      </w:r>
      <w:r>
        <w:rPr>
          <w:sz w:val="20"/>
        </w:rPr>
        <w:t>14:51  khuda ki praise ka matlab khuda ki blessings ko acknowledge karna aur isi acknowledge ki acknowledgement ki keemat</w:t>
      </w:r>
      <w:r>
        <w:br/>
      </w:r>
      <w:r>
        <w:rPr>
          <w:sz w:val="20"/>
        </w:rPr>
        <w:t>14:59  jo hai woh jante hain.</w:t>
      </w:r>
      <w:r>
        <w:br/>
      </w:r>
      <w:r>
        <w:rPr>
          <w:sz w:val="20"/>
        </w:rPr>
        <w:t>15:07  to hum khoda ko koi return nahin de rahe hain.</w:t>
      </w:r>
      <w:r>
        <w:br/>
      </w:r>
      <w:r>
        <w:rPr>
          <w:sz w:val="20"/>
        </w:rPr>
        <w:t>15:15  hum to sirf hoda ki di hui cheezon ko hamein acknowledge karna hai.</w:t>
      </w:r>
      <w:r>
        <w:br/>
      </w:r>
      <w:r>
        <w:rPr>
          <w:sz w:val="20"/>
        </w:rPr>
        <w:t>15:23  to yahi jo hai shukr ka bhi yahi baat hai. ji. yeh sachcha ehsaas shukr ka tabhi paida hota hai. ji ji bilkul sahi hai. aap in a way fasting makes a person realize the reality of life. ab aap isi tarah se ramzan ko sabr ka mahina bhi kaha gaya hai. patience is key and and the key to paradise is patience.</w:t>
      </w:r>
      <w:r>
        <w:br/>
      </w:r>
      <w:r>
        <w:rPr>
          <w:sz w:val="20"/>
        </w:rPr>
        <w:t>15:46  kyunke har cheez sabr se related hai, positive thinking aur is duniya mein kamyabi samne wale insaan ko badalne mein abhi sabr ki sabse zyada requirement hoti hai. to aap iske bare mein bhi batayein ke kyun ramzan ko sabr ka mahina kaha gaya hai? sabr ka lafz quran mein ek sau teen bar aaya hai.</w:t>
      </w:r>
    </w:p>
    <w:p>
      <w:pPr>
        <w:pStyle w:val="Heading2"/>
      </w:pPr>
      <w:r>
        <w:t>Ramadan trains the spirit behind every act of worship</w:t>
      </w:r>
    </w:p>
    <w:p>
      <w:r>
        <w:rPr>
          <w:color w:val="666666"/>
          <w:sz w:val="18"/>
        </w:rPr>
        <w:t>Ramadan The Month of Spiritual Training September 20, 2008 · 3m 31s · at 0:41 · https://youtu.be/VI9axojg6Ro?t=41</w:t>
      </w:r>
    </w:p>
    <w:p>
      <w:r>
        <w:rPr>
          <w:i/>
        </w:rPr>
        <w:t>“Ramzan ek saalana training hai, annual training”</w:t>
      </w:r>
    </w:p>
    <w:p>
      <w:r>
        <w:rPr>
          <w:sz w:val="20"/>
        </w:rPr>
        <w:t>0:41  ramzan ek salana tarbiyat, yani annual training, month of annual training.</w:t>
      </w:r>
      <w:r>
        <w:br/>
      </w:r>
      <w:r>
        <w:rPr>
          <w:sz w:val="20"/>
        </w:rPr>
        <w:t>0:55  to training hoti hai waqti nahi, poori zindagi ke liye. to ramzan mein aadmi ko tayyar kiya jata hai,</w:t>
      </w:r>
      <w:r>
        <w:br/>
      </w:r>
      <w:r>
        <w:rPr>
          <w:sz w:val="20"/>
        </w:rPr>
        <w:t>1:08  us ke andar kuch khaas quality paida ki jati hai, kuch sifat paida ki jati hain, taake in sifat ko le kar wo poore saal, poori zindagi isi ke mutabiq chalta rahe.</w:t>
      </w:r>
      <w:r>
        <w:br/>
      </w:r>
      <w:r>
        <w:rPr>
          <w:sz w:val="20"/>
        </w:rPr>
        <w:t>1:27  dekhein, ye baat jo hai, ye tamam ibadaton mein hai.</w:t>
      </w:r>
      <w:r>
        <w:br/>
      </w:r>
      <w:r>
        <w:rPr>
          <w:sz w:val="20"/>
        </w:rPr>
        <w:t>1:34  har ibadat ka ek form hota hai, ek us us ki spirit hoti hai. to form ke aitbar se woh ek waqti taur par ada ki jati hai, lekin spirit ke aitbar se woh mustaqil taur par matloob hoti hai.</w:t>
      </w:r>
      <w:r>
        <w:br/>
      </w:r>
      <w:r>
        <w:rPr>
          <w:sz w:val="20"/>
        </w:rPr>
        <w:t>1:52  jaise namaz ko lijiye, aap jante hain ke namaz 24 ghante mein paanch waqt ada ki jati hai.</w:t>
      </w:r>
      <w:r>
        <w:br/>
      </w:r>
      <w:r>
        <w:rPr>
          <w:sz w:val="20"/>
        </w:rPr>
        <w:t>2:03  to yeh paanch waqt jo ada ki jati hai, to form ke aitbar se hoti hai. woh to form ke aitbar se namaz aap paanch waqt ada karte hain, lekin namaz ki jo spirit hai,</w:t>
      </w:r>
      <w:r>
        <w:br/>
      </w:r>
      <w:r>
        <w:rPr>
          <w:sz w:val="20"/>
        </w:rPr>
        <w:t>2:17  woh mustaqil taur par aap se matloob hai. woh kaise</w:t>
      </w:r>
      <w:r>
        <w:br/>
      </w:r>
      <w:r>
        <w:rPr>
          <w:sz w:val="20"/>
        </w:rPr>
        <w:t>2:25  ? dekhen, quran mein hai ke iqam al-salat li dhikri . namaz qaim karo khuda ki yaad ke liye.</w:t>
      </w:r>
      <w:r>
        <w:br/>
      </w:r>
      <w:r>
        <w:rPr>
          <w:sz w:val="20"/>
        </w:rPr>
        <w:t>2:37  phir dekhen, yeh khuda ki yaad sirf paanch waqt ke liye nahi hai, har waqt ke liye hai. woh bhi quran mein maujood hai.</w:t>
      </w:r>
      <w:r>
        <w:br/>
      </w:r>
      <w:r>
        <w:rPr>
          <w:sz w:val="20"/>
        </w:rPr>
        <w:t>2:47  surah jumma ko aap padhiye,</w:t>
      </w:r>
      <w:r>
        <w:br/>
      </w:r>
      <w:r>
        <w:rPr>
          <w:sz w:val="20"/>
        </w:rPr>
        <w:t>2:50  is mein bataya gaya hai ke jab tum namaz ada kar lo to laut jao apne karobar ki taraf aur dobara zikr karte raho, khuda ki yaad karte raho.</w:t>
      </w:r>
      <w:r>
        <w:br/>
      </w:r>
      <w:r>
        <w:rPr>
          <w:sz w:val="20"/>
        </w:rPr>
        <w:t>3:06  faitha qadiyat al-salat fantashiru fi al-lurz wa ibtaghu min fadl Allah wa dhkur Allah kathiran .</w:t>
      </w:r>
      <w:r>
        <w:br/>
      </w:r>
      <w:r>
        <w:rPr>
          <w:sz w:val="20"/>
        </w:rPr>
        <w:t>3:16  to goya form ke aitbar se aap ne masjid mein namaz ada ki, aur is ke baad jab masjid se aap nikle to namaz ki spirit ko le kar nikle,</w:t>
      </w:r>
      <w:r>
        <w:br/>
      </w:r>
      <w:r>
        <w:rPr>
          <w:sz w:val="20"/>
        </w:rPr>
        <w:t>3:29  jo har waqt matloob hai, yani har waqt khuda ko yaad karte rehna, har mauqe par khuda ko yaad karte rehna. jaise rasool Allah ke bare mein aata hai ke kan yadhkur Allah ala kulli ahyaanihi</w:t>
      </w:r>
      <w:r>
        <w:br/>
      </w:r>
      <w:r>
        <w:rPr>
          <w:sz w:val="20"/>
        </w:rPr>
        <w:t>3:46  . yani har situation mein, har condition mein, har baat pesh aane par, har experience mein aap khuda ko yaad karte the.</w:t>
      </w:r>
      <w:r>
        <w:br/>
      </w:r>
      <w:r>
        <w:rPr>
          <w:sz w:val="20"/>
        </w:rPr>
        <w:t>3:59  to yeh hai spirit. to form ke aitbar se aap namaz ada karte hain paanch waqt, aur is ki spirit jo hai, khuda ko yaad karna, is ke aitbar se aap 24 ghante khuda ko yaad karte rehte hain.</w:t>
      </w:r>
    </w:p>
    <w:p>
      <w:pPr>
        <w:pStyle w:val="Heading2"/>
      </w:pPr>
      <w:r>
        <w:t>taqwa in the heart matters more than ritual form</w:t>
      </w:r>
    </w:p>
    <w:p>
      <w:r>
        <w:rPr>
          <w:color w:val="666666"/>
          <w:sz w:val="18"/>
        </w:rPr>
        <w:t>Dars -e-Quran June 30, 2007 · 5m 08s · at 51:59 · https://youtu.be/I2HVuhH6eS8?t=3119</w:t>
      </w:r>
    </w:p>
    <w:p>
      <w:r>
        <w:rPr>
          <w:i/>
        </w:rPr>
        <w:t>“اصل ایبسولیوٹ چیز کیا ہے؟ تقویٰ ہے”</w:t>
      </w:r>
    </w:p>
    <w:p>
      <w:r>
        <w:rPr>
          <w:sz w:val="20"/>
        </w:rPr>
        <w:t>51:59  asal absolute cheez kya hai? taqwa hai. yani absolute cheez jo hai, woh taqwa hai, na ke din.</w:t>
      </w:r>
      <w:r>
        <w:br/>
      </w:r>
      <w:r>
        <w:rPr>
          <w:sz w:val="20"/>
        </w:rPr>
        <w:t>52:10  yani agar tum teen din qiyam karo, tab bhi theek rahe ga, agar do din hi qiyam karo, tab bhi theek hai.</w:t>
      </w:r>
      <w:r>
        <w:br/>
      </w:r>
      <w:r>
        <w:rPr>
          <w:sz w:val="20"/>
        </w:rPr>
        <w:t>52:17  kyun ke asal cheez hai taqwa. yeh yeh na samjho ke agar teen din qiyam kar liya to bohat acha qiyam ho gaya tumhara, tum ko afzaliyat mil gayi, aur do din qiyam kiya to tumhara ghair afzal ho gaya qiyam.</w:t>
      </w:r>
      <w:r>
        <w:br/>
      </w:r>
      <w:r>
        <w:rPr>
          <w:sz w:val="20"/>
        </w:rPr>
        <w:t>52:33  yeh matlab nahi hai. asal cheez jis ko ke dhiyan karna chahiye, woh hai ke kya dil mein taqwa hai?</w:t>
      </w:r>
      <w:r>
        <w:br/>
      </w:r>
      <w:r>
        <w:rPr>
          <w:sz w:val="20"/>
        </w:rPr>
        <w:t>52:41  is ka jaiza lete raho, is ko tatolte raho, dil ka pata karte raho. to yeh bohat hi ahem ayat hai.</w:t>
      </w:r>
      <w:r>
        <w:br/>
      </w:r>
      <w:r>
        <w:rPr>
          <w:sz w:val="20"/>
        </w:rPr>
        <w:t>52:59  is se andaza hota hai ke ibadat mein jo rasoom hotay hain, woh asal nahi hain. asal cheez hai dil ka taqwa.</w:t>
      </w:r>
      <w:r>
        <w:br/>
      </w:r>
      <w:r>
        <w:rPr>
          <w:sz w:val="20"/>
        </w:rPr>
        <w:t>53:10  chunanche qurbani ke baray mein kaha gaya hai ke lan yanala allaha luhumha wa la damaha wa la kaynalu al-taqwa minkum</w:t>
      </w:r>
      <w:r>
        <w:br/>
      </w:r>
      <w:r>
        <w:rPr>
          <w:sz w:val="20"/>
        </w:rPr>
        <w:t>53:22  khuda ko tumhara gosht aur khoon nahi pohanchta, khuda ko tumhara taqwa pohanchta hai.</w:t>
      </w:r>
      <w:r>
        <w:br/>
      </w:r>
      <w:r>
        <w:rPr>
          <w:sz w:val="20"/>
        </w:rPr>
        <w:t>53:36  to chahay qurbani ka mamla ho, chahay mini mein qiyam karne ka mamla ho, ya aur koi mamla ho, asal cheez jo khuda ko, asal cheez jo khuda ke nazdeek ahmiyat rakhti hai,</w:t>
      </w:r>
      <w:r>
        <w:br/>
      </w:r>
      <w:r>
        <w:rPr>
          <w:sz w:val="20"/>
        </w:rPr>
        <w:t>53:54  woh yeh hai ke taqwa ki rooh ke sath kiya gaya kaam ya taqwa ke baghair kiya gaya.</w:t>
      </w:r>
      <w:r>
        <w:br/>
      </w:r>
      <w:r>
        <w:rPr>
          <w:sz w:val="20"/>
        </w:rPr>
        <w:t>54:05  ek hadith hai ke rasool Allah salallahu alaihi wasallam ne jab haj farmaya tha, hajja al-wida, to haj ke baad aap wahan kaba ke pas beth gaye.</w:t>
      </w:r>
      <w:r>
        <w:br/>
      </w:r>
      <w:r>
        <w:rPr>
          <w:sz w:val="20"/>
        </w:rPr>
        <w:t>54:19  to log atay thay aur masla poochtay thay. koi kehta ke mein ne tawaf baad ko kiya aur sahib pehle kar li.</w:t>
      </w:r>
      <w:r>
        <w:br/>
      </w:r>
      <w:r>
        <w:rPr>
          <w:sz w:val="20"/>
        </w:rPr>
        <w:t>54:35  yani jo tarteeb hai, prescribed jo tarteeb hai, us mein farq ho gaya mujh se. prescribed tarteeb yeh hai ke tawaf pehle karo aur sahib us ke baad karo.</w:t>
      </w:r>
      <w:r>
        <w:br/>
      </w:r>
      <w:r>
        <w:rPr>
          <w:sz w:val="20"/>
        </w:rPr>
        <w:t>54:46  to un ki prescribed tarteeb mein unhon ne farq kar diya. is tarah ki aur bhi kai baatein hoti theen, kyunke pehli bar baqayda haj hua tha.</w:t>
      </w:r>
      <w:r>
        <w:br/>
      </w:r>
      <w:r>
        <w:rPr>
          <w:sz w:val="20"/>
        </w:rPr>
        <w:t>54:59  to aap ne farmaya, har ek ke sath hadith mein aata hai: af al wa la haraj af al wa la haraj</w:t>
      </w:r>
      <w:r>
        <w:br/>
      </w:r>
      <w:r>
        <w:rPr>
          <w:sz w:val="20"/>
        </w:rPr>
        <w:t>55:05  kar lo, koi haraj nahi, kar lo, koi haraj nahi. haraj to yeh hai ke tum kisi bhai ko be-izzat karo.</w:t>
      </w:r>
      <w:r>
        <w:br/>
      </w:r>
      <w:r>
        <w:rPr>
          <w:sz w:val="20"/>
        </w:rPr>
        <w:t>55:17  haraj to yeh hai ke tum kisi bhai ko be-izzat karo.</w:t>
      </w:r>
      <w:r>
        <w:br/>
      </w:r>
      <w:r>
        <w:rPr>
          <w:sz w:val="20"/>
        </w:rPr>
        <w:t>55:22  is se maloom hua ke ibadat mein jo ek form hota hai, jo ek rituals hotay hain ya jo rasoom hotay hain, un ki hesiyat izafi hai, real nahi hai.</w:t>
      </w:r>
      <w:r>
        <w:br/>
      </w:r>
      <w:r>
        <w:rPr>
          <w:sz w:val="20"/>
        </w:rPr>
        <w:t>55:37  real cheez taqwa hai. aap ke dil mein taqwa ho to aap ka woh amal jo karengay, aap form ke tor par us mein ek jaan hogi.</w:t>
      </w:r>
      <w:r>
        <w:br/>
      </w:r>
      <w:r>
        <w:rPr>
          <w:sz w:val="20"/>
        </w:rPr>
        <w:t>55:51  is tarah se agar aap ke andar taqwa ho to aap kisi insan ko be-izzat nahi karengay, kisi kisi insan ke baray mein bure khayalat aap ke andar nahi ayengay, kisi insan se aap nafrat nahi karengay.</w:t>
      </w:r>
      <w:r>
        <w:br/>
      </w:r>
      <w:r>
        <w:rPr>
          <w:sz w:val="20"/>
        </w:rPr>
        <w:t>56:04  to jo madar hai, woh taqwa hai, na ke rituals. rituals ko bohat zyada hisab kitab se kare aadmi to yeh nahi samajhna chahiye ke us ki ibadat bari achi ho gayi.</w:t>
      </w:r>
      <w:r>
        <w:br/>
      </w:r>
      <w:r>
        <w:rPr>
          <w:sz w:val="20"/>
        </w:rPr>
        <w:t>56:18  yani rasoom ya rituals ya form ko bohat zyada hisab kitab se karna, is se ibadat achi nahi ho jati.</w:t>
      </w:r>
      <w:r>
        <w:br/>
      </w:r>
      <w:r>
        <w:rPr>
          <w:sz w:val="20"/>
        </w:rPr>
        <w:t>56:28  ibadat achi us ki hai jis ke dil mein taqwa ho, aur jab taqwa hoga to aadmi ka dhiyan haqiqaton par rahega.</w:t>
      </w:r>
      <w:r>
        <w:br/>
      </w:r>
      <w:r>
        <w:rPr>
          <w:sz w:val="20"/>
        </w:rPr>
        <w:t>56:38  misal ke taur par, kisi insan ko be-izzat nahi karega, kisi insan ke baray mein bura nahi sochayga, woh kisi insan se nafrat nahi karega. woh</w:t>
      </w:r>
      <w:r>
        <w:br/>
      </w:r>
      <w:r>
        <w:rPr>
          <w:sz w:val="20"/>
        </w:rPr>
        <w:t>56:48  to ibadat ko is ko achi tarah samajh lijiye ke ibadat ka afzal yeh ya ghair afzal hona taqwa par mabni hai, na ke form par.</w:t>
      </w:r>
      <w:r>
        <w:br/>
      </w:r>
      <w:r>
        <w:rPr>
          <w:sz w:val="20"/>
        </w:rPr>
        <w:t>57:02  jitna zyada taqwa, utni achi ibadat.</w:t>
      </w:r>
    </w:p>
    <w:p>
      <w:pPr>
        <w:pStyle w:val="Heading2"/>
      </w:pPr>
      <w:r>
        <w:t>Worship as living experience: heart's state over legal form</w:t>
      </w:r>
    </w:p>
    <w:p>
      <w:r>
        <w:rPr>
          <w:color w:val="666666"/>
          <w:sz w:val="18"/>
        </w:rPr>
        <w:t>Spirit of Worship April 4, 2014 Maulana Wahiduddin Khan · 5m 14s · at 22:38 · https://youtu.be/67oq6WyFJ5I?t=1358</w:t>
      </w:r>
    </w:p>
    <w:p>
      <w:r>
        <w:rPr>
          <w:i/>
        </w:rPr>
        <w:t>“Yaad rakhiye, ibadat koi minor type ki cheez nahi hai”</w:t>
      </w:r>
    </w:p>
    <w:p>
      <w:r>
        <w:rPr>
          <w:sz w:val="20"/>
        </w:rPr>
        <w:t>22:38  to yaad rakhiye, ibadat koi ibadat koi yaani manual type ki cheez nahi hai.</w:t>
      </w:r>
      <w:r>
        <w:br/>
      </w:r>
      <w:r>
        <w:rPr>
          <w:sz w:val="20"/>
        </w:rPr>
        <w:t>22:50  ibadat koi manual type ki cheez nahi hai.</w:t>
      </w:r>
      <w:r>
        <w:br/>
      </w:r>
      <w:r>
        <w:rPr>
          <w:sz w:val="20"/>
        </w:rPr>
        <w:t>22:55  ibadat ek purkaif amal ka naam hai, ek aisa amal jis mein aap ke andar soch jaage, kaifiyat paida ho, aap ke andar ek nayi tadap paida ho, Allah se nayi duaein karne lagen aap.</w:t>
      </w:r>
      <w:r>
        <w:br/>
      </w:r>
      <w:r>
        <w:rPr>
          <w:sz w:val="20"/>
        </w:rPr>
        <w:t>23:15  to rukhsat ke mawaqe is aitbaar se bohat aam hain ke rukhsat ke mauqe par aap ko naye naye tajrubaat hote hain, nayi nayi kaifiyat aap ke andar ubalti hain,</w:t>
      </w:r>
      <w:r>
        <w:br/>
      </w:r>
      <w:r>
        <w:rPr>
          <w:sz w:val="20"/>
        </w:rPr>
        <w:t>23:30  nayi nayi soch aap ke andar jaagti hai.</w:t>
      </w:r>
      <w:r>
        <w:br/>
      </w:r>
      <w:r>
        <w:rPr>
          <w:sz w:val="20"/>
        </w:rPr>
        <w:t>23:36  main samajhta hoon ke log jaante hi nahi ke rukhsat kya cheez hai.</w:t>
      </w:r>
      <w:r>
        <w:br/>
      </w:r>
      <w:r>
        <w:rPr>
          <w:sz w:val="20"/>
        </w:rPr>
        <w:t>23:41  log rukhsat ke maani yeh samajhte hain ke fuqaha ne jo shartein muqarrar kar di hain, is sharton ko maloom kar lo aur is sharton ke mutabiq rukhsat par amal kar lo.</w:t>
      </w:r>
      <w:r>
        <w:br/>
      </w:r>
      <w:r>
        <w:rPr>
          <w:sz w:val="20"/>
        </w:rPr>
        <w:t>23:54  hargiz hargiz yeh matlab rukhsat ka nahi hai. rukhsat Allah se mazeed qareeb hone ka waqt hai, rukhsat Allah se mazeed mohabbat karne ka waqt hai.</w:t>
      </w:r>
      <w:r>
        <w:br/>
      </w:r>
      <w:r>
        <w:rPr>
          <w:sz w:val="20"/>
        </w:rPr>
        <w:t>24:10  rukhsat woh lamha hai jab ke aap ke andar Allah se mazeed khusoosiyat paida hoti hai.</w:t>
      </w:r>
      <w:r>
        <w:br/>
      </w:r>
      <w:r>
        <w:rPr>
          <w:sz w:val="20"/>
        </w:rPr>
        <w:t>24:17  rukhsat woh lamha hai jab ke aap Allah ki rehmaton ko mazeed daryaft karte hain. rukhsat woh lamha hai jab ke aap apne abadit ka mazeed ehsaas paida karte hain.</w:t>
      </w:r>
      <w:r>
        <w:br/>
      </w:r>
      <w:r>
        <w:rPr>
          <w:sz w:val="20"/>
        </w:rPr>
        <w:t>24:35  to jin logon ne ibadat ko ek manual type ki cheez samjha hai, woh is se bekhabar hain kya hai ibadat, kya hai sajda qurbat aur kya hai rukhsat.</w:t>
      </w:r>
      <w:r>
        <w:br/>
      </w:r>
      <w:r>
        <w:rPr>
          <w:sz w:val="20"/>
        </w:rPr>
        <w:t>24:50  woh kuch bhi nahi jaante.</w:t>
      </w:r>
      <w:r>
        <w:br/>
      </w:r>
      <w:r>
        <w:rPr>
          <w:sz w:val="20"/>
        </w:rPr>
        <w:t>24:55  yaani aap agar farz kijiye ke</w:t>
      </w:r>
      <w:r>
        <w:br/>
      </w:r>
      <w:r>
        <w:rPr>
          <w:sz w:val="20"/>
        </w:rPr>
        <w:t>25:01  chaar din aap ne azimat ke mutabiq ibadat ki,</w:t>
      </w:r>
      <w:r>
        <w:br/>
      </w:r>
      <w:r>
        <w:rPr>
          <w:sz w:val="20"/>
        </w:rPr>
        <w:t>25:09  azimat ke jo tareeqe hain, fuqaha ne bataye hain, jo</w:t>
      </w:r>
      <w:r>
        <w:br/>
      </w:r>
      <w:r>
        <w:rPr>
          <w:sz w:val="20"/>
        </w:rPr>
        <w:t>25:16  is ke mutabiq chaar din ibadat ki, paanchwein din aap ko koi aarza laiq ho gaya aur aap rukhsat</w:t>
      </w:r>
      <w:r>
        <w:br/>
      </w:r>
      <w:r>
        <w:rPr>
          <w:sz w:val="20"/>
        </w:rPr>
        <w:t>25:28  par sochne lage, to yaqeen kijiye ke paanchwein din ki ibadat aap ke chaaron din ki ibadat se zyada afzal ho jayegi.</w:t>
      </w:r>
      <w:r>
        <w:br/>
      </w:r>
      <w:r>
        <w:rPr>
          <w:sz w:val="20"/>
        </w:rPr>
        <w:t>25:37  agar sahi, agar sahi aap ke andar ehsaas ho to.</w:t>
      </w:r>
      <w:r>
        <w:br/>
      </w:r>
      <w:r>
        <w:rPr>
          <w:sz w:val="20"/>
        </w:rPr>
        <w:t>25:44  yaani azimat wali ibadat se zyada badi ban jayegi woh ibadat jo rukhsat ke tehat aap anjaam dein. isi liye Allah ko mehboob hai, isi liye Allah ko mehboob hai ke insaan rukhsat ko istemal kare.</w:t>
      </w:r>
      <w:r>
        <w:br/>
      </w:r>
      <w:r>
        <w:rPr>
          <w:sz w:val="20"/>
        </w:rPr>
        <w:t>26:05  rukhsat ko jo istemal na kare,</w:t>
      </w:r>
      <w:r>
        <w:br/>
      </w:r>
      <w:r>
        <w:rPr>
          <w:sz w:val="20"/>
        </w:rPr>
        <w:t>26:11  us ne goya ke ek mauqa kho diya, ek opportunity kho diya. woh</w:t>
      </w:r>
      <w:r>
        <w:br/>
      </w:r>
      <w:r>
        <w:rPr>
          <w:sz w:val="20"/>
        </w:rPr>
        <w:t>26:18  rukhsat ek mauqa hai, ek opportunity hai. jo is ko istemal kare, woh Allah ka mehboob banega.</w:t>
      </w:r>
      <w:r>
        <w:br/>
      </w:r>
      <w:r>
        <w:rPr>
          <w:sz w:val="20"/>
        </w:rPr>
        <w:t>26:28  jo is ka istemal na kare, Allah us ko pasand nahi kar sakta.</w:t>
      </w:r>
      <w:r>
        <w:br/>
      </w:r>
      <w:r>
        <w:rPr>
          <w:sz w:val="20"/>
        </w:rPr>
        <w:t>26:36  to yaad rakhiye, asal cheez na azeemat hai na rukhsat.</w:t>
      </w:r>
      <w:r>
        <w:br/>
      </w:r>
      <w:r>
        <w:rPr>
          <w:sz w:val="20"/>
        </w:rPr>
        <w:t>26:43  asal cheez na azeemat hai na rukhsat. asal cheez hai qalb ki kaifiyat. qalb ki kaifiyat asal mein miyar hai janchnay ka.</w:t>
      </w:r>
      <w:r>
        <w:br/>
      </w:r>
      <w:r>
        <w:rPr>
          <w:sz w:val="20"/>
        </w:rPr>
        <w:t>26:57  jo ibaadat aap ke andar kaifiyat-e-qalbi mein izafa kare, wohi afzal ibaadat hai.</w:t>
      </w:r>
      <w:r>
        <w:br/>
      </w:r>
      <w:r>
        <w:rPr>
          <w:sz w:val="20"/>
        </w:rPr>
        <w:t>27:10  aur form ko theek theek dohrana, yeh afzal ibaadat nahi hai.</w:t>
      </w:r>
      <w:r>
        <w:br/>
      </w:r>
      <w:r>
        <w:rPr>
          <w:sz w:val="20"/>
        </w:rPr>
        <w:t>27:21  is aitbaar se yeh hadees bohat ahem hai aur ek dua aur</w:t>
      </w:r>
      <w:r>
        <w:br/>
      </w:r>
      <w:r>
        <w:rPr>
          <w:sz w:val="20"/>
        </w:rPr>
        <w:t>27:32  haqeeqat aur ibaadat ki haqeeqat ko batati hai. yeh hadees jo hai, yeh ibaadat ki asal haqeeqat ko batati hai.</w:t>
      </w:r>
      <w:r>
        <w:br/>
      </w:r>
      <w:r>
        <w:rPr>
          <w:sz w:val="20"/>
        </w:rPr>
        <w:t>27:44  is aitbaar se yeh hadees saada hadees nahi hai, yeh bohat ziyada ahem hadees hai.</w:t>
      </w:r>
    </w:p>
    <w:p>
      <w:pPr>
        <w:pStyle w:val="Heading2"/>
      </w:pPr>
      <w:r>
        <w:t>Three earthly angels transform a mission into a universal one</w:t>
      </w:r>
    </w:p>
    <w:p>
      <w:r>
        <w:rPr>
          <w:color w:val="666666"/>
          <w:sz w:val="18"/>
        </w:rPr>
        <w:t>The Importance of Dua December 15, 2006 · 5m 31s · at 25:59 · https://youtu.be/u4cSEoh_mfY?t=1559</w:t>
      </w:r>
    </w:p>
    <w:p>
      <w:r>
        <w:rPr>
          <w:i/>
        </w:rPr>
        <w:t>“But I later learned all my prayers were answered”</w:t>
      </w:r>
    </w:p>
    <w:p>
      <w:r>
        <w:rPr>
          <w:sz w:val="20"/>
        </w:rPr>
        <w:t>25:59  bahut baat ko mujhe maloom hua ke meri duaen sab ki sab Allah taala ne qubool kar li theen. aur bahut hi bara meri zindagi mein ek revolution aaya.</w:t>
      </w:r>
      <w:r>
        <w:br/>
      </w:r>
      <w:r>
        <w:rPr>
          <w:sz w:val="20"/>
        </w:rPr>
        <w:t>26:13  woh kya? woh</w:t>
      </w:r>
      <w:r>
        <w:br/>
      </w:r>
      <w:r>
        <w:rPr>
          <w:sz w:val="20"/>
        </w:rPr>
        <w:t>26:21  woh yeh team ka banna tha.</w:t>
      </w:r>
      <w:r>
        <w:br/>
      </w:r>
      <w:r>
        <w:rPr>
          <w:sz w:val="20"/>
        </w:rPr>
        <w:t>26:25  is team ka banna tha. Khuda, teen angel mere paas Khuda ne bheja.</w:t>
      </w:r>
      <w:r>
        <w:br/>
      </w:r>
      <w:r>
        <w:rPr>
          <w:sz w:val="20"/>
        </w:rPr>
        <w:t>26:35  Mr Khalid Ansari, Mr Rajat Bhutra, aur Ms Priya Malik.</w:t>
      </w:r>
      <w:r>
        <w:br/>
      </w:r>
      <w:r>
        <w:rPr>
          <w:sz w:val="20"/>
        </w:rPr>
        <w:t>26:44  yeh log mere paas aaye. yeh log secular dhang par sochte the. yeh jadeed taleem liye hue the.</w:t>
      </w:r>
      <w:r>
        <w:br/>
      </w:r>
      <w:r>
        <w:rPr>
          <w:sz w:val="20"/>
        </w:rPr>
        <w:t>26:59  woh Muslim orientation se bilkul khali the. toh yeh log mere paas aane lage. in se ta'ammul hua.</w:t>
      </w:r>
      <w:r>
        <w:br/>
      </w:r>
      <w:r>
        <w:rPr>
          <w:sz w:val="20"/>
        </w:rPr>
        <w:t>27:11  aur phir mere zehen mein ek nayi soch ubhri.</w:t>
      </w:r>
      <w:r>
        <w:br/>
      </w:r>
      <w:r>
        <w:rPr>
          <w:sz w:val="20"/>
        </w:rPr>
        <w:t>27:15  woh yaani Muslim orientation ke bajaye insaan orientation. ab main dekhta hoon toh is zamane mein jo kitaben main likhi theen, us mein jo kitab mere nazdeek bilkul insaan ko samne rakh ke likhi gayi thi,</w:t>
      </w:r>
      <w:r>
        <w:br/>
      </w:r>
      <w:r>
        <w:rPr>
          <w:sz w:val="20"/>
        </w:rPr>
        <w:t>27:32  humanity at large ko, woh thi "Insaan Apne Aap Ko Pehchan". Mind knows thyself</w:t>
      </w:r>
      <w:r>
        <w:br/>
      </w:r>
      <w:r>
        <w:rPr>
          <w:sz w:val="20"/>
        </w:rPr>
        <w:t>27:41  ab main parhta hoon toh woh bhi Muslim oriented hai woh. kyunke conditioning hui thi zabardast thi meri.</w:t>
      </w:r>
      <w:r>
        <w:br/>
      </w:r>
      <w:r>
        <w:rPr>
          <w:sz w:val="20"/>
        </w:rPr>
        <w:t>27:49  ke jo kitab main ne likhi aam insaan ko address karne ke liye, us mein bhi mera woh mind jhalak raha tha. Muslim oriented mind.</w:t>
      </w:r>
      <w:r>
        <w:br/>
      </w:r>
      <w:r>
        <w:rPr>
          <w:sz w:val="20"/>
        </w:rPr>
        <w:t>28:01  toh yeh teeno aadmi jo aaye, un se jo ta'ammul hua, us se mere andar ek re-thinking aayi. main ne re-assess kiya apne khayalat ko.</w:t>
      </w:r>
      <w:r>
        <w:br/>
      </w:r>
      <w:r>
        <w:rPr>
          <w:sz w:val="20"/>
        </w:rPr>
        <w:t>28:13  re-engineer kiya apne aap ko. hote hote hote hote meri soch bilkul badal gayi. yaani jo soch thi pehle Muslim oriented soch, ab ban gayi insaan oriented soch.</w:t>
      </w:r>
      <w:r>
        <w:br/>
      </w:r>
      <w:r>
        <w:rPr>
          <w:sz w:val="20"/>
        </w:rPr>
        <w:t>28:27  yeh bohat bara revolution tha meri zindagi mein. is se pehle goya ke mein yani community work jis ko kehte hain, is ka aik hissa tha.</w:t>
      </w:r>
      <w:r>
        <w:br/>
      </w:r>
      <w:r>
        <w:rPr>
          <w:sz w:val="20"/>
        </w:rPr>
        <w:t>28:40  muslim community ka aik hissa tha mein apne mission ke aitbar se. ab mein humanity at large ka hissa hoon.</w:t>
      </w:r>
      <w:r>
        <w:br/>
      </w:r>
      <w:r>
        <w:rPr>
          <w:sz w:val="20"/>
        </w:rPr>
        <w:t>28:51  ab poori insan, poori humanity mere samne hai. poori insaniyat ko le kar mein sochta hoon. to is zamane mein jo duaen mein karta tha, agar woh qabool ho gayin hotin to kya hota?</w:t>
      </w:r>
      <w:r>
        <w:br/>
      </w:r>
      <w:r>
        <w:rPr>
          <w:sz w:val="20"/>
        </w:rPr>
        <w:t>29:08  mein wohin ke wohin pada rehta. yani muslim oriented mission rehta mera, jaisa ke tha pehle. lekin qabool na ho kar ke khuda ne mor diya mere kaam ko.</w:t>
      </w:r>
      <w:r>
        <w:br/>
      </w:r>
      <w:r>
        <w:rPr>
          <w:sz w:val="20"/>
        </w:rPr>
        <w:t>29:22  muslim oriented mission ko insan oriented mission bana diya. yani is ko yoon samajh lete hain ke prophetic mission bana diya.</w:t>
      </w:r>
      <w:r>
        <w:br/>
      </w:r>
      <w:r>
        <w:rPr>
          <w:sz w:val="20"/>
        </w:rPr>
        <w:t>29:33  pehle woh milli mission tha, muslim mission tha.</w:t>
      </w:r>
      <w:r>
        <w:br/>
      </w:r>
      <w:r>
        <w:rPr>
          <w:sz w:val="20"/>
        </w:rPr>
        <w:t>29:37  ab yeh mission prophetic mission ban gaya. kyunke prophet sare insan ko le kar sochta hai. prophet kisi community ko le kar nahi sochta.</w:t>
      </w:r>
      <w:r>
        <w:br/>
      </w:r>
      <w:r>
        <w:rPr>
          <w:sz w:val="20"/>
        </w:rPr>
        <w:t>29:48  aap ghor kijiye kitna bara yeh barkat thi meri, jo meri samajh se dua qabool na hone ki shakal mein samne aayi.</w:t>
      </w:r>
      <w:r>
        <w:br/>
      </w:r>
      <w:r>
        <w:rPr>
          <w:sz w:val="20"/>
        </w:rPr>
        <w:t>29:59  yani aik mission jo aik community ka mission tha, aik milli mission tha,</w:t>
      </w:r>
      <w:r>
        <w:br/>
      </w:r>
      <w:r>
        <w:rPr>
          <w:sz w:val="20"/>
        </w:rPr>
        <w:t>30:09  woh mission poore insaniyat ka mission ban gaya. poori humanity ka mission ban gaya. universal mission ban gaya.</w:t>
      </w:r>
      <w:r>
        <w:br/>
      </w:r>
      <w:r>
        <w:rPr>
          <w:sz w:val="20"/>
        </w:rPr>
        <w:t>30:18  yani kitna bara yeh inqilab hua.</w:t>
      </w:r>
      <w:r>
        <w:br/>
      </w:r>
      <w:r>
        <w:rPr>
          <w:sz w:val="20"/>
        </w:rPr>
        <w:t>30:25  to mein yeh keh raha hoon ke dekhiye, aap dua karen aur kitni achi dua aap ki zuban se nikle. aap ki samajh se dikhai ho ke aap aap ki samajh se dikhai parhe ke aap ne sara dil oondhel kar rakh diya hai aur phir bhi qabool nahi hui.</w:t>
      </w:r>
      <w:r>
        <w:br/>
      </w:r>
      <w:r>
        <w:rPr>
          <w:sz w:val="20"/>
        </w:rPr>
        <w:t>30:47  to kabhi bhi aap mayoos na pariye.</w:t>
      </w:r>
      <w:r>
        <w:br/>
      </w:r>
      <w:r>
        <w:rPr>
          <w:sz w:val="20"/>
        </w:rPr>
        <w:t>30:51  yeh samajh lijiye ke khuda ne qabool kar liya hai aur zyada achhe dhang se is ko woh hamein jawab dega. jaisa ke mere sath hua.</w:t>
      </w:r>
      <w:r>
        <w:br/>
      </w:r>
      <w:r>
        <w:rPr>
          <w:sz w:val="20"/>
        </w:rPr>
        <w:t>31:04  ab mein sochta hoon ke agar mein isi halat mein mar jata to mein shayad jahiliyat ki maut marta. isi liye mein kehta hoon ke teen angel mere pas aaye.</w:t>
      </w:r>
      <w:r>
        <w:br/>
      </w:r>
      <w:r>
        <w:rPr>
          <w:sz w:val="20"/>
        </w:rPr>
        <w:t>31:17  ab mein samajhta hoon ke ab mein marunga to prophetic mission par marunga. universal mission par marunga. aap ko zyada behtar miras de kar marunga.</w:t>
      </w:r>
    </w:p>
    <w:p>
      <w:pPr>
        <w:pStyle w:val="Heading2"/>
      </w:pPr>
      <w:r>
        <w:t>The merchant, the Quran, and the hadith: hajj's form without spirit</w:t>
      </w:r>
    </w:p>
    <w:p>
      <w:r>
        <w:rPr>
          <w:color w:val="666666"/>
          <w:sz w:val="18"/>
        </w:rPr>
        <w:t>The Spirit of Hajj July 7, 2007 · 5m 14s · at 4:01 · https://youtu.be/SV2CfNml8ic?t=241</w:t>
      </w:r>
    </w:p>
    <w:p>
      <w:r>
        <w:rPr>
          <w:i/>
        </w:rPr>
        <w:t>“ایک مسلمان تاجر ہیں انہوں نے تو وہ ہر سال حج کرتے ہیں”</w:t>
      </w:r>
    </w:p>
    <w:p>
      <w:r>
        <w:rPr>
          <w:sz w:val="20"/>
        </w:rPr>
        <w:t>4:01  aik musalman tajir hain unhon ne to woh har saal haj karte hain. har saal. to haj karte karte un ko pachis ho gaye haj.</w:t>
      </w:r>
      <w:r>
        <w:br/>
      </w:r>
      <w:r>
        <w:rPr>
          <w:sz w:val="20"/>
        </w:rPr>
        <w:t>4:13  yani pachis haj unhon ne mutawatar kiya. to is ke baad kya hua? unhon ne haj silver jubilee banai.</w:t>
      </w:r>
      <w:r>
        <w:br/>
      </w:r>
      <w:r>
        <w:rPr>
          <w:sz w:val="20"/>
        </w:rPr>
        <w:t>4:23  aap ghor kijiye ke haj silver jubilee. ke pachis saal haj kiya unhon ne to woh haj ka jashan manaya gaya. dawatain dhoom dham aur josheeli taqreerein aur chiraghan.</w:t>
      </w:r>
      <w:r>
        <w:br/>
      </w:r>
      <w:r>
        <w:rPr>
          <w:sz w:val="20"/>
        </w:rPr>
        <w:t>4:38  is ka mani hai ke haj ki spirit se log be khabar hain.</w:t>
      </w:r>
      <w:r>
        <w:br/>
      </w:r>
      <w:r>
        <w:rPr>
          <w:sz w:val="20"/>
        </w:rPr>
        <w:t>4:42  is ke form ko jante hain. yani bait bar form unhon ne pachis bar haj kiya to is ki khushi mana rahe hain aur haj ka jashan mana rahe hain. halankay bait par spirit agar haj karte woh to is mein to aadmi ke paas kuch bhi na hota yeh sab sochne ke li</w:t>
      </w:r>
      <w:r>
        <w:br/>
      </w:r>
      <w:r>
        <w:rPr>
          <w:sz w:val="20"/>
        </w:rPr>
        <w:t>5:02  ye. tak taqwa hota.</w:t>
      </w:r>
      <w:r>
        <w:br/>
      </w:r>
      <w:r>
        <w:rPr>
          <w:sz w:val="20"/>
        </w:rPr>
        <w:t>5:07  kyun ke quran mein hai haj mein aadmi qurbani karta hai to us ke baray mein hai ke Allah</w:t>
      </w:r>
      <w:r>
        <w:br/>
      </w:r>
      <w:r>
        <w:rPr>
          <w:sz w:val="20"/>
        </w:rPr>
        <w:t>5:19  khuda ko tumhara gosht aur khoon nahi pohanchta. khuda ko tumhara taqwa pohanchta hai. aap ghor kijiye ke haj ki spirit taqwa hai.</w:t>
      </w:r>
      <w:r>
        <w:br/>
      </w:r>
      <w:r>
        <w:rPr>
          <w:sz w:val="20"/>
        </w:rPr>
        <w:t>5:31  Allah se darna. Allah ka khauf dil mein aa jana. accountability ka ehsas.</w:t>
      </w:r>
      <w:r>
        <w:br/>
      </w:r>
      <w:r>
        <w:rPr>
          <w:sz w:val="20"/>
        </w:rPr>
        <w:t>5:40  aap ghor kijiye ke yeh ehsas jaage aadmi ke andar. is qism ka uska mizaj banay Allah se darne wala mizaj to woh jashan manay ga.</w:t>
      </w:r>
      <w:r>
        <w:br/>
      </w:r>
      <w:r>
        <w:rPr>
          <w:sz w:val="20"/>
        </w:rPr>
        <w:t>5:50  kya koi aisa karega ke mein mutaqqi mein mutaqqi insan hoon to mujhe jashan manana hai?</w:t>
      </w:r>
      <w:r>
        <w:br/>
      </w:r>
      <w:r>
        <w:rPr>
          <w:sz w:val="20"/>
        </w:rPr>
        <w:t>6:00  just spirit ka nahi hota just form ka hota hai. to is se andaza hota hai ke log kitna ziyada be khabar hain haj ki haqeeqat se.</w:t>
      </w:r>
      <w:r>
        <w:br/>
      </w:r>
      <w:r>
        <w:rPr>
          <w:sz w:val="20"/>
        </w:rPr>
        <w:t>6:13  aur yeh soorat e haal jo is zamanay mein hai ke haj ka form logon ko pata hai is ke jashan mintay hain. har haji jab lot ta hai wahan se ya jata hai wahan se to baray dhoom dham se jata hai.</w:t>
      </w:r>
      <w:r>
        <w:br/>
      </w:r>
      <w:r>
        <w:rPr>
          <w:sz w:val="20"/>
        </w:rPr>
        <w:t>6:25  dhoom dham se wapas ata hai.</w:t>
      </w:r>
      <w:r>
        <w:br/>
      </w:r>
      <w:r>
        <w:rPr>
          <w:sz w:val="20"/>
        </w:rPr>
        <w:t>6:28  aur bara is ka istiqbal hota hai. Alhaj kaha jata hai is ko. to woh aik intehai shakal hai ke aik sahib ne silver jubilee bana dali.</w:t>
      </w:r>
      <w:r>
        <w:br/>
      </w:r>
      <w:r>
        <w:rPr>
          <w:sz w:val="20"/>
        </w:rPr>
        <w:t>6:40  lekin aik hadith hai bohat ziyada hamein is muamlay mein</w:t>
      </w:r>
      <w:r>
        <w:br/>
      </w:r>
      <w:r>
        <w:rPr>
          <w:sz w:val="20"/>
        </w:rPr>
        <w:t>6:50  yani aankh kholnay wali. bohat ziyada daranay wali.</w:t>
      </w:r>
      <w:r>
        <w:br/>
      </w:r>
      <w:r>
        <w:rPr>
          <w:sz w:val="20"/>
        </w:rPr>
        <w:t>6:55  hadith mein ata hai ke yati al nas zaman</w:t>
      </w:r>
      <w:r>
        <w:br/>
      </w:r>
      <w:r>
        <w:rPr>
          <w:sz w:val="20"/>
        </w:rPr>
        <w:t>7:02  yati al nas zaman yuhajj jo</w:t>
      </w:r>
      <w:r>
        <w:br/>
      </w:r>
      <w:r>
        <w:rPr>
          <w:sz w:val="20"/>
        </w:rPr>
        <w:t>7:11  yuhajj al aghniya lil nazaha wa ausatuhum lil tijarah wa qura hum lil ra'yah wa summah wa fuqarauhum lil mas'alah.</w:t>
      </w:r>
      <w:r>
        <w:br/>
      </w:r>
      <w:r>
        <w:rPr>
          <w:sz w:val="20"/>
        </w:rPr>
        <w:t>7:31  yeh hadith hai. is ka tarjuma yeh hai ke aik zamanay ga logon ke oopar rasool Allah ke baad mustaqbil mein aik zamanay ga logon ke oopar jab ke ummat ke jo dolatmand log hain paise walay log hain</w:t>
      </w:r>
      <w:r>
        <w:br/>
      </w:r>
      <w:r>
        <w:rPr>
          <w:sz w:val="20"/>
        </w:rPr>
        <w:t>7:52  woh haj karein ge outing ke tor par.</w:t>
      </w:r>
      <w:r>
        <w:br/>
      </w:r>
      <w:r>
        <w:rPr>
          <w:sz w:val="20"/>
        </w:rPr>
        <w:t>8:00  entertainment ke tor par.</w:t>
      </w:r>
      <w:r>
        <w:br/>
      </w:r>
      <w:r>
        <w:rPr>
          <w:sz w:val="20"/>
        </w:rPr>
        <w:t>8:04  kisi ajeeb baat hai. aur un ke darmiyani log haj karein ge business ke liye.</w:t>
      </w:r>
      <w:r>
        <w:br/>
      </w:r>
      <w:r>
        <w:rPr>
          <w:sz w:val="20"/>
        </w:rPr>
        <w:t>8:16  business ke liye. aur un ke ulma jo hain woh haj karein ge</w:t>
      </w:r>
      <w:r>
        <w:br/>
      </w:r>
      <w:r>
        <w:rPr>
          <w:sz w:val="20"/>
        </w:rPr>
        <w:t>8:24  riaya o sumah yani dikhawe ke liye. aur un ke jo fuqra hain woh haj karein ge wahan ja kar ke sawal karein chanda hasil karein.</w:t>
      </w:r>
      <w:r>
        <w:br/>
      </w:r>
      <w:r>
        <w:rPr>
          <w:sz w:val="20"/>
        </w:rPr>
        <w:t>8:41  ek tanbehi suratehal aaj hai.</w:t>
      </w:r>
      <w:r>
        <w:br/>
      </w:r>
      <w:r>
        <w:rPr>
          <w:sz w:val="20"/>
        </w:rPr>
        <w:t>8:44  haj ki haqeeqat ghayab hai. aur kuch log outing kar rahe hain. kuch log shan dikha rahe hain ke main hazrat aalim falan sahib haj karne ja rahe hain woh un ke sath dhoom machti hai.</w:t>
      </w:r>
      <w:r>
        <w:br/>
      </w:r>
      <w:r>
        <w:rPr>
          <w:sz w:val="20"/>
        </w:rPr>
        <w:t>9:01  kuch log tijaratein karte hain is ke liye jate hain wahan par. kuch log jate hain chanda lene ke liye. yeh bohat hi zyada sochne ki baat hai ke hamara haj bhi to aise nahi hai.</w:t>
      </w:r>
    </w:p>
    <w:p>
      <w:pPr>
        <w:pStyle w:val="Heading2"/>
      </w:pPr>
      <w:r>
        <w:t>Why God created rich and poor — the wisdom of division</w:t>
      </w:r>
    </w:p>
    <w:p>
      <w:r>
        <w:rPr>
          <w:color w:val="666666"/>
          <w:sz w:val="18"/>
        </w:rPr>
        <w:t>Spirit of Zakat (English) May 16, 2007 Maulana Wahiduddin Khan · 5m 55s · at 23:08 · https://youtu.be/J-0gHxSsXWc?t=1388</w:t>
      </w:r>
    </w:p>
    <w:p>
      <w:r>
        <w:rPr>
          <w:i/>
        </w:rPr>
        <w:t>“Why is there this difference — some rich, some poor?”</w:t>
      </w:r>
    </w:p>
    <w:p>
      <w:r>
        <w:rPr>
          <w:sz w:val="20"/>
        </w:rPr>
        <w:t>23:08  Then why this division? That there are some rich people, there are some poor people. And why there are some needy people?</w:t>
      </w:r>
      <w:r>
        <w:br/>
      </w:r>
      <w:r>
        <w:rPr>
          <w:sz w:val="20"/>
        </w:rPr>
        <w:t>23:21  Why there are some wealthy people or some needy people? This is not a permanent division.</w:t>
      </w:r>
      <w:r>
        <w:br/>
      </w:r>
      <w:r>
        <w:rPr>
          <w:sz w:val="20"/>
        </w:rPr>
        <w:t>23:30  Every time, there is a change.</w:t>
      </w:r>
      <w:r>
        <w:br/>
      </w:r>
      <w:r>
        <w:rPr>
          <w:sz w:val="20"/>
        </w:rPr>
        <w:t>23:35  Today's poor becomes rich tomorrow. And today's rich becomes poor by tomorrow.</w:t>
      </w:r>
      <w:r>
        <w:br/>
      </w:r>
      <w:r>
        <w:rPr>
          <w:sz w:val="20"/>
        </w:rPr>
        <w:t>23:50  So, every time, there is a change. Now, why is this difference? Why is this division in the society?</w:t>
      </w:r>
      <w:r>
        <w:br/>
      </w:r>
      <w:r>
        <w:rPr>
          <w:sz w:val="20"/>
        </w:rPr>
        <w:t>24:01  It is due to the law of nature.</w:t>
      </w:r>
      <w:r>
        <w:br/>
      </w:r>
      <w:r>
        <w:rPr>
          <w:sz w:val="20"/>
        </w:rPr>
        <w:t>24:06  It is God's scheme to create completion in the society. It is God's scheme to create change in the different sections of society.</w:t>
      </w:r>
      <w:r>
        <w:br/>
      </w:r>
      <w:r>
        <w:rPr>
          <w:sz w:val="20"/>
        </w:rPr>
        <w:t>24:24  So, this is the wisdom</w:t>
      </w:r>
      <w:r>
        <w:br/>
      </w:r>
      <w:r>
        <w:rPr>
          <w:sz w:val="20"/>
        </w:rPr>
        <w:t>24:29  behind this division</w:t>
      </w:r>
      <w:r>
        <w:br/>
      </w:r>
      <w:r>
        <w:rPr>
          <w:sz w:val="20"/>
        </w:rPr>
        <w:t>24:31  . Without division, without difference, there was no competition. There was no change. So, God put this difference or division in the society only to create change, to create competition.</w:t>
      </w:r>
      <w:r>
        <w:br/>
      </w:r>
      <w:r>
        <w:rPr>
          <w:sz w:val="20"/>
        </w:rPr>
        <w:t>24:53  Then He tried to make balance</w:t>
      </w:r>
      <w:r>
        <w:br/>
      </w:r>
      <w:r>
        <w:rPr>
          <w:sz w:val="20"/>
        </w:rPr>
        <w:t>24:58  . He commanded rich people that you have to give the share of poor people. You have to pay Zakat so that it will be given to poor people.</w:t>
      </w:r>
      <w:r>
        <w:br/>
      </w:r>
      <w:r>
        <w:rPr>
          <w:sz w:val="20"/>
        </w:rPr>
        <w:t>25:14  So, on</w:t>
      </w:r>
      <w:r>
        <w:br/>
      </w:r>
      <w:r>
        <w:rPr>
          <w:sz w:val="20"/>
        </w:rPr>
        <w:t>25:17  one side, God created people and He put differences.</w:t>
      </w:r>
      <w:r>
        <w:br/>
      </w:r>
      <w:r>
        <w:rPr>
          <w:sz w:val="20"/>
        </w:rPr>
        <w:t>25:27  Differences by God</w:t>
      </w:r>
      <w:r>
        <w:br/>
      </w:r>
      <w:r>
        <w:rPr>
          <w:sz w:val="20"/>
        </w:rPr>
        <w:t>25:29  . This is the difference that there are poor and there are rich. There are weak and there are strong. So, all these differences are due to the scheme, to the Krishna Purana of God.</w:t>
      </w:r>
      <w:r>
        <w:br/>
      </w:r>
      <w:r>
        <w:rPr>
          <w:sz w:val="20"/>
        </w:rPr>
        <w:t>25:43  And the wisdom is that it is this difference that creates change, that creates competition</w:t>
      </w:r>
      <w:r>
        <w:br/>
      </w:r>
      <w:r>
        <w:rPr>
          <w:sz w:val="20"/>
        </w:rPr>
        <w:t>25:53  . Then, to establish balance, God has commanded rich people to pay Zakat</w:t>
      </w:r>
      <w:r>
        <w:br/>
      </w:r>
      <w:r>
        <w:rPr>
          <w:sz w:val="20"/>
        </w:rPr>
        <w:t>26:08  so that the poor people may find their due shares. Although this division is not permanent,</w:t>
      </w:r>
      <w:r>
        <w:br/>
      </w:r>
      <w:r>
        <w:rPr>
          <w:sz w:val="20"/>
        </w:rPr>
        <w:t>26:20  every day, there is change. Every day. Because one who is poor today, poverty inculcates incentives in his personality.</w:t>
      </w:r>
      <w:r>
        <w:br/>
      </w:r>
      <w:r>
        <w:rPr>
          <w:sz w:val="20"/>
        </w:rPr>
        <w:t>26:38  Poverty is not simply poverty. Poverty is a mode of motivation.</w:t>
      </w:r>
      <w:r>
        <w:br/>
      </w:r>
      <w:r>
        <w:rPr>
          <w:sz w:val="20"/>
        </w:rPr>
        <w:t>26:49  Poverty is not simply a poverty. It is poverty that motivates you, that gives you incentives.</w:t>
      </w:r>
      <w:r>
        <w:br/>
      </w:r>
      <w:r>
        <w:rPr>
          <w:sz w:val="20"/>
        </w:rPr>
        <w:t>26:59  Without poverty, there was no incentive, no motivation. So, poverty is not a negative point.</w:t>
      </w:r>
      <w:r>
        <w:br/>
      </w:r>
      <w:r>
        <w:rPr>
          <w:sz w:val="20"/>
        </w:rPr>
        <w:t>27:11  Poverty also has a positive point</w:t>
      </w:r>
      <w:r>
        <w:br/>
      </w:r>
      <w:r>
        <w:rPr>
          <w:sz w:val="20"/>
        </w:rPr>
        <w:t>27:17  . That it is poverty which gives you incentives, which gives you motivation.</w:t>
      </w:r>
      <w:r>
        <w:br/>
      </w:r>
      <w:r>
        <w:rPr>
          <w:sz w:val="20"/>
        </w:rPr>
        <w:t>27:28  So, due to this motivation, poor people do their work on a greater scale. They are able to do more effort than rich people.</w:t>
      </w:r>
      <w:r>
        <w:br/>
      </w:r>
      <w:r>
        <w:rPr>
          <w:sz w:val="20"/>
        </w:rPr>
        <w:t>27:43  This is the law of nature.</w:t>
      </w:r>
      <w:r>
        <w:br/>
      </w:r>
      <w:r>
        <w:rPr>
          <w:sz w:val="20"/>
        </w:rPr>
        <w:t>27:47  There is a very relevant saying that it is not ease but effort, not facility.</w:t>
      </w:r>
      <w:r>
        <w:br/>
      </w:r>
      <w:r>
        <w:rPr>
          <w:sz w:val="20"/>
        </w:rPr>
        <w:t>27:58  It is not ease but effort, not facility but difficulty that makes men. So, poverty</w:t>
      </w:r>
      <w:r>
        <w:br/>
      </w:r>
      <w:r>
        <w:rPr>
          <w:sz w:val="20"/>
        </w:rPr>
        <w:t>28:11  elevates you.</w:t>
      </w:r>
      <w:r>
        <w:br/>
      </w:r>
      <w:r>
        <w:rPr>
          <w:sz w:val="20"/>
        </w:rPr>
        <w:t>28:13  It makes you</w:t>
      </w:r>
      <w:r>
        <w:br/>
      </w:r>
      <w:r>
        <w:rPr>
          <w:sz w:val="20"/>
        </w:rPr>
        <w:t>28:17  a superman. Poverty or difficulty makes you a superman. It gives you greater motivation, greater incentives.</w:t>
      </w:r>
      <w:r>
        <w:br/>
      </w:r>
      <w:r>
        <w:rPr>
          <w:sz w:val="20"/>
        </w:rPr>
        <w:t>28:30  So, behind poverty and behind this division, that there are some rich and some poor, behind this division</w:t>
      </w:r>
      <w:r>
        <w:br/>
      </w:r>
      <w:r>
        <w:rPr>
          <w:sz w:val="20"/>
        </w:rPr>
        <w:t>28:42  , there is a great wisdom. Without this division, there was no development.</w:t>
      </w:r>
      <w:r>
        <w:br/>
      </w:r>
      <w:r>
        <w:rPr>
          <w:sz w:val="20"/>
        </w:rPr>
        <w:t>28:54  It is this difference, it is this division that</w:t>
      </w:r>
    </w:p>
    <w:p>
      <w:pPr>
        <w:pStyle w:val="Heading2"/>
      </w:pPr>
      <w:r>
        <w:t>Keeping political disputes out of the Hajj pilgrimage</w:t>
      </w:r>
    </w:p>
    <w:p>
      <w:r>
        <w:rPr>
          <w:color w:val="666666"/>
          <w:sz w:val="18"/>
        </w:rPr>
        <w:t>Haqeeqat-E-Hajj Book by Maulana Wahiduddin Khan · 3m 48s · at 3:03:59 · https://youtu.be/fNuk7YC0jSM?t=11039</w:t>
      </w:r>
    </w:p>
    <w:p>
      <w:r>
        <w:rPr>
          <w:i/>
        </w:rPr>
        <w:t>“حج کے ادارے کو عالمی دعوتی ادارہ بنانے کی ایک لازمی شرط ہے”</w:t>
      </w:r>
    </w:p>
    <w:p>
      <w:r>
        <w:rPr>
          <w:sz w:val="20"/>
        </w:rPr>
        <w:t>3:03:59  ek zaroori shart kitab haqeeqat hajj maulana wahiduddin khan safha number 69</w:t>
      </w:r>
      <w:r>
        <w:br/>
      </w:r>
      <w:r>
        <w:rPr>
          <w:sz w:val="20"/>
        </w:rPr>
        <w:t>3:04:12  hajj ke idare ko aalami dawati idara banane ki ek hi lazmi shart hai aur woh yeh ke hajj ke farize ko siyasat se bilkul alag rakha jaye</w:t>
      </w:r>
      <w:r>
        <w:br/>
      </w:r>
      <w:r>
        <w:rPr>
          <w:sz w:val="20"/>
        </w:rPr>
        <w:t>3:04:28  raqim al-huroof ne september 1982 mein hajj ka fariza ada kiya tha</w:t>
      </w:r>
      <w:r>
        <w:br/>
      </w:r>
      <w:r>
        <w:rPr>
          <w:sz w:val="20"/>
        </w:rPr>
        <w:t>3:04:35  ek roz jab ke mein baitullah ke andar tha</w:t>
      </w:r>
      <w:r>
        <w:br/>
      </w:r>
      <w:r>
        <w:rPr>
          <w:sz w:val="20"/>
        </w:rPr>
        <w:t>3:04:40  ek khaas mulk ke kuch log wahan aaye</w:t>
      </w:r>
      <w:r>
        <w:br/>
      </w:r>
      <w:r>
        <w:rPr>
          <w:sz w:val="20"/>
        </w:rPr>
        <w:t>3:04:43  aur apne mulk ke leader ka naam le kar zindabad</w:t>
      </w:r>
      <w:r>
        <w:br/>
      </w:r>
      <w:r>
        <w:rPr>
          <w:sz w:val="20"/>
        </w:rPr>
        <w:t>3:04:49  painda abad ke nare lagane lage</w:t>
      </w:r>
      <w:r>
        <w:br/>
      </w:r>
      <w:r>
        <w:rPr>
          <w:sz w:val="20"/>
        </w:rPr>
        <w:t>3:04:54  yeh sun kar bohat se haji un ke gird jama ho gaye</w:t>
      </w:r>
      <w:r>
        <w:br/>
      </w:r>
      <w:r>
        <w:rPr>
          <w:sz w:val="20"/>
        </w:rPr>
        <w:t>3:04:58  aps mein ikhtilafi bahasein shuru ho gayin</w:t>
      </w:r>
      <w:r>
        <w:br/>
      </w:r>
      <w:r>
        <w:rPr>
          <w:sz w:val="20"/>
        </w:rPr>
        <w:t>3:05:03  yeh silsila bohat der tak jari raha</w:t>
      </w:r>
      <w:r>
        <w:br/>
      </w:r>
      <w:r>
        <w:rPr>
          <w:sz w:val="20"/>
        </w:rPr>
        <w:t>3:05:06  baitullah ka mahol zikr aur ibadat ka mahol hai magar mazkoora nadani ke nateejay mein woh siyasi</w:t>
      </w:r>
      <w:r>
        <w:br/>
      </w:r>
      <w:r>
        <w:rPr>
          <w:sz w:val="20"/>
        </w:rPr>
        <w:t>3:05:16  nizaa ka mahol ban kar reh gaya</w:t>
      </w:r>
      <w:r>
        <w:br/>
      </w:r>
      <w:r>
        <w:rPr>
          <w:sz w:val="20"/>
        </w:rPr>
        <w:t>3:05:20  yahi qissa madine mein bhi pesh aaya</w:t>
      </w:r>
      <w:r>
        <w:br/>
      </w:r>
      <w:r>
        <w:rPr>
          <w:sz w:val="20"/>
        </w:rPr>
        <w:t>3:05:24  madine mein mein aik hotel mein thehra hua tha</w:t>
      </w:r>
      <w:r>
        <w:br/>
      </w:r>
      <w:r>
        <w:rPr>
          <w:sz w:val="20"/>
        </w:rPr>
        <w:t>3:05:29  wahan kuch naujawan mere kamre mein aaye un ke paas bohat se chhpe hue pamphlet thay jo angrezi aur arabi zaban mein tayyar kiye gaye thay</w:t>
      </w:r>
      <w:r>
        <w:br/>
      </w:r>
      <w:r>
        <w:rPr>
          <w:sz w:val="20"/>
        </w:rPr>
        <w:t>3:05:44  un kitabchon mein ek khaas muslim mulk ke hukmaran ko nishana bana kar is ke baray mein mukhalifana baatein likhi gayi theen</w:t>
      </w:r>
      <w:r>
        <w:br/>
      </w:r>
      <w:r>
        <w:rPr>
          <w:sz w:val="20"/>
        </w:rPr>
        <w:t>3:05:54  un naujawano ne yeh kitabche mujhe diye to main ne kaha ke aap apna qeemti waqt bhi barbad kar rahe hain aur ayyam e hajj ko bhi nihayat galat taur par istemal kar rahe hain woh naujawan mujh se bahas karte rahe yahan tak ke woh bigad kar chale gaye maujooda zamane mein yeh rujhan kafi barha hai</w:t>
      </w:r>
      <w:r>
        <w:br/>
      </w:r>
      <w:r>
        <w:rPr>
          <w:sz w:val="20"/>
        </w:rPr>
        <w:t>3:06:22  kuch idare aur kuch hukmatein hajj ko sirf is nazar se dekhti hain yahan ba ijtima sari dunya ke musalman jama hote hain is liye un ko apne mahdood siyasi maqasid ke liye istemal kiya jaye magar yeh tareeqa sarasar galat aur hajj ke maqasid ke bilkul khilaf hai</w:t>
      </w:r>
      <w:r>
        <w:br/>
      </w:r>
      <w:r>
        <w:rPr>
          <w:sz w:val="20"/>
        </w:rPr>
        <w:t>3:06:48  hajj mein jama hone wale musalmanon ko sirf is nazar se dekhna chahiye ke woh hajj ka fariza ada karne ke liye aaye hain</w:t>
      </w:r>
      <w:r>
        <w:br/>
      </w:r>
      <w:r>
        <w:rPr>
          <w:sz w:val="20"/>
        </w:rPr>
        <w:t>3:06:58  is aalmi ijtima se faida uthane ka sahi tareeqa yeh hai ke logon ke andar dawati rooh paida ki jaye taake woh wapas ja kar apne apne ilaqon mein allah ke deen ka ailan karne wale bane na ke ek doosre ke khilaf manfi propaganda karne wale</w:t>
      </w:r>
      <w:r>
        <w:br/>
      </w:r>
      <w:r>
        <w:rPr>
          <w:sz w:val="20"/>
        </w:rPr>
        <w:t>3:07:23  hajj ek zabardast quwwat hai aur is ko nihayat moasar taur par aalmi islami dawat ke liye istemal kiya ja sakta hai magar shart yeh hai ke is ko apas ke ikhtilaf ka maidan na banaya jaye</w:t>
      </w:r>
    </w:p>
    <w:p>
      <w:pPr>
        <w:pStyle w:val="Heading2"/>
      </w:pPr>
      <w:r>
        <w:t>Criterion of true Salat: avoiding indecency</w:t>
      </w:r>
    </w:p>
    <w:p>
      <w:r>
        <w:rPr>
          <w:color w:val="666666"/>
          <w:sz w:val="18"/>
        </w:rPr>
        <w:t>Salat -- Islamic Prayer I 27th Feb. 07 · 3m 33s · at 27:33 · https://youtu.be/y1MA97h7mxg?t=1653</w:t>
      </w:r>
    </w:p>
    <w:p>
      <w:r>
        <w:rPr>
          <w:i/>
        </w:rPr>
        <w:t>“So those people who perform Taqwa must live like this”</w:t>
      </w:r>
    </w:p>
    <w:p>
      <w:r>
        <w:rPr>
          <w:sz w:val="20"/>
        </w:rPr>
        <w:t>27:33  So those people who perform Taqwa must live like this.</w:t>
      </w:r>
      <w:r>
        <w:br/>
      </w:r>
      <w:r>
        <w:rPr>
          <w:sz w:val="20"/>
        </w:rPr>
        <w:t>27:43  They have to live as a peaceful member of their society.</w:t>
      </w:r>
      <w:r>
        <w:br/>
      </w:r>
      <w:r>
        <w:rPr>
          <w:sz w:val="20"/>
        </w:rPr>
        <w:t>27:53  They have to live as a harmless member of their society.</w:t>
      </w:r>
      <w:r>
        <w:br/>
      </w:r>
      <w:r>
        <w:rPr>
          <w:sz w:val="20"/>
        </w:rPr>
        <w:t>28:03  There is a verse in the Quran: INNAS SALATA TANHA ANIL FACHAI WAL MUNKAR In this verse, you can</w:t>
      </w:r>
      <w:r>
        <w:br/>
      </w:r>
      <w:r>
        <w:rPr>
          <w:sz w:val="20"/>
        </w:rPr>
        <w:t>28:13  find the definition of Salat.</w:t>
      </w:r>
      <w:r>
        <w:br/>
      </w:r>
      <w:r>
        <w:rPr>
          <w:sz w:val="20"/>
        </w:rPr>
        <w:t>28:23  It means that prayer keeps away from indecency and evil.</w:t>
      </w:r>
      <w:r>
        <w:br/>
      </w:r>
      <w:r>
        <w:rPr>
          <w:sz w:val="20"/>
        </w:rPr>
        <w:t>28:34  innal salata tanha anil fashai wal munkar Prayer keeps away from indecency and evil.</w:t>
      </w:r>
      <w:r>
        <w:br/>
      </w:r>
      <w:r>
        <w:rPr>
          <w:sz w:val="20"/>
        </w:rPr>
        <w:t>28:44  It is not an automatic result of Salat. No.</w:t>
      </w:r>
      <w:r>
        <w:br/>
      </w:r>
      <w:r>
        <w:rPr>
          <w:sz w:val="20"/>
        </w:rPr>
        <w:t>28:54  This verse gives us a criterion to judge the purity of Salat.</w:t>
      </w:r>
      <w:r>
        <w:br/>
      </w:r>
      <w:r>
        <w:rPr>
          <w:sz w:val="20"/>
        </w:rPr>
        <w:t>29:04  So this verse, innal salata tanha anil fashai wal munkar is not in the sense that this quality is</w:t>
      </w:r>
      <w:r>
        <w:br/>
      </w:r>
      <w:r>
        <w:rPr>
          <w:sz w:val="20"/>
        </w:rPr>
        <w:t>29:14  an automatic result.</w:t>
      </w:r>
      <w:r>
        <w:br/>
      </w:r>
      <w:r>
        <w:rPr>
          <w:sz w:val="20"/>
        </w:rPr>
        <w:t>29:25  This quality comes as an automatic result of Salat. No.</w:t>
      </w:r>
      <w:r>
        <w:br/>
      </w:r>
      <w:r>
        <w:rPr>
          <w:sz w:val="20"/>
        </w:rPr>
        <w:t>29:34  It is a criterion.</w:t>
      </w:r>
      <w:r>
        <w:br/>
      </w:r>
      <w:r>
        <w:rPr>
          <w:sz w:val="20"/>
        </w:rPr>
        <w:t>29:43  By this criterion, you can judge every person's Salat.</w:t>
      </w:r>
      <w:r>
        <w:br/>
      </w:r>
      <w:r>
        <w:rPr>
          <w:sz w:val="20"/>
        </w:rPr>
        <w:t>29:53  Prayer keeps away from indecency and evil.</w:t>
      </w:r>
      <w:r>
        <w:br/>
      </w:r>
      <w:r>
        <w:rPr>
          <w:sz w:val="20"/>
        </w:rPr>
        <w:t>30:02  So you have to see after Salat, one who performs Salat in the mosque and then he returns</w:t>
      </w:r>
      <w:r>
        <w:br/>
      </w:r>
      <w:r>
        <w:rPr>
          <w:sz w:val="20"/>
        </w:rPr>
        <w:t>30:11  to his society, to his home, to his market.</w:t>
      </w:r>
      <w:r>
        <w:br/>
      </w:r>
      <w:r>
        <w:rPr>
          <w:sz w:val="20"/>
        </w:rPr>
        <w:t>30:21  So you have to judge his Salat by this criterion.</w:t>
      </w:r>
      <w:r>
        <w:br/>
      </w:r>
      <w:r>
        <w:rPr>
          <w:sz w:val="20"/>
        </w:rPr>
        <w:t>30:32  If he lives as a person who keeps himself away from evil and indecency, who is living as</w:t>
      </w:r>
      <w:r>
        <w:br/>
      </w:r>
      <w:r>
        <w:rPr>
          <w:sz w:val="20"/>
        </w:rPr>
        <w:t>30:43  a responsible person, who is living in the society as a God-fearing person, then he has performed the</w:t>
      </w:r>
      <w:r>
        <w:br/>
      </w:r>
      <w:r>
        <w:rPr>
          <w:sz w:val="20"/>
        </w:rPr>
        <w:t>30:54  Salat in true sense of the word.</w:t>
      </w:r>
      <w:r>
        <w:br/>
      </w:r>
      <w:r>
        <w:rPr>
          <w:sz w:val="20"/>
        </w:rPr>
        <w:t>31:06  So this is the criterion.</w:t>
      </w:r>
    </w:p>
    <w:p>
      <w:pPr>
        <w:pStyle w:val="Heading2"/>
      </w:pPr>
      <w:r>
        <w:t>the daily rhythm of a Ramadan fast, from suhoor to dusk</w:t>
      </w:r>
    </w:p>
    <w:p>
      <w:r>
        <w:rPr>
          <w:color w:val="666666"/>
          <w:sz w:val="18"/>
        </w:rPr>
        <w:t>Ramadan The Month of Fasting August 29, 2008 Maulana Wahiduddin Khan · 5m 51s · at 11:53 · https://youtu.be/DcDEAI5bgAg?t=713</w:t>
      </w:r>
    </w:p>
    <w:p>
      <w:r>
        <w:rPr>
          <w:i/>
        </w:rPr>
        <w:t>“Before your fast, suhoor comes first”</w:t>
      </w:r>
    </w:p>
    <w:p>
      <w:r>
        <w:rPr>
          <w:sz w:val="20"/>
        </w:rPr>
        <w:t>11:53  phir aap ne din bhar roza rakha to is se pehle sehri ki aati hai. sehri ke bare mein yeh hai keh jis ko hum kehte hain subah sadiq, yaani morning to light,</w:t>
      </w:r>
      <w:r>
        <w:br/>
      </w:r>
      <w:r>
        <w:rPr>
          <w:sz w:val="20"/>
        </w:rPr>
        <w:t>12:08  to subah sadiq se pehle pehle khana khatam kar diya jaye kyunkeh subah sadiq se roza</w:t>
      </w:r>
      <w:r>
        <w:br/>
      </w:r>
      <w:r>
        <w:rPr>
          <w:sz w:val="20"/>
        </w:rPr>
        <w:t>12:16  shuru ho jata hai. dekhein, sehri ke bare mein hadith mein aata hai keh keh sehri aap kha rahe hain aur azan ho gayi, elaan ho gaya keh subah sadiq ho gayi.</w:t>
      </w:r>
      <w:r>
        <w:br/>
      </w:r>
      <w:r>
        <w:rPr>
          <w:sz w:val="20"/>
        </w:rPr>
        <w:t>12:30  to us waqt agar aap abhi khana khatam nahi kar chuke hain, matlab aap pani ka glass liye hue hain aur azan ki awaz aane lagi to pani pee lijiye.</w:t>
      </w:r>
      <w:r>
        <w:br/>
      </w:r>
      <w:r>
        <w:rPr>
          <w:sz w:val="20"/>
        </w:rPr>
        <w:t>12:44  is ka matlab hai keh islam mein jo ibadatein hain, is mein bilkul technical qism ki had bandi nahi hai keh bilkul paanch baj kar saat minute hua to bas khatam.</w:t>
      </w:r>
      <w:r>
        <w:br/>
      </w:r>
      <w:r>
        <w:rPr>
          <w:sz w:val="20"/>
        </w:rPr>
        <w:t>12:56  islam mein koi ibadat technical type ki ibadat nahi hai. aam taur par aap ko yahi lehaaz karna hai keh subah sadiq ho to aap ka khana khatam ho jaye.</w:t>
      </w:r>
      <w:r>
        <w:br/>
      </w:r>
      <w:r>
        <w:rPr>
          <w:sz w:val="20"/>
        </w:rPr>
        <w:t>13:08  lekin agar kabhi aisa ho keh aap der mein uthe, khana shuru kiya to abhi khatam nahi hua tha, azan ho gayi to is ko aap poora kar lijiye kyunkeh ibadat jo hai, koi technical fe'l nahi hai,</w:t>
      </w:r>
      <w:r>
        <w:br/>
      </w:r>
      <w:r>
        <w:rPr>
          <w:sz w:val="20"/>
        </w:rPr>
        <w:t>13:23  aik aik spiritual fe'l hai, spirit se bhara hua fe'l hai.</w:t>
      </w:r>
      <w:r>
        <w:br/>
      </w:r>
      <w:r>
        <w:rPr>
          <w:sz w:val="20"/>
        </w:rPr>
        <w:t>13:29  to is ke baad</w:t>
      </w:r>
      <w:r>
        <w:br/>
      </w:r>
      <w:r>
        <w:rPr>
          <w:sz w:val="20"/>
        </w:rPr>
        <w:t>13:35  kya hota hai keh fajar ki namaz parhi jati hai. fajar ki namaz mein</w:t>
      </w:r>
      <w:r>
        <w:br/>
      </w:r>
      <w:r>
        <w:rPr>
          <w:sz w:val="20"/>
        </w:rPr>
        <w:t>13:43  lambi qirat hoti hai. lambi qirat ka matlab kya hai? lambi qirat matlab hai keh subah ka waqt bohat hi acha waqt hota hai, bohat hi ziyada fresh hota hai.</w:t>
      </w:r>
      <w:r>
        <w:br/>
      </w:r>
      <w:r>
        <w:rPr>
          <w:sz w:val="20"/>
        </w:rPr>
        <w:t>13:55  aadmi jab so kar uthta hai to</w:t>
      </w:r>
      <w:r>
        <w:br/>
      </w:r>
      <w:r>
        <w:rPr>
          <w:sz w:val="20"/>
        </w:rPr>
        <w:t>13:58  to us waqt jab keh aap fresh hote hain, us waqt lambi qirat sunein quran majeed ki aur ziyada se ziyada ghor karein is par.</w:t>
      </w:r>
      <w:r>
        <w:br/>
      </w:r>
      <w:r>
        <w:rPr>
          <w:sz w:val="20"/>
        </w:rPr>
        <w:t>14:07  sunein to ghor karein. jab imam parh raha hota hai quran to is ka matlab nahi keh aap khali bas khade hue hain.</w:t>
      </w:r>
      <w:r>
        <w:br/>
      </w:r>
      <w:r>
        <w:rPr>
          <w:sz w:val="20"/>
        </w:rPr>
        <w:t>14:16  nahi, aap sun rahe hain, ghor kar rahe hain, sun rahe hain, ghor kar rahe hain. yeh hona chahiye.</w:t>
      </w:r>
      <w:r>
        <w:br/>
      </w:r>
      <w:r>
        <w:rPr>
          <w:sz w:val="20"/>
        </w:rPr>
        <w:t>14:22  har haal mein quran jab parha jaye, suna jaye to is ka maqsad hota hai keh is par ghor kiya jaye. ab din aap ne shuru kiya to din bhar aap ne apne aap ko bachaya pani se, khane se.</w:t>
      </w:r>
      <w:r>
        <w:br/>
      </w:r>
      <w:r>
        <w:rPr>
          <w:sz w:val="20"/>
        </w:rPr>
        <w:t>14:41  to har baar aap ko jab pani pyas lagi, jab bhook lagi to aap sochein keh khuda ki kitni bari nemat hai yeh pani aur khana</w:t>
      </w:r>
      <w:r>
        <w:br/>
      </w:r>
      <w:r>
        <w:rPr>
          <w:sz w:val="20"/>
        </w:rPr>
        <w:t>14:52  keh aik waqt mujhe band kar diya gaya khana mera to kitni mujhe mehsoos ho raha hai keh itna ziyada is aik din khaya nahi, aik din pani nahi piya to itna mehsoos ho raha hai bhook ka aur pyas ka itna ziyada ehsaas ho raha hai.</w:t>
      </w:r>
      <w:r>
        <w:br/>
      </w:r>
      <w:r>
        <w:rPr>
          <w:sz w:val="20"/>
        </w:rPr>
        <w:t>15:10  agar barabari na mile khana, barabari na mile pani to kya hoga? is tarah se ramzan ka mahina aap ko akhirat ki yaad dilata hai.</w:t>
      </w:r>
      <w:r>
        <w:br/>
      </w:r>
      <w:r>
        <w:rPr>
          <w:sz w:val="20"/>
        </w:rPr>
        <w:t>15:22  akhirat kyunkeh aap jante hain keh marne ke baad aadmi akhirat ki duniya mein jata hai to wahan yeh duniya, yeh to zameen chhin chuki hogi.</w:t>
      </w:r>
      <w:r>
        <w:br/>
      </w:r>
      <w:r>
        <w:rPr>
          <w:sz w:val="20"/>
        </w:rPr>
        <w:t>15:33  yeh sab jo cheezein duniya mein aap ko hasil hain, woh sab chhin chuke honge. koi bhi aadmi nahi hai jo yeh sab le kar ke wahan jaye. akela wahan jata hai, aadmi akela hi pohanchta hai.</w:t>
      </w:r>
      <w:r>
        <w:br/>
      </w:r>
      <w:r>
        <w:rPr>
          <w:sz w:val="20"/>
        </w:rPr>
        <w:t>15:47  ab jis ne dunya mein aisa kaam nahi kiya tha ke us ko yeh nematein dobara di jayen. dekhiye, akhirat mein aisa hoga ke kuch logon ko yeh nematein dobara aur achhe dhang se di jayengi.</w:t>
      </w:r>
      <w:r>
        <w:br/>
      </w:r>
      <w:r>
        <w:rPr>
          <w:sz w:val="20"/>
        </w:rPr>
        <w:t>16:02  kuch log woh honge jin se yeh nematein chhin jayengi.</w:t>
      </w:r>
      <w:r>
        <w:br/>
      </w:r>
      <w:r>
        <w:rPr>
          <w:sz w:val="20"/>
        </w:rPr>
        <w:t>16:07  yani jinhone dunya mein divine Allah ko follow kiya, Khuda ke hukum par chale, un ko yeh nematein, yeh khana, yeh pani, yeh hawa, yeh sabza, yeh sari cheezein jo hum dekhte hain zameen ke upar, yeh sab dobara aur zyada achhi halat mein di jayengi.</w:t>
      </w:r>
      <w:r>
        <w:br/>
      </w:r>
      <w:r>
        <w:rPr>
          <w:sz w:val="20"/>
        </w:rPr>
        <w:t>16:25  lekin jinhone Khuda ke khilaf kaam kiya, jinhone Khuda ke qanoon ko nahi mana, un se chhin jayengi sab nematein.</w:t>
      </w:r>
      <w:r>
        <w:br/>
      </w:r>
      <w:r>
        <w:rPr>
          <w:sz w:val="20"/>
        </w:rPr>
        <w:t>16:36  to roze mein jab aadmi bhook pyas mein hota hai to woh yaad karta hai ke kaisi ajeeb nemat hai yeh Allah taala ki.</w:t>
      </w:r>
      <w:r>
        <w:br/>
      </w:r>
      <w:r>
        <w:rPr>
          <w:sz w:val="20"/>
        </w:rPr>
        <w:t>16:46  agar main Khuda ke hukum par na chalun, yeh sari nematein chhin jayengi to kya haal hoga mera? is tarah se roza aap ko yaad dilata hai akhirat ki.</w:t>
      </w:r>
      <w:r>
        <w:br/>
      </w:r>
      <w:r>
        <w:rPr>
          <w:sz w:val="20"/>
        </w:rPr>
        <w:t>16:59  roza aap ko yaad dilata hai ke aap kis tarah se apne aap ko Khuda ki pakad se bachayen.</w:t>
      </w:r>
      <w:r>
        <w:br/>
      </w:r>
      <w:r>
        <w:rPr>
          <w:sz w:val="20"/>
        </w:rPr>
        <w:t>17:05  roza aap ko yaad dilata hai kis tarah aap apne aap ko jannat ka mustahiq banayen. yeh sari cheezein is waqt hoti hain jab ke roza rakh kar ke aap aap ka zehn khula hua ho.</w:t>
      </w:r>
      <w:r>
        <w:br/>
      </w:r>
      <w:r>
        <w:rPr>
          <w:sz w:val="20"/>
        </w:rPr>
        <w:t>17:19  aap hamesha sochte rahen, baaton par dhyan dete rahen. is tarah se dekhiye, aap ne fajar ki namaz padhi, phir aap ne zuhr ki namaz padhi, phir aap ne asr ki namaz padhi,</w:t>
      </w:r>
      <w:r>
        <w:br/>
      </w:r>
      <w:r>
        <w:rPr>
          <w:sz w:val="20"/>
        </w:rPr>
        <w:t>17:32  phir maghrib ka waqt aa gaya.</w:t>
      </w:r>
      <w:r>
        <w:br/>
      </w:r>
      <w:r>
        <w:rPr>
          <w:sz w:val="20"/>
        </w:rPr>
        <w:t>17:34  in sari namazon mein aap yaad karte rahe Khuda ko, akhirat ko, Quran ki baaton ko, hadith ki baaton ko.</w:t>
      </w:r>
    </w:p>
    <w:p>
      <w:pPr>
        <w:pStyle w:val="Heading2"/>
      </w:pPr>
      <w:r>
        <w:t>Real stoning of Satan in daily life</w:t>
      </w:r>
    </w:p>
    <w:p>
      <w:r>
        <w:rPr>
          <w:color w:val="666666"/>
          <w:sz w:val="18"/>
        </w:rPr>
        <w:t>The Spirit of Hajj | November 10, 2007 · 5m 04s · at 54:07 · https://youtu.be/lLM-kLIlvdw?t=3247</w:t>
      </w:r>
    </w:p>
    <w:p>
      <w:r>
        <w:rPr>
          <w:i/>
        </w:rPr>
        <w:t>“Jab shaitan ne aap ke andar yeh jazba bhadkaya”</w:t>
      </w:r>
    </w:p>
    <w:p>
      <w:r>
        <w:rPr>
          <w:sz w:val="20"/>
        </w:rPr>
        <w:t>54:07  jab shaitan ne aap ke andar yeh jazba bharkaya ke tumhare paas paisa hai, chalo bari car kharidte</w:t>
      </w:r>
      <w:r>
        <w:br/>
      </w:r>
      <w:r>
        <w:rPr>
          <w:sz w:val="20"/>
        </w:rPr>
        <w:t>54:11  hain, chalo naya model lete hain, to wahan par shaitan ne aap ko aksaya.</w:t>
      </w:r>
      <w:r>
        <w:br/>
      </w:r>
      <w:r>
        <w:rPr>
          <w:sz w:val="20"/>
        </w:rPr>
        <w:t>54:14  shaitan aap ke andar dakhil ho gaya.</w:t>
      </w:r>
      <w:r>
        <w:br/>
      </w:r>
      <w:r>
        <w:rPr>
          <w:sz w:val="20"/>
        </w:rPr>
        <w:t>54:18  wahan par konkri mariye.</w:t>
      </w:r>
      <w:r>
        <w:br/>
      </w:r>
      <w:r>
        <w:rPr>
          <w:sz w:val="20"/>
        </w:rPr>
        <w:t>54:22  wahan shaitan ko bhagaiye.</w:t>
      </w:r>
      <w:r>
        <w:br/>
      </w:r>
      <w:r>
        <w:rPr>
          <w:sz w:val="20"/>
        </w:rPr>
        <w:t>54:26  khuda se madad mangiye.</w:t>
      </w:r>
      <w:r>
        <w:br/>
      </w:r>
      <w:r>
        <w:rPr>
          <w:sz w:val="20"/>
        </w:rPr>
        <w:t>54:30  khuda ki madad se aap is shaitan ko bhaga sakte hain. yeh kijiye.</w:t>
      </w:r>
      <w:r>
        <w:br/>
      </w:r>
      <w:r>
        <w:rPr>
          <w:sz w:val="20"/>
        </w:rPr>
        <w:t>54:33  is tarah se</w:t>
      </w:r>
      <w:r>
        <w:br/>
      </w:r>
      <w:r>
        <w:rPr>
          <w:sz w:val="20"/>
        </w:rPr>
        <w:t>54:37  kisi ne aap ko provoke kar diya.</w:t>
      </w:r>
      <w:r>
        <w:br/>
      </w:r>
      <w:r>
        <w:rPr>
          <w:sz w:val="20"/>
        </w:rPr>
        <w:t>54:40  kisi ne aap ko kuch ghussa dila diya.</w:t>
      </w:r>
      <w:r>
        <w:br/>
      </w:r>
      <w:r>
        <w:rPr>
          <w:sz w:val="20"/>
        </w:rPr>
        <w:t>54:43  ab shaitan foran, instantly aa jayega aap ke andar.</w:t>
      </w:r>
      <w:r>
        <w:br/>
      </w:r>
      <w:r>
        <w:rPr>
          <w:sz w:val="20"/>
        </w:rPr>
        <w:t>54:45  aur bharkayega aap ke ghusse ko.</w:t>
      </w:r>
      <w:r>
        <w:br/>
      </w:r>
      <w:r>
        <w:rPr>
          <w:sz w:val="20"/>
        </w:rPr>
        <w:t>54:48  ise badla lena hai, isko lesson sikhana hai.</w:t>
      </w:r>
      <w:r>
        <w:br/>
      </w:r>
      <w:r>
        <w:rPr>
          <w:sz w:val="20"/>
        </w:rPr>
        <w:t>54:51  i will teach you my lesson.</w:t>
      </w:r>
      <w:r>
        <w:br/>
      </w:r>
      <w:r>
        <w:rPr>
          <w:sz w:val="20"/>
        </w:rPr>
        <w:t>54:54  yeh jazba shaitan daal deta hai aap ke andar.</w:t>
      </w:r>
      <w:r>
        <w:br/>
      </w:r>
      <w:r>
        <w:rPr>
          <w:sz w:val="20"/>
        </w:rPr>
        <w:t>54:56  wahan par shaitan ko konkri marna hai aap ko.</w:t>
      </w:r>
      <w:r>
        <w:br/>
      </w:r>
      <w:r>
        <w:rPr>
          <w:sz w:val="20"/>
        </w:rPr>
        <w:t>54:59  to bhago yahan se.</w:t>
      </w:r>
      <w:r>
        <w:br/>
      </w:r>
      <w:r>
        <w:rPr>
          <w:sz w:val="20"/>
        </w:rPr>
        <w:t>55:02  main is ko maaf karunga.</w:t>
      </w:r>
      <w:r>
        <w:br/>
      </w:r>
      <w:r>
        <w:rPr>
          <w:sz w:val="20"/>
        </w:rPr>
        <w:t>55:04  main is ko for</w:t>
      </w:r>
      <w:r>
        <w:br/>
      </w:r>
      <w:r>
        <w:rPr>
          <w:sz w:val="20"/>
        </w:rPr>
        <w:t>55:07  give karunga.</w:t>
      </w:r>
      <w:r>
        <w:br/>
      </w:r>
      <w:r>
        <w:rPr>
          <w:sz w:val="20"/>
        </w:rPr>
        <w:t>55:13  kyun ke is par mujhe bohat bara reward milega.</w:t>
      </w:r>
      <w:r>
        <w:br/>
      </w:r>
      <w:r>
        <w:rPr>
          <w:sz w:val="20"/>
        </w:rPr>
        <w:t>55:20  yani jab shaitan aisa kare ke kisi ke, kisi ke kisi, yani bure rawaiye par ghussa aa jaye</w:t>
      </w:r>
      <w:r>
        <w:br/>
      </w:r>
      <w:r>
        <w:rPr>
          <w:sz w:val="20"/>
        </w:rPr>
        <w:t>55:26  aap ke andar, aur us waqt shaitan bharkaye aap ko, aur ghusse ko barhaye, is ko chahe ke</w:t>
      </w:r>
      <w:r>
        <w:br/>
      </w:r>
      <w:r>
        <w:rPr>
          <w:sz w:val="20"/>
        </w:rPr>
        <w:t>55:32  revenge lene ke liye main khada ho jaun, to samjhiye ke shaitan ghus aaya hai.</w:t>
      </w:r>
      <w:r>
        <w:br/>
      </w:r>
      <w:r>
        <w:rPr>
          <w:sz w:val="20"/>
        </w:rPr>
        <w:t>55:38  shaitan ko bhagaiye.</w:t>
      </w:r>
      <w:r>
        <w:br/>
      </w:r>
      <w:r>
        <w:rPr>
          <w:sz w:val="20"/>
        </w:rPr>
        <w:t>55:42  ise kankri mariye.</w:t>
      </w:r>
      <w:r>
        <w:br/>
      </w:r>
      <w:r>
        <w:rPr>
          <w:sz w:val="20"/>
        </w:rPr>
        <w:t>55:46  kankri marna kya hai? aap apne mind ko active kijiye.</w:t>
      </w:r>
      <w:r>
        <w:br/>
      </w:r>
      <w:r>
        <w:rPr>
          <w:sz w:val="20"/>
        </w:rPr>
        <w:t>55:50  sochne lagie ke nahi, main ghusa, ghuse ko control karunga.</w:t>
      </w:r>
      <w:r>
        <w:br/>
      </w:r>
      <w:r>
        <w:rPr>
          <w:sz w:val="20"/>
        </w:rPr>
        <w:t>55:53  main revenge nahi lunga.</w:t>
      </w:r>
      <w:r>
        <w:br/>
      </w:r>
      <w:r>
        <w:rPr>
          <w:sz w:val="20"/>
        </w:rPr>
        <w:t>55:57  kyun? is liye ke agar maine aisa kiya to mujhe khuda bohat bara inaam dega.</w:t>
      </w:r>
      <w:r>
        <w:br/>
      </w:r>
      <w:r>
        <w:rPr>
          <w:sz w:val="20"/>
        </w:rPr>
        <w:t>56:01  to asal ram yahan par hai.</w:t>
      </w:r>
      <w:r>
        <w:br/>
      </w:r>
      <w:r>
        <w:rPr>
          <w:sz w:val="20"/>
        </w:rPr>
        <w:t>56:05  wo jo aap ne ram ki thi</w:t>
      </w:r>
      <w:r>
        <w:br/>
      </w:r>
      <w:r>
        <w:rPr>
          <w:sz w:val="20"/>
        </w:rPr>
        <w:t>56:08  hajj mein, wo symbolic rami thi.</w:t>
      </w:r>
      <w:r>
        <w:br/>
      </w:r>
      <w:r>
        <w:rPr>
          <w:sz w:val="20"/>
        </w:rPr>
        <w:t>56:13  wo symbolic stoning thi.</w:t>
      </w:r>
      <w:r>
        <w:br/>
      </w:r>
      <w:r>
        <w:rPr>
          <w:sz w:val="20"/>
        </w:rPr>
        <w:t>56:17  real stoning to aap ko apni zindagi mein karna hai. rozana.</w:t>
      </w:r>
      <w:r>
        <w:br/>
      </w:r>
      <w:r>
        <w:rPr>
          <w:sz w:val="20"/>
        </w:rPr>
        <w:t>56:21  rozana karna hai.</w:t>
      </w:r>
      <w:r>
        <w:br/>
      </w:r>
      <w:r>
        <w:rPr>
          <w:sz w:val="20"/>
        </w:rPr>
        <w:t>56:26  jab aap ke andar nafrat ka jazba bharke to wahan aap ko ram karna hai.</w:t>
      </w:r>
      <w:r>
        <w:br/>
      </w:r>
      <w:r>
        <w:rPr>
          <w:sz w:val="20"/>
        </w:rPr>
        <w:t>56:30  jab aap ke andar ghusa bharke to wahan aap ko ram karna hai.</w:t>
      </w:r>
      <w:r>
        <w:br/>
      </w:r>
      <w:r>
        <w:rPr>
          <w:sz w:val="20"/>
        </w:rPr>
        <w:t>56:34  jab aap ke andar interest bharke to wahan aap ko ram karna hai. jab</w:t>
      </w:r>
      <w:r>
        <w:br/>
      </w:r>
      <w:r>
        <w:rPr>
          <w:sz w:val="20"/>
        </w:rPr>
        <w:t>56:39  aap ko aisi cheezein dil mein paida kare shaitan ke aap paisa ko waste karein, time ko waste</w:t>
      </w:r>
      <w:r>
        <w:br/>
      </w:r>
      <w:r>
        <w:rPr>
          <w:sz w:val="20"/>
        </w:rPr>
        <w:t>56:45  karein, jhoote takallufon, jhoote takallufat mein apne aap ko zaya karein, to wahan par ram karne ka waqt aa gaya.</w:t>
      </w:r>
      <w:r>
        <w:br/>
      </w:r>
      <w:r>
        <w:rPr>
          <w:sz w:val="20"/>
        </w:rPr>
        <w:t>56:51  jab yeh aap ke andar jazba ubhre ke mujhe ab dunya ko acha banana hai, doosron se acha</w:t>
      </w:r>
      <w:r>
        <w:br/>
      </w:r>
      <w:r>
        <w:rPr>
          <w:sz w:val="20"/>
        </w:rPr>
        <w:t>56:57  mustaqbil banana hai, aur akhirat bhool jayein.</w:t>
      </w:r>
      <w:r>
        <w:br/>
      </w:r>
      <w:r>
        <w:rPr>
          <w:sz w:val="20"/>
        </w:rPr>
        <w:t>57:03  jab akhirat ko</w:t>
      </w:r>
      <w:r>
        <w:br/>
      </w:r>
      <w:r>
        <w:rPr>
          <w:sz w:val="20"/>
        </w:rPr>
        <w:t>57:09  bhool kar ke aap dunya mein lagne lagein to wahan par aap ko shaitan ko ram karne ka</w:t>
      </w:r>
      <w:r>
        <w:br/>
      </w:r>
      <w:r>
        <w:rPr>
          <w:sz w:val="20"/>
        </w:rPr>
        <w:t>57:13  waqt aa gaya.</w:t>
      </w:r>
      <w:r>
        <w:br/>
      </w:r>
      <w:r>
        <w:rPr>
          <w:sz w:val="20"/>
        </w:rPr>
        <w:t>57:18  jab khuda ke aage surrender karna aur khuda ke liye itraf karna, ya aap bhool rahe hon aur</w:t>
      </w:r>
      <w:r>
        <w:br/>
      </w:r>
      <w:r>
        <w:rPr>
          <w:sz w:val="20"/>
        </w:rPr>
        <w:t>57:22  aap be-itrafi ki taraf jaane lagein, yani acknowledge na karein kisi ka aur itraf na karein kisi</w:t>
      </w:r>
      <w:r>
        <w:br/>
      </w:r>
      <w:r>
        <w:rPr>
          <w:sz w:val="20"/>
        </w:rPr>
        <w:t>57:27  ka, to wahan shaitan ghusa hai aap ke andar.</w:t>
      </w:r>
      <w:r>
        <w:br/>
      </w:r>
      <w:r>
        <w:rPr>
          <w:sz w:val="20"/>
        </w:rPr>
        <w:t>57:32  to wahan ab aap ko ko kankri marna hai.</w:t>
      </w:r>
      <w:r>
        <w:br/>
      </w:r>
      <w:r>
        <w:rPr>
          <w:sz w:val="20"/>
        </w:rPr>
        <w:t>57:36  shaitan ko bhagana hai.</w:t>
      </w:r>
      <w:r>
        <w:br/>
      </w:r>
      <w:r>
        <w:rPr>
          <w:sz w:val="20"/>
        </w:rPr>
        <w:t>57:41  to apne mind ko active rakhna hai, tab aap shaitan ko rami kar painge.</w:t>
      </w:r>
      <w:r>
        <w:br/>
      </w:r>
      <w:r>
        <w:rPr>
          <w:sz w:val="20"/>
        </w:rPr>
        <w:t>57:45  wahan to aap ne hath ko josh di aur kankri ja ke lag gayi shaitan ko.</w:t>
      </w:r>
      <w:r>
        <w:br/>
      </w:r>
      <w:r>
        <w:rPr>
          <w:sz w:val="20"/>
        </w:rPr>
        <w:t>57:49  yahan aap ne mind ko active karna hai.</w:t>
      </w:r>
      <w:r>
        <w:br/>
      </w:r>
      <w:r>
        <w:rPr>
          <w:sz w:val="20"/>
        </w:rPr>
        <w:t>57:54  apni soch ko active karna hai.</w:t>
      </w:r>
      <w:r>
        <w:br/>
      </w:r>
      <w:r>
        <w:rPr>
          <w:sz w:val="20"/>
        </w:rPr>
        <w:t>57:58  yahan par intellectual awakening ke zariye aap shaitan ko bhaga sakte hain apne andar se.</w:t>
      </w:r>
      <w:r>
        <w:br/>
      </w:r>
      <w:r>
        <w:rPr>
          <w:sz w:val="20"/>
        </w:rPr>
        <w:t>58:02  yeh hai asli haj.</w:t>
      </w:r>
      <w:r>
        <w:br/>
      </w:r>
      <w:r>
        <w:rPr>
          <w:sz w:val="20"/>
        </w:rPr>
        <w:t>58:07  ke symbolic stoning ko aap</w:t>
      </w:r>
      <w:r>
        <w:br/>
      </w:r>
      <w:r>
        <w:rPr>
          <w:sz w:val="20"/>
        </w:rPr>
        <w:t>58:11  real stoning banayein.</w:t>
      </w:r>
      <w:r>
        <w:br/>
      </w:r>
      <w:r>
        <w:rPr>
          <w:sz w:val="20"/>
        </w:rPr>
        <w:t>58:15  aur woh aap ko apni daily life mein banana hai.</w:t>
      </w:r>
      <w:r>
        <w:br/>
      </w:r>
      <w:r>
        <w:rPr>
          <w:sz w:val="20"/>
        </w:rPr>
        <w:t>58:19  daily life mein.</w:t>
      </w:r>
      <w:r>
        <w:br/>
      </w:r>
      <w:r>
        <w:rPr>
          <w:sz w:val="20"/>
        </w:rPr>
        <w:t>58:24  symbolic tor par aap ne ehram bandha.</w:t>
      </w:r>
      <w:r>
        <w:br/>
      </w:r>
      <w:r>
        <w:rPr>
          <w:sz w:val="20"/>
        </w:rPr>
        <w:t>58:28  isko daily life mein aap is tarah banayein ke aap apni life ko saada kar lein.</w:t>
      </w:r>
      <w:r>
        <w:br/>
      </w:r>
      <w:r>
        <w:rPr>
          <w:sz w:val="20"/>
        </w:rPr>
        <w:t>58:32  to achi tarah samajh lijiye ke haj ka ek shakal hai ke isko, isko masail ke</w:t>
      </w:r>
      <w:r>
        <w:br/>
      </w:r>
      <w:r>
        <w:rPr>
          <w:sz w:val="20"/>
        </w:rPr>
        <w:t>58:37  aitbar se ada kiya jaye. Lekin asli</w:t>
      </w:r>
      <w:r>
        <w:br/>
      </w:r>
      <w:r>
        <w:rPr>
          <w:sz w:val="20"/>
        </w:rPr>
        <w:t>58:41  hajj yeh hai ke aap us ki spirit ke aitbar se ada karein. aur spirit poori zindagi mein chha jaye. hajj ki spirit aap ki poori zindagi mein shamil ho jaye. aqool qawli hadha wastaghfirullah alaikum ajmaeen.</w:t>
      </w:r>
    </w:p>
    <w:p>
      <w:pPr>
        <w:pStyle w:val="Heading2"/>
      </w:pPr>
      <w:r>
        <w:t>Story of Hajar teaches trust in God</w:t>
      </w:r>
    </w:p>
    <w:p>
      <w:r>
        <w:rPr>
          <w:color w:val="666666"/>
          <w:sz w:val="18"/>
        </w:rPr>
        <w:t>The Pilgrimage of Hajj | Maulana Wahiduddin Khan · 6m 06s · at 15:05 · https://youtu.be/LrI5xzFpjCs?t=905</w:t>
      </w:r>
    </w:p>
    <w:p>
      <w:r>
        <w:rPr>
          <w:i/>
        </w:rPr>
        <w:t>“Yeh kaisa ajeeb-o-ghareeb waqea tha yeh”</w:t>
      </w:r>
    </w:p>
    <w:p>
      <w:r>
        <w:rPr>
          <w:sz w:val="20"/>
        </w:rPr>
        <w:t>15:05  yeh kaisa ajeeb o ghareeb waqea tha yeh. jab pani jaldi khatm ho gaya, us ke baad haajra nikli pani ki talash mein. to do pahadiyan jo thin, safa aur marwah, us ke darmiyan daudin woh saat baar ke kahin pani mil jaye. to pani nahin mila. aakhir kar woh lotin. dekhein bachche ka kya haal hai. jab woh bachche ke paas aayin to wahan par</w:t>
      </w:r>
      <w:r>
        <w:br/>
      </w:r>
      <w:r>
        <w:rPr>
          <w:sz w:val="20"/>
        </w:rPr>
        <w:t>15:36  kya hua? allah ki madad aa gayi. wahan farishta aaya aur us ne wahan ek thokar mari aur pani ka chashma zameen se nikal aaya. isi ko hum zamzam kehte hain aaj. hazaron saal se yeh zamzam ka pani wahan par nikal raha hai aur saare logon ko sairab kar raha hai. to is tarah jab haji safa aur marwah ke darmiyan daudta hai</w:t>
      </w:r>
      <w:r>
        <w:br/>
      </w:r>
      <w:r>
        <w:rPr>
          <w:sz w:val="20"/>
        </w:rPr>
        <w:t>16:06  to goya ke is tareekh se apne ko joड़ raha hai jo haajra ki zabaanein bani thin. aur phir yeh apne zehn mein is baat ko taza karta hai ke agar main allah ki raah mein doड़ dhop karoon, struggle karoon to aeen mumkin hai khuda mere liye bhi registaan mein pani jari kar de. mere manfi halaat ko musbat halaat bana de. meri mushkilat ko aasan mein tabdeel kar de.</w:t>
      </w:r>
      <w:r>
        <w:br/>
      </w:r>
      <w:r>
        <w:rPr>
          <w:sz w:val="20"/>
        </w:rPr>
        <w:t>16:37  kyun ke allah taala ki madad hamesha aati hai. aisa nahin ke madad repeat na ho. to safa aur marwah ke darmiyan jo daud hai woh koi rasam nahin hai. woh rasam nahin, woh ek tareekh ka, ek tareekh ka aada hai. aur tareekh ka aada is sense mein ke wahan par aap dono dono ke darmiyan seh kar ke ya daud kar ke is yaqeen ko</w:t>
      </w:r>
      <w:r>
        <w:br/>
      </w:r>
      <w:r>
        <w:rPr>
          <w:sz w:val="20"/>
        </w:rPr>
        <w:t>17:07  late hain apne dil mein ke aaj bhi khuda isi tarah zinda hai jis tarah woh pehle zinda tha. aaj bhi khuda isi tarah qadir hai jis tarah woh pehle qadir tha. to khuda ke bharose par mujhe deeni zindagi ikhtiyar karna hai. aur aaj bhi yeh mumkin hai ke khuda registaanon mein pani ke chashme jari kar de. aaj bhi yeh mumkin hai ke khuda mushkilat mein aasani ke darya baha de.</w:t>
      </w:r>
      <w:r>
        <w:br/>
      </w:r>
      <w:r>
        <w:rPr>
          <w:sz w:val="20"/>
        </w:rPr>
        <w:t>17:38  to yeh hai safa aur marwah ke darmiyan side. phir dekhiye, yahan mein ek yaad dila doon, bohat lambi ek riwayat aayi hai bukhari mein is mamle mein. bohat hi woh, yaani bohat hi ajeeb riwayat hai ke kis tarah hazrat ibrahim ne wahan chhoda, kis tarah</w:t>
      </w:r>
      <w:r>
        <w:br/>
      </w:r>
      <w:r>
        <w:rPr>
          <w:sz w:val="20"/>
        </w:rPr>
        <w:t>18:09  kya kya hua, is par bohat tafseeli riwayat hai is mein. to is mein yeh hai ke hazrat ibrahim jab haajra ko aur chhote bachche ko chhod kar jaane lage to haajra ne poocha ke aap hum ko yahan chhod kar chale ja rahe hain? kya karenge hum? kaise? kya hoga? kai baar unhon ne poocha lekin hazrat ibrahim ne koi jawab nahin diya. aakhir mein haajra ne kaha: "kya allah ne aap ko aisa karne ka hukum diya hai?"</w:t>
      </w:r>
      <w:r>
        <w:br/>
      </w:r>
      <w:r>
        <w:rPr>
          <w:sz w:val="20"/>
        </w:rPr>
        <w:t>18:40  to hazrat ibrahim ne kaha ke haan. to is is khatoon ne is khatoon ne kaha ke phir khuda hum ko zaya nahin karega. p</w:t>
      </w:r>
      <w:r>
        <w:br/>
      </w:r>
      <w:r>
        <w:rPr>
          <w:sz w:val="20"/>
        </w:rPr>
        <w:t>19:10  har khuda hum ko zaya nahin karega. is ka matlab kya hua? is ka matlab yeh hua ke jab khuda ke hukum, ek hukum ko le kar khuda ke ek hukum ki pabandi mein hum ek kaam karen to hamein peshgi yeh yaqeen rakhna chahiye apne seene mein ke khuda hum ko zaya karne wala nahin. khuda ko hum ko helpless chhodne wala nahin. hum ko khuda be madadgar chhodne wala nahin. jaisa ke haajra ke sath hua.</w:t>
      </w:r>
      <w:r>
        <w:br/>
      </w:r>
      <w:r>
        <w:rPr>
          <w:sz w:val="20"/>
        </w:rPr>
        <w:t>19:40  yaani haajra ne jo yeh kaha ke khuda hum ko zaya nahin karega. ab aaj dekhiye ke woh jagah jahan registaan hua karta tha, aaj wahan ek gulzar hai. aaj wahan makkah hai aur azeem shaan wahan par abadiyan hain aur daulat ka anbaar hai. har qism ki aasaniyan hain wahan. to is khuda ki bandi ne jo kaha tha: "khuda hum ko zaya nahin karega" to is ka namoona jis ko dekhna ho, ja kar makkah mein dekh le. aali shaan imaratein, aali sh</w:t>
      </w:r>
      <w:r>
        <w:br/>
      </w:r>
      <w:r>
        <w:rPr>
          <w:sz w:val="20"/>
        </w:rPr>
        <w:t>20:10  aan yaani wahan ka jo riyaz ka aur jeddah ka jo airport hai, woh america aur europe se bhi zyada shandar hai. to yeh hai ke khuda hum ko phir zaya nahin karega. to wahan par jab ja kar aadmi saaye karta hai to usi tareekh ko le kar woh apne andar is yaqeen ko bathata hai ke</w:t>
      </w:r>
      <w:r>
        <w:br/>
      </w:r>
      <w:r>
        <w:rPr>
          <w:sz w:val="20"/>
        </w:rPr>
        <w:t>20:41  jab khuda aik aik cheez ka hukum de to mujhe us pe chal padna hai. is yaqeen ke sath ke khuda aisa nahi kar sakta ke hum ko akela chhod de. woh hamare sath rahega jaisa ke us ne hajra ko, ismail ko aur ibrahim ko akela nahi chhodha. to yahan par kya tha? yahan par yeh tha ke hazrat ibrahim ke zariye aur ismail aur hajra ke zariye se aik nasal banai gai. is nasal ko banane mein dhai hazar sal la</w:t>
      </w:r>
    </w:p>
    <w:p>
      <w:pPr>
        <w:pStyle w:val="Heading2"/>
      </w:pPr>
      <w:r>
        <w:t>the real-life criterion for judging whether prayer is genuine</w:t>
      </w:r>
    </w:p>
    <w:p>
      <w:r>
        <w:rPr>
          <w:color w:val="666666"/>
          <w:sz w:val="18"/>
        </w:rPr>
        <w:t>Islamic Prayer (English) February 27, 2007 · 4m 06s · at 28:41 · https://youtu.be/7G6Wa2IGSwE?t=1721</w:t>
      </w:r>
    </w:p>
    <w:p>
      <w:r>
        <w:rPr>
          <w:i/>
        </w:rPr>
        <w:t>“Prayer keeps away from indecency and evil.”</w:t>
      </w:r>
    </w:p>
    <w:p>
      <w:r>
        <w:rPr>
          <w:sz w:val="20"/>
        </w:rPr>
        <w:t>28:41  There is a verse in the Qur'an,</w:t>
      </w:r>
      <w:r>
        <w:br/>
      </w:r>
      <w:r>
        <w:rPr>
          <w:sz w:val="20"/>
        </w:rPr>
        <w:t>28:47  Inna al-salata tanha an al-fahsha'i wa al-munkar It means that</w:t>
      </w:r>
      <w:r>
        <w:br/>
      </w:r>
      <w:r>
        <w:rPr>
          <w:sz w:val="20"/>
        </w:rPr>
        <w:t>28:58  a prayer keeps away from indecency and evil.</w:t>
      </w:r>
      <w:r>
        <w:br/>
      </w:r>
      <w:r>
        <w:rPr>
          <w:sz w:val="20"/>
        </w:rPr>
        <w:t>29:06  Inna al-salata tanha an al-fahsha'i wa al-munkar A prayer keeps away from indecency and evil.</w:t>
      </w:r>
      <w:r>
        <w:br/>
      </w:r>
      <w:r>
        <w:rPr>
          <w:sz w:val="20"/>
        </w:rPr>
        <w:t>29:25  It is not an automatic result of Salat.</w:t>
      </w:r>
      <w:r>
        <w:br/>
      </w:r>
      <w:r>
        <w:rPr>
          <w:sz w:val="20"/>
        </w:rPr>
        <w:t>29:33  No.</w:t>
      </w:r>
      <w:r>
        <w:br/>
      </w:r>
      <w:r>
        <w:rPr>
          <w:sz w:val="20"/>
        </w:rPr>
        <w:t>29:35  This verse gives us a criterion to judge the purity of Salat.</w:t>
      </w:r>
      <w:r>
        <w:br/>
      </w:r>
      <w:r>
        <w:rPr>
          <w:sz w:val="20"/>
        </w:rPr>
        <w:t>29:48  So this verse, Inna al-salata tanha an al-fahsha'i wa al-munkar</w:t>
      </w:r>
      <w:r>
        <w:br/>
      </w:r>
      <w:r>
        <w:rPr>
          <w:sz w:val="20"/>
        </w:rPr>
        <w:t>29:56  is not in the sense that this quality is an automatic result</w:t>
      </w:r>
      <w:r>
        <w:br/>
      </w:r>
      <w:r>
        <w:rPr>
          <w:sz w:val="20"/>
        </w:rPr>
        <w:t>30:03  . This quality comes as an automatic result of Salat. No. It is a criterion. By this criterion, you can judge</w:t>
      </w:r>
      <w:r>
        <w:br/>
      </w:r>
      <w:r>
        <w:rPr>
          <w:sz w:val="20"/>
        </w:rPr>
        <w:t>30:18  every person's Salat.</w:t>
      </w:r>
      <w:r>
        <w:br/>
      </w:r>
      <w:r>
        <w:rPr>
          <w:sz w:val="20"/>
        </w:rPr>
        <w:t>30:23  A prayer keeps away from indecency and evil.</w:t>
      </w:r>
      <w:r>
        <w:br/>
      </w:r>
      <w:r>
        <w:rPr>
          <w:sz w:val="20"/>
        </w:rPr>
        <w:t>30:31  So</w:t>
      </w:r>
      <w:r>
        <w:br/>
      </w:r>
      <w:r>
        <w:rPr>
          <w:sz w:val="20"/>
        </w:rPr>
        <w:t>30:35  you have to see, after Salat, one who performs Salat in the mosque and then he—then he returns to his society, to his home, to his market.</w:t>
      </w:r>
      <w:r>
        <w:br/>
      </w:r>
      <w:r>
        <w:rPr>
          <w:sz w:val="20"/>
        </w:rPr>
        <w:t>30:59  So you have to judge his Salat by this criterion. If he</w:t>
      </w:r>
      <w:r>
        <w:br/>
      </w:r>
      <w:r>
        <w:rPr>
          <w:sz w:val="20"/>
        </w:rPr>
        <w:t>31:09  lives as a</w:t>
      </w:r>
      <w:r>
        <w:br/>
      </w:r>
      <w:r>
        <w:rPr>
          <w:sz w:val="20"/>
        </w:rPr>
        <w:t>31:18  person who keeps himself away from evil or indecency,</w:t>
      </w:r>
      <w:r>
        <w:br/>
      </w:r>
      <w:r>
        <w:rPr>
          <w:sz w:val="20"/>
        </w:rPr>
        <w:t>31:28  who is living as a responsible person, who is living in the society as a God-fearing person, then he has performed this Salat in true sense</w:t>
      </w:r>
      <w:r>
        <w:br/>
      </w:r>
      <w:r>
        <w:rPr>
          <w:sz w:val="20"/>
        </w:rPr>
        <w:t>31:48  of the word. So this is the criterion. If this criterion is not fulfilled, then the Prophet of Islam says about that kind of people, Irji' fa-salli fa-innaka lam tusal Go back and perform your Salat again.</w:t>
      </w:r>
      <w:r>
        <w:br/>
      </w:r>
      <w:r>
        <w:rPr>
          <w:sz w:val="20"/>
        </w:rPr>
        <w:t>32:16  Because you failed to perform your salat in true sense of the word.</w:t>
      </w:r>
      <w:r>
        <w:br/>
      </w:r>
      <w:r>
        <w:rPr>
          <w:sz w:val="20"/>
        </w:rPr>
        <w:t>32:25  So this is the</w:t>
      </w:r>
      <w:r>
        <w:br/>
      </w:r>
      <w:r>
        <w:rPr>
          <w:sz w:val="20"/>
        </w:rPr>
        <w:t>32:30  true picture of salat. This is the true picture of prayer. The true picture of islamic prayer.</w:t>
      </w:r>
      <w:r>
        <w:br/>
      </w:r>
      <w:r>
        <w:rPr>
          <w:sz w:val="20"/>
        </w:rPr>
        <w:t>32:38  Islamic prayer is not simply a ritual,</w:t>
      </w:r>
    </w:p>
    <w:p>
      <w:pPr>
        <w:pStyle w:val="Heading2"/>
      </w:pPr>
      <w:r>
        <w:t>Prayer as spirit not circus: a story and its lesson</w:t>
      </w:r>
    </w:p>
    <w:p>
      <w:r>
        <w:rPr>
          <w:color w:val="666666"/>
          <w:sz w:val="18"/>
        </w:rPr>
        <w:t>Islam mein Fiqhi Ikhtelaf (Jurisprudential Disagreement in Islam) Maulana Wahiddudin Khan · 3m 43s · at 18:02 · https://youtu.be/8S3yyG9KYOE?t=1082</w:t>
      </w:r>
    </w:p>
    <w:p>
      <w:r>
        <w:rPr>
          <w:i/>
        </w:rPr>
        <w:t>“Prayer is not a circus, it's a spirited act”</w:t>
      </w:r>
    </w:p>
    <w:p>
      <w:r>
        <w:rPr>
          <w:sz w:val="20"/>
        </w:rPr>
        <w:t>18:02  namaz circus nahi hai ke bilkul aise ek dam ek set pattern hai, us ko dohra do. namaz ek spirited kaam ka naam hai, ek spirit se namaz parhta hai aadmi.</w:t>
      </w:r>
      <w:r>
        <w:br/>
      </w:r>
      <w:r>
        <w:rPr>
          <w:sz w:val="20"/>
        </w:rPr>
        <w:t>18:16  to difference to aayega is mein,</w:t>
      </w:r>
      <w:r>
        <w:br/>
      </w:r>
      <w:r>
        <w:rPr>
          <w:sz w:val="20"/>
        </w:rPr>
        <w:t>18:21  ab difference to aayega.</w:t>
      </w:r>
      <w:r>
        <w:br/>
      </w:r>
      <w:r>
        <w:rPr>
          <w:sz w:val="20"/>
        </w:rPr>
        <w:t>18:22  yani aap ki bohat ziyada dosti kisi se hai, woh aap ka bohat ziyada friend hai, to kya yeh possible hai ke aap aik banayein, aik aik aik woh aik tareeqa banayein ke dost se milne ka tareeqa aik paper par likhein ke dost se milne ka tareeqa?</w:t>
      </w:r>
      <w:r>
        <w:br/>
      </w:r>
      <w:r>
        <w:rPr>
          <w:sz w:val="20"/>
        </w:rPr>
        <w:t>18:39  ab yeh kahein ke jab mile to haath yun uthao aur phir haath yun barhao, phir aik qadam aage barhao, aik qadam peechay hatao, phir us se poocho ke chaye piyoge, pani piyoge?</w:t>
      </w:r>
      <w:r>
        <w:br/>
      </w:r>
      <w:r>
        <w:rPr>
          <w:sz w:val="20"/>
        </w:rPr>
        <w:t>18:48  aisa kya chal sakta hai? kya dost se milne ka aisa koi method chal sakta hai? dost se milna bilkul aik spirit ke tehat hota hai, is mein differences zaroor aayenge.</w:t>
      </w:r>
      <w:r>
        <w:br/>
      </w:r>
      <w:r>
        <w:rPr>
          <w:sz w:val="20"/>
        </w:rPr>
        <w:t>19:00  aik baar alag tarah se milenge, doosri baar alag tarah se milenge. aap chunancha mein aik misaal deta hoon aap ko.</w:t>
      </w:r>
      <w:r>
        <w:br/>
      </w:r>
      <w:r>
        <w:rPr>
          <w:sz w:val="20"/>
        </w:rPr>
        <w:t>19:07  rasool Allah ke zamanay mein aik baar aisa hua ke aap namaz parha rahe thay. to aap jante hain ke "rabbana lakal hamd" parha jata hai jab aadmi khara hota hai.</w:t>
      </w:r>
      <w:r>
        <w:br/>
      </w:r>
      <w:r>
        <w:rPr>
          <w:sz w:val="20"/>
        </w:rPr>
        <w:t>19:18  rukoo ke baad, rukoo ke baad jab khara hota hai to kaha jata hai ke "rabbana lakal hamd". yeh sab log jante hain.</w:t>
      </w:r>
      <w:r>
        <w:br/>
      </w:r>
      <w:r>
        <w:rPr>
          <w:sz w:val="20"/>
        </w:rPr>
        <w:t>19:26  to wahan kya hua ke jab rasool Allah khare hue rukoo ke baad to aik shakhs ki zuban se nikla "rabbana lakal hamd hamdan kasiran tayyiban mubarakan feeh".</w:t>
      </w:r>
      <w:r>
        <w:br/>
      </w:r>
      <w:r>
        <w:rPr>
          <w:sz w:val="20"/>
        </w:rPr>
        <w:t>19:42  yani jo jo aam taur par parha jata tha, woh to tha "rabbana lakal hamd". woh keh pada ke "rabbana lakal hamd hamdan kasiran tayyiban mubarakan feeh".</w:t>
      </w:r>
      <w:r>
        <w:br/>
      </w:r>
      <w:r>
        <w:rPr>
          <w:sz w:val="20"/>
        </w:rPr>
        <w:t>19:54  ab kya hua</w:t>
      </w:r>
      <w:r>
        <w:br/>
      </w:r>
      <w:r>
        <w:rPr>
          <w:sz w:val="20"/>
        </w:rPr>
        <w:t>19:55  ? namaz khatam jab hui to rasool Allah ne poocha ke kis ne aisa kaha tha? woh aadmi dar gaya ke shayad mein ne koi ghalti ki hai.</w:t>
      </w:r>
      <w:r>
        <w:br/>
      </w:r>
      <w:r>
        <w:rPr>
          <w:sz w:val="20"/>
        </w:rPr>
        <w:t>20:06  dar ki wajah se woh bol nahi raha tha. to aap ne farmaya ke darne ki koi baat nahi hai, batao. to aik aadmi khara hua, unhon ne kaha mein ne kaha tha aisa.</w:t>
      </w:r>
      <w:r>
        <w:br/>
      </w:r>
      <w:r>
        <w:rPr>
          <w:sz w:val="20"/>
        </w:rPr>
        <w:t>20:20  to dekhein, yahan par agar is ka different tareeqa tha,</w:t>
      </w:r>
      <w:r>
        <w:br/>
      </w:r>
      <w:r>
        <w:rPr>
          <w:sz w:val="20"/>
        </w:rPr>
        <w:t>20:24  set pattern se alag tareeqa tha is ka. lekin kya hua? rasool Allah ne kya farmaya? aap ne farmaya ke jab tum ne aisa kaha to bohat se farishtay toot pade wahan us ko report karne ke liye ke kaun pehle is ko le aur le kar Khuda ke haan us ki report pohanchaye.</w:t>
      </w:r>
      <w:r>
        <w:br/>
      </w:r>
      <w:r>
        <w:rPr>
          <w:sz w:val="20"/>
        </w:rPr>
        <w:t>20:49  to kyunke is ke jo kaha tha, is ke andar aik spirit jaagi thi,</w:t>
      </w:r>
      <w:r>
        <w:br/>
      </w:r>
      <w:r>
        <w:rPr>
          <w:sz w:val="20"/>
        </w:rPr>
        <w:t>20:53  Khuda se mohabbat ki, Khuda se khauf ki, Khuda se ta'alluq ki, Khuda ki yaad ki. aik storm aaya tha is ke andar, is ke tehat bol pada woh "rabbana lakal hamd hamdan kasiran tayyiban mubarakan feeh".</w:t>
      </w:r>
      <w:r>
        <w:br/>
      </w:r>
      <w:r>
        <w:rPr>
          <w:sz w:val="20"/>
        </w:rPr>
        <w:t>21:06  to Khuda kya is ko dekha ke koi circus ka maamla yeh hai ke "rabbana lakal hamd" unhon ne kaha ke do lafz kaha ke char lafz kaha ke panch lafz kaha? aisa koi ho sakta hai?</w:t>
      </w:r>
      <w:r>
        <w:br/>
      </w:r>
      <w:r>
        <w:rPr>
          <w:sz w:val="20"/>
        </w:rPr>
        <w:t>21:18  Khuda spirit ko dekhta hai. hadees mein aata hai ke Khuda tumhare dilon ko dekhta hai.</w:t>
      </w:r>
      <w:r>
        <w:br/>
      </w:r>
      <w:r>
        <w:rPr>
          <w:sz w:val="20"/>
        </w:rPr>
        <w:t>21:24  yeh kitni bari bhool yeh hai ke logon ne samajh liya ke namaz naam hai aik form ka, aik set pattern ka. to is mein to farq ho nahi sakta.</w:t>
      </w:r>
      <w:r>
        <w:br/>
      </w:r>
      <w:r>
        <w:rPr>
          <w:sz w:val="20"/>
        </w:rPr>
        <w:t>21:35  ab is wajah se itne jhagray hue hain ke 12 fiqhi school ban gaye, jis mein se aaj kal panch fiqhi school zinda hain. yeh sara mere nazdeek bhi ghalat kaam hua hai.</w:t>
      </w:r>
    </w:p>
    <w:p>
      <w:pPr>
        <w:pStyle w:val="Heading2"/>
      </w:pPr>
      <w:r>
        <w:t>Meaning of Islamic greeting and peace</w:t>
      </w:r>
    </w:p>
    <w:p>
      <w:r>
        <w:rPr>
          <w:color w:val="666666"/>
          <w:sz w:val="18"/>
        </w:rPr>
        <w:t>What is Islam (Prophetic Wisdom) November 29, 2006 Maulana Wahiduddin Khan · 4m 16s · at 17:13 · https://youtu.be/iVldpAeihtU?t=1033</w:t>
      </w:r>
    </w:p>
    <w:p>
      <w:r>
        <w:rPr>
          <w:i/>
        </w:rPr>
        <w:t>“Isi tarah se dekhiye, namaz mein jab khatam kiya jaata hai”</w:t>
      </w:r>
    </w:p>
    <w:p>
      <w:r>
        <w:rPr>
          <w:sz w:val="20"/>
        </w:rPr>
        <w:t>17:13  isi tarah se dekhiye, namaz mein jab khatm kiya jaata hai to kya hota hai? sab log</w:t>
      </w:r>
      <w:r>
        <w:br/>
      </w:r>
      <w:r>
        <w:rPr>
          <w:sz w:val="20"/>
        </w:rPr>
        <w:t>17:23  apna chehra daayein aur baayein pherte hain aur kehte hain ke "Assalam o Alaikum, Assalam o Alaikum wa Rahmatullahi".</w:t>
      </w:r>
      <w:r>
        <w:br/>
      </w:r>
      <w:r>
        <w:rPr>
          <w:sz w:val="20"/>
        </w:rPr>
        <w:t>17:34  ae logon! tum par Khuda ki salamati ho aur rehmat ho, Khuda ki blessing ho aur Khuda ki marzi ho tumhare upar.</w:t>
      </w:r>
      <w:r>
        <w:br/>
      </w:r>
      <w:r>
        <w:rPr>
          <w:sz w:val="20"/>
        </w:rPr>
        <w:t>17:50  ab aap jaante hain ke namaz jo hai, padhi jaati hai Kaba ke rukh par. yaani yeh Kaba hai to chaaron taraf log namaz padhte hain.</w:t>
      </w:r>
      <w:r>
        <w:br/>
      </w:r>
      <w:r>
        <w:rPr>
          <w:sz w:val="20"/>
        </w:rPr>
        <w:t>18:01  har ek ka jo direction Kaba hota hai, idhar se bhi Kaba, idhar se bhi Kaba, idhar se bhi Kaba, idhar se bhi Kaba. ab aap sochiye ke chaaron taraf namaz padhne wale jab aise apna face kar ke aur aise face kar ke karein to poore globe ke liye hogi yeh baat.</w:t>
      </w:r>
      <w:r>
        <w:br/>
      </w:r>
      <w:r>
        <w:rPr>
          <w:sz w:val="20"/>
        </w:rPr>
        <w:t>18:21  wo yahan jo aadmi hai, wo bhi idhar udhar kar raha hai, yahan jo hai, wo wo bhi kar raha hai, idhar jo hai, wo bhi kar raha hai. to poore globe par jab isi tarah se namaz padh rahe hain log to aap mila kar dekhein to goya ke namazi log 24 ghante poori poori humanity ke liye,</w:t>
      </w:r>
      <w:r>
        <w:br/>
      </w:r>
      <w:r>
        <w:rPr>
          <w:sz w:val="20"/>
        </w:rPr>
        <w:t>18:43  globe par basne wale saare insano ke liye keh rahe hain ke tumhare upar blessing ho Khuda ki, tumhare upar peace ho Khuda ki.</w:t>
      </w:r>
      <w:r>
        <w:br/>
      </w:r>
      <w:r>
        <w:rPr>
          <w:sz w:val="20"/>
        </w:rPr>
        <w:t>18:55  ab kitni badi spirit jagati hai namaz ke ek taraf aur bhi baatein namaz mein hain. inhi do ko le lijiye aap ke ek taraf</w:t>
      </w:r>
      <w:r>
        <w:br/>
      </w:r>
      <w:r>
        <w:rPr>
          <w:sz w:val="20"/>
        </w:rPr>
        <w:t>19:09  insaan ke andar yeh spirit jagati hai ke bada to sirf Khuda hai, main us ke under mein hoon, mujhe Khuda ki baat maankar, us ke aage submit, submission kar ke mujhe rehna hai duniya mein,</w:t>
      </w:r>
      <w:r>
        <w:br/>
      </w:r>
      <w:r>
        <w:rPr>
          <w:sz w:val="20"/>
        </w:rPr>
        <w:t>19:25  modesty ke saath rehna hai duniya mein. ek yeh spirit hai. doosri spirit yeh hai ke saare insano ke liye us ke andar rehmat ka jazba, saare insano ke liye mohabbat ka jazba.</w:t>
      </w:r>
      <w:r>
        <w:br/>
      </w:r>
      <w:r>
        <w:rPr>
          <w:sz w:val="20"/>
        </w:rPr>
        <w:t>19:39  to ek muhaddis the, scholar, ek bade scholar the, Islamic scholar, un ka naam tha Ibn Uyaynah.</w:t>
      </w:r>
      <w:r>
        <w:br/>
      </w:r>
      <w:r>
        <w:rPr>
          <w:sz w:val="20"/>
        </w:rPr>
        <w:t>19:49  Ibn Uyaynah, ain ye ye no hai. to Ibn Uyaynah ne kaha, is ki, is ke, is ko un ka interpretation dete hue ke "hal tudribu assalam".</w:t>
      </w:r>
      <w:r>
        <w:br/>
      </w:r>
      <w:r>
        <w:rPr>
          <w:sz w:val="20"/>
        </w:rPr>
        <w:t>20:07  kya tum jaante ho ke yeh salam karna kya hai?</w:t>
      </w:r>
      <w:r>
        <w:br/>
      </w:r>
      <w:r>
        <w:rPr>
          <w:sz w:val="20"/>
        </w:rPr>
        <w:t>20:14  jab ek aadmi kehta hai "Assalam o Alaikum wa Rahmatullahi", "Assalam o Alaikum wa Rahmatullahi" to yeh salam karna kya hai?</w:t>
      </w:r>
      <w:r>
        <w:br/>
      </w:r>
      <w:r>
        <w:rPr>
          <w:sz w:val="20"/>
        </w:rPr>
        <w:t>20:26  "hal tudribu assalam". to batate hain ke "yaqulu anta aminun minni", "yaqulu anta aminun minni".</w:t>
      </w:r>
      <w:r>
        <w:br/>
      </w:r>
      <w:r>
        <w:rPr>
          <w:sz w:val="20"/>
        </w:rPr>
        <w:t>20:37  yaani wo kehta hai ke ae logon!</w:t>
      </w:r>
      <w:r>
        <w:br/>
      </w:r>
      <w:r>
        <w:rPr>
          <w:sz w:val="20"/>
        </w:rPr>
        <w:t>20:43  tum meri taraf se mehfooz ho, tum meri taraf se mehfooz ho. yaani tumhara maal, tumhari abru, tumhari izzat, tumhari property,</w:t>
      </w:r>
      <w:r>
        <w:br/>
      </w:r>
      <w:r>
        <w:rPr>
          <w:sz w:val="20"/>
        </w:rPr>
        <w:t>21:00  har cheez mujh se tum ko koi khatra nahin. main ek aisa aadmi hoon jo tumhare liye ek no problem insaan aadmi hoon.</w:t>
      </w:r>
    </w:p>
    <w:p>
      <w:pPr>
        <w:pStyle w:val="Heading2"/>
      </w:pPr>
      <w:r>
        <w:t>Spirit and form of pillars: kalima and salah</w:t>
      </w:r>
    </w:p>
    <w:p>
      <w:r>
        <w:rPr>
          <w:color w:val="666666"/>
          <w:sz w:val="18"/>
        </w:rPr>
        <w:t>Qurbani aur Islam (Al-Risala, August 2018) · 5m 23s · at 5:04 · https://youtu.be/uwy-G-Vtie8?t=304</w:t>
      </w:r>
    </w:p>
    <w:p>
      <w:r>
        <w:rPr>
          <w:i/>
        </w:rPr>
        <w:t>“Islam ke in paanch arkaan ki ek spirit hai”</w:t>
      </w:r>
    </w:p>
    <w:p>
      <w:r>
        <w:rPr>
          <w:sz w:val="20"/>
        </w:rPr>
        <w:t>5:04  islam ke in panch arkan ki ek spirit hai aur is ka ek form hai. is mein shakk nahin ke asal ahmiyat hamesha spirit ki hoti hai, lekin form bhi yaqeeni taur par zaroori hai.</w:t>
      </w:r>
      <w:r>
        <w:br/>
      </w:r>
      <w:r>
        <w:rPr>
          <w:sz w:val="20"/>
        </w:rPr>
        <w:t>5:19  jis tarah jism ke baghair rooh nahi, isi tarah form ke baghair islam bhi nahi. is maamle mein bhi spirit ka ehtimam bohat zaroori hai, lekin yeh ehtimam form ke saath ho sakta hai, form ke baghair nahi.</w:t>
      </w:r>
      <w:r>
        <w:br/>
      </w:r>
      <w:r>
        <w:rPr>
          <w:sz w:val="20"/>
        </w:rPr>
        <w:t>5:39  kalma tauheed. in arkaan mein se pehla rukun kalma tauheed hai. is kalme ka ek form hai aur isi ke saath is ki ek spirit hai.</w:t>
      </w:r>
      <w:r>
        <w:br/>
      </w:r>
      <w:r>
        <w:rPr>
          <w:sz w:val="20"/>
        </w:rPr>
        <w:t>5:51  is ka form yeh hai ke aap arabi ke mazkoora alfaz ya kalma shahadat ko apni zabaan se ada karein. kalme ki spirit marifat hai, yani khuda ko daryaft ke darje mein pa lena.</w:t>
      </w:r>
      <w:r>
        <w:br/>
      </w:r>
      <w:r>
        <w:rPr>
          <w:sz w:val="20"/>
        </w:rPr>
        <w:t>6:09  kalma tauheed ki wahi adaigi mo'tabar hai jo marifat ki buniyad par ho. marifat ke baghair kalma parhna sirf kuch arabi alfaz ka talaffuz hai,</w:t>
      </w:r>
      <w:r>
        <w:br/>
      </w:r>
      <w:r>
        <w:rPr>
          <w:sz w:val="20"/>
        </w:rPr>
        <w:t>6:23  wo haqeeqi ma'no mein kalma tauheed nahi. yunan ke qadeem falsafi archimedes ko yeh justuju thi ke kashti pani ke oopar kaise teerti hai.</w:t>
      </w:r>
      <w:r>
        <w:br/>
      </w:r>
      <w:r>
        <w:rPr>
          <w:sz w:val="20"/>
        </w:rPr>
        <w:t>6:37  wo is ki talash mein tha. ek din wo pani ke hauz mein leta hua naha raha tha. achanak us ko fitrat ke is qanoon ki daryaft hui jis ko law of buoyancy kaha jata hai.</w:t>
      </w:r>
      <w:r>
        <w:br/>
      </w:r>
      <w:r>
        <w:rPr>
          <w:sz w:val="20"/>
        </w:rPr>
        <w:t>6:53  us waqt us ke andar ehtijaj ya thrill ki kaifiyat paida hui. wo achanak hauz se nikla aur yeh kehta hua bhaga ke maine pa liya, maine pa liya, eureka, eureka.</w:t>
      </w:r>
      <w:r>
        <w:br/>
      </w:r>
      <w:r>
        <w:rPr>
          <w:sz w:val="20"/>
        </w:rPr>
        <w:t>7:07  is misaal se samjha ja sakta hai ke kalme ki adaigi kya hai. kalma tauheed ki adaigi darasal dakhli marifat ka ek kharji izhaar hai.</w:t>
      </w:r>
      <w:r>
        <w:br/>
      </w:r>
      <w:r>
        <w:rPr>
          <w:sz w:val="20"/>
        </w:rPr>
        <w:t>7:21  yeh hukum bilashuba islam ke arkaan mein awwaleen ahmiyat ka hamil hai, lekin yeh ahmiyat is ki dakhli marifat ki bina par hai, na ke sirf lisani talaffuz ki bina par.</w:t>
      </w:r>
      <w:r>
        <w:br/>
      </w:r>
      <w:r>
        <w:rPr>
          <w:sz w:val="20"/>
        </w:rPr>
        <w:t>7:49  namaz. islam ka doosra rukun namaz hai. doosre arkaan ki tarah namaz ka bhi ek form hai.</w:t>
      </w:r>
      <w:r>
        <w:br/>
      </w:r>
      <w:r>
        <w:rPr>
          <w:sz w:val="20"/>
        </w:rPr>
        <w:t>7:59  jaisa ke maloom hai, yeh form qiyam aur ruku aur sujood par mabni hai. isi ke saath namaz ki ek spirit hai.</w:t>
      </w:r>
      <w:r>
        <w:br/>
      </w:r>
      <w:r>
        <w:rPr>
          <w:sz w:val="20"/>
        </w:rPr>
        <w:t>8:10  wo spirit surrender hai, yani apne aap ko poori tarah khuda ke hawale kar dena. khuda ko kamil ma'no mein apna markaz tawajjuh bana lena.</w:t>
      </w:r>
      <w:r>
        <w:br/>
      </w:r>
      <w:r>
        <w:rPr>
          <w:sz w:val="20"/>
        </w:rPr>
        <w:t>8:25  poore ma'no mein khuda rukhi zindagi ya god oriented life ikhtiyar kar lena. isi spirit ka doosra naam quran mein zikr kaseer hai, yani khuda ko bohat ziyada yaad karte hue zindagi guzarna.</w:t>
      </w:r>
      <w:r>
        <w:br/>
      </w:r>
      <w:r>
        <w:rPr>
          <w:sz w:val="20"/>
        </w:rPr>
        <w:t>8:44  namaz ka maqsad bhi quran mein zikr bataya gaya hai. zikr ka matlab rasmi taur par sirf kisi qism ki tasbeeh khwani nahi hai, balke har mauqe par sachay ehsas ke saath khuda ko yaad karte rehna hai.</w:t>
      </w:r>
      <w:r>
        <w:br/>
      </w:r>
      <w:r>
        <w:rPr>
          <w:sz w:val="20"/>
        </w:rPr>
        <w:t>9:05  aadmi jab dunya mein zindagi guzarta hai to wo mukhtalif qism ke mushahadat aur tajrubaat se guzarta hai. us waqt us ke andar wo cheez paida hona chahiye jis ko quran mein tawassum kaha gaya hai,</w:t>
      </w:r>
      <w:r>
        <w:br/>
      </w:r>
      <w:r>
        <w:rPr>
          <w:sz w:val="20"/>
        </w:rPr>
        <w:t>9:22  yani har dunyavi tajrube ko khudai tajrube mein convert karte rehna. har cheez se rabbani ghiza hasil karte rehna.</w:t>
      </w:r>
      <w:r>
        <w:br/>
      </w:r>
      <w:r>
        <w:rPr>
          <w:sz w:val="20"/>
        </w:rPr>
        <w:t>9:35  haqeeqi namaz wahi hai jo aadmi ke andar yeh zehan paida kar de ke wo har cheez se apne liye tawassum ki ghiza hasil karta rahe.</w:t>
      </w:r>
      <w:r>
        <w:br/>
      </w:r>
      <w:r>
        <w:rPr>
          <w:sz w:val="20"/>
        </w:rPr>
        <w:t>9:48  namaz ke form ke sath jab yeh spirit shamil ho jaye, tab kisi aadmi ki namaz haqeeqi namaz</w:t>
      </w:r>
      <w:r>
        <w:br/>
      </w:r>
      <w:r>
        <w:rPr>
          <w:sz w:val="20"/>
        </w:rPr>
        <w:t>9:56  banegi, warna hadees rasool ki zabaan mein is se keh diya jaye ga: "urju fasalli fa innaka lam</w:t>
      </w:r>
      <w:r>
        <w:br/>
      </w:r>
      <w:r>
        <w:rPr>
          <w:sz w:val="20"/>
        </w:rPr>
        <w:t>10:05  tusalli" sahi bukhari hadees number 757,</w:t>
      </w:r>
      <w:r>
        <w:br/>
      </w:r>
      <w:r>
        <w:rPr>
          <w:sz w:val="20"/>
        </w:rPr>
        <w:t>10:09  yani jao phir se namaz padho kyunke tum ne namaz nahi padhi.</w:t>
      </w:r>
    </w:p>
    <w:p>
      <w:pPr>
        <w:pStyle w:val="Heading2"/>
      </w:pPr>
      <w:r>
        <w:t>Why negative gossip is worse than drinking alcohol</w:t>
      </w:r>
    </w:p>
    <w:p>
      <w:r>
        <w:rPr>
          <w:color w:val="666666"/>
          <w:sz w:val="18"/>
        </w:rPr>
        <w:t>The Concept of Dua In Islam May 27, 2007 · 4m 24s · at 1:14:21 · https://youtu.be/wkRQaMb04dI?t=4461</w:t>
      </w:r>
    </w:p>
    <w:p>
      <w:r>
        <w:rPr>
          <w:i/>
        </w:rPr>
        <w:t>“نیگیٹیو سٹیٹمنٹ شراب سے زیادہ بری چیز ہے”</w:t>
      </w:r>
    </w:p>
    <w:p>
      <w:r>
        <w:rPr>
          <w:sz w:val="20"/>
        </w:rPr>
        <w:t>1:14:21  woh hai negative statement. negative statement sharab se ziyada buri cheez hai.</w:t>
      </w:r>
      <w:r>
        <w:br/>
      </w:r>
      <w:r>
        <w:rPr>
          <w:sz w:val="20"/>
        </w:rPr>
        <w:t>1:14:30  fauran log doosre ke bare mein kuch ulti baat keh dete hain. fauran, yaani positive statement to nahin denge, lekin negative baat koi nahin sunenge, dard se usko bhi bayan kar denge.</w:t>
      </w:r>
      <w:r>
        <w:br/>
      </w:r>
      <w:r>
        <w:rPr>
          <w:sz w:val="20"/>
        </w:rPr>
        <w:t>1:14:46  jisko kaha jaata hai, jisko bura karna, gheebat karna kaha jaata hai, usi ko keh raha hoon negative statement. kisi ke khilaaf koi ulti baat keh dena,</w:t>
      </w:r>
      <w:r>
        <w:br/>
      </w:r>
      <w:r>
        <w:rPr>
          <w:sz w:val="20"/>
        </w:rPr>
        <w:t>1:14:59  jaise mere bare mein. ab main RSS ke jalase mein gaya ke dekho, yeh to RSS ka agent hai. yeh abhi kal mere paas ek saahab ka telephone aaya Pakistan se, to unhone kaha ke falan saahab, ek saahab jo America mein rehte hain,</w:t>
      </w:r>
      <w:r>
        <w:br/>
      </w:r>
      <w:r>
        <w:rPr>
          <w:sz w:val="20"/>
        </w:rPr>
        <w:t>1:15:17  wo to pehle bahut mu'taqid the aap ke aur bahut aap ke fan the, ab to bilkul aap se jaise unko allergy ho gayi hai.</w:t>
      </w:r>
      <w:r>
        <w:br/>
      </w:r>
      <w:r>
        <w:rPr>
          <w:sz w:val="20"/>
        </w:rPr>
        <w:t>1:15:26  kya baat hai ?</w:t>
      </w:r>
      <w:r>
        <w:br/>
      </w:r>
      <w:r>
        <w:rPr>
          <w:sz w:val="20"/>
        </w:rPr>
        <w:t>1:15:29  wohi Pakistani hain, lekin rehte hain America mein. to jaante hain raaz kya hai iska? waq'atan woh mere bahut fan the, bahut zyada mujh se unko tha.</w:t>
      </w:r>
      <w:r>
        <w:br/>
      </w:r>
      <w:r>
        <w:rPr>
          <w:sz w:val="20"/>
        </w:rPr>
        <w:t>1:15:38  lekin hua yeh ke ek baar maine wahan par India aur Pakistan ka comparison hua. India aur Pakistan ka comparison to maine kuch aisi baat keh di jo India ki favour mein thi aur Pakistan favour mein nahin thi.</w:t>
      </w:r>
      <w:r>
        <w:br/>
      </w:r>
      <w:r>
        <w:rPr>
          <w:sz w:val="20"/>
        </w:rPr>
        <w:t>1:15:56  to Pakistan logon ka haal yeh hai ke agar comparative maamla ho, alag se aap kuch bhi keh dijiye, lekin agar as comparative Pakistan, agar aap India ke bare mein kuch bol dein to samajhte hain, dekho, India ka agent hai. yeh fauran woh keh denge, India ka agent hai ke main isko bhugatta hoon, bhugta raha hoon. isko mere khilaaf ek kitaab chhapi hai Pakistan se, iska naam hai "Ghaddar Maulana".</w:t>
      </w:r>
      <w:r>
        <w:br/>
      </w:r>
      <w:r>
        <w:rPr>
          <w:sz w:val="20"/>
        </w:rPr>
        <w:t>1:16:21  yeh title hai is kitaab ka, motive is kitaab. ghaddar bolna</w:t>
      </w:r>
      <w:r>
        <w:br/>
      </w:r>
      <w:r>
        <w:rPr>
          <w:sz w:val="20"/>
        </w:rPr>
        <w:t>1:16:26  kyun? unhone dekha ke India aur Pakistan ke jab woh hua to to maine kabhi aisi baat keh di jo India ke favour mein ja rahi thi to bas woh ghaddar ban gaya.</w:t>
      </w:r>
      <w:r>
        <w:br/>
      </w:r>
      <w:r>
        <w:rPr>
          <w:sz w:val="20"/>
        </w:rPr>
        <w:t>1:16:38  yaani as comparative Pakistan, agar koi lafz bol diya to bas yeh aadmi Bhartiya agent hai aur Pakistan ka dushman hai. aisa kuch hua wahan to woh unko logon ne bharkaya, bharkakar ke unko yeh kiya ke saahab, yeh to Bhartiya agent hai.</w:t>
      </w:r>
      <w:r>
        <w:br/>
      </w:r>
      <w:r>
        <w:rPr>
          <w:sz w:val="20"/>
        </w:rPr>
        <w:t>1:16:54  yeh haraam se sab se haraam hai. yaad rakhiye, kisi ke bare mein bura rakhna, kisi ke bare mein ulti statement dena, kisi ke bare mein negative raay dena, yeh sharaab se zyada haraam hai. baat hai yeh aur samaaj mein sab log is mein pade hue hain.</w:t>
      </w:r>
      <w:r>
        <w:br/>
      </w:r>
      <w:r>
        <w:rPr>
          <w:sz w:val="20"/>
        </w:rPr>
        <w:t>1:17:13  to bahut hi zyada koshish ho is maamle mein ke mujhe mujh se koi negative statement na nikle. lekin sahi baat kya hai?</w:t>
      </w:r>
      <w:r>
        <w:br/>
      </w:r>
      <w:r>
        <w:rPr>
          <w:sz w:val="20"/>
        </w:rPr>
        <w:t>1:17:24  man kaan yumin billahi wal yawm al akhir fal yaqul khair an yaskut. ke jo aadmi Khuda par aur aakhirat par yaqeen rakhta ho to usko chahiye ke bole to theek baat bole, nahin to chup rahe.</w:t>
      </w:r>
      <w:r>
        <w:br/>
      </w:r>
      <w:r>
        <w:rPr>
          <w:sz w:val="20"/>
        </w:rPr>
        <w:t>1:17:42  to yaad rakhiye, kisi ke bare mein agar aap ko positive statement dena hai to khoob dijiye ke aadmi sachcha hai, aadmi honest hai, khoob kahiye usko.</w:t>
      </w:r>
      <w:r>
        <w:br/>
      </w:r>
      <w:r>
        <w:rPr>
          <w:sz w:val="20"/>
        </w:rPr>
        <w:t>1:17:54  lekin agar aap ko negative statement dena hai to hazaar baar sochiye, hazaar baar iski scrutiny kijiye.</w:t>
      </w:r>
      <w:r>
        <w:br/>
      </w:r>
      <w:r>
        <w:rPr>
          <w:sz w:val="20"/>
        </w:rPr>
        <w:t>1:18:04  saare log main dekhta hoon ke negative statement ki baadshahat bani hui hai. dar se koi ulti baat keh dein kisi ke bare mein, dar se keh denge</w:t>
      </w:r>
      <w:r>
        <w:br/>
      </w:r>
      <w:r>
        <w:rPr>
          <w:sz w:val="20"/>
        </w:rPr>
        <w:t>1:18:15  to main samajhta hoon ke woh living spirit to kabhi kabhi aati hai. lekin har waqt ka mas'ala hai wohi yeh hai ke aap koshish ho jayein ke mere munh se kabhi aisi baat na nikle kisi ke bare mein</w:t>
      </w:r>
      <w:r>
        <w:br/>
      </w:r>
      <w:r>
        <w:rPr>
          <w:sz w:val="20"/>
        </w:rPr>
        <w:t>1:18:29  jo jisko kehte hain bura karna, usi ko kehte hain negative statement. is se bahut zyada bachne ki zaroorat hai.</w:t>
      </w:r>
      <w:r>
        <w:br/>
      </w:r>
      <w:r>
        <w:rPr>
          <w:sz w:val="20"/>
        </w:rPr>
        <w:t>1:18:40  yeh cheez Khuda ke haan maaf nahin hogi.</w:t>
      </w:r>
    </w:p>
    <w:p>
      <w:pPr>
        <w:pStyle w:val="Heading2"/>
      </w:pPr>
      <w:r>
        <w:t>Spirit of prayer is essence of Islam</w:t>
      </w:r>
    </w:p>
    <w:p>
      <w:r>
        <w:rPr>
          <w:color w:val="666666"/>
          <w:sz w:val="18"/>
        </w:rPr>
        <w:t>On Salah (Prayer) (Part 1) January 22, 2006 Maulana Wahiduddin Khan · 5m 14s · at 4:44 · https://youtu.be/jUvYhkpx-sM?t=284</w:t>
      </w:r>
    </w:p>
    <w:p>
      <w:r>
        <w:rPr>
          <w:i/>
        </w:rPr>
        <w:t>“Aaj mujhe, insha Allah, namaz ke bare mein kuch karna hai.”</w:t>
      </w:r>
    </w:p>
    <w:p>
      <w:r>
        <w:rPr>
          <w:sz w:val="20"/>
        </w:rPr>
        <w:t>4:44  aaj mujhe, in sha Allah, namaz ke bare mein kuch karna hai.</w:t>
      </w:r>
      <w:r>
        <w:br/>
      </w:r>
      <w:r>
        <w:rPr>
          <w:sz w:val="20"/>
        </w:rPr>
        <w:t>4:53  namaz ko arabi mein salat kehte hain, english mein us ko prayer kaha jata hai.</w:t>
      </w:r>
      <w:r>
        <w:br/>
      </w:r>
      <w:r>
        <w:rPr>
          <w:sz w:val="20"/>
        </w:rPr>
        <w:t>5:04  "buniyal islamu ala khamsin" .</w:t>
      </w:r>
      <w:r>
        <w:br/>
      </w:r>
      <w:r>
        <w:rPr>
          <w:sz w:val="20"/>
        </w:rPr>
        <w:t>5:16  yani islam ki base jo hai, woh panch pillars par khadi ki gayi hai. to panch pillars mein se ek hai namaz.</w:t>
      </w:r>
      <w:r>
        <w:br/>
      </w:r>
      <w:r>
        <w:rPr>
          <w:sz w:val="20"/>
        </w:rPr>
        <w:t>5:31  panch waqt ki namaz</w:t>
      </w:r>
      <w:r>
        <w:br/>
      </w:r>
      <w:r>
        <w:rPr>
          <w:sz w:val="20"/>
        </w:rPr>
        <w:t>5:35  . is silsile mein bohat si aayatain aur hadeesein hain.</w:t>
      </w:r>
      <w:r>
        <w:br/>
      </w:r>
      <w:r>
        <w:rPr>
          <w:sz w:val="20"/>
        </w:rPr>
        <w:t>5:41  mislan rasool Allah ne farmaaya ek hadees mein: "alsalato noorun" .</w:t>
      </w:r>
      <w:r>
        <w:br/>
      </w:r>
      <w:r>
        <w:rPr>
          <w:sz w:val="20"/>
        </w:rPr>
        <w:t>5:50  namaz roshni hai.</w:t>
      </w:r>
      <w:r>
        <w:br/>
      </w:r>
      <w:r>
        <w:rPr>
          <w:sz w:val="20"/>
        </w:rPr>
        <w:t>5:57  isi tarah hazrat umar R.A. ne farmaaya: "alsalato imadud deeni man aqamaha aqam ad deena wa man hadamah hadam ad deen" .</w:t>
      </w:r>
      <w:r>
        <w:br/>
      </w:r>
      <w:r>
        <w:rPr>
          <w:sz w:val="20"/>
        </w:rPr>
        <w:t>6:15  namaz islam ka khamba hai.</w:t>
      </w:r>
      <w:r>
        <w:br/>
      </w:r>
      <w:r>
        <w:rPr>
          <w:sz w:val="20"/>
        </w:rPr>
        <w:t>6:24  yaani islam ko agar ek building se tashbeeh di jaaye to yeh building namaz ke upar khadi hui hai.</w:t>
      </w:r>
      <w:r>
        <w:br/>
      </w:r>
      <w:r>
        <w:rPr>
          <w:sz w:val="20"/>
        </w:rPr>
        <w:t>6:41  to aap ne farmaaya ke jis ne namaz ko qaaim kiya, us ne poore deen ko qaaim kiya. aur jis ne namaz ko dhaya, us ne poore deen ko dhaya.</w:t>
      </w:r>
      <w:r>
        <w:br/>
      </w:r>
      <w:r>
        <w:rPr>
          <w:sz w:val="20"/>
        </w:rPr>
        <w:t>7:02  dekhiye, yeh baat jo hai,</w:t>
      </w:r>
      <w:r>
        <w:br/>
      </w:r>
      <w:r>
        <w:rPr>
          <w:sz w:val="20"/>
        </w:rPr>
        <w:t>7:06  namaz ke form ke baare mein nahin hai.</w:t>
      </w:r>
      <w:r>
        <w:br/>
      </w:r>
      <w:r>
        <w:rPr>
          <w:sz w:val="20"/>
        </w:rPr>
        <w:t>7:11  yaad rakhiye, namaz ki ek spirit hai, ek is ka form hai. agar aap samjhein ke yeh quran ki aayatain aur hadeesein namaz ke form ke baare mein hain, to namaz ek set of rituals ban jaati hai.</w:t>
      </w:r>
      <w:r>
        <w:br/>
      </w:r>
      <w:r>
        <w:rPr>
          <w:sz w:val="20"/>
        </w:rPr>
        <w:t>7:33  kuch rasmi aamaal ka majmooa</w:t>
      </w:r>
      <w:r>
        <w:br/>
      </w:r>
      <w:r>
        <w:rPr>
          <w:sz w:val="20"/>
        </w:rPr>
        <w:t>7:37  . main samajhta hoon ke yeh islam ki tazheeb hogi, islam ko underestimate karna hoga. ke hum yeh samjhein ke koi bhi set of rituals, koi bhi form, itni badi cheez ho sakti hai ke usi par islam ki poori building khadi hui ho.</w:t>
      </w:r>
      <w:r>
        <w:br/>
      </w:r>
      <w:r>
        <w:rPr>
          <w:sz w:val="20"/>
        </w:rPr>
        <w:t>7:56  yeh islam ka underestimate hai.</w:t>
      </w:r>
      <w:r>
        <w:br/>
      </w:r>
      <w:r>
        <w:rPr>
          <w:sz w:val="20"/>
        </w:rPr>
        <w:t>8:02  yeh tamam aayatain aur hadeesein islam ke baare mein, namaz ke baare mein, is ki spirit ke aitbaar se hain.</w:t>
      </w:r>
      <w:r>
        <w:br/>
      </w:r>
      <w:r>
        <w:rPr>
          <w:sz w:val="20"/>
        </w:rPr>
        <w:t>8:14  spirit. isi liye aap jab quran ko padhte hain to saare quran mein kahin bhi namaz ka form nahin bataya gaya hai.</w:t>
      </w:r>
      <w:r>
        <w:br/>
      </w:r>
      <w:r>
        <w:rPr>
          <w:sz w:val="20"/>
        </w:rPr>
        <w:t>8:28  agar aap sirf quran hi ko padhein to aap is ko padh kar ke namaz perform nahin kar sakte.</w:t>
      </w:r>
      <w:r>
        <w:br/>
      </w:r>
      <w:r>
        <w:rPr>
          <w:sz w:val="20"/>
        </w:rPr>
        <w:t>8:39  kyun ke kis tarah namaz ko perform kiya jaaye, yeh quran mein kahin bhi bataya nahin gaya hai. is ki kuch detail hadees mein hai aur zyada detail is ki fiqh mein hai.</w:t>
      </w:r>
      <w:r>
        <w:br/>
      </w:r>
      <w:r>
        <w:rPr>
          <w:sz w:val="20"/>
        </w:rPr>
        <w:t>8:54  kyun? ek maqsad hai emphasis dena. quran ne form ke baare mein jo detail nahin batai, to yeh emphasis dena tha ke asal cheez spirit hai.</w:t>
      </w:r>
      <w:r>
        <w:br/>
      </w:r>
      <w:r>
        <w:rPr>
          <w:sz w:val="20"/>
        </w:rPr>
        <w:t>9:13  isi liye quran mein hai ke "qad aflaha almu'minoona allazeena hum fi salatihim khashi'oon" .</w:t>
      </w:r>
      <w:r>
        <w:br/>
      </w:r>
      <w:r>
        <w:rPr>
          <w:sz w:val="20"/>
        </w:rPr>
        <w:t>9:25  wo log, wo believers kaamyaab ho gaye jo apni namaz mein khushu karte hain.</w:t>
      </w:r>
      <w:r>
        <w:br/>
      </w:r>
      <w:r>
        <w:rPr>
          <w:sz w:val="20"/>
        </w:rPr>
        <w:t>9:35  khushu wahi hai, yaani spirit wali namaz padhte hain.</w:t>
      </w:r>
      <w:r>
        <w:br/>
      </w:r>
      <w:r>
        <w:rPr>
          <w:sz w:val="20"/>
        </w:rPr>
        <w:t>9:40  isi tarah hadees mein hai ke "la salata liman la yatahashsha" . is ki namaz namaz nahin jo apni namaz mein khushu na kare.</w:t>
      </w:r>
      <w:r>
        <w:br/>
      </w:r>
      <w:r>
        <w:rPr>
          <w:sz w:val="20"/>
        </w:rPr>
        <w:t>9:52  yaani spirit wali namaz na padhe.</w:t>
      </w:r>
    </w:p>
    <w:p>
      <w:pPr>
        <w:pStyle w:val="Heading2"/>
      </w:pPr>
      <w:r>
        <w:t>Why memorizing rituals matters less than trusting a guide</w:t>
      </w:r>
    </w:p>
    <w:p>
      <w:r>
        <w:rPr>
          <w:color w:val="666666"/>
          <w:sz w:val="18"/>
        </w:rPr>
        <w:t>The Spirit Hajj December 10, 2006 · 5m 26s · at 17:31 · https://youtu.be/ZpChhBy6lvU?t=1051</w:t>
      </w:r>
    </w:p>
    <w:p>
      <w:r>
        <w:rPr>
          <w:i/>
        </w:rPr>
        <w:t>“Jab log hajj ka irada karte hain to kya karte hain? Masail ki kitab dhoondte hain”</w:t>
      </w:r>
    </w:p>
    <w:p>
      <w:r>
        <w:rPr>
          <w:sz w:val="20"/>
        </w:rPr>
        <w:t>17:31  ab mein kuch baatein Hajj ke baray mein kahoon ga. dekhiye pehli baat yeh hai ke jab log Hajj ka irada karte hain to kya karte hain?</w:t>
      </w:r>
      <w:r>
        <w:br/>
      </w:r>
      <w:r>
        <w:rPr>
          <w:sz w:val="20"/>
        </w:rPr>
        <w:t>17:42  masail ki kitab dhoondhtay hain. kisi molvi se aa kar masail poochhtay hain. woh samajhtay hain ke Hajj naam hai masail ka</w:t>
      </w:r>
      <w:r>
        <w:br/>
      </w:r>
      <w:r>
        <w:rPr>
          <w:sz w:val="20"/>
        </w:rPr>
        <w:t>17:49  . masail ka matlab yeh hai ke jo tareeqa hai, jo rusoomat hain woh kaisay kiye jayen. bas unhi ko samajhtay hain ke isi ko jananay ka naam Hajj hai.</w:t>
      </w:r>
      <w:r>
        <w:br/>
      </w:r>
      <w:r>
        <w:rPr>
          <w:sz w:val="20"/>
        </w:rPr>
        <w:t>18:03  jis kisi bhi haji se poochhen jo Hajj ke liye ja raha ho to usi ki tayyari karta hai woh.</w:t>
      </w:r>
      <w:r>
        <w:br/>
      </w:r>
      <w:r>
        <w:rPr>
          <w:sz w:val="20"/>
        </w:rPr>
        <w:t>18:10  aaj kal sainkaron kitaben, hazaron kitaben chhapi hui hain. un ka naam hota hai masail Hajj. yani Hajj ke tareeqay, Hajj ka form, Hajj ke tareeqay.</w:t>
      </w:r>
      <w:r>
        <w:br/>
      </w:r>
      <w:r>
        <w:rPr>
          <w:sz w:val="20"/>
        </w:rPr>
        <w:t>18:23  yahan yeh parho, wahan woh parho, yahan aisay jao, wahan ویسے jao, yeh sab rehta hai. to bilashuba Hajj ka aik form hai. form ke baghair koi cheez nahi hoti.</w:t>
      </w:r>
      <w:r>
        <w:br/>
      </w:r>
      <w:r>
        <w:rPr>
          <w:sz w:val="20"/>
        </w:rPr>
        <w:t>18:34  hum yahan bethay hain to is ka bhi aik form hai.</w:t>
      </w:r>
      <w:r>
        <w:br/>
      </w:r>
      <w:r>
        <w:rPr>
          <w:sz w:val="20"/>
        </w:rPr>
        <w:t>18:38  woh form na ho to hamari class bhi nahi hogi. to class aik rohani event hai lekin woh bhi kisi form ke andar ho raha hai.</w:t>
      </w:r>
      <w:r>
        <w:br/>
      </w:r>
      <w:r>
        <w:rPr>
          <w:sz w:val="20"/>
        </w:rPr>
        <w:t>18:49  form na ho to hum vacuum mein apni class nahi chala saktay. to har cheez ka aik form hota hai. Hajj ka bhi aik form hai. lekin wohi asal Hajj nahi hai.</w:t>
      </w:r>
      <w:r>
        <w:br/>
      </w:r>
      <w:r>
        <w:rPr>
          <w:sz w:val="20"/>
        </w:rPr>
        <w:t>19:00  asal Hajj to woh hai jo is ka, is ka rohani mawad jo hai woh asal Hajj hai.</w:t>
      </w:r>
      <w:r>
        <w:br/>
      </w:r>
      <w:r>
        <w:rPr>
          <w:sz w:val="20"/>
        </w:rPr>
        <w:t>19:07  to yahan mein pehli baat yeh kehna chahoon ga</w:t>
      </w:r>
      <w:r>
        <w:br/>
      </w:r>
      <w:r>
        <w:rPr>
          <w:sz w:val="20"/>
        </w:rPr>
        <w:t>19:18  ke masail ko ratnay se koi faida nahi hota.</w:t>
      </w:r>
      <w:r>
        <w:br/>
      </w:r>
      <w:r>
        <w:rPr>
          <w:sz w:val="20"/>
        </w:rPr>
        <w:t>19:24  dekhiye mein aap ko do do misalen deta hoon. tareekh mein aik misal hai Imam Abu Hanifa ki.</w:t>
      </w:r>
      <w:r>
        <w:br/>
      </w:r>
      <w:r>
        <w:rPr>
          <w:sz w:val="20"/>
        </w:rPr>
        <w:t>19:33  yeh bohat hi baray scholar thay. bohat baray scholar thay.</w:t>
      </w:r>
      <w:r>
        <w:br/>
      </w:r>
      <w:r>
        <w:rPr>
          <w:sz w:val="20"/>
        </w:rPr>
        <w:t>19:38  to woh jab gaye Hajj karnay ke liye</w:t>
      </w:r>
      <w:r>
        <w:br/>
      </w:r>
      <w:r>
        <w:rPr>
          <w:sz w:val="20"/>
        </w:rPr>
        <w:t>19:43  to woh samajhtay thay ke mein to fiqh janta hoon, fiqh ka scholar hoon. lekin unhon ne kaha ke mein wahan gaya to bhool gaya mein.</w:t>
      </w:r>
      <w:r>
        <w:br/>
      </w:r>
      <w:r>
        <w:rPr>
          <w:sz w:val="20"/>
        </w:rPr>
        <w:t>19:55  paanch masail bhool gaya. jis ko aik hajam ne bataya. to kya cheez hai wahan par itnay ziyada log hotay hain.</w:t>
      </w:r>
      <w:r>
        <w:br/>
      </w:r>
      <w:r>
        <w:rPr>
          <w:sz w:val="20"/>
        </w:rPr>
        <w:t>20:04  aaj kal pachis lakh, tees lakh aadmi hotay hain wahan par.</w:t>
      </w:r>
      <w:r>
        <w:br/>
      </w:r>
      <w:r>
        <w:rPr>
          <w:sz w:val="20"/>
        </w:rPr>
        <w:t>20:08  itnay saray logon ke beech mein aadmi ka itna ziyada tawajjuh batana hota hai. tawajjuh batanay ka matlab yeh hai ke mein musbat maenay mein bol raha hoon yeh lafz.</w:t>
      </w:r>
      <w:r>
        <w:br/>
      </w:r>
      <w:r>
        <w:rPr>
          <w:sz w:val="20"/>
        </w:rPr>
        <w:t>20:19  ke itni sari baatein samnay aati hain ke is mein aadmi woh yaad ho tab bhi bhool jata hai woh.</w:t>
      </w:r>
      <w:r>
        <w:br/>
      </w:r>
      <w:r>
        <w:rPr>
          <w:sz w:val="20"/>
        </w:rPr>
        <w:t>20:26  to yeh aik mahir aur mahir hai. is liye wahan hukoomat, jo Arab ki hukoomat hai us ne yeh system banaya hai ke muallim hotay hain wahan.</w:t>
      </w:r>
      <w:r>
        <w:br/>
      </w:r>
      <w:r>
        <w:rPr>
          <w:sz w:val="20"/>
        </w:rPr>
        <w:t>20:40  muallim gaye, peshawar mahir hotay hain. woh karna chahiye. to woh un ko har saal woh Hajj karwatay hain. to un ko zahir hai ke saray masail aik dam un ke zehn mein pakay hue reh</w:t>
      </w:r>
      <w:r>
        <w:br/>
      </w:r>
      <w:r>
        <w:rPr>
          <w:sz w:val="20"/>
        </w:rPr>
        <w:t>20:55  te hain to mein yeh kahoon ga ke is waqt mein masail par kuch nahi boloon ga. aap yani haj karne walay log jo hain un ko mein mashwara doon ga, meri mashwara hogi ke khud yaad karne se bohat ziyada faida nahi hota hai.</w:t>
      </w:r>
      <w:r>
        <w:br/>
      </w:r>
      <w:r>
        <w:rPr>
          <w:sz w:val="20"/>
        </w:rPr>
        <w:t>21:13  jeddah airport par jab utarte hain aap to wahan moallim mojood hota hai. aap moallim ko le lain. kuch log moallim ke baghair haj karna chahte hain to hamesha un ko pareshani hoti hai.</w:t>
      </w:r>
      <w:r>
        <w:br/>
      </w:r>
      <w:r>
        <w:rPr>
          <w:sz w:val="20"/>
        </w:rPr>
        <w:t>21:25  jaise nadwah ke aik aalim hain, abhi woh zinda hain, woh fiqh parhate hain. un ka mein ne poora, unhon ne likha hai, al-furqan aik parcha hota hai, us mein likha hai ke mein haj par gaya to mein ne socha ke mein to isi ko parhata hoon, isi ka ustad hoon.</w:t>
      </w:r>
      <w:r>
        <w:br/>
      </w:r>
      <w:r>
        <w:rPr>
          <w:sz w:val="20"/>
        </w:rPr>
        <w:t>21:42  to mujhe kia zaroorat hai moallim lene ki. to mein jeddah airport par pohnch kar ke mein ne moallim nahi liya. khud hi khud nikal gaya haj karne ke liye.</w:t>
      </w:r>
      <w:r>
        <w:br/>
      </w:r>
      <w:r>
        <w:rPr>
          <w:sz w:val="20"/>
        </w:rPr>
        <w:t>21:51  to unhon ne likha hai ke mein haj ke masail bhool gaya aur samajh nahi aata tha ke kaise haj karoon. to aakhir mein phir moallim liya unhon ne. to masail ke baray mein mein yeh kahoon ga ke mein is waqt aap ko masail ki fehrist nahi bataoon ga.</w:t>
      </w:r>
      <w:r>
        <w:br/>
      </w:r>
      <w:r>
        <w:rPr>
          <w:sz w:val="20"/>
        </w:rPr>
        <w:t>22:07  aur masail ki fehrist ko ratnay se ziyada zaroori, ziyada acha yeh hai ke aap yani koi shakhs jo haj karne jaye to</w:t>
      </w:r>
      <w:r>
        <w:br/>
      </w:r>
      <w:r>
        <w:rPr>
          <w:sz w:val="20"/>
        </w:rPr>
        <w:t>22:17  jeddah airport par jo system hai moallim ka, wohin se aik moallim le le woh. aur isi moallim ki rehnumai mein woh haj kare.</w:t>
      </w:r>
      <w:r>
        <w:br/>
      </w:r>
      <w:r>
        <w:rPr>
          <w:sz w:val="20"/>
        </w:rPr>
        <w:t>22:27  to moallim ke sath jo log hote hain, aik group hota hai. woh moallim chalta hai sath sath batata rehta hai ke yeh karo, yeh karo, yeh karo, yeh karo.</w:t>
      </w:r>
      <w:r>
        <w:br/>
      </w:r>
      <w:r>
        <w:rPr>
          <w:sz w:val="20"/>
        </w:rPr>
        <w:t>22:36  to to masail ke baray mein behtareen yahi baat hai ke aap moallim par inhisaar karein, khud apnay aap par nahi.</w:t>
      </w:r>
      <w:r>
        <w:br/>
      </w:r>
      <w:r>
        <w:rPr>
          <w:sz w:val="20"/>
        </w:rPr>
        <w:t>22:46  agar apnay aap par karein ge to aap ko wahi hoga jo imam abu hanifa ke sath hua, jo nadwah ke aalim ke sath hua.</w:t>
      </w:r>
    </w:p>
    <w:p>
      <w:pPr>
        <w:pStyle w:val="Heading2"/>
      </w:pPr>
      <w:r>
        <w:t>Why Allah loves concessions: mercy for weakness, wheelchair story</w:t>
      </w:r>
    </w:p>
    <w:p>
      <w:r>
        <w:rPr>
          <w:color w:val="666666"/>
          <w:sz w:val="18"/>
        </w:rPr>
        <w:t>Spirit of Worship April 4, 2014 Maulana Wahiduddin Khan · 5m 48s · at 1:05 · https://youtu.be/67oq6WyFJ5I?t=65</w:t>
      </w:r>
    </w:p>
    <w:p>
      <w:r>
        <w:rPr>
          <w:i/>
        </w:rPr>
        <w:t>“Sochne ki baat yeh hai ke rukhsat par amal karna Allah ko mahboob kyun hai?”</w:t>
      </w:r>
    </w:p>
    <w:p>
      <w:r>
        <w:rPr>
          <w:sz w:val="20"/>
        </w:rPr>
        <w:t>1:05  sochne ki baat yeh hai ke rukhsat par amal karna Allah ko mahboob kyun hai?</w:t>
      </w:r>
      <w:r>
        <w:br/>
      </w:r>
      <w:r>
        <w:rPr>
          <w:sz w:val="20"/>
        </w:rPr>
        <w:t>1:17  khalis fiqhi aitbaar se dekha jaye to rukhsat yeh hai ke jab aadmi ko koi majboori lahaq ho jaye to us waqt azmat par amal karna is ke liye shiddat ban jayega.</w:t>
      </w:r>
      <w:r>
        <w:br/>
      </w:r>
      <w:r>
        <w:rPr>
          <w:sz w:val="20"/>
        </w:rPr>
        <w:t>1:37  to is liye is ko ijazat di jati hai ke woh rukhsat par amal kar le. lekin yeh itni simple baat nahi hai,</w:t>
      </w:r>
      <w:r>
        <w:br/>
      </w:r>
      <w:r>
        <w:rPr>
          <w:sz w:val="20"/>
        </w:rPr>
        <w:t>1:49  yeh bohat ziyada gehri baat hai. yaani Allah taala ne jo</w:t>
      </w:r>
      <w:r>
        <w:br/>
      </w:r>
      <w:r>
        <w:rPr>
          <w:sz w:val="20"/>
        </w:rPr>
        <w:t>1:58  rukhsat ki sooraten batai hain, woh kya hain? woh Allah ki rehmat ka izhaar hai.</w:t>
      </w:r>
      <w:r>
        <w:br/>
      </w:r>
      <w:r>
        <w:rPr>
          <w:sz w:val="20"/>
        </w:rPr>
        <w:t>2:10  agar aam</w:t>
      </w:r>
      <w:r>
        <w:br/>
      </w:r>
      <w:r>
        <w:rPr>
          <w:sz w:val="20"/>
        </w:rPr>
        <w:t>2:13  ahkaam jo azaa'im par mabni hain, woh is baat ka izhaar hain ke Allah taala hukum dene wala hai, kisi ne use hukum diya hai ke aisa karo,</w:t>
      </w:r>
      <w:r>
        <w:br/>
      </w:r>
      <w:r>
        <w:rPr>
          <w:sz w:val="20"/>
        </w:rPr>
        <w:t>2:30  to us ki is hesiyat ka izhaar hota hai ke Allah ko haq hai ke hukum de woh.</w:t>
      </w:r>
      <w:r>
        <w:br/>
      </w:r>
      <w:r>
        <w:rPr>
          <w:sz w:val="20"/>
        </w:rPr>
        <w:t>2:38  lekin jo rukhsat wali baat hai, us mein Allah ki aik aur sifat ka pehlu aa gaya hai, woh sifat rehmat.</w:t>
      </w:r>
      <w:r>
        <w:br/>
      </w:r>
      <w:r>
        <w:rPr>
          <w:sz w:val="20"/>
        </w:rPr>
        <w:t>2:51  yaani Allah ne dekha ke insaan kamzor paida kiya gaya hai,</w:t>
      </w:r>
      <w:r>
        <w:br/>
      </w:r>
      <w:r>
        <w:rPr>
          <w:sz w:val="20"/>
        </w:rPr>
        <w:t>3:00  insaan ko bemari hoti hai, accident hotay hain, barhapa aata hai,</w:t>
      </w:r>
      <w:r>
        <w:br/>
      </w:r>
      <w:r>
        <w:rPr>
          <w:sz w:val="20"/>
        </w:rPr>
        <w:t>3:08  mukhtalif qism ke awaraaz lahaq hotay hain kyunke khalq insaan za'eefa</w:t>
      </w:r>
      <w:r>
        <w:br/>
      </w:r>
      <w:r>
        <w:rPr>
          <w:sz w:val="20"/>
        </w:rPr>
        <w:t>3:17  is bana par Allah ne mukhtalif pehluon se insaan ko rukhsat de di.</w:t>
      </w:r>
      <w:r>
        <w:br/>
      </w:r>
      <w:r>
        <w:rPr>
          <w:sz w:val="20"/>
        </w:rPr>
        <w:t>3:26  to ab aap ghaur farmayein ke</w:t>
      </w:r>
      <w:r>
        <w:br/>
      </w:r>
      <w:r>
        <w:rPr>
          <w:sz w:val="20"/>
        </w:rPr>
        <w:t>3:31  jab aap</w:t>
      </w:r>
      <w:r>
        <w:br/>
      </w:r>
      <w:r>
        <w:rPr>
          <w:sz w:val="20"/>
        </w:rPr>
        <w:t>3:36  kisi aisi sooratenhaal se dochar hon jab ke aap ko rukhsat par amal karna aap ke liye jaiz ho gaya ho,</w:t>
      </w:r>
      <w:r>
        <w:br/>
      </w:r>
      <w:r>
        <w:rPr>
          <w:sz w:val="20"/>
        </w:rPr>
        <w:t>3:45  is waqt aap agar rukhsat par amal na karein to kya ke Allah ke ek reham o karam ko aap ne nazar andaaz kiya?</w:t>
      </w:r>
      <w:r>
        <w:br/>
      </w:r>
      <w:r>
        <w:rPr>
          <w:sz w:val="20"/>
        </w:rPr>
        <w:t>4:01  kaisi ajeeb baat hai!</w:t>
      </w:r>
      <w:r>
        <w:br/>
      </w:r>
      <w:r>
        <w:rPr>
          <w:sz w:val="20"/>
        </w:rPr>
        <w:t>4:07  yeh Allah ki rehmat hai, Allah ka karam hai ke is ne is baat ko jaana ke Allah ne apne maslehat ke tehat, apne takhleeqi mansoobe ke tehat,</w:t>
      </w:r>
      <w:r>
        <w:br/>
      </w:r>
      <w:r>
        <w:rPr>
          <w:sz w:val="20"/>
        </w:rPr>
        <w:t>4:22  insaan ko kamzor paida kiya hai.</w:t>
      </w:r>
      <w:r>
        <w:br/>
      </w:r>
      <w:r>
        <w:rPr>
          <w:sz w:val="20"/>
        </w:rPr>
        <w:t>4:27  kamzor is maani mein ke insaan pathar nahi hai, insaan lakri nahi hai,</w:t>
      </w:r>
      <w:r>
        <w:br/>
      </w:r>
      <w:r>
        <w:rPr>
          <w:sz w:val="20"/>
        </w:rPr>
        <w:t>4:36  aur yeh ke insaan par</w:t>
      </w:r>
      <w:r>
        <w:br/>
      </w:r>
      <w:r>
        <w:rPr>
          <w:sz w:val="20"/>
        </w:rPr>
        <w:t>4:41  awaareZ guzarte hain, yaani beemari, accident, budhapa, aur doosri qism ke hadsaat.</w:t>
      </w:r>
      <w:r>
        <w:br/>
      </w:r>
      <w:r>
        <w:rPr>
          <w:sz w:val="20"/>
        </w:rPr>
        <w:t>4:56  to Allah ki rehmat ka yeh taqaza hua ke</w:t>
      </w:r>
      <w:r>
        <w:br/>
      </w:r>
      <w:r>
        <w:rPr>
          <w:sz w:val="20"/>
        </w:rPr>
        <w:t>5:05  ahkaam mein rukhsat di jaye taake banda jab is tarah ke halaat se dochaar ho to ba-aasani woh is par amal kar sake.</w:t>
      </w:r>
      <w:r>
        <w:br/>
      </w:r>
      <w:r>
        <w:rPr>
          <w:sz w:val="20"/>
        </w:rPr>
        <w:t>5:13  jaise main apna ek waqia yaad aata hai, mujhe</w:t>
      </w:r>
      <w:r>
        <w:br/>
      </w:r>
      <w:r>
        <w:rPr>
          <w:sz w:val="20"/>
        </w:rPr>
        <w:t>5:18  ek martaba main hawai jahaz se safar kar raha tha to jab main airport par pohncha</w:t>
      </w:r>
      <w:r>
        <w:br/>
      </w:r>
      <w:r>
        <w:rPr>
          <w:sz w:val="20"/>
        </w:rPr>
        <w:t>5:28  to wahan jo jis company se main safar kar raha tha, us company ka aadmi ne dekha ke main kamzor hoon, boodha hoon, to jaldi se daud kar woh wheel chair laya.</w:t>
      </w:r>
      <w:r>
        <w:br/>
      </w:r>
      <w:r>
        <w:rPr>
          <w:sz w:val="20"/>
        </w:rPr>
        <w:t>5:46  to main ne kaha ke nahi, main aise hi chala jaunga, aise hi chala jaunga. to mere ek saathi ne kaha ke woh bechara mohabbat ke saath wheel chair laya hai, us ko accept kijiye.</w:t>
      </w:r>
      <w:r>
        <w:br/>
      </w:r>
      <w:r>
        <w:rPr>
          <w:sz w:val="20"/>
        </w:rPr>
        <w:t>5:59  tab mujhe ehsaas hua ke agar main accept na karoon to main ne us aadmi ko thes pahunchai, us ke jazbe ko thes pahunchai.</w:t>
      </w:r>
      <w:r>
        <w:br/>
      </w:r>
      <w:r>
        <w:rPr>
          <w:sz w:val="20"/>
        </w:rPr>
        <w:t>6:14  to main wheel par charh kar baith gaya.</w:t>
      </w:r>
      <w:r>
        <w:br/>
      </w:r>
      <w:r>
        <w:rPr>
          <w:sz w:val="20"/>
        </w:rPr>
        <w:t>6:19  to Allah taala ne jab bande ki kamzori ka ilaaj karte hue rukhsat ki ijazat di to aisi haalat mein rukhsat ko accept karna chahiye.</w:t>
      </w:r>
      <w:r>
        <w:br/>
      </w:r>
      <w:r>
        <w:rPr>
          <w:sz w:val="20"/>
        </w:rPr>
        <w:t>6:31  agar aap rukhsat ko na lein, kahein ke nahi, mujhe rukhsat ki zaroorat nahi hai,</w:t>
      </w:r>
      <w:r>
        <w:br/>
      </w:r>
      <w:r>
        <w:rPr>
          <w:sz w:val="20"/>
        </w:rPr>
        <w:t>6:36  to yeh Allah ki rehmat ko</w:t>
      </w:r>
      <w:r>
        <w:br/>
      </w:r>
      <w:r>
        <w:rPr>
          <w:sz w:val="20"/>
        </w:rPr>
        <w:t>6:46  nazar andaaz karne ke hamara ban jayega.</w:t>
      </w:r>
      <w:r>
        <w:br/>
      </w:r>
      <w:r>
        <w:rPr>
          <w:sz w:val="20"/>
        </w:rPr>
        <w:t>6:54  doosri baat is mein yeh hai, is se bhi zyada aham ke jab aap rukhsat par amal karte hain to aap ki ibaadat ibaadat parast ban jati hai.</w:t>
      </w:r>
    </w:p>
    <w:p>
      <w:pPr>
        <w:pStyle w:val="Heading2"/>
      </w:pPr>
      <w:r>
        <w:t>Quranic verse on non-confrontation in da'wah</w:t>
      </w:r>
    </w:p>
    <w:p>
      <w:r>
        <w:rPr>
          <w:color w:val="666666"/>
          <w:sz w:val="18"/>
        </w:rPr>
        <w:t>Roza and The Quran June 11, 2017 Maulana Wahiduddin Khan · 5m 11s · at 4:08 · https://youtu.be/pcDn2S_O2nA?t=248</w:t>
      </w:r>
    </w:p>
    <w:p>
      <w:r>
        <w:rPr>
          <w:i/>
        </w:rPr>
        <w:t>“For example he will reach this verse of the Quran from Surah Hajj”</w:t>
      </w:r>
    </w:p>
    <w:p>
      <w:r>
        <w:rPr>
          <w:sz w:val="20"/>
        </w:rPr>
        <w:t>4:08  woh misaal ke tor par quran ki is ayat tak pohnchega. ek ayat hai surah alhaj, alhaj number 22 ki ek ayat hai:</w:t>
      </w:r>
      <w:r>
        <w:br/>
      </w:r>
      <w:r>
        <w:rPr>
          <w:sz w:val="20"/>
        </w:rPr>
        <w:t>4:22  "fala anazoonaka fi al-amri waldu ila rabbika". yani is mein bataya gaya ke dawat ka method, dawat ka tareeqa kya hona chahiye.</w:t>
      </w:r>
      <w:r>
        <w:br/>
      </w:r>
      <w:r>
        <w:rPr>
          <w:sz w:val="20"/>
        </w:rPr>
        <w:t>4:37  yani ek taraf to musalman yeh daryaft karega ke allah ne is ko jo mission diya hai, woh dawat ka mission hai.</w:t>
      </w:r>
      <w:r>
        <w:br/>
      </w:r>
      <w:r>
        <w:rPr>
          <w:sz w:val="20"/>
        </w:rPr>
        <w:t>4:47  wakadhalika ja'alnakum ummatan wasatan litakoonu shuhada'a 'ala alnasi. to logon par dawat pohanchana yeh mission hai.</w:t>
      </w:r>
      <w:r>
        <w:br/>
      </w:r>
      <w:r>
        <w:rPr>
          <w:sz w:val="20"/>
        </w:rPr>
        <w:t>5:01  aur is mission ko kis tarah karna hai, is ka tareeqa kar is ayat mein bata diya gaya hai. "fala anazoonaka fi al-amri waldu ila rabbika".</w:t>
      </w:r>
      <w:r>
        <w:br/>
      </w:r>
      <w:r>
        <w:rPr>
          <w:sz w:val="20"/>
        </w:rPr>
        <w:t>5:13  is ka tarjuma yeh hai ke woh tum se muamle mein niza' har giz na karein.</w:t>
      </w:r>
      <w:r>
        <w:br/>
      </w:r>
      <w:r>
        <w:rPr>
          <w:sz w:val="20"/>
        </w:rPr>
        <w:t>5:24  woh har giz tum se deen ke muamle mein niza' na karein. aur tum dawat pohanchao. to allah, allah rabb al-alameen ki dawat logon ko do.</w:t>
      </w:r>
      <w:r>
        <w:br/>
      </w:r>
      <w:r>
        <w:rPr>
          <w:sz w:val="20"/>
        </w:rPr>
        <w:t>5:38  dekhein, yeh bohat hi zyada sochne ki baat hai. "wala anazoonaka fi al-amri" jo hai, yeh arabi ka usloob hai.</w:t>
      </w:r>
      <w:r>
        <w:br/>
      </w:r>
      <w:r>
        <w:rPr>
          <w:sz w:val="20"/>
        </w:rPr>
        <w:t>5:49  bataur to is mein hai ke woh har giz tum se niza' na karein. lekin is ka matlab yeh nahi hai. is ka matlab yeh hai ke woh tum har giz un ko niza' ka mauqa na do.</w:t>
      </w:r>
      <w:r>
        <w:br/>
      </w:r>
      <w:r>
        <w:rPr>
          <w:sz w:val="20"/>
        </w:rPr>
        <w:t>6:05  yani tum dawat ko karo is waqt andaaz mein, non political andaaz mein, non confrontational andaaz mein.</w:t>
      </w:r>
      <w:r>
        <w:br/>
      </w:r>
      <w:r>
        <w:rPr>
          <w:sz w:val="20"/>
        </w:rPr>
        <w:t>6:16  aur agar madu ki taraf se koi nizaa ki soorat paida ki jaye to tum us ko manage karo. uljho mat jao is mein.</w:t>
      </w:r>
      <w:r>
        <w:br/>
      </w:r>
      <w:r>
        <w:rPr>
          <w:sz w:val="20"/>
        </w:rPr>
        <w:t>6:28  manage kar ke woh refuse karo us ko. taake dawat ka kaam mo'tadil mahaul mein jaari rahe.</w:t>
      </w:r>
      <w:r>
        <w:br/>
      </w:r>
      <w:r>
        <w:rPr>
          <w:sz w:val="20"/>
        </w:rPr>
        <w:t>6:38  to aap jab sanjeeda ho kar ke poori tarah se tadabbur aur tafakkur par amal karte hue quran ko padhenge aur is aayat tak pahunchenge to aap kya lenge is se?</w:t>
      </w:r>
      <w:r>
        <w:br/>
      </w:r>
      <w:r>
        <w:rPr>
          <w:sz w:val="20"/>
        </w:rPr>
        <w:t>6:52  yeh ke musalman ki bojh policy to sarasar galat hai. quran ke khilaf hai. yani roza rakh kar bhi quran ke khilaf hai.</w:t>
      </w:r>
      <w:r>
        <w:br/>
      </w:r>
      <w:r>
        <w:rPr>
          <w:sz w:val="20"/>
        </w:rPr>
        <w:t>7:03  yani ladna, nafrat karna, nizaa karna, doosri side baba karna, yeh sab to roze ki spirit ke bilkul khilaf hai.</w:t>
      </w:r>
      <w:r>
        <w:br/>
      </w:r>
      <w:r>
        <w:rPr>
          <w:sz w:val="20"/>
        </w:rPr>
        <w:t>7:19  yani aisi koi bhi harkat jo madu aur daai ke darmiyan</w:t>
      </w:r>
      <w:r>
        <w:br/>
      </w:r>
      <w:r>
        <w:rPr>
          <w:sz w:val="20"/>
        </w:rPr>
        <w:t>7:27  mahaul ko bigare. mahaul ko bigare.</w:t>
      </w:r>
      <w:r>
        <w:br/>
      </w:r>
      <w:r>
        <w:rPr>
          <w:sz w:val="20"/>
        </w:rPr>
        <w:t>7:34  dawat ka mahaul jo hai hamesha chahta hai peace, tolerance, normalcy.</w:t>
      </w:r>
      <w:r>
        <w:br/>
      </w:r>
      <w:r>
        <w:rPr>
          <w:sz w:val="20"/>
        </w:rPr>
        <w:t>7:47  to koi bhi cheez jo is mahaul ko bigadne wali ho, is mein muslim ko hisse daar nahi banna hai.</w:t>
      </w:r>
      <w:r>
        <w:br/>
      </w:r>
      <w:r>
        <w:rPr>
          <w:sz w:val="20"/>
        </w:rPr>
        <w:t>7:58  hisse daar har giz nahi banna hai. balkeh yak tarfa taur par, yani neutral taur par, yak tarfa taur par us ko refuse karna hai.</w:t>
      </w:r>
      <w:r>
        <w:br/>
      </w:r>
      <w:r>
        <w:rPr>
          <w:sz w:val="20"/>
        </w:rPr>
        <w:t>8:09  aisa nahi ke fareeqe saani ki taraf se koi baat ho jaye nizaa ki to aap bhi ulajh gaye aur dono mein ladai shuru ho gayi.</w:t>
      </w:r>
      <w:r>
        <w:br/>
      </w:r>
      <w:r>
        <w:rPr>
          <w:sz w:val="20"/>
        </w:rPr>
        <w:t>8:22  yahan tak ke gun ka chakkar, bomb ka chakkar pada. yeh to haraam hai. khula khula haraam hai yeh. quran ki is aayat mein jitna gaur karenge aap, jitna zyada, to aap ko yeh milega ke ramzan is baat ki tarbiyat hai ke hum apne ko sachcha daai banayein.</w:t>
      </w:r>
      <w:r>
        <w:br/>
      </w:r>
      <w:r>
        <w:rPr>
          <w:sz w:val="20"/>
        </w:rPr>
        <w:t>8:46  daai o madu ke darmiyan sahi mahaul banayein. aur is ka tareeqa kya hai?</w:t>
      </w:r>
      <w:r>
        <w:br/>
      </w:r>
      <w:r>
        <w:rPr>
          <w:sz w:val="20"/>
        </w:rPr>
        <w:t>8:55  is aayat mein bataya gaya hai: "fala anaazoonka fil amr wadu ila rabbika". yani nizaa ki soorat haal ko yak tarfa taur par manage kar ke khatm karo.</w:t>
      </w:r>
      <w:r>
        <w:br/>
      </w:r>
      <w:r>
        <w:rPr>
          <w:sz w:val="20"/>
        </w:rPr>
        <w:t>9:09  refuse kar do. aur phir dawat ka kaam mo'tadil halaat mein karte raho.</w:t>
      </w:r>
    </w:p>
    <w:p>
      <w:pPr>
        <w:pStyle w:val="Heading2"/>
      </w:pPr>
      <w:r>
        <w:t>Taraweeh, tahajjud, and the story of Hafiz-e-Quran's purpose</w:t>
      </w:r>
    </w:p>
    <w:p>
      <w:r>
        <w:rPr>
          <w:color w:val="666666"/>
          <w:sz w:val="18"/>
        </w:rPr>
        <w:t>In Conversation with Maulana Wahiduddin Khan (Amaal-e-Ramadan) 25 Aug, 2007 · 4m 49s · at 24:33 · https://youtu.be/DRE5UnumqIY?t=1473</w:t>
      </w:r>
    </w:p>
    <w:p>
      <w:r>
        <w:rPr>
          <w:i/>
        </w:rPr>
        <w:t>“Ramzan ke maheene mein aik amal hota hai taraweeh”</w:t>
      </w:r>
    </w:p>
    <w:p>
      <w:r>
        <w:rPr>
          <w:sz w:val="20"/>
        </w:rPr>
        <w:t>24:33  ramzan ke mahine mein ek amal hota hai tarawih. toh is silsile mein aap bataiye ke tarawih kya hai aur tahajjud se is ka kya taluq hai?</w:t>
      </w:r>
      <w:r>
        <w:br/>
      </w:r>
      <w:r>
        <w:rPr>
          <w:sz w:val="20"/>
        </w:rPr>
        <w:t>24:44  dekhein, tarawih asal mein yani tahajjud ki taqdeem ka naam hai.</w:t>
      </w:r>
      <w:r>
        <w:br/>
      </w:r>
      <w:r>
        <w:rPr>
          <w:sz w:val="20"/>
        </w:rPr>
        <w:t>24:55  ji, tahajjud ko pehle parh lena. aam halat mein tahajjud hum takheer ke sath parhte hain,</w:t>
      </w:r>
      <w:r>
        <w:br/>
      </w:r>
      <w:r>
        <w:rPr>
          <w:sz w:val="20"/>
        </w:rPr>
        <w:t>25:02  lekin ramzan mein isi tahajjud ko taqdeem ke sath parhte hain. isi ko tarawih kaha jata hai. aur jamaat bana lete hain.</w:t>
      </w:r>
      <w:r>
        <w:br/>
      </w:r>
      <w:r>
        <w:rPr>
          <w:sz w:val="20"/>
        </w:rPr>
        <w:t>25:12  do baatein hoti hain. to Hazrat Umar ke baare mein kaha jata hai ke woh aap jante hain ke Rasool Allah ke zamane mein taraveeh nahi hua karti thi. ji, Hazrat Umar ke zamane mein shuru hui.</w:t>
      </w:r>
      <w:r>
        <w:br/>
      </w:r>
      <w:r>
        <w:rPr>
          <w:sz w:val="20"/>
        </w:rPr>
        <w:t>25:23  hmm, to raat ko woh round le rahe the to dekha ke masjid mein log</w:t>
      </w:r>
      <w:r>
        <w:br/>
      </w:r>
      <w:r>
        <w:rPr>
          <w:sz w:val="20"/>
        </w:rPr>
        <w:t>25:28  isha ke baad phir jamaat ke saath namaz padh rahe hain. to ek nayi cheez thi woh. to unhon ne poocha ke bhai kya hai yeh? unhon ne bataya ke yeh taraveeh hai.</w:t>
      </w:r>
      <w:r>
        <w:br/>
      </w:r>
      <w:r>
        <w:rPr>
          <w:sz w:val="20"/>
        </w:rPr>
        <w:t>25:38  to aap ne farmaya ke na'am al-bid'atu. hmm, yani nayi cheez hai, phir bhi achhi hai woh.</w:t>
      </w:r>
      <w:r>
        <w:br/>
      </w:r>
      <w:r>
        <w:rPr>
          <w:sz w:val="20"/>
        </w:rPr>
        <w:t>25:46  to taraveeh ko main samajhta hoon ke ek pehlu yeh hai ke woh tahajjud ki taqdeem hai. ke tahajjud pehle padh lena hai. doosri baat yeh hai ke taraveeh ka nizam jo qaim hua ummat mein,</w:t>
      </w:r>
      <w:r>
        <w:br/>
      </w:r>
      <w:r>
        <w:rPr>
          <w:sz w:val="20"/>
        </w:rPr>
        <w:t>26:00  to woh Quran ke tahaffuz ka bahut bada zariya tha.</w:t>
      </w:r>
      <w:r>
        <w:br/>
      </w:r>
      <w:r>
        <w:rPr>
          <w:sz w:val="20"/>
        </w:rPr>
        <w:t>26:05  hmm, bahut bada zariya. is zamane mein jab ke printing press nahi tha. printing press se pehle Quran ko kaise mehfooz kiya jaye? to yeh ek bahut bada zariya tha ke tahaffuz Quran ke madaris qaim hue.</w:t>
      </w:r>
      <w:r>
        <w:br/>
      </w:r>
      <w:r>
        <w:rPr>
          <w:sz w:val="20"/>
        </w:rPr>
        <w:t>26:18  ji, hazaron nahi, lakhon log Quran ko hifz karne lage.</w:t>
      </w:r>
      <w:r>
        <w:br/>
      </w:r>
      <w:r>
        <w:rPr>
          <w:sz w:val="20"/>
        </w:rPr>
        <w:t>26:25  to sawal yeh hai ke haafiz bane log to iska istemal kya hoga? hmm, ek aisa kaam jis ka koi istemal na ho, woh chalega nahi.</w:t>
      </w:r>
      <w:r>
        <w:br/>
      </w:r>
      <w:r>
        <w:rPr>
          <w:sz w:val="20"/>
        </w:rPr>
        <w:t>26:35  woh nahi chal sakta. haafiz bante jayein, haafiz bante jaiye, woh istemal kuch nahi. to yeh main samajhta hoon ke ummat mein ek bahut achhi cheez shuru hui</w:t>
      </w:r>
      <w:r>
        <w:br/>
      </w:r>
      <w:r>
        <w:rPr>
          <w:sz w:val="20"/>
        </w:rPr>
        <w:t>26:44  printing press se pehle. hmm, ke haafizon ko ek istemal de diya, ek kaam de diya. ab woh masjidon mein namaz taraveeh ki padhane lage.</w:t>
      </w:r>
      <w:r>
        <w:br/>
      </w:r>
      <w:r>
        <w:rPr>
          <w:sz w:val="20"/>
        </w:rPr>
        <w:t>26:55  ab is mein unko kuch log tohfe tohfaif bhi de dete the. main samajhta hoon ke jaiz hai, bilkul tohfe tohfaif jo dete hain log.</w:t>
      </w:r>
      <w:r>
        <w:br/>
      </w:r>
      <w:r>
        <w:rPr>
          <w:sz w:val="20"/>
        </w:rPr>
        <w:t>27:04  to yeh ummat mein ek achhi rivayat thi yeh ke ek taraf logon ko ubhara gaya ke Quran ko yaad karo, Quran ko hifz karo.</w:t>
      </w:r>
      <w:r>
        <w:br/>
      </w:r>
      <w:r>
        <w:rPr>
          <w:sz w:val="20"/>
        </w:rPr>
        <w:t>27:16  doosri taraf hifz Quran ka ek istemal bhi paida kar diya gaya. ji, to saal bhar log yaad karte hain taake taraveeh mein</w:t>
      </w:r>
      <w:r>
        <w:br/>
      </w:r>
      <w:r>
        <w:rPr>
          <w:sz w:val="20"/>
        </w:rPr>
        <w:t>27:25  padh sakein, kyunke woh bhool jayenge. kyunke agar saal bhar is ko baqayda na padhein to taraveeh nahi padh sakeinge, bhool jayenge woh.</w:t>
      </w:r>
      <w:r>
        <w:br/>
      </w:r>
      <w:r>
        <w:rPr>
          <w:sz w:val="20"/>
        </w:rPr>
        <w:t>27:34  to is ki wajah se poora ek madarse ka nizam aur saal bhar Quran ki tilawat karna jaari rehta hai, kyunke unhein ek istemal mila hua hai, ek nishana mila hua hai.</w:t>
      </w:r>
      <w:r>
        <w:br/>
      </w:r>
      <w:r>
        <w:rPr>
          <w:sz w:val="20"/>
        </w:rPr>
        <w:t>27:44  yeh bahut hi important lehaz se hai ke taraveeh na hoti to nishana na hota. hmm, taraveeh na hoti to hifz Quran ka koi istemal na hota.</w:t>
      </w:r>
      <w:r>
        <w:br/>
      </w:r>
      <w:r>
        <w:rPr>
          <w:sz w:val="20"/>
        </w:rPr>
        <w:t>27:53  to main is ko bahut achhi cheez samajhta hoon. hmm,</w:t>
      </w:r>
      <w:r>
        <w:br/>
      </w:r>
      <w:r>
        <w:rPr>
          <w:sz w:val="20"/>
        </w:rPr>
        <w:t>27:58  yeh rivayat mein yeh bhi aaya hai ke Hazrat Umar ne jab dekha ke log taraveeh padh rahe hain to unhon ne yeh kaha ke yeh bahut achhi cheez hai, lekin jis ko chhod kar yeh log soye rehte hain, yani tahajjud, woh is se zyada achhi cheez hai.</w:t>
      </w:r>
      <w:r>
        <w:br/>
      </w:r>
      <w:r>
        <w:rPr>
          <w:sz w:val="20"/>
        </w:rPr>
        <w:t>28:14  yeh yeh ghair Ramadan ke baare mein kaha unhon ne, Ramadan ke baare mein nahi ke aam dinon mein to woh soye rehte hain, par tahajjud padhte nahi.</w:t>
      </w:r>
      <w:r>
        <w:br/>
      </w:r>
      <w:r>
        <w:rPr>
          <w:sz w:val="20"/>
        </w:rPr>
        <w:t>28:23  to is ka matlab yeh tha ke saal bhar to tum tahajjud padhte nahi aur Ramadan mein dhoom machate ho. hmm, yeh koi sehatmand alamat nahi hai.</w:t>
      </w:r>
      <w:r>
        <w:br/>
      </w:r>
      <w:r>
        <w:rPr>
          <w:sz w:val="20"/>
        </w:rPr>
        <w:t>28:34  ji, sahaba ke zamane mein aaj kal jis tarah se taraveeh ki bahut zyada dhoom hoti hai, log sabhi na padhte hain aur paanch paanch paray padh rahe hote hain, kahin ek hi raat mein khatm ho raha hota hai.</w:t>
      </w:r>
      <w:r>
        <w:br/>
      </w:r>
      <w:r>
        <w:rPr>
          <w:sz w:val="20"/>
        </w:rPr>
        <w:t>28:46  kya sahaba ke zamane mein is tarah ki dhoom hoti thi?</w:t>
      </w:r>
      <w:r>
        <w:br/>
      </w:r>
      <w:r>
        <w:rPr>
          <w:sz w:val="20"/>
        </w:rPr>
        <w:t>28:50  nahi, bilkul nahi thi. dhoom to hargiz nahi thi. ji, aur yeh yeh bhi ghulu ki shakal hai. yeh dhoom jo hai, is mein ghulu ki shakal hai.</w:t>
      </w:r>
      <w:r>
        <w:br/>
      </w:r>
      <w:r>
        <w:rPr>
          <w:sz w:val="20"/>
        </w:rPr>
        <w:t>29:00  mo'tedil andaaz mein, fitri andaaz mein jab taraveeh ho to us ko maine kaha ke bahut hi achhi cheez hai woh. hmm, lekin yeh is mein jo dhoom machai jati hai to woh to ek ifraat ki baat hai.</w:t>
      </w:r>
      <w:r>
        <w:br/>
      </w:r>
      <w:r>
        <w:rPr>
          <w:sz w:val="20"/>
        </w:rPr>
        <w:t>29:13  to islam mein ifraat bhi galat hai, tafrit bhi galat hai. ji, to mein mu'tedil andaaz mein jo taraveeh padhi jaati hai, us ko mein samajhta hoon ke bohat mufeed cheez hai woh.</w:t>
      </w:r>
    </w:p>
    <w:p>
      <w:pPr>
        <w:pStyle w:val="Heading2"/>
      </w:pPr>
      <w:r>
        <w:t>Compilation of Quran and Hadith from memory to printing</w:t>
      </w:r>
    </w:p>
    <w:p>
      <w:r>
        <w:rPr>
          <w:color w:val="666666"/>
          <w:sz w:val="18"/>
        </w:rPr>
        <w:t>Hadith Literature - Part-2 (English) March 08, 2007 Maulana Wahiduddin Khan · 5m 36s · at 0:10 · https://youtu.be/xFrbel0h2YQ?t=10</w:t>
      </w:r>
    </w:p>
    <w:p>
      <w:r>
        <w:rPr>
          <w:i/>
        </w:rPr>
        <w:t>“I would like to say a few words about Hadith literature.”</w:t>
      </w:r>
    </w:p>
    <w:p>
      <w:r>
        <w:rPr>
          <w:sz w:val="20"/>
        </w:rPr>
        <w:t>0:10  bismillah irahman irahim, wasallallah ala nabiyil karim.</w:t>
      </w:r>
      <w:r>
        <w:br/>
      </w:r>
      <w:r>
        <w:rPr>
          <w:sz w:val="20"/>
        </w:rPr>
        <w:t>0:20  rab ishrah li sadri, wa yassir li amri, wah lul uqdatan min lisani yafqahu qawli.</w:t>
      </w:r>
      <w:r>
        <w:br/>
      </w:r>
      <w:r>
        <w:rPr>
          <w:sz w:val="20"/>
        </w:rPr>
        <w:t>0:30  I would like to say a few words about hadith literature.</w:t>
      </w:r>
      <w:r>
        <w:br/>
      </w:r>
      <w:r>
        <w:rPr>
          <w:sz w:val="20"/>
        </w:rPr>
        <w:t>0:40  According to the Islamic belief, there is no difference as far as the authenticity is concerned; there is</w:t>
      </w:r>
      <w:r>
        <w:br/>
      </w:r>
      <w:r>
        <w:rPr>
          <w:sz w:val="20"/>
        </w:rPr>
        <w:t>0:50  no difference between Quran and hadith.</w:t>
      </w:r>
      <w:r>
        <w:br/>
      </w:r>
      <w:r>
        <w:rPr>
          <w:sz w:val="20"/>
        </w:rPr>
        <w:t>1:00  Anything which we read in the Quran is authentic.</w:t>
      </w:r>
      <w:r>
        <w:br/>
      </w:r>
      <w:r>
        <w:rPr>
          <w:sz w:val="20"/>
        </w:rPr>
        <w:t>1:11  So in the case of hadith, anything which we read in hadith is also authentic.</w:t>
      </w:r>
      <w:r>
        <w:br/>
      </w:r>
      <w:r>
        <w:rPr>
          <w:sz w:val="20"/>
        </w:rPr>
        <w:t>1:23  Now, you must know that the way of compilation of both was one and the same.</w:t>
      </w:r>
      <w:r>
        <w:br/>
      </w:r>
      <w:r>
        <w:rPr>
          <w:sz w:val="20"/>
        </w:rPr>
        <w:t>1:34  Hadith was compiled by the same method which was applied to the compilation of the Quran.</w:t>
      </w:r>
      <w:r>
        <w:br/>
      </w:r>
      <w:r>
        <w:rPr>
          <w:sz w:val="20"/>
        </w:rPr>
        <w:t>1:46  You know, Quran was not sent to the Prophet as a book.</w:t>
      </w:r>
      <w:r>
        <w:br/>
      </w:r>
      <w:r>
        <w:rPr>
          <w:sz w:val="20"/>
        </w:rPr>
        <w:t>1:57  No, it was revealed by the Angels, and then it was recited by the Prophet.</w:t>
      </w:r>
      <w:r>
        <w:br/>
      </w:r>
      <w:r>
        <w:rPr>
          <w:sz w:val="20"/>
        </w:rPr>
        <w:t>2:09  So Quran—the method of the Quran was that the Prophet received revelation, and then he repeated or recited that revelation.</w:t>
      </w:r>
      <w:r>
        <w:br/>
      </w:r>
      <w:r>
        <w:rPr>
          <w:sz w:val="20"/>
        </w:rPr>
        <w:t>2:20  His followers listened to his recitation, and they memorized it.</w:t>
      </w:r>
      <w:r>
        <w:br/>
      </w:r>
      <w:r>
        <w:rPr>
          <w:sz w:val="20"/>
        </w:rPr>
        <w:t>2:32  This process continued generation after generation until the age of the printing press, until there was the age of the printing press.</w:t>
      </w:r>
      <w:r>
        <w:br/>
      </w:r>
      <w:r>
        <w:rPr>
          <w:sz w:val="20"/>
        </w:rPr>
        <w:t>2:48  Before the printing press, the same process was prevalent in every generation.</w:t>
      </w:r>
      <w:r>
        <w:br/>
      </w:r>
      <w:r>
        <w:rPr>
          <w:sz w:val="20"/>
        </w:rPr>
        <w:t>2:58  Then when the printing press—when the age of the printing press came—then his followers compiled an authentic book by calligraphy.</w:t>
      </w:r>
      <w:r>
        <w:br/>
      </w:r>
      <w:r>
        <w:rPr>
          <w:sz w:val="20"/>
        </w:rPr>
        <w:t>3:09  There were so many experts in calligraphy.</w:t>
      </w:r>
      <w:r>
        <w:br/>
      </w:r>
      <w:r>
        <w:rPr>
          <w:sz w:val="20"/>
        </w:rPr>
        <w:t>3:20  These calligraphers compiled, prepared some authentic copies of the Quran, and this was printed.</w:t>
      </w:r>
      <w:r>
        <w:br/>
      </w:r>
      <w:r>
        <w:rPr>
          <w:sz w:val="20"/>
        </w:rPr>
        <w:t>3:31  Then now we see that we are living in the computer age.</w:t>
      </w:r>
      <w:r>
        <w:br/>
      </w:r>
      <w:r>
        <w:rPr>
          <w:sz w:val="20"/>
        </w:rPr>
        <w:t>3:42  Now we can find a typed copy of the Quran.</w:t>
      </w:r>
      <w:r>
        <w:br/>
      </w:r>
      <w:r>
        <w:rPr>
          <w:sz w:val="20"/>
        </w:rPr>
        <w:t>3:53  So after the age of print media or printing press, everything was preserved in the printing form.</w:t>
      </w:r>
      <w:r>
        <w:br/>
      </w:r>
      <w:r>
        <w:rPr>
          <w:sz w:val="20"/>
        </w:rPr>
        <w:t>4:04  Before it was preserved in memory as well as through calligraphy.</w:t>
      </w:r>
      <w:r>
        <w:br/>
      </w:r>
      <w:r>
        <w:rPr>
          <w:sz w:val="20"/>
        </w:rPr>
        <w:t>4:11  Now it is preserved in the form of printed books.</w:t>
      </w:r>
      <w:r>
        <w:br/>
      </w:r>
      <w:r>
        <w:rPr>
          <w:sz w:val="20"/>
        </w:rPr>
        <w:t>4:18  The same process was applied in the hadith literature also.</w:t>
      </w:r>
      <w:r>
        <w:br/>
      </w:r>
      <w:r>
        <w:rPr>
          <w:sz w:val="20"/>
        </w:rPr>
        <w:t>4:25  You know, hadith was also recited from the Prophet.</w:t>
      </w:r>
      <w:r>
        <w:br/>
      </w:r>
      <w:r>
        <w:rPr>
          <w:sz w:val="20"/>
        </w:rPr>
        <w:t>4:32  Hadith means speech.</w:t>
      </w:r>
      <w:r>
        <w:br/>
      </w:r>
      <w:r>
        <w:rPr>
          <w:sz w:val="20"/>
        </w:rPr>
        <w:t>4:39  So what the Prophet said was memorized by his followers. And again, the same process was repeated.</w:t>
      </w:r>
      <w:r>
        <w:br/>
      </w:r>
      <w:r>
        <w:rPr>
          <w:sz w:val="20"/>
        </w:rPr>
        <w:t>4:49  That generation after generation, they memorized these Hadiths through memory as well as through writing. So this process was continued up to the age of the printing press.</w:t>
      </w:r>
      <w:r>
        <w:br/>
      </w:r>
      <w:r>
        <w:rPr>
          <w:sz w:val="20"/>
        </w:rPr>
        <w:t>5:12  And when the printing press was available, the followers of Islam applied this technique, and they prepared printed</w:t>
      </w:r>
      <w:r>
        <w:br/>
      </w:r>
      <w:r>
        <w:rPr>
          <w:sz w:val="20"/>
        </w:rPr>
        <w:t>5:20  copies of Hadiths.</w:t>
      </w:r>
      <w:r>
        <w:br/>
      </w:r>
      <w:r>
        <w:rPr>
          <w:sz w:val="20"/>
        </w:rPr>
        <w:t>5:29  So this was the method of compilation and preservation was one and the same.</w:t>
      </w:r>
      <w:r>
        <w:br/>
      </w:r>
      <w:r>
        <w:rPr>
          <w:sz w:val="20"/>
        </w:rPr>
        <w:t>5:37  Quran and Hadith both were preserved following this method.</w:t>
      </w:r>
      <w:r>
        <w:br/>
      </w:r>
      <w:r>
        <w:rPr>
          <w:sz w:val="20"/>
        </w:rPr>
        <w:t>5:46  So both are authentic. Both are authentic. It is true that there are some Mawzu Hadiths. Mawzu means fabricated Hadiths. These fabricated Hadiths were also written during the—mostly during the Abbasid period.</w:t>
      </w:r>
    </w:p>
    <w:p>
      <w:pPr>
        <w:pStyle w:val="Heading2"/>
      </w:pPr>
      <w:r>
        <w:t>why the Day of Judgment must exist</w:t>
      </w:r>
    </w:p>
    <w:p>
      <w:r>
        <w:rPr>
          <w:color w:val="666666"/>
          <w:sz w:val="18"/>
        </w:rPr>
        <w:t>Dars-e-Quran (Al-Fatihah (The Opening) 1 1-7) July 12, 2015 · 4m 05s · at 22:13 · https://youtu.be/Rv6AjEFe6MI?t=1333</w:t>
      </w:r>
    </w:p>
    <w:p>
      <w:r>
        <w:rPr>
          <w:i/>
        </w:rPr>
        <w:t>“Malik yaum al-din — why must a day of reckoning come?”</w:t>
      </w:r>
    </w:p>
    <w:p>
      <w:r>
        <w:rPr>
          <w:sz w:val="20"/>
        </w:rPr>
        <w:t>22:13  phir dekhiye, agli ayat jo hai malik-e-yau-middin ke Allah malik hai jaza ke din ka. yeh bhi daryaft ka kalma hai.</w:t>
      </w:r>
      <w:r>
        <w:br/>
      </w:r>
      <w:r>
        <w:rPr>
          <w:sz w:val="20"/>
        </w:rPr>
        <w:t>22:26  jab aap in baaton ko daryaft karte hain jo mein ne arz kiya abhi to phir yeh sawal hota hai ke aakhir yeh yeh dunya kis liye?</w:t>
      </w:r>
      <w:r>
        <w:br/>
      </w:r>
      <w:r>
        <w:rPr>
          <w:sz w:val="20"/>
        </w:rPr>
        <w:t>22:37  yeh insan kis liye? yeh zindagi kis liye? kya is liye ke bas paida ho, khatam ho jaye?</w:t>
      </w:r>
      <w:r>
        <w:br/>
      </w:r>
      <w:r>
        <w:rPr>
          <w:sz w:val="20"/>
        </w:rPr>
        <w:t>22:45  to aap sochte hain ke itna bara waqia hai, yeh zindagi itna bara waqia hai, yeh yeh dunya ki takhleeq, woh</w:t>
      </w:r>
      <w:r>
        <w:br/>
      </w:r>
      <w:r>
        <w:rPr>
          <w:sz w:val="20"/>
        </w:rPr>
        <w:t>22:56  yani abas nahi ho sakti, befaida nahi ho sakti, is parpeless nahi ho sakti.</w:t>
      </w:r>
      <w:r>
        <w:br/>
      </w:r>
      <w:r>
        <w:rPr>
          <w:sz w:val="20"/>
        </w:rPr>
        <w:t>23:04  zaroori hai ke is ka koi izhaar ho. tab aap ki zuban se nikalta hai malik-e-yau-middin ke ek din aane wala hai, ek din aane wala hai jab ke tamam haqiqaton ka izhaar ho,</w:t>
      </w:r>
      <w:r>
        <w:br/>
      </w:r>
      <w:r>
        <w:rPr>
          <w:sz w:val="20"/>
        </w:rPr>
        <w:t>23:18  tamam insano ko jaancha jaye un ke aamal ke aitbar se aur yeh faisla kiya jaye ke kaun hai jo jannat jannat ka mustahiq hai aur kaun hai jo jannat ka mustahiq nahi hai.</w:t>
      </w:r>
      <w:r>
        <w:br/>
      </w:r>
      <w:r>
        <w:rPr>
          <w:sz w:val="20"/>
        </w:rPr>
        <w:t>23:34  kyun ke dunya mein dekhiye, aadmi ko azadi di gayi hai to koi misuse karta hai, koi azadi ko barabar use karta hai.</w:t>
      </w:r>
      <w:r>
        <w:br/>
      </w:r>
      <w:r>
        <w:rPr>
          <w:sz w:val="20"/>
        </w:rPr>
        <w:t>23:45  donon barabar nahi ho sakte.</w:t>
      </w:r>
      <w:r>
        <w:br/>
      </w:r>
      <w:r>
        <w:rPr>
          <w:sz w:val="20"/>
        </w:rPr>
        <w:t>23:48  jo apni azadi ko sahi, azadi ka sahi istemal kare, uska darja, uska anjaam aur jo aap apni azadi ko misuse kare, uska anjaam ek ek nahi ho sakta, do hoga.</w:t>
      </w:r>
      <w:r>
        <w:br/>
      </w:r>
      <w:r>
        <w:rPr>
          <w:sz w:val="20"/>
        </w:rPr>
        <w:t>24:04  yahi hai yau-middin. to yeh yau-middin yani dunya se guzar kar ek waqt aane wala hai</w:t>
      </w:r>
      <w:r>
        <w:br/>
      </w:r>
      <w:r>
        <w:rPr>
          <w:sz w:val="20"/>
        </w:rPr>
        <w:t>24:14  jab sare insan ekatha hon, sare insano ka ijazat liya jaye, sare insano ko tola jaye, sare insano ka record dekha jaye.</w:t>
      </w:r>
      <w:r>
        <w:br/>
      </w:r>
      <w:r>
        <w:rPr>
          <w:sz w:val="20"/>
        </w:rPr>
        <w:t>24:27  ab phir faisla kiya jaye ke kon hai is mein jis ne sahi maano mein alhamd wali zindagi guzari, alhamdulillah rabbul alameen wali zindagi guzari aur kon hai jo is se hat gaya.</w:t>
      </w:r>
      <w:r>
        <w:br/>
      </w:r>
      <w:r>
        <w:rPr>
          <w:sz w:val="20"/>
        </w:rPr>
        <w:t>24:45  yeh hai malik-e-yomiddin, jaza ke din ka malik aur jaza ke din jo hai, us ke is ka jaza ke din ko qaim karne wala,</w:t>
      </w:r>
      <w:r>
        <w:br/>
      </w:r>
      <w:r>
        <w:rPr>
          <w:sz w:val="20"/>
        </w:rPr>
        <w:t>25:00  is ke taqaze ko poore karne wala, woh bhi Allah rabbul alameen ho sakta hai.</w:t>
      </w:r>
      <w:r>
        <w:br/>
      </w:r>
      <w:r>
        <w:rPr>
          <w:sz w:val="20"/>
        </w:rPr>
        <w:t>25:06  Allah rabbul alameen se kam darje ki koi taqat yeh nahi kar sakti ke woh yomiddin ko barpa kare jis mein sab ka hisab kitab ho.</w:t>
      </w:r>
      <w:r>
        <w:br/>
      </w:r>
      <w:r>
        <w:rPr>
          <w:sz w:val="20"/>
        </w:rPr>
        <w:t>25:19  to yeh sab discovery ke marhale hain, daryaft ke marhale hain. jab aap sochte hain, contemplation ki zindagi guzarte hain, tadabbur ki ki zindagi guzarte hain to ek ke baad ek aap ko daryaften hoti rehti hain.</w:t>
      </w:r>
      <w:r>
        <w:br/>
      </w:r>
      <w:r>
        <w:rPr>
          <w:sz w:val="20"/>
        </w:rPr>
        <w:t>25:37  to aap ko daryaft hoti hai Allah ke hamd ki, us ke rehman aur rahim hone ki. phir aap ko daryaft hoti hai ke zaroori hai ke ek woh din aaye jab ke Allah apni taqat se yomiddin qaim kare.</w:t>
      </w:r>
      <w:r>
        <w:br/>
      </w:r>
      <w:r>
        <w:rPr>
          <w:sz w:val="20"/>
        </w:rPr>
        <w:t>25:54  jab</w:t>
      </w:r>
      <w:r>
        <w:br/>
      </w:r>
      <w:r>
        <w:rPr>
          <w:sz w:val="20"/>
        </w:rPr>
        <w:t>25:55  un logon ko jinhone zindagi ka sahi istemal kiya, is ka badla diya jaye, inaam diya jaye aur jin logon ne azadi galat istemal kiya, woh bhi apne is ki saza paein.</w:t>
      </w:r>
      <w:r>
        <w:br/>
      </w:r>
      <w:r>
        <w:rPr>
          <w:sz w:val="20"/>
        </w:rPr>
        <w:t>26:14  to yeh hua malik-e-yomiddin.</w:t>
      </w:r>
    </w:p>
    <w:p>
      <w:pPr>
        <w:pStyle w:val="Heading2"/>
      </w:pPr>
      <w:r>
        <w:t>What iman and ihtisab truly mean in fasting</w:t>
      </w:r>
    </w:p>
    <w:p>
      <w:r>
        <w:rPr>
          <w:color w:val="666666"/>
          <w:sz w:val="18"/>
        </w:rPr>
        <w:t>Importance and Virtues of Ramadan April 2, 2023 · 5m 46s · at 4:59 · https://youtu.be/M2Phb22Vw_4?t=299</w:t>
      </w:r>
    </w:p>
    <w:p>
      <w:r>
        <w:rPr>
          <w:i/>
        </w:rPr>
        <w:t>“A hopeful hadith: sincere fasting forgives all past sins”</w:t>
      </w:r>
    </w:p>
    <w:p>
      <w:r>
        <w:rPr>
          <w:sz w:val="20"/>
        </w:rPr>
        <w:t>4:59  doctor sahib ek bohat hi hopeful hadees hai aur aksar mein is ko is hawale se bhi poochna chahun ga aap se ke gunah har ek insan se hota hai lekin aksar log jo hain woh phir is guilt wali feeling mein jeene lagte hain.</w:t>
      </w:r>
      <w:r>
        <w:br/>
      </w:r>
      <w:r>
        <w:rPr>
          <w:sz w:val="20"/>
        </w:rPr>
        <w:t>5:14  lekin rasool Allah ne ek martaba farmaya ke Whoever fasts during Ramadan with sincerity and seeking God's reward, his past sins will be forgiven.</w:t>
      </w:r>
      <w:r>
        <w:br/>
      </w:r>
      <w:r>
        <w:rPr>
          <w:sz w:val="20"/>
        </w:rPr>
        <w:t>5:25  to bohat hi hopeful hadees hai doctor sahib</w:t>
      </w:r>
      <w:r>
        <w:br/>
      </w:r>
      <w:r>
        <w:rPr>
          <w:sz w:val="20"/>
        </w:rPr>
        <w:t>5:28  yeh. mein chahun ga ke is ko thoda wazeh karen. zaroor. yeh achi hadees hai jaisa aap ne bataya, it's a very nice hadees aur is mein teen baaten kahi gayi hain.</w:t>
      </w:r>
      <w:r>
        <w:br/>
      </w:r>
      <w:r>
        <w:rPr>
          <w:sz w:val="20"/>
        </w:rPr>
        <w:t>5:39  pehla hai ke man sam ramzan imanan wahtisaban ghafara lahu ma taqaddama min zambihi wa phir kaha gaya ke wa man qama ramzan ihtisaban imanan wahtisaban ghafara lahu ma taqaddama min zambihi wa phir aya ke man qama laylata al qadr</w:t>
      </w:r>
      <w:r>
        <w:br/>
      </w:r>
      <w:r>
        <w:rPr>
          <w:sz w:val="20"/>
        </w:rPr>
        <w:t>5:58  imanan wahtisaban ghafara lahu ma taqaddama min zambihi yani jis ne ramzan ke mahine mein roze rakhe, ji us ke aur iman aur ihtisab ke sath, hmm, us ke sare pichle gunah maaf ho jayen ge.</w:t>
      </w:r>
      <w:r>
        <w:br/>
      </w:r>
      <w:r>
        <w:rPr>
          <w:sz w:val="20"/>
        </w:rPr>
        <w:t>6:13  ji aur phir kaha ke man qama ramzan yani qamahu ka matlab hai raat ko khada hona ibadat ke liye.</w:t>
      </w:r>
      <w:r>
        <w:br/>
      </w:r>
      <w:r>
        <w:rPr>
          <w:sz w:val="20"/>
        </w:rPr>
        <w:t>6:23  ji jo rasool Allah ka tareeqa tha qiyam al layl ka ke jis ne qiyam al layl kiya yani raat ko ibadat ki ya tahajjud ki ibadat ya aaj kal tarawih ke naam se log ibadat karte hain, to woh jis ne qiyam al layl kiya aur iman aur ihtisab ke sath to us ke sare pichle gunah maaf ho jayen ge.</w:t>
      </w:r>
      <w:r>
        <w:br/>
      </w:r>
      <w:r>
        <w:rPr>
          <w:sz w:val="20"/>
        </w:rPr>
        <w:t>6:43  aise hi ke jis ne man qama laylata al qadr ke jis ne laylata al qadr mein namaz parhi, tahajjud ki aur raat ki namaz, to us ke sare pichle gunah maaf ho jayen ge.</w:t>
      </w:r>
      <w:r>
        <w:br/>
      </w:r>
      <w:r>
        <w:rPr>
          <w:sz w:val="20"/>
        </w:rPr>
        <w:t>6:57  to is mein jo ek lafz repeat ho raha hai woh hai ke iman aur ihtisab. ji imanan wahtisaban</w:t>
      </w:r>
      <w:r>
        <w:br/>
      </w:r>
      <w:r>
        <w:rPr>
          <w:sz w:val="20"/>
        </w:rPr>
        <w:t>7:05  to eman jo hai Maulana kehte thay ke yeh sirf yeh nahi ke kalma parh lena eman hai balkay woh kehte thay arifan yaqeen.</w:t>
      </w:r>
      <w:r>
        <w:br/>
      </w:r>
      <w:r>
        <w:rPr>
          <w:sz w:val="20"/>
        </w:rPr>
        <w:t>7:15  ji yani aik jis ko Maulana kehte thay self discovered marifat. balkay hadith mein bhi aata hai ke pehle hum ne eman seekha phir hum ne quran seekha.</w:t>
      </w:r>
      <w:r>
        <w:br/>
      </w:r>
      <w:r>
        <w:rPr>
          <w:sz w:val="20"/>
        </w:rPr>
        <w:t>7:25  ji yani pehle hum ne apne andar marifat ko jagaya. ji aur jab hamare andar marifat jaag gayi, khuda ki marifat jaag gayi hamare andar, tab yeh mumkin hua ke hum quran ke gehre meaning tak pounch sake.</w:t>
      </w:r>
      <w:r>
        <w:br/>
      </w:r>
      <w:r>
        <w:rPr>
          <w:sz w:val="20"/>
        </w:rPr>
        <w:t>7:42  aur jo doosra lafz hai woh ihtisab hai. ji ihtisab ka matlab hota hai in anticipation of god's re</w:t>
      </w:r>
      <w:r>
        <w:br/>
      </w:r>
      <w:r>
        <w:rPr>
          <w:sz w:val="20"/>
        </w:rPr>
        <w:t>7:51  ward yani khuda ke se talab ajr yani ajr ki aur reward ki umeed se aur eman ke sath.</w:t>
      </w:r>
      <w:r>
        <w:br/>
      </w:r>
      <w:r>
        <w:rPr>
          <w:sz w:val="20"/>
        </w:rPr>
        <w:t>8:02  yeh do cheez bari important hain. ji eman aur ihtisab yani razae ilahi ke husool ke liye koi kaam karna yani koi kaam insan agar khalisatan kare Allah ke liye to woh ihtisab kehlayega.</w:t>
      </w:r>
      <w:r>
        <w:br/>
      </w:r>
      <w:r>
        <w:rPr>
          <w:sz w:val="20"/>
        </w:rPr>
        <w:t>8:16  lekin isi cheez ko Maulana ne aur</w:t>
      </w:r>
      <w:r>
        <w:br/>
      </w:r>
      <w:r>
        <w:rPr>
          <w:sz w:val="20"/>
        </w:rPr>
        <w:t>8:19  aasan alfaz mein samjhaya hai ke spirit yani aap ke andar spirit ho. ji ke aik sirf zahiri form nahi hai ke aik to zahiri shakal hai, zahiri form hai, sirf us ko dohrana kafi nahi hai balkay jo inner spirit hai wahi ihtisab hai.</w:t>
      </w:r>
      <w:r>
        <w:br/>
      </w:r>
      <w:r>
        <w:rPr>
          <w:sz w:val="20"/>
        </w:rPr>
        <w:t>8:37  aur is tarah se aik aur alfaz atay</w:t>
      </w:r>
      <w:r>
        <w:br/>
      </w:r>
      <w:r>
        <w:rPr>
          <w:sz w:val="20"/>
        </w:rPr>
        <w:t>8:41  hain faman samahu imanan wahtisaban kharaja min min althunob kayaw ولدتہ امہ yani jis ne ramzan eman aur ihtisab ke sath rakha woh goya aisa ho gaya ke isi din woh paida hua hai.</w:t>
      </w:r>
      <w:r>
        <w:br/>
      </w:r>
      <w:r>
        <w:rPr>
          <w:sz w:val="20"/>
        </w:rPr>
        <w:t>8:58  yani sare us ke gunah maaf ho jatay hain.</w:t>
      </w:r>
      <w:r>
        <w:br/>
      </w:r>
      <w:r>
        <w:rPr>
          <w:sz w:val="20"/>
        </w:rPr>
        <w:t>9:03  to Maulana ne is ko likha tha al risala mein, mein is ko parhta hoon, bohat achi tehreer hai ke eman aur ihtisab ke sath ada kiya janay wala yeh roza aur ibadat woh hai jis mein banda goya aansuon se wuzu karta hai,</w:t>
      </w:r>
      <w:r>
        <w:br/>
      </w:r>
      <w:r>
        <w:rPr>
          <w:sz w:val="20"/>
        </w:rPr>
        <w:t>9:19  jis mein ruku aur sajda khuda ki maujoodgi ka tajurba karne ke hum maani hota hai, jis mein insan ilhami alfaz mein dua karne lagta hai, inspired prayer yani Allah inspire karta hai.</w:t>
      </w:r>
      <w:r>
        <w:br/>
      </w:r>
      <w:r>
        <w:rPr>
          <w:sz w:val="20"/>
        </w:rPr>
        <w:t>9:29  aise shakhs ke liye yeh muqaddar hai ke us ke tamam gunah maaf kar diye jayen.</w:t>
      </w:r>
      <w:r>
        <w:br/>
      </w:r>
      <w:r>
        <w:rPr>
          <w:sz w:val="20"/>
        </w:rPr>
        <w:t>9:39  to yeh hai matlab spirit jis ko Maulana ne bohat hi zor diya hai, woh spirit ko zor diya hai. aur hamesha se mujhe yaad hai ke bohat purani baat hai, early eighties mein, mid eighties mein jab cassettes ka daur tha to Maulana ne kaha ke mujhe cassette record karne hain.</w:t>
      </w:r>
      <w:r>
        <w:br/>
      </w:r>
      <w:r>
        <w:rPr>
          <w:sz w:val="20"/>
        </w:rPr>
        <w:t>9:59  ji to mein darya ganj mein gaya, aik studio, hmv ka studio tha shayad, haan, to wahan baat ki to wahan Maulana ko le gaya mein.</w:t>
      </w:r>
      <w:r>
        <w:br/>
      </w:r>
      <w:r>
        <w:rPr>
          <w:sz w:val="20"/>
        </w:rPr>
        <w:t>10:08  to panch cassettes record kiye Maulana ne, is ka naam tha haqeeqat eman, haqeeqat roza, haqeeqat zakat, haqeeqat hajj, aur aik aur haqeeqat,</w:t>
      </w:r>
      <w:r>
        <w:br/>
      </w:r>
      <w:r>
        <w:rPr>
          <w:sz w:val="20"/>
        </w:rPr>
        <w:t>10:22  panch thay beharhal. ji zakat, haqeeqat zakat, haan, to woh panchoun arkan jo hain, us ko record karwaya tha us waqt. yani isi waqt se shuru se Maulana ki yeh soch thi ke jo haqeeqat hai, jo rooh hai, jo spir</w:t>
      </w:r>
      <w:r>
        <w:br/>
      </w:r>
      <w:r>
        <w:rPr>
          <w:sz w:val="20"/>
        </w:rPr>
        <w:t>10:37  it hai, wahi asal hai. to is pe hi hamesha zor raha. ji ji aur rozay ke baray mein bhi yahi baat hai. bohat khoob doctor sahib, yeh to bohat achay se aap ne is ko wazeh kiya, alhamdulillah.</w:t>
      </w:r>
    </w:p>
    <w:p>
      <w:pPr>
        <w:pStyle w:val="Heading2"/>
      </w:pPr>
      <w:r>
        <w:t>spouses as garments and how to save a marriage</w:t>
      </w:r>
    </w:p>
    <w:p>
      <w:r>
        <w:rPr>
          <w:color w:val="666666"/>
          <w:sz w:val="18"/>
        </w:rPr>
        <w:t>Ramadan A Month of Study of the Quran August 23, 2009 · 3m 55s · at 41:05 · https://youtu.be/f90TVrzAOFs?t=2465</w:t>
      </w:r>
    </w:p>
    <w:p>
      <w:r>
        <w:rPr>
          <w:i/>
        </w:rPr>
        <w:t>“Auraton ko libaas kaha gaya — tum apni biwiyon ke libaas ho”</w:t>
      </w:r>
    </w:p>
    <w:p>
      <w:r>
        <w:rPr>
          <w:sz w:val="20"/>
        </w:rPr>
        <w:t>41:05  Quran mein. Yeh is context mein yeh auraton ko libaas kaha gaya "hunna libasun lakum wa antum libasun lahunna" keh tum auraton, tum apni biwiyon ke libaas ho.</w:t>
      </w:r>
      <w:r>
        <w:br/>
      </w:r>
      <w:r>
        <w:rPr>
          <w:sz w:val="20"/>
        </w:rPr>
        <w:t>41:18  woh tumhari biwiyan tumhare libaas hain. Libaas ka matlab hota hai garment. Garment</w:t>
      </w:r>
      <w:r>
        <w:br/>
      </w:r>
      <w:r>
        <w:rPr>
          <w:sz w:val="20"/>
        </w:rPr>
        <w:t>41:26  to aap jaante hain keh garment jo hai aadmi ke sab se zyada paas hota hai. Aap ka jo body hai, us se sab se zyada qareeb jo cheez hai, woh aap ka garment hai, aap ka libaas hai.</w:t>
      </w:r>
      <w:r>
        <w:br/>
      </w:r>
      <w:r>
        <w:rPr>
          <w:sz w:val="20"/>
        </w:rPr>
        <w:t>41:39  yani keh yeh jo rishta qaim hota hai miyan biwi ka, husband aur wife ka, woh just like libaas hai. Yeh koi doori nahi, wahan distance khatam ho jaata hai.</w:t>
      </w:r>
      <w:r>
        <w:br/>
      </w:r>
      <w:r>
        <w:rPr>
          <w:sz w:val="20"/>
        </w:rPr>
        <w:t>41:52  yeh Allah Ta'ala ki ek bhi ek bohat badi nemat hai keh hamare liye, yaani mard ke liye aurat ko aur aurat ke liye mard ko libaas ki tarah kar diya.</w:t>
      </w:r>
      <w:r>
        <w:br/>
      </w:r>
      <w:r>
        <w:rPr>
          <w:sz w:val="20"/>
        </w:rPr>
        <w:t>42:04  donon ek doosre se bohat paas hon, bohat qareeb hon, ek doosre ko samjhein, mil kar ke koshish karein.</w:t>
      </w:r>
      <w:r>
        <w:br/>
      </w:r>
      <w:r>
        <w:rPr>
          <w:sz w:val="20"/>
        </w:rPr>
        <w:t>42:14  aaj mein ek cheez mujhe samajh mein aayi keh aurat aur mard ke farq ke bare mein aksar sunte hain. Aap ko meri life mein jhagda bohat hota hai, aksar taqreeban 100 fisad jhagda.</w:t>
      </w:r>
      <w:r>
        <w:br/>
      </w:r>
      <w:r>
        <w:rPr>
          <w:sz w:val="20"/>
        </w:rPr>
        <w:t>42:30  to ek bahut hi basic baat mujhe samajh mein aayi hai, woh yeh hai ke aurat hoti hai emotional. yeh biological study se prove ho chuki hai,</w:t>
      </w:r>
      <w:r>
        <w:br/>
      </w:r>
      <w:r>
        <w:rPr>
          <w:sz w:val="20"/>
        </w:rPr>
        <w:t>42:42  biological psychology study se ke aurat emotional hoti hai. to koi baat aisi pesh aayi jis se aurat ko woh prove ho gayi, to apne emotion ko nikalna chahti hai. woh kahan nikale?</w:t>
      </w:r>
      <w:r>
        <w:br/>
      </w:r>
      <w:r>
        <w:rPr>
          <w:sz w:val="20"/>
        </w:rPr>
        <w:t>43:00  kahin to isko nikalna hai, to shohar par nikale gi. yeh sab aap kahein ge ke yeh sab aap ki wajah se hai, yeh sari mujhe madar ke paas aayi</w:t>
      </w:r>
      <w:r>
        <w:br/>
      </w:r>
      <w:r>
        <w:rPr>
          <w:sz w:val="20"/>
        </w:rPr>
        <w:t>43:08  hai. yani kuch na kuch woh ghussa ya apne jazbat ko nikale gi. is ke paas to wohi hota hai jo is ka libas hai, mard is ka libas hai.</w:t>
      </w:r>
      <w:r>
        <w:br/>
      </w:r>
      <w:r>
        <w:rPr>
          <w:sz w:val="20"/>
        </w:rPr>
        <w:t>43:21  to yahan par mard ko kya karna chahiye? to mard ke andar khuda ne forbearance rakha hai, tahammul rakha hai. mard ko chahiye ke woh is ko woh kar de, yani nazar andaaz kar de,</w:t>
      </w:r>
      <w:r>
        <w:br/>
      </w:r>
      <w:r>
        <w:rPr>
          <w:sz w:val="20"/>
        </w:rPr>
        <w:t>43:38  mislan chup ho jaye, wahan se hat jaye, is ka asar na le. bas is baat baat khatam, wohi second baat khatam ho jati hai.</w:t>
      </w:r>
      <w:r>
        <w:br/>
      </w:r>
      <w:r>
        <w:rPr>
          <w:sz w:val="20"/>
        </w:rPr>
        <w:t>43:47  to meri life ko successful banane ke liye sab se jo effective jo formula hai, woh yeh hai ke aurat jab woh jab apne jazbat mein aa kar kuch keh de to mard is ko is ko mind na kare,</w:t>
      </w:r>
      <w:r>
        <w:br/>
      </w:r>
      <w:r>
        <w:rPr>
          <w:sz w:val="20"/>
        </w:rPr>
        <w:t>44:07  mind na kare, I mean, mind, mind na kare.</w:t>
      </w:r>
      <w:r>
        <w:br/>
      </w:r>
      <w:r>
        <w:rPr>
          <w:sz w:val="20"/>
        </w:rPr>
        <w:t>44:13  bas is ko simply ignore kar de, yani avoid kare, hat jaye, kuch aur baat sochne lage. bas baat khatam ho jaye gi.</w:t>
      </w:r>
      <w:r>
        <w:br/>
      </w:r>
      <w:r>
        <w:rPr>
          <w:sz w:val="20"/>
        </w:rPr>
        <w:t>44:24  agar mard is formula ko pakad lein to har meri life jo hai bahut hi successful life ho jaye gi.</w:t>
      </w:r>
      <w:r>
        <w:br/>
      </w:r>
      <w:r>
        <w:rPr>
          <w:sz w:val="20"/>
        </w:rPr>
        <w:t>44:34  mera jo tajurba hai, woh yeh hai ke zara si baat par aurat ko ghussa aa jata hai, kuch keh deti hai. ab mard mard bhi retaliate karta hai, reaction dikhata hai, bas wohi baat bol jati hai.</w:t>
      </w:r>
      <w:r>
        <w:br/>
      </w:r>
      <w:r>
        <w:rPr>
          <w:sz w:val="20"/>
        </w:rPr>
        <w:t>44:50  to sawal yeh hai ke aurat ko khuda ne jab jazbat diye hain to kahan zahir kare gi? apne libas par to zahir kare gi. woh qareebi aadmi to uska husband hai.</w:t>
      </w:r>
    </w:p>
    <w:p>
      <w:pPr>
        <w:pStyle w:val="Heading2"/>
      </w:pPr>
      <w:r>
        <w:t>Ramadan meaning caution in all matters</w:t>
      </w:r>
    </w:p>
    <w:p>
      <w:r>
        <w:rPr>
          <w:color w:val="666666"/>
          <w:sz w:val="18"/>
        </w:rPr>
        <w:t>Ramazan Training for Leading A Cautious Life April 24, 2020 Maulana Wahiduddin Khan · 5m 43s · at 0:22 · https://youtu.be/IBChjhcEDh0?t=22</w:t>
      </w:r>
    </w:p>
    <w:p>
      <w:r>
        <w:rPr>
          <w:i/>
        </w:rPr>
        <w:t>“Yeh Ramzan ka mahina hai rozay ki nisbat se kuch baat”</w:t>
      </w:r>
    </w:p>
    <w:p>
      <w:r>
        <w:rPr>
          <w:sz w:val="20"/>
        </w:rPr>
        <w:t>0:22  ye ramzan ka mahina hai,</w:t>
      </w:r>
      <w:r>
        <w:br/>
      </w:r>
      <w:r>
        <w:rPr>
          <w:sz w:val="20"/>
        </w:rPr>
        <w:t>0:27  is liye aaj</w:t>
      </w:r>
      <w:r>
        <w:br/>
      </w:r>
      <w:r>
        <w:rPr>
          <w:sz w:val="20"/>
        </w:rPr>
        <w:t>0:31  mein chahta hoon ke roze ki nisbat se kuch baat kahi jaye.</w:t>
      </w:r>
      <w:r>
        <w:br/>
      </w:r>
      <w:r>
        <w:rPr>
          <w:sz w:val="20"/>
        </w:rPr>
        <w:t>0:46  ramzan ke liye abhi mein waqayqi ka seigha aata hai,</w:t>
      </w:r>
      <w:r>
        <w:br/>
      </w:r>
      <w:r>
        <w:rPr>
          <w:sz w:val="20"/>
        </w:rPr>
        <w:t>0:57  yani is ke mani hote hain bachna, bachna.</w:t>
      </w:r>
      <w:r>
        <w:br/>
      </w:r>
      <w:r>
        <w:rPr>
          <w:sz w:val="20"/>
        </w:rPr>
        <w:t>1:08  chunanche ghoṛe ke liye kehte hain frsn waqn.</w:t>
      </w:r>
      <w:r>
        <w:br/>
      </w:r>
      <w:r>
        <w:rPr>
          <w:sz w:val="20"/>
        </w:rPr>
        <w:t>1:21  koi ghoṛa jis ke paon mein tang ho gaya ho aur woh atak atak kar chalta ho,</w:t>
      </w:r>
      <w:r>
        <w:br/>
      </w:r>
      <w:r>
        <w:rPr>
          <w:sz w:val="20"/>
        </w:rPr>
        <w:t>1:36  to us ko kahenge</w:t>
      </w:r>
      <w:r>
        <w:br/>
      </w:r>
      <w:r>
        <w:rPr>
          <w:sz w:val="20"/>
        </w:rPr>
        <w:t>1:38  frsn waqn, yani bach bach kar chalne wala ghoṛa.</w:t>
      </w:r>
      <w:r>
        <w:br/>
      </w:r>
      <w:r>
        <w:rPr>
          <w:sz w:val="20"/>
        </w:rPr>
        <w:t>1:49  to is lihaaz se dekha jaye to ramzan is baat ki training hai ke aap</w:t>
      </w:r>
      <w:r>
        <w:br/>
      </w:r>
      <w:r>
        <w:rPr>
          <w:sz w:val="20"/>
        </w:rPr>
        <w:t>2:03  ehtiyat ki zindagi guzarein,</w:t>
      </w:r>
      <w:r>
        <w:br/>
      </w:r>
      <w:r>
        <w:rPr>
          <w:sz w:val="20"/>
        </w:rPr>
        <w:t>2:10  ehtiyat ki zindagi guzarein.</w:t>
      </w:r>
      <w:r>
        <w:br/>
      </w:r>
      <w:r>
        <w:rPr>
          <w:sz w:val="20"/>
        </w:rPr>
        <w:t>2:18  ehtiyat momin ke liye poori zindagi ehtiyat ki zindagi hai,</w:t>
      </w:r>
      <w:r>
        <w:br/>
      </w:r>
      <w:r>
        <w:rPr>
          <w:sz w:val="20"/>
        </w:rPr>
        <w:t>2:29  lekin ramzan khaas tor par is baat ki tarbiyat hai ke aadmi poore mahine ehtiyat ki zindagi guzar kar apne ko tayyar kare ke baqiye mahinon mein kisi qism ki</w:t>
      </w:r>
      <w:r>
        <w:br/>
      </w:r>
      <w:r>
        <w:rPr>
          <w:sz w:val="20"/>
        </w:rPr>
        <w:t>2:49  ehtiyat aur jaldi guzar sake.</w:t>
      </w:r>
      <w:r>
        <w:br/>
      </w:r>
      <w:r>
        <w:rPr>
          <w:sz w:val="20"/>
        </w:rPr>
        <w:t>2:57  to us ko arabi mein kehte hain frsn waqn. jo ghoṛa aisa ho, us ko kahenge frsn waqn, bach kar, bach bach kar chalne wala ghoṛa.</w:t>
      </w:r>
      <w:r>
        <w:br/>
      </w:r>
      <w:r>
        <w:rPr>
          <w:sz w:val="20"/>
        </w:rPr>
        <w:t>3:19  yahi ramzan ki rooh hai.</w:t>
      </w:r>
      <w:r>
        <w:br/>
      </w:r>
      <w:r>
        <w:rPr>
          <w:sz w:val="20"/>
        </w:rPr>
        <w:t>3:30  quran mein hai ke kutiba alaikum assaam kama kutiba ala man qablikum, la alaikum tattaqoon.</w:t>
      </w:r>
      <w:r>
        <w:br/>
      </w:r>
      <w:r>
        <w:rPr>
          <w:sz w:val="20"/>
        </w:rPr>
        <w:t>3:44  yani roze tum par farz kiye gaye jaise pichli ummaton par farz kiye gaye the,</w:t>
      </w:r>
      <w:r>
        <w:br/>
      </w:r>
      <w:r>
        <w:rPr>
          <w:sz w:val="20"/>
        </w:rPr>
        <w:t>3:52  taake tum ehtiyat wali zindagi guzaro.</w:t>
      </w:r>
      <w:r>
        <w:br/>
      </w:r>
      <w:r>
        <w:rPr>
          <w:sz w:val="20"/>
        </w:rPr>
        <w:t>4:00  ehtiyat wali zindagi.</w:t>
      </w:r>
      <w:r>
        <w:br/>
      </w:r>
      <w:r>
        <w:rPr>
          <w:sz w:val="20"/>
        </w:rPr>
        <w:t>4:04  mein samajhta hoon ke</w:t>
      </w:r>
      <w:r>
        <w:br/>
      </w:r>
      <w:r>
        <w:rPr>
          <w:sz w:val="20"/>
        </w:rPr>
        <w:t>4:08  ehtiyat ka lafz bohat sahi lafz hai,</w:t>
      </w:r>
      <w:r>
        <w:br/>
      </w:r>
      <w:r>
        <w:rPr>
          <w:sz w:val="20"/>
        </w:rPr>
        <w:t>4:20  lekin is ka taalluq sirf khane se nahi hai, har maamle se hai.</w:t>
      </w:r>
      <w:r>
        <w:br/>
      </w:r>
      <w:r>
        <w:rPr>
          <w:sz w:val="20"/>
        </w:rPr>
        <w:t>4:30  har maamle se hai, yani bolna, mislan bolna. bolne ke maamle mein ehtiyat bohat hi zaroori hai.</w:t>
      </w:r>
      <w:r>
        <w:br/>
      </w:r>
      <w:r>
        <w:rPr>
          <w:sz w:val="20"/>
        </w:rPr>
        <w:t>4:49  yani jab aap bolein to ehtiyat ke sath bolein, yani kisi ko bura bura na kahein, kisi par ilzaam na lagayein.</w:t>
      </w:r>
      <w:r>
        <w:br/>
      </w:r>
      <w:r>
        <w:rPr>
          <w:sz w:val="20"/>
        </w:rPr>
        <w:t>5:05  misalan dekhiye, ek ghalti bohat aam hai, bohat aam hai ke aap ko kisi se shikayat ho jaye, kisi se shikayat ho jaye</w:t>
      </w:r>
      <w:r>
        <w:br/>
      </w:r>
      <w:r>
        <w:rPr>
          <w:sz w:val="20"/>
        </w:rPr>
        <w:t>5:20  to kya karte hain log? is par aib nahi karte hain, ilzaam lagate hain.</w:t>
      </w:r>
      <w:r>
        <w:br/>
      </w:r>
      <w:r>
        <w:rPr>
          <w:sz w:val="20"/>
        </w:rPr>
        <w:t>5:36  to Ramzan ka mahina is baat ki tarbiyat hai</w:t>
      </w:r>
      <w:r>
        <w:br/>
      </w:r>
      <w:r>
        <w:rPr>
          <w:sz w:val="20"/>
        </w:rPr>
        <w:t>5:46  ke chahe shikayat ho, chahe ikhtilaf ho, chahe kuch bhi ho, lekin aap</w:t>
      </w:r>
      <w:r>
        <w:br/>
      </w:r>
      <w:r>
        <w:rPr>
          <w:sz w:val="20"/>
        </w:rPr>
        <w:t>5:56  apne kalam mein ehtiyat ka tareeqa ikhtiyar karen.</w:t>
      </w:r>
    </w:p>
    <w:p>
      <w:pPr>
        <w:pStyle w:val="Heading2"/>
      </w:pPr>
      <w:r>
        <w:t>Two aspects: reawakening and reinterpretation</w:t>
      </w:r>
    </w:p>
    <w:p>
      <w:r>
        <w:rPr>
          <w:color w:val="666666"/>
          <w:sz w:val="18"/>
        </w:rPr>
        <w:t>The Concept of Tajdid in Islam April 19, 2007 · 3m 17s · at 3:44 · https://youtu.be/xOF-8m3m7KA?t=224</w:t>
      </w:r>
    </w:p>
    <w:p>
      <w:r>
        <w:rPr>
          <w:i/>
        </w:rPr>
        <w:t>“Now, there are two different aspects of this Tajdeed.”</w:t>
      </w:r>
    </w:p>
    <w:p>
      <w:r>
        <w:rPr>
          <w:sz w:val="20"/>
        </w:rPr>
        <w:t>3:44  now, there are two different aspects of this tajdeed.</w:t>
      </w:r>
      <w:r>
        <w:br/>
      </w:r>
      <w:r>
        <w:rPr>
          <w:sz w:val="20"/>
        </w:rPr>
        <w:t>3:57  one i can say reawakening. the second i can say reinterpretation.</w:t>
      </w:r>
      <w:r>
        <w:br/>
      </w:r>
      <w:r>
        <w:rPr>
          <w:sz w:val="20"/>
        </w:rPr>
        <w:t>4:09  the first aspect means deterioration in practice.</w:t>
      </w:r>
      <w:r>
        <w:br/>
      </w:r>
      <w:r>
        <w:rPr>
          <w:sz w:val="20"/>
        </w:rPr>
        <w:t>4:19  this is where we find a reference in this regard in the hadith</w:t>
      </w:r>
      <w:r>
        <w:br/>
      </w:r>
      <w:r>
        <w:rPr>
          <w:sz w:val="20"/>
        </w:rPr>
        <w:t>4:26  . the prophet of islam has said: "masaj ma'amra wa hi kharab min al-hadi". the day will come when masjids are full, but there is no guide, there is no hidayat.</w:t>
      </w:r>
      <w:r>
        <w:br/>
      </w:r>
      <w:r>
        <w:rPr>
          <w:sz w:val="20"/>
        </w:rPr>
        <w:t>4:50  that means spirit.</w:t>
      </w:r>
      <w:r>
        <w:br/>
      </w:r>
      <w:r>
        <w:rPr>
          <w:sz w:val="20"/>
        </w:rPr>
        <w:t>4:53  so activities are there, but spirit is not. it means that salat, sirat, salat prayer will be there,</w:t>
      </w:r>
      <w:r>
        <w:br/>
      </w:r>
      <w:r>
        <w:rPr>
          <w:sz w:val="20"/>
        </w:rPr>
        <w:t>5:09  but only some rituals, only a form.</w:t>
      </w:r>
      <w:r>
        <w:br/>
      </w:r>
      <w:r>
        <w:rPr>
          <w:sz w:val="20"/>
        </w:rPr>
        <w:t>5:16  as far as the spirit is concerned, so spirit is not there.</w:t>
      </w:r>
      <w:r>
        <w:br/>
      </w:r>
      <w:r>
        <w:rPr>
          <w:sz w:val="20"/>
        </w:rPr>
        <w:t>5:23  so this is deterioration. when salat becomes spirit less, that is deterioration.</w:t>
      </w:r>
      <w:r>
        <w:br/>
      </w:r>
      <w:r>
        <w:rPr>
          <w:sz w:val="20"/>
        </w:rPr>
        <w:t>5:36  so here revival means to revive the spirit of salat</w:t>
      </w:r>
      <w:r>
        <w:br/>
      </w:r>
      <w:r>
        <w:rPr>
          <w:sz w:val="20"/>
        </w:rPr>
        <w:t>5:46  . when salat is based, when salat is reduced to a form.</w:t>
      </w:r>
      <w:r>
        <w:br/>
      </w:r>
      <w:r>
        <w:rPr>
          <w:sz w:val="20"/>
        </w:rPr>
        <w:t>5:54  when prayer salat is reduced to a form or set of rituals, you have to reestablish it in spirit.</w:t>
      </w:r>
      <w:r>
        <w:br/>
      </w:r>
      <w:r>
        <w:rPr>
          <w:sz w:val="20"/>
        </w:rPr>
        <w:t>6:06  so in islam, spirit based ibadah is required or not simply form based ibadah.</w:t>
      </w:r>
      <w:r>
        <w:br/>
      </w:r>
      <w:r>
        <w:rPr>
          <w:sz w:val="20"/>
        </w:rPr>
        <w:t>6:18  so is the first aspect. every time when islamic practice, islamic ibadah reduces to a form, to rituals, then it is duty of scholars, duty of mujaddid to</w:t>
      </w:r>
      <w:r>
        <w:br/>
      </w:r>
      <w:r>
        <w:rPr>
          <w:sz w:val="20"/>
        </w:rPr>
        <w:t>6:44  inculcate spirit, to base it on spirit.</w:t>
      </w:r>
      <w:r>
        <w:br/>
      </w:r>
      <w:r>
        <w:rPr>
          <w:sz w:val="20"/>
        </w:rPr>
        <w:t>6:52  because spirit based ibadah is required or not</w:t>
      </w:r>
    </w:p>
    <w:p>
      <w:pPr>
        <w:pStyle w:val="Heading2"/>
      </w:pPr>
      <w:r>
        <w:t>CPS team spirit surviving after Maulana's passing</w:t>
      </w:r>
    </w:p>
    <w:p>
      <w:r>
        <w:rPr>
          <w:color w:val="666666"/>
          <w:sz w:val="18"/>
        </w:rPr>
        <w:t>Welcome Address by Dr. Rajat Malhotra CPS International Peace Conference April 29-30, 2023 · 5m 07s · at 0:35 · https://youtu.be/z94aS7nevv0?t=35</w:t>
      </w:r>
    </w:p>
    <w:p>
      <w:r>
        <w:rPr>
          <w:i/>
        </w:rPr>
        <w:t>“Founder ke jaane ke baad team bikhar jaati hai”</w:t>
      </w:r>
    </w:p>
    <w:p>
      <w:r>
        <w:rPr>
          <w:sz w:val="20"/>
        </w:rPr>
        <w:t>0:35  kai log logon ka sochna tha aur aksar aisa hota bhi hai ki founder ke jaane ke baad team bikhar jaati hai. magar Maulana ki training, Maulana ki duaen, uski wajah se CPS team pehle se bhi zyada mazboot hai. Maulana ka yeh sapna tha ki ek aisi team ban jaye Allah ke khaatir jo program makers ki team ho, jise yeh na bataya jaye ki karna kya hai? woh khud, khud ba khud program banaye.</w:t>
      </w:r>
      <w:r>
        <w:br/>
      </w:r>
      <w:r>
        <w:rPr>
          <w:sz w:val="20"/>
        </w:rPr>
        <w:t>1:05  Alhamdulillah hum yeh keh sakte hain ki CPS members, program makers ban chuke hain. Maulana hamesha team par emphasize karte the. unki modesty ka yeh aalam tha ki hamesha kehte the ki main toh kuch nahi karta. meri team hai jo saara karti hai. saara ka saara credit aap sab logon ne mehsoos kiya hoga. Team ko dete the. kehte the main toh bas kursi todta hoon.</w:t>
      </w:r>
      <w:r>
        <w:br/>
      </w:r>
      <w:r>
        <w:rPr>
          <w:sz w:val="20"/>
        </w:rPr>
        <w:t>1:32  yahan par main batana chahunga ki kuch waqt pehle Maulana Iqbal Umri, Maulana Asrar Umri aur Maulana Fayaz Umri ka safar ek shahar mein hua. wahan pe woh ek organization ki building mein gaye. toh maine Iqbal bhai se poocha ki Iqbal bhai building kaisi thi? toh unhone kaha bahut shandar aur infrastructure bahut achha tha. toh maine unse kaha ki log kitne jude hue hain?</w:t>
      </w:r>
      <w:r>
        <w:br/>
      </w:r>
      <w:r>
        <w:rPr>
          <w:sz w:val="20"/>
        </w:rPr>
        <w:t>2:01  toh unhone kaha ki unke paas sirf building hai, log nahi hain. phir unhone ek bahut ahum baat kahi. unhone kaha ki Maulana ne building nahi banayi hai, log banaye hain. aaj aap sab log jo is hall mein maujood hain, toh mujhe sahaaba ke daur par woh riwayat yaad aati hai ki jab Hazrat, Hazrat Umar bin Khattab ne apne sahabi se kaha ki apni khwaishat bayan karo.</w:t>
      </w:r>
      <w:r>
        <w:br/>
      </w:r>
      <w:r>
        <w:rPr>
          <w:sz w:val="20"/>
        </w:rPr>
        <w:t>2:26  ek ne kaha ke kaash yeh hall sapne apne desires express karein.</w:t>
      </w:r>
      <w:r>
        <w:br/>
      </w:r>
      <w:r>
        <w:rPr>
          <w:sz w:val="20"/>
        </w:rPr>
        <w:t>2:38  aakhir mein hazd umar bin khatam ne kaha ke agar yeh ghar abu ubaida bin jarra, maas bin</w:t>
      </w:r>
      <w:r>
        <w:br/>
      </w:r>
      <w:r>
        <w:rPr>
          <w:sz w:val="20"/>
        </w:rPr>
        <w:t>2:50  jawwal, huzayfa bin yaman se bhara hua hota to main unhein governor bana kar allah ke raste par laga deta.</w:t>
      </w:r>
      <w:r>
        <w:br/>
      </w:r>
      <w:r>
        <w:rPr>
          <w:sz w:val="20"/>
        </w:rPr>
        <w:t>3:02  yahan par sochne ki baat yeh hai ke unhon ne maal paise se zyada team ko bara samjha aur aaj aap sabki maujoodgi is bare hall mein usi spirit ko reflect karta hai jo Hazrat Umar bin Khattab ne bayan kari gayi thi. Maulana ne building nahi banai but Maulana ne bohat bari team banai hai aur aaj Maulana ke in taqal ke do saal ho gaye hain.</w:t>
      </w:r>
      <w:r>
        <w:br/>
      </w:r>
      <w:r>
        <w:rPr>
          <w:sz w:val="20"/>
        </w:rPr>
        <w:t>3:32  hum yahan par aaj phir yahi ahad karne ke liye ikhatta hue hain ke Maulana ne jo Quran distribution ka hamein target diya tha ke poori duniya mein hamein Quran ko phailana hai. Yaani hamein peacefully logon ko batana hai ke creation plan of god kya hai? Hamein poori insaniyat ka khairkhwah banna hai, well wisher banna hai aur jo Islam ki jo image bigad gayi hai, jis se log Islam ke paigham se door ho gaye hain, usko hamein sahi tareeqe se pesh karna hai.</w:t>
      </w:r>
      <w:r>
        <w:br/>
      </w:r>
      <w:r>
        <w:rPr>
          <w:sz w:val="20"/>
        </w:rPr>
        <w:t>4:01  isme koi shaq nahi ke CPS mission aaj waqt ki awaaz hai, lekin yeh bhi sahi hai ke daawati kaam sirf team ke level par hi ho sakta hai, individual level par nahi ho sakta hai. Hadees mein aaya hai ke satan is the wolf of man. Ek bhediya jhund se nikle hue ek bhed yani sheep ka aasani se shikar kar leta hai.</w:t>
      </w:r>
      <w:r>
        <w:br/>
      </w:r>
      <w:r>
        <w:rPr>
          <w:sz w:val="20"/>
        </w:rPr>
        <w:t>4:28  isiliye Rasoolullah ne farmaya, avoid branching out, stay together with the group. Lekin aksar aisa hota hai ke team mein log offend ho jate hain. Woh kisi baat se ke unki baat nahi maani gayi, alag ho jate hain. Kai logon ko lagta hai ke unko humiliate kar diya. Mujhe yahan par Hazrat Umar ki ek baat bohat zabardast lagi.</w:t>
      </w:r>
      <w:r>
        <w:br/>
      </w:r>
      <w:r>
        <w:rPr>
          <w:sz w:val="20"/>
        </w:rPr>
        <w:t>4:50  unhon ne kaha, the humiliation of obedience brings a man closer to a good end as against dignity earned through disobedience. Itaat mein zillat bardasht karna gunahon mein zahiri izzat milne se neki ke zyada qareeb hai. Maulana Wahiduddin Khan sahab ko ek hi concern tha. Woh is mission ki potential ko jaan chuke the.</w:t>
      </w:r>
      <w:r>
        <w:br/>
      </w:r>
      <w:r>
        <w:rPr>
          <w:sz w:val="20"/>
        </w:rPr>
        <w:t>5:16  unhon ne CPS members ke dilon mein jo dawat ki aag lagi hui hai, usko bhaamp liya tha. Lekin woh ek hi cheez kehte the ke hum sab apne differences ko manage kar sakein. Woh kehte the team bani hai to differences to aayenge. Lekin hamein differences ko secondary banana hai aur Allah ke liye team se jude rehne ko hamein asal banana hai.</w:t>
      </w:r>
      <w:r>
        <w:br/>
      </w:r>
      <w:r>
        <w:rPr>
          <w:sz w:val="20"/>
        </w:rPr>
        <w:t>5:42  dawat hi hamara main kaam hai, doosra aur koi kaam nahi. Ek Allah ne ek bohat bada ek kaam karwa liya ke hamare paas sara literature ab tayyar hai.</w:t>
      </w:r>
    </w:p>
    <w:p>
      <w:pPr>
        <w:pStyle w:val="Heading2"/>
      </w:pPr>
      <w:r>
        <w:t>the disciples of Jesus and the heavenly table</w:t>
      </w:r>
    </w:p>
    <w:p>
      <w:r>
        <w:rPr>
          <w:color w:val="666666"/>
          <w:sz w:val="18"/>
        </w:rPr>
        <w:t>Powerful Life-Changing Quranic Duas with Explanation (English) October 27, 2024 · 3m 20s · at 37:36 · https://youtu.be/4cYteSjPIKw?t=2256</w:t>
      </w:r>
    </w:p>
    <w:p>
      <w:r>
        <w:rPr>
          <w:i/>
        </w:rPr>
        <w:t>“This is the prayer of Isa — his followers were passing through a very difficult time.”</w:t>
      </w:r>
    </w:p>
    <w:p>
      <w:r>
        <w:rPr>
          <w:sz w:val="20"/>
        </w:rPr>
        <w:t>37:36  this is the prayer of Isa alaihissalam. actually, the followers of Isa alaihissalam, the followers of Jesus, the disciples, were passing through very difficult times. so they requested Jesus to pray for them for food from heaven.</w:t>
      </w:r>
      <w:r>
        <w:br/>
      </w:r>
      <w:r>
        <w:rPr>
          <w:sz w:val="20"/>
        </w:rPr>
        <w:t>37:58  so Jesus said, "Don't ask me to do this kind of prayer." but they insisted, they kept on insisting.</w:t>
      </w:r>
      <w:r>
        <w:br/>
      </w:r>
      <w:r>
        <w:rPr>
          <w:sz w:val="20"/>
        </w:rPr>
        <w:t>38:06  so Jesus prayed, "Qala Isa ibn Maryam: Rabbana anzil 'alayna ma'idatan min as-sama'."</w:t>
      </w:r>
      <w:r>
        <w:br/>
      </w:r>
      <w:r>
        <w:rPr>
          <w:sz w:val="20"/>
        </w:rPr>
        <w:t>38:17  "Jesus son of Mary said, "O God, our Lord, send down for us a table spread with food from heaven."</w:t>
      </w:r>
      <w:r>
        <w:br/>
      </w:r>
      <w:r>
        <w:rPr>
          <w:sz w:val="20"/>
        </w:rPr>
        <w:t>38:28  "takun 'eedan li awwalina</w:t>
      </w:r>
      <w:r>
        <w:br/>
      </w:r>
      <w:r>
        <w:rPr>
          <w:sz w:val="20"/>
        </w:rPr>
        <w:t>38:33  mina, so that it may be a feast for us, for the first of us, and for the last of us, a sign from You."</w:t>
      </w:r>
      <w:r>
        <w:br/>
      </w:r>
      <w:r>
        <w:rPr>
          <w:sz w:val="20"/>
        </w:rPr>
        <w:t>38:45  wa rizqana wa anta khayr ar-raziqeen. Give us our sustenance, for You are the best sustainers, best of sustainers."</w:t>
      </w:r>
      <w:r>
        <w:br/>
      </w:r>
      <w:r>
        <w:rPr>
          <w:sz w:val="20"/>
        </w:rPr>
        <w:t>38:58  so the angels brought a table spread full of delicious food.</w:t>
      </w:r>
      <w:r>
        <w:br/>
      </w:r>
      <w:r>
        <w:rPr>
          <w:sz w:val="20"/>
        </w:rPr>
        <w:t>39:07  there is a very good lesson for all of us here.</w:t>
      </w:r>
      <w:r>
        <w:br/>
      </w:r>
      <w:r>
        <w:rPr>
          <w:sz w:val="20"/>
        </w:rPr>
        <w:t>39:11  . if we contemplate, we will realize that everything that we have, food and water and air, everything is, all these things, actually there is no difference from the table spread that was brought to Jesus.</w:t>
      </w:r>
      <w:r>
        <w:br/>
      </w:r>
      <w:r>
        <w:rPr>
          <w:sz w:val="20"/>
        </w:rPr>
        <w:t>39:39  so we should generalize this and make it our personal dua, saying God, just as You provided heavenly food for disciples,</w:t>
      </w:r>
      <w:r>
        <w:br/>
      </w:r>
      <w:r>
        <w:rPr>
          <w:sz w:val="20"/>
        </w:rPr>
        <w:t>39:55  in the same way You are providing us food, water, air, everything we need, in a similar miraculous way.</w:t>
      </w:r>
      <w:r>
        <w:br/>
      </w:r>
      <w:r>
        <w:rPr>
          <w:sz w:val="20"/>
        </w:rPr>
        <w:t>40:07  so in this way, the soul is inspired, and we will recognize Allah as a great benefactor, as a great giver. so the soul is inspired to realize that God is taking care of us, care of every single need, and He is taking care of every single individual. He is taking care of every single need of us.</w:t>
      </w:r>
      <w:r>
        <w:br/>
      </w:r>
      <w:r>
        <w:rPr>
          <w:sz w:val="20"/>
        </w:rPr>
        <w:t>40:37  . so this realization will inspire us to pray, our Lord, You have taken care of us in this world. Will You not take care of us in the hereafter as well?</w:t>
      </w:r>
      <w:r>
        <w:br/>
      </w:r>
      <w:r>
        <w:rPr>
          <w:sz w:val="20"/>
        </w:rPr>
        <w:t>40:50  so this is a very amazing dua.</w:t>
      </w:r>
    </w:p>
    <w:p>
      <w:pPr>
        <w:pStyle w:val="Heading2"/>
      </w:pPr>
      <w:r>
        <w:t>How 'superior religion' mindset breeds extremism</w:t>
      </w:r>
    </w:p>
    <w:p>
      <w:r>
        <w:rPr>
          <w:color w:val="666666"/>
          <w:sz w:val="18"/>
        </w:rPr>
        <w:t>Ramadan The Month of Fasting July 31, 2011 · 4m 51s · at 1:07:49 · https://youtu.be/4W4Dg7zt0DM?t=4069</w:t>
      </w:r>
    </w:p>
    <w:p>
      <w:r>
        <w:rPr>
          <w:i/>
        </w:rPr>
        <w:t>“Jo bhi literature bana hai, sab mein ek cheez mushtarak hai”</w:t>
      </w:r>
    </w:p>
    <w:p>
      <w:r>
        <w:rPr>
          <w:sz w:val="20"/>
        </w:rPr>
        <w:t>1:07:49  Mr Abdul Aziz ne Nanded se likha hai: "ek sahib jinka ek Islami organization se ta'alluq hai, unhon ne kaha ke aaj Jamaat e Islami ka literature terrorism ko barhaawa dene wale literature ki hesiyat se dekha ja raha hai,</w:t>
      </w:r>
      <w:r>
        <w:br/>
      </w:r>
      <w:r>
        <w:rPr>
          <w:sz w:val="20"/>
        </w:rPr>
        <w:t>1:08:08  aur da'wati literature woh yeh hai jo Al Risalah ke tehat chhaapa gaya hai. Is maamle ki haqeeqat kya hai?"</w:t>
      </w:r>
      <w:r>
        <w:br/>
      </w:r>
      <w:r>
        <w:rPr>
          <w:sz w:val="20"/>
        </w:rPr>
        <w:t>1:08:19  dekhein, mein kisi jamaat ke bare mein nahin kahunga, lekin jo bhi literature kahin bana hai, Arabi zuban mein ya Farsi zuban mein ya Urdu zuban mein, Angrezi zuban mein, har ek ke bare mein mein keh sakta hoon ke is mein mushtarak to par ek cheez hai, woh hai Islam ki superiority ko establish karna.</w:t>
      </w:r>
      <w:r>
        <w:br/>
      </w:r>
      <w:r>
        <w:rPr>
          <w:sz w:val="20"/>
        </w:rPr>
        <w:t>1:08:40  yeh mushtarak hai.</w:t>
      </w:r>
      <w:r>
        <w:br/>
      </w:r>
      <w:r>
        <w:rPr>
          <w:sz w:val="20"/>
        </w:rPr>
        <w:t>1:08:43  aap un ko padh lijiye, aap kisi ek jamaat ki baat nahin kar raha hoon. Islam ek superior mazhab hai, is ki superiority establish karna yeh hamara mission hai.</w:t>
      </w:r>
      <w:r>
        <w:br/>
      </w:r>
      <w:r>
        <w:rPr>
          <w:sz w:val="20"/>
        </w:rPr>
        <w:t>1:08:53  yeh chhaapa hua hai sab mein. Ya'ni Islam ek behtar deen hai, aur is ki behtari ko qaim karna yeh hamara mission hai.</w:t>
      </w:r>
      <w:r>
        <w:br/>
      </w:r>
      <w:r>
        <w:rPr>
          <w:sz w:val="20"/>
        </w:rPr>
        <w:t>1:09:04  to is se nikalta hai terrorism.</w:t>
      </w:r>
      <w:r>
        <w:br/>
      </w:r>
      <w:r>
        <w:rPr>
          <w:sz w:val="20"/>
        </w:rPr>
        <w:t>1:09:08  sirf jo jo kitaabein chhaapi hain hamare yahan se, wohi is se khaali hain. Koi kitaab is se khaali nahin hai.</w:t>
      </w:r>
      <w:r>
        <w:br/>
      </w:r>
      <w:r>
        <w:rPr>
          <w:sz w:val="20"/>
        </w:rPr>
        <w:t>1:09:18  na Arabi kitaab, na Farsi kitaab, na Angrezi kitaab, na Urdu kitaab, sab mein mushtarak yeh baat</w:t>
      </w:r>
      <w:r>
        <w:br/>
      </w:r>
      <w:r>
        <w:rPr>
          <w:sz w:val="20"/>
        </w:rPr>
        <w:t>1:09:26  ke sab yeh Musalmanon ka mindset yeh hai ke hamara mazhab sab se achha mazhab hai, hamara mazhab superior mazhab hai, is liye hamare mazhab ko superiority milni chahiye dunya mein.</w:t>
      </w:r>
      <w:r>
        <w:br/>
      </w:r>
      <w:r>
        <w:rPr>
          <w:sz w:val="20"/>
        </w:rPr>
        <w:t>1:09:41  is tareeqe se kya hota hai? Jab aap ka mindset yeh ho ke mera deen superior deen hai, to kya hoga? Doosron ko haqeer samjhenge aap.</w:t>
      </w:r>
      <w:r>
        <w:br/>
      </w:r>
      <w:r>
        <w:rPr>
          <w:sz w:val="20"/>
        </w:rPr>
        <w:t>1:09:52  doosron ke bare mein aap ko nafrat paida ho jayegi. Doosron ka bhatta chahenge.</w:t>
      </w:r>
      <w:r>
        <w:br/>
      </w:r>
      <w:r>
        <w:rPr>
          <w:sz w:val="20"/>
        </w:rPr>
        <w:t>1:09:58  doosre jo aap apna apna aap ko lana chahenge. Achha, is ke baad kya hoga? Woh bhi woh woh kab kab chahega ke woh aap ghalib ho jayein, hum maghloob ho jayein? To nahin chahega. Woh woh woh resist karega. Jab resist karega to aap aur sakht ho jayenge.</w:t>
      </w:r>
      <w:r>
        <w:br/>
      </w:r>
      <w:r>
        <w:rPr>
          <w:sz w:val="20"/>
        </w:rPr>
        <w:t>1:10:15  to phir ladai shuru hogi. Ladai mein aap nahin jeetenge to phir phir chhote chhote aap bombing karenge. To dekhein, superiority pahunchati hai kahan? Doosron ko haqeer ban ane par</w:t>
      </w:r>
      <w:r>
        <w:br/>
      </w:r>
      <w:r>
        <w:rPr>
          <w:sz w:val="20"/>
        </w:rPr>
        <w:t>1:10:27  aur phir kya hota hai? Doosron se nafrat karte hain aap. Phir kya hota hai? Is extremism aata hai. Phir kahan? Violence aata hai. Phir kya hota hai?</w:t>
      </w:r>
      <w:r>
        <w:br/>
      </w:r>
      <w:r>
        <w:rPr>
          <w:sz w:val="20"/>
        </w:rPr>
        <w:t>1:10:36  ladai chhid jati hai. Phir kya hota hai? Aap aap jeet nahin paate to aap suicide bombing karte hain. Yeh sab ek yahan se wahan tak chain hai.</w:t>
      </w:r>
      <w:r>
        <w:br/>
      </w:r>
      <w:r>
        <w:rPr>
          <w:sz w:val="20"/>
        </w:rPr>
        <w:t>1:10:48  to mein samajhta hoon ke kisi ek jamaat ke literature ki baat nahin hai.</w:t>
      </w:r>
      <w:r>
        <w:br/>
      </w:r>
      <w:r>
        <w:rPr>
          <w:sz w:val="20"/>
        </w:rPr>
        <w:t>1:10:53  hamare literature ko chhod ke jitne bhi literature hain, sab mein yeh baat yani shamil hai. Aap kisi kitaab ko padh lijiye, aap Islam mukammal mazhab hai, Islam jo hai superior mazhab hai, Islam afzal mazhab hai.</w:t>
      </w:r>
      <w:r>
        <w:br/>
      </w:r>
      <w:r>
        <w:rPr>
          <w:sz w:val="20"/>
        </w:rPr>
        <w:t>1:11:09  jab yeh zehan rahega aapka to zahir hai ke aap extremist banenge, violent banenge, ladai bhidai chhedayenge. aur jab jab dekha ke aap mein jeet nahi raha hoon to aap suicide bombing karenge.</w:t>
      </w:r>
      <w:r>
        <w:br/>
      </w:r>
      <w:r>
        <w:rPr>
          <w:sz w:val="20"/>
        </w:rPr>
        <w:t>1:11:24  hamari kitabon mein jo baat padhenge, aap aas mein yeh nahi hai ke islam superior mazhab hai. hum sirf yeh kehte hain ke islam mehfooz mazhab hai, mehfooz preserved mazhab hai.</w:t>
      </w:r>
      <w:r>
        <w:br/>
      </w:r>
      <w:r>
        <w:rPr>
          <w:sz w:val="20"/>
        </w:rPr>
        <w:t>1:11:36  jitne bhi deen aaye, tamam ummaton ke paas sab yeksana darje ke deen the. koi na inferior tha, na superior tha. lekin jo matna hai quran majeed ka, woh mehfooz hai.</w:t>
      </w:r>
      <w:r>
        <w:br/>
      </w:r>
      <w:r>
        <w:rPr>
          <w:sz w:val="20"/>
        </w:rPr>
        <w:t>1:11:49  badi yeh kehte hain ke isse kuch nahi paida hoga.</w:t>
      </w:r>
      <w:r>
        <w:br/>
      </w:r>
      <w:r>
        <w:rPr>
          <w:sz w:val="20"/>
        </w:rPr>
        <w:t>1:11:55  to mein samajhta hoon ke ke yeh baat galat nahi hai ke ismein tashaddud apne aap shamil ho jata hai.</w:t>
      </w:r>
      <w:r>
        <w:br/>
      </w:r>
      <w:r>
        <w:rPr>
          <w:sz w:val="20"/>
        </w:rPr>
        <w:t>1:12:04  is tarz-e-fikr mein badhte badhte terrorism ban jata hai. to agar duniya aisa samajh rahi hai to sahi samajh rahi hai, woh galat nahi samajh rahi hai.</w:t>
      </w:r>
      <w:r>
        <w:br/>
      </w:r>
      <w:r>
        <w:rPr>
          <w:sz w:val="20"/>
        </w:rPr>
        <w:t>1:12:20  duniya ko bura kehna ke woh dushman ho gaye hain, woh hamare khilaf ho gaye hain, yahi yeh yeh yeh iska jawab nahi hai. apne par zara aasani kijiye ke mere andar kahan kami hai.</w:t>
      </w:r>
      <w:r>
        <w:br/>
      </w:r>
      <w:r>
        <w:rPr>
          <w:sz w:val="20"/>
        </w:rPr>
        <w:t>1:12:31  woh kami yahi hai ke aapne islam ko superior mazhab bana liya, halanke superior mazhab nahi tha. islam sirf sirf tareekhi taur par mehfooz mazhab tha.</w:t>
      </w:r>
    </w:p>
    <w:p>
      <w:pPr>
        <w:pStyle w:val="Heading2"/>
      </w:pPr>
      <w:r>
        <w:t>The full meaning and necessity of intention in fasting</w:t>
      </w:r>
    </w:p>
    <w:p>
      <w:r>
        <w:rPr>
          <w:color w:val="666666"/>
          <w:sz w:val="18"/>
        </w:rPr>
        <w:t>In Conversation with Maulana Wahiduddin Khan (Amaal-e-Ramadan) 25 Aug, 2007 · 5m 09s · at 1:17 · https://youtu.be/DRE5UnumqIY?t=77</w:t>
      </w:r>
    </w:p>
    <w:p>
      <w:r>
        <w:rPr>
          <w:i/>
        </w:rPr>
        <w:t>“Sab se pehli cheez yeh hai ke niyyat ki ahmiyat kya hai?”</w:t>
      </w:r>
    </w:p>
    <w:p>
      <w:r>
        <w:rPr>
          <w:sz w:val="20"/>
        </w:rPr>
        <w:t>1:17  to sab se pehli cheez yeh hai ke is mein niyat ka kya niyat ki ahmiyat kya hai? Ke aadmi rozah rakhne ke liye niyat kare ya na kare, uski ahmiyat kya hai?</w:t>
      </w:r>
      <w:r>
        <w:br/>
      </w:r>
      <w:r>
        <w:rPr>
          <w:sz w:val="20"/>
        </w:rPr>
        <w:t>1:28  dekhein, niyat ke baghair rozah nahi, yeh to sabit hai hadithon se.</w:t>
      </w:r>
      <w:r>
        <w:br/>
      </w:r>
      <w:r>
        <w:rPr>
          <w:sz w:val="20"/>
        </w:rPr>
        <w:t>1:37  iski wajah yeh hai ke koi purasrar baat nahi hai, bilkul fitri baat hai. Is liye ke rozah sirf kisi rituals ka naam nahi hai,</w:t>
      </w:r>
      <w:r>
        <w:br/>
      </w:r>
      <w:r>
        <w:rPr>
          <w:sz w:val="20"/>
        </w:rPr>
        <w:t>1:50  kisi form ka naam nahi hai. Dekhein, form jo hota hai woh aap</w:t>
      </w:r>
      <w:r>
        <w:br/>
      </w:r>
      <w:r>
        <w:rPr>
          <w:sz w:val="20"/>
        </w:rPr>
        <w:t>1:55  apne jism ke zariye karte hain, yaani woh physical activity hoti hai. To rozah woh hai jis mein aap ka dakhli shakhsiyat jo hai woh shamil ho jaye.</w:t>
      </w:r>
      <w:r>
        <w:br/>
      </w:r>
      <w:r>
        <w:rPr>
          <w:sz w:val="20"/>
        </w:rPr>
        <w:t>2:10  niyat ka matlab hai aap ki dakhli shakhsiyat ka is mein shamil ho jana.</w:t>
      </w:r>
      <w:r>
        <w:br/>
      </w:r>
      <w:r>
        <w:rPr>
          <w:sz w:val="20"/>
        </w:rPr>
        <w:t>2:16  mujhe ek dilchasp waqia yaad aata hai, azadi se pehle ki baat hai, jab India mein angrezon ki hukumat thi to main ek baar Gorakhpur gaya.</w:t>
      </w:r>
      <w:r>
        <w:br/>
      </w:r>
      <w:r>
        <w:rPr>
          <w:sz w:val="20"/>
        </w:rPr>
        <w:t>2:28  Gorakhpur mein ek bohat bade afsar the, unke haan gaya tha main.</w:t>
      </w:r>
      <w:r>
        <w:br/>
      </w:r>
      <w:r>
        <w:rPr>
          <w:sz w:val="20"/>
        </w:rPr>
        <w:t>2:34  to main wahan gaya to main ne dekha ke har din chand din thehra tha main wahan par, rozana subah ko ek Hafiz ji aate hain aur Quran padhte hain.</w:t>
      </w:r>
      <w:r>
        <w:br/>
      </w:r>
      <w:r>
        <w:rPr>
          <w:sz w:val="20"/>
        </w:rPr>
        <w:t>2:45  bahar ek bana hua hota hai, ek sahibaan jaisa, woh chale aate hain.</w:t>
      </w:r>
      <w:r>
        <w:br/>
      </w:r>
      <w:r>
        <w:rPr>
          <w:sz w:val="20"/>
        </w:rPr>
        <w:t>2:52  to jo afsar sahab the, unse main ne poocha ke yeh yeh kya baat hai ke woh woh aate hain rozana Quran padh ke chale aate hain? To unhon ne kaha ke dekhein, baat yeh hai ke hum log rozah rozah to rakh nahi paate.</w:t>
      </w:r>
      <w:r>
        <w:br/>
      </w:r>
      <w:r>
        <w:rPr>
          <w:sz w:val="20"/>
        </w:rPr>
        <w:t>3:07  to hum ne Hafiz sahab se keh diya hai ke aap padh jaya kijiye Quran, to usko kuch paisa waghera de denge.</w:t>
      </w:r>
      <w:r>
        <w:br/>
      </w:r>
      <w:r>
        <w:rPr>
          <w:sz w:val="20"/>
        </w:rPr>
        <w:t>3:14  to yeh rozah na rakhne ke liye hum ne yeh iski talafi ka ka intezam aisa kiya hai. To rozah ko log samajhte hain ke koi koi form hai, koi rituals hain.</w:t>
      </w:r>
      <w:r>
        <w:br/>
      </w:r>
      <w:r>
        <w:rPr>
          <w:sz w:val="20"/>
        </w:rPr>
        <w:t>3:28  to iski isi ke</w:t>
      </w:r>
      <w:r>
        <w:br/>
      </w:r>
      <w:r>
        <w:rPr>
          <w:sz w:val="20"/>
        </w:rPr>
        <w:t>3:31  tarzeed mein farmaya Rasool Allah Salallahu Alaihi Wasallam ne ke niyat nahi to rozah bhi nahi. Yaani tumhari asal shakhsiyat to andar ki shakhsiyat hai.</w:t>
      </w:r>
      <w:r>
        <w:br/>
      </w:r>
      <w:r>
        <w:rPr>
          <w:sz w:val="20"/>
        </w:rPr>
        <w:t>3:42  andar ki shakhsiyat jo hai, jab aap niyat karte hain ke wabso main ghadd nawaitu jo aap kehte hain,</w:t>
      </w:r>
      <w:r>
        <w:br/>
      </w:r>
      <w:r>
        <w:rPr>
          <w:sz w:val="20"/>
        </w:rPr>
        <w:t>3:50  to wabso main ghadd nawaitu yeh bhi ek lip service nahi hoti hai. Yeh is baat ka irada hota hai ke maine apni asal shakhsiyat jo hai, meri dakhli shakhsiyat, usko maine rozay mein shamil kiya.</w:t>
      </w:r>
      <w:r>
        <w:br/>
      </w:r>
      <w:r>
        <w:rPr>
          <w:sz w:val="20"/>
        </w:rPr>
        <w:t>4:07  niyat ke maani hain apni dakhli shakhsiyat ko rozay mein shamil karna. Samajh sakta hoon ke sare jitne bhi Islam mein jitne bhi aamal hain, un sab mein aap jante hain ke in number aamal bil niyat ka usool hai.</w:t>
      </w:r>
      <w:r>
        <w:br/>
      </w:r>
      <w:r>
        <w:rPr>
          <w:sz w:val="20"/>
        </w:rPr>
        <w:t>4:24  to isi ko hum doosre lafzon mein spirit bhi kehte hain, kyun ke spirit jo hai woh jismani cheez nahi hai, woh dakhli shakhsiyat se taluq hai iska.</w:t>
      </w:r>
      <w:r>
        <w:br/>
      </w:r>
      <w:r>
        <w:rPr>
          <w:sz w:val="20"/>
        </w:rPr>
        <w:t>4:36  to niyat kar ke aadmi apni dakhli shakhsiyat ko, yaani apne irade ko, apne qasd ko, apne zehan ko, apne dil ko shamil karta hai rozay mein.</w:t>
      </w:r>
      <w:r>
        <w:br/>
      </w:r>
      <w:r>
        <w:rPr>
          <w:sz w:val="20"/>
        </w:rPr>
        <w:t>4:46  to niyat nahi to rozah bhi nahi, bilkul sahi formula hai yeh.</w:t>
      </w:r>
      <w:r>
        <w:br/>
      </w:r>
      <w:r>
        <w:rPr>
          <w:sz w:val="20"/>
        </w:rPr>
        <w:t>4:50  yaani niyat se yeh maloom hota hai ke rozah ek aradi amal hai, ek shaoori amal hai. Aisa nahi ke baghair kisi arade ke, baghair kisi shaoor ke, sirf ek rasam ke taur par Ramzan ka mahina aaya to rozah rakhna shuru kar diya.</w:t>
      </w:r>
      <w:r>
        <w:br/>
      </w:r>
      <w:r>
        <w:rPr>
          <w:sz w:val="20"/>
        </w:rPr>
        <w:t>5:03  nahi, rozah bazahir to ek jismani amal hota hai ke aap ne pani chhod diya, khana chhod diya, to yeh jismani amal hai yeh.</w:t>
      </w:r>
      <w:r>
        <w:br/>
      </w:r>
      <w:r>
        <w:rPr>
          <w:sz w:val="20"/>
        </w:rPr>
        <w:t>5:13  lekin is jismani amal mein aap ki andar ki jo shakhsiyat hai, us ko shamil hona chahiye, warna woh kuch bhi nahi hai. Is mein sirf zaban se jo parh lete hain dua niyat karne ke liye, baswo ghadd nawiyat lillah ta'ala, sirf yeh parh lena kafi hai ya andar se sochna zr</w:t>
      </w:r>
      <w:r>
        <w:br/>
      </w:r>
      <w:r>
        <w:rPr>
          <w:sz w:val="20"/>
        </w:rPr>
        <w:t>5:31  uri hai? Hargiz nahi, sirf parhna hargiz kafi nahi hai. Hargiz nahi kafi hai. Woh to andar jo aadmi irada karta hai, pakhta azm karta hai, us ka ek lafzi izhaar hai.</w:t>
      </w:r>
      <w:r>
        <w:br/>
      </w:r>
      <w:r>
        <w:rPr>
          <w:sz w:val="20"/>
        </w:rPr>
        <w:t>5:46  To andar ke azm ko alag kar ke is in alfaz ki koi haqeeqat bhi nahi hai. Roze ke liye jab aadmi niyat kare to kis cheez ke baray mein soche?</w:t>
      </w:r>
      <w:r>
        <w:br/>
      </w:r>
      <w:r>
        <w:rPr>
          <w:sz w:val="20"/>
        </w:rPr>
        <w:t>5:56  Bas jo maqsad hai, wahi soche ke Allah ta'ala ne roze ka jo maqsad bataya hai, woh taqwa aur shukr hai. To yeh niyat ka matlab is ke dil mein, is ke mind mein yeh ho ke Khuda ne jo course bataya hai taqwa ka aur shukr ka, is course mein apne ko shamil kar raha hoon mein.</w:t>
      </w:r>
      <w:r>
        <w:br/>
      </w:r>
      <w:r>
        <w:rPr>
          <w:sz w:val="20"/>
        </w:rPr>
        <w:t>6:14  Aur dua kare aadmi ke mujhe taqwa ki spirit mere andar paida ho, shukr ka jazba andar mere andar paida ho.</w:t>
      </w:r>
      <w:r>
        <w:br/>
      </w:r>
      <w:r>
        <w:rPr>
          <w:sz w:val="20"/>
        </w:rPr>
        <w:t>6:24  Yahi hona chahiye.</w:t>
      </w:r>
    </w:p>
    <w:p>
      <w:pPr>
        <w:pStyle w:val="Heading2"/>
      </w:pPr>
      <w:r>
        <w:t>Spirit of fasting and its application to life</w:t>
      </w:r>
    </w:p>
    <w:p>
      <w:r>
        <w:rPr>
          <w:color w:val="666666"/>
          <w:sz w:val="18"/>
        </w:rPr>
        <w:t>Message on Eid-al-Fitr April 11, 2024 Prof. Farida Khanam and Dr. Saniyasnain Khan · 4m 30s · at 17:22 · https://youtu.be/3qViBNVh85o?t=1042</w:t>
      </w:r>
    </w:p>
    <w:p>
      <w:r>
        <w:rPr>
          <w:i/>
        </w:rPr>
        <w:t>“Yani iska matlab yeh hai ki Allah kitna tadardah hai”</w:t>
      </w:r>
    </w:p>
    <w:p>
      <w:r>
        <w:rPr>
          <w:sz w:val="20"/>
        </w:rPr>
        <w:t>17:22  yaani iska matlab yeh hai ke allah kitna dardmand hai, bando ke amal ka ke zyada reward deta</w:t>
      </w:r>
      <w:r>
        <w:br/>
      </w:r>
      <w:r>
        <w:rPr>
          <w:sz w:val="20"/>
        </w:rPr>
        <w:t>17:31  hai aur ek aise hi ek aur hadith hai jiska main kuch hissa lunga ramzan ke mutalliq woh</w:t>
      </w:r>
      <w:r>
        <w:br/>
      </w:r>
      <w:r>
        <w:rPr>
          <w:sz w:val="20"/>
        </w:rPr>
        <w:t>17:41  hadith hai ke hadith mein aata hai ke jo bhi koi amal karta hai insaan, good deed karta</w:t>
      </w:r>
      <w:r>
        <w:br/>
      </w:r>
      <w:r>
        <w:rPr>
          <w:sz w:val="20"/>
        </w:rPr>
        <w:t>17:50  hai, uska 10 times se lekar 700 times tak reward allah taala deta hai.</w:t>
      </w:r>
      <w:r>
        <w:br/>
      </w:r>
      <w:r>
        <w:rPr>
          <w:sz w:val="20"/>
        </w:rPr>
        <w:t>18:00  10 times se hundred, seven hundred times tak yaani depending on his spirit aur jo uska shauk hai. lekin usi hadish mein allah talah farmata hai illah saum ke roze ke alawa. yaani roze ka jo reward hai wo uski koi limit nahi hai, unlimited reward hai.</w:t>
      </w:r>
      <w:r>
        <w:br/>
      </w:r>
      <w:r>
        <w:rPr>
          <w:sz w:val="20"/>
        </w:rPr>
        <w:t>18:21  yeh allad allad dekhega ki kaisi spirit hai uske mutabik wo reward kitna bhi de sakta hai aur allat alfamata hai fainaahuli wa anajzeebih ki yeh roza mere liye hai aur main hi iska reward dunga. yaani apni taraf mansoof karta hai ki main reward dunga aur unlimited reward dunga. koi fixed reward iska nahi hai.</w:t>
      </w:r>
      <w:r>
        <w:br/>
      </w:r>
      <w:r>
        <w:rPr>
          <w:sz w:val="20"/>
        </w:rPr>
        <w:t>18:46  yaani jo bhi bando ki kaifiyat hai, dilli kaifiyat hai, uske mutabik reward allah talah deta hai. to isse pata chalta hai ki roze ki jo spirit hai wo important hai aur allah talah wahi dekhega ki kiski kisne kitni spirit aur kitne kaifiyat uski thi roze ke boran.</w:t>
      </w:r>
      <w:r>
        <w:br/>
      </w:r>
      <w:r>
        <w:rPr>
          <w:sz w:val="20"/>
        </w:rPr>
        <w:t>19:12  aise hi isi hadith ka ek aur hissa hai ke jab koi roza rakhe aur usse koi ladai</w:t>
      </w:r>
      <w:r>
        <w:br/>
      </w:r>
      <w:r>
        <w:rPr>
          <w:sz w:val="20"/>
        </w:rPr>
        <w:t>19:19  kare, koi argument kare, koi bahas kare, koi ladai jhagda kare, koi foul language use kare, to usko</w:t>
      </w:r>
      <w:r>
        <w:br/>
      </w:r>
      <w:r>
        <w:rPr>
          <w:sz w:val="20"/>
        </w:rPr>
        <w:t>19:27  bas yeh keh dena chahiye ke main, main rozedaar hoon, main ek paabind insaan hoon, main tumhari tarah</w:t>
      </w:r>
      <w:r>
        <w:br/>
      </w:r>
      <w:r>
        <w:rPr>
          <w:sz w:val="20"/>
        </w:rPr>
        <w:t>19:35  se nahi hogi jo chai karoon, jaise chai boloon.</w:t>
      </w:r>
      <w:r>
        <w:br/>
      </w:r>
      <w:r>
        <w:rPr>
          <w:sz w:val="20"/>
        </w:rPr>
        <w:t>19:43  to yeh bari achhi baat hai, yeh yeh yeh jo principle hai, yeh sirf roze ke liye nahi</w:t>
      </w:r>
      <w:r>
        <w:br/>
      </w:r>
      <w:r>
        <w:rPr>
          <w:sz w:val="20"/>
        </w:rPr>
        <w:t>19:51  hai, balki poori zindagi par apply hota hai aur balki khaas taur se daawat ke kaam ke liye ke</w:t>
      </w:r>
      <w:r>
        <w:br/>
      </w:r>
      <w:r>
        <w:rPr>
          <w:sz w:val="20"/>
        </w:rPr>
        <w:t>19:59  jab hum daawat ka kaam karte hain to tarah tarah ke, tarah tarah ki baatein saamne aati hain aur</w:t>
      </w:r>
      <w:r>
        <w:br/>
      </w:r>
      <w:r>
        <w:rPr>
          <w:sz w:val="20"/>
        </w:rPr>
        <w:t>20:08  usmein kai kai kai log humein tarah tarah ki baatein karte hain, to usmein sabr karna chahiye aur</w:t>
      </w:r>
      <w:r>
        <w:br/>
      </w:r>
      <w:r>
        <w:rPr>
          <w:sz w:val="20"/>
        </w:rPr>
        <w:t>20:16  yahi jo baat hadith mein aayi ke inni imrah, imrahun saimun yahi agar hum isko thoda badalkar kahein</w:t>
      </w:r>
      <w:r>
        <w:br/>
      </w:r>
      <w:r>
        <w:rPr>
          <w:sz w:val="20"/>
        </w:rPr>
        <w:t>20:24  ke inni imroah daain, inni imroah daain, ke main ek daai insaan hoon, main ek paabind insaan hoon.</w:t>
      </w:r>
      <w:r>
        <w:br/>
      </w:r>
      <w:r>
        <w:rPr>
          <w:sz w:val="20"/>
        </w:rPr>
        <w:t>20:33  i have a mission, i have a mission of conveying the message of god. main tumhari tarah se aazad nahi hoon. meri kuch zimmedari hai. to yeh ek sabak hamein milta hai is baat se ki dawat jab hamein karni hai to usmein hum yeh keh sakte hain ki hum hum ek dai insaan hain.</w:t>
      </w:r>
      <w:r>
        <w:br/>
      </w:r>
      <w:r>
        <w:rPr>
          <w:sz w:val="20"/>
        </w:rPr>
        <w:t>20:54  hum hum humein ladai jhagde se koi matlab nahi hai aur aise hi ramzan mein ki jo ek</w:t>
      </w:r>
      <w:r>
        <w:br/>
      </w:r>
      <w:r>
        <w:rPr>
          <w:sz w:val="20"/>
        </w:rPr>
        <w:t>21:01  aur khaas spirit hai woh hai logon ki madad karna zakat aur khairat aur ghairah tarah ki balki</w:t>
      </w:r>
      <w:r>
        <w:br/>
      </w:r>
      <w:r>
        <w:rPr>
          <w:sz w:val="20"/>
        </w:rPr>
        <w:t>21:08  zakat ul fitr ka zikr aata hai yaani eid eid ke din zakat ek ek chhota sa amount $203,100</w:t>
      </w:r>
      <w:r>
        <w:br/>
      </w:r>
      <w:r>
        <w:rPr>
          <w:sz w:val="20"/>
        </w:rPr>
        <w:t>21:15  per person diya jata hai balki yeh tak aata hai kitabon mein ke agar ek bachcha aaj paida</w:t>
      </w:r>
      <w:r>
        <w:br/>
      </w:r>
      <w:r>
        <w:rPr>
          <w:sz w:val="20"/>
        </w:rPr>
        <w:t>21:23  hua hai aur ek din ka hai woh to uski taraf se bhi aapko zakat ul fitr deni</w:t>
      </w:r>
      <w:r>
        <w:br/>
      </w:r>
      <w:r>
        <w:rPr>
          <w:sz w:val="20"/>
        </w:rPr>
        <w:t>21:30  hai taake jo log hain jo less fortunate hain, jinke paas halaat theek nahi hain to woh bhi</w:t>
      </w:r>
      <w:r>
        <w:br/>
      </w:r>
      <w:r>
        <w:rPr>
          <w:sz w:val="20"/>
        </w:rPr>
        <w:t>21:37  apni eid mana sake, balki ek hadith mein aata hai ke on the day of judgement god will</w:t>
      </w:r>
      <w:r>
        <w:br/>
      </w:r>
      <w:r>
        <w:rPr>
          <w:sz w:val="20"/>
        </w:rPr>
        <w:t>21:44  say to a man ki I was sick and you didn't visit me.</w:t>
      </w:r>
      <w:r>
        <w:br/>
      </w:r>
      <w:r>
        <w:rPr>
          <w:sz w:val="20"/>
        </w:rPr>
        <w:t>21:52  to wo aadmi hai wo hairaan ho jayega. wo kahega ki how could you be sick? You are the lord of the universe. to wo allah taala kahega ki had you visited such and such person you would have found me there. isi tarike se aur bhi hai ki I was hungry and I was thirsty, you didn't give me water.</w:t>
      </w:r>
    </w:p>
    <w:p>
      <w:pPr>
        <w:pStyle w:val="Heading2"/>
      </w:pPr>
      <w:r>
        <w:t>Living vs mechanical prayer, and the unlimited human mind</w:t>
      </w:r>
    </w:p>
    <w:p>
      <w:r>
        <w:rPr>
          <w:color w:val="666666"/>
          <w:sz w:val="18"/>
        </w:rPr>
        <w:t>What is Dua (Only Lecture) April 26, 2009 Maulana Wahiduddin Khan · 5m 16s · at 31:40 · https://youtu.be/JxIR0o_C7GM?t=1900</w:t>
      </w:r>
    </w:p>
    <w:p>
      <w:r>
        <w:rPr>
          <w:i/>
        </w:rPr>
        <w:t>“Yeh kitaab mein chapi hui dua ko rat kar dua karna...”</w:t>
      </w:r>
    </w:p>
    <w:p>
      <w:r>
        <w:rPr>
          <w:sz w:val="20"/>
        </w:rPr>
        <w:t>31:40  yaad rakhein yeh kitaab mein chapi hui dua ko rat kar ke dua karna,</w:t>
      </w:r>
      <w:r>
        <w:br/>
      </w:r>
      <w:r>
        <w:rPr>
          <w:sz w:val="20"/>
        </w:rPr>
        <w:t>31:47  yeh to computer type dua hai, ek technical dua hai. yeh insan ki dua nahi hai, mechanical dua hai.</w:t>
      </w:r>
      <w:r>
        <w:br/>
      </w:r>
      <w:r>
        <w:rPr>
          <w:sz w:val="20"/>
        </w:rPr>
        <w:t>31:56  mechanical woh insan ki dua nahi hai. khuda ne aap ko machine nahi banaya hai, khuda ne aap ko robot nahi banaya.</w:t>
      </w:r>
      <w:r>
        <w:br/>
      </w:r>
      <w:r>
        <w:rPr>
          <w:sz w:val="20"/>
        </w:rPr>
        <w:t>32:08  aap se mechanical dua khuda nahi qabool karega. yaad rakhiye,</w:t>
      </w:r>
      <w:r>
        <w:br/>
      </w:r>
      <w:r>
        <w:rPr>
          <w:sz w:val="20"/>
        </w:rPr>
        <w:t>32:13  khuda khuda aap se insan wali dua qabool karega, living dua.</w:t>
      </w:r>
      <w:r>
        <w:br/>
      </w:r>
      <w:r>
        <w:rPr>
          <w:sz w:val="20"/>
        </w:rPr>
        <w:t>32:21  khuda ne banaya aap ko ek living creature, living creature. to khuda aap se living dua qabool karega. agar aap chahein ke khuda ko aap mechanical dua dein to woh reject ho jayega.</w:t>
      </w:r>
      <w:r>
        <w:br/>
      </w:r>
      <w:r>
        <w:rPr>
          <w:sz w:val="20"/>
        </w:rPr>
        <w:t>32:38  aap ghor kijiye,</w:t>
      </w:r>
      <w:r>
        <w:br/>
      </w:r>
      <w:r>
        <w:rPr>
          <w:sz w:val="20"/>
        </w:rPr>
        <w:t>32:50  kya kaise aap soch sakte hain ke khuda to aap ko ek living creature banaye, zinda insan, aur aap khuda ko jo dein woh mechanical dua, aur khuda khush hue,</w:t>
      </w:r>
      <w:r>
        <w:br/>
      </w:r>
      <w:r>
        <w:rPr>
          <w:sz w:val="20"/>
        </w:rPr>
        <w:t>33:04  koi is ko qabool kar lega? is impossible.</w:t>
      </w:r>
      <w:r>
        <w:br/>
      </w:r>
      <w:r>
        <w:rPr>
          <w:sz w:val="20"/>
        </w:rPr>
        <w:t>33:14  to jitna zyada aap ke andar soch wala, sochne wala mind banega, thinking mind, jitna sochenge.</w:t>
      </w:r>
      <w:r>
        <w:br/>
      </w:r>
      <w:r>
        <w:rPr>
          <w:sz w:val="20"/>
        </w:rPr>
        <w:t>33:25  quran mein aap parhein to dekhein, sab se zyada zor hai. yani quran mein na namaz ki shakal hai, kuch bhi nahi bataya gaya. agar sirf quran padh kar namaz parhna chahein to aap namaz nahi parh sakte.</w:t>
      </w:r>
      <w:r>
        <w:br/>
      </w:r>
      <w:r>
        <w:rPr>
          <w:sz w:val="20"/>
        </w:rPr>
        <w:t>33:37  yani quran mein namaz ki detail hi nahi hai.</w:t>
      </w:r>
      <w:r>
        <w:br/>
      </w:r>
      <w:r>
        <w:rPr>
          <w:sz w:val="20"/>
        </w:rPr>
        <w:t>33:42  koi aadmi chahe ke quran padh kar namaz parhne lage, woh that is impossible, kyunke koi shakal to hai nahi quran ki mein namaz ki. lekin ek aur baat bahut bhari hui hai is mein, woh hai sochna, tafakkur, tadabbur, tazakkur.</w:t>
      </w:r>
      <w:r>
        <w:br/>
      </w:r>
      <w:r>
        <w:rPr>
          <w:sz w:val="20"/>
        </w:rPr>
        <w:t>33:58  yeh thinking process jo hai, chalao apne andar. quran bhara hua hai is se. khuda ko sab se zyada jo cheez darkar hai, woh sab se zyada woh hai thinking process, sochne ka amal,</w:t>
      </w:r>
      <w:r>
        <w:br/>
      </w:r>
      <w:r>
        <w:rPr>
          <w:sz w:val="20"/>
        </w:rPr>
        <w:t>34:14  apne mind ko activate karna. khuda ne aap ke mind mein, yani unlimited capacity rakhi hai, unlimited.</w:t>
      </w:r>
      <w:r>
        <w:br/>
      </w:r>
      <w:r>
        <w:rPr>
          <w:sz w:val="20"/>
        </w:rPr>
        <w:t>34:25  aaj tak koi scientist yeh nahi bata saka ke khud ke mind ki kya capacity hai.</w:t>
      </w:r>
      <w:r>
        <w:br/>
      </w:r>
      <w:r>
        <w:rPr>
          <w:sz w:val="20"/>
        </w:rPr>
        <w:t>34:37  to kya sab se bari cheez jo aap ke paas hai, isi ko aap unfold na karein? yeh khuda pasand kar sakta hai. jab aap thinking karte hain to aap apne mind ki capacity ko unfold karte hain.</w:t>
      </w:r>
      <w:r>
        <w:br/>
      </w:r>
      <w:r>
        <w:rPr>
          <w:sz w:val="20"/>
        </w:rPr>
        <w:t>34:56  thinking process means unfolding your mind capacity.</w:t>
      </w:r>
      <w:r>
        <w:br/>
      </w:r>
      <w:r>
        <w:rPr>
          <w:sz w:val="20"/>
        </w:rPr>
        <w:t>35:05  sirf thinking hi se unfold hoti hai, aur kuch aur kisi tarah se unfold nahi hoti.</w:t>
      </w:r>
      <w:r>
        <w:br/>
      </w:r>
      <w:r>
        <w:rPr>
          <w:sz w:val="20"/>
        </w:rPr>
        <w:t>35:14  thinking is the only way to unfold your intellectual capacity, your your the capacity hidden your mind, hidden in your mind.</w:t>
      </w:r>
      <w:r>
        <w:br/>
      </w:r>
      <w:r>
        <w:rPr>
          <w:sz w:val="20"/>
        </w:rPr>
        <w:t>35:29  to khuda jo hai, itna zyada zor quran mein kyun diya gaya hai?</w:t>
      </w:r>
      <w:r>
        <w:br/>
      </w:r>
      <w:r>
        <w:rPr>
          <w:sz w:val="20"/>
        </w:rPr>
        <w:t>35:33  kaha jata hai ke paanch sau aayatein hain jo jis mein quran mein sochte sochte par zor diya gaya hai, 500 ayat,</w:t>
      </w:r>
      <w:r>
        <w:br/>
      </w:r>
      <w:r>
        <w:rPr>
          <w:sz w:val="20"/>
        </w:rPr>
        <w:t>35:43  indirect ya direct. to thinking par itna zyada kyun emphasis diya gaya hai?</w:t>
      </w:r>
      <w:r>
        <w:br/>
      </w:r>
      <w:r>
        <w:rPr>
          <w:sz w:val="20"/>
        </w:rPr>
        <w:t>35:55  kyunke khuda ne sab se bari cheez jo aap ko di hai, woh mind hai.</w:t>
      </w:r>
      <w:r>
        <w:br/>
      </w:r>
      <w:r>
        <w:rPr>
          <w:sz w:val="20"/>
        </w:rPr>
        <w:t>36:00  puri universe mein mind jaisi koi cheez nahi. sab se bari cheez hai mind. hadith mein aata hai ke khalaq Allah Adam ala surat-e-hu.</w:t>
      </w:r>
      <w:r>
        <w:br/>
      </w:r>
      <w:r>
        <w:rPr>
          <w:sz w:val="20"/>
        </w:rPr>
        <w:t>36:13  Allah ne Adam ko banaya apni surat par. log samajhte hain surat ke maani hain hath paon, is mein behas chal rahi hai sainkdo baras se. nahi, khuda ne insan ko mind diya, jo jo ji jo ke khuda ki special cheez hai.</w:t>
      </w:r>
      <w:r>
        <w:br/>
      </w:r>
      <w:r>
        <w:rPr>
          <w:sz w:val="20"/>
        </w:rPr>
        <w:t>36:29  khuda ka mind bohat bara hai, hamein isi ka aik chota sa hissa diya gaya. khuda ne insan ko woh cheez di jo aur kisi cheez ko nahi di, kisi galaxy ko, kisi solar system ko, kisi hathi ko, kisi tiger ko, kisi ocean ko, kisi mountain ko nahi di.</w:t>
      </w:r>
      <w:r>
        <w:br/>
      </w:r>
      <w:r>
        <w:rPr>
          <w:sz w:val="20"/>
        </w:rPr>
        <w:t>36:51  insan ko mind diya. mind jo hai, khuda ki khas khas cheez hai.</w:t>
      </w:r>
    </w:p>
    <w:p>
      <w:pPr>
        <w:pStyle w:val="Heading2"/>
      </w:pPr>
      <w:r>
        <w:t>Islamic calendar ensures fasting varies seasons</w:t>
      </w:r>
    </w:p>
    <w:p>
      <w:r>
        <w:rPr>
          <w:color w:val="666666"/>
          <w:sz w:val="18"/>
        </w:rPr>
        <w:t>Ramadan and The Quran September 03, 2006 Maulana Wahiduddin Khan · 3m 06s · at 31:24 · https://youtu.be/LJU2AJuPQZc?t=1884</w:t>
      </w:r>
    </w:p>
    <w:p>
      <w:r>
        <w:rPr>
          <w:i/>
        </w:rPr>
        <w:t>“Roza hijri calendar par hai taki mausam badalta rahe”</w:t>
      </w:r>
    </w:p>
    <w:p>
      <w:r>
        <w:rPr>
          <w:sz w:val="20"/>
        </w:rPr>
        <w:t>31:24  aap jante hain ke roza jo hai, aap jante hain ke yani calendar ek woh hota hai jo sun par base karta hai, ek hai moon par base karta hai.</w:t>
      </w:r>
      <w:r>
        <w:br/>
      </w:r>
      <w:r>
        <w:rPr>
          <w:sz w:val="20"/>
        </w:rPr>
        <w:t>31:34  to hamara jo Christian calendar hai, woh to sun par base karta hai. sun ki movement par. lekin roza jo rakha gaya hai, woh yeh Hijri calendar hai, woh jo moon par base karta hai.</w:t>
      </w:r>
      <w:r>
        <w:br/>
      </w:r>
      <w:r>
        <w:rPr>
          <w:sz w:val="20"/>
        </w:rPr>
        <w:t>31:49  iski wajah se kya hota hai ke roze ka mahina mukhtalif mausam mein aata hai. agar sun par kiya aata hai, farz karen ke December ke mahine mein rakho to hamesha woh aata thanday mausam mein.</w:t>
      </w:r>
      <w:r>
        <w:br/>
      </w:r>
      <w:r>
        <w:rPr>
          <w:sz w:val="20"/>
        </w:rPr>
        <w:t>32:08  thanday mausam mein aata. June mein kabhi bhi na aata. lekin Hijri calendar ka matlab yeh hua ke woh badalta rahega.</w:t>
      </w:r>
      <w:r>
        <w:br/>
      </w:r>
      <w:r>
        <w:rPr>
          <w:sz w:val="20"/>
        </w:rPr>
        <w:t>32:19  kabhi garmi mein, kabhi jhaade mein, kabhi barsaat mein. yani bar bar woh badalta rahega aur mukhtalif mausam mein aata rahega.</w:t>
      </w:r>
      <w:r>
        <w:br/>
      </w:r>
      <w:r>
        <w:rPr>
          <w:sz w:val="20"/>
        </w:rPr>
        <w:t>32:31  yeh jo hai, yeh bhi bohat bari hikmat hai is ke andar. is se andaza hota hai ke Khuda yeksaniyat ko nahi chahta.</w:t>
      </w:r>
      <w:r>
        <w:br/>
      </w:r>
      <w:r>
        <w:rPr>
          <w:sz w:val="20"/>
        </w:rPr>
        <w:t>32:43  Khuda ko yeksaniyat pasand nahi hai. Khuda ka jo takhleeqi mansooba hai, takhleeqi mansoobe mein yeksaniyat ke liye koi jagah nahi hai.</w:t>
      </w:r>
      <w:r>
        <w:br/>
      </w:r>
      <w:r>
        <w:rPr>
          <w:sz w:val="20"/>
        </w:rPr>
        <w:t>32:55  kyun?</w:t>
      </w:r>
      <w:r>
        <w:br/>
      </w:r>
      <w:r>
        <w:rPr>
          <w:sz w:val="20"/>
        </w:rPr>
        <w:t>33:00  Khuda ka mansooba challenge par base karta hai. muqable par base karta hai. to agar yeksaniyat ho to challenge nahi hoga.</w:t>
      </w:r>
      <w:r>
        <w:br/>
      </w:r>
      <w:r>
        <w:rPr>
          <w:sz w:val="20"/>
        </w:rPr>
        <w:t>33:10  challenge nahi hoga to taraqqi nahi hogi. to Khuda ne roze ko</w:t>
      </w:r>
      <w:r>
        <w:br/>
      </w:r>
      <w:r>
        <w:rPr>
          <w:sz w:val="20"/>
        </w:rPr>
        <w:t>33:20  Hijri calendar par banaya, yani Qamri calendar par, ta ke woh mukhtalif mausam mein aata rahe. kabhi garmi mein, kabhi sardi mein, kabhi barsaat mein, kabhi is mein, kabhi is mein.</w:t>
      </w:r>
      <w:r>
        <w:br/>
      </w:r>
      <w:r>
        <w:rPr>
          <w:sz w:val="20"/>
        </w:rPr>
        <w:t>33:34  ta ke yeksaniyat barqarar rahe. aadmi ko har tarah ke mausam ka tajurba ho. woh garmi ka bhi hissa hai aur jhaade ka bhi hissa hai.</w:t>
      </w:r>
      <w:r>
        <w:br/>
      </w:r>
      <w:r>
        <w:rPr>
          <w:sz w:val="20"/>
        </w:rPr>
        <w:t>33:45  to is tarah se, is se maine yeh samjha hai ke yeksaniyat Khuda ki scheme mein nahi hai. Khuda ki scheme mein yeksaniyat nahi hai.</w:t>
      </w:r>
      <w:r>
        <w:br/>
      </w:r>
      <w:r>
        <w:rPr>
          <w:sz w:val="20"/>
        </w:rPr>
        <w:t>33:59  Khuda ki scheme yeh hai ke mukhtalif soorat-e-haal pesh ayen. ta ke aadmi aur ziyada active ho. aadmi ki jo salahiyaten hain, aur ziyada woh woh jaaghen.</w:t>
      </w:r>
      <w:r>
        <w:br/>
      </w:r>
      <w:r>
        <w:rPr>
          <w:sz w:val="20"/>
        </w:rPr>
        <w:t>34:11  aadmi ke andar jo potential hai, woh aur ziyada bedar ho. yeksaniyat agar bilkul hamwar soorat-e-haal ho, yeksaniyat soorat-e-haal ho, is mein aadmi ki taraqqi ruk jayegi.</w:t>
      </w:r>
      <w:r>
        <w:br/>
      </w:r>
      <w:r>
        <w:rPr>
          <w:sz w:val="20"/>
        </w:rPr>
        <w:t>34:24  yeh maine samjha hai is ka raaz.</w:t>
      </w:r>
    </w:p>
    <w:p>
      <w:pPr>
        <w:pStyle w:val="Heading2"/>
      </w:pPr>
      <w:r>
        <w:t>Unlimited reward explained through the concept of dawah</w:t>
      </w:r>
    </w:p>
    <w:p>
      <w:r>
        <w:rPr>
          <w:color w:val="666666"/>
          <w:sz w:val="18"/>
        </w:rPr>
        <w:t>The Spirit of Ramadan April 10, 2022 Dr. Saniyasnain Khan · 3m 10s · at 20:29 · https://youtu.be/MVnTihqgvus?t=1229</w:t>
      </w:r>
    </w:p>
    <w:p>
      <w:r>
        <w:rPr>
          <w:i/>
        </w:rPr>
        <w:t>“अल्लाह तालाह ने फरमाया है कि fasting मेरे लिए है और मैं ही इसका reward दूंगा”</w:t>
      </w:r>
    </w:p>
    <w:p>
      <w:r>
        <w:rPr>
          <w:sz w:val="20"/>
        </w:rPr>
        <w:t>20:29  Doctor fasting as we you know are also understanding from the conversation that it makes a person spiritual and a person keeps a fast. He leaves food and water only for the sake of his lord. And ek hadith mein bhi aata hai ki allah taala kehte hain ki fasting is for me and I will give its reward. toh yeh hadith ko bhi aap waazeh karte hain please.</w:t>
      </w:r>
      <w:r>
        <w:br/>
      </w:r>
      <w:r>
        <w:rPr>
          <w:sz w:val="20"/>
        </w:rPr>
        <w:t>20:59  yeh hadith bahut hi ahum hai. ismein allah taala ne farmaya hai ki fasting mere liye hai aur main hi iska reward dunga. yaani unlimited reward. hadith ke alfaaz is tarah hote hain ki jo bhi insaan achha kaam karta hai usko das guna se lekar saat sau guna tak badhaya jata hai. lekin allah taala ne farmaya ki roza mere liye hai aur main hi iska reward dunga.</w:t>
      </w:r>
      <w:r>
        <w:br/>
      </w:r>
      <w:r>
        <w:rPr>
          <w:sz w:val="20"/>
        </w:rPr>
        <w:t>21:29  toh yeh hadish bhi samajhna zara mushkil hai logon ke liye ki aisa kya hai ramzan ke mahine mein aur roze roze mein ki sirf bhook pyas ka tazurba hota hai aur itna unlimited reward. yeh baat thoda awazen nahi hoti hai ki insaan sirf bhookha pyasa rehta hai aur reward usko unlimited mil raha hai.</w:t>
      </w:r>
      <w:r>
        <w:br/>
      </w:r>
      <w:r>
        <w:rPr>
          <w:sz w:val="20"/>
        </w:rPr>
        <w:t>21:55  toh isko Maulana ne bahut achhe andaaz mein explain kiya hai ki ramzan ke mahine mein roze ko farz karna is baat ki alamat hai ki woh rozedar, Quran ka muballigh aur Quran ka hamil ban sake. ji.</w:t>
      </w:r>
      <w:r>
        <w:br/>
      </w:r>
      <w:r>
        <w:rPr>
          <w:sz w:val="20"/>
        </w:rPr>
        <w:t>22:15  yaani woh Quran ko gehrai se padhe, gehrai se samjhe, uske upar amal kare, usko apni zindagi ka hissa banaye aur saath hi Quran ke paigham ko saare insano tak pahunchaye. yaani Quran ka daai ban jaye. toh yeh jo dawat ka kaam hai yeh bahut mushkil kaam hai. yeh ek khushk andaaz ka kaam hai.</w:t>
      </w:r>
      <w:r>
        <w:br/>
      </w:r>
      <w:r>
        <w:rPr>
          <w:sz w:val="20"/>
        </w:rPr>
        <w:t>22:44  koi appreciation nahi, koi recognition nahi, balki log negative commentary karte hain ki kaisa kaam aap kar rahe hain.</w:t>
      </w:r>
      <w:r>
        <w:br/>
      </w:r>
      <w:r>
        <w:rPr>
          <w:sz w:val="20"/>
        </w:rPr>
        <w:t>22:52  toh yeh agar, agar ramzan ke mahine mein woh poori achhi speed, sachhi speed ke saath roza rakhe aur uske andar dawat ka mizaj paida ho, dawat ka jazba paida ho aur woh apne apne waqt ko, apne time ko, apne energy ko dawati kaam mein lagaye.</w:t>
      </w:r>
      <w:r>
        <w:br/>
      </w:r>
      <w:r>
        <w:rPr>
          <w:sz w:val="20"/>
        </w:rPr>
        <w:t>23:14  saare insano tak Quran ko pahunchana apni language mein unki yaani jo bhi unki mother tongue hai usmein Quran ko woh pahunchaye jis had tak bhi woh kar sake tab ye unlimited reward ki baat samajh mein aati hai aur sirf roza rakhna woh bhi spirit less roza toh yeh baat samajh mein nahi aati ki itna bada reward unlimited reward kaise milega?</w:t>
      </w:r>
      <w:r>
        <w:br/>
      </w:r>
      <w:r>
        <w:rPr>
          <w:sz w:val="20"/>
        </w:rPr>
        <w:t>23:39  toh woh dawat ka jo concept hai usse jab hum isko samajhte hain toh baat clear hoti hai. ji, mashallah. Doctor bagla sawal puchne se pehle ek hadith ka zikr karna chahunga jo sawal ko bhi achhe se waazeh karta hai aur yeh hadith bahut achhi hadith hai ki prophet ne ek martaba bataya that my lord offered me once the entire valley of makkah in the form of gold.</w:t>
      </w:r>
    </w:p>
    <w:p>
      <w:pPr>
        <w:pStyle w:val="Heading2"/>
      </w:pPr>
      <w:r>
        <w:t>Hadith: Allah forgives fasting servants completely on Eid</w:t>
      </w:r>
    </w:p>
    <w:p>
      <w:r>
        <w:rPr>
          <w:color w:val="666666"/>
          <w:sz w:val="18"/>
        </w:rPr>
        <w:t>Message on Eid al-Fitr March 31, 2025 · 2m 52s · at 9:25 · https://youtu.be/Jy7FoybhCUc?t=565</w:t>
      </w:r>
    </w:p>
    <w:p>
      <w:r>
        <w:rPr>
          <w:i/>
        </w:rPr>
        <w:t>“जब ईद का दिन होता है”</w:t>
      </w:r>
    </w:p>
    <w:p>
      <w:r>
        <w:rPr>
          <w:sz w:val="20"/>
        </w:rPr>
        <w:t>9:25  to is tarah se eid ka din allah ki nematron kedraak ka din ban jata hai aur hadith mein aata hai ki jab eid ka din hota hai fa qad yauma iddin, yauma fitrihim. farmaya ki jab eid ka din hota hai aur yeh bhi bataya ki idul fitr ka din yaani jo aaj ka din hai.</w:t>
      </w:r>
      <w:r>
        <w:br/>
      </w:r>
      <w:r>
        <w:rPr>
          <w:sz w:val="20"/>
        </w:rPr>
        <w:t>9:54  to allah taala farishton se apne rozedar bando aur bandiyon ke bare mein bade fakr se baat karta hai, bade farishte hain, unse allataala bahut hi pride ke andaaz mein baat karta hai.</w:t>
      </w:r>
      <w:r>
        <w:br/>
      </w:r>
      <w:r>
        <w:rPr>
          <w:sz w:val="20"/>
        </w:rPr>
        <w:t>10:23  kehta hai meri bando ne aur meri bandiyon ne mere us farz ko, mere us hukm ko ada kar diya, jo maine unke upar aayat kiya tha. phir woh nikle hain, mujhse dua karte hue. mujhe pukarte hue.</w:t>
      </w:r>
      <w:r>
        <w:br/>
      </w:r>
      <w:r>
        <w:rPr>
          <w:sz w:val="20"/>
        </w:rPr>
        <w:t>10:50  meri izzat aur meri jalal ki kasam, mere karam aur mere uluw-e-shan ki kasam, mere buland, maqam ki kasam, main zaroor unki pukar ko sununga. phir allah taala farmata hai jo log namaz padhkar dua kar rahe hain unse unki tarah mukhatib bolta hai.</w:t>
      </w:r>
      <w:r>
        <w:br/>
      </w:r>
      <w:r>
        <w:rPr>
          <w:sz w:val="20"/>
        </w:rPr>
        <w:t>11:19  allah taala farmata hai ki tum wapas jao, apne gharon ko wapas jao par maine tumhein bakhsh diya aur tumhari bad deeds ko good deeds mein convert kar diya. yaani woh log lautate hain hadith mein aata is tarike se ki unki maghfirat ho chuki hoti hai aur unki bad deeds ko good deeds mein allah, allah ne convert kar diya.</w:t>
      </w:r>
      <w:r>
        <w:br/>
      </w:r>
      <w:r>
        <w:rPr>
          <w:sz w:val="20"/>
        </w:rPr>
        <w:t>11:47  aisa nahi hai ki kuch good deeds de di balki poora wipe out kar diya bad deeds. to yeh badi hopeful hadith hai aur ismein allah ki generosity nazar aati hai, is tarike sailah taala apna inaam deta hai eid ke din. to asal mein to ahl-e-iman ki jo kamyabi aur khushi ka din hai, woh aakhirat mein hoga.</w:t>
      </w:r>
      <w:r>
        <w:br/>
      </w:r>
      <w:r>
        <w:rPr>
          <w:sz w:val="20"/>
        </w:rPr>
        <w:t>12:17  lekin is dunya mein uski, uski prada ho jati hai aur eid ka din isi haqeeqat ko batane ke liye mukarr kiya gaya hai. eid ki namaz congregation mein hoti hai aur pehle maidan mein hua karti thi.</w:t>
      </w:r>
    </w:p>
    <w:p>
      <w:pPr>
        <w:pStyle w:val="Heading2"/>
      </w:pPr>
      <w:r>
        <w:t>Why the Prophet waited ten years to perform Hajj</w:t>
      </w:r>
    </w:p>
    <w:p>
      <w:r>
        <w:rPr>
          <w:color w:val="666666"/>
          <w:sz w:val="18"/>
        </w:rPr>
        <w:t>Haqeeqat-E-Hajj Book by Maulana Wahiduddin Khan · 4m 29s · at 52:25 · https://youtu.be/fNuk7YC0jSM?t=3145</w:t>
      </w:r>
    </w:p>
    <w:p>
      <w:r>
        <w:rPr>
          <w:i/>
        </w:rPr>
        <w:t>“حجۃ الوداع میں ہمارے لیے بہت سے اہم سبق ہیں”</w:t>
      </w:r>
    </w:p>
    <w:p>
      <w:r>
        <w:rPr>
          <w:sz w:val="20"/>
        </w:rPr>
        <w:t>52:25  Hajjatul Wida ko Rasool Allah Sal Allahu Alaihi Wasallam ne jis tarah ada farmaya us mein hamare liye bohat se nihayat ahem sabaq hain.</w:t>
      </w:r>
      <w:r>
        <w:br/>
      </w:r>
      <w:r>
        <w:rPr>
          <w:sz w:val="20"/>
        </w:rPr>
        <w:t>52:40  in mein se ek yeh hai ke ijtimai zindagi hamesha riwayat ke upar chalti hai.</w:t>
      </w:r>
      <w:r>
        <w:br/>
      </w:r>
      <w:r>
        <w:rPr>
          <w:sz w:val="20"/>
        </w:rPr>
        <w:t>52:50  riwayat ko todna ijtimai zindagi mein na qabil e talafi khalal paida kar deta hai. is liye ijtimai zindagi mein jo kuch kiya jaye riwayat ko tode baghair kiya jaye.</w:t>
      </w:r>
      <w:r>
        <w:br/>
      </w:r>
      <w:r>
        <w:rPr>
          <w:sz w:val="20"/>
        </w:rPr>
        <w:t>53:07  rawayat ko tod kar kaam karna peghambarana tareeqay ke mutabiq nahin.</w:t>
      </w:r>
      <w:r>
        <w:br/>
      </w:r>
      <w:r>
        <w:rPr>
          <w:sz w:val="20"/>
        </w:rPr>
        <w:t>53:14  an jabir ibn abdullah an rasool allah sallallahu alayhi wa sallam makath bilmadinah tis'a sanina</w:t>
      </w:r>
      <w:r>
        <w:br/>
      </w:r>
      <w:r>
        <w:rPr>
          <w:sz w:val="20"/>
        </w:rPr>
        <w:t>53:24  lam yajuj thumma adna fi alnas bilhaj fi al'ashirah an rasool allah haj faqadama almadinah</w:t>
      </w:r>
      <w:r>
        <w:br/>
      </w:r>
      <w:r>
        <w:rPr>
          <w:sz w:val="20"/>
        </w:rPr>
        <w:t>53:34  bashar katheer fakharajna ma'ah</w:t>
      </w:r>
      <w:r>
        <w:br/>
      </w:r>
      <w:r>
        <w:rPr>
          <w:sz w:val="20"/>
        </w:rPr>
        <w:t>53:38  Mishkat. Hazrat Jabir ibn Abdullah kehte hain ke Rasool Allah Sal Allahu Alaihi Wasallam Madine mein no saal rahe magar aap ne hajj ada nahi kiya.</w:t>
      </w:r>
      <w:r>
        <w:br/>
      </w:r>
      <w:r>
        <w:rPr>
          <w:sz w:val="20"/>
        </w:rPr>
        <w:t>53:50  phir hijrat ke daswe saal elaan kiya gaya ke Rasool Allah Sal Allahu Alaihi Wasallam hajj ke liye jane wale hain. chunancha Madine mein bohat se log jama ho gaye.</w:t>
      </w:r>
      <w:r>
        <w:br/>
      </w:r>
      <w:r>
        <w:rPr>
          <w:sz w:val="20"/>
        </w:rPr>
        <w:t>54:03  phir hum aap ke sath hajj ke liye nikalay.</w:t>
      </w:r>
      <w:r>
        <w:br/>
      </w:r>
      <w:r>
        <w:rPr>
          <w:sz w:val="20"/>
        </w:rPr>
        <w:t>54:08  Rasool Allah Sal Allahu Alaihi Wasallam ke is uswe ki roshni mein yeh sawal paida hota hai ke aap ne das saal tak hajj kyun nahi ada farmaya.</w:t>
      </w:r>
      <w:r>
        <w:br/>
      </w:r>
      <w:r>
        <w:rPr>
          <w:sz w:val="20"/>
        </w:rPr>
        <w:t>54:21  ibtedai saalon mein bazahir Quraish ki taraf se muzahamat ka andesha tha jaisa ke Hudaybiyah ke mauqe par unhone aap ko Umrah karne se roka.</w:t>
      </w:r>
      <w:r>
        <w:br/>
      </w:r>
      <w:r>
        <w:rPr>
          <w:sz w:val="20"/>
        </w:rPr>
        <w:t>54:35  magar Ramadan san 8 Hijri mein jab Makkah fateh hua to us ke baad yeh rukawat khatam ho chuki thi. Fateh Makkah ke bawajood Rasool Allah Sal Allahu Alaihi Wasallam ne san 8 Hijri aur san 9 Hijri mein hajj ada nahi kiya.</w:t>
      </w:r>
      <w:r>
        <w:br/>
      </w:r>
      <w:r>
        <w:rPr>
          <w:sz w:val="20"/>
        </w:rPr>
        <w:t>54:57  aap sirf san 10 Hijri mein hajj ke liye tashreef le gaye aur us ke do mahine baad aap ki wafat ho gayi.</w:t>
      </w:r>
      <w:r>
        <w:br/>
      </w:r>
      <w:r>
        <w:rPr>
          <w:sz w:val="20"/>
        </w:rPr>
        <w:t>55:07  is ta'khir ki wajah yeh thi ke aap yeh chahte the ke hajj ke nizam mein matlooba islaah riwayat ko tode baghair anjam di jaye.</w:t>
      </w:r>
      <w:r>
        <w:br/>
      </w:r>
      <w:r>
        <w:rPr>
          <w:sz w:val="20"/>
        </w:rPr>
        <w:t>55:21  is ta'khir ki wajah yeh thi ke aap yeh chahte the ke hajj ke nizam mein matlooba islaah riwayat ko tode baghair anjam di jaye.</w:t>
      </w:r>
      <w:r>
        <w:br/>
      </w:r>
      <w:r>
        <w:rPr>
          <w:sz w:val="20"/>
        </w:rPr>
        <w:t>55:34  calendar do qism ke hain: ek qamri, doosre shamsi. qamri calendar chand ke barhne aur ghatne ke aitbaar se muqarrar hota hai jis ka har aadmi barah-e-raast mushahida kar raha hai.</w:t>
      </w:r>
      <w:r>
        <w:br/>
      </w:r>
      <w:r>
        <w:rPr>
          <w:sz w:val="20"/>
        </w:rPr>
        <w:t>55:52  shamsi calendar ilm-ul-hisab ke mahireen suraj ki gardish ka riyaziati shumar kar ke banate hain. balafz-e-deegar qamri calendar fitri calendar hai aur shamsi calendar hisabi calendar.</w:t>
      </w:r>
      <w:r>
        <w:br/>
      </w:r>
      <w:r>
        <w:rPr>
          <w:sz w:val="20"/>
        </w:rPr>
        <w:t>56:11  ibadat ke nizam ke liye Allah taala ne qamri calendar ko pasand farmaya hai.</w:t>
      </w:r>
      <w:r>
        <w:br/>
      </w:r>
      <w:r>
        <w:rPr>
          <w:sz w:val="20"/>
        </w:rPr>
        <w:t>56:18  is ki wajah yeh nahi ke qamri calendar afzal ya muqaddas hai. jis Khuda ne chand ki gardish muqarrar ki hai usi Khuda ne suraj ki gardish bhi muqarrar ki hai.</w:t>
      </w:r>
      <w:r>
        <w:br/>
      </w:r>
      <w:r>
        <w:rPr>
          <w:sz w:val="20"/>
        </w:rPr>
        <w:t>56:34  phir ek muqaddas aur doosra ghair muqaddas kaise ho sakta hai? is ka sabab darasal amli hai na ke aqeedaati.</w:t>
      </w:r>
      <w:r>
        <w:br/>
      </w:r>
      <w:r>
        <w:rPr>
          <w:sz w:val="20"/>
        </w:rPr>
        <w:t>56:45  ibadat mein fitri sadgi ka lihaaz kiya jata hai. isi liye ibadat ko qamri calendar ki buniyad par banaya gaya hai.</w:t>
      </w:r>
    </w:p>
    <w:p>
      <w:pPr>
        <w:pStyle w:val="Heading2"/>
      </w:pPr>
      <w:r>
        <w:t>Fiqh scholars' attitudes vs sahaba's simplicity</w:t>
      </w:r>
    </w:p>
    <w:p>
      <w:r>
        <w:rPr>
          <w:color w:val="666666"/>
          <w:sz w:val="18"/>
        </w:rPr>
        <w:t>Fiqh Tajdeed-e-Deen Book by Maulana Wahiduddin Khan · 3m 13s · at 21:30 · https://youtu.be/ZHDgBUfz80U?t=1290</w:t>
      </w:r>
    </w:p>
    <w:p>
      <w:r>
        <w:rPr>
          <w:i/>
        </w:rPr>
        <w:t>“When Imam Shafi first arrived in Kufa, he saw a young man praying.”</w:t>
      </w:r>
    </w:p>
    <w:p>
      <w:r>
        <w:rPr>
          <w:sz w:val="20"/>
        </w:rPr>
        <w:t>21:30  is ka nateeja yeh hua ke ibadat mein aisi bahasein hone lagin jin ka sahaba ke zamane mein koi wajood na tha. Imam Shafi 150 ta 204 hijri pehli bar Kufa pohanche to masjid mein ek naujawan ki namaz unhein theek dikhai na di.</w:t>
      </w:r>
      <w:r>
        <w:br/>
      </w:r>
      <w:r>
        <w:rPr>
          <w:sz w:val="20"/>
        </w:rPr>
        <w:t>21:48  unhon ne kaha: "namaz theek tarah parha karo taake Khuda tumhare haseen chehre ko azab-e-dozakh se mein mubtala na kar de."</w:t>
      </w:r>
      <w:r>
        <w:br/>
      </w:r>
      <w:r>
        <w:rPr>
          <w:sz w:val="20"/>
        </w:rPr>
        <w:t>21:57  naujawan ne kaha: "main pandrah baras se isi masjid mein Muhammad bin Hasan 189 hijri aur Abu Yusuf 182 hijri ke samne namaz parh raha hoon.</w:t>
      </w:r>
      <w:r>
        <w:br/>
      </w:r>
      <w:r>
        <w:rPr>
          <w:sz w:val="20"/>
        </w:rPr>
        <w:t>22:11  in imamon ne kabhi kuch nahi kaha aur tum meri namaz par aitraz karte ho." Dono imam ittifaq se us waqt masjid ke bahar maujood thay.</w:t>
      </w:r>
      <w:r>
        <w:br/>
      </w:r>
      <w:r>
        <w:rPr>
          <w:sz w:val="20"/>
        </w:rPr>
        <w:t>22:20  naujawan ne ja kar un se kaha: "aap logon ne meri namaz mein kabhi koi kharabi dekhi hai?"</w:t>
      </w:r>
      <w:r>
        <w:br/>
      </w:r>
      <w:r>
        <w:rPr>
          <w:sz w:val="20"/>
        </w:rPr>
        <w:t>22:26  unhon ne jawab diya: "khudaya, kabhi nahin."</w:t>
      </w:r>
      <w:r>
        <w:br/>
      </w:r>
      <w:r>
        <w:rPr>
          <w:sz w:val="20"/>
        </w:rPr>
        <w:t>22:29  naujawan ne kaha: "magar masjid mein ek shakhs baitha hai jis ne meri namaz par aitraz kiya hai."</w:t>
      </w:r>
      <w:r>
        <w:br/>
      </w:r>
      <w:r>
        <w:rPr>
          <w:sz w:val="20"/>
        </w:rPr>
        <w:t>22:35  donon imamon ne kaha: "tum us shakhs ke pas jao aur sawal karo ke namaz mein tum kis</w:t>
      </w:r>
      <w:r>
        <w:br/>
      </w:r>
      <w:r>
        <w:rPr>
          <w:sz w:val="20"/>
        </w:rPr>
        <w:t>22:40  tarah dakhil hote ho."</w:t>
      </w:r>
      <w:r>
        <w:br/>
      </w:r>
      <w:r>
        <w:rPr>
          <w:sz w:val="20"/>
        </w:rPr>
        <w:t>22:42  naujawan masjid mein wapas aaya aur imam shafi'i se kaha: "ae woh shakhs jis ne meri namaz par</w:t>
      </w:r>
      <w:r>
        <w:br/>
      </w:r>
      <w:r>
        <w:rPr>
          <w:sz w:val="20"/>
        </w:rPr>
        <w:t>22:47  aitraz kiya hai, batao ke tum namaz mein kis tarah dakhil hote ho?"</w:t>
      </w:r>
      <w:r>
        <w:br/>
      </w:r>
      <w:r>
        <w:rPr>
          <w:sz w:val="20"/>
        </w:rPr>
        <w:t>22:53  ya man 'aab 'alas salah bima tadkhul fis salah?</w:t>
      </w:r>
      <w:r>
        <w:br/>
      </w:r>
      <w:r>
        <w:rPr>
          <w:sz w:val="20"/>
        </w:rPr>
        <w:t>22:56  imam shafi ne jawab diya: "bafarzin wa sunnat. do farz aur ek sunnat ke sath namaz mein dakhil hota tha." naujawan ne yeh jawab imam muhammad ibn hasan aur imam abu yusuf ko pahunchaya to unhon ne jawab diya.</w:t>
      </w:r>
      <w:r>
        <w:br/>
      </w:r>
      <w:r>
        <w:rPr>
          <w:sz w:val="20"/>
        </w:rPr>
        <w:t>23:10  unhon ne kaha: "jawab aise aadmi ka hai jis ki ilm par nazar hai." ab unhon ne ladke ko dobara bheja</w:t>
      </w:r>
      <w:r>
        <w:br/>
      </w:r>
      <w:r>
        <w:rPr>
          <w:sz w:val="20"/>
        </w:rPr>
        <w:t>23:18  ke jao pucho woh dono farz aur sunnat kya hain. us ne aa kar poocha to imam shafi ne kaha: "pehla farz niyat hai, doosra farz takbeer tehreema hai, aur sunnat dono hathon ka uthana hai." rehlat ul imam shafi al matb'a al salafiya qahira 11350 hijri safhat 13 ta 14.</w:t>
      </w:r>
      <w:r>
        <w:br/>
      </w:r>
      <w:r>
        <w:rPr>
          <w:sz w:val="20"/>
        </w:rPr>
        <w:t>23:42  yahi waqia agar do sahabi ke darmiyan hota to kya un ka sawal o jawab bhi isi qism ka hota? fazl ibn musa ka bayan hai ke mashhoor muhaddis a'mash 147 hijri bimar pade aur imam abu hanifa 80 ta 150 hijri un ki ayadat ke liye gae.</w:t>
      </w:r>
      <w:r>
        <w:br/>
      </w:r>
      <w:r>
        <w:rPr>
          <w:sz w:val="20"/>
        </w:rPr>
        <w:t>24:03  main bhi</w:t>
      </w:r>
      <w:r>
        <w:br/>
      </w:r>
      <w:r>
        <w:rPr>
          <w:sz w:val="20"/>
        </w:rPr>
        <w:t>24:04  sath tha. imam abu hanifa ne a'mash se kaha: "abu muhammad! yeh khayal na hota ke bar bar aane se aap ko takleef hogi to main jald jald ayadat ko aata." a'mash ne jawab diya: "jab aap apne ghar mein hote hain, us waqt bhi mere upar bojh hote hain.</w:t>
      </w:r>
      <w:r>
        <w:br/>
      </w:r>
      <w:r>
        <w:rPr>
          <w:sz w:val="20"/>
        </w:rPr>
        <w:t>24:22  ayadat ka kya zikr?"</w:t>
      </w:r>
      <w:r>
        <w:br/>
      </w:r>
      <w:r>
        <w:rPr>
          <w:sz w:val="20"/>
        </w:rPr>
        <w:t>24:25  fazl ka bayan hai ke wapsi par imam abu hanifa ne mujh se kaha: "a'mash ka kabhi na koi roz, a'mash ka kabhi na koi roza sahih hua hai, na ghusl janabat." fazl kehte hain ke sehri aur ghusl ke bare mein imam a'mash ka maslak imam abu hanifa se mukhtalif tha.</w:t>
      </w:r>
    </w:p>
    <w:p>
      <w:pPr>
        <w:pStyle w:val="Heading2"/>
      </w:pPr>
      <w:r>
        <w:t>moon sighting vs calendar, and the value of watching for the moon</w:t>
      </w:r>
    </w:p>
    <w:p>
      <w:r>
        <w:rPr>
          <w:color w:val="666666"/>
          <w:sz w:val="18"/>
        </w:rPr>
        <w:t>Ramadan The Month of Fasting August 29, 2008 Maulana Wahiduddin Khan · 3m 55s · at 6:10 · https://youtu.be/DcDEAI5bgAg?t=370</w:t>
      </w:r>
    </w:p>
    <w:p>
      <w:r>
        <w:rPr>
          <w:i/>
        </w:rPr>
        <w:t>“Ramadan begins with sighting the new moon”</w:t>
      </w:r>
    </w:p>
    <w:p>
      <w:r>
        <w:rPr>
          <w:sz w:val="20"/>
        </w:rPr>
        <w:t>6:10  rozay ka mahina jo hai, is ka aaghaz hota hai naya chand dekhnay say.</w:t>
      </w:r>
      <w:r>
        <w:br/>
      </w:r>
      <w:r>
        <w:rPr>
          <w:sz w:val="20"/>
        </w:rPr>
        <w:t>6:17  yani shaban ki aakhri tareekh ko log aasman par dekhtay hain, kiya naya chand ho gaya?</w:t>
      </w:r>
      <w:r>
        <w:br/>
      </w:r>
      <w:r>
        <w:rPr>
          <w:sz w:val="20"/>
        </w:rPr>
        <w:t>6:25  yani ramzan ka chand ho gaya. to aap jantay hain keh yeh jo, jo, jo qamri calendar hai, yani lunar calendar, jis mein chand par base kartay huay tareekhein banai gayi hain,</w:t>
      </w:r>
      <w:r>
        <w:br/>
      </w:r>
      <w:r>
        <w:rPr>
          <w:sz w:val="20"/>
        </w:rPr>
        <w:t>6:43  to is mein har har mahina chand naye chand say, new moon say shuru hota hai. har mahina, yani 12 kay 12 mahinay new moon say shuru hotay hain.</w:t>
      </w:r>
      <w:r>
        <w:br/>
      </w:r>
      <w:r>
        <w:rPr>
          <w:sz w:val="20"/>
        </w:rPr>
        <w:t>6:57  to jab pehla, yani pehli shaam aati hai, jab keh umeed hoti hai keh ramzan ka chand hoga, to log gharon say bahir aa kar ke aasman par dekhtay hain.</w:t>
      </w:r>
      <w:r>
        <w:br/>
      </w:r>
      <w:r>
        <w:rPr>
          <w:sz w:val="20"/>
        </w:rPr>
        <w:t>7:15  to is mamlay mein aik baat yeh hai keh calendar kay zariye tareekh maloom kar li jaye ya aasman par dekh kar ke chand ka hona maloom kiya jaye.</w:t>
      </w:r>
      <w:r>
        <w:br/>
      </w:r>
      <w:r>
        <w:rPr>
          <w:sz w:val="20"/>
        </w:rPr>
        <w:t>7:28  to yahan tak mein samajhta hoon dono hi sahi hain. yani agar calendar dekh kar aap ramzan kay mahinay ki pehli tareekh janain, is say roza rakhein, yeh bhi sahi hai.</w:t>
      </w:r>
      <w:r>
        <w:br/>
      </w:r>
      <w:r>
        <w:rPr>
          <w:sz w:val="20"/>
        </w:rPr>
        <w:t>7:42  aur</w:t>
      </w:r>
      <w:r>
        <w:br/>
      </w:r>
      <w:r>
        <w:rPr>
          <w:sz w:val="20"/>
        </w:rPr>
        <w:t>7:43  agar aap aisa karein keh aasman pe dekhein aur naya chand jab aa jaye tab aap roza rakhna shuru karein, woh bhi sahi hai.</w:t>
      </w:r>
      <w:r>
        <w:br/>
      </w:r>
      <w:r>
        <w:rPr>
          <w:sz w:val="20"/>
        </w:rPr>
        <w:t>7:52  albatta aankh say jab chand dekha jata hai is mein aik aur faida hai. woh yeh hai keh goya keh shaban ki aakhri shaam jo hai, aakhri din jo hai, us ki shami say rozay ki halchal shuru ho jati hai.</w:t>
      </w:r>
      <w:r>
        <w:br/>
      </w:r>
      <w:r>
        <w:rPr>
          <w:sz w:val="20"/>
        </w:rPr>
        <w:t>8:12  halchal yani log sochtay hain keh maghrib ki namaz parhi, us kay baad sochtay hain keh chalo bhai chand dekhein, chand ho gaya keh nahi ho gaya, pata karein.</w:t>
      </w:r>
      <w:r>
        <w:br/>
      </w:r>
      <w:r>
        <w:rPr>
          <w:sz w:val="20"/>
        </w:rPr>
        <w:t>8:22  to is ka charchah hota hai, is ki halchal hoti hai, log dekh rahay hain aasman mein. acha, jab chand dikhai dega to phir aik aik hosla paida hoga, aik inspiration milega.</w:t>
      </w:r>
      <w:r>
        <w:br/>
      </w:r>
      <w:r>
        <w:rPr>
          <w:sz w:val="20"/>
        </w:rPr>
        <w:t>8:35  jaisa keh rasool Allah sal Allah alayhi wasallam nay jab chand ko dekha to aap nay farmaya: "Allah alayna bil amn wal aman wa salamat wa salam".</w:t>
      </w:r>
      <w:r>
        <w:br/>
      </w:r>
      <w:r>
        <w:rPr>
          <w:sz w:val="20"/>
        </w:rPr>
        <w:t>8:46  yeh aik naya waqia jab ho to aadmi kay andar say zikr nikalti hai, dua niklta hai. aik fitri baat hai, jab bhi koi naya waqia hota hai to aap kuch zikr ka kalma boltay hain, kuch dua kartay hain.</w:t>
      </w:r>
      <w:r>
        <w:br/>
      </w:r>
      <w:r>
        <w:rPr>
          <w:sz w:val="20"/>
        </w:rPr>
        <w:t>9:02  to rasool Allah sal Allah alayhi wasallam nay jab dekha ramzan kay mahinay ka pehla chand to aap nay farmaya keh: "Aye Allah!</w:t>
      </w:r>
      <w:r>
        <w:br/>
      </w:r>
      <w:r>
        <w:rPr>
          <w:sz w:val="20"/>
        </w:rPr>
        <w:t>9:12  yeh chand hamaray liye aman aur salamat ka mahina ho. yeh chand jo nikla hai ramzan kay shuru mein to yeh hamaray mahinay ko aman aur salamat ka mahina bana de,</w:t>
      </w:r>
      <w:r>
        <w:br/>
      </w:r>
      <w:r>
        <w:rPr>
          <w:sz w:val="20"/>
        </w:rPr>
        <w:t>9:29  islam ka mahina bana de". to</w:t>
      </w:r>
      <w:r>
        <w:br/>
      </w:r>
      <w:r>
        <w:rPr>
          <w:sz w:val="20"/>
        </w:rPr>
        <w:t>9:32  yeh aik dua jo hai, agar aap kamray mein baithe rahein, sirf calendar dekh kar ke aglay din roza shuru karein to yeh yeh sara mahol nahi banta jis mein aap duaein karein, jis mein halchal paida ho.</w:t>
      </w:r>
      <w:r>
        <w:br/>
      </w:r>
      <w:r>
        <w:rPr>
          <w:sz w:val="20"/>
        </w:rPr>
        <w:t>9:48  to mein samajhta hoon keh calendar kay zariye roza rakhna ya eid karna sahi hai, lekin chand dekh kar dekhnay mein, chand dekh kar karnay mein aik mazeed faida hasil hota hai.</w:t>
      </w:r>
    </w:p>
    <w:p>
      <w:pPr>
        <w:pStyle w:val="Heading2"/>
      </w:pPr>
      <w:r>
        <w:t>Four moments in daily life of a Muslim</w:t>
      </w:r>
    </w:p>
    <w:p>
      <w:r>
        <w:rPr>
          <w:color w:val="666666"/>
          <w:sz w:val="18"/>
        </w:rPr>
        <w:t>Hadith Literature - Part-2 (English) March 08, 2007 Maulana Wahiduddin Khan · 4m 38s · at 17:39 · https://youtu.be/xFrbel0h2YQ?t=1059</w:t>
      </w:r>
    </w:p>
    <w:p>
      <w:r>
        <w:rPr>
          <w:i/>
        </w:rPr>
        <w:t>“We have to live among people as a peaceful person.”</w:t>
      </w:r>
    </w:p>
    <w:p>
      <w:r>
        <w:rPr>
          <w:sz w:val="20"/>
        </w:rPr>
        <w:t>17:39  We have to live among people as a peaceful person.</w:t>
      </w:r>
      <w:r>
        <w:br/>
      </w:r>
      <w:r>
        <w:rPr>
          <w:sz w:val="20"/>
        </w:rPr>
        <w:t>17:51  This is very important.</w:t>
      </w:r>
      <w:r>
        <w:br/>
      </w:r>
      <w:r>
        <w:rPr>
          <w:sz w:val="20"/>
        </w:rPr>
        <w:t>18:03  Then the Prophet of Islam has said, "Wal al-aqil maalam yakun maghluban al-aqlihi antakoon alahu sa'at." "Sa'atun yunaji</w:t>
      </w:r>
      <w:r>
        <w:br/>
      </w:r>
      <w:r>
        <w:rPr>
          <w:sz w:val="20"/>
        </w:rPr>
        <w:t>18:15  fiha rabbah wa sa'atun yuhasubu fiha nafsa wa sa'atun yatafakkuru fiha fisunil-llah wa sa'atun yakhlu fiha lihajatihi min</w:t>
      </w:r>
      <w:r>
        <w:br/>
      </w:r>
      <w:r>
        <w:rPr>
          <w:sz w:val="20"/>
        </w:rPr>
        <w:t>18:27  al-matam wal-mashriq." It means that every wise person must follow this pattern of life.</w:t>
      </w:r>
      <w:r>
        <w:br/>
      </w:r>
      <w:r>
        <w:rPr>
          <w:sz w:val="20"/>
        </w:rPr>
        <w:t>18:39  There are four moments.</w:t>
      </w:r>
      <w:r>
        <w:br/>
      </w:r>
      <w:r>
        <w:rPr>
          <w:sz w:val="20"/>
        </w:rPr>
        <w:t>18:51  Every person must experience these four moments in his daily life.</w:t>
      </w:r>
      <w:r>
        <w:br/>
      </w:r>
      <w:r>
        <w:rPr>
          <w:sz w:val="20"/>
        </w:rPr>
        <w:t>19:03  The first moment al-Faqr experience.</w:t>
      </w:r>
      <w:r>
        <w:br/>
      </w:r>
      <w:r>
        <w:rPr>
          <w:sz w:val="20"/>
        </w:rPr>
        <w:t>19:15  Every person must experience these four things in his life.</w:t>
      </w:r>
      <w:r>
        <w:br/>
      </w:r>
      <w:r>
        <w:rPr>
          <w:sz w:val="20"/>
        </w:rPr>
        <w:t>19:27  The first experience is that he finds a moment when he is in conversation with God.</w:t>
      </w:r>
      <w:r>
        <w:br/>
      </w:r>
      <w:r>
        <w:rPr>
          <w:sz w:val="20"/>
        </w:rPr>
        <w:t>19:39  He finds some moment in his life, in his daily life, when he is engaged in conversation with God.</w:t>
      </w:r>
      <w:r>
        <w:br/>
      </w:r>
      <w:r>
        <w:rPr>
          <w:sz w:val="20"/>
        </w:rPr>
        <w:t>19:54  Then the second experience is that he must have some moment when he is engaged in introspection.</w:t>
      </w:r>
      <w:r>
        <w:br/>
      </w:r>
      <w:r>
        <w:rPr>
          <w:sz w:val="20"/>
        </w:rPr>
        <w:t>20:08  He must experience some moment in his daily life when he is engaged in introspection.</w:t>
      </w:r>
      <w:r>
        <w:br/>
      </w:r>
      <w:r>
        <w:rPr>
          <w:sz w:val="20"/>
        </w:rPr>
        <w:t>20:22  Then the third experience is that he must find some moment when he is contemplating the creature, contemplating</w:t>
      </w:r>
      <w:r>
        <w:br/>
      </w:r>
      <w:r>
        <w:rPr>
          <w:sz w:val="20"/>
        </w:rPr>
        <w:t>20:36  the creature and as well as the rest of the universe.</w:t>
      </w:r>
      <w:r>
        <w:br/>
      </w:r>
      <w:r>
        <w:rPr>
          <w:sz w:val="20"/>
        </w:rPr>
        <w:t>20:50  So these are four moments or four experiences.</w:t>
      </w:r>
      <w:r>
        <w:br/>
      </w:r>
      <w:r>
        <w:rPr>
          <w:sz w:val="20"/>
        </w:rPr>
        <w:t>21:04  One is contact with God.</w:t>
      </w:r>
      <w:r>
        <w:br/>
      </w:r>
      <w:r>
        <w:rPr>
          <w:sz w:val="20"/>
        </w:rPr>
        <w:t>21:18  The second is introspection. The third is contemplation in the creature. And the fourth is yathafakkuru fiha lihajatihi min al-matam wal-mashriq.</w:t>
      </w:r>
      <w:r>
        <w:br/>
      </w:r>
      <w:r>
        <w:rPr>
          <w:sz w:val="20"/>
        </w:rPr>
        <w:t>21:41  Fourth is to find your livelihood. Livelihood.</w:t>
      </w:r>
      <w:r>
        <w:br/>
      </w:r>
      <w:r>
        <w:rPr>
          <w:sz w:val="20"/>
        </w:rPr>
        <w:t>21:50  You have to engage yourself in your worldly needs.</w:t>
      </w:r>
      <w:r>
        <w:br/>
      </w:r>
      <w:r>
        <w:rPr>
          <w:sz w:val="20"/>
        </w:rPr>
        <w:t>21:59  These are four moments in which one must divide his daily life.</w:t>
      </w:r>
      <w:r>
        <w:br/>
      </w:r>
      <w:r>
        <w:rPr>
          <w:sz w:val="20"/>
        </w:rPr>
        <w:t>22:08  Then there is a Hadith.</w:t>
      </w:r>
      <w:r>
        <w:br/>
      </w:r>
      <w:r>
        <w:rPr>
          <w:sz w:val="20"/>
        </w:rPr>
        <w:t>22:17  The Prophet of Islam has said, "Amarani Rabbi betisin." It means that God has given me nine commandments. Nine commandments.</w:t>
      </w:r>
    </w:p>
    <w:p>
      <w:pPr>
        <w:pStyle w:val="Heading2"/>
      </w:pPr>
      <w:r>
        <w:t>Today's atheism needs the same sacrifice ancient shirk did</w:t>
      </w:r>
    </w:p>
    <w:p>
      <w:r>
        <w:rPr>
          <w:color w:val="666666"/>
          <w:sz w:val="18"/>
        </w:rPr>
        <w:t>Haqeeqat-E-Hajj Book by Maulana Wahiduddin Khan · 4m 21s · at 2:22:30 · https://youtu.be/fNuk7YC0jSM?t=8550</w:t>
      </w:r>
    </w:p>
    <w:p>
      <w:r>
        <w:rPr>
          <w:i/>
        </w:rPr>
        <w:t>“اس ذہنی سانچے کو توڑنا ہی آج اسلام کا اصل کام ہے”</w:t>
      </w:r>
    </w:p>
    <w:p>
      <w:r>
        <w:rPr>
          <w:sz w:val="20"/>
        </w:rPr>
        <w:t>2:22:30  is shaklah yaani zehni sanche ko torna hi aaj Islam ka asal kaam hai. aaj bhi Islami muhim isi nahaj par tay ho gi jis nahaj par qadeem zamanay ki Islami muhim tay hui thi.</w:t>
      </w:r>
      <w:r>
        <w:br/>
      </w:r>
      <w:r>
        <w:rPr>
          <w:sz w:val="20"/>
        </w:rPr>
        <w:t>2:22:47  ab dobara kuch logon ko zubah hona hai. ab phir kuch logon ko apni اولاد ko sehra mein dalna hai taake deen ki tareekh dobara zindah ho.</w:t>
      </w:r>
      <w:r>
        <w:br/>
      </w:r>
      <w:r>
        <w:rPr>
          <w:sz w:val="20"/>
        </w:rPr>
        <w:t>2:22:59  maazi mein daur-e-shirk ko khatam karne ke liye ek nasal ki qurbani darkar thi. aaj daur-e-ilhad ko khatam karne ke liye dobara ek nasal ki qurbani darkar hai.</w:t>
      </w:r>
      <w:r>
        <w:br/>
      </w:r>
      <w:r>
        <w:rPr>
          <w:sz w:val="20"/>
        </w:rPr>
        <w:t>2:23:13  yehi Hajj ka sab se bara sabak hai. isi ka Hajj aaj Hajj-e-mabroor hai jo Hajj ke baad yeh azm le kar wahan se wapas aaye.</w:t>
      </w:r>
      <w:r>
        <w:br/>
      </w:r>
      <w:r>
        <w:rPr>
          <w:sz w:val="20"/>
        </w:rPr>
        <w:t>2:23:26  haqeeqat yeh hai ke Hajj se faraghat ke baad haji ka kaam khatam nahi ho jata. Hajj se faraghat ke baad haji ka asal kaam shuru hota hai.</w:t>
      </w:r>
      <w:r>
        <w:br/>
      </w:r>
      <w:r>
        <w:rPr>
          <w:sz w:val="20"/>
        </w:rPr>
        <w:t>2:23:37  Hajj ke safar se wapsi ek naye aham tar safar ka aghaz hai. haji marasim-e-Hajj ke douran bar bar labbaik Allahumma labbaik yaani hazir hoon Khudaaya main hazir hoon kehta hai.</w:t>
      </w:r>
      <w:r>
        <w:br/>
      </w:r>
      <w:r>
        <w:rPr>
          <w:sz w:val="20"/>
        </w:rPr>
        <w:t>2:23:52  yeh kya hai? yeh ahad-nama ke alfaaz hain.</w:t>
      </w:r>
      <w:r>
        <w:br/>
      </w:r>
      <w:r>
        <w:rPr>
          <w:sz w:val="20"/>
        </w:rPr>
        <w:t>2:23:57  Hajj Khuda aur bande ke darmiyan ek ahad hai. ahad hamesha aghaz hota hai. woh ikhtitam nahi hota. yehi Hajj ki ibadat ka maamla hai.</w:t>
      </w:r>
      <w:r>
        <w:br/>
      </w:r>
      <w:r>
        <w:rPr>
          <w:sz w:val="20"/>
        </w:rPr>
        <w:t>2:24:09  jo shakhs marasim-e-Hajj ko ada kar ke wapas aata hai woh goya Khuda se ek muqaddas ahad kar ke wapas aata hai.</w:t>
      </w:r>
      <w:r>
        <w:br/>
      </w:r>
      <w:r>
        <w:rPr>
          <w:sz w:val="20"/>
        </w:rPr>
        <w:t>2:24:17  wapas aanay ke baad usay mutma'in ho kar baith nahi jana hai balkeh apne halaat aur salahiyat ke aitbar se woh kaam shuru kar deta hai jis ka woh apne Rab se ahad kar ke wapas aaya hai.</w:t>
      </w:r>
      <w:r>
        <w:br/>
      </w:r>
      <w:r>
        <w:rPr>
          <w:sz w:val="20"/>
        </w:rPr>
        <w:t>2:24:32  Hajj se lotna maqam-e-ahad se nikal kar maqam-e-amal ki taraf lotna hai. Hajj ke baad aadmi ki zimmedariyan barh jati hain.</w:t>
      </w:r>
      <w:r>
        <w:br/>
      </w:r>
      <w:r>
        <w:rPr>
          <w:sz w:val="20"/>
        </w:rPr>
        <w:t>2:24:43  Hajj ke baad aadmi ki zimmedariyan khatam nahi hoti.</w:t>
      </w:r>
      <w:r>
        <w:br/>
      </w:r>
      <w:r>
        <w:rPr>
          <w:sz w:val="20"/>
        </w:rPr>
        <w:t>2:24:48  Hajj ka ahad-nama kya hai? yeh ek tareekh ko dohrane ka azm hai. Hajj tareekh-e-Ibrahimi ko dobara zahoor milane ka iqrar hai.</w:t>
      </w:r>
      <w:r>
        <w:br/>
      </w:r>
      <w:r>
        <w:rPr>
          <w:sz w:val="20"/>
        </w:rPr>
        <w:t>2:25:00  Hazrat Ibrahim ne jab dekha ke Iraq ke mutamaddin log tauheed aur akhirat ki baat ko mannay ke liye tayyar nahi hain to unhon ne apne amal ka ek naya naqsha banaya.</w:t>
      </w:r>
      <w:r>
        <w:br/>
      </w:r>
      <w:r>
        <w:rPr>
          <w:sz w:val="20"/>
        </w:rPr>
        <w:t>2:25:13  unhon ne apne aap ko aur apni اولاد ko sakht tareen qurbani ke marhalay se guzar kar ek nayi zindah nasal paida ki.</w:t>
      </w:r>
      <w:r>
        <w:br/>
      </w:r>
      <w:r>
        <w:rPr>
          <w:sz w:val="20"/>
        </w:rPr>
        <w:t>2:25:23  unhon ne dawat ke amal ko ek azeem mansoobay ka amal bana diya. unhon ne woh sab kuch kiya jo yeh maqsad un se karnay ka taqaza kar raha tha.</w:t>
      </w:r>
      <w:r>
        <w:br/>
      </w:r>
      <w:r>
        <w:rPr>
          <w:sz w:val="20"/>
        </w:rPr>
        <w:t>2:25:36  isi tarah aaj haji ko woh sab kuch karna hai jo aaj ke halaat ka taqaza ho aur us waqt tak karte rehna hai jab ke us ki maut aaye ya woh manzil-e-maqsood tak puhanch jaye.</w:t>
      </w:r>
      <w:r>
        <w:br/>
      </w:r>
      <w:r>
        <w:rPr>
          <w:sz w:val="20"/>
        </w:rPr>
        <w:t>2:25:52  Hazrat Ibrahim ke zamanay mein jis tarah shirk ka 'alami ghalbah tha usi tarah aaj ilhad ka 'alami ghalbah hai.</w:t>
      </w:r>
      <w:r>
        <w:br/>
      </w:r>
      <w:r>
        <w:rPr>
          <w:sz w:val="20"/>
        </w:rPr>
        <w:t>2:26:03  ab haj se lotne walon ko yeh karna hai ke woh door ilhad ko khatm kar ke dobara door tauheed ko lane ke liye abrahimi tareekh ko dohraen.</w:t>
      </w:r>
      <w:r>
        <w:br/>
      </w:r>
      <w:r>
        <w:rPr>
          <w:sz w:val="20"/>
        </w:rPr>
        <w:t>2:26:14  woh abrahimi amal ko asar-e-nau zinda karen. woh is maqsad ki rah mein apna woh sab kuch laga den jis ko lagane ka aaj ke halaat un se taqaza karte hon.</w:t>
      </w:r>
      <w:r>
        <w:br/>
      </w:r>
      <w:r>
        <w:rPr>
          <w:sz w:val="20"/>
        </w:rPr>
        <w:t>2:26:27  woh alamati qurbani ko haqeeqi qurbani bana den.</w:t>
      </w:r>
      <w:r>
        <w:br/>
      </w:r>
      <w:r>
        <w:rPr>
          <w:sz w:val="20"/>
        </w:rPr>
        <w:t>2:26:32  haj ek tareekh ke aadae ka azm hai. ayyam-e-haj mein alamati manasik ki soorat mein aur ayyam-e-haj ke baad haqeeqi zindagi mein mansooba band amal ki soorat mein.</w:t>
      </w:r>
    </w:p>
    <w:p>
      <w:pPr>
        <w:pStyle w:val="Heading2"/>
      </w:pPr>
      <w:r>
        <w:t>why fasting without leaving sin behind earns you nothing</w:t>
      </w:r>
    </w:p>
    <w:p>
      <w:r>
        <w:rPr>
          <w:color w:val="666666"/>
          <w:sz w:val="18"/>
        </w:rPr>
        <w:t>Ramadan The Month of Fasting August 29, 2008 Maulana Wahiduddin Khan · 5m 49s · at 32:23 · https://youtu.be/DcDEAI5bgAg?t=1943</w:t>
      </w:r>
    </w:p>
    <w:p>
      <w:r>
        <w:rPr>
          <w:i/>
        </w:rPr>
        <w:t>“Many fasting people get nothing but hunger and thirst”</w:t>
      </w:r>
    </w:p>
    <w:p>
      <w:r>
        <w:rPr>
          <w:sz w:val="20"/>
        </w:rPr>
        <w:t>32:23  hadith mein aata hai ke bahut se rozedar aise hain jinko apne roze se bhook se pyas ke siwa kuch nahi milta.</w:t>
      </w:r>
      <w:r>
        <w:br/>
      </w:r>
      <w:r>
        <w:rPr>
          <w:sz w:val="20"/>
        </w:rPr>
        <w:t>32:35  bhook pyas ke siwa kuch nahi milta.</w:t>
      </w:r>
      <w:r>
        <w:br/>
      </w:r>
      <w:r>
        <w:rPr>
          <w:sz w:val="20"/>
        </w:rPr>
        <w:t>32:40  yeh kaun log hain? yeh jo farmaya ke</w:t>
      </w:r>
      <w:r>
        <w:br/>
      </w:r>
      <w:r>
        <w:rPr>
          <w:sz w:val="20"/>
        </w:rPr>
        <w:t>32:47  ke bahut se rozedar aise hain jinko apne roze se bhook pyas ke siwa kuch nahi milta, yeh kaun log hain? yeh woh log hain jinhone roze ko us ke form ke aitbar se rakha aur us ki spirit ke aitbar se nahi rakha.</w:t>
      </w:r>
      <w:r>
        <w:br/>
      </w:r>
      <w:r>
        <w:rPr>
          <w:sz w:val="20"/>
        </w:rPr>
        <w:t>33:03  yaani Quran ke mutabiq roze ki spirit hai ke aadmi ke andar</w:t>
      </w:r>
      <w:r>
        <w:br/>
      </w:r>
      <w:r>
        <w:rPr>
          <w:sz w:val="20"/>
        </w:rPr>
        <w:t>33:07  taqwa paida ho, parhezgari paida ho, shukr paida ho, eteraaf paida ho. yeh yeh us ki rooh hai, us ki spirit hai.</w:t>
      </w:r>
      <w:r>
        <w:br/>
      </w:r>
      <w:r>
        <w:rPr>
          <w:sz w:val="20"/>
        </w:rPr>
        <w:t>33:18  ab ek shakhs ne roza rakha lekin us spirit se khali tha uska din aur raat. roza rakh kar ke bhi us ke andar taqwa nahi aaya, roza rakh kar ke bhi us ke andar shukr paida nahi hua.</w:t>
      </w:r>
      <w:r>
        <w:br/>
      </w:r>
      <w:r>
        <w:rPr>
          <w:sz w:val="20"/>
        </w:rPr>
        <w:t>33:33  to is mani hai ke roza rakha us ne form ke aitbar se, zahiri shakal ke aitbar se to us ko us ko kuch nahi milega.</w:t>
      </w:r>
      <w:r>
        <w:br/>
      </w:r>
      <w:r>
        <w:rPr>
          <w:sz w:val="20"/>
        </w:rPr>
        <w:t>33:45  jaise aap dekhiye, ek phal hai to har phal mein ek chhilka hota hai. to aap chhilka khayen aur us ka andar ka jo hai, us ko phenk den.</w:t>
      </w:r>
      <w:r>
        <w:br/>
      </w:r>
      <w:r>
        <w:rPr>
          <w:sz w:val="20"/>
        </w:rPr>
        <w:t>33:54  to kaha jaye ke aap ko phal nahi mila, aap ko phal mein se sirf chhilka mila.</w:t>
      </w:r>
      <w:r>
        <w:br/>
      </w:r>
      <w:r>
        <w:rPr>
          <w:sz w:val="20"/>
        </w:rPr>
        <w:t>34:00  is tarah se jo log roze ke zamane mein aisa karen ke us ke form ke aitbar se to roza rakhen aur apne andar spirit na paida karen, shukr kiye aur taqwa ki, to unhone goya ke phal ke chhilke ko liya aur us ke magz ko chhod diya.</w:t>
      </w:r>
      <w:r>
        <w:br/>
      </w:r>
      <w:r>
        <w:rPr>
          <w:sz w:val="20"/>
        </w:rPr>
        <w:t>34:23  is liye farmaya ke bahut se rozedar aise hain jinko apne roze se bhook pyas, bhook pyas ke siwa aur kuch nahi milta. dekhiye, ek hadith hai Rasool Allah ne farmaya ke man lam yeda qaul az zoor wal amal bihi fa laisa lillahi hajja tun fi adaamih</w:t>
      </w:r>
      <w:r>
        <w:br/>
      </w:r>
      <w:r>
        <w:rPr>
          <w:sz w:val="20"/>
        </w:rPr>
        <w:t>34:48  wa sharaabih ke jis aadmi ne jhoot bolna aur jhoot par amal karna na chhoda to Allah ko us ki hajat nahi ke woh apne pani ko, apne khane ko chhod de.</w:t>
      </w:r>
      <w:r>
        <w:br/>
      </w:r>
      <w:r>
        <w:rPr>
          <w:sz w:val="20"/>
        </w:rPr>
        <w:t>35:03  kyunki asal cheez jo chahiye thi, woh to woh tha. yaani asal cheez to yeh thi ke aadmi ke andar shukr ki aur taqwa ki spirit paida ho, Khuda ka khauf paida ho, Khuda ke mamle mein parhezgari paida ho,</w:t>
      </w:r>
      <w:r>
        <w:br/>
      </w:r>
      <w:r>
        <w:rPr>
          <w:sz w:val="20"/>
        </w:rPr>
        <w:t>35:19  Khuda ke inaamaat ko, woh Khuda ke inaamaat ka woh eteraaf kare. shukr kehte hain eteraaf ko.</w:t>
      </w:r>
      <w:r>
        <w:br/>
      </w:r>
      <w:r>
        <w:rPr>
          <w:sz w:val="20"/>
        </w:rPr>
        <w:t>35:30  to yeh sab cheezein theen jo chahiye, jo matlab thi roze se, wahi paida nahi huien. To farmaya ke aisa aadmi jo hai roza rakha hai, na rakha hai, dono barabar hain.</w:t>
      </w:r>
      <w:r>
        <w:br/>
      </w:r>
      <w:r>
        <w:rPr>
          <w:sz w:val="20"/>
        </w:rPr>
        <w:t>35:43  yahan par sochiye</w:t>
      </w:r>
      <w:r>
        <w:br/>
      </w:r>
      <w:r>
        <w:rPr>
          <w:sz w:val="20"/>
        </w:rPr>
        <w:t>35:48  ke jhoot kya hai aur jhoot par amal karna kya hai. Kyunke dekhiye, do lafz aaye hain</w:t>
      </w:r>
      <w:r>
        <w:br/>
      </w:r>
      <w:r>
        <w:rPr>
          <w:sz w:val="20"/>
        </w:rPr>
        <w:t>35:57  ke jisne jhoot bolna aur jhoot par amal karna na chora to iska matlab kya hai? To jhoot bolna yeh hai ke aap ek aisi baat bolein jo aap ko karna nahi hai.</w:t>
      </w:r>
      <w:r>
        <w:br/>
      </w:r>
      <w:r>
        <w:rPr>
          <w:sz w:val="20"/>
        </w:rPr>
        <w:t>36:12  jhoot bolna yeh hai ke aap ek aisi baat bolein jis ko aap ko karna nahi hai. Kisi aadmi ne aap se madad mangi, koi zaroorat thi, us ko</w:t>
      </w:r>
      <w:r>
        <w:br/>
      </w:r>
      <w:r>
        <w:rPr>
          <w:sz w:val="20"/>
        </w:rPr>
        <w:t>36:24  aap ne kaha haan bilkul main tumhari zaroorat poori karunga aur dil mein aaya ke mujhe is ko kuch ek paisa bhi nahi dena hai. To aap jhoot bolein.</w:t>
      </w:r>
      <w:r>
        <w:br/>
      </w:r>
      <w:r>
        <w:rPr>
          <w:sz w:val="20"/>
        </w:rPr>
        <w:t>36:35  to ek hai jhoot bolna, to ek hai jhoot par amal karna. Jhoot par amal karna yeh hai ke aadmi jo kar raha hai, us ko beautiful alfaaz mein bataye.</w:t>
      </w:r>
      <w:r>
        <w:br/>
      </w:r>
      <w:r>
        <w:rPr>
          <w:sz w:val="20"/>
        </w:rPr>
        <w:t>36:50  jo kar raha hai, woh ghalat kaam hai lekin us ke liye beautiful shabd bol raha hai. To yeh jhoot par amal karna hai.</w:t>
      </w:r>
      <w:r>
        <w:br/>
      </w:r>
      <w:r>
        <w:rPr>
          <w:sz w:val="20"/>
        </w:rPr>
        <w:t>37:02  jaise aap kisi maamle ko le kar protest karein aur demonstration karein, sadkon par aa kar ke shor ghul karein, hangama karein aur phir takraao ho, nafratein badhein to aap kahein ke hum to human rights ke liye kaam kar rahe hain.</w:t>
      </w:r>
      <w:r>
        <w:br/>
      </w:r>
      <w:r>
        <w:rPr>
          <w:sz w:val="20"/>
        </w:rPr>
        <w:t>37:21  to human rights ka kaam kya hua? Yeh to nafrat ke liye kaam hua. Yeh to logon ke andar violence paida karne ka kaam hua, logon ko andar ek doosre se door karne ka kaam hua.</w:t>
      </w:r>
      <w:r>
        <w:br/>
      </w:r>
      <w:r>
        <w:rPr>
          <w:sz w:val="20"/>
        </w:rPr>
        <w:t>37:34  to aisa kaam karna ke woh kaam khud to sahi na ho aur aap us ko beautiful shabd bol kar ke yeh kahein ke bohat acha kaam hai, bohat acha kaam hai,</w:t>
      </w:r>
      <w:r>
        <w:br/>
      </w:r>
      <w:r>
        <w:rPr>
          <w:sz w:val="20"/>
        </w:rPr>
        <w:t>37:47  yeh jhoot par amal karna kaha jayega. To yeh dono cheezein bohat hi buri hain. Jhoot bolna bhi aur jhoot par amal karna bhi.</w:t>
      </w:r>
      <w:r>
        <w:br/>
      </w:r>
      <w:r>
        <w:rPr>
          <w:sz w:val="20"/>
        </w:rPr>
        <w:t>38:00  to jo aadmi in cheezon ko na chore aur sirf bhooka paisa rahe to is ka roza kya? Is ka roza kuch bhi nahi.</w:t>
      </w:r>
    </w:p>
    <w:p>
      <w:pPr>
        <w:pStyle w:val="Heading2"/>
      </w:pPr>
      <w:r>
        <w:t>I'tikaf leads to transformative new personality</w:t>
      </w:r>
    </w:p>
    <w:p>
      <w:r>
        <w:rPr>
          <w:color w:val="666666"/>
          <w:sz w:val="18"/>
        </w:rPr>
        <w:t>Eid al-Fitr A Day of Thankfulness June 26, 2017 Maulana Wahiduddin Khan · 5m 03s · at 20:22 · https://youtu.be/2c7fkyeazAk?t=1222</w:t>
      </w:r>
    </w:p>
    <w:p>
      <w:r>
        <w:rPr>
          <w:i/>
        </w:rPr>
        <w:t>“I just received a message from a person about i'tikaf”</w:t>
      </w:r>
    </w:p>
    <w:p>
      <w:r>
        <w:rPr>
          <w:sz w:val="20"/>
        </w:rPr>
        <w:t>20:22  abhi mere paas ek sahab ka message aaya hai to Ramzan ke aakhir mein unhone itikaf rakha tha, das din itikaf kiya tha.</w:t>
      </w:r>
      <w:r>
        <w:br/>
      </w:r>
      <w:r>
        <w:rPr>
          <w:sz w:val="20"/>
        </w:rPr>
        <w:t>20:35  itikaf shuru karte hue unhein un ka paper telephone aaya tha, abhi isi mahine. unhone kaha ke main aaj itikaf kar raha hoon to mujhe bataiye ke itikaf ki shartein kya hain?</w:t>
      </w:r>
      <w:r>
        <w:br/>
      </w:r>
      <w:r>
        <w:rPr>
          <w:sz w:val="20"/>
        </w:rPr>
        <w:t>20:50  to maine un se kaha ke itikaf, itikaf hota hai sirf ek maqsad ke liye, woh hai apne aap ko yaksou bana kar, apne aap ko distraction se bacha kar,</w:t>
      </w:r>
      <w:r>
        <w:br/>
      </w:r>
      <w:r>
        <w:rPr>
          <w:sz w:val="20"/>
        </w:rPr>
        <w:t>21:07  Quran ka Quran mein ghor o fikr karna, Quran ko padhna aur us mein ghor o fikr karna, Quran mein Quran ko rediscover karna.</w:t>
      </w:r>
      <w:r>
        <w:br/>
      </w:r>
      <w:r>
        <w:rPr>
          <w:sz w:val="20"/>
        </w:rPr>
        <w:t>21:22  to abhi un ka message aaya hai ke mera itikaf poora ho gaya aur usi tadad mein maine itikaf kiya, maine Quran ko khoob khoob mein ne ghor kiya.</w:t>
      </w:r>
      <w:r>
        <w:br/>
      </w:r>
      <w:r>
        <w:rPr>
          <w:sz w:val="20"/>
        </w:rPr>
        <w:t>21:33  to unhone kaha ke waqatan Quran se maine ek ajeeb ghareeb cheezein payein aur mere andar ek naya insaan jaag utha.</w:t>
      </w:r>
      <w:r>
        <w:br/>
      </w:r>
      <w:r>
        <w:rPr>
          <w:sz w:val="20"/>
        </w:rPr>
        <w:t>21:46  yeh ek insaan ki baat nahin rahe gi, saare ummat musalimon ki baat ban jayegi. phir sari ummat, sari ummat muslima kahe gi: "is saal ka roza hamare liye inqalabi roza tha,</w:t>
      </w:r>
      <w:r>
        <w:br/>
      </w:r>
      <w:r>
        <w:rPr>
          <w:sz w:val="20"/>
        </w:rPr>
        <w:t>22:03  is saal ka itikaf hamare liye inqalabi itikaf tha, is saal ki taraveeh hamare liye inqalabi taraveeh thi."</w:t>
      </w:r>
      <w:r>
        <w:br/>
      </w:r>
      <w:r>
        <w:rPr>
          <w:sz w:val="20"/>
        </w:rPr>
        <w:t>22:17  hum ko ek naya phoot mila Quran se, hamare andar nayi shakhsiyat jaagi, nayi be-aadati, be-aadati aayi hamare andar.</w:t>
      </w:r>
      <w:r>
        <w:br/>
      </w:r>
      <w:r>
        <w:rPr>
          <w:sz w:val="20"/>
        </w:rPr>
        <w:t>22:31  jin insaanon se hum hate karte the, ab is ke dil, un ke bare mein hamare dil, dil mein mohabbat hi mohabbat hai.</w:t>
      </w:r>
      <w:r>
        <w:br/>
      </w:r>
      <w:r>
        <w:rPr>
          <w:sz w:val="20"/>
        </w:rPr>
        <w:t>22:41  is se pehle hum samajhte the ke hamein ladna maarna hai, ab aao saamne aaye ke nahin, dawat dena hai, peaceful dawat, peaceful dawat.</w:t>
      </w:r>
      <w:r>
        <w:br/>
      </w:r>
      <w:r>
        <w:rPr>
          <w:sz w:val="20"/>
        </w:rPr>
        <w:t>22:56  to ek hi Ramzan balkeh ek hi itikaf kaafi hai ke aap ke andar is qism ka inqalab aa jaye, ek nayi shakhsiyat ban jaye aap ke andar.</w:t>
      </w:r>
      <w:r>
        <w:br/>
      </w:r>
      <w:r>
        <w:rPr>
          <w:sz w:val="20"/>
        </w:rPr>
        <w:t>23:10  to yeh main kahunga ke is hadith, is aitbaar se hamein sars apna jaiza lein, apna introspection karein, apne aap ko rediscover karein.</w:t>
      </w:r>
      <w:r>
        <w:br/>
      </w:r>
      <w:r>
        <w:rPr>
          <w:sz w:val="20"/>
        </w:rPr>
        <w:t>23:30  tab woh waqt aayega jab aap bhool jayenge is ki baatein karne ki, is is is baat ke kehne ko kahan se jigar aayeh. tab aap kahenge: "Khuda ki nematein itni zyada hain, Khuda main kaise bayan karoon is ko?</w:t>
      </w:r>
      <w:r>
        <w:br/>
      </w:r>
      <w:r>
        <w:rPr>
          <w:sz w:val="20"/>
        </w:rPr>
        <w:t>23:43  meri district mein to aise alfaaz hi nahin hain." ek naya insaan banega aap ke andar, jaise is se pehle main aap ko sunaya tha, maine ek shair ek British shayar ka ke woh baitha hua tha dining table par,</w:t>
      </w:r>
      <w:r>
        <w:br/>
      </w:r>
      <w:r>
        <w:rPr>
          <w:sz w:val="20"/>
        </w:rPr>
        <w:t>24:03  khane ki mez par, to wahan log kha rahe the,</w:t>
      </w:r>
      <w:r>
        <w:br/>
      </w:r>
      <w:r>
        <w:rPr>
          <w:sz w:val="20"/>
        </w:rPr>
        <w:t>24:11  woh bhi is mein shareek tha.</w:t>
      </w:r>
      <w:r>
        <w:br/>
      </w:r>
      <w:r>
        <w:rPr>
          <w:sz w:val="20"/>
        </w:rPr>
        <w:t>24:15  to khate khate aik aik idea average hua is ke andar, khate khatay. yani yeh jo mein kha kha raha hoon, yeh sab jo kha rahe hain, mein wahan jism mein ja raha hoon, yahi to gosht ban gaya, yeh khoon ban gaya, yeh to meri personality ban gayi.</w:t>
      </w:r>
      <w:r>
        <w:br/>
      </w:r>
      <w:r>
        <w:rPr>
          <w:sz w:val="20"/>
        </w:rPr>
        <w:t>24:34  to kaisa ajeeb waqia yeh hai!</w:t>
      </w:r>
      <w:r>
        <w:br/>
      </w:r>
      <w:r>
        <w:rPr>
          <w:sz w:val="20"/>
        </w:rPr>
        <w:t>24:39  to is ne shair kaha tha: "it is very hard thing as hard as can be, whatever mystery eats turns into mystery."</w:t>
      </w:r>
      <w:r>
        <w:br/>
      </w:r>
      <w:r>
        <w:rPr>
          <w:sz w:val="20"/>
        </w:rPr>
        <w:t>24:56  to yeh ramzan ki har din aap discover karenge, jab aap baithenge itikaf par to aap sochenge ke yeh jo mein kha raha hoon, pi raha hoon,</w:t>
      </w:r>
    </w:p>
    <w:p>
      <w:pPr>
        <w:pStyle w:val="Heading2"/>
      </w:pPr>
      <w:r>
        <w:t>Fasting makes one realize dependency on God</w:t>
      </w:r>
    </w:p>
    <w:p>
      <w:r>
        <w:rPr>
          <w:color w:val="666666"/>
          <w:sz w:val="18"/>
        </w:rPr>
        <w:t>Ramadan and The Quran September 03, 2006 Maulana Wahiduddin Khan · 5m 09s · at 52:37 · https://youtu.be/LJU2AJuPQZc?t=3157</w:t>
      </w:r>
    </w:p>
    <w:p>
      <w:r>
        <w:rPr>
          <w:i/>
        </w:rPr>
        <w:t>“Yahi woh cheez hai jise main kehta hoon kathputli hona”</w:t>
      </w:r>
    </w:p>
    <w:p>
      <w:r>
        <w:rPr>
          <w:sz w:val="20"/>
        </w:rPr>
        <w:t>52:37  to yahi woh cheez hai jis ko main kehta hoon kathputli hona. aadmi aam halaat mein woh jaise ke ghubara hota hai.</w:t>
      </w:r>
      <w:r>
        <w:br/>
      </w:r>
      <w:r>
        <w:rPr>
          <w:sz w:val="20"/>
        </w:rPr>
        <w:t>52:49  ghubare mein hawa bhar dete hain aap, to itna bahar se dikhai deta hai. haalankeh haqeeqat mein woh itna sa hota hai, chhota sa.</w:t>
      </w:r>
      <w:r>
        <w:br/>
      </w:r>
      <w:r>
        <w:rPr>
          <w:sz w:val="20"/>
        </w:rPr>
        <w:t>53:00  to jab aap us ki hawa nikaal dein to woh kathputli ho gaya. to har aadmi isi tarike se ghubare ki manind hai.</w:t>
      </w:r>
      <w:r>
        <w:br/>
      </w:r>
      <w:r>
        <w:rPr>
          <w:sz w:val="20"/>
        </w:rPr>
        <w:t>53:09  woh phoola hua hai. kyun ke us ki zarooraten poori ho rahi hain. use khana peena mil raha hai. us ki jeb mein paise hain ashya khareedne ke liye.</w:t>
      </w:r>
      <w:r>
        <w:br/>
      </w:r>
      <w:r>
        <w:rPr>
          <w:sz w:val="20"/>
        </w:rPr>
        <w:t>53:19  to woh har aadmi masnooi</w:t>
      </w:r>
      <w:r>
        <w:br/>
      </w:r>
      <w:r>
        <w:rPr>
          <w:sz w:val="20"/>
        </w:rPr>
        <w:t>53:25  ehsas mein jeeta hai. us ko apni, yaani jo us ki asal hesiyat hai, us se woh be khabar rehta hai.</w:t>
      </w:r>
      <w:r>
        <w:br/>
      </w:r>
      <w:r>
        <w:rPr>
          <w:sz w:val="20"/>
        </w:rPr>
        <w:t>53:37  to Ramzan ka mahina ka maqsad yeh hai ke aadmi ko kathputli kiya jaye. us ke ghubare ki hawa nikaal di jaye.</w:t>
      </w:r>
      <w:r>
        <w:br/>
      </w:r>
      <w:r>
        <w:rPr>
          <w:sz w:val="20"/>
        </w:rPr>
        <w:t>53:46  taake us ke andar sachcha shukr paida ho. jab tak aap kathputli na hon. main samajhta hoon ke sab se bara hikmat hai kathputli hona.</w:t>
      </w:r>
      <w:r>
        <w:br/>
      </w:r>
      <w:r>
        <w:rPr>
          <w:sz w:val="20"/>
        </w:rPr>
        <w:t>53:59  kath putli ka matlab kya hai? jab 1971 mein jab pakistan ke do tukde hue the.</w:t>
      </w:r>
      <w:r>
        <w:br/>
      </w:r>
      <w:r>
        <w:rPr>
          <w:sz w:val="20"/>
        </w:rPr>
        <w:t>54:09  bangla desh ban kar alag hua tha. aap jante hain ke pehle pakistan jo tha, east pakistan aur west pakistan kaha jata tha. jo jo east pakistan hai, woh ab bangla desh kaha jata hai.</w:t>
      </w:r>
      <w:r>
        <w:br/>
      </w:r>
      <w:r>
        <w:rPr>
          <w:sz w:val="20"/>
        </w:rPr>
        <w:t>54:20  to do tukde ho gaya. is zamane mein bohat si kitabein chhapi thin. mislan "dismemberment of pakistan" aur "pakistan after" yani kai is tarah ki kitabein chhapi thin.</w:t>
      </w:r>
      <w:r>
        <w:br/>
      </w:r>
      <w:r>
        <w:rPr>
          <w:sz w:val="20"/>
        </w:rPr>
        <w:t>54:34  "partition of after partition" waghera. to ek unwan mujhe bohat pasand aaya tha. woh tha "pakistan kath putli".</w:t>
      </w:r>
      <w:r>
        <w:br/>
      </w:r>
      <w:r>
        <w:rPr>
          <w:sz w:val="20"/>
        </w:rPr>
        <w:t>54:47  "pakistan kath putli" yani pakistan wahan ho gaya, waisa ho gaya jaisa ke woh haqiqatan tha. yani yeh masnooi soorat-e-haal thi ke beech mein ek hazar meel ki doori hai.</w:t>
      </w:r>
      <w:r>
        <w:br/>
      </w:r>
      <w:r>
        <w:rPr>
          <w:sz w:val="20"/>
        </w:rPr>
        <w:t>55:04  kyun ke aap jante hain ke dono pakistan ke dono hisse jo the, us mein hazar meel ka faasla tha. to yeh ek jighrafiai ajuba tha.</w:t>
      </w:r>
      <w:r>
        <w:br/>
      </w:r>
      <w:r>
        <w:rPr>
          <w:sz w:val="20"/>
        </w:rPr>
        <w:t>55:15  ke aise do ilaqe ek mulk hon. to isi ko us ne kaha ke "pakistan kath putli". to jo haqeeqi soorat-e-haal thi, wahan pakistan aa gaya.</w:t>
      </w:r>
      <w:r>
        <w:br/>
      </w:r>
      <w:r>
        <w:rPr>
          <w:sz w:val="20"/>
        </w:rPr>
        <w:t>55:29  to har insaan ki zindagi mein main samajhta hoon ke yahi hona chahiye ke woh kath putli ho. insaan ki asal halat jo hai, woh yeh hai ke maine apne aap ko khud se takhleeq nahi kiya hai.</w:t>
      </w:r>
      <w:r>
        <w:br/>
      </w:r>
      <w:r>
        <w:rPr>
          <w:sz w:val="20"/>
        </w:rPr>
        <w:t>55:42  kisi ne takhleeq kiya tab main bana hoon. yeh hawa, yeh pani, yeh suraj, yeh roshni, yeh khana peena sab maine nahi banaya hai.</w:t>
      </w:r>
      <w:r>
        <w:br/>
      </w:r>
      <w:r>
        <w:rPr>
          <w:sz w:val="20"/>
        </w:rPr>
        <w:t>55:51  kisi ne diya hai tab mujhe mila hai. to aam halaat mein chunke cheezein milti rehti hain, milti rehti hain logon ko, to log soch nahi paate.</w:t>
      </w:r>
      <w:r>
        <w:br/>
      </w:r>
      <w:r>
        <w:rPr>
          <w:sz w:val="20"/>
        </w:rPr>
        <w:t>56:05  log soch nahi paate. to roze ka mahina is liye hai taake log logon ko aise halaat paida kiye jayen, aisi soorat-e-haal takhleeq ki jaye jabke woh sochein.</w:t>
      </w:r>
      <w:r>
        <w:br/>
      </w:r>
      <w:r>
        <w:rPr>
          <w:sz w:val="20"/>
        </w:rPr>
        <w:t>56:21  aur kath putli banen. dekhiye, jab tak aadmi kath putli na ho, tab tak khuda se uska sachha ta'alluq banta nahi.</w:t>
      </w:r>
      <w:r>
        <w:br/>
      </w:r>
      <w:r>
        <w:rPr>
          <w:sz w:val="20"/>
        </w:rPr>
        <w:t>56:34  kyun ke khuda,</w:t>
      </w:r>
      <w:r>
        <w:br/>
      </w:r>
      <w:r>
        <w:rPr>
          <w:sz w:val="20"/>
        </w:rPr>
        <w:t>56:38  yani jab hamare andar gharoor ho, to hum khuda ke barabar ban jate hain.</w:t>
      </w:r>
      <w:r>
        <w:br/>
      </w:r>
      <w:r>
        <w:rPr>
          <w:sz w:val="20"/>
        </w:rPr>
        <w:t>56:49  agar jab barabar hum ban jayen khuda ke, to kaise hamara khuda se ta'alluq kaise banega? to hum jab is halat mein pahunchen ke hum be-bas hain aur khuda jo hai, sab sara qadir-e-mutlaq hai, tab ja kar khuda se hamara ta'alluq banta hai.</w:t>
      </w:r>
      <w:r>
        <w:br/>
      </w:r>
      <w:r>
        <w:rPr>
          <w:sz w:val="20"/>
        </w:rPr>
        <w:t>57:09  warna banta hi nahi hai.</w:t>
      </w:r>
      <w:r>
        <w:br/>
      </w:r>
      <w:r>
        <w:rPr>
          <w:sz w:val="20"/>
        </w:rPr>
        <w:t>57:13  to goya ke roze mein aap ko kath putli kar ke yeh mauqa diya jata hai ke aap khuda se qareeb ho saken.</w:t>
      </w:r>
      <w:r>
        <w:br/>
      </w:r>
      <w:r>
        <w:rPr>
          <w:sz w:val="20"/>
        </w:rPr>
        <w:t>57:24  khuda ke paas pahunch saken. aur sachhi dua nikle aap ki zuban se. isi liye quran mein hai ke jahan hukum diya gaya hai roze ka, wahan par aata hai ke</w:t>
      </w:r>
    </w:p>
    <w:p>
      <w:pPr>
        <w:pStyle w:val="Heading2"/>
      </w:pPr>
      <w:r>
        <w:t>Every breath and meal is an unearned gift from God</w:t>
      </w:r>
    </w:p>
    <w:p>
      <w:r>
        <w:rPr>
          <w:color w:val="666666"/>
          <w:sz w:val="18"/>
        </w:rPr>
        <w:t>The Spirit of Roza Sept 7, 2008 · 4m 30s · at 12:05 · https://youtu.be/C9G1oBdqoKk?t=725</w:t>
      </w:r>
    </w:p>
    <w:p>
      <w:r>
        <w:rPr>
          <w:i/>
        </w:rPr>
        <w:t>“Aap zameen par chal rahe hain to continuously oxygen mil rahi hai”</w:t>
      </w:r>
    </w:p>
    <w:p>
      <w:r>
        <w:rPr>
          <w:sz w:val="20"/>
        </w:rPr>
        <w:t>12:05  suraj ki roshni, oxygen ki supply, hawa ka nizam. hawa na ho to hum bolenge aap sunenge nahi.</w:t>
      </w:r>
      <w:r>
        <w:br/>
      </w:r>
      <w:r>
        <w:rPr>
          <w:sz w:val="20"/>
        </w:rPr>
        <w:t>12:14  yeh zameen. aur phir itne sare is zameen ke andar minerals jin ko convert kar ke hum kya kya cheezein banate hain.</w:t>
      </w:r>
      <w:r>
        <w:br/>
      </w:r>
      <w:r>
        <w:rPr>
          <w:sz w:val="20"/>
        </w:rPr>
        <w:t>12:26  yeh sab blessing hi blessing hai. to khane peene ke mamle mein aik compulsive experience karwa kar ke sari cheezon ke bare mein hamein yaad dilaya jata hai.</w:t>
      </w:r>
      <w:r>
        <w:br/>
      </w:r>
      <w:r>
        <w:rPr>
          <w:sz w:val="20"/>
        </w:rPr>
        <w:t>12:40  to roza jo hai woh aik qism ka compulsive reminder hai. Khuda ki blessing ke liye. agar aadmi abhi mein jo flood aaya hai UP mein ya Bihar mein Assam mein to hazaron janwar is mein mar gaye.</w:t>
      </w:r>
      <w:r>
        <w:br/>
      </w:r>
      <w:r>
        <w:rPr>
          <w:sz w:val="20"/>
        </w:rPr>
        <w:t>13:00  kyun ke un ka food jo tha woh mila nahi un ko. sab pani bhar gaya idhar udhar.</w:t>
      </w:r>
      <w:r>
        <w:br/>
      </w:r>
      <w:r>
        <w:rPr>
          <w:sz w:val="20"/>
        </w:rPr>
        <w:t>13:05  to maine socha ke dekhiye yeh jo animal the jab khate the tab bhi unhein yeh pata yeh tha ke yeh Khuda ki blessing hai. jab khana nahi mila tab bhi is se aware rahe ke yeh Khuda ki blessing hai.</w:t>
      </w:r>
      <w:r>
        <w:br/>
      </w:r>
      <w:r>
        <w:rPr>
          <w:sz w:val="20"/>
        </w:rPr>
        <w:t>13:21  yeh insaan ki jo quran mein "walaqad karamna bar adam" yeh insaan ka ka honor hai.</w:t>
      </w:r>
      <w:r>
        <w:br/>
      </w:r>
      <w:r>
        <w:rPr>
          <w:sz w:val="20"/>
        </w:rPr>
        <w:t>13:31  insaan ki bohat speciality hai. ke woh jaanta hai. isi ko kehte hain ke insaan ki jo khaas sifat hai woh hai conceptual thinking.</w:t>
      </w:r>
      <w:r>
        <w:br/>
      </w:r>
      <w:r>
        <w:rPr>
          <w:sz w:val="20"/>
        </w:rPr>
        <w:t>13:45  yaani insaan khata hai to jaanta hai ke yeh khuda ki blessing hai.</w:t>
      </w:r>
      <w:r>
        <w:br/>
      </w:r>
      <w:r>
        <w:rPr>
          <w:sz w:val="20"/>
        </w:rPr>
        <w:t>13:49  animal khate hain to unhein yeh pata nahi hai ke yeh creator ki blessing hai. yeh yaani kaisi ajeeb speciality hai insaan ki. ke apne kiye ko woh jaanta hai.</w:t>
      </w:r>
      <w:r>
        <w:br/>
      </w:r>
      <w:r>
        <w:rPr>
          <w:sz w:val="20"/>
        </w:rPr>
        <w:t>14:04  consciously. lekin log jo hain be khabar rehte hain. to roze mein aap ko compulsory experience karaya jaata hai.</w:t>
      </w:r>
      <w:r>
        <w:br/>
      </w:r>
      <w:r>
        <w:rPr>
          <w:sz w:val="20"/>
        </w:rPr>
        <w:t>14:17  is cheez ka jis ko aap agar consciously jaan lete to bara acha hota. agar aap consciously jaan lein roze se pehle to aur bhi bari baat hai woh.</w:t>
      </w:r>
      <w:r>
        <w:br/>
      </w:r>
      <w:r>
        <w:rPr>
          <w:sz w:val="20"/>
        </w:rPr>
        <w:t>14:30  lekin jo log consciously nahi jaan paaye to compulsory experience karwa ke un ko bataya jaata hai. lekin aaj kal jo haal hai woh kya hai</w:t>
      </w:r>
      <w:r>
        <w:br/>
      </w:r>
      <w:r>
        <w:rPr>
          <w:sz w:val="20"/>
        </w:rPr>
        <w:t>14:42  ke tan parwari, khalq, fazu, shiddat, riyazat, juzz, garmi, iftar, nadarat, ramzan, hej.</w:t>
      </w:r>
      <w:r>
        <w:br/>
      </w:r>
      <w:r>
        <w:rPr>
          <w:sz w:val="20"/>
        </w:rPr>
        <w:t>14:52  yaani itna khate hain itna khate hain ke shaam tak dakaar aati rehti hai. to unhein pata hi nahi chalta ke roza kya cheez hai. yaani khuda ki jo blessing jis ka khuda chahta hai ke jaanen hum aur wahi hai jannat ka certificate.</w:t>
      </w:r>
      <w:r>
        <w:br/>
      </w:r>
      <w:r>
        <w:rPr>
          <w:sz w:val="20"/>
        </w:rPr>
        <w:t>15:10  yaad rakhiye sab se bara jo certificate jannat ka hai woh hai shukr.</w:t>
      </w:r>
      <w:r>
        <w:br/>
      </w:r>
      <w:r>
        <w:rPr>
          <w:sz w:val="20"/>
        </w:rPr>
        <w:t>15:19  alhamdulillah rabbil alameen. shukr kya hai? khuda ki glory ko acknowledge karna. khuda ki blessing ko acknowledge karna.</w:t>
      </w:r>
      <w:r>
        <w:br/>
      </w:r>
      <w:r>
        <w:rPr>
          <w:sz w:val="20"/>
        </w:rPr>
        <w:t>15:34  hum taker hain, khuda giver hai, us ko acknowledge karna.</w:t>
      </w:r>
      <w:r>
        <w:br/>
      </w:r>
      <w:r>
        <w:rPr>
          <w:sz w:val="20"/>
        </w:rPr>
        <w:t>15:39  yahi to jannat ka certificate hai.</w:t>
      </w:r>
      <w:r>
        <w:br/>
      </w:r>
      <w:r>
        <w:rPr>
          <w:sz w:val="20"/>
        </w:rPr>
        <w:t>15:45  kisi rituals ko ada kar ke jannat nahi mile gi. kuch kisi kuch shabdon ko zabaan se yaani parh kar ke uska achar kar ke jannat nahi mile gi.</w:t>
      </w:r>
      <w:r>
        <w:br/>
      </w:r>
      <w:r>
        <w:rPr>
          <w:sz w:val="20"/>
        </w:rPr>
        <w:t>16:03  ek spirit hai jo aap ke andar ho to woh aap ko jannat ka certificate bane gi.</w:t>
      </w:r>
      <w:r>
        <w:br/>
      </w:r>
      <w:r>
        <w:rPr>
          <w:sz w:val="20"/>
        </w:rPr>
        <w:t>16:10  aur is mein sab se bari cheez wahi hai jo quran ke pehle verse mein hai: alhamdulillah rabbil alameen. yaani khuda ke liye aap ke andar shukr ka samandar behne lage.</w:t>
      </w:r>
      <w:r>
        <w:br/>
      </w:r>
      <w:r>
        <w:rPr>
          <w:sz w:val="20"/>
        </w:rPr>
        <w:t>16:24  shukr ka matlab hota hai acknowledge karna, etraaf karna. to jab jab tak aap us ko sochein ge nahi</w:t>
      </w:r>
    </w:p>
    <w:p>
      <w:pPr>
        <w:pStyle w:val="Heading2"/>
      </w:pPr>
      <w:r>
        <w:t>Two stories: bicycle and dacoit as reference points</w:t>
      </w:r>
    </w:p>
    <w:p>
      <w:r>
        <w:rPr>
          <w:color w:val="666666"/>
          <w:sz w:val="18"/>
        </w:rPr>
        <w:t>What is Dua April 26, 2009 · 5m 49s · at 42:33 · https://youtu.be/ROQR2zNew1I?t=2553</w:t>
      </w:r>
    </w:p>
    <w:p>
      <w:r>
        <w:rPr>
          <w:i/>
        </w:rPr>
        <w:t>“Ek qissa mein ne aap ko bataya tha is se pehle”</w:t>
      </w:r>
    </w:p>
    <w:p>
      <w:r>
        <w:rPr>
          <w:sz w:val="20"/>
        </w:rPr>
        <w:t>42:33  ek qissa maine aap ko bataya tha is se pehle, phir dohrata hoon is ko. ek ek naujawan ka waqia hai, rampur ka ek naujawan tha, ek sacha waqia hai.</w:t>
      </w:r>
      <w:r>
        <w:br/>
      </w:r>
      <w:r>
        <w:rPr>
          <w:sz w:val="20"/>
        </w:rPr>
        <w:t>42:46  ek ladka tha, woh ladka aur teenager tha, woh to baees kail chahta tha. woh uska baap school teacher tha, kam aamdani thi, low income group mein uska shumaar hota tha.</w:t>
      </w:r>
      <w:r>
        <w:br/>
      </w:r>
      <w:r>
        <w:rPr>
          <w:sz w:val="20"/>
        </w:rPr>
        <w:t>43:03  us ne kaha ke mujhe baees kail chahiye. baap ne kaha ke main baees kail nahin khareed sakta, meri income itni nahin hai. ab bachche ko shauq tha, baar baar kehta raha woh.</w:t>
      </w:r>
      <w:r>
        <w:br/>
      </w:r>
      <w:r>
        <w:rPr>
          <w:sz w:val="20"/>
        </w:rPr>
        <w:t>43:17  aakhir ek din aisa hua ke bete ne kaha ke mujhe baees kail chahiye, bahut zor de kar.</w:t>
      </w:r>
      <w:r>
        <w:br/>
      </w:r>
      <w:r>
        <w:rPr>
          <w:sz w:val="20"/>
        </w:rPr>
        <w:t>43:27  to baap ghussa ho gaya, us ne kaha ke ab ab main tum ko maroonga. tum se keh diya ke baees kail main khareed nahin sakta hoon, mere paas itna paisa nahin hai.</w:t>
      </w:r>
      <w:r>
        <w:br/>
      </w:r>
      <w:r>
        <w:rPr>
          <w:sz w:val="20"/>
        </w:rPr>
        <w:t>43:35  kyun mujh se baees kail ki baat karte ho?</w:t>
      </w:r>
      <w:r>
        <w:br/>
      </w:r>
      <w:r>
        <w:rPr>
          <w:sz w:val="20"/>
        </w:rPr>
        <w:t>43:43  to bete ki zubaan se nikla ke aap hi to hamare baap hain, aap se na kahoon to kis se kahoon?</w:t>
      </w:r>
      <w:r>
        <w:br/>
      </w:r>
      <w:r>
        <w:rPr>
          <w:sz w:val="20"/>
        </w:rPr>
        <w:t>43:54  is ke baad baap hil gaya,</w:t>
      </w:r>
      <w:r>
        <w:br/>
      </w:r>
      <w:r>
        <w:rPr>
          <w:sz w:val="20"/>
        </w:rPr>
        <w:t>44:00  kyunki is ka, yaani is ka fatherhood jo hai, woh doubtful ho gaya.</w:t>
      </w:r>
      <w:r>
        <w:br/>
      </w:r>
      <w:r>
        <w:rPr>
          <w:sz w:val="20"/>
        </w:rPr>
        <w:t>44:09  yeh keh kar ke is ne baap ke fatherhood ko doubtful bana diya. is ke liye main kaisa baap hoon, apne bete ko baees kail nahin de sakta?</w:t>
      </w:r>
      <w:r>
        <w:br/>
      </w:r>
      <w:r>
        <w:rPr>
          <w:sz w:val="20"/>
        </w:rPr>
        <w:t>44:21  to us ne baees kail khareed di. is ki is qisse ko maine socha, is qisse ko maine jab suna to yeh mere liye point of reference ban gaya.</w:t>
      </w:r>
      <w:r>
        <w:br/>
      </w:r>
      <w:r>
        <w:rPr>
          <w:sz w:val="20"/>
        </w:rPr>
        <w:t>44:34  maine kaha, khudaaya,</w:t>
      </w:r>
      <w:r>
        <w:br/>
      </w:r>
      <w:r>
        <w:rPr>
          <w:sz w:val="20"/>
        </w:rPr>
        <w:t>44:39  meri haisiyat bhi isi bachche jaisi hai aur tu hi mera sab kuch hai, tu hi mera creator hai, tu hi mera lord hai, tu hi mera sustainer hai.</w:t>
      </w:r>
      <w:r>
        <w:br/>
      </w:r>
      <w:r>
        <w:rPr>
          <w:sz w:val="20"/>
        </w:rPr>
        <w:t>44:49  to tujh se agar na kahoon to kis se kahoon?</w:t>
      </w:r>
      <w:r>
        <w:br/>
      </w:r>
      <w:r>
        <w:rPr>
          <w:sz w:val="20"/>
        </w:rPr>
        <w:t>44:54  to is baees kail ka waqia jo hai, bachche ka, woh jab main jaana maane, us ko to mere liye woh point of reference ban gaya.</w:t>
      </w:r>
      <w:r>
        <w:br/>
      </w:r>
      <w:r>
        <w:rPr>
          <w:sz w:val="20"/>
        </w:rPr>
        <w:t>45:06  aise rozana aap ki zindagi mein aise waqiaat hote hain ke agar aap, yaani aap sochne wale insaan hon, aap sochne wale insaan hon to har subah shaam aap ko point of reference milte rahenge.</w:t>
      </w:r>
      <w:r>
        <w:br/>
      </w:r>
      <w:r>
        <w:rPr>
          <w:sz w:val="20"/>
        </w:rPr>
        <w:t>45:25  phir aap ko retry hui dawayein karne ki zaroorat nahin hogi.</w:t>
      </w:r>
      <w:r>
        <w:br/>
      </w:r>
      <w:r>
        <w:rPr>
          <w:sz w:val="20"/>
        </w:rPr>
        <w:t>45:34  ek qissa maine padha, ek lucknow mein ek saahab the, woh pehle hua karte the, ICS office hua karte the, ICS.</w:t>
      </w:r>
      <w:r>
        <w:br/>
      </w:r>
      <w:r>
        <w:rPr>
          <w:sz w:val="20"/>
        </w:rPr>
        <w:t>45:44  ab IAS hote hain to British period mein ICS hua karte the, to woh ICS the, sardar hassan sahib un ka naam tha.</w:t>
      </w:r>
      <w:r>
        <w:br/>
      </w:r>
      <w:r>
        <w:rPr>
          <w:sz w:val="20"/>
        </w:rPr>
        <w:t>45:54  to ICS ke daur mein woh afsar the, woh to shayad police commissioner the ya kya the, kuch bade afsar ya character the.</w:t>
      </w:r>
      <w:r>
        <w:br/>
      </w:r>
      <w:r>
        <w:rPr>
          <w:sz w:val="20"/>
        </w:rPr>
        <w:t>46:09  woh to baharhaal us zamane mein ek wahan par sikha daku hua karta tha, us area mein, lucknow ke area mein,</w:t>
      </w:r>
      <w:r>
        <w:br/>
      </w:r>
      <w:r>
        <w:rPr>
          <w:sz w:val="20"/>
        </w:rPr>
        <w:t>46:18  yani u p mein.</w:t>
      </w:r>
      <w:r>
        <w:br/>
      </w:r>
      <w:r>
        <w:rPr>
          <w:sz w:val="20"/>
        </w:rPr>
        <w:t>46:20  to unhon ne chhapa maar kar ke is ko police party le gaye, woh kaise kaise is ko pakar liya, is ko yani arest kar liya, arest kar ke la ke is ko daag banglay mein rakha.</w:t>
      </w:r>
      <w:r>
        <w:br/>
      </w:r>
      <w:r>
        <w:rPr>
          <w:sz w:val="20"/>
        </w:rPr>
        <w:t>46:33  aap jante hain ke har jagah daag bangla hua karta hai gorment ki taraf se. to bohat sakht, yani sardi ka zamana tha, jaare ka mausam tha.</w:t>
      </w:r>
      <w:r>
        <w:br/>
      </w:r>
      <w:r>
        <w:rPr>
          <w:sz w:val="20"/>
        </w:rPr>
        <w:t>46:47  to daag banglay aik kamray mein is ko, woh is ka hath zanj woh tha, yani woh laga hua tha, hathkadi aur is ko rakh diya is mein.</w:t>
      </w:r>
      <w:r>
        <w:br/>
      </w:r>
      <w:r>
        <w:rPr>
          <w:sz w:val="20"/>
        </w:rPr>
        <w:t>47:03  to raat ko uthe siddiq hasan sahib round lene ke liye,</w:t>
      </w:r>
      <w:r>
        <w:br/>
      </w:r>
      <w:r>
        <w:rPr>
          <w:sz w:val="20"/>
        </w:rPr>
        <w:t>47:10  to woh guzre is is room ke paas se jahan ke sukha sukha dako jo hai, woh hathkadi bandh kar rakha gaya tha.</w:t>
      </w:r>
      <w:r>
        <w:br/>
      </w:r>
      <w:r>
        <w:rPr>
          <w:sz w:val="20"/>
        </w:rPr>
        <w:t>47:21  to us ne kaha, "jant sahib, yeh log jo thay, jahal tha, woh pehle zamane mein jant jahal log jant sahib kaha karte thay, jentleman ko jant."</w:t>
      </w:r>
      <w:r>
        <w:br/>
      </w:r>
      <w:r>
        <w:rPr>
          <w:sz w:val="20"/>
        </w:rPr>
        <w:t>47:36  to us ne kaha ke "jant sahib,</w:t>
      </w:r>
      <w:r>
        <w:br/>
      </w:r>
      <w:r>
        <w:rPr>
          <w:sz w:val="20"/>
        </w:rPr>
        <w:t>47:43  aap ka sukha sardi kha raha hai." phir woh dako, jis ne insanon ko qatal kiya tha, daka dala tha aur khula hua criminal tha, woh woh siddiq hasan sahib se kehta hai</w:t>
      </w:r>
      <w:r>
        <w:br/>
      </w:r>
      <w:r>
        <w:rPr>
          <w:sz w:val="20"/>
        </w:rPr>
        <w:t>47:59  ke "aap ka sukha sardi kha raha hai."</w:t>
      </w:r>
      <w:r>
        <w:br/>
      </w:r>
      <w:r>
        <w:rPr>
          <w:sz w:val="20"/>
        </w:rPr>
        <w:t>48:04  isi waqt woh apne kamray mein aaye aur apna apna jo kambal tha, un ka kambal la ke is ko ura diya.</w:t>
      </w:r>
      <w:r>
        <w:br/>
      </w:r>
      <w:r>
        <w:rPr>
          <w:sz w:val="20"/>
        </w:rPr>
        <w:t>48:17  ab is waqie ko agar aap point of reference bana lein aap</w:t>
      </w:r>
    </w:p>
    <w:p>
      <w:pPr>
        <w:pStyle w:val="Heading2"/>
      </w:pPr>
      <w:r>
        <w:t>Anger management emotion from Allah respond with plan</w:t>
      </w:r>
    </w:p>
    <w:p>
      <w:r>
        <w:rPr>
          <w:color w:val="666666"/>
          <w:sz w:val="18"/>
        </w:rPr>
        <w:t>How to do Creative Dua · 4m 46s · at 24:07 · https://youtu.be/LiGXxL-poZE?t=1447</w:t>
      </w:r>
    </w:p>
    <w:p>
      <w:r>
        <w:rPr>
          <w:i/>
        </w:rPr>
        <w:t>“Jhagda jo gusse ki wajah se barh jata hai”</w:t>
      </w:r>
    </w:p>
    <w:p>
      <w:r>
        <w:rPr>
          <w:sz w:val="20"/>
        </w:rPr>
        <w:t>24:07  unhon ne poocha hai ke "jhagda jo ghusse ki wajah se barh jata hai,</w:t>
      </w:r>
      <w:r>
        <w:br/>
      </w:r>
      <w:r>
        <w:rPr>
          <w:sz w:val="20"/>
        </w:rPr>
        <w:t>24:13  kya ghussa hamare pure nature ka part hai? agar nahin to phir is ki de-conditioning kaise ki jaye?" yeh sawal tha jo mujhe whatsapp par aaya tha.</w:t>
      </w:r>
      <w:r>
        <w:br/>
      </w:r>
      <w:r>
        <w:rPr>
          <w:sz w:val="20"/>
        </w:rPr>
        <w:t>24:26  dekhiye, ghussa yani anger,</w:t>
      </w:r>
      <w:r>
        <w:br/>
      </w:r>
      <w:r>
        <w:rPr>
          <w:sz w:val="20"/>
        </w:rPr>
        <w:t>24:30  all emotions are given by Allah. saari feelings jo hamein hain woh Allah ke diye hue hain. jo Allah ne nahin diye woh hum khud create nahin kar sakte aur mehsoos nahin kar sakte.</w:t>
      </w:r>
      <w:r>
        <w:br/>
      </w:r>
      <w:r>
        <w:rPr>
          <w:sz w:val="20"/>
        </w:rPr>
        <w:t>24:44  but jo bhi Allah ne diye hain, they are given for a purpose.</w:t>
      </w:r>
      <w:r>
        <w:br/>
      </w:r>
      <w:r>
        <w:rPr>
          <w:sz w:val="20"/>
        </w:rPr>
        <w:t>24:51  its misuse or wrong application is what is harmful.</w:t>
      </w:r>
      <w:r>
        <w:br/>
      </w:r>
      <w:r>
        <w:rPr>
          <w:sz w:val="20"/>
        </w:rPr>
        <w:t>24:58  to Quran se main batati hoon, batati hoon. chapter three verse 112 mein Allah ghazab, Allah ke raat ki baat ki gayi hai ghusse ki.</w:t>
      </w:r>
      <w:r>
        <w:br/>
      </w:r>
      <w:r>
        <w:rPr>
          <w:sz w:val="20"/>
        </w:rPr>
        <w:t>25:09  they have incurred God's wrath, woh Allah ke ghazab ke mustahiq ho gaye.</w:t>
      </w:r>
      <w:r>
        <w:br/>
      </w:r>
      <w:r>
        <w:rPr>
          <w:sz w:val="20"/>
        </w:rPr>
        <w:t>25:14  to dekhiye, Allah ka ghussa. phir Prophet ki life mein bhi kuch hain aise incidents jab Prophet (SAW) ko ghussa aaya tha.</w:t>
      </w:r>
      <w:r>
        <w:br/>
      </w:r>
      <w:r>
        <w:rPr>
          <w:sz w:val="20"/>
        </w:rPr>
        <w:t>25:24  ek waqea hai jab kisi Sahabi ne aa kar Prophet se poocha ke "hum mushrikeen ka zulm kab tak sahein ge?" to Prophet (SAW) ko ghussa aaya, aap ka chehra surkh ho gaya aur aap ne kaha ke "Allah ne to hamein bohat achhe halaat mein rakha hai, hum par aisi halatein nahin aa</w:t>
      </w:r>
      <w:r>
        <w:br/>
      </w:r>
      <w:r>
        <w:rPr>
          <w:sz w:val="20"/>
        </w:rPr>
        <w:t>25:45  rahi hain jo pehle paighambaron par aayi thin." to ab is ke baad kya dekhna hai? to ghussa is we can make caught, Allah ka di hui feeling hai.</w:t>
      </w:r>
      <w:r>
        <w:br/>
      </w:r>
      <w:r>
        <w:rPr>
          <w:sz w:val="20"/>
        </w:rPr>
        <w:t>25:55  but jo hamara reaction hota hai anger ko, woh hamare control karne ki cheez hai aur a matter of choice hai.</w:t>
      </w:r>
      <w:r>
        <w:br/>
      </w:r>
      <w:r>
        <w:rPr>
          <w:sz w:val="20"/>
        </w:rPr>
        <w:t>26:08  that is where we have to apply our free will, or control. dekhiye, main is yeh is baat se pata chalta hai ke it is to do with our own choice.</w:t>
      </w:r>
      <w:r>
        <w:br/>
      </w:r>
      <w:r>
        <w:rPr>
          <w:sz w:val="20"/>
        </w:rPr>
        <w:t>26:20  kyun ke hum dekhte hain ke ghusse ka reaction log alag alag tareeqe se karte hain.</w:t>
      </w:r>
      <w:r>
        <w:br/>
      </w:r>
      <w:r>
        <w:rPr>
          <w:sz w:val="20"/>
        </w:rPr>
        <w:t>26:27  koi chalane lagta hai, ghussa aa gaya to koi violent ho jata hai, koi chup ho jata hai. hmm to everybody behaves according to the personality they have built.</w:t>
      </w:r>
      <w:r>
        <w:br/>
      </w:r>
      <w:r>
        <w:rPr>
          <w:sz w:val="20"/>
        </w:rPr>
        <w:t>26:41  ab is reaction ke liye hamein Quran aur Hadees se rehnumai hai.</w:t>
      </w:r>
      <w:r>
        <w:br/>
      </w:r>
      <w:r>
        <w:rPr>
          <w:sz w:val="20"/>
        </w:rPr>
        <w:t>26:46  Quran mein Surah Al-Imran mein bataya gaya hai aur ghusse ko peene wale log. hmm poori ayat nahin parh rahi hoon, main ayat number 134 hai.</w:t>
      </w:r>
      <w:r>
        <w:br/>
      </w:r>
      <w:r>
        <w:rPr>
          <w:sz w:val="20"/>
        </w:rPr>
        <w:t>26:58  ghusse ko peene wale hain yani ghussa aata hai lekin pi jaate hain, is reaction nahin karte hain, galat kuch bhi nahin karte hain.</w:t>
      </w:r>
      <w:r>
        <w:br/>
      </w:r>
      <w:r>
        <w:rPr>
          <w:sz w:val="20"/>
        </w:rPr>
        <w:t>27:09  ghussa aane par</w:t>
      </w:r>
      <w:r>
        <w:br/>
      </w:r>
      <w:r>
        <w:rPr>
          <w:sz w:val="20"/>
        </w:rPr>
        <w:t>27:10  ek aur Surah Shura ki ayat hai 37. jab unhein ghussa aata hai to maaf kar dete hain. to ghussa aata hai lekin maaf kar dete hain.</w:t>
      </w:r>
      <w:r>
        <w:br/>
      </w:r>
      <w:r>
        <w:rPr>
          <w:sz w:val="20"/>
        </w:rPr>
        <w:t>27:23  to isi tarah ahadees bhi hain. Rasool Allah ne farmaya: "taqatwar woh nahin hai jo apne muqabil ko pachhar de, balke taqatwar woh hai jo ghusse ki halat mein</w:t>
      </w:r>
      <w:r>
        <w:br/>
      </w:r>
      <w:r>
        <w:rPr>
          <w:sz w:val="20"/>
        </w:rPr>
        <w:t>27:38  apne aap par qabu pa le." ek aur hadees hai: "banda kisi cheez ka aisa koi ghoont nahin peeta jo Allah Ta'ala ke nazdeek ghusse ka ghoont peene se behtar ho, jis ko woh sirf Allah Ta'ala ki raza ke liye pi jaye."</w:t>
      </w:r>
      <w:r>
        <w:br/>
      </w:r>
      <w:r>
        <w:rPr>
          <w:sz w:val="20"/>
        </w:rPr>
        <w:t>27:57  to yeh hui rehnumai Quran aur Hadees ki. ab do aur usool hum saamne rakh sakte hain ghusse ko le kar. woh yeh, woh yeh ke one should always give a response</w:t>
      </w:r>
      <w:r>
        <w:br/>
      </w:r>
      <w:r>
        <w:rPr>
          <w:sz w:val="20"/>
        </w:rPr>
        <w:t>28:14  thinking about it. ghusse ka response planned action hona chahiye, immediate reaction nahin. kyun ke ghusse mein kuch bhi bol, um alfaaz nikal sakte hain, kuch bhi galat salat ho sakta hai.</w:t>
      </w:r>
      <w:r>
        <w:br/>
      </w:r>
      <w:r>
        <w:rPr>
          <w:sz w:val="20"/>
        </w:rPr>
        <w:t>28:28  to is is waqt khamosh ho jana chahiye, lekin baad mein is ko</w:t>
      </w:r>
      <w:r>
        <w:br/>
      </w:r>
      <w:r>
        <w:rPr>
          <w:sz w:val="20"/>
        </w:rPr>
        <w:t>28:33  bolne ki zaroorat ho, kuch karne ki zaroorat ho to it should be a planned action, not a immediate reaction. doosra usool bana banana hai, woh yeh ke hum na usool, agar usool ki usool ke liye ghussa karna hai, apni zaat ko le kar nahin.</w:t>
      </w:r>
    </w:p>
    <w:p>
      <w:pPr>
        <w:pStyle w:val="Heading2"/>
      </w:pPr>
      <w:r>
        <w:t>Purifying the self through remembrance, taraweeh, and charity</w:t>
      </w:r>
    </w:p>
    <w:p>
      <w:r>
        <w:rPr>
          <w:color w:val="666666"/>
          <w:sz w:val="18"/>
        </w:rPr>
        <w:t>Importance of Ramadan March 24, 2024 · 4m 18s · at 37:59 · https://youtu.be/cn67uauGQrc?t=2279</w:t>
      </w:r>
    </w:p>
    <w:p>
      <w:r>
        <w:rPr>
          <w:i/>
        </w:rPr>
        <w:t>“Khuda ki yaad se hi tazkiya hota hai”</w:t>
      </w:r>
    </w:p>
    <w:p>
      <w:r>
        <w:rPr>
          <w:sz w:val="20"/>
        </w:rPr>
        <w:t>37:59  to hum is is beech mein na sirf quran padhein, balkeh is ko, is par soch vichar karein, aur woh ghar walon ke sath is baith ke iski discussion karein, tab hum ek god oriented life guzar sakte hain.</w:t>
      </w:r>
      <w:r>
        <w:br/>
      </w:r>
      <w:r>
        <w:rPr>
          <w:sz w:val="20"/>
        </w:rPr>
        <w:t>38:13  dekhein, khuda ki yaad se hi tazkiyah hota hai. to khuda ki yaad jo hai, is se hum kehte hain ke jab baith ke log zikr karte hain khuda ka, to bohat sare farishtey aa</w:t>
      </w:r>
      <w:r>
        <w:br/>
      </w:r>
      <w:r>
        <w:rPr>
          <w:sz w:val="20"/>
        </w:rPr>
        <w:t>38:26  jaate hain. jab farishtey bohat sare aayenge, to woh woh spiritualize kar denge is mahaul ko. is is se phir hamare andar tazkiyah hota hai. to khud rasool ALLAH sallallahu alaihi wasallam bohat ziyada khuda ko yaad karte the, har mauqe par khuda ko yaad karte the, aur molana ne bataya ke khuda ki blessings ke reference se khuda ko yaad kiya jaye.</w:t>
      </w:r>
      <w:r>
        <w:br/>
      </w:r>
      <w:r>
        <w:rPr>
          <w:sz w:val="20"/>
        </w:rPr>
        <w:t>38:49  woh ziyada real hota hai, aur ziyada hamare dil o dimaagh mein baithta hai.</w:t>
      </w:r>
      <w:r>
        <w:br/>
      </w:r>
      <w:r>
        <w:rPr>
          <w:sz w:val="20"/>
        </w:rPr>
        <w:t>38:54  aur apa, yeh point bhi mujhe aapka bohat achha laga ke aap ne bataya ke "it's a purification as a continuous process". ramzan mein one is able to perform the process of purification with greater intensity, lekin yeh ek continuous process hai, all through the life chalta hai.</w:t>
      </w:r>
      <w:r>
        <w:br/>
      </w:r>
      <w:r>
        <w:rPr>
          <w:sz w:val="20"/>
        </w:rPr>
        <w:t>39:10  aur khaas kar jaise aap ne kaha, aur molana wahiduddin khan sahib bohat emphasize karte the ke apne aap ko negativity se khali karo, completely ek positive mindset develop</w:t>
      </w:r>
      <w:r>
        <w:br/>
      </w:r>
      <w:r>
        <w:rPr>
          <w:sz w:val="20"/>
        </w:rPr>
        <w:t>39:22  karo. ek aap, bohat achhi hadees bhi hai ke rasool ALLAH ne ek martaba kaha ke "o son, if you can carry your, if you can, if you can spend your morning and evening in such a way that you carry no grudge against anyone in your heart, then please do so".</w:t>
      </w:r>
      <w:r>
        <w:br/>
      </w:r>
      <w:r>
        <w:rPr>
          <w:sz w:val="20"/>
        </w:rPr>
        <w:t>39:39  to apa, yeh bohat badi baat hai, and rasool ALLAH to hum sab ke liye, poori humanity ke liye model hain, aur woh yeh keh rahe hain ke apne dil mein kisi ke liye grudge mat ki</w:t>
      </w:r>
      <w:r>
        <w:br/>
      </w:r>
      <w:r>
        <w:rPr>
          <w:sz w:val="20"/>
        </w:rPr>
        <w:t>39:48  rakho. to tabhi sahi ma'ne mein, apa, jaise aap ne explain bhi kiya ke ek inner purification jo hai, woh ek insaan ka hota hai.</w:t>
      </w:r>
      <w:r>
        <w:br/>
      </w:r>
      <w:r>
        <w:rPr>
          <w:sz w:val="20"/>
        </w:rPr>
        <w:t>39:57  apa, agla sawal maujood tha aur yani we're looking at charity ke bare mein ke "it's an integral part of ramzan".</w:t>
      </w:r>
      <w:r>
        <w:br/>
      </w:r>
      <w:r>
        <w:rPr>
          <w:sz w:val="20"/>
        </w:rPr>
        <w:t>40:05  to kis tareeqe se hum is ko promote kar sakte hain apni life mein, with reference from ramzan? is ke bare mein bhi aap hum sab ko batayein.</w:t>
      </w:r>
      <w:r>
        <w:br/>
      </w:r>
      <w:r>
        <w:rPr>
          <w:sz w:val="20"/>
        </w:rPr>
        <w:t>40:14  dekhein, charity woh shehr ul ramzan ko shehr ul musawat bhi kaha gaya, yani month of charity. to yeh jo hai, charity to haan hamesha karni hai, lekin ramzan mein rasool ALLAH sallallahu alaihi wasallam bhi bohat ziyada karte the.</w:t>
      </w:r>
      <w:r>
        <w:br/>
      </w:r>
      <w:r>
        <w:rPr>
          <w:sz w:val="20"/>
        </w:rPr>
        <w:t>40:30  to jisko hum zakat kehte hain, khairat kehte hain, sadqa kehte hain, to aur har har jab bhi humein pata chale ke koi zaroorat mand hai, to hum iski zaroorat ko poora karein. keh</w:t>
      </w:r>
      <w:r>
        <w:br/>
      </w:r>
      <w:r>
        <w:rPr>
          <w:sz w:val="20"/>
        </w:rPr>
        <w:t>40:44  aagaya, kaha gaya ke agar hamara padosi bhookha rahe aur hamara pet bhara hua rahe, to yeh bohat ziyada gunaah ki baat hai. to aise bohat sari aisi hadeesein hain, aur sahaba bohat ziyada charity karte the.</w:t>
      </w:r>
      <w:r>
        <w:br/>
      </w:r>
      <w:r>
        <w:rPr>
          <w:sz w:val="20"/>
        </w:rPr>
        <w:t>41:00  ek baar hazrat Usman, hazrat Usman bohat bade tajir the, to unka ek hazar onton par samaan laad kar aaya tha.</w:t>
      </w:r>
      <w:r>
        <w:br/>
      </w:r>
      <w:r>
        <w:rPr>
          <w:sz w:val="20"/>
        </w:rPr>
        <w:t>41:10  woh</w:t>
      </w:r>
      <w:r>
        <w:br/>
      </w:r>
      <w:r>
        <w:rPr>
          <w:sz w:val="20"/>
        </w:rPr>
        <w:t>41:11  pehley zamaney mein yahi hota tha, samaan idhar se aata tha, idhar se jata tha, kyunke yahi yahi business tha. to ek hazar onton par unke paas ghalle wale aaye the, aur usi zamaney mein woh tha madine mein qahat pad gaya tha.</w:t>
      </w:r>
      <w:r>
        <w:br/>
      </w:r>
      <w:r>
        <w:rPr>
          <w:sz w:val="20"/>
        </w:rPr>
        <w:t>41:26  ji, to ab tamam jo doosre tajir the, sab unke ghar aaye ke unke paas samaan aaya hai, to khareed khareed kar logon mein baantein.</w:t>
      </w:r>
      <w:r>
        <w:br/>
      </w:r>
      <w:r>
        <w:rPr>
          <w:sz w:val="20"/>
        </w:rPr>
        <w:t>41:35  to sab ne aa ke daam lagaye, to woh kehne lage, "nahi, humein is se ziyada mil raha hai.</w:t>
      </w:r>
      <w:r>
        <w:br/>
      </w:r>
      <w:r>
        <w:rPr>
          <w:sz w:val="20"/>
        </w:rPr>
        <w:t>41:41  "har aadmi ke daam badhaata jata hai, kehta hai, "nahi, humein is se ziyada mil raha hai." to tajiron ne kaha ke "saare tajir sheher ke to yahin baithe hue hain, aap ko ziyada kon de raha hai?" to hatta ke hazrat Usman ne kaha ke "maine yeh sab sadqa kar diya hai, to ALLAH mujhe is se bohat ziyada dega." to is tarah yeh log bohat ziyada sadqe karte the, woh ek hazar onton ka maal poora unhone sadqa kar diya.</w:t>
      </w:r>
      <w:r>
        <w:br/>
      </w:r>
      <w:r>
        <w:rPr>
          <w:sz w:val="20"/>
        </w:rPr>
        <w:t>42:06  ji, to yeh bohat ziyada hai, lekin kyunke ab aam halaat mein aadmi itna ziyada self centered life guzarta hai, aur aajkal to yeh sab bohat ziyada ho gaya, aadmi ki apni zarooraten poori nahi hoti.</w:t>
      </w:r>
    </w:p>
    <w:p>
      <w:pPr>
        <w:pStyle w:val="Heading2"/>
      </w:pPr>
      <w:r>
        <w:t>full teaching on Bismillah as life's foundation</w:t>
      </w:r>
    </w:p>
    <w:p>
      <w:r>
        <w:rPr>
          <w:color w:val="666666"/>
          <w:sz w:val="18"/>
        </w:rPr>
        <w:t>Dars-e-Quran (Al-Fatihah (The Opening) 1 1-7) July 12, 2015 · 6m 12s · at 3:54 · https://youtu.be/Rv6AjEFe6MI?t=234</w:t>
      </w:r>
    </w:p>
    <w:p>
      <w:r>
        <w:rPr>
          <w:i/>
        </w:rPr>
        <w:t>“Bismillah is not just a formal, ceremonial phrase”</w:t>
      </w:r>
    </w:p>
    <w:p>
      <w:r>
        <w:rPr>
          <w:sz w:val="20"/>
        </w:rPr>
        <w:t>3:54  yeh yeh sirf koi rasmi kalma nahi hai, balkeh yeh bohat hi ahem taleem hai islam ki. hadith mein is ke baray mein aaya hai:</w:t>
      </w:r>
      <w:r>
        <w:br/>
      </w:r>
      <w:r>
        <w:rPr>
          <w:sz w:val="20"/>
        </w:rPr>
        <w:t>4:08  kull amrin zi balin lam yubda' bismillah-ir-rehman-ir-rahim fa huwa aqta'.</w:t>
      </w:r>
      <w:r>
        <w:br/>
      </w:r>
      <w:r>
        <w:rPr>
          <w:sz w:val="20"/>
        </w:rPr>
        <w:t>4:20  yani koi bhi kaam jo bismillah-ir-rehman-ir-rahim ke baghair shuru kiya jaye, aqta' hai. woh aqta' ke maani hote hain kata hua.</w:t>
      </w:r>
      <w:r>
        <w:br/>
      </w:r>
      <w:r>
        <w:rPr>
          <w:sz w:val="20"/>
        </w:rPr>
        <w:t>4:32  yani angrezi mein kahengay cut off, o double f, cut off. toh kata hua kis cheez se?</w:t>
      </w:r>
      <w:r>
        <w:br/>
      </w:r>
      <w:r>
        <w:rPr>
          <w:sz w:val="20"/>
        </w:rPr>
        <w:t>4:42  rehman o rahim se.</w:t>
      </w:r>
      <w:r>
        <w:br/>
      </w:r>
      <w:r>
        <w:rPr>
          <w:sz w:val="20"/>
        </w:rPr>
        <w:t>4:46  khud isi kalme mein jo lafz hai rehman o rahim, toh isi se kata hua, yani rab-ul-alameen se, Allah taala se.</w:t>
      </w:r>
      <w:r>
        <w:br/>
      </w:r>
      <w:r>
        <w:rPr>
          <w:sz w:val="20"/>
        </w:rPr>
        <w:t>4:57  toh dekhiye, har cheez ki aik base hoti hai. is base ke baghair woh woh cheez kati hui hai. jaise drakht ke base hai, us ke neeche ki zameen.</w:t>
      </w:r>
      <w:r>
        <w:br/>
      </w:r>
      <w:r>
        <w:rPr>
          <w:sz w:val="20"/>
        </w:rPr>
        <w:t>5:10  agar drakht ke neeche zameen na ho toh kata hua drakht hai.</w:t>
      </w:r>
      <w:r>
        <w:br/>
      </w:r>
      <w:r>
        <w:rPr>
          <w:sz w:val="20"/>
        </w:rPr>
        <w:t>5:16  fasal ki base hoti hai soil. agar soil na ho toh fasal base se mehroom hai.</w:t>
      </w:r>
      <w:r>
        <w:br/>
      </w:r>
      <w:r>
        <w:rPr>
          <w:sz w:val="20"/>
        </w:rPr>
        <w:t>5:28  to har cheez ki ek base hoti hai. isi base ki wajah se woh finish karta hai, woh aage badhta hai.</w:t>
      </w:r>
      <w:r>
        <w:br/>
      </w:r>
      <w:r>
        <w:rPr>
          <w:sz w:val="20"/>
        </w:rPr>
        <w:t>5:38  to yahan bataya ke koi bhi amr, yeh jo zul ka lafz yahan par hai, zul ke maani hain bazahir to hain ke koi bara kaam, lekin bara kaam ka maani yeh nahi ke koi hawaliyai kaam.</w:t>
      </w:r>
      <w:r>
        <w:br/>
      </w:r>
      <w:r>
        <w:rPr>
          <w:sz w:val="20"/>
        </w:rPr>
        <w:t>5:56  urdu mein kahengay koi bhi qabil-e-zikr kaam. koi bhi qabil-e-zikr kaam. misaal ke taur par dekhiye, mere haath mein ek qalam hai, woh zameen par gir gaya to woh bhi ek amr hua.</w:t>
      </w:r>
      <w:r>
        <w:br/>
      </w:r>
      <w:r>
        <w:rPr>
          <w:sz w:val="20"/>
        </w:rPr>
        <w:t>6:14  yeh amr, yeh zul amr nahi hua.</w:t>
      </w:r>
      <w:r>
        <w:br/>
      </w:r>
      <w:r>
        <w:rPr>
          <w:sz w:val="20"/>
        </w:rPr>
        <w:t>6:17  qalam gir gaya, is ko utha liya mein ne ek second mein. lekin jab kitaab mein likhna shuru karoon, qalam haath mein le kar, to ek zul amr hai.</w:t>
      </w:r>
      <w:r>
        <w:br/>
      </w:r>
      <w:r>
        <w:rPr>
          <w:sz w:val="20"/>
        </w:rPr>
        <w:t>6:32  kyun ke chalega woh mahinon, saalon.</w:t>
      </w:r>
      <w:r>
        <w:br/>
      </w:r>
      <w:r>
        <w:rPr>
          <w:sz w:val="20"/>
        </w:rPr>
        <w:t>6:37  to koi bhi aisa kaam jo shuru ho kar chalta rahe,</w:t>
      </w:r>
      <w:r>
        <w:br/>
      </w:r>
      <w:r>
        <w:rPr>
          <w:sz w:val="20"/>
        </w:rPr>
        <w:t>6:47  ek lambi muddat ke baad woh apni takmeel tak pahunche, to woh zul amr hai. to</w:t>
      </w:r>
      <w:r>
        <w:br/>
      </w:r>
      <w:r>
        <w:rPr>
          <w:sz w:val="20"/>
        </w:rPr>
        <w:t>6:56  aise kaam ka aaghaz agar bismillah rahman rahim se kiya jaye, tab woh kamyab hai, woh naqta hai, yaani be zameen hai.</w:t>
      </w:r>
      <w:r>
        <w:br/>
      </w:r>
      <w:r>
        <w:rPr>
          <w:sz w:val="20"/>
        </w:rPr>
        <w:t>7:05  woh kyun ke woh Allah se juda nahi. aap ki planning jo hai, woh Allah ki zameen par khadi nahi hui.</w:t>
      </w:r>
      <w:r>
        <w:br/>
      </w:r>
      <w:r>
        <w:rPr>
          <w:sz w:val="20"/>
        </w:rPr>
        <w:t>7:16  aap ne jo kaam shuru kiya, us ke liye aap ne Allah ki madad hasil nahi ki. to woh aqta' hai. woh</w:t>
      </w:r>
      <w:r>
        <w:br/>
      </w:r>
      <w:r>
        <w:rPr>
          <w:sz w:val="20"/>
        </w:rPr>
        <w:t>7:27  matlab yeh hai ke be zameen hai.</w:t>
      </w:r>
      <w:r>
        <w:br/>
      </w:r>
      <w:r>
        <w:rPr>
          <w:sz w:val="20"/>
        </w:rPr>
        <w:t>7:33  to yeh jo kalma hai bismillah rahman rahim, yeh koi rasmi kalma nahi hai. yeh is ek spirit ko revive karna hai.</w:t>
      </w:r>
      <w:r>
        <w:br/>
      </w:r>
      <w:r>
        <w:rPr>
          <w:sz w:val="20"/>
        </w:rPr>
        <w:t>7:43  jab aap kehte hain bismillah rahman rahim to aap ek apne andar ek haqeeqat ko yaad karte hain, ek spirit ko zinda karte hain.</w:t>
      </w:r>
      <w:r>
        <w:br/>
      </w:r>
      <w:r>
        <w:rPr>
          <w:sz w:val="20"/>
        </w:rPr>
        <w:t>7:54  woh yahi ke is duniya mein koi kaam banta hai to Allah ke fazl se banta hai. to har kaam ki mustahkam zameen sirf Allah tabarak wa ta'ala hai.</w:t>
      </w:r>
      <w:r>
        <w:br/>
      </w:r>
      <w:r>
        <w:rPr>
          <w:sz w:val="20"/>
        </w:rPr>
        <w:t>8:08  to jo kaam aap shuru karein, woh Allah ke naam se shuru karein, yaani Allah ki dua se shuru karein, Allah se nusrat mangte hue shuru karein, Allah par yaqeen karte hue shuru karein.</w:t>
      </w:r>
      <w:r>
        <w:br/>
      </w:r>
      <w:r>
        <w:rPr>
          <w:sz w:val="20"/>
        </w:rPr>
        <w:t>8:24  is tarah jo do lafz hain rahman aur rahim, to is ka matlab yeh nahi ke rahman ke maani alag hain, rahim ke maani alag hain. dono ek hi maani hain, dono ke.</w:t>
      </w:r>
      <w:r>
        <w:br/>
      </w:r>
      <w:r>
        <w:rPr>
          <w:sz w:val="20"/>
        </w:rPr>
        <w:t>8:36  yeh zaban ka ek usool hai ke qasd lafz tadull ala qasd al ma'ani, yaani lafz ke takrar se maani mein izafa hota hai.</w:t>
      </w:r>
      <w:r>
        <w:br/>
      </w:r>
      <w:r>
        <w:rPr>
          <w:sz w:val="20"/>
        </w:rPr>
        <w:t>8:48  to yeh ek sifat ki takrar hai.</w:t>
      </w:r>
      <w:r>
        <w:br/>
      </w:r>
      <w:r>
        <w:rPr>
          <w:sz w:val="20"/>
        </w:rPr>
        <w:t>8:51  yeh aisa nahi ke rahman ke maani kuch hain, rahim ke maani kuch hain. isi isi dono ke maani ek hi hain. to takrar karne ka matlab yeh hai ke aap ne is ki ta'keed ki,</w:t>
      </w:r>
      <w:r>
        <w:br/>
      </w:r>
      <w:r>
        <w:rPr>
          <w:sz w:val="20"/>
        </w:rPr>
        <w:t>9:04  is par zor diya.</w:t>
      </w:r>
      <w:r>
        <w:br/>
      </w:r>
      <w:r>
        <w:rPr>
          <w:sz w:val="20"/>
        </w:rPr>
        <w:t>9:09  to yeh bismillah rahman rahim ka ta'alluq sirf Quran se nahi hai, woh koi rasmi kalma nahi hai.</w:t>
      </w:r>
      <w:r>
        <w:br/>
      </w:r>
      <w:r>
        <w:rPr>
          <w:sz w:val="20"/>
        </w:rPr>
        <w:t>9:20  woh ek kainaat ki ek azeem haqeeqat ko yaad karna hai ke is kainaat mein koi bhi cheez, chahe zarra ho ya aftab ho, solar system ho ya galaxy ho,</w:t>
      </w:r>
      <w:r>
        <w:br/>
      </w:r>
      <w:r>
        <w:rPr>
          <w:sz w:val="20"/>
        </w:rPr>
        <w:t>9:37  insan ho ya haiwan ho, sab har lamha Allah ki madad paate hain, tab woh is duniya mein qaim rehte hain.</w:t>
      </w:r>
      <w:r>
        <w:br/>
      </w:r>
      <w:r>
        <w:rPr>
          <w:sz w:val="20"/>
        </w:rPr>
        <w:t>9:48  to jab aap kaam shuru karein, koi qabil-e-zikr kaam, aur dil se is ki spirit ke sath is kalme ko ada karein, is ka matlab yeh hai ke aap ne kamyabi ki zameen ko pa liya.</w:t>
      </w:r>
    </w:p>
    <w:p>
      <w:pPr>
        <w:pStyle w:val="Heading2"/>
      </w:pPr>
      <w:r>
        <w:t>Farewell Hajj sermon: not a rights charter but a new era</w:t>
      </w:r>
    </w:p>
    <w:p>
      <w:r>
        <w:rPr>
          <w:color w:val="666666"/>
          <w:sz w:val="18"/>
        </w:rPr>
        <w:t>Revival of Abrahamic Mission October 28, 2012 · 5m 40s · at 16:10 · https://youtu.be/9mV72V5gsqM?t=970</w:t>
      </w:r>
    </w:p>
    <w:p>
      <w:r>
        <w:rPr>
          <w:i/>
        </w:rPr>
        <w:t>“رسول اللہ نے حجۃ الوداع میں جو مراسم ادا کیے۔”</w:t>
      </w:r>
    </w:p>
    <w:p>
      <w:r>
        <w:rPr>
          <w:sz w:val="20"/>
        </w:rPr>
        <w:t>16:09  yeh hai qiss</w:t>
      </w:r>
      <w:r>
        <w:br/>
      </w:r>
      <w:r>
        <w:rPr>
          <w:sz w:val="20"/>
        </w:rPr>
        <w:t>16:10  a. to Rasool Allah Sal Allahu Alaihi Wasallam ne jo Hajj kiya tha jis ko hum kehte hain Hajjat-ul-Wida, aap ne apni wafat se taqreeban do mahine pehle is mauqe par aap ne woh saare marasim jo ada kiye isi ko haaliya log ada karte hain.</w:t>
      </w:r>
      <w:r>
        <w:br/>
      </w:r>
      <w:r>
        <w:rPr>
          <w:sz w:val="20"/>
        </w:rPr>
        <w:t>16:31  isi ko partial sense mein hum Eid al-Adha ke mauqe par ada karte hain.</w:t>
      </w:r>
      <w:r>
        <w:br/>
      </w:r>
      <w:r>
        <w:rPr>
          <w:sz w:val="20"/>
        </w:rPr>
        <w:t>16:38  to woh kya tha?</w:t>
      </w:r>
      <w:r>
        <w:br/>
      </w:r>
      <w:r>
        <w:rPr>
          <w:sz w:val="20"/>
        </w:rPr>
        <w:t>16:41  woh kya tha?</w:t>
      </w:r>
      <w:r>
        <w:br/>
      </w:r>
      <w:r>
        <w:rPr>
          <w:sz w:val="20"/>
        </w:rPr>
        <w:t>16:46  dekhen rasool Allah sal Allah aleh wasalam ne tawaf kiya, saaye ki, shaitan ko kankaryan maari waghera waghera hote hue aap Arafat mein waqoof kiya aap ne.</w:t>
      </w:r>
      <w:r>
        <w:br/>
      </w:r>
      <w:r>
        <w:rPr>
          <w:sz w:val="20"/>
        </w:rPr>
        <w:t>17:00  jis ko haj ka rukn aazam mana jata hai.</w:t>
      </w:r>
      <w:r>
        <w:br/>
      </w:r>
      <w:r>
        <w:rPr>
          <w:sz w:val="20"/>
        </w:rPr>
        <w:t>17:04  hadees mein aata hai ke al haj Arafah yani Arafat mein agar aap ne qayam kar liya to aap ka haj ho gaya. to is ka culmination hota hai Arafat mein qayam.</w:t>
      </w:r>
      <w:r>
        <w:br/>
      </w:r>
      <w:r>
        <w:rPr>
          <w:sz w:val="20"/>
        </w:rPr>
        <w:t>17:19  poora haj ka jo مراسم hai is ka culmination hai Arafat Arafat mein qayam. isi liye ke al haj Arafah</w:t>
      </w:r>
      <w:r>
        <w:br/>
      </w:r>
      <w:r>
        <w:rPr>
          <w:sz w:val="20"/>
        </w:rPr>
        <w:t>17:29  . ab dekhiye ke aap ne yeh sab jo kiya to kiya yeh sirf yeh kuch rituals thay?</w:t>
      </w:r>
      <w:r>
        <w:br/>
      </w:r>
      <w:r>
        <w:rPr>
          <w:sz w:val="20"/>
        </w:rPr>
        <w:t>17:40  koi rasmein theen? nahin. yeh aap ne ek illustrate kiya is baat ko ke Allah ke sachay mannay walay ko kya karna hai.</w:t>
      </w:r>
      <w:r>
        <w:br/>
      </w:r>
      <w:r>
        <w:rPr>
          <w:sz w:val="20"/>
        </w:rPr>
        <w:t>17:57  isko Allah ke gird tawaf karna hai, Allah ke mission ke liye daurna hai, Allah ke liye qurbani dena hai, Allah ke liye sona hai, Allah ke liye jaagna hai, Allah ke liye theharna hai, Allah ke liye safar karna hai.</w:t>
      </w:r>
      <w:r>
        <w:br/>
      </w:r>
      <w:r>
        <w:rPr>
          <w:sz w:val="20"/>
        </w:rPr>
        <w:t>18:12  yani dawat Allah ke liye. yeh sari sargharmiyan dawat Allah ke liye.</w:t>
      </w:r>
      <w:r>
        <w:br/>
      </w:r>
      <w:r>
        <w:rPr>
          <w:sz w:val="20"/>
        </w:rPr>
        <w:t>18:20  ek sahab ne likha hai, ek mufassir ne ke haj haj jihad ki mashq hai.</w:t>
      </w:r>
      <w:r>
        <w:br/>
      </w:r>
      <w:r>
        <w:rPr>
          <w:sz w:val="20"/>
        </w:rPr>
        <w:t>18:31  magar yeh baat sahi nahin hai. haj dawat Allah ki mashq hai. dawat Allah ki mashq hai jihad.</w:t>
      </w:r>
      <w:r>
        <w:br/>
      </w:r>
      <w:r>
        <w:rPr>
          <w:sz w:val="20"/>
        </w:rPr>
        <w:t>18:40  sari jo karrwaiyan hoti hain haqeeqatan woh ajza hain ek daee ke.</w:t>
      </w:r>
      <w:r>
        <w:br/>
      </w:r>
      <w:r>
        <w:rPr>
          <w:sz w:val="20"/>
        </w:rPr>
        <w:t>18:48  phir aap dekhiye Arafat Arafat ke maidan mein rasool Allah aaye, sare sahaba aaye to wahan par ek ek pahari hai jis ko kehte hain jabal rehmat.</w:t>
      </w:r>
      <w:r>
        <w:br/>
      </w:r>
      <w:r>
        <w:rPr>
          <w:sz w:val="20"/>
        </w:rPr>
        <w:t>19:01  wahan par kharay ho kar aap ne ek khutba diya. dekhiye itnay sare room mein ek lakh chobees hazar wahan par thay maujood.</w:t>
      </w:r>
      <w:r>
        <w:br/>
      </w:r>
      <w:r>
        <w:rPr>
          <w:sz w:val="20"/>
        </w:rPr>
        <w:t>19:10  sab tak aap ki awaz nahin puhanch sakti thi.</w:t>
      </w:r>
      <w:r>
        <w:br/>
      </w:r>
      <w:r>
        <w:rPr>
          <w:sz w:val="20"/>
        </w:rPr>
        <w:t>19:13  to is ki shakal yeh hui. kaha jata hai ke Abbas jo aap ke chacha thay woh jahir al saud thay.</w:t>
      </w:r>
      <w:r>
        <w:br/>
      </w:r>
      <w:r>
        <w:rPr>
          <w:sz w:val="20"/>
        </w:rPr>
        <w:t>19:24  yani un ki awaz bohat buland hoti thi. to wahan shakal yeh thi ke rasool Allah bolte thay. phir Hazrat Abbas us ko ziyada buland awaz se bolte thay.</w:t>
      </w:r>
      <w:r>
        <w:br/>
      </w:r>
      <w:r>
        <w:rPr>
          <w:sz w:val="20"/>
        </w:rPr>
        <w:t>19:37  taake logon tak baat puhanchay. is tarah hua yeh</w:t>
      </w:r>
      <w:r>
        <w:br/>
      </w:r>
      <w:r>
        <w:rPr>
          <w:sz w:val="20"/>
        </w:rPr>
        <w:t>19:41  sab. is Hajjat al Wida mein rasool Allah ne jo baatein kahi theen us ke liye logon ne ek bohat bara lafz daryaft kiya hai ke woh hai huqooq al insaan ka manshoor.</w:t>
      </w:r>
      <w:r>
        <w:br/>
      </w:r>
      <w:r>
        <w:rPr>
          <w:sz w:val="20"/>
        </w:rPr>
        <w:t>19:52  mein is se ittefaq nahin karta. huqooq al insaan ka manshoor manshoor to ek bohat choti cheez hai. nahin, woh dawat Allah ki planning thi.</w:t>
      </w:r>
      <w:r>
        <w:br/>
      </w:r>
      <w:r>
        <w:rPr>
          <w:sz w:val="20"/>
        </w:rPr>
        <w:t>20:04  abadi zindagi huqooq al insaan ka manshoor kya hai?</w:t>
      </w:r>
      <w:r>
        <w:br/>
      </w:r>
      <w:r>
        <w:rPr>
          <w:sz w:val="20"/>
        </w:rPr>
        <w:t>20:10  manshoor ka matlab hota hai declaration. yani declaration of human rights. huqooq al insaan ka manshoor kya hai?</w:t>
      </w:r>
      <w:r>
        <w:br/>
      </w:r>
      <w:r>
        <w:rPr>
          <w:sz w:val="20"/>
        </w:rPr>
        <w:t>20:21  dunya ki zindagi mein jo insaan ke rights hain us ka ailan.</w:t>
      </w:r>
      <w:r>
        <w:br/>
      </w:r>
      <w:r>
        <w:rPr>
          <w:sz w:val="20"/>
        </w:rPr>
        <w:t>20:31  yeh to bohat choti cheez hai. rasool Allah is liye aaye thay ke insaan ko abadi kamyabi ka rasta dikhaen.</w:t>
      </w:r>
      <w:r>
        <w:br/>
      </w:r>
      <w:r>
        <w:rPr>
          <w:sz w:val="20"/>
        </w:rPr>
        <w:t>20:41  aap jantay hain ke insaan ki zindagi dunya mein shuru hoti hai lekin phir us ko eternity tak jaari rehti hai. abadi taur par.</w:t>
      </w:r>
      <w:r>
        <w:br/>
      </w:r>
      <w:r>
        <w:rPr>
          <w:sz w:val="20"/>
        </w:rPr>
        <w:t>20:51  to is poori zindagi mein guide karne ke liye rasool Allah aaye thay. to Hajjat al Wida ka jo khutba hai woh mere nazdeek is ka yeh sahi taabeer nahin ke huqooq al insaan ka manshoor tha woh.</w:t>
      </w:r>
      <w:r>
        <w:br/>
      </w:r>
      <w:r>
        <w:rPr>
          <w:sz w:val="20"/>
        </w:rPr>
        <w:t>21:09  nahi, is mein jo baatein hain ke woh ek daur ka khatma aur doosre daur ka aaghaz is ka ailaan kiya aap ne.</w:t>
      </w:r>
      <w:r>
        <w:br/>
      </w:r>
      <w:r>
        <w:rPr>
          <w:sz w:val="20"/>
        </w:rPr>
        <w:t>21:19  Yaani woh daur jo ladaai bhadaai par chalta tha, jo maal ki chhan jhapta par chalta tha, is mein yahi sab baatein hain.</w:t>
      </w:r>
      <w:r>
        <w:br/>
      </w:r>
      <w:r>
        <w:rPr>
          <w:sz w:val="20"/>
        </w:rPr>
        <w:t>21:30  To yeh jo hota tha qabaili daur mein aap ne ailaan kiya ke aaj se sab cheezein khatam. Ab ek naya daur shuru hoga.</w:t>
      </w:r>
      <w:r>
        <w:br/>
      </w:r>
      <w:r>
        <w:rPr>
          <w:sz w:val="20"/>
        </w:rPr>
        <w:t>21:40  Woh daur hoga Khuda rakhi daur, aakhirat rakhi daur, God oriented daur.</w:t>
      </w:r>
    </w:p>
    <w:p>
      <w:pPr>
        <w:pStyle w:val="Heading2"/>
      </w:pPr>
      <w:r>
        <w:t>Full discussion: praying for non-Muslims and for material desires</w:t>
      </w:r>
    </w:p>
    <w:p>
      <w:r>
        <w:rPr>
          <w:color w:val="666666"/>
          <w:sz w:val="18"/>
        </w:rPr>
        <w:t>The Importance of Dua | April 4, 2016 | Maulana Wahiduddin Khan · 5m 01s · at 15:31 · https://youtu.be/B9d4B3Nqiww?t=931</w:t>
      </w:r>
    </w:p>
    <w:p>
      <w:r>
        <w:rPr>
          <w:i/>
        </w:rPr>
        <w:t>“Curse karna tou jaiz hi nahi hai”</w:t>
      </w:r>
    </w:p>
    <w:p>
      <w:r>
        <w:rPr>
          <w:sz w:val="20"/>
        </w:rPr>
        <w:t>15:31  and karna hai.</w:t>
      </w:r>
      <w:r>
        <w:br/>
      </w:r>
      <w:r>
        <w:rPr>
          <w:sz w:val="20"/>
        </w:rPr>
        <w:t>15:37  مولانا, you just talked about that many Muslims curse others in their prayer.</w:t>
      </w:r>
      <w:r>
        <w:br/>
      </w:r>
      <w:r>
        <w:rPr>
          <w:sz w:val="20"/>
        </w:rPr>
        <w:t>15:43  So a person has asked this question: Mr. Shahab Ahmed, can we do dua for non-Muslims? Dekhiye,</w:t>
      </w:r>
      <w:r>
        <w:br/>
      </w:r>
      <w:r>
        <w:rPr>
          <w:sz w:val="20"/>
        </w:rPr>
        <w:t>15:49  kars to jaiz hi nahi hai.</w:t>
      </w:r>
      <w:r>
        <w:br/>
      </w:r>
      <w:r>
        <w:rPr>
          <w:sz w:val="20"/>
        </w:rPr>
        <w:t>15:55  jo musalman kars kar rahe hain sari dunya mein, jis ko kehte hain qunoot-e-nazilah, woh jaiz hi nahi hai.</w:t>
      </w:r>
      <w:r>
        <w:br/>
      </w:r>
      <w:r>
        <w:rPr>
          <w:sz w:val="20"/>
        </w:rPr>
        <w:t>16:01  rasool ne chhod diya aik bar ke baad, ab musalman aaj tak kiye ja rahe hain, woh to</w:t>
      </w:r>
      <w:r>
        <w:br/>
      </w:r>
      <w:r>
        <w:rPr>
          <w:sz w:val="20"/>
        </w:rPr>
        <w:t>16:06  jaiz hi nahi hai.</w:t>
      </w:r>
      <w:r>
        <w:br/>
      </w:r>
      <w:r>
        <w:rPr>
          <w:sz w:val="20"/>
        </w:rPr>
        <w:t>16:11  baqi dua jo hai, dua honi chahiye wid da'wa.</w:t>
      </w:r>
      <w:r>
        <w:br/>
      </w:r>
      <w:r>
        <w:rPr>
          <w:sz w:val="20"/>
        </w:rPr>
        <w:t>16:16  dua wid da'wa, yani hum da'wati ka kaam karein, da'wat ke kaam ko apni zindagi ka mission banaye</w:t>
      </w:r>
      <w:r>
        <w:br/>
      </w:r>
      <w:r>
        <w:rPr>
          <w:sz w:val="20"/>
        </w:rPr>
        <w:t>16:21  huye hon, tab bhi is ki takmeel ke liye, is ki fulfillment ke liye zaroori hai ke Allah</w:t>
      </w:r>
      <w:r>
        <w:br/>
      </w:r>
      <w:r>
        <w:rPr>
          <w:sz w:val="20"/>
        </w:rPr>
        <w:t>16:26  humein madad kare, Allah ki nasrat mile hum ko.</w:t>
      </w:r>
      <w:r>
        <w:br/>
      </w:r>
      <w:r>
        <w:rPr>
          <w:sz w:val="20"/>
        </w:rPr>
        <w:t>16:31  to dua ke sath to lazmi, da'wat ke sath to lazman dua rahe gi.</w:t>
      </w:r>
      <w:r>
        <w:br/>
      </w:r>
      <w:r>
        <w:rPr>
          <w:sz w:val="20"/>
        </w:rPr>
        <w:t>16:37  hum apni apni da'wat ko zyada kamyab banane ke liye dua karein ge, lekin yahan bhi mein kahoon</w:t>
      </w:r>
      <w:r>
        <w:br/>
      </w:r>
      <w:r>
        <w:rPr>
          <w:sz w:val="20"/>
        </w:rPr>
        <w:t>16:43  ga ke is ka matlab yeh nahi ke hum ne dua kiya, idhar is ko iman hasil ho gaya.</w:t>
      </w:r>
      <w:r>
        <w:br/>
      </w:r>
      <w:r>
        <w:rPr>
          <w:sz w:val="20"/>
        </w:rPr>
        <w:t>16:49  aisa hota to paighambaron ke sath aisa nahi hua.</w:t>
      </w:r>
      <w:r>
        <w:br/>
      </w:r>
      <w:r>
        <w:rPr>
          <w:sz w:val="20"/>
        </w:rPr>
        <w:t>16:55  hazrat Nuh ne dua ki apne bete ke liye, qab</w:t>
      </w:r>
      <w:r>
        <w:br/>
      </w:r>
      <w:r>
        <w:rPr>
          <w:sz w:val="20"/>
        </w:rPr>
        <w:t>17:01  ool nahi hua.</w:t>
      </w:r>
      <w:r>
        <w:br/>
      </w:r>
      <w:r>
        <w:rPr>
          <w:sz w:val="20"/>
        </w:rPr>
        <w:t>17:07  Rasool Allah ne dua ki apne apne chacha ke liye, qabool nahi hua.</w:t>
      </w:r>
      <w:r>
        <w:br/>
      </w:r>
      <w:r>
        <w:rPr>
          <w:sz w:val="20"/>
        </w:rPr>
        <w:t>17:13  Ibrahim ne dua ki apne baap ke liye, qabool nahi hua.</w:t>
      </w:r>
      <w:r>
        <w:br/>
      </w:r>
      <w:r>
        <w:rPr>
          <w:sz w:val="20"/>
        </w:rPr>
        <w:t>17:20  yeh matlab nahi ke aap dua kiya aur idhar un ko iman ki tofeeq mil jaye.</w:t>
      </w:r>
      <w:r>
        <w:br/>
      </w:r>
      <w:r>
        <w:rPr>
          <w:sz w:val="20"/>
        </w:rPr>
        <w:t>17:26  ek cheez hai da'wat ke effective, da'wat ko effective banane ke liye is ke asbab ke liye dua karna. Dua hamari,</w:t>
      </w:r>
      <w:r>
        <w:br/>
      </w:r>
      <w:r>
        <w:rPr>
          <w:sz w:val="20"/>
        </w:rPr>
        <w:t>17:32  yaani hamari well wishing ka manifestation hai, well wishing ka phenomenon hai. yaani jab hum kisi ko da'wah dete hain aur uske liye dua bhi karte hain to hum yeh dua zahir kar rahe hain ke hamein sach much us se bohat khair khwahi hai. hum da'wah ka kaam kar rahe hain out of khair khwahi. yeh hai to dua to yaqeenan karna chahiye aadmi ko, har da'i ko, lekin yeh kabhi nahi samj</w:t>
      </w:r>
      <w:r>
        <w:br/>
      </w:r>
      <w:r>
        <w:rPr>
          <w:sz w:val="20"/>
        </w:rPr>
        <w:t>18:02  hni chahiye ke kisi ki dua se kisi ko iman mil jaye ga, chahe woh paighambar ki dua</w:t>
      </w:r>
      <w:r>
        <w:br/>
      </w:r>
      <w:r>
        <w:rPr>
          <w:sz w:val="20"/>
        </w:rPr>
        <w:t>18:06  kyun na ho.</w:t>
      </w:r>
      <w:r>
        <w:br/>
      </w:r>
      <w:r>
        <w:rPr>
          <w:sz w:val="20"/>
        </w:rPr>
        <w:t>18:10  aisa nahi ho sakta.</w:t>
      </w:r>
      <w:r>
        <w:br/>
      </w:r>
      <w:r>
        <w:rPr>
          <w:sz w:val="20"/>
        </w:rPr>
        <w:t>18:15  Maulana, we should do dua for non-Muslims, because dua is an expression of well-wishing, and we</w:t>
      </w:r>
      <w:r>
        <w:br/>
      </w:r>
      <w:r>
        <w:rPr>
          <w:sz w:val="20"/>
        </w:rPr>
        <w:t>18:19  must do dua while we are doing da'wa work.</w:t>
      </w:r>
      <w:r>
        <w:br/>
      </w:r>
      <w:r>
        <w:rPr>
          <w:sz w:val="20"/>
        </w:rPr>
        <w:t>18:23  مولانا, there many people who pray for material or worldly things.</w:t>
      </w:r>
      <w:r>
        <w:br/>
      </w:r>
      <w:r>
        <w:rPr>
          <w:sz w:val="20"/>
        </w:rPr>
        <w:t>18:28  so is it right? theek hai, material cheezon ke liye dua karna jaiz hai,</w:t>
      </w:r>
      <w:r>
        <w:br/>
      </w:r>
      <w:r>
        <w:rPr>
          <w:sz w:val="20"/>
        </w:rPr>
        <w:t>18:32  kyun ke quran mein khud aaya hai, dekhiye ke ma'amun da'wat illa Allah, yaani har insaan ki rizq Allah ke upar hai. Yaani Allah ki, Allah ne apne upar yeh is ki zimmedari li hai ke jab is ne paida kiya hai insaan ko to is ki need bhi poori kare ga. To is liye material cheezon ki dua karna bhi bilkul ja</w:t>
      </w:r>
      <w:r>
        <w:br/>
      </w:r>
      <w:r>
        <w:rPr>
          <w:sz w:val="20"/>
        </w:rPr>
        <w:t>19:02  aiz hai, lekin yahan pe mein kahoon ga ke kya cheez hamari need hai, kya cheez need nahi hai.</w:t>
      </w:r>
      <w:r>
        <w:br/>
      </w:r>
      <w:r>
        <w:rPr>
          <w:sz w:val="20"/>
        </w:rPr>
        <w:t>19:12  to agar waqe'atan hamari need hai to hum ko dua karna chahiye, aur inshallah woh dua qabool bhi hogi.</w:t>
      </w:r>
      <w:r>
        <w:br/>
      </w:r>
      <w:r>
        <w:rPr>
          <w:sz w:val="20"/>
        </w:rPr>
        <w:t>19:22  lekin agar aap aisi dua karein jo aap ki waqe'atan zaroorat na ho to yeh</w:t>
      </w:r>
      <w:r>
        <w:br/>
      </w:r>
      <w:r>
        <w:rPr>
          <w:sz w:val="20"/>
        </w:rPr>
        <w:t>19:32  to bas ho jaye gi, woh bhi qabool ho jaye gi.</w:t>
      </w:r>
      <w:r>
        <w:br/>
      </w:r>
      <w:r>
        <w:rPr>
          <w:sz w:val="20"/>
        </w:rPr>
        <w:t>19:37  aisa nahi ho sakta.</w:t>
      </w:r>
      <w:r>
        <w:br/>
      </w:r>
      <w:r>
        <w:rPr>
          <w:sz w:val="20"/>
        </w:rPr>
        <w:t>19:43  misal ke taur par chand par ek American ne sab se pehle qadam rakha, Armstrong ne.</w:t>
      </w:r>
      <w:r>
        <w:br/>
      </w:r>
      <w:r>
        <w:rPr>
          <w:sz w:val="20"/>
        </w:rPr>
        <w:t>19:48  آپ دعا کریں کہ اس سے پہلے مچل چاند پر، حالانکہ آپ star نہیں ہیں، آپ کچھ جانتے</w:t>
      </w:r>
      <w:r>
        <w:br/>
      </w:r>
      <w:r>
        <w:rPr>
          <w:sz w:val="20"/>
        </w:rPr>
        <w:t>19:53  nahi hain is ki technique, to dua se aisa nahi ho jayega.</w:t>
      </w:r>
      <w:r>
        <w:br/>
      </w:r>
      <w:r>
        <w:rPr>
          <w:sz w:val="20"/>
        </w:rPr>
        <w:t>19:58  koi bade sari duniya ke buzurg</w:t>
      </w:r>
      <w:r>
        <w:br/>
      </w:r>
      <w:r>
        <w:rPr>
          <w:sz w:val="20"/>
        </w:rPr>
        <w:t>20:03  mil kar dua karein, tab bhi aisa nahi ho sakta ke pehla insaan jo qadam rakha hai chand par, woh musalman hua. Aise dua nahi qabool hui kabhi bhi. To dua ki yaad rakhiye, dua mein dene wala Allah hota hai, lekin Allah deta hai kisi ko apne apne qanoon ke mutabiq, apni sunnat Allah ke mutabiq. Yeh zaroor yaad yaad rakhna chahiye. So Maulana,</w:t>
      </w:r>
    </w:p>
    <w:p>
      <w:pPr>
        <w:pStyle w:val="Heading2"/>
      </w:pPr>
      <w:r>
        <w:t>The Prophet's real method: reviving marifah and dawah first</w:t>
      </w:r>
    </w:p>
    <w:p>
      <w:r>
        <w:rPr>
          <w:color w:val="666666"/>
          <w:sz w:val="18"/>
        </w:rPr>
        <w:t>Revival of Islam March 23, 2014 · 5m 22s · at 24:46 · https://youtu.be/Wc4Vsc4u1JI?t=1486</w:t>
      </w:r>
    </w:p>
    <w:p>
      <w:r>
        <w:rPr>
          <w:i/>
        </w:rPr>
        <w:t>“The Prophet didn't start by filling mosques”</w:t>
      </w:r>
    </w:p>
    <w:p>
      <w:r>
        <w:rPr>
          <w:sz w:val="20"/>
        </w:rPr>
        <w:t>24:46  ke rasool Allah sallallahu alaihi wasallam ka kya tareeqa tha? kya namoona diya unhone? kyunke awwal zamana to wohi hai, awwal zamana to wohi hai.</w:t>
      </w:r>
      <w:r>
        <w:br/>
      </w:r>
      <w:r>
        <w:rPr>
          <w:sz w:val="20"/>
        </w:rPr>
        <w:t>24:57  to makkah mein jab ke quraish ya makkah ke qadeem log yeh daawa kiye baithe the ke hum hum ibrahim ke deen par hain, hum asli deen hamara hai,</w:t>
      </w:r>
      <w:r>
        <w:br/>
      </w:r>
      <w:r>
        <w:rPr>
          <w:sz w:val="20"/>
        </w:rPr>
        <w:t>25:10  wahan rasool Allah sallallahu alaihi wasallam ne kis tarah kaam shuru kiya? is ko ghor kijiye. kitabon mein aata hai ke aap wahan jaate the, jahan jahan bhi dekhte the ke kuch chand aadmi ikattha hain, wahan jaate the, wahan farmate the "ayyuha al-nas qoolu la ilaha illa tuflihu" .</w:t>
      </w:r>
      <w:r>
        <w:br/>
      </w:r>
      <w:r>
        <w:rPr>
          <w:sz w:val="20"/>
        </w:rPr>
        <w:t>25:31  ae logon! kaho ke Allah ke siwa koi ilah nahi, tum falaah paoge.</w:t>
      </w:r>
      <w:r>
        <w:br/>
      </w:r>
      <w:r>
        <w:rPr>
          <w:sz w:val="20"/>
        </w:rPr>
        <w:t>25:37  is mein bohat bada khazana hai ilm ka, bohat badi baat hai.</w:t>
      </w:r>
      <w:r>
        <w:br/>
      </w:r>
      <w:r>
        <w:rPr>
          <w:sz w:val="20"/>
        </w:rPr>
        <w:t>25:44  dekhein, la ilah ka matlab kya hai? la ilaha illallah ka matlab kya hai? yeh represent karta hai spirit of islam ko, ideology of islam ko.</w:t>
      </w:r>
      <w:r>
        <w:br/>
      </w:r>
      <w:r>
        <w:rPr>
          <w:sz w:val="20"/>
        </w:rPr>
        <w:t>25:58  la ilaha illallah jo hai woh islam ki ideology hai, islam ki spirit hai.</w:t>
      </w:r>
      <w:r>
        <w:br/>
      </w:r>
      <w:r>
        <w:rPr>
          <w:sz w:val="20"/>
        </w:rPr>
        <w:t>26:06  to is mani ke rasool Allah sal Allah aleh wasalam ne jab kaam shuru kiya to aap ne isprit ka ehya kiya, isprit ko revive karna shuru kiya. yeh nahi ke masjidain bhuro, yaani yeh nahi shuru kiya aap ne.</w:t>
      </w:r>
      <w:r>
        <w:br/>
      </w:r>
      <w:r>
        <w:rPr>
          <w:sz w:val="20"/>
        </w:rPr>
        <w:t>26:18  is masjidain bhuro aur nizam qaim karo aur hukoomat qaim karo, is se nahi shuru kiya aap ne. aaj kal jo hangama aap dekh rahe hain, yaani maujooda zamane mein revolution ke naam par bohat si tehreekein uthi hain.</w:t>
      </w:r>
      <w:r>
        <w:br/>
      </w:r>
      <w:r>
        <w:rPr>
          <w:sz w:val="20"/>
        </w:rPr>
        <w:t>26:33  maujooda zamane mein kam az kam teen sau saal ke andar</w:t>
      </w:r>
      <w:r>
        <w:br/>
      </w:r>
      <w:r>
        <w:rPr>
          <w:sz w:val="20"/>
        </w:rPr>
        <w:t>26:36  koi kya kar raha hai? hukoomat qaim karne ke hangame jari kiye hue hain. koi kehta hai hum justice ka nizam qaim karenge, koi kaha masjidain bharen ge. tarah tarah ke hangame jari hain lekin rasool Allah sal Allah aleh wasalam ne aisa nahi kiya.</w:t>
      </w:r>
      <w:r>
        <w:br/>
      </w:r>
      <w:r>
        <w:rPr>
          <w:sz w:val="20"/>
        </w:rPr>
        <w:t>26:50  rasool Allah sal Allah aleh wasalam ne Islam ki ideology jo hai, Islam ki isprit hai, us ko zinda kiya aap ne. La ilaha ill Allah Islam ki ideology hai, Islam ki isprit hai.</w:t>
      </w:r>
      <w:r>
        <w:br/>
      </w:r>
      <w:r>
        <w:rPr>
          <w:sz w:val="20"/>
        </w:rPr>
        <w:t>27:04  yaani us ko doosre lafz aap keh sakte hain ke yaani marifat, marifat ko zinda karne se aap ne aghaz kiya. doosri baat is se kya nikalti hai ke aap jab jaate the logon ke darmiyan, woh kehte the "qullu la ilaha illu tufllu".</w:t>
      </w:r>
      <w:r>
        <w:br/>
      </w:r>
      <w:r>
        <w:rPr>
          <w:sz w:val="20"/>
        </w:rPr>
        <w:t>27:21  yeh yeh kalma daawat hota tha "ayyuha al-nas qullu la ilaha illu tufllu".</w:t>
      </w:r>
      <w:r>
        <w:br/>
      </w:r>
      <w:r>
        <w:rPr>
          <w:sz w:val="20"/>
        </w:rPr>
        <w:t>27:30  yeh kya hota tha? yeh kalma daawat.</w:t>
      </w:r>
      <w:r>
        <w:br/>
      </w:r>
      <w:r>
        <w:rPr>
          <w:sz w:val="20"/>
        </w:rPr>
        <w:t>27:33  is ke mani ke is mein do cheezein niklein: marifat aur daawat. marifat aur daawat. rasool Allah sal Allah aleh wasalam ka jo jo pattern hai pehle zamane ka,</w:t>
      </w:r>
      <w:r>
        <w:br/>
      </w:r>
      <w:r>
        <w:rPr>
          <w:sz w:val="20"/>
        </w:rPr>
        <w:t>27:47  jis se ke Islam ka aghaz hua, jo doosron ko ajeeb ajnabi ajnabi maloom hota tha, us mein do hi cheezein thin basic: marifat aur daawat.</w:t>
      </w:r>
      <w:r>
        <w:br/>
      </w:r>
      <w:r>
        <w:rPr>
          <w:sz w:val="20"/>
        </w:rPr>
        <w:t>27:59  "ayyuha al-nas qullu la ilaha illu tufllu" . isi mein dono baatein nikal rahi hain.</w:t>
      </w:r>
      <w:r>
        <w:br/>
      </w:r>
      <w:r>
        <w:rPr>
          <w:sz w:val="20"/>
        </w:rPr>
        <w:t>28:07  is se kya sabit hua ke baad ke zamane mein jab ummat mein zawal aa jaye to us waqt dobara jo zinda karne ka kaam hai ummat ko, revive karne ka kaam hai, to yahan se shuru hoga.</w:t>
      </w:r>
      <w:r>
        <w:br/>
      </w:r>
      <w:r>
        <w:rPr>
          <w:sz w:val="20"/>
        </w:rPr>
        <w:t>28:21  yaani marifat aur daawat ke ehya se shuru hoga. yeh</w:t>
      </w:r>
      <w:r>
        <w:br/>
      </w:r>
      <w:r>
        <w:rPr>
          <w:sz w:val="20"/>
        </w:rPr>
        <w:t>28:26  do point hain ke yeh two point formula hai ke baad ki ummat mein in ke andar marifat ko zinda karo aur daawat ko zinda karo.</w:t>
      </w:r>
      <w:r>
        <w:br/>
      </w:r>
      <w:r>
        <w:rPr>
          <w:sz w:val="20"/>
        </w:rPr>
        <w:t>28:38  marifat apni zaat ke aitbar se aur daawat doosre aqwam ke aitbar se. jab bhi musalman honge to zahir hai kuch doosri qoumein bhi hongi, doosre log bhi honge.</w:t>
      </w:r>
      <w:r>
        <w:br/>
      </w:r>
      <w:r>
        <w:rPr>
          <w:sz w:val="20"/>
        </w:rPr>
        <w:t>28:51  to apne aitbar se marifat ko zinda karna aur doosron ke aitbar se daawat ko zinda karna, yeh hai pehla model jo rasool Allah ke zamane se hamein daryaft hota hai.</w:t>
      </w:r>
      <w:r>
        <w:br/>
      </w:r>
      <w:r>
        <w:rPr>
          <w:sz w:val="20"/>
        </w:rPr>
        <w:t>29:04  ab aap ghor kijiye ke yeh model jo hai aaj ke zamane ke musalmanon mein phir ajnabi ho gaya hai. in ki samajh mein bhi nahi aata.</w:t>
      </w:r>
      <w:r>
        <w:br/>
      </w:r>
      <w:r>
        <w:rPr>
          <w:sz w:val="20"/>
        </w:rPr>
        <w:t>29:14  ab to in ko samajh mein aata hai ke jalsay ki dhoom aur stage ki dhoom aur masjidon mein masjidon ko bharna aur nizam qaim karo, hukoomat qaim karo, us ke hangame khade karna waghera waghera jo aap jante hain, rozana khabrein aati rehti hain.</w:t>
      </w:r>
      <w:r>
        <w:br/>
      </w:r>
      <w:r>
        <w:rPr>
          <w:sz w:val="20"/>
        </w:rPr>
        <w:t>29:33  woh hai model jo bana rakha hai musalmanon ne. is model ke muqable mein yeh model in ko ajnabi maloom hota hai.</w:t>
      </w:r>
      <w:r>
        <w:br/>
      </w:r>
      <w:r>
        <w:rPr>
          <w:sz w:val="20"/>
        </w:rPr>
        <w:t>29:41  yaani jo model marifat aur daawat par mabni hai, woh in ko ajnabi maloom hota hai. ajnabi. theek wohi soorat haal aaj qaim ho gayi hai jo pehle zamane mein thi ke woh deen, woh deeni model jo rasool Allah ka model tha, jis ke jis ke bunyadi nuqte do the: marifat aur daawat.</w:t>
      </w:r>
      <w:r>
        <w:br/>
      </w:r>
      <w:r>
        <w:rPr>
          <w:sz w:val="20"/>
        </w:rPr>
        <w:t>30:01  apni nisbat se marifat, doosre ki nisbat se daawat. to yeh model logon ke liye ajnabi ho gaya.</w:t>
      </w:r>
    </w:p>
    <w:p>
      <w:pPr>
        <w:pStyle w:val="Heading2"/>
      </w:pPr>
      <w:r>
        <w:t>Five companions spread the Quran across Syria</w:t>
      </w:r>
    </w:p>
    <w:p>
      <w:r>
        <w:rPr>
          <w:color w:val="666666"/>
          <w:sz w:val="18"/>
        </w:rPr>
        <w:t>Lessons From The Life of Abu Darda (ra) November 9, 2025 · 4m 30s · at 34:07 · https://youtu.be/5V4oxolMiBA?t=2047</w:t>
      </w:r>
    </w:p>
    <w:p>
      <w:r>
        <w:rPr>
          <w:i/>
        </w:rPr>
        <w:t>“Five companions were sent to teach Syria the Quran”</w:t>
      </w:r>
    </w:p>
    <w:p>
      <w:r>
        <w:rPr>
          <w:sz w:val="20"/>
        </w:rPr>
        <w:t>34:07  and doctor sahib, when hazrat abu dardah moved to syria, he established the first halqa system and transformed the city into quranic center of learning.</w:t>
      </w:r>
      <w:r>
        <w:br/>
      </w:r>
      <w:r>
        <w:rPr>
          <w:sz w:val="20"/>
        </w:rPr>
        <w:t>34:17  so please tell us about that also. yar, saad ibn ishaq narrated from muhammad ibn ka'ab that five companions were among the first to memorize and compile the quran.</w:t>
      </w:r>
      <w:r>
        <w:br/>
      </w:r>
      <w:r>
        <w:rPr>
          <w:sz w:val="20"/>
        </w:rPr>
        <w:t>34:32  they were mu'adh ibn jabal, ubada ibn as-samit, abu ad-darda, abu ayyub al-ansari, and ubayy ibn ka'b.</w:t>
      </w:r>
      <w:r>
        <w:br/>
      </w:r>
      <w:r>
        <w:rPr>
          <w:sz w:val="20"/>
        </w:rPr>
        <w:t>34:43  so during the khilafat of umar (ra), yazeed ibn abi sufyan, the governor of syria, he wrote to umar (ra), saying that people in syria need teachers to teach them the quran.</w:t>
      </w:r>
      <w:r>
        <w:br/>
      </w:r>
      <w:r>
        <w:rPr>
          <w:sz w:val="20"/>
        </w:rPr>
        <w:t>35:01  so he requested umar (ra) to send scholars who could teach them and guide them. so hazrat umar called upon five companions to undertake this noble mission, out of which abu ayyub al-ansari and ubayy ibn ka'b were old, and they were not well.</w:t>
      </w:r>
      <w:r>
        <w:br/>
      </w:r>
      <w:r>
        <w:rPr>
          <w:sz w:val="20"/>
        </w:rPr>
        <w:t>35:22  so they were unable to travel due to illness.</w:t>
      </w:r>
      <w:r>
        <w:br/>
      </w:r>
      <w:r>
        <w:rPr>
          <w:sz w:val="20"/>
        </w:rPr>
        <w:t>35:25  so umar (ra) selected three sahaba, mu'adh ibn jabal, ubada ibn as-samit, and abu ad-darda, for this task.</w:t>
      </w:r>
      <w:r>
        <w:br/>
      </w:r>
      <w:r>
        <w:rPr>
          <w:sz w:val="20"/>
        </w:rPr>
        <w:t>35:36  and umar (ra) instructed them first to go to homs. homs is a town in syria, it is called homs in english, and begin teaching there</w:t>
      </w:r>
      <w:r>
        <w:br/>
      </w:r>
      <w:r>
        <w:rPr>
          <w:sz w:val="20"/>
        </w:rPr>
        <w:t>35:49  . and he said, "when you taught people in homs, then move to damascus and palestine." so all three companions arrived in homs and started teaching people the quran.</w:t>
      </w:r>
      <w:r>
        <w:br/>
      </w:r>
      <w:r>
        <w:rPr>
          <w:sz w:val="20"/>
        </w:rPr>
        <w:t>36:04  and after some times, abu ad-darda (ra) moved to damascus, mu'adh ibn jabal went to palestine, and ubada ibn as-samit stayed in</w:t>
      </w:r>
      <w:r>
        <w:br/>
      </w:r>
      <w:r>
        <w:rPr>
          <w:sz w:val="20"/>
        </w:rPr>
        <w:t>36:14  homs. so in this way, these companions became the first teachers of the quran in the land of syria and palestine.</w:t>
      </w:r>
      <w:r>
        <w:br/>
      </w:r>
      <w:r>
        <w:rPr>
          <w:sz w:val="20"/>
        </w:rPr>
        <w:t>36:23  and through their dedication, travel and hard work, the message of the quran reached to distant lands within a short period of time.</w:t>
      </w:r>
      <w:r>
        <w:br/>
      </w:r>
      <w:r>
        <w:rPr>
          <w:sz w:val="20"/>
        </w:rPr>
        <w:t>36:33  and abu ad-darda in particular became known as the first qadi, the first judge, and the chief teacher of the quran in damascus.</w:t>
      </w:r>
      <w:r>
        <w:br/>
      </w:r>
      <w:r>
        <w:rPr>
          <w:sz w:val="20"/>
        </w:rPr>
        <w:t>36:46  and as you also mentioned, he organized quran circles, which is called halqa, meaning people sitting in a circle in the mosque of damascus.</w:t>
      </w:r>
      <w:r>
        <w:br/>
      </w:r>
      <w:r>
        <w:rPr>
          <w:sz w:val="20"/>
        </w:rPr>
        <w:t>36:56  even today, if you go to arab countries, after fajr, they sit in halqa,</w:t>
      </w:r>
      <w:r>
        <w:br/>
      </w:r>
      <w:r>
        <w:rPr>
          <w:sz w:val="20"/>
        </w:rPr>
        <w:t>37:01  they sit in circle, then they read the quran, discuss about it. so it's a very good habit, which is still continued. so he organized the quran circles.</w:t>
      </w:r>
      <w:r>
        <w:br/>
      </w:r>
      <w:r>
        <w:rPr>
          <w:sz w:val="20"/>
        </w:rPr>
        <w:t>37:12  he was the first to organize quran circles, halqa, in the mosque of damascus, where hundreds would gather to study the quran.</w:t>
      </w:r>
      <w:r>
        <w:br/>
      </w:r>
      <w:r>
        <w:rPr>
          <w:sz w:val="20"/>
        </w:rPr>
        <w:t>37:22  and he was the first to introduce this system for studying the quran. and he used to supervise about 200</w:t>
      </w:r>
      <w:r>
        <w:br/>
      </w:r>
      <w:r>
        <w:rPr>
          <w:sz w:val="20"/>
        </w:rPr>
        <w:t>37:30  halqa. you can imagine massive scene of about 200 halqa.</w:t>
      </w:r>
      <w:r>
        <w:br/>
      </w:r>
      <w:r>
        <w:rPr>
          <w:sz w:val="20"/>
        </w:rPr>
        <w:t>37:38  every halqa used to have 10 people. so 2000 people sitting and reading the quran, that must have been an incredible scene.</w:t>
      </w:r>
      <w:r>
        <w:br/>
      </w:r>
      <w:r>
        <w:rPr>
          <w:sz w:val="20"/>
        </w:rPr>
        <w:t>37:48  so the quran we hold in our hands today is the result of their devotion and sacrifice of these great companions.</w:t>
      </w:r>
      <w:r>
        <w:br/>
      </w:r>
      <w:r>
        <w:rPr>
          <w:sz w:val="20"/>
        </w:rPr>
        <w:t>37:59  they not only memorized and preserved it, but also traveled to distant places to spread the word of god.</w:t>
      </w:r>
      <w:r>
        <w:br/>
      </w:r>
      <w:r>
        <w:rPr>
          <w:sz w:val="20"/>
        </w:rPr>
        <w:t>38:10  so they were the torch bearers of divine guidance. and their life remind us that the quran was spread by the sacrifice of these great sahaba.</w:t>
      </w:r>
      <w:r>
        <w:br/>
      </w:r>
      <w:r>
        <w:rPr>
          <w:sz w:val="20"/>
        </w:rPr>
        <w:t>38:25  allah be pleased with them (ra) all together.</w:t>
      </w:r>
      <w:r>
        <w:br/>
      </w:r>
      <w:r>
        <w:rPr>
          <w:sz w:val="20"/>
        </w:rPr>
        <w:t>38:29  ameen. and these musk are preserved, doctor sahib, as of now? yar, musk is still there. pictures are also available of?</w:t>
      </w:r>
    </w:p>
    <w:p>
      <w:pPr>
        <w:pStyle w:val="Heading2"/>
      </w:pPr>
      <w:r>
        <w:t>Criterion for true prayer: spirit of modesty</w:t>
      </w:r>
    </w:p>
    <w:p>
      <w:r>
        <w:rPr>
          <w:color w:val="666666"/>
          <w:sz w:val="18"/>
        </w:rPr>
        <w:t>On Salah (Prayer) | January 22, 2006 | Maulana Wahiduddin Khan · 3m 01s · at 41:15 · https://youtu.be/k9e3-2e4uTw?t=2475</w:t>
      </w:r>
    </w:p>
    <w:p>
      <w:r>
        <w:rPr>
          <w:i/>
        </w:rPr>
        <w:t>“Is se humein criterion mila: how to judge the true spirit of prayer?”</w:t>
      </w:r>
    </w:p>
    <w:p>
      <w:r>
        <w:rPr>
          <w:sz w:val="20"/>
        </w:rPr>
        <w:t>41:15  Is se hamein criterion mila. How to judge the true spirit of namaz. Aik aadmi jo namaz parhta hai, aur aaj kal to karoron log namaz parh rahe hain. To jaisa ke maine aik hadith sunai aap ko ke kisi ki namaz ko dekh kar Prophet ne kaha: "Jao phir se namaz parho kyunke tum ne namaz nahi parh</w:t>
      </w:r>
      <w:r>
        <w:br/>
      </w:r>
      <w:r>
        <w:rPr>
          <w:sz w:val="20"/>
        </w:rPr>
        <w:t>41:45  hi." To main aap ko aik criterion deta hoon, bohat hi clear cut criterion. Woh kya? Ke yeh jo maine arz kiya ke Allah Akbar ka matlab yeh hai ke God is great and I am not great. In other words, is ka matlab kya hai? Spirit of modesty. Yani</w:t>
      </w:r>
      <w:r>
        <w:br/>
      </w:r>
      <w:r>
        <w:rPr>
          <w:sz w:val="20"/>
        </w:rPr>
        <w:t>42:15  is namaz inculcate karti hai spirit of modesty ko, yani Khuda ko bara man kar apne aap ko chhota bana lena. Yeh hai criterion. Koi bhi shakhs jo aap ko namaz parhta hua dikhai deta hai, to agar aap paein ke sach much is ke andar modesty hai, arrogance khatam ho gaya hai, egoism nahi hai is ke andar, tab samjhiye ke is ne spirit wali namaz parhi.</w:t>
      </w:r>
      <w:r>
        <w:br/>
      </w:r>
      <w:r>
        <w:rPr>
          <w:sz w:val="20"/>
        </w:rPr>
        <w:t>42:46  Aur agar namaz parh kar bhi is ke andar arrogance hai, egoism hai, to use keh dijiye ke jao tum phir se namaz parho kyunke tum ne namaz nahi parhi. Yani prophetic language mein aap yeh keh sakte hain. To namaz ya salat ya prayer, kisi aadmi ki jo aadmi namaz parhta ho, us ko janchne ka jo crai</w:t>
      </w:r>
      <w:r>
        <w:br/>
      </w:r>
      <w:r>
        <w:rPr>
          <w:sz w:val="20"/>
        </w:rPr>
        <w:t>43:16  terian hai, woh yeh hai ke is ke andar modesty ki spirit aayi ho. To maine arz kiya ke agar aap kisi namaz parhne wale ke andar modesty ki spirit na paein, woh ladta jhagadta ho, ladte jhagadne ka matlab kya hai? Aik bhai egoist hona. Sirf egoist log hi aap ladte jhagadte rehte hain.</w:t>
      </w:r>
      <w:r>
        <w:br/>
      </w:r>
      <w:r>
        <w:rPr>
          <w:sz w:val="20"/>
        </w:rPr>
        <w:t>43:46  Arrogance ka matlab kya hai? Jo aadmi doosre ko acknowledge na kare, woh arrogant hota hai. To jo aadmi ke andar arrogance na jaye, egoism na jaye, ladna jhagadna na jaye, to keh sakte hain aap ke Prophet ne jo kaha hai, woh to bar bar apply ho raha hai ke jao phir se namaz parho ke tum ne abhi namaz nahi parhi hai.</w:t>
      </w:r>
    </w:p>
    <w:p>
      <w:pPr>
        <w:pStyle w:val="Heading2"/>
      </w:pPr>
      <w:r>
        <w:t>Discovery and personal story of speech recovery</w:t>
      </w:r>
    </w:p>
    <w:p>
      <w:r>
        <w:rPr>
          <w:color w:val="666666"/>
          <w:sz w:val="18"/>
        </w:rPr>
        <w:t>Shukr 18 Jan 2020 - Maulana Wahiduddin Khan · 5m 41s · at 10:07 · https://youtu.be/5gy8neGGM_E?t=607</w:t>
      </w:r>
    </w:p>
    <w:p>
      <w:r>
        <w:rPr>
          <w:i/>
        </w:rPr>
        <w:t>“Sab se pehle toh yeh discovery ka kalma hai”</w:t>
      </w:r>
    </w:p>
    <w:p>
      <w:r>
        <w:rPr>
          <w:sz w:val="20"/>
        </w:rPr>
        <w:t>10:07  sab se pehle to yeh discovery ka kalma hai. discovery ka kalma hai. agar discovery hui hai tab woh shukr hai, warna shukri nahi woh.</w:t>
      </w:r>
      <w:r>
        <w:br/>
      </w:r>
      <w:r>
        <w:rPr>
          <w:sz w:val="20"/>
        </w:rPr>
        <w:t>10:22  yani jis cheez ko, jis cheez ko woh iqrar karne ja raha hai, woh cheez bator blessing ke is ne discover ki hai, tab is ne shukr kiya.</w:t>
      </w:r>
      <w:r>
        <w:br/>
      </w:r>
      <w:r>
        <w:rPr>
          <w:sz w:val="20"/>
        </w:rPr>
        <w:t>10:35  warna woh lips service hai aur kuch nahi hai.</w:t>
      </w:r>
      <w:r>
        <w:br/>
      </w:r>
      <w:r>
        <w:rPr>
          <w:sz w:val="20"/>
        </w:rPr>
        <w:t>10:37  Maulana, jo aap ne abhi kaha na ke discover kariye, tab woh ja ke sahi shukr hai, woh lips service nahi hai. to yeh is ko thoda elaborate karenge, Maulana, ke discovery kya hai?</w:t>
      </w:r>
      <w:r>
        <w:br/>
      </w:r>
      <w:r>
        <w:rPr>
          <w:sz w:val="20"/>
        </w:rPr>
        <w:t>10:49  matlab is ke kya mani hain jo aap ne baat kahi</w:t>
      </w:r>
      <w:r>
        <w:br/>
      </w:r>
      <w:r>
        <w:rPr>
          <w:sz w:val="20"/>
        </w:rPr>
        <w:t>10:52  hai? is liye ke jis cheez ko aap shukr karte hain,</w:t>
      </w:r>
      <w:r>
        <w:br/>
      </w:r>
      <w:r>
        <w:rPr>
          <w:sz w:val="20"/>
        </w:rPr>
        <w:t>10:58  neamat, blessing, woh ek bohat bara,</w:t>
      </w:r>
      <w:r>
        <w:br/>
      </w:r>
      <w:r>
        <w:rPr>
          <w:sz w:val="20"/>
        </w:rPr>
        <w:t>11:07  bohat bara atiya hai, mili hui cheez hai. jaise misal ke taur par dekhiye, main bol raha hoon.</w:t>
      </w:r>
      <w:r>
        <w:br/>
      </w:r>
      <w:r>
        <w:rPr>
          <w:sz w:val="20"/>
        </w:rPr>
        <w:t>11:20  yeh bol raha hoon</w:t>
      </w:r>
      <w:r>
        <w:br/>
      </w:r>
      <w:r>
        <w:rPr>
          <w:sz w:val="20"/>
        </w:rPr>
        <w:t>11:24  is liye anokhi baat hai.</w:t>
      </w:r>
      <w:r>
        <w:br/>
      </w:r>
      <w:r>
        <w:rPr>
          <w:sz w:val="20"/>
        </w:rPr>
        <w:t>11:28  jaise aaj main ne kaha ke</w:t>
      </w:r>
      <w:r>
        <w:br/>
      </w:r>
      <w:r>
        <w:rPr>
          <w:sz w:val="20"/>
        </w:rPr>
        <w:t>11:34  hamara body, hamare, hum, hum jo base insan jo hum ek ek hain, is ka vehicle hai.</w:t>
      </w:r>
      <w:r>
        <w:br/>
      </w:r>
      <w:r>
        <w:rPr>
          <w:sz w:val="20"/>
        </w:rPr>
        <w:t>11:50  to hum is ko jane, discover karein ke kis tarah se hamare yeh jo wajood hai, jo body hai,</w:t>
      </w:r>
      <w:r>
        <w:br/>
      </w:r>
      <w:r>
        <w:rPr>
          <w:sz w:val="20"/>
        </w:rPr>
        <w:t>12:04  kis tarah hamare, hamare pure</w:t>
      </w:r>
      <w:r>
        <w:br/>
      </w:r>
      <w:r>
        <w:rPr>
          <w:sz w:val="20"/>
        </w:rPr>
        <w:t>12:10  hasti ko</w:t>
      </w:r>
      <w:r>
        <w:br/>
      </w:r>
      <w:r>
        <w:rPr>
          <w:sz w:val="20"/>
        </w:rPr>
        <w:t>12:14  liye phirti hai. yeh sab vehicle bani bani hui hai.</w:t>
      </w:r>
      <w:r>
        <w:br/>
      </w:r>
      <w:r>
        <w:rPr>
          <w:sz w:val="20"/>
        </w:rPr>
        <w:t>12:22  toh bahut badi cheez hai yeh. Allah ne humein ek insaan ke taur par paida kiya, phir ek vehicle diya.</w:t>
      </w:r>
      <w:r>
        <w:br/>
      </w:r>
      <w:r>
        <w:rPr>
          <w:sz w:val="20"/>
        </w:rPr>
        <w:t>12:35  yeh vehicle zara sa is mein kuch farq pad jaye toh hum fail ho jate hain.</w:t>
      </w:r>
      <w:r>
        <w:br/>
      </w:r>
      <w:r>
        <w:rPr>
          <w:sz w:val="20"/>
        </w:rPr>
        <w:t>12:47  toh jab aadmi discover kare is baat ko ke Allah ne usko sirf ek wajood nahi diya balkeh vehicle bhi saath saath diya,</w:t>
      </w:r>
      <w:r>
        <w:br/>
      </w:r>
      <w:r>
        <w:rPr>
          <w:sz w:val="20"/>
        </w:rPr>
        <w:t>13:05  toh itna zyada shukr aayega uske andar ke woh tadap uthega.</w:t>
      </w:r>
      <w:r>
        <w:br/>
      </w:r>
      <w:r>
        <w:rPr>
          <w:sz w:val="20"/>
        </w:rPr>
        <w:t>13:18  toh jab is discovery ke darje mein aap ko,</w:t>
      </w:r>
      <w:r>
        <w:br/>
      </w:r>
      <w:r>
        <w:rPr>
          <w:sz w:val="20"/>
        </w:rPr>
        <w:t>13:29  discovery ke darje mein aap payein hain is haqeeqat ko,</w:t>
      </w:r>
      <w:r>
        <w:br/>
      </w:r>
      <w:r>
        <w:rPr>
          <w:sz w:val="20"/>
        </w:rPr>
        <w:t>13:39  ab jaise misaal dekhiye, abhi mein bol raha hoon aap ko, chand din pehle tak mein ek dum aisa ho gaya tha ke mein kuch</w:t>
      </w:r>
      <w:r>
        <w:br/>
      </w:r>
      <w:r>
        <w:rPr>
          <w:sz w:val="20"/>
        </w:rPr>
        <w:t>13:55  aisa, meri bol kharab ho gayi thi ke koi samajh na paye ke kya bol raha hoon mein.</w:t>
      </w:r>
      <w:r>
        <w:br/>
      </w:r>
      <w:r>
        <w:rPr>
          <w:sz w:val="20"/>
        </w:rPr>
        <w:t>14:06  toh shayad doctor Anwar Abbas ne dawat di is se ya jis se bhi. Meri, meri search poochein toh meri bol lot aayi.</w:t>
      </w:r>
      <w:r>
        <w:br/>
      </w:r>
      <w:r>
        <w:rPr>
          <w:sz w:val="20"/>
        </w:rPr>
        <w:t>14:24  Dilli mein ek doctor Nawaz Anwar Abbas hain, toh woh</w:t>
      </w:r>
      <w:r>
        <w:br/>
      </w:r>
      <w:r>
        <w:rPr>
          <w:sz w:val="20"/>
        </w:rPr>
        <w:t>14:33  kuch dawat di unhone. Hakimi dawat. Toh koi cheez kaam nahi kar rahi thi.</w:t>
      </w:r>
      <w:r>
        <w:br/>
      </w:r>
      <w:r>
        <w:rPr>
          <w:sz w:val="20"/>
        </w:rPr>
        <w:t>14:46  toh unki dua bahut mu'assir hui mere khayal se. Aur doctor Sharma ne, doctor Sharma ne ek tareeqa bataya, usko apply kiya gaya.</w:t>
      </w:r>
      <w:r>
        <w:br/>
      </w:r>
      <w:r>
        <w:rPr>
          <w:sz w:val="20"/>
        </w:rPr>
        <w:t>14:58  toh mein doctor Sharma, doctor Sharma ki ka method aur doctor Anwar Abbas ki dua,</w:t>
      </w:r>
      <w:r>
        <w:br/>
      </w:r>
      <w:r>
        <w:rPr>
          <w:sz w:val="20"/>
        </w:rPr>
        <w:t>15:12  is se mein phir se bolne qabil ho gaya.</w:t>
      </w:r>
      <w:r>
        <w:br/>
      </w:r>
      <w:r>
        <w:rPr>
          <w:sz w:val="20"/>
        </w:rPr>
        <w:t>15:19  toh is tarah se jab aadmi discover karta hai</w:t>
      </w:r>
      <w:r>
        <w:br/>
      </w:r>
      <w:r>
        <w:rPr>
          <w:sz w:val="20"/>
        </w:rPr>
        <w:t>15:24  toh us par ek ajeeb, ek</w:t>
      </w:r>
      <w:r>
        <w:br/>
      </w:r>
      <w:r>
        <w:rPr>
          <w:sz w:val="20"/>
        </w:rPr>
        <w:t>15:30  ek ajeeb ehsaas ubalta hai uske andar. Toh is ehsaas ko jo paye aur waqai usko iqrar karein toh woh hai shukriya, mere khayal se shukr.</w:t>
      </w:r>
    </w:p>
    <w:p>
      <w:pPr>
        <w:pStyle w:val="Heading2"/>
      </w:pPr>
      <w:r>
        <w:t>An ex-KGB officer's conversion sparks a lesson on true gratitude</w:t>
      </w:r>
    </w:p>
    <w:p>
      <w:r>
        <w:rPr>
          <w:color w:val="666666"/>
          <w:sz w:val="18"/>
        </w:rPr>
        <w:t>The Spirit Hajj December 10, 2006 · 5m 55s · at 8:52 · https://youtu.be/ZpChhBy6lvU?t=532</w:t>
      </w:r>
    </w:p>
    <w:p>
      <w:r>
        <w:rPr>
          <w:i/>
        </w:rPr>
        <w:t>“Alexander Litvinenko yeh rehta tha London mein”</w:t>
      </w:r>
    </w:p>
    <w:p>
      <w:r>
        <w:rPr>
          <w:sz w:val="20"/>
        </w:rPr>
        <w:t>8:52  Alexander Litvinenko yeh reh raha tha London mein, abhi woh chalis teen ka tha woh, yaani naujawan keh sakte hain aap is ko.</w:t>
      </w:r>
      <w:r>
        <w:br/>
      </w:r>
      <w:r>
        <w:rPr>
          <w:sz w:val="20"/>
        </w:rPr>
        <w:t>9:07  to is ke baray mein kal ke Times of India mein khabar hai ke is ne Islam qabool kar liya. yeh kal subah mein Priya Malik ne mujhe bataya.</w:t>
      </w:r>
      <w:r>
        <w:br/>
      </w:r>
      <w:r>
        <w:rPr>
          <w:sz w:val="20"/>
        </w:rPr>
        <w:t>9:18  ab mein chahta tha ke is ki tafseel janoon, kyun ke Times of India mein bohat hi mukhtasir mein yeh khabar aayi hai. aap kal ke Times of India mein safha 30 par dekh sakte hain is ko.</w:t>
      </w:r>
      <w:r>
        <w:br/>
      </w:r>
      <w:r>
        <w:rPr>
          <w:sz w:val="20"/>
        </w:rPr>
        <w:t>9:32  30. yeh mere haath mein woh parcha hai. to phir mein ne kya kiya ke mein ne telephone par baat ki Mr. Khalid Ansari se.</w:t>
      </w:r>
      <w:r>
        <w:br/>
      </w:r>
      <w:r>
        <w:rPr>
          <w:sz w:val="20"/>
        </w:rPr>
        <w:t>9:44  Mr. Khalid se mein ne kaha ke aap internet mein, internet se is khabar ko nikaliye aur mujhe tafseel bataiye. to Mr. Khalid ne internet par talash kiya aur is ki khabar nikali aur mujhe telephone par bataya unhon ne aur parh ke sunaya.</w:t>
      </w:r>
      <w:r>
        <w:br/>
      </w:r>
      <w:r>
        <w:rPr>
          <w:sz w:val="20"/>
        </w:rPr>
        <w:t>10:05  to mein ne kaha ke mujhe is ki tehreer chahiye is ka.</w:t>
      </w:r>
      <w:r>
        <w:br/>
      </w:r>
      <w:r>
        <w:rPr>
          <w:sz w:val="20"/>
        </w:rPr>
        <w:t>10:09  to mein ne kaha ke aap aisa kijiye ke Saadia ko, jo hamari poti hai, ke Saadia ko aap bata dijiye is ka number, code number jo bhi kaha jata ho mujhe nahi maloom.</w:t>
      </w:r>
      <w:r>
        <w:br/>
      </w:r>
      <w:r>
        <w:rPr>
          <w:sz w:val="20"/>
        </w:rPr>
        <w:t>10:25  to woh number bata dijiye taake woh internet se nikaal saken.</w:t>
      </w:r>
      <w:r>
        <w:br/>
      </w:r>
      <w:r>
        <w:rPr>
          <w:sz w:val="20"/>
        </w:rPr>
        <w:t>10:30  to unhon ne Saadia ko bataya aur Saadia ne khud internet par ja kar ke is khabar ko nikala aur yeh do safhaat ki khabar unhon ne di mujhe.</w:t>
      </w:r>
      <w:r>
        <w:br/>
      </w:r>
      <w:r>
        <w:rPr>
          <w:sz w:val="20"/>
        </w:rPr>
        <w:t>10:44  do safhaat ki khabar, jis mein isi thori tafseel ke sath hai ke Alexander Litvinenko, jo KGB ka ex afsar tha, kaise is ne Islam qabool kiya.</w:t>
      </w:r>
      <w:r>
        <w:br/>
      </w:r>
      <w:r>
        <w:rPr>
          <w:sz w:val="20"/>
        </w:rPr>
        <w:t>11:00  jis se maloom hua ke is ne Quran parh kar Islam qabool kiya.</w:t>
      </w:r>
      <w:r>
        <w:br/>
      </w:r>
      <w:r>
        <w:rPr>
          <w:sz w:val="20"/>
        </w:rPr>
        <w:t>11:05  ittifaqi tor par nahi tha, woh Quran parha is ne to is ke baad is ne Islam qabool kiya. ab yeh dekhiye yeh hai ek event kal ka.</w:t>
      </w:r>
      <w:r>
        <w:br/>
      </w:r>
      <w:r>
        <w:rPr>
          <w:sz w:val="20"/>
        </w:rPr>
        <w:t>11:15  ab mein ne, mera zehn jo hai bilkul is mein ek sitara aa gaya.</w:t>
      </w:r>
      <w:r>
        <w:br/>
      </w:r>
      <w:r>
        <w:rPr>
          <w:sz w:val="20"/>
        </w:rPr>
        <w:t>11:22  dimaghi sitara paida hua mere zehn mein. mein ne socha ke aisa kaise mumkin hua</w:t>
      </w:r>
      <w:r>
        <w:br/>
      </w:r>
      <w:r>
        <w:rPr>
          <w:sz w:val="20"/>
        </w:rPr>
        <w:t>11:27  keh mein kursi par baithe hue chand minute ke andar aik paisa bhi mein ne kharch nahi kiya aur yeh sari tafseel mere samne aa gayi.</w:t>
      </w:r>
      <w:r>
        <w:br/>
      </w:r>
      <w:r>
        <w:rPr>
          <w:sz w:val="20"/>
        </w:rPr>
        <w:t>11:38  to maloom hua keh yeh hai moajza jadeed mowaasilaat ka. jadeed mowaasilaat</w:t>
      </w:r>
      <w:r>
        <w:br/>
      </w:r>
      <w:r>
        <w:rPr>
          <w:sz w:val="20"/>
        </w:rPr>
        <w:t>11:48  aap jante hain keh zamane mein telephone banaya gaya aur computer banaya gaya, internet banaya gaya aur jis ko kehte hain google banaya gaya, is mein search engine hota hai, itni sari cheezein aur satellite hota hai khala mein jis se woh connected hoti hain yeh sari cheezein.</w:t>
      </w:r>
      <w:r>
        <w:br/>
      </w:r>
      <w:r>
        <w:rPr>
          <w:sz w:val="20"/>
        </w:rPr>
        <w:t>12:11  ab mein ne socha keh agar mein khud apne bill par chahoon keh sara infrastructure banaoon, sara yeh jo network hai is ko banaoon aur apne bill par mein is khabar ko janoon to kai billion dollar bhi is ke liye kafi nahi honge.</w:t>
      </w:r>
      <w:r>
        <w:br/>
      </w:r>
      <w:r>
        <w:rPr>
          <w:sz w:val="20"/>
        </w:rPr>
        <w:t>12:33  aur banate banate itna waqt laga hai keh mein mar bhi jaon ga mein.</w:t>
      </w:r>
      <w:r>
        <w:br/>
      </w:r>
      <w:r>
        <w:rPr>
          <w:sz w:val="20"/>
        </w:rPr>
        <w:t>12:38  ab itna bara system jis ko mein apne bill par bana hi nahi sakta, koi mujhe so billion dollar de de to ab bhi banana shuru karoon ga to bante bante bante waqt lage ga, phir to mar chuka hoon ga mein.</w:t>
      </w:r>
      <w:r>
        <w:br/>
      </w:r>
      <w:r>
        <w:rPr>
          <w:sz w:val="20"/>
        </w:rPr>
        <w:t>12:54  to Khuda ne kitne sare logon ke dil mein dala</w:t>
      </w:r>
      <w:r>
        <w:br/>
      </w:r>
      <w:r>
        <w:rPr>
          <w:sz w:val="20"/>
        </w:rPr>
        <w:t>13:00  keh aisa network banayein dunya mein</w:t>
      </w:r>
      <w:r>
        <w:br/>
      </w:r>
      <w:r>
        <w:rPr>
          <w:sz w:val="20"/>
        </w:rPr>
        <w:t>13:03  jis mein telephone ho, jis mein internet ho, jis mein google ho, jis mein search engine ho aur phir kitni sari team hogi jo sari dunya ki khabar ko le kar is mein feed karti hogi.</w:t>
      </w:r>
      <w:r>
        <w:br/>
      </w:r>
      <w:r>
        <w:rPr>
          <w:sz w:val="20"/>
        </w:rPr>
        <w:t>13:18  yani jab internet par nikali gayi yeh khabar to bohat sare zehan kaam karte honge jinhone is khabar ko le kar feed kiya hoga.</w:t>
      </w:r>
      <w:r>
        <w:br/>
      </w:r>
      <w:r>
        <w:rPr>
          <w:sz w:val="20"/>
        </w:rPr>
        <w:t>13:28  ab mera dil jo hai</w:t>
      </w:r>
      <w:r>
        <w:br/>
      </w:r>
      <w:r>
        <w:rPr>
          <w:sz w:val="20"/>
        </w:rPr>
        <w:t>13:34  aik shukr ka sitara aa gaya mere dil mein keh kaisa ajeeb hai yeh mamla keh aik ajez insan, mein apne ko dunya ka sab se zyada ajez insan samajhta hoon,</w:t>
      </w:r>
      <w:r>
        <w:br/>
      </w:r>
      <w:r>
        <w:rPr>
          <w:sz w:val="20"/>
        </w:rPr>
        <w:t>13:50  is tarah se minute ke andar aik khabar ko hasil kar sake.</w:t>
      </w:r>
      <w:r>
        <w:br/>
      </w:r>
      <w:r>
        <w:rPr>
          <w:sz w:val="20"/>
        </w:rPr>
        <w:t>13:58  yeh hai shukr. shukr koi Alhamdulillah ka naam nahi hai. aap ke aas pas jo events ho rahe hain chahe woh fitrat mein ho rahe hon, society mein ho rahe hon,</w:t>
      </w:r>
      <w:r>
        <w:br/>
      </w:r>
      <w:r>
        <w:rPr>
          <w:sz w:val="20"/>
        </w:rPr>
        <w:t>14:13  kahin bhi ho rahe hon, is se aap. woh aap ke zehan mein aate hain to aap itna فعال ہوں, itna tayyar hoon zehni tor par keh us ko pa kar ke aap ke zehan mein aik aik poori dunya jaag pade.</w:t>
      </w:r>
      <w:r>
        <w:br/>
      </w:r>
      <w:r>
        <w:rPr>
          <w:sz w:val="20"/>
        </w:rPr>
        <w:t>14:33  to aik jab itni sari baatein hongi to aap ke dil mein aik sitara aaye ga. isi sitare ka naam hai shukr. shukr koi lab service ka naam nahi hai.</w:t>
      </w:r>
    </w:p>
    <w:p>
      <w:pPr>
        <w:pStyle w:val="Heading2"/>
      </w:pPr>
      <w:r>
        <w:t>Prayer across all prophets, culminating in the Night Journey</w:t>
      </w:r>
    </w:p>
    <w:p>
      <w:r>
        <w:rPr>
          <w:color w:val="666666"/>
          <w:sz w:val="18"/>
        </w:rPr>
        <w:t>The Spirit of Namaz February 13, 2022 Dr. Saniyasnain Khan · 5m 48s · at 2:03 · https://youtu.be/Mh4K7ZR4RbE?t=123</w:t>
      </w:r>
    </w:p>
    <w:p>
      <w:r>
        <w:rPr>
          <w:i/>
        </w:rPr>
        <w:t>“There was a prophet named Shoaib, called Jethro”</w:t>
      </w:r>
    </w:p>
    <w:p>
      <w:r>
        <w:rPr>
          <w:sz w:val="20"/>
        </w:rPr>
        <w:t>2:03  aise hi ek paighambar the Shoaib Alaihissalam jinko bible mein Jethro kehte hain. to Shoaib Alaihissalam ke qaum ne unse kaha ke aye Shoaib kya tumhari namaz yeh sikhati hai ke hamare maboodon ko bura bhala kaho.</w:t>
      </w:r>
      <w:r>
        <w:br/>
      </w:r>
      <w:r>
        <w:rPr>
          <w:sz w:val="20"/>
        </w:rPr>
        <w:t>2:23  to iska matlab hai ke koi namaz ki shakal us waqt bhi rahi hogi aur Isa Alaihissalam</w:t>
      </w:r>
      <w:r>
        <w:br/>
      </w:r>
      <w:r>
        <w:rPr>
          <w:sz w:val="20"/>
        </w:rPr>
        <w:t>2:31  ke waqai mein bhi yeh maujood hai ke Isa Alaihissalam jab god mein the apni maan ke</w:t>
      </w:r>
      <w:r>
        <w:br/>
      </w:r>
      <w:r>
        <w:rPr>
          <w:sz w:val="20"/>
        </w:rPr>
        <w:t>2:39  Hazrat Maryam ke to usi waqt bol pade the to usmein unhone kaha tha woh awsani bissalati war zakati</w:t>
      </w:r>
      <w:r>
        <w:br/>
      </w:r>
      <w:r>
        <w:rPr>
          <w:sz w:val="20"/>
        </w:rPr>
        <w:t>2:47  madum to hayya ke mujhe Allah ne hukm diya hai namaz padhne ka jab tak main zinda raha hoon.</w:t>
      </w:r>
      <w:r>
        <w:br/>
      </w:r>
      <w:r>
        <w:rPr>
          <w:sz w:val="20"/>
        </w:rPr>
        <w:t>2:55  to isse pata chalta hai ke saare paighambaron ke sharia ka hissa raha namaz, chunke namaz intehai ahmatareen rukn hai Islam mein aur ek hi din saare paighambaron ko diya gaya hai. yeh bhi Quran se pata chalta hai. Ji. to Doctor sahib, agla sawal yahi aata hai ke how did prophet Muhammad receive the commandment to do namaz? iske bare mein bataiye.</w:t>
      </w:r>
      <w:r>
        <w:br/>
      </w:r>
      <w:r>
        <w:rPr>
          <w:sz w:val="20"/>
        </w:rPr>
        <w:t>3:24  Prophet Muhammad ko jo commandments mile zyada tar balki saare hi woh wahi ke zariye mile, revelation ke zariye. lekin namaz ka jo hukm hai woh bohat hi alag tarah se hua. to usse namaz ki bohat hi zyada badi ahmiyat samajh mein aati hai.</w:t>
      </w:r>
      <w:r>
        <w:br/>
      </w:r>
      <w:r>
        <w:rPr>
          <w:sz w:val="20"/>
        </w:rPr>
        <w:t>3:46  kitabon mein aata hai ke prophet Muhammad Makka mein aakhri daur ki baat hai Makka ke aakhri daur ki yani Madina jaane se kuch pehle. to Ummehani ke makan par so rahe the. Ummehani Hazrat Ali ki behan thi yani prophet ki cousin. to Ummehani ke makan par so rahi thi.</w:t>
      </w:r>
      <w:r>
        <w:br/>
      </w:r>
      <w:r>
        <w:rPr>
          <w:sz w:val="20"/>
        </w:rPr>
        <w:t>4:13  woh makan ab purane zamane mein to us waqt thoda raha hoga chunke sirf Kaaba hai us waqt. ab to woh ek masjid ban gayi hai. to woh ab andar hai woh jagah. log batate hain ke yeh maqam tha jahan Rasool Allah so rahe the aur mera aaj ka waqia hua.</w:t>
      </w:r>
      <w:r>
        <w:br/>
      </w:r>
      <w:r>
        <w:rPr>
          <w:sz w:val="20"/>
        </w:rPr>
        <w:t>4:33  to wahan ghar mein so rahe the Ummehani ke makan par to farishte Jibreel aaye aur farishte Jibreel ne uthaya aur ek, ek aur horse ki tarah se ek animal bhi saath mein tha unke safed rang ka jisko Buraq kaha jata hai.</w:t>
      </w:r>
      <w:r>
        <w:br/>
      </w:r>
      <w:r>
        <w:rPr>
          <w:sz w:val="20"/>
        </w:rPr>
        <w:t>4:54  to farishte Jibreel ne bithaya prophet ko us Buraq par aur woh Buraq prophet ko lekar bohat hi tez raftaar se yani split second mein woh pahunch gaya Jerusalem.</w:t>
      </w:r>
      <w:r>
        <w:br/>
      </w:r>
      <w:r>
        <w:rPr>
          <w:sz w:val="20"/>
        </w:rPr>
        <w:t>5:10  yeh waqia ek spiritual andaaz ka waqia hai jaise pyamberon ko prophet mohammad ne namaz padhai yaani he led the prayer aur peeche saare prophets thay.</w:t>
      </w:r>
      <w:r>
        <w:br/>
      </w:r>
      <w:r>
        <w:rPr>
          <w:sz w:val="20"/>
        </w:rPr>
        <w:t>5:39  allah taala ne saare prophets ko wahan jama kiya tha aur unko namaz padhai. Prophet mohammad aage thay aur saare ghamber peeche thay. Phir wahan se jibreel le gaye prophet ko jannat aur wahan allah taala se mulaqat hui. Yeh koi physical andaaz ki mulaqat nahi thi. Yeh ek farishte ke zariye baat ho rahi thi.</w:t>
      </w:r>
      <w:r>
        <w:br/>
      </w:r>
      <w:r>
        <w:rPr>
          <w:sz w:val="20"/>
        </w:rPr>
        <w:t>6:03  to wahan pahunch ke jannat mein allah taala ne hazrat mohammad ko namaz ka hukum diya aur kaha ke pachas baar namaz padhni hongi 50 times. To wo jab bahar aaye prophet to bahar musalislam thay wahan. To musalislam ne kaha tum kya leke aaye ho? To prophet ne kaha ke pachas namaze meri ummat ke upar farz ki gayi hain.</w:t>
      </w:r>
      <w:r>
        <w:br/>
      </w:r>
      <w:r>
        <w:rPr>
          <w:sz w:val="20"/>
        </w:rPr>
        <w:t>6:33  to musalislam ne kaha ke pachas namaze tumhari ummed nahi padh sakti. Maine bani israil ke upar tazraba kar liya. Tum jao wapas aur kam karao. To profit wapas gaya allah taala ke paas. Rishte ke zariye baat hui ke yeh bahut zyada hai kam kar dein. To allah taala ne chalis kar di. Chalis baar nawas farz kar di. Phir aaye wapas. Phir musali salam ne kaha, phir gaye to tees kar di.</w:t>
      </w:r>
      <w:r>
        <w:br/>
      </w:r>
      <w:r>
        <w:rPr>
          <w:sz w:val="20"/>
        </w:rPr>
        <w:t>7:01  phir aise karte karte bees aur das aur aakhir mein paanch ho gayi. Jab paanch nawaze leke aaye rasoolullah wapas phir musali salam ke paas to unhone kaha paanch bhi zyada hai teen karvao. To prophet mohammad sallah waleislam ne kaha mujhe sharm aati hai kya main phir jaun aur kam karane.</w:t>
      </w:r>
      <w:r>
        <w:br/>
      </w:r>
      <w:r>
        <w:rPr>
          <w:sz w:val="20"/>
        </w:rPr>
        <w:t>7:24  to is tarike se namaz farz ho gayi paanch baar to iski jo ghair mamooli tarike sailataala ne nawaz farz ki hai, isse pata chalta hai ke nawaz bahut hi ahum rukun hai islam ka. Ji, mashallah aapne bahut hi detail mein isko waze kiya doctor sahab, jaza karla. Doctor sahab, jaisa ke hum jante hain ke masjid nabvi is a second holiest site in islam.</w:t>
      </w:r>
      <w:r>
        <w:br/>
      </w:r>
      <w:r>
        <w:rPr>
          <w:sz w:val="20"/>
        </w:rPr>
        <w:t>7:51  to ek question jo bahut se log janana bhi chahenge ke how was prophet's mosque built in madina? Iske bare mein aap bataein. Jab prophet mohammad sallalah walehuslam madina mein migrate kar gaye aur saath mein sahaba bhi chale gaye to wahan par prophet ne socha ke ek masjid banai jaye. To ek jagah prophet ko pasand aayi.</w:t>
      </w:r>
    </w:p>
    <w:p>
      <w:pPr>
        <w:pStyle w:val="Heading2"/>
      </w:pPr>
      <w:r>
        <w:t>Introduction to Ramadan and the spirit of fasting</w:t>
      </w:r>
    </w:p>
    <w:p>
      <w:r>
        <w:rPr>
          <w:color w:val="666666"/>
          <w:sz w:val="18"/>
        </w:rPr>
        <w:t>Roza and The Quran June 11, 2017 Maulana Wahiduddin Khan · 3m 34s · at 0:33 · https://youtu.be/pcDn2S_O2nA?t=33</w:t>
      </w:r>
    </w:p>
    <w:p>
      <w:r>
        <w:rPr>
          <w:i/>
        </w:rPr>
        <w:t>“Today is the 15th of Ramadan 1468 Hijri”</w:t>
      </w:r>
    </w:p>
    <w:p>
      <w:r>
        <w:rPr>
          <w:sz w:val="20"/>
        </w:rPr>
        <w:t>0:33  aaj 15 Ramzan 1468 hijri ki tareekh hai.</w:t>
      </w:r>
      <w:r>
        <w:br/>
      </w:r>
      <w:r>
        <w:rPr>
          <w:sz w:val="20"/>
        </w:rPr>
        <w:t>0:44  ramzan ka mubarak, ramzan ka mahina.</w:t>
      </w:r>
      <w:r>
        <w:br/>
      </w:r>
      <w:r>
        <w:rPr>
          <w:sz w:val="20"/>
        </w:rPr>
        <w:t>0:50  mein soch raha tha ke yeh roze ka jo hukum hai ek mahine ke liye, is ke liye 12 mahinon mein se ramzan ka mahina kyun chuna gaya?</w:t>
      </w:r>
      <w:r>
        <w:br/>
      </w:r>
      <w:r>
        <w:rPr>
          <w:sz w:val="20"/>
        </w:rPr>
        <w:t>1:05  to is ka jawab khud quran ki ayat mein maujood hai. woh hai: "shahr ramzan allazi unzil fi alquran".</w:t>
      </w:r>
      <w:r>
        <w:br/>
      </w:r>
      <w:r>
        <w:rPr>
          <w:sz w:val="20"/>
        </w:rPr>
        <w:t>1:14  yeh woh mahina hai jis mein quran utara gaya.</w:t>
      </w:r>
      <w:r>
        <w:br/>
      </w:r>
      <w:r>
        <w:rPr>
          <w:sz w:val="20"/>
        </w:rPr>
        <w:t>1:21  to is mahine mein allah ta'ala ko matloob hai ke log roze rakh kar apne aap ko zyada se zyada muttaqi banaein.</w:t>
      </w:r>
      <w:r>
        <w:br/>
      </w:r>
      <w:r>
        <w:rPr>
          <w:sz w:val="20"/>
        </w:rPr>
        <w:t>1:33  muttaqi yani serious, sincere.</w:t>
      </w:r>
      <w:r>
        <w:br/>
      </w:r>
      <w:r>
        <w:rPr>
          <w:sz w:val="20"/>
        </w:rPr>
        <w:t>1:40  muttaqi koi purasrar lafz nahi hai. muttaqin raush ke bare mein bohat zyada serious ho jana. to is mahine ko allah ko matloob hua ke log is mahine mein roze rakh kar apne aap ko tayyar karein.</w:t>
      </w:r>
      <w:r>
        <w:br/>
      </w:r>
      <w:r>
        <w:rPr>
          <w:sz w:val="20"/>
        </w:rPr>
        <w:t>2:08  yani yeh ek self preparation ka mahina hai. yeh tayyar karna kis liye?</w:t>
      </w:r>
      <w:r>
        <w:br/>
      </w:r>
      <w:r>
        <w:rPr>
          <w:sz w:val="20"/>
        </w:rPr>
        <w:t>2:16  tayyar karna muttaqiana soch ke liye. khud roza koi aakhri baat nahi hai. yeh aisa nahi hai ke roza ek jo is ke jo rituals hain, is ka jo form hai, us ko dhona, us ko dhara dhara, bas yahi asal hai.</w:t>
      </w:r>
      <w:r>
        <w:br/>
      </w:r>
      <w:r>
        <w:rPr>
          <w:sz w:val="20"/>
        </w:rPr>
        <w:t>2:34  hargiz nahi. kyunke hadith mein aata hai ke: "kam min saim lais min saim illa aljooa".</w:t>
      </w:r>
      <w:r>
        <w:br/>
      </w:r>
      <w:r>
        <w:rPr>
          <w:sz w:val="20"/>
        </w:rPr>
        <w:t>2:47  kitne rozedar hain jin ko apne roze se bhookh ke siwa kuch nahi milta? to yeh kaun log hain? yeh wohi log hain jinhone form ke aitbar se roza rakha magar spirit ke aitbar se roza nahi rakha.</w:t>
      </w:r>
      <w:r>
        <w:br/>
      </w:r>
      <w:r>
        <w:rPr>
          <w:sz w:val="20"/>
        </w:rPr>
        <w:t>3:04  to spirit kya hai? apne aap ko zyada se zyada sanjeeda bana kar ke quran ko parhna.</w:t>
      </w:r>
      <w:r>
        <w:br/>
      </w:r>
      <w:r>
        <w:rPr>
          <w:sz w:val="20"/>
        </w:rPr>
        <w:t>3:14  parhne ka matlab yeh nahi ke tilawat. quran ko quran mein tadabbur karna. quran se apne liye rehnumai dhoondna.</w:t>
      </w:r>
      <w:r>
        <w:br/>
      </w:r>
      <w:r>
        <w:rPr>
          <w:sz w:val="20"/>
        </w:rPr>
        <w:t>3:27  quran mein apne aap, apne liye guidance ki talash karna. jaiz dastyabiyat mil kar ke. yeh maqsad hai quran ka.</w:t>
      </w:r>
      <w:r>
        <w:br/>
      </w:r>
      <w:r>
        <w:rPr>
          <w:sz w:val="20"/>
        </w:rPr>
        <w:t>3:39  to phir mein ne socha ke agar ek aadmi, ek muslim, yahi karta hai ke woh roza rakh kar apne aap ko bharpoor tor par sanjeeda banata hai, sanjeeda,</w:t>
      </w:r>
      <w:r>
        <w:br/>
      </w:r>
      <w:r>
        <w:rPr>
          <w:sz w:val="20"/>
        </w:rPr>
        <w:t>3:55  phir woh bohat hi dhyan ke sath, tafakkur aur tadabbur ke sath quran ko parhta hai, to kya payega woh?</w:t>
      </w:r>
    </w:p>
    <w:p>
      <w:pPr>
        <w:pStyle w:val="Heading2"/>
      </w:pPr>
      <w:r>
        <w:t>Why markets are the worst places on earth</w:t>
      </w:r>
    </w:p>
    <w:p>
      <w:r>
        <w:rPr>
          <w:color w:val="666666"/>
          <w:sz w:val="18"/>
        </w:rPr>
        <w:t>Hadith-e-Rasool | April 9, 2006 | Maulana Wahiduddin Khan · 5m 34s · at 29:15 · https://youtu.be/zxaMbPyrpQY?t=1755</w:t>
      </w:r>
    </w:p>
    <w:p>
      <w:r>
        <w:rPr>
          <w:i/>
        </w:rPr>
        <w:t>“شر المقام اسواقہ”</w:t>
      </w:r>
    </w:p>
    <w:p>
      <w:r>
        <w:rPr>
          <w:sz w:val="20"/>
        </w:rPr>
        <w:t>29:15  "Shar Al-Makamat Aswaquha". is ka matlab yeh hai ke tamam jagahon mein sab se buri jagah bazaar hai. tamam jagahon mein sab se zyada buri jagah is ke bazaar hai. yeh kyun kaha aap ne? is par agar sochein aap to is ke andar bohat gehri baat hai.</w:t>
      </w:r>
      <w:r>
        <w:br/>
      </w:r>
      <w:r>
        <w:rPr>
          <w:sz w:val="20"/>
        </w:rPr>
        <w:t>29:46  yaani aaj kal ki zaban mein shopping center jo hote hain, shopping center, us ko aap ne bataya ke bohat hi buri jagah hain. woh globe ke upar sab se buri jagah woh hai jis ko hum kehte hain shopping center. kyun? aisa aap ne farmaya. dekhiye, yeh hai main jahan tak samajh paya hoon, yeh hai disorientation ka mamla. yaani aap ki</w:t>
      </w:r>
      <w:r>
        <w:br/>
      </w:r>
      <w:r>
        <w:rPr>
          <w:sz w:val="20"/>
        </w:rPr>
        <w:t>30:17  , aap ke soch ko, aap ki tawajjah ko divert karna. dekhiye, Khuda ne duniya jo paida ki hai, yeh divine products se bhari hui hai. jabke shopping center human products ki jagah hoti hai. Khuda yeh chahta hai ke aap jo divine products hain, us par sochein. ghaas ki patti ek divine</w:t>
      </w:r>
      <w:r>
        <w:br/>
      </w:r>
      <w:r>
        <w:rPr>
          <w:sz w:val="20"/>
        </w:rPr>
        <w:t>30:47  products hai. ped ek divine product hai. flowing river ek divine product hai. pahad, suraj, chand, planets, stars sab divine products hain. universe bhari hui hai Khuda ki masnooat se, divine product se. is par sochein, is mein kya hai? is mein inflation hai, is mein wisdom hai, is mein aap ke liye intellectual</w:t>
      </w:r>
      <w:r>
        <w:br/>
      </w:r>
      <w:r>
        <w:rPr>
          <w:sz w:val="20"/>
        </w:rPr>
        <w:t>31:17  development ka saman hai, is mein aap ke liye spiritual development ka saman hai. poori poori universe aap ko ek aap ke rooh ke liye ghiza hai. lekin yeh shopping center kya karte hain? aap ko hata kar le aate hain wahan jahan ke aap cut jate hain is se. yaani</w:t>
      </w:r>
      <w:r>
        <w:br/>
      </w:r>
      <w:r>
        <w:rPr>
          <w:sz w:val="20"/>
        </w:rPr>
        <w:t>31:47  divine products mein sochne ke bajaye aap human products mein sochne lagte hain aur phir apni apne ko animal bana lete hain. animal, animal kya hai? is ki soch ki level kya hai? ghaas aur patti. bas isi had tak is ki soch chalti hai. insaan ko jo mind diya gaya hai, jo sochne ki taqat di gayi hai, is liye hai ke woh badi badi jo sachaiyan hain, us ko</w:t>
      </w:r>
      <w:r>
        <w:br/>
      </w:r>
      <w:r>
        <w:rPr>
          <w:sz w:val="20"/>
        </w:rPr>
        <w:t>32:17  jane. bade bade secrets hain, us ko discover kare. Khuda ka jo ata, limitless jo Khuda ka ke miracles hain, us ko daryaft kare. aur phir kya hoga? us ki personality develop karte karte woh ban jayegi jahan woh paradise mein dakhil karne ke qabil hoga. paradise mein settle karne ke qabil ban jayegi</w:t>
      </w:r>
      <w:r>
        <w:br/>
      </w:r>
      <w:r>
        <w:rPr>
          <w:sz w:val="20"/>
        </w:rPr>
        <w:t>32:48  a. ab shopping center kya karte hain? main kai bar logon ke sath gaya hoon, India mein bhi, America mein bhi. main samajhta hoon ke taqreeban sare hi log unnecessary kharidari karte hain. unnecessary kharidari, jo cheez dekhi, nayi design lagi, kharid liya. is mein nayi chamak damak hai, woh kharid liya. koi naya model hai to kharid liya. koi tamashe ki baat</w:t>
      </w:r>
      <w:r>
        <w:br/>
      </w:r>
      <w:r>
        <w:rPr>
          <w:sz w:val="20"/>
        </w:rPr>
        <w:t>33:18  hai kisi mein to kharid liya. misal ke taur par, main aksar logon se kehta hoon, khawateen se ke aap ke wardrobe mein jo paise wali khawateen hain, un ko keh raha hoon, aaj bhi itna kapda hai, itna kapda, itna kapda hai ke aap agar aaj se ek kapda na khareedein to sari zindagi aap pehante rahen, kapde khatam nahi honge. main samajhta hoon ke without any</w:t>
      </w:r>
      <w:r>
        <w:br/>
      </w:r>
      <w:r>
        <w:rPr>
          <w:sz w:val="20"/>
        </w:rPr>
        <w:t>33:48  exception yeh baat sahi hai ke ladies ke paas itne zyada kapde hain already ke bila aage ki kharidari kiye woh marte dam tak pehan sakti hain us ko. lekin jis ko bhi dekhein, woh kharidari kar raha hai, naye naye kapde, naye naye kapde jayega shopping center mein, ek naya design dikhai padegi, naya color dikhai padega, jhat se kharid lega us ko. yeh kya? yeh ek shaitani kaam hai.</w:t>
      </w:r>
      <w:r>
        <w:br/>
      </w:r>
      <w:r>
        <w:rPr>
          <w:sz w:val="20"/>
        </w:rPr>
        <w:t>34:19  Shar Al-Makamat Aswaquha, sab se buri jagah is ke bazaar hai. kyun? bazaar mein insaan ko Khuda bhool jata hai aur insani cheezein yaad aati hain. yeh hai disorientation. kitni badi maloomi hai ke paisa kharch kar ke aap jahannum kharidte hain. jahannum ka matlab yeh hai ke paisa kharch kar ke aap kya cheez kharidi? aap ne</w:t>
      </w:r>
    </w:p>
    <w:p>
      <w:pPr>
        <w:pStyle w:val="Heading2"/>
      </w:pPr>
      <w:r>
        <w:t>From despair to hope via Quran, then death's countdown</w:t>
      </w:r>
    </w:p>
    <w:p>
      <w:r>
        <w:rPr>
          <w:color w:val="666666"/>
          <w:sz w:val="18"/>
        </w:rPr>
        <w:t>CPS Women Interaction 4 April 30, 2022 · 5m 15s · at 10:04 · https://youtu.be/O8DWIk3naCQ?t=604</w:t>
      </w:r>
    </w:p>
    <w:p>
      <w:r>
        <w:rPr>
          <w:i/>
        </w:rPr>
        <w:t>“Is Ramzan maahaul mein bahut negativity mahsoos ki”</w:t>
      </w:r>
    </w:p>
    <w:p>
      <w:r>
        <w:rPr>
          <w:sz w:val="20"/>
        </w:rPr>
        <w:t>10:04  Achha, main is ramzan is ramzan maine dekha ki jo mahaul tha ramzan se pehle aur ramzan ke dauran bhi kafi negativity aur kafi alag sa mahaul mehsoos kiya to kahin na kahin asar aane laga mujh par bhi aur kuch mayusi ya kabhi koi depression hone lagta tha ki is is tarah ki nafraten kaise khatam hongi?</w:t>
      </w:r>
      <w:r>
        <w:br/>
      </w:r>
      <w:r>
        <w:rPr>
          <w:sz w:val="20"/>
        </w:rPr>
        <w:t>10:30  CBS mission kaise aage badhega aisi nafrat ke mahaul mein? Kuch aisa kai baar shaitani asar se dimag mein aane lagta hai to is ramzan mere liye ek rediscovery hui aur main jaise padhte padhte jab surah al baqarah ke beshak Allah iman walon ke sath hai.</w:t>
      </w:r>
      <w:r>
        <w:br/>
      </w:r>
      <w:r>
        <w:rPr>
          <w:sz w:val="20"/>
        </w:rPr>
        <w:t>10:55  Yeh ayat padhkar bahut positivity, bahut solace mila, bahut himmat aur isse laga ki kabhi bhi mayusi iman walon ko nahi karni hai, kisi haal mein bhi mayus nahi hona hai. Uske baad ki jo ayati thi ayat number bees se baees usse wazeh ho gaya ki Allah taala iman walon ko kya conditions fulfill karwana chahta hai.</w:t>
      </w:r>
      <w:r>
        <w:br/>
      </w:r>
      <w:r>
        <w:rPr>
          <w:sz w:val="20"/>
        </w:rPr>
        <w:t>11:19  woh humari duties waazeh ho gayi aur bahut clear hua ke uska karjuma aise tha ke ae iman</w:t>
      </w:r>
      <w:r>
        <w:br/>
      </w:r>
      <w:r>
        <w:rPr>
          <w:sz w:val="20"/>
        </w:rPr>
        <w:t>11:25  walon Allah aur Rasool ki itaa'at karo aur uski ruddhaarni na karo.</w:t>
      </w:r>
      <w:r>
        <w:br/>
      </w:r>
      <w:r>
        <w:rPr>
          <w:sz w:val="20"/>
        </w:rPr>
        <w:t>11:31  halanki tum sun rahe ho aur un logon ki tarah na ho jinhone kaha ke humne suna, halanki</w:t>
      </w:r>
      <w:r>
        <w:br/>
      </w:r>
      <w:r>
        <w:rPr>
          <w:sz w:val="20"/>
        </w:rPr>
        <w:t>11:37  woh nahi sunte.</w:t>
      </w:r>
      <w:r>
        <w:br/>
      </w:r>
      <w:r>
        <w:rPr>
          <w:sz w:val="20"/>
        </w:rPr>
        <w:t>11:43  yakeenan allah ke nazdeek badtareen janwar woh bahedunge log hain jo asal se kaam nahi lete.</w:t>
      </w:r>
      <w:r>
        <w:br/>
      </w:r>
      <w:r>
        <w:rPr>
          <w:sz w:val="20"/>
        </w:rPr>
        <w:t>11:50  to is ayat ko padhkar main yeh samajh paayi ke iman wale woh hote hain jo sirf quran aur sunnat ki itaat karte hain. uske alawa usko ansuna karna ya uski galat tashri haath nikalna ya apne culture ki tahafqur karna, apne qaumi fakhr ko tahafkhuz karna.</w:t>
      </w:r>
      <w:r>
        <w:br/>
      </w:r>
      <w:r>
        <w:rPr>
          <w:sz w:val="20"/>
        </w:rPr>
        <w:t>12:10  agar is is in cheezon mein iman wale ek dam karein, uski taraf apna apni planning karein to woh allah ke nazdeek beaqli hai aur allah ne jo insan ko special attributes diye hain, special ausaf diye hain, woh unmein ek aql hai aur agar hum usko istemal na karein to hum allah ke nazdeek janwar ke maane hain aur jaise is ayat mein bohat hi hammering ki lafz mein allah taalaah ne unhein patthareen janwar se compare kiya hai.</w:t>
      </w:r>
      <w:r>
        <w:br/>
      </w:r>
      <w:r>
        <w:rPr>
          <w:sz w:val="20"/>
        </w:rPr>
        <w:t>12:40  to is ramzan mujhe lagta hai ke hum muslim musalmanon ko yeh azm karna chahiye kya? apne ko sahi raaste par rakhein, apne aap ko deviations se bachayein aur sirate mustaqeem par qaim rahein aur sacchi tauba karein aur positive planning karein. bohat zyada positivity ki zaroorat hai. yahi hamesha Maulana sahab ki naseehat rahi hai Maulana hum logon ke liye aur yahi meri rediscovery hui is ramzan mein.</w:t>
      </w:r>
      <w:r>
        <w:br/>
      </w:r>
      <w:r>
        <w:rPr>
          <w:sz w:val="20"/>
        </w:rPr>
        <w:t>13:08  iske baad ek chhota sa spiritual experience bhi share karna chahungi jo mujhe ramzan mein hi hua. sehri ke baad aksar elaan hote hain, sehri ke dauran elaan hote rehte hain ke waqt kam ho gaya hai, khatm hone wala hai, khatm hone wala hai. to is tarah ka elaan masjid se hua to yeh waqt khatm hone wala hai.</w:t>
      </w:r>
      <w:r>
        <w:br/>
      </w:r>
      <w:r>
        <w:rPr>
          <w:sz w:val="20"/>
        </w:rPr>
        <w:t>13:31  usko sunkar maine socha ke aise hi ek paristha meri zindagi ka bhi countdown kar raha hai aur uska elaan mujhe shayad sunai na de raha ho lekin har waqt ko ulti ginti kar raha hai ke waqt bohat kam reh gaya hai aur mujhse achanak ek din kaha jayega ke ab tumhara waqt ho gaya.</w:t>
      </w:r>
      <w:r>
        <w:br/>
      </w:r>
      <w:r>
        <w:rPr>
          <w:sz w:val="20"/>
        </w:rPr>
        <w:t>13:52  ab khane peene se ruk jao aur jo bhi tum apni duniya ki blessings use kar rahi ho, isse ruk jao aur uske baad jo anjam hai uska kisi ko bhi maloom nahi kehlata taala, aakhir ke roz kya poochega aur kis tarah se uska hum samna kar payenge?</w:t>
      </w:r>
      <w:r>
        <w:br/>
      </w:r>
      <w:r>
        <w:rPr>
          <w:sz w:val="20"/>
        </w:rPr>
        <w:t>14:14  usko sochkar ek ajeeb cup kapi hui aur maine yeh dua ki bohat kam waqt bacha hai aur mera calm down shuru ho rakha hai. magar abhi tak koi aisa main nahi kar paayi hoon jiske badle mein tu mujhe reward de sake.</w:t>
      </w:r>
      <w:r>
        <w:br/>
      </w:r>
      <w:r>
        <w:rPr>
          <w:sz w:val="20"/>
        </w:rPr>
        <w:t>14:32  bas tu apni toffee se mujhe hamle swale karne ki toffee kata farma aur aakhir ke din mere liye aasani farma de aur mere gunahon ko mujhse door karte mujhe pakeezah kar de. isko sochte hue hum sabke liye yeh kehna chahungi ke aakhiri waqt aa chuka hai. ab kisi uzar ko ya negativity ko humein apne daawati raaste mein nahi aane dena.</w:t>
      </w:r>
      <w:r>
        <w:br/>
      </w:r>
      <w:r>
        <w:rPr>
          <w:sz w:val="20"/>
        </w:rPr>
        <w:t>14:58  green planning karna hai aur pichhli galtiyon se seekhna hai, unhein dohrana nahi hai. allah hamari hamara hami aur madadgar bane. meri ramzan mein is baar yahi learning ki. shukriya shabeena, jaza kalla. jaza kalla doctor shabeena, aapne bohat acha share kiya.</w:t>
      </w:r>
      <w:r>
        <w:br/>
      </w:r>
      <w:r>
        <w:rPr>
          <w:sz w:val="20"/>
        </w:rPr>
        <w:t>15:19  ek baat maine bhi bohat zyada mehsoos kiya is ramzan mein ke main bohat pehle se bohat spiritually up awakened ho gayi hoon aur cheezon ko bohat seriously lena shuru kiya hai aur ek baar jo bohat zyada 21 April ko Maulana ki first anniversary thi to Maulana ko bohat zyada maine yaad kiya aur unki learning ko yaad kiya.</w:t>
      </w:r>
    </w:p>
    <w:p>
      <w:pPr>
        <w:pStyle w:val="Heading2"/>
      </w:pPr>
      <w:r>
        <w:t>Ramadan as month of taqwa, shukr, sabr, tadabbur</w:t>
      </w:r>
    </w:p>
    <w:p>
      <w:r>
        <w:rPr>
          <w:color w:val="666666"/>
          <w:sz w:val="18"/>
        </w:rPr>
        <w:t>Ramadan The Month of Fasting July 31, 2011- Maulana Wahiduddin Khan · 3m 13s · at 28:57 · https://youtu.be/EpBJ1QtE748?t=1737</w:t>
      </w:r>
    </w:p>
    <w:p>
      <w:r>
        <w:rPr>
          <w:i/>
        </w:rPr>
        <w:t>“Ramadan ke baare mein Quran mein aaya taqwa ka lafz”</w:t>
      </w:r>
    </w:p>
    <w:p>
      <w:r>
        <w:rPr>
          <w:sz w:val="20"/>
        </w:rPr>
        <w:t>28:57  to Ramzan ke bare mein Quran mein aaya taqwa ka lafz aur shukr ka lafz. yaani "la'allakum tattaqun". is ka matlab ye hai ke roza jo hai taqwa ka mahina hai.</w:t>
      </w:r>
      <w:r>
        <w:br/>
      </w:r>
      <w:r>
        <w:rPr>
          <w:sz w:val="20"/>
        </w:rPr>
        <w:t>29:10  phir aaya "la'allakum tashkurun". roza shukr ka mahina hai.</w:t>
      </w:r>
      <w:r>
        <w:br/>
      </w:r>
      <w:r>
        <w:rPr>
          <w:sz w:val="20"/>
        </w:rPr>
        <w:t>29:17  yaani shahr ul taqwa aur shahr ul shukr. hadees mein ek aur cheez aayi hai. hua shahr us sabr.</w:t>
      </w:r>
      <w:r>
        <w:br/>
      </w:r>
      <w:r>
        <w:rPr>
          <w:sz w:val="20"/>
        </w:rPr>
        <w:t>29:27  wo sabr ka mahina hai. is par ghor karte hue mujhe ek baat samajh mein aayi. wahi jo maine kaha tha ke Ramzan se pehle jo Shaban aata hai to wo jud o sad ul madra ke mani hain ke Ramzan ke bare mein sochna, Ramzan ki tayyari karna, Ramzan ki apna waqt phir phir karna.</w:t>
      </w:r>
      <w:r>
        <w:br/>
      </w:r>
      <w:r>
        <w:rPr>
          <w:sz w:val="20"/>
        </w:rPr>
        <w:t>29:46  ye hai.</w:t>
      </w:r>
      <w:r>
        <w:br/>
      </w:r>
      <w:r>
        <w:rPr>
          <w:sz w:val="20"/>
        </w:rPr>
        <w:t>29:50  to Rasool Allah sal'lallahu alaihi wasallam ne goya ke ek aur cheez daryaft ki Ramzan ke bare mein jo Quran mein mazkoor nahi thi. Quran mein tha ke shahr ul taqwa hai ye, shahr ul shukr hai ye.</w:t>
      </w:r>
      <w:r>
        <w:br/>
      </w:r>
      <w:r>
        <w:rPr>
          <w:sz w:val="20"/>
        </w:rPr>
        <w:t>30:03  aap ne ek aur cheez mein izafa kiya ke wo shahr us sabr hai.</w:t>
      </w:r>
      <w:r>
        <w:br/>
      </w:r>
      <w:r>
        <w:rPr>
          <w:sz w:val="20"/>
        </w:rPr>
        <w:t>30:10  is se mujhe ek badi ajeeb baat samajh mein aayi. ke kuch buniyadi cheezon ko Quran mein bata diya gaya hai, lekin is ka matlab ye nahi ke aap ka soch ka dayera khatam ho gaya.</w:t>
      </w:r>
      <w:r>
        <w:br/>
      </w:r>
      <w:r>
        <w:rPr>
          <w:sz w:val="20"/>
        </w:rPr>
        <w:t>30:20  aap sochenge to aur aur baaten nikalenge, aur aur baaten nikalenge. ye bhi ek sunnat hai. ye bhi ek namoona hai, ye bhi ek uswa hai.</w:t>
      </w:r>
      <w:r>
        <w:br/>
      </w:r>
      <w:r>
        <w:rPr>
          <w:sz w:val="20"/>
        </w:rPr>
        <w:t>30:30  ke socho aur socho aur socho. to nayi nayi baaten tum ko milengi. naye naye pehlu khulenge tumhare upar. chunancha main ghor karta raha to mujhe ek baat samajh mein aayi.</w:t>
      </w:r>
      <w:r>
        <w:br/>
      </w:r>
      <w:r>
        <w:rPr>
          <w:sz w:val="20"/>
        </w:rPr>
        <w:t>30:44  ke shayad roze ko ye kahein ke shahr ul tadabbur bhi hai roza. shahr ul tadabbur. roza shahr ul taqwa hai, roza shahr ul shukr hai, roza shahr us sabr hai.</w:t>
      </w:r>
      <w:r>
        <w:br/>
      </w:r>
      <w:r>
        <w:rPr>
          <w:sz w:val="20"/>
        </w:rPr>
        <w:t>30:58  roza shahr ul tadabbur bhi hai.</w:t>
      </w:r>
      <w:r>
        <w:br/>
      </w:r>
      <w:r>
        <w:rPr>
          <w:sz w:val="20"/>
        </w:rPr>
        <w:t>31:06  is ke bare mein main kuch arz karunga, pehle is ke liye shahr us sabr. dekhiye jis ye farmaya ke roza sabr ka mahina hai, ye saada baat nahi hai.</w:t>
      </w:r>
      <w:r>
        <w:br/>
      </w:r>
      <w:r>
        <w:rPr>
          <w:sz w:val="20"/>
        </w:rPr>
        <w:t>31:18  sabr ke mani kya hain? sabr ke mani hain ke koi khilaf mizaj baaten hon to aap provoke na hon, bhadak na uthen.</w:t>
      </w:r>
      <w:r>
        <w:br/>
      </w:r>
      <w:r>
        <w:rPr>
          <w:sz w:val="20"/>
        </w:rPr>
        <w:t>31:31  apni normalcy ko baqi rakhen. sabr ke mani hain e'tedaal ko baqi rakhna. koi aadmi dekhiye bar bar kya hota hai.</w:t>
      </w:r>
      <w:r>
        <w:br/>
      </w:r>
      <w:r>
        <w:rPr>
          <w:sz w:val="20"/>
        </w:rPr>
        <w:t>31:41  jazbaat se maghloob ho jata hai, khwahish se maghloob ho jata hai, isht'aal se maghloob ho jata hai. bar bar aisa hota rehta hai. mohabbat se maghloob ho jata hai.</w:t>
      </w:r>
      <w:r>
        <w:br/>
      </w:r>
      <w:r>
        <w:rPr>
          <w:sz w:val="20"/>
        </w:rPr>
        <w:t>31:53  sabr ka matlab hai apne ko haalat e'tedaal par qaim rakhna. normal haalat jo hai aadmi ki fitri, us ko qaim rakhna is ko.</w:t>
      </w:r>
      <w:r>
        <w:br/>
      </w:r>
      <w:r>
        <w:rPr>
          <w:sz w:val="20"/>
        </w:rPr>
        <w:t>32:02  is ke bohat faayde hain. is ka main ek ek taaza misaal deta hoon aap ko.</w:t>
      </w:r>
    </w:p>
    <w:p>
      <w:pPr>
        <w:pStyle w:val="Heading2"/>
      </w:pPr>
      <w:r>
        <w:t>two Quranic signs of whether you truly love God</w:t>
      </w:r>
    </w:p>
    <w:p>
      <w:r>
        <w:rPr>
          <w:color w:val="666666"/>
          <w:sz w:val="18"/>
        </w:rPr>
        <w:t>Revival of Abrahamic Mission October 28, 2012 · 3m 20s · at 1:12:36 · https://youtu.be/9mV72V5gsqM?t=4356</w:t>
      </w:r>
    </w:p>
    <w:p>
      <w:r>
        <w:rPr>
          <w:i/>
        </w:rPr>
        <w:t>“سبجیکٹیو کرائٹیریا یہ ہے کہ میرا سول کرسن اللہ بن گیا ہے۔”</w:t>
      </w:r>
    </w:p>
    <w:p>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Zakat as God's right, explained through nature's gifts</w:t>
      </w:r>
    </w:p>
    <w:p>
      <w:r>
        <w:rPr>
          <w:color w:val="666666"/>
          <w:sz w:val="18"/>
        </w:rPr>
        <w:t>Spirit of Zakat (English) May 16, 2007 Maulana Wahiduddin Khan · 4m 25s · at 14:36 · https://youtu.be/J-0gHxSsXWc?t=876</w:t>
      </w:r>
    </w:p>
    <w:p>
      <w:r>
        <w:rPr>
          <w:i/>
        </w:rPr>
        <w:t>“There are two basic aspects: Haqqullah and Haqqulabad.”</w:t>
      </w:r>
    </w:p>
    <w:p>
      <w:r>
        <w:rPr>
          <w:sz w:val="20"/>
        </w:rPr>
        <w:t>14:36  Now, there are two basic aspects. One is Haqqullah and the other one is Haqqulabad.</w:t>
      </w:r>
      <w:r>
        <w:br/>
      </w:r>
      <w:r>
        <w:rPr>
          <w:sz w:val="20"/>
        </w:rPr>
        <w:t>14:46  So, in the Qur'an, there is fa atoo haqqahu wa yauma hasa</w:t>
      </w:r>
      <w:r>
        <w:br/>
      </w:r>
      <w:r>
        <w:rPr>
          <w:sz w:val="20"/>
        </w:rPr>
        <w:t>14:52  adihi So, according to the Qur'an, Zakat is Haqqullah, theright of God.</w:t>
      </w:r>
      <w:r>
        <w:br/>
      </w:r>
      <w:r>
        <w:rPr>
          <w:sz w:val="20"/>
        </w:rPr>
        <w:t>15:00  Right of God. So, why is it theright of God? Because it is God who has given you all this money, all these things.</w:t>
      </w:r>
      <w:r>
        <w:br/>
      </w:r>
      <w:r>
        <w:rPr>
          <w:sz w:val="20"/>
        </w:rPr>
        <w:t>15:16  Your share is very little, less than one person</w:t>
      </w:r>
      <w:r>
        <w:br/>
      </w:r>
      <w:r>
        <w:rPr>
          <w:sz w:val="20"/>
        </w:rPr>
        <w:t>15:23  . Because when you do a business, when you do a job, when you earn any amount of money, it requires God's infrastructure, God's support system.</w:t>
      </w:r>
      <w:r>
        <w:br/>
      </w:r>
      <w:r>
        <w:rPr>
          <w:sz w:val="20"/>
        </w:rPr>
        <w:t>15:40  Without the divine support system, you cannot earn anything. For example, you have to move on the Earth.</w:t>
      </w:r>
      <w:r>
        <w:br/>
      </w:r>
      <w:r>
        <w:rPr>
          <w:sz w:val="20"/>
        </w:rPr>
        <w:t>15:51  How can you move on the Earth without the gravitational pull? You need oxygen. How can you generate oxygen on your own basis?</w:t>
      </w:r>
      <w:r>
        <w:br/>
      </w:r>
      <w:r>
        <w:rPr>
          <w:sz w:val="20"/>
        </w:rPr>
        <w:t>16:02  Oxygen is supplied by God. You need light. Because without light, you cannot see anything.</w:t>
      </w:r>
      <w:r>
        <w:br/>
      </w:r>
      <w:r>
        <w:rPr>
          <w:sz w:val="20"/>
        </w:rPr>
        <w:t>16:12  So, again, it is God who is supplying to you light through the Sun.</w:t>
      </w:r>
      <w:r>
        <w:br/>
      </w:r>
      <w:r>
        <w:rPr>
          <w:sz w:val="20"/>
        </w:rPr>
        <w:t>16:22  So, light and air and oxygen and everything, everything, everything is supplied by God. So, your effort is very, very little.</w:t>
      </w:r>
      <w:r>
        <w:br/>
      </w:r>
      <w:r>
        <w:rPr>
          <w:sz w:val="20"/>
        </w:rPr>
        <w:t>16:34  Your effort is less than one person. And God's blessing is more than 99%.</w:t>
      </w:r>
      <w:r>
        <w:br/>
      </w:r>
      <w:r>
        <w:rPr>
          <w:sz w:val="20"/>
        </w:rPr>
        <w:t>16:41  So, you have to pay God's share. God's share means fi sabeelillah in the way of God.</w:t>
      </w:r>
      <w:r>
        <w:br/>
      </w:r>
      <w:r>
        <w:rPr>
          <w:sz w:val="20"/>
        </w:rPr>
        <w:t>16:56  In the way of God, that is in the way of truth, in the way of charity, in the way of da'wah work.</w:t>
      </w:r>
      <w:r>
        <w:br/>
      </w:r>
      <w:r>
        <w:rPr>
          <w:sz w:val="20"/>
        </w:rPr>
        <w:t>17:05  This is God's share.</w:t>
      </w:r>
      <w:r>
        <w:br/>
      </w:r>
      <w:r>
        <w:rPr>
          <w:sz w:val="20"/>
        </w:rPr>
        <w:t>17:11  So, when you earn money, you have to remind that you are not the owner of all this money. God is the owner.</w:t>
      </w:r>
      <w:r>
        <w:br/>
      </w:r>
      <w:r>
        <w:rPr>
          <w:sz w:val="20"/>
        </w:rPr>
        <w:t>17:23  Your share in this money is less than one percent. And God's share in this money is more than 99%.</w:t>
      </w:r>
      <w:r>
        <w:br/>
      </w:r>
      <w:r>
        <w:rPr>
          <w:sz w:val="20"/>
        </w:rPr>
        <w:t>17:32  So, you have to pay God His share.</w:t>
      </w:r>
      <w:r>
        <w:br/>
      </w:r>
      <w:r>
        <w:rPr>
          <w:sz w:val="20"/>
        </w:rPr>
        <w:t>17:37  You have theright to</w:t>
      </w:r>
      <w:r>
        <w:br/>
      </w:r>
      <w:r>
        <w:rPr>
          <w:sz w:val="20"/>
        </w:rPr>
        <w:t>17:41  take your share. But it is very little. It is God's blessing that He said that if you give 2.5%, that is enough.</w:t>
      </w:r>
      <w:r>
        <w:br/>
      </w:r>
      <w:r>
        <w:rPr>
          <w:sz w:val="20"/>
        </w:rPr>
        <w:t>18:00  Although His share is 99%. Although His share is 99%. But He it was His blessing that He directed you to pay just 2.5%.</w:t>
      </w:r>
      <w:r>
        <w:br/>
      </w:r>
      <w:r>
        <w:rPr>
          <w:sz w:val="20"/>
        </w:rPr>
        <w:t>18:21  It is very little.</w:t>
      </w:r>
      <w:r>
        <w:br/>
      </w:r>
      <w:r>
        <w:rPr>
          <w:sz w:val="20"/>
        </w:rPr>
        <w:t>18:22  So, when you give your money in the way of good deed, in the way of charity, in the way of da'wah work, then you are paying the share of God.</w:t>
      </w:r>
      <w:r>
        <w:br/>
      </w:r>
      <w:r>
        <w:rPr>
          <w:sz w:val="20"/>
        </w:rPr>
        <w:t>18:33  So, God will give you a reward for this honesty. It is your honesty that you are paying the share of God</w:t>
      </w:r>
      <w:r>
        <w:br/>
      </w:r>
      <w:r>
        <w:rPr>
          <w:sz w:val="20"/>
        </w:rPr>
        <w:t>18:43  . So, God will give you a reward</w:t>
      </w:r>
      <w:r>
        <w:br/>
      </w:r>
      <w:r>
        <w:rPr>
          <w:sz w:val="20"/>
        </w:rPr>
        <w:t>18:51  by acknowledging your honesty. Then it is also Haqqulabad.</w:t>
      </w:r>
    </w:p>
    <w:p>
      <w:pPr>
        <w:pStyle w:val="Heading2"/>
      </w:pPr>
      <w:r>
        <w:t>Hajirah's role from nature worship to science to modern challenge</w:t>
      </w:r>
    </w:p>
    <w:p>
      <w:r>
        <w:rPr>
          <w:color w:val="666666"/>
          <w:sz w:val="18"/>
        </w:rPr>
        <w:t>The Role of a Woman March 8, 2020 Maulana Wahiduddin Khan · 5m 14s · at 6:00 · https://youtu.be/aBPy_KTsk1A?t=360</w:t>
      </w:r>
    </w:p>
    <w:p>
      <w:r>
        <w:rPr>
          <w:i/>
        </w:rPr>
        <w:t>“History tells that the hero is Hazrat Hajirah”</w:t>
      </w:r>
    </w:p>
    <w:p>
      <w:r>
        <w:rPr>
          <w:sz w:val="20"/>
        </w:rPr>
        <w:t>6:00  to jo tareekh hai woh batati hai ke is ki hero Hazrat Hajra hain. Is ki hero Hazrat Hajra hain.</w:t>
      </w:r>
      <w:r>
        <w:br/>
      </w:r>
      <w:r>
        <w:rPr>
          <w:sz w:val="20"/>
        </w:rPr>
        <w:t>6:12  Hazrat Hajra is tareeqay se ke Hazrat Ibrahim ne</w:t>
      </w:r>
      <w:r>
        <w:br/>
      </w:r>
      <w:r>
        <w:rPr>
          <w:sz w:val="20"/>
        </w:rPr>
        <w:t>6:17  apni biwi aur apne bete ko desert mein basa liya,</w:t>
      </w:r>
      <w:r>
        <w:br/>
      </w:r>
      <w:r>
        <w:rPr>
          <w:sz w:val="20"/>
        </w:rPr>
        <w:t>6:26  aik nai nasal bananay ke liye. Is zamanay mein de-carnation ki wajah se sari dunya mein cow of worship raaij ho gayi thi.</w:t>
      </w:r>
      <w:r>
        <w:br/>
      </w:r>
      <w:r>
        <w:rPr>
          <w:sz w:val="20"/>
        </w:rPr>
        <w:t>6:43  to aik nai nasal jis ki carnation na hui ho, darkaar thi.</w:t>
      </w:r>
      <w:r>
        <w:br/>
      </w:r>
      <w:r>
        <w:rPr>
          <w:sz w:val="20"/>
        </w:rPr>
        <w:t>6:56  woh Hazrat Hajra ki qurbani se bani jab woh desert mein apne bachay ko le kar bas gayeen, jahan koi</w:t>
      </w:r>
      <w:r>
        <w:br/>
      </w:r>
      <w:r>
        <w:rPr>
          <w:sz w:val="20"/>
        </w:rPr>
        <w:t>7:15  is qism ki carnation ka mahol nahi tha. To aik desert therapy ke zariye, is ko mein keh sakta hoon desert therapy.</w:t>
      </w:r>
      <w:r>
        <w:br/>
      </w:r>
      <w:r>
        <w:rPr>
          <w:sz w:val="20"/>
        </w:rPr>
        <w:t>7:29  to desert therapy ke zariye</w:t>
      </w:r>
      <w:r>
        <w:br/>
      </w:r>
      <w:r>
        <w:rPr>
          <w:sz w:val="20"/>
        </w:rPr>
        <w:t>7:34  aik nasal bani free of carnation.</w:t>
      </w:r>
      <w:r>
        <w:br/>
      </w:r>
      <w:r>
        <w:rPr>
          <w:sz w:val="20"/>
        </w:rPr>
        <w:t>7:41  is ko hum kehte hain Banu Ismail. To yeh Banu Ismail thay jin ki nasal se aik nai generation paida hui.</w:t>
      </w:r>
      <w:r>
        <w:br/>
      </w:r>
      <w:r>
        <w:rPr>
          <w:sz w:val="20"/>
        </w:rPr>
        <w:t>7:58  is generation mein Hazrat Muhammad (SAW) paida hue aur phir unhon ne aik mu'ahideen ki aik</w:t>
      </w:r>
      <w:r>
        <w:br/>
      </w:r>
      <w:r>
        <w:rPr>
          <w:sz w:val="20"/>
        </w:rPr>
        <w:t>8:15  guroh banaya.</w:t>
      </w:r>
      <w:r>
        <w:br/>
      </w:r>
      <w:r>
        <w:rPr>
          <w:sz w:val="20"/>
        </w:rPr>
        <w:t>8:21  isi guroh ka yeh karnama hai ke is ne tareekh mein pehli baar</w:t>
      </w:r>
      <w:r>
        <w:br/>
      </w:r>
      <w:r>
        <w:rPr>
          <w:sz w:val="20"/>
        </w:rPr>
        <w:t>8:32  dunya ko</w:t>
      </w:r>
      <w:r>
        <w:br/>
      </w:r>
      <w:r>
        <w:rPr>
          <w:sz w:val="20"/>
        </w:rPr>
        <w:t>8:39  is daur se nikala, yaani suraj parasti, chand parasti ke daur se nikala.</w:t>
      </w:r>
      <w:r>
        <w:br/>
      </w:r>
      <w:r>
        <w:rPr>
          <w:sz w:val="20"/>
        </w:rPr>
        <w:t>8:53  tab ja ke yeh mumkin hua ke insaan nature ko</w:t>
      </w:r>
      <w:r>
        <w:br/>
      </w:r>
      <w:r>
        <w:rPr>
          <w:sz w:val="20"/>
        </w:rPr>
        <w:t>9:02  explore kare. Nature ko parastish karne ke bajaye is ko explore kare aur phir aik lambay process ke baad</w:t>
      </w:r>
      <w:r>
        <w:br/>
      </w:r>
      <w:r>
        <w:rPr>
          <w:sz w:val="20"/>
        </w:rPr>
        <w:t>9:21  dunya mein science ka daur aaya.</w:t>
      </w:r>
      <w:r>
        <w:br/>
      </w:r>
      <w:r>
        <w:rPr>
          <w:sz w:val="20"/>
        </w:rPr>
        <w:t>9:27  science ka daur aaya. To is lihaaz se mein samajhta hoon ke There's a woman at the beginning of all great things ka title sab se pehle Hazrat Hajra ko</w:t>
      </w:r>
      <w:r>
        <w:br/>
      </w:r>
      <w:r>
        <w:rPr>
          <w:sz w:val="20"/>
        </w:rPr>
        <w:t>9:44  milta hai.</w:t>
      </w:r>
      <w:r>
        <w:br/>
      </w:r>
      <w:r>
        <w:rPr>
          <w:sz w:val="20"/>
        </w:rPr>
        <w:t>9:52  is lihaaz se Islam ne jo sabaq diya hai, us mein se aik sabaq yeh hai ke khawateen ko chahiye ke woh apne role ko samjhein,</w:t>
      </w:r>
      <w:r>
        <w:br/>
      </w:r>
      <w:r>
        <w:rPr>
          <w:sz w:val="20"/>
        </w:rPr>
        <w:t>10:09  woh inqilabi role</w:t>
      </w:r>
      <w:r>
        <w:br/>
      </w:r>
      <w:r>
        <w:rPr>
          <w:sz w:val="20"/>
        </w:rPr>
        <w:t>10:11  jo un ka hai, us ko discover karein. To qadeem zamanay mein Hajra ki nasal ne insaan ko nature worship se nikala tha.</w:t>
      </w:r>
      <w:r>
        <w:br/>
      </w:r>
      <w:r>
        <w:rPr>
          <w:sz w:val="20"/>
        </w:rPr>
        <w:t>10:31  Nature worship se nikala tha. Ab mein samajhta hoon ke khawateen ka role yeh hai ke insaan ko matter parastish ke daur se nikalein.</w:t>
      </w:r>
      <w:r>
        <w:br/>
      </w:r>
      <w:r>
        <w:rPr>
          <w:sz w:val="20"/>
        </w:rPr>
        <w:t>10:46  Aaj duniya matter parast ban gayi hai,</w:t>
      </w:r>
      <w:r>
        <w:br/>
      </w:r>
      <w:r>
        <w:rPr>
          <w:sz w:val="20"/>
        </w:rPr>
        <w:t>10:50  madah parast ban gayi hai. To mein samajhta hoon ke maujooda zamane mein khawateen ka yeh role hai ke woh insaan ko matter parast se nikalein aur sache maano mein Khuda parast banayein.</w:t>
      </w:r>
      <w:r>
        <w:br/>
      </w:r>
      <w:r>
        <w:rPr>
          <w:sz w:val="20"/>
        </w:rPr>
        <w:t>11:09  Khuda parast banayein.</w:t>
      </w:r>
    </w:p>
    <w:p>
      <w:pPr>
        <w:pStyle w:val="Heading2"/>
      </w:pPr>
      <w:r>
        <w:t>Persian general impressed by Muslim prayer discipline</w:t>
      </w:r>
    </w:p>
    <w:p>
      <w:r>
        <w:rPr>
          <w:color w:val="666666"/>
          <w:sz w:val="18"/>
        </w:rPr>
        <w:t>On Salah (Prayer) | January 22, 2006 | Maulana Wahiduddin Khan · 3m 01s · at 1:40:30 · https://youtu.be/k9e3-2e4uTw?t=6030</w:t>
      </w:r>
    </w:p>
    <w:p>
      <w:r>
        <w:rPr>
          <w:i/>
        </w:rPr>
        <w:t>“Rustom ne dekha ke yeh log khule maidan mein namaz padhte the”</w:t>
      </w:r>
    </w:p>
    <w:p>
      <w:r>
        <w:rPr>
          <w:sz w:val="20"/>
        </w:rPr>
        <w:t>1:40:30  rustam. rustam bohat hi intelligent aadmi tha. us ne kya dekha ke yeh log jo arab se aaye hain rozana khule open field mein khuli jagah par woh log namaz parhte thay. to kya hota tha ke ek aadmi aage khara ho gaya. baqi sab log peechay khare ho gaye. yani ek ko aage kar ke sab back seat pe chalay gaye.</w:t>
      </w:r>
      <w:r>
        <w:br/>
      </w:r>
      <w:r>
        <w:rPr>
          <w:sz w:val="20"/>
        </w:rPr>
        <w:t>1:41:00  aur us ke baad kya hua? aage wala aadmi jo jo karta hai wohi peechay walay karte hain. yani haath uthaya to abhi haath uthate hain. jhuke to abhi jhukte hain. uthe to abhi uthte hain. to us ne dekha jab kai baar yeh cheez to us ne samjha ke to yeh to discipline way mein zindagi guzarnay ki training hai. discipline life ki training hai yeh. to us zamane mein khalifa jo thay un ka naam tha umar.</w:t>
      </w:r>
      <w:r>
        <w:br/>
      </w:r>
      <w:r>
        <w:rPr>
          <w:sz w:val="20"/>
        </w:rPr>
        <w:t>1:41:31  second khalifa jo thay umar. to rustam ne kaha ke aql umar o qudi aql umar o qavi yalam al kitab kulab al adab umar mera kaleja kha gaya kyunke yeh uska literal translation yeh hai ke umar mera kaleja kha gaya kyunke yeh kutton ko adab sikha raha hai. kutton ko discipline sikha raha hai. asli iran ke log</w:t>
      </w:r>
      <w:r>
        <w:br/>
      </w:r>
      <w:r>
        <w:rPr>
          <w:sz w:val="20"/>
        </w:rPr>
        <w:t>1:42:01  bohat hi un ke andar kibr tha, bohat hi arrogance tha. arbon ko bohat haqeer samajhte thay woh. just like animal samajhte thay animal. us zamane ki jo yeh is baat is baat ki baat hai jab ke sasani empire qaim thi. aap jante hain us zamane mein do bari empire thi roman empire aur sasani empire. to sasani empire ka center jo tha iran tha woh. to woh log arbon ko bilkul haqeer samajhte thay. just like animal. to us ne jab dekha ke arbon ko</w:t>
      </w:r>
      <w:r>
        <w:br/>
      </w:r>
      <w:r>
        <w:rPr>
          <w:sz w:val="20"/>
        </w:rPr>
        <w:t>1:42:31  ki training ho rahi hai to us ki zuban se yeh jumla nikla ke umar mera kaleja kha gaya. yeh to kutton ko discipline sikha raha hai. hum kaise in ko face karein ge? kaise in ka muqabla karein ge? itna well disciplined log jo hain woh to aur se zyada taqatwar ho jatay hain. us ne goya us waqt us baat ko acknowledge kiya ke namaz discipline ki train</w:t>
      </w:r>
      <w:r>
        <w:br/>
      </w:r>
      <w:r>
        <w:rPr>
          <w:sz w:val="20"/>
        </w:rPr>
        <w:t>1:43:01  ing hai aur discipline log jo hotay hain woh yani un ke andar itni taqat aa jati hai. koi un ko conquer karne ki taqat nahi rakhta. is ka is tarah se acknowledge kiya unhone ke us ne ke khalifa umar jo hai mera kaleja kha gaya woh un logon ko discipline sikha raha hai. hum bhala discipline discipline ka muqabla kaise kar sakte hain? jo log itna highly disciplined hon un ka muq</w:t>
      </w:r>
    </w:p>
    <w:p>
      <w:pPr>
        <w:pStyle w:val="Heading2"/>
      </w:pPr>
      <w:r>
        <w:t>Muslims unaware and American example</w:t>
      </w:r>
    </w:p>
    <w:p>
      <w:r>
        <w:rPr>
          <w:color w:val="666666"/>
          <w:sz w:val="18"/>
        </w:rPr>
        <w:t>Muslims in the Modern Age, Jan 18, 2009 · 3m 36s · at 0:21 · https://youtu.be/7zDCFtOSWSw?t=21</w:t>
      </w:r>
    </w:p>
    <w:p>
      <w:r>
        <w:rPr>
          <w:i/>
        </w:rPr>
        <w:t>“The theme for this morning is Muslims in the Modern Age”</w:t>
      </w:r>
    </w:p>
    <w:p>
      <w:r>
        <w:rPr>
          <w:sz w:val="20"/>
        </w:rPr>
        <w:t>0:21  The theme for this morning is "Muslims in the Modern Age."</w:t>
      </w:r>
      <w:r>
        <w:br/>
      </w:r>
      <w:r>
        <w:rPr>
          <w:sz w:val="20"/>
        </w:rPr>
        <w:t>0:34  Yesterday I happened to meet two English journalists.</w:t>
      </w:r>
      <w:r>
        <w:br/>
      </w:r>
      <w:r>
        <w:rPr>
          <w:sz w:val="20"/>
        </w:rPr>
        <w:t>0:44  One was a senior journalist from India, and the second was a lady journalist from some foreign countr</w:t>
      </w:r>
      <w:r>
        <w:br/>
      </w:r>
      <w:r>
        <w:rPr>
          <w:sz w:val="20"/>
        </w:rPr>
        <w:t>0:55  y. Both wanted to know my opinion about the Palestinian problem or Arab-Israel problem.</w:t>
      </w:r>
      <w:r>
        <w:br/>
      </w:r>
      <w:r>
        <w:rPr>
          <w:sz w:val="20"/>
        </w:rPr>
        <w:t>1:10  I said that</w:t>
      </w:r>
      <w:r>
        <w:br/>
      </w:r>
      <w:r>
        <w:rPr>
          <w:sz w:val="20"/>
        </w:rPr>
        <w:t>1:16  the Arab-Israel issue is only an offshoot of a greater issue.</w:t>
      </w:r>
      <w:r>
        <w:br/>
      </w:r>
      <w:r>
        <w:rPr>
          <w:sz w:val="20"/>
        </w:rPr>
        <w:t>1:29  The Palestinian problem is only an offshoot of a greater problem. They wanted to know what is that greater problem with Muslims.</w:t>
      </w:r>
      <w:r>
        <w:br/>
      </w:r>
      <w:r>
        <w:rPr>
          <w:sz w:val="20"/>
        </w:rPr>
        <w:t>1:43  I said that</w:t>
      </w:r>
      <w:r>
        <w:br/>
      </w:r>
      <w:r>
        <w:rPr>
          <w:sz w:val="20"/>
        </w:rPr>
        <w:t>1:47  I have studied most of those materials published by Muslim scholars during the 20th century in Urdu, in English, in Arabic.</w:t>
      </w:r>
      <w:r>
        <w:br/>
      </w:r>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r>
        <w:br/>
      </w:r>
      <w:r>
        <w:rPr>
          <w:sz w:val="20"/>
        </w:rPr>
        <w:t>2:51  All these Muslims are quite unaware of what is the present age.</w:t>
      </w:r>
      <w:r>
        <w:br/>
      </w:r>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r>
        <w:br/>
      </w:r>
      <w:r>
        <w:rPr>
          <w:sz w:val="20"/>
        </w:rPr>
        <w:t>3:51  They don't know what is the spirit of the age.</w:t>
      </w:r>
    </w:p>
    <w:p>
      <w:pPr>
        <w:pStyle w:val="Heading2"/>
      </w:pPr>
      <w:r>
        <w:t>Parable of three men tested with wealth and mercy</w:t>
      </w:r>
    </w:p>
    <w:p>
      <w:r>
        <w:rPr>
          <w:color w:val="666666"/>
          <w:sz w:val="18"/>
        </w:rPr>
        <w:t>The Importance of Zakat May 08, 2022 Dr. Saniyasnain Khan · 4m 13s · at 44:37 · https://youtu.be/92nslWvnQ5Y?t=2677</w:t>
      </w:r>
    </w:p>
    <w:p>
      <w:r>
        <w:rPr>
          <w:i/>
        </w:rPr>
        <w:t>“Three friends were tested — a leper, a bald man, a blind man”</w:t>
      </w:r>
    </w:p>
    <w:p>
      <w:r>
        <w:rPr>
          <w:sz w:val="20"/>
        </w:rPr>
        <w:t>44:37  lekin main usko short karta hoon ki rasoolullah sallam ne teen aadmiyon ka zikr kiya, jo teeno dost the aur woh bani Israel ka ke log the yaani Musa alaihissalam ki qaum ke log the. unmein se ek aadmi tha jisko skin ki problem thi. ji. aur ek ball tha uske sar par baal nahi uthte the aur ek tha jo andha tha blind tha. to Allah taala ne in teeno ko test karne ke liye farishta bheja.</w:t>
      </w:r>
      <w:r>
        <w:br/>
      </w:r>
      <w:r>
        <w:rPr>
          <w:sz w:val="20"/>
        </w:rPr>
        <w:t>45:07  to sabse pehle farishta uske paas gaya jo skin ki jisko kuch bimari thi.</w:t>
      </w:r>
      <w:r>
        <w:br/>
      </w:r>
      <w:r>
        <w:rPr>
          <w:sz w:val="20"/>
        </w:rPr>
        <w:t>45:13  to ne usse kaha ke tumhari kya problem hai?</w:t>
      </w:r>
      <w:r>
        <w:br/>
      </w:r>
      <w:r>
        <w:rPr>
          <w:sz w:val="20"/>
        </w:rPr>
        <w:t>45:20  to unhone kaha ke meri jo skin ki problem hai isse log mujhse nafrat karte hain, door bhagte</w:t>
      </w:r>
      <w:r>
        <w:br/>
      </w:r>
      <w:r>
        <w:rPr>
          <w:sz w:val="20"/>
        </w:rPr>
        <w:t>45:26  hain, koi mere paas nahi aata. ji.</w:t>
      </w:r>
      <w:r>
        <w:br/>
      </w:r>
      <w:r>
        <w:rPr>
          <w:sz w:val="20"/>
        </w:rPr>
        <w:t>45:33  aur mere color skin ka ajeeb sa ho gaya hai.</w:t>
      </w:r>
      <w:r>
        <w:br/>
      </w:r>
      <w:r>
        <w:rPr>
          <w:sz w:val="20"/>
        </w:rPr>
        <w:t>45:40  to ek oont nahin de di farishte ne aur kaha ke allah tumhein barkat de. phir farishta doosre ke paas gaya. ji. jis ke sar par baal nahin aate the aur us se bhi isi tarah ki baat ki to us ne bhi yahi kaha ke log mujh se nafrat karte hain, mere baal nahin ugte to farishte ne haath phera aur us ke baal bahut achhe aa gaye, handsome ban gaya woh. to phir us ne kaha ke tumhein kya chahiye?</w:t>
      </w:r>
      <w:r>
        <w:br/>
      </w:r>
      <w:r>
        <w:rPr>
          <w:sz w:val="20"/>
        </w:rPr>
        <w:t>46:07  to us ne kaha ke gaay, to gaay de di. to phir teesre aadmi ke paas gaya jo blind tha. to blind se baat ki farishte ne to us ne bhi yahi kaha ke main blind hoon aur log mujh se nafrat karte hain aur mujhe mujhe kuch samajhte nahin, meri izzat nahin karte. to poocha tumhein kya chahiye? to us ne kaha ke meri eyesight wapas aa jaaye, allah mujhe roshni de de.</w:t>
      </w:r>
      <w:r>
        <w:br/>
      </w:r>
      <w:r>
        <w:rPr>
          <w:sz w:val="20"/>
        </w:rPr>
        <w:t>46:37  to phir is din aise kiya to woh us ki eyesight wapas aa gayi aur kaha tumhein kya chahiye? to us ne kaha ke mujhe bakri chahiye. to us ko ek bakri de di. ji. to aur kaha ke allah barkat de tumhare maal mein.</w:t>
      </w:r>
      <w:r>
        <w:br/>
      </w:r>
      <w:r>
        <w:rPr>
          <w:sz w:val="20"/>
        </w:rPr>
        <w:t>47:07  us ke paas jis ko oont diya tha, jo skin ki disease thi us ko, to us se musafir ban ke aaya farishta. woh kaha ke main musafir hoon, mujhe zaroorat hai, jaana hai, main pareshan hoon, ek oont de do taaki main ja sakoon apne safar pe. to us ne kaha nahin nahin main to de nahin sakta, mere bade haqdaar hain aur main oont nahin de sakta.</w:t>
      </w:r>
      <w:r>
        <w:br/>
      </w:r>
      <w:r>
        <w:rPr>
          <w:sz w:val="20"/>
        </w:rPr>
        <w:t>47:32  to phir farishte ne kaha main tumhein pehchan raha hoon, tum wohi to ho jo jis ko skin ki disease thi aur phir tum se log door bhagte the aur allah ne tumhein itna kuch diya. us ne kaha nahin nahin yeh to mere baap dada ki daulat hai jo mere paas hai. ji. to farishte ne kaha ke tum dobara waise ho jao aur keh ke chala gaya. to woh dobara usi haal mein ho gaya. ji.</w:t>
      </w:r>
      <w:r>
        <w:br/>
      </w:r>
      <w:r>
        <w:rPr>
          <w:sz w:val="20"/>
        </w:rPr>
        <w:t>47:59  phir doosre ke paas gaya jis ke sar par baal nahin the to us ne bhi isi tarah ki baatein ki. to ji. aur main to andha tha mujhe allah ne roshni di, tum jo chahe le lo. ji.</w:t>
      </w:r>
      <w:r>
        <w:br/>
      </w:r>
      <w:r>
        <w:rPr>
          <w:sz w:val="20"/>
        </w:rPr>
        <w:t>48:27  to farishte ne kaha ke nahin tum apna maal rakho bas tumhara test ho raha tha. ji. to is tarah se alag alag test</w:t>
      </w:r>
      <w:r>
        <w:br/>
      </w:r>
      <w:r>
        <w:rPr>
          <w:sz w:val="20"/>
        </w:rPr>
        <w:t>48:50  to doctor sahab, what kind of good news is for those people who give zakat and sadqa, you know, from their lawful earnings? is ke baare mein bhi aap bataein.</w:t>
      </w:r>
    </w:p>
    <w:p>
      <w:pPr>
        <w:pStyle w:val="Heading2"/>
      </w:pPr>
      <w:r>
        <w:t>Maulana's closing prayer for the mission of dawah</w:t>
      </w:r>
    </w:p>
    <w:p>
      <w:r>
        <w:rPr>
          <w:color w:val="666666"/>
          <w:sz w:val="18"/>
        </w:rPr>
        <w:t>Welcome Address by Dr. Rajat Malhotra CPS International Peace Conference April 29-30, 2023 · 5m 02s · at 17:26 · https://youtu.be/z94aS7nevv0?t=1046</w:t>
      </w:r>
    </w:p>
    <w:p>
      <w:r>
        <w:rPr>
          <w:i/>
        </w:rPr>
        <w:t>“Khula hua yeh ishara main dua karta hoon”</w:t>
      </w:r>
    </w:p>
    <w:p>
      <w:r>
        <w:rPr>
          <w:sz w:val="20"/>
        </w:rPr>
        <w:t>17:26  jo jo glimi daav varg to ne ko qadar kiya hai,</w:t>
      </w:r>
      <w:r>
        <w:br/>
      </w:r>
      <w:r>
        <w:rPr>
          <w:sz w:val="20"/>
        </w:rPr>
        <w:t>17:55  uske liye bilashati se kuch human face dilka rahe hain, pata hai hum apne aap ko kesh karte</w:t>
      </w:r>
      <w:r>
        <w:br/>
      </w:r>
      <w:r>
        <w:rPr>
          <w:sz w:val="20"/>
        </w:rPr>
        <w:t>18:04  hain to usko human face ke taur par, to humko is kaam ke liye istemal fanka hai.</w:t>
      </w:r>
      <w:r>
        <w:br/>
      </w:r>
      <w:r>
        <w:rPr>
          <w:sz w:val="20"/>
        </w:rPr>
        <w:t>18:14  humko woh himmat de, humko wo nazar de, humko wo soch de, humko wo wasaal de jiske liye</w:t>
      </w:r>
      <w:r>
        <w:br/>
      </w:r>
      <w:r>
        <w:rPr>
          <w:sz w:val="20"/>
        </w:rPr>
        <w:t>18:23  hum is kaam ko wo kamar kar sake.</w:t>
      </w:r>
      <w:r>
        <w:br/>
      </w:r>
      <w:r>
        <w:rPr>
          <w:sz w:val="20"/>
        </w:rPr>
        <w:t>18:33  filhaal isse pehle bhi jin logon ne daawat ka kaam kiya vo bhi kamzor log the teri madad se hi teri madad hi hi se vah kaam kar pae.</w:t>
      </w:r>
      <w:r>
        <w:br/>
      </w:r>
      <w:r>
        <w:rPr>
          <w:sz w:val="20"/>
        </w:rPr>
        <w:t>18:46  aaj bhi ho gaya tere kamzor bande, tujhse usi rahmat ki ummeed kar rahe hain ki teri madad se hum is kaam ko poora kar sake.</w:t>
      </w:r>
      <w:r>
        <w:br/>
      </w:r>
      <w:r>
        <w:rPr>
          <w:sz w:val="20"/>
        </w:rPr>
        <w:t>19:10  bataya hamein himmat de, bataya hamari niyaton ko doosre parwah, hamari zuban mein taqat de, hamare thodi koshish</w:t>
      </w:r>
      <w:r>
        <w:br/>
      </w:r>
      <w:r>
        <w:rPr>
          <w:sz w:val="20"/>
        </w:rPr>
        <w:t>19:20  ko barkat apni barkat deriya zyada bukhir bana de.</w:t>
      </w:r>
      <w:r>
        <w:br/>
      </w:r>
      <w:r>
        <w:rPr>
          <w:sz w:val="20"/>
        </w:rPr>
        <w:t>19:30  khuda humein to phir dekh hum insaan ke kharkhaw bane.</w:t>
      </w:r>
      <w:r>
        <w:br/>
      </w:r>
      <w:r>
        <w:rPr>
          <w:sz w:val="20"/>
        </w:rPr>
        <w:t>19:41  hum sirf insaan ke kharkhai ke liye aur itni radda ke liye kaam karen. hota hai hamein dopahrik dekh hum kisi bhi kisi kisi kisi kin ka maaddi increase. hamare andar na fayda hone pae.</w:t>
      </w:r>
      <w:r>
        <w:br/>
      </w:r>
      <w:r>
        <w:rPr>
          <w:sz w:val="20"/>
        </w:rPr>
        <w:t>20:07  koi ahmad trfeek dekh hum poore haath ke saath us kaam kar sake kyunki yah to bada kaam teen varg par bagar nahin ho sakta, teen varg par bagar nahin ho sakta. khudaya tu preshton ke fauj bhej diya hamari madad ke liye.</w:t>
      </w:r>
      <w:r>
        <w:br/>
      </w:r>
      <w:r>
        <w:rPr>
          <w:sz w:val="20"/>
        </w:rPr>
        <w:t>20:35  khudaya hamein un baddon mein shaanbhar farma yaast mein poshe to asaab rasool to rasulla se asaab farmaen ke liye mere vo ummeed ke log jinhone mere mission ko bookmarked kiya.</w:t>
      </w:r>
      <w:r>
        <w:br/>
      </w:r>
      <w:r>
        <w:rPr>
          <w:sz w:val="20"/>
        </w:rPr>
        <w:t>21:00  vahan main allah ki roz mein jagah mile, vahan hamari janat ke darwaze khole jaen. vahan hum asabar sool se mil saken, august, august se aur saare pagalon se mil saken. vahan solah ke yograh hamare swar ho.</w:t>
      </w:r>
      <w:r>
        <w:br/>
      </w:r>
      <w:r>
        <w:rPr>
          <w:sz w:val="20"/>
        </w:rPr>
        <w:t>21:28  fazad aabad se allah ke liye jo bhi cheezen muddooq hain jinka hamein el bhi nahin vo sab hamein atafarama daavat e allah ke liye kya kya muddoob hai kya kya chahiye usko sahi tarah panjam dene ke liye hum uski koi phir se nahin bana sakte.</w:t>
      </w:r>
      <w:r>
        <w:br/>
      </w:r>
      <w:r>
        <w:rPr>
          <w:sz w:val="20"/>
        </w:rPr>
        <w:t>21:58  yah tairai kaam hai aur teri hil mein yah baat bhi hai ki kya vaisaal chahiye usko mukambal karne ke liye? to khuda hai vo saare vo saare meida farma. hamein is daurafir mein gavat allah ke kaam kariye fabool farma.</w:t>
      </w:r>
    </w:p>
    <w:p>
      <w:pPr>
        <w:pStyle w:val="Heading2"/>
      </w:pPr>
      <w:r>
        <w:t>Opening dua plus full businessman testimony on spreading books</w:t>
      </w:r>
    </w:p>
    <w:p>
      <w:r>
        <w:rPr>
          <w:color w:val="666666"/>
          <w:sz w:val="18"/>
        </w:rPr>
        <w:t>Positive Thinking August 12, 2017 Maulana Wahiduddin Khan · 3m 13s · at 0:13 · https://youtu.be/-h0oVhcOWik?t=13</w:t>
      </w:r>
    </w:p>
    <w:p>
      <w:r>
        <w:rPr>
          <w:i/>
        </w:rPr>
        <w:t>“Bismillah... today I want to begin with Mr. Dagar's experience”</w:t>
      </w:r>
    </w:p>
    <w:p>
      <w:r>
        <w:rPr>
          <w:sz w:val="20"/>
        </w:rPr>
        <w:t>0:13  bismillah-ir-rehman-ir-rahim, wa salla Allahu ala nabiyyi al-kareem.</w:t>
      </w:r>
      <w:r>
        <w:br/>
      </w:r>
      <w:r>
        <w:rPr>
          <w:sz w:val="20"/>
        </w:rPr>
        <w:t>0:22  12 agast 2017. aaj mein chahta hoon keh</w:t>
      </w:r>
      <w:r>
        <w:br/>
      </w:r>
      <w:r>
        <w:rPr>
          <w:sz w:val="20"/>
        </w:rPr>
        <w:t>0:36  program ka aaghaz</w:t>
      </w:r>
      <w:r>
        <w:br/>
      </w:r>
      <w:r>
        <w:rPr>
          <w:sz w:val="20"/>
        </w:rPr>
        <w:t>0:39  Mr. Dagar ke ek experience se kiya jaye. Mr. Dagar ka ek experience jo unhon ne bataya mujhe, woh bohat hi acha experience hai aur is se bohat himmat barhti hai.</w:t>
      </w:r>
      <w:r>
        <w:br/>
      </w:r>
      <w:r>
        <w:rPr>
          <w:sz w:val="20"/>
        </w:rPr>
        <w:t>0:57  to mein Mr. Dagar se request karunga keh woh apna experience bayan karein.</w:t>
      </w:r>
      <w:r>
        <w:br/>
      </w:r>
      <w:r>
        <w:rPr>
          <w:sz w:val="20"/>
        </w:rPr>
        <w:t>1:04  assalamu alaikum. so recently i met a senior vice president of a construction industry in an organization, almost one month back, and i have handed over some of the books of Maulana sahib to him,</w:t>
      </w:r>
      <w:r>
        <w:br/>
      </w:r>
      <w:r>
        <w:rPr>
          <w:sz w:val="20"/>
        </w:rPr>
        <w:t>1:25  which is prophet of peace, age of peace, what is islam, copy of quran, english translation.</w:t>
      </w:r>
      <w:r>
        <w:br/>
      </w:r>
      <w:r>
        <w:rPr>
          <w:sz w:val="20"/>
        </w:rPr>
        <w:t>1:33  because of some work, i was just speaking to him day before yesterday, and we were just interacting professional things. and during the interaction, he mentioned that, vikrant, i have read all the books which you have handed over to me, you gave it to me, and it was very very good.</w:t>
      </w:r>
      <w:r>
        <w:br/>
      </w:r>
      <w:r>
        <w:rPr>
          <w:sz w:val="20"/>
        </w:rPr>
        <w:t>1:52  and then he mentioned that, you know, he knows Maulana very well because he reads very regularly speaking tree, where Maulana writes the column in that speaking tree, and he is a little aware about the ideology.</w:t>
      </w:r>
      <w:r>
        <w:br/>
      </w:r>
      <w:r>
        <w:rPr>
          <w:sz w:val="20"/>
        </w:rPr>
        <w:t>2:05  but he has gone through the books thoroughly, and he mentioned a very practical remark there. he mentioned that, you know, nowadays, you know, this is the only ideology which address the youth mind.</w:t>
      </w:r>
      <w:r>
        <w:br/>
      </w:r>
      <w:r>
        <w:rPr>
          <w:sz w:val="20"/>
        </w:rPr>
        <w:t>2:18  and i mean, this was very inspiring for him also. and apart from that, he not just, you know, read the books of Maulana and understood what he has done.</w:t>
      </w:r>
      <w:r>
        <w:br/>
      </w:r>
      <w:r>
        <w:rPr>
          <w:sz w:val="20"/>
        </w:rPr>
        <w:t>2:29  he has put all the books in the library of the organization. so organization is very large, and he mentioned that, you know, apart from me also, all the people who wanted to read these books and understand, can, you know, take the books from library and can read this.</w:t>
      </w:r>
      <w:r>
        <w:br/>
      </w:r>
      <w:r>
        <w:rPr>
          <w:sz w:val="20"/>
        </w:rPr>
        <w:t>2:47  so after that, it was very inspiring when i had, you know, this news that i wanted to reach to lot of people in the organization. but i think god has given me an opportunity or this platform where the dawah can be reach to the people in the mass level.</w:t>
      </w:r>
      <w:r>
        <w:br/>
      </w:r>
      <w:r>
        <w:rPr>
          <w:sz w:val="20"/>
        </w:rPr>
        <w:t>3:05  and i know this library and lot of people are coming there, they are reading books, they are taking books, and they are taking benefit of it. now, spirituality is also now apart of that library.</w:t>
      </w:r>
      <w:r>
        <w:br/>
      </w:r>
      <w:r>
        <w:rPr>
          <w:sz w:val="20"/>
        </w:rPr>
        <w:t>3:17  so this was very very inspiring. thank you so much.</w:t>
      </w:r>
      <w:r>
        <w:br/>
      </w:r>
      <w:r>
        <w:rPr>
          <w:sz w:val="20"/>
        </w:rPr>
        <w:t>3:22  jazakallah.</w:t>
      </w:r>
    </w:p>
    <w:p>
      <w:pPr>
        <w:pStyle w:val="Heading2"/>
      </w:pPr>
      <w:r>
        <w:t>Ishq vs devotion: the true meaning of Ibrahim's sacrifice and hajj's purpose</w:t>
      </w:r>
    </w:p>
    <w:p>
      <w:r>
        <w:rPr>
          <w:color w:val="666666"/>
          <w:sz w:val="18"/>
        </w:rPr>
        <w:t>The Spirit of Hajj July 7, 2007 · 4m 04s · at 10:21 · https://youtu.be/SV2CfNml8ic?t=621</w:t>
      </w:r>
    </w:p>
    <w:p>
      <w:r>
        <w:rPr>
          <w:i/>
        </w:rPr>
        <w:t>“آج کل ایک نظریہ بنا ہے کہ عاشقی”</w:t>
      </w:r>
    </w:p>
    <w:p>
      <w:r>
        <w:rPr>
          <w:sz w:val="20"/>
        </w:rPr>
        <w:t>10:21  aaj kal ek nazariya bana hai ke aashiqi yani ishq ka izhar hai. haj mein jo jate hain log to woh ishq ilahi ka izhar hai.</w:t>
      </w:r>
      <w:r>
        <w:br/>
      </w:r>
      <w:r>
        <w:rPr>
          <w:sz w:val="20"/>
        </w:rPr>
        <w:t>10:32  yeh bilkul be buniyad baat hai.</w:t>
      </w:r>
      <w:r>
        <w:br/>
      </w:r>
      <w:r>
        <w:rPr>
          <w:sz w:val="20"/>
        </w:rPr>
        <w:t>10:36  jise kehte hain ke hazrat Ibrahim ne jo apne bete ko zabah kiya woh aashiqi ke عاشقی ke liye nahi tha woh zabah. woh zabah tha tum aap ne khwab dekha hazrat Ibrahim ne ke main apne bete ko zabah kar raha hoon to is ko unhon ne literal maanon mein le liya.</w:t>
      </w:r>
      <w:r>
        <w:br/>
      </w:r>
      <w:r>
        <w:rPr>
          <w:sz w:val="20"/>
        </w:rPr>
        <w:t>10:58  halanke literal maanon mein nahi tha woh. woh is maani mein tha ke apne bete ko waqf kar do deen ke liye.</w:t>
      </w:r>
      <w:r>
        <w:br/>
      </w:r>
      <w:r>
        <w:rPr>
          <w:sz w:val="20"/>
        </w:rPr>
        <w:t>11:07  yani jismani zabah murad nahi thi. balke zindagi ab un ki zindagi ko waqf ho jaye Islam deen ke liye is yeh murad tha is se.</w:t>
      </w:r>
      <w:r>
        <w:br/>
      </w:r>
      <w:r>
        <w:rPr>
          <w:sz w:val="20"/>
        </w:rPr>
        <w:t>11:17  chunanche unhon ne ja kar ko hum sara mein basa diya. ab hazrat Hajra ke sath woh tha zabah. ab ghor kijiye ke aisi jagah basana jahan pani na ho jahan sabza na ho jahan insan na ho woh to zabah karne se bara sakht tha woh.</w:t>
      </w:r>
      <w:r>
        <w:br/>
      </w:r>
      <w:r>
        <w:rPr>
          <w:sz w:val="20"/>
        </w:rPr>
        <w:t>11:36  to is khwab ka matlab yeh nahi tha ke un ke jism ko yani un ki gardan ko kaat do. nahi. un ko le aa kar ke wahan abad karo taake wahan ek nasal bane ek tareekh bane.</w:t>
      </w:r>
      <w:r>
        <w:br/>
      </w:r>
      <w:r>
        <w:rPr>
          <w:sz w:val="20"/>
        </w:rPr>
        <w:t>11:51  wohi nasal ke log sahaba bane baad ko. to is se murad</w:t>
      </w:r>
      <w:r>
        <w:br/>
      </w:r>
      <w:r>
        <w:rPr>
          <w:sz w:val="20"/>
        </w:rPr>
        <w:t>11:58  apne aap ko waqf kar dena tha. to yeh aashiqi ka maamla nahi hai.</w:t>
      </w:r>
      <w:r>
        <w:br/>
      </w:r>
      <w:r>
        <w:rPr>
          <w:sz w:val="20"/>
        </w:rPr>
        <w:t>12:03  yeh Allah ke deen mein apne aap ko waqf karne ka maamla hai. yeh ishq ishq ka lafz na Quran mein hai na hadith mein hai. to ishq ilahi koi matloob cheez nahi hai jo cheez matloob hai woh mohabbat ilahi.</w:t>
      </w:r>
      <w:r>
        <w:br/>
      </w:r>
      <w:r>
        <w:rPr>
          <w:sz w:val="20"/>
        </w:rPr>
        <w:t>12:17  ishq to ek jazbati cheez ke liye bola jata hai. lekin mohabbat ek socha samjha amal hai jis ka taluq soch se hai dimagh se hai aqal se hai.</w:t>
      </w:r>
      <w:r>
        <w:br/>
      </w:r>
      <w:r>
        <w:rPr>
          <w:sz w:val="20"/>
        </w:rPr>
        <w:t>12:28  to Allah ke liye mohabbat ke Allah ne hamein paida kiya.</w:t>
      </w:r>
      <w:r>
        <w:br/>
      </w:r>
      <w:r>
        <w:rPr>
          <w:sz w:val="20"/>
        </w:rPr>
        <w:t>12:33  hamein ek aisi duniya mein rakha jahan itne sare inaamaat hain zindagi guzarne ke liye. to mohabbat ilahi jo hai aadmi ko apne manim ko yaad dilati hai.</w:t>
      </w:r>
      <w:r>
        <w:br/>
      </w:r>
      <w:r>
        <w:rPr>
          <w:sz w:val="20"/>
        </w:rPr>
        <w:t>12:48  to yeh hajj jo hai ishq elahi ka muamla nahi hai. balkay ehsanat elahi ko yaad karne ka muamla hai. aur hukum elahi ko apni zindagi mein shamil karne ka muamla hai.</w:t>
      </w:r>
      <w:r>
        <w:br/>
      </w:r>
      <w:r>
        <w:rPr>
          <w:sz w:val="20"/>
        </w:rPr>
        <w:t>12:58  apne aap ko khuda-e-kaam mein waqf kar dene ka muamla</w:t>
      </w:r>
      <w:r>
        <w:br/>
      </w:r>
      <w:r>
        <w:rPr>
          <w:sz w:val="20"/>
        </w:rPr>
        <w:t>13:02  hai. yeh hai. hajj jaane se pehle hamein apna aik zehan banana chahiye. yani hajj aik maqsad ki yaad-dahani hai.</w:t>
      </w:r>
      <w:r>
        <w:br/>
      </w:r>
      <w:r>
        <w:rPr>
          <w:sz w:val="20"/>
        </w:rPr>
        <w:t>13:14  koi deewangi aur aashiqi ka izhaar nahi hai woh. jis tarah Hazrat Ibrahim ne Hazrat Ismail ne aur Rasool Allah salallaho alaihi wasallam ne is sarzameen mein dawat-e-deen ka kaam kiya.</w:t>
      </w:r>
      <w:r>
        <w:br/>
      </w:r>
      <w:r>
        <w:rPr>
          <w:sz w:val="20"/>
        </w:rPr>
        <w:t>13:28  is tarah se hamein bhi dawat-e-deen ka kaam karna hai.</w:t>
      </w:r>
      <w:r>
        <w:br/>
      </w:r>
      <w:r>
        <w:rPr>
          <w:sz w:val="20"/>
        </w:rPr>
        <w:t>13:32  is maqsad ke liye apne aap ko waqf karna jo maqsad Hazrat Ibrahim ka tha Hazrat Ismail ka tha Rasool Allah ka tha aur saare sahaba ka tha.</w:t>
      </w:r>
      <w:r>
        <w:br/>
      </w:r>
      <w:r>
        <w:rPr>
          <w:sz w:val="20"/>
        </w:rPr>
        <w:t>13:43  ab aap dekhiye ke aadmi jab hajj ke liye nikalta hai to kya hota hai? ab ghar se safar kar ke rawana hote hain. kyunke safar kar ke aadmi chal kar ke pohanchta hai aik jagah isi liye us ko hajj kaha gaya.</w:t>
      </w:r>
      <w:r>
        <w:br/>
      </w:r>
      <w:r>
        <w:rPr>
          <w:sz w:val="20"/>
        </w:rPr>
        <w:t>13:59  to</w:t>
      </w:r>
      <w:r>
        <w:br/>
      </w:r>
      <w:r>
        <w:rPr>
          <w:sz w:val="20"/>
        </w:rPr>
        <w:t>14:03  jab chalega aadmi aur sahi is ka zehan hoga to wohin se shuru ho jayega is ka hajj ghar se hi. kaise?</w:t>
      </w:r>
      <w:r>
        <w:br/>
      </w:r>
      <w:r>
        <w:rPr>
          <w:sz w:val="20"/>
        </w:rPr>
        <w:t>14:12  woh yaad karega Hazrat Ibrahim ki zindagi ko Hazrat Ismail ki zindagi ko Rasool Allah ki zindagi ko sahaba ki zindagi ko. to is ka hajj shuru ho gaya ghar se hi.</w:t>
      </w:r>
      <w:r>
        <w:br/>
      </w:r>
      <w:r>
        <w:rPr>
          <w:sz w:val="20"/>
        </w:rPr>
        <w:t>14:22  yani zehni hajj shuru hoga is ka wohin foran ke foran.</w:t>
      </w:r>
    </w:p>
    <w:p>
      <w:pPr>
        <w:pStyle w:val="Heading2"/>
      </w:pPr>
      <w:r>
        <w:t>The extraordinary length of the Prophet's night prayer</w:t>
      </w:r>
    </w:p>
    <w:p>
      <w:r>
        <w:rPr>
          <w:color w:val="666666"/>
          <w:sz w:val="18"/>
        </w:rPr>
        <w:t>Importance and Virtues of Ramadan April 2, 2023 · 4m 21s · at 39:29 · https://youtu.be/M2Phb22Vw_4?t=2369</w:t>
      </w:r>
    </w:p>
    <w:p>
      <w:r>
        <w:rPr>
          <w:i/>
        </w:rPr>
        <w:t>“Someone asked Aisha how the Prophet prayed at night”</w:t>
      </w:r>
    </w:p>
    <w:p>
      <w:r>
        <w:rPr>
          <w:sz w:val="20"/>
        </w:rPr>
        <w:t>39:29  ah</w:t>
      </w:r>
      <w:r>
        <w:br/>
      </w:r>
      <w:r>
        <w:rPr>
          <w:sz w:val="20"/>
        </w:rPr>
        <w:t>39:30  hazrat ayesha r.a. ki ek hadith hai. ah ah pucha kisi ne ah qiyam-ul-layl ke bare mein.</w:t>
      </w:r>
      <w:r>
        <w:br/>
      </w:r>
      <w:r>
        <w:rPr>
          <w:sz w:val="20"/>
        </w:rPr>
        <w:t>39:39  bhai jis ko tarawih aaj kal kaha jata hai ke rasool allah kaise padhte the? toh hazrat ayesha ne bataya ke char rakat padhte the, phir rest karte the, phir char rakat padhte the.</w:t>
      </w:r>
      <w:r>
        <w:br/>
      </w:r>
      <w:r>
        <w:rPr>
          <w:sz w:val="20"/>
        </w:rPr>
        <w:t>39:52  yani two plus two plus two plus two four aur phir teen witr. lekin unhone jo baat kahi uske baad woh badi zabardast hai.</w:t>
      </w:r>
      <w:r>
        <w:br/>
      </w:r>
      <w:r>
        <w:rPr>
          <w:sz w:val="20"/>
        </w:rPr>
        <w:t>40:00  kaha ke fal tas'al an husniha wa tulaha keh pucho mat mujh se ke kitni khoobsurat hoti thi woh aur kitni lambi hoti thi.</w:t>
      </w:r>
      <w:r>
        <w:br/>
      </w:r>
      <w:r>
        <w:rPr>
          <w:sz w:val="20"/>
        </w:rPr>
        <w:t>40:10  ji yani i cannot express in words.</w:t>
      </w:r>
      <w:r>
        <w:br/>
      </w:r>
      <w:r>
        <w:rPr>
          <w:sz w:val="20"/>
        </w:rPr>
        <w:t>40:19  ji to phir hazrat aisha kehti hain ke maine a prophet se kaha ke aap 8 rak'at padh ke so jate hain.</w:t>
      </w:r>
      <w:r>
        <w:br/>
      </w:r>
      <w:r>
        <w:rPr>
          <w:sz w:val="20"/>
        </w:rPr>
        <w:t>40:31  ji to rasool allah ne kaha ke meri aankhein so rahi hoti hain lekin dil bedaar rehta hai. ji to paighambar ka to khair mamla alag hi hota hai.</w:t>
      </w:r>
      <w:r>
        <w:br/>
      </w:r>
      <w:r>
        <w:rPr>
          <w:sz w:val="20"/>
        </w:rPr>
        <w:t>40:40  ji ji ji to yeh jo baat kahi ke ek bahut hi khoobsurat namaz thi aur bahut hi lambi namaz thi, iska ek aur waqia bhi milta hai humein. ji ek sahabi the hazrat hudaifa raziallah anhu, to woh batate hain ke main ek raat ko rasool allah sallallahualaihiwasallam ke sath namaz maine padhi.</w:t>
      </w:r>
      <w:r>
        <w:br/>
      </w:r>
      <w:r>
        <w:rPr>
          <w:sz w:val="20"/>
        </w:rPr>
        <w:t>40:59  to prophet ne namaz shuru ki aur surah al baqarah padhni shuru ki. hmm to maine socha ke 100 verses tak padhenge, phir rukoo mein chale jayenge.</w:t>
      </w:r>
      <w:r>
        <w:br/>
      </w:r>
      <w:r>
        <w:rPr>
          <w:sz w:val="20"/>
        </w:rPr>
        <w:t>41:12  lekin prophet 100 verses se aage badh gaye. ji to unhone socha ke acha lagta hai ke poori surah al baqarah khatam karenge.</w:t>
      </w:r>
      <w:r>
        <w:br/>
      </w:r>
      <w:r>
        <w:rPr>
          <w:sz w:val="20"/>
        </w:rPr>
        <w:t>41:21  ji to rasool allah sallallahualaihiwasallam ne poori surah al baqarah khatam kar di aur is se bhi aage badh ke surah an nisa padhni shuru kar di. j</w:t>
      </w:r>
      <w:r>
        <w:br/>
      </w:r>
      <w:r>
        <w:rPr>
          <w:sz w:val="20"/>
        </w:rPr>
        <w:t>41:28  i surah an nisa aur poori surah an nisa padhi aur phir is ke baad surah al imran poori complete ki.</w:t>
      </w:r>
      <w:r>
        <w:br/>
      </w:r>
      <w:r>
        <w:rPr>
          <w:sz w:val="20"/>
        </w:rPr>
        <w:t>41:37  ji to a phir unhone rasool allah ne rukoo kiya.</w:t>
      </w:r>
      <w:r>
        <w:br/>
      </w:r>
      <w:r>
        <w:rPr>
          <w:sz w:val="20"/>
        </w:rPr>
        <w:t>41:44  to sahabi batate hain ke jahan par bhi a koi a ayat aati thi, allah ki glory bayan karne wali, allah ki azmat bayan</w:t>
      </w:r>
      <w:r>
        <w:br/>
      </w:r>
      <w:r>
        <w:rPr>
          <w:sz w:val="20"/>
        </w:rPr>
        <w:t>41:58  karne wali, to rasool allah wahan rukte the aur allah ki azmat aur glory bayan karte the. hmm aur jahan bhi koi dua ki baat aati thi to wahan rukte the aur dua karne lagte the.</w:t>
      </w:r>
      <w:r>
        <w:br/>
      </w:r>
      <w:r>
        <w:rPr>
          <w:sz w:val="20"/>
        </w:rPr>
        <w:t>42:10  aur jahan kahin allah se panah mangne ki baat aati, koi allah se dar ki baat aati to wahan panah mangne lagte the ruk ke.</w:t>
      </w:r>
      <w:r>
        <w:br/>
      </w:r>
      <w:r>
        <w:rPr>
          <w:sz w:val="20"/>
        </w:rPr>
        <w:t>42:20  to yani woh is tarah ki namaz padhte the. aur kaha ke jab rukoo mein gaye to itni hi der rukoo ki jitni der tilawat ki thi.</w:t>
      </w:r>
      <w:r>
        <w:br/>
      </w:r>
      <w:r>
        <w:rPr>
          <w:sz w:val="20"/>
        </w:rPr>
        <w:t>42:28  yani tasawwur nahi kar sakte, ek ghante se se zyada hi. ji yani rukoo mein bhi itni der rahe aur wahan bhi allah ki ki badai aur uska charcha aur uski azmat bayan karte rahe, glorify karte rahe.</w:t>
      </w:r>
      <w:r>
        <w:br/>
      </w:r>
      <w:r>
        <w:rPr>
          <w:sz w:val="20"/>
        </w:rPr>
        <w:t>42:40  aur phir jab rukoo se khade hue, hmm to wahan bhi itni der tak khade rahe jitni der tak tilawat ki thi. matlab yeh dekhein kitni spirit hai iske andar.</w:t>
      </w:r>
      <w:r>
        <w:br/>
      </w:r>
      <w:r>
        <w:rPr>
          <w:sz w:val="20"/>
        </w:rPr>
        <w:t>42:50  ji bilkul. aur phir sahabi batate hain ke jab a sajde mein gaye to is mein bhi itni der tak sajda kiya.</w:t>
      </w:r>
      <w:r>
        <w:br/>
      </w:r>
      <w:r>
        <w:rPr>
          <w:sz w:val="20"/>
        </w:rPr>
        <w:t>42:58  to yeh a a aur aur batate hain ke rasool allah bahut theher theher ke quran padh rahe the, jaldi jaldi nahi padh rahe the. itna lamba quran, 3 a longest surah ek sath padhi lekin theher theher ke aur is mein beech beech mein rukte the jahan jaisa jaisi verses aati thin, uske mutabiq dua karte the, glorify karte the, allah</w:t>
      </w:r>
      <w:r>
        <w:br/>
      </w:r>
      <w:r>
        <w:rPr>
          <w:sz w:val="20"/>
        </w:rPr>
        <w:t>43:21  ki tareef karte the. ji to yeh yeh rasool allah sallallahualaihiwasallam ka tareeqa tha. aur is se pata chalta hai ke kya hoti hai spirit.</w:t>
      </w:r>
      <w:r>
        <w:br/>
      </w:r>
      <w:r>
        <w:rPr>
          <w:sz w:val="20"/>
        </w:rPr>
        <w:t>43:32  ji tarawih ki spirit kya hai. mere ko woh bahut doctor sahib achhi line lagi thi. molana ek bar explain kar rahe the ke tarawih jo hai woh ibadat ki halat mein quran ka muhtat hai.</w:t>
      </w:r>
      <w:r>
        <w:br/>
      </w:r>
      <w:r>
        <w:rPr>
          <w:sz w:val="20"/>
        </w:rPr>
        <w:t>43:45  ji a aur jaise aap ne kaha, woh kehte the "it's a joint study, collective study. it's a joint study."</w:t>
      </w:r>
    </w:p>
    <w:p>
      <w:pPr>
        <w:pStyle w:val="Heading2"/>
      </w:pPr>
      <w:r>
        <w:t>Three spirits in prayer: gratitude, glory, peace</w:t>
      </w:r>
    </w:p>
    <w:p>
      <w:r>
        <w:rPr>
          <w:color w:val="666666"/>
          <w:sz w:val="18"/>
        </w:rPr>
        <w:t>The Spirit of Namaz | May 21, 2017 · 4m 33s · at 4:16 · https://youtu.be/xN9SA_q272Y?t=256</w:t>
      </w:r>
    </w:p>
    <w:p>
      <w:r>
        <w:rPr>
          <w:i/>
        </w:rPr>
        <w:t>“Main sochne laga ke hum namaz mein kya karte hain?”</w:t>
      </w:r>
    </w:p>
    <w:p>
      <w:r>
        <w:rPr>
          <w:sz w:val="20"/>
        </w:rPr>
        <w:t>4:16  mein sochte laga ke hum namaz jo padhte hain paanch waqt, to is mein hum kya karte hain?</w:t>
      </w:r>
      <w:r>
        <w:br/>
      </w:r>
      <w:r>
        <w:rPr>
          <w:sz w:val="20"/>
        </w:rPr>
        <w:t>4:24  to mein ghor kar ke mein is tak pahuncha ke teen cheezon ko bohat zyada repeat karte hain.</w:t>
      </w:r>
      <w:r>
        <w:br/>
      </w:r>
      <w:r>
        <w:rPr>
          <w:sz w:val="20"/>
        </w:rPr>
        <w:t>4:32  teen: ek hai "alhamdulillah rabbil alameen" surah fatiha ki pehli ayat, is ko hum baar baar repeat karte hain.</w:t>
      </w:r>
      <w:r>
        <w:br/>
      </w:r>
      <w:r>
        <w:rPr>
          <w:sz w:val="20"/>
        </w:rPr>
        <w:t>4:40  doosra "allah o akbar" jo baar baar bola jata hai.</w:t>
      </w:r>
      <w:r>
        <w:br/>
      </w:r>
      <w:r>
        <w:rPr>
          <w:sz w:val="20"/>
        </w:rPr>
        <w:t>4:48  aur teesri cheez hai khatm namaz par yeh kehna ke "assalamu alaikum wa rahmatullah" yeh bhi repeat hota hai.</w:t>
      </w:r>
      <w:r>
        <w:br/>
      </w:r>
      <w:r>
        <w:rPr>
          <w:sz w:val="20"/>
        </w:rPr>
        <w:t>4:58  to yeh teen jo word hain: hamd, takbeer, aur salamati, yeh teen mein samajhta hoon ke yani tazkiye</w:t>
      </w:r>
      <w:r>
        <w:br/>
      </w:r>
      <w:r>
        <w:rPr>
          <w:sz w:val="20"/>
        </w:rPr>
        <w:t>5:08  ke item hain jo namaz se jo tazkiya matloob hai,</w:t>
      </w:r>
      <w:r>
        <w:br/>
      </w:r>
      <w:r>
        <w:rPr>
          <w:sz w:val="20"/>
        </w:rPr>
        <w:t>5:18  is ko yeh teen word batate hain.</w:t>
      </w:r>
      <w:r>
        <w:br/>
      </w:r>
      <w:r>
        <w:rPr>
          <w:sz w:val="20"/>
        </w:rPr>
        <w:t>5:24  ab pehli cheez lijiye aap, yani jab aap namaz padhte hain to aap fatiha zaroor padhte hain, aur</w:t>
      </w:r>
      <w:r>
        <w:br/>
      </w:r>
      <w:r>
        <w:rPr>
          <w:sz w:val="20"/>
        </w:rPr>
        <w:t>5:30  fatiha ke pehle "hamd" hai: "alhamdulillah rabbil alameen".</w:t>
      </w:r>
      <w:r>
        <w:br/>
      </w:r>
      <w:r>
        <w:rPr>
          <w:sz w:val="20"/>
        </w:rPr>
        <w:t>5:36  to "hamd" ko jo lafz hai, aam taur par is ka tarjuma kya aata hai? tareef.</w:t>
      </w:r>
      <w:r>
        <w:br/>
      </w:r>
      <w:r>
        <w:rPr>
          <w:sz w:val="20"/>
        </w:rPr>
        <w:t>5:42  hamare Maulana Hamiduddin Farahi ne is pe research ki hai, unhon ne bataya ke is ka jo "al</w:t>
      </w:r>
      <w:r>
        <w:br/>
      </w:r>
      <w:r>
        <w:rPr>
          <w:sz w:val="20"/>
        </w:rPr>
        <w:t>5:48  hamd" ka jo crux hai, crux woh hai shukr, yani gratefulness.</w:t>
      </w:r>
      <w:r>
        <w:br/>
      </w:r>
      <w:r>
        <w:rPr>
          <w:sz w:val="20"/>
        </w:rPr>
        <w:t>5:56  to is ka matlab kya hua? "alhamdulillah rabbul alameen" ka matlab ke sara shukr Allah rabbul alameen ke liye hai.</w:t>
      </w:r>
      <w:r>
        <w:br/>
      </w:r>
      <w:r>
        <w:rPr>
          <w:sz w:val="20"/>
        </w:rPr>
        <w:t>6:03  to namaz mein hum har namaz mein, har rakat mein hum yeh dohrate hain ke sara shukr, yaani</w:t>
      </w:r>
      <w:r>
        <w:br/>
      </w:r>
      <w:r>
        <w:rPr>
          <w:sz w:val="20"/>
        </w:rPr>
        <w:t>6:11  Allah rabbul alam</w:t>
      </w:r>
      <w:r>
        <w:br/>
      </w:r>
      <w:r>
        <w:rPr>
          <w:sz w:val="20"/>
        </w:rPr>
        <w:t>6:18  in ke.</w:t>
      </w:r>
      <w:r>
        <w:br/>
      </w:r>
      <w:r>
        <w:rPr>
          <w:sz w:val="20"/>
        </w:rPr>
        <w:t>6:23  یہ ہے acknowledge, مطلب acknowledgment.</w:t>
      </w:r>
      <w:r>
        <w:br/>
      </w:r>
      <w:r>
        <w:rPr>
          <w:sz w:val="20"/>
        </w:rPr>
        <w:t>6:28  hum acknowledge karte hain ek Allah ki is sifat ka.</w:t>
      </w:r>
      <w:r>
        <w:br/>
      </w:r>
      <w:r>
        <w:rPr>
          <w:sz w:val="20"/>
        </w:rPr>
        <w:t>6:33  to shukr to sab se bari cheez hai, yaani sari zindagi shukr mein guzarti hai.</w:t>
      </w:r>
      <w:r>
        <w:br/>
      </w:r>
      <w:r>
        <w:rPr>
          <w:sz w:val="20"/>
        </w:rPr>
        <w:t>6:38  hamari jaise mein bol raha hoon, aap sun rahe hain, yeh shukr ka item hai.</w:t>
      </w:r>
      <w:r>
        <w:br/>
      </w:r>
      <w:r>
        <w:rPr>
          <w:sz w:val="20"/>
        </w:rPr>
        <w:t>6:43  kyunke mere aur aap ke beech mein hawa agar na raho to aap meri baat nahi sunenge.</w:t>
      </w:r>
      <w:r>
        <w:br/>
      </w:r>
      <w:r>
        <w:rPr>
          <w:sz w:val="20"/>
        </w:rPr>
        <w:t>6:48  phir aap jante hain ke meri baat ko is waqt technology ke zariye se, Allah ke fazl se,</w:t>
      </w:r>
      <w:r>
        <w:br/>
      </w:r>
      <w:r>
        <w:rPr>
          <w:sz w:val="20"/>
        </w:rPr>
        <w:t>6:56  sare duniya mein log sun rahe hain, America mein, har jagah.</w:t>
      </w:r>
      <w:r>
        <w:br/>
      </w:r>
      <w:r>
        <w:rPr>
          <w:sz w:val="20"/>
        </w:rPr>
        <w:t>7:04  darasal, "a source" aur "an item of shukr" ke Allah ne na sirf duniya mein hawa ka intezam kiya</w:t>
      </w:r>
      <w:r>
        <w:br/>
      </w:r>
      <w:r>
        <w:rPr>
          <w:sz w:val="20"/>
        </w:rPr>
        <w:t>7:11  ke insan ki awaz doosron tak pahunche, balkeh technology bhi de di</w:t>
      </w:r>
      <w:r>
        <w:br/>
      </w:r>
      <w:r>
        <w:rPr>
          <w:sz w:val="20"/>
        </w:rPr>
        <w:t>7:19  taake sara globe aap ki baat ko sun raha hai, sirf aap, sirf paas ke log nahi, sirf</w:t>
      </w:r>
      <w:r>
        <w:br/>
      </w:r>
      <w:r>
        <w:rPr>
          <w:sz w:val="20"/>
        </w:rPr>
        <w:t>7:25  paas ke log nahi.</w:t>
      </w:r>
      <w:r>
        <w:br/>
      </w:r>
      <w:r>
        <w:rPr>
          <w:sz w:val="20"/>
        </w:rPr>
        <w:t>7:31  to yeh kitna bara shukr ka item hai, yaani pehle zamane mein kis kis badshah ko yeh mauqa</w:t>
      </w:r>
      <w:r>
        <w:br/>
      </w:r>
      <w:r>
        <w:rPr>
          <w:sz w:val="20"/>
        </w:rPr>
        <w:t>7:37  tha ke woh bole aur sari duniya us ko sune? to aaj subah woh keh raha tha ke</w:t>
      </w:r>
      <w:r>
        <w:br/>
      </w:r>
      <w:r>
        <w:rPr>
          <w:sz w:val="20"/>
        </w:rPr>
        <w:t>7:43  ke beesveen sadi ke sare hi musalman "one to all" marsiakhwani karte</w:t>
      </w:r>
      <w:r>
        <w:br/>
      </w:r>
      <w:r>
        <w:rPr>
          <w:sz w:val="20"/>
        </w:rPr>
        <w:t>7:49  rahe ke church ke bahar chala gaya, Spanish empire chala gaya, ab bahar se empire chala gaya, Mughal</w:t>
      </w:r>
      <w:r>
        <w:br/>
      </w:r>
      <w:r>
        <w:rPr>
          <w:sz w:val="20"/>
        </w:rPr>
        <w:t>7:55  empire chala gaya.</w:t>
      </w:r>
      <w:r>
        <w:br/>
      </w:r>
      <w:r>
        <w:rPr>
          <w:sz w:val="20"/>
        </w:rPr>
        <w:t>8:01  isi ke jitne bhi is is beesveen sadi mein jo log uthe, woh isi par uthe aur sara</w:t>
      </w:r>
      <w:r>
        <w:br/>
      </w:r>
      <w:r>
        <w:rPr>
          <w:sz w:val="20"/>
        </w:rPr>
        <w:t>8:07  zor un ka kis par tha? ke humein regain karna hai, yaani empire ko jis ko khilafat kehte</w:t>
      </w:r>
      <w:r>
        <w:br/>
      </w:r>
      <w:r>
        <w:rPr>
          <w:sz w:val="20"/>
        </w:rPr>
        <w:t>8:13  hain, woh log ko re</w:t>
      </w:r>
      <w:r>
        <w:br/>
      </w:r>
      <w:r>
        <w:rPr>
          <w:sz w:val="20"/>
        </w:rPr>
        <w:t>8:19  gain karna hai.</w:t>
      </w:r>
      <w:r>
        <w:br/>
      </w:r>
      <w:r>
        <w:rPr>
          <w:sz w:val="20"/>
        </w:rPr>
        <w:t>8:25  to regain to kar nahi sake, to kya hua? hum ki wajah ulta jee rahe hain, nashukri mein,</w:t>
      </w:r>
      <w:r>
        <w:br/>
      </w:r>
      <w:r>
        <w:rPr>
          <w:sz w:val="20"/>
        </w:rPr>
        <w:t>8:31  yaani jeena tha hum ko yaft mein, atiyye mein, hum jee rahe hain maloomi mein.</w:t>
      </w:r>
      <w:r>
        <w:br/>
      </w:r>
      <w:r>
        <w:rPr>
          <w:sz w:val="20"/>
        </w:rPr>
        <w:t>8:37  kesi ajeeb baat hai!</w:t>
      </w:r>
      <w:r>
        <w:br/>
      </w:r>
      <w:r>
        <w:rPr>
          <w:sz w:val="20"/>
        </w:rPr>
        <w:t>8:43  to namaz padhte hain "alhamdulillah rabbil alameen" lekin</w:t>
      </w:r>
    </w:p>
    <w:p>
      <w:pPr>
        <w:pStyle w:val="Heading2"/>
      </w:pPr>
      <w:r>
        <w:t>Modern materialism and true renunciation</w:t>
      </w:r>
    </w:p>
    <w:p>
      <w:r>
        <w:rPr>
          <w:color w:val="666666"/>
          <w:sz w:val="18"/>
        </w:rPr>
        <w:t>Sufism an Introduction August 13, 2020 Prof. Farida Khanam · 4m 55s · at 42:04 · https://youtu.be/7VOpY8OvRdM?t=2524</w:t>
      </w:r>
    </w:p>
    <w:p>
      <w:r>
        <w:rPr>
          <w:i/>
        </w:rPr>
        <w:t>“Ab aaj kal asal mein duniya bahut attractive ho gayi hai”</w:t>
      </w:r>
    </w:p>
    <w:p>
      <w:r>
        <w:rPr>
          <w:sz w:val="20"/>
        </w:rPr>
        <w:t>42:04  aik sawal hai: "yeh earlier the teachings of Sufis would attract both Hindu and Muslims alike, but today people of other faiths are not interested in Islam.</w:t>
      </w:r>
      <w:r>
        <w:br/>
      </w:r>
      <w:r>
        <w:rPr>
          <w:sz w:val="20"/>
        </w:rPr>
        <w:t>42:19  what is the reason for this change?"</w:t>
      </w:r>
      <w:r>
        <w:br/>
      </w:r>
      <w:r>
        <w:rPr>
          <w:sz w:val="20"/>
        </w:rPr>
        <w:t>42:27  ab aaj kal asal mein dunya bohat ziyada attractive ho gayi hai. pehle itna kuch tha nahi, bari gaariyan, khoobsurat ghar,</w:t>
      </w:r>
      <w:r>
        <w:br/>
      </w:r>
      <w:r>
        <w:rPr>
          <w:sz w:val="20"/>
        </w:rPr>
        <w:t>42:42  bohat hi har cheez ka aala mayar.</w:t>
      </w:r>
      <w:r>
        <w:br/>
      </w:r>
      <w:r>
        <w:rPr>
          <w:sz w:val="20"/>
        </w:rPr>
        <w:t>42:46  to is ki wajah se log mazhab ko sirf rasmi ibadat ke taur par unhon ne le liya hai. mazhab par woh ziyada dhyan nahi detay.</w:t>
      </w:r>
      <w:r>
        <w:br/>
      </w:r>
      <w:r>
        <w:rPr>
          <w:sz w:val="20"/>
        </w:rPr>
        <w:t>42:55  woh har mazhab mein yahi hua hai. log dunya kamane, dunya ke naqshay mein apni jagah banane</w:t>
      </w:r>
      <w:r>
        <w:br/>
      </w:r>
      <w:r>
        <w:rPr>
          <w:sz w:val="20"/>
        </w:rPr>
        <w:t>43:03  aur apnay bachon ka mustaqbil banane isi mein saara time sirf kar rahay hain. to is wajah se un ka dhyan hat gaya hai.</w:t>
      </w:r>
      <w:r>
        <w:br/>
      </w:r>
      <w:r>
        <w:rPr>
          <w:sz w:val="20"/>
        </w:rPr>
        <w:t>43:12  aur pehle aisa tha ke pehle itna masla hi kuch nahi tha. ziyada tar agriculture</w:t>
      </w:r>
      <w:r>
        <w:br/>
      </w:r>
      <w:r>
        <w:rPr>
          <w:sz w:val="20"/>
        </w:rPr>
        <w:t>43:19  wala zamana tha. to jo kuch wahan par itna ziyada kuch tha nahi kharch karne ke liye bhi. jis ke paas paisa hota bhi tha, woh kahin gaar gaar deta tha.</w:t>
      </w:r>
      <w:r>
        <w:br/>
      </w:r>
      <w:r>
        <w:rPr>
          <w:sz w:val="20"/>
        </w:rPr>
        <w:t>43:33  us ko kharch karne ke liye kuch nahi tha.</w:t>
      </w:r>
      <w:r>
        <w:br/>
      </w:r>
      <w:r>
        <w:rPr>
          <w:sz w:val="20"/>
        </w:rPr>
        <w:t>43:37  aik abhi mujhe qissa yaad aata hai ke aik baar aik sadhu kisi numaaish mein aik jadeed tarz ki car dekh raha tha.</w:t>
      </w:r>
      <w:r>
        <w:br/>
      </w:r>
      <w:r>
        <w:rPr>
          <w:sz w:val="20"/>
        </w:rPr>
        <w:t>43:47  ab woh car wahan chala kar dikha rahe thay. to woh sadhu dekhta raha, dekhta raha. us ne shayad pehli baar itni khoobsurat car dekhi hogi.</w:t>
      </w:r>
      <w:r>
        <w:br/>
      </w:r>
      <w:r>
        <w:rPr>
          <w:sz w:val="20"/>
        </w:rPr>
        <w:t>43:55  to woh dekhte dekhte kehne laga ke "yeh mujhe to jo main apni aik zindagi jo meri hai, sadhu wali zindagi, to mujhe is par shubah ho raha hai ke yeh bhi koi zindagi hai.</w:t>
      </w:r>
      <w:r>
        <w:br/>
      </w:r>
      <w:r>
        <w:rPr>
          <w:sz w:val="20"/>
        </w:rPr>
        <w:t>44:06  asal zindagi to yeh hai ke dunya itni attractive pehle kabhi nahi thi.</w:t>
      </w:r>
      <w:r>
        <w:br/>
      </w:r>
      <w:r>
        <w:rPr>
          <w:sz w:val="20"/>
        </w:rPr>
        <w:t>44:11  ab bachon ko behtareen school mein dakhla dilana hai, beemar ho jayen to behtareen hospital mein is ka ilaj karana hai. to har cheez ke liye paisa chahiye.</w:t>
      </w:r>
      <w:r>
        <w:br/>
      </w:r>
      <w:r>
        <w:rPr>
          <w:sz w:val="20"/>
        </w:rPr>
        <w:t>44:21  to logon ki jo simple life thi, woh khatam ho gayi hai. to in ko tasawwuf se ab zyada dilchaspi nahi rahi. woh mazhab ko sirf</w:t>
      </w:r>
      <w:r>
        <w:br/>
      </w:r>
      <w:r>
        <w:rPr>
          <w:sz w:val="20"/>
        </w:rPr>
        <w:t>44:31  rasm ke taur par anjam dete hain. namaz ke baad namaz parh li, roza rakh liya, baqi auqat unhon ne un ka sab dunya ke soch mein guzarta hai." Fahmeeda Khan likhti hain Faizabad se:</w:t>
      </w:r>
      <w:r>
        <w:br/>
      </w:r>
      <w:r>
        <w:rPr>
          <w:sz w:val="20"/>
        </w:rPr>
        <w:t>44:50  "der is a widespread misconception that sufism means renouncing the world. world renounce karna yeh matlab nahi hota hai ke janglon mein chale jao,</w:t>
      </w:r>
      <w:r>
        <w:br/>
      </w:r>
      <w:r>
        <w:rPr>
          <w:sz w:val="20"/>
        </w:rPr>
        <w:t>45:04  lekin apne aap ko</w:t>
      </w:r>
      <w:r>
        <w:br/>
      </w:r>
      <w:r>
        <w:rPr>
          <w:sz w:val="20"/>
        </w:rPr>
        <w:t>45:07  dunya ke attraction se bachana, jis ko Islam mein zuhd kaha gaya hai. matlab dunya se be raghbati.</w:t>
      </w:r>
      <w:r>
        <w:br/>
      </w:r>
      <w:r>
        <w:rPr>
          <w:sz w:val="20"/>
        </w:rPr>
        <w:t>45:16  Hazrat Nizamuddin Auliya ne kaha hai ke is ka matlab yeh nahi hai dunya se be raghbati ka. yeh matlab nahi hai</w:t>
      </w:r>
      <w:r>
        <w:br/>
      </w:r>
      <w:r>
        <w:rPr>
          <w:sz w:val="20"/>
        </w:rPr>
        <w:t>45:24  ke tum dunya ko chhod do. dunya ka be itidala istemal galat hai. woh kehte hain jaise murghabi hoti hai, woh pani mein jati hai aur phir nikalti hai to us ke us ke paron par kuch nahi pani hota hai.</w:t>
      </w:r>
      <w:r>
        <w:br/>
      </w:r>
      <w:r>
        <w:rPr>
          <w:sz w:val="20"/>
        </w:rPr>
        <w:t>45:40  matlab dunya ka istemal karo, lekin</w:t>
      </w:r>
      <w:r>
        <w:br/>
      </w:r>
      <w:r>
        <w:rPr>
          <w:sz w:val="20"/>
        </w:rPr>
        <w:t>45:42  tum materialistic na ho jao. dunya ba qadr zarurat hai. aaj aap dekhiye ke dunya ko log zarurat se zyada istemal kiya.</w:t>
      </w:r>
      <w:r>
        <w:br/>
      </w:r>
      <w:r>
        <w:rPr>
          <w:sz w:val="20"/>
        </w:rPr>
        <w:t>45:52  logon ne apne aish o ishrat ke liye istemal kiya. to aaj kitne baray baray masail paida ho gaye. global warming paida ho gayi. global warming isi liye hui ke logon ne dunya ko bohat zyada istemal kiya.</w:t>
      </w:r>
      <w:r>
        <w:br/>
      </w:r>
      <w:r>
        <w:rPr>
          <w:sz w:val="20"/>
        </w:rPr>
        <w:t>46:07  to yeh jo hai, dunya ko Allah taala ne ba qadr istemal hi dunya ke resources diye thay. jo hum chahte hain, asal mein hamare dimaghon mein hai yeh sab baat ke hum aik perfect dunya chahte hain, aik ideal dunya chahte hain,</w:t>
      </w:r>
      <w:r>
        <w:br/>
      </w:r>
      <w:r>
        <w:rPr>
          <w:sz w:val="20"/>
        </w:rPr>
        <w:t>46:25  apne desires ki fulfillment hum chahte hain, lekin woh hamein akhirat mein mile gi. to yeh jo sufism mein renouncing the world kaha jata hai, woh hum hum ab hum ko apne mind ko</w:t>
      </w:r>
      <w:r>
        <w:br/>
      </w:r>
      <w:r>
        <w:rPr>
          <w:sz w:val="20"/>
        </w:rPr>
        <w:t>46:43  is se hatana hai. zarurat ke mutabiq dunya ka kaam karna hai, baqi auqat mein hamein Khuda ke liye kaam karna hai, Khuda ki ibadat karna hai, Khuda ke deen ke liye kaam karna hai, Khuda ke message ko dunya ke logon tak pahunchana hai.</w:t>
      </w:r>
    </w:p>
    <w:p>
      <w:pPr>
        <w:pStyle w:val="Heading2"/>
      </w:pPr>
      <w:r>
        <w:t>Various people whose dua is accepted</w:t>
      </w:r>
    </w:p>
    <w:p>
      <w:r>
        <w:rPr>
          <w:color w:val="666666"/>
          <w:sz w:val="18"/>
        </w:rPr>
        <w:t>The Spirit of Dua March 20, 2022 Dr. Saniyasnain Khan · 4m 21s · at 29:52 · https://youtu.be/2v1uKLCxf5Y?t=1792</w:t>
      </w:r>
    </w:p>
    <w:p>
      <w:r>
        <w:rPr>
          <w:i/>
        </w:rPr>
        <w:t>“If you are oppressed, the best thing is dua.”</w:t>
      </w:r>
    </w:p>
    <w:p>
      <w:r>
        <w:rPr>
          <w:sz w:val="20"/>
        </w:rPr>
        <w:t>29:52  aajkal aap dekh rahe hain ki log zulm ke naam par agitation kar rahe hain aur tarah tarah ki negative baatein phaila rahe hain, protest kar rahe hain. agar aap samajhte hain ki zulm kiya gaya hai aapke upar toh sabse achhi cheez hai dua karein. chukalla taala mazloom ki dua qubool karta hai aur zulm ki shikayat ke bajaye dua, yeh maulana bhi kehte the.</w:t>
      </w:r>
      <w:r>
        <w:br/>
      </w:r>
      <w:r>
        <w:rPr>
          <w:sz w:val="20"/>
        </w:rPr>
        <w:t>30:20  aisi doosra aata hai ki musafir ki dua. us zamane mein jo safar hota tha woh toh bahut hi mushkil hota tha. oont par safar karte the log aur tarah tarah ke masal pesh aate the. toh us waqt toh zahir bahut gehri kaifiyat rehti hogi. toh yaani jo dua hai, woh kaifiyat se uska talluq hai.</w:t>
      </w:r>
      <w:r>
        <w:br/>
      </w:r>
      <w:r>
        <w:rPr>
          <w:sz w:val="20"/>
        </w:rPr>
        <w:t>30:44  jo aapke inner emotions hain, jo aapke aisa saath hai, kaifiyat hai, usse duakat talluq hai toh woh safar mein woh paida ho jati hai.</w:t>
      </w:r>
      <w:r>
        <w:br/>
      </w:r>
      <w:r>
        <w:rPr>
          <w:sz w:val="20"/>
        </w:rPr>
        <w:t>30:55  aajkal wo zyada nahi hoti paida choonke paida hoti hai, choonke aajkal hum bade royal andaaz se safar</w:t>
      </w:r>
      <w:r>
        <w:br/>
      </w:r>
      <w:r>
        <w:rPr>
          <w:sz w:val="20"/>
        </w:rPr>
        <w:t>31:00  karte hain, lekin agar wo paida ho jaaye, ab aap agar jahaz mein safar kar rahe hain to</w:t>
      </w:r>
      <w:r>
        <w:br/>
      </w:r>
      <w:r>
        <w:rPr>
          <w:sz w:val="20"/>
        </w:rPr>
        <w:t>31:05  bahut mushkil hai ke aisi koi kaifiyat paida ho, lekin jahaz mein bhi agar aap safar kar rahe</w:t>
      </w:r>
      <w:r>
        <w:br/>
      </w:r>
      <w:r>
        <w:rPr>
          <w:sz w:val="20"/>
        </w:rPr>
        <w:t>31:11  hain to wahan bhi aap soch sakte hain agar aapka zehan bedaar hai ke Allah taala, kaise yeh ek,</w:t>
      </w:r>
      <w:r>
        <w:br/>
      </w:r>
      <w:r>
        <w:rPr>
          <w:sz w:val="20"/>
        </w:rPr>
        <w:t>31:16  ek, ek machine ko, ek jahaz ko kaise yeh ud raha hai aur hamein bahut hi kam waqt</w:t>
      </w:r>
      <w:r>
        <w:br/>
      </w:r>
      <w:r>
        <w:rPr>
          <w:sz w:val="20"/>
        </w:rPr>
        <w:t>31:22  mein hamari destination pe pahunchata hai, to aapke andar khuda ki azmat taari hogi, to wahi baat ho</w:t>
      </w:r>
      <w:r>
        <w:br/>
      </w:r>
      <w:r>
        <w:rPr>
          <w:sz w:val="20"/>
        </w:rPr>
        <w:t>31:27  jaayegi dua ko qubool ho jaayegi.</w:t>
      </w:r>
      <w:r>
        <w:br/>
      </w:r>
      <w:r>
        <w:rPr>
          <w:sz w:val="20"/>
        </w:rPr>
        <w:t>31:33  aisi hajj aur umrah ke bare mein aata hai ki jo log hajj karne jate hain, hadish mein aata hai ki allah taala permata hai ki maine inko bulaya toh yeh aa gaye. isiliye hajiyon ko duifur rehman kaha jata hai yaani guests of god. toh allah taala ne kaha maine inko bulaya hai aur meri mere bulane se yeh log aa gaye.</w:t>
      </w:r>
      <w:r>
        <w:br/>
      </w:r>
      <w:r>
        <w:rPr>
          <w:sz w:val="20"/>
        </w:rPr>
        <w:t>31:58  ab yeh log dua karenge to main unki dua hadees mein aata hai ke mareez ki dua, patient</w:t>
      </w:r>
      <w:r>
        <w:br/>
      </w:r>
      <w:r>
        <w:rPr>
          <w:sz w:val="20"/>
        </w:rPr>
        <w:t>32:16  ki dua qubool hoti hai.</w:t>
      </w:r>
      <w:r>
        <w:br/>
      </w:r>
      <w:r>
        <w:rPr>
          <w:sz w:val="20"/>
        </w:rPr>
        <w:t>32:35  jab tak ke wo sehatyaab na ho jaaye.</w:t>
      </w:r>
      <w:r>
        <w:br/>
      </w:r>
      <w:r>
        <w:rPr>
          <w:sz w:val="20"/>
        </w:rPr>
        <w:t>32:45  to zaair hai jo patient hai wo bahut hi uske andar aisi kaifiyat hogi ke uska dil bahut</w:t>
      </w:r>
      <w:r>
        <w:br/>
      </w:r>
      <w:r>
        <w:rPr>
          <w:sz w:val="20"/>
        </w:rPr>
        <w:t>32:55  hi naram ho jaayega aur Allah ki taraf wo khaastor se aajkal jo corona ka ke halaat hue,</w:t>
      </w:r>
      <w:r>
        <w:br/>
      </w:r>
      <w:r>
        <w:rPr>
          <w:sz w:val="20"/>
        </w:rPr>
        <w:t>33:05  log bimar hue, to uske absence mein jisko gaibana dua kehte hain.</w:t>
      </w:r>
      <w:r>
        <w:br/>
      </w:r>
      <w:r>
        <w:rPr>
          <w:sz w:val="20"/>
        </w:rPr>
        <w:t>33:16  ji. yaani bhai ke absence mein agar aap dua karein, bhai ki toh woh qubool hoti hai aur sullah ne kaha ki sabse pehle yeh qubool hoti hai. ji.</w:t>
      </w:r>
      <w:r>
        <w:br/>
      </w:r>
      <w:r>
        <w:rPr>
          <w:sz w:val="20"/>
        </w:rPr>
        <w:t>33:24  aur agar aap isko thoda aur sochen ispe jo Maulana sarkar karte the ki saare hi insaan hamare bhai hain aur Rasoolullah ne kaha tha namaz ke baad yeh dua kiya karte the ki main gawahi deta hoon ki saare hi tere paida karda jo insaan hai sab aapas mein bhai bhai hain.</w:t>
      </w:r>
      <w:r>
        <w:br/>
      </w:r>
      <w:r>
        <w:rPr>
          <w:sz w:val="20"/>
        </w:rPr>
        <w:t>33:47  to yeh yeh chunke ek jo daai hota hai woh sabko usi nigaah se dekhta hai. Uska maqsad yeh hota hai ki saare insano tak Khuda ka paigaam pahunchaye. To zaahir hai uske andar yahi aisa saath hote hain ki poore duniya ke jo log hain, chahe woh kahin bhi reh rahe hon ya kisi mazhab se unka talluq hai, woh unke liye duaen karta hai aur unko apna bhai samajhta hai.</w:t>
      </w:r>
      <w:r>
        <w:br/>
      </w:r>
      <w:r>
        <w:rPr>
          <w:sz w:val="20"/>
        </w:rPr>
        <w:t>34:13  to is is wajah se yeh bhai ke liye bhai ki dua bahut hi ahum hai. Hadees mein aata hai ki jab koi shakhs aise karta hai, bhai ke liye uske absence mein apne bhai ki dua karta hai to ek farishta aata hai jo aameen kehta hai. Ji. Ki Allah teri dua qubool kare aur, aur phir yeh kehta hai ki tujhe bhi aisi, aisi cheez Allah de. To bahut hi ahum dua hai.</w:t>
      </w:r>
    </w:p>
    <w:p>
      <w:pPr>
        <w:pStyle w:val="Heading2"/>
      </w:pPr>
      <w:r>
        <w:t>Intellectual awakening with examples</w:t>
      </w:r>
    </w:p>
    <w:p>
      <w:r>
        <w:rPr>
          <w:color w:val="666666"/>
          <w:sz w:val="18"/>
        </w:rPr>
        <w:t>Muslims in the Modern Age, Jan 18, 2009 · 3m 48s · at 2:04 · https://youtu.be/7zDCFtOSWSw?t=124</w:t>
      </w:r>
    </w:p>
    <w:p>
      <w:r>
        <w:rPr>
          <w:i/>
        </w:rPr>
        <w:t>“I can say with conviction that the most important problem with Muslims”</w:t>
      </w:r>
    </w:p>
    <w:p>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r>
        <w:br/>
      </w:r>
      <w:r>
        <w:rPr>
          <w:sz w:val="20"/>
        </w:rPr>
        <w:t>2:51  All these Muslims are quite unaware of what is the present age.</w:t>
      </w:r>
      <w:r>
        <w:br/>
      </w:r>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r>
        <w:br/>
      </w:r>
      <w:r>
        <w:rPr>
          <w:sz w:val="20"/>
        </w:rPr>
        <w:t>3:51  They don't know what is the spirit of the age.</w:t>
      </w:r>
      <w:r>
        <w:br/>
      </w:r>
      <w:r>
        <w:rPr>
          <w:sz w:val="20"/>
        </w:rPr>
        <w:t>3:57  I refer to only one example. One great scholar of Muslim, one great Islamic scholar has published a book perhaps in 1940, before independence.</w:t>
      </w:r>
      <w:r>
        <w:br/>
      </w:r>
      <w:r>
        <w:rPr>
          <w:sz w:val="20"/>
        </w:rPr>
        <w:t>4:21  This book was originally written in Arabic. It is an Arabic book.</w:t>
      </w:r>
      <w:r>
        <w:br/>
      </w:r>
      <w:r>
        <w:rPr>
          <w:sz w:val="20"/>
        </w:rPr>
        <w:t>4:26  He is a great scholar in Arabic. So, the title of this book was "Maza Khosrow</w:t>
      </w:r>
      <w:r>
        <w:br/>
      </w:r>
      <w:r>
        <w:rPr>
          <w:sz w:val="20"/>
        </w:rPr>
        <w:t>4:38  al-Alam Bin Hidayatul Muslimin." It means that</w:t>
      </w:r>
      <w:r>
        <w:br/>
      </w:r>
      <w:r>
        <w:rPr>
          <w:sz w:val="20"/>
        </w:rPr>
        <w:t>4:45  what the world lost, L-O-S-T, what the world lost due to Muslims' decline.</w:t>
      </w:r>
      <w:r>
        <w:br/>
      </w:r>
      <w:r>
        <w:rPr>
          <w:sz w:val="20"/>
        </w:rPr>
        <w:t>4:57  This kind of title is absurd. The correct title may be "Maza Khosrow al-Muslimun Bin Hidayatul Fikriyah," what Muslims lost due to their intellectual backwardness.</w:t>
      </w:r>
      <w:r>
        <w:br/>
      </w:r>
      <w:r>
        <w:rPr>
          <w:sz w:val="20"/>
        </w:rPr>
        <w:t>5:22  This is the intellectual bankruptcy we are witnessing among Muslim scholars</w:t>
      </w:r>
    </w:p>
    <w:p>
      <w:pPr>
        <w:pStyle w:val="Heading2"/>
      </w:pPr>
      <w:r>
        <w:t>Abraham's sacrifice and the birth of da'wah training</w:t>
      </w:r>
    </w:p>
    <w:p>
      <w:r>
        <w:rPr>
          <w:color w:val="666666"/>
          <w:sz w:val="18"/>
        </w:rPr>
        <w:t>The Message of Eid Al-Adha November 6, 2011 Maulana Wahiduddin Khan · 5m 00s · at 25:34 · https://youtu.be/y59PU_RD2cg?t=1534</w:t>
      </w:r>
    </w:p>
    <w:p>
      <w:r>
        <w:rPr>
          <w:i/>
        </w:rPr>
        <w:t>“Ma hadar al-adahi ya Rasul Allah?”</w:t>
      </w:r>
    </w:p>
    <w:p>
      <w:r>
        <w:rPr>
          <w:sz w:val="20"/>
        </w:rPr>
        <w:t>25:34  Hajj ke din ya Eid al-Adha ke din jo qurbani ki jati hai, to sawal kiya gaya tha is ke bare mein Rasool Allah se:</w:t>
      </w:r>
      <w:r>
        <w:br/>
      </w:r>
      <w:r>
        <w:rPr>
          <w:sz w:val="20"/>
        </w:rPr>
        <w:t>25:44  "Ma hadhir al-adahi ya Rasool Allah?" yeh qurbaniyan kya hain? aap ne farmaya: "millat abikum Ibrahim".</w:t>
      </w:r>
      <w:r>
        <w:br/>
      </w:r>
      <w:r>
        <w:rPr>
          <w:sz w:val="20"/>
        </w:rPr>
        <w:t>25:56  tumhare baap Ibrahim ki sunnat, tumhare baap Ibrahim ka tareeqa. ab ghor farmaiye ke Hazrat Ibrahim ne kya kiya tha?</w:t>
      </w:r>
      <w:r>
        <w:br/>
      </w:r>
      <w:r>
        <w:rPr>
          <w:sz w:val="20"/>
        </w:rPr>
        <w:t>26:07  woh kya tareeqa hai jo Hazrat Ibrahim ne ikhtiyar kiya</w:t>
      </w:r>
      <w:r>
        <w:br/>
      </w:r>
      <w:r>
        <w:rPr>
          <w:sz w:val="20"/>
        </w:rPr>
        <w:t>26:10  tha? mashhoor hai, aap jante hain, Quran mein bhi hai, hadithon mein bhi hai ke Hazrat Ibrahim ne khwab dekha ke woh apne bete Ismail ko zibah kar rahe hain.</w:t>
      </w:r>
      <w:r>
        <w:br/>
      </w:r>
      <w:r>
        <w:rPr>
          <w:sz w:val="20"/>
        </w:rPr>
        <w:t>26:26  to unhon ne samjha ke apne bete ko mujhe zibah karna hai, to bete ko le kar gaye aur un ko lita diya zibah karne ke liye.</w:t>
      </w:r>
      <w:r>
        <w:br/>
      </w:r>
      <w:r>
        <w:rPr>
          <w:sz w:val="20"/>
        </w:rPr>
        <w:t>26:41  is waqt awaz aayi, Allah taala ne farishte ke zariye un ko bataya ke: "Qad sadaqa al-ru'ya".</w:t>
      </w:r>
      <w:r>
        <w:br/>
      </w:r>
      <w:r>
        <w:rPr>
          <w:sz w:val="20"/>
        </w:rPr>
        <w:t>26:52  tum ne apna khwab poora kar diya. aur is ke baad unhein kaha gaya ke tum ek dumba lo aur us ko zibah kar do.</w:t>
      </w:r>
      <w:r>
        <w:br/>
      </w:r>
      <w:r>
        <w:rPr>
          <w:sz w:val="20"/>
        </w:rPr>
        <w:t>27:04  yeh jo mashhoor hai ke dumba jannat se aaya tha, yeh is ki koi asal nahi hai.</w:t>
      </w:r>
      <w:r>
        <w:br/>
      </w:r>
      <w:r>
        <w:rPr>
          <w:sz w:val="20"/>
        </w:rPr>
        <w:t>27:11  woh aam dumba tha, jaisa ke hota hai. to gaya ke Hazrat Ibrahim ne qurbani to dumbay ki aur bete ko kiya kiya? bete ko le kar ke sehra mein basaya.</w:t>
      </w:r>
      <w:r>
        <w:br/>
      </w:r>
      <w:r>
        <w:rPr>
          <w:sz w:val="20"/>
        </w:rPr>
        <w:t>27:24  yani bete ke liye jo qurbani matloob thi, woh thi ek bohat hi mushkil zindagi. is zamane mein dekhein, jahan Makkah aaj hai, wahan par desert tha,</w:t>
      </w:r>
      <w:r>
        <w:br/>
      </w:r>
      <w:r>
        <w:rPr>
          <w:sz w:val="20"/>
        </w:rPr>
        <w:t>27:38  wahan kuch bhi nahi tha, sirf desert. to</w:t>
      </w:r>
      <w:r>
        <w:br/>
      </w:r>
      <w:r>
        <w:rPr>
          <w:sz w:val="20"/>
        </w:rPr>
        <w:t>27:43  wahan par basaya.</w:t>
      </w:r>
      <w:r>
        <w:br/>
      </w:r>
      <w:r>
        <w:rPr>
          <w:sz w:val="20"/>
        </w:rPr>
        <w:t>27:47  to hazrat ibrahim ne alamati tor par to janwar ki qurbani ki aur haqeeqi tor par jo qurbani thi, woh bete ko desert mein basana.</w:t>
      </w:r>
      <w:r>
        <w:br/>
      </w:r>
      <w:r>
        <w:rPr>
          <w:sz w:val="20"/>
        </w:rPr>
        <w:t>27:59  ab yahan pe dekhen, musalmanon ne alag kar rakha hai, koi apne beton ko desert mein basata nahin. haan, janwar ki qurbani kar raha hai. to sunnat ibrahim kahan hui hai?</w:t>
      </w:r>
      <w:r>
        <w:br/>
      </w:r>
      <w:r>
        <w:rPr>
          <w:sz w:val="20"/>
        </w:rPr>
        <w:t>28:10  yeh bohat zyada soch</w:t>
      </w:r>
      <w:r>
        <w:br/>
      </w:r>
      <w:r>
        <w:rPr>
          <w:sz w:val="20"/>
        </w:rPr>
        <w:t>28:12  ne ki baat hai. hamari qurbani koi walo nahin hai, kyunke hum ne is ko do hisse kar diye: ek hissa chhod diya, ek hissa liya.</w:t>
      </w:r>
      <w:r>
        <w:br/>
      </w:r>
      <w:r>
        <w:rPr>
          <w:sz w:val="20"/>
        </w:rPr>
        <w:t>28:22  hazrat ibrahim jo the, woh paida hue iraq mein. iraq mein ek shehar tha, azwane mein.</w:t>
      </w:r>
      <w:r>
        <w:br/>
      </w:r>
      <w:r>
        <w:rPr>
          <w:sz w:val="20"/>
        </w:rPr>
        <w:t>28:33  yeh baat hai yani qaum masih ki, qaum masih zamane ki.</w:t>
      </w:r>
      <w:r>
        <w:br/>
      </w:r>
      <w:r>
        <w:rPr>
          <w:sz w:val="20"/>
        </w:rPr>
        <w:t>28:41  is ka naam woh jis shehar mein hazrat ibrahim paida hue, jahan unhon ne daawti kaam kiya, woh baad ke zamane mein zameen ke neeche dab gaya tha.</w:t>
      </w:r>
      <w:r>
        <w:br/>
      </w:r>
      <w:r>
        <w:rPr>
          <w:sz w:val="20"/>
        </w:rPr>
        <w:t>28:54  to 1922 mein khudaai ke zariye woh nikla.</w:t>
      </w:r>
      <w:r>
        <w:br/>
      </w:r>
      <w:r>
        <w:rPr>
          <w:sz w:val="20"/>
        </w:rPr>
        <w:t>29:01  baqayda jo is ko kehte hain excavation, to 1922 mein excavation ke zariye woh nikla.</w:t>
      </w:r>
      <w:r>
        <w:br/>
      </w:r>
      <w:r>
        <w:rPr>
          <w:sz w:val="20"/>
        </w:rPr>
        <w:t>29:09  woh</w:t>
      </w:r>
      <w:r>
        <w:br/>
      </w:r>
      <w:r>
        <w:rPr>
          <w:sz w:val="20"/>
        </w:rPr>
        <w:t>29:13  iraq mein,</w:t>
      </w:r>
      <w:r>
        <w:br/>
      </w:r>
      <w:r>
        <w:rPr>
          <w:sz w:val="20"/>
        </w:rPr>
        <w:t>29:17  woh maujooda baghdad se kuch faasle par hai. woh to ab woh khod kar ke oopar woh khol diya gaya. ab ab woh ek ek shehar ki tarah</w:t>
      </w:r>
      <w:r>
        <w:br/>
      </w:r>
      <w:r>
        <w:rPr>
          <w:sz w:val="20"/>
        </w:rPr>
        <w:t>29:28  ho gaya. to khadr hai aur woh wahan kafi tourist aate hain. is ka naam hai ar ur.</w:t>
      </w:r>
      <w:r>
        <w:br/>
      </w:r>
      <w:r>
        <w:rPr>
          <w:sz w:val="20"/>
        </w:rPr>
        <w:t>29:37  wahan par railway station bhi hai. to hazrat ibrahim ne lambe arse tak kaam kiya ar shehar mein. to poora shehar jo tha, woh aap ka mukhatib tha.</w:t>
      </w:r>
      <w:r>
        <w:br/>
      </w:r>
      <w:r>
        <w:rPr>
          <w:sz w:val="20"/>
        </w:rPr>
        <w:t>29:51  lekin wahan par ghaliban koi ek shakhs bhi nahin tha jo aap ki baat ko maane, koi bhi nahin.</w:t>
      </w:r>
      <w:r>
        <w:br/>
      </w:r>
      <w:r>
        <w:rPr>
          <w:sz w:val="20"/>
        </w:rPr>
        <w:t>30:02  to is ke baad Allah taala ne hazrat ibrahim ko ek ek aur yani daawti plan bataya.</w:t>
      </w:r>
      <w:r>
        <w:br/>
      </w:r>
      <w:r>
        <w:rPr>
          <w:sz w:val="20"/>
        </w:rPr>
        <w:t>30:12  yeh haqeeqatan ek daawti plan tha.</w:t>
      </w:r>
      <w:r>
        <w:br/>
      </w:r>
      <w:r>
        <w:rPr>
          <w:sz w:val="20"/>
        </w:rPr>
        <w:t>30:16  hazrat ibrahim ne jo apne bete ko basaya sehra mein, to ek daawti plan tha. woh kya tha? pehle aap ek ek majmooe ko khitaab karte the, majmooa yani saare logon ko.</w:t>
      </w:r>
    </w:p>
    <w:p>
      <w:pPr>
        <w:pStyle w:val="Heading2"/>
      </w:pPr>
      <w:r>
        <w:t>Doing good to enemies turns them into friends</w:t>
      </w:r>
    </w:p>
    <w:p>
      <w:r>
        <w:rPr>
          <w:color w:val="666666"/>
          <w:sz w:val="18"/>
        </w:rPr>
        <w:t>Importance of Ramadan March 24, 2024 · 3m 20s · at 1:05:26 · https://youtu.be/cn67uauGQrc?t=3926</w:t>
      </w:r>
    </w:p>
    <w:p>
      <w:r>
        <w:rPr>
          <w:i/>
        </w:rPr>
        <w:t>“Har insan ki Allah madad karta hai, hum kisi aur ko credit dete hain”</w:t>
      </w:r>
    </w:p>
    <w:p>
      <w:r>
        <w:rPr>
          <w:sz w:val="20"/>
        </w:rPr>
        <w:t>1:05:26  aur aur aur doosri yeh baat hai ke dekhiye, khali aisa nahin ke sirf hazrat yusuf ke sath Allah ki khaas madad aayi, balkeh har ek ke sath madad aati hai.</w:t>
      </w:r>
      <w:r>
        <w:br/>
      </w:r>
      <w:r>
        <w:rPr>
          <w:sz w:val="20"/>
        </w:rPr>
        <w:t>1:05:36  lekin hai kya ke log is ko cause and effect ke tehat explain karte hain. matlab hum hi log dekhiye, hum log ek gaon</w:t>
      </w:r>
      <w:r>
        <w:br/>
      </w:r>
      <w:r>
        <w:rPr>
          <w:sz w:val="20"/>
        </w:rPr>
        <w:t>1:05:44  mein rehte thay, wahan na sark thi, na school tha, na hospital tha, koi bhi suvidha nahin thi. Allah ta'ala ne Delhi bheja, aur Delhi mein itna bada mission establish kiya, aur us ka hum ko part banaya. to yeh yeh kaam thoda hai hazrat yusuf alaihis salam ka.</w:t>
      </w:r>
      <w:r>
        <w:br/>
      </w:r>
      <w:r>
        <w:rPr>
          <w:sz w:val="20"/>
        </w:rPr>
        <w:t>1:05:59  to har insaan ki Allah isi tarike se madad karta hai, lekin hum is ko attribute kar dete hain kisi aur ko. ji hmm, bilkul.</w:t>
      </w:r>
      <w:r>
        <w:br/>
      </w:r>
      <w:r>
        <w:rPr>
          <w:sz w:val="20"/>
        </w:rPr>
        <w:t>1:06:10  phir ek verse 41 chapter mein is mein bataya gaya hai ke burai ke badle mein bhalai karo, to tumhara dushman woh hai, tumhara bohat gehra dost ban jayega, wali humim.</w:t>
      </w:r>
      <w:r>
        <w:br/>
      </w:r>
      <w:r>
        <w:rPr>
          <w:sz w:val="20"/>
        </w:rPr>
        <w:t>1:06:22  to hamara achha sulook woh hai, dushman ko dost bana deta hai. to ab aaj woh hai, jagah jagah jo jang ho rahi hai, agar log quran ko samajh kar parhte to kehte ke agar in ko, agar in ko woh apna dushman samajhte hain to un ke sath achha sulook karo, woh tumhare dost ban jayenge.</w:t>
      </w:r>
      <w:r>
        <w:br/>
      </w:r>
      <w:r>
        <w:rPr>
          <w:sz w:val="20"/>
        </w:rPr>
        <w:t>1:06:40  to lekin nahin, lekin aur rasool Allah sallallahu alaihi wasallam ne dekhiye, sab ke sath achha sulook kiya, aur aap ke zamaney mein saari dushmani khatm ho gayi. poore arab ke ke log jo hain, woh aap ke follower ban gaye, jab ke wohi log thay</w:t>
      </w:r>
      <w:r>
        <w:br/>
      </w:r>
      <w:r>
        <w:rPr>
          <w:sz w:val="20"/>
        </w:rPr>
        <w:t>1:06:54  jinhon ne aap ko makkah mein rehne bhi nahin di thi. nangey paon aap raat ko bhage thay wahan se, to wohi log saare ke saare aap ke follower ban gaye, sirf isi liye ke aap ne un ke sath achha sulook kiya.</w:t>
      </w:r>
      <w:r>
        <w:br/>
      </w:r>
      <w:r>
        <w:rPr>
          <w:sz w:val="20"/>
        </w:rPr>
        <w:t>1:07:06  lekin aaj musalman kehte hain ke hum sabr karenge to yeh dushman log jo hain, aur dil yira ho jayenge, aur ziyaratiyan karenge. haalankeh dekhiye, agar aap aapko quran se guidance leni hai ya apne ya shaitan se guidance leni</w:t>
      </w:r>
      <w:r>
        <w:br/>
      </w:r>
      <w:r>
        <w:rPr>
          <w:sz w:val="20"/>
        </w:rPr>
        <w:t>1:07:20  hai, to agar hum quran se guidance lein to clear bilkul quran mein hai, chapter eight mein, agar woh sulah ki taraf jhukein to tum bhi jhuk jao, aur Allah par bharosa bharosa rakho.</w:t>
      </w:r>
      <w:r>
        <w:br/>
      </w:r>
      <w:r>
        <w:rPr>
          <w:sz w:val="20"/>
        </w:rPr>
        <w:t>1:07:32  to ek to sulah karni hai, aur Allah pe agar unko andesha hai ke woh kuch gadbad karenge to Allah pe bharosa rakho, to andeshe ko nazar andaz karo.</w:t>
      </w:r>
      <w:r>
        <w:br/>
      </w:r>
      <w:r>
        <w:rPr>
          <w:sz w:val="20"/>
        </w:rPr>
        <w:t>1:07:42  lekin aaj musalman jo hain, jang to shuru kar dete hain, sulah karna unhein aata hi nahin, sulah nahin karte</w:t>
      </w:r>
      <w:r>
        <w:br/>
      </w:r>
      <w:r>
        <w:rPr>
          <w:sz w:val="20"/>
        </w:rPr>
        <w:t>1:07:49  , jab ke ab quran ko chahe woh dekhein, chahe rasool Allah salallahu alaihi wasallam ke ki aswa ko dekhein, rasool Allah salallahu alaihi wasallam ne aise naz kamauqe par dushman ki tamam sharaait ko accept karke sulah ki, to ab un logon ko kyun nahin samajh mein aata ke sulah karein?</w:t>
      </w:r>
      <w:r>
        <w:br/>
      </w:r>
      <w:r>
        <w:rPr>
          <w:sz w:val="20"/>
        </w:rPr>
        <w:t>1:08:09  to yeh sari cheezein hain. ab agar hum sulah ka tareeqa ikhtiyar nahin karte to dekhiye, jang se kuch bhi nahin milta.</w:t>
      </w:r>
      <w:r>
        <w:br/>
      </w:r>
      <w:r>
        <w:rPr>
          <w:sz w:val="20"/>
        </w:rPr>
        <w:t>1:08:17  jang to jo jeetta hai, usko bhi nahin kuch milta. haarne wale ko kya milega? usko isiliye usko par kotri kehte hain. hum saare mauqe barbaad ho jate hain kaam karne ke, constructive activities ke, daawa work ke. to yeh jo hai, humko is par bahut zyada sochna hai, aur rasool Allah salallahu alaihi wasallam ke aswa par chalna hai.</w:t>
      </w:r>
      <w:r>
        <w:br/>
      </w:r>
      <w:r>
        <w:rPr>
          <w:sz w:val="20"/>
        </w:rPr>
        <w:t>1:08:38  tabhi humein jo hai, Khuda ki madad milegi, tabhi hum is duniya mein aur aakhirat mein kaamyaab ho payenge. ji</w:t>
      </w:r>
    </w:p>
    <w:p>
      <w:pPr>
        <w:pStyle w:val="Heading2"/>
      </w:pPr>
      <w:r>
        <w:t>Quran revealed to be studied, not just recited</w:t>
      </w:r>
    </w:p>
    <w:p>
      <w:r>
        <w:rPr>
          <w:color w:val="666666"/>
          <w:sz w:val="18"/>
        </w:rPr>
        <w:t>Ramadan A Month of Study of the Quran August 23, 2009 · 4m 37s · at 13:40 · https://youtu.be/f90TVrzAOFs?t=820</w:t>
      </w:r>
    </w:p>
    <w:p>
      <w:r>
        <w:rPr>
          <w:i/>
        </w:rPr>
        <w:t>“Quran mein hai ke Ramadan ke mahine mein Quran utra”</w:t>
      </w:r>
    </w:p>
    <w:p>
      <w:r>
        <w:rPr>
          <w:sz w:val="20"/>
        </w:rPr>
        <w:t>13:40  iske baad dekhiye Quran mein hai ke " shahru Ramadan allazi unzila fihil Quran min hudan linnasi wa bayyinatin minal huda wal furqan"</w:t>
      </w:r>
      <w:r>
        <w:br/>
      </w:r>
      <w:r>
        <w:rPr>
          <w:sz w:val="20"/>
        </w:rPr>
        <w:t>13:49  yaani yeh farmaya hai ke Ramadan ka jo mahina hai is mahine mein Quran utra tha. yaani Rasool Allah sal Allah aleh wasallam wahan par Hira pahad ke qeum mein the, ghar Hira mein.</w:t>
      </w:r>
      <w:r>
        <w:br/>
      </w:r>
      <w:r>
        <w:rPr>
          <w:sz w:val="20"/>
        </w:rPr>
        <w:t>14:04  us waqt Jibrael aaye aur woh Ramadan ka aakhri tareekh mein the. kaha jata hai ke woh 27 tareekh thi.</w:t>
      </w:r>
      <w:r>
        <w:br/>
      </w:r>
      <w:r>
        <w:rPr>
          <w:sz w:val="20"/>
        </w:rPr>
        <w:t>14:15  to yeh Ramadan shuru yaani Quran shuru hua utarna. yaani Ramadan ke mahine mein Quran ka revelation shuru hua.</w:t>
      </w:r>
      <w:r>
        <w:br/>
      </w:r>
      <w:r>
        <w:rPr>
          <w:sz w:val="20"/>
        </w:rPr>
        <w:t>14:26  is sense mein kaha gaya hai Quran utra is mahine mein. to Quran ka kya taqaza hum se hai? Quran kis liye utra hai?</w:t>
      </w:r>
      <w:r>
        <w:br/>
      </w:r>
      <w:r>
        <w:rPr>
          <w:sz w:val="20"/>
        </w:rPr>
        <w:t>14:36  research station ke liye nahi hai. be samjhe boojhe tilawat ke liye nahi utra. woh utra hai study ke liye.</w:t>
      </w:r>
      <w:r>
        <w:br/>
      </w:r>
      <w:r>
        <w:rPr>
          <w:sz w:val="20"/>
        </w:rPr>
        <w:t>14:44  study ke liye utra hai ke Quran par socho. Quran mein Khuda ne sachaiyon ko khola hai. jo creation plan of God hai usko bataya hai.</w:t>
      </w:r>
      <w:r>
        <w:br/>
      </w:r>
      <w:r>
        <w:rPr>
          <w:sz w:val="20"/>
        </w:rPr>
        <w:t>14:59  ansain world ke bare mein hamein khabrein di hain. to hum sochein, sochein taake hum isko discover karein.</w:t>
      </w:r>
      <w:r>
        <w:br/>
      </w:r>
      <w:r>
        <w:rPr>
          <w:sz w:val="20"/>
        </w:rPr>
        <w:t>15:07  to ramzan ka mahina ko khuda ne bana diya study of da quran ka mahina. is mahine mein ko yaadgar bana diya allah ta'ala ne ke ab mahina hi ki yadgar mahina hai, memorable mahina hai jismein quran utarta tha.</w:t>
      </w:r>
      <w:r>
        <w:br/>
      </w:r>
      <w:r>
        <w:rPr>
          <w:sz w:val="20"/>
        </w:rPr>
        <w:t>15:26  isko month of quran ke taur par karo . isko month of quran ya'ni month of da study of da quran.</w:t>
      </w:r>
      <w:r>
        <w:br/>
      </w:r>
      <w:r>
        <w:rPr>
          <w:sz w:val="20"/>
        </w:rPr>
        <w:t>15:35  to jab quran par aap sochenge, ghaur karenge to aapko baatein ismein milengi. ismein farmaya ke bain at min al-huda wal furqan ke quran mein bain at hain.</w:t>
      </w:r>
      <w:r>
        <w:br/>
      </w:r>
      <w:r>
        <w:rPr>
          <w:sz w:val="20"/>
        </w:rPr>
        <w:t>15:50  bain at ya'ni khule dalail . isse kya nikla ke quran jo hai woh reason based hai. iski teaching quran</w:t>
      </w:r>
      <w:r>
        <w:br/>
      </w:r>
      <w:r>
        <w:rPr>
          <w:sz w:val="20"/>
        </w:rPr>
        <w:t>16:01  ki jo taleem hain, quran ki jo teachings hain woh sab reason based hain. ismein koi mysterious, mysterious cheezein nahin hain iske andar . na koi expression hai iske andar.</w:t>
      </w:r>
      <w:r>
        <w:br/>
      </w:r>
      <w:r>
        <w:rPr>
          <w:sz w:val="20"/>
        </w:rPr>
        <w:t>16:14  reason based hain sari baatein. aap ab aql ko istemal karein, apni soch ko istemal karein to in baaton ko aap discover karenge.</w:t>
      </w:r>
      <w:r>
        <w:br/>
      </w:r>
      <w:r>
        <w:rPr>
          <w:sz w:val="20"/>
        </w:rPr>
        <w:t>16:22  aur jab aap discover karenge tabhi to iski gehraiyon ko paayenge aap.</w:t>
      </w:r>
      <w:r>
        <w:br/>
      </w:r>
      <w:r>
        <w:rPr>
          <w:sz w:val="20"/>
        </w:rPr>
        <w:t>16:28  to yeh bahut hi zaroori baat hai jaanna ke quran ki taleem hain sab ke sab reason based hain.</w:t>
      </w:r>
      <w:r>
        <w:br/>
      </w:r>
      <w:r>
        <w:rPr>
          <w:sz w:val="20"/>
        </w:rPr>
        <w:t>16:38  to ya'ni bain at min al-huda ya'ni woh huda par bain at hain. ya'ni yeh keh sakte hain aap ke clear proof of guidance.</w:t>
      </w:r>
      <w:r>
        <w:br/>
      </w:r>
      <w:r>
        <w:rPr>
          <w:sz w:val="20"/>
        </w:rPr>
        <w:t>16:52  jo</w:t>
      </w:r>
      <w:r>
        <w:br/>
      </w:r>
      <w:r>
        <w:rPr>
          <w:sz w:val="20"/>
        </w:rPr>
        <w:t>16:53  guidance quran majeed mein hai iske saath proof juda hua hai. iski reason juda hui hai. ya'ni sab ke sab rational basis par hain. sab ke sab aisa nahin hai ke bas yun hi hain.</w:t>
      </w:r>
      <w:r>
        <w:br/>
      </w:r>
      <w:r>
        <w:rPr>
          <w:sz w:val="20"/>
        </w:rPr>
        <w:t>17:07  to sab ke sab rational teachings hain quran majeed mein.</w:t>
      </w:r>
      <w:r>
        <w:br/>
      </w:r>
      <w:r>
        <w:rPr>
          <w:sz w:val="20"/>
        </w:rPr>
        <w:t>17:14  lekin woh kab aap jaan paayenge ke isko jab aap sab sochenge? aap sochenge nahin to jaan bhi nahin paayenge.</w:t>
      </w:r>
      <w:r>
        <w:br/>
      </w:r>
      <w:r>
        <w:rPr>
          <w:sz w:val="20"/>
        </w:rPr>
        <w:t>17:25  to reason based hona quran ki taleem ka, quran ki teaching ka yeh hamein invite karta hai ke hum isko sochein. isi liye hadith mein aata hai ke "likulli aayatin min haa zaahirun wa baatinun"</w:t>
      </w:r>
      <w:r>
        <w:br/>
      </w:r>
      <w:r>
        <w:rPr>
          <w:sz w:val="20"/>
        </w:rPr>
        <w:t>17:40  ya'ni quran ka ek line mein hai, ek between the lines . jo baatein line mein hain ya'ni isko aap padh ke jaan lenge. lekin jo between the lines hai us par aapko sochna padega.</w:t>
      </w:r>
      <w:r>
        <w:br/>
      </w:r>
      <w:r>
        <w:rPr>
          <w:sz w:val="20"/>
        </w:rPr>
        <w:t>17:56  to quran ka ek pehlu woh hai jo bilkul literal taur par saamne aata hai. doosra pehlu woh hai jo soch ke maloom hota hai. to yeh karna padega hamein.</w:t>
      </w:r>
      <w:r>
        <w:br/>
      </w:r>
      <w:r>
        <w:rPr>
          <w:sz w:val="20"/>
        </w:rPr>
        <w:t>18:11  ek mein ek misaal deta hoon aapko</w:t>
      </w:r>
    </w:p>
    <w:p>
      <w:pPr>
        <w:pStyle w:val="Heading2"/>
      </w:pPr>
      <w:r>
        <w:t>Being considerate and Umar's gratitude</w:t>
      </w:r>
    </w:p>
    <w:p>
      <w:r>
        <w:rPr>
          <w:color w:val="666666"/>
          <w:sz w:val="18"/>
        </w:rPr>
        <w:t>Islam in Daily Life | December 18, 2007 · 5m 38s · at 39:36 · https://youtu.be/wLp27oWti4c?t=2376</w:t>
      </w:r>
    </w:p>
    <w:p>
      <w:r>
        <w:rPr>
          <w:i/>
        </w:rPr>
        <w:t>“Momin woh hai jo doosron ke liye problem create na kare”</w:t>
      </w:r>
    </w:p>
    <w:p>
      <w:r>
        <w:rPr>
          <w:sz w:val="20"/>
        </w:rPr>
        <w:t>39:36  hadees mein aata hai ke wallah la yuman wallah la yuman wallah la yuman alladhi la yaman jaar</w:t>
      </w:r>
      <w:r>
        <w:br/>
      </w:r>
      <w:r>
        <w:rPr>
          <w:sz w:val="20"/>
        </w:rPr>
        <w:t>39:42  buwa yaani momin woh hai jo doosron ke liye problem create na kare.</w:t>
      </w:r>
      <w:r>
        <w:br/>
      </w:r>
      <w:r>
        <w:rPr>
          <w:sz w:val="20"/>
        </w:rPr>
        <w:t>39:49  momin woh hai jo doosron ke liye problem create na kare.</w:t>
      </w:r>
      <w:r>
        <w:br/>
      </w:r>
      <w:r>
        <w:rPr>
          <w:sz w:val="20"/>
        </w:rPr>
        <w:t>39:55  ab aap dekhiye rasta chal rahe hain.</w:t>
      </w:r>
      <w:r>
        <w:br/>
      </w:r>
      <w:r>
        <w:rPr>
          <w:sz w:val="20"/>
        </w:rPr>
        <w:t>40:01  aap kahin kisi railway station par hain, aap kisi airport par hain,</w:t>
      </w:r>
      <w:r>
        <w:br/>
      </w:r>
      <w:r>
        <w:rPr>
          <w:sz w:val="20"/>
        </w:rPr>
        <w:t>40:07  kahin bhi hain.</w:t>
      </w:r>
      <w:r>
        <w:br/>
      </w:r>
      <w:r>
        <w:rPr>
          <w:sz w:val="20"/>
        </w:rPr>
        <w:t>40:11  har jagah yeh mauqa hota hai ke aap koi aisa kaam karein jo is ke liye problem create karne lage.</w:t>
      </w:r>
      <w:r>
        <w:br/>
      </w:r>
      <w:r>
        <w:rPr>
          <w:sz w:val="20"/>
        </w:rPr>
        <w:t>40:15  jaise mobile hai, zor se bol rahe hain, doosre aadmi ko pareshani ho rahi hai.</w:t>
      </w:r>
      <w:r>
        <w:br/>
      </w:r>
      <w:r>
        <w:rPr>
          <w:sz w:val="20"/>
        </w:rPr>
        <w:t>40:20  aap TV ya radio zor se bula rahe hain, baja rahe hain, aap ke padosi ko pareshani</w:t>
      </w:r>
      <w:r>
        <w:br/>
      </w:r>
      <w:r>
        <w:rPr>
          <w:sz w:val="20"/>
        </w:rPr>
        <w:t>40:24  ho rahi hai.</w:t>
      </w:r>
      <w:r>
        <w:br/>
      </w:r>
      <w:r>
        <w:rPr>
          <w:sz w:val="20"/>
        </w:rPr>
        <w:t>40:29  is ka disturbance ho raha hai.</w:t>
      </w:r>
      <w:r>
        <w:br/>
      </w:r>
      <w:r>
        <w:rPr>
          <w:sz w:val="20"/>
        </w:rPr>
        <w:t>40:33  yani har lamha, har mauqa par</w:t>
      </w:r>
      <w:r>
        <w:br/>
      </w:r>
      <w:r>
        <w:rPr>
          <w:sz w:val="20"/>
        </w:rPr>
        <w:t>40:37  aap ek aisa kaam kar sakte hain jis se doosre ko pareshani ho, doosre ke liye woh problem ban jaye.</w:t>
      </w:r>
      <w:r>
        <w:br/>
      </w:r>
      <w:r>
        <w:rPr>
          <w:sz w:val="20"/>
        </w:rPr>
        <w:t>40:43  to wahan apne ko sochein aap.</w:t>
      </w:r>
      <w:r>
        <w:br/>
      </w:r>
      <w:r>
        <w:rPr>
          <w:sz w:val="20"/>
        </w:rPr>
        <w:t>40:48  khuda ne kaha hai, khuda ke rasool ne kaha hai ke woh aadmi momin hi nahi hai.</w:t>
      </w:r>
      <w:r>
        <w:br/>
      </w:r>
      <w:r>
        <w:rPr>
          <w:sz w:val="20"/>
        </w:rPr>
        <w:t>40:53  he is not a true believer who creates problems for others.</w:t>
      </w:r>
      <w:r>
        <w:br/>
      </w:r>
      <w:r>
        <w:rPr>
          <w:sz w:val="20"/>
        </w:rPr>
        <w:t>40:58  aap apne ko rok lein is se.</w:t>
      </w:r>
      <w:r>
        <w:br/>
      </w:r>
      <w:r>
        <w:rPr>
          <w:sz w:val="20"/>
        </w:rPr>
        <w:t>41:03  aap apne ko rok lein is se.</w:t>
      </w:r>
      <w:r>
        <w:br/>
      </w:r>
      <w:r>
        <w:rPr>
          <w:sz w:val="20"/>
        </w:rPr>
        <w:t>41:08  dekhiye main ek waqia arz karoon.</w:t>
      </w:r>
      <w:r>
        <w:br/>
      </w:r>
      <w:r>
        <w:rPr>
          <w:sz w:val="20"/>
        </w:rPr>
        <w:t>41:14  rasool Allah salallaho alaihi wasallam jab madine mein the to log aap se milne ke liye aate the.</w:t>
      </w:r>
      <w:r>
        <w:br/>
      </w:r>
      <w:r>
        <w:rPr>
          <w:sz w:val="20"/>
        </w:rPr>
        <w:t>41:20  yeh kaun log the? yeh tribe, us zamane mein tribal age tha woh.</w:t>
      </w:r>
      <w:r>
        <w:br/>
      </w:r>
      <w:r>
        <w:rPr>
          <w:sz w:val="20"/>
        </w:rPr>
        <w:t>41:26  baddo log hote the, un ke koi un ka koi aaj kal ki tarah se koi culture nahi tha.</w:t>
      </w:r>
      <w:r>
        <w:br/>
      </w:r>
      <w:r>
        <w:rPr>
          <w:sz w:val="20"/>
        </w:rPr>
        <w:t>41:32  ab milne ke liye aaye to zor se awaz dete the bahar. ya</w:t>
      </w:r>
      <w:r>
        <w:br/>
      </w:r>
      <w:r>
        <w:rPr>
          <w:sz w:val="20"/>
        </w:rPr>
        <w:t>41:39  Muhammad ukhruj alayna!</w:t>
      </w:r>
      <w:r>
        <w:br/>
      </w:r>
      <w:r>
        <w:rPr>
          <w:sz w:val="20"/>
        </w:rPr>
        <w:t>41:42  ae Muhammad aao, hum ko tum se milna hai.</w:t>
      </w:r>
      <w:r>
        <w:br/>
      </w:r>
      <w:r>
        <w:rPr>
          <w:sz w:val="20"/>
        </w:rPr>
        <w:t>41:46  zor se awaz dete the.</w:t>
      </w:r>
      <w:r>
        <w:br/>
      </w:r>
      <w:r>
        <w:rPr>
          <w:sz w:val="20"/>
        </w:rPr>
        <w:t>41:50  to quran mein is se unhein roka gaya.</w:t>
      </w:r>
      <w:r>
        <w:br/>
      </w:r>
      <w:r>
        <w:rPr>
          <w:sz w:val="20"/>
        </w:rPr>
        <w:t>41:54  kaha gaya ke yeh to gadha hai, woh cheekhta hai zor zor se.</w:t>
      </w:r>
      <w:r>
        <w:br/>
      </w:r>
      <w:r>
        <w:rPr>
          <w:sz w:val="20"/>
        </w:rPr>
        <w:t>41:57  insan ko zor se bolna insan ke liye nahi hai.</w:t>
      </w:r>
      <w:r>
        <w:br/>
      </w:r>
      <w:r>
        <w:rPr>
          <w:sz w:val="20"/>
        </w:rPr>
        <w:t>42:01  gadhe ka kaam hai ke zor zor se cheekhe.</w:t>
      </w:r>
      <w:r>
        <w:br/>
      </w:r>
      <w:r>
        <w:rPr>
          <w:sz w:val="20"/>
        </w:rPr>
        <w:t>42:05  in ankr aswat aswat al humair. z</w:t>
      </w:r>
      <w:r>
        <w:br/>
      </w:r>
      <w:r>
        <w:rPr>
          <w:sz w:val="20"/>
        </w:rPr>
        <w:t>42:09  aur zor se bolna gadhe ka kaam hai.</w:t>
      </w:r>
      <w:r>
        <w:br/>
      </w:r>
      <w:r>
        <w:rPr>
          <w:sz w:val="20"/>
        </w:rPr>
        <w:t>42:13  insan ka kaam nahi hai.</w:t>
      </w:r>
      <w:r>
        <w:br/>
      </w:r>
      <w:r>
        <w:rPr>
          <w:sz w:val="20"/>
        </w:rPr>
        <w:t>42:17  to is ke baad kya hua? woh log jab milne aate the aap ke paas to door par</w:t>
      </w:r>
      <w:r>
        <w:br/>
      </w:r>
      <w:r>
        <w:rPr>
          <w:sz w:val="20"/>
        </w:rPr>
        <w:t>42:22  aa kar ke dekhiye nail se, nakhoon se aise karte the woh.</w:t>
      </w:r>
      <w:r>
        <w:br/>
      </w:r>
      <w:r>
        <w:rPr>
          <w:sz w:val="20"/>
        </w:rPr>
        <w:t>42:26  yani aap ka darwaza khatkhatate the nakhoon se.</w:t>
      </w:r>
      <w:r>
        <w:br/>
      </w:r>
      <w:r>
        <w:rPr>
          <w:sz w:val="20"/>
        </w:rPr>
        <w:t>42:30  yeh hai zikr.</w:t>
      </w:r>
      <w:r>
        <w:br/>
      </w:r>
      <w:r>
        <w:rPr>
          <w:sz w:val="20"/>
        </w:rPr>
        <w:t>42:35  ke aap ko aadat thi zor zor se bolne ki.</w:t>
      </w:r>
      <w:r>
        <w:br/>
      </w:r>
      <w:r>
        <w:rPr>
          <w:sz w:val="20"/>
        </w:rPr>
        <w:t>42:39  waise hi aap bolte thay.</w:t>
      </w:r>
      <w:r>
        <w:br/>
      </w:r>
      <w:r>
        <w:rPr>
          <w:sz w:val="20"/>
        </w:rPr>
        <w:t>42:44  lekin jab khuda ki taraf se yeh baat aayi ke zor zor se bolna to gadhe ka kaam hai.</w:t>
      </w:r>
      <w:r>
        <w:br/>
      </w:r>
      <w:r>
        <w:rPr>
          <w:sz w:val="20"/>
        </w:rPr>
        <w:t>42:49  tum koi zor zor se bolte ho.</w:t>
      </w:r>
      <w:r>
        <w:br/>
      </w:r>
      <w:r>
        <w:rPr>
          <w:sz w:val="20"/>
        </w:rPr>
        <w:t>42:54  to wohi insaan ne apne ko badal liya.</w:t>
      </w:r>
      <w:r>
        <w:br/>
      </w:r>
      <w:r>
        <w:rPr>
          <w:sz w:val="20"/>
        </w:rPr>
        <w:t>42:58  apne ko revise kiya.</w:t>
      </w:r>
      <w:r>
        <w:br/>
      </w:r>
      <w:r>
        <w:rPr>
          <w:sz w:val="20"/>
        </w:rPr>
        <w:t>43:03  aur phir aisa ban gaya ke woh cheekhne chalane wale log is tarah se karne lage ke nakhun</w:t>
      </w:r>
      <w:r>
        <w:br/>
      </w:r>
      <w:r>
        <w:rPr>
          <w:sz w:val="20"/>
        </w:rPr>
        <w:t>43:08  se darwaza khatkhatane lage.</w:t>
      </w:r>
      <w:r>
        <w:br/>
      </w:r>
      <w:r>
        <w:rPr>
          <w:sz w:val="20"/>
        </w:rPr>
        <w:t>43:13  yeh hai zikr.</w:t>
      </w:r>
      <w:r>
        <w:br/>
      </w:r>
      <w:r>
        <w:rPr>
          <w:sz w:val="20"/>
        </w:rPr>
        <w:t>43:17  zikr ka matlab hai ke har moment mein, har mauqe par aap khuda ko yaad karte rahen.</w:t>
      </w:r>
      <w:r>
        <w:br/>
      </w:r>
      <w:r>
        <w:rPr>
          <w:sz w:val="20"/>
        </w:rPr>
        <w:t>43:22  khuda ko yaad kar kar ke apna correction karte rahen.</w:t>
      </w:r>
      <w:r>
        <w:br/>
      </w:r>
      <w:r>
        <w:rPr>
          <w:sz w:val="20"/>
        </w:rPr>
        <w:t>43:27  apni soch ko, apni intention ko, apni behavior ko badalte rahen.</w:t>
      </w:r>
      <w:r>
        <w:br/>
      </w:r>
      <w:r>
        <w:rPr>
          <w:sz w:val="20"/>
        </w:rPr>
        <w:t>43:31  remolding کرتے رہیں اپنی personality کی۔</w:t>
      </w:r>
      <w:r>
        <w:br/>
      </w:r>
      <w:r>
        <w:rPr>
          <w:sz w:val="20"/>
        </w:rPr>
        <w:t>43:36  yeh hai zikr karna.</w:t>
      </w:r>
      <w:r>
        <w:br/>
      </w:r>
      <w:r>
        <w:rPr>
          <w:sz w:val="20"/>
        </w:rPr>
        <w:t>43:41  zikr ka matlab yeh nahi ke aap tasbeeh le kar ginte rahen, ginte rahen, ginte rahen.</w:t>
      </w:r>
      <w:r>
        <w:br/>
      </w:r>
      <w:r>
        <w:rPr>
          <w:sz w:val="20"/>
        </w:rPr>
        <w:t>43:45  zikr haath ki ungliyon se nahi hota hai.</w:t>
      </w:r>
      <w:r>
        <w:br/>
      </w:r>
      <w:r>
        <w:rPr>
          <w:sz w:val="20"/>
        </w:rPr>
        <w:t>43:48  zikr mind se hota hai.</w:t>
      </w:r>
      <w:r>
        <w:br/>
      </w:r>
      <w:r>
        <w:rPr>
          <w:sz w:val="20"/>
        </w:rPr>
        <w:t>43:51  that is reduced form of zikr.</w:t>
      </w:r>
      <w:r>
        <w:br/>
      </w:r>
      <w:r>
        <w:rPr>
          <w:sz w:val="20"/>
        </w:rPr>
        <w:t>43:54  matlab ungli jo hai woh chale to yeh zikr hua.</w:t>
      </w:r>
      <w:r>
        <w:br/>
      </w:r>
      <w:r>
        <w:rPr>
          <w:sz w:val="20"/>
        </w:rPr>
        <w:t>43:57  sab se bari jo cheez aap ke paas hai woh mind hai.</w:t>
      </w:r>
      <w:r>
        <w:br/>
      </w:r>
      <w:r>
        <w:rPr>
          <w:sz w:val="20"/>
        </w:rPr>
        <w:t>44:00  aur mind jo hai woh stop hai.</w:t>
      </w:r>
      <w:r>
        <w:br/>
      </w:r>
      <w:r>
        <w:rPr>
          <w:sz w:val="20"/>
        </w:rPr>
        <w:t>44:03  aur ungli chal rahi hai.</w:t>
      </w:r>
      <w:r>
        <w:br/>
      </w:r>
      <w:r>
        <w:rPr>
          <w:sz w:val="20"/>
        </w:rPr>
        <w:t>44:06  that is reduced form of zikr.</w:t>
      </w:r>
      <w:r>
        <w:br/>
      </w:r>
      <w:r>
        <w:rPr>
          <w:sz w:val="20"/>
        </w:rPr>
        <w:t>44:09  aap ke paas jo sab se bari cheez hai woh mind hai.</w:t>
      </w:r>
      <w:r>
        <w:br/>
      </w:r>
      <w:r>
        <w:rPr>
          <w:sz w:val="20"/>
        </w:rPr>
        <w:t>44:12  to mind ke</w:t>
      </w:r>
      <w:r>
        <w:br/>
      </w:r>
      <w:r>
        <w:rPr>
          <w:sz w:val="20"/>
        </w:rPr>
        <w:t>44:15  level par zikr hona chahiye.</w:t>
      </w:r>
      <w:r>
        <w:br/>
      </w:r>
      <w:r>
        <w:rPr>
          <w:sz w:val="20"/>
        </w:rPr>
        <w:t>44:19  nah ke ungli ke level par.</w:t>
      </w:r>
      <w:r>
        <w:br/>
      </w:r>
      <w:r>
        <w:rPr>
          <w:sz w:val="20"/>
        </w:rPr>
        <w:t>44:23  to mind ke level par kya hai? woh hai contemplation.</w:t>
      </w:r>
      <w:r>
        <w:br/>
      </w:r>
      <w:r>
        <w:rPr>
          <w:sz w:val="20"/>
        </w:rPr>
        <w:t>44:27  woh hai sochna, tadabbur karna.</w:t>
      </w:r>
      <w:r>
        <w:br/>
      </w:r>
      <w:r>
        <w:rPr>
          <w:sz w:val="20"/>
        </w:rPr>
        <w:t>44:30  is se aap ki personality banti hai.</w:t>
      </w:r>
      <w:r>
        <w:br/>
      </w:r>
      <w:r>
        <w:rPr>
          <w:sz w:val="20"/>
        </w:rPr>
        <w:t>44:34  is ki aap soch banti hai.</w:t>
      </w:r>
      <w:r>
        <w:br/>
      </w:r>
      <w:r>
        <w:rPr>
          <w:sz w:val="20"/>
        </w:rPr>
        <w:t>44:38  is se aap ke andar ek emergence aata hai.</w:t>
      </w:r>
      <w:r>
        <w:br/>
      </w:r>
      <w:r>
        <w:rPr>
          <w:sz w:val="20"/>
        </w:rPr>
        <w:t>44:42  to har waqt jo situation create ho us situation mein aap kh</w:t>
      </w:r>
      <w:r>
        <w:br/>
      </w:r>
      <w:r>
        <w:rPr>
          <w:sz w:val="20"/>
        </w:rPr>
        <w:t>44:45  uda ko yaad karte rahen. yeh hai zikr. yeh hai zikr. hazrat umar ko pyaas lagi. un ko pani laya gaya. ek glass pani piya unhone. jante hain unhone kya kaha? ab woh bhi dekhiye us ko zikr banaya unhone. zikr ek conversion hai. yaani pani peene ko convert kiya unhone</w:t>
      </w:r>
    </w:p>
    <w:p>
      <w:pPr>
        <w:pStyle w:val="Heading2"/>
      </w:pPr>
      <w:r>
        <w:t>Everything about suhoor: timing, wisdom, and example</w:t>
      </w:r>
    </w:p>
    <w:p>
      <w:r>
        <w:rPr>
          <w:color w:val="666666"/>
          <w:sz w:val="18"/>
        </w:rPr>
        <w:t>Importance and Virtues of Ramadan April 2, 2023 · 5m 41s · at 21:13 · https://youtu.be/M2Phb22Vw_4?t=1273</w:t>
      </w:r>
    </w:p>
    <w:p>
      <w:r>
        <w:rPr>
          <w:i/>
        </w:rPr>
        <w:t>“Suhoor is a blessed food, the Prophet said”</w:t>
      </w:r>
    </w:p>
    <w:p>
      <w:r>
        <w:rPr>
          <w:sz w:val="20"/>
        </w:rPr>
        <w:t>21:13  kai log sehri miss bhi kar dete hain, chhod dete hain. ji to is ke bare mein aap kya kahenge</w:t>
      </w:r>
      <w:r>
        <w:br/>
      </w:r>
      <w:r>
        <w:rPr>
          <w:sz w:val="20"/>
        </w:rPr>
        <w:t>21:19  ? sehri jo lafz hai, woh to India mein hum use karte hain. ah waise arabi word hai "suhoor", aur yeh jo is ka jo jo verb hai, woh "sahra" hai.</w:t>
      </w:r>
      <w:r>
        <w:br/>
      </w:r>
      <w:r>
        <w:rPr>
          <w:sz w:val="20"/>
        </w:rPr>
        <w:t>21:31  ji sahra ka matlab hota hai doing something at night. ji koi raat ko koi kaam kare to us ko kaha yeh yeh word istemal hoga. aur sahar jaise lafz hum istemal karte hain, sahar ka matlab hai the time before the dawn.</w:t>
      </w:r>
      <w:r>
        <w:br/>
      </w:r>
      <w:r>
        <w:rPr>
          <w:sz w:val="20"/>
        </w:rPr>
        <w:t>21:43  ah bilkul fajar se pehle ka waqt.</w:t>
      </w:r>
      <w:r>
        <w:br/>
      </w:r>
      <w:r>
        <w:rPr>
          <w:sz w:val="20"/>
        </w:rPr>
        <w:t>21:46  to ah yani ah aur "suhoor" ya "sehri" is is the food that is taken before ah ah fajar prayer.</w:t>
      </w:r>
      <w:r>
        <w:br/>
      </w:r>
      <w:r>
        <w:rPr>
          <w:sz w:val="20"/>
        </w:rPr>
        <w:t>21:58  aur rasool ALLAH sallallahu alaihi wasallam ek baar sehri kar rahe the to kuch log aaye. to ek sahabi batate hain ke mein gaya to sehri kar rahe the, Pro</w:t>
      </w:r>
      <w:r>
        <w:br/>
      </w:r>
      <w:r>
        <w:rPr>
          <w:sz w:val="20"/>
        </w:rPr>
        <w:t>22:09  phet to kaha ke "حلم الغداء المبارک، come and have the blessed food." to rasool ALLAH sallallahu alaihi wasallam ne is ko ah blessed food kaha, mubarak khana.</w:t>
      </w:r>
      <w:r>
        <w:br/>
      </w:r>
      <w:r>
        <w:rPr>
          <w:sz w:val="20"/>
        </w:rPr>
        <w:t>22:25  aao mubarak khana khao. to ah mubarak khana ka matlab yeh nahi hai ke woh jo khana hum kha rahe hain, is mein koi blessing hai ya is mein khana to sab hi mubarak hai aik aik aik lehaz se.</w:t>
      </w:r>
      <w:r>
        <w:br/>
      </w:r>
      <w:r>
        <w:rPr>
          <w:sz w:val="20"/>
        </w:rPr>
        <w:t>22:38  lekin jo khaas ramzan ke sehri ke baray mein kaha to mubarak khana yeh hai ke jo woh waqt hota hai, woh bara qeemti hota hai subah ka, fajar se pehle, aur saare distractions nahi hote, koi disturbance nahi, koi phone call nahi, aur insaan bilkul sukoon mein aur solitude mein reh</w:t>
      </w:r>
      <w:r>
        <w:br/>
      </w:r>
      <w:r>
        <w:rPr>
          <w:sz w:val="20"/>
        </w:rPr>
        <w:t>22:57  ta hai. to us waqt yani is ke is ke andar bari gehri کیفیت بیدار hoti hai. to us waqt koi bhi amal karna, sehri khana ya ya namaz parhna, to is mein کیفیت bohat ziyada barh jat</w:t>
      </w:r>
      <w:r>
        <w:br/>
      </w:r>
      <w:r>
        <w:rPr>
          <w:sz w:val="20"/>
        </w:rPr>
        <w:t>23:11  i hai. is sense mein rasool ALLAH ne is ko mubarak khana kaha. aur aik hadith mein aata hai ke "la tanzal ummati bikhair ma ajjal al-iftar wa akhir al-suhur." ke meri jo ummat hai,</w:t>
      </w:r>
      <w:r>
        <w:br/>
      </w:r>
      <w:r>
        <w:rPr>
          <w:sz w:val="20"/>
        </w:rPr>
        <w:t>23:26  yeh hamesha ah ah khair pe rahe gi. ah yani as long as they make their iftar as early as possible and prolong or delay the suh</w:t>
      </w:r>
      <w:r>
        <w:br/>
      </w:r>
      <w:r>
        <w:rPr>
          <w:sz w:val="20"/>
        </w:rPr>
        <w:t>23:42  ur. yani iftar mein jaldi karna aur suhur ya sehri mein der karna. aur maulana ne is ko explain kiya tha aik baar ke agar aap ke andar spirit hai, spirit aap ke andar hai to aap yeh kahain ge ke bhai time ho gaya to iftar kar lo.</w:t>
      </w:r>
      <w:r>
        <w:br/>
      </w:r>
      <w:r>
        <w:rPr>
          <w:sz w:val="20"/>
        </w:rPr>
        <w:t>24:01  yeh nahi ke abhi do minute ruko, paanch minute ruko aur ehtiyat karo. to yeh yani jab spirit khatam ho jati hai to is tarah ki baatein log</w:t>
      </w:r>
      <w:r>
        <w:br/>
      </w:r>
      <w:r>
        <w:rPr>
          <w:sz w:val="20"/>
        </w:rPr>
        <w:t>24:09  karte hain. agar spirit zinda hai to phir foran jo time ho gaya, aur aaj kal to time bohat accurate hai. jab se mobile phone ka zamana aaya hai to woh paanch minute aage peechay bhi nahi hota.</w:t>
      </w:r>
      <w:r>
        <w:br/>
      </w:r>
      <w:r>
        <w:rPr>
          <w:sz w:val="20"/>
        </w:rPr>
        <w:t>24:20  to jab bhi time ho to is pe iftar kar lena behtar hai. aise hi ah ah rasool ALLAH ne kaha hai ke ke sehri zaroor karni chahiye, chahe tum aik ghont pani pi lo, even if it's a few sips of water,</w:t>
      </w:r>
      <w:r>
        <w:br/>
      </w:r>
      <w:r>
        <w:rPr>
          <w:sz w:val="20"/>
        </w:rPr>
        <w:t>24:38  lekin sehri zaroor karni chahiye. aur bohat achi baat hadith mein aati hai "fa inna ALLAH wa mala'ikatahu yusalluna 'ala al-mutasahhireen, God and His angels send blessings upon those who fast." ji to bohat hi umda baat hai yeh ke insaan ah roza rakhe aur sehri kare.</w:t>
      </w:r>
      <w:r>
        <w:br/>
      </w:r>
      <w:r>
        <w:rPr>
          <w:sz w:val="20"/>
        </w:rPr>
        <w:t>25:05  kuch log bana sehri ke roz</w:t>
      </w:r>
      <w:r>
        <w:br/>
      </w:r>
      <w:r>
        <w:rPr>
          <w:sz w:val="20"/>
        </w:rPr>
        <w:t>25:07  eh rakh lete hain. ji to mera khayal hai sehri karna zaroori hai, chounke woh jo waqt qeemti waqt hai, is ka faida uthana chahiye. aur jab Prophet madina mein gaye to wahan azan ke liye aik to hazrat bilal r.a. ko appoint kiya, muazzin, aur isi ke sath sath ah abdullah ibn umm maktoom ko bhi.</w:t>
      </w:r>
      <w:r>
        <w:br/>
      </w:r>
      <w:r>
        <w:rPr>
          <w:sz w:val="20"/>
        </w:rPr>
        <w:t>25:30  do muazzin the. aam taur se log sirf hazrat bilal r.a. ko jante hain.</w:t>
      </w:r>
      <w:r>
        <w:br/>
      </w:r>
      <w:r>
        <w:rPr>
          <w:sz w:val="20"/>
        </w:rPr>
        <w:t>25:35  to rasool ALLAH ne kaha ke ah jo bilal hain, un ki azan jab tak woh dein, tab tak tum khana khate raho.</w:t>
      </w:r>
      <w:r>
        <w:br/>
      </w:r>
      <w:r>
        <w:rPr>
          <w:sz w:val="20"/>
        </w:rPr>
        <w:t>25:44  ji ah yani "let the azan of Bilal not stop you from eating and drinking." ji ke khana khate raho.</w:t>
      </w:r>
      <w:r>
        <w:br/>
      </w:r>
      <w:r>
        <w:rPr>
          <w:sz w:val="20"/>
        </w:rPr>
        <w:t>25:54  phir jab tum suno ah abdullah ibn umm maktoom ki awaz, ji ki azan, tab tum roko</w:t>
      </w:r>
      <w:r>
        <w:br/>
      </w:r>
      <w:r>
        <w:rPr>
          <w:sz w:val="20"/>
        </w:rPr>
        <w:t>26:02  khana. ji asal mein jab hazrat bilal jatay hon ge, phir azan detay hon ge, phir utartay hon ge, phir hazrat abdullah ibn maktoom r.a. chartay hon ge azan ke liye, to is mein chaar paanch minute lagta hoga.</w:t>
      </w:r>
      <w:r>
        <w:br/>
      </w:r>
      <w:r>
        <w:rPr>
          <w:sz w:val="20"/>
        </w:rPr>
        <w:t>26:14  to matlab itna time hai ke aadmi ah woh ah thora ah thora waqt agar ziyada ho jaye to</w:t>
      </w:r>
      <w:r>
        <w:br/>
      </w:r>
      <w:r>
        <w:rPr>
          <w:sz w:val="20"/>
        </w:rPr>
        <w:t>26:26  koi masla nahi hai. haan ji to yeh sab bohat achi hadithain hain jis se explain hota hai ji ah suhur aur iftar ka concept.</w:t>
      </w:r>
      <w:r>
        <w:br/>
      </w:r>
      <w:r>
        <w:rPr>
          <w:sz w:val="20"/>
        </w:rPr>
        <w:t>26:35  in fact, doctor sahib, sehri is a reminder for all the believers that if God gives a difficult command to follow, then He also makes the task easier by making arrangements, you know, for the believer to fulfill that command.</w:t>
      </w:r>
      <w:r>
        <w:br/>
      </w:r>
      <w:r>
        <w:rPr>
          <w:sz w:val="20"/>
        </w:rPr>
        <w:t>26:52  so sehri jo hai, woh aik tarah se woh easy hai,</w:t>
      </w:r>
    </w:p>
    <w:p>
      <w:pPr>
        <w:pStyle w:val="Heading2"/>
      </w:pPr>
      <w:r>
        <w:t>fasting, worship and dawah as shields from Satan</w:t>
      </w:r>
    </w:p>
    <w:p>
      <w:r>
        <w:rPr>
          <w:color w:val="666666"/>
          <w:sz w:val="18"/>
        </w:rPr>
        <w:t>Soulful Ramadan Inspiring Duas and Hadiths</w:t>
        <w:br/>
        <w:t>March 10, 2024 · 5m 39s · at 8:58 · https://youtu.be/ZXO-tq7pyQA?t=538</w:t>
      </w:r>
    </w:p>
    <w:p>
      <w:r>
        <w:rPr>
          <w:i/>
        </w:rPr>
        <w:t>“Fasting is a shield — this hadith is symbolic, not literal”</w:t>
      </w:r>
    </w:p>
    <w:p>
      <w:r>
        <w:rPr>
          <w:sz w:val="20"/>
        </w:rPr>
        <w:t>8:58  haan, hadith mein aata hai prophet sallallahu alaihi wasallam ne farmaya ki, "as-sum junnah wa as-sum junnah, that fasting is a shield." to iska matlab yeh nahi hai ki literal sense mein. its a, its a symbolic hadith.</w:t>
      </w:r>
      <w:r>
        <w:br/>
      </w:r>
      <w:r>
        <w:rPr>
          <w:sz w:val="20"/>
        </w:rPr>
        <w:t>9:16  meaning in olden times, you know, the the people used to fight with swords, and they would save them self, protect them self from the attackers, using a shield. ek dhaal hoti thi na purane zamane mein. ji, to woh dhaal se apne aap ko bachate the, jo bhi external attacks hain.</w:t>
      </w:r>
      <w:r>
        <w:br/>
      </w:r>
      <w:r>
        <w:rPr>
          <w:sz w:val="20"/>
        </w:rPr>
        <w:t>9:38  to ye ek symbolic saying hai ki jo rozedar hai, he can save himself, he can protect himself from the external influence, from the satanic influence, from desires. to yaani yeh ek, ek, ek aisi imaginary shield ya ek, ek, ek aisi imaginary ek, ek cheez hai jo, which envelops your personality, inner personality,</w:t>
      </w:r>
      <w:r>
        <w:br/>
      </w:r>
      <w:r>
        <w:rPr>
          <w:sz w:val="20"/>
        </w:rPr>
        <w:t>10:05  hum, hum, that protects you from all kind of influence and satanic attacks. ji, and i, i believe that all kind of ibadat, all the worship, namaz, roza, hajj, zakat, ye all are shield</w:t>
      </w:r>
      <w:r>
        <w:br/>
      </w:r>
      <w:r>
        <w:rPr>
          <w:sz w:val="20"/>
        </w:rPr>
        <w:t>10:25  s. hum, to ye, ye aisa nahi hai ki sirf roze hi, balki, balki har jo bhi ibadat hai hamari, wo bhi usi, uska bhi asar yahi hota hai. and i believe da'wah is the biggest shield. hum, because when you do da'wah work, you love the ummah, you have no hate for them. because how can you hate and do something good for somebody?</w:t>
      </w:r>
      <w:r>
        <w:br/>
      </w:r>
      <w:r>
        <w:rPr>
          <w:sz w:val="20"/>
        </w:rPr>
        <w:t>10:52  ji, bilkul. so, so you love him, you pray for him, and you want that this, this person should be</w:t>
      </w:r>
      <w:r>
        <w:br/>
      </w:r>
      <w:r>
        <w:rPr>
          <w:sz w:val="20"/>
        </w:rPr>
        <w:t>10:59  guided. so, that is also a, and you, you don't have any negativity. to iski wajah se bhi, abhi yeh da'wah bhi ek tareeqe se sabse badi cheez hai. yaani ek, woh hamare liye ek, ek shield, ek protection ki layer allah taala create kar deta hai. aur balki hadith mein aata hai ki, "man saبح fee zimmatillah," ki jisne fajar ki namaz padhi, wo allah ki protec</w:t>
      </w:r>
      <w:r>
        <w:br/>
      </w:r>
      <w:r>
        <w:rPr>
          <w:sz w:val="20"/>
        </w:rPr>
        <w:t>11:29  tion mein aa gaya. ji, to ye yahi to hai shield. bilkul. to is sense mein hai, yaani ye ek physical sense mein nahi hai, balki spiritual, symbolic sense mein hai. ji, achha doctor sahab, hadith mein yeh bhi aata hai ki, "during the month of ramzan, satan and his followers are chained." so, they are restrained. to how can they then influence us?</w:t>
      </w:r>
      <w:r>
        <w:br/>
      </w:r>
      <w:r>
        <w:rPr>
          <w:sz w:val="20"/>
        </w:rPr>
        <w:t>11:52  is, is hadith ko bhi aap thoda achhe se waz karein hum sabke liye. haan, hadith mein aata hai, "wa sullilatish shayateen wa dabbatish shayateen," yaani satans are put in chain. ji, to aam taur se log samajhte hain ki physical, physically usko chain mein baandh ke kisi kothri mein band kar diya</w:t>
      </w:r>
      <w:r>
        <w:br/>
      </w:r>
      <w:r>
        <w:rPr>
          <w:sz w:val="20"/>
        </w:rPr>
        <w:t>12:10  jata hai. aisa nahi hai, yeh bhi ek symbolic baat hai. yaani yeh matlab hai ki jo rozedar poori spirit ke saath roza rakhe, hum poori uski rooh usmein shamil ho, to aise rozedar ke upar shaitan ka attack ineffective ho jata hai. ji,</w:t>
      </w:r>
      <w:r>
        <w:br/>
      </w:r>
      <w:r>
        <w:rPr>
          <w:sz w:val="20"/>
        </w:rPr>
        <w:t>12:31  yaani shaitan insaan ke upar sirf, sirf usko behka sakta hai.</w:t>
      </w:r>
      <w:r>
        <w:br/>
      </w:r>
      <w:r>
        <w:rPr>
          <w:sz w:val="20"/>
        </w:rPr>
        <w:t>12:37  hum, shaitan ko koi aur taqat nahi di allah taala ne. aur yeh bhi kuch, kuch log samajhte hain ki waqai shaitan ko band kar diya jata hai. ji, to maine kisi se suna ki woh keh rahe the ki bade-bade shaitan ko band kar diya jata hai, and little satans are there. ji, shaitan chhota ho ya bada ho, wo kaam to ek hi karega. bilkul. ji, to a shaitan band</w:t>
      </w:r>
      <w:r>
        <w:br/>
      </w:r>
      <w:r>
        <w:rPr>
          <w:sz w:val="20"/>
        </w:rPr>
        <w:t>13:01  nahi hota hai, uska, uska asar us rozedar ke upar kam ho jata hai ya khatm ho jata hai, jo, jo poori spirit ke saath a roza rakhe. kyunki quran mein aata hai, "wa zayyana lahush shaytanu a'mal," ki shaitan unke amal ko tazeen karta hai. tazeen yaani beautify karta hai.</w:t>
      </w:r>
      <w:r>
        <w:br/>
      </w:r>
      <w:r>
        <w:rPr>
          <w:sz w:val="20"/>
        </w:rPr>
        <w:t>13:26  to shaitan ka kaam yeh hai ki woh bure amal ko, bure kaam ko beautify karke dikhaye. aur to phir aadmi uske peeche daud, daud padta hai. aur isi liye quran mein aata hai, "inna ibadaa-ti illal ghawiyyun," yaani jo mere nek bande honge, allah taala farmata hai,</w:t>
      </w:r>
      <w:r>
        <w:br/>
      </w:r>
      <w:r>
        <w:rPr>
          <w:sz w:val="20"/>
        </w:rPr>
        <w:t>13:45  woh un par koi asar nahi hoga tumhara. sirf woh log asar andaaz honge jo tumhare peeche chal, chal pade.</w:t>
      </w:r>
      <w:r>
        <w:br/>
      </w:r>
      <w:r>
        <w:rPr>
          <w:sz w:val="20"/>
        </w:rPr>
        <w:t>13:53  to yeh a, yaani koi a shaitan ke paas koi power nahi hai ki hamein zabardasti humse koi bura kaam kara de. hum, wo to hum khud usse mu</w:t>
      </w:r>
      <w:r>
        <w:br/>
      </w:r>
      <w:r>
        <w:rPr>
          <w:sz w:val="20"/>
        </w:rPr>
        <w:t>14:05  tasir ho jate hain.</w:t>
      </w:r>
      <w:r>
        <w:br/>
      </w:r>
      <w:r>
        <w:rPr>
          <w:sz w:val="20"/>
        </w:rPr>
        <w:t>14:06  hum, to yeh, yeh matlab hai iska.</w:t>
      </w:r>
      <w:r>
        <w:br/>
      </w:r>
      <w:r>
        <w:rPr>
          <w:sz w:val="20"/>
        </w:rPr>
        <w:t>14:10  aur ek waqia hai thoda interesting</w:t>
      </w:r>
      <w:r>
        <w:br/>
      </w:r>
      <w:r>
        <w:rPr>
          <w:sz w:val="20"/>
        </w:rPr>
        <w:t>14:12  ki ek baar Hazrat Umar Razi Allah An ka hai, Hazrat, Hazrat Umar Razi Allah An ka ki</w:t>
      </w:r>
      <w:r>
        <w:br/>
      </w:r>
      <w:r>
        <w:rPr>
          <w:sz w:val="20"/>
        </w:rPr>
        <w:t>14:19  wo aaye prophet se milne.</w:t>
      </w:r>
      <w:r>
        <w:br/>
      </w:r>
      <w:r>
        <w:rPr>
          <w:sz w:val="20"/>
        </w:rPr>
        <w:t>14:21  to bahar se unhon ne dekha ke ghar mein se kuch ladies ki awaz aa rahi hai, zor-zor se.</w:t>
      </w:r>
      <w:r>
        <w:br/>
      </w:r>
      <w:r>
        <w:rPr>
          <w:sz w:val="20"/>
        </w:rPr>
        <w:t>14:25  ji, prophet se batchit kar rahi hain.</w:t>
      </w:r>
      <w:r>
        <w:br/>
      </w:r>
      <w:r>
        <w:rPr>
          <w:sz w:val="20"/>
        </w:rPr>
        <w:t>14:27  to woh andar aaye to dekha ke kuch khawateen aayi hain, kuch pooch rahi hain aur bare zor-zor</w:t>
      </w:r>
      <w:r>
        <w:br/>
      </w:r>
      <w:r>
        <w:rPr>
          <w:sz w:val="20"/>
        </w:rPr>
        <w:t>14:32  se bol rahi hain.</w:t>
      </w:r>
      <w:r>
        <w:br/>
      </w:r>
      <w:r>
        <w:rPr>
          <w:sz w:val="20"/>
        </w:rPr>
        <w:t>14:33  to jaise ladies ne dekha ke umar aa gaye, to sab bhagi wahan se</w:t>
      </w:r>
    </w:p>
    <w:p>
      <w:pPr>
        <w:pStyle w:val="Heading2"/>
      </w:pPr>
      <w:r>
        <w:t>Umm Sinan's story: Umrah in Ramadan equals Hajj</w:t>
      </w:r>
    </w:p>
    <w:p>
      <w:r>
        <w:rPr>
          <w:color w:val="666666"/>
          <w:sz w:val="18"/>
        </w:rPr>
        <w:t>Soulful Ramadan Inspiring Duas and Hadiths</w:t>
        <w:br/>
        <w:t>March 10, 2024 · 3m 46s · at 31:30 · https://youtu.be/ZXO-tq7pyQA?t=1890</w:t>
      </w:r>
    </w:p>
    <w:p>
      <w:r>
        <w:rPr>
          <w:i/>
        </w:rPr>
        <w:t>“A companion named Umm Sinan wanted to go for Hajj”</w:t>
      </w:r>
    </w:p>
    <w:p>
      <w:r>
        <w:rPr>
          <w:sz w:val="20"/>
        </w:rPr>
        <w:t>31:30  Iske bare mein bhi hum sabko bataye. Haan, yeh this is a very nice beautiful hadees. Ek ek sahabi thi, unka naam aata hai umme sunan. Ji, madina ka waqya hai. Woh ansari thi, yani madina ki rehne wali</w:t>
      </w:r>
      <w:r>
        <w:br/>
      </w:r>
      <w:r>
        <w:rPr>
          <w:sz w:val="20"/>
        </w:rPr>
        <w:t>31:44  To prophet sallallahu alaihi wasallam ne unse kaha ki hum a hajj karne ja rahe hain, tum bhi hamare sath chalo. Ji, to unhone apne husband se kaha ki bhai, main bhi hajj karne ja jana chahti hoon rasulullah ke sath. Unke husband ja rahe the,</w:t>
      </w:r>
      <w:r>
        <w:br/>
      </w:r>
      <w:r>
        <w:rPr>
          <w:sz w:val="20"/>
        </w:rPr>
        <w:t>32:02  To unhone kaha ki mere paas to koi oont nahi hai bhejane ke liye. To unhone kaha ki woh jo pani bharne wala oont hai, us par bhej dein. To unke husband ne kaha, "Us par to hum hi ja rahe hain, main</w:t>
      </w:r>
      <w:r>
        <w:br/>
      </w:r>
      <w:r>
        <w:rPr>
          <w:sz w:val="20"/>
        </w:rPr>
        <w:t>32:14  ja raha hoon aur tumhara beta. Hum baari baari baithenge." Kyunki oont par ek shakhs baithta hai, phir doosra baithta hai, aise kuch rest de taaki oont ko bhi zyada thak na jaye. To phir unhone kaha, "Achha, wahi jo pani bharne wala oont hai, usse bhej dein." To unhone jawab diya ki "Woh to maine rah-e-khuda mein de diya hai, ab main wapas nahi le sakta."</w:t>
      </w:r>
      <w:r>
        <w:br/>
      </w:r>
      <w:r>
        <w:rPr>
          <w:sz w:val="20"/>
        </w:rPr>
        <w:t>32:40  To phir umme sunan ne kaha apne husband se ki "Achha, sari khajoorein bhej dein, usse mujhe hajj kara dein."</w:t>
      </w:r>
      <w:r>
        <w:br/>
      </w:r>
      <w:r>
        <w:rPr>
          <w:sz w:val="20"/>
        </w:rPr>
        <w:t>32:58  To unhone jawab diya ki "Khajoor, khajoor agar hum bhej denge to khayenge kya?" Kyunki us zamane mein woh barter system hota tha. Khajoor diya, kuch gehun le liya, baale le liya</w:t>
      </w:r>
      <w:r>
        <w:br/>
      </w:r>
      <w:r>
        <w:rPr>
          <w:sz w:val="20"/>
        </w:rPr>
        <w:t>33:10  Matlab shauk dekhiye aap ji ki sab kuch. To phir khair, woh chup ho gayi. Phir jab wapas aaye, to bheja apne husband ko rasulullah ke paas ki "Poochhe jaake mera salam kahiyen aur poochhiye</w:t>
      </w:r>
      <w:r>
        <w:br/>
      </w:r>
      <w:r>
        <w:rPr>
          <w:sz w:val="20"/>
        </w:rPr>
        <w:t>33:37  ke prophet ke sath</w:t>
      </w:r>
      <w:r>
        <w:br/>
      </w:r>
      <w:r>
        <w:rPr>
          <w:sz w:val="20"/>
        </w:rPr>
        <w:t>33:39  hajj karne ke barabar konsa amal hai."</w:t>
      </w:r>
      <w:r>
        <w:br/>
      </w:r>
      <w:r>
        <w:rPr>
          <w:sz w:val="20"/>
        </w:rPr>
        <w:t>33:43  to woh gaye, kaha ke "meri wife ne salam kaha hai aapko."</w:t>
      </w:r>
      <w:r>
        <w:br/>
      </w:r>
      <w:r>
        <w:rPr>
          <w:sz w:val="20"/>
        </w:rPr>
        <w:t>33:47  jawab diya rasoolullah sallallahu alaihi wasallam ne aur poocha hai ke "aapke saath haj karne ke barabar kaun</w:t>
      </w:r>
      <w:r>
        <w:br/>
      </w:r>
      <w:r>
        <w:rPr>
          <w:sz w:val="20"/>
        </w:rPr>
        <w:t>33:52  sa amal hai?"</w:t>
      </w:r>
      <w:r>
        <w:br/>
      </w:r>
      <w:r>
        <w:rPr>
          <w:sz w:val="20"/>
        </w:rPr>
        <w:t>33:54  to rasool ne farmaaya ke</w:t>
      </w:r>
      <w:r>
        <w:br/>
      </w:r>
      <w:r>
        <w:rPr>
          <w:sz w:val="20"/>
        </w:rPr>
        <w:t>33:57  unhone bhi salam kaha aur kaha ke "ramzan</w:t>
      </w:r>
      <w:r>
        <w:br/>
      </w:r>
      <w:r>
        <w:rPr>
          <w:sz w:val="20"/>
        </w:rPr>
        <w:t>34:02  mein umra karna mere saath haj karne ke barabar hai."</w:t>
      </w:r>
      <w:r>
        <w:br/>
      </w:r>
      <w:r>
        <w:rPr>
          <w:sz w:val="20"/>
        </w:rPr>
        <w:t>34:07  To yeh ek bahut hi badi blessing rasulullah yeh bhi keh sakte the, "Tum agli baar kar lena." Ya kuch aur keh dete ki "Koi baat nahi, agle saal kar lena</w:t>
      </w:r>
      <w:r>
        <w:br/>
      </w:r>
      <w:r>
        <w:rPr>
          <w:sz w:val="20"/>
        </w:rPr>
        <w:t>34:19  ." Lekin ek bahut hi badi blessing rasulullah sallallahu alaihi wasallam ne poori ummat ke liye de di. Aur yeh</w:t>
      </w:r>
      <w:r>
        <w:br/>
      </w:r>
      <w:r>
        <w:rPr>
          <w:sz w:val="20"/>
        </w:rPr>
        <w:t>34:28  yeh jo hadees hai, darasal y abhi itni badi jo hadees hai, itna bada reward yeh spirit ke sath hajj karne par hai,</w:t>
      </w:r>
      <w:r>
        <w:br/>
      </w:r>
      <w:r>
        <w:rPr>
          <w:sz w:val="20"/>
        </w:rPr>
        <w:t>34:40  yani poori haqeeqat ke sath. Aur maine Maulana ki kitab padhi thi, Maulana Wahiduddin Khan ki Haqeeqat-e-Hajj Ji, usmein bahut achhi tarah se waz kiya hai ki jo hajj hai,</w:t>
      </w:r>
      <w:r>
        <w:br/>
      </w:r>
      <w:r>
        <w:rPr>
          <w:sz w:val="20"/>
        </w:rPr>
        <w:t>34:54  woh ek koi ritual nahi hai, balki woh apne andar spirit paida karna hai. Tab yeh itne bade-bade jo sawab hain, jo reward hain, tab mumkin hai</w:t>
      </w:r>
      <w:r>
        <w:br/>
      </w:r>
      <w:r>
        <w:rPr>
          <w:sz w:val="20"/>
        </w:rPr>
        <w:t>35:07  sirf jaakar haj kar lena woh aur jaakar tawaf waghera kar lena. usse kaise mumkin hai ki itna bada reward ki rasoolullah ke saath haj karne ke barabar?</w:t>
      </w:r>
    </w:p>
    <w:p>
      <w:pPr>
        <w:pStyle w:val="Heading2"/>
      </w:pPr>
      <w:r>
        <w:t>From ihram to tawaf: God-oriented life</w:t>
      </w:r>
    </w:p>
    <w:p>
      <w:r>
        <w:rPr>
          <w:color w:val="666666"/>
          <w:sz w:val="18"/>
        </w:rPr>
        <w:t>The Pilgrimage of Hajj | Maulana Wahiduddin Khan · 5m 06s · at 6:27 · https://youtu.be/LrI5xzFpjCs?t=387</w:t>
      </w:r>
    </w:p>
    <w:p>
      <w:r>
        <w:rPr>
          <w:i/>
        </w:rPr>
        <w:t>“Yeh yeh kya hai?”</w:t>
      </w:r>
    </w:p>
    <w:p>
      <w:r>
        <w:rPr>
          <w:sz w:val="20"/>
        </w:rPr>
        <w:t>6:27  Yeh yeh kya hai? Yeh is baat ki alamat hai ke haji ne ab insani tamaddun ko chhoda aur woh fitrat ke tamaddun mein, khudai form mein aa gaya. Apne mahol ko chhoda us ne. Mahol ko chhoda tha us ne usi waqt jab ke us ne ghar se nikla tha. Lekin jab us ne Ihram pehan liya to mukammal taur par goya woh apne us</w:t>
      </w:r>
      <w:r>
        <w:br/>
      </w:r>
      <w:r>
        <w:rPr>
          <w:sz w:val="20"/>
        </w:rPr>
        <w:t>6:57  mahol se jis mein reh raha tha, ab tak us se nikal kar ek naye mahol mein aa gaya. Is tarah is ke andar ek nayi nafsiyaat jaagegi. Ek naya zehan paida hoga. Kyun? Is liye ke us ne jo kapda ab tak woh pehne hue tha ya pehanta tha, woh woh tamaddun ka nishan tha. Ab jo kapde pehne us ne bilasle, baghair sile hue do chadarain goya ke ab woh fitrat ke mahol mein aa gaya.</w:t>
      </w:r>
      <w:r>
        <w:br/>
      </w:r>
      <w:r>
        <w:rPr>
          <w:sz w:val="20"/>
        </w:rPr>
        <w:t>7:28  Fitrat ka kapda us ne pehan liya. Yeh bohat bara muamla hai. Is ko mein yuhun keh sakta hoon ke ek taraf is ki zuban par hota hai: "Labbayk Allahumma Labbayk". Yani Allah ki barai us ke dimagh mein aayi hai, us ki zuban par hai, us ki soch mein aa gayi hai. Lekin kapde mein bilkul saada. Yeh koi simple living high thinking ka muamla hai. Apne rehan sehan mein woh saada ban gaya. Apni so</w:t>
      </w:r>
      <w:r>
        <w:br/>
      </w:r>
      <w:r>
        <w:rPr>
          <w:sz w:val="20"/>
        </w:rPr>
        <w:t>7:58  ch mein is ne apne ko ooncha uthaya. ek gaad oriented thinking paida kar li apne andar. is ki alamat hai: "labbaik allahumma labbaik" . yeh hai ehraam ki haqeeqat. to is tarah miqat mein jo kuch faasle par hota hai, makkah ke har jagah ki miqatein alag alag hain. jo makkah se kuch door muqarrar ki gayi hain. to wahan se woh fitrat ke libaas mein</w:t>
      </w:r>
      <w:r>
        <w:br/>
      </w:r>
      <w:r>
        <w:rPr>
          <w:sz w:val="20"/>
        </w:rPr>
        <w:t>8:28  aur khuda ki yaad mein aage badhta hai. yahan tak ke woh makkah mein dakhil hota hai. sab se pehla kaam wahan jo kiya jata hai woh hai tawaf. kaaba ka tawaf. yaani kaaba ke gird saat baar ghoomna. kaaba jo hai duniya mein ek hi aisa yaani structure hai</w:t>
      </w:r>
      <w:r>
        <w:br/>
      </w:r>
      <w:r>
        <w:rPr>
          <w:sz w:val="20"/>
        </w:rPr>
        <w:t>8:59  jo qadeem tareen paighambar ki alamat hai. aisa koi structure duniya mein maujood nahin. yaani saade chaar hazaar saal pehle hazrat ibrahim ne is ko banaya aur ab tak woh maujood hai. to khuda ne jo apne paighambar bheje duniya mein logon ki hidayat ke liye to un ke bohat se nishanaat the. ab sirf ek hi nishan aisa baqi reh gaya hai jo paighambaraana daur insaniyat ki yaad dilata hai.</w:t>
      </w:r>
      <w:r>
        <w:br/>
      </w:r>
      <w:r>
        <w:rPr>
          <w:sz w:val="20"/>
        </w:rPr>
        <w:t>9:29  to jis waqt haji wahan pahunchta hai aur kaaba ke gird tawaf karta hai to woh goya is ahad ko zinda karta hai ke main paighambar wali zindagi ikhtiyar karunga. allah taala ne duniya mein apni pasand wali zindagi ke namoone paighambaron ke zariye qaim ki. jis ki ek alamati, jis ka ek alamati dhancha hai kaaba.</w:t>
      </w:r>
      <w:r>
        <w:br/>
      </w:r>
      <w:r>
        <w:rPr>
          <w:sz w:val="20"/>
        </w:rPr>
        <w:t>10:00  kyun ke hazrat ibrahim ne kaaba ko banaya tha allah ki ibaadat ke liye. to kaaba ke gird jab haji tawaf karta hai to apne andar is ehsaas ko jagata hai ke mujhe paighambar wale namoone ikhtiyar karna hain. mujhe kaaba ke gird tawaf karte hue, is ke gird ghoomte hue, goya woh khuda oriented life, gaad oriented life ka</w:t>
      </w:r>
      <w:r>
        <w:br/>
      </w:r>
      <w:r>
        <w:rPr>
          <w:sz w:val="20"/>
        </w:rPr>
        <w:t>10:30  jazba apne andar paida karta hai. kyun ke saare paighambaron ka jo jo khulasa tha woh yahi hai ke aye logon! gaad oriented life ikhtiyar karo. tumhari zindagi ka markaz khuda ban jaye. tumhari soch, tumhare jazbaat, tumhare door dhoop, har cheez ka markaz khuda ban jaye. isi ko main keh raha hoon gaad oriented life. to kaaba ke gird tawaf kar ke haji apne andar is ehsaas ko jagata hai.</w:t>
      </w:r>
      <w:r>
        <w:br/>
      </w:r>
      <w:r>
        <w:rPr>
          <w:sz w:val="20"/>
        </w:rPr>
        <w:t>11:02  zahire hai ke is se bari aur koi cheez nahin. yeh duniya mein jo allah ki pasand wali zindagi hai woh hai hi yahi ke ke aap ki zindagi ka rukh khuda ki taraf ho gaya ho. is ke baad jo doosra, jo doosra feal, jo doosra kaam karta hai haji woh yeh ke woh</w:t>
      </w:r>
    </w:p>
    <w:p>
      <w:pPr>
        <w:pStyle w:val="Heading2"/>
      </w:pPr>
      <w:r>
        <w:t>Three prohibitions in Hajj rafath fusooq jidaal</w:t>
      </w:r>
    </w:p>
    <w:p>
      <w:r>
        <w:rPr>
          <w:color w:val="666666"/>
          <w:sz w:val="18"/>
        </w:rPr>
        <w:t>Spirit of Hajj | December 10, 2006 | Maulana Wahiduddin Khan · 4m 35s · at 23:29 · https://youtu.be/Iu9NUWWy4pc?t=1409</w:t>
      </w:r>
    </w:p>
    <w:p>
      <w:r>
        <w:rPr>
          <w:i/>
        </w:rPr>
        <w:t>“Is ko chahiye ke woh bache rafath se”</w:t>
      </w:r>
    </w:p>
    <w:p>
      <w:r>
        <w:rPr>
          <w:sz w:val="20"/>
        </w:rPr>
        <w:t>23:29  us ko chahiye ke woh Rofath, Fusuq, Jidaal fil Haj. teen baaten ke jo aadmi haj kare us ko chahiye ke woh bache Rofath se, Fusuq se aur Jidaal se. yeh teeno jo alfaaz hain bahut hi ahem hain. Rofath ka matlab hai yani gandi baat karna, behuda baat karna</w:t>
      </w:r>
      <w:r>
        <w:br/>
      </w:r>
      <w:r>
        <w:rPr>
          <w:sz w:val="20"/>
        </w:rPr>
        <w:t xml:space="preserve">23:59  </w:t>
      </w:r>
      <w:r>
        <w:br/>
      </w:r>
      <w:r>
        <w:rPr>
          <w:sz w:val="20"/>
        </w:rPr>
        <w:t>24:03  hansi mazak karna.</w:t>
      </w:r>
      <w:r>
        <w:br/>
      </w:r>
      <w:r>
        <w:rPr>
          <w:sz w:val="20"/>
        </w:rPr>
        <w:t>24:07  yani aksar log aap jante hain ke aadi ho jate hain kuch bekar baaton karne ke.</w:t>
      </w:r>
      <w:r>
        <w:br/>
      </w:r>
      <w:r>
        <w:rPr>
          <w:sz w:val="20"/>
        </w:rPr>
        <w:t>24:11  to kaha gaya ke haj jab tum niklo to rafas se bacho.</w:t>
      </w:r>
      <w:r>
        <w:br/>
      </w:r>
      <w:r>
        <w:rPr>
          <w:sz w:val="20"/>
        </w:rPr>
        <w:t>24:15  iska matlab hai ke bohat hi tumhare andar sanjeedgi aana chahiye.</w:t>
      </w:r>
      <w:r>
        <w:br/>
      </w:r>
      <w:r>
        <w:rPr>
          <w:sz w:val="20"/>
        </w:rPr>
        <w:t>24:19  sanjeedgi aana chahiye.</w:t>
      </w:r>
      <w:r>
        <w:br/>
      </w:r>
      <w:r>
        <w:rPr>
          <w:sz w:val="20"/>
        </w:rPr>
        <w:t>24:23  un sanjeeda log jo hote hain woh rafas karte hain.</w:t>
      </w:r>
      <w:r>
        <w:br/>
      </w:r>
      <w:r>
        <w:rPr>
          <w:sz w:val="20"/>
        </w:rPr>
        <w:t>24:27  yani behuda baatein, joke chhodna, ha ha karna.</w:t>
      </w:r>
      <w:r>
        <w:br/>
      </w:r>
      <w:r>
        <w:rPr>
          <w:sz w:val="20"/>
        </w:rPr>
        <w:t>24:31  is tarah ki baatein karna.</w:t>
      </w:r>
      <w:r>
        <w:br/>
      </w:r>
      <w:r>
        <w:rPr>
          <w:sz w:val="20"/>
        </w:rPr>
        <w:t>24:35  yani susti zaeqe wali baatein karna.</w:t>
      </w:r>
      <w:r>
        <w:br/>
      </w:r>
      <w:r>
        <w:rPr>
          <w:sz w:val="20"/>
        </w:rPr>
        <w:t>24:38  to farmaya ke rafs se bachna hai tum ko.</w:t>
      </w:r>
      <w:r>
        <w:br/>
      </w:r>
      <w:r>
        <w:rPr>
          <w:sz w:val="20"/>
        </w:rPr>
        <w:t>24:41  is ka maeni yeh kiya hua hai? tum ko bohat sanjeeda ho kar hajj karna hai.</w:t>
      </w:r>
      <w:r>
        <w:br/>
      </w:r>
      <w:r>
        <w:rPr>
          <w:sz w:val="20"/>
        </w:rPr>
        <w:t>24:45  bohat ziyada sanjeeda ho kar hajj karna hai.</w:t>
      </w:r>
      <w:r>
        <w:br/>
      </w:r>
      <w:r>
        <w:rPr>
          <w:sz w:val="20"/>
        </w:rPr>
        <w:t>24:48  koi mazaaq nahi hai yeh hajj.</w:t>
      </w:r>
      <w:r>
        <w:br/>
      </w:r>
      <w:r>
        <w:rPr>
          <w:sz w:val="20"/>
        </w:rPr>
        <w:t>24:52  bohat hi ziyada tumhare andar sanjeedgi honi chahiye.</w:t>
      </w:r>
      <w:r>
        <w:br/>
      </w:r>
      <w:r>
        <w:rPr>
          <w:sz w:val="20"/>
        </w:rPr>
        <w:t>24:55  jab tum hajj ke liye niklo to.</w:t>
      </w:r>
      <w:r>
        <w:br/>
      </w:r>
      <w:r>
        <w:rPr>
          <w:sz w:val="20"/>
        </w:rPr>
        <w:t>24:58  is tarah se fasukh, fasukh ka matlab hota hai yani</w:t>
      </w:r>
      <w:r>
        <w:br/>
      </w:r>
      <w:r>
        <w:rPr>
          <w:sz w:val="20"/>
        </w:rPr>
        <w:t>25:02  inhiraaf karna, khurooj karna.</w:t>
      </w:r>
      <w:r>
        <w:br/>
      </w:r>
      <w:r>
        <w:rPr>
          <w:sz w:val="20"/>
        </w:rPr>
        <w:t>25:05  yani jo usool diye gaye hain hajj karne ke quran mein ya hadith mein woh usool se hatna.</w:t>
      </w:r>
      <w:r>
        <w:br/>
      </w:r>
      <w:r>
        <w:rPr>
          <w:sz w:val="20"/>
        </w:rPr>
        <w:t>25:08  to yeh hai fasukh.</w:t>
      </w:r>
      <w:r>
        <w:br/>
      </w:r>
      <w:r>
        <w:rPr>
          <w:sz w:val="20"/>
        </w:rPr>
        <w:t>25:12  yeh bohat hi ahem baat hai.</w:t>
      </w:r>
      <w:r>
        <w:br/>
      </w:r>
      <w:r>
        <w:rPr>
          <w:sz w:val="20"/>
        </w:rPr>
        <w:t>25:15  kyun ke aam taur par aap dekhiye ke log aadi hote hain inhiraaf ke.</w:t>
      </w:r>
      <w:r>
        <w:br/>
      </w:r>
      <w:r>
        <w:rPr>
          <w:sz w:val="20"/>
        </w:rPr>
        <w:t>25:18  ek seedhi line hoti hai.</w:t>
      </w:r>
      <w:r>
        <w:br/>
      </w:r>
      <w:r>
        <w:rPr>
          <w:sz w:val="20"/>
        </w:rPr>
        <w:t>25:22  ek set of usool hote hain.</w:t>
      </w:r>
      <w:r>
        <w:br/>
      </w:r>
      <w:r>
        <w:rPr>
          <w:sz w:val="20"/>
        </w:rPr>
        <w:t>25:25  kuch set of iqdaar hote hain.</w:t>
      </w:r>
      <w:r>
        <w:br/>
      </w:r>
      <w:r>
        <w:rPr>
          <w:sz w:val="20"/>
        </w:rPr>
        <w:t>25:29  isi ko ikhtiyaar karna.</w:t>
      </w:r>
      <w:r>
        <w:br/>
      </w:r>
      <w:r>
        <w:rPr>
          <w:sz w:val="20"/>
        </w:rPr>
        <w:t>25:32  idhar udhar inhiraaf na karna.</w:t>
      </w:r>
      <w:r>
        <w:br/>
      </w:r>
      <w:r>
        <w:rPr>
          <w:sz w:val="20"/>
        </w:rPr>
        <w:t>25:36  to yeh bohat zaroori hai hajj ke zaman mein.</w:t>
      </w:r>
      <w:r>
        <w:br/>
      </w:r>
      <w:r>
        <w:rPr>
          <w:sz w:val="20"/>
        </w:rPr>
        <w:t>25:39  warna hajj hi nahi hoga.</w:t>
      </w:r>
      <w:r>
        <w:br/>
      </w:r>
      <w:r>
        <w:rPr>
          <w:sz w:val="20"/>
        </w:rPr>
        <w:t>25:43  jo aadmi inhiraaf karega idhar udhar to hajj nahi hoga.</w:t>
      </w:r>
      <w:r>
        <w:br/>
      </w:r>
      <w:r>
        <w:rPr>
          <w:sz w:val="20"/>
        </w:rPr>
        <w:t>25:47  aap jante hain ke log bohat ziyada aadi hote hain is ke.</w:t>
      </w:r>
      <w:r>
        <w:br/>
      </w:r>
      <w:r>
        <w:rPr>
          <w:sz w:val="20"/>
        </w:rPr>
        <w:t>25:51  yani sakhti se kisi ek cheez ko follow karein aur dayein bayein woh na hatein.</w:t>
      </w:r>
      <w:r>
        <w:br/>
      </w:r>
      <w:r>
        <w:rPr>
          <w:sz w:val="20"/>
        </w:rPr>
        <w:t>25:55  yeh yeh mein ne dekha hai ke logon mein bohat kam hota hai.</w:t>
      </w:r>
      <w:r>
        <w:br/>
      </w:r>
      <w:r>
        <w:rPr>
          <w:sz w:val="20"/>
        </w:rPr>
        <w:t>25:58  to haj jo hai ek aitbar se is ki tarbiyat hai.</w:t>
      </w:r>
      <w:r>
        <w:br/>
      </w:r>
      <w:r>
        <w:rPr>
          <w:sz w:val="20"/>
        </w:rPr>
        <w:t>26:02  ke inhiraf se bacho.</w:t>
      </w:r>
      <w:r>
        <w:br/>
      </w:r>
      <w:r>
        <w:rPr>
          <w:sz w:val="20"/>
        </w:rPr>
        <w:t>26:06  idhar udhar bhatakne se bacho.</w:t>
      </w:r>
      <w:r>
        <w:br/>
      </w:r>
      <w:r>
        <w:rPr>
          <w:sz w:val="20"/>
        </w:rPr>
        <w:t>26:10  is ki tarbiyat hai haj mein.</w:t>
      </w:r>
      <w:r>
        <w:br/>
      </w:r>
      <w:r>
        <w:rPr>
          <w:sz w:val="20"/>
        </w:rPr>
        <w:t>26:13  aur teesri cheez farmayi ke jidal yani jhagda, koharal.</w:t>
      </w:r>
      <w:r>
        <w:br/>
      </w:r>
      <w:r>
        <w:rPr>
          <w:sz w:val="20"/>
        </w:rPr>
        <w:t>26:17  to aap jante hain ke jahan zyada log ekattha hon to wahan kuch na kuch khatpat ho jati hai.</w:t>
      </w:r>
      <w:r>
        <w:br/>
      </w:r>
      <w:r>
        <w:rPr>
          <w:sz w:val="20"/>
        </w:rPr>
        <w:t>26:21  kuch na kuch ikhtilafat aa jate hain.</w:t>
      </w:r>
      <w:r>
        <w:br/>
      </w:r>
      <w:r>
        <w:rPr>
          <w:sz w:val="20"/>
        </w:rPr>
        <w:t>26:25  lekin yeh fitri hai.</w:t>
      </w:r>
      <w:r>
        <w:br/>
      </w:r>
      <w:r>
        <w:rPr>
          <w:sz w:val="20"/>
        </w:rPr>
        <w:t>26:29  to aap ko</w:t>
      </w:r>
      <w:r>
        <w:br/>
      </w:r>
      <w:r>
        <w:rPr>
          <w:sz w:val="20"/>
        </w:rPr>
        <w:t>26:32  yani yahan bataya gaya hai ke aap ko bohat zyada muhtat hona chahiye. Muhtat.</w:t>
      </w:r>
      <w:r>
        <w:br/>
      </w:r>
      <w:r>
        <w:rPr>
          <w:sz w:val="20"/>
        </w:rPr>
        <w:t>26:37  ke jab hum mil jul kar ek ibadat kar rahe hain, bohat se log ekattha hain to zaroor</w:t>
      </w:r>
      <w:r>
        <w:br/>
      </w:r>
      <w:r>
        <w:rPr>
          <w:sz w:val="20"/>
        </w:rPr>
        <w:t>26:41  kuch na kuch ayega aisa ke meri baat aap ko kharab lage, aap ki baat mujhe kharab lag jaye.</w:t>
      </w:r>
      <w:r>
        <w:br/>
      </w:r>
      <w:r>
        <w:rPr>
          <w:sz w:val="20"/>
        </w:rPr>
        <w:t>26:45  to is ka matlab hai ke sabr ki taleem di gayi hai.</w:t>
      </w:r>
      <w:r>
        <w:br/>
      </w:r>
      <w:r>
        <w:rPr>
          <w:sz w:val="20"/>
        </w:rPr>
        <w:t>26:50  bohat zyada sabr.</w:t>
      </w:r>
      <w:r>
        <w:br/>
      </w:r>
      <w:r>
        <w:rPr>
          <w:sz w:val="20"/>
        </w:rPr>
        <w:t>26:54  parhez karna, sabr karna, nazarandaz karna.</w:t>
      </w:r>
      <w:r>
        <w:br/>
      </w:r>
      <w:r>
        <w:rPr>
          <w:sz w:val="20"/>
        </w:rPr>
        <w:t>26:59  is ka matlab yeh hai.</w:t>
      </w:r>
      <w:r>
        <w:br/>
      </w:r>
      <w:r>
        <w:rPr>
          <w:sz w:val="20"/>
        </w:rPr>
        <w:t>27:03  to jidal se yani aapas ke jhagde se woh aadmi bach payega jo apne andar sabr ki</w:t>
      </w:r>
      <w:r>
        <w:br/>
      </w:r>
      <w:r>
        <w:rPr>
          <w:sz w:val="20"/>
        </w:rPr>
        <w:t>27:07  kaifiyat ko hi paida kare.</w:t>
      </w:r>
      <w:r>
        <w:br/>
      </w:r>
      <w:r>
        <w:rPr>
          <w:sz w:val="20"/>
        </w:rPr>
        <w:t>27:12  bar bar aisi cheez ayegi jis se aap ko manfi khayal ayega aap ke andar.</w:t>
      </w:r>
      <w:r>
        <w:br/>
      </w:r>
      <w:r>
        <w:rPr>
          <w:sz w:val="20"/>
        </w:rPr>
        <w:t>27:16  to sirf yahi baat nahi hai ke aap aisi cheezon se nazarandaz karen balke aap aap ko yeh</w:t>
      </w:r>
      <w:r>
        <w:br/>
      </w:r>
      <w:r>
        <w:rPr>
          <w:sz w:val="20"/>
        </w:rPr>
        <w:t>27:20  karna parega ke manfi ko musbat mein tabdeel karen.</w:t>
      </w:r>
      <w:r>
        <w:br/>
      </w:r>
      <w:r>
        <w:rPr>
          <w:sz w:val="20"/>
        </w:rPr>
        <w:t>27:25  nahi to kya hoga? Shukr nahi ayega.</w:t>
      </w:r>
      <w:r>
        <w:br/>
      </w:r>
      <w:r>
        <w:rPr>
          <w:sz w:val="20"/>
        </w:rPr>
        <w:t>27:29  agar aap bole nahi,</w:t>
      </w:r>
      <w:r>
        <w:br/>
      </w:r>
      <w:r>
        <w:rPr>
          <w:sz w:val="20"/>
        </w:rPr>
        <w:t>27:33  dil mein rakh liya tab bhi to bura hai.</w:t>
      </w:r>
      <w:r>
        <w:br/>
      </w:r>
      <w:r>
        <w:rPr>
          <w:sz w:val="20"/>
        </w:rPr>
        <w:t>27:38  yani kisi se ki baat aap ko buri lagi, aap ko ghussa aa gaya to aap munh se nahi</w:t>
      </w:r>
      <w:r>
        <w:br/>
      </w:r>
      <w:r>
        <w:rPr>
          <w:sz w:val="20"/>
        </w:rPr>
        <w:t>27:42  bolay lekin dil mein rakh liya.</w:t>
      </w:r>
      <w:r>
        <w:br/>
      </w:r>
      <w:r>
        <w:rPr>
          <w:sz w:val="20"/>
        </w:rPr>
        <w:t>27:47  is ke khilaf manfi khayal dil mein rakh liya aap ne tab bhi to bura hai.</w:t>
      </w:r>
      <w:r>
        <w:br/>
      </w:r>
      <w:r>
        <w:rPr>
          <w:sz w:val="20"/>
        </w:rPr>
        <w:t>27:51  tab bhi haj nahi hoga aap ka.</w:t>
      </w:r>
      <w:r>
        <w:br/>
      </w:r>
      <w:r>
        <w:rPr>
          <w:sz w:val="20"/>
        </w:rPr>
        <w:t>27:56  to to aap ko na sirf yeh ke parhez karna aap ko seekhna hai, nazarandaz karna aap ko seekhna hai.</w:t>
      </w:r>
      <w:r>
        <w:br/>
      </w:r>
      <w:r>
        <w:rPr>
          <w:sz w:val="20"/>
        </w:rPr>
        <w:t>28:00  isi ke sath yeh hai ke aap ko yeh bhi seekhna hai</w:t>
      </w:r>
    </w:p>
    <w:p>
      <w:pPr>
        <w:pStyle w:val="Heading2"/>
      </w:pPr>
      <w:r>
        <w:t>Full story: lost in the dark, saved by a mysterious guide</w:t>
      </w:r>
    </w:p>
    <w:p>
      <w:r>
        <w:rPr>
          <w:color w:val="666666"/>
          <w:sz w:val="18"/>
        </w:rPr>
        <w:t>Ramadan The Month of Remembrance June 21, 2015 · 5m 50s · at 15:05 · https://youtu.be/D0D6zmqcScc?t=905</w:t>
      </w:r>
    </w:p>
    <w:p>
      <w:r>
        <w:rPr>
          <w:i/>
        </w:rPr>
        <w:t>“Main ek martaba nojawani ki umar mein ek khet mein dakhil hua”</w:t>
      </w:r>
    </w:p>
    <w:p>
      <w:r>
        <w:rPr>
          <w:sz w:val="20"/>
        </w:rPr>
        <w:t>15:05  mein ek martaba naujawani ki umar mein ek waqt aisa hua ke mein ek khet mein dakhil hua ke mein samjhein ke rastay paidal chal raha tha, mein apne gaon ja raha tha.</w:t>
      </w:r>
      <w:r>
        <w:br/>
      </w:r>
      <w:r>
        <w:rPr>
          <w:sz w:val="20"/>
        </w:rPr>
        <w:t>15:20  woh bara bara chauda khet tha, woh to khatam hi nahi hota tha, rasta kahin nahi milta tha. idhar jaon tab bhi rasta nahi, idhar jaon tab bhi rasta nahi.</w:t>
      </w:r>
      <w:r>
        <w:br/>
      </w:r>
      <w:r>
        <w:rPr>
          <w:sz w:val="20"/>
        </w:rPr>
        <w:t>15:32  raat ka waqt tha, bilkul andhera.</w:t>
      </w:r>
      <w:r>
        <w:br/>
      </w:r>
      <w:r>
        <w:rPr>
          <w:sz w:val="20"/>
        </w:rPr>
        <w:t>15:35  is jaisay se utar kar mein aa raha tha gaon janay ke liye. ab mein ne kaha khuda mein kya karoon, mujh ko koi rasta hi nahi mil raha hai.</w:t>
      </w:r>
      <w:r>
        <w:br/>
      </w:r>
      <w:r>
        <w:rPr>
          <w:sz w:val="20"/>
        </w:rPr>
        <w:t>15:47  aik ajeeb halat thi meri. to achaanak mujhe nazar aaya ke roshni hai.</w:t>
      </w:r>
      <w:r>
        <w:br/>
      </w:r>
      <w:r>
        <w:rPr>
          <w:sz w:val="20"/>
        </w:rPr>
        <w:t>15:55  yeh waqia hai fareeha aur baadiya ke darmiyan.</w:t>
      </w:r>
      <w:r>
        <w:br/>
      </w:r>
      <w:r>
        <w:rPr>
          <w:sz w:val="20"/>
        </w:rPr>
        <w:t>16:00  abhi tak mujhe aankhon ke samnay hai. to aik aadmi barh raha tha meri taraf aur lambi torch is ke haath mein thi. ab to torch ka istemal nahi hai.</w:t>
      </w:r>
      <w:r>
        <w:br/>
      </w:r>
      <w:r>
        <w:rPr>
          <w:sz w:val="20"/>
        </w:rPr>
        <w:t>16:11  pehlay zamanay mein choti torch hoti thi, aik cell, do cell ki. aik bari torch hoti thi, das cell ki. to lambi torch li hui hogi. woh meri taraf barh raha tha.</w:t>
      </w:r>
      <w:r>
        <w:br/>
      </w:r>
      <w:r>
        <w:rPr>
          <w:sz w:val="20"/>
        </w:rPr>
        <w:t>16:22  to jab qareeb aaya to mein ne kaha ke mujhe yeh barhiya ka jo pul hai, wahan jana hai.</w:t>
      </w:r>
      <w:r>
        <w:br/>
      </w:r>
      <w:r>
        <w:rPr>
          <w:sz w:val="20"/>
        </w:rPr>
        <w:t>16:29  pul par pohnchnay ke baad mein aagay chala jaunga. to us ne mere sath, woh mere sath chala aur torch se rasta dikhatay huay yahan tak ke mujhe pul tak pohncha diya.</w:t>
      </w:r>
      <w:r>
        <w:br/>
      </w:r>
      <w:r>
        <w:rPr>
          <w:sz w:val="20"/>
        </w:rPr>
        <w:t>16:44  jab pul tak pohncha diya to phir mujhe samajh mein aa gaya ke mujhe apne ghar pohnchnay ke liye kya karna hai.</w:t>
      </w:r>
      <w:r>
        <w:br/>
      </w:r>
      <w:r>
        <w:rPr>
          <w:sz w:val="20"/>
        </w:rPr>
        <w:t>16:53  to bhai, is liye aik waqia mein arz kiya ke tharney bushz mein aap agar apnay ko bachana chahein to khuda wahan torch le kar khara hua hai.</w:t>
      </w:r>
      <w:r>
        <w:br/>
      </w:r>
      <w:r>
        <w:rPr>
          <w:sz w:val="20"/>
        </w:rPr>
        <w:t>17:05  yeh matlab yeh nahi ke aap akeley hain, aap akeley nahi hain. yani Allah ne aap ko paida kar ke chor diya tharney bushz mein,</w:t>
      </w:r>
      <w:r>
        <w:br/>
      </w:r>
      <w:r>
        <w:rPr>
          <w:sz w:val="20"/>
        </w:rPr>
        <w:t>17:18  gaari jo jhaariyon mein. lekin yaad rakhiye ke hamari taqat ki limit hai. hum apni taqat se kabhi aisa hota hai ke hum lagta hai ke hum kaisay kaisay kya karein.</w:t>
      </w:r>
      <w:r>
        <w:br/>
      </w:r>
      <w:r>
        <w:rPr>
          <w:sz w:val="20"/>
        </w:rPr>
        <w:t>17:34  to wahan khuda khara hua hai, khuda ke farishtay khare huay hain torch le kar.</w:t>
      </w:r>
      <w:r>
        <w:br/>
      </w:r>
      <w:r>
        <w:rPr>
          <w:sz w:val="20"/>
        </w:rPr>
        <w:t>17:42  to dekhein, agar aap yeh azm kar lein, azm kar lein, wohi jo hadees mein hai ke إني من الصائم ke mein to rozedar hoon, mujhe jhaariyon se takrana nahi hai,</w:t>
      </w:r>
      <w:r>
        <w:br/>
      </w:r>
      <w:r>
        <w:rPr>
          <w:sz w:val="20"/>
        </w:rPr>
        <w:t>18:00  mujhe react nahi karna hai, mujhe kisi ki baat par apnay seenay mein kina nahi rakh lena hai, mujhe kisi ke ghussa ho kar intiqam nahi ke liye nahi sochna hai.</w:t>
      </w:r>
      <w:r>
        <w:br/>
      </w:r>
      <w:r>
        <w:rPr>
          <w:sz w:val="20"/>
        </w:rPr>
        <w:t>18:13  to wahan khuda ke farishtay aap ke khare hain aap ki madad karne ke liye.</w:t>
      </w:r>
      <w:r>
        <w:br/>
      </w:r>
      <w:r>
        <w:rPr>
          <w:sz w:val="20"/>
        </w:rPr>
        <w:t>18:21  acha, isi liye yeh bohat ajeeb baat hai ke mein bas sochta tha ke ramzan ke tazkaray mein yeh ayat kyun hai surah al baqarah mein.</w:t>
      </w:r>
      <w:r>
        <w:br/>
      </w:r>
      <w:r>
        <w:rPr>
          <w:sz w:val="20"/>
        </w:rPr>
        <w:t>18:38  to kal hi meri samajh mein aaya ke is ka woh ramzan ka jo tazkara hai surah al baqarah ki ayat number 183 se 187 tak, isi ke beech mein aik ayat aati hai</w:t>
      </w:r>
      <w:r>
        <w:br/>
      </w:r>
      <w:r>
        <w:rPr>
          <w:sz w:val="20"/>
        </w:rPr>
        <w:t>18:53  وإذا سألك عبادي إني فإني قريب أجب دعوة الداعي فليستجيبوا لي ولي منبين لا يشهدون aur jab bande tum se poochein mere baray mein to mein un ke qareeb hoon aur</w:t>
      </w:r>
      <w:r>
        <w:br/>
      </w:r>
      <w:r>
        <w:rPr>
          <w:sz w:val="20"/>
        </w:rPr>
        <w:t>19:13  mein pukaarnay wali ko pukaar kar jawab deta hoon. to woh mujhe pukaarein</w:t>
      </w:r>
      <w:r>
        <w:br/>
      </w:r>
      <w:r>
        <w:rPr>
          <w:sz w:val="20"/>
        </w:rPr>
        <w:t>19:22  to unhein roshd aur guidance mile gi.</w:t>
      </w:r>
      <w:r>
        <w:br/>
      </w:r>
      <w:r>
        <w:rPr>
          <w:sz w:val="20"/>
        </w:rPr>
        <w:t>19:28  to ramzan ki ayaton ke darmiyan yeh ayat hai. is ka matlab ke yeh ayat aik aik aik paigham de rahi hai aap ko ke aye bande, taqwa ki zindagi guzar,</w:t>
      </w:r>
      <w:r>
        <w:br/>
      </w:r>
      <w:r>
        <w:rPr>
          <w:sz w:val="20"/>
        </w:rPr>
        <w:t>19:45  yani jhaariyon se bachnay ka paka irada kar le, jhaariyon se mat ulajh,</w:t>
      </w:r>
      <w:r>
        <w:br/>
      </w:r>
      <w:r>
        <w:rPr>
          <w:sz w:val="20"/>
        </w:rPr>
        <w:t>19:54  aur jahan tumhein koi rukawat paray gi, jahan tum helpless ho jaoge, to wahan khuda maujood hai.</w:t>
      </w:r>
      <w:r>
        <w:br/>
      </w:r>
      <w:r>
        <w:rPr>
          <w:sz w:val="20"/>
        </w:rPr>
        <w:t>20:05  jaisay tum pukaaroge, wahan tum apnay paas khuda ko maujood paoge.</w:t>
      </w:r>
      <w:r>
        <w:br/>
      </w:r>
      <w:r>
        <w:rPr>
          <w:sz w:val="20"/>
        </w:rPr>
        <w:t>20:14  kisi ajeeb ayat hai, kitna solace is ke andar hai.</w:t>
      </w:r>
      <w:r>
        <w:br/>
      </w:r>
      <w:r>
        <w:rPr>
          <w:sz w:val="20"/>
        </w:rPr>
        <w:t>20:18  aur isi ka namuna maine aap se arz kiya ke main ghane khet mein andhere mein phans gaya tha, aur jab maine Allah ko yaad kiya to achaanak wahan ek insaan, shayad woh farishta tha,</w:t>
      </w:r>
      <w:r>
        <w:br/>
      </w:r>
      <w:r>
        <w:rPr>
          <w:sz w:val="20"/>
        </w:rPr>
        <w:t>20:36  aur kyunke us waqt ghayab ho gaya, woh yeh bohat ajeeb baat yeh hai ke mujhko pul tak pahuncha kar ke uske baad woh gha</w:t>
      </w:r>
      <w:r>
        <w:br/>
      </w:r>
      <w:r>
        <w:rPr>
          <w:sz w:val="20"/>
        </w:rPr>
        <w:t>20:46  yab ho gaya. Na roshni thi, na insaan tha. Maine peeche mud kar dekha to kuch koi bhi nahi tha.</w:t>
      </w:r>
    </w:p>
    <w:p>
      <w:pPr>
        <w:pStyle w:val="Heading2"/>
      </w:pPr>
      <w:r>
        <w:t>Taqwa story and fasting for self-discipline</w:t>
      </w:r>
    </w:p>
    <w:p>
      <w:r>
        <w:rPr>
          <w:color w:val="666666"/>
          <w:sz w:val="18"/>
        </w:rPr>
        <w:t>Surah Al Baqarah- 29- 06- 2007 · 5m 38s · at 27:29 · https://youtu.be/npomkMOUxiE?t=1649</w:t>
      </w:r>
    </w:p>
    <w:p>
      <w:r>
        <w:rPr>
          <w:i/>
        </w:rPr>
        <w:t>“Ek do sahabi ke darmiyan baat cheet hui.”</w:t>
      </w:r>
    </w:p>
    <w:p>
      <w:r>
        <w:rPr>
          <w:sz w:val="20"/>
        </w:rPr>
        <w:t>27:29  ke darmiyan baat cheet hui, is mein se ek the hazrat abubakar, nahi is mein se ek the hazrat umar.</w:t>
      </w:r>
      <w:r>
        <w:br/>
      </w:r>
      <w:r>
        <w:rPr>
          <w:sz w:val="20"/>
        </w:rPr>
        <w:t>27:40  hazrat umar ne doosre sahabi se poocha ke taqwa kya hai? to unhon ne kaha ke kya aap</w:t>
      </w:r>
      <w:r>
        <w:br/>
      </w:r>
      <w:r>
        <w:rPr>
          <w:sz w:val="20"/>
        </w:rPr>
        <w:t>27:50  kabhi aise raaste se guzre hain jis ke dono taraf kaante daar jhariyan hain? hal salakta tareeqan za shawq</w:t>
      </w:r>
      <w:r>
        <w:br/>
      </w:r>
      <w:r>
        <w:rPr>
          <w:sz w:val="20"/>
        </w:rPr>
        <w:t>28:01  ke daayein taraf bhi kaante daar jhari aur baayein taraf bhi kaante daar jhari.</w:t>
      </w:r>
      <w:r>
        <w:br/>
      </w:r>
      <w:r>
        <w:rPr>
          <w:sz w:val="20"/>
        </w:rPr>
        <w:t>28:07  aisa pehle zamaney mein bohat hota tha arab mein.</w:t>
      </w:r>
      <w:r>
        <w:br/>
      </w:r>
      <w:r>
        <w:rPr>
          <w:sz w:val="20"/>
        </w:rPr>
        <w:t>28:14  to unhon ne kaha ke haan.</w:t>
      </w:r>
      <w:r>
        <w:br/>
      </w:r>
      <w:r>
        <w:rPr>
          <w:sz w:val="20"/>
        </w:rPr>
        <w:t>28:21  to unhon ne poocha ke phir aap ne kya kiya? to hazrat umar ne kaha ke shammartu washtahadtu</w:t>
      </w:r>
      <w:r>
        <w:br/>
      </w:r>
      <w:r>
        <w:rPr>
          <w:sz w:val="20"/>
        </w:rPr>
        <w:t>28:27  yaani apne kapde khoob sameyt liye aur bachta hua guzar gaya.</w:t>
      </w:r>
      <w:r>
        <w:br/>
      </w:r>
      <w:r>
        <w:rPr>
          <w:sz w:val="20"/>
        </w:rPr>
        <w:t>28:34  to unhon ne kaha ke zalika al taqwa yahi taqwa hai.</w:t>
      </w:r>
      <w:r>
        <w:br/>
      </w:r>
      <w:r>
        <w:rPr>
          <w:sz w:val="20"/>
        </w:rPr>
        <w:t>28:44  yaani is dunya ki zindagi mein aadmi ko kaante daar jhariyon ke darmiyan se guzarna padta hai.</w:t>
      </w:r>
      <w:r>
        <w:br/>
      </w:r>
      <w:r>
        <w:rPr>
          <w:sz w:val="20"/>
        </w:rPr>
        <w:t>28:54  کانٹے دار کانٹے دار جھاڑیاں کیا ہیں؟ temptation, desires, interest,</w:t>
      </w:r>
      <w:r>
        <w:br/>
      </w:r>
      <w:r>
        <w:rPr>
          <w:sz w:val="20"/>
        </w:rPr>
        <w:t>29:04  anger, revenge, malice.</w:t>
      </w:r>
      <w:r>
        <w:br/>
      </w:r>
      <w:r>
        <w:rPr>
          <w:sz w:val="20"/>
        </w:rPr>
        <w:t>29:09  yeh sab kaante hain zindagi ke.</w:t>
      </w:r>
      <w:r>
        <w:br/>
      </w:r>
      <w:r>
        <w:rPr>
          <w:sz w:val="20"/>
        </w:rPr>
        <w:t>29:14  yeh sab zindagi ke kaante hain.</w:t>
      </w:r>
      <w:r>
        <w:br/>
      </w:r>
      <w:r>
        <w:rPr>
          <w:sz w:val="20"/>
        </w:rPr>
        <w:t>29:19  to bar bar aisi situation create hoti hai ke aadmi kisi na kisi kaante mein ulajh jae.</w:t>
      </w:r>
      <w:r>
        <w:br/>
      </w:r>
      <w:r>
        <w:rPr>
          <w:sz w:val="20"/>
        </w:rPr>
        <w:t>29:24  jab aap insano ke darmiyan rehte hain to logon ke beech mein rehte hue bar bar aisi situation</w:t>
      </w:r>
      <w:r>
        <w:br/>
      </w:r>
      <w:r>
        <w:rPr>
          <w:sz w:val="20"/>
        </w:rPr>
        <w:t>29:29  create hoti hai ke kisi na kisi kan</w:t>
      </w:r>
      <w:r>
        <w:br/>
      </w:r>
      <w:r>
        <w:rPr>
          <w:sz w:val="20"/>
        </w:rPr>
        <w:t>29:34  te se ulajhne ka mauqa paida ho jata hai.</w:t>
      </w:r>
      <w:r>
        <w:br/>
      </w:r>
      <w:r>
        <w:rPr>
          <w:sz w:val="20"/>
        </w:rPr>
        <w:t>29:40  kabhi yeh ke aap ko kisi se ghussa aa jata hai.</w:t>
      </w:r>
      <w:r>
        <w:br/>
      </w:r>
      <w:r>
        <w:rPr>
          <w:sz w:val="20"/>
        </w:rPr>
        <w:t>29:46  kabhi aisa hota hai kisi ke khilaf aap ko revenge jaag uthta hai, inteqaam.</w:t>
      </w:r>
      <w:r>
        <w:br/>
      </w:r>
      <w:r>
        <w:rPr>
          <w:sz w:val="20"/>
        </w:rPr>
        <w:t>29:52  کبھی malice، کبھی آپ intolerant بن جاتے ہیں، کبھی کسی کے معاملے میں آپ intolerant ہو جاتے ہیں۔</w:t>
      </w:r>
      <w:r>
        <w:br/>
      </w:r>
      <w:r>
        <w:rPr>
          <w:sz w:val="20"/>
        </w:rPr>
        <w:t>29:58  kabhi tashaddud ke jazbaat bhark uthte hain aap ke andar. kabhi injust</w:t>
      </w:r>
      <w:r>
        <w:br/>
      </w:r>
      <w:r>
        <w:rPr>
          <w:sz w:val="20"/>
        </w:rPr>
        <w:t>30:04  ice ke jazbaat aap ke andar aa jate hain.</w:t>
      </w:r>
      <w:r>
        <w:br/>
      </w:r>
      <w:r>
        <w:rPr>
          <w:sz w:val="20"/>
        </w:rPr>
        <w:t>30:09  yeh sab kaante hain.</w:t>
      </w:r>
      <w:r>
        <w:br/>
      </w:r>
      <w:r>
        <w:rPr>
          <w:sz w:val="20"/>
        </w:rPr>
        <w:t>30:13  کبھی negative thought آپ کے اندر آ جاتے ہیں۔</w:t>
      </w:r>
      <w:r>
        <w:br/>
      </w:r>
      <w:r>
        <w:rPr>
          <w:sz w:val="20"/>
        </w:rPr>
        <w:t>30:17  yeh sab kaante hain.</w:t>
      </w:r>
      <w:r>
        <w:br/>
      </w:r>
      <w:r>
        <w:rPr>
          <w:sz w:val="20"/>
        </w:rPr>
        <w:t>30:21  in kaanton se bachte hue zindagi guzarna yeh matloob hai.</w:t>
      </w:r>
      <w:r>
        <w:br/>
      </w:r>
      <w:r>
        <w:rPr>
          <w:sz w:val="20"/>
        </w:rPr>
        <w:t>30:26  isi ki tarbiyat hai.</w:t>
      </w:r>
      <w:r>
        <w:br/>
      </w:r>
      <w:r>
        <w:rPr>
          <w:sz w:val="20"/>
        </w:rPr>
        <w:t>30:30  isi ki tarbiyat ke liye roza rakha gaya. woh kaise?</w:t>
      </w:r>
      <w:r>
        <w:br/>
      </w:r>
      <w:r>
        <w:rPr>
          <w:sz w:val="20"/>
        </w:rPr>
        <w:t>30:34  roze mein kya hota hai? aap rozana khate hain, peete hain, azadi ke sath, koi rok nahin.</w:t>
      </w:r>
      <w:r>
        <w:br/>
      </w:r>
      <w:r>
        <w:rPr>
          <w:sz w:val="20"/>
        </w:rPr>
        <w:t>30:40  lekin Ramzan ke mahine mein din ke auqaat mein aap se kaha jata hai ke bach bach in</w:t>
      </w:r>
      <w:r>
        <w:br/>
      </w:r>
      <w:r>
        <w:rPr>
          <w:sz w:val="20"/>
        </w:rPr>
        <w:t>30:46  cheezon se bach kar raho.</w:t>
      </w:r>
      <w:r>
        <w:br/>
      </w:r>
      <w:r>
        <w:rPr>
          <w:sz w:val="20"/>
        </w:rPr>
        <w:t>30:52  na to pani piyo, na khana khao.</w:t>
      </w:r>
      <w:r>
        <w:br/>
      </w:r>
      <w:r>
        <w:rPr>
          <w:sz w:val="20"/>
        </w:rPr>
        <w:t>30:58  to kuch zaroori jo zindagi ki kuch zaroori cheezein hain,</w:t>
      </w:r>
      <w:r>
        <w:br/>
      </w:r>
      <w:r>
        <w:rPr>
          <w:sz w:val="20"/>
        </w:rPr>
        <w:t>31:05  zindagi ke kuch zaroori item hain, un se bachte hue aap ko batana parta hai poora mahina din</w:t>
      </w:r>
      <w:r>
        <w:br/>
      </w:r>
      <w:r>
        <w:rPr>
          <w:sz w:val="20"/>
        </w:rPr>
        <w:t>31:11  ke auqaat mein.</w:t>
      </w:r>
      <w:r>
        <w:br/>
      </w:r>
      <w:r>
        <w:rPr>
          <w:sz w:val="20"/>
        </w:rPr>
        <w:t>31:17  to yeh kya hai? isi ko hum kahenge parhezgari.</w:t>
      </w:r>
      <w:r>
        <w:br/>
      </w:r>
      <w:r>
        <w:rPr>
          <w:sz w:val="20"/>
        </w:rPr>
        <w:t>31:23  is ko doosre lafzon mein hum keh sakte hain ke self discipline, self control.</w:t>
      </w:r>
      <w:r>
        <w:br/>
      </w:r>
      <w:r>
        <w:rPr>
          <w:sz w:val="20"/>
        </w:rPr>
        <w:t>31:29  yani aap ko</w:t>
      </w:r>
      <w:r>
        <w:br/>
      </w:r>
      <w:r>
        <w:rPr>
          <w:sz w:val="20"/>
        </w:rPr>
        <w:t>31:35  pyaas lage tab bhi aap pani na piyein.</w:t>
      </w:r>
      <w:r>
        <w:br/>
      </w:r>
      <w:r>
        <w:rPr>
          <w:sz w:val="20"/>
        </w:rPr>
        <w:t>31:40  bhook lage tab bhi aap khana na khayein.</w:t>
      </w:r>
      <w:r>
        <w:br/>
      </w:r>
      <w:r>
        <w:rPr>
          <w:sz w:val="20"/>
        </w:rPr>
        <w:t>31:44  apne ko discipline mein rakhen.</w:t>
      </w:r>
      <w:r>
        <w:br/>
      </w:r>
      <w:r>
        <w:rPr>
          <w:sz w:val="20"/>
        </w:rPr>
        <w:t>31:48  aise hi samaj mein hota hai ke ghussa aaye tab bhi aap ghussa kisi ke upar na utaren.</w:t>
      </w:r>
      <w:r>
        <w:br/>
      </w:r>
      <w:r>
        <w:rPr>
          <w:sz w:val="20"/>
        </w:rPr>
        <w:t>31:53  revenge aaye tab bhi is se aap intiqam na len.</w:t>
      </w:r>
      <w:r>
        <w:br/>
      </w:r>
      <w:r>
        <w:rPr>
          <w:sz w:val="20"/>
        </w:rPr>
        <w:t>31:57  aap ke andar injustice ka jazba aa jaye tab bhi aap be-insaafi na karen.</w:t>
      </w:r>
      <w:r>
        <w:br/>
      </w:r>
      <w:r>
        <w:rPr>
          <w:sz w:val="20"/>
        </w:rPr>
        <w:t>32:02  to roze mein</w:t>
      </w:r>
      <w:r>
        <w:br/>
      </w:r>
      <w:r>
        <w:rPr>
          <w:sz w:val="20"/>
        </w:rPr>
        <w:t>32:06  pani aur khane se roze mein pani aur khane ke bare mein apne ko control mein rakha jata</w:t>
      </w:r>
      <w:r>
        <w:br/>
      </w:r>
      <w:r>
        <w:rPr>
          <w:sz w:val="20"/>
        </w:rPr>
        <w:t>32:16  hai taake poori zindagi mein aap apne ko self control ya self discipline wale culture mein zindagi guzar saken.</w:t>
      </w:r>
      <w:r>
        <w:br/>
      </w:r>
      <w:r>
        <w:rPr>
          <w:sz w:val="20"/>
        </w:rPr>
        <w:t>32:27  to roza haqeeqat mein self control ki training hai, self discipline ki tarbiyat hai.</w:t>
      </w:r>
      <w:r>
        <w:br/>
      </w:r>
      <w:r>
        <w:rPr>
          <w:sz w:val="20"/>
        </w:rPr>
        <w:t>32:37  isi ka naam hai taqwa.</w:t>
      </w:r>
      <w:r>
        <w:br/>
      </w:r>
      <w:r>
        <w:rPr>
          <w:sz w:val="20"/>
        </w:rPr>
        <w:t>32:43  isi ka naam hai taqwa.</w:t>
      </w:r>
      <w:r>
        <w:br/>
      </w:r>
      <w:r>
        <w:rPr>
          <w:sz w:val="20"/>
        </w:rPr>
        <w:t>32:49  yaani ehtiyat ki zindagi, pabandi ki zindagi, chahte hue bhi ek kaam na karna.</w:t>
      </w:r>
      <w:r>
        <w:br/>
      </w:r>
      <w:r>
        <w:rPr>
          <w:sz w:val="20"/>
        </w:rPr>
        <w:t>32:55  isi ka naam hai taqwa.</w:t>
      </w:r>
      <w:r>
        <w:br/>
      </w:r>
      <w:r>
        <w:rPr>
          <w:sz w:val="20"/>
        </w:rPr>
        <w:t>33:01  to farmaya ke roza jo rakha gaya hai wo pichhle logon pe rakha gaya tha.</w:t>
      </w:r>
    </w:p>
    <w:p>
      <w:pPr>
        <w:pStyle w:val="Heading2"/>
      </w:pPr>
      <w:r>
        <w:t>The full, demanding preparation real dawah work requires</w:t>
      </w:r>
    </w:p>
    <w:p>
      <w:r>
        <w:rPr>
          <w:color w:val="666666"/>
          <w:sz w:val="18"/>
        </w:rPr>
        <w:t>The Message of Hajj November 4, 2008 Maulana Wahiduddin Khan · 5m 20s · at 20:32 · https://youtu.be/CIGhIpsejkY?t=1232</w:t>
      </w:r>
    </w:p>
    <w:p>
      <w:r>
        <w:rPr>
          <w:i/>
        </w:rPr>
        <w:t>“Dawat ka kaam bina taiyari ke nahi ho sakta”</w:t>
      </w:r>
    </w:p>
    <w:p>
      <w:r>
        <w:rPr>
          <w:sz w:val="20"/>
        </w:rPr>
        <w:t>20:32  iska taqaza hai ke aap apne aap ko prepare karen, apne aap ko tayyar karen.</w:t>
      </w:r>
      <w:r>
        <w:br/>
      </w:r>
      <w:r>
        <w:rPr>
          <w:sz w:val="20"/>
        </w:rPr>
        <w:t>20:38  baghair tayyari ke dawat ka kaam nahi ho sakta. misaal ke taur par dekhiye, jin logon tak aap ko dawat pohanchana hai, un ki language aap ko seekhni pare gi.</w:t>
      </w:r>
      <w:r>
        <w:br/>
      </w:r>
      <w:r>
        <w:rPr>
          <w:sz w:val="20"/>
        </w:rPr>
        <w:t>20:51  to aap ke, taake aap ka un ke beech mein language gap na ho. jahan language gap ho, wahan dawat ka koi matlab hi nahi banta.</w:t>
      </w:r>
      <w:r>
        <w:br/>
      </w:r>
      <w:r>
        <w:rPr>
          <w:sz w:val="20"/>
        </w:rPr>
        <w:t>21:02  isi tarah se dekhiye, aap ko janna pare ga ke un ki soch kiya hai,</w:t>
      </w:r>
      <w:r>
        <w:br/>
      </w:r>
      <w:r>
        <w:rPr>
          <w:sz w:val="20"/>
        </w:rPr>
        <w:t>21:07  jo aap ka madعو hai, us ki soch kya hai, us ka culture kya hai, us ki zindagi ka tareeqa kya hai.</w:t>
      </w:r>
      <w:r>
        <w:br/>
      </w:r>
      <w:r>
        <w:rPr>
          <w:sz w:val="20"/>
        </w:rPr>
        <w:t>21:17  yeh sab baatein janni parengi. us ka right aur wrong kya hai? agar aap na janen to ulta ja ke kya baat kahengay un se?</w:t>
      </w:r>
      <w:r>
        <w:br/>
      </w:r>
      <w:r>
        <w:rPr>
          <w:sz w:val="20"/>
        </w:rPr>
        <w:t>21:29  to dawat ka ka taqaza hai ke aadmi apne aap ko prepare kare,</w:t>
      </w:r>
      <w:r>
        <w:br/>
      </w:r>
      <w:r>
        <w:rPr>
          <w:sz w:val="20"/>
        </w:rPr>
        <w:t>21:36  apne aap ko prepare kare. is maamle mein koi excuse nahi hai, koi excuse nahi hai.</w:t>
      </w:r>
      <w:r>
        <w:br/>
      </w:r>
      <w:r>
        <w:rPr>
          <w:sz w:val="20"/>
        </w:rPr>
        <w:t>21:49  isi tarah dekhiye, jab aadmi hajj ke liye jata hai to us se quran majeed mein hai ke "falaan rafsah, falaan fasuha, falaan jidaal fil hajj".</w:t>
      </w:r>
      <w:r>
        <w:br/>
      </w:r>
      <w:r>
        <w:rPr>
          <w:sz w:val="20"/>
        </w:rPr>
        <w:t>22:03  to wahan gaali galoch nahi hai, wahan jhagda nahi hai, buri baatein karna nahi hai. yeh kyun hai? yeh sirf chand dinon ke liye nahi hai.</w:t>
      </w:r>
      <w:r>
        <w:br/>
      </w:r>
      <w:r>
        <w:rPr>
          <w:sz w:val="20"/>
        </w:rPr>
        <w:t>22:15  chand dinon mein to ek behaviour ki training ki jati hai ke is tarah rehna hai aap ko,</w:t>
      </w:r>
      <w:r>
        <w:br/>
      </w:r>
      <w:r>
        <w:rPr>
          <w:sz w:val="20"/>
        </w:rPr>
        <w:t>22:24  is tarah rehna hai aap ko. yaani kisi ko provoke nahi karna hai.</w:t>
      </w:r>
      <w:r>
        <w:br/>
      </w:r>
      <w:r>
        <w:rPr>
          <w:sz w:val="20"/>
        </w:rPr>
        <w:t>22:29  koi aap ko provoke kar de to aap ko badla nahi lena hai. yaani ek taraf to aap khud kisi ko na bharkayen, kisi ko na mushtael karen.</w:t>
      </w:r>
      <w:r>
        <w:br/>
      </w:r>
      <w:r>
        <w:rPr>
          <w:sz w:val="20"/>
        </w:rPr>
        <w:t>22:40  aap khud jo hai ke doosra aadmi agar aisa ghalti kar jaye ke aap ko bharkaye to aap, aap is par na bharkayen.</w:t>
      </w:r>
      <w:r>
        <w:br/>
      </w:r>
      <w:r>
        <w:rPr>
          <w:sz w:val="20"/>
        </w:rPr>
        <w:t>22:53  na khud bharkayen, na doosre ko bharkane par khud bharkayen.</w:t>
      </w:r>
      <w:r>
        <w:br/>
      </w:r>
      <w:r>
        <w:rPr>
          <w:sz w:val="20"/>
        </w:rPr>
        <w:t>22:58  to yeh, yeh to ek mushkil kaam hai. apne ko tayyar karna parega aur tayyari ka aap kaise kar sakte hain? kyunke aap madعو ke darmiyan aur saare insaan madعو hain.</w:t>
      </w:r>
      <w:r>
        <w:br/>
      </w:r>
      <w:r>
        <w:rPr>
          <w:sz w:val="20"/>
        </w:rPr>
        <w:t>23:10  dekhiye, daai ke liye saare insaan madعو hain.</w:t>
      </w:r>
      <w:r>
        <w:br/>
      </w:r>
      <w:r>
        <w:rPr>
          <w:sz w:val="20"/>
        </w:rPr>
        <w:t>23:14  to madعو ke darmiyan kis tarah un ki napasand, napasandah baaton ko nazar andaz karte hue, un wanted cheezon ko nazar andaz karte hue, kis tarah hum normal tareeqe se rahen?</w:t>
      </w:r>
      <w:r>
        <w:br/>
      </w:r>
      <w:r>
        <w:rPr>
          <w:sz w:val="20"/>
        </w:rPr>
        <w:t>23:30  normal tareeqe se rahen. yeh to ek training hai, yeh to ek training hai. dorr dhoop koi choti si cheez ka naam nahi hai.</w:t>
      </w:r>
      <w:r>
        <w:br/>
      </w:r>
      <w:r>
        <w:rPr>
          <w:sz w:val="20"/>
        </w:rPr>
        <w:t>23:43  bahut saare kaam karne padte hain. jis tarah se ek taajir hai, bahut se kaam karta hai to us ki tayyari chalti hai.</w:t>
      </w:r>
      <w:r>
        <w:br/>
      </w:r>
      <w:r>
        <w:rPr>
          <w:sz w:val="20"/>
        </w:rPr>
        <w:t>23:58  isi tarah se daai ko bhi apne aap ko prepare karna hai, bahut se kaam karna hai. jitne bhi dawat se related cheezein hain, un sab mein apne aap ko tayyar karna hai.</w:t>
      </w:r>
      <w:r>
        <w:br/>
      </w:r>
      <w:r>
        <w:rPr>
          <w:sz w:val="20"/>
        </w:rPr>
        <w:t>24:12  aap kisi ko literature den, literature tab bhi sharifana andaaz mein kehna chahiye. ek booklet chhapi hui hai, farz ki jiye, dawati kitaab, dawati brochure aap dena chahte hain kisi ko to kaise denge?</w:t>
      </w:r>
      <w:r>
        <w:br/>
      </w:r>
      <w:r>
        <w:rPr>
          <w:sz w:val="20"/>
        </w:rPr>
        <w:t>24:27  kehne ka kya aadaab janna chahiye aap ko? kya aadaab hain ek society mein, aaj ki society mein? aadaab e kalaam kya hain? kisi ko diya jaye to kya keh ke diya jana chahiye?</w:t>
      </w:r>
      <w:r>
        <w:br/>
      </w:r>
      <w:r>
        <w:rPr>
          <w:sz w:val="20"/>
        </w:rPr>
        <w:t>24:40  yeh janna padega. yeh, yeh bhi tayyari mein shamil hai.</w:t>
      </w:r>
      <w:r>
        <w:br/>
      </w:r>
      <w:r>
        <w:rPr>
          <w:sz w:val="20"/>
        </w:rPr>
        <w:t>24:47  jise ek sahab ne jahaz ke andar, woh safar kar rahe the, hamare saathi to kisi aadmi ko unhon ne ek kitaab di, "reality of life".</w:t>
      </w:r>
      <w:r>
        <w:br/>
      </w:r>
      <w:r>
        <w:rPr>
          <w:sz w:val="20"/>
        </w:rPr>
        <w:t>25:00  to un ko yeh keh kar pesh kiya ke "sir, this is for your in flight reading".</w:t>
      </w:r>
      <w:r>
        <w:br/>
      </w:r>
      <w:r>
        <w:rPr>
          <w:sz w:val="20"/>
        </w:rPr>
        <w:t>25:09  "sir, this is for your in flight reading" ke janab, yeh aap ke daraan e safar mutalliq ke liye hai.</w:t>
      </w:r>
      <w:r>
        <w:br/>
      </w:r>
      <w:r>
        <w:rPr>
          <w:sz w:val="20"/>
        </w:rPr>
        <w:t>25:22  yeh bhi, yeh bhi seekhna padega ke kaise hum khitaab karen. kitaab de to kaise den? kitaab ka taaruf karen to kaise taaruf karen?</w:t>
      </w:r>
      <w:r>
        <w:br/>
      </w:r>
      <w:r>
        <w:rPr>
          <w:sz w:val="20"/>
        </w:rPr>
        <w:t>25:36  to tayyari jo hai, ek bahut hi mukammal cheez ka naam hai. to tayyari to karni padegi,</w:t>
      </w:r>
      <w:r>
        <w:br/>
      </w:r>
      <w:r>
        <w:rPr>
          <w:sz w:val="20"/>
        </w:rPr>
        <w:t>25:47  bghair tayari ke to kaam nahi ho sakta hai.</w:t>
      </w:r>
    </w:p>
    <w:p>
      <w:pPr>
        <w:pStyle w:val="Heading2"/>
      </w:pPr>
      <w:r>
        <w:t>Need to reform madrasa education from sectarian fiqh</w:t>
      </w:r>
    </w:p>
    <w:p>
      <w:r>
        <w:rPr>
          <w:color w:val="666666"/>
          <w:sz w:val="18"/>
        </w:rPr>
        <w:t>Fiqh Tajdeed-e-Deen Book by Maulana Wahiduddin Khan · 5m 57s · at 38:41 · https://youtu.be/ZHDgBUfz80U?t=2321</w:t>
      </w:r>
    </w:p>
    <w:p>
      <w:r>
        <w:rPr>
          <w:i/>
        </w:rPr>
        <w:t>“Caliph Harun al-Rashid once intended to order everyone to follow only Imam Malik's fiqh.”</w:t>
      </w:r>
    </w:p>
    <w:p>
      <w:r>
        <w:rPr>
          <w:sz w:val="20"/>
        </w:rPr>
        <w:t>38:41  bajaye is ke ke ek ko raajeh aur doosre ko marjooh sabit karne ki koshish ki jaye. khaleefa haroon rasheed ne ek bar irada kiya ke tamam logon ko hukum de diya jaye ke woh masail mein sirf imam malik ki fiqi rai par amal karen.</w:t>
      </w:r>
      <w:r>
        <w:br/>
      </w:r>
      <w:r>
        <w:rPr>
          <w:sz w:val="20"/>
        </w:rPr>
        <w:t>38:56  imam moosuf ne khaleefa ko rok diya aur farmaya ke aisa na karo kyunke rasool Allah sal Allah alaih wa sallam ke ashaab firoo mein mukhtalif hue hain.</w:t>
      </w:r>
      <w:r>
        <w:br/>
      </w:r>
      <w:r>
        <w:rPr>
          <w:sz w:val="20"/>
        </w:rPr>
        <w:t>39:06  la taf'al fa inna ashab rasool Allah sal Allah alaih wa sallam ikhtalafu fi al firoo. حجت Allah firoi ikhtilaf agar sahaba ke liye ijtimaee ibadat guzari mein ma'ni na tha to hamare liye woh kyun ma'ni ho jayega ke awami zaroorat ke naam par deen mein aise izafe karen jo Khuda aur Rasool ke diye hue tawassu'at ka darwaza band kar de?</w:t>
      </w:r>
      <w:r>
        <w:br/>
      </w:r>
      <w:r>
        <w:rPr>
          <w:sz w:val="20"/>
        </w:rPr>
        <w:t>39:28  is ka ghair matlab hona is tareekhi waqe se sabit hai ke in ikhtilafat ke bawajood sahaba ka yeh haal tha ke woh bunyad marsoos, bunyad marsoos surah saff bane hue the aur jab ikhtilafat ko khatam kar ke yaksaan ibadati nizam banaya gaya to ummat mein aisa ikhtilaf pada ke aaj tak khatam na hua.</w:t>
      </w:r>
      <w:r>
        <w:br/>
      </w:r>
      <w:r>
        <w:rPr>
          <w:sz w:val="20"/>
        </w:rPr>
        <w:t>39:49  doosri intehai zaroori cheez madaris deeniyah mein taleem ke maujooda nahj ki tabdeeli hai. is burai ko ummat ke andar musalsal baqi rakhne ka wahid mu'assir aamil yahi idarah hai.</w:t>
      </w:r>
      <w:r>
        <w:br/>
      </w:r>
      <w:r>
        <w:rPr>
          <w:sz w:val="20"/>
        </w:rPr>
        <w:t>40:00  hamare darul uloom maujooda halaat mein sirf is baat ka zariya ban gaye hain ke apne masoos fiqhi maslak ko quran o sunnat ke mutabiq sabit kar kar dikhaen.</w:t>
      </w:r>
      <w:r>
        <w:br/>
      </w:r>
      <w:r>
        <w:rPr>
          <w:sz w:val="20"/>
        </w:rPr>
        <w:t>40:10  1330 hijri mein rasheed raza misri hindustan aaye the. is silsile mein woh darul uloom deoband bhi gae. wahan un ke khair maqdam ke liye ek jalsa hua.</w:t>
      </w:r>
      <w:r>
        <w:br/>
      </w:r>
      <w:r>
        <w:rPr>
          <w:sz w:val="20"/>
        </w:rPr>
        <w:t>40:20  is mauqe par mawsoof ne darul uloom ke ek ustad se poocha ke yahan hadith ke dars ka tareeqa kya hai? unhon ne bataya ke jab hadith padhi jaati hai to muhaddis pehle is ke ilmi nikaat ko bayan karta hai.</w:t>
      </w:r>
      <w:r>
        <w:br/>
      </w:r>
      <w:r>
        <w:rPr>
          <w:sz w:val="20"/>
        </w:rPr>
        <w:t>40:34  agar badar raye mein hadith imam abu hanifa ke maslak ke khilaf hoti hai to muhaddis hanafi maslak se is ki mutabiqat sabit karta hai.</w:t>
      </w:r>
      <w:r>
        <w:br/>
      </w:r>
      <w:r>
        <w:rPr>
          <w:sz w:val="20"/>
        </w:rPr>
        <w:t>40:43  rasheed raza ne yeh sun kar kaha: "kya yahi tamam ahadees mein hota hai?" kaha gaya: "haan." unhein yeh baat bohat ajeeb maloom hui.</w:t>
      </w:r>
      <w:r>
        <w:br/>
      </w:r>
      <w:r>
        <w:rPr>
          <w:sz w:val="20"/>
        </w:rPr>
        <w:t>40:52  maulana muhammad yusuf naburi 1908 ta 1977 ki riwayat ke mutabiq nafkhah al anbar safha</w:t>
      </w:r>
      <w:r>
        <w:br/>
      </w:r>
      <w:r>
        <w:rPr>
          <w:sz w:val="20"/>
        </w:rPr>
        <w:t>41:04  71 unhon ne kaha: "hadith hanafi wa kaifa yumkin dhalik? illa asabiyyah malaha min sultan?" kya hadith bhi hanafi hai?</w:t>
      </w:r>
      <w:r>
        <w:br/>
      </w:r>
      <w:r>
        <w:rPr>
          <w:sz w:val="20"/>
        </w:rPr>
        <w:t>41:16  aisa kis tarah ho sakta hai? yeh to mahaz asabiyyah hai jis ke liye koi daleel nahin. maulana anwar anwar shah kashmiri is zamane mein darul uloom mein hadith ke ustad the.</w:t>
      </w:r>
      <w:r>
        <w:br/>
      </w:r>
      <w:r>
        <w:rPr>
          <w:sz w:val="20"/>
        </w:rPr>
        <w:t>41:27  unhein yeh khabar pahunchi to unhon ne apni ghair mukaddami, unhon ne apni ghair mukaddami taqreer mein isi ko apna mozu banaya aur sabit kar diya ke tamam ahadees fiqh hanafi ke mutabiq hain.</w:t>
      </w:r>
      <w:r>
        <w:br/>
      </w:r>
      <w:r>
        <w:rPr>
          <w:sz w:val="20"/>
        </w:rPr>
        <w:t>41:42  tahum anwar shah kashmiri 1875 ta 1934 ko aakhir umar mein is tareeq e taleem ki khami ka ehsas ho gaya.</w:t>
      </w:r>
      <w:r>
        <w:br/>
      </w:r>
      <w:r>
        <w:rPr>
          <w:sz w:val="20"/>
        </w:rPr>
        <w:t>41:55  tahum anwar shah kashmiri 1875 ta 1934 ko aakhir umar mein is tareeq e taleem ki khami ka ehsas ho gaya tha.</w:t>
      </w:r>
      <w:r>
        <w:br/>
      </w:r>
      <w:r>
        <w:rPr>
          <w:sz w:val="20"/>
        </w:rPr>
        <w:t>42:06  mawsoof ke shagird Maulana mufti Muhammad shafi 1897 ta 1976</w:t>
      </w:r>
      <w:r>
        <w:br/>
      </w:r>
      <w:r>
        <w:rPr>
          <w:sz w:val="20"/>
        </w:rPr>
        <w:t>42:16  na qabil e naqal hain ke Maulana kashmiri ne in se kaha: "hamari tamam qad o kosh ka khulasa yeh raha hai ke doosre maslakon par hanfiyat ki tarjeeh qaim karen magar kya hasil hai is ka?</w:t>
      </w:r>
      <w:r>
        <w:br/>
      </w:r>
      <w:r>
        <w:rPr>
          <w:sz w:val="20"/>
        </w:rPr>
        <w:t>42:30  is ke siwa kuch nahin ke hum ziyada se ziyada apne maslak ko sawab muhtamal al khata sabit karen aur doosre maslak ko khata muhtamal al sawab kahne.</w:t>
      </w:r>
      <w:r>
        <w:br/>
      </w:r>
      <w:r>
        <w:rPr>
          <w:sz w:val="20"/>
        </w:rPr>
        <w:t>42:43  hum tamam tar tehqeeq o koshish ke baad yahi keh sakte hain ke yeh sahih hai lekin ihtimal maujood hai ke yeh khata ho aur woh khata hai is ihtimal ke sath ke woh sawab ho.</w:t>
      </w:r>
      <w:r>
        <w:br/>
      </w:r>
      <w:r>
        <w:rPr>
          <w:sz w:val="20"/>
        </w:rPr>
        <w:t>42:55  qabr mein munkar nakeer yeh nahin poochein ge ke rafa yadain haq tha ya tark e rafa yadain haq tha? ameen bil jahr haq thi ya bil sir haq thi?</w:t>
      </w:r>
      <w:r>
        <w:br/>
      </w:r>
      <w:r>
        <w:rPr>
          <w:sz w:val="20"/>
        </w:rPr>
        <w:t>43:03  jis cheez ko na dunya mein nikharna hai na mehshar mein, us ke peeche padh kar hum ne apni umar zaya kar di aur jo sahih islam ki dawat thi, jis ki dawat anbiya e kiram le kar aaye the, aaj woh dawat to nahin di ja rahi.</w:t>
      </w:r>
      <w:r>
        <w:br/>
      </w:r>
      <w:r>
        <w:rPr>
          <w:sz w:val="20"/>
        </w:rPr>
        <w:t>43:19  hum lage hue hain in furoi bahason mein</w:t>
      </w:r>
      <w:r>
        <w:br/>
      </w:r>
      <w:r>
        <w:rPr>
          <w:sz w:val="20"/>
        </w:rPr>
        <w:t>43:22  . wahdat e ummat safha 20 hamare arabi madaris khwah woh kisi bhi maslak ke tehat qaim hue hon, un mein sheikh al hadith ka mansab isi qism ki fiqhi pehalwani ke liye khaas ho gaya hai.</w:t>
      </w:r>
      <w:r>
        <w:br/>
      </w:r>
      <w:r>
        <w:rPr>
          <w:sz w:val="20"/>
        </w:rPr>
        <w:t>43:35  yahan aise log paida hote hain jo bazahir aalim e deen ki sanad le kar niklte hain magar haqeeqatan woh aalim e ikhtilaf hote hain.</w:t>
      </w:r>
      <w:r>
        <w:br/>
      </w:r>
      <w:r>
        <w:rPr>
          <w:sz w:val="20"/>
        </w:rPr>
        <w:t>43:44  woh ilm e deen ka kamal yeh samajhte hain ke doosre fiqhi mazahib ke muqable mein apni fiqh ko sahih sabit kar dikhaen.</w:t>
      </w:r>
      <w:r>
        <w:br/>
      </w:r>
      <w:r>
        <w:rPr>
          <w:sz w:val="20"/>
        </w:rPr>
        <w:t>43:52  woh chhote chhote deeni furoo ko le kar un ki buniyad par akhare qaim karte hain aur sari ummat ko aise jidal o niza mein uljha dete hain jo kabhi khatam hone wala nahin.</w:t>
      </w:r>
      <w:r>
        <w:br/>
      </w:r>
      <w:r>
        <w:rPr>
          <w:sz w:val="20"/>
        </w:rPr>
        <w:t>44:05  mazeed yeh ke ghair aham fiqhi furoo ko aham tareen deeni masla bana kar woh awam ke andar yeh zehan paida karte hain ke ibadat is ke siwa aur kuch nahin ke falan masoos ishkal ke bajaye falan masoos ishkal ke sath is ko dohra liya jae.</w:t>
      </w:r>
      <w:r>
        <w:br/>
      </w:r>
      <w:r>
        <w:rPr>
          <w:sz w:val="20"/>
        </w:rPr>
        <w:t>44:21  madaris e deeniyah mein jab tak is qism ki nasal paida karne ka silsila band na kiya jae, awam ki islaah nahin ho sakti. in madaris ke silsile mein kam se kam jo baat kahi ja sakti hai woh yeh hai ke ummat wahidah ko unhon ne ummat mutfarriqah mein tabdeel kar ke rakh diya hai.</w:t>
      </w:r>
    </w:p>
    <w:p>
      <w:pPr>
        <w:pStyle w:val="Heading2"/>
      </w:pPr>
      <w:r>
        <w:t>meaning of Labbaik, unprepared pilgrims, and true sense of jihad</w:t>
      </w:r>
    </w:p>
    <w:p>
      <w:r>
        <w:rPr>
          <w:color w:val="666666"/>
          <w:sz w:val="18"/>
        </w:rPr>
        <w:t>Revival of Abrahamic Mission October 28, 2012 · 5m 05s · at 24:19 · https://youtu.be/9mV72V5gsqM?t=1459</w:t>
      </w:r>
    </w:p>
    <w:p>
      <w:r>
        <w:rPr>
          <w:i/>
        </w:rPr>
        <w:t>“اے اللہ! میں حاضر ہوں۔ تو حاضر کس بات کے لیے؟”</w:t>
      </w:r>
    </w:p>
    <w:p>
      <w:r>
        <w:rPr>
          <w:sz w:val="20"/>
        </w:rPr>
        <w:t>24:19  Ae Allah! Main haazir hoon. To haazir kis baat ke liye? Haazir kis baat ke liye? Is baat ke liye ke Allah ke Paighambar ne jo mission diya tha woh mission khatam nahi ho gaya.</w:t>
      </w:r>
      <w:r>
        <w:br/>
      </w:r>
      <w:r>
        <w:rPr>
          <w:sz w:val="20"/>
        </w:rPr>
        <w:t>24:37  In ek lakh chobees hazaar insaanon par hajji yeh kehta hai ke ae Allah!</w:t>
      </w:r>
      <w:r>
        <w:br/>
      </w:r>
      <w:r>
        <w:rPr>
          <w:sz w:val="20"/>
        </w:rPr>
        <w:t>24:48  Main haazir hoon ke main dobara yahan ahad karoon ya parhez loon ke is mission ko main aage badhaunga. Mission ruka nahi hai.</w:t>
      </w:r>
      <w:r>
        <w:br/>
      </w:r>
      <w:r>
        <w:rPr>
          <w:sz w:val="20"/>
        </w:rPr>
        <w:t>25:01  Is ka tasalsul jaari hai. Woh continue hai.</w:t>
      </w:r>
      <w:r>
        <w:br/>
      </w:r>
      <w:r>
        <w:rPr>
          <w:sz w:val="20"/>
        </w:rPr>
        <w:t>25:04  Yeh hai matlab labbaik Allahumma labbaik ka.</w:t>
      </w:r>
      <w:r>
        <w:br/>
      </w:r>
      <w:r>
        <w:rPr>
          <w:sz w:val="20"/>
        </w:rPr>
        <w:t>25:13  To haj mein jo log jaate hain woh marasim ada karne nahi aate</w:t>
      </w:r>
      <w:r>
        <w:br/>
      </w:r>
      <w:r>
        <w:rPr>
          <w:sz w:val="20"/>
        </w:rPr>
        <w:t>25:23  balkeh arfaat ke maidan mein jama ho kar goya ke dobara rasool ki awaz khud sunne ke liye jaate.</w:t>
      </w:r>
      <w:r>
        <w:br/>
      </w:r>
      <w:r>
        <w:rPr>
          <w:sz w:val="20"/>
        </w:rPr>
        <w:t>25:35  mein jab yeh baatein soch raha hoon to aisa lagta hai ke woh awaz goonjti hui mujh tak pahunch rahi hai. Rasool Allah jo awaz boley thay woh fiza mein goonjti hui mujh tak pahunch rahi hai.</w:t>
      </w:r>
      <w:r>
        <w:br/>
      </w:r>
      <w:r>
        <w:rPr>
          <w:sz w:val="20"/>
        </w:rPr>
        <w:t>25:51  aur yeh keh rahi hai ke yeh mission seventh century AD mein khatam nahi ho gaya. Is ko pahunchna hai twenty first century tak.</w:t>
      </w:r>
      <w:r>
        <w:br/>
      </w:r>
      <w:r>
        <w:rPr>
          <w:sz w:val="20"/>
        </w:rPr>
        <w:t>26:06  to jab haji wahan jata hai to haqeeqatan woh yeh pledge deli jata hai. Pledge! Aisa kyun nahi hota ke haji lotte hain to woh mission zinda kyun nahi hota?</w:t>
      </w:r>
      <w:r>
        <w:br/>
      </w:r>
      <w:r>
        <w:rPr>
          <w:sz w:val="20"/>
        </w:rPr>
        <w:t>26:22  Ibrahimi mission zinda kyun nahi hota? Is liye ke without preparation jaate hain woh. Woh prepared mind ke sath wahan nahi jaate.</w:t>
      </w:r>
      <w:r>
        <w:br/>
      </w:r>
      <w:r>
        <w:rPr>
          <w:sz w:val="20"/>
        </w:rPr>
        <w:t>26:34  without preparation</w:t>
      </w:r>
      <w:r>
        <w:br/>
      </w:r>
      <w:r>
        <w:rPr>
          <w:sz w:val="20"/>
        </w:rPr>
        <w:t>26:39  hajiyon ko zaroorat hai ke bataya jaye ke tum jo ja rahe ho to kis liye ja rahe ho. Un ko yeh ayat batai jaye Quran majeed ki jo Surah Al-Hajj mein hai ke jahidu fillah haq jihadi ke jihad ka matlab kya hai?</w:t>
      </w:r>
      <w:r>
        <w:br/>
      </w:r>
      <w:r>
        <w:rPr>
          <w:sz w:val="20"/>
        </w:rPr>
        <w:t>26:55  Yahan aage ke jo alfaaz hain woh yeh hain ke likun al-rasool shaheedan alaikum wa takunu shuhada al-nas.</w:t>
      </w:r>
      <w:r>
        <w:br/>
      </w:r>
      <w:r>
        <w:rPr>
          <w:sz w:val="20"/>
        </w:rPr>
        <w:t>27:05  Ek aur jagah yahi ayat aai hai is mein yeh lafz hain ke wa kadhalika ja'alnakum ummatan wasatan litakunu shuhada al-nas wa yakuna al-rasool alaikum shaheedan.</w:t>
      </w:r>
      <w:r>
        <w:br/>
      </w:r>
      <w:r>
        <w:rPr>
          <w:sz w:val="20"/>
        </w:rPr>
        <w:t>27:16  Dekhiye wasat ke ma'ani hote hain beech. Beech! To paighambar jo tha woh middle man bana.</w:t>
      </w:r>
      <w:r>
        <w:br/>
      </w:r>
      <w:r>
        <w:rPr>
          <w:sz w:val="20"/>
        </w:rPr>
        <w:t>27:28  Allah ke aur insano ke darmiyan. Allah aur insano ke darmiyan paighambar middle man tha ke Allah se jo paigham mila us ko insano tak pahunchaya.</w:t>
      </w:r>
      <w:r>
        <w:br/>
      </w:r>
      <w:r>
        <w:rPr>
          <w:sz w:val="20"/>
        </w:rPr>
        <w:t>27:40  Ab yeh ummat middle ummat hai</w:t>
      </w:r>
      <w:r>
        <w:br/>
      </w:r>
      <w:r>
        <w:rPr>
          <w:sz w:val="20"/>
        </w:rPr>
        <w:t>27:45  ke rasool se jo mila us ko insano tak pahunchana hai.</w:t>
      </w:r>
      <w:r>
        <w:br/>
      </w:r>
      <w:r>
        <w:rPr>
          <w:sz w:val="20"/>
        </w:rPr>
        <w:t>27:51  Ab ayat ke is juz ko le kar sochiye aap likun al-rasool shaheedan alaikum wa takunu shuhada al-nas. Tab aap ke samne aayega ke yahan jihad ka matlab kya hai?</w:t>
      </w:r>
      <w:r>
        <w:br/>
      </w:r>
      <w:r>
        <w:rPr>
          <w:sz w:val="20"/>
        </w:rPr>
        <w:t>28:03  Jihad ka matlab na to ladna bhirna hai na qital karna hai. Yeh sab nahi hai. Jihad ka matlab agla lafz wazeh kar raha hai.</w:t>
      </w:r>
      <w:r>
        <w:br/>
      </w:r>
      <w:r>
        <w:rPr>
          <w:sz w:val="20"/>
        </w:rPr>
        <w:t>28:17  Jihad ka matlab jihad shahadat hai. Yahan par</w:t>
      </w:r>
      <w:r>
        <w:br/>
      </w:r>
      <w:r>
        <w:rPr>
          <w:sz w:val="20"/>
        </w:rPr>
        <w:t>28:20  likun al-rasool shaheedan alaikum wa takunu shuhada al-nas. Jihad se murad jihad shahadat hai, jihad dawat hai, jihad tabligh hai.</w:t>
      </w:r>
      <w:r>
        <w:br/>
      </w:r>
      <w:r>
        <w:rPr>
          <w:sz w:val="20"/>
        </w:rPr>
        <w:t>28:36  Khud ayat ke alfaaz yeh mutayyan kar rahe hain ke yahan jihad se matlab kya hai? Dekhiye jihad ke ma'ani hain jud-o-jihad, at utmost struggle.</w:t>
      </w:r>
      <w:r>
        <w:br/>
      </w:r>
      <w:r>
        <w:rPr>
          <w:sz w:val="20"/>
        </w:rPr>
        <w:t>28:46  Yeh hai jihad.</w:t>
      </w:r>
      <w:r>
        <w:br/>
      </w:r>
      <w:r>
        <w:rPr>
          <w:sz w:val="20"/>
        </w:rPr>
        <w:t>28:48  To kaha ke dawat ke liye, shahadat ke liye, tabligh ke liye tum apni sari taqat laga do.</w:t>
      </w:r>
      <w:r>
        <w:br/>
      </w:r>
      <w:r>
        <w:rPr>
          <w:sz w:val="20"/>
        </w:rPr>
        <w:t>29:00  Koi insan bekhabar na rahe Allah ke paigham se.</w:t>
      </w:r>
      <w:r>
        <w:br/>
      </w:r>
      <w:r>
        <w:rPr>
          <w:sz w:val="20"/>
        </w:rPr>
        <w:t>29:08  To yeh hai woh, yeh hai woh</w:t>
      </w:r>
      <w:r>
        <w:br/>
      </w:r>
      <w:r>
        <w:rPr>
          <w:sz w:val="20"/>
        </w:rPr>
        <w:t>29:15  mission jis ke, jis ke, jis ka paigham lene ke liye haji wahan jata hai.</w:t>
      </w:r>
    </w:p>
    <w:p>
      <w:pPr>
        <w:pStyle w:val="Heading2"/>
      </w:pPr>
      <w:r>
        <w:t>Islamic prayer combines mind and body</w:t>
      </w:r>
    </w:p>
    <w:p>
      <w:r>
        <w:rPr>
          <w:color w:val="666666"/>
          <w:sz w:val="18"/>
        </w:rPr>
        <w:t>Salat -- Islamic Prayer I 27th Feb. 07 · 3m 44s · at 32:37 · https://youtu.be/y1MA97h7mxg?t=1957</w:t>
      </w:r>
    </w:p>
    <w:p>
      <w:r>
        <w:rPr>
          <w:i/>
        </w:rPr>
        <w:t>“Islamic prayer is not a ritual or spiritless form”</w:t>
      </w:r>
    </w:p>
    <w:p>
      <w:r>
        <w:rPr>
          <w:sz w:val="20"/>
        </w:rPr>
        <w:t>32:37  It is very important to know that Islamic prayer is not a ritual or spiritless form.</w:t>
      </w:r>
      <w:r>
        <w:br/>
      </w:r>
      <w:r>
        <w:rPr>
          <w:sz w:val="20"/>
        </w:rPr>
        <w:t>32:56  Islamic prayer is a living prayer. It is intellectual worship, worship with its spirit, worship with full consciousness.</w:t>
      </w:r>
      <w:r>
        <w:br/>
      </w:r>
      <w:r>
        <w:rPr>
          <w:sz w:val="20"/>
        </w:rPr>
        <w:t>33:20  If your body is involved in Islamic prayer but your mind is absent, then it is not prayer.</w:t>
      </w:r>
      <w:r>
        <w:br/>
      </w:r>
      <w:r>
        <w:rPr>
          <w:sz w:val="20"/>
        </w:rPr>
        <w:t>33:30  You know every human being has a body.</w:t>
      </w:r>
      <w:r>
        <w:br/>
      </w:r>
      <w:r>
        <w:rPr>
          <w:sz w:val="20"/>
        </w:rPr>
        <w:t>33:40  At the same time, he has a mind.</w:t>
      </w:r>
      <w:r>
        <w:br/>
      </w:r>
      <w:r>
        <w:rPr>
          <w:sz w:val="20"/>
        </w:rPr>
        <w:t>33:51  So mind and body both must be involved in Islamic prayer.</w:t>
      </w:r>
      <w:r>
        <w:br/>
      </w:r>
      <w:r>
        <w:rPr>
          <w:sz w:val="20"/>
        </w:rPr>
        <w:t>33:58  Bodily, you will perform the outer aspect of prayer.</w:t>
      </w:r>
      <w:r>
        <w:br/>
      </w:r>
      <w:r>
        <w:rPr>
          <w:sz w:val="20"/>
        </w:rPr>
        <w:t>34:06  But intellectually, you must be involved in prayer.</w:t>
      </w:r>
      <w:r>
        <w:br/>
      </w:r>
      <w:r>
        <w:rPr>
          <w:sz w:val="20"/>
        </w:rPr>
        <w:t>34:14  At the time of prayer, you must think about God.</w:t>
      </w:r>
      <w:r>
        <w:br/>
      </w:r>
      <w:r>
        <w:rPr>
          <w:sz w:val="20"/>
        </w:rPr>
        <w:t>34:22  You must think about the presence of God.</w:t>
      </w:r>
      <w:r>
        <w:br/>
      </w:r>
      <w:r>
        <w:rPr>
          <w:sz w:val="20"/>
        </w:rPr>
        <w:t>34:30  You must think about the accountability.</w:t>
      </w:r>
      <w:r>
        <w:br/>
      </w:r>
      <w:r>
        <w:rPr>
          <w:sz w:val="20"/>
        </w:rPr>
        <w:t>34:39  When you read some part of the Quran in your prayer, you must understand its meaning.</w:t>
      </w:r>
      <w:r>
        <w:br/>
      </w:r>
      <w:r>
        <w:rPr>
          <w:sz w:val="20"/>
        </w:rPr>
        <w:t>34:47  For example, when you say in your prayer, maliki yawm al-din Lord of the Day of Judgment, when</w:t>
      </w:r>
      <w:r>
        <w:br/>
      </w:r>
      <w:r>
        <w:rPr>
          <w:sz w:val="20"/>
        </w:rPr>
        <w:t>34:56  you say this, Lord of the Day of Judgment, you have to remember the Day of Judgment.</w:t>
      </w:r>
      <w:r>
        <w:br/>
      </w:r>
      <w:r>
        <w:rPr>
          <w:sz w:val="20"/>
        </w:rPr>
        <w:t>35:05  You have to think about accountability.</w:t>
      </w:r>
      <w:r>
        <w:br/>
      </w:r>
      <w:r>
        <w:rPr>
          <w:sz w:val="20"/>
        </w:rPr>
        <w:t>35:15  So it is very important.</w:t>
      </w:r>
      <w:r>
        <w:br/>
      </w:r>
      <w:r>
        <w:rPr>
          <w:sz w:val="20"/>
        </w:rPr>
        <w:t>35:25  Prayer is a combination of mind and body.</w:t>
      </w:r>
      <w:r>
        <w:br/>
      </w:r>
      <w:r>
        <w:rPr>
          <w:sz w:val="20"/>
        </w:rPr>
        <w:t>35:36  Prayer is a combination of external act and also internal spirit.</w:t>
      </w:r>
      <w:r>
        <w:br/>
      </w:r>
      <w:r>
        <w:rPr>
          <w:sz w:val="20"/>
        </w:rPr>
        <w:t>35:46  So you have to pray with both inner spirit and external form.</w:t>
      </w:r>
      <w:r>
        <w:br/>
      </w:r>
      <w:r>
        <w:rPr>
          <w:sz w:val="20"/>
        </w:rPr>
        <w:t>35:57  Without form, there is no worship. And at the same time, without spirit, there is no Salat. So this is the true picture of Salat or prayer or Namaz.</w:t>
      </w:r>
      <w:r>
        <w:br/>
      </w:r>
      <w:r>
        <w:rPr>
          <w:sz w:val="20"/>
        </w:rPr>
        <w:t>36:21  May God bless us to perform this Salat in the right way.</w:t>
      </w:r>
    </w:p>
    <w:p>
      <w:pPr>
        <w:pStyle w:val="Heading2"/>
      </w:pPr>
      <w:r>
        <w:t>Alhamdulillah as mastering the art of positivity</w:t>
      </w:r>
    </w:p>
    <w:p>
      <w:r>
        <w:rPr>
          <w:color w:val="666666"/>
          <w:sz w:val="18"/>
        </w:rPr>
        <w:t>An Intellectual Journey May 1, 2011 · 5m 45s · at 1:09:53 · https://youtu.be/AqjjyimoIqw?t=4193</w:t>
      </w:r>
    </w:p>
    <w:p>
      <w:r>
        <w:rPr>
          <w:i/>
        </w:rPr>
        <w:t>“Aap ki speeches mein hamesha ek hi central idea milta hai”</w:t>
      </w:r>
    </w:p>
    <w:p>
      <w:r>
        <w:rPr>
          <w:sz w:val="20"/>
        </w:rPr>
        <w:t>1:09:53  unhone likha hai: "aap ki speeches mein hamesha ek hi central idea milta hai ke aadmi apne aap ko nafrat, complaint aur ta'assub se pak ho kar apne mental level ko kaise buland kare aur high thinking ko kaise adopt kare.</w:t>
      </w:r>
      <w:r>
        <w:br/>
      </w:r>
      <w:r>
        <w:rPr>
          <w:sz w:val="20"/>
        </w:rPr>
        <w:t>1:10:14  sare molvi sirf ibadat ke form ki baat karte hain, aap sirf spirit se start lene ko kehte hain.</w:t>
      </w:r>
      <w:r>
        <w:br/>
      </w:r>
      <w:r>
        <w:rPr>
          <w:sz w:val="20"/>
        </w:rPr>
        <w:t>1:10:22  aakhir yeh baat logon ko kyon nazar nahin aati? is ke baray mein bataein." dekhein, mein apna experience batata hoon aap ko.</w:t>
      </w:r>
      <w:r>
        <w:br/>
      </w:r>
      <w:r>
        <w:rPr>
          <w:sz w:val="20"/>
        </w:rPr>
        <w:t>1:10:32  barson tak mein yeh soch mein khoj mein tha ke quran ka ke central idea kya hai, quran ka khulasa kya hai. kyunke quran agar aap parhein yun to aap ko lagta hai ke fragmentary type ka lagta hai, aap ko mukhtalif qism ki baatein aik ke baad aik aati rehti hain.</w:t>
      </w:r>
      <w:r>
        <w:br/>
      </w:r>
      <w:r>
        <w:rPr>
          <w:sz w:val="20"/>
        </w:rPr>
        <w:t>1:10:50  to is ka khulasa, is ka central theme kya hai? bohat dinon ke baad mujhe yeh samajh mein aaya ke quran ki jo pehli aayat hai, wohi is ke central theme hai, khulasa hai is ka yani: "alhamdolillah rabbul alameen, allah ka shukar, khudaaya tera shukar hai,</w:t>
      </w:r>
      <w:r>
        <w:br/>
      </w:r>
      <w:r>
        <w:rPr>
          <w:sz w:val="20"/>
        </w:rPr>
        <w:t>1:11:09  khudaaya mein teri hamd karta hoon, khudaaya mein teri tareef karta hoon."</w:t>
      </w:r>
      <w:r>
        <w:br/>
      </w:r>
      <w:r>
        <w:rPr>
          <w:sz w:val="20"/>
        </w:rPr>
        <w:t>1:11:14  jaise ke maine abhi arz kiya ke itni zyada blessing jab mein sochta hoon to mein sochta hoon ke paanch zabaanon, jis ko ke mein thoda bahut jaanta hoon, us ke saare alfaaz mujhe yaad hon aur saare alfaaz mein istemaal karoon khuda ki hamd bayan karne ke liye to nakafi ho jayenge.</w:t>
      </w:r>
      <w:r>
        <w:br/>
      </w:r>
      <w:r>
        <w:rPr>
          <w:sz w:val="20"/>
        </w:rPr>
        <w:t>1:11:35  yeh hamd. ab maine socha ke allah taala ke nazdeek sab se bari cheez hamd hai, yani allah ke glory ko bayan karna, allah ki blessing ko bayan karna, allah ke allah ke baray mein itna zyada yani blessing ka ehsaas ke allah se mohabbat hone lage aap ko.</w:t>
      </w:r>
      <w:r>
        <w:br/>
      </w:r>
      <w:r>
        <w:rPr>
          <w:sz w:val="20"/>
        </w:rPr>
        <w:t>1:11:58  to yeh kaise hoga?</w:t>
      </w:r>
      <w:r>
        <w:br/>
      </w:r>
      <w:r>
        <w:rPr>
          <w:sz w:val="20"/>
        </w:rPr>
        <w:t>1:12:00  ke hum to jeete hain different qism ke unpleasant situation mein, har waqt koi hum ko satata hai, koi gaali deta hai, koi takleef pahunchata hai.</w:t>
      </w:r>
      <w:r>
        <w:br/>
      </w:r>
      <w:r>
        <w:rPr>
          <w:sz w:val="20"/>
        </w:rPr>
        <w:t>1:12:13  is tarah tarah ke waqiyat jo hamare paas zaati to bana ho rahe hain, to abhi aqwaam chhupe hue hum dekhte hain. agar hamare paas koi bomb nahin mara, farz kijiye hum parhte hain ke falan mulk mein bomb maar diya, falan mulk mein gun chala diya, itne musalman mar gaye, itne musalman tabaah ho gaye.</w:t>
      </w:r>
      <w:r>
        <w:br/>
      </w:r>
      <w:r>
        <w:rPr>
          <w:sz w:val="20"/>
        </w:rPr>
        <w:t>1:12:29  to har waqt hamare paas aise item aate hain, aise haalaat mein hamd kaise hogi? dekhein, hamd jo hai aik bohat hi positive response ka naam hai,</w:t>
      </w:r>
      <w:r>
        <w:br/>
      </w:r>
      <w:r>
        <w:rPr>
          <w:sz w:val="20"/>
        </w:rPr>
        <w:t>1:12:40  totally positive response ka naam hamd hai. aur jab hum jee rahe hain aik negative world mein to kaise aap karenge aisa? kya allah ne kaha ke aap double shirt bano, lip service ke oopar alhamd kaho, baqi dil mein tumhari nafratein hon,</w:t>
      </w:r>
      <w:r>
        <w:br/>
      </w:r>
      <w:r>
        <w:rPr>
          <w:sz w:val="20"/>
        </w:rPr>
        <w:t>1:12:58  dil mein negative thought hon, nafrat ho, aur zabaan se lip service ki taraf alhamd alhamd karte raho? zahir hai ke aisa allah nahin kar sakta.</w:t>
      </w:r>
      <w:r>
        <w:br/>
      </w:r>
      <w:r>
        <w:rPr>
          <w:sz w:val="20"/>
        </w:rPr>
        <w:t>1:13:09  to phir meri samajh mein aaya doosri aayaton ko le kar ke, hadeeson ko le kar ke, is ka matlab yeh hai ke alhamd kehne ka matlab yeh hai ke "you have to learn the art of negativity management".</w:t>
      </w:r>
      <w:r>
        <w:br/>
      </w:r>
      <w:r>
        <w:rPr>
          <w:sz w:val="20"/>
        </w:rPr>
        <w:t>1:13:21  negative experience ko manage karo is tareeqay se ke woh shukr mein dhal jaye. woh</w:t>
      </w:r>
      <w:r>
        <w:br/>
      </w:r>
      <w:r>
        <w:rPr>
          <w:sz w:val="20"/>
        </w:rPr>
        <w:t>1:13:29  yeh alhamd mein, alhamdolillah, alhamdolillah rabbul alameen, wohi keh payega jis ka dil negativity se paak ho, jis ke dil mein ghussa na ho, nafrat na ho, inteqaam na ho, complaint na ho, shikayatein na hon.</w:t>
      </w:r>
      <w:r>
        <w:br/>
      </w:r>
      <w:r>
        <w:rPr>
          <w:sz w:val="20"/>
        </w:rPr>
        <w:t>1:13:42  tab to kaise kahega woh? "ae khuda, ae rabbul alameen, hamd hai tere liye". kaise kahega?</w:t>
      </w:r>
      <w:r>
        <w:br/>
      </w:r>
      <w:r>
        <w:rPr>
          <w:sz w:val="20"/>
        </w:rPr>
        <w:t>1:13:51  nahin to lip service karega, munafiq ban kar bolega. kya allah taala munafiqat boli chahta hai?</w:t>
      </w:r>
      <w:r>
        <w:br/>
      </w:r>
      <w:r>
        <w:rPr>
          <w:sz w:val="20"/>
        </w:rPr>
        <w:t>1:14:00  to alhamdolillah rabbul alameen mein yeh cheez implicit hai ke agar tum chahte ho sachcha alhamd kehna to bhulao negative baaton ko, bhulao un unpleasant cheezon ko,</w:t>
      </w:r>
      <w:r>
        <w:br/>
      </w:r>
      <w:r>
        <w:rPr>
          <w:sz w:val="20"/>
        </w:rPr>
        <w:t>1:14:18  manage karo saare negative experience ko taake tum is qabil raho ke tum positive response de sako. yeh sab isi implicit hai, isi mein</w:t>
      </w:r>
      <w:r>
        <w:br/>
      </w:r>
      <w:r>
        <w:rPr>
          <w:sz w:val="20"/>
        </w:rPr>
        <w:t>1:14:30  is ka clue mujhe mukhtalif tareeqay se mila. misaal tor par aik shakhs aata hai rasool allah ke paas, woh kehta hai: "agar mujhe bataein koi master formula zindagi ka, koi master formula zindagi ka dijiye".</w:t>
      </w:r>
      <w:r>
        <w:br/>
      </w:r>
      <w:r>
        <w:rPr>
          <w:sz w:val="20"/>
        </w:rPr>
        <w:t>1:14:43  to aap kya kehte hain? "la taghzab", ghussa na karo. phir mein us waqt ghussa na karoon? kya ghussa apne bas mein hota hai? kya bas mein ghussa na karoon?</w:t>
      </w:r>
      <w:r>
        <w:br/>
      </w:r>
      <w:r>
        <w:rPr>
          <w:sz w:val="20"/>
        </w:rPr>
        <w:t>1:14:55  ghussa rasool allah ke bhi aa</w:t>
      </w:r>
      <w:r>
        <w:br/>
      </w:r>
      <w:r>
        <w:rPr>
          <w:sz w:val="20"/>
        </w:rPr>
        <w:t>1:14:56  ta tha, is tarah ghazab. is ka matlab hai ghusse ko le kar ke manfi na bano, ghussa ko le kar ke negative na bano, ghussa ko le kar nafrat na paalo apne seene mein.</w:t>
      </w:r>
      <w:r>
        <w:br/>
      </w:r>
      <w:r>
        <w:rPr>
          <w:sz w:val="20"/>
        </w:rPr>
        <w:t>1:15:09  ghussa ko le kar shikayat tak karne wale ban jao. ghussa waqti aik cheez hai, aaya gaya jaise quran mein hai ke "al qadhimul ghaiz".</w:t>
      </w:r>
      <w:r>
        <w:br/>
      </w:r>
      <w:r>
        <w:rPr>
          <w:sz w:val="20"/>
        </w:rPr>
        <w:t>1:15:21  ghussa aaya, pee jao us ko.</w:t>
      </w:r>
      <w:r>
        <w:br/>
      </w:r>
      <w:r>
        <w:rPr>
          <w:sz w:val="20"/>
        </w:rPr>
        <w:t>1:15:23  to alhamdulillah rabbul alameen mein yeh sari baatein chhipi hui hain ke apne aap ko itna zyada purify karo ke tum khuda ki blessing ke liye koi samjho aur uske liye positive response de sako.</w:t>
      </w:r>
    </w:p>
    <w:p>
      <w:pPr>
        <w:pStyle w:val="Heading2"/>
      </w:pPr>
      <w:r>
        <w:t>Your earnings were never truly your own property</w:t>
      </w:r>
    </w:p>
    <w:p>
      <w:r>
        <w:rPr>
          <w:color w:val="666666"/>
          <w:sz w:val="18"/>
        </w:rPr>
        <w:t>Spirit of Zakat May 4, 2007 Maulana Wahiduddin Khan · 3m 35s · at 1:48 · https://youtu.be/oj5_5pFnmHk?t=108</w:t>
      </w:r>
    </w:p>
    <w:p>
      <w:r>
        <w:rPr>
          <w:i/>
        </w:rPr>
        <w:t>“What a man earns is not his own property”</w:t>
      </w:r>
    </w:p>
    <w:p>
      <w:r>
        <w:rPr>
          <w:sz w:val="20"/>
        </w:rPr>
        <w:t>1:48  aadmi jo kuch kamata hai, woh us ki zaati milkiyat nahi hai. is liye ke</w:t>
      </w:r>
      <w:r>
        <w:br/>
      </w:r>
      <w:r>
        <w:rPr>
          <w:sz w:val="20"/>
        </w:rPr>
        <w:t>2:02  is kamai mein aadmi jin cheezon ko istemal karta hai, woh sab ke sab khuda ki di hui hain.</w:t>
      </w:r>
      <w:r>
        <w:br/>
      </w:r>
      <w:r>
        <w:rPr>
          <w:sz w:val="20"/>
        </w:rPr>
        <w:t>2:14  aadmi ki apni zaat, is ka dimagh, is ki zabaan, is ka kaan, is ki aankh, yeh sab kuch khuda ka diya hua hai.</w:t>
      </w:r>
      <w:r>
        <w:br/>
      </w:r>
      <w:r>
        <w:rPr>
          <w:sz w:val="20"/>
        </w:rPr>
        <w:t>2:26  inhi ko istemal kar ke woh kamai karta hai. phir dekhiye, apni zaat ke bahir bohat sari cheezein hain</w:t>
      </w:r>
      <w:r>
        <w:br/>
      </w:r>
      <w:r>
        <w:rPr>
          <w:sz w:val="20"/>
        </w:rPr>
        <w:t>2:39  jo agar na hon to aadmi kuch bhi nahi kar sakta. in ko kaha jata hai life support system.</w:t>
      </w:r>
      <w:r>
        <w:br/>
      </w:r>
      <w:r>
        <w:rPr>
          <w:sz w:val="20"/>
        </w:rPr>
        <w:t>2:50  jaise suraj ki roshni.</w:t>
      </w:r>
      <w:r>
        <w:br/>
      </w:r>
      <w:r>
        <w:rPr>
          <w:sz w:val="20"/>
        </w:rPr>
        <w:t>2:54  aap jante hain ke roshni na ho to sirf aankh se hum kuch dekh nahi sakte. hua agar hawa na ho to hum kaan se kuch sun nahi sakte.</w:t>
      </w:r>
      <w:r>
        <w:br/>
      </w:r>
      <w:r>
        <w:rPr>
          <w:sz w:val="20"/>
        </w:rPr>
        <w:t>3:07  zabaan se bolen, zabaan se bolen to doosre ko woh sunai nahi de ga. zameen mein jo kashish hai, agar woh na ho to hum na is pe chal saken, na is pe ghar bana saken.</w:t>
      </w:r>
      <w:r>
        <w:br/>
      </w:r>
      <w:r>
        <w:rPr>
          <w:sz w:val="20"/>
        </w:rPr>
        <w:t>3:22  to is tarah ki anginat cheezein hain, anginat cheezein hain, jo goya ke khudai infrastructure hain ya life support system kaha jata hai in ko.</w:t>
      </w:r>
      <w:r>
        <w:br/>
      </w:r>
      <w:r>
        <w:rPr>
          <w:sz w:val="20"/>
        </w:rPr>
        <w:t>3:37  to yeh cheezein agar na hon to aadmi koi bhi kaam nahi kar sakta.</w:t>
      </w:r>
      <w:r>
        <w:br/>
      </w:r>
      <w:r>
        <w:rPr>
          <w:sz w:val="20"/>
        </w:rPr>
        <w:t>3:44  to jo aadmi paisa kamata hai, jo maal kamata hai, is mein agar dekha jaye to insaan ka sirf insaan ka jo hissa hai, woh sirf irade ke بقدر hai.</w:t>
      </w:r>
      <w:r>
        <w:br/>
      </w:r>
      <w:r>
        <w:rPr>
          <w:sz w:val="20"/>
        </w:rPr>
        <w:t>4:01  yani is ne irada kiya ke woh kamai kare. bas irade ke bahir jo kuch bhi is ne kiya, woh sab khuda ka diya hua tha.</w:t>
      </w:r>
      <w:r>
        <w:br/>
      </w:r>
      <w:r>
        <w:rPr>
          <w:sz w:val="20"/>
        </w:rPr>
        <w:t>4:11  yani ek percent se bhi kam hai aadmi ka apna hissa. is liye kaha gaya ke yeh sab wa'atu haqqahu yawma hasadihi yani khuda ka haq do.</w:t>
      </w:r>
      <w:r>
        <w:br/>
      </w:r>
      <w:r>
        <w:rPr>
          <w:sz w:val="20"/>
        </w:rPr>
        <w:t>4:31  apni kamai mein se khuda ka haq do. yeh jo zakat hai ya ushr hai, yeh</w:t>
      </w:r>
      <w:r>
        <w:br/>
      </w:r>
      <w:r>
        <w:rPr>
          <w:sz w:val="20"/>
        </w:rPr>
        <w:t>4:42  insaan ka atiya nahi hai. yeh khuda ka haq hai jis ko woh lotata hai. wa'atu haqqahu yawma hasadihi is ko kaha gaya hai haq ul maal.</w:t>
      </w:r>
      <w:r>
        <w:br/>
      </w:r>
      <w:r>
        <w:rPr>
          <w:sz w:val="20"/>
        </w:rPr>
        <w:t>5:01  to islam ka jo tasawwur hai, woh yeh hai ke aadmi jab deta hai apne maal mein se to woh apni cheez nahi deta, balkeh khuda hi ki cheez hoti hai jis ko woh khuda ki taraf lotata hai.</w:t>
      </w:r>
    </w:p>
    <w:p>
      <w:pPr>
        <w:pStyle w:val="Heading2"/>
      </w:pPr>
      <w:r>
        <w:t>Dawah requires patience and normalcy</w:t>
      </w:r>
    </w:p>
    <w:p>
      <w:r>
        <w:rPr>
          <w:color w:val="666666"/>
          <w:sz w:val="18"/>
        </w:rPr>
        <w:t>Aspects of Quran &amp; Hadith in Islam (English) | March 20, 2007 | Maulana Wahiduddin Khan · 6m 06s · at 28:14 · https://youtu.be/CJd5YVgHP9k?t=1694</w:t>
      </w:r>
    </w:p>
    <w:p>
      <w:r>
        <w:rPr>
          <w:i/>
        </w:rPr>
        <w:t>“Ahl-e-iman se, woh hai dawat.”</w:t>
      </w:r>
    </w:p>
    <w:p>
      <w:r>
        <w:rPr>
          <w:sz w:val="20"/>
        </w:rPr>
        <w:t>28:14  ahl-e-iman se, wo hai dawat. dawat yani doosron ko jo sachai aap ne pai hai, wo sachai doosron ko batana. is dunya ko banane mein, insan ko banane mein, Khuda ka jo creation plan hai, us creation plan se logon ko ba-khabar karna. quran ko aap padhenge to aisa lagega aap ko ke quran ka jo subject hai, wo hai</w:t>
      </w:r>
      <w:r>
        <w:br/>
      </w:r>
      <w:r>
        <w:rPr>
          <w:sz w:val="20"/>
        </w:rPr>
        <w:t>28:44  creation plan of god ko batana, taake insan jaane ke yahan par kaise rehna hai, yeh jaane ke marne ke baad kya us ke samne aayega, yeh jaane ke eternal kamyabi kis cheez ka naam hai, yeh jaane ke us ko kaise apne aap ko health se bachana hai. yeh hai creation plan of god. to in sab baaton ko aap khud discover karte hain,</w:t>
      </w:r>
      <w:r>
        <w:br/>
      </w:r>
      <w:r>
        <w:rPr>
          <w:sz w:val="20"/>
        </w:rPr>
        <w:t>29:14  phir doosron ko batate hain. to yeh hai dawat, dawat ilallah. quran poori ki poori kitab dawat hai. poora poora quran jo hai, wo kitab dawat hai. yani dawat ki zaban mein hai, dawat ke usloob mein hai, dawat wali baatein us ke andar hain. insan ko Khuda mukhatib kar ke kehta hai ke dekho, maine is liye paida kiya hai tum ko. dekho, yeh hai tumhari kamyabi ka rasta</w:t>
      </w:r>
      <w:r>
        <w:br/>
      </w:r>
      <w:r>
        <w:rPr>
          <w:sz w:val="20"/>
        </w:rPr>
        <w:t>29:44  ۔ دیکھو، یہ ہے جو راستہ تمہارے لیے۔ یہ ہے موت، یہ ہے زندگی، یہ ہے جنت، یہ ہے جہنم۔ یہ سب قرآن میں بتایا گیا ہے۔ تو قرآن جو ہے، کیا ہے؟ وہ کتاب دعوت ہے۔ دیکھیے، دعوت کا معاملہ کوئی announcement کا معاملہ نہیں ہے۔ announcement کا معاملہ نہیں ہے کہ آپ کھڑے ہو کر تقریر کر ڈالیں، دع</w:t>
      </w:r>
      <w:r>
        <w:br/>
      </w:r>
      <w:r>
        <w:rPr>
          <w:sz w:val="20"/>
        </w:rPr>
        <w:t>30:14  وت ہو گئی۔ نہیں، دعوت سرتاپا صبر کا معاملہ ہے۔ دعوت کے ساتھ صبر جڑا ہوا ہے۔ دعوت کے بغیر صبر نہیں، اور صبر کے بغیر دعوت نہیں۔ دیکھیے، رسول اللہ صلی اللہ علیہ وسلم کو جب نبوت ملی، مکہ میں 610 عیسوی میں آپ کو پیغمبر بنایا گیا تھا۔ اس وقت آپ مکہ میں تھے۔ تو شروع میں</w:t>
      </w:r>
      <w:r>
        <w:br/>
      </w:r>
      <w:r>
        <w:rPr>
          <w:sz w:val="20"/>
        </w:rPr>
        <w:t>30:46  یہ آیت اتری، یہ یہ سورہ اتری، سورہ المدثر۔ يا أيها المدثر قم فانظر ربك فکبر وسيابك فطهر ورجز فأجر ولا تمن تستكسر وربك فاصبر wahan par dekhiye, aap Allah taala ne farmaya ke يا أيها المدثر قم فانظر قم فانظر utho aur logon ko bata do,</w:t>
      </w:r>
      <w:r>
        <w:br/>
      </w:r>
      <w:r>
        <w:rPr>
          <w:sz w:val="20"/>
        </w:rPr>
        <w:t>31:19  logon ke samne jao, bata do logon ko ke what is the creation plan of god, ja ke bata do. aur phir farmaya ke وربك فاصبر aur apne rab ke liye sabr karo, yani keep patience for the sake of god. is ko sochiye ke dawat ke sath sath yeh kehne ka kya matlab hai? Khuda ne hukum diya ke dawat</w:t>
      </w:r>
      <w:r>
        <w:br/>
      </w:r>
      <w:r>
        <w:rPr>
          <w:sz w:val="20"/>
        </w:rPr>
        <w:t>31:49  kaam karo, tum ko daai banaya hai. Khuda ne dain ilallah bizni wa sirajum munira to dawat ke sath sabr kyun joda? dekhiye, is liye joda ke aap apne ko distraction se bachayen. aap daai aur madu ke darmiyan normalcy ko maintain rakhen. dekhen, jo dunya mein aap hain, is dunya mein kya hai?</w:t>
      </w:r>
      <w:r>
        <w:br/>
      </w:r>
      <w:r>
        <w:rPr>
          <w:sz w:val="20"/>
        </w:rPr>
        <w:t>32:19  har waqt kuch na kuch negative experiences hote rehte hain. har waqt koi provoke kar deta hai, har waqt koi aisi baat ho jati hai jis se dil mein yani bura ghussa aa jaye, dil mein intiqam aa jaye. yeh sab hota hi rehta hai subah sham. aur phir jab dawat ka kaam aap karenge to aur bhi yeh cheezein paida hongi. ab agar aap</w:t>
      </w:r>
      <w:r>
        <w:br/>
      </w:r>
      <w:r>
        <w:rPr>
          <w:sz w:val="20"/>
        </w:rPr>
        <w:t>32:49  aisa karen ke har negative tajarbe mein aap bhark uthen, ab aap khud bhi react karne lagen. matlab daai jo hai, agar aisa ho ke woh doosron ki taraf se jab negative response mile to woh khud bhi waise hi react karne lage to kya hoga? daai aur madu ke darmiyan</w:t>
      </w:r>
      <w:r>
        <w:br/>
      </w:r>
      <w:r>
        <w:rPr>
          <w:sz w:val="20"/>
        </w:rPr>
        <w:t>33:20  normalcy khatm ho jayegi, muaddal halaat na rahen ge. to kya hai? to to normalize the situation, sabr ki zaroorat hai, patience ki zaroorat hai. patience jo hai, woh kya hai? situation ko normalize karne ke liye, yani Khuda ka, ya</w:t>
      </w:r>
      <w:r>
        <w:br/>
      </w:r>
      <w:r>
        <w:rPr>
          <w:sz w:val="20"/>
        </w:rPr>
        <w:t>33:50  ni Khuda ka hukum jo hai ke sabr ke liye, is liye hai ke hamesha situation normal bani rahe. daai aur madu ke darmiyan situation jo hai, woh normal bani rahe. to sabr hai situation ko normal halat mein baqi rakhne ke liye, yani muaddal halat mein baqi rakhne ke liye. warna daawa work kaise hoga? daawa work kaise hoga?</w:t>
      </w:r>
    </w:p>
    <w:p>
      <w:pPr>
        <w:pStyle w:val="Heading2"/>
      </w:pPr>
      <w:r>
        <w:t>Imam Shafi'i's flawed logic and the basics vs non-basics fix</w:t>
      </w:r>
    </w:p>
    <w:p>
      <w:r>
        <w:rPr>
          <w:color w:val="666666"/>
          <w:sz w:val="18"/>
        </w:rPr>
        <w:t>Islam mein Fiqhi Ikhtelaf (Jurisprudential Disagreement in Islam) Maulana Wahiddudin Khan · 3m 22s · at 22:24 · https://youtu.be/8S3yyG9KYOE?t=1344</w:t>
      </w:r>
    </w:p>
    <w:p>
      <w:r>
        <w:rPr>
          <w:i/>
        </w:rPr>
        <w:t>“You know one of our four Imams is Imam Shafi'i”</w:t>
      </w:r>
    </w:p>
    <w:p>
      <w:r>
        <w:rPr>
          <w:sz w:val="20"/>
        </w:rPr>
        <w:t>22:24  aap jante hain ke char jo imam hamare hain, un mein se aik hain Imam Shafi'i. un ki kitab hai "Kitab al-Umm", bohat mashhoor kitab hai, jo fiqh ki bohat hi authentic book samjhi jati hai.</w:t>
      </w:r>
      <w:r>
        <w:br/>
      </w:r>
      <w:r>
        <w:rPr>
          <w:sz w:val="20"/>
        </w:rPr>
        <w:t>22:36  is ko discuss kiya unhon ne. ab woh kya kehte hain ke fiqh mein jo differences hain, to har difference kisi na kisi prophetic opinion se mil raha hai.</w:t>
      </w:r>
      <w:r>
        <w:br/>
      </w:r>
      <w:r>
        <w:rPr>
          <w:sz w:val="20"/>
        </w:rPr>
        <w:t>22:49  jo</w:t>
      </w:r>
      <w:r>
        <w:br/>
      </w:r>
      <w:r>
        <w:rPr>
          <w:sz w:val="20"/>
        </w:rPr>
        <w:t>22:50  bhi difference hai, ke "ameen" zor zor se kahein, tab bhi milta hai. Dheere se kahein, tab bhi milta hai. Yani jitne bhi differences hain, woh kisi kisi na kisi sahabi se mil rahe hain, kisi na kisi companion se mil rahe hain.</w:t>
      </w:r>
      <w:r>
        <w:br/>
      </w:r>
      <w:r>
        <w:rPr>
          <w:sz w:val="20"/>
        </w:rPr>
        <w:t>23:03  To woh yeh kehte hain ke jab ek difference aur doosra difference, ek tareeqa aur doosra tareeqa, sab mil rahe hain sahabi se, to humein kya right hai ke hum kahein ke yeh galat hai, woh sahi hai?</w:t>
      </w:r>
      <w:r>
        <w:br/>
      </w:r>
      <w:r>
        <w:rPr>
          <w:sz w:val="20"/>
        </w:rPr>
        <w:t>23:14  Kaise hum keh sakte hain?</w:t>
      </w:r>
      <w:r>
        <w:br/>
      </w:r>
      <w:r>
        <w:rPr>
          <w:sz w:val="20"/>
        </w:rPr>
        <w:t>23:18  Har har har sahabi authentic hai. Hum kaise? Humare paas koi authority nahi hai. Hum kahein ke yes, yeh yeh sahabi galat tha, woh sahabi sahi hai.</w:t>
      </w:r>
      <w:r>
        <w:br/>
      </w:r>
      <w:r>
        <w:rPr>
          <w:sz w:val="20"/>
        </w:rPr>
        <w:t>23:28  Humare paas koi authority aisi nahi hai. Badi behas ki unhone. Aakhir mein kya likhte hain? Ab dekhein, kitni ridiculous baat yeh hai, kitni ridiculous baat yeh hai.</w:t>
      </w:r>
      <w:r>
        <w:br/>
      </w:r>
      <w:r>
        <w:rPr>
          <w:sz w:val="20"/>
        </w:rPr>
        <w:t>23:39  Woh kehte hain ke is difference ko ya alag alag fiqhi school banane ko justify karte hain, yeh keh kar ke "Rai rai thawab yahtamal al khata, wa rai wa ghairi khata yahtamal thawab".</w:t>
      </w:r>
      <w:r>
        <w:br/>
      </w:r>
      <w:r>
        <w:rPr>
          <w:sz w:val="20"/>
        </w:rPr>
        <w:t>23:55  " Uska matlab yeh hai ke meri rai sahi hai, is is imkaan ke sath ke shayad galat bhi ho, aur doosre ki rai galat hai, is imkaan ke sath shayad sahi bhi ho.</w:t>
      </w:r>
      <w:r>
        <w:br/>
      </w:r>
      <w:r>
        <w:rPr>
          <w:sz w:val="20"/>
        </w:rPr>
        <w:t>24:10  Yeh yeh kitna ridiculous baat yeh hai. Kyunke doosra jo jo bata raha hai, woh woh bhi ek sahabi hai.</w:t>
      </w:r>
      <w:r>
        <w:br/>
      </w:r>
      <w:r>
        <w:rPr>
          <w:sz w:val="20"/>
        </w:rPr>
        <w:t>24:26  Yani Imam Shafi kisi sahabi ki baat le kar ke keh rahe hain ke aisa karna hai humein. Lekin jo doosra jo party hai, woh woh bhi kisi kisi sahabi ko le kar keh raha hai ke nahi, aisa karna hai.</w:t>
      </w:r>
      <w:r>
        <w:br/>
      </w:r>
      <w:r>
        <w:rPr>
          <w:sz w:val="20"/>
        </w:rPr>
        <w:t>24:35  To keh rahe hain ke main samajhta hoon ke mera maslak sahi hai, lekin shayad unka bhi sahi ho, kyunke woh bhi to sahabi ke reference de rahe hain.</w:t>
      </w:r>
      <w:r>
        <w:br/>
      </w:r>
      <w:r>
        <w:rPr>
          <w:sz w:val="20"/>
        </w:rPr>
        <w:t>24:48  To iski zaroorat kya hai? Ab yeh keh dein ke yeh bhi sahi, woh bhi sahi.</w:t>
      </w:r>
      <w:r>
        <w:br/>
      </w:r>
      <w:r>
        <w:rPr>
          <w:sz w:val="20"/>
        </w:rPr>
        <w:t>24:57  Yeh seedhi si baat hai ke is sahabi ka tareeqa bhi sahi, is sahabi ke tareeqe bhi sahi. Yani itne yeh jo hai, yeh jo nazariya nikala unhone, bilkul ridiculous sahi hai.</w:t>
      </w:r>
      <w:r>
        <w:br/>
      </w:r>
      <w:r>
        <w:rPr>
          <w:sz w:val="20"/>
        </w:rPr>
        <w:t>25:02  To dekhiye, yahan par maamla kya tha ke al haqq al adad ka nazariya bilkul galat banaya gaya. Haq bilashuba ek hota hai, lekin non basics hamesha different hua karte hain.</w:t>
      </w:r>
      <w:r>
        <w:br/>
      </w:r>
      <w:r>
        <w:rPr>
          <w:sz w:val="20"/>
        </w:rPr>
        <w:t>25:13  Hamesha</w:t>
      </w:r>
      <w:r>
        <w:br/>
      </w:r>
      <w:r>
        <w:rPr>
          <w:sz w:val="20"/>
        </w:rPr>
        <w:t>25:26  Yani basics mein hamesha aap payenge unity, lekin non basics mein hamesha payenge differences.</w:t>
      </w:r>
      <w:r>
        <w:br/>
      </w:r>
      <w:r>
        <w:rPr>
          <w:sz w:val="20"/>
        </w:rPr>
        <w:t>25:29  Is saada si baat ko na samajhne ki wajah se itne saare fiqhi school ban gaye.</w:t>
      </w:r>
      <w:r>
        <w:br/>
      </w:r>
      <w:r>
        <w:rPr>
          <w:sz w:val="20"/>
        </w:rPr>
        <w:t>25:40  To</w:t>
      </w:r>
    </w:p>
    <w:p>
      <w:pPr>
        <w:pStyle w:val="Heading2"/>
      </w:pPr>
      <w:r>
        <w:t>Ramadan as training month to realize God's blessings</w:t>
      </w:r>
    </w:p>
    <w:p>
      <w:r>
        <w:rPr>
          <w:color w:val="666666"/>
          <w:sz w:val="18"/>
        </w:rPr>
        <w:t>The Spirit of Fasting Gratitude to God April 25, 2020 Maulana Wahiduddin Khan · 5m 43s · at 0:46 · https://youtu.be/ql1UxsMLOzg?t=46</w:t>
      </w:r>
    </w:p>
    <w:p>
      <w:r>
        <w:rPr>
          <w:i/>
        </w:rPr>
        <w:t>“Aam taur par samajhte hain log keh yeh sawab ka mahina hai”</w:t>
      </w:r>
    </w:p>
    <w:p>
      <w:r>
        <w:rPr>
          <w:sz w:val="20"/>
        </w:rPr>
        <w:t>0:46  aam taur par samajhte hain log ke yeh sawab ka mahina hai.</w:t>
      </w:r>
      <w:r>
        <w:br/>
      </w:r>
      <w:r>
        <w:rPr>
          <w:sz w:val="20"/>
        </w:rPr>
        <w:t>0:55  sawab ek bawa lafz hai. sahih baat yeh hai ke ramzan ka mahina tarbiyat ka mahina hai.</w:t>
      </w:r>
      <w:r>
        <w:br/>
      </w:r>
      <w:r>
        <w:rPr>
          <w:sz w:val="20"/>
        </w:rPr>
        <w:t>1:09  tarbiyat ka matlab koi mahdoodh matlab mein nahin hai. main ek misal deta hoon aap ko. rasool allah salallaho alaihi wasallam ne roza rakha to jab aap ne iftar kiya</w:t>
      </w:r>
      <w:r>
        <w:br/>
      </w:r>
      <w:r>
        <w:rPr>
          <w:sz w:val="20"/>
        </w:rPr>
        <w:t>1:30  to pani piya, pani se iftar kiya aur kaha ke maine allah ke rizq se iftar kiya.</w:t>
      </w:r>
      <w:r>
        <w:br/>
      </w:r>
      <w:r>
        <w:rPr>
          <w:sz w:val="20"/>
        </w:rPr>
        <w:t>1:44  aur jab aap ne</w:t>
      </w:r>
      <w:r>
        <w:br/>
      </w:r>
      <w:r>
        <w:rPr>
          <w:sz w:val="20"/>
        </w:rPr>
        <w:t>1:46  pani piya</w:t>
      </w:r>
      <w:r>
        <w:br/>
      </w:r>
      <w:r>
        <w:rPr>
          <w:sz w:val="20"/>
        </w:rPr>
        <w:t>1:50  to aap ne kaha ke</w:t>
      </w:r>
      <w:r>
        <w:br/>
      </w:r>
      <w:r>
        <w:rPr>
          <w:sz w:val="20"/>
        </w:rPr>
        <w:t>2:01  rageen tar ho gayi hain.</w:t>
      </w:r>
      <w:r>
        <w:br/>
      </w:r>
      <w:r>
        <w:rPr>
          <w:sz w:val="20"/>
        </w:rPr>
        <w:t>2:06  jab aap ne pani piya to aap ne farmaya ke rageen tar ho gayi hain.</w:t>
      </w:r>
      <w:r>
        <w:br/>
      </w:r>
      <w:r>
        <w:rPr>
          <w:sz w:val="20"/>
        </w:rPr>
        <w:t>2:15  is ka matlab azal in sha Allah taala. to yeh rageen tar hone wali baat jo hai aam dinon mein kam hoti hai.</w:t>
      </w:r>
      <w:r>
        <w:br/>
      </w:r>
      <w:r>
        <w:rPr>
          <w:sz w:val="20"/>
        </w:rPr>
        <w:t>2:31  lekin jab aap ne</w:t>
      </w:r>
      <w:r>
        <w:br/>
      </w:r>
      <w:r>
        <w:rPr>
          <w:sz w:val="20"/>
        </w:rPr>
        <w:t>2:36  bhook ne roza rakha aur bhook is ko lag rahi ho to bhook ki halat mein jab woh</w:t>
      </w:r>
      <w:r>
        <w:br/>
      </w:r>
      <w:r>
        <w:rPr>
          <w:sz w:val="20"/>
        </w:rPr>
        <w:t>2:54  pani peeta hai to is ko tajurba hota hai ke pani kitni bari nemat hai.</w:t>
      </w:r>
      <w:r>
        <w:br/>
      </w:r>
      <w:r>
        <w:rPr>
          <w:sz w:val="20"/>
        </w:rPr>
        <w:t>3:07  pani kitni bari nemat hai.</w:t>
      </w:r>
      <w:r>
        <w:br/>
      </w:r>
      <w:r>
        <w:rPr>
          <w:sz w:val="20"/>
        </w:rPr>
        <w:t>3:13  aam halat mein bhi aadmi mehsoos karta hai ke pani bohat bari nemat hai. lekin jab aap piyase hon aur piyas ki halat mein aap pani piyen to is ka asar kai guna barh jata hai.</w:t>
      </w:r>
      <w:r>
        <w:br/>
      </w:r>
      <w:r>
        <w:rPr>
          <w:sz w:val="20"/>
        </w:rPr>
        <w:t>3:31  to yeh khana aur yeh pani</w:t>
      </w:r>
      <w:r>
        <w:br/>
      </w:r>
      <w:r>
        <w:rPr>
          <w:sz w:val="20"/>
        </w:rPr>
        <w:t>3:37  aam halat mein bhi aadmi sochta hai ke ek yeh nemat hai. lekin jab bhook piyas ke baad woh khata hai aur peeta hai to is ka ehsas bohat barh jata hai.</w:t>
      </w:r>
      <w:r>
        <w:br/>
      </w:r>
      <w:r>
        <w:rPr>
          <w:sz w:val="20"/>
        </w:rPr>
        <w:t>3:57  Allah ki nemat ka ehsas bohat izafa ho jata hai. to sach poochhiye to roza jo hai ka maqsad yeh hai ke insan jaane</w:t>
      </w:r>
      <w:r>
        <w:br/>
      </w:r>
      <w:r>
        <w:rPr>
          <w:sz w:val="20"/>
        </w:rPr>
        <w:t>4:14  ke rizq kitni bari nemat hai. khana aur pani kitni bari nemat hai.</w:t>
      </w:r>
      <w:r>
        <w:br/>
      </w:r>
      <w:r>
        <w:rPr>
          <w:sz w:val="20"/>
        </w:rPr>
        <w:t>4:26  yani aap jab dil bhooke rahen tab jante hain aap ke khane se taqat aati hai.</w:t>
      </w:r>
      <w:r>
        <w:br/>
      </w:r>
      <w:r>
        <w:rPr>
          <w:sz w:val="20"/>
        </w:rPr>
        <w:t>4:36  khana hamari taqat ke liye hai. na khana khayen to</w:t>
      </w:r>
      <w:r>
        <w:br/>
      </w:r>
      <w:r>
        <w:rPr>
          <w:sz w:val="20"/>
        </w:rPr>
        <w:t>4:43  hum kamzor ho jayenge. hum kaam ziyada kaam ke qabil nahi rahenge. to khane ki nemat, pani ki nemat, har cheez ki</w:t>
      </w:r>
      <w:r>
        <w:br/>
      </w:r>
      <w:r>
        <w:rPr>
          <w:sz w:val="20"/>
        </w:rPr>
        <w:t>5:01  nemat ko yaad dilata hai roze ka mahina.</w:t>
      </w:r>
      <w:r>
        <w:br/>
      </w:r>
      <w:r>
        <w:rPr>
          <w:sz w:val="20"/>
        </w:rPr>
        <w:t>5:11  to hum ko chahiye ke hum roze ke mahine mein is ehsas ko taza karen aur ziyada ziyada sochein ke khana aur pani</w:t>
      </w:r>
      <w:r>
        <w:br/>
      </w:r>
      <w:r>
        <w:rPr>
          <w:sz w:val="20"/>
        </w:rPr>
        <w:t>5:29  kaisi ajeeb nemat hai.</w:t>
      </w:r>
      <w:r>
        <w:br/>
      </w:r>
      <w:r>
        <w:rPr>
          <w:sz w:val="20"/>
        </w:rPr>
        <w:t>5:39  mein ek martaba Kashmir gaya wahan mein ne</w:t>
      </w:r>
      <w:r>
        <w:br/>
      </w:r>
      <w:r>
        <w:rPr>
          <w:sz w:val="20"/>
        </w:rPr>
        <w:t>5:48  kafi der ke baad pani piya tha. to jab piyas pani waise pani bhi acha tha lekin jab piyas ke baad mein ne is pani ko piya to mein ne chhe</w:t>
      </w:r>
      <w:r>
        <w:br/>
      </w:r>
      <w:r>
        <w:rPr>
          <w:sz w:val="20"/>
        </w:rPr>
        <w:t>6:06  gilaas pani pi gaya. chhe gilaas.</w:t>
      </w:r>
      <w:r>
        <w:br/>
      </w:r>
      <w:r>
        <w:rPr>
          <w:sz w:val="20"/>
        </w:rPr>
        <w:t>6:18  to yeh maqsad hai roze ka. yani Allah ki nemat ko yaad karna.</w:t>
      </w:r>
    </w:p>
    <w:p>
      <w:pPr>
        <w:pStyle w:val="Heading2"/>
      </w:pPr>
      <w:r>
        <w:t>Full story of Hazrat Hajira's sacrifice in the desert</w:t>
      </w:r>
    </w:p>
    <w:p>
      <w:r>
        <w:rPr>
          <w:color w:val="666666"/>
          <w:sz w:val="18"/>
        </w:rPr>
        <w:t>Spirit of Hajj July 3, 2022 Prof. Farida Khanam · 3m 23s · at 6:10 · https://youtu.be/--Nez1VOcAQ?t=370</w:t>
      </w:r>
    </w:p>
    <w:p>
      <w:r>
        <w:rPr>
          <w:i/>
        </w:rPr>
        <w:t>“हज़रत हाजरा का role बहुत अज़ीम है, सुनिए पूरी कहानी”</w:t>
      </w:r>
    </w:p>
    <w:p>
      <w:r>
        <w:rPr>
          <w:sz w:val="20"/>
        </w:rPr>
        <w:t>6:10  her marvelous sacrifice brought an era in the human history which which brought about revolution. to ab main chahunga ke aap role of Hajra ko achhe se wazeh karen hum sab ke liye. Hazrat Hajra ka role bahut azeem hai. agar unhone yeh qurbani na di hoti to aaj tauheed ka inqilab bhi na aata.</w:t>
      </w:r>
      <w:r>
        <w:br/>
      </w:r>
      <w:r>
        <w:rPr>
          <w:sz w:val="20"/>
        </w:rPr>
        <w:t>6:36  kyunki duniya mein itna zyada shirk tha, itni zyada superstition tha ke koi bhi jab paighambar aata to woh kamyab nahi hota tha kyunke logon ke andar itna zyada superstition tha ke woh paighambar ki dawat e tauheed ko manne ke liye apne aap ko tayyar nahi paate the.</w:t>
      </w:r>
      <w:r>
        <w:br/>
      </w:r>
      <w:r>
        <w:rPr>
          <w:sz w:val="20"/>
        </w:rPr>
        <w:t>6:58  to jab allah taala ne ek lakh chobees hazar paighambar bheje aur uske bawajood tauheed par mabni inqilab na aa saka. tab allah taala ne ek planning ki. us planning ke liye jo zabardast qurbani chahiye thi woh ek aurat hi de sakti thi. woh Hazrat Hajra ne woh qurbani di.</w:t>
      </w:r>
      <w:r>
        <w:br/>
      </w:r>
      <w:r>
        <w:rPr>
          <w:sz w:val="20"/>
        </w:rPr>
        <w:t>7:21  woh qurbani yeh thi ke allah taala ka yeh plan hua ke abadi chunke sari buraiyan abadi mein hoti hain. to abadi mein log shirk tha abadi mein, superstition tha abadi mein, moral evils thi. to jab bachcha paida hota to usi society mein jaakar usi rang mein rang jaata tha.</w:t>
      </w:r>
      <w:r>
        <w:br/>
      </w:r>
      <w:r>
        <w:rPr>
          <w:sz w:val="20"/>
        </w:rPr>
        <w:t>7:43  to allah taala ne plan kiya ke ek sahara mein ek nasal banai jaye aur us nasal ko jo us sahara ke jo ghair mutamaddin ilaqe mein aur jahan ke har buraiyon se mehfooz ek jagah mein ek nasal paida ki jaye jo nasal baad mein aakhri paighambar ke sath unko support degi aur tauheed par mabni inqilab paida karegi.</w:t>
      </w:r>
      <w:r>
        <w:br/>
      </w:r>
      <w:r>
        <w:rPr>
          <w:sz w:val="20"/>
        </w:rPr>
        <w:t>8:11  to Hazrat Hajra ne yeh qurbani di. jab Hazrat Ibrahim Hazrat Hajra ko le gaye sahara mein aur unke paas ek chota bachcha tha Ismail. to do teen din ke baad woh jab wahan sahara mein chhodkar jaane lage to Hazrat Hajra ne kaha ke aap humein chhodkar ja rahe hain hum yahan sahara mein kaise rahenge wahan to pani bhi nahi tha. na koi insan, na pani, na khana kuch nahi.</w:t>
      </w:r>
      <w:r>
        <w:br/>
      </w:r>
      <w:r>
        <w:rPr>
          <w:sz w:val="20"/>
        </w:rPr>
        <w:t>8:38  to do teen baar unhone jab bola to Hazrat Ibrahim aur Ismail kuch bole nahi. to phir Hazrat Hajra ne kaha ke kya yeh aap apni marzi se kar rahe hain ya khuda ka hukum hai? to Hazrat Ibrahim ne tab jawab diya ke haan yeh khuda ka hukum hai. to us waqt Hazrat Hajra ne kaha ke agar yeh khuda ka hukum hai to phir allah humein zaya nahi karega.</w:t>
      </w:r>
      <w:r>
        <w:br/>
      </w:r>
      <w:r>
        <w:rPr>
          <w:sz w:val="20"/>
        </w:rPr>
        <w:t>9:03  ab aap sochiye ke aaj koi bhi na mard na aurat sahara mein akele rehne ke liye tayyar hoga. ji. to yeh bahut bada Hazrat Hajra ka role hai. isko humein yaad karna chahiye aur isse humein inspiration hasil karna chahiye. to Hazrat Hajra mar rahi hai jab pani ki bachcha rone laga pani se to woh daudi Safa aur Marwa ek chhoti chhoti pahadiyan hain. to wahan saat baar daudi uske baad allah taala ne Zam Zam ka khua wahan nikal diya.</w:t>
      </w:r>
      <w:r>
        <w:br/>
      </w:r>
      <w:r>
        <w:rPr>
          <w:sz w:val="20"/>
        </w:rPr>
        <w:t>9:33  to jab pani ho jata hai sahara mein to phir aur log doosre insan jab woh tribal age tha to koi ek tribe tha Jurhum woh aakar wahan bas gaya.</w:t>
      </w:r>
    </w:p>
    <w:p>
      <w:pPr>
        <w:pStyle w:val="Heading2"/>
      </w:pPr>
      <w:r>
        <w:t>Universality of fasting and making everything secondary</w:t>
      </w:r>
    </w:p>
    <w:p>
      <w:r>
        <w:rPr>
          <w:color w:val="666666"/>
          <w:sz w:val="18"/>
        </w:rPr>
        <w:t>The Spirit of Ramadan 5 Sept, 2010 - Maulana Wahiduddin Khan · 5m 05s · at 22:13 · https://youtu.be/2w5Tm9gWvPA?t=1333</w:t>
      </w:r>
    </w:p>
    <w:p>
      <w:r>
        <w:rPr>
          <w:i/>
        </w:rPr>
        <w:t>“Quran mein hai 'kutiba alaikum al-siyam'.”</w:t>
      </w:r>
    </w:p>
    <w:p>
      <w:r>
        <w:rPr>
          <w:sz w:val="20"/>
        </w:rPr>
        <w:t>22:13  dekhiye quran majeed mein jahan hukum aaya hai rozay ka to us mein hai ke "kutiba alaikumus siyam kama kutiba allazeena min qablikum".</w:t>
      </w:r>
      <w:r>
        <w:br/>
      </w:r>
      <w:r>
        <w:rPr>
          <w:sz w:val="20"/>
        </w:rPr>
        <w:t>22:26  yaani roza farz kiya gaya jis tarah se pichli ummaton ko farz kiya gaya tha.</w:t>
      </w:r>
      <w:r>
        <w:br/>
      </w:r>
      <w:r>
        <w:rPr>
          <w:sz w:val="20"/>
        </w:rPr>
        <w:t>22:31  yeh bohat ajeeb baat hai. yaani is mein afaqiyat hai. universality hai. ab jab roza rakhte hain aap to lagta hai ke aap aik universal tradition mein jud gaye hain aap.</w:t>
      </w:r>
      <w:r>
        <w:br/>
      </w:r>
      <w:r>
        <w:rPr>
          <w:sz w:val="20"/>
        </w:rPr>
        <w:t>22:46  kesi ajeeb baat hai yeh</w:t>
      </w:r>
      <w:r>
        <w:br/>
      </w:r>
      <w:r>
        <w:rPr>
          <w:sz w:val="20"/>
        </w:rPr>
        <w:t>22:48  keh aap ne jab roza rakha to aap ne yeh socha keh main akela roza nahi rakh raha hoon. aur phir tareekh mein roza rakhte rahe hain log.</w:t>
      </w:r>
      <w:r>
        <w:br/>
      </w:r>
      <w:r>
        <w:rPr>
          <w:sz w:val="20"/>
        </w:rPr>
        <w:t>22:58  saare nabi, saare momineen, saare Allah ko maanne wale log. yeh hai universality.</w:t>
      </w:r>
      <w:r>
        <w:br/>
      </w:r>
      <w:r>
        <w:rPr>
          <w:sz w:val="20"/>
        </w:rPr>
        <w:t>23:07  to roza jo hai universality ka sabak hai. yehin se Quran mein jo jo ayat woh jo rukoo hai us mein yehin se shuru hota hai keh roza tum par farz kiya gaya Ramzan ke mahine mein jaisa keh pichli ummaton ko farz kiya gaya tha.</w:t>
      </w:r>
      <w:r>
        <w:br/>
      </w:r>
      <w:r>
        <w:rPr>
          <w:sz w:val="20"/>
        </w:rPr>
        <w:t>23:23  to yeh hai afaqiyat, yeh hai universality.</w:t>
      </w:r>
      <w:r>
        <w:br/>
      </w:r>
      <w:r>
        <w:rPr>
          <w:sz w:val="20"/>
        </w:rPr>
        <w:t>23:28  kesi ajeeb baat hai yeh. kyunkeh aap iman ki duniya mein akele nahi hain. roohaniyat ki duniya mein aap akele nahi hain.</w:t>
      </w:r>
      <w:r>
        <w:br/>
      </w:r>
      <w:r>
        <w:rPr>
          <w:sz w:val="20"/>
        </w:rPr>
        <w:t>23:38  roohaniyat ka, spirituality ka, iman ka, Allah wali zindagi ka aik aik yahan se poori history mein phaila hua aik aik tradition hai.</w:t>
      </w:r>
      <w:r>
        <w:br/>
      </w:r>
      <w:r>
        <w:rPr>
          <w:sz w:val="20"/>
        </w:rPr>
        <w:t>23:48  is se aap jud gaye hain. is se kesa yaqeen barhta hai. kesa aik ajeeb hosla aata hai.</w:t>
      </w:r>
      <w:r>
        <w:br/>
      </w:r>
      <w:r>
        <w:rPr>
          <w:sz w:val="20"/>
        </w:rPr>
        <w:t>23:57  saare insanon se mohabbat paida hoti hai, saare insanon se. bohat ajeeb o ghareeb cheez hai yeh.</w:t>
      </w:r>
      <w:r>
        <w:br/>
      </w:r>
      <w:r>
        <w:rPr>
          <w:sz w:val="20"/>
        </w:rPr>
        <w:t>24:06  is tarah dekhiye</w:t>
      </w:r>
      <w:r>
        <w:br/>
      </w:r>
      <w:r>
        <w:rPr>
          <w:sz w:val="20"/>
        </w:rPr>
        <w:t>24:14  yaani roze mein aik bohat bara sabak meri samajh mein aata hai. woh kya hai? keh baghair zaroorat ke ilawa har doosri cheez ko secondary banana.</w:t>
      </w:r>
      <w:r>
        <w:br/>
      </w:r>
      <w:r>
        <w:rPr>
          <w:sz w:val="20"/>
        </w:rPr>
        <w:t>24:28  yeh bohat hi ahem baat hai. zindagi mein dekhiye aadmi phansa rehta hai.</w:t>
      </w:r>
      <w:r>
        <w:br/>
      </w:r>
      <w:r>
        <w:rPr>
          <w:sz w:val="20"/>
        </w:rPr>
        <w:t>24:33  yaani family ke masail mein aur maash ke masail mein, business mein, job mein, is mein, is mein. subah se shaam tak, shaam se subah tak phansa rehta hai.</w:t>
      </w:r>
      <w:r>
        <w:br/>
      </w:r>
      <w:r>
        <w:rPr>
          <w:sz w:val="20"/>
        </w:rPr>
        <w:t>24:43  aur sachai is ka concern nahi ban paati. sachai to kahin aik khane mein kahin rehti hai. ab is ka</w:t>
      </w:r>
      <w:r>
        <w:br/>
      </w:r>
      <w:r>
        <w:rPr>
          <w:sz w:val="20"/>
        </w:rPr>
        <w:t>24:52  saboot yeh hai keh dekh li jiye jab log ikattha hote hain to kis baat par charchah karte hain? kya Khuda ka charchah karte hain? jannat dozakh ka charchah karte hain? sachai ka charchah karte hain?</w:t>
      </w:r>
      <w:r>
        <w:br/>
      </w:r>
      <w:r>
        <w:rPr>
          <w:sz w:val="20"/>
        </w:rPr>
        <w:t>25:02  kuch nahi. wahi sab baatein hain jo aap ki business ki aur</w:t>
      </w:r>
      <w:r>
        <w:br/>
      </w:r>
      <w:r>
        <w:rPr>
          <w:sz w:val="20"/>
        </w:rPr>
        <w:t>25:09  un ki, un ki wahi sab baatein hoti hain. to kyun logon ne roze ka sachaa jo sabak hai woh nahi liya?</w:t>
      </w:r>
      <w:r>
        <w:br/>
      </w:r>
      <w:r>
        <w:rPr>
          <w:sz w:val="20"/>
        </w:rPr>
        <w:t>25:19  roze mein kya hota hai? dekhiye roze mein aadmi baghair zaroorat par jeeta hai.</w:t>
      </w:r>
      <w:r>
        <w:br/>
      </w:r>
      <w:r>
        <w:rPr>
          <w:sz w:val="20"/>
        </w:rPr>
        <w:t>25:25  sachaa roza mein kar raha hoon. aaj kal to roze ke maani hain keh woh bhi aik dhoom bana diya logon ne. woh bhi aik dhoom bana diya. aik sahab ja rahe the roze mein wahan Makkah ja rahe the.</w:t>
      </w:r>
      <w:r>
        <w:br/>
      </w:r>
      <w:r>
        <w:rPr>
          <w:sz w:val="20"/>
        </w:rPr>
        <w:t>25:39  to keh rahe the keh wahan kya shaan hai roze ki. woh to wahan ke roze ki dhoom manane ja rahe hain wahan par. woh roze ka mela.</w:t>
      </w:r>
      <w:r>
        <w:br/>
      </w:r>
      <w:r>
        <w:rPr>
          <w:sz w:val="20"/>
        </w:rPr>
        <w:t>25:49  yeh koi roza hai yeh? to roze ka sachaa rooh kya hai? keh baghair zaroorat khana, baghair zaroorat peena.</w:t>
      </w:r>
      <w:r>
        <w:br/>
      </w:r>
      <w:r>
        <w:rPr>
          <w:sz w:val="20"/>
        </w:rPr>
        <w:t>26:03  baqi sab cheezon ko chhod dena. saare routine toot jaate hain. aik sachay rozedaar ke liye is ke saare routine toot jaate hain. mamoolat toot jaate hain.</w:t>
      </w:r>
      <w:r>
        <w:br/>
      </w:r>
      <w:r>
        <w:rPr>
          <w:sz w:val="20"/>
        </w:rPr>
        <w:t>26:14  zindagi mein aik aik aik aur haal aa jata hai.</w:t>
      </w:r>
      <w:r>
        <w:br/>
      </w:r>
      <w:r>
        <w:rPr>
          <w:sz w:val="20"/>
        </w:rPr>
        <w:t>26:19  to is ke maani kya hue? keh khana peena to aik baghair zaroorat hai. is ke siwa har cheez ko aap secondary bana diya. aaram ko, mamoolat ko, routine ko, aadaton ko.</w:t>
      </w:r>
      <w:r>
        <w:br/>
      </w:r>
      <w:r>
        <w:rPr>
          <w:sz w:val="20"/>
        </w:rPr>
        <w:t>26:32  har cheez ko aap secondary bana diya. yeh sabak hai roze ka. keh sachai ko chhod kar har doosri cheez ko secondary banao.</w:t>
      </w:r>
      <w:r>
        <w:br/>
      </w:r>
      <w:r>
        <w:rPr>
          <w:sz w:val="20"/>
        </w:rPr>
        <w:t>26:42  khuda ko chhod kar har doosri cheez ko secondary banao.</w:t>
      </w:r>
      <w:r>
        <w:br/>
      </w:r>
      <w:r>
        <w:rPr>
          <w:sz w:val="20"/>
        </w:rPr>
        <w:t>26:48  yeh hai roze ka woh. yani roze mein chand cheezon ko baghair zaroorat, bilkul zaroorat ke waqt lain.</w:t>
      </w:r>
      <w:r>
        <w:br/>
      </w:r>
      <w:r>
        <w:rPr>
          <w:sz w:val="20"/>
        </w:rPr>
        <w:t>26:58  baqi cheezon se door ho jana apne aap ko, door kar dena. yeh kya hai? ek sabak hai yeh ek sabak hai yeh.</w:t>
      </w:r>
      <w:r>
        <w:br/>
      </w:r>
      <w:r>
        <w:rPr>
          <w:sz w:val="20"/>
        </w:rPr>
        <w:t>27:06  ke zindagi is tarah guzaro ke har jo bilkul jo tumhari zaroorat hai us ko chhod kar sab cheezon ko secondary tum ne bana diya ho.</w:t>
      </w:r>
    </w:p>
    <w:p>
      <w:pPr>
        <w:pStyle w:val="Heading2"/>
      </w:pPr>
      <w:r>
        <w:t>Two kinds of Hajj: ritual and applied</w:t>
      </w:r>
    </w:p>
    <w:p>
      <w:r>
        <w:rPr>
          <w:color w:val="666666"/>
          <w:sz w:val="18"/>
        </w:rPr>
        <w:t>Hajj and Its Application in Daily Life October 20, 2007 Maulana Wahiduddin Khan · 3m 18s · at 3:10 · https://youtu.be/z_FspKZhl5s?t=190</w:t>
      </w:r>
    </w:p>
    <w:p>
      <w:r>
        <w:rPr>
          <w:i/>
        </w:rPr>
        <w:t>“I can say there are two kinds of Hajj: Hajj and applied Hajj.”</w:t>
      </w:r>
    </w:p>
    <w:p>
      <w:r>
        <w:rPr>
          <w:sz w:val="20"/>
        </w:rPr>
        <w:t>3:10  two kinds of hajj: hajj and hajj culture, or hajj and applied hajj. we perform hajj in makkah.</w:t>
      </w:r>
      <w:r>
        <w:br/>
      </w:r>
      <w:r>
        <w:rPr>
          <w:sz w:val="20"/>
        </w:rPr>
        <w:t>3:24  apparently, it is a set of some rituals. we perform it—we perform these rituals that are called munasik during a few days.</w:t>
      </w:r>
      <w:r>
        <w:br/>
      </w:r>
      <w:r>
        <w:rPr>
          <w:sz w:val="20"/>
        </w:rPr>
        <w:t>3:40  but</w:t>
      </w:r>
      <w:r>
        <w:br/>
      </w:r>
      <w:r>
        <w:rPr>
          <w:sz w:val="20"/>
        </w:rPr>
        <w:t>3:45  then the other hajj begins. there is hajj after hajj. there is hajj after hajj.</w:t>
      </w:r>
      <w:r>
        <w:br/>
      </w:r>
      <w:r>
        <w:rPr>
          <w:sz w:val="20"/>
        </w:rPr>
        <w:t>3:56  so in this extended sense, hajj is very, very important.</w:t>
      </w:r>
      <w:r>
        <w:br/>
      </w:r>
      <w:r>
        <w:rPr>
          <w:sz w:val="20"/>
        </w:rPr>
        <w:t>4:07  there is a verse in the quran in chapter al-baqarah—that is chapter number two—and verse number 200</w:t>
      </w:r>
      <w:r>
        <w:br/>
      </w:r>
      <w:r>
        <w:rPr>
          <w:sz w:val="20"/>
        </w:rPr>
        <w:t>4:23  . god almighty says about hajj: "fa idha qadaytum manasikum fadzkurullaha kadzikrikum abakum aw ashaddadhikra".</w:t>
      </w:r>
      <w:r>
        <w:br/>
      </w:r>
      <w:r>
        <w:rPr>
          <w:sz w:val="20"/>
        </w:rPr>
        <w:t>4:38  it means that when you end the munasik of hajj—munasik means rituals of hajj—when you end the munasik of hajj,</w:t>
      </w:r>
      <w:r>
        <w:br/>
      </w:r>
      <w:r>
        <w:rPr>
          <w:sz w:val="20"/>
        </w:rPr>
        <w:t>4:58  remember god more and more with great intensity.</w:t>
      </w:r>
      <w:r>
        <w:br/>
      </w:r>
      <w:r>
        <w:rPr>
          <w:sz w:val="20"/>
        </w:rPr>
        <w:t>5:09  when you end your munasik of hajj,</w:t>
      </w:r>
      <w:r>
        <w:br/>
      </w:r>
      <w:r>
        <w:rPr>
          <w:sz w:val="20"/>
        </w:rPr>
        <w:t>5:16  remember God with great intensity—that is zikr-e-kaseer. Here you can see that there is Hajj after Hajj.</w:t>
      </w:r>
      <w:r>
        <w:br/>
      </w:r>
      <w:r>
        <w:rPr>
          <w:sz w:val="20"/>
        </w:rPr>
        <w:t>5:29  After completing all those Munasiks, all those rituals, there is another Hajj that is zikr-e-kaseer.</w:t>
      </w:r>
      <w:r>
        <w:br/>
      </w:r>
      <w:r>
        <w:rPr>
          <w:sz w:val="20"/>
        </w:rPr>
        <w:t>5:40  So I can say there is Hajj after Hajj.</w:t>
      </w:r>
      <w:r>
        <w:br/>
      </w:r>
      <w:r>
        <w:rPr>
          <w:sz w:val="20"/>
        </w:rPr>
        <w:t>5:45  First Hajj is performed in Dhul Hijjah during a few days. This Hajj is based on rituals in Munasiks.</w:t>
      </w:r>
      <w:r>
        <w:br/>
      </w:r>
      <w:r>
        <w:rPr>
          <w:sz w:val="20"/>
        </w:rPr>
        <w:t>5:59  This Hajj is based on rituals or Munasiks. Then begins the other Hajj that is based on zikr-e-kaseer—that is remembering God with great intensity.</w:t>
      </w:r>
      <w:r>
        <w:br/>
      </w:r>
      <w:r>
        <w:rPr>
          <w:sz w:val="20"/>
        </w:rPr>
        <w:t>6:21  So this second Hajj is applied Hajj.</w:t>
      </w:r>
    </w:p>
    <w:p>
      <w:pPr>
        <w:pStyle w:val="Heading2"/>
      </w:pPr>
      <w:r>
        <w:t>What the Prophet really did in Cave Hira</w:t>
      </w:r>
    </w:p>
    <w:p>
      <w:r>
        <w:rPr>
          <w:color w:val="666666"/>
          <w:sz w:val="18"/>
        </w:rPr>
        <w:t>Roza and The Quran August 15, 2010 · 4m 26s · at 3:54 · https://youtu.be/Aaby-dLkPL4?t=234</w:t>
      </w:r>
    </w:p>
    <w:p>
      <w:r>
        <w:rPr>
          <w:i/>
        </w:rPr>
        <w:t>“روزہ رمضان میں فرض تو مدینے کے دور میں ہوا”</w:t>
      </w:r>
    </w:p>
    <w:p>
      <w:r>
        <w:rPr>
          <w:sz w:val="20"/>
        </w:rPr>
        <w:t>3:54  dekhein roza jo hai, yaani Ramzan ke mahine mein roza rakhna to yeh baqayda farz to hua hai Madeene ke daur mein, lekin woh Rasool Allah par jab nabuwat shuru nahi hui thi tab se yeh hai.</w:t>
      </w:r>
      <w:r>
        <w:br/>
      </w:r>
      <w:r>
        <w:rPr>
          <w:sz w:val="20"/>
        </w:rPr>
        <w:t>4:12  yaani aap jante hain ke, yaani jo aap par wahi aana shuru hui to woh, woh tha yaani 610 isvi mein.</w:t>
      </w:r>
      <w:r>
        <w:br/>
      </w:r>
      <w:r>
        <w:rPr>
          <w:sz w:val="20"/>
        </w:rPr>
        <w:t>4:30  aap ki paidaish hui thi 570 isvi mein. to yeh mashhoor hai ke aap nabuwat se pehle ghar e Hira mein jate thay.</w:t>
      </w:r>
      <w:r>
        <w:br/>
      </w:r>
      <w:r>
        <w:rPr>
          <w:sz w:val="20"/>
        </w:rPr>
        <w:t>4:41  lekin yeh matlab nahi ke ghar e Hira mein sari zindagi batate thay aap. yaani 40 saal tak ghar e Hira mein aap rahe, aisa nahi hai.</w:t>
      </w:r>
      <w:r>
        <w:br/>
      </w:r>
      <w:r>
        <w:rPr>
          <w:sz w:val="20"/>
        </w:rPr>
        <w:t>4:54  yeh bhi mujhe abhi samajh mein aaya. zehan mein yeh baitha hua tha ke Rasool Allah jo thay nabi banne se pehle ghar e Hira mein ja kar rehte thay.</w:t>
      </w:r>
      <w:r>
        <w:br/>
      </w:r>
      <w:r>
        <w:rPr>
          <w:sz w:val="20"/>
        </w:rPr>
        <w:t>5:03  to unconsciously mere mind mein tha ke aap ghar e Hira mein, yaani aap ke raat din guzarte thay.</w:t>
      </w:r>
      <w:r>
        <w:br/>
      </w:r>
      <w:r>
        <w:rPr>
          <w:sz w:val="20"/>
        </w:rPr>
        <w:t>5:11  halankeh aisa nahi hai. Rasool Allah aap ko maloom hai ke tijarat karte thay. yaani Makka se Sham jate thay tijarti saman le kar ke, phir wahan se tijarti saman late thay.</w:t>
      </w:r>
      <w:r>
        <w:br/>
      </w:r>
      <w:r>
        <w:rPr>
          <w:sz w:val="20"/>
        </w:rPr>
        <w:t>5:27  to zahir hai ke is qism ke jab safar kar rahe hon aap to aap Hira mein kaise baithe rahenge? to asal yeh hai ke har saal Ramzan ke mahina jo tha aap ka woh aap Hira mein batate thay.</w:t>
      </w:r>
      <w:r>
        <w:br/>
      </w:r>
      <w:r>
        <w:rPr>
          <w:sz w:val="20"/>
        </w:rPr>
        <w:t>5:43  yeh pehle se chala aa raha tha wahan par. is ka ishara khud Quran majeed mein hai dekhiye ke Quran majeed mein hai ke kutiba alaikumus siyam kutiba allazeena min qablikum.</w:t>
      </w:r>
      <w:r>
        <w:br/>
      </w:r>
      <w:r>
        <w:rPr>
          <w:sz w:val="20"/>
        </w:rPr>
        <w:t>5:58  yeh roza rakha gaya hai jo Ramzan ka. to pichli ummaton mein bhi yeh tha.</w:t>
      </w:r>
      <w:r>
        <w:br/>
      </w:r>
      <w:r>
        <w:rPr>
          <w:sz w:val="20"/>
        </w:rPr>
        <w:t>6:06  to Quraish jo thay Makka ke woh had apne ko Hazrat Ibrahim ki ummat mante thay.</w:t>
      </w:r>
      <w:r>
        <w:br/>
      </w:r>
      <w:r>
        <w:rPr>
          <w:sz w:val="20"/>
        </w:rPr>
        <w:t>6:13  Hazrat Ibrahim. to Hazrat Ibrahim ke zamane mein bhi yeh tha, yeh tha maujood. agarche kuch badli hui shakal mein tha lekin tha.</w:t>
      </w:r>
      <w:r>
        <w:br/>
      </w:r>
      <w:r>
        <w:rPr>
          <w:sz w:val="20"/>
        </w:rPr>
        <w:t>6:23  to woh jo tradition chali aa rahi thi us tradition ke tehat aap aisa karte thay ke har saal Ramzan ka mahina aap Hira mein guzarte thay.</w:t>
      </w:r>
      <w:r>
        <w:br/>
      </w:r>
      <w:r>
        <w:rPr>
          <w:sz w:val="20"/>
        </w:rPr>
        <w:t>6:35  aap roza rakhte thay. yeh kuch ulama ne likha hai aisa.</w:t>
      </w:r>
      <w:r>
        <w:br/>
      </w:r>
      <w:r>
        <w:rPr>
          <w:sz w:val="20"/>
        </w:rPr>
        <w:t>6:42  to wahan kya karte thay? aam taur par sufia yeh samajhte hain ke wahan aap muraqba karte thay. jo kehte hain meditation.</w:t>
      </w:r>
      <w:r>
        <w:br/>
      </w:r>
      <w:r>
        <w:rPr>
          <w:sz w:val="20"/>
        </w:rPr>
        <w:t>6:54  hamari yeh galat hai. Rasool Allah wahan muraqba nahi karte thay. ek aalim ne likha hai aam taur par aata hai kitabon ke tahannuth.</w:t>
      </w:r>
      <w:r>
        <w:br/>
      </w:r>
      <w:r>
        <w:rPr>
          <w:sz w:val="20"/>
        </w:rPr>
        <w:t>7:06  isko tahannuth kaha jata hai lekin tahannuth ka matlab woh nahi hai ke muraqba.</w:t>
      </w:r>
      <w:r>
        <w:br/>
      </w:r>
      <w:r>
        <w:rPr>
          <w:sz w:val="20"/>
        </w:rPr>
        <w:t>7:11  ek aalim ne likha hai ke tafakkur wal e'tebar. sochte rehte thay wahan. yaani woh tha aap ka daur contemplation ka.</w:t>
      </w:r>
      <w:r>
        <w:br/>
      </w:r>
      <w:r>
        <w:rPr>
          <w:sz w:val="20"/>
        </w:rPr>
        <w:t>7:22  meditation ka nahi. to is ka matlab yeh hai ke Rasool Allah sallallahu alaihi wasallam Ramzan ka mahina jo tha us ko sochne mein guzarte thay.</w:t>
      </w:r>
      <w:r>
        <w:br/>
      </w:r>
      <w:r>
        <w:rPr>
          <w:sz w:val="20"/>
        </w:rPr>
        <w:t>7:32  roza rakhne ka matlab yeh tha ke apne ko distraction se bachana.</w:t>
      </w:r>
      <w:r>
        <w:br/>
      </w:r>
      <w:r>
        <w:rPr>
          <w:sz w:val="20"/>
        </w:rPr>
        <w:t>7:37  jab aadmi khayega nahi piyega nahi aur jo us ke routine hain us ko chhod dega to sara time hi time us ke paas hai.</w:t>
      </w:r>
      <w:r>
        <w:br/>
      </w:r>
      <w:r>
        <w:rPr>
          <w:sz w:val="20"/>
        </w:rPr>
        <w:t>7:49  to kaha ke apne ko distraction se bacha kar ke alag thalag jo ke jana wahan par contemplation yaani ghaur o fikr mein zindagi guzarna yeh hai.</w:t>
      </w:r>
      <w:r>
        <w:br/>
      </w:r>
      <w:r>
        <w:rPr>
          <w:sz w:val="20"/>
        </w:rPr>
        <w:t>8:02  to roze ka mahina socially ka mahina hai. aur yaad rakhiye sab kuch sochne hi se maloom hota hai. jaise maine apni misaal di aap ko ke sochte sochte mujhe maloom hua ke Rasool Allah ka zamana mere dada ka zamana nahi tha.</w:t>
      </w:r>
    </w:p>
    <w:p>
      <w:pPr>
        <w:pStyle w:val="Heading2"/>
      </w:pPr>
      <w:r>
        <w:t>Why reflection and contemplation outweigh empty ritual</w:t>
      </w:r>
    </w:p>
    <w:p>
      <w:r>
        <w:rPr>
          <w:color w:val="666666"/>
          <w:sz w:val="18"/>
        </w:rPr>
        <w:t>Lessons From The Life of Abu Darda (ra) November 9, 2025 · 4m 50s · at 15:08 · https://youtu.be/5V4oxolMiBA?t=908</w:t>
      </w:r>
    </w:p>
    <w:p>
      <w:r>
        <w:rPr>
          <w:i/>
        </w:rPr>
        <w:t>“Abu Darda's most frequent form of worship was reflection”</w:t>
      </w:r>
    </w:p>
    <w:p>
      <w:r>
        <w:rPr>
          <w:sz w:val="20"/>
        </w:rPr>
        <w:t>15:08  doctor sahib, i want to ask the next question from the aspect of um darda</w:t>
      </w:r>
      <w:r>
        <w:br/>
      </w:r>
      <w:r>
        <w:rPr>
          <w:sz w:val="20"/>
        </w:rPr>
        <w:t>15:15  . she is to mention that hazrat abu darda used to do a frequent act during night worship.</w:t>
      </w:r>
      <w:r>
        <w:br/>
      </w:r>
      <w:r>
        <w:rPr>
          <w:sz w:val="20"/>
        </w:rPr>
        <w:t>15:24  so if you could explain that? yaar, there is a narration from ibn abdullah ibn utbah. he once asked um darda, the wife of abu darda r.a., he asked that what was abu darda most frequent form of</w:t>
      </w:r>
      <w:r>
        <w:br/>
      </w:r>
      <w:r>
        <w:rPr>
          <w:sz w:val="20"/>
        </w:rPr>
        <w:t>15:40  worship. so she said, "at-tafakkur wal-i'tibar, reflection and contemplation." abu darda used to spend long hours thinking deeply about god's signs in the creation and the meaning of life.</w:t>
      </w:r>
      <w:r>
        <w:br/>
      </w:r>
      <w:r>
        <w:rPr>
          <w:sz w:val="20"/>
        </w:rPr>
        <w:t>15:56  for him, the great form of worship was tafakkur, the awakening of mind and heart through thinking.</w:t>
      </w:r>
      <w:r>
        <w:br/>
      </w:r>
      <w:r>
        <w:rPr>
          <w:sz w:val="20"/>
        </w:rPr>
        <w:t>16:05  and he would say, "tafakkur khairun min qiyam laylah."</w:t>
      </w:r>
      <w:r>
        <w:br/>
      </w:r>
      <w:r>
        <w:rPr>
          <w:sz w:val="20"/>
        </w:rPr>
        <w:t>16:10  a moment of reflection is better than praying throughout the night. he shows, this shows that true realization of creator can only happen through thinking, contemplation,</w:t>
      </w:r>
      <w:r>
        <w:br/>
      </w:r>
      <w:r>
        <w:rPr>
          <w:sz w:val="20"/>
        </w:rPr>
        <w:t>16:28  deeper awareness, tusamm, and reflection and contemplation. as mentioned by abu darda, means embracing oneself in the world of the quran,</w:t>
      </w:r>
      <w:r>
        <w:br/>
      </w:r>
      <w:r>
        <w:rPr>
          <w:sz w:val="20"/>
        </w:rPr>
        <w:t>16:42  thinking deeply about its wisdom, trying to understand its inner meanings.</w:t>
      </w:r>
      <w:r>
        <w:br/>
      </w:r>
      <w:r>
        <w:rPr>
          <w:sz w:val="20"/>
        </w:rPr>
        <w:t>16:49  and the prophet p.b.u.h. said, "min kulli ayatin minha zaharun wa batin." meaning every verse has a outer meaning and it has an inner meaning.</w:t>
      </w:r>
      <w:r>
        <w:br/>
      </w:r>
      <w:r>
        <w:rPr>
          <w:sz w:val="20"/>
        </w:rPr>
        <w:t>16:59  so inner meaning is the important aspect of the quran, and without this reflection, worship, worship becomes empty form, where repetition of words without spirit.</w:t>
      </w:r>
      <w:r>
        <w:br/>
      </w:r>
      <w:r>
        <w:rPr>
          <w:sz w:val="20"/>
        </w:rPr>
        <w:t>17:16  but when contemplation is present, every act of worship, prayer, hajj, dua, zakat, fasting, becomes alive with awareness of love of the creator.</w:t>
      </w:r>
      <w:r>
        <w:br/>
      </w:r>
      <w:r>
        <w:rPr>
          <w:sz w:val="20"/>
        </w:rPr>
        <w:t>17:29  and there is another narration that one day the prophet sat down and took a dry twig, and he shook off the leaves.</w:t>
      </w:r>
      <w:r>
        <w:br/>
      </w:r>
      <w:r>
        <w:rPr>
          <w:sz w:val="20"/>
        </w:rPr>
        <w:t>17:44  and the prophet said to abu darda r.a., "ana qaul la ilaha illallah, wallahu akbar, walhamdulillah, wasubhanullah,</w:t>
      </w:r>
      <w:r>
        <w:br/>
      </w:r>
      <w:r>
        <w:rPr>
          <w:sz w:val="20"/>
        </w:rPr>
        <w:t>17:58  kama yuhittu waraq ash-shajarah." saying la ilaha illallah, allah akbar, alhamdulillah, and subhanullah, removes sins just as the leaves fall from the tree.</w:t>
      </w:r>
      <w:r>
        <w:br/>
      </w:r>
      <w:r>
        <w:rPr>
          <w:sz w:val="20"/>
        </w:rPr>
        <w:t>18:15  then the prophet said, "ya abu darda, qabli take hold of them, abu darda, before you are prevented from doing so." meaning before death comes to you, you should take hold of that.</w:t>
      </w:r>
      <w:r>
        <w:br/>
      </w:r>
      <w:r>
        <w:rPr>
          <w:sz w:val="20"/>
        </w:rPr>
        <w:t>18:33  and these are called al-baqiyat as-salihat, these are ever lasting good deeds.</w:t>
      </w:r>
      <w:r>
        <w:br/>
      </w:r>
      <w:r>
        <w:rPr>
          <w:sz w:val="20"/>
        </w:rPr>
        <w:t>18:39  so true remembrance is when your inner feelings take the shape of words, and that rise from the soul with sincerity.</w:t>
      </w:r>
      <w:r>
        <w:br/>
      </w:r>
      <w:r>
        <w:rPr>
          <w:sz w:val="20"/>
        </w:rPr>
        <w:t>18:53  so it is not repetition of word, but it should come from from your heart.</w:t>
      </w:r>
      <w:r>
        <w:br/>
      </w:r>
      <w:r>
        <w:rPr>
          <w:sz w:val="20"/>
        </w:rPr>
        <w:t>19:00  right, doctor sahib, this is a very important point that you have beautifully explained, because most of the time we find people focus on the rituals, on performing the act.</w:t>
      </w:r>
      <w:r>
        <w:br/>
      </w:r>
      <w:r>
        <w:rPr>
          <w:sz w:val="20"/>
        </w:rPr>
        <w:t>19:12  maulana wahiduddin khan sahib used to drive home this point a lot, which you just explained, and you expanded upon it. his to say that tadabbur is not just simply, you know, translating the word that contemplation, but it means to convert it into a deeper meaning.</w:t>
      </w:r>
      <w:r>
        <w:br/>
      </w:r>
      <w:r>
        <w:rPr>
          <w:sz w:val="20"/>
        </w:rPr>
        <w:t>19:28  that is tadabbur</w:t>
      </w:r>
      <w:r>
        <w:br/>
      </w:r>
      <w:r>
        <w:rPr>
          <w:sz w:val="20"/>
        </w:rPr>
        <w:t>19:29  , and thusam is when you convert non spiritual items into spiritual items. and if you develop this art of conversion, then you develop aala marifat, higher god realization.</w:t>
      </w:r>
      <w:r>
        <w:br/>
      </w:r>
      <w:r>
        <w:rPr>
          <w:sz w:val="20"/>
        </w:rPr>
        <w:t>19:40  so this is a very important point that you highlighted, doctor sahib, and we must bring this in our thought process that merely performing the act is not sufficient.</w:t>
      </w:r>
      <w:r>
        <w:br/>
      </w:r>
      <w:r>
        <w:rPr>
          <w:sz w:val="20"/>
        </w:rPr>
        <w:t>19:52  the spirit behind it is the most important aspect of it.</w:t>
      </w:r>
    </w:p>
    <w:p>
      <w:pPr>
        <w:pStyle w:val="Heading2"/>
      </w:pPr>
      <w:r>
        <w:t>Formal fasting vs real fasting with backbiting example</w:t>
      </w:r>
    </w:p>
    <w:p>
      <w:r>
        <w:rPr>
          <w:color w:val="666666"/>
          <w:sz w:val="18"/>
        </w:rPr>
        <w:t>Adopt A Life of Fasting May 1, 2020 Maulana Wahiduddin Khan · 4m 08s · at 0:38 · https://youtu.be/oH6_1ogi0o4?t=38</w:t>
      </w:r>
    </w:p>
    <w:p>
      <w:r>
        <w:rPr>
          <w:i/>
        </w:rPr>
        <w:t>“Ramadan ka mahina Islami Hindi mein ek extraordinary mahina hai”</w:t>
      </w:r>
    </w:p>
    <w:p>
      <w:r>
        <w:rPr>
          <w:sz w:val="20"/>
        </w:rPr>
        <w:t>0:38  Ramzan ka mahina</w:t>
      </w:r>
      <w:r>
        <w:br/>
      </w:r>
      <w:r>
        <w:rPr>
          <w:sz w:val="20"/>
        </w:rPr>
        <w:t>0:42  Islami Hindi mein aik extra ordinary mahina hai, yani saare din, saare mahina aadmi khata peeta hai,</w:t>
      </w:r>
      <w:r>
        <w:br/>
      </w:r>
      <w:r>
        <w:rPr>
          <w:sz w:val="20"/>
        </w:rPr>
        <w:t>0:58  lekin Ramzan ke mahine mein khana peena chhod deta hai.</w:t>
      </w:r>
      <w:r>
        <w:br/>
      </w:r>
      <w:r>
        <w:rPr>
          <w:sz w:val="20"/>
        </w:rPr>
        <w:t>1:13  yeh bohat hi</w:t>
      </w:r>
      <w:r>
        <w:br/>
      </w:r>
      <w:r>
        <w:rPr>
          <w:sz w:val="20"/>
        </w:rPr>
        <w:t>1:18  anokha</w:t>
      </w:r>
      <w:r>
        <w:br/>
      </w:r>
      <w:r>
        <w:rPr>
          <w:sz w:val="20"/>
        </w:rPr>
        <w:t>1:24  amal hai.</w:t>
      </w:r>
      <w:r>
        <w:br/>
      </w:r>
      <w:r>
        <w:rPr>
          <w:sz w:val="20"/>
        </w:rPr>
        <w:t>1:34  magar yeh janna chahiye ke yeh jo</w:t>
      </w:r>
      <w:r>
        <w:br/>
      </w:r>
      <w:r>
        <w:rPr>
          <w:sz w:val="20"/>
        </w:rPr>
        <w:t>1:42  waqt muqarrar ke liye khana peena chhod diya jata hai, woh haramti tor par hai,</w:t>
      </w:r>
      <w:r>
        <w:br/>
      </w:r>
      <w:r>
        <w:rPr>
          <w:sz w:val="20"/>
        </w:rPr>
        <w:t>1:57  wohi asal nahi hai.</w:t>
      </w:r>
      <w:r>
        <w:br/>
      </w:r>
      <w:r>
        <w:rPr>
          <w:sz w:val="20"/>
        </w:rPr>
        <w:t>2:04  chunanche hadith mein aata hai ke:</w:t>
      </w:r>
      <w:r>
        <w:br/>
      </w:r>
      <w:r>
        <w:rPr>
          <w:sz w:val="20"/>
        </w:rPr>
        <w:t>2:12  "malam yadda qawla al-zur wa al-amr bihi fa yusrif lil hayati yadda ta'amud" .</w:t>
      </w:r>
      <w:r>
        <w:br/>
      </w:r>
      <w:r>
        <w:rPr>
          <w:sz w:val="20"/>
        </w:rPr>
        <w:t>2:25  jo aadmi</w:t>
      </w:r>
      <w:r>
        <w:br/>
      </w:r>
      <w:r>
        <w:rPr>
          <w:sz w:val="20"/>
        </w:rPr>
        <w:t>2:29  qawl-e-zor ko aur zor par amal karne ko na chhoday, to Allah ko us ki hajat nahi ke woh khana peena chhod de.</w:t>
      </w:r>
      <w:r>
        <w:br/>
      </w:r>
      <w:r>
        <w:rPr>
          <w:sz w:val="20"/>
        </w:rPr>
        <w:t>2:41  is ka ma'ni hai ke yeh khana peena asal'an haramti tor par hai,</w:t>
      </w:r>
      <w:r>
        <w:br/>
      </w:r>
      <w:r>
        <w:rPr>
          <w:sz w:val="20"/>
        </w:rPr>
        <w:t>2:50  haramti tor par hai.</w:t>
      </w:r>
      <w:r>
        <w:br/>
      </w:r>
      <w:r>
        <w:rPr>
          <w:sz w:val="20"/>
        </w:rPr>
        <w:t>3:01  chunanche ek hadith hai</w:t>
      </w:r>
      <w:r>
        <w:br/>
      </w:r>
      <w:r>
        <w:rPr>
          <w:sz w:val="20"/>
        </w:rPr>
        <w:t>3:07  ke bismillah se bataya gaya ke falan do aadmiyon ne roza rakha aur dono</w:t>
      </w:r>
      <w:r>
        <w:br/>
      </w:r>
      <w:r>
        <w:rPr>
          <w:sz w:val="20"/>
        </w:rPr>
        <w:t>3:24  ek sath baith kar</w:t>
      </w:r>
      <w:r>
        <w:br/>
      </w:r>
      <w:r>
        <w:rPr>
          <w:sz w:val="20"/>
        </w:rPr>
        <w:t>3:30  ek doosre ke khilaf</w:t>
      </w:r>
      <w:r>
        <w:br/>
      </w:r>
      <w:r>
        <w:rPr>
          <w:sz w:val="20"/>
        </w:rPr>
        <w:t>3:36  ghibat ki baatein karte rahe.</w:t>
      </w:r>
      <w:r>
        <w:br/>
      </w:r>
      <w:r>
        <w:rPr>
          <w:sz w:val="20"/>
        </w:rPr>
        <w:t>3:41  to aap ne farmaya ke unhon ne</w:t>
      </w:r>
      <w:r>
        <w:br/>
      </w:r>
      <w:r>
        <w:rPr>
          <w:sz w:val="20"/>
        </w:rPr>
        <w:t>3:50  aaram se roza rakha,</w:t>
      </w:r>
      <w:r>
        <w:br/>
      </w:r>
      <w:r>
        <w:rPr>
          <w:sz w:val="20"/>
        </w:rPr>
        <w:t>3:56  unhon ne halaal se roza rakha aur haraam se iftar kar liya.</w:t>
      </w:r>
      <w:r>
        <w:br/>
      </w:r>
      <w:r>
        <w:rPr>
          <w:sz w:val="20"/>
        </w:rPr>
        <w:t>4:12  kyun ke roze mein khana aap ne chhodna, woh to haramti tor par hai, ya'ni haramti roza rakha aur haqeeqi roza nahi chhodha.</w:t>
      </w:r>
      <w:r>
        <w:br/>
      </w:r>
      <w:r>
        <w:rPr>
          <w:sz w:val="20"/>
        </w:rPr>
        <w:t>4:29  is ka matlab yeh hai: haramti roza to rakha lekin haqeeqi roza nahi rakha.</w:t>
      </w:r>
    </w:p>
    <w:p>
      <w:pPr>
        <w:pStyle w:val="Heading2"/>
      </w:pPr>
      <w:r>
        <w:t>Why people don't fear God, deterrence example</w:t>
      </w:r>
    </w:p>
    <w:p>
      <w:r>
        <w:rPr>
          <w:color w:val="666666"/>
          <w:sz w:val="18"/>
        </w:rPr>
        <w:t>Ramadan The Month of Fasting July 31, 2011 · 3m 23s · at 1:33:41 · https://youtu.be/4W4Dg7zt0DM?t=5621</w:t>
      </w:r>
    </w:p>
    <w:p>
      <w:r>
        <w:rPr>
          <w:i/>
        </w:rPr>
        <w:t>“Main samajhta hoon basic baat azaadi hai”</w:t>
      </w:r>
    </w:p>
    <w:p>
      <w:r>
        <w:rPr>
          <w:sz w:val="20"/>
        </w:rPr>
        <w:t>1:33:41  doctor farida khanam ne dilli se likha hai: "I do not find anyone who really goes in fear of God.</w:t>
      </w:r>
      <w:r>
        <w:br/>
      </w:r>
      <w:r>
        <w:rPr>
          <w:sz w:val="20"/>
        </w:rPr>
        <w:t>1:33:50  What has made people fearless of God? Kindly explain."</w:t>
      </w:r>
      <w:r>
        <w:br/>
      </w:r>
      <w:r>
        <w:rPr>
          <w:sz w:val="20"/>
        </w:rPr>
        <w:t>1:34:02  mein samajhta hoon ke basic baat jo hai, woh azadi hai. Allah taala ne insaan ko azadi di hai, azadi.</w:t>
      </w:r>
      <w:r>
        <w:br/>
      </w:r>
      <w:r>
        <w:rPr>
          <w:sz w:val="20"/>
        </w:rPr>
        <w:t>1:34:11  jis jis aadmi ne kitaab likhi "God is dead" to Khuda ne us ko pakra nahin. Aisa nahin ke Khuda ne farishta bhi bhej diya ho ke jaa kar us ko pakar ke maaro.</w:t>
      </w:r>
      <w:r>
        <w:br/>
      </w:r>
      <w:r>
        <w:rPr>
          <w:sz w:val="20"/>
        </w:rPr>
        <w:t>1:34:20  to azadi hai.</w:t>
      </w:r>
      <w:r>
        <w:br/>
      </w:r>
      <w:r>
        <w:rPr>
          <w:sz w:val="20"/>
        </w:rPr>
        <w:t>1:34:25  agar yun bhi dekh lijiye, aap punishment nahin rehta. Society mein dekh lijiye aap. Log jahan punishment ka darr na ho to wahan kuch bhi karte hain log ?</w:t>
      </w:r>
      <w:r>
        <w:br/>
      </w:r>
      <w:r>
        <w:rPr>
          <w:sz w:val="20"/>
        </w:rPr>
        <w:t>1:34:35  kuch bhi karte hain log.</w:t>
      </w:r>
      <w:r>
        <w:br/>
      </w:r>
      <w:r>
        <w:rPr>
          <w:sz w:val="20"/>
        </w:rPr>
        <w:t>1:34:37  jahan punishment ka darr ho. Jaise ek sahib mujhe Singapur ke miley. Singapur mein woh India hi ke hain, Singapur mein rehte hain.</w:t>
      </w:r>
      <w:r>
        <w:br/>
      </w:r>
      <w:r>
        <w:rPr>
          <w:sz w:val="20"/>
        </w:rPr>
        <w:t>1:34:47  to unhon ne kaha ke India mein itna zyada yaani crime hai. Aur aur Singapur mein crime bilkul nahin hai. Crime free society hai Singapur mein.</w:t>
      </w:r>
      <w:r>
        <w:br/>
      </w:r>
      <w:r>
        <w:rPr>
          <w:sz w:val="20"/>
        </w:rPr>
        <w:t>1:34:59  woh aadmi jo India hi mein paida hua hai, Indian hai woh, lekin aaj kal rehta hai Singapur mein, us ne kaha ke yahan par to crime hi cri</w:t>
      </w:r>
      <w:r>
        <w:br/>
      </w:r>
      <w:r>
        <w:rPr>
          <w:sz w:val="20"/>
        </w:rPr>
        <w:t>1:35:07  me hai. India aur Singapur mein crime bilkul nahin. To main ne kaha aisa kyun hai? Unhon ne kaha wahan par sakht saza hoti hai. Wahan koi corruption nahin hai.</w:t>
      </w:r>
      <w:r>
        <w:br/>
      </w:r>
      <w:r>
        <w:rPr>
          <w:sz w:val="20"/>
        </w:rPr>
        <w:t>1:35:16  wahan koi rishwat nahin chalti. Aap pakar gaye to aap ko saza mile gi. Aur woh canning hoti hai, canning wahan par. Machine koday se marti hai.</w:t>
      </w:r>
      <w:r>
        <w:br/>
      </w:r>
      <w:r>
        <w:rPr>
          <w:sz w:val="20"/>
        </w:rPr>
        <w:t>1:35:27  Mechanical canning. To log bohat darte hain is se. Bohat zyada darte hain.</w:t>
      </w:r>
      <w:r>
        <w:br/>
      </w:r>
      <w:r>
        <w:rPr>
          <w:sz w:val="20"/>
        </w:rPr>
        <w:t>1:35:34  to wahan par chuki corruption nahin hai, wahan par rishwat nahin chalti. Aap rishwat police ko rishwat de kar bach nahin sakte. Pakar gaye to pakar gaye.</w:t>
      </w:r>
      <w:r>
        <w:br/>
      </w:r>
      <w:r>
        <w:rPr>
          <w:sz w:val="20"/>
        </w:rPr>
        <w:t>1:35:44  aur phir pakar gaye to phir canning ho gaya aap ka. Yeh nahin jaise hamara case chalta rehta hai, barson chalta rehta hai, faisla nahin hota kuch. Wahan idhar udhar faisle hote hain. Asal cheez yeh hai ke punishment se ka darr na hona.</w:t>
      </w:r>
      <w:r>
        <w:br/>
      </w:r>
      <w:r>
        <w:rPr>
          <w:sz w:val="20"/>
        </w:rPr>
        <w:t>1:35:57  to Allah taala ne punishment ko akhirat par yaani mo'akhkhar kar diya</w:t>
      </w:r>
      <w:r>
        <w:br/>
      </w:r>
      <w:r>
        <w:rPr>
          <w:sz w:val="20"/>
        </w:rPr>
        <w:t>1:36:02  hai. Aakhirat se pehle kisi ko punishment nahin de diya jaye ga. Dunya mein azadi de di Allah taala ne. To log apni azadi ko misuse kar rahe hain.</w:t>
      </w:r>
      <w:r>
        <w:br/>
      </w:r>
      <w:r>
        <w:rPr>
          <w:sz w:val="20"/>
        </w:rPr>
        <w:t>1:36:12  agar unhein pata chale ke azadi ko misuse karte hi foran farishta aaye ga aur un ko koday maare ga, to kabhi misuse na kare koi aadmi. To ab humein sochna parta hai ke ab agar main misuse karta raha, karta raha to marne ke baad pakra jaye ga mujhe.</w:t>
      </w:r>
      <w:r>
        <w:br/>
      </w:r>
      <w:r>
        <w:rPr>
          <w:sz w:val="20"/>
        </w:rPr>
        <w:t>1:36:27  to woh lagta hai ke bohat door ki baat hai woh.</w:t>
      </w:r>
      <w:r>
        <w:br/>
      </w:r>
      <w:r>
        <w:rPr>
          <w:sz w:val="20"/>
        </w:rPr>
        <w:t>1:36:32  to main samajhta hoon ke yahan par jitna zyada logon ke mind ko active kiya jaye, jitna logon ko zyada logon ko yaani yaqeen paida kiya jaye ke tum pakar se nahin bacho ge aakhir mein, tab log Allah se daren ge aur Allah wala character ikhtiyar karein ge.</w:t>
      </w:r>
      <w:r>
        <w:br/>
      </w:r>
      <w:r>
        <w:rPr>
          <w:sz w:val="20"/>
        </w:rPr>
        <w:t>1:36:55  Mr. Imran ne Delhi se likha hai: "Aap ne abhi ek prashn ke uttar mein kaha ke jadoo ka koi asar nahin,</w:t>
      </w:r>
    </w:p>
    <w:p>
      <w:pPr>
        <w:pStyle w:val="Heading2"/>
      </w:pPr>
      <w:r>
        <w:t>From dhikr question to meaning of Allah</w:t>
      </w:r>
    </w:p>
    <w:p>
      <w:r>
        <w:rPr>
          <w:color w:val="666666"/>
          <w:sz w:val="18"/>
        </w:rPr>
        <w:t>Peace Building, Islamic Perspective, by Dr Farida Khanam I November 29, 2013 · 4m 17s · at 37:42 · https://youtu.be/MTGe7GbgNv0?t=2262</w:t>
      </w:r>
    </w:p>
    <w:p>
      <w:r>
        <w:rPr>
          <w:i/>
        </w:rPr>
        <w:t>“What is the place of dhikr in your Islamic practice?”</w:t>
      </w:r>
    </w:p>
    <w:p>
      <w:r>
        <w:rPr>
          <w:sz w:val="20"/>
        </w:rPr>
        <w:t>37:42  But I was almost wondering whether, what is the place of dhikr, for instance, meditation in your Islamic</w:t>
      </w:r>
      <w:r>
        <w:br/>
      </w:r>
      <w:r>
        <w:rPr>
          <w:sz w:val="20"/>
        </w:rPr>
        <w:t>37:50  practice for attaining peace, peace of mind?</w:t>
      </w:r>
      <w:r>
        <w:br/>
      </w:r>
      <w:r>
        <w:rPr>
          <w:sz w:val="20"/>
        </w:rPr>
        <w:t>37:58  Because if people are not peaceful within themselves, then society can also be violent, etc.</w:t>
      </w:r>
      <w:r>
        <w:br/>
      </w:r>
      <w:r>
        <w:rPr>
          <w:sz w:val="20"/>
        </w:rPr>
        <w:t>38:06  So to start with the individual, is there any particular practice you would do?</w:t>
      </w:r>
      <w:r>
        <w:br/>
      </w:r>
      <w:r>
        <w:rPr>
          <w:sz w:val="20"/>
        </w:rPr>
        <w:t>38:14  In Sufism, there is a ritual. Dhikr has become a ritual in Sufism. So they just count on rosaries. That we don't believe. But we believe in the remembrance of God. There are different names of God, attributes of God, different phrases. We, we in prayer like Hasbunallahu wa ni'mal wakeel, ni'mal Mawla wa ni'man naseer.</w:t>
      </w:r>
      <w:r>
        <w:br/>
      </w:r>
      <w:r>
        <w:rPr>
          <w:sz w:val="20"/>
        </w:rPr>
        <w:t>38:42  So there are many, many prayers that we keep remembering, remembering God in our mind, thinking. There are in the, there are many verses in the Quran that you should remember the signs of God. God created the whole universe. So remembering God's creation, remembering God in everything, remembering God's blessings, remembering God has given each and every thing to man without our deserving it.</w:t>
      </w:r>
      <w:r>
        <w:br/>
      </w:r>
      <w:r>
        <w:rPr>
          <w:sz w:val="20"/>
        </w:rPr>
        <w:t>39:11  So for us, this is the remembrance of God.</w:t>
      </w:r>
      <w:r>
        <w:br/>
      </w:r>
      <w:r>
        <w:rPr>
          <w:sz w:val="20"/>
        </w:rPr>
        <w:t>39:13  This is dhikr.</w:t>
      </w:r>
      <w:r>
        <w:br/>
      </w:r>
      <w:r>
        <w:rPr>
          <w:sz w:val="20"/>
        </w:rPr>
        <w:t>39:16  That is a ritual.</w:t>
      </w:r>
      <w:r>
        <w:br/>
      </w:r>
      <w:r>
        <w:rPr>
          <w:sz w:val="20"/>
        </w:rPr>
        <w:t>39:19  We don't believe in rituals.</w:t>
      </w:r>
      <w:r>
        <w:br/>
      </w:r>
      <w:r>
        <w:rPr>
          <w:sz w:val="20"/>
        </w:rPr>
        <w:t>39:22  Like people are saying their prayers without knowing what they are saying.</w:t>
      </w:r>
      <w:r>
        <w:br/>
      </w:r>
      <w:r>
        <w:rPr>
          <w:sz w:val="20"/>
        </w:rPr>
        <w:t>39:25  So that is also a ritual.</w:t>
      </w:r>
      <w:r>
        <w:br/>
      </w:r>
      <w:r>
        <w:rPr>
          <w:sz w:val="20"/>
        </w:rPr>
        <w:t>39:28  We must pray to God, remember God with, with, with thinking mind, thinking about what we are doing.</w:t>
      </w:r>
      <w:r>
        <w:br/>
      </w:r>
      <w:r>
        <w:rPr>
          <w:sz w:val="20"/>
        </w:rPr>
        <w:t>39:31  And especially, we have to be grateful to God for everything.</w:t>
      </w:r>
      <w:r>
        <w:br/>
      </w:r>
      <w:r>
        <w:rPr>
          <w:sz w:val="20"/>
        </w:rPr>
        <w:t>39:34  God has given us everything.</w:t>
      </w:r>
      <w:r>
        <w:br/>
      </w:r>
      <w:r>
        <w:rPr>
          <w:sz w:val="20"/>
        </w:rPr>
        <w:t>39:37  He has created us.</w:t>
      </w:r>
      <w:r>
        <w:br/>
      </w:r>
      <w:r>
        <w:rPr>
          <w:sz w:val="20"/>
        </w:rPr>
        <w:t>39:40  He sustains us.</w:t>
      </w:r>
      <w:r>
        <w:br/>
      </w:r>
      <w:r>
        <w:rPr>
          <w:sz w:val="20"/>
        </w:rPr>
        <w:t>39:43  He has created paradise for us. So everything, this is the remembrance of God, and this is the Quranic way of remembering God. I ask you, so can you always answer what is the meaning of the Allah? Word God can use for Allah.</w:t>
      </w:r>
      <w:r>
        <w:br/>
      </w:r>
      <w:r>
        <w:rPr>
          <w:sz w:val="20"/>
        </w:rPr>
        <w:t>40:12  But actually, for Islam, where God is? Allah isn't God. It's a Western word. Is it different or is it different? It's different. But really, it's Allah. It's Allah. How to understand? Actually, we also use God. God and Khuda and Allah.</w:t>
      </w:r>
      <w:r>
        <w:br/>
      </w:r>
      <w:r>
        <w:rPr>
          <w:sz w:val="20"/>
        </w:rPr>
        <w:t>40:42  It was the Arabs who used to say this word Allah. So they were using this word. So the same has been adopted in Islam. There are Muslims who are saying, saying that Allah is God's proper name. But this is not right.</w:t>
      </w:r>
      <w:r>
        <w:br/>
      </w:r>
      <w:r>
        <w:rPr>
          <w:sz w:val="20"/>
        </w:rPr>
        <w:t>40:58  It was used even in pre-Islamic Arabia, this name. It just means an object to be worshipped. So we can use God, Khuda, and any other such word interchangeably.</w:t>
      </w:r>
      <w:r>
        <w:br/>
      </w:r>
      <w:r>
        <w:rPr>
          <w:sz w:val="20"/>
        </w:rPr>
        <w:t>41:23  Can anyone explain Allah meaning?</w:t>
      </w:r>
      <w:r>
        <w:br/>
      </w:r>
      <w:r>
        <w:rPr>
          <w:sz w:val="20"/>
        </w:rPr>
        <w:t>41:32  Allah ke kya ma'ani hain? Literal.</w:t>
      </w:r>
      <w:r>
        <w:br/>
      </w:r>
      <w:r>
        <w:rPr>
          <w:sz w:val="20"/>
        </w:rPr>
        <w:t>41:41  Just a deity.</w:t>
      </w:r>
      <w:r>
        <w:br/>
      </w:r>
      <w:r>
        <w:rPr>
          <w:sz w:val="20"/>
        </w:rPr>
        <w:t>41:50  A deity, it means.</w:t>
      </w:r>
      <w:r>
        <w:br/>
      </w:r>
      <w:r>
        <w:rPr>
          <w:sz w:val="20"/>
        </w:rPr>
        <w:t>41:59  A deity.</w:t>
      </w:r>
    </w:p>
    <w:p>
      <w:pPr>
        <w:pStyle w:val="Heading2"/>
      </w:pPr>
      <w:r>
        <w:t>From Labbaik to the Prophet's farewell address to dawah's center</w:t>
      </w:r>
    </w:p>
    <w:p>
      <w:r>
        <w:rPr>
          <w:color w:val="666666"/>
          <w:sz w:val="18"/>
        </w:rPr>
        <w:t>The Message of Hajj November 4, 2008 Maulana Wahiduddin Khan · 5m 55s · at 4:01 · https://youtu.be/CIGhIpsejkY?t=241</w:t>
      </w:r>
    </w:p>
    <w:p>
      <w:r>
        <w:rPr>
          <w:i/>
        </w:rPr>
        <w:t>“Har haji Arafat pahunch kar kehta hai Labbaik”</w:t>
      </w:r>
    </w:p>
    <w:p>
      <w:r>
        <w:rPr>
          <w:sz w:val="20"/>
        </w:rPr>
        <w:t>4:01  sab cheezein dawat ki tarbiyat hain. misaal ke taur par dekhiye, hum sab jante hain jinhone bhi hajj kiya hai ke haji jab pahunchta hai arafat ke maidan mein to wahan yeh kehta hua pahunchta hai, har ek haji yeh kehte hue jate hain "labaik allahumma labaik".</w:t>
      </w:r>
      <w:r>
        <w:br/>
      </w:r>
      <w:r>
        <w:rPr>
          <w:sz w:val="20"/>
        </w:rPr>
        <w:t>4:27  yani "ae khuda! mein hazir hoon, ae khuda! mein hazir hoon". ab yeh sawal yeh hai ke kis baat ke liye hazir hoon? arafat ke maidan mein kis baat ke liye hazir hote hain yeh sare haji?</w:t>
      </w:r>
      <w:r>
        <w:br/>
      </w:r>
      <w:r>
        <w:rPr>
          <w:sz w:val="20"/>
        </w:rPr>
        <w:t>4:43  yeh koi rasam nahi hai, yeh koi ritualistic cheez nahi hai. yeh hazir hote hain wahan par, yeh goya ke is awaz ko sun kar pahunch rahe hain.</w:t>
      </w:r>
      <w:r>
        <w:br/>
      </w:r>
      <w:r>
        <w:rPr>
          <w:sz w:val="20"/>
        </w:rPr>
        <w:t>4:57  aap ko maloom hai ke rasool allah sallallahu alaihi wasallam ne apne wafat se do dhai mahine pehle hajj kiya tha, jis ko kitabon mein "hajjat al wada" kaha jata hai.</w:t>
      </w:r>
      <w:r>
        <w:br/>
      </w:r>
      <w:r>
        <w:rPr>
          <w:sz w:val="20"/>
        </w:rPr>
        <w:t>5:13  is mein tamam sahaba ekatha hue, jinki tadad batai jati hai ek lakh chalis hazar</w:t>
      </w:r>
      <w:r>
        <w:br/>
      </w:r>
      <w:r>
        <w:rPr>
          <w:sz w:val="20"/>
        </w:rPr>
        <w:t>5:25  ya ek lakh 24 hazar, riwayatein mukhtalif hain. to beharhal wahan tamam sahaba ekatha hue</w:t>
      </w:r>
      <w:r>
        <w:br/>
      </w:r>
      <w:r>
        <w:rPr>
          <w:sz w:val="20"/>
        </w:rPr>
        <w:t>5:34  to aap ne wahan par tamam sahaba ko, jo goya ke</w:t>
      </w:r>
      <w:r>
        <w:br/>
      </w:r>
      <w:r>
        <w:rPr>
          <w:sz w:val="20"/>
        </w:rPr>
        <w:t>5:41  door e awwal ke is islam ko manane wale the, to unko khitab karte hue aap ne farmaya ke "inna allaha ba'asani kaafatan lil naasi fa'addu inni".</w:t>
      </w:r>
      <w:r>
        <w:br/>
      </w:r>
      <w:r>
        <w:rPr>
          <w:sz w:val="20"/>
        </w:rPr>
        <w:t>5:57  khuda ne mujhe</w:t>
      </w:r>
      <w:r>
        <w:br/>
      </w:r>
      <w:r>
        <w:rPr>
          <w:sz w:val="20"/>
        </w:rPr>
        <w:t>6:01  sari duniya ke liye paighambar banaya hai, to tum log mere paigham ko sari duniya tak pahuncha do.</w:t>
      </w:r>
      <w:r>
        <w:br/>
      </w:r>
      <w:r>
        <w:rPr>
          <w:sz w:val="20"/>
        </w:rPr>
        <w:t>6:13  yeh kaha aap ne.</w:t>
      </w:r>
      <w:r>
        <w:br/>
      </w:r>
      <w:r>
        <w:rPr>
          <w:sz w:val="20"/>
        </w:rPr>
        <w:t>6:17  aap ne yeh bhi kaha ke jo yahan maujood hain, wo unko unko pahuncha dein jo maujood nahi hain. yeh bhi aap ne farmaya.</w:t>
      </w:r>
      <w:r>
        <w:br/>
      </w:r>
      <w:r>
        <w:rPr>
          <w:sz w:val="20"/>
        </w:rPr>
        <w:t>6:28  jo yahan maujood hain, jo hazir hain, wo is paigham ko un logon tak pahuncha dein, yani mere un followers tak jo yahan maujood nahi hain. iska matlab kya hua?</w:t>
      </w:r>
      <w:r>
        <w:br/>
      </w:r>
      <w:r>
        <w:rPr>
          <w:sz w:val="20"/>
        </w:rPr>
        <w:t>6:40  yeh awaz qayamat tak ke liye maidan arafat mein goonj rahi hai.</w:t>
      </w:r>
      <w:r>
        <w:br/>
      </w:r>
      <w:r>
        <w:rPr>
          <w:sz w:val="20"/>
        </w:rPr>
        <w:t>6:49  yeh kehna aap ka ke jo log yahan maujood hain, wo meri is baat ko un logon tak pahuncha dein jo yahan maujood</w:t>
      </w:r>
      <w:r>
        <w:br/>
      </w:r>
      <w:r>
        <w:rPr>
          <w:sz w:val="20"/>
        </w:rPr>
        <w:t>6:57  nahi hain, yani nasal dar nasal jo aayenge, mere followers, mujh par iman rakhne wale, un sab tak yeh baat pahunchao.</w:t>
      </w:r>
      <w:r>
        <w:br/>
      </w:r>
      <w:r>
        <w:rPr>
          <w:sz w:val="20"/>
        </w:rPr>
        <w:t>7:09  ab is ko aap sochiye to goya ke rasool allah ki awaz goonj rahi hai arafat ke maidan mein, aur jab haji wahan par pahunchta hai "labaik allahumma labaik" kehte hue to goya ke wo kehta hai ke mein hazir hoon</w:t>
      </w:r>
      <w:r>
        <w:br/>
      </w:r>
      <w:r>
        <w:rPr>
          <w:sz w:val="20"/>
        </w:rPr>
        <w:t>7:26  aap ke is paigham ko le le kar ke dunya is ko phailane ke liye. kitni bari baat hai yeh. goya tareekh mein rasool Allah ki awaz goonj rahi hai.</w:t>
      </w:r>
      <w:r>
        <w:br/>
      </w:r>
      <w:r>
        <w:rPr>
          <w:sz w:val="20"/>
        </w:rPr>
        <w:t>7:42  tareekh mein rasool Allah ki awaz goonj rahi hai. pukaar rahe ho logon ko jo aap ko rasool Allah ko maanne ka daawa karein.</w:t>
      </w:r>
      <w:r>
        <w:br/>
      </w:r>
      <w:r>
        <w:rPr>
          <w:sz w:val="20"/>
        </w:rPr>
        <w:t>7:51  kyunke aap dekhiye, rasool Allah ki asal hesiyat kya thi? Khuda ke paighambar the aap, yaani Allah ke paigham ko logon tak pahunchana yahi aap ki asal hesiyat thi.</w:t>
      </w:r>
      <w:r>
        <w:br/>
      </w:r>
      <w:r>
        <w:rPr>
          <w:sz w:val="20"/>
        </w:rPr>
        <w:t>8:07  to aap ki jo wafat ho gayi 632 eesvi mein, to jismani taur par aap dunya mein nahi rahe, lekin mission to jaari hai.</w:t>
      </w:r>
      <w:r>
        <w:br/>
      </w:r>
      <w:r>
        <w:rPr>
          <w:sz w:val="20"/>
        </w:rPr>
        <w:t>8:20  kyunke phir bhi log paida ho rahe hain, phir bhi log mar rahe hain. to un ko ba-khabar karna yeh kaam basto jaari hai.</w:t>
      </w:r>
      <w:r>
        <w:br/>
      </w:r>
      <w:r>
        <w:rPr>
          <w:sz w:val="20"/>
        </w:rPr>
        <w:t>8:31  jo aap ki zabaan mein the, insaniyat isi ka naam nahi thi. woh to mar gaye, dunya se chale gaye. ab phir log paida ho rahe hain, phir paida ho rahe</w:t>
      </w:r>
      <w:r>
        <w:br/>
      </w:r>
      <w:r>
        <w:rPr>
          <w:sz w:val="20"/>
        </w:rPr>
        <w:t>8:41  hain. to is naye paida hone walon ko isi tarah paigham pahunchana hai jis tarah se aap ne apne zamane mein pahunchaya tha.</w:t>
      </w:r>
      <w:r>
        <w:br/>
      </w:r>
      <w:r>
        <w:rPr>
          <w:sz w:val="20"/>
        </w:rPr>
        <w:t>8:53  to goya ke</w:t>
      </w:r>
      <w:r>
        <w:br/>
      </w:r>
      <w:r>
        <w:rPr>
          <w:sz w:val="20"/>
        </w:rPr>
        <w:t>8:58  Arfaat ke maidan mein rasool Allah ki awaz chaudah sau saal se goonj rahi hai, goonj rahi hai, goonj rahi hai. aur jab haaji wahan pahunchta hai aur "labbaik labbaik" kehte hue to goya ke woh keh raha hota hai ke aye Khuda ke rasool, aye mere rab,</w:t>
      </w:r>
      <w:r>
        <w:br/>
      </w:r>
      <w:r>
        <w:rPr>
          <w:sz w:val="20"/>
        </w:rPr>
        <w:t>9:18  kyunke Khuda ke rasool ke waaste se aadmi Khuda se judta hai ke main haazir hoon,</w:t>
      </w:r>
      <w:r>
        <w:br/>
      </w:r>
      <w:r>
        <w:rPr>
          <w:sz w:val="20"/>
        </w:rPr>
        <w:t>9:27  jo hukum hai is ko poora karne ko tayyar hoon.</w:t>
      </w:r>
      <w:r>
        <w:br/>
      </w:r>
      <w:r>
        <w:rPr>
          <w:sz w:val="20"/>
        </w:rPr>
        <w:t>9:32  to main samajhta hoon ke Ka'aba ki hesiyat markaz-e-da'wat ki hai, haj ki hesiyat da'wat ki training ki hai, aur haj ka maqsad yeh hai asal ke log wahan par jayein,</w:t>
      </w:r>
      <w:r>
        <w:br/>
      </w:r>
      <w:r>
        <w:rPr>
          <w:sz w:val="20"/>
        </w:rPr>
        <w:t>9:51  haj ka paigham le kar lautein, aur saari dunya tak pahun</w:t>
      </w:r>
    </w:p>
    <w:p>
      <w:pPr>
        <w:pStyle w:val="Heading2"/>
      </w:pPr>
      <w:r>
        <w:t>Basic versus non-basic parts of prayer explained</w:t>
      </w:r>
    </w:p>
    <w:p>
      <w:r>
        <w:rPr>
          <w:color w:val="666666"/>
          <w:sz w:val="18"/>
        </w:rPr>
        <w:t>The School of Fiqh in Islam (English) April 14, 2007 Maulana Wahiduddin Khan · 4m 49s · at 24:40 · https://youtu.be/Kc-mTjI23HM?t=1480</w:t>
      </w:r>
    </w:p>
    <w:p>
      <w:r>
        <w:rPr>
          <w:i/>
        </w:rPr>
        <w:t>“In everything, there are two different parts: fundamental and non-fundamental”</w:t>
      </w:r>
    </w:p>
    <w:p>
      <w:r>
        <w:rPr>
          <w:sz w:val="20"/>
        </w:rPr>
        <w:t>24:40  then, i would like to say that always in everything, there are two different parts, yani, fundamental and non-fundamental, or basics or non-basics.</w:t>
      </w:r>
      <w:r>
        <w:br/>
      </w:r>
      <w:r>
        <w:rPr>
          <w:sz w:val="20"/>
        </w:rPr>
        <w:t>24:56  for example, in this room, there are several persons, or are sitting</w:t>
      </w:r>
      <w:r>
        <w:br/>
      </w:r>
      <w:r>
        <w:rPr>
          <w:sz w:val="20"/>
        </w:rPr>
        <w:t>25:02  . if one enters in this room, as says, there are four persons, or are sitting.</w:t>
      </w:r>
      <w:r>
        <w:br/>
      </w:r>
      <w:r>
        <w:rPr>
          <w:sz w:val="20"/>
        </w:rPr>
        <w:t>25:15  in one sense, correct, but, in but, all are not seated in a single mode, mode, m o d.</w:t>
      </w:r>
      <w:r>
        <w:br/>
      </w:r>
      <w:r>
        <w:rPr>
          <w:sz w:val="20"/>
        </w:rPr>
        <w:t>25:27  mode or method is different.</w:t>
      </w:r>
      <w:r>
        <w:br/>
      </w:r>
      <w:r>
        <w:rPr>
          <w:sz w:val="20"/>
        </w:rPr>
        <w:t>25:30  all the four are sitting, but in different mode, in different method. so, is the case of salah, salah prayer.</w:t>
      </w:r>
      <w:r>
        <w:br/>
      </w:r>
      <w:r>
        <w:rPr>
          <w:sz w:val="20"/>
        </w:rPr>
        <w:t>25:42  so, there are two different part of salah, fundamental and non-fundamental.</w:t>
      </w:r>
      <w:r>
        <w:br/>
      </w:r>
      <w:r>
        <w:rPr>
          <w:sz w:val="20"/>
        </w:rPr>
        <w:t>25:51  so, there is no difference at all in. so, as far as the fundamental part is concerned, or basic part is concerned, so far as the basic part of salah is concerned, there is no difference at all.</w:t>
      </w:r>
      <w:r>
        <w:br/>
      </w:r>
      <w:r>
        <w:rPr>
          <w:sz w:val="20"/>
        </w:rPr>
        <w:t>26:08  all those difference pertain to the non-basics.</w:t>
      </w:r>
      <w:r>
        <w:br/>
      </w:r>
      <w:r>
        <w:rPr>
          <w:sz w:val="20"/>
        </w:rPr>
        <w:t>26:12  for example, the do companions report, the do companions report that prophet prayed two units of salah al-fajr.</w:t>
      </w:r>
      <w:r>
        <w:br/>
      </w:r>
      <w:r>
        <w:rPr>
          <w:sz w:val="20"/>
        </w:rPr>
        <w:t>26:33  prophet prayed four units of salah</w:t>
      </w:r>
      <w:r>
        <w:br/>
      </w:r>
      <w:r>
        <w:rPr>
          <w:sz w:val="20"/>
        </w:rPr>
        <w:t>26:39  al-zuhr. prophet prayed four units of salah al-asr. prophet prayed three units of salah al-maghrib.</w:t>
      </w:r>
      <w:r>
        <w:br/>
      </w:r>
      <w:r>
        <w:rPr>
          <w:sz w:val="20"/>
        </w:rPr>
        <w:t>26:48  prophet prayed four units of salah al-isha. so, there are some some items of salah about which there is no difference, but in some other part of the salah, difference.</w:t>
      </w:r>
      <w:r>
        <w:br/>
      </w:r>
      <w:r>
        <w:rPr>
          <w:sz w:val="20"/>
        </w:rPr>
        <w:t>27:07  so, i would say, i would like to say, two different part of salah, yani, basic part or non-basic part. so, as far as the basic part of salah is concerned, there is no difference at all.</w:t>
      </w:r>
      <w:r>
        <w:br/>
      </w:r>
      <w:r>
        <w:rPr>
          <w:sz w:val="20"/>
        </w:rPr>
        <w:t>27:21  but, as far as the non-basic part of salah is concerned, difference.</w:t>
      </w:r>
      <w:r>
        <w:br/>
      </w:r>
      <w:r>
        <w:rPr>
          <w:sz w:val="20"/>
        </w:rPr>
        <w:t>27:27  and that difference is not unwanted, but is wanted, because namaz is not simply a repetition of form, a rituals.</w:t>
      </w:r>
      <w:r>
        <w:br/>
      </w:r>
      <w:r>
        <w:rPr>
          <w:sz w:val="20"/>
        </w:rPr>
        <w:t>27:42  salah prayer is not simply a repetition of some rituals, some form. na, it is deeply, it is deeply rooted in our sentiment</w:t>
      </w:r>
      <w:r>
        <w:br/>
      </w:r>
      <w:r>
        <w:rPr>
          <w:sz w:val="20"/>
        </w:rPr>
        <w:t>27:56  , term of form. salah is an expression of inner spirit, inner spirit.</w:t>
      </w:r>
      <w:r>
        <w:br/>
      </w:r>
      <w:r>
        <w:rPr>
          <w:sz w:val="20"/>
        </w:rPr>
        <w:t>28:06  so, everything, anything that is, that has the two parts, inner spirit and outer form, it is bound to be different.</w:t>
      </w:r>
      <w:r>
        <w:br/>
      </w:r>
      <w:r>
        <w:rPr>
          <w:sz w:val="20"/>
        </w:rPr>
        <w:t>28:15  for example, love, take love.</w:t>
      </w:r>
      <w:r>
        <w:br/>
      </w:r>
      <w:r>
        <w:rPr>
          <w:sz w:val="20"/>
        </w:rPr>
        <w:t>28:18  if you love your friend, then you meet your friend several time.</w:t>
      </w:r>
      <w:r>
        <w:br/>
      </w:r>
      <w:r>
        <w:rPr>
          <w:sz w:val="20"/>
        </w:rPr>
        <w:t>28:29  is it not possible to meet with your friend every time in the same manner, in term of form?</w:t>
      </w:r>
      <w:r>
        <w:br/>
      </w:r>
      <w:r>
        <w:rPr>
          <w:sz w:val="20"/>
        </w:rPr>
        <w:t>28:40  not possible, because you love your friend. love is inner spirit.</w:t>
      </w:r>
      <w:r>
        <w:br/>
      </w:r>
      <w:r>
        <w:rPr>
          <w:sz w:val="20"/>
        </w:rPr>
        <w:t>28:47  so, when this inner spirit takes the form of outer expression, there is bound to be different.</w:t>
      </w:r>
      <w:r>
        <w:br/>
      </w:r>
      <w:r>
        <w:rPr>
          <w:sz w:val="20"/>
        </w:rPr>
        <w:t>28:58  in form, every time, there is difference, but in spirit, there is no difference. to, namaz has two different aspect: basic, basic part of this salah, and non-basic part of the salah.</w:t>
      </w:r>
      <w:r>
        <w:br/>
      </w:r>
      <w:r>
        <w:rPr>
          <w:sz w:val="20"/>
        </w:rPr>
        <w:t>29:17  in non-basic, not possible to unify, not possible, but in basics, there is unification.</w:t>
      </w:r>
    </w:p>
    <w:p>
      <w:pPr>
        <w:pStyle w:val="Heading2"/>
      </w:pPr>
      <w:r>
        <w:t>Ramadan's free time trains simple living, high thinking</w:t>
      </w:r>
    </w:p>
    <w:p>
      <w:r>
        <w:rPr>
          <w:color w:val="666666"/>
          <w:sz w:val="18"/>
        </w:rPr>
        <w:t>Roza and The Quran August 15, 2010 · 3m 27s · at 22:18 · https://youtu.be/Aaby-dLkPL4?t=1338</w:t>
      </w:r>
    </w:p>
    <w:p>
      <w:r>
        <w:rPr>
          <w:i/>
        </w:rPr>
        <w:t>“رمضان میں ہمارا وقت زیادہ فارغ ہو جاتا ہے”</w:t>
      </w:r>
    </w:p>
    <w:p>
      <w:r>
        <w:rPr>
          <w:sz w:val="20"/>
        </w:rPr>
        <w:t>22:18  yeh toh soch hamein roza na karna hai, roza na karna hai lekin ramzan mein yeh hota hai ke hum apna waqt zyada hamein farigh ho jata hai. aap ghaur kijiyega ke aap ko na khana ho na peena ho na chai peena ho na sari routine band ho gaya hoon toh waqt sab khali hi khali hai.</w:t>
      </w:r>
      <w:r>
        <w:br/>
      </w:r>
      <w:r>
        <w:rPr>
          <w:sz w:val="20"/>
        </w:rPr>
        <w:t>22:36  toh sochne ka waqt bohat mil jata hai.</w:t>
      </w:r>
      <w:r>
        <w:br/>
      </w:r>
      <w:r>
        <w:rPr>
          <w:sz w:val="20"/>
        </w:rPr>
        <w:t>22:45  aur jitne paise wale hon toh aur zyada masghool rehte hain.</w:t>
      </w:r>
      <w:r>
        <w:br/>
      </w:r>
      <w:r>
        <w:rPr>
          <w:sz w:val="20"/>
        </w:rPr>
        <w:t>22:48  ek martaba mein ek ek sahib ke haan do din ke liye mehman tha, guest tha. toh woh kafi paise wale aadmi the.</w:t>
      </w:r>
      <w:r>
        <w:br/>
      </w:r>
      <w:r>
        <w:rPr>
          <w:sz w:val="20"/>
        </w:rPr>
        <w:t>22:58  bohat bara ghar tha un ka. bohat bara ghar tha. is mein kya tha? yani sirf khane ke liye bohat sare table the.</w:t>
      </w:r>
      <w:r>
        <w:br/>
      </w:r>
      <w:r>
        <w:rPr>
          <w:sz w:val="20"/>
        </w:rPr>
        <w:t>23:09  ek table tha woh daily wahan breakfast ke liye tha. ek alag room mein woh break f</w:t>
      </w:r>
      <w:r>
        <w:br/>
      </w:r>
      <w:r>
        <w:rPr>
          <w:sz w:val="20"/>
        </w:rPr>
        <w:t>23:17  fast ke liye. ek aur room tha is mein lunch ke liye alag table tha. ek aur room tha is mein sham ka jo breakfast hota hai is ke liye alag table tha.</w:t>
      </w:r>
      <w:r>
        <w:br/>
      </w:r>
      <w:r>
        <w:rPr>
          <w:sz w:val="20"/>
        </w:rPr>
        <w:t>23:29  phir ek aur table tha is ke liye dinner dinner ke liye alag table tha. phir ek aur room tha is mein special mehmanon ke liye alag tha woh.</w:t>
      </w:r>
      <w:r>
        <w:br/>
      </w:r>
      <w:r>
        <w:rPr>
          <w:sz w:val="20"/>
        </w:rPr>
        <w:t>23:38  toh isi mein masghool. woh apne jo un ke haan bohat sara kaam karne wale bohat se the servant woh yeh batate rehte hain ke dekho bhai aaj yahan karna aaya dekho bhai aaj wahan karna aaya dekho bhai woh aaney wale hain.</w:t>
      </w:r>
      <w:r>
        <w:br/>
      </w:r>
      <w:r>
        <w:rPr>
          <w:sz w:val="20"/>
        </w:rPr>
        <w:t>23:53  toh sara din un ke haan isi mein guzarta tha.</w:t>
      </w:r>
      <w:r>
        <w:br/>
      </w:r>
      <w:r>
        <w:rPr>
          <w:sz w:val="20"/>
        </w:rPr>
        <w:t>23:58  toh yeh hai yeh hai yani yeh hai distraction. aadmi apne ko phansaya rehta hai.</w:t>
      </w:r>
      <w:r>
        <w:br/>
      </w:r>
      <w:r>
        <w:rPr>
          <w:sz w:val="20"/>
        </w:rPr>
        <w:t>24:06  phansaya rehne ki wajah se is ko jo asal jo bari bari jo jo bari bari baatein hain is ko sochne ka is ko mauqa nahi milta. is liye mein is is is saying ko pasand karta hoon simple living high thinking.</w:t>
      </w:r>
      <w:r>
        <w:br/>
      </w:r>
      <w:r>
        <w:rPr>
          <w:sz w:val="20"/>
        </w:rPr>
        <w:t>24:21  mein is ko bohat pasand karta hoon. simple living hogi tabhi high thinking aayegi. agar simple living nahi hai high thinking bhi nahi aayegi.</w:t>
      </w:r>
      <w:r>
        <w:br/>
      </w:r>
      <w:r>
        <w:rPr>
          <w:sz w:val="20"/>
        </w:rPr>
        <w:t>24:34  yani agar aap ko high thinking lana hai apne andar toh phir simple living bhi lana padega.</w:t>
      </w:r>
      <w:r>
        <w:br/>
      </w:r>
      <w:r>
        <w:rPr>
          <w:sz w:val="20"/>
        </w:rPr>
        <w:t>24:44  donon ek doosre se jure hue hain. toh roza kya roza yahi hai simple living high thinking. roze ko aap koi mysterious cheez mat samjhiye.</w:t>
      </w:r>
      <w:r>
        <w:br/>
      </w:r>
      <w:r>
        <w:rPr>
          <w:sz w:val="20"/>
        </w:rPr>
        <w:t>24:56  roza jo hai simple living high thinking ki training hai.</w:t>
      </w:r>
      <w:r>
        <w:br/>
      </w:r>
      <w:r>
        <w:rPr>
          <w:sz w:val="20"/>
        </w:rPr>
        <w:t>25:02  ke sada zindagi guzaro aur phir bari bari cheezein tum ko discoveries hon gi socho ge mind activate hoga tumhara bari bari discoveries hon gi.</w:t>
      </w:r>
      <w:r>
        <w:br/>
      </w:r>
      <w:r>
        <w:rPr>
          <w:sz w:val="20"/>
        </w:rPr>
        <w:t>25:16  jaise aaj maine subah ki misaal di aap ko.</w:t>
      </w:r>
      <w:r>
        <w:br/>
      </w:r>
      <w:r>
        <w:rPr>
          <w:sz w:val="20"/>
        </w:rPr>
        <w:t>25:22  toh roze ko log samajhte hain koi mysterious cheez hai aur mysteriously is ka hum ko sawab mil jata hai aur mysterious fazail is ke hain yeh sab aisa nahi hai.</w:t>
      </w:r>
      <w:r>
        <w:br/>
      </w:r>
      <w:r>
        <w:rPr>
          <w:sz w:val="20"/>
        </w:rPr>
        <w:t>25:34  yani lafz badal kar agar mein kahoon toh mein kahoon ke roza means simple living high thinking.</w:t>
      </w:r>
    </w:p>
    <w:p>
      <w:pPr>
        <w:pStyle w:val="Heading2"/>
      </w:pPr>
      <w:r>
        <w:t>Five pillars of Islam and meaning of purification</w:t>
      </w:r>
    </w:p>
    <w:p>
      <w:r>
        <w:rPr>
          <w:color w:val="666666"/>
          <w:sz w:val="18"/>
        </w:rPr>
        <w:t>Spirit of Zakat 16 May 2007 - Maulana Wahiduddin Khan · 3m 41s · at 0:33 · https://youtu.be/Ptou1yxZS_8?t=33</w:t>
      </w:r>
    </w:p>
    <w:p>
      <w:r>
        <w:rPr>
          <w:i/>
        </w:rPr>
        <w:t>“Today I'd like to say a few words about zakat”</w:t>
      </w:r>
    </w:p>
    <w:p>
      <w:r>
        <w:rPr>
          <w:sz w:val="20"/>
        </w:rPr>
        <w:t>0:33  today i would like to say a few words about zakat.</w:t>
      </w:r>
      <w:r>
        <w:br/>
      </w:r>
      <w:r>
        <w:rPr>
          <w:sz w:val="20"/>
        </w:rPr>
        <w:t>0:44  zakat is one of the important teachings of Islam.</w:t>
      </w:r>
      <w:r>
        <w:br/>
      </w:r>
      <w:r>
        <w:rPr>
          <w:sz w:val="20"/>
        </w:rPr>
        <w:t>0:55  according to hadith, there are five pillars of Islam, al-arkan al-khamsa.</w:t>
      </w:r>
      <w:r>
        <w:br/>
      </w:r>
      <w:r>
        <w:rPr>
          <w:sz w:val="20"/>
        </w:rPr>
        <w:t>1:09  these five pillars are like this: kalma tauheed,</w:t>
      </w:r>
      <w:r>
        <w:br/>
      </w:r>
      <w:r>
        <w:rPr>
          <w:sz w:val="20"/>
        </w:rPr>
        <w:t>1:22  namaz that is prayer, fasting that is saum,</w:t>
      </w:r>
      <w:r>
        <w:br/>
      </w:r>
      <w:r>
        <w:rPr>
          <w:sz w:val="20"/>
        </w:rPr>
        <w:t>1:35  zakat, and hajj.</w:t>
      </w:r>
      <w:r>
        <w:br/>
      </w:r>
      <w:r>
        <w:rPr>
          <w:sz w:val="20"/>
        </w:rPr>
        <w:t>1:41  these are five</w:t>
      </w:r>
      <w:r>
        <w:br/>
      </w:r>
      <w:r>
        <w:rPr>
          <w:sz w:val="20"/>
        </w:rPr>
        <w:t>1:47  pillars of Islam.</w:t>
      </w:r>
      <w:r>
        <w:br/>
      </w:r>
      <w:r>
        <w:rPr>
          <w:sz w:val="20"/>
        </w:rPr>
        <w:t>1:51  now, there is a hadith</w:t>
      </w:r>
      <w:r>
        <w:br/>
      </w:r>
      <w:r>
        <w:rPr>
          <w:sz w:val="20"/>
        </w:rPr>
        <w:t>1:59  about roza: likulli shay'in zakat, wa zakat al-jasad as-saum.</w:t>
      </w:r>
      <w:r>
        <w:br/>
      </w:r>
      <w:r>
        <w:rPr>
          <w:sz w:val="20"/>
        </w:rPr>
        <w:t>2:12  everything,</w:t>
      </w:r>
      <w:r>
        <w:br/>
      </w:r>
      <w:r>
        <w:rPr>
          <w:sz w:val="20"/>
        </w:rPr>
        <w:t>2:17  there is zakat for everything, and zakat of body is saum, there is fasting.</w:t>
      </w:r>
      <w:r>
        <w:br/>
      </w:r>
      <w:r>
        <w:rPr>
          <w:sz w:val="20"/>
        </w:rPr>
        <w:t>2:30  now, zakat is an Arabic word, literally it means purification, or making pure.</w:t>
      </w:r>
      <w:r>
        <w:br/>
      </w:r>
      <w:r>
        <w:rPr>
          <w:sz w:val="20"/>
        </w:rPr>
        <w:t>2:48  so, according to Islam, purification, or zakat, or tazkiyah is most important teaching of Islam.</w:t>
      </w:r>
      <w:r>
        <w:br/>
      </w:r>
      <w:r>
        <w:rPr>
          <w:sz w:val="20"/>
        </w:rPr>
        <w:t>3:06  in this world, we are impure. now, we have to purify our soul in every aspect.</w:t>
      </w:r>
      <w:r>
        <w:br/>
      </w:r>
      <w:r>
        <w:rPr>
          <w:sz w:val="20"/>
        </w:rPr>
        <w:t>3:19  this is our test, this is our text, tst, this is our test.</w:t>
      </w:r>
      <w:r>
        <w:br/>
      </w:r>
      <w:r>
        <w:rPr>
          <w:sz w:val="20"/>
        </w:rPr>
        <w:t>3:30  man is born as impure,</w:t>
      </w:r>
      <w:r>
        <w:br/>
      </w:r>
      <w:r>
        <w:rPr>
          <w:sz w:val="20"/>
        </w:rPr>
        <w:t>3:36  and it is his test that he must purify himself. so,</w:t>
      </w:r>
      <w:r>
        <w:br/>
      </w:r>
      <w:r>
        <w:rPr>
          <w:sz w:val="20"/>
        </w:rPr>
        <w:t>3:47  I think there are five basic aspects of human life, and these five principles, these five principles are al-arkan al-khamsa, cover all these five aspects of human life.</w:t>
      </w:r>
    </w:p>
    <w:p>
      <w:pPr>
        <w:pStyle w:val="Heading2"/>
      </w:pPr>
      <w:r>
        <w:t>Discovering real gratitude: oxygen, birds, and a near-accident</w:t>
      </w:r>
    </w:p>
    <w:p>
      <w:r>
        <w:rPr>
          <w:color w:val="666666"/>
          <w:sz w:val="18"/>
        </w:rPr>
        <w:t>Discovering The Spirit of Ramadan March 16, 2025 · 3m 40s · at 40:28 · https://youtu.be/WrIyg6N7390?t=2428</w:t>
      </w:r>
    </w:p>
    <w:p>
      <w:r>
        <w:rPr>
          <w:i/>
        </w:rPr>
        <w:t>“We breathe clean air every moment, yet never notice”</w:t>
      </w:r>
    </w:p>
    <w:p>
      <w:r>
        <w:rPr>
          <w:sz w:val="20"/>
        </w:rPr>
        <w:t>40:28  to is ko discover kar kar ke hamein Khuda ka hamd ada karein, Khuda ka shukr ada karein, Khuda ko yaad karein. to ab ek misal ke taur par hum har waqt saaf hawa mein saans le rahe hain,</w:t>
      </w:r>
      <w:r>
        <w:br/>
      </w:r>
      <w:r>
        <w:rPr>
          <w:sz w:val="20"/>
        </w:rPr>
        <w:t>40:43  humein har waqt oxygen mil rahi hai. ab kahan koi bhi nahi yaad karta ke hamein Khuda oxygen supply kar raha hai, har waqt hamein pani mil raha hai, koi bhi nahi yaad karta hai.</w:t>
      </w:r>
      <w:r>
        <w:br/>
      </w:r>
      <w:r>
        <w:rPr>
          <w:sz w:val="20"/>
        </w:rPr>
        <w:t>40:53  to isi liye roza jo hai muqarrar kiya gaya hai taake kuch der ke liye hamein rok kar khana se, pani se, basic zarooriyat se is ko yaad dilaya jaye.</w:t>
      </w:r>
      <w:r>
        <w:br/>
      </w:r>
      <w:r>
        <w:rPr>
          <w:sz w:val="20"/>
        </w:rPr>
        <w:t>41:06  to yeh matlab ek ek cheez, jaise Maulana ek ek cheez ko discover karte</w:t>
      </w:r>
      <w:r>
        <w:br/>
      </w:r>
      <w:r>
        <w:rPr>
          <w:sz w:val="20"/>
        </w:rPr>
        <w:t>41:12  the, rozana un ki koi nayi discovery hoti thi. to woh hum logon ko bataya karte the, misal ke taur par insaan ke andar enjoy, lazzat ka jo ehsas hai, woh kisi janwar mein nahi hai.</w:t>
      </w:r>
      <w:r>
        <w:br/>
      </w:r>
      <w:r>
        <w:rPr>
          <w:sz w:val="20"/>
        </w:rPr>
        <w:t>41:25  ab aap dekhiye chidiyon ko taza phal tod tod ke pedon mein khate hain, jabke hamein itna taza milta bhi nahi hai. to woh, lekin un ko koi is ki lazzat nahi hai, woh to sirf apna pet bharne ke liye khate hain.</w:t>
      </w:r>
      <w:r>
        <w:br/>
      </w:r>
      <w:r>
        <w:rPr>
          <w:sz w:val="20"/>
        </w:rPr>
        <w:t>41:39  to hum log har cheez ko, insan jo hai enjoy karta hai. to yeh sab cheezein jab aisa ho to hamein Khuda, woh woh sab cheezein, un nematein jo hain, hamein Khuda ki yaad dilayein.</w:t>
      </w:r>
      <w:r>
        <w:br/>
      </w:r>
      <w:r>
        <w:rPr>
          <w:sz w:val="20"/>
        </w:rPr>
        <w:t>41:53  to is ko kehte hain sahi ma'ano mein Khuda ka shukr ada karna. maine abhi do teen din pehle dekha, ek aadmi bahut lambi tasbeeh le ke ja raha tha, woh paon tak latak rahi thi tasbee</w:t>
      </w:r>
      <w:r>
        <w:br/>
      </w:r>
      <w:r>
        <w:rPr>
          <w:sz w:val="20"/>
        </w:rPr>
        <w:t>42:07  h. maine kaha, ab tasbeeh to parh raha hai, sarak pe chal raha hai, koi mil jayega is se baatein bhi karega. to is ka focus, focused mind is ka kahan hai?</w:t>
      </w:r>
      <w:r>
        <w:br/>
      </w:r>
      <w:r>
        <w:rPr>
          <w:sz w:val="20"/>
        </w:rPr>
        <w:t>42:17  woh bas daane ghuma raha hai. to yeh nahi hai, balkeh tasbeeh bhi hum parhein to Khuda ko yaad karte hue parhein, Khuda ki nematon ko yaad karte hue parhein, tab woh hamari ibadat ka hissa banegi.</w:t>
      </w:r>
      <w:r>
        <w:br/>
      </w:r>
      <w:r>
        <w:rPr>
          <w:sz w:val="20"/>
        </w:rPr>
        <w:t>42:30  woh warna to sirf woh daana ghumaana hota hai.</w:t>
      </w:r>
      <w:r>
        <w:br/>
      </w:r>
      <w:r>
        <w:rPr>
          <w:sz w:val="20"/>
        </w:rPr>
        <w:t>42:36  to jo sab se bari ibadat jo hai, woh hamare liye haqeeqi shukr hai. to yahi jaise Rasool Allah Sal Allahu Alaihi Wasallam karte the ke har mauqe par, har aan, aaya hai arabi mein, to har mauqe par Khuda ki yaad dilate the.</w:t>
      </w:r>
      <w:r>
        <w:br/>
      </w:r>
      <w:r>
        <w:rPr>
          <w:sz w:val="20"/>
        </w:rPr>
        <w:t>42:52  chidiya par bhi pharphadhati thi to woh Khuda ki koi nemmat ko yaad dilaya karte</w:t>
      </w:r>
      <w:r>
        <w:br/>
      </w:r>
      <w:r>
        <w:rPr>
          <w:sz w:val="20"/>
        </w:rPr>
        <w:t>42:58  the. to yahi tareeqa hai ke hamein jab bhi koi naya tajurba ho to hamein woh, is ko, woh, woh haqeeqi tajurba hamein Khuda ki yaad dilaye.</w:t>
      </w:r>
      <w:r>
        <w:br/>
      </w:r>
      <w:r>
        <w:rPr>
          <w:sz w:val="20"/>
        </w:rPr>
        <w:t>43:07  aur baar baar aisa hota hai, har ek ke saath aisa hota hai ke baar baar is ko kuch khaas madad aati hai, is ka kaam ruka hua hai, woh ruka ho jata hai, is ko koi sehat ki koi problem hai, woh theek ho jati hai.</w:t>
      </w:r>
      <w:r>
        <w:br/>
      </w:r>
      <w:r>
        <w:rPr>
          <w:sz w:val="20"/>
        </w:rPr>
        <w:t>43:20  woh accident, ek baar mein kahin ja rahi thi three wheeler mein aur idhar se tempo aa raha tha,</w:t>
      </w:r>
      <w:r>
        <w:br/>
      </w:r>
      <w:r>
        <w:rPr>
          <w:sz w:val="20"/>
        </w:rPr>
        <w:t>43:27  mushkil se do teen angol ka beech mein jagah baqi thi. to kitna zabardast accident ho sakta tha. to woh baar baar is tareeqe ki cheezein yaad aayin ke Allah Ta'ala ne bacha liya.</w:t>
      </w:r>
      <w:r>
        <w:br/>
      </w:r>
      <w:r>
        <w:rPr>
          <w:sz w:val="20"/>
        </w:rPr>
        <w:t>43:39  to yahi hai ke hamein past mein, present mein jo bhi hamare saath waqeaat hote hain, is ko hum Khuda se attribute karein aur Khuda ko yaad karein.</w:t>
      </w:r>
      <w:r>
        <w:br/>
      </w:r>
      <w:r>
        <w:rPr>
          <w:sz w:val="20"/>
        </w:rPr>
        <w:t>43:50  kyunke khali tasbeeh parhne se woh hamari roohaniyat, hamari is mein nahi banti hai. hamari jo shakhsiyat hai, woh roohani nahi hoti sirf tasbeeh parhne se, balkeh hamein Khuda ki nematon ko hamein yaad karna padega.</w:t>
      </w:r>
    </w:p>
    <w:p>
      <w:pPr>
        <w:pStyle w:val="Heading2"/>
      </w:pPr>
      <w:r>
        <w:t>Spirit of ihram: ultimate simplicity</w:t>
      </w:r>
    </w:p>
    <w:p>
      <w:r>
        <w:rPr>
          <w:color w:val="666666"/>
          <w:sz w:val="18"/>
        </w:rPr>
        <w:t>The Spirit of Hajj | November 10, 2007 · 5m 03s · at 12:55 · https://youtu.be/lLM-kLIlvdw?t=775</w:t>
      </w:r>
    </w:p>
    <w:p>
      <w:r>
        <w:rPr>
          <w:i/>
        </w:rPr>
        <w:t>“Hajj ki spirit yeh hai ke jab aap Hajj ke liye niklein”</w:t>
      </w:r>
    </w:p>
    <w:p>
      <w:r>
        <w:rPr>
          <w:sz w:val="20"/>
        </w:rPr>
        <w:t>12:55  jj ki spirit yeh hai ke jab aap hajj ke liye niklen to sari duniyavi cheezen aap ke liye secondary ban gayi hon. main samajhta hoon ke hajj jo hai ek qism ka moving itikaf hai. chalta phirta itikaf. dekhen, ramzan ke zamane mein itikaf kiya jata hai. aam taur par log das din ka itikaf karte hain. it</w:t>
      </w:r>
      <w:r>
        <w:br/>
      </w:r>
      <w:r>
        <w:rPr>
          <w:sz w:val="20"/>
        </w:rPr>
        <w:t>13:25  kaaf ke maani hote hain seclusion.</w:t>
      </w:r>
      <w:r>
        <w:br/>
      </w:r>
      <w:r>
        <w:rPr>
          <w:sz w:val="20"/>
        </w:rPr>
        <w:t>13:31  seclusion, secluded life.</w:t>
      </w:r>
      <w:r>
        <w:br/>
      </w:r>
      <w:r>
        <w:rPr>
          <w:sz w:val="20"/>
        </w:rPr>
        <w:t>13:37  yaani chand dinon ke liye aap masjid mein aik goshe mein baith jatay hain aur aik secluded life bitatay hain.</w:t>
      </w:r>
      <w:r>
        <w:br/>
      </w:r>
      <w:r>
        <w:rPr>
          <w:sz w:val="20"/>
        </w:rPr>
        <w:t>13:43  yaani dunya ke rishte, dunya ke ta'alluqat, dunya ka comfort, dunya ki luxury chhod kar sab cheez ko</w:t>
      </w:r>
      <w:r>
        <w:br/>
      </w:r>
      <w:r>
        <w:rPr>
          <w:sz w:val="20"/>
        </w:rPr>
        <w:t>13:49  aik dam simple life ke tor par wahan aap guzartay hain aur sirf kya karte hain? z</w:t>
      </w:r>
      <w:r>
        <w:br/>
      </w:r>
      <w:r>
        <w:rPr>
          <w:sz w:val="20"/>
        </w:rPr>
        <w:t>13:55  ikr aur dua aur namaz aur tilawat, yeh sab cheezein.</w:t>
      </w:r>
      <w:r>
        <w:br/>
      </w:r>
      <w:r>
        <w:rPr>
          <w:sz w:val="20"/>
        </w:rPr>
        <w:t>13:59  yeh hai aitkaf.</w:t>
      </w:r>
      <w:r>
        <w:br/>
      </w:r>
      <w:r>
        <w:rPr>
          <w:sz w:val="20"/>
        </w:rPr>
        <w:t>14:02  yaani madi cheezon se nikal kar ke khalis rohani mahol mein chale jana.</w:t>
      </w:r>
      <w:r>
        <w:br/>
      </w:r>
      <w:r>
        <w:rPr>
          <w:sz w:val="20"/>
        </w:rPr>
        <w:t>14:06  Khuda ki yaad ke mahol mein chale jana.</w:t>
      </w:r>
      <w:r>
        <w:br/>
      </w:r>
      <w:r>
        <w:rPr>
          <w:sz w:val="20"/>
        </w:rPr>
        <w:t>14:09  yeh hai itekaaf.</w:t>
      </w:r>
      <w:r>
        <w:br/>
      </w:r>
      <w:r>
        <w:rPr>
          <w:sz w:val="20"/>
        </w:rPr>
        <w:t>14:13  to hajj bhi itekaaf hai.</w:t>
      </w:r>
      <w:r>
        <w:br/>
      </w:r>
      <w:r>
        <w:rPr>
          <w:sz w:val="20"/>
        </w:rPr>
        <w:t>14:16  aik moving itekaaf.</w:t>
      </w:r>
      <w:r>
        <w:br/>
      </w:r>
      <w:r>
        <w:rPr>
          <w:sz w:val="20"/>
        </w:rPr>
        <w:t>14:20  chalta phirta itekaaf. mutharrik itekaaf.</w:t>
      </w:r>
      <w:r>
        <w:br/>
      </w:r>
      <w:r>
        <w:rPr>
          <w:sz w:val="20"/>
        </w:rPr>
        <w:t>14:23  aur is ki nishani kya hai? moving itekaaf mein kyun kehta hoon hajj ko?</w:t>
      </w:r>
      <w:r>
        <w:br/>
      </w:r>
      <w:r>
        <w:rPr>
          <w:sz w:val="20"/>
        </w:rPr>
        <w:t>14:27  to is liye ke aik hadees hai, aik shakhs ne poocha ke aye aye Khuda ke Rasool, hajj</w:t>
      </w:r>
      <w:r>
        <w:br/>
      </w:r>
      <w:r>
        <w:rPr>
          <w:sz w:val="20"/>
        </w:rPr>
        <w:t>14:34  kya hai? aap ne farmaya ke al-shakhs al-tafil, yani aadmi jo hai baal bikhre hue hain, is ko</w:t>
      </w:r>
      <w:r>
        <w:br/>
      </w:r>
      <w:r>
        <w:rPr>
          <w:sz w:val="20"/>
        </w:rPr>
        <w:t>14:42  sidh rahi hain kapray ki, chala ja raha hai Khuda ke rastay mein, yeh hai hajj.</w:t>
      </w:r>
      <w:r>
        <w:br/>
      </w:r>
      <w:r>
        <w:rPr>
          <w:sz w:val="20"/>
        </w:rPr>
        <w:t>14:49  to is ki nishani hai ehraam. ehraam bandh</w:t>
      </w:r>
      <w:r>
        <w:br/>
      </w:r>
      <w:r>
        <w:rPr>
          <w:sz w:val="20"/>
        </w:rPr>
        <w:t>14:57  na. aam taur par aap kitabon mein padhenge ke hajj ki teen qismen hain: hajj tamattu, hajj qiran, hajj ifraad. har kitab mein aap ko jo hajj ki kitaben hoti hain, us mein aap ko yeh likha hua milega ke hajj ki teen qismen hain: hajj tamattu, hajj qiran, hajj ifraad. hajj tamattu kya hai? ha</w:t>
      </w:r>
      <w:r>
        <w:br/>
      </w:r>
      <w:r>
        <w:rPr>
          <w:sz w:val="20"/>
        </w:rPr>
        <w:t>15:27  j tamattu yeh hai ke aap ne pehli baar ehraam bandha, is ke baad umrah kiya.</w:t>
      </w:r>
      <w:r>
        <w:br/>
      </w:r>
      <w:r>
        <w:rPr>
          <w:sz w:val="20"/>
        </w:rPr>
        <w:t>15:31  umrah kar ke ehraam khol diya aap ne.</w:t>
      </w:r>
      <w:r>
        <w:br/>
      </w:r>
      <w:r>
        <w:rPr>
          <w:sz w:val="20"/>
        </w:rPr>
        <w:t>15:36  phir dobara ehraam bandh kar ke aap ne hajj kiya.</w:t>
      </w:r>
      <w:r>
        <w:br/>
      </w:r>
      <w:r>
        <w:rPr>
          <w:sz w:val="20"/>
        </w:rPr>
        <w:t>15:40  to pehli baar ehraam bandha umray ke liye, phir doosri baar ehraam bandha hajj ke liye.</w:t>
      </w:r>
      <w:r>
        <w:br/>
      </w:r>
      <w:r>
        <w:rPr>
          <w:sz w:val="20"/>
        </w:rPr>
        <w:t>15:45  yeh hua hajj tamattu.</w:t>
      </w:r>
      <w:r>
        <w:br/>
      </w:r>
      <w:r>
        <w:rPr>
          <w:sz w:val="20"/>
        </w:rPr>
        <w:t>15:49  hajj qiran kya hai? ke aap ne aik hi ehraam bandha, aap ne aik hi ehraam mein aap</w:t>
      </w:r>
      <w:r>
        <w:br/>
      </w:r>
      <w:r>
        <w:rPr>
          <w:sz w:val="20"/>
        </w:rPr>
        <w:t>15:54  ne umrah bhi kiya aur hajj bhi kiya.</w:t>
      </w:r>
      <w:r>
        <w:br/>
      </w:r>
      <w:r>
        <w:rPr>
          <w:sz w:val="20"/>
        </w:rPr>
        <w:t>15:58  beech mein ehram utara nahi. usi se, usi se, usi ehram se aap ne umrah bhi kiya, usi se aap ne hajj bhi kiya. yeh hua hajj qiran. teesra jo hai hajj ifraad yeh hai ke aap ne umrah nahi kiya. ehram bandh kar hajj kiya. bas. aur phir hajj ko hajj ke baad ehram khol diya. to hajj tamattu mein aur hajj qiran mein qurbani hoti hai, hajj ifraad</w:t>
      </w:r>
      <w:r>
        <w:br/>
      </w:r>
      <w:r>
        <w:rPr>
          <w:sz w:val="20"/>
        </w:rPr>
        <w:t>16:28  mein qurbani nahi hoti hai.</w:t>
      </w:r>
      <w:r>
        <w:br/>
      </w:r>
      <w:r>
        <w:rPr>
          <w:sz w:val="20"/>
        </w:rPr>
        <w:t>16:32  yeh sab likha raha hai kitabon mein.</w:t>
      </w:r>
      <w:r>
        <w:br/>
      </w:r>
      <w:r>
        <w:rPr>
          <w:sz w:val="20"/>
        </w:rPr>
        <w:t>16:36  yeh hai kya masla? isi ko mein masla kehta hoon.</w:t>
      </w:r>
      <w:r>
        <w:br/>
      </w:r>
      <w:r>
        <w:rPr>
          <w:sz w:val="20"/>
        </w:rPr>
        <w:t>16:40  یعنی فارم جو ہے اس کا، اس کے جو rituals ہیں، اس کو بتانا۔</w:t>
      </w:r>
      <w:r>
        <w:br/>
      </w:r>
      <w:r>
        <w:rPr>
          <w:sz w:val="20"/>
        </w:rPr>
        <w:t>16:44  ehraam isi isi cheez ka naam nahi hai.</w:t>
      </w:r>
      <w:r>
        <w:br/>
      </w:r>
      <w:r>
        <w:rPr>
          <w:sz w:val="20"/>
        </w:rPr>
        <w:t>16:47  ehraam aik spirit hai.</w:t>
      </w:r>
      <w:r>
        <w:br/>
      </w:r>
      <w:r>
        <w:rPr>
          <w:sz w:val="20"/>
        </w:rPr>
        <w:t>16:51  spirit kis baat ki? simple life ki spirit.</w:t>
      </w:r>
      <w:r>
        <w:br/>
      </w:r>
      <w:r>
        <w:rPr>
          <w:sz w:val="20"/>
        </w:rPr>
        <w:t>16:55  aap jab ghar par hotay hain to aap darzi ka s</w:t>
      </w:r>
      <w:r>
        <w:br/>
      </w:r>
      <w:r>
        <w:rPr>
          <w:sz w:val="20"/>
        </w:rPr>
        <w:t>16:59  la hua kapra pehantay hain.</w:t>
      </w:r>
      <w:r>
        <w:br/>
      </w:r>
      <w:r>
        <w:rPr>
          <w:sz w:val="20"/>
        </w:rPr>
        <w:t>17:02  achhay achhay kapray log pehantay hain.</w:t>
      </w:r>
      <w:r>
        <w:br/>
      </w:r>
      <w:r>
        <w:rPr>
          <w:sz w:val="20"/>
        </w:rPr>
        <w:t>17:05  aaj kal shop bhi karte hain kapre ke liye.</w:t>
      </w:r>
      <w:r>
        <w:br/>
      </w:r>
      <w:r>
        <w:rPr>
          <w:sz w:val="20"/>
        </w:rPr>
        <w:t>17:08  naye naye design ke kapre.</w:t>
      </w:r>
      <w:r>
        <w:br/>
      </w:r>
      <w:r>
        <w:rPr>
          <w:sz w:val="20"/>
        </w:rPr>
        <w:t>17:11  lekin chahe koi kitna hi ameer ho, koi ghareeb ho, koi kitna hi parha likha ho, professor, kuch</w:t>
      </w:r>
      <w:r>
        <w:br/>
      </w:r>
      <w:r>
        <w:rPr>
          <w:sz w:val="20"/>
        </w:rPr>
        <w:t>17:14  bhi ho, sab ko ek hi kapra pehanna parta hai.</w:t>
      </w:r>
      <w:r>
        <w:br/>
      </w:r>
      <w:r>
        <w:rPr>
          <w:sz w:val="20"/>
        </w:rPr>
        <w:t>17:17  woh kya? safed chadar.</w:t>
      </w:r>
      <w:r>
        <w:br/>
      </w:r>
      <w:r>
        <w:rPr>
          <w:sz w:val="20"/>
        </w:rPr>
        <w:t>17:20  do safed chadar.</w:t>
      </w:r>
      <w:r>
        <w:br/>
      </w:r>
      <w:r>
        <w:rPr>
          <w:sz w:val="20"/>
        </w:rPr>
        <w:t>17:23  yani baghair sila hua kapra, yani do safed chadar.</w:t>
      </w:r>
      <w:r>
        <w:br/>
      </w:r>
      <w:r>
        <w:rPr>
          <w:sz w:val="20"/>
        </w:rPr>
        <w:t>17:26  ek neeche aap ne baandh liya, ek</w:t>
      </w:r>
      <w:r>
        <w:br/>
      </w:r>
      <w:r>
        <w:rPr>
          <w:sz w:val="20"/>
        </w:rPr>
        <w:t>17:29  upar aap ne daal liya.</w:t>
      </w:r>
      <w:r>
        <w:br/>
      </w:r>
      <w:r>
        <w:rPr>
          <w:sz w:val="20"/>
        </w:rPr>
        <w:t>17:32  sab ko yeh karna parta hai.</w:t>
      </w:r>
      <w:r>
        <w:br/>
      </w:r>
      <w:r>
        <w:rPr>
          <w:sz w:val="20"/>
        </w:rPr>
        <w:t>17:35  iska matlab kya hua? ke iska matlab yeh hua ke hajj ka matlab bataya ja raha</w:t>
      </w:r>
      <w:r>
        <w:br/>
      </w:r>
      <w:r>
        <w:rPr>
          <w:sz w:val="20"/>
        </w:rPr>
        <w:t>17:39  hai aap ko.</w:t>
      </w:r>
      <w:r>
        <w:br/>
      </w:r>
      <w:r>
        <w:rPr>
          <w:sz w:val="20"/>
        </w:rPr>
        <w:t>17:42  symbolic way mein.</w:t>
      </w:r>
      <w:r>
        <w:br/>
      </w:r>
      <w:r>
        <w:rPr>
          <w:sz w:val="20"/>
        </w:rPr>
        <w:t>17:45  ke hajj ka matlab hai simplicity.</w:t>
      </w:r>
      <w:r>
        <w:br/>
      </w:r>
      <w:r>
        <w:rPr>
          <w:sz w:val="20"/>
        </w:rPr>
        <w:t>17:49  aakhri had hai, dekhen, kapre ke maamle mein yeh aakhri had hai ke bana sila kapra do tukra</w:t>
      </w:r>
      <w:r>
        <w:br/>
      </w:r>
      <w:r>
        <w:rPr>
          <w:sz w:val="20"/>
        </w:rPr>
        <w:t>17:52  aap apni body par daal len.</w:t>
      </w:r>
      <w:r>
        <w:br/>
      </w:r>
      <w:r>
        <w:rPr>
          <w:sz w:val="20"/>
        </w:rPr>
        <w:t>17:55  is se aage toh kuch nahi simplicity ho sakti kapre ke maamle mein.</w:t>
      </w:r>
    </w:p>
    <w:p>
      <w:pPr>
        <w:pStyle w:val="Heading2"/>
      </w:pPr>
      <w:r>
        <w:t>Eid as a day of gratitude, explained through hadith</w:t>
      </w:r>
    </w:p>
    <w:p>
      <w:r>
        <w:rPr>
          <w:color w:val="666666"/>
          <w:sz w:val="18"/>
        </w:rPr>
        <w:t>Message on Eid al-Fitr March 31, 2025 · 2m 59s · at 5:59 · https://youtu.be/Jy7FoybhCUc?t=359</w:t>
      </w:r>
    </w:p>
    <w:p>
      <w:r>
        <w:rPr>
          <w:i/>
        </w:rPr>
        <w:t>“ईद का दिन दरअसल अल्लाह की याद का दिन है”</w:t>
      </w:r>
    </w:p>
    <w:p>
      <w:r>
        <w:rPr>
          <w:sz w:val="20"/>
        </w:rPr>
        <w:t>5:59  eid ka din darasal allah ki yaad ka din hai aur apni khushiyon ke saath doosron ko share karne ka din hai. hum logon ne eid ki namaz padhi, eid ki namaz congregation mein hoti hai aur usmein allah hu akbar, allah hu akbar bar bar kaha jata hai.</w:t>
      </w:r>
      <w:r>
        <w:br/>
      </w:r>
      <w:r>
        <w:rPr>
          <w:sz w:val="20"/>
        </w:rPr>
        <w:t>6:29  yaani god is wait.</w:t>
      </w:r>
      <w:r>
        <w:br/>
      </w:r>
      <w:r>
        <w:rPr>
          <w:sz w:val="20"/>
        </w:rPr>
        <w:t>6:38  to yeh baar baar jo dauraana hai iska matlab hai ki allah taala ki nematton ka idraak, allah</w:t>
      </w:r>
      <w:r>
        <w:br/>
      </w:r>
      <w:r>
        <w:rPr>
          <w:sz w:val="20"/>
        </w:rPr>
        <w:t>6:47  ki jo nematein hain uska shukr ada karne ka din hai aur, hadith mein aata hai, man asbaha</w:t>
      </w:r>
      <w:r>
        <w:br/>
      </w:r>
      <w:r>
        <w:rPr>
          <w:sz w:val="20"/>
        </w:rPr>
        <w:t>6:56  Min kum aameneen ki sir bhi one who wakes up in his house and he feels safe and secure.</w:t>
      </w:r>
      <w:r>
        <w:br/>
      </w:r>
      <w:r>
        <w:rPr>
          <w:sz w:val="20"/>
        </w:rPr>
        <w:t>7:06  waafihi fis sihatihi, and he is healthy in his body. wa indahu ta'amu yawmihi, and he has food for that day, food for one day. yaani jisko yeh saari cheezein hasil hain, usko as if the whole world has been gathered for him.</w:t>
      </w:r>
      <w:r>
        <w:br/>
      </w:r>
      <w:r>
        <w:rPr>
          <w:sz w:val="20"/>
        </w:rPr>
        <w:t>7:34  isi tarike ke, to is tarike se yaani eid ka din, gratitude ka din ban jata hai aur thanksgiving ka din ban jata hai. isi tarah se rasoolullah sallam ne farmaya arba'un. char baatein batai.</w:t>
      </w:r>
      <w:r>
        <w:br/>
      </w:r>
      <w:r>
        <w:rPr>
          <w:sz w:val="20"/>
        </w:rPr>
        <w:t>7:51  arba'un man utiya hunna, faqad utiya khaira dunya wal aakhirah ke four things one who has been given, he has been given the, best of this world and the hereafter.</w:t>
      </w:r>
      <w:r>
        <w:br/>
      </w:r>
      <w:r>
        <w:rPr>
          <w:sz w:val="20"/>
        </w:rPr>
        <w:t>8:08  al qalbush shakir, a grateful heart, and lisanun dhakir, and a tongue which remembers God, wa badhanun alal bala'i sabir, and a body which is patient on the trials and tribulations of time.</w:t>
      </w:r>
      <w:r>
        <w:br/>
      </w:r>
      <w:r>
        <w:rPr>
          <w:sz w:val="20"/>
        </w:rPr>
        <w:t>8:31  wa zawjatun tulihubbu hu fi nafsiha wala malihi, and a virtuous wife, a righteous wife aur a virtuous and righteous spouse. to rasoolullah ne farmaya ki agar yeh char cheezein kisi ke paas hon to usko duniya aur aakhirat ki behtar behtari mil gayi.</w:t>
      </w:r>
      <w:r>
        <w:br/>
      </w:r>
      <w:r>
        <w:rPr>
          <w:sz w:val="20"/>
        </w:rPr>
        <w:t>8:58  to eid ka din darasal allah ki nematron aur allah ki blessings ko yaad karne ka din hai aur allah taala ke jo nematein itni zyada hain ki hum usko ginn nahi sakte. quran mein aata hai wa in ta'uddu ni'matallahi la tuhsuha. If you try to count the blessings of God, you can never count them.</w:t>
      </w:r>
    </w:p>
    <w:p>
      <w:pPr>
        <w:pStyle w:val="Heading2"/>
      </w:pPr>
      <w:r>
        <w:t>Why travelers miss the intellectual reward of journeys</w:t>
      </w:r>
    </w:p>
    <w:p>
      <w:r>
        <w:rPr>
          <w:color w:val="666666"/>
          <w:sz w:val="18"/>
        </w:rPr>
        <w:t>An Intellectual Journey May 1, 2011 · 4m 42s · at 0:39 · https://youtu.be/AqjjyimoIqw?t=39</w:t>
      </w:r>
    </w:p>
    <w:p>
      <w:r>
        <w:rPr>
          <w:i/>
        </w:rPr>
        <w:t>“Aam tor par log safar karte hain to physical hota hai”</w:t>
      </w:r>
    </w:p>
    <w:p>
      <w:r>
        <w:rPr>
          <w:sz w:val="20"/>
        </w:rPr>
        <w:t>0:39  aam tor par log safar karte hain to woh safar un ke liye physical journey hota hai. physical journey.</w:t>
      </w:r>
      <w:r>
        <w:br/>
      </w:r>
      <w:r>
        <w:rPr>
          <w:sz w:val="20"/>
        </w:rPr>
        <w:t>0:50  mujhe, main jab bhi safar karta hoon, main ne bohat safar kiye hain. har safar mera jo hai woh intellectual journey hota hai ya rohani safar hota hai.</w:t>
      </w:r>
      <w:r>
        <w:br/>
      </w:r>
      <w:r>
        <w:rPr>
          <w:sz w:val="20"/>
        </w:rPr>
        <w:t>1:07  physical safar nahi hota.</w:t>
      </w:r>
      <w:r>
        <w:br/>
      </w:r>
      <w:r>
        <w:rPr>
          <w:sz w:val="20"/>
        </w:rPr>
        <w:t>1:12  aur main samajhta hoon ke safar jo hai bohat bari cheez hai.</w:t>
      </w:r>
      <w:r>
        <w:br/>
      </w:r>
      <w:r>
        <w:rPr>
          <w:sz w:val="20"/>
        </w:rPr>
        <w:t>1:18  safar mein aap ko naye naye experience hotay hain, naye naye logon se interaction hota hai, nayi nayi cheezein aap ko observation mein aati hain.</w:t>
      </w:r>
      <w:r>
        <w:br/>
      </w:r>
      <w:r>
        <w:rPr>
          <w:sz w:val="20"/>
        </w:rPr>
        <w:t>1:32  to safar jo hai</w:t>
      </w:r>
      <w:r>
        <w:br/>
      </w:r>
      <w:r>
        <w:rPr>
          <w:sz w:val="20"/>
        </w:rPr>
        <w:t>1:36  aik study hai, aik living library mein apne aap ko dakhil karna hai. lekin mein dekhta hoon ke aam taur par log, more than 99 percent, safar ke in faidon se bilkul mehroom rehte hain.</w:t>
      </w:r>
      <w:r>
        <w:br/>
      </w:r>
      <w:r>
        <w:rPr>
          <w:sz w:val="20"/>
        </w:rPr>
        <w:t>1:58  mein logon ke safarnamay parhta hoon to woh bhi safarnamay aise hotay hain ke us mein kuch bhi rohani waza nahi hoti. koi lagta nahi ke unhon ne koi zehni safar kiya tha.</w:t>
      </w:r>
      <w:r>
        <w:br/>
      </w:r>
      <w:r>
        <w:rPr>
          <w:sz w:val="20"/>
        </w:rPr>
        <w:t>2:10  bas physical safar hota hai. is ki wajah kya hai? is ki wajah hai ke logon ke andar thinking capacity nahi hai.</w:t>
      </w:r>
      <w:r>
        <w:br/>
      </w:r>
      <w:r>
        <w:rPr>
          <w:sz w:val="20"/>
        </w:rPr>
        <w:t>2:25  people are deprived from thinking power. log jante nahi sochna kya hai. bas jo cheezein woh dikhai deti hain bazahir, usi mein gum rehte hain.</w:t>
      </w:r>
      <w:r>
        <w:br/>
      </w:r>
      <w:r>
        <w:rPr>
          <w:sz w:val="20"/>
        </w:rPr>
        <w:t>2:41  yani un ka poora safar jo hai distraction mein hota hai.</w:t>
      </w:r>
      <w:r>
        <w:br/>
      </w:r>
      <w:r>
        <w:rPr>
          <w:sz w:val="20"/>
        </w:rPr>
        <w:t>2:50  to safar ka jo faida hai, bara faida, usi se woh mehroom rehte hain.</w:t>
      </w:r>
      <w:r>
        <w:br/>
      </w:r>
      <w:r>
        <w:rPr>
          <w:sz w:val="20"/>
        </w:rPr>
        <w:t>3:00  kitni bari cheez hai kisi ko safar ka mauqa milay.</w:t>
      </w:r>
      <w:r>
        <w:br/>
      </w:r>
      <w:r>
        <w:rPr>
          <w:sz w:val="20"/>
        </w:rPr>
        <w:t>3:06  lekin log jatay hain aur lot'te hain baghair kisi kuch paate nahi. aise hi gaye, aise hi chale aaye.</w:t>
      </w:r>
      <w:r>
        <w:br/>
      </w:r>
      <w:r>
        <w:rPr>
          <w:sz w:val="20"/>
        </w:rPr>
        <w:t>3:17  jaise ke dekhiye, hum yahan se rawana hue to aaj kal jahazon mein aap jante hain ke seat ke samne TV laga rehta hai.</w:t>
      </w:r>
      <w:r>
        <w:br/>
      </w:r>
      <w:r>
        <w:rPr>
          <w:sz w:val="20"/>
        </w:rPr>
        <w:t>3:27  har seat ke samne.</w:t>
      </w:r>
      <w:r>
        <w:br/>
      </w:r>
      <w:r>
        <w:rPr>
          <w:sz w:val="20"/>
        </w:rPr>
        <w:t>3:32  to is ka naam kya hai? in flight entertainment. aur isi mein log masroof rehte hain.</w:t>
      </w:r>
      <w:r>
        <w:br/>
      </w:r>
      <w:r>
        <w:rPr>
          <w:sz w:val="20"/>
        </w:rPr>
        <w:t>3:41  mein jis seat par tha, us ke mere baghal mein aik aik bohat hi motay se aik aadmi thay, shayad koi industrist thay woh. to air hostesses ko bulaya unhon ne aur bohat der tak isi par behas karte rahe ke in ka samne ka TV kaam nahi kar raha hai.</w:t>
      </w:r>
      <w:r>
        <w:br/>
      </w:r>
      <w:r>
        <w:rPr>
          <w:sz w:val="20"/>
        </w:rPr>
        <w:t>3:58  bohat der tak isi behas hoti rahi.</w:t>
      </w:r>
      <w:r>
        <w:br/>
      </w:r>
      <w:r>
        <w:rPr>
          <w:sz w:val="20"/>
        </w:rPr>
        <w:t>4:01  goya ke un ka soul person yeh tha ke samne jo TV laga hua hai, us ko dekhte rahein, us ki music suntay rahein, jo bhi us mein recorded cheezein hain, us ko usay enjoy karte rahein.</w:t>
      </w:r>
      <w:r>
        <w:br/>
      </w:r>
      <w:r>
        <w:rPr>
          <w:sz w:val="20"/>
        </w:rPr>
        <w:t>4:14  to bataiye ke woh kya aur sochen ge? aur kya sochen ge? jab destination pohnche to wahan bhi kya hai?</w:t>
      </w:r>
      <w:r>
        <w:br/>
      </w:r>
      <w:r>
        <w:rPr>
          <w:sz w:val="20"/>
        </w:rPr>
        <w:t>4:22  shopping, shopping, shopping.</w:t>
      </w:r>
      <w:r>
        <w:br/>
      </w:r>
      <w:r>
        <w:rPr>
          <w:sz w:val="20"/>
        </w:rPr>
        <w:t>4:25  entertainment aur shopping. safar ke darmian, darmian mein bhi aur safar ke destination mein pohnch kar hi.</w:t>
      </w:r>
      <w:r>
        <w:br/>
      </w:r>
      <w:r>
        <w:rPr>
          <w:sz w:val="20"/>
        </w:rPr>
        <w:t>4:36  to kuch jo jo item hain معرفت ke, discovery ke, realization ke,</w:t>
      </w:r>
      <w:r>
        <w:br/>
      </w:r>
      <w:r>
        <w:rPr>
          <w:sz w:val="20"/>
        </w:rPr>
        <w:t>4:48  us se mehroom rehte hain woh.</w:t>
      </w:r>
      <w:r>
        <w:br/>
      </w:r>
      <w:r>
        <w:rPr>
          <w:sz w:val="20"/>
        </w:rPr>
        <w:t>4:50  dekhiye, har is dunya mein har waqia aik point of reference hai. logon ko pata hi nahi ke point of reference ko istemal karte hue us se koi cheez discover karein.</w:t>
      </w:r>
      <w:r>
        <w:br/>
      </w:r>
      <w:r>
        <w:rPr>
          <w:sz w:val="20"/>
        </w:rPr>
        <w:t>5:06  yani point of reference ke concept hi logon ko nahi maloom. woh to bas entertainment mein, hawa mein, khane peene mein, shopping, yeh sab mein waqt guzarein ge aur wapas aa jayen ge.</w:t>
      </w:r>
    </w:p>
    <w:p>
      <w:pPr>
        <w:pStyle w:val="Heading2"/>
      </w:pPr>
      <w:r>
        <w:t>From lamenting losses to discovering Eid's gratitude</w:t>
      </w:r>
    </w:p>
    <w:p>
      <w:r>
        <w:rPr>
          <w:color w:val="666666"/>
          <w:sz w:val="18"/>
        </w:rPr>
        <w:t>Eid al-Fitr A Day of Thankfulness June 26, 2017 Maulana Wahiduddin Khan · 6m 10s · at 5:57 · https://youtu.be/2c7fkyeazAk?t=357</w:t>
      </w:r>
    </w:p>
    <w:p>
      <w:r>
        <w:rPr>
          <w:i/>
        </w:rPr>
        <w:t>“Then I started thinking, Muslims have been writing elegies”</w:t>
      </w:r>
    </w:p>
    <w:p>
      <w:r>
        <w:rPr>
          <w:sz w:val="20"/>
        </w:rPr>
        <w:t>5:57  haan haan, main sochne laga ke is sari tareekh mein musalman</w:t>
      </w:r>
      <w:r>
        <w:br/>
      </w:r>
      <w:r>
        <w:rPr>
          <w:sz w:val="20"/>
        </w:rPr>
        <w:t>6:07  apni kisi saltanat ka marsiya likhte rahe hain. yaani munfi news, negative news par woh faryad karte rahe hain.</w:t>
      </w:r>
      <w:r>
        <w:br/>
      </w:r>
      <w:r>
        <w:rPr>
          <w:sz w:val="20"/>
        </w:rPr>
        <w:t>6:22  lekin yahan jo positive news hain, mind boggling news, woh un ko nahi mili, is ka zikr nahi kiya unhon ne.</w:t>
      </w:r>
      <w:r>
        <w:br/>
      </w:r>
      <w:r>
        <w:rPr>
          <w:sz w:val="20"/>
        </w:rPr>
        <w:t>6:33  to maine socha ke yeh jo andalus saltanat mein musalmanon ne khoya, abbasi saltanat mein khoya, mughal saltanat mein jo khoya,</w:t>
      </w:r>
      <w:r>
        <w:br/>
      </w:r>
      <w:r>
        <w:rPr>
          <w:sz w:val="20"/>
        </w:rPr>
        <w:t>6:47  is tarah ke jo khone ke waqiat hain, loss ke waqiat hain, is se bohat hi zyada billion talent se bhi zyada barhe waqiat wahan jo har waqt mil rahe hain aap ko.</w:t>
      </w:r>
      <w:r>
        <w:br/>
      </w:r>
      <w:r>
        <w:rPr>
          <w:sz w:val="20"/>
        </w:rPr>
        <w:t>7:02  jab suraj subah ko nikalta hai to tamam saltanaton ki barbadi se zyada bari cheez deta hai aap ko.</w:t>
      </w:r>
      <w:r>
        <w:br/>
      </w:r>
      <w:r>
        <w:rPr>
          <w:sz w:val="20"/>
        </w:rPr>
        <w:t>7:12  suraj ki roshni ka koi badal nahin. hawaein chalti hain to aap jante hain ke darakhton mein photo photosynthesis ka aik aik amal chalta hai jis mein oxygen tayyar hota hai.</w:t>
      </w:r>
      <w:r>
        <w:br/>
      </w:r>
      <w:r>
        <w:rPr>
          <w:sz w:val="20"/>
        </w:rPr>
        <w:t>7:32  hawaein oxygen ko phailati hain. to yeh kaun si yeh itna bara waqia hai ke is ke muqable mein sab bilkul touch hai, kuch bhi nahin.</w:t>
      </w:r>
      <w:r>
        <w:br/>
      </w:r>
      <w:r>
        <w:rPr>
          <w:sz w:val="20"/>
        </w:rPr>
        <w:t>7:45  jab zameen se food nikalta hai aap ke liye ghiza, kitna bara waqia hota hai. jab hydrogen oxygen mil kar pani banta hai aur aasman se barta hai, kitna bara waqia hota hai.</w:t>
      </w:r>
      <w:r>
        <w:br/>
      </w:r>
      <w:r>
        <w:rPr>
          <w:sz w:val="20"/>
        </w:rPr>
        <w:t>8:02  to charon taraf Allah ki takhleeq ke azeem azeem waqiat bikhre hue hain.</w:t>
      </w:r>
      <w:r>
        <w:br/>
      </w:r>
      <w:r>
        <w:rPr>
          <w:sz w:val="20"/>
        </w:rPr>
        <w:t>8:11  yani news item itne zyada hain, itne zyada hain ke in ki ginti nahin kar sakti.</w:t>
      </w:r>
      <w:r>
        <w:br/>
      </w:r>
      <w:r>
        <w:rPr>
          <w:sz w:val="20"/>
        </w:rPr>
        <w:t>8:19  aur hamare jo likhne wale, bolne wale log hain, woh hukumaton ke jane par marsiya likh rahe hain. aaj bhi isi mein jeete hain, aaj bhi isi mein jeete hain,</w:t>
      </w:r>
      <w:r>
        <w:br/>
      </w:r>
      <w:r>
        <w:rPr>
          <w:sz w:val="20"/>
        </w:rPr>
        <w:t>8:33  aur isi ko wapas lene ki ladaaiyan kar rahe hain.</w:t>
      </w:r>
      <w:r>
        <w:br/>
      </w:r>
      <w:r>
        <w:rPr>
          <w:sz w:val="20"/>
        </w:rPr>
        <w:t>8:39  yani jo chhota sa loss hua, us ko regain karne ke liye ladaaiyan, aur jo is se beshumar gunah zyada bari cheezein mili hui hain, Allah ki nematein hain,</w:t>
      </w:r>
      <w:r>
        <w:br/>
      </w:r>
      <w:r>
        <w:rPr>
          <w:sz w:val="20"/>
        </w:rPr>
        <w:t>8:56  iska shukar nahin. isi liye Quran mein sab se pehli ayat hai: "Alhamdulillah Rabbil Alameen". yani agar aap yeh jaan lein ke Allah ne kya kya nematein aap ko de rakhi hain to aap sab kuch bhool jayenge, sara loss, aur sirf hamd hi karte rahenge, nematon ka zikr hi karte rahenge, shukar hi karte rahenge.</w:t>
      </w:r>
      <w:r>
        <w:br/>
      </w:r>
      <w:r>
        <w:rPr>
          <w:sz w:val="20"/>
        </w:rPr>
        <w:t>9:23  to phir maine socha ke yeh jo Eid ka din hai, Eid ka din, yeh symbolic sense mein isi ko remind karta hai.</w:t>
      </w:r>
      <w:r>
        <w:br/>
      </w:r>
      <w:r>
        <w:rPr>
          <w:sz w:val="20"/>
        </w:rPr>
        <w:t>9:34  Eid ke din aap khushi manate hain, kapra, khana waghera ki shakal mein. to yeh remind, yeh reminder hai is baat ka ke Allah ki nematon ko daryaft karo,</w:t>
      </w:r>
      <w:r>
        <w:br/>
      </w:r>
      <w:r>
        <w:rPr>
          <w:sz w:val="20"/>
        </w:rPr>
        <w:t>9:51  jo mila hua hai, us ko daryaft karo. to woh khoye hue is se bohat hi zyada hai, bohat hi zyada hai, bohat hi zyada hai.</w:t>
      </w:r>
      <w:r>
        <w:br/>
      </w:r>
      <w:r>
        <w:rPr>
          <w:sz w:val="20"/>
        </w:rPr>
        <w:t>10:00  to sachi Eid us ki hai jo Eid ke din yeh daryaft kare ke jo material lost hum ko hua ya hota hai, woh to kuch bhi nahin,</w:t>
      </w:r>
      <w:r>
        <w:br/>
      </w:r>
      <w:r>
        <w:rPr>
          <w:sz w:val="20"/>
        </w:rPr>
        <w:t>10:16  woh to kuch bhi nahin. Allah ki jo nematein hain, subah sham baras rahi hain, raat din mil rahi hain, woh to bohat hi zyada zyada hain.</w:t>
      </w:r>
      <w:r>
        <w:br/>
      </w:r>
      <w:r>
        <w:rPr>
          <w:sz w:val="20"/>
        </w:rPr>
        <w:t>10:27  to is lehaz se maine socha ke Eid ka din sach poochhein to shukar ka din hai, shukar ka din hai. Hadees mein aata hai ke Eid ke din ke bare mein ke woh Lailat al-Jaa'izah hai ya Yawm al-Jaa'izah hai,</w:t>
      </w:r>
      <w:r>
        <w:br/>
      </w:r>
      <w:r>
        <w:rPr>
          <w:sz w:val="20"/>
        </w:rPr>
        <w:t>10:46  yani inaam ki taqseem ka din. Eid ke din farishte inaamaat baant te hain, reward baant te hain.</w:t>
      </w:r>
      <w:r>
        <w:br/>
      </w:r>
      <w:r>
        <w:rPr>
          <w:sz w:val="20"/>
        </w:rPr>
        <w:t>10:58  to woh kis bare mein? sirf is bare mein nahin ke phir aik aik khaas raat aa gayi to inaam baantne laga.</w:t>
      </w:r>
      <w:r>
        <w:br/>
      </w:r>
      <w:r>
        <w:rPr>
          <w:sz w:val="20"/>
        </w:rPr>
        <w:t>11:07  aik khaas raat aa gayi to ya din aa gaya, yahan raat jo hai din ke ma'ne mein hai, yani 24 ghante ke span ke bare mein hai.</w:t>
      </w:r>
      <w:r>
        <w:br/>
      </w:r>
      <w:r>
        <w:rPr>
          <w:sz w:val="20"/>
        </w:rPr>
        <w:t>11:18  to woh 24 ghante aa gaya hai to is mein</w:t>
      </w:r>
      <w:r>
        <w:br/>
      </w:r>
      <w:r>
        <w:rPr>
          <w:sz w:val="20"/>
        </w:rPr>
        <w:t>11:24  apne aap yeh sab ho gaya. nahin, aap ko chahiye ke aap Eid ke din discover karein is baat ko</w:t>
      </w:r>
      <w:r>
        <w:br/>
      </w:r>
      <w:r>
        <w:rPr>
          <w:sz w:val="20"/>
        </w:rPr>
        <w:t>11:36  ke political loss to ratein hain, political loss to kuch bhi nahin hai. political loss, material loss,</w:t>
      </w:r>
      <w:r>
        <w:br/>
      </w:r>
      <w:r>
        <w:rPr>
          <w:sz w:val="20"/>
        </w:rPr>
        <w:t>11:46  qaumi loss, yeh to kuch bhi nahin hai. Allah Rabbil Alameen ka jo atiyaat hain, jo is ki taraf se jo atiyaat baras rahe hain, subah sham, jo life system is dunya mein qaim hai, hamare liye woh to bohat hi zyada hai, bohat hi zyada hai, bohat hi zyada hai.</w:t>
      </w:r>
    </w:p>
    <w:p>
      <w:pPr>
        <w:pStyle w:val="Heading2"/>
      </w:pPr>
      <w:r>
        <w:t>Qur'anic taqwa explained through the parable of the thorny path</w:t>
      </w:r>
    </w:p>
    <w:p>
      <w:r>
        <w:rPr>
          <w:color w:val="666666"/>
          <w:sz w:val="18"/>
        </w:rPr>
        <w:t>Ramadan The Month of Remembrance June 21, 2015 · 4m 56s · at 8:02 · https://youtu.be/D0D6zmqcScc?t=482</w:t>
      </w:r>
    </w:p>
    <w:p>
      <w:r>
        <w:rPr>
          <w:i/>
        </w:rPr>
        <w:t>“Quran mein rozay ka zikr Surah Al-Baqarah mein aaya hai”</w:t>
      </w:r>
    </w:p>
    <w:p>
      <w:r>
        <w:rPr>
          <w:sz w:val="20"/>
        </w:rPr>
        <w:t>8:02  Qur'an mein rozay ka zikr Surah Al-Baqarah mein baqaida taur par aaya hai.</w:t>
      </w:r>
      <w:r>
        <w:br/>
      </w:r>
      <w:r>
        <w:rPr>
          <w:sz w:val="20"/>
        </w:rPr>
        <w:t>8:08  Surah Al-Baqarah ka ayat number 183 se le kar 187 tak, yaani 183 up to 187, is mein rozay ka zikr hai.</w:t>
      </w:r>
      <w:r>
        <w:br/>
      </w:r>
      <w:r>
        <w:rPr>
          <w:sz w:val="20"/>
        </w:rPr>
        <w:t>8:28  to is mein kya bataya gaya hai? is mein ke rozay ka hukum is liye diya gaya la'allakum tattaqoon.</w:t>
      </w:r>
      <w:r>
        <w:br/>
      </w:r>
      <w:r>
        <w:rPr>
          <w:sz w:val="20"/>
        </w:rPr>
        <w:t>8:40  taake tumhare andar taqwa paida ho. to taqwa kya hai? taqwa ke lafzi ma'ani hain bachna. yeh bachne ka culture hai.</w:t>
      </w:r>
      <w:r>
        <w:br/>
      </w:r>
      <w:r>
        <w:rPr>
          <w:sz w:val="20"/>
        </w:rPr>
        <w:t>8:52  jis tarah rozay mein aap paani se bachte hain, khaane se bachte hain, to yeh kya hai? yeh tarbiyat hai, ilamati tarbiyat ke aap ko bachna hai har us cheez se jo Allah ko pasand nahi.</w:t>
      </w:r>
      <w:r>
        <w:br/>
      </w:r>
      <w:r>
        <w:rPr>
          <w:sz w:val="20"/>
        </w:rPr>
        <w:t>9:09  mislan gaali galoch se bachna, negative thinking se bachna, nafrat se bachna, reaction se bachna.</w:t>
      </w:r>
      <w:r>
        <w:br/>
      </w:r>
      <w:r>
        <w:rPr>
          <w:sz w:val="20"/>
        </w:rPr>
        <w:t>9:21  yeh woh tamam qism ka behaviour aur soch jo Allah ko pasand nahi hai, us se apne aap ko bacha kar rakhna.</w:t>
      </w:r>
      <w:r>
        <w:br/>
      </w:r>
      <w:r>
        <w:rPr>
          <w:sz w:val="20"/>
        </w:rPr>
        <w:t>9:33  yeh hai taqwa.</w:t>
      </w:r>
      <w:r>
        <w:br/>
      </w:r>
      <w:r>
        <w:rPr>
          <w:sz w:val="20"/>
        </w:rPr>
        <w:t>9:36  is lihaaz se Ramzan ka mahina shehr ut-taqwa hai, yaani month of taqwa. kaisi ajeeb baat hai!</w:t>
      </w:r>
      <w:r>
        <w:br/>
      </w:r>
      <w:r>
        <w:rPr>
          <w:sz w:val="20"/>
        </w:rPr>
        <w:t>9:47  month of taqwa.</w:t>
      </w:r>
      <w:r>
        <w:br/>
      </w:r>
      <w:r>
        <w:rPr>
          <w:sz w:val="20"/>
        </w:rPr>
        <w:t>9:52  taqwa ke baray mein ek hadees hai. ek Sahabi ne, ek Sahabi thay, top ke Sahabi,</w:t>
      </w:r>
      <w:r>
        <w:br/>
      </w:r>
      <w:r>
        <w:rPr>
          <w:sz w:val="20"/>
        </w:rPr>
        <w:t>10:02  to Hazrat Umar ne un se poocha: "taqwa kya hai?"</w:t>
      </w:r>
      <w:r>
        <w:br/>
      </w:r>
      <w:r>
        <w:rPr>
          <w:sz w:val="20"/>
        </w:rPr>
        <w:t>10:09  yeh jab Khalifa thay, Hazrat Umar tab ki baat hai yeh. "taqwa kya hai?" to Sahabi ne kaha ke ya Ameer ul Momineen, hal sarakta tareeqan za shawq.</w:t>
      </w:r>
      <w:r>
        <w:br/>
      </w:r>
      <w:r>
        <w:rPr>
          <w:sz w:val="20"/>
        </w:rPr>
        <w:t>10:25  Ae Ameer ul Momineen, kya aap kabhi aise raaste se guzre hain jo jis ke dono taraf jhaari, jhaari, kaante taar jhaadiyaan hon?</w:t>
      </w:r>
      <w:r>
        <w:br/>
      </w:r>
      <w:r>
        <w:rPr>
          <w:sz w:val="20"/>
        </w:rPr>
        <w:t>10:37  hal sarakta tareeqan za shawq. kabhi aap aise raaste se guzre hain jis ki dono taraf thodi bushes hon?</w:t>
      </w:r>
      <w:r>
        <w:br/>
      </w:r>
      <w:r>
        <w:rPr>
          <w:sz w:val="20"/>
        </w:rPr>
        <w:t>10:47  to unhone kaha: "haan." to unhone kaha: "aap ne kya kiya?</w:t>
      </w:r>
      <w:r>
        <w:br/>
      </w:r>
      <w:r>
        <w:rPr>
          <w:sz w:val="20"/>
        </w:rPr>
        <w:t>10:51  " to unhone kaha ke shammart wajtahedat. shammart wajtahedat. maine apne kapde ko sameit liya, ab bachte hue nikal gaya.</w:t>
      </w:r>
      <w:r>
        <w:br/>
      </w:r>
      <w:r>
        <w:rPr>
          <w:sz w:val="20"/>
        </w:rPr>
        <w:t>11:06  to unhon ne kaha ke zalk uttaqwa. yeh hai taqwa, yani dunya se bachte hue guzar jana.</w:t>
      </w:r>
      <w:r>
        <w:br/>
      </w:r>
      <w:r>
        <w:rPr>
          <w:sz w:val="20"/>
        </w:rPr>
        <w:t>11:17  yeh hamara safar jo hai dunya ka, yeh dunya se akhirat ki taraf hai, insan se Allah ki taraf hai. aaj hum insanon ke darmiyan hain, kal hum Allah ke paas pohnchenge.</w:t>
      </w:r>
      <w:r>
        <w:br/>
      </w:r>
      <w:r>
        <w:rPr>
          <w:sz w:val="20"/>
        </w:rPr>
        <w:t>11:31  yeh ek safar hai. yeh safar mein thori bushz hain. thori bushz quran mein kya hain? bohat si baatein aap ko paish aayengi jis se aap offend ho jayen.</w:t>
      </w:r>
      <w:r>
        <w:br/>
      </w:r>
      <w:r>
        <w:rPr>
          <w:sz w:val="20"/>
        </w:rPr>
        <w:t>11:42  log aisi baat kahenge jis se aap ko ghussa aa jaye.</w:t>
      </w:r>
      <w:r>
        <w:br/>
      </w:r>
      <w:r>
        <w:rPr>
          <w:sz w:val="20"/>
        </w:rPr>
        <w:t>11:46  log aisa sulook karenge jis se aap ko nafrat aa jaye. log aisa kaam karenge jis se aap ko intiqam aa jaye. yeh thori bushz hain.</w:t>
      </w:r>
      <w:r>
        <w:br/>
      </w:r>
      <w:r>
        <w:rPr>
          <w:sz w:val="20"/>
        </w:rPr>
        <w:t>11:56  isi ke andar se guzarna hai. to bachte hue guzar jana. shumarat wajtahedat.</w:t>
      </w:r>
      <w:r>
        <w:br/>
      </w:r>
      <w:r>
        <w:rPr>
          <w:sz w:val="20"/>
        </w:rPr>
        <w:t>12:06  bachate hue, bachte hue, bachte hue guzar jana.</w:t>
      </w:r>
      <w:r>
        <w:br/>
      </w:r>
      <w:r>
        <w:rPr>
          <w:sz w:val="20"/>
        </w:rPr>
        <w:t>12:11  aur mein khud bhi aisa hua mere sath ke kaate daar jhaari ke darmiyan se guzarna pada. to mujhe tajurba hua ke kya cheez hai kaate daar jhaari ke beech se chalna.</w:t>
      </w:r>
      <w:r>
        <w:br/>
      </w:r>
      <w:r>
        <w:rPr>
          <w:sz w:val="20"/>
        </w:rPr>
        <w:t>12:25  to waqai kapde ko simatna padta hai. idhar dekhna, idhar dekhna.</w:t>
      </w:r>
      <w:r>
        <w:br/>
      </w:r>
      <w:r>
        <w:rPr>
          <w:sz w:val="20"/>
        </w:rPr>
        <w:t>12:34  to yeh quran mein jo hai ke ramzan shahr uttaqwa hai. yani taqwa ki tarbiyat ka mahina.</w:t>
      </w:r>
      <w:r>
        <w:br/>
      </w:r>
      <w:r>
        <w:rPr>
          <w:sz w:val="20"/>
        </w:rPr>
        <w:t>12:45  ke dunya mein yahi hoga ke idhar rahenge thori bushz, guzar rahenge thori bushz. yahi hoga. kyunke insan ko azadi di hai Allah taala ne.</w:t>
      </w:r>
    </w:p>
    <w:p>
      <w:pPr>
        <w:pStyle w:val="Heading2"/>
      </w:pPr>
      <w:r>
        <w:t>Five daily prayers as spiritual training system</w:t>
      </w:r>
    </w:p>
    <w:p>
      <w:r>
        <w:rPr>
          <w:color w:val="666666"/>
          <w:sz w:val="18"/>
        </w:rPr>
        <w:t>The Spirit of Namaz | May 21, 2017 · 5m 01s · at 18:55 · https://youtu.be/xN9SA_q272Y?t=1135</w:t>
      </w:r>
    </w:p>
    <w:p>
      <w:r>
        <w:rPr>
          <w:i/>
        </w:rPr>
        <w:t>“Ek hadees hai 'Man salal subha fi dhimmatillah'.”</w:t>
      </w:r>
    </w:p>
    <w:p>
      <w:r>
        <w:rPr>
          <w:sz w:val="20"/>
        </w:rPr>
        <w:t>18:55  ega? un se kaun jeetega? to is par sochte hue mujhe ek aur bahut badi baat yaad aayi. ek bahut bahut bahut badi baat aayi thi. ek hadith hai ke "man salla al-subh wa zimmatullah" . "man salla al-subh fi zimmatillah".</w:t>
      </w:r>
      <w:r>
        <w:br/>
      </w:r>
      <w:r>
        <w:rPr>
          <w:sz w:val="20"/>
        </w:rPr>
        <w:t>19:25  jis ne fajar ki namaz padhi, subah ki namaz, to woh allah ki guarantee mein aa gaya, yani din bhar ke liye. yeh kya cheez hai ke namaz to subah ki padhi aur aur din bhar allah ki guarantee mein aa gaya aadmi? yeh kya cheez hai? is par sochte hue mujhe ek bahut badi baat samajh mein aayi ke aap jante hain ke hum paanch waqt ki namaz padhte hain. pehli namaz fajar ki hoti hai, phir zuhr, asr, maghrib,</w:t>
      </w:r>
      <w:r>
        <w:br/>
      </w:r>
      <w:r>
        <w:rPr>
          <w:sz w:val="20"/>
        </w:rPr>
        <w:t>19:55  phir aakhir mein isha ki namaz.</w:t>
      </w:r>
      <w:r>
        <w:br/>
      </w:r>
      <w:r>
        <w:rPr>
          <w:sz w:val="20"/>
        </w:rPr>
        <w:t>20:01  to fajar ki namaz jo hai, wo beginning hai, is process ki beginning hai.</w:t>
      </w:r>
      <w:r>
        <w:br/>
      </w:r>
      <w:r>
        <w:rPr>
          <w:sz w:val="20"/>
        </w:rPr>
        <w:t>20:07  aik process jo hamein chalana hai character building ka, tazkiya ka.</w:t>
      </w:r>
      <w:r>
        <w:br/>
      </w:r>
      <w:r>
        <w:rPr>
          <w:sz w:val="20"/>
        </w:rPr>
        <w:t>20:13  yani quran ke lafzon mein kahein to aap tazkiya, secular world bolein to character building ka jo process</w:t>
      </w:r>
      <w:r>
        <w:br/>
      </w:r>
      <w:r>
        <w:rPr>
          <w:sz w:val="20"/>
        </w:rPr>
        <w:t>20:19  hai, woh process bohat hi zyada s</w:t>
      </w:r>
      <w:r>
        <w:br/>
      </w:r>
      <w:r>
        <w:rPr>
          <w:sz w:val="20"/>
        </w:rPr>
        <w:t>20:25  scientific hai, bohat ziyada scientific hai. yani fajar ki namaz aap ne parhi to aap ne aaj ke liye tazkiya ki planning ki ke aaj mujhe kis tarah tazkiya karna hai, aaj mujhe dawat ka kya kaam parhna hai, aaj mujhe kaun si kitabein study karna hai. that is planning, tazkiya planning. to fajar ki n</w:t>
      </w:r>
      <w:r>
        <w:br/>
      </w:r>
      <w:r>
        <w:rPr>
          <w:sz w:val="20"/>
        </w:rPr>
        <w:t>20:55  amaz aap ne parhi to aap ne tazkiya ki planning ki ke aaj mujhe hamd spirit ko kaise jagana hai, Allah ki glory ko kis tarah apne man mein bithana hai, insano ki humdardi ka jazba kis tarah aap andar inculcate karna hai. that is planning, tazkiya planning. to aap ne fajar ki namaz parhi to aap ne apne din bhar ki planning ki, tazkiya, tazkiya ke aitbar se</w:t>
      </w:r>
      <w:r>
        <w:br/>
      </w:r>
      <w:r>
        <w:rPr>
          <w:sz w:val="20"/>
        </w:rPr>
        <w:t>21:25  , in terms of tazkiya.</w:t>
      </w:r>
      <w:r>
        <w:br/>
      </w:r>
      <w:r>
        <w:rPr>
          <w:sz w:val="20"/>
        </w:rPr>
        <w:t>21:31  phir jo namaz parhi jati hai, zohar ki, asar ki, maghrib ki, woh kya hai? woh hai mid day review.</w:t>
      </w:r>
      <w:r>
        <w:br/>
      </w:r>
      <w:r>
        <w:rPr>
          <w:sz w:val="20"/>
        </w:rPr>
        <w:t>21:37  yeh aik ajeeb ghareeb baat mere zehn mein aai.</w:t>
      </w:r>
      <w:r>
        <w:br/>
      </w:r>
      <w:r>
        <w:rPr>
          <w:sz w:val="20"/>
        </w:rPr>
        <w:t>21:43  aap jante hain companiyon mein mid year review hota hai.</w:t>
      </w:r>
      <w:r>
        <w:br/>
      </w:r>
      <w:r>
        <w:rPr>
          <w:sz w:val="20"/>
        </w:rPr>
        <w:t>21:49  companiyon mein se saal bhar ka plant banaya gaya to saal ke darmiyan woh</w:t>
      </w:r>
      <w:r>
        <w:br/>
      </w:r>
      <w:r>
        <w:rPr>
          <w:sz w:val="20"/>
        </w:rPr>
        <w:t>21:55  iska jaiza lete hain. saal ke darmiyan wo jaiza lete hain, usko kehte hain mid year review. to namaz ka jo system banaya gaya hai, namaz ka system, wo mid day review hai. wo companiyon mein to saal ka ghaliban hota hai mid year review, lekin Allah taala ne jo namaz ka system banaya hai, panch waqt</w:t>
      </w:r>
      <w:r>
        <w:br/>
      </w:r>
      <w:r>
        <w:rPr>
          <w:sz w:val="20"/>
        </w:rPr>
        <w:t>22:25  ka, woh mid day review hai.</w:t>
      </w:r>
      <w:r>
        <w:br/>
      </w:r>
      <w:r>
        <w:rPr>
          <w:sz w:val="20"/>
        </w:rPr>
        <w:t>22:31  yani zohar ki namaz ka waqt aya, aap ne namaz parhi to phir socha aap ne ke jo</w:t>
      </w:r>
      <w:r>
        <w:br/>
      </w:r>
      <w:r>
        <w:rPr>
          <w:sz w:val="20"/>
        </w:rPr>
        <w:t>22:37  planning ki thi maine fajar ke waqt, woh maine kaise chalaya? kya paya, kya khoya? phir</w:t>
      </w:r>
      <w:r>
        <w:br/>
      </w:r>
      <w:r>
        <w:rPr>
          <w:sz w:val="20"/>
        </w:rPr>
        <w:t>22:44  chale gaye aap ne kaam par, phir asar ke baad phir aap namaz parhi aap ne, phir aap</w:t>
      </w:r>
      <w:r>
        <w:br/>
      </w:r>
      <w:r>
        <w:rPr>
          <w:sz w:val="20"/>
        </w:rPr>
        <w:t>22:50  ne mid day review kiya ke aaj kaisa guzra mera?</w:t>
      </w:r>
      <w:r>
        <w:br/>
      </w:r>
      <w:r>
        <w:rPr>
          <w:sz w:val="20"/>
        </w:rPr>
        <w:t>22:56  phir aap ne maghrib mein mid day review ya kai bar aap ne mid day review kiya, phir</w:t>
      </w:r>
      <w:r>
        <w:br/>
      </w:r>
      <w:r>
        <w:rPr>
          <w:sz w:val="20"/>
        </w:rPr>
        <w:t>23:02  isha ki namaz parhi aap ne aakhri.</w:t>
      </w:r>
      <w:r>
        <w:br/>
      </w:r>
      <w:r>
        <w:rPr>
          <w:sz w:val="20"/>
        </w:rPr>
        <w:t>23:08  to kya hai? woh introspection ki namaz hai.</w:t>
      </w:r>
      <w:r>
        <w:br/>
      </w:r>
      <w:r>
        <w:rPr>
          <w:sz w:val="20"/>
        </w:rPr>
        <w:t>23:14  introspection ki, yani aap ne isha ki namaz parhi, iske baad bed pe chale gaye.</w:t>
      </w:r>
      <w:r>
        <w:br/>
      </w:r>
      <w:r>
        <w:rPr>
          <w:sz w:val="20"/>
        </w:rPr>
        <w:t>23:20  to jab aap lete to aap introspection kar rahe hain, soch rahe hain ke mera din kaisa guzra</w:t>
      </w:r>
      <w:r>
        <w:br/>
      </w:r>
      <w:r>
        <w:rPr>
          <w:sz w:val="20"/>
        </w:rPr>
        <w:t>23:26  ? yani tazkiya ke term mein kaisa guzra? alhamdulillah rabb al alameen ke aitbar se kaisa guzra? allah o akbar</w:t>
      </w:r>
      <w:r>
        <w:br/>
      </w:r>
      <w:r>
        <w:rPr>
          <w:sz w:val="20"/>
        </w:rPr>
        <w:t>23:32  ke lehaz se kaisa guzra? assalamu alaikum warahmatullah ke aitbar se kaisa guzra? that is introspection.</w:t>
      </w:r>
      <w:r>
        <w:br/>
      </w:r>
      <w:r>
        <w:rPr>
          <w:sz w:val="20"/>
        </w:rPr>
        <w:t>23:39  yeh kar ke aap so gaye.</w:t>
      </w:r>
      <w:r>
        <w:br/>
      </w:r>
      <w:r>
        <w:rPr>
          <w:sz w:val="20"/>
        </w:rPr>
        <w:t>23:45  subah ko uthe to phir wahi.</w:t>
      </w:r>
      <w:r>
        <w:br/>
      </w:r>
      <w:r>
        <w:rPr>
          <w:sz w:val="20"/>
        </w:rPr>
        <w:t>23:51  to kitna zabard</w:t>
      </w:r>
    </w:p>
    <w:p>
      <w:pPr>
        <w:pStyle w:val="Heading2"/>
      </w:pPr>
      <w:r>
        <w:t>the full story of Hajra: abandonment, Zamzam, and building the Kaaba</w:t>
      </w:r>
    </w:p>
    <w:p>
      <w:r>
        <w:rPr>
          <w:color w:val="666666"/>
          <w:sz w:val="18"/>
        </w:rPr>
        <w:t>The Spirit of Hajj June 25, 2023 · 5m 38s · at 6:33 · https://youtu.be/q5IqRKE3t9E?t=393</w:t>
      </w:r>
    </w:p>
    <w:p>
      <w:r>
        <w:rPr>
          <w:i/>
        </w:rPr>
        <w:t>“There is a popular saying: a woman is behind all great things”</w:t>
      </w:r>
    </w:p>
    <w:p>
      <w:r>
        <w:rPr>
          <w:sz w:val="20"/>
        </w:rPr>
        <w:t>6:33  And one example from the human history for proof of this statement we can find the example of Hazrat Hajra, who was the wife of prophet Ibrahim. And her marvelous sacrifice, she can truly be aapka called as a builder of humanity because she gave rise to an new era in the human history. toh aapka main chahunga ki role of Hazrat Hajra ke baare mein aap kuch bataein.</w:t>
      </w:r>
      <w:r>
        <w:br/>
      </w:r>
      <w:r>
        <w:rPr>
          <w:sz w:val="20"/>
        </w:rPr>
        <w:t>7:01  yeh jo saying hai, there is a woman at the beginning of all great things. yeh sahi sense mein Hazrat Hajra par apply karti hai. kyunke Hazrat Hajra se pehle jo ek daur tha, Allah taala ne beshumaar beshumaar paighambar bheje. paighambar paighambar bhejo Quran ke mutaabiq.</w:t>
      </w:r>
      <w:r>
        <w:br/>
      </w:r>
      <w:r>
        <w:rPr>
          <w:sz w:val="20"/>
        </w:rPr>
        <w:t>7:28  lekin insaanon ne usko unki teachings ko follow nahi kiya. kyunke woh ek mushrikana culture tha usi woh conditioned ho jaate the. toh is wajah se itne bade bade paighambar aaye. Hazrat Musa Ali Salam, Hazrat Isa Ali Salam, Hazrat Nuh Ali Salam bahut bade paighambar aaye lekin unke paas bahut kam followers the.</w:t>
      </w:r>
      <w:r>
        <w:br/>
      </w:r>
      <w:r>
        <w:rPr>
          <w:sz w:val="20"/>
        </w:rPr>
        <w:t>7:53  toh is wajah se Allah taala ne ek superior planning ki ki ek shehar mein ek nasal tayyar ki jaaye. lekin ab shehar mein basne ke liye jo qurbaani sarkaar thi toh woh ek aurat hi de sakti thi. toh uske liye Allah taala ne Hazrat Hajra ko chuna. aur jab Hazrat Hajra ko lekar Hazrat Ibrahim Aleh Salam shehar mein gaye.</w:t>
      </w:r>
      <w:r>
        <w:br/>
      </w:r>
      <w:r>
        <w:rPr>
          <w:sz w:val="20"/>
        </w:rPr>
        <w:t>8:20  unke god mein Hazrat Ismail the bahut chhote the abhi woh. toh Hazrat Ismail ne ek khajoor ka thaila aur ek mashk paani unke paas rakh di aur woh jaane lage. toh woh kehne lagi ki aap ja rahe hain hum yahan shehar mein. shehar mein na aadam, na aadam raaj, na koi ped, na paudha, na paani. toh unhone kaha aap ja rahe hain hum yahan kaise rahenge? toh baar baar kaha toh Hazrat Ibrahim Ali Salam bol nahi rahe the.</w:t>
      </w:r>
      <w:r>
        <w:br/>
      </w:r>
      <w:r>
        <w:rPr>
          <w:sz w:val="20"/>
        </w:rPr>
        <w:t>8:48  toh finally unhone kaha ki kya Allah taala ne? aapko hukm diya hai? toh Hazrat ne kaha haan, phir jo unhone woh jumla kaha ki phir Allah hamein zaya nahi karega. main itna zyada is par soch rahi thi ki woh akele shehar mein kaise rahi hongi?</w:t>
      </w:r>
      <w:r>
        <w:br/>
      </w:r>
      <w:r>
        <w:rPr>
          <w:sz w:val="20"/>
        </w:rPr>
        <w:t>9:18  toh gareebaan ne aath das din das din ke baad jab paani waani sab khatm ho gaya. toh phir bachcha jo hai pyaas se rone lag gaya. toh woh do chhoti chhoti pahadiyan hai Safa aur Marwa. toh Safa aur Marwa ke beech mein woh jaati pahadi par chadhti dekhne ke liye ki kya koi insaan nazar aa raha hai toh saat baar unhone yeh chakkar lagaye.</w:t>
      </w:r>
      <w:r>
        <w:br/>
      </w:r>
      <w:r>
        <w:rPr>
          <w:sz w:val="20"/>
        </w:rPr>
        <w:t>9:45  toh saatvi baar woh ekdum thak ke baith gayi toh unko ek awaaz aayi kuch insaan ki. toh unhone kaha kaun hai? dikhai nahi diya woh insaan. woh awaaz khaali suni. toh kya tum meri madad kar sakte ho? toh farishta woh farishta tha. toh farishte ne apni edi ya pankh zameen par maara toh paani nikal aaya.</w:t>
      </w:r>
      <w:r>
        <w:br/>
      </w:r>
      <w:r>
        <w:rPr>
          <w:sz w:val="20"/>
        </w:rPr>
        <w:t>10:10  toh toh paani nikal aaya phir kam se kam yeh hua ki jab asal mein ko zamana aisa tha ki logon ko qabaili life hoti thi logon ke paas jaanwar hote the. unke liye paani toh bahut zaroori tha. toh jab tak paani nahi hota toh tab tak woh wahan insaan aate hi nahi the.</w:t>
      </w:r>
      <w:r>
        <w:br/>
      </w:r>
      <w:r>
        <w:rPr>
          <w:sz w:val="20"/>
        </w:rPr>
        <w:t>10:36  toh jab wahan paani ho gaya toh chidiya badhiya bhi aayin. toh ek qabila tha Jurhum. toh usne chidiya dekhi kahin guzar raha tha door se. chidiya dekhi toh usne kaha ki yahan toh chidiya thi nahi. yeh chidiya toh paani par hoti hai toh unhone apne ek do aadmi bheje ki jaakar dekh ke aao ki chidiya kyun aayi hain? toh pata chala ki wahan paani hai.</w:t>
      </w:r>
      <w:r>
        <w:br/>
      </w:r>
      <w:r>
        <w:rPr>
          <w:sz w:val="20"/>
        </w:rPr>
        <w:t>11:00  phir qabile Jurhum ke log aaye wahan Hajra ki permission se wahan woh base. toh is tareeqe se kaafi muddat lagi is, is, ismein. toh phir uske baad Hazrat Ismail bade hue aur Hazrat Ibrahim beech beech mein aakar dekhte rehte the.</w:t>
      </w:r>
      <w:r>
        <w:br/>
      </w:r>
      <w:r>
        <w:rPr>
          <w:sz w:val="20"/>
        </w:rPr>
        <w:t>11:26  toh woh jab Hazrat Ismail bade hue, toh woh aaye kyunke Allah taala ko yeh mansooba tha Allah taala ka yeh ki wahan par monotheism tauheed ka ghar banaya jaayega. kyunke itne paighambar aaye ek lakh chaubis hazaar lekin hota ka ghar kahin nahi ban paaya. toh yeh Allah taala ne shehar mein banane ka faisla kiya. toh jab bade hue toh Hazrat Ibrahim Wale Salam aaye aur unhone Hazrat Ismail ke saath woh banaya Kaaba.</w:t>
      </w:r>
      <w:r>
        <w:br/>
      </w:r>
      <w:r>
        <w:rPr>
          <w:sz w:val="20"/>
        </w:rPr>
        <w:t>11:56  toh Hazrat Ismail jo hai woh laate the eent patthar. eent kahan milti wahan patthar laate the aur Hazrat Ismail, Hazrat Ibrahim usko jodte the. toh is tareeqe se woh ghar bana.</w:t>
      </w:r>
      <w:r>
        <w:br/>
      </w:r>
      <w:r>
        <w:rPr>
          <w:sz w:val="20"/>
        </w:rPr>
        <w:t>12:11  toh yeh unka role hai unki sacrifice na hoti toh aaj jo saari taraqqiyan hain is duniya mein woh kuch na hoti kyunke saari taraqqiyan hi daur-e-tawheed se aayi hain kyunke insaan har cheez ko ki paristish karta tha. toh jab har cheez ki paristish karta tha toh uske upar research aur investigation jo science mein kiya jaata hai, woh ho hi nahi sakta tha.</w:t>
      </w:r>
    </w:p>
    <w:p>
      <w:pPr>
        <w:pStyle w:val="Heading2"/>
      </w:pPr>
      <w:r>
        <w:t>Remembering death means contemplation</w:t>
      </w:r>
    </w:p>
    <w:p>
      <w:r>
        <w:rPr>
          <w:color w:val="666666"/>
          <w:sz w:val="18"/>
        </w:rPr>
        <w:t>The Concept of Zikr in Islam | August 11, 2007 · 5m 41s · at 44:25 · https://youtu.be/uFNX0KiI6dc?t=2665</w:t>
      </w:r>
    </w:p>
    <w:p>
      <w:r>
        <w:rPr>
          <w:i/>
        </w:rPr>
        <w:t>“And what is that great dhikr? Remember death.”</w:t>
      </w:r>
    </w:p>
    <w:p>
      <w:r>
        <w:rPr>
          <w:sz w:val="20"/>
        </w:rPr>
        <w:t>44:25  And what is that great dhikr?</w:t>
      </w:r>
      <w:r>
        <w:br/>
      </w:r>
      <w:r>
        <w:rPr>
          <w:sz w:val="20"/>
        </w:rPr>
        <w:t>44:30  Remember death, al-mawt.</w:t>
      </w:r>
      <w:r>
        <w:br/>
      </w:r>
      <w:r>
        <w:rPr>
          <w:sz w:val="20"/>
        </w:rPr>
        <w:t>44:35  The Prophet of Islam says that do great dhikr.</w:t>
      </w:r>
      <w:r>
        <w:br/>
      </w:r>
      <w:r>
        <w:rPr>
          <w:sz w:val="20"/>
        </w:rPr>
        <w:t>44:40  Dhikr means remembrance, yad.</w:t>
      </w:r>
      <w:r>
        <w:br/>
      </w:r>
      <w:r>
        <w:rPr>
          <w:sz w:val="20"/>
        </w:rPr>
        <w:t>44:45  Then he says al-mawt. Remember death.</w:t>
      </w:r>
      <w:r>
        <w:br/>
      </w:r>
      <w:r>
        <w:rPr>
          <w:sz w:val="20"/>
        </w:rPr>
        <w:t>44:50  So here he</w:t>
      </w:r>
      <w:r>
        <w:br/>
      </w:r>
      <w:r>
        <w:rPr>
          <w:sz w:val="20"/>
        </w:rPr>
        <w:t>44:56  has used the word dhikr.</w:t>
      </w:r>
      <w:r>
        <w:br/>
      </w:r>
      <w:r>
        <w:rPr>
          <w:sz w:val="20"/>
        </w:rPr>
        <w:t>45:02  Here the Prophet of Islam has used dhikr, the word dhikr.</w:t>
      </w:r>
      <w:r>
        <w:br/>
      </w:r>
      <w:r>
        <w:rPr>
          <w:sz w:val="20"/>
        </w:rPr>
        <w:t>45:09  "Akhsaru dhikra hadbil razzaat." So can you do this kind of dhikr that al-mawt, al-mawt, al-mawt, al-mawt, death,</w:t>
      </w:r>
      <w:r>
        <w:br/>
      </w:r>
      <w:r>
        <w:rPr>
          <w:sz w:val="20"/>
        </w:rPr>
        <w:t>45:16  death, death, death?</w:t>
      </w:r>
      <w:r>
        <w:br/>
      </w:r>
      <w:r>
        <w:rPr>
          <w:sz w:val="20"/>
        </w:rPr>
        <w:t>45:23  Can you do this practice?</w:t>
      </w:r>
      <w:r>
        <w:br/>
      </w:r>
      <w:r>
        <w:rPr>
          <w:sz w:val="20"/>
        </w:rPr>
        <w:t>45:29  Although the obvious meaning is this, the Prophet of Islam says that do great dhikr.</w:t>
      </w:r>
      <w:r>
        <w:br/>
      </w:r>
      <w:r>
        <w:rPr>
          <w:sz w:val="20"/>
        </w:rPr>
        <w:t>45:37  And then he says al-mawt. Remember mawt.</w:t>
      </w:r>
      <w:r>
        <w:br/>
      </w:r>
      <w:r>
        <w:rPr>
          <w:sz w:val="20"/>
        </w:rPr>
        <w:t>45:45  So here the Prophet of Islam has used the word dhikr in the sense of that do great</w:t>
      </w:r>
      <w:r>
        <w:br/>
      </w:r>
      <w:r>
        <w:rPr>
          <w:sz w:val="20"/>
        </w:rPr>
        <w:t>45:52  dhikr of mawt. Do remember</w:t>
      </w:r>
      <w:r>
        <w:br/>
      </w:r>
      <w:r>
        <w:rPr>
          <w:sz w:val="20"/>
        </w:rPr>
        <w:t>46:00  mawt.</w:t>
      </w:r>
      <w:r>
        <w:br/>
      </w:r>
      <w:r>
        <w:rPr>
          <w:sz w:val="20"/>
        </w:rPr>
        <w:t>46:04  But no one can do this kind of dhikr that he sits in some corner of a mosque</w:t>
      </w:r>
      <w:r>
        <w:br/>
      </w:r>
      <w:r>
        <w:rPr>
          <w:sz w:val="20"/>
        </w:rPr>
        <w:t>46:08  or anywhere and says, "dhikr, dhikr, dhikr." No.</w:t>
      </w:r>
      <w:r>
        <w:br/>
      </w:r>
      <w:r>
        <w:rPr>
          <w:sz w:val="20"/>
        </w:rPr>
        <w:t>46:13  And says, "mawt, mawt, mawt.</w:t>
      </w:r>
      <w:r>
        <w:br/>
      </w:r>
      <w:r>
        <w:rPr>
          <w:sz w:val="20"/>
        </w:rPr>
        <w:t>46:17  Death, death, death." No.</w:t>
      </w:r>
      <w:r>
        <w:br/>
      </w:r>
      <w:r>
        <w:rPr>
          <w:sz w:val="20"/>
        </w:rPr>
        <w:t>46:21  No one was going to do this kind of dhikr.</w:t>
      </w:r>
      <w:r>
        <w:br/>
      </w:r>
      <w:r>
        <w:rPr>
          <w:sz w:val="20"/>
        </w:rPr>
        <w:t>46:26  Here clearly dhikr means</w:t>
      </w:r>
      <w:r>
        <w:br/>
      </w:r>
      <w:r>
        <w:rPr>
          <w:sz w:val="20"/>
        </w:rPr>
        <w:t>46:30  thinking, contemplation, remembrance.</w:t>
      </w:r>
      <w:r>
        <w:br/>
      </w:r>
      <w:r>
        <w:rPr>
          <w:sz w:val="20"/>
        </w:rPr>
        <w:t>46:35  That is remember God.</w:t>
      </w:r>
      <w:r>
        <w:br/>
      </w:r>
      <w:r>
        <w:rPr>
          <w:sz w:val="20"/>
        </w:rPr>
        <w:t>46:40  When you see a man dying, you know every day there are people dying.</w:t>
      </w:r>
      <w:r>
        <w:br/>
      </w:r>
      <w:r>
        <w:rPr>
          <w:sz w:val="20"/>
        </w:rPr>
        <w:t>46:46  Every day, every day.</w:t>
      </w:r>
      <w:r>
        <w:br/>
      </w:r>
      <w:r>
        <w:rPr>
          <w:sz w:val="20"/>
        </w:rPr>
        <w:t>46:51  Every day people are dying.</w:t>
      </w:r>
      <w:r>
        <w:br/>
      </w:r>
      <w:r>
        <w:rPr>
          <w:sz w:val="20"/>
        </w:rPr>
        <w:t>46:56  So when you see a man, he</w:t>
      </w:r>
      <w:r>
        <w:br/>
      </w:r>
      <w:r>
        <w:rPr>
          <w:sz w:val="20"/>
        </w:rPr>
        <w:t>47:01  died, and you are participating in his funeral, then you must remember death.</w:t>
      </w:r>
      <w:r>
        <w:br/>
      </w:r>
      <w:r>
        <w:rPr>
          <w:sz w:val="20"/>
        </w:rPr>
        <w:t>47:09  You must say in your mind that perhaps the countdown reached to the last button number.</w:t>
      </w:r>
      <w:r>
        <w:br/>
      </w:r>
      <w:r>
        <w:rPr>
          <w:sz w:val="20"/>
        </w:rPr>
        <w:t>47:17  Perhaps the countdown reached to the last button number.</w:t>
      </w:r>
      <w:r>
        <w:br/>
      </w:r>
      <w:r>
        <w:rPr>
          <w:sz w:val="20"/>
        </w:rPr>
        <w:t>47:26  Maybe I am the nex</w:t>
      </w:r>
      <w:r>
        <w:br/>
      </w:r>
      <w:r>
        <w:rPr>
          <w:sz w:val="20"/>
        </w:rPr>
        <w:t>47:34  t.</w:t>
      </w:r>
      <w:r>
        <w:br/>
      </w:r>
      <w:r>
        <w:rPr>
          <w:sz w:val="20"/>
        </w:rPr>
        <w:t>47:39  My neighbor has died.</w:t>
      </w:r>
      <w:r>
        <w:br/>
      </w:r>
      <w:r>
        <w:rPr>
          <w:sz w:val="20"/>
        </w:rPr>
        <w:t>47:44  Maybe I am the next.</w:t>
      </w:r>
      <w:r>
        <w:br/>
      </w:r>
      <w:r>
        <w:rPr>
          <w:sz w:val="20"/>
        </w:rPr>
        <w:t>47:49  This is remembrance of mawt.</w:t>
      </w:r>
      <w:r>
        <w:br/>
      </w:r>
      <w:r>
        <w:rPr>
          <w:sz w:val="20"/>
        </w:rPr>
        <w:t>47:54  This is remembrance of death.</w:t>
      </w:r>
      <w:r>
        <w:br/>
      </w:r>
      <w:r>
        <w:rPr>
          <w:sz w:val="20"/>
        </w:rPr>
        <w:t>47:59  When you see that one of your neighbors has died and you are participating in his funeral,</w:t>
      </w:r>
      <w:r>
        <w:br/>
      </w:r>
      <w:r>
        <w:rPr>
          <w:sz w:val="20"/>
        </w:rPr>
        <w:t>48:04  then you have to remember death. Everyone will die. No one is going to live throughout the history or ten thousand years. Everyone is destined to die. When you see a mawt, when you see a dead b</w:t>
      </w:r>
      <w:r>
        <w:br/>
      </w:r>
      <w:r>
        <w:rPr>
          <w:sz w:val="20"/>
        </w:rPr>
        <w:t>48:34  ody in a graveyard, you must remember death. You must say in your mind after thinking, after contemplation, that maybe the countdown has reached to the last button one. That is maybe I am the next. Maybe I am the next vic</w:t>
      </w:r>
      <w:r>
        <w:br/>
      </w:r>
      <w:r>
        <w:rPr>
          <w:sz w:val="20"/>
        </w:rPr>
        <w:t>49:04  tim of mawt.</w:t>
      </w:r>
      <w:r>
        <w:br/>
      </w:r>
      <w:r>
        <w:rPr>
          <w:sz w:val="20"/>
        </w:rPr>
        <w:t>49:10  So this is zikr al mawt.</w:t>
      </w:r>
      <w:r>
        <w:br/>
      </w:r>
      <w:r>
        <w:rPr>
          <w:sz w:val="20"/>
        </w:rPr>
        <w:t>49:15  This is zikr al mawt.</w:t>
      </w:r>
      <w:r>
        <w:br/>
      </w:r>
      <w:r>
        <w:rPr>
          <w:sz w:val="20"/>
        </w:rPr>
        <w:t>49:20  "Akhsaru dhikra hadbil razzaat." The Prophet of Islam said that remember death.</w:t>
      </w:r>
      <w:r>
        <w:br/>
      </w:r>
      <w:r>
        <w:rPr>
          <w:sz w:val="20"/>
        </w:rPr>
        <w:t>49:25  So no one is going to do zikr al mawt in this way that mawt, mawt, mawt, death, death, death.</w:t>
      </w:r>
      <w:r>
        <w:br/>
      </w:r>
      <w:r>
        <w:rPr>
          <w:sz w:val="20"/>
        </w:rPr>
        <w:t>49:30  This is not zikr.</w:t>
      </w:r>
      <w:r>
        <w:br/>
      </w:r>
      <w:r>
        <w:rPr>
          <w:sz w:val="20"/>
        </w:rPr>
        <w:t>49:36  Here clearly zikr means thinking.</w:t>
      </w:r>
      <w:r>
        <w:br/>
      </w:r>
      <w:r>
        <w:rPr>
          <w:sz w:val="20"/>
        </w:rPr>
        <w:t>49:43  Here clearly zikr means contemplation.</w:t>
      </w:r>
      <w:r>
        <w:br/>
      </w:r>
      <w:r>
        <w:rPr>
          <w:sz w:val="20"/>
        </w:rPr>
        <w:t>49:51  So is the case of all other references.</w:t>
      </w:r>
      <w:r>
        <w:br/>
      </w:r>
      <w:r>
        <w:rPr>
          <w:sz w:val="20"/>
        </w:rPr>
        <w:t>49:58  When you read the Quran and when you read Hadith literature, you will find that there are man</w:t>
      </w:r>
    </w:p>
    <w:p>
      <w:pPr>
        <w:pStyle w:val="Heading2"/>
      </w:pPr>
      <w:r>
        <w:t>Complete lecture on fasting and response to oppression</w:t>
      </w:r>
    </w:p>
    <w:p>
      <w:r>
        <w:rPr>
          <w:color w:val="666666"/>
          <w:sz w:val="18"/>
        </w:rPr>
        <w:t>Fasting Culture June 04, 2017 · 4m 21s · at 0:13 · https://youtu.be/1F78c0Z9ceg?t=13</w:t>
      </w:r>
    </w:p>
    <w:p>
      <w:r>
        <w:rPr>
          <w:i/>
        </w:rPr>
        <w:t>“Bismillah hir Rahman nir Raheem”</w:t>
      </w:r>
    </w:p>
    <w:p>
      <w:r>
        <w:rPr>
          <w:sz w:val="20"/>
        </w:rPr>
        <w:t>0:13  bismillah rahman rahim, wasalli Allah ala nabiyil kareem. rab ishrah li sadri, wa yassir li amri, wahul uqdatan min lisani yafqahu qawli.</w:t>
      </w:r>
      <w:r>
        <w:br/>
      </w:r>
      <w:r>
        <w:rPr>
          <w:sz w:val="20"/>
        </w:rPr>
        <w:t>0:32  aaj ki baat cheet mein ek waqeye se shuru karna chahta hoon jo kal pesh aaya.</w:t>
      </w:r>
      <w:r>
        <w:br/>
      </w:r>
      <w:r>
        <w:rPr>
          <w:sz w:val="20"/>
        </w:rPr>
        <w:t>0:44  hamare saathi ki mulaqat kal ek practice muslim se hui. guftagu ke darmiyan hamare saathi ne dawat ki baat kahi,</w:t>
      </w:r>
      <w:r>
        <w:br/>
      </w:r>
      <w:r>
        <w:rPr>
          <w:sz w:val="20"/>
        </w:rPr>
        <w:t>0:58  to unhon ne kaha ke dawat ka kaam theek hai, lekin agar zulm ho raha ho musalmanon par to us ke khilaf bhi hamein ladna hoga.</w:t>
      </w:r>
      <w:r>
        <w:br/>
      </w:r>
      <w:r>
        <w:rPr>
          <w:sz w:val="20"/>
        </w:rPr>
        <w:t>1:10  yeh waqea hai 7 Ramzan 1438 ka. dekhiye, aap batayein ke aap kya pesh aaya tha؟</w:t>
      </w:r>
      <w:r>
        <w:br/>
      </w:r>
      <w:r>
        <w:rPr>
          <w:sz w:val="20"/>
        </w:rPr>
        <w:t>1:20  khulasa</w:t>
      </w:r>
      <w:r>
        <w:br/>
      </w:r>
      <w:r>
        <w:rPr>
          <w:sz w:val="20"/>
        </w:rPr>
        <w:t>1:22  kal meri mulaqat ek</w:t>
      </w:r>
      <w:r>
        <w:br/>
      </w:r>
      <w:r>
        <w:rPr>
          <w:sz w:val="20"/>
        </w:rPr>
        <w:t>1:30  deeni musalman se hui jo dawat ka kaam bhi karte hain. to un se jab meri mulaqat hui to mein ne un se kaha ke dawat ka kaam karna chahiye.</w:t>
      </w:r>
      <w:r>
        <w:br/>
      </w:r>
      <w:r>
        <w:rPr>
          <w:sz w:val="20"/>
        </w:rPr>
        <w:t>1:38  to unhon ne kaha yaqeenan dawat ka kaam hona chahiye aur har ek ke liye karna farz hai. lekin isi ke sath yeh bhi dekhna hai ke agar kahin par zulm ho raha hai to is zulm ke khilaf uthna hai aur is zulm ko khatam karna hai.</w:t>
      </w:r>
      <w:r>
        <w:br/>
      </w:r>
      <w:r>
        <w:rPr>
          <w:sz w:val="20"/>
        </w:rPr>
        <w:t>1:51  is ke baghair hum samaj mein achhai nahi la sakte hain.</w:t>
      </w:r>
      <w:r>
        <w:br/>
      </w:r>
      <w:r>
        <w:rPr>
          <w:sz w:val="20"/>
        </w:rPr>
        <w:t>1:56  dekhiye, yeh baat kahi unhon ne Ramzan ki 7 tareekh ko. is ke mani hain ke hamari jo qaum hai, muslim qaum, woh janti hi nahi ke roze ki speed kya hai, roze ka maqsad kya hai.</w:t>
      </w:r>
      <w:r>
        <w:br/>
      </w:r>
      <w:r>
        <w:rPr>
          <w:sz w:val="20"/>
        </w:rPr>
        <w:t>2:17  yani dawat bhi chalegi, adl ke khilaf ladai bhi chalegi. yeh roze ki speed ke khilaf hai. roze ki speed peace peace hai, peace.</w:t>
      </w:r>
      <w:r>
        <w:br/>
      </w:r>
      <w:r>
        <w:rPr>
          <w:sz w:val="20"/>
        </w:rPr>
        <w:t>2:33  yani peaceful life ikhtiyar karna yeh hai roze ki speed. mein aap ko ek hadith batana chahta hoon jis se bohat relevant hai ke roza kya hai.</w:t>
      </w:r>
      <w:r>
        <w:br/>
      </w:r>
      <w:r>
        <w:rPr>
          <w:sz w:val="20"/>
        </w:rPr>
        <w:t>2:49  aap woh hadith batayenge؟</w:t>
      </w:r>
      <w:r>
        <w:br/>
      </w:r>
      <w:r>
        <w:rPr>
          <w:sz w:val="20"/>
        </w:rPr>
        <w:t>2:51  an abi huraira taqal: qala rasul Allah sallallahu alaihi wasallam: "idha kana yawm sum ahadakum falayarfus yawm wala yusab, fa in sabba ahadun aw qatalahu falyaqul inni amrun saim." musnad ahmad hadith number 7693.</w:t>
      </w:r>
      <w:r>
        <w:br/>
      </w:r>
      <w:r>
        <w:rPr>
          <w:sz w:val="20"/>
        </w:rPr>
        <w:t>3:14  abu huraira se riwayat hai rasool Allah sallallahu alaihi wasallam ne farmaya: "jab tum mein se kisi ke roze ka din ho to us din woh koi buri baat na kahe aur na shor hangama machaye.</w:t>
      </w:r>
      <w:r>
        <w:br/>
      </w:r>
      <w:r>
        <w:rPr>
          <w:sz w:val="20"/>
        </w:rPr>
        <w:t>3:30  aur agar koi is ko bura bhala kahe ya is se ladai kare to woh kahe: 'main rozedar aadmi hoon, main rozedar aadmi hoon.'"</w:t>
      </w:r>
      <w:r>
        <w:br/>
      </w:r>
      <w:r>
        <w:rPr>
          <w:sz w:val="20"/>
        </w:rPr>
        <w:t>3:43  dekhiye, is hadith ko le kar aap sochen ke roze ki speed kya hai. roze ki speed yeh hai ke agar koi shakhs zulm kar raha ho tab bhi aap jawab mein zulm na karen balkeh yeh kahein ke "main to rozedar hoon,</w:t>
      </w:r>
      <w:r>
        <w:br/>
      </w:r>
      <w:r>
        <w:rPr>
          <w:sz w:val="20"/>
        </w:rPr>
        <w:t>4:05  main to roza rakhe hue hoon." dekhiye, yeh sadah baat nahi hai, yeh sadah baat nahi</w:t>
      </w:r>
    </w:p>
    <w:p>
      <w:pPr>
        <w:pStyle w:val="Heading2"/>
      </w:pPr>
      <w:r>
        <w:t>Hajj as symbol of creation plan</w:t>
      </w:r>
    </w:p>
    <w:p>
      <w:r>
        <w:rPr>
          <w:color w:val="666666"/>
          <w:sz w:val="18"/>
        </w:rPr>
        <w:t>Five Pillars of Islam - Part- II (English) February 22, 2025 Dr. Rajat Malhotra · 5m 45s · at 21:34 · https://youtu.be/fGlUbxcL7fQ?t=1294</w:t>
      </w:r>
    </w:p>
    <w:p>
      <w:r>
        <w:rPr>
          <w:i/>
        </w:rPr>
        <w:t>“Hajj and Kaaba are profound symbols of grand strategy”</w:t>
      </w:r>
    </w:p>
    <w:p>
      <w:r>
        <w:rPr>
          <w:sz w:val="20"/>
        </w:rPr>
        <w:t>21:34  And see, hajj and kaaba are very profound symbols of a very grand strategy, which is to make humanity aware about the creation plan of God. When Hazrat Ibrahim kaul was not heeded in Syria, in Iraq, in Egypt, he settled his family in Mecca and he constructed Kaaba.</w:t>
      </w:r>
      <w:r>
        <w:br/>
      </w:r>
      <w:r>
        <w:rPr>
          <w:sz w:val="20"/>
        </w:rPr>
        <w:t>21:59  And since then since then the practice of hajj has continued. So, Quran says the first house to be built for mankind was the one at Mecca. It is a blessed place, a source of guidance for the whole world.</w:t>
      </w:r>
      <w:r>
        <w:br/>
      </w:r>
      <w:r>
        <w:rPr>
          <w:sz w:val="20"/>
        </w:rPr>
        <w:t>22:16  The system of hajj continued, even when, even when prophet Muhammad salallahu alaihi wasallam was born, there were some corruptions in the ritualistic practice but it continued, and the when prophet did hijra, he did his final hajj after that as we know. So it is incumbent upon every Muslim to perform hajj if the means allow.</w:t>
      </w:r>
      <w:r>
        <w:br/>
      </w:r>
      <w:r>
        <w:rPr>
          <w:sz w:val="20"/>
        </w:rPr>
        <w:t>22:42  That is why this verse, pilgrimage to the house is a duty to god for all who can make the journey. When Hazrat Ibrahim completed constructing the kaaba, god commanded him to give the call but he was concerned. He said that how will humanity hear my voice? So, God assured him it will and it said, call mankind to the pilgrimage.</w:t>
      </w:r>
      <w:r>
        <w:br/>
      </w:r>
      <w:r>
        <w:rPr>
          <w:sz w:val="20"/>
        </w:rPr>
        <w:t>23:06  They will come to you on foot and on every kind of lean camel by every distant track and it so happened as we know. So, when prophet Muhammad was in Arafat in during his hajj, this verse was revealed, today I have completed your religion for you and completed my blessings upon you. I have chosen for you Islam as your religion.</w:t>
      </w:r>
      <w:r>
        <w:br/>
      </w:r>
      <w:r>
        <w:rPr>
          <w:sz w:val="20"/>
        </w:rPr>
        <w:t>23:33  So while, you know, the message of hajj that we get, while other form of worship are reminders to us about God almighty, hajj represents the utmost closeness that we, that we get towards our lord. When you stand before kaaba, it is like you're standing before the lord.</w:t>
      </w:r>
      <w:r>
        <w:br/>
      </w:r>
      <w:r>
        <w:rPr>
          <w:sz w:val="20"/>
        </w:rPr>
        <w:t>23:55  When you circumambulate kaaba, it is like, you know, after discovering God almighty, you are circling in thrilled devotion. When you hold on to the multazam, it is as if you're holding the very garment of your lord and you're pouring your heartfelt supplications. So it is very important that, you know, when you do any, when you follow any pillar of, Islam, you have to do it in spirit.</w:t>
      </w:r>
      <w:r>
        <w:br/>
      </w:r>
      <w:r>
        <w:rPr>
          <w:sz w:val="20"/>
        </w:rPr>
        <w:t>24:21  Otherwise, it's like, you know, let's say you have, very nutritious, good food lying on the table. If you don't take that food, you will not get nourishment, that nutrition. The same is the case when you have to perform hajj. You have to perform it with all that spirit. So what is the, the message that we get, in the Quran in chapter two ninety seven?</w:t>
      </w:r>
      <w:r>
        <w:br/>
      </w:r>
      <w:r>
        <w:rPr>
          <w:sz w:val="20"/>
        </w:rPr>
        <w:t>24:46  The pilgrimages in the appointed months, whoever intends to perform it during them must abstain from indecent speech, from all wicked conduct, and from quarreling while on the pilgrimage. Whatever good you may do, God is aware of it. Make provision for yourself, but surely the best of all provision is God consciousness. Always be mindful of me, you that are in doubt with, understanding.</w:t>
      </w:r>
      <w:r>
        <w:br/>
      </w:r>
      <w:r>
        <w:rPr>
          <w:sz w:val="20"/>
        </w:rPr>
        <w:t>25:15  So there are these three terms, that I have highlighted in bold, indecent speech, wicked conduct and quarreling. Jab hajj ke liye log jama hote hain, it is a kind of a training because, you know, people from all over the world, from different geographies, cultural backgrounds, they come. And it does happen that there are situations that people with base desires, they say something that spoils the spiritual atmosphere by the lewd comments.</w:t>
      </w:r>
      <w:r>
        <w:br/>
      </w:r>
      <w:r>
        <w:rPr>
          <w:sz w:val="20"/>
        </w:rPr>
        <w:t>25:45  Or let's say if somebody, uh-uh, confronts them or provokes them, they get into a quarrel, or they lose their dignified self. So what does Quran says? It says ki these are sins to be avoided. So in that sense, hajj is a is a superb, is a superb training because you are gathered at a place of sanctity and reverence.</w:t>
      </w:r>
      <w:r>
        <w:br/>
      </w:r>
      <w:r>
        <w:rPr>
          <w:sz w:val="20"/>
        </w:rPr>
        <w:t>26:10  And remember, god does not want your form, but god wants your pity, taqwa. It is the pity which is that provision which will help you in your journey from this world to the hereafter. Maulana Wahiduddin Khan sahib kehte the ki, ki when unless a person is willing to renounce all that is against the faith, the blessings of faith will not come to that person.</w:t>
      </w:r>
      <w:r>
        <w:br/>
      </w:r>
      <w:r>
        <w:rPr>
          <w:sz w:val="20"/>
        </w:rPr>
        <w:t>26:38  So we often see that, you know, aapne dekha hoga ki log memorize karte hain prayers and they will read it from the book. There's nothing wrong about it. It's it is required. It fulfills the legal requirement.</w:t>
      </w:r>
      <w:r>
        <w:br/>
      </w:r>
      <w:r>
        <w:rPr>
          <w:sz w:val="20"/>
        </w:rPr>
        <w:t>26:51  But what is important is that you have to, you have to experience the same state of emotions, the feelings that Hazrat, that prophet Ibrahim and his family experience, that is the real, you know, spirit of of hajj. For example, when you do sa'i from Safa to Marwa, you remember how Hazrat Hajra ran from Safa to Marwa.</w:t>
      </w:r>
      <w:r>
        <w:br/>
      </w:r>
      <w:r>
        <w:rPr>
          <w:sz w:val="20"/>
        </w:rPr>
        <w:t>27:19  So aapke dil mein ek dua nikalti hai ki aap yeh dua karte hain Allah taala se ki god just like you granted, you know, after the efforts of Hazrat Hajra everlasting spring. Similarly, grant that after my efforts, you give me a spring of goodness that nourishes me from this world to the hereafter.</w:t>
      </w:r>
    </w:p>
    <w:p>
      <w:pPr>
        <w:pStyle w:val="Heading2"/>
      </w:pPr>
      <w:r>
        <w:t>Abraha's elephant army and Abdul Muttalib's unshaken faith</w:t>
      </w:r>
    </w:p>
    <w:p>
      <w:r>
        <w:rPr>
          <w:color w:val="666666"/>
          <w:sz w:val="18"/>
        </w:rPr>
        <w:t>The Spirit Hajj December 10, 2006 · 4m 22s · at 1:25:36 · https://youtu.be/ZpChhBy6lvU?t=5136</w:t>
      </w:r>
    </w:p>
    <w:p>
      <w:r>
        <w:rPr>
          <w:i/>
        </w:rPr>
        <w:t>“Yemen ka ek Isai badshah tha, Abraha uska naam tha”</w:t>
      </w:r>
    </w:p>
    <w:p>
      <w:r>
        <w:rPr>
          <w:sz w:val="20"/>
        </w:rPr>
        <w:t>1:25:36  mislan ek kaha jata hai ke. Rasool Allah ki nabuwat se pehle. yeh hua.</w:t>
      </w:r>
      <w:r>
        <w:br/>
      </w:r>
      <w:r>
        <w:rPr>
          <w:sz w:val="20"/>
        </w:rPr>
        <w:t>1:25:46  ke. Yemen ka ek Isai badshah tha. Abraha uska naam tha. to us ne hamla kiya.</w:t>
      </w:r>
      <w:r>
        <w:br/>
      </w:r>
      <w:r>
        <w:rPr>
          <w:sz w:val="20"/>
        </w:rPr>
        <w:t>1:25:58  woh chahta tha ke Kaba ko khatam kar de. aur Yemen mein us ne banaya tha ek bohat bara kalesa. wahan log jaane lagay. us ke. yani ziyarat ka markaz badalna chahta tha woh.</w:t>
      </w:r>
      <w:r>
        <w:br/>
      </w:r>
      <w:r>
        <w:rPr>
          <w:sz w:val="20"/>
        </w:rPr>
        <w:t>1:26:11  to woh chala wahan se hathioun ki fauj le kar ke</w:t>
      </w:r>
      <w:r>
        <w:br/>
      </w:r>
      <w:r>
        <w:rPr>
          <w:sz w:val="20"/>
        </w:rPr>
        <w:t>1:26:14  . to Makka ke paas jab pohancha woh. to is zamane mein jo ek fauj jo hua karti thi to. jahan jati thi wahan.</w:t>
      </w:r>
      <w:r>
        <w:br/>
      </w:r>
      <w:r>
        <w:rPr>
          <w:sz w:val="20"/>
        </w:rPr>
        <w:t>1:26:23  apne khurak ke liye. woh bakri aur. oont pakar leti thi us ko woh log istemal karte thay. to un.</w:t>
      </w:r>
      <w:r>
        <w:br/>
      </w:r>
      <w:r>
        <w:rPr>
          <w:sz w:val="20"/>
        </w:rPr>
        <w:t>1:26:33  Makka ke bahir un ka. jo. oont thay bohat se. to pakar liya Abraha ki fauj ne.</w:t>
      </w:r>
      <w:r>
        <w:br/>
      </w:r>
      <w:r>
        <w:rPr>
          <w:sz w:val="20"/>
        </w:rPr>
        <w:t>1:26:42  yeh un ke dada jo thay Rasool Allah ke dada un ka naam tha Abdul Muttalib. to Rasool Allah ke dada Abdul Muttalib ke oont pakar liya Abraha ki fauj ne.</w:t>
      </w:r>
      <w:r>
        <w:br/>
      </w:r>
      <w:r>
        <w:rPr>
          <w:sz w:val="20"/>
        </w:rPr>
        <w:t>1:26:52  to yeh gaye milne ke liye us se. yani Abraha se milne ke liye. ke hamare oont jo hain hamein de do tumhari fauj ne pakar liya hai.</w:t>
      </w:r>
      <w:r>
        <w:br/>
      </w:r>
      <w:r>
        <w:rPr>
          <w:sz w:val="20"/>
        </w:rPr>
        <w:t>1:27:02  to. kaha jata hai ke bohat zyada shakhsiyat wale aadmi thay Abdul Muttalib. yani buzurg kehte hain na ek bohat hi wajeeh shakhsiyat wala aadmi.</w:t>
      </w:r>
      <w:r>
        <w:br/>
      </w:r>
      <w:r>
        <w:rPr>
          <w:sz w:val="20"/>
        </w:rPr>
        <w:t>1:27:12  is tarah ke aadmi thay. to Abraha un ko dekh kar bohat. yani mutasir hua tha. to jab unhon ne yeh kaha oont ki baat to Abraha ne kaha ke main to aap ko dekh kar bohat mutasir hua tha.</w:t>
      </w:r>
      <w:r>
        <w:br/>
      </w:r>
      <w:r>
        <w:rPr>
          <w:sz w:val="20"/>
        </w:rPr>
        <w:t>1:27:24  lekin aap sirf apne oont ke. mangne ke liye aaye hain. main to Kaba uthane ke liye aaya hoon aaya hoon. to aap mujhe samjhate hain ke aap yeh mujhe kahenge ke bhai Kaba ko mat uthao.</w:t>
      </w:r>
      <w:r>
        <w:br/>
      </w:r>
      <w:r>
        <w:rPr>
          <w:sz w:val="20"/>
        </w:rPr>
        <w:t>1:27:35  to Kaba ko uthane ke liye to aap kuch nahi keh rahe hain aur apne oont mang rahe hain mujh se. to unhon ne kaha ke. ana rabb al-ibil wa lil-bayti rabbun yahmih ke main to oont ka malik hoon.</w:t>
      </w:r>
      <w:r>
        <w:br/>
      </w:r>
      <w:r>
        <w:rPr>
          <w:sz w:val="20"/>
        </w:rPr>
        <w:t>1:27:48  to oont mangne aaya hoon tumhare paas</w:t>
      </w:r>
      <w:r>
        <w:br/>
      </w:r>
      <w:r>
        <w:rPr>
          <w:sz w:val="20"/>
        </w:rPr>
        <w:t>1:27:51  . baqi jo Kaba hai. uska malik to Khuda hai. woh us ko bachayega us ka. us ki hifazat karega.</w:t>
      </w:r>
      <w:r>
        <w:br/>
      </w:r>
      <w:r>
        <w:rPr>
          <w:sz w:val="20"/>
        </w:rPr>
        <w:t>1:28:04  is waqe mein mujhe ek bari naseehat mili. main samajhta hoon ke jab waqe hua hoga. to abraha ka dil dahal gaya hoga.</w:t>
      </w:r>
      <w:r>
        <w:br/>
      </w:r>
      <w:r>
        <w:rPr>
          <w:sz w:val="20"/>
        </w:rPr>
        <w:t>1:28:15  yeh jo tafseel aai hai kitabon mein is mein yeh baat nahin hai jo main keh raha hoon. lekin mujhe yaqeen hai ke abraha ne himmat chhod di ke woh makkah mein dakhil ho. is waqe ke baad.</w:t>
      </w:r>
      <w:r>
        <w:br/>
      </w:r>
      <w:r>
        <w:rPr>
          <w:sz w:val="20"/>
        </w:rPr>
        <w:t>1:28:25  ke arab ka itna bara aadmi. itna shakhsiyat wala aadmi. woh samajhta hai ke kaaba to. khuda us ko bachaye ga.</w:t>
      </w:r>
      <w:r>
        <w:br/>
      </w:r>
      <w:r>
        <w:rPr>
          <w:sz w:val="20"/>
        </w:rPr>
        <w:t>1:28:35  woh kaaba khuda ki fikr hai. kaaba to khuda ki fikr hai kaise mumkin hai ke khuda us ko na bachaye.</w:t>
      </w:r>
      <w:r>
        <w:br/>
      </w:r>
      <w:r>
        <w:rPr>
          <w:sz w:val="20"/>
        </w:rPr>
        <w:t>1:28:45  to ek zimmedar aadmi ek sincere aadmi. ek shakhsiyat wala aadmi. jab is tarah se kaha us ne. to main samajhta hoon ke andar is ka dil dahal gaya hoga.</w:t>
      </w:r>
      <w:r>
        <w:br/>
      </w:r>
      <w:r>
        <w:rPr>
          <w:sz w:val="20"/>
        </w:rPr>
        <w:t>1:28:57  kaaba ko uthane ki. is ka hausla khatm ho gaya hoga is ko. woh demoralize ho gaya hoga yeh sun kar ke.</w:t>
      </w:r>
      <w:r>
        <w:br/>
      </w:r>
      <w:r>
        <w:rPr>
          <w:sz w:val="20"/>
        </w:rPr>
        <w:t>1:29:05  is se maine yeh sabak nikala apne haraif ko demoralize karne ke liye. shayad yeh sab se bara. formula hai. sab se bara formula.</w:t>
      </w:r>
      <w:r>
        <w:br/>
      </w:r>
      <w:r>
        <w:rPr>
          <w:sz w:val="20"/>
        </w:rPr>
        <w:t>1:29:15  agar aap yaqeen ke sath aap ke dil mein yaqeen ho sach much yani. yeh adakari ke taur par nahin. dil mein sach much yaqeen ho ke.</w:t>
      </w:r>
      <w:r>
        <w:br/>
      </w:r>
      <w:r>
        <w:rPr>
          <w:sz w:val="20"/>
        </w:rPr>
        <w:t>1:29:24  ek khuda hai woh zinda hai woh har taqatwar hai woh. woh madad karta hai woh madad karta hai in</w:t>
      </w:r>
      <w:r>
        <w:br/>
      </w:r>
      <w:r>
        <w:rPr>
          <w:sz w:val="20"/>
        </w:rPr>
        <w:t>1:29:33  sano ki yeh sab aap ke dil mein bhara hua ho. bhara hua ho. aur aap aisa kahein. to is ka dil zaroor dahal jaye ga woh.</w:t>
      </w:r>
      <w:r>
        <w:br/>
      </w:r>
      <w:r>
        <w:rPr>
          <w:sz w:val="20"/>
        </w:rPr>
        <w:t>1:29:44  ke woh is insaan mein ab tak samajhta tha ke yeh insaan ka case hai yeh to khuda ka case hai. main samajhta tha ke insaan ka mamla hai lekin yeh to khuda ka mamla hai main khuda se kaise ladun ga.</w:t>
      </w:r>
    </w:p>
    <w:p>
      <w:pPr>
        <w:pStyle w:val="Heading2"/>
      </w:pPr>
      <w:r>
        <w:t>signs of creation, contemplation, and gratitude for modern ease</w:t>
      </w:r>
    </w:p>
    <w:p>
      <w:r>
        <w:rPr>
          <w:color w:val="666666"/>
          <w:sz w:val="18"/>
        </w:rPr>
        <w:t>Powerful Life-Changing Quranic Duas with Explanation (English) October 27, 2024 · 4m 26s · at 8:22 · https://youtu.be/4cYteSjPIKw?t=502</w:t>
      </w:r>
    </w:p>
    <w:p>
      <w:r>
        <w:rPr>
          <w:i/>
        </w:rPr>
        <w:t>“When we read Surah Al Imran, it ends with a beautiful dua.”</w:t>
      </w:r>
    </w:p>
    <w:p>
      <w:r>
        <w:rPr>
          <w:sz w:val="20"/>
        </w:rPr>
        <w:t>8:22  venverid surah numberthri ,surah al imran, it endzudae beautyfildua :"ana fikhlaq alsamawat walard, wakhtilaf allailuwalnahaar ,layat alali albab".</w:t>
      </w:r>
      <w:r>
        <w:br/>
      </w:r>
      <w:r>
        <w:rPr>
          <w:sz w:val="20"/>
        </w:rPr>
        <w:t>8:39  dear signs and creation of heavens and earth, and alternation of night and day, for people of understanding: "alzhinyadhkrnallah qiyamah wa q aud wa li jnubh hum".</w:t>
      </w:r>
      <w:r>
        <w:br/>
      </w:r>
      <w:r>
        <w:rPr>
          <w:sz w:val="20"/>
        </w:rPr>
        <w:t>8:54  dozhorimembr gad wail standing ,sitting, and lyingan deirsides.</w:t>
      </w:r>
      <w:r>
        <w:br/>
      </w:r>
      <w:r>
        <w:rPr>
          <w:sz w:val="20"/>
        </w:rPr>
        <w:t>9:02  "vitafakr nfi khlaq alsamawat walard", and ponder over the creation of heavens and earth. So the believers are reflecting on the creation, and as a result,</w:t>
      </w:r>
      <w:r>
        <w:br/>
      </w:r>
      <w:r>
        <w:rPr>
          <w:sz w:val="20"/>
        </w:rPr>
        <w:t>9:18  deyar ooruimad wadaaimooshn ,and destart prayingtugaad :"rb namakhlaq batlah"</w:t>
      </w:r>
      <w:r>
        <w:br/>
      </w:r>
      <w:r>
        <w:rPr>
          <w:sz w:val="20"/>
        </w:rPr>
        <w:t>9:29  .or lord,younatcreated thisudautpurposes. "subhan k wqn aazab alnar" . "glorybetiv, saivasfromditurmentaffir".</w:t>
      </w:r>
      <w:r>
        <w:br/>
      </w:r>
      <w:r>
        <w:rPr>
          <w:sz w:val="20"/>
        </w:rPr>
        <w:t>9:40  so these are the feelings of a believer when he thinks about the creation, when he ponders over life, his own existence</w:t>
      </w:r>
      <w:r>
        <w:br/>
      </w:r>
      <w:r>
        <w:rPr>
          <w:sz w:val="20"/>
        </w:rPr>
        <w:t>9:54  .God has given everything so perfectly, in such harmony. So these kinds of words come, start coming from his heart. So all this inspired him to pray: "God, you have not created this without purposes". There are deep purposes behind all this creation.</w:t>
      </w:r>
      <w:r>
        <w:br/>
      </w:r>
      <w:r>
        <w:rPr>
          <w:sz w:val="20"/>
        </w:rPr>
        <w:t>10:23  "rabna tuakhiznaan nsinawaakht ana" .or lord,dunaattak us totaskif wi forget or makmistak .</w:t>
      </w:r>
      <w:r>
        <w:br/>
      </w:r>
      <w:r>
        <w:rPr>
          <w:sz w:val="20"/>
        </w:rPr>
        <w:t>10:35  The believer asks Allah to forgive us if we forget something knowingly, unknowingly.</w:t>
      </w:r>
      <w:r>
        <w:br/>
      </w:r>
      <w:r>
        <w:rPr>
          <w:sz w:val="20"/>
        </w:rPr>
        <w:t>10:44  as you have gone, it's like saying: "as you have gone respite and so your respite in the hereafter, and a day of judgment is well". "rb na la ahmal alaynaas rakmahala thzn minqbl</w:t>
      </w:r>
      <w:r>
        <w:br/>
      </w:r>
      <w:r>
        <w:rPr>
          <w:sz w:val="20"/>
        </w:rPr>
        <w:t>11:06  na" .or lord,dunaatplas us ,dunaatplas uponas aabrdn likdat wchyu placdanzdaz biforas .</w:t>
      </w:r>
      <w:r>
        <w:br/>
      </w:r>
      <w:r>
        <w:rPr>
          <w:sz w:val="20"/>
        </w:rPr>
        <w:t>11:19  dizaz avery amazing dua.</w:t>
      </w:r>
      <w:r>
        <w:br/>
      </w:r>
      <w:r>
        <w:rPr>
          <w:sz w:val="20"/>
        </w:rPr>
        <w:t>11:22  It reflects, it refers to the believers of the past, far from religious duties and spreading the word against war, very burdensome due to persecution, intolerance, and hardship.</w:t>
      </w:r>
      <w:r>
        <w:br/>
      </w:r>
      <w:r>
        <w:rPr>
          <w:sz w:val="20"/>
        </w:rPr>
        <w:t>11:42  .There was no freedom at that time. But we are fortunate, and we should be grateful to God that we are living in a time when opportunities to spread the message of the Quran become easier.</w:t>
      </w:r>
      <w:r>
        <w:br/>
      </w:r>
      <w:r>
        <w:rPr>
          <w:sz w:val="20"/>
        </w:rPr>
        <w:t>11:58  we are now in times, societies are more open, tolerant, and peaceful, as long as to spread our word engaged with much greater ease</w:t>
      </w:r>
      <w:r>
        <w:br/>
      </w:r>
      <w:r>
        <w:rPr>
          <w:sz w:val="20"/>
        </w:rPr>
        <w:t>12:12  So we also have existing modern facilities like travel, aviation, communication, internet, AI, which made it even more convenient to share this message of God to people.</w:t>
      </w:r>
      <w:r>
        <w:br/>
      </w:r>
      <w:r>
        <w:rPr>
          <w:sz w:val="20"/>
        </w:rPr>
        <w:t>12:31  .swatsviminiigful dua,wchriminds ubtobigratfultualah foral da ez vihubengrantdinmodrntim ."rab natzqqulubna badazhidatna" .</w:t>
      </w:r>
    </w:p>
    <w:p>
      <w:pPr>
        <w:pStyle w:val="Heading2"/>
      </w:pPr>
      <w:r>
        <w:t>Dua's importance, the hadith, and 'I am near'</w:t>
      </w:r>
    </w:p>
    <w:p>
      <w:r>
        <w:rPr>
          <w:color w:val="666666"/>
          <w:sz w:val="18"/>
        </w:rPr>
        <w:t>What is Dua (Only Lecture) April 26, 2009 Maulana Wahiduddin Khan · 3m 58s · at 1:00 · https://youtu.be/JxIR0o_C7GM?t=60</w:t>
      </w:r>
    </w:p>
    <w:p>
      <w:r>
        <w:rPr>
          <w:i/>
        </w:rPr>
        <w:t>“Islam mein dua ki bohot zyada importance hai”</w:t>
      </w:r>
    </w:p>
    <w:p>
      <w:r>
        <w:rPr>
          <w:sz w:val="20"/>
        </w:rPr>
        <w:t>1:00  islam mein dua ki bohat ziyada importance hai,</w:t>
      </w:r>
      <w:r>
        <w:br/>
      </w:r>
      <w:r>
        <w:rPr>
          <w:sz w:val="20"/>
        </w:rPr>
        <w:t>1:08  bohat ziyada. hadith mein aaya hai ke "al-du'a'u huwal 'ibadah, al-du'a'u mukhkh al-'ibadah".</w:t>
      </w:r>
      <w:r>
        <w:br/>
      </w:r>
      <w:r>
        <w:rPr>
          <w:sz w:val="20"/>
        </w:rPr>
        <w:t>1:23  is ka matlab yeh hai ke dua,</w:t>
      </w:r>
      <w:r>
        <w:br/>
      </w:r>
      <w:r>
        <w:rPr>
          <w:sz w:val="20"/>
        </w:rPr>
        <w:t>1:27  dua is the essence of 'ibadah. dua is the core of 'ibadah.</w:t>
      </w:r>
      <w:r>
        <w:br/>
      </w:r>
      <w:r>
        <w:rPr>
          <w:sz w:val="20"/>
        </w:rPr>
        <w:t>1:40  is se aap samajh sakte hain ke dua kitni ziyada aham cheez hai islam mein. aisi halat mein yeh samajhna hai ke dua kuch mysterious.</w:t>
      </w:r>
      <w:r>
        <w:br/>
      </w:r>
      <w:r>
        <w:rPr>
          <w:sz w:val="20"/>
        </w:rPr>
        <w:t>1:52  shabdh hain, un ko dohra do toh dua ho jayegi.</w:t>
      </w:r>
      <w:r>
        <w:br/>
      </w:r>
      <w:r>
        <w:rPr>
          <w:sz w:val="20"/>
        </w:rPr>
        <w:t>1:57  yeh that is under estimation, under estimation of dua. yeh dua ki tazkhir hai.</w:t>
      </w:r>
      <w:r>
        <w:br/>
      </w:r>
      <w:r>
        <w:rPr>
          <w:sz w:val="20"/>
        </w:rPr>
        <w:t>2:11  yahan tak mein samajhta hoon dua is se bohat zyada hai jo aam taur par log samajhte hain.</w:t>
      </w:r>
      <w:r>
        <w:br/>
      </w:r>
      <w:r>
        <w:rPr>
          <w:sz w:val="20"/>
        </w:rPr>
        <w:t>2:22  dua is an expression of</w:t>
      </w:r>
      <w:r>
        <w:br/>
      </w:r>
      <w:r>
        <w:rPr>
          <w:sz w:val="20"/>
        </w:rPr>
        <w:t>2:30  long intellectual process,</w:t>
      </w:r>
      <w:r>
        <w:br/>
      </w:r>
      <w:r>
        <w:rPr>
          <w:sz w:val="20"/>
        </w:rPr>
        <w:t>2:34  and not simply occasional utterance.</w:t>
      </w:r>
      <w:r>
        <w:br/>
      </w:r>
      <w:r>
        <w:rPr>
          <w:sz w:val="20"/>
        </w:rPr>
        <w:t>2:44  dua aik lambe amal ke baad nikalti hai aadmi ki zuban se.</w:t>
      </w:r>
      <w:r>
        <w:br/>
      </w:r>
      <w:r>
        <w:rPr>
          <w:sz w:val="20"/>
        </w:rPr>
        <w:t>2:49  aadmi dua mein jeeta hai, tab us ko dua karne ki tofeeq milti hai. subah, shaam, raat, din, poori zindagi aadmi dua mein jeeta hai,</w:t>
      </w:r>
      <w:r>
        <w:br/>
      </w:r>
      <w:r>
        <w:rPr>
          <w:sz w:val="20"/>
        </w:rPr>
        <w:t>3:04  tab us ko sachi dua karne ki tofeeq milti hai. jis ke baray mein hadith mein aya hai ke "la turad al qada illa al dua".</w:t>
      </w:r>
      <w:r>
        <w:br/>
      </w:r>
      <w:r>
        <w:rPr>
          <w:sz w:val="20"/>
        </w:rPr>
        <w:t>3:20  qaza ko koi cheez badalti nahi, siwaye dua ke.</w:t>
      </w:r>
      <w:r>
        <w:br/>
      </w:r>
      <w:r>
        <w:rPr>
          <w:sz w:val="20"/>
        </w:rPr>
        <w:t>3:26  is se bari baat dua ke liye kya ho sakti hai? quran mein hai chapter number do, verse number 186, al baqarah 186.</w:t>
      </w:r>
      <w:r>
        <w:br/>
      </w:r>
      <w:r>
        <w:rPr>
          <w:sz w:val="20"/>
        </w:rPr>
        <w:t>3:44  wa idha saalaka ibadi fani qareeb, ujeebu da'wat al da'i.</w:t>
      </w:r>
      <w:r>
        <w:br/>
      </w:r>
      <w:r>
        <w:rPr>
          <w:sz w:val="20"/>
        </w:rPr>
        <w:t>3:54  is mein Allah taala ne farmaya: "I am near", mein tumhare qareeb hoon.</w:t>
      </w:r>
      <w:r>
        <w:br/>
      </w:r>
      <w:r>
        <w:rPr>
          <w:sz w:val="20"/>
        </w:rPr>
        <w:t>4:03  "I am near".</w:t>
      </w:r>
      <w:r>
        <w:br/>
      </w:r>
      <w:r>
        <w:rPr>
          <w:sz w:val="20"/>
        </w:rPr>
        <w:t>4:05  I respond</w:t>
      </w:r>
      <w:r>
        <w:br/>
      </w:r>
      <w:r>
        <w:rPr>
          <w:sz w:val="20"/>
        </w:rPr>
        <w:t>4:10  to the call when call off. I respond to the call when one calls me.</w:t>
      </w:r>
      <w:r>
        <w:br/>
      </w:r>
      <w:r>
        <w:rPr>
          <w:sz w:val="20"/>
        </w:rPr>
        <w:t>4:25  aik shakhs jab mujhe pukarta hai to mein us ki pukar ka jawab deta hoon.</w:t>
      </w:r>
      <w:r>
        <w:br/>
      </w:r>
      <w:r>
        <w:rPr>
          <w:sz w:val="20"/>
        </w:rPr>
        <w:t>4:33  is mein bohat zyada sochne ki baat hai ke qareeb kyun kaha ke mein bande ke se qareeb hoon.</w:t>
      </w:r>
      <w:r>
        <w:br/>
      </w:r>
      <w:r>
        <w:rPr>
          <w:sz w:val="20"/>
        </w:rPr>
        <w:t>4:43  is par sochte hue mein ne samjha hai ke</w:t>
      </w:r>
      <w:r>
        <w:br/>
      </w:r>
      <w:r>
        <w:rPr>
          <w:sz w:val="20"/>
        </w:rPr>
        <w:t>4:51  nearness ka jo experience kar sake, wohi dua kar sakta hai.</w:t>
      </w:r>
    </w:p>
    <w:p>
      <w:pPr>
        <w:pStyle w:val="Heading2"/>
      </w:pPr>
      <w:r>
        <w:t>Quran's three prohibitions during Hajj: rafas, fusuq, jidal</w:t>
      </w:r>
    </w:p>
    <w:p>
      <w:r>
        <w:rPr>
          <w:color w:val="666666"/>
          <w:sz w:val="18"/>
        </w:rPr>
        <w:t>The Spirit Hajj December 10, 2006 · 5m 12s · at 22:58 · https://youtu.be/ZpChhBy6lvU?t=1378</w:t>
      </w:r>
    </w:p>
    <w:p>
      <w:r>
        <w:rPr>
          <w:i/>
        </w:rPr>
        <w:t>“Hajj ke baare mein Quran mein ek aayat hai”</w:t>
      </w:r>
    </w:p>
    <w:p>
      <w:r>
        <w:rPr>
          <w:sz w:val="20"/>
        </w:rPr>
        <w:t>22:58  haj ke baray mein dekhiye quran mein aur hadith mein bohat sari baatein ayi hain. quran mein aik ayat yeh hai ke jo haj kare to us ko chahiye ke woh falan rafsah, falan fasuha, falan jidal fil haj.</w:t>
      </w:r>
      <w:r>
        <w:br/>
      </w:r>
      <w:r>
        <w:rPr>
          <w:sz w:val="20"/>
        </w:rPr>
        <w:t>23:17  teen baatein ke jo aadmi haj kare us ko chahiye ke woh bache rafs se, fasukh se aur jidal se.</w:t>
      </w:r>
      <w:r>
        <w:br/>
      </w:r>
      <w:r>
        <w:rPr>
          <w:sz w:val="20"/>
        </w:rPr>
        <w:t>23:28  yeh teenon jo alfaaz hain bohat hi aham hain. rafs ka matlab hai yani gandi baat karna, behooda baat karna, hansi mazaaq karna.</w:t>
      </w:r>
      <w:r>
        <w:br/>
      </w:r>
      <w:r>
        <w:rPr>
          <w:sz w:val="20"/>
        </w:rPr>
        <w:t>23:44  yani aksar log aap jante hain ke aadi ho jatay hain kuch bekar baaton karne ke. to kaha gaya hai ke haj jab tum niklo to tum rafs se bacho.</w:t>
      </w:r>
      <w:r>
        <w:br/>
      </w:r>
      <w:r>
        <w:rPr>
          <w:sz w:val="20"/>
        </w:rPr>
        <w:t>23:57  is ka matlab hai ke bohat hi ziyada tumhare andar sanjeedgi aana chahiye. sanjeedgi aana chahiye.</w:t>
      </w:r>
      <w:r>
        <w:br/>
      </w:r>
      <w:r>
        <w:rPr>
          <w:sz w:val="20"/>
        </w:rPr>
        <w:t>24:04  in sanjeeda log jo hotay hain woh rafs karte hain. yani behooda baatein, joke chhodna, ha ha karna, is tarah ki baatein karna.</w:t>
      </w:r>
      <w:r>
        <w:br/>
      </w:r>
      <w:r>
        <w:rPr>
          <w:sz w:val="20"/>
        </w:rPr>
        <w:t>24:14  yani susti zaiqay wali baatein karna. to farmaya ke rafs se bachna hai tum ko. is ka matlab yeh kiya hua hai?</w:t>
      </w:r>
      <w:r>
        <w:br/>
      </w:r>
      <w:r>
        <w:rPr>
          <w:sz w:val="20"/>
        </w:rPr>
        <w:t>24:22  tum ko bohat sanjeeda ho kar haj karna hai. bohat ziyada sanjeeda ho kar haj karna hai. koi mazaaq nahi hai yeh haj.</w:t>
      </w:r>
      <w:r>
        <w:br/>
      </w:r>
      <w:r>
        <w:rPr>
          <w:sz w:val="20"/>
        </w:rPr>
        <w:t>24:31  bohat hi ziyada tumhare andar sanjeedgi honi chahiye. jab tum haj ke liye niklo to. is tarah se fasukh, fasukh ka matlab hota hai yani inhiraaf karna, khurooj karna.</w:t>
      </w:r>
      <w:r>
        <w:br/>
      </w:r>
      <w:r>
        <w:rPr>
          <w:sz w:val="20"/>
        </w:rPr>
        <w:t>24:45  yani jo usool diye gaye hain haj karne ke quran mein ya hadith mein woh usool se hatna. to yeh hai fasukh.</w:t>
      </w:r>
      <w:r>
        <w:br/>
      </w:r>
      <w:r>
        <w:rPr>
          <w:sz w:val="20"/>
        </w:rPr>
        <w:t>24:57  yeh bohat hi aham baat hai. kyun ke aam tor par aap dekhiye ke log aadi hotay hain inhiraaf ke. aik seedhi line hoti hai, aik set of usool hotay hain, kuch kuch set of iqdar hotay hain.</w:t>
      </w:r>
      <w:r>
        <w:br/>
      </w:r>
      <w:r>
        <w:rPr>
          <w:sz w:val="20"/>
        </w:rPr>
        <w:t>25:11  isi ko ikhtiyar karna. idhar udhar inhiraaf na karna. to yeh bohat zaroori hai haj ke zamanay mein. warna haj hi nahi hoga.</w:t>
      </w:r>
      <w:r>
        <w:br/>
      </w:r>
      <w:r>
        <w:rPr>
          <w:sz w:val="20"/>
        </w:rPr>
        <w:t>25:21  jo aadmi inhiraaf karega idhar udhar to haj nahi</w:t>
      </w:r>
      <w:r>
        <w:br/>
      </w:r>
      <w:r>
        <w:rPr>
          <w:sz w:val="20"/>
        </w:rPr>
        <w:t>25:25  hoga. aap jante hain ke log bohat ziyada aadi hotay hain is ke. yani sakhti se kisi aik cheez ko follow karein aur dayen bayen woh na hatein.</w:t>
      </w:r>
      <w:r>
        <w:br/>
      </w:r>
      <w:r>
        <w:rPr>
          <w:sz w:val="20"/>
        </w:rPr>
        <w:t>25:36  yeh yeh yeh mein ne dekha hai ke logon mein bohat kam hota</w:t>
      </w:r>
      <w:r>
        <w:br/>
      </w:r>
      <w:r>
        <w:rPr>
          <w:sz w:val="20"/>
        </w:rPr>
        <w:t>25:39  hai. to haj jo hai aik aitbar se is ki tarbiyat hai. ke inhiraf se bacho. idhar udhar bhatkne se bacho. is ki tarbiyat hai haj mein.</w:t>
      </w:r>
      <w:r>
        <w:br/>
      </w:r>
      <w:r>
        <w:rPr>
          <w:sz w:val="20"/>
        </w:rPr>
        <w:t>25:50  aur teesri cheez farmayi ke jidal. yani jhagda, kohral. to aap jante hain ke jahan ziyada log akhatta hon to wahan kuch na kuch khatpat ho jati hai.</w:t>
      </w:r>
      <w:r>
        <w:br/>
      </w:r>
      <w:r>
        <w:rPr>
          <w:sz w:val="20"/>
        </w:rPr>
        <w:t>26:05  kuch na kuch ikhtilafat aa jate hain.</w:t>
      </w:r>
      <w:r>
        <w:br/>
      </w:r>
      <w:r>
        <w:rPr>
          <w:sz w:val="20"/>
        </w:rPr>
        <w:t>26:09  lekin yeh fitri hai. to aap ko yani yahan bataya gaya hai ke aap ko bohat ziyada muhtat hona chahiye. muhtat.</w:t>
      </w:r>
      <w:r>
        <w:br/>
      </w:r>
      <w:r>
        <w:rPr>
          <w:sz w:val="20"/>
        </w:rPr>
        <w:t>26:19  ke jab hum mil jul kar aik ibadat kar rahe hain, bohat se log akhatta hain to zaroor kuch na kuch aye ga. aisa ke meri baat aap ko kharab lage, aap ki baat mujhe kharab lag jaye.</w:t>
      </w:r>
      <w:r>
        <w:br/>
      </w:r>
      <w:r>
        <w:rPr>
          <w:sz w:val="20"/>
        </w:rPr>
        <w:t>26:31  to is ka matlab hai ke sabr ki taleem di gayi hai. bohat ziyada sabr.</w:t>
      </w:r>
      <w:r>
        <w:br/>
      </w:r>
      <w:r>
        <w:rPr>
          <w:sz w:val="20"/>
        </w:rPr>
        <w:t>26:37  parhez karna, sabr karna, nazarandaz karna. is ka matlab yeh hai. to jidal se yani aapas ke jhagde se woh aadmi bach paye ga jo apne andar sabr ki kaifiyat ko hi paida kare.</w:t>
      </w:r>
      <w:r>
        <w:br/>
      </w:r>
      <w:r>
        <w:rPr>
          <w:sz w:val="20"/>
        </w:rPr>
        <w:t>26:54  bar bar aisi cheez aye gi jis se aap ko manfi khayal aye ga aap ke andar.</w:t>
      </w:r>
      <w:r>
        <w:br/>
      </w:r>
      <w:r>
        <w:rPr>
          <w:sz w:val="20"/>
        </w:rPr>
        <w:t>27:01  to sirf yeh baat nahi hai ke aap aisi cheezon se nazarandaz karen balke aap aap ko yeh karna pare ga ke manfi ko musbat mein tabdeel karen. nahi to kya hoga?</w:t>
      </w:r>
      <w:r>
        <w:br/>
      </w:r>
      <w:r>
        <w:rPr>
          <w:sz w:val="20"/>
        </w:rPr>
        <w:t>27:11  shukr nahi aye ga. agar aap bolay nahi, dil mein rakh liya tab bhi to bura hai. yani kisi se ki baat aap ko buri lagi, aap ko ghussa aa gaya.</w:t>
      </w:r>
      <w:r>
        <w:br/>
      </w:r>
      <w:r>
        <w:rPr>
          <w:sz w:val="20"/>
        </w:rPr>
        <w:t>27:22  to aap munh se nahi bolay lekin dil mein rakh liya.</w:t>
      </w:r>
      <w:r>
        <w:br/>
      </w:r>
      <w:r>
        <w:rPr>
          <w:sz w:val="20"/>
        </w:rPr>
        <w:t>27:26  is ke khilaf manfi khayal dil mein rakh liya aap ne tab bhi to bura hai. tab bhi haj nahi hoga aap ka. to to aap ko na sirf yeh ke parhez karna aap ko seekhna hai, nazarandaz karna aap ko seekhna hai.</w:t>
      </w:r>
      <w:r>
        <w:br/>
      </w:r>
      <w:r>
        <w:rPr>
          <w:sz w:val="20"/>
        </w:rPr>
        <w:t>27:42  isi ke sath yeh hai ke aap ko yeh bhi seekhna hai ke manfi ko musbat mein tabdeel kar saken. isi waqt khatam kar den.</w:t>
      </w:r>
      <w:r>
        <w:br/>
      </w:r>
      <w:r>
        <w:rPr>
          <w:sz w:val="20"/>
        </w:rPr>
        <w:t>27:52  yani kisi ne aap ko ghussa dila diya isi waqt din andar khatam.</w:t>
      </w:r>
      <w:r>
        <w:br/>
      </w:r>
      <w:r>
        <w:rPr>
          <w:sz w:val="20"/>
        </w:rPr>
        <w:t>27:57  agar aap dil mein rakhe rahen ge aur dil mein rakh kar ke aap haj karen ge to haj kiya hoga? to yeh hain sharaait batayi gayi hain quran majeed mein is ki.</w:t>
      </w:r>
    </w:p>
    <w:p>
      <w:pPr>
        <w:pStyle w:val="Heading2"/>
      </w:pPr>
      <w:r>
        <w:t>Priest story and mind-based spirituality from Quran</w:t>
      </w:r>
    </w:p>
    <w:p>
      <w:r>
        <w:rPr>
          <w:color w:val="666666"/>
          <w:sz w:val="18"/>
        </w:rPr>
        <w:t>CPS INTERNATIONAL EK TA 'RUF · 3m 13s · at 17:49 · https://youtu.be/THnDqEQqhJk?t=1069</w:t>
      </w:r>
    </w:p>
    <w:p>
      <w:r>
        <w:rPr>
          <w:i/>
        </w:rPr>
        <w:t>“A Christian priest objected about Muslim women's four walls.”</w:t>
      </w:r>
    </w:p>
    <w:p>
      <w:r>
        <w:rPr>
          <w:sz w:val="20"/>
        </w:rPr>
        <w:t>17:49  Ek misaal se yeh samajhne mein aasani hogi. Ek interfaith program mein ek Christian priest ne mujh se kaha ke inhi Musalmanon se ek aitraaz tha ke Musalman aurat ke talluq se woh yeh unhone kuch suna tha aisa ke aurat ka daira ghar ki chaar deewari hai.</w:t>
      </w:r>
      <w:r>
        <w:br/>
      </w:r>
      <w:r>
        <w:rPr>
          <w:sz w:val="20"/>
        </w:rPr>
        <w:t>18:10  Un ka focus tha</w:t>
      </w:r>
      <w:r>
        <w:br/>
      </w:r>
      <w:r>
        <w:rPr>
          <w:sz w:val="20"/>
        </w:rPr>
        <w:t>18:12  four walls par, chaar deewari par. Mujhe aise mauqe par Maulana sahib ki teachings se Allah ne ek baat yaad dilai, woh yeh ke kai baaton ko samajhne ke liye literal meaning se hat kar is ka metaphorical ya symbolic meaning lena parta hai.</w:t>
      </w:r>
      <w:r>
        <w:br/>
      </w:r>
      <w:r>
        <w:rPr>
          <w:sz w:val="20"/>
        </w:rPr>
        <w:t>18:34  Yahan par unhone deewar ko physical deewar ke maani mein le liya jabke aurat ka role nurturing of families, home management, educational and dawah field ke daire mein hai jis mein</w:t>
      </w:r>
      <w:r>
        <w:br/>
      </w:r>
      <w:r>
        <w:rPr>
          <w:sz w:val="20"/>
        </w:rPr>
        <w:t>18:50  ghar se bahar ke interactions shamil hain. To maine un se kaha ke yeh chaar deewari, yeh physical wall of brick and mortar nahi hai, yeh wall of modesty hai jo dignity aur grace se banti hai.</w:t>
      </w:r>
      <w:r>
        <w:br/>
      </w:r>
      <w:r>
        <w:rPr>
          <w:sz w:val="20"/>
        </w:rPr>
        <w:t>19:07  This is a wall which a woman should build around herself with her grace and dignity which will act as a protection in her interactions.</w:t>
      </w:r>
      <w:r>
        <w:br/>
      </w:r>
      <w:r>
        <w:rPr>
          <w:sz w:val="20"/>
        </w:rPr>
        <w:t>19:20  Samne wala is se interact karte hue</w:t>
      </w:r>
      <w:r>
        <w:br/>
      </w:r>
      <w:r>
        <w:rPr>
          <w:sz w:val="20"/>
        </w:rPr>
        <w:t>19:24  be baak hona chahe to ek deewar haail hone ka ehsaas rahe. Yeh sun kar unhone kaha: "Sister, this is a very meaningful explanation." Ab dekhiye,</w:t>
      </w:r>
      <w:r>
        <w:br/>
      </w:r>
      <w:r>
        <w:rPr>
          <w:sz w:val="20"/>
        </w:rPr>
        <w:t>19:38  asli usloob kitna zaroori hai</w:t>
      </w:r>
      <w:r>
        <w:br/>
      </w:r>
      <w:r>
        <w:rPr>
          <w:sz w:val="20"/>
        </w:rPr>
        <w:t>19:40  khud ko bhi baaton ko samajhne ke liye aur doosron ko bhi samjhane ke liye. Ab ek aur modern day concept ka discussion share karti hoon.</w:t>
      </w:r>
      <w:r>
        <w:br/>
      </w:r>
      <w:r>
        <w:rPr>
          <w:sz w:val="20"/>
        </w:rPr>
        <w:t>19:51  Yeh spirituality ke different types ke bare mein hai. Spirituality without God ka concept bhi hai aaj duniya mein, lekin Islam God as a supreme concern ki spirituality pesh karta hai.</w:t>
      </w:r>
      <w:r>
        <w:br/>
      </w:r>
      <w:r>
        <w:rPr>
          <w:sz w:val="20"/>
        </w:rPr>
        <w:t>20:06  Isi tarah duniya heart based spirituality pesh karti hai jis ke kuch tareeqe hain jis mein apne mind ko kuch der bilkul khaali karne ki mashq karai jati hai.</w:t>
      </w:r>
      <w:r>
        <w:br/>
      </w:r>
      <w:r>
        <w:rPr>
          <w:sz w:val="20"/>
        </w:rPr>
        <w:t>20:21  Maulana sahib ne Quran se hamein mind based spirituality ki baat batai hai ke har waqt insan ko aware rehna hai,</w:t>
      </w:r>
      <w:r>
        <w:br/>
      </w:r>
      <w:r>
        <w:rPr>
          <w:sz w:val="20"/>
        </w:rPr>
        <w:t>20:32  sochna hai. Quran ki pukaar hai: "Ya Ulal Absar, Ya Ulal Albab! Ae dekhne walon, Ae aql</w:t>
      </w:r>
      <w:r>
        <w:br/>
      </w:r>
      <w:r>
        <w:rPr>
          <w:sz w:val="20"/>
        </w:rPr>
        <w:t>20:40  walon! We should not shut off our minds, we should be awaken souls." Apni soch ko jagaiye aur mind ke level par faisle lijiye.</w:t>
      </w:r>
      <w:r>
        <w:br/>
      </w:r>
      <w:r>
        <w:rPr>
          <w:sz w:val="20"/>
        </w:rPr>
        <w:t>20:51  Muwafiq halaat Allah hamare liye faraham karega. Is kaam mein der na karein, kya maloom hamara agla lamha hamari maut ka ho.</w:t>
      </w:r>
    </w:p>
    <w:p>
      <w:pPr>
        <w:pStyle w:val="Heading2"/>
      </w:pPr>
      <w:r>
        <w:t>The full origin story of the Islamic call to prayer</w:t>
      </w:r>
    </w:p>
    <w:p>
      <w:r>
        <w:rPr>
          <w:color w:val="666666"/>
          <w:sz w:val="18"/>
        </w:rPr>
        <w:t>The Spirit of Namaz February 13, 2022 Dr. Saniyasnain Khan · 5m 12s · at 11:44 · https://youtu.be/Mh4K7ZR4RbE?t=704</w:t>
      </w:r>
    </w:p>
    <w:p>
      <w:r>
        <w:rPr>
          <w:i/>
        </w:rPr>
        <w:t>“How should we call people to prayer, Prophet asked”</w:t>
      </w:r>
    </w:p>
    <w:p>
      <w:r>
        <w:rPr>
          <w:sz w:val="20"/>
        </w:rPr>
        <w:t>11:44  haan, jab woh masjid van gayi, masjid nabbi aur prophet ne ab socha ke yahan nawaz ka silsila shuru kiya jaye, to prophet ne apne saathiyon ko bulaya, kaha ke batao ke kaise hum logon ko bulayen namaz ke liye. To kisi ne kaha ke bigul bajaya jaye. Ek, ek instrument usse log sun ke aa jayenge.</w:t>
      </w:r>
      <w:r>
        <w:br/>
      </w:r>
      <w:r>
        <w:rPr>
          <w:sz w:val="20"/>
        </w:rPr>
        <w:t>12:13  kisi ne kaha ke naqoos bajaya jaye. Naqoos ek frame jaise hota hai na, lakdi ka aisa frame jaise chaukhat hoti hai uske upar ghanti lagi rehti thi. Usko bajate thay. Christians apne churches mein us waqt bajay karte thay. To aur is tarah ki kuch aur baatein bataiye ke ek janwar ka seem hota hai usmein se phoonk marte hain to awaz nikalti hai. To prophet ko koi pasand nahi aayi yeh sab baatein.</w:t>
      </w:r>
      <w:r>
        <w:br/>
      </w:r>
      <w:r>
        <w:rPr>
          <w:sz w:val="20"/>
        </w:rPr>
        <w:t>12:40  to hazrat umar razillahan ne kaha ke aisa karte hain ke kisi ko bhej denge. Basti mein wo ghoom ghoom ke keh dega namaz namaz, salad salad. To prophet ne kaha theek hai yeh behtar tareeka lagta hai. To yahi shuru ho gaya. Hazrat bilal chale jate thay aur assalah to jamiya tum assalah to jamiya kehte thay to log aa jaye karte thay.</w:t>
      </w:r>
      <w:r>
        <w:br/>
      </w:r>
      <w:r>
        <w:rPr>
          <w:sz w:val="20"/>
        </w:rPr>
        <w:t>13:07  lekin phir prophet ne socha ke naqoosh hi banwa lete hain.</w:t>
      </w:r>
      <w:r>
        <w:br/>
      </w:r>
      <w:r>
        <w:rPr>
          <w:sz w:val="20"/>
        </w:rPr>
        <w:t>13:13  to order de diya naqoosh banane ke liye.</w:t>
      </w:r>
      <w:r>
        <w:br/>
      </w:r>
      <w:r>
        <w:rPr>
          <w:sz w:val="20"/>
        </w:rPr>
        <w:t>13:19  to us raat ek sahabi the jinka naam tha Abdullahib Nijad.</w:t>
      </w:r>
      <w:r>
        <w:br/>
      </w:r>
      <w:r>
        <w:rPr>
          <w:sz w:val="20"/>
        </w:rPr>
        <w:t>13:25  to Abdullahib Nijad razillan ek sahabi the aur inki jo wife thi unka naam tha Fatima bint Al</w:t>
      </w:r>
      <w:r>
        <w:br/>
      </w:r>
      <w:r>
        <w:rPr>
          <w:sz w:val="20"/>
        </w:rPr>
        <w:t>13:31  Khattab yaani Hazrat Umar ibnul Khattab ki behan.</w:t>
      </w:r>
      <w:r>
        <w:br/>
      </w:r>
      <w:r>
        <w:rPr>
          <w:sz w:val="20"/>
        </w:rPr>
        <w:t>13:38  yeh wahi fatima hai jinki wajah se hazrat umar islam mein dakhil hue. Yeh waqiya aapke ilme hoga ke hazrat umar pehle bahut hi strong opponent thay profit ke. To ek din unhe pata chala ke unke jo brother in law hain aur unki behan dono profit ke follower van gaye.</w:t>
      </w:r>
      <w:r>
        <w:br/>
      </w:r>
      <w:r>
        <w:rPr>
          <w:sz w:val="20"/>
        </w:rPr>
        <w:t>14:04  to bade gusse mein gaye unke ghar aur jaake apne brother in law ko maarne lage.</w:t>
      </w:r>
      <w:r>
        <w:br/>
      </w:r>
      <w:r>
        <w:rPr>
          <w:sz w:val="20"/>
        </w:rPr>
        <w:t>14:18  to itne mein unki behan aa gayi bachane ke liye unko bhi chot lag gayi aur chehre se</w:t>
      </w:r>
      <w:r>
        <w:br/>
      </w:r>
      <w:r>
        <w:rPr>
          <w:sz w:val="20"/>
        </w:rPr>
        <w:t>14:33  kuch khoon nikalne laga.</w:t>
      </w:r>
      <w:r>
        <w:br/>
      </w:r>
      <w:r>
        <w:rPr>
          <w:sz w:val="20"/>
        </w:rPr>
        <w:t>14:48  to yeh ek sabit hai abdullahib ne zaid jinhone khoub dekha us raat ke woh raste mein ja rahe hain kahin aur raste mein ek aadmi khada hua hai naqoos liye hue. Woh jo ek continua ek frame hota hai. To aur usne green color ke kapde pahne hue hain.</w:t>
      </w:r>
      <w:r>
        <w:br/>
      </w:r>
      <w:r>
        <w:rPr>
          <w:sz w:val="20"/>
        </w:rPr>
        <w:t>15:13  to Abdullahib ne Jayed gaye unke paas aur kaha ke yeh jo naqoosh hai main khareedna chahta hoon.</w:t>
      </w:r>
      <w:r>
        <w:br/>
      </w:r>
      <w:r>
        <w:rPr>
          <w:sz w:val="20"/>
        </w:rPr>
        <w:t>15:22  to us aadmi ne kaha jisne green kapde pahne hue the ki tum karoge kya iska?</w:t>
      </w:r>
      <w:r>
        <w:br/>
      </w:r>
      <w:r>
        <w:rPr>
          <w:sz w:val="20"/>
        </w:rPr>
        <w:t>15:31  to inhon ne kaha ki main namaz se pehle isko bajaoonga logon ko bulane ke liye ghanti, iski jo hai.</w:t>
      </w:r>
      <w:r>
        <w:br/>
      </w:r>
      <w:r>
        <w:rPr>
          <w:sz w:val="20"/>
        </w:rPr>
        <w:t>15:40  to usne kaha ki achha main tumhein ek aur isse behtar tareeka batata hoon.</w:t>
      </w:r>
      <w:r>
        <w:br/>
      </w:r>
      <w:r>
        <w:rPr>
          <w:sz w:val="20"/>
        </w:rPr>
        <w:t>15:49  to unhon ne kaha bataiye.</w:t>
      </w:r>
      <w:r>
        <w:br/>
      </w:r>
      <w:r>
        <w:rPr>
          <w:sz w:val="20"/>
        </w:rPr>
        <w:t>15:59  us aadmi ne abdullah bimuzayd ko batai. To jaise unki aankh khuli, foreign profit ke paas aaye subah savere fazir se pehle aur bataye ke maine aisa khoub dekha hai aur yeh alfaaz bataya ek aadmi ne khoub mein to rasoolullah salm ko bahut pasand aaya woh. Kaha ke yeh bilkul sachha khoub tha aur yeh jo green kapde wala aadmi khoub mein tumne dekha woh ek farishta tha.</w:t>
      </w:r>
      <w:r>
        <w:br/>
      </w:r>
      <w:r>
        <w:rPr>
          <w:sz w:val="20"/>
        </w:rPr>
        <w:t>16:27  to is tarah se namaz shuru ho gayi aur rasoolullah sallam ne kaha hazrd bilal razillahan se ke tum jao aur aazan do chuki unki awaz bahut achhi thi, bahut buland awaz thi. To is tarike se namaz shuru, aazan shuru hui madina mein pehli baar. Ji ji ji. Doctor aap lekin jaisa har ek cheez ka ek form hota hai aur ek spirit bhi hoti hai. To aazan ki kya spirit hai?</w:t>
      </w:r>
      <w:r>
        <w:br/>
      </w:r>
      <w:r>
        <w:rPr>
          <w:sz w:val="20"/>
        </w:rPr>
        <w:t>16:56  iske baare mein bhi hum sabko bataiye.</w:t>
      </w:r>
    </w:p>
    <w:p>
      <w:pPr>
        <w:pStyle w:val="Heading2"/>
      </w:pPr>
      <w:r>
        <w:t>Inner spirit of prayer and congregational lesson</w:t>
      </w:r>
    </w:p>
    <w:p>
      <w:r>
        <w:rPr>
          <w:color w:val="666666"/>
          <w:sz w:val="18"/>
        </w:rPr>
        <w:t>Islamic Prayer (Part 1) (English) February 27, 2007 Maulana Wahiduddin Khan · 5m 21s · at 18:32 · https://youtu.be/p_6r0MDbHmY?t=1112</w:t>
      </w:r>
    </w:p>
    <w:p>
      <w:r>
        <w:rPr>
          <w:i/>
        </w:rPr>
        <w:t>“But only form is not the whole Namaaz”</w:t>
      </w:r>
    </w:p>
    <w:p>
      <w:r>
        <w:rPr>
          <w:sz w:val="20"/>
        </w:rPr>
        <w:t>18:32  So there is a form of Namaz, a complete form. But only form is not the whole Namaz.</w:t>
      </w:r>
      <w:r>
        <w:br/>
      </w:r>
      <w:r>
        <w:rPr>
          <w:sz w:val="20"/>
        </w:rPr>
        <w:t>18:45  In every Namaz, in every Salat, there are two aspects. It is outer form and its inner content. So inner content is Taqwa, fear of God.</w:t>
      </w:r>
      <w:r>
        <w:br/>
      </w:r>
      <w:r>
        <w:rPr>
          <w:sz w:val="20"/>
        </w:rPr>
        <w:t>19:09  And in the outer content, there is Ruku and Sujudah and Qiyam. Qiyam and Ruku or Sujudah are its outer form. And the inner form is Taqwa, fear of God.</w:t>
      </w:r>
      <w:r>
        <w:br/>
      </w:r>
      <w:r>
        <w:rPr>
          <w:sz w:val="20"/>
        </w:rPr>
        <w:t>19:28  There is a Hadith, "La Salat lamallam yatakhsha." Only that Namaz is Namaz in which there is Taqwa.</w:t>
      </w:r>
      <w:r>
        <w:br/>
      </w:r>
      <w:r>
        <w:rPr>
          <w:sz w:val="20"/>
        </w:rPr>
        <w:t>19:40  It means that without Taqwa, without fear of God, Namaz is nothing.</w:t>
      </w:r>
      <w:r>
        <w:br/>
      </w:r>
      <w:r>
        <w:rPr>
          <w:sz w:val="20"/>
        </w:rPr>
        <w:t>19:52  There is a Hadith that one day the Prophet was sitting in the mosque of Madinah.</w:t>
      </w:r>
      <w:r>
        <w:br/>
      </w:r>
      <w:r>
        <w:rPr>
          <w:sz w:val="20"/>
        </w:rPr>
        <w:t>20:04  Then a person came, a Muslim came over there.</w:t>
      </w:r>
      <w:r>
        <w:br/>
      </w:r>
      <w:r>
        <w:rPr>
          <w:sz w:val="20"/>
        </w:rPr>
        <w:t>20:16  He performed Namaz, perhaps Salatul, perhaps Tahiyyatul Masjid.</w:t>
      </w:r>
      <w:r>
        <w:br/>
      </w:r>
      <w:r>
        <w:rPr>
          <w:sz w:val="20"/>
        </w:rPr>
        <w:t>20:28  Then he came to the Prophet and said, "Assalamu Alaikum." The Prophet said, "It means that go back</w:t>
      </w:r>
      <w:r>
        <w:br/>
      </w:r>
      <w:r>
        <w:rPr>
          <w:sz w:val="20"/>
        </w:rPr>
        <w:t>20:40  and perform again your Namaz." You see, this person has already performed the Namaz, but his Namaz was</w:t>
      </w:r>
      <w:r>
        <w:br/>
      </w:r>
      <w:r>
        <w:rPr>
          <w:sz w:val="20"/>
        </w:rPr>
        <w:t>20:52  only in its outer form, its external form, in the form of Qiyam and Ruku and Sujudah.</w:t>
      </w:r>
      <w:r>
        <w:br/>
      </w:r>
      <w:r>
        <w:rPr>
          <w:sz w:val="20"/>
        </w:rPr>
        <w:t>21:04  But inner spirit was absent in his Namaz.</w:t>
      </w:r>
      <w:r>
        <w:br/>
      </w:r>
      <w:r>
        <w:rPr>
          <w:sz w:val="20"/>
        </w:rPr>
        <w:t>21:16  But the inner spirit was absent in his Namaz.</w:t>
      </w:r>
      <w:r>
        <w:br/>
      </w:r>
      <w:r>
        <w:rPr>
          <w:sz w:val="20"/>
        </w:rPr>
        <w:t>21:26  So the Prophet said, "Go back and perform your Namaz again, because this kind of Namaz will not</w:t>
      </w:r>
      <w:r>
        <w:br/>
      </w:r>
      <w:r>
        <w:rPr>
          <w:sz w:val="20"/>
        </w:rPr>
        <w:t>21:37  be accepted by God." So then let us take the Salatul Jama'ah, that is congregational prayer.</w:t>
      </w:r>
      <w:r>
        <w:br/>
      </w:r>
      <w:r>
        <w:rPr>
          <w:sz w:val="20"/>
        </w:rPr>
        <w:t>21:48  In every mosque, you see that people gather over there.</w:t>
      </w:r>
      <w:r>
        <w:br/>
      </w:r>
      <w:r>
        <w:rPr>
          <w:sz w:val="20"/>
        </w:rPr>
        <w:t>21:59  They perform Namaz in a congregational way.</w:t>
      </w:r>
      <w:r>
        <w:br/>
      </w:r>
      <w:r>
        <w:rPr>
          <w:sz w:val="20"/>
        </w:rPr>
        <w:t>22:10  That is, one among those Muslims stands before on Musalla and he leads the Namaz.</w:t>
      </w:r>
      <w:r>
        <w:br/>
      </w:r>
      <w:r>
        <w:rPr>
          <w:sz w:val="20"/>
        </w:rPr>
        <w:t>22:21  And all other Muslims follow this Imam.</w:t>
      </w:r>
      <w:r>
        <w:br/>
      </w:r>
      <w:r>
        <w:rPr>
          <w:sz w:val="20"/>
        </w:rPr>
        <w:t>22:30  So this is a great this has a great lesson.</w:t>
      </w:r>
      <w:r>
        <w:br/>
      </w:r>
      <w:r>
        <w:rPr>
          <w:sz w:val="20"/>
        </w:rPr>
        <w:t>22:39  It means that if you are 10 person, if you are 10,000 or 10,000,000, you have to live</w:t>
      </w:r>
      <w:r>
        <w:br/>
      </w:r>
      <w:r>
        <w:rPr>
          <w:sz w:val="20"/>
        </w:rPr>
        <w:t>22:48  life like this.</w:t>
      </w:r>
      <w:r>
        <w:br/>
      </w:r>
      <w:r>
        <w:rPr>
          <w:sz w:val="20"/>
        </w:rPr>
        <w:t>22:57  This is a message of unity, a message of organization.</w:t>
      </w:r>
      <w:r>
        <w:br/>
      </w:r>
      <w:r>
        <w:rPr>
          <w:sz w:val="20"/>
        </w:rPr>
        <w:t>23:07  It means that you have to select one person as your leader.</w:t>
      </w:r>
      <w:r>
        <w:br/>
      </w:r>
      <w:r>
        <w:rPr>
          <w:sz w:val="20"/>
        </w:rPr>
        <w:t>23:16  And all the other believers must follow this leader.</w:t>
      </w:r>
      <w:r>
        <w:br/>
      </w:r>
      <w:r>
        <w:rPr>
          <w:sz w:val="20"/>
        </w:rPr>
        <w:t>23:25  Just like congregational prayer.</w:t>
      </w:r>
      <w:r>
        <w:br/>
      </w:r>
      <w:r>
        <w:rPr>
          <w:sz w:val="20"/>
        </w:rPr>
        <w:t>23:34  You know, in congregational prayer, one Imam is the leader.</w:t>
      </w:r>
      <w:r>
        <w:br/>
      </w:r>
      <w:r>
        <w:rPr>
          <w:sz w:val="20"/>
        </w:rPr>
        <w:t>23:43  And all believers are standing behind him.</w:t>
      </w:r>
      <w:r>
        <w:br/>
      </w:r>
      <w:r>
        <w:rPr>
          <w:sz w:val="20"/>
        </w:rPr>
        <w:t>23:53  All the believers except one take the seat behind the seat behind that Imam.</w:t>
      </w:r>
    </w:p>
    <w:p>
      <w:pPr>
        <w:pStyle w:val="Heading2"/>
      </w:pPr>
      <w:r>
        <w:t>Weak personality vs strong personality</w:t>
      </w:r>
    </w:p>
    <w:p>
      <w:r>
        <w:rPr>
          <w:color w:val="666666"/>
          <w:sz w:val="18"/>
        </w:rPr>
        <w:t>CPS Women Monthly Q and A with Prof. Farida Khanam and Maulana Farhad Ahmed Umeri August 28, 2023 · 3m 11s · at 5:35 · https://youtu.be/gxAPgrrKfw0?t=335</w:t>
      </w:r>
    </w:p>
    <w:p>
      <w:r>
        <w:rPr>
          <w:i/>
        </w:rPr>
        <w:t>“Weak personality tabaah kar deti hai”</w:t>
      </w:r>
    </w:p>
    <w:p>
      <w:r>
        <w:rPr>
          <w:sz w:val="20"/>
        </w:rPr>
        <w:t>5:35  unhone kaha tha ki weak personality jo hai wah insaan ko tabah kar deti hai. to aap thoda sa explain karenge kya kya cheez weak personality mein aayega? aata hai? haan, mohammad sahab ne bahut zyada zor diya strong personality aur usmein khaas baat yeh kehte the ki hamein jo bhi baat ho as it is usko batana chahiye.</w:t>
      </w:r>
      <w:r>
        <w:br/>
      </w:r>
      <w:r>
        <w:rPr>
          <w:sz w:val="20"/>
        </w:rPr>
        <w:t>6:03  agar kuch log kuch log ghuma phirakar baatein karte hain to isse bahut naraz hote the. to yeh jo hai bilkul har cheez ko merit par judge karna aur baaton ko as it is lena bilkul sachchai ke saath. to yeh isse hamari personality strengthen hoti hai.</w:t>
      </w:r>
      <w:r>
        <w:br/>
      </w:r>
      <w:r>
        <w:rPr>
          <w:sz w:val="20"/>
        </w:rPr>
        <w:t>6:24  to agar hum baatein banaye saaf baat na karein, jhoot bolna to wah to bhai saaf saaf baat galat hai lekin kai log jo hain na baatein ban banakar karte hain ki aadmi ko pata bhi na chale ki wah galat bayani kar raha hai. to yeh sab nahi karna hai. hamein har waqt agar hum khuda ko haazir aur nazir jaane to hum yeh sab nahi karenge kyunki hum foran yeh sochenge ki khuda ko to sab kuch maloom hai.</w:t>
      </w:r>
      <w:r>
        <w:br/>
      </w:r>
      <w:r>
        <w:rPr>
          <w:sz w:val="20"/>
        </w:rPr>
        <w:t>6:53  to humko as it is baat karna chahiye aur merit par cheezon ko judge karna chahiye. yeh bahut zyada important hai aur bahut zyada videos hain short video bhi aate rehte hain yeh strong personality hi jannat mein jayegi. to strong personality kyunki insaan ki personality uski soch se banti hai. agar uska soch galat ho to uski personality bhi galat ho jayegi.</w:t>
      </w:r>
      <w:r>
        <w:br/>
      </w:r>
      <w:r>
        <w:rPr>
          <w:sz w:val="20"/>
        </w:rPr>
        <w:t>7:23  kyunki insaan ka jo hai mind bilkul clear hona chahiye ki usko ki khuda kya chahta hai? insaan ko bilkul hi double standard nahi banna hai. aam taur par yeh dekha gaya ki log double standard hote hain ki apne liye kuch doosre ke liye kuch. to yeh sab nahi karna hai.</w:t>
      </w:r>
      <w:r>
        <w:br/>
      </w:r>
      <w:r>
        <w:rPr>
          <w:sz w:val="20"/>
        </w:rPr>
        <w:t>7:44  har waqt khuda ko bilkul god conscious hamari life hona chahiye kyunki hum jab bhi baatein banate hain</w:t>
      </w:r>
      <w:r>
        <w:br/>
      </w:r>
      <w:r>
        <w:rPr>
          <w:sz w:val="20"/>
        </w:rPr>
        <w:t>7:55  jab hum aur as it is baatein karenge chahe woh doosre ko woh baat se khush kar paye</w:t>
      </w:r>
      <w:r>
        <w:br/>
      </w:r>
      <w:r>
        <w:rPr>
          <w:sz w:val="20"/>
        </w:rPr>
        <w:t>8:07  ya na kar paye lekin khuda khuda ko khush karna hai.</w:t>
      </w:r>
      <w:r>
        <w:br/>
      </w:r>
      <w:r>
        <w:rPr>
          <w:sz w:val="20"/>
        </w:rPr>
        <w:t>8:19  asal jo hamara maqsad hai wah khuda ko khush karna hai, farishton ko khush karna hai. to yeh bahut zaroori hai ki as it is baat hum karein. isi se hamari personality jo hai wah strong personality banegi. haan, chitaakarsh aapka ek ek sawal aur tha ki jaise ki bahut sari cheezein hoti hain.</w:t>
      </w:r>
      <w:r>
        <w:br/>
      </w:r>
      <w:r>
        <w:rPr>
          <w:sz w:val="20"/>
        </w:rPr>
        <w:t>8:46  har ek insaan ko us waqt lagta hai ki hamein yahan zyada zaroorat hai. to aadmi doosra kaam nahi kar pata. to ismein importance kis cheez ko zyada deni hai? matlab alada alada ke kaam ko ki aur jaise abhi aapne kaha ki intention sari cheezein hoti hain. intention par hi ki haan aazar milega.</w:t>
      </w:r>
    </w:p>
    <w:p>
      <w:pPr>
        <w:pStyle w:val="Heading2"/>
      </w:pPr>
      <w:r>
        <w:t>Stoning the devil at Jamarat, and today's tragic crowd deaths</w:t>
      </w:r>
    </w:p>
    <w:p>
      <w:r>
        <w:rPr>
          <w:color w:val="666666"/>
          <w:sz w:val="18"/>
        </w:rPr>
        <w:t>The Spirit Hajj December 10, 2006 · 4m 48s · at 57:21 · https://youtu.be/ZpChhBy6lvU?t=3441</w:t>
      </w:r>
    </w:p>
    <w:p>
      <w:r>
        <w:rPr>
          <w:i/>
        </w:rPr>
        <w:t>“Phir aap dekhiye, Jamraat wahan par hain”</w:t>
      </w:r>
    </w:p>
    <w:p>
      <w:r>
        <w:rPr>
          <w:sz w:val="20"/>
        </w:rPr>
        <w:t>57:21  yani to yeh kya cheez hai? riwayat mein aata hai ke hazrat abraham jab apne bete ko le kar chale. wahan par jis ko hum kehte hain qurban gaah.</w:t>
      </w:r>
      <w:r>
        <w:br/>
      </w:r>
      <w:r>
        <w:rPr>
          <w:sz w:val="20"/>
        </w:rPr>
        <w:t>57:34  jahan qurbani karna tha un ko.</w:t>
      </w:r>
      <w:r>
        <w:br/>
      </w:r>
      <w:r>
        <w:rPr>
          <w:sz w:val="20"/>
        </w:rPr>
        <w:t>57:37  to rastay mein shaitan aaya. ismail ko behkaane ke liye. is ne ismail se kaha ke dekho yeh tumhare baap kahan le ja rahe hain tum ko. jaante ho?</w:t>
      </w:r>
      <w:r>
        <w:br/>
      </w:r>
      <w:r>
        <w:rPr>
          <w:sz w:val="20"/>
        </w:rPr>
        <w:t>57:46  tumhari gardan kaaten ge. is liye le ja rahe hain tum ko.</w:t>
      </w:r>
      <w:r>
        <w:br/>
      </w:r>
      <w:r>
        <w:rPr>
          <w:sz w:val="20"/>
        </w:rPr>
        <w:t>57:52  yeh riwayat mein aata hai. ke shaitan ne aa kar ke yani shaitan jo hai shaitan. jo hamara dushman hai.</w:t>
      </w:r>
      <w:r>
        <w:br/>
      </w:r>
      <w:r>
        <w:rPr>
          <w:sz w:val="20"/>
        </w:rPr>
        <w:t>58:02  to shaitan aaya. aur us waqt jo hazrat ismail jo thay. jo ke naujawani mein thay. to un ko behkaya is ne.</w:t>
      </w:r>
      <w:r>
        <w:br/>
      </w:r>
      <w:r>
        <w:rPr>
          <w:sz w:val="20"/>
        </w:rPr>
        <w:t>58:11  yeh tum jaante ho ke tumhara boodha baap kahan le ja raha hai tum ko. tumhari gardan kaatne ke liye. mat is ke saath jao.</w:t>
      </w:r>
      <w:r>
        <w:br/>
      </w:r>
      <w:r>
        <w:rPr>
          <w:sz w:val="20"/>
        </w:rPr>
        <w:t>58:21  to is mein aata hai ke hazrat ismail ne kankri kankar se maara is ko. zameen mein woh kankri thi.</w:t>
      </w:r>
      <w:r>
        <w:br/>
      </w:r>
      <w:r>
        <w:rPr>
          <w:sz w:val="20"/>
        </w:rPr>
        <w:t>58:32  woh yaad aata hai ke woh zameen jo hai woh sab kankar pathar ki zameen hai woh. to is ko utha kar ke maara is ko.</w:t>
      </w:r>
      <w:r>
        <w:br/>
      </w:r>
      <w:r>
        <w:rPr>
          <w:sz w:val="20"/>
        </w:rPr>
        <w:t>58:43  isi ki yaadgaar hai ram jمرة jo jis ko hum kehte hain. ke wahan par ja ke jo kankri maarte hain. to woh us waaqe ko dohraate hain jo ke ismail ne kiya tha.</w:t>
      </w:r>
      <w:r>
        <w:br/>
      </w:r>
      <w:r>
        <w:rPr>
          <w:sz w:val="20"/>
        </w:rPr>
        <w:t>58:57  hazrat ismail ja rahe thay apni zindagi ko daawa ki. daawa work mein apne aap ko qurbani karne ke liye. to shaitan ne rokna chaha.</w:t>
      </w:r>
      <w:r>
        <w:br/>
      </w:r>
      <w:r>
        <w:rPr>
          <w:sz w:val="20"/>
        </w:rPr>
        <w:t>59:07  unhon ne kankri maari is ki.</w:t>
      </w:r>
      <w:r>
        <w:br/>
      </w:r>
      <w:r>
        <w:rPr>
          <w:sz w:val="20"/>
        </w:rPr>
        <w:t>59:09  aaj bhi ja kar wahan saare haaji wahan par kankri maarte hain. shaitan ko. yeh ilaamati pathar hai woh haqeeqi pathar nahi hai.</w:t>
      </w:r>
      <w:r>
        <w:br/>
      </w:r>
      <w:r>
        <w:rPr>
          <w:sz w:val="20"/>
        </w:rPr>
        <w:t>59:18  ilaamati pathar hai woh. kis baat ki? is baat ki ke aap apne andar is rooh ko jagayen. ke shaitan ko main bhagaunga apne se door.</w:t>
      </w:r>
      <w:r>
        <w:br/>
      </w:r>
      <w:r>
        <w:rPr>
          <w:sz w:val="20"/>
        </w:rPr>
        <w:t>59:29  daawa work mein koi bhi rukawat agar aayegi to woh is ko nahi loonga is rukawat ko. kisi bahane ko nahi loonga.</w:t>
      </w:r>
      <w:r>
        <w:br/>
      </w:r>
      <w:r>
        <w:rPr>
          <w:sz w:val="20"/>
        </w:rPr>
        <w:t>59:36  har bahane ko main khatam karunga. aur daawa work karunga main har qeemat de kar. har har qeemat par karunga is kaam ko.</w:t>
      </w:r>
      <w:r>
        <w:br/>
      </w:r>
      <w:r>
        <w:rPr>
          <w:sz w:val="20"/>
        </w:rPr>
        <w:t>59:46  to haaji log jab wahan par jaate hain. to ilaamati pathar karte hain to is ka maqsad yeh hota hai. ke ismaili rooh ko apne andar jagana.</w:t>
      </w:r>
      <w:r>
        <w:br/>
      </w:r>
      <w:r>
        <w:rPr>
          <w:sz w:val="20"/>
        </w:rPr>
        <w:t>59:57  aaj kal aap paperon mein parhte honge. ke aksar har saal aisa hota hai ke wahan log dab kar mar jaate hain.</w:t>
      </w:r>
      <w:r>
        <w:br/>
      </w:r>
      <w:r>
        <w:rPr>
          <w:sz w:val="20"/>
        </w:rPr>
        <w:t>1:00:04  kyun ke us waqt rukawat hota hai. us waqt rukawat hota hai. yeh log hujoom kar ke jaate hain is mein. to is mein zaahir hai ke koi wahan par agar ek aadmi gir paray.</w:t>
      </w:r>
      <w:r>
        <w:br/>
      </w:r>
      <w:r>
        <w:rPr>
          <w:sz w:val="20"/>
        </w:rPr>
        <w:t>1:00:16  to uth nahi sakta woh. to main main ne khud jab hajj kiya tha to itna zabardast chaaron taraf se dabaao tha. har taraf se log idhar se aa rahe hain idhar se aa rahe hain idhar se aa rahe hain.</w:t>
      </w:r>
      <w:r>
        <w:br/>
      </w:r>
      <w:r>
        <w:rPr>
          <w:sz w:val="20"/>
        </w:rPr>
        <w:t>1:00:27  lagta tha ke meri haddi pasli sab barabar ho jayegi. mar jaunga main.</w:t>
      </w:r>
      <w:r>
        <w:br/>
      </w:r>
      <w:r>
        <w:rPr>
          <w:sz w:val="20"/>
        </w:rPr>
        <w:t>1:00:32  yeh ek bilkul jahiliyat ki baat hai. jhoota josh hai yeh. aap kahin door se kankri phenk sakte hain.</w:t>
      </w:r>
      <w:r>
        <w:br/>
      </w:r>
      <w:r>
        <w:rPr>
          <w:sz w:val="20"/>
        </w:rPr>
        <w:t>1:00:42  waqt badal sakte hain. subah ki bajaye shaam shaam ke baad subah ko kankri maar sakte hain. yahan tak ke kisi aur se bhi marwa sakte hain. agar aap boodhe hain to kisi jawan se kahin ke bhai meri taraf se kankri maar dena.</w:t>
      </w:r>
      <w:r>
        <w:br/>
      </w:r>
      <w:r>
        <w:rPr>
          <w:sz w:val="20"/>
        </w:rPr>
        <w:t>1:00:54  kyunke woh alamaati pathar hai woh. yeh haqeeqi pathar nahin hai.</w:t>
      </w:r>
      <w:r>
        <w:br/>
      </w:r>
      <w:r>
        <w:rPr>
          <w:sz w:val="20"/>
        </w:rPr>
        <w:t>1:01:01  to aap dekhiye ke wahan jaate hain is liye ke daawa work ke raaste mein. jo shaitan rukawat daale ga us ko hum bhagaen ge.</w:t>
      </w:r>
      <w:r>
        <w:br/>
      </w:r>
      <w:r>
        <w:rPr>
          <w:sz w:val="20"/>
        </w:rPr>
        <w:t>1:01:12  aur insaan ko wahan daba kar qatal karte hain. kaisi anokhi baat hai yeh. ke is ka hajj se kya ta'alluq hai.</w:t>
      </w:r>
      <w:r>
        <w:br/>
      </w:r>
      <w:r>
        <w:rPr>
          <w:sz w:val="20"/>
        </w:rPr>
        <w:t>1:01:20  yaani wahan jo jo rooh honi chahiye hamare andar woh to yeh honi chahiye ke mujhe daawa work karna hai. mujhe Khuda ke deen ko phailana hai.</w:t>
      </w:r>
      <w:r>
        <w:br/>
      </w:r>
      <w:r>
        <w:rPr>
          <w:sz w:val="20"/>
        </w:rPr>
        <w:t>1:01:30  chahe koi rukawat aaye kuch bhi ho. aur shaitan aaye ga to us ko us ko maar kar bhagaun ga apne andar se. apne paas se.</w:t>
      </w:r>
      <w:r>
        <w:br/>
      </w:r>
      <w:r>
        <w:rPr>
          <w:sz w:val="20"/>
        </w:rPr>
        <w:t>1:01:39  aur karte kiya hain ke insaan ko daba kar maar daalte hain. maarna tha shaitan ko maar daala insaan ko. to yeh rooh ke baghair saara maamla hai yeh.</w:t>
      </w:r>
      <w:r>
        <w:br/>
      </w:r>
      <w:r>
        <w:rPr>
          <w:sz w:val="20"/>
        </w:rPr>
        <w:t>1:01:50  agar</w:t>
      </w:r>
      <w:r>
        <w:br/>
      </w:r>
      <w:r>
        <w:rPr>
          <w:sz w:val="20"/>
        </w:rPr>
        <w:t>1:01:51  sachi rooh ho to kaise aisa aisa ho sakta hai. ke shaitan ko maarne ke naam par aap insaan ko maar daalen. jis ki jaan muhtaram hai.</w:t>
      </w:r>
      <w:r>
        <w:br/>
      </w:r>
      <w:r>
        <w:rPr>
          <w:sz w:val="20"/>
        </w:rPr>
        <w:t>1:02:00  jis ko jo har haal mein. us ko hamein ehtaraam karna hai.</w:t>
      </w:r>
    </w:p>
    <w:p>
      <w:pPr>
        <w:pStyle w:val="Heading2"/>
      </w:pPr>
      <w:r>
        <w:t>Full argument reconciling moon-sighting and calculation</w:t>
      </w:r>
    </w:p>
    <w:p>
      <w:r>
        <w:rPr>
          <w:color w:val="666666"/>
          <w:sz w:val="18"/>
        </w:rPr>
        <w:t>Ramadan The Month of Fasting July 31, 2011 · 5m 54s · at 13:12 · https://youtu.be/4W4Dg7zt0DM?t=792</w:t>
      </w:r>
    </w:p>
    <w:p>
      <w:r>
        <w:rPr>
          <w:i/>
        </w:rPr>
        <w:t>“Ab main chand baatein kahunga jo roze mein pesh aati hain”</w:t>
      </w:r>
    </w:p>
    <w:p>
      <w:r>
        <w:rPr>
          <w:sz w:val="20"/>
        </w:rPr>
        <w:t>13:12  ab mein chand baatein kahunga roze mein jo paish aati hain. dekhein, sabse pehle kya hota hai? rooye tahleel.</w:t>
      </w:r>
      <w:r>
        <w:br/>
      </w:r>
      <w:r>
        <w:rPr>
          <w:sz w:val="20"/>
        </w:rPr>
        <w:t>13:23  yani Ramzan ka pehla jo shaban ka mahina jab mukhtam hota hai to aakhri raat ko, aakhri shaam ko chand dekha jata hai.</w:t>
      </w:r>
      <w:r>
        <w:br/>
      </w:r>
      <w:r>
        <w:rPr>
          <w:sz w:val="20"/>
        </w:rPr>
        <w:t>13:38  to hadith mein aata hai ke soomoo li ru'yatihi wa aftiroo li ru'yatihi. matlab dekh kar roza rakho, chand dekh kar roza rakho. to yeh ek bada masla hai ke rooye tahleel jis ko kehte hain ke kya dekhna zaroori hai aankh se dekhna? in aankhon se dekhna zaroori hai?</w:t>
      </w:r>
      <w:r>
        <w:br/>
      </w:r>
      <w:r>
        <w:rPr>
          <w:sz w:val="20"/>
        </w:rPr>
        <w:t>13:57  is zamane mein aap jante hain ke jo observatory hoti hai, rasadgah, jis ko kehte hain marsad</w:t>
      </w:r>
      <w:r>
        <w:br/>
      </w:r>
      <w:r>
        <w:rPr>
          <w:sz w:val="20"/>
        </w:rPr>
        <w:t>14:06  . to aaj ke zamane mein jo calculation kiye jaate hain, jo observation kiye jaate hain, to theek theek maloom ho jata hai ke kab chand nikla aur kab chand dooba.</w:t>
      </w:r>
      <w:r>
        <w:br/>
      </w:r>
      <w:r>
        <w:rPr>
          <w:sz w:val="20"/>
        </w:rPr>
        <w:t>14:20  to ek sawal hai ke kya</w:t>
      </w:r>
      <w:r>
        <w:br/>
      </w:r>
      <w:r>
        <w:rPr>
          <w:sz w:val="20"/>
        </w:rPr>
        <w:t>14:25  yeh jo calculations jo is se maloom hoti hain ya observatory ke zariye jo maloom hoti hain, kya is par hum roza shuru kar sakte hain?</w:t>
      </w:r>
      <w:r>
        <w:br/>
      </w:r>
      <w:r>
        <w:rPr>
          <w:sz w:val="20"/>
        </w:rPr>
        <w:t>14:34  ya rooye tahleel zaroori hai?</w:t>
      </w:r>
      <w:r>
        <w:br/>
      </w:r>
      <w:r>
        <w:rPr>
          <w:sz w:val="20"/>
        </w:rPr>
        <w:t>14:38  mein samajhta hoon ke is mein koi takrao nahi hai. zahiri taur par mein yeh kahunga ke aankh se dekhna roze ko yeh bahut hi iski ahmiyat hai.</w:t>
      </w:r>
      <w:r>
        <w:br/>
      </w:r>
      <w:r>
        <w:rPr>
          <w:sz w:val="20"/>
        </w:rPr>
        <w:t>14:50  is liye ke dekhein, shaban ki aakhri shaam aayi, aap ki aankhein aasman ki taraf uth gayin. aap dekh rahe hain, dekh rahe hain, dekh rahe hain, yahan tak ke aap ko ek bar hi ek chand dikhai diya.</w:t>
      </w:r>
      <w:r>
        <w:br/>
      </w:r>
      <w:r>
        <w:rPr>
          <w:sz w:val="20"/>
        </w:rPr>
        <w:t>15:02  to yeh ek ajeebo ghareeb ek halka jazba aata hai ke Khuda ne chand zahir kar diya. ek naya daur shuru kiya hamari zindagi mein.</w:t>
      </w:r>
      <w:r>
        <w:br/>
      </w:r>
      <w:r>
        <w:rPr>
          <w:sz w:val="20"/>
        </w:rPr>
        <w:t>15:13  chand ka dekhna aap ke liye ek naye daur e hayat ka aaghaz ka matlab hota hai. to ek aadmi jante hain, aap hissi waqea jab tak na hon, uske andar halka nahi aata.</w:t>
      </w:r>
      <w:r>
        <w:br/>
      </w:r>
      <w:r>
        <w:rPr>
          <w:sz w:val="20"/>
        </w:rPr>
        <w:t>15:27  to yeh hissi andaaz mein, muzare ke andaaz mein, observation ke andaaz mein aadmi ke andar ehsaas jagaya jata hai ke Ramzan ka mahina aa gaya, Ramzan ka mahina aa gaya.</w:t>
      </w:r>
      <w:r>
        <w:br/>
      </w:r>
      <w:r>
        <w:rPr>
          <w:sz w:val="20"/>
        </w:rPr>
        <w:t>15:41  Rasool Allah (SAW) ke bare mein aata hai ke aap ne dekha jab chand ko, yani naye chand ko, to aap ne farmaya Allahumma ahlilhu alayna bil hamdi wal imani was salamati wal islami.</w:t>
      </w:r>
      <w:r>
        <w:br/>
      </w:r>
      <w:r>
        <w:rPr>
          <w:sz w:val="20"/>
        </w:rPr>
        <w:t>15:52  . Khuda hai is mahine ko to hamare liye peace ka mahina bana de, salamat ka mahina bana de. spiritual tarqqi ka mahina bana de.</w:t>
      </w:r>
      <w:r>
        <w:br/>
      </w:r>
      <w:r>
        <w:rPr>
          <w:sz w:val="20"/>
        </w:rPr>
        <w:t>16:07  ab yeh ghaur kijiye ke jab aap chand dekhenge, tabhi to yeh sab jazbat jaagenge.</w:t>
      </w:r>
      <w:r>
        <w:br/>
      </w:r>
      <w:r>
        <w:rPr>
          <w:sz w:val="20"/>
        </w:rPr>
        <w:t>16:12  agar aaj sirf khabar mile aap ko kisi observatory ke zariye ke aaj chand ho gaya aur phir aap roza rakhein, yeh sari halchal kaise paida hogi?</w:t>
      </w:r>
      <w:r>
        <w:br/>
      </w:r>
      <w:r>
        <w:rPr>
          <w:sz w:val="20"/>
        </w:rPr>
        <w:t>16:26  chand ko dekhna ek spiritual halchal ka tajurba hota hai.</w:t>
      </w:r>
      <w:r>
        <w:br/>
      </w:r>
      <w:r>
        <w:rPr>
          <w:sz w:val="20"/>
        </w:rPr>
        <w:t>16:35  abi yahan to saaf dikhai deta hai shehron mein. jab hum gaon mein rehte thay pehle to wahan mutla saaf hota tha.</w:t>
      </w:r>
      <w:r>
        <w:br/>
      </w:r>
      <w:r>
        <w:rPr>
          <w:sz w:val="20"/>
        </w:rPr>
        <w:t>16:44  pollution wahan kuch bhi nahin tha, pollution nahin hota tha. to hum log sham ko chhat par charh jatay thay. dekhte thay, dekhte thay, yahan tak keh bahar hi aik chand dikhai de gaya.</w:t>
      </w:r>
      <w:r>
        <w:br/>
      </w:r>
      <w:r>
        <w:rPr>
          <w:sz w:val="20"/>
        </w:rPr>
        <w:t>16:56  aik ajib ehsas hota tha.</w:t>
      </w:r>
      <w:r>
        <w:br/>
      </w:r>
      <w:r>
        <w:rPr>
          <w:sz w:val="20"/>
        </w:rPr>
        <w:t>17:01  ab pollution aik naya phenomenon paida ho gaya hai, is ki waja se chand ho tab bhi nahin dikhai deta. aap dekhte rahen tab bhi nahin dikhai de ga. pollution ki waja se.</w:t>
      </w:r>
      <w:r>
        <w:br/>
      </w:r>
      <w:r>
        <w:rPr>
          <w:sz w:val="20"/>
        </w:rPr>
        <w:t>17:10  lekin main yeh keh raha hoon keh rooyat-e-hilal, yani aankh se dekhna chand ko, aik bara hi spiritual experience hai.</w:t>
      </w:r>
      <w:r>
        <w:br/>
      </w:r>
      <w:r>
        <w:rPr>
          <w:sz w:val="20"/>
        </w:rPr>
        <w:t>17:22  lekin is ke sath main yeh bhi kahoon ga keh yeh zaroori nahin keh aap chand ko dekhen tab roza shuru karen.</w:t>
      </w:r>
      <w:r>
        <w:br/>
      </w:r>
      <w:r>
        <w:rPr>
          <w:sz w:val="20"/>
        </w:rPr>
        <w:t>17:30  observer ki khabar bhi isi tarah se valid hai jis tarah chand ko dekhna. main in dono mein farq nahin karta. bilkul. aur is ko dekhiye,</w:t>
      </w:r>
      <w:r>
        <w:br/>
      </w:r>
      <w:r>
        <w:rPr>
          <w:sz w:val="20"/>
        </w:rPr>
        <w:t>17:44  is par maine ghor kiya to jo Quran ke alfaaz hain, jo Hadees ke alfaaz hain, woh dono ko cover kar rahe hain.</w:t>
      </w:r>
      <w:r>
        <w:br/>
      </w:r>
      <w:r>
        <w:rPr>
          <w:sz w:val="20"/>
        </w:rPr>
        <w:t>17:51  in mein aik farq hai jo dono ko cover kar rahe hain woh. kyunkeh Hadees mein to yeh lafz hai keh somoo li rooyatihi. dekh kar roza rakho.</w:t>
      </w:r>
      <w:r>
        <w:br/>
      </w:r>
      <w:r>
        <w:rPr>
          <w:sz w:val="20"/>
        </w:rPr>
        <w:t>18:02  magar Quran mein lafz nahin hai yeh. dekhne ka lafz nahin hai Quran majeed mein. faman shahid minkum-ush-sharaa fa-layusm. shahada ke baray mein hotay hain jo apne aap ko is mahine mein payein.</w:t>
      </w:r>
      <w:r>
        <w:br/>
      </w:r>
      <w:r>
        <w:rPr>
          <w:sz w:val="20"/>
        </w:rPr>
        <w:t>18:15  yani keh jo jab new moon ya Ramzan ke pehle chand ko dekh kar nahin. faman shahid minkum-ush-sharaa fa-layusm. jo apne aap ko is mahine mein payein.</w:t>
      </w:r>
      <w:r>
        <w:br/>
      </w:r>
      <w:r>
        <w:rPr>
          <w:sz w:val="20"/>
        </w:rPr>
        <w:t>18:27  is maani keh agar koi khabar aap ko bataye keh chand ho gaya to aap ne apne aap ko Ramzan ke mahine mein pa liya. to bhi kafi hai.</w:t>
      </w:r>
      <w:r>
        <w:br/>
      </w:r>
      <w:r>
        <w:rPr>
          <w:sz w:val="20"/>
        </w:rPr>
        <w:t>18:38  to main samajhta hoon keh Quran aur Hadees ke bayan mein jo farq hai woh is liye shayad hai keh dono sooraton ko cover kar le. keh chand ko aap aankh se dekhen tab bhi theek hai.</w:t>
      </w:r>
      <w:r>
        <w:br/>
      </w:r>
      <w:r>
        <w:rPr>
          <w:sz w:val="20"/>
        </w:rPr>
        <w:t>18:51  aur agar aap observer ki khabar par roza rakhen tab bhi theek hai. aik pehlu yeh hai. doosri baat yeh hai keh roza jo hai is ki haqeeqat kiya hai?</w:t>
      </w:r>
    </w:p>
    <w:p>
      <w:pPr>
        <w:pStyle w:val="Heading2"/>
      </w:pPr>
      <w:r>
        <w:t>Harsh Quranic language is 'hammering', like a mother's warning</w:t>
      </w:r>
    </w:p>
    <w:p>
      <w:r>
        <w:rPr>
          <w:color w:val="666666"/>
          <w:sz w:val="18"/>
        </w:rPr>
        <w:t>Spirit of Zakat May 4, 2007 Maulana Wahiduddin Khan · 5m 23s · at 1:05:01 · https://youtu.be/oj5_5pFnmHk?t=3901</w:t>
      </w:r>
    </w:p>
    <w:p>
      <w:r>
        <w:rPr>
          <w:i/>
        </w:rPr>
        <w:t>“People misunderstand harsh words in Quran and hadith”</w:t>
      </w:r>
    </w:p>
    <w:p>
      <w:r>
        <w:rPr>
          <w:sz w:val="20"/>
        </w:rPr>
        <w:t>1:05:01  is mein main aik baat aur is ab add karna chahunga ke dekhiye. quran aur hadith mein is tarah ki jo baatein aati hain, is ke samajhne mein logon ne bohat ghalati ki hai.</w:t>
      </w:r>
      <w:r>
        <w:br/>
      </w:r>
      <w:r>
        <w:rPr>
          <w:sz w:val="20"/>
        </w:rPr>
        <w:t>1:05:14  dekhiye, yeh hoti hai hammering ki zuban. hammering ki zuban hoti hai. jaise quran mein khuda ki zuban se rasool allah ne to kisi ko kafir nahi kaha.</w:t>
      </w:r>
      <w:r>
        <w:br/>
      </w:r>
      <w:r>
        <w:rPr>
          <w:sz w:val="20"/>
        </w:rPr>
        <w:t>1:05:26  lekin khuda ki zuban se aaya hai ke ayyuhal kafirun. yaad rakhiye ke quran mein jahan bhi aaya hai, khuda ki zuban se hai, rasool allah ki zuban se nahi hai kafir ka lafz.</w:t>
      </w:r>
      <w:r>
        <w:br/>
      </w:r>
      <w:r>
        <w:rPr>
          <w:sz w:val="20"/>
        </w:rPr>
        <w:t>1:05:39  to khuda ne jab kaha ke ayyuhal kafirun. aye inkar karne walo. aur rasool allah ne jab kaha ke yeh ghutnon ke bal ghisste hue jayenge.</w:t>
      </w:r>
      <w:r>
        <w:br/>
      </w:r>
      <w:r>
        <w:rPr>
          <w:sz w:val="20"/>
        </w:rPr>
        <w:t>1:05:53  that was language of hammering.</w:t>
      </w:r>
      <w:r>
        <w:br/>
      </w:r>
      <w:r>
        <w:rPr>
          <w:sz w:val="20"/>
        </w:rPr>
        <w:t>1:05:58  is ko log na samajhne ki wajah se is ko le lete hain literal maanon mein.</w:t>
      </w:r>
      <w:r>
        <w:br/>
      </w:r>
      <w:r>
        <w:rPr>
          <w:sz w:val="20"/>
        </w:rPr>
        <w:t>1:06:03  to woh samajh nahi paate baaton ko. quran aur hadith mein jahan bhi sakht alfaaz hain, woh sab hammering ki zuban hai, hammering. hammering ke maane hote hain hathaura chalana.</w:t>
      </w:r>
      <w:r>
        <w:br/>
      </w:r>
      <w:r>
        <w:rPr>
          <w:sz w:val="20"/>
        </w:rPr>
        <w:t>1:06:13  aik hai aap naram naram baatein karen. aik hai kade andaaz mein bolen aap. is ko kaha jata hai language of hammering.</w:t>
      </w:r>
      <w:r>
        <w:br/>
      </w:r>
      <w:r>
        <w:rPr>
          <w:sz w:val="20"/>
        </w:rPr>
        <w:t>1:06:23  to tajurba yeh hai ke aap naram naram baatein karen to aadmi asar nahi leta.</w:t>
      </w:r>
      <w:r>
        <w:br/>
      </w:r>
      <w:r>
        <w:rPr>
          <w:sz w:val="20"/>
        </w:rPr>
        <w:t>1:06:29  lekin jab kada bolte hain aap to asar leta hai woh. aur badal jata hai woh. isi liye aap dekhiye. jin logon ke baray mein allah taala ne farmaya tha ke ayyuhal kafirun.</w:t>
      </w:r>
      <w:r>
        <w:br/>
      </w:r>
      <w:r>
        <w:rPr>
          <w:sz w:val="20"/>
        </w:rPr>
        <w:t>1:06:40  qul ya ayyuha alkafiroon. woh kaun thay? makka ke log thay. jab rasool allah ne hijrat ki makka se, us waqt yeh ayat utri thi.</w:t>
      </w:r>
      <w:r>
        <w:br/>
      </w:r>
      <w:r>
        <w:rPr>
          <w:sz w:val="20"/>
        </w:rPr>
        <w:t>1:06:52  nubowat ke terahwein saal, jab rasool allah ne makka se hijrat ki, us waqt yeh ayat utri thi. is mein kaha gaya hai qul ya ayyuha alkafiroon .</w:t>
      </w:r>
      <w:r>
        <w:br/>
      </w:r>
      <w:r>
        <w:rPr>
          <w:sz w:val="20"/>
        </w:rPr>
        <w:t>1:07:03  keh do ke aye inkar karne walon. lekin aap jante hain ke yeh taqreeban saare log phir islam mein dakhil ho gaye.</w:t>
      </w:r>
      <w:r>
        <w:br/>
      </w:r>
      <w:r>
        <w:rPr>
          <w:sz w:val="20"/>
        </w:rPr>
        <w:t>1:07:14  to agar khuda ne muqaddar kar diya hota ke inkar mein rahen, inkar mein maren, to un ko yeh tofeeq kyun milti?</w:t>
      </w:r>
      <w:r>
        <w:br/>
      </w:r>
      <w:r>
        <w:rPr>
          <w:sz w:val="20"/>
        </w:rPr>
        <w:t>1:07:22  kyun ke sachai ko qabool karna jo hai, woh insan karta hai lekin tofeeq khuda ki taraf se aati hai, yaad rakhiye.</w:t>
      </w:r>
      <w:r>
        <w:br/>
      </w:r>
      <w:r>
        <w:rPr>
          <w:sz w:val="20"/>
        </w:rPr>
        <w:t>1:07:33  baghair khuda ki tofeeq se koi aadmi sachai ko na samjhega, na manega.</w:t>
      </w:r>
      <w:r>
        <w:br/>
      </w:r>
      <w:r>
        <w:rPr>
          <w:sz w:val="20"/>
        </w:rPr>
        <w:t>1:07:42  walakin allaha yahdi man yashao innaka la tahdi man abata</w:t>
      </w:r>
      <w:r>
        <w:br/>
      </w:r>
      <w:r>
        <w:rPr>
          <w:sz w:val="20"/>
        </w:rPr>
        <w:t>1:07:52  . yeh mamooli baat nahi ke aadmi sachai ko manay. har aadmi conditioning mein jeeta hai, har aadmi ke dimagh mein khayalat ka jangla basa hua hota hai.</w:t>
      </w:r>
      <w:r>
        <w:br/>
      </w:r>
      <w:r>
        <w:rPr>
          <w:sz w:val="20"/>
        </w:rPr>
        <w:t>1:08:05  bachpan se le kar baad ki umer tak kya kya baaten hoti hain jin mein woh jeeta hai woh. phir sachai ko manna koi aasan kaam hai?</w:t>
      </w:r>
      <w:r>
        <w:br/>
      </w:r>
      <w:r>
        <w:rPr>
          <w:sz w:val="20"/>
        </w:rPr>
        <w:t>1:08:16  apni poori zindagi ko use hadaf karna parta hai.</w:t>
      </w:r>
      <w:r>
        <w:br/>
      </w:r>
      <w:r>
        <w:rPr>
          <w:sz w:val="20"/>
        </w:rPr>
        <w:t>1:08:20  farz kijiye ke ek aadmi sachai ko man raha hai chalis saal ki umer mein. paida hua bure mahol mein, chalis saal bitaya bure mahol mein.</w:t>
      </w:r>
      <w:r>
        <w:br/>
      </w:r>
      <w:r>
        <w:rPr>
          <w:sz w:val="20"/>
        </w:rPr>
        <w:t>1:08:31  ab chalis saal ke baad woh kehta hai ke main sachai ko manta hoon. to yeh mamooli baat nahi hai. yeh apne chalis saal ko hadaf karna hai.</w:t>
      </w:r>
      <w:r>
        <w:br/>
      </w:r>
      <w:r>
        <w:rPr>
          <w:sz w:val="20"/>
        </w:rPr>
        <w:t>1:08:40  is ko reject karna hai. is ko mitana hai.</w:t>
      </w:r>
      <w:r>
        <w:br/>
      </w:r>
      <w:r>
        <w:rPr>
          <w:sz w:val="20"/>
        </w:rPr>
        <w:t>1:08:46  itna bara hausla, itni bari soojh boojh, baghair khuda ki tofeeq ke nahi aa sakti hai. to agar khuda ke haan yeh muqaddar hota ke log jo hain inkar hi mein jiyenge, inkar mein marenge,</w:t>
      </w:r>
      <w:r>
        <w:br/>
      </w:r>
      <w:r>
        <w:rPr>
          <w:sz w:val="20"/>
        </w:rPr>
        <w:t>1:09:02  to yeh kabhi na aisa aata.</w:t>
      </w:r>
      <w:r>
        <w:br/>
      </w:r>
      <w:r>
        <w:rPr>
          <w:sz w:val="20"/>
        </w:rPr>
        <w:t>1:09:08  aisa tha hi nahi.</w:t>
      </w:r>
      <w:r>
        <w:br/>
      </w:r>
      <w:r>
        <w:rPr>
          <w:sz w:val="20"/>
        </w:rPr>
        <w:t>1:09:10  to jab khuda ne farmaya ke qul ya ayyuha alkafiroon . yeh darasal yeh thi language of hammering. aur aap dekhiye ke kitna zabardast asar is ka hua ke woh sab ke sab aa gaye, rasool allah ke saathi ban gaye.</w:t>
      </w:r>
      <w:r>
        <w:br/>
      </w:r>
      <w:r>
        <w:rPr>
          <w:sz w:val="20"/>
        </w:rPr>
        <w:t>1:09:26  rasool allah ke saathi ban gaye. isi tarah se jab aap ne yeh farmaya ke abdul rehman bin auf jo hain, abdul rehman bin auf jo hain, woh jayenge jannat mein ghisatate hue.</w:t>
      </w:r>
      <w:r>
        <w:br/>
      </w:r>
      <w:r>
        <w:rPr>
          <w:sz w:val="20"/>
        </w:rPr>
        <w:t>1:09:40  that was also language of hammering. Kyun ke agar sach much yahi hone wala hota to kyun aisa hota ke woh khare ho kar ke jate jannat mein?</w:t>
      </w:r>
      <w:r>
        <w:br/>
      </w:r>
      <w:r>
        <w:rPr>
          <w:sz w:val="20"/>
        </w:rPr>
        <w:t>1:09:52  un ko yeh tofeeq milti ke itne bare tijarti qafle ko woh khuda ke rastay mein de dein? saare saman ko?</w:t>
      </w:r>
      <w:r>
        <w:br/>
      </w:r>
      <w:r>
        <w:rPr>
          <w:sz w:val="20"/>
        </w:rPr>
        <w:t>1:10:03  to jis tarah se qul ya ayyuha alkafiroon . language of hammering thi. isi tarah se aap ko yeh kehna bhi hota language of hammering.</w:t>
      </w:r>
      <w:r>
        <w:br/>
      </w:r>
      <w:r>
        <w:rPr>
          <w:sz w:val="20"/>
        </w:rPr>
        <w:t>1:10:15  yeh tha, dekhiye language of hammering kya hai? yeh mohabbat ki zaban hai. yeh maan ki zaban hai.</w:t>
      </w:r>
    </w:p>
    <w:p>
      <w:pPr>
        <w:pStyle w:val="Heading2"/>
      </w:pPr>
      <w:r>
        <w:t>Prophet's generosity and Uthman's famine-relief story</w:t>
      </w:r>
    </w:p>
    <w:p>
      <w:r>
        <w:rPr>
          <w:color w:val="666666"/>
          <w:sz w:val="18"/>
        </w:rPr>
        <w:t>Spirit of Ramadan April 3, 2022 Prof. Farida Khanam · 5m 02s · at 46:46 · https://youtu.be/cj5T0Atpeu8?t=2806</w:t>
      </w:r>
    </w:p>
    <w:p>
      <w:r>
        <w:rPr>
          <w:i/>
        </w:rPr>
        <w:t>“रसुल उल्लाह रमादान में बहुत ज़्यादा generous होते थे”</w:t>
      </w:r>
    </w:p>
    <w:p>
      <w:r>
        <w:rPr>
          <w:sz w:val="20"/>
        </w:rPr>
        <w:t>46:46  apa ek riwayat hai hazrat ibn abbas se ki rasul ullah ramadan mein bahut zyada generous hote the aur ek riwayat mein yeh bhi aata hai ki woh kisi bhi mangne wale ko inkaar nahi karte the aur tez hawa se bhi zyada logon ko diya karte the. to ramadan ke mahine ko shahrool mawsat ka mahina bhi kaha gaya hai. aisa kyun isko bhi aap waze karein?</w:t>
      </w:r>
      <w:r>
        <w:br/>
      </w:r>
      <w:r>
        <w:rPr>
          <w:sz w:val="20"/>
        </w:rPr>
        <w:t>47:16  asal mein yeh bhi usi se judta hai ki jab hum khana pani chhodte hain na, to hamein woh ehsaas hota hai. kyunki jo log afford kar sakte hain, unko to yeh kabhi ehsaas hi nahi hota mahrroomi ka, ki har bahut khana pani unko milta rehta hai. to woh ehsaas dilane ke liye unko spiritually sensitive banane ke liye yeh roza farz kiya gaya hai.</w:t>
      </w:r>
      <w:r>
        <w:br/>
      </w:r>
      <w:r>
        <w:rPr>
          <w:sz w:val="20"/>
        </w:rPr>
        <w:t>47:43  to aadmi ko woh ehsasi nahi hota woh jaise billionaire's daughter ko.</w:t>
      </w:r>
      <w:r>
        <w:br/>
      </w:r>
      <w:r>
        <w:rPr>
          <w:sz w:val="20"/>
        </w:rPr>
        <w:t>47:50  kyunki yeh itna zyada zaroori hai logon ki madad karna ki aapke aamat mein allah taala kuch logon</w:t>
      </w:r>
      <w:r>
        <w:br/>
      </w:r>
      <w:r>
        <w:rPr>
          <w:sz w:val="20"/>
        </w:rPr>
        <w:t>47:57  se farmaega ki main tumhare paas bhookha aaya tha, tumne khana nahi khilaya.</w:t>
      </w:r>
      <w:r>
        <w:br/>
      </w:r>
      <w:r>
        <w:rPr>
          <w:sz w:val="20"/>
        </w:rPr>
        <w:t>48:04  main tumhare paas pyasa aaya tha, tumne pani nahi pilaya.</w:t>
      </w:r>
      <w:r>
        <w:br/>
      </w:r>
      <w:r>
        <w:rPr>
          <w:sz w:val="20"/>
        </w:rPr>
        <w:t>48:11  main bimar tha, tumne meri ayadat nahi ki.</w:t>
      </w:r>
      <w:r>
        <w:br/>
      </w:r>
      <w:r>
        <w:rPr>
          <w:sz w:val="20"/>
        </w:rPr>
        <w:t>48:18  to wo log kahenge, ya allah, aapke, aap to almighty hain, all powerful hain.</w:t>
      </w:r>
      <w:r>
        <w:br/>
      </w:r>
      <w:r>
        <w:rPr>
          <w:sz w:val="20"/>
        </w:rPr>
        <w:t>48:25  aap aise kaisa ho sakta hai?</w:t>
      </w:r>
      <w:r>
        <w:br/>
      </w:r>
      <w:r>
        <w:rPr>
          <w:sz w:val="20"/>
        </w:rPr>
        <w:t>48:33  tab allah daal afr maenge ki woh shakhs jo tumhare paas bhookha aaya tha, pyasa aaya tha, beemar tha, usko agar tum karte uske liye to tum wahan mujhe paate. to kitna zyada important hai ki isi se hamari bakhshish hogi. wahin woh rok diya gaya ki tum, kyunki dekhiye hum khuda se lene wale hain.</w:t>
      </w:r>
      <w:r>
        <w:br/>
      </w:r>
      <w:r>
        <w:rPr>
          <w:sz w:val="20"/>
        </w:rPr>
        <w:t>48:56  to jab hum allah ke paas jayenge, to allah kahega ki tumne to yeh kaam kiya nahi ki</w:t>
      </w:r>
      <w:r>
        <w:br/>
      </w:r>
      <w:r>
        <w:rPr>
          <w:sz w:val="20"/>
        </w:rPr>
        <w:t>49:04  jab, jab tumhare paas koi aaya tha tumse lene ke liye, to tumne usko nahi diya.</w:t>
      </w:r>
      <w:r>
        <w:br/>
      </w:r>
      <w:r>
        <w:rPr>
          <w:sz w:val="20"/>
        </w:rPr>
        <w:t>49:13  ab kaise tum yeh expect kar sakte ho ki main tumko dunga?</w:t>
      </w:r>
      <w:r>
        <w:br/>
      </w:r>
      <w:r>
        <w:rPr>
          <w:sz w:val="20"/>
        </w:rPr>
        <w:t>49:21  jab tumne kisi ko nahi diya to.</w:t>
      </w:r>
      <w:r>
        <w:br/>
      </w:r>
      <w:r>
        <w:rPr>
          <w:sz w:val="20"/>
        </w:rPr>
        <w:t>49:30  bahut zyada ek baar madine mein ek qahd pada. to hazrat usman chunki bahut bade businessman the unka us waqt ek hazar oont gaye hue the jo gallo, gallo se lade hue woh madine aane wale the kyunki pehle zamane mein trading hoti thi. kahin ek jagah ka saman doosri jagah jata tha, doosri jagah saman doosri jagah aata tha. to yeh unke aaye oont gallo se lade hue madine mein.</w:t>
      </w:r>
      <w:r>
        <w:br/>
      </w:r>
      <w:r>
        <w:rPr>
          <w:sz w:val="20"/>
        </w:rPr>
        <w:t>50:00  to zaman, jitne bhi chhote chhote tazeer the, sab unke paas aaye ki inse kuch saman khareed ke hum logon mein taqseem karein. to tusman se uska daam lagane lage. woh kehta itna hum denge, itna denge, itna denge. bahut daam lag gaya. to hazar tusman hamesha hi kehte rahe ki mujhe isse bhi zyada mil raha hai.</w:t>
      </w:r>
      <w:r>
        <w:br/>
      </w:r>
      <w:r>
        <w:rPr>
          <w:sz w:val="20"/>
        </w:rPr>
        <w:t>50:24  to tamam tazeeron ne kaha ki saare tazeer to aapke paas baithe hain, kaun aapko isse zyada de raha hai? to unhone kaha, maine yeh sara jo hai, yeh jo, jo, jo qahat se mutasir log hain, main inko yeh sab maine waqt kar diya hai aur mujhe iska aaj rakhoda ke yahan milega. to is tareeqe se bahut zyada logon ki madad karni chahiye aur aage aage hona chahiye. ramzan hamein yaad dilane ke liye hai.</w:t>
      </w:r>
      <w:r>
        <w:br/>
      </w:r>
      <w:r>
        <w:rPr>
          <w:sz w:val="20"/>
        </w:rPr>
        <w:t>50:54  madad ka kaam do hai isko kyunki ramzan ko shaharul mohasat kaha gaya hai. hamein sari zindagi karna hai kyunki khairkhwahi jo hai hamein bando ki khairkhwahi bahut zyada zaroori hai. is par khoda khush hota hai kyunki tamam bande jo hain alkhul ko ya ayal ullah kaha gaya hai. khoda ki family hai.</w:t>
      </w:r>
      <w:r>
        <w:br/>
      </w:r>
      <w:r>
        <w:rPr>
          <w:sz w:val="20"/>
        </w:rPr>
        <w:t>51:17  to yeh jo hai roza jo hai isi isi halaki zimmedari ko ek jaati tazurba bata de, bana deta hai.</w:t>
      </w:r>
      <w:r>
        <w:br/>
      </w:r>
      <w:r>
        <w:rPr>
          <w:sz w:val="20"/>
        </w:rPr>
        <w:t>51:23  kyunki agar hamein jaati tazurba na ho, to phir hum ehsaas nahi kar paenge ki hamare paas cheezein</w:t>
      </w:r>
      <w:r>
        <w:br/>
      </w:r>
      <w:r>
        <w:rPr>
          <w:sz w:val="20"/>
        </w:rPr>
        <w:t>51:29  na hon, to phir uska kaisa lagta hai?</w:t>
      </w:r>
      <w:r>
        <w:br/>
      </w:r>
      <w:r>
        <w:rPr>
          <w:sz w:val="20"/>
        </w:rPr>
        <w:t>51:35  phir hamein kaisa mehsoos hota hai?</w:t>
      </w:r>
      <w:r>
        <w:br/>
      </w:r>
      <w:r>
        <w:rPr>
          <w:sz w:val="20"/>
        </w:rPr>
        <w:t>51:41  to hum jab khuda se madad chahte hain to humko chahiye ki hum bando ki madad karein.</w:t>
      </w:r>
      <w:r>
        <w:br/>
      </w:r>
      <w:r>
        <w:rPr>
          <w:sz w:val="20"/>
        </w:rPr>
        <w:t>51:48  to is tareeqe se roza jo hai yeh bahut zyada iski tarbiyat karta hai. kehte hain ki dene wala hath jo hai ji. woh lene wala hath se behtar hai. behtar hai. ji. aap i want to come to the question of aitika.</w:t>
      </w:r>
    </w:p>
    <w:p>
      <w:pPr>
        <w:pStyle w:val="Heading2"/>
      </w:pPr>
      <w:r>
        <w:t>True spirit and importance of Hajj</w:t>
      </w:r>
    </w:p>
    <w:p>
      <w:r>
        <w:rPr>
          <w:color w:val="666666"/>
          <w:sz w:val="18"/>
        </w:rPr>
        <w:t>The Universal Message of Hajj May 25, 2025 · 4m 20s · at 1:38 · https://youtu.be/dr_sfN8NMzQ?t=98</w:t>
      </w:r>
    </w:p>
    <w:p>
      <w:r>
        <w:rPr>
          <w:i/>
        </w:rPr>
        <w:t>“Dekhiye, Hajj jo hamare pillars hain Islam ke”</w:t>
      </w:r>
    </w:p>
    <w:p>
      <w:r>
        <w:rPr>
          <w:sz w:val="20"/>
        </w:rPr>
        <w:t>1:38  dekhen, hajj jo hamare pillars hain islam ke, ismein most important pillar of islam hai hajj. kyunke hajj ek aisi ibadat hai jismein jo tamam ibadat ka majmooa kaha ja sakta hai.</w:t>
      </w:r>
      <w:r>
        <w:br/>
      </w:r>
      <w:r>
        <w:rPr>
          <w:sz w:val="20"/>
        </w:rPr>
        <w:t>1:55  doosri ibadaton mein to ek ek pehlu shamil hain, misaal ke taur par namaz hai, ismein hum uska jo ultimate experience hai woh rab se sargoshi hai,</w:t>
      </w:r>
      <w:r>
        <w:br/>
      </w:r>
      <w:r>
        <w:rPr>
          <w:sz w:val="20"/>
        </w:rPr>
        <w:t>2:06  jisko quran mein kaha gaya hai "wa sajdu wakterbu". aur jo roza hai, woh ismein jo samaani shaqt hai, bardasht hai, sabr hai, bhook pyas ki, neend ki, to yeh saari cheezen jo ek believer bardasht karta hai,</w:t>
      </w:r>
      <w:r>
        <w:br/>
      </w:r>
      <w:r>
        <w:rPr>
          <w:sz w:val="20"/>
        </w:rPr>
        <w:t>2:28  to ismein usko tarah tarah ke spiritual experiences hote hain. aur zakat jo hai woh maal ki ibadat hai,</w:t>
      </w:r>
      <w:r>
        <w:br/>
      </w:r>
      <w:r>
        <w:rPr>
          <w:sz w:val="20"/>
        </w:rPr>
        <w:t>2:39  lekin hajj jo hai ismein tamam pehlu ikattha ho gaye hain. hajj, lekin hajj jo hi hajj jo ke sirf ek set of rituals na ho, ek zahiri aamal na hon, jaise log aajkal samajhte hain ke zahiri aamal jo hain man iske, inki kitaab mein le lete hain, woh duaen le lete hain, isko parhte rehte hain.</w:t>
      </w:r>
      <w:r>
        <w:br/>
      </w:r>
      <w:r>
        <w:rPr>
          <w:sz w:val="20"/>
        </w:rPr>
        <w:t>3:03  woh nahin, woh jo poore intention ke saath, poore dil o jaan ke saath jo ibadat ki jaye, wohi ibadat Khuda ke haan qabil e qubool hoti hai.</w:t>
      </w:r>
      <w:r>
        <w:br/>
      </w:r>
      <w:r>
        <w:rPr>
          <w:sz w:val="20"/>
        </w:rPr>
        <w:t>3:13  to poori spirit ke saath, agar poori spirit ke saath aap nahin karenge to woh to bilkul aise hi hai jaise koi outing.</w:t>
      </w:r>
      <w:r>
        <w:br/>
      </w:r>
      <w:r>
        <w:rPr>
          <w:sz w:val="20"/>
        </w:rPr>
        <w:t>3:23  kyunke hadith mein aaya hai ke momin jab hajj karke apne ghar wapas lautta hai to woh ek new born bachay ki tarah hota hai, matlab uske saare gunah maaf ho jate hain.</w:t>
      </w:r>
      <w:r>
        <w:br/>
      </w:r>
      <w:r>
        <w:rPr>
          <w:sz w:val="20"/>
        </w:rPr>
        <w:t>3:37  to chaalis din ki jo ibadat karta hai sachay dil ke saath, to woh Allah taala ko qabool karte hain, aur aur woh tamam conditions poori kare, jisko hajj mabroor kehte hain, yaani tamam gunahon se pak.</w:t>
      </w:r>
      <w:r>
        <w:br/>
      </w:r>
      <w:r>
        <w:rPr>
          <w:sz w:val="20"/>
        </w:rPr>
        <w:t>3:53  kyunke hajj mein aap koi galat kaam nahin kar sakte, aap jhagda nahin kar sakte, aap bilkul hi ah kisi ke saath confrontation wala approach nahin kar sakte, koi violence nahin kar sakte,</w:t>
      </w:r>
      <w:r>
        <w:br/>
      </w:r>
      <w:r>
        <w:rPr>
          <w:sz w:val="20"/>
        </w:rPr>
        <w:t>4:09  siwaye mozi janwar ke aap kisi ko maar nahin sakte. to yeh woh hajj hai jo Allah taala ko qabool hota hai.</w:t>
      </w:r>
      <w:r>
        <w:br/>
      </w:r>
      <w:r>
        <w:rPr>
          <w:sz w:val="20"/>
        </w:rPr>
        <w:t>4:18  Hasan Basri kehte hain hajj mabroor woh hai jismein aadmi is tarah laute ke woh dunya se be-raghbat ho aur uske andar akhirat ka shauq paida ho jaye.</w:t>
      </w:r>
      <w:r>
        <w:br/>
      </w:r>
      <w:r>
        <w:rPr>
          <w:sz w:val="20"/>
        </w:rPr>
        <w:t>4:30  to mein ne sirf ek hi aadmi ko mein jaanti hoon, aah, aur log honge lekin mein ek sitara bhai hain jhar khand ke, to woh haj karke aaye chaalees din ki ibaadat karne ke baad</w:t>
      </w:r>
      <w:r>
        <w:br/>
      </w:r>
      <w:r>
        <w:rPr>
          <w:sz w:val="20"/>
        </w:rPr>
        <w:t>4:43  phir unhon ne yahan par aake chaalees din isi tarah ibaadat ki. phir chaalees din ke baad unhon ne apne bachon se kaha jo ke business class the, aah, to unhon ne kaha dekh ab tum log business sambhalo, mujhe sirf ibaadat karni hai aur naik kaam jo bhi karna hai kyun ke woh logon ki bohat ziyada khidmat karte hain to woh karna hai aur ibaadat karni hai, mujhe koi doosra kaam nahin karna hai.</w:t>
      </w:r>
      <w:r>
        <w:br/>
      </w:r>
      <w:r>
        <w:rPr>
          <w:sz w:val="20"/>
        </w:rPr>
        <w:t>5:08  to hum achhe kaam karen, is ke baad matlab gunah ke kaam sab chhod den. kyun ke haji wohi hai jo is spiritual life ko apni baad ki zindagi mein continue kar sake.</w:t>
      </w:r>
      <w:r>
        <w:br/>
      </w:r>
      <w:r>
        <w:rPr>
          <w:sz w:val="20"/>
        </w:rPr>
        <w:t>5:21  jaisa ke molana ne apni kitaab "haqeeqat e haj" mein likha hai, haj ka safar Khuda ki taraf safar hai. haj Allah taala se mulaqaat hai.</w:t>
      </w:r>
      <w:r>
        <w:br/>
      </w:r>
      <w:r>
        <w:rPr>
          <w:sz w:val="20"/>
        </w:rPr>
        <w:t>5:31  doosri ibaadaten Allah taala ki yaad hain, jab ke haj goya khud Allah taala tak pahunch jaane ki koshish hai.</w:t>
      </w:r>
      <w:r>
        <w:br/>
      </w:r>
      <w:r>
        <w:rPr>
          <w:sz w:val="20"/>
        </w:rPr>
        <w:t>5:42  molana likhte hain Al-Risala February ninety seven mein . woh haji jo na sirf dhul hijjah ka haji ho balkeh poori umar aur poori zindagi ka haji ban jaye to aisa hi haj Allah taala ke haan qabil e qabool hoga.</w:t>
      </w:r>
    </w:p>
    <w:p>
      <w:pPr>
        <w:pStyle w:val="Heading2"/>
      </w:pPr>
      <w:r>
        <w:t>Ihram and the dress of the dawah family</w:t>
      </w:r>
    </w:p>
    <w:p>
      <w:r>
        <w:rPr>
          <w:color w:val="666666"/>
          <w:sz w:val="18"/>
        </w:rPr>
        <w:t>Spirit of Hajj | December 10, 2006 | Maulana Wahiduddin Khan · 5m 35s · at 35:13 · https://youtu.be/Iu9NUWWy4pc?t=2113</w:t>
      </w:r>
    </w:p>
    <w:p>
      <w:r>
        <w:rPr>
          <w:i/>
        </w:rPr>
        <w:t>“keh yeh jo jis ko main keh raha hoon”</w:t>
      </w:r>
    </w:p>
    <w:p>
      <w:r>
        <w:rPr>
          <w:sz w:val="20"/>
        </w:rPr>
        <w:t>35:13  ke ke ye jo jis ko main keh raha hoon daawa family wo kya cheez thi? aur kaise is ne kaam kiya? dekhiye jab aap jate hain ek aadmi jab haj karne ke liye wahan pahunchta hai to sab se pehla kaam kya karta hai wo? miqat jo kaha jata hai miqat par pahunch kar ke wo apna ye kapda</w:t>
      </w:r>
      <w:r>
        <w:br/>
      </w:r>
      <w:r>
        <w:rPr>
          <w:sz w:val="20"/>
        </w:rPr>
        <w:t>35:43  utaar deta hai.</w:t>
      </w:r>
      <w:r>
        <w:br/>
      </w:r>
      <w:r>
        <w:rPr>
          <w:sz w:val="20"/>
        </w:rPr>
        <w:t>35:46  aur ghair tayyar kapra pehanta hai.</w:t>
      </w:r>
      <w:r>
        <w:br/>
      </w:r>
      <w:r>
        <w:rPr>
          <w:sz w:val="20"/>
        </w:rPr>
        <w:t>35:50  baghair sila hua. do kapra. safed.</w:t>
      </w:r>
      <w:r>
        <w:br/>
      </w:r>
      <w:r>
        <w:rPr>
          <w:sz w:val="20"/>
        </w:rPr>
        <w:t>35:53  aap keh sakte hain ke do chadarein.</w:t>
      </w:r>
      <w:r>
        <w:br/>
      </w:r>
      <w:r>
        <w:rPr>
          <w:sz w:val="20"/>
        </w:rPr>
        <w:t>35:57  bana sila hua.</w:t>
      </w:r>
      <w:r>
        <w:br/>
      </w:r>
      <w:r>
        <w:rPr>
          <w:sz w:val="20"/>
        </w:rPr>
        <w:t>36:00  ek chadar neeche baandh lega ek chadar oopar rahegi.</w:t>
      </w:r>
      <w:r>
        <w:br/>
      </w:r>
      <w:r>
        <w:rPr>
          <w:sz w:val="20"/>
        </w:rPr>
        <w:t>36:03  sir khula rahega.</w:t>
      </w:r>
      <w:r>
        <w:br/>
      </w:r>
      <w:r>
        <w:rPr>
          <w:sz w:val="20"/>
        </w:rPr>
        <w:t>36:07  sir khula rahega.</w:t>
      </w:r>
      <w:r>
        <w:br/>
      </w:r>
      <w:r>
        <w:rPr>
          <w:sz w:val="20"/>
        </w:rPr>
        <w:t>36:10  to yeh kya hai? yeh hai is</w:t>
      </w:r>
      <w:r>
        <w:br/>
      </w:r>
      <w:r>
        <w:rPr>
          <w:sz w:val="20"/>
        </w:rPr>
        <w:t>36:13  is waqe ki tasweer jo guzra tha ibrahim par aur haajra par aur ismail par. aap sochiye ke jab haajra ko aur ismail ko hazrat ibrahim ne basaya sehra mein. jahan koi aadmi nahi. koi wahan koi tehzeeb nahi. koi dukan nahi. koi shopping market nahi. kuch bhi nahi. kuch bhi nahi. literally kuch bhi nahi wahan par. ek chidiya bhi nahi.</w:t>
      </w:r>
      <w:r>
        <w:br/>
      </w:r>
      <w:r>
        <w:rPr>
          <w:sz w:val="20"/>
        </w:rPr>
        <w:t>36:43  to wahan sui tara kahan rahe ga? wahan kapde kahan honge? ye sab to zahir hai ke nahi ho sakte. to apne ghar se jo saada bilkul saada kapda pehan kar ke apne body par aaye the wahi un ka kal dress tha wo. un ke paas sui bhi nahi thi koi kapda de to us ko silen wo. ghair tayyar do chadarain. bilkul khaddar ki aaj kal ke zamane mein</w:t>
      </w:r>
      <w:r>
        <w:br/>
      </w:r>
      <w:r>
        <w:rPr>
          <w:sz w:val="20"/>
        </w:rPr>
        <w:t>37:13  jo jo khaddar banaya jata hai hath se is qism ki.</w:t>
      </w:r>
      <w:r>
        <w:br/>
      </w:r>
      <w:r>
        <w:rPr>
          <w:sz w:val="20"/>
        </w:rPr>
        <w:t>37:17  is ko lapete hue hain woh.</w:t>
      </w:r>
      <w:r>
        <w:br/>
      </w:r>
      <w:r>
        <w:rPr>
          <w:sz w:val="20"/>
        </w:rPr>
        <w:t>37:21  wohi un ka dress hai.</w:t>
      </w:r>
      <w:r>
        <w:br/>
      </w:r>
      <w:r>
        <w:rPr>
          <w:sz w:val="20"/>
        </w:rPr>
        <w:t>37:25  to jab aap ehram baandhte hain to yeh koi rasam ki baat nahi hai.</w:t>
      </w:r>
      <w:r>
        <w:br/>
      </w:r>
      <w:r>
        <w:rPr>
          <w:sz w:val="20"/>
        </w:rPr>
        <w:t>37:29  aap is culture ko apne oopar odhte hain jo culture ibrahim ka aur hajra ka aur ismail ka tha.</w:t>
      </w:r>
      <w:r>
        <w:br/>
      </w:r>
      <w:r>
        <w:rPr>
          <w:sz w:val="20"/>
        </w:rPr>
        <w:t>37:33  yani saada kapra.</w:t>
      </w:r>
      <w:r>
        <w:br/>
      </w:r>
      <w:r>
        <w:rPr>
          <w:sz w:val="20"/>
        </w:rPr>
        <w:t>37:36  isi liye hadith mein aata hai ke albazat min al-iman.</w:t>
      </w:r>
      <w:r>
        <w:br/>
      </w:r>
      <w:r>
        <w:rPr>
          <w:sz w:val="20"/>
        </w:rPr>
        <w:t>37:40  yani rafa zindagi yeh imaan momin ki zindagi hai. rafa zindagi.</w:t>
      </w:r>
      <w:r>
        <w:br/>
      </w:r>
      <w:r>
        <w:rPr>
          <w:sz w:val="20"/>
        </w:rPr>
        <w:t>37:44  momin ka matlab hai daai ki zindagi.</w:t>
      </w:r>
      <w:r>
        <w:br/>
      </w:r>
      <w:r>
        <w:rPr>
          <w:sz w:val="20"/>
        </w:rPr>
        <w:t>37:47  daai ki zindagi rafa zindagi hoti hai.</w:t>
      </w:r>
      <w:r>
        <w:br/>
      </w:r>
      <w:r>
        <w:rPr>
          <w:sz w:val="20"/>
        </w:rPr>
        <w:t>37:51  kyunke daai agar yeh kare ke sari cheezon ko ihtimam kare.</w:t>
      </w:r>
      <w:r>
        <w:br/>
      </w:r>
      <w:r>
        <w:rPr>
          <w:sz w:val="20"/>
        </w:rPr>
        <w:t>37:54  achhe kapde, achhe joote aur achha furniture, achhi sawari, achha ghar, achha yeh achha woh toh daawa work</w:t>
      </w:r>
      <w:r>
        <w:br/>
      </w:r>
      <w:r>
        <w:rPr>
          <w:sz w:val="20"/>
        </w:rPr>
        <w:t>37:57  kya karega woh? daawa work nahi kar sakta hai woh.</w:t>
      </w:r>
      <w:r>
        <w:br/>
      </w:r>
      <w:r>
        <w:rPr>
          <w:sz w:val="20"/>
        </w:rPr>
        <w:t>38:01  toh phir toh kisi aur cheez mein jiye ga woh.</w:t>
      </w:r>
      <w:r>
        <w:br/>
      </w:r>
      <w:r>
        <w:rPr>
          <w:sz w:val="20"/>
        </w:rPr>
        <w:t>38:04  daai ko jeena padta hai daawat mein. insaniyat mein.</w:t>
      </w:r>
      <w:r>
        <w:br/>
      </w:r>
      <w:r>
        <w:rPr>
          <w:sz w:val="20"/>
        </w:rPr>
        <w:t>38:08  insan ke masle mein.</w:t>
      </w:r>
      <w:r>
        <w:br/>
      </w:r>
      <w:r>
        <w:rPr>
          <w:sz w:val="20"/>
        </w:rPr>
        <w:t>38:11  insan ki mohabbat mein</w:t>
      </w:r>
      <w:r>
        <w:br/>
      </w:r>
      <w:r>
        <w:rPr>
          <w:sz w:val="20"/>
        </w:rPr>
        <w:t xml:space="preserve">38:14  </w:t>
      </w:r>
      <w:r>
        <w:br/>
      </w:r>
      <w:r>
        <w:rPr>
          <w:sz w:val="20"/>
        </w:rPr>
        <w:t>38:19  insan ko sehat se bachane mein.</w:t>
      </w:r>
      <w:r>
        <w:br/>
      </w:r>
      <w:r>
        <w:rPr>
          <w:sz w:val="20"/>
        </w:rPr>
        <w:t>38:23  is mein jeena padta hai.</w:t>
      </w:r>
      <w:r>
        <w:br/>
      </w:r>
      <w:r>
        <w:rPr>
          <w:sz w:val="20"/>
        </w:rPr>
        <w:t>38:27  toh woh jiye apne aap ko sanwarne mein.</w:t>
      </w:r>
      <w:r>
        <w:br/>
      </w:r>
      <w:r>
        <w:rPr>
          <w:sz w:val="20"/>
        </w:rPr>
        <w:t>38:31  toh daawat kya karega woh? toh daai ka matlab hota hai saada insan.</w:t>
      </w:r>
      <w:r>
        <w:br/>
      </w:r>
      <w:r>
        <w:rPr>
          <w:sz w:val="20"/>
        </w:rPr>
        <w:t>38:36  aur ehraam saada insan ki ek goya alamat karta hai.</w:t>
      </w:r>
      <w:r>
        <w:br/>
      </w:r>
      <w:r>
        <w:rPr>
          <w:sz w:val="20"/>
        </w:rPr>
        <w:t>38:40  jab aap ehraam baandhte hain toh goya ke daai ki jo saada zindagi hoti hai saada zindagi</w:t>
      </w:r>
      <w:r>
        <w:br/>
      </w:r>
      <w:r>
        <w:rPr>
          <w:sz w:val="20"/>
        </w:rPr>
        <w:t xml:space="preserve">38:44  </w:t>
      </w:r>
      <w:r>
        <w:br/>
      </w:r>
      <w:r>
        <w:rPr>
          <w:sz w:val="20"/>
        </w:rPr>
        <w:t>38:48  jis ko kehte hain saada zindagi.</w:t>
      </w:r>
      <w:r>
        <w:br/>
      </w:r>
      <w:r>
        <w:rPr>
          <w:sz w:val="20"/>
        </w:rPr>
        <w:t>38:51  is zindagi ko alamat kar raha hota hai yeh ehraam.</w:t>
      </w:r>
      <w:r>
        <w:br/>
      </w:r>
      <w:r>
        <w:rPr>
          <w:sz w:val="20"/>
        </w:rPr>
        <w:t>38:54  ghair tayyar kapda.</w:t>
      </w:r>
      <w:r>
        <w:br/>
      </w:r>
      <w:r>
        <w:rPr>
          <w:sz w:val="20"/>
        </w:rPr>
        <w:t>38:57  safed rang ka.</w:t>
      </w:r>
      <w:r>
        <w:br/>
      </w:r>
      <w:r>
        <w:rPr>
          <w:sz w:val="20"/>
        </w:rPr>
        <w:t>39:01  toh pehla jo kaam haji karta hai woh yahi karta hai ke is kapde ko utaar kar ke</w:t>
      </w:r>
      <w:r>
        <w:br/>
      </w:r>
      <w:r>
        <w:rPr>
          <w:sz w:val="20"/>
        </w:rPr>
        <w:t>39:04  woh ehraam lapet leta hai.</w:t>
      </w:r>
      <w:r>
        <w:br/>
      </w:r>
      <w:r>
        <w:rPr>
          <w:sz w:val="20"/>
        </w:rPr>
        <w:t>39:07  jo saada zindagi ki ko alamat kar raha hai.</w:t>
      </w:r>
      <w:r>
        <w:br/>
      </w:r>
      <w:r>
        <w:rPr>
          <w:sz w:val="20"/>
        </w:rPr>
        <w:t>39:10  ek daai ki.</w:t>
      </w:r>
      <w:r>
        <w:br/>
      </w:r>
      <w:r>
        <w:rPr>
          <w:sz w:val="20"/>
        </w:rPr>
        <w:t>39:13  jaisa ke maine arz kiya</w:t>
      </w:r>
      <w:r>
        <w:br/>
      </w:r>
      <w:r>
        <w:rPr>
          <w:sz w:val="20"/>
        </w:rPr>
        <w:t>39:17  hajj ke jo marasim hain is se teen shakhsiyaat tareekhi taur par is se shamil hain.</w:t>
      </w:r>
      <w:r>
        <w:br/>
      </w:r>
      <w:r>
        <w:rPr>
          <w:sz w:val="20"/>
        </w:rPr>
        <w:t>39:23  ibrahim, ismail, hajra.</w:t>
      </w:r>
      <w:r>
        <w:br/>
      </w:r>
      <w:r>
        <w:rPr>
          <w:sz w:val="20"/>
        </w:rPr>
        <w:t>39:29  is ko main keh raha hoon ke daawa family.</w:t>
      </w:r>
      <w:r>
        <w:br/>
      </w:r>
      <w:r>
        <w:rPr>
          <w:sz w:val="20"/>
        </w:rPr>
        <w:t>39:35  jis tarah teen ki muqaddas family hoti hai isai mein.</w:t>
      </w:r>
      <w:r>
        <w:br/>
      </w:r>
      <w:r>
        <w:rPr>
          <w:sz w:val="20"/>
        </w:rPr>
        <w:t>39:41  to islam mein bhi teen ki hai family lekin woh daawa family hai.</w:t>
      </w:r>
      <w:r>
        <w:br/>
      </w:r>
      <w:r>
        <w:rPr>
          <w:sz w:val="20"/>
        </w:rPr>
        <w:t>39:47  ab main yahan batana chahoonga ke wahan par jo haji jo karta hai amal woh kis tarah</w:t>
      </w:r>
      <w:r>
        <w:br/>
      </w:r>
      <w:r>
        <w:rPr>
          <w:sz w:val="20"/>
        </w:rPr>
        <w:t>39:52  se woh yaad dilata hai is ko.</w:t>
      </w:r>
      <w:r>
        <w:br/>
      </w:r>
      <w:r>
        <w:rPr>
          <w:sz w:val="20"/>
        </w:rPr>
        <w:t>39:56  is daawa family ko.</w:t>
      </w:r>
      <w:r>
        <w:br/>
      </w:r>
      <w:r>
        <w:rPr>
          <w:sz w:val="20"/>
        </w:rPr>
        <w:t>40:00  aur daawa ki rooh jagata hai aadmi ke andar.</w:t>
      </w:r>
      <w:r>
        <w:br/>
      </w:r>
      <w:r>
        <w:rPr>
          <w:sz w:val="20"/>
        </w:rPr>
        <w:t>40:05  to jab aap ehram bandhte hain.</w:t>
      </w:r>
      <w:r>
        <w:br/>
      </w:r>
      <w:r>
        <w:rPr>
          <w:sz w:val="20"/>
        </w:rPr>
        <w:t>40:09  yani haji jab ehram bandhta hai.</w:t>
      </w:r>
      <w:r>
        <w:br/>
      </w:r>
      <w:r>
        <w:rPr>
          <w:sz w:val="20"/>
        </w:rPr>
        <w:t>40:14  to woh is zamane mein jo kapda pehna tha hajra ne.</w:t>
      </w:r>
      <w:r>
        <w:br/>
      </w:r>
      <w:r>
        <w:rPr>
          <w:sz w:val="20"/>
        </w:rPr>
        <w:t>40:18  aur ismail ne aur ibrahim ne. is dress ko woh istemal karta hai. kyunke wahan na sui tara tha na koi kapde ki dukan thi. kuch bhi nahi tha wahan. bana sila ek kapda lapet liya yahi un ka dress tha. to yeh karta hai haji. india se jo log jaate</w:t>
      </w:r>
    </w:p>
    <w:p>
      <w:pPr>
        <w:pStyle w:val="Heading2"/>
      </w:pPr>
      <w:r>
        <w:t>Love for brother as yourself</w:t>
      </w:r>
    </w:p>
    <w:p>
      <w:r>
        <w:rPr>
          <w:color w:val="666666"/>
          <w:sz w:val="18"/>
        </w:rPr>
        <w:t>Hadith Literature - Part-2 (English) March 08, 2007 Maulana Wahiduddin Khan · 3m 02s · at 14:37 · https://youtu.be/xFrbel0h2YQ?t=877</w:t>
      </w:r>
    </w:p>
    <w:p>
      <w:r>
        <w:rPr>
          <w:i/>
        </w:rPr>
        <w:t>“Then there is a Hadith: love for your brother”</w:t>
      </w:r>
    </w:p>
    <w:p>
      <w:r>
        <w:rPr>
          <w:sz w:val="20"/>
        </w:rPr>
        <w:t>14:37  Then there is a Hadith, "Antahibba laa akhikam maa tuhibba laa nafsik." It means that adopt—it means that</w:t>
      </w:r>
      <w:r>
        <w:br/>
      </w:r>
      <w:r>
        <w:rPr>
          <w:sz w:val="20"/>
        </w:rPr>
        <w:t>14:46  behave with others the same behavior which you want about yourself.</w:t>
      </w:r>
      <w:r>
        <w:br/>
      </w:r>
      <w:r>
        <w:rPr>
          <w:sz w:val="20"/>
        </w:rPr>
        <w:t>14:56  It gives us a criterion.</w:t>
      </w:r>
      <w:r>
        <w:br/>
      </w:r>
      <w:r>
        <w:rPr>
          <w:sz w:val="20"/>
        </w:rPr>
        <w:t>15:05  Everyone knows about his likes and dislikes.</w:t>
      </w:r>
      <w:r>
        <w:br/>
      </w:r>
      <w:r>
        <w:rPr>
          <w:sz w:val="20"/>
        </w:rPr>
        <w:t>15:15  Everyone knows about his likes and dislikes.</w:t>
      </w:r>
      <w:r>
        <w:br/>
      </w:r>
      <w:r>
        <w:rPr>
          <w:sz w:val="20"/>
        </w:rPr>
        <w:t>15:24  So we have to adopt the same behavior with others.</w:t>
      </w:r>
      <w:r>
        <w:br/>
      </w:r>
      <w:r>
        <w:rPr>
          <w:sz w:val="20"/>
        </w:rPr>
        <w:t>15:34  It is a very simple criterion of moral behavior.</w:t>
      </w:r>
      <w:r>
        <w:br/>
      </w:r>
      <w:r>
        <w:rPr>
          <w:sz w:val="20"/>
        </w:rPr>
        <w:t>15:44  Very, very simple criterion of moral behavior or social behavior.</w:t>
      </w:r>
      <w:r>
        <w:br/>
      </w:r>
      <w:r>
        <w:rPr>
          <w:sz w:val="20"/>
        </w:rPr>
        <w:t>15:53  We have to do with others the same which we want about ourselves.</w:t>
      </w:r>
      <w:r>
        <w:br/>
      </w:r>
      <w:r>
        <w:rPr>
          <w:sz w:val="20"/>
        </w:rPr>
        <w:t>16:03  For example, we dislike hate.</w:t>
      </w:r>
      <w:r>
        <w:br/>
      </w:r>
      <w:r>
        <w:rPr>
          <w:sz w:val="20"/>
        </w:rPr>
        <w:t>16:12  We dislike harm.</w:t>
      </w:r>
      <w:r>
        <w:br/>
      </w:r>
      <w:r>
        <w:rPr>
          <w:sz w:val="20"/>
        </w:rPr>
        <w:t>16:22  We dislike malice.</w:t>
      </w:r>
      <w:r>
        <w:br/>
      </w:r>
      <w:r>
        <w:rPr>
          <w:sz w:val="20"/>
        </w:rPr>
        <w:t>16:31  So we have to save ourselves from these things.</w:t>
      </w:r>
      <w:r>
        <w:br/>
      </w:r>
      <w:r>
        <w:rPr>
          <w:sz w:val="20"/>
        </w:rPr>
        <w:t>16:41  We want to be loved from others.</w:t>
      </w:r>
      <w:r>
        <w:br/>
      </w:r>
      <w:r>
        <w:rPr>
          <w:sz w:val="20"/>
        </w:rPr>
        <w:t>16:51  So we have to love others.</w:t>
      </w:r>
      <w:r>
        <w:br/>
      </w:r>
      <w:r>
        <w:rPr>
          <w:sz w:val="20"/>
        </w:rPr>
        <w:t>17:00  So it is a very simple criterion of moral behavior.</w:t>
      </w:r>
      <w:r>
        <w:br/>
      </w:r>
      <w:r>
        <w:rPr>
          <w:sz w:val="20"/>
        </w:rPr>
        <w:t>17:10  Then the Prophet of Islam has said, "Al-Muslimu man salaman naso min lisanihi wayadihi." A true Muslim is</w:t>
      </w:r>
      <w:r>
        <w:br/>
      </w:r>
      <w:r>
        <w:rPr>
          <w:sz w:val="20"/>
        </w:rPr>
        <w:t>17:19  one by whose hands and tongue people are safe.</w:t>
      </w:r>
      <w:r>
        <w:br/>
      </w:r>
      <w:r>
        <w:rPr>
          <w:sz w:val="20"/>
        </w:rPr>
        <w:t>17:29  This Hadith tells us that we have to live in a society as a harmless person.</w:t>
      </w:r>
      <w:r>
        <w:br/>
      </w:r>
      <w:r>
        <w:rPr>
          <w:sz w:val="20"/>
        </w:rPr>
        <w:t>17:39  We have to live among people as a peaceful person.</w:t>
      </w:r>
    </w:p>
    <w:p>
      <w:pPr>
        <w:pStyle w:val="Heading2"/>
      </w:pPr>
      <w:r>
        <w:t>The Prophet's generosity and why charity brings barakah</w:t>
      </w:r>
    </w:p>
    <w:p>
      <w:r>
        <w:rPr>
          <w:color w:val="666666"/>
          <w:sz w:val="18"/>
        </w:rPr>
        <w:t>Message of Ramadan April 9, 2023 Prof. Farida Khanam · 3m 15s · at 27:33 · https://youtu.be/z-jsHB1vlV4?t=1653</w:t>
      </w:r>
    </w:p>
    <w:p>
      <w:r>
        <w:rPr>
          <w:i/>
        </w:rPr>
        <w:t>“The Prophet was most generous, and even more so in Ramadan”</w:t>
      </w:r>
    </w:p>
    <w:p>
      <w:r>
        <w:rPr>
          <w:sz w:val="20"/>
        </w:rPr>
        <w:t>27:33  Our Prophet was most generous and he would be more generous during the month of Ramadan. It is said that he was more generous than the blowing wind and anybody who would come and ask him for anything he would never refuse. to yeh Ramadan ko month of charity bhi kaha gaya hai. to main chahunga ke isko thoda aap isko wazeh karein, thoda expand karke hum sabko samjhayein.</w:t>
      </w:r>
      <w:r>
        <w:br/>
      </w:r>
      <w:r>
        <w:rPr>
          <w:sz w:val="20"/>
        </w:rPr>
        <w:t>28:02  Rasool Allah sallallahu alaihi wasallam to bohat ziyada charity karte the. ek baar aap ghar mein aaye to Hazrat Aisha ne kaha, koi cheez aayi thi ziyada thi woh. to woh sab charity mein chali gayi hai. Hazrat Aisha to sabhi aapki poori family aisi thi. to thoda sa unhone ghar ke liye bacha liya. to jab Rasool Allah sallallahu alaihi wasallam aaye to aapne kaha ke bas yahi bacha hai baqi sab distribute ho gaya.</w:t>
      </w:r>
      <w:r>
        <w:br/>
      </w:r>
      <w:r>
        <w:rPr>
          <w:sz w:val="20"/>
        </w:rPr>
        <w:t>28:29  to Rasool Allah sallallahu alaihi wasallam ne farmaya ke jo distribute hua wahi bacha hai. yaani aakhri mein usi ka reward milega na to wahi bacha hai aur yeh itna nahi bacha hai jo tumne apne liye rakh liya hai. to aap koi cheez apne paas rakhte hi nahi the ziyada se ziyada kuch bhi aata tha. baad mein bhi jab conquest ho gayi, Makkah Madinah fateh ho gaya, fateh ho gaya. tab bhi aapke paas jo kuch aata tha sab aap distribute kar dete the.</w:t>
      </w:r>
      <w:r>
        <w:br/>
      </w:r>
      <w:r>
        <w:rPr>
          <w:sz w:val="20"/>
        </w:rPr>
        <w:t>28:58  to khaastaur par roze mein aapki generosity jo hai bohat ziyada badh jati thi. kyunke roze ko kaha hi gaya shahrul mawaasaat. mawaasaat maane wahi philanthropy ya social work jo aap kehte hain. to wahi hai. to iski bohat ziyada ahmiyat hai Islam mein. kyunke is duniya mein bohat sare log aise hain jo jisko hai kuch hai ziyadatar hai hai to unki madad karna woh hamari zimmedari hai.</w:t>
      </w:r>
      <w:r>
        <w:br/>
      </w:r>
      <w:r>
        <w:rPr>
          <w:sz w:val="20"/>
        </w:rPr>
        <w:t>29:25  to is tarike se hamein unki madad karni chahiye. to kuch to obligatory hai charity jaise zakat aur kuch voluntary hai jaise sadqa. to hamein musalsal in logon ki madad karna chahiye kyunke Allah taala ke creation plan ke mutabiq jo hum logon ko diya jata hai chahe woh ilm ho, chahe woh paisa ho usmein doosron ka hissa hota hai. to hamein bilkul generously doosron ki madad karna chahiye.</w:t>
      </w:r>
      <w:r>
        <w:br/>
      </w:r>
      <w:r>
        <w:rPr>
          <w:sz w:val="20"/>
        </w:rPr>
        <w:t>29:52  ek hadees hai ke aisa hargiz nahi hai ke agar hum tum, tum kisi ko kuch do to tumhare maal mein ghata ho jaye. balkeh aur izafa hoga. to yeh nahi sochna chahiye ke yeh doge to hamare paas kami ho jayegi.</w:t>
      </w:r>
      <w:r>
        <w:br/>
      </w:r>
      <w:r>
        <w:rPr>
          <w:sz w:val="20"/>
        </w:rPr>
        <w:t>30:20  matlab hisab paisa tha lekin woh mazdooron ko bhi theek se mazdoori nahi dete the. to do taqreeban aath das saal ke baad maine suna ke unka sab paisa khatam ho gaya. yahan tak ke unka ghar bhi bik gaya. to dene lene se barkat hoti hai. yeh samajh ke dena chahiye duniya mein bhi barkat aur aakhirat mein woh ek reward hai. to hai hadees ke mutabiq al khalq aal Allah. The creation is god's family.</w:t>
      </w:r>
      <w:r>
        <w:br/>
      </w:r>
      <w:r>
        <w:rPr>
          <w:sz w:val="20"/>
        </w:rPr>
        <w:t>30:48  to chunki tamam log khuda ke children of god hain to hamein sabko ek nazar se dekhna hai</w:t>
      </w:r>
    </w:p>
    <w:p>
      <w:pPr>
        <w:pStyle w:val="Heading2"/>
      </w:pPr>
      <w:r>
        <w:t>Five pillars mapped to life management aspects</w:t>
      </w:r>
    </w:p>
    <w:p>
      <w:r>
        <w:rPr>
          <w:color w:val="666666"/>
          <w:sz w:val="18"/>
        </w:rPr>
        <w:t>Principles of Zakat in Islam 11 May 2007 - Maulana Wahiduddin Khan · 5m 31s · at 0:10 · https://youtu.be/RmfLc_lQrxs?t=10</w:t>
      </w:r>
    </w:p>
    <w:p>
      <w:r>
        <w:rPr>
          <w:i/>
        </w:rPr>
        <w:t>“I would like to tell you something about the principle of Zakat in Islam.”</w:t>
      </w:r>
    </w:p>
    <w:p>
      <w:r>
        <w:rPr>
          <w:sz w:val="20"/>
        </w:rPr>
        <w:t>0:10  I would like to tell you something about the principle of Zakat in Islam. You know there are 5 pillars, according to a Hadith, there are 5 pillars of Islam.</w:t>
      </w:r>
      <w:r>
        <w:br/>
      </w:r>
      <w:r>
        <w:rPr>
          <w:sz w:val="20"/>
        </w:rPr>
        <w:t>0:25  One of these 5 pillars is Zakat. Z-A-K-A-T.</w:t>
      </w:r>
      <w:r>
        <w:br/>
      </w:r>
      <w:r>
        <w:rPr>
          <w:sz w:val="20"/>
        </w:rPr>
        <w:t>0:35  So what are those 5 pillars? And what is the place of Zakat in this system of 5 pillars?</w:t>
      </w:r>
      <w:r>
        <w:br/>
      </w:r>
      <w:r>
        <w:rPr>
          <w:sz w:val="20"/>
        </w:rPr>
        <w:t>0:46  I think that these 5 pillars cover all the human life. All the aspects of human life.</w:t>
      </w:r>
      <w:r>
        <w:br/>
      </w:r>
      <w:r>
        <w:rPr>
          <w:sz w:val="20"/>
        </w:rPr>
        <w:t>0:56  These 5 pillars are not simply religious pillars. Religious pillars. No. These are life pillars.</w:t>
      </w:r>
      <w:r>
        <w:br/>
      </w:r>
      <w:r>
        <w:rPr>
          <w:sz w:val="20"/>
        </w:rPr>
        <w:t>1:04  According to my analysis, there are distinctively 5 pillars of your life.</w:t>
      </w:r>
      <w:r>
        <w:br/>
      </w:r>
      <w:r>
        <w:rPr>
          <w:sz w:val="20"/>
        </w:rPr>
        <w:t>1:15  Pillar means aspect. So there are 5 aspects of human life. And these 5 pillars cover.</w:t>
      </w:r>
      <w:r>
        <w:br/>
      </w:r>
      <w:r>
        <w:rPr>
          <w:sz w:val="20"/>
        </w:rPr>
        <w:t>1:28  All those 5 aspects are pillars of human life. Now, what are those 5</w:t>
      </w:r>
      <w:r>
        <w:br/>
      </w:r>
      <w:r>
        <w:rPr>
          <w:sz w:val="20"/>
        </w:rPr>
        <w:t>1:36  aspects? First of all,</w:t>
      </w:r>
      <w:r>
        <w:br/>
      </w:r>
      <w:r>
        <w:rPr>
          <w:sz w:val="20"/>
        </w:rPr>
        <w:t>1:41  man is a thinking animal.</w:t>
      </w:r>
      <w:r>
        <w:br/>
      </w:r>
      <w:r>
        <w:rPr>
          <w:sz w:val="20"/>
        </w:rPr>
        <w:t>1:46  So thinking is one aspect of life. It is called that. It is said that man is a thinking animal.</w:t>
      </w:r>
      <w:r>
        <w:br/>
      </w:r>
      <w:r>
        <w:rPr>
          <w:sz w:val="20"/>
        </w:rPr>
        <w:t>1:55  So thinking is</w:t>
      </w:r>
      <w:r>
        <w:br/>
      </w:r>
      <w:r>
        <w:rPr>
          <w:sz w:val="20"/>
        </w:rPr>
        <w:t>1:59  an aspect of human life. You can say thought. The first pillar is thought.</w:t>
      </w:r>
      <w:r>
        <w:br/>
      </w:r>
      <w:r>
        <w:rPr>
          <w:sz w:val="20"/>
        </w:rPr>
        <w:t>2:09  Then time. Everyone has time. Time is the most precious asset of your life.</w:t>
      </w:r>
      <w:r>
        <w:br/>
      </w:r>
      <w:r>
        <w:rPr>
          <w:sz w:val="20"/>
        </w:rPr>
        <w:t>2:19  Then</w:t>
      </w:r>
      <w:r>
        <w:br/>
      </w:r>
      <w:r>
        <w:rPr>
          <w:sz w:val="20"/>
        </w:rPr>
        <w:t>2:22  you have desires. Everyone is full of desires. So desires are also part of human life. Then you have time.</w:t>
      </w:r>
      <w:r>
        <w:br/>
      </w:r>
      <w:r>
        <w:rPr>
          <w:sz w:val="20"/>
        </w:rPr>
        <w:t>2:35  It is said that time is everything. So you have time.</w:t>
      </w:r>
      <w:r>
        <w:br/>
      </w:r>
      <w:r>
        <w:rPr>
          <w:sz w:val="20"/>
        </w:rPr>
        <w:t>2:42  Then</w:t>
      </w:r>
      <w:r>
        <w:br/>
      </w:r>
      <w:r>
        <w:rPr>
          <w:sz w:val="20"/>
        </w:rPr>
        <w:t>2:45  you have money. Everyone has some money.</w:t>
      </w:r>
      <w:r>
        <w:br/>
      </w:r>
      <w:r>
        <w:rPr>
          <w:sz w:val="20"/>
        </w:rPr>
        <w:t>2:55  More or less. Then everyone wants to set a goal. Setting a goal is also a part of human life.</w:t>
      </w:r>
      <w:r>
        <w:br/>
      </w:r>
      <w:r>
        <w:rPr>
          <w:sz w:val="20"/>
        </w:rPr>
        <w:t>3:08  So these are 5 aspects: thought, time, desires,</w:t>
      </w:r>
      <w:r>
        <w:br/>
      </w:r>
      <w:r>
        <w:rPr>
          <w:sz w:val="20"/>
        </w:rPr>
        <w:t>3:15  money, and goal. I think that these are 5 aspects of human life. And these 5 aspects cover all the...</w:t>
      </w:r>
      <w:r>
        <w:br/>
      </w:r>
      <w:r>
        <w:rPr>
          <w:sz w:val="20"/>
        </w:rPr>
        <w:t>3:30  all the human personality.</w:t>
      </w:r>
      <w:r>
        <w:br/>
      </w:r>
      <w:r>
        <w:rPr>
          <w:sz w:val="20"/>
        </w:rPr>
        <w:t>3:35  So these 5 pillars of Islam</w:t>
      </w:r>
      <w:r>
        <w:br/>
      </w:r>
      <w:r>
        <w:rPr>
          <w:sz w:val="20"/>
        </w:rPr>
        <w:t>3:40  cover all these 5 aspects of human life. So I can say these 5 pillars mean...</w:t>
      </w:r>
      <w:r>
        <w:br/>
      </w:r>
      <w:r>
        <w:rPr>
          <w:sz w:val="20"/>
        </w:rPr>
        <w:t>3:49  Art of thought management. Art of time management. Art of</w:t>
      </w:r>
      <w:r>
        <w:br/>
      </w:r>
      <w:r>
        <w:rPr>
          <w:sz w:val="20"/>
        </w:rPr>
        <w:t>3:58  desire management. Art of money management. And art of goal management.</w:t>
      </w:r>
      <w:r>
        <w:br/>
      </w:r>
      <w:r>
        <w:rPr>
          <w:sz w:val="20"/>
        </w:rPr>
        <w:t>4:08  Setting a goal. So according to the Hadith, the... the Hadith is</w:t>
      </w:r>
      <w:r>
        <w:br/>
      </w:r>
      <w:r>
        <w:rPr>
          <w:sz w:val="20"/>
        </w:rPr>
        <w:t>4:15  like this. These are the Arabic words of Hadith: bani al-islam ala khams: shahadat la ilaha illallah, wa iqam al-salat, wa ita al-zakat,</w:t>
      </w:r>
      <w:r>
        <w:br/>
      </w:r>
      <w:r>
        <w:rPr>
          <w:sz w:val="20"/>
        </w:rPr>
        <w:t>4:31  wa al-hajj, wa sawm ramadan.</w:t>
      </w:r>
      <w:r>
        <w:br/>
      </w:r>
      <w:r>
        <w:rPr>
          <w:sz w:val="20"/>
        </w:rPr>
        <w:t>4:35  These are 5 pillars. The first is Kalimah.</w:t>
      </w:r>
      <w:r>
        <w:br/>
      </w:r>
      <w:r>
        <w:rPr>
          <w:sz w:val="20"/>
        </w:rPr>
        <w:t>4:42  Kalimah, word of tawhid. That represents art of thought management. When you say la ilaha illallah, there is no God but one God.</w:t>
      </w:r>
      <w:r>
        <w:br/>
      </w:r>
      <w:r>
        <w:rPr>
          <w:sz w:val="20"/>
        </w:rPr>
        <w:t>4:59  So you are</w:t>
      </w:r>
      <w:r>
        <w:br/>
      </w:r>
      <w:r>
        <w:rPr>
          <w:sz w:val="20"/>
        </w:rPr>
        <w:t>5:01  managing your thought process.</w:t>
      </w:r>
      <w:r>
        <w:br/>
      </w:r>
      <w:r>
        <w:rPr>
          <w:sz w:val="20"/>
        </w:rPr>
        <w:t>5:07  So it is art of thought management. Then Salat, 5 time prayers. That is management of time.</w:t>
      </w:r>
      <w:r>
        <w:br/>
      </w:r>
      <w:r>
        <w:rPr>
          <w:sz w:val="20"/>
        </w:rPr>
        <w:t>5:18  So Salat means... So Salat means art of time management.</w:t>
      </w:r>
      <w:r>
        <w:br/>
      </w:r>
      <w:r>
        <w:rPr>
          <w:sz w:val="20"/>
        </w:rPr>
        <w:t>5:26  Then there is money. And Zakat pertains to money. So Zakat means art of money management.</w:t>
      </w:r>
    </w:p>
    <w:p>
      <w:pPr>
        <w:pStyle w:val="Heading2"/>
      </w:pPr>
      <w:r>
        <w:t>Hadith on thanking people and angel recording</w:t>
      </w:r>
    </w:p>
    <w:p>
      <w:r>
        <w:rPr>
          <w:color w:val="666666"/>
          <w:sz w:val="18"/>
        </w:rPr>
        <w:t>Shukr 18 Jan 2020 - Maulana Wahiduddin Khan · 4m 49s · at 15:49 · https://youtu.be/5gy8neGGM_E?t=949</w:t>
      </w:r>
    </w:p>
    <w:p>
      <w:r>
        <w:rPr>
          <w:i/>
        </w:rPr>
        <w:t>“Jo hadith abhi Farhad sahib ne batayi”</w:t>
      </w:r>
    </w:p>
    <w:p>
      <w:r>
        <w:rPr>
          <w:sz w:val="20"/>
        </w:rPr>
        <w:t>15:49  jo hadith abhi Farhad sahib ne batai ke jo shakhs insaan ka bhi shukr ada nahi karta, acknowledge nahi karta, woh goya Allah ka bhi shukr nahi karta.</w:t>
      </w:r>
      <w:r>
        <w:br/>
      </w:r>
      <w:r>
        <w:rPr>
          <w:sz w:val="20"/>
        </w:rPr>
        <w:t>16:03  toh is mein ek pehlu yeh bhi hai ke Allah taala direct saamne aa ke kisi insaan ki help nahi karta balkeh kisi insaan ke zariye help karta hai.</w:t>
      </w:r>
      <w:r>
        <w:br/>
      </w:r>
      <w:r>
        <w:rPr>
          <w:sz w:val="20"/>
        </w:rPr>
        <w:t>16:15  toh aam taur par log Alhamdulillah, Alhamdulillah toh kehte hain lekin jis shakhs ne uski help ki, usko bhool jate hain.</w:t>
      </w:r>
      <w:r>
        <w:br/>
      </w:r>
      <w:r>
        <w:rPr>
          <w:sz w:val="20"/>
        </w:rPr>
        <w:t>16:25  toh is baat ko is hadith mein bataya gaya hai. Aur yeh hai ke pehle insaan ka shukr karo, phir Allah ka shukr ada karo.</w:t>
      </w:r>
      <w:r>
        <w:br/>
      </w:r>
      <w:r>
        <w:rPr>
          <w:sz w:val="20"/>
        </w:rPr>
        <w:t>16:35  Maulana, koi agar shukr ke culture mein nahi jeeta hai toh us se kya kya nuksan hai? Nuksan toh yahi hai ke farishton ka register hai,</w:t>
      </w:r>
      <w:r>
        <w:br/>
      </w:r>
      <w:r>
        <w:rPr>
          <w:sz w:val="20"/>
        </w:rPr>
        <w:t>16:49  wahan uska indraaj nahi hua. Farishton ke register mein woh register nahi hua.</w:t>
      </w:r>
      <w:r>
        <w:br/>
      </w:r>
      <w:r>
        <w:rPr>
          <w:sz w:val="20"/>
        </w:rPr>
        <w:t>17:03  mein sochta hoon ke insaan jab gehrai ke sath kisi cheez ko discover karta hai to apne ko is qael banata hai ke farishte ke kal culture mein is is ka indraj ho.</w:t>
      </w:r>
      <w:r>
        <w:br/>
      </w:r>
      <w:r>
        <w:rPr>
          <w:sz w:val="20"/>
        </w:rPr>
        <w:t>17:29  misalan dekhiye,</w:t>
      </w:r>
      <w:r>
        <w:br/>
      </w:r>
      <w:r>
        <w:rPr>
          <w:sz w:val="20"/>
        </w:rPr>
        <w:t>17:34  ek sahab se maine yeh baat kahi ke aap ko mujh se bol kar shukr ada karana chahiye. to unhon ne kaha ke dil mein duaiye, lekin yeh kafi nahi hai.</w:t>
      </w:r>
      <w:r>
        <w:br/>
      </w:r>
      <w:r>
        <w:rPr>
          <w:sz w:val="20"/>
        </w:rPr>
        <w:t>17:49  aap ko bolna chahiye taake farishton ke register mein is ka indraj ho. aap nahi bolenge aur dil mein rakhenge to woh farishton ke register mein indraj nahi hua.</w:t>
      </w:r>
      <w:r>
        <w:br/>
      </w:r>
      <w:r>
        <w:rPr>
          <w:sz w:val="20"/>
        </w:rPr>
        <w:t>18:08  yeh maine is liye samjha hai ke quran mein ayat hai ke</w:t>
      </w:r>
      <w:r>
        <w:br/>
      </w:r>
      <w:r>
        <w:rPr>
          <w:sz w:val="20"/>
        </w:rPr>
        <w:t>18:18  woh kya hai: "ma yalfaz min qaul illa"</w:t>
      </w:r>
      <w:r>
        <w:br/>
      </w:r>
      <w:r>
        <w:rPr>
          <w:sz w:val="20"/>
        </w:rPr>
        <w:t>18:21  . az yatlaqal qalam talqiyan an al yameen wa an al shimal qaeed mayalfaz min qaul illa ladaihi raqeeb ateed.</w:t>
      </w:r>
      <w:r>
        <w:br/>
      </w:r>
      <w:r>
        <w:rPr>
          <w:sz w:val="20"/>
        </w:rPr>
        <w:t>18:33  surah qaf ayat number 17, 18. jab do lene wale le likh lete hain ek taraf dayen aur bayen, insaan munh se koi lafz nahi nikalta magar us ke pas nigheban tayar hai.</w:t>
      </w:r>
      <w:r>
        <w:br/>
      </w:r>
      <w:r>
        <w:rPr>
          <w:sz w:val="20"/>
        </w:rPr>
        <w:t>18:54  dekhiye, is se maine yeh ek baat pakdi hai</w:t>
      </w:r>
      <w:r>
        <w:br/>
      </w:r>
      <w:r>
        <w:rPr>
          <w:sz w:val="20"/>
        </w:rPr>
        <w:t>19:00  ke kuch jagah koi iqrar ya koi baat agar aap ke dil mein hai to farishte ka hissa ban nahi nahi aayega.</w:t>
      </w:r>
      <w:r>
        <w:br/>
      </w:r>
      <w:r>
        <w:rPr>
          <w:sz w:val="20"/>
        </w:rPr>
        <w:t>19:15  farishte is waqt pakadte hain jab woh lafz ki surat ikhtiyar karega.</w:t>
      </w:r>
      <w:r>
        <w:br/>
      </w:r>
      <w:r>
        <w:rPr>
          <w:sz w:val="20"/>
        </w:rPr>
        <w:t>19:24  yani bol ban jaye, aelan ban jaye. jab bol ban jati hai to aelan hota ho jata hai.</w:t>
      </w:r>
      <w:r>
        <w:br/>
      </w:r>
      <w:r>
        <w:rPr>
          <w:sz w:val="20"/>
        </w:rPr>
        <w:t>19:33  woh jab tak aap announce na karein, us waqt woh lafz, woh farishton ke record mein nahi aayega.</w:t>
      </w:r>
      <w:r>
        <w:br/>
      </w:r>
      <w:r>
        <w:rPr>
          <w:sz w:val="20"/>
        </w:rPr>
        <w:t>19:52  is liye insaan ko chahiye ke agar woh chahta hai ke is ka amal, is ka acknowledgement farishton ke record mein aa jaye to bol kar is ka aelan kare ke mujh ko falan shakhs se yeh cheez mili.</w:t>
      </w:r>
      <w:r>
        <w:br/>
      </w:r>
      <w:r>
        <w:rPr>
          <w:sz w:val="20"/>
        </w:rPr>
        <w:t>20:15  yani bole hue acknowledgement ka record hota hai farishton ke haan. jo acknowledgement bol na bane to farishton ke record mein bhi nahi aayega.</w:t>
      </w:r>
    </w:p>
    <w:p>
      <w:pPr>
        <w:pStyle w:val="Heading2"/>
      </w:pPr>
      <w:r>
        <w:t>Ijtihad as eternal reapplication</w:t>
      </w:r>
    </w:p>
    <w:p>
      <w:r>
        <w:rPr>
          <w:color w:val="666666"/>
          <w:sz w:val="18"/>
        </w:rPr>
        <w:t>An Introduction to Islamic Fiqh July 27, 2007 Maulana Wahiduddin Khan · 5m 30s · at 53:12 · https://youtu.be/6aEZ4hFo1KY?t=3192</w:t>
      </w:r>
    </w:p>
    <w:p>
      <w:r>
        <w:rPr>
          <w:i/>
        </w:rPr>
        <w:t>“Literally Ijtihad means to strive”</w:t>
      </w:r>
    </w:p>
    <w:p>
      <w:r>
        <w:rPr>
          <w:sz w:val="20"/>
        </w:rPr>
        <w:t>53:12  Then what is Ijtihad?</w:t>
      </w:r>
      <w:r>
        <w:br/>
      </w:r>
      <w:r>
        <w:rPr>
          <w:sz w:val="20"/>
        </w:rPr>
        <w:t>53:16  Literally Ijtihad means to strive, to strive. You know Islam is an eternal ideology but situation varies.</w:t>
      </w:r>
      <w:r>
        <w:br/>
      </w:r>
      <w:r>
        <w:rPr>
          <w:sz w:val="20"/>
        </w:rPr>
        <w:t>53:34  Situation varies, situation depends upon civilizational journey.</w:t>
      </w:r>
      <w:r>
        <w:br/>
      </w:r>
      <w:r>
        <w:rPr>
          <w:sz w:val="20"/>
        </w:rPr>
        <w:t>53:42  Civilization is always in journey, civilization is always in travel. So there is always changes in the situation.</w:t>
      </w:r>
      <w:r>
        <w:br/>
      </w:r>
      <w:r>
        <w:rPr>
          <w:sz w:val="20"/>
        </w:rPr>
        <w:t>53:52  So although Islam is an eternal religion but every time there is a question, every time there is a question how to adjust with the changing conditions,</w:t>
      </w:r>
      <w:r>
        <w:br/>
      </w:r>
      <w:r>
        <w:rPr>
          <w:sz w:val="20"/>
        </w:rPr>
        <w:t>54:15  how to accommodate with the changing conditions. So here we need Ijtihad. Ijtihad means at one side you have full knowledge of Islamic teachings.</w:t>
      </w:r>
      <w:r>
        <w:br/>
      </w:r>
      <w:r>
        <w:rPr>
          <w:sz w:val="20"/>
        </w:rPr>
        <w:t>54:36  On one side it means that you have good knowledge in Arabic language, you have good knowledge of Quran and Hadith</w:t>
      </w:r>
      <w:r>
        <w:br/>
      </w:r>
      <w:r>
        <w:rPr>
          <w:sz w:val="20"/>
        </w:rPr>
        <w:t>54:46  . Then you consider the given situation, then you find ways to reapply those eternal principles in your present situation.</w:t>
      </w:r>
      <w:r>
        <w:br/>
      </w:r>
      <w:r>
        <w:rPr>
          <w:sz w:val="20"/>
        </w:rPr>
        <w:t>55:03  So Ijtihad means to find ways of reapplication, to find ways of reapplication of Islam in your situation.</w:t>
      </w:r>
      <w:r>
        <w:br/>
      </w:r>
      <w:r>
        <w:rPr>
          <w:sz w:val="20"/>
        </w:rPr>
        <w:t>55:16  In this sense Ijtihad is very important, very, very important. You know in the book Sahih al-Bukhari is a very authentic book of Hadith.</w:t>
      </w:r>
      <w:r>
        <w:br/>
      </w:r>
      <w:r>
        <w:rPr>
          <w:sz w:val="20"/>
        </w:rPr>
        <w:t>55:34  In Sahih al-Bukhari there is a Hadith the Prophet of Islam has said that</w:t>
      </w:r>
      <w:r>
        <w:br/>
      </w:r>
      <w:r>
        <w:rPr>
          <w:sz w:val="20"/>
        </w:rPr>
        <w:t>55:45  "Al-Mujtahid yuhtho ghayusib."</w:t>
      </w:r>
      <w:r>
        <w:br/>
      </w:r>
      <w:r>
        <w:rPr>
          <w:sz w:val="20"/>
        </w:rPr>
        <w:t>55:51  In this saying the Prophet of Islam has said that when you try to go to Ijtihad, in this Hadith the Prophet of Islam says that always try to go to Ijtihad and every time in every place.</w:t>
      </w:r>
      <w:r>
        <w:br/>
      </w:r>
      <w:r>
        <w:rPr>
          <w:sz w:val="20"/>
        </w:rPr>
        <w:t>56:13  So according to this Hadith Ijtihad is a permanent process, eternal process</w:t>
      </w:r>
      <w:r>
        <w:br/>
      </w:r>
      <w:r>
        <w:rPr>
          <w:sz w:val="20"/>
        </w:rPr>
        <w:t>56:23  . So the Prophet of Islam has said that if your Ijtihad isright you will be rewarded, double reward and if your Ijtihad is wrong you will be rewarded, one reward.</w:t>
      </w:r>
      <w:r>
        <w:br/>
      </w:r>
      <w:r>
        <w:rPr>
          <w:sz w:val="20"/>
        </w:rPr>
        <w:t>56:42  So according to this Hadith here the Prophet of Islam has encouraged to continue the process of Ijtihad even by taking risk</w:t>
      </w:r>
      <w:r>
        <w:br/>
      </w:r>
      <w:r>
        <w:rPr>
          <w:sz w:val="20"/>
        </w:rPr>
        <w:t>56:56  . If there is risk that you may</w:t>
      </w:r>
      <w:r>
        <w:br/>
      </w:r>
      <w:r>
        <w:rPr>
          <w:sz w:val="20"/>
        </w:rPr>
        <w:t>57:03  be wrong in your Ijtihad, you will commit some mistakes, even then you have to try to Ijtihad because without Ijtihad we fall into stagnation.</w:t>
      </w:r>
      <w:r>
        <w:br/>
      </w:r>
      <w:r>
        <w:rPr>
          <w:sz w:val="20"/>
        </w:rPr>
        <w:t>57:21  As situations vary, as conditions vary so it is a need of Islam to reapply all those eternal principles in every given situation.</w:t>
      </w:r>
      <w:r>
        <w:br/>
      </w:r>
      <w:r>
        <w:rPr>
          <w:sz w:val="20"/>
        </w:rPr>
        <w:t>57:38  If you stop Ijtihad then it is not good for Islam, it will create stagnation, it will create incompatibility between Islam and the present situation.</w:t>
      </w:r>
      <w:r>
        <w:br/>
      </w:r>
      <w:r>
        <w:rPr>
          <w:sz w:val="20"/>
        </w:rPr>
        <w:t>57:57  So it is not correct.</w:t>
      </w:r>
      <w:r>
        <w:br/>
      </w:r>
      <w:r>
        <w:rPr>
          <w:sz w:val="20"/>
        </w:rPr>
        <w:t>58:02  So Ijtihad is very important. Ijtihad is a permanent process</w:t>
      </w:r>
      <w:r>
        <w:br/>
      </w:r>
      <w:r>
        <w:rPr>
          <w:sz w:val="20"/>
        </w:rPr>
        <w:t>58:08  . Ijtihad is a non-stop process of Muslim Ummah.</w:t>
      </w:r>
      <w:r>
        <w:br/>
      </w:r>
      <w:r>
        <w:rPr>
          <w:sz w:val="20"/>
        </w:rPr>
        <w:t>58:16  Ijtihad means not inventing a new religion. Ijtihad does not mean to invent a new religion. Ijtihad does not mean to revise the Islamic tenets.</w:t>
      </w:r>
      <w:r>
        <w:br/>
      </w:r>
      <w:r>
        <w:rPr>
          <w:sz w:val="20"/>
        </w:rPr>
        <w:t>58:28  No. Ijtihad means seeking reapplication. Ijtihad means seeking reapplication,</w:t>
      </w:r>
    </w:p>
    <w:p>
      <w:pPr>
        <w:pStyle w:val="Heading2"/>
      </w:pPr>
      <w:r>
        <w:t>Self-awareness and internal struggle</w:t>
      </w:r>
    </w:p>
    <w:p>
      <w:r>
        <w:rPr>
          <w:color w:val="666666"/>
          <w:sz w:val="18"/>
        </w:rPr>
        <w:t>AL RISALA JUNE 2017 - AUDIO VERSION · 5m 30s · at 33:57 · https://youtu.be/Qa5wquQq-s8?t=2037</w:t>
      </w:r>
    </w:p>
    <w:p>
      <w:r>
        <w:rPr>
          <w:i/>
        </w:rPr>
        <w:t>“Quran mein nafsiyati haqiqat”</w:t>
      </w:r>
    </w:p>
    <w:p>
      <w:r>
        <w:rPr>
          <w:sz w:val="20"/>
        </w:rPr>
        <w:t>33:57  apni taameer aap. Quran mein ek nafisyati haqeeqat ko in alfaaz mein bayan kiya gaya hai: "bal al-insanu 'ala nafsihi baseerun wa law alqa ma'adheerahu".</w:t>
      </w:r>
      <w:r>
        <w:br/>
      </w:r>
      <w:r>
        <w:rPr>
          <w:sz w:val="20"/>
        </w:rPr>
        <w:t>34:12  yani balkeh insan khud apne aap se khoob ba khabar hai chahe woh kitne hi azraat pesh kare.</w:t>
      </w:r>
      <w:r>
        <w:br/>
      </w:r>
      <w:r>
        <w:rPr>
          <w:sz w:val="20"/>
        </w:rPr>
        <w:t>34:21  Quran ki is ayat mein ek nafisyati haqeeqat ka hawala diya gaya hai. yeh nafisyati haqeeqat har insan ke liye ek hujjat dakhili ki hesiyat rakhti hai.</w:t>
      </w:r>
      <w:r>
        <w:br/>
      </w:r>
      <w:r>
        <w:rPr>
          <w:sz w:val="20"/>
        </w:rPr>
        <w:t>34:34  insan bazahir doosre haiwanat ki tarah ek haiwan hai magar insan ke andar ek sifat aisi hai jo is ke liye ghair mushtarak sifat ki hesiyat rakhti hai.</w:t>
      </w:r>
      <w:r>
        <w:br/>
      </w:r>
      <w:r>
        <w:rPr>
          <w:sz w:val="20"/>
        </w:rPr>
        <w:t>34:48  yeh sifat sirf insan ke andar pai jati hai, kisi aur haiwan ke andar nahin. ego ki sifat insan aur doosre tamam haiwanat mein ghair mushtarak taur par pai jati hai.</w:t>
      </w:r>
      <w:r>
        <w:br/>
      </w:r>
      <w:r>
        <w:rPr>
          <w:sz w:val="20"/>
        </w:rPr>
        <w:t>35:03  kisi mein kam, kisi mein zyada. magar ek izafi sifat hai jo sirf insan ko di gayi hai. yeh sifat kisi bhi haiwan ke andar mutlaq taur par maujood nahin hai.</w:t>
      </w:r>
      <w:r>
        <w:br/>
      </w:r>
      <w:r>
        <w:rPr>
          <w:sz w:val="20"/>
        </w:rPr>
        <w:t>35:18  yeh hai zamir yani conscience ki sifat. yani self ke sath anti self ki sifat. yeh farq batata hai ke insan se yeh matloob hai ke woh ek self made man bane aur is ki soorat yeh hai ke woh apni nigrani khud kare.</w:t>
      </w:r>
      <w:r>
        <w:br/>
      </w:r>
      <w:r>
        <w:rPr>
          <w:sz w:val="20"/>
        </w:rPr>
        <w:t>35:37  woh apne andar self correction ka process jari kare. woh taameer khwish ka namuna ban jaye. insan ko is ke khaliq ne mixture of opposites banaya hai.</w:t>
      </w:r>
      <w:r>
        <w:br/>
      </w:r>
      <w:r>
        <w:rPr>
          <w:sz w:val="20"/>
        </w:rPr>
        <w:t>35:51  yeh insan ke upar is ke khaliq ka ehsan azeem hai. khaliq yeh chahta hai ke insan self discovery ki satah par khara ho.</w:t>
      </w:r>
      <w:r>
        <w:br/>
      </w:r>
      <w:r>
        <w:rPr>
          <w:sz w:val="20"/>
        </w:rPr>
        <w:t>36:02  woh apni ghalti ko khud daryaft kar ke is ki islaah karta rahe. Khuda ki kitab aur kainat ki nishaniyan bilashuba insan ke liye madadgar hain.</w:t>
      </w:r>
      <w:r>
        <w:br/>
      </w:r>
      <w:r>
        <w:rPr>
          <w:sz w:val="20"/>
        </w:rPr>
        <w:t>36:14  isi ke sath insan ko yeh karna hai ke woh apne aap ko khud apne amal se jannat ke liye ek mustahiq ummeedwar yani deserving candidate banaye.</w:t>
      </w:r>
      <w:r>
        <w:br/>
      </w:r>
      <w:r>
        <w:rPr>
          <w:sz w:val="20"/>
        </w:rPr>
        <w:t>36:28  insan ke liye Allah ne jannat ko muqaddar kiya hai. jannat insan ka habitat hai. jannat woh jagah hai jahan insan ki tamam khwahishen poori hon gi.</w:t>
      </w:r>
      <w:r>
        <w:br/>
      </w:r>
      <w:r>
        <w:rPr>
          <w:sz w:val="20"/>
        </w:rPr>
        <w:t>36:42  jahan insan ko mukammal maanon mein fulfillment hasil hoga. is qism ki jannat bilashuba insan ke liye khaliq ka sab se bara atiya hai.</w:t>
      </w:r>
      <w:r>
        <w:br/>
      </w:r>
      <w:r>
        <w:rPr>
          <w:sz w:val="20"/>
        </w:rPr>
        <w:t>36:55  insan ke upar khaliq ka mazeed ehsan yeh hai ke is ne yeh faisla kiya ke insan ko jannat yeh keh kar di jaye ke tum ko jannat bator istihqaaq di ja rahi hai.</w:t>
      </w:r>
      <w:r>
        <w:br/>
      </w:r>
      <w:r>
        <w:rPr>
          <w:sz w:val="20"/>
        </w:rPr>
        <w:t>37:08  agarche dene wala phir bhi khaliq hoga. khaliq ke baghair insan is dunya mein koi bhi cheez hasil nahi kar sakta.</w:t>
      </w:r>
      <w:r>
        <w:br/>
      </w:r>
      <w:r>
        <w:rPr>
          <w:sz w:val="20"/>
        </w:rPr>
        <w:t>37:18  lekin yeh khaliq ki khasoosi inayat hai ke woh insan ko jannat yeh keh kar de ke tum ne apne amal se apne aap ko jannat ka mustahiq sabit kiya hai.</w:t>
      </w:r>
      <w:r>
        <w:br/>
      </w:r>
      <w:r>
        <w:rPr>
          <w:sz w:val="20"/>
        </w:rPr>
        <w:t>37:31  is liye tum ko jannat di ja rahi hai. ab tum is mein abadi tor par dar aur khauf se mehfooz ho kar qayam karo.</w:t>
      </w:r>
      <w:r>
        <w:br/>
      </w:r>
      <w:r>
        <w:rPr>
          <w:sz w:val="20"/>
        </w:rPr>
        <w:t>37:41  is silsile mein ek hadith ka mutala bohat ahem hai. woh hadith in alfaz mein aayi hai: "wallazi nafsi biyadih law lam tudhnabu lazahab Allahu bikum walaja bi qawmin yudhnibuna fastaghfirunallaha fiyaghfiru lahum".</w:t>
      </w:r>
      <w:r>
        <w:br/>
      </w:r>
      <w:r>
        <w:rPr>
          <w:sz w:val="20"/>
        </w:rPr>
        <w:t>38:04  sahih muslim. yani is zaat ki qasam jis ke hath mein meri jaan hai, agar tum gunah na karo to Allah tum ko hata de ga aur aisi qaum ko laye ga jo gunah kare phir Allah se maghfirat talab kare to Allah unhein maaf farma de ga.</w:t>
      </w:r>
      <w:r>
        <w:br/>
      </w:r>
      <w:r>
        <w:rPr>
          <w:sz w:val="20"/>
        </w:rPr>
        <w:t>38:24  is hadith mein gunah aur maghfirat ka zikr hai. is se maloom hota hai ke is mamle mein ziyada ahem baat kya hai.</w:t>
      </w:r>
      <w:r>
        <w:br/>
      </w:r>
      <w:r>
        <w:rPr>
          <w:sz w:val="20"/>
        </w:rPr>
        <w:t>38:33  woh gunah ke aur maghfirat ke darmiyan jari hone wala nafsiati amal yani psychological process hai.</w:t>
      </w:r>
      <w:r>
        <w:br/>
      </w:r>
      <w:r>
        <w:rPr>
          <w:sz w:val="20"/>
        </w:rPr>
        <w:t>38:42  jab insan koi gunah karta hai to woh is ke ego ka feal hota hai magar ain usi waqt insan ki doosri sifat zamir jaag uthti hai.</w:t>
      </w:r>
      <w:r>
        <w:br/>
      </w:r>
      <w:r>
        <w:rPr>
          <w:sz w:val="20"/>
        </w:rPr>
        <w:t>38:54  is ke andar shadeed nadamat ka amal jari ho jata hai. is tarah insan ke andar ek dakhili struggle jari ho jata hai.</w:t>
      </w:r>
      <w:r>
        <w:br/>
      </w:r>
      <w:r>
        <w:rPr>
          <w:sz w:val="20"/>
        </w:rPr>
        <w:t>39:03  yani ego aur zamir ya self aur anti-self ke darmiyan dakhili struggle. is dakhili struggle ke zariye insan ke andar ek nayi shakhsiyat emerge karti hai.</w:t>
      </w:r>
      <w:r>
        <w:br/>
      </w:r>
      <w:r>
        <w:rPr>
          <w:sz w:val="20"/>
        </w:rPr>
        <w:t>39:18  yeh shakhsiyat ehsas-e-khata ke baghair ban nahi sakti.</w:t>
      </w:r>
    </w:p>
    <w:p>
      <w:pPr>
        <w:pStyle w:val="Heading2"/>
      </w:pPr>
      <w:r>
        <w:t>full case against the complete-religion misinterpretation</w:t>
      </w:r>
    </w:p>
    <w:p>
      <w:r>
        <w:rPr>
          <w:color w:val="666666"/>
          <w:sz w:val="18"/>
        </w:rPr>
        <w:t>Misconceptions About Islam May 13, 2006 · 4m 20s · at 3:22 · https://youtu.be/EQ79CIexXHY?t=202</w:t>
      </w:r>
    </w:p>
    <w:p>
      <w:r>
        <w:rPr>
          <w:i/>
        </w:rPr>
        <w:t>“Aap Arab world mein jaayen, har aalim kahega: Islam deen shamil o kamil”</w:t>
      </w:r>
    </w:p>
    <w:p>
      <w:r>
        <w:rPr>
          <w:sz w:val="20"/>
        </w:rPr>
        <w:t>3:22  aap arab world mein jaen, kisi bhi aalim se milein, aap to kya kahega? woh islam deen shamil-o-kamil, bare fakhr ke sath kahega.</w:t>
      </w:r>
      <w:r>
        <w:br/>
      </w:r>
      <w:r>
        <w:rPr>
          <w:sz w:val="20"/>
        </w:rPr>
        <w:t>3:31  woh islam deen shamil-o-kamil ke islam complete religion hai. bohat fakhr ke sath kahega har aalim, har scholar ke islam complete religion hai.</w:t>
      </w:r>
      <w:r>
        <w:br/>
      </w:r>
      <w:r>
        <w:rPr>
          <w:sz w:val="20"/>
        </w:rPr>
        <w:t>3:46  ab hum poochte hain, kahan likha hua hai bhai? kahan quran mein likha hua hai ke islam complete religion</w:t>
      </w:r>
      <w:r>
        <w:br/>
      </w:r>
      <w:r>
        <w:rPr>
          <w:sz w:val="20"/>
        </w:rPr>
        <w:t>3:51  hai, aur doosre jo hain, incomplete hain? kahin bhi nahin likha hua. nahin, yeh hai misinterpretation. alyawma akmaltu lakum deenakum ek ayat hai quran majeed mein, us ko galat matlab nikaal kar ke nikala hai ke islam mukammal mazhab hai.</w:t>
      </w:r>
      <w:r>
        <w:br/>
      </w:r>
      <w:r>
        <w:rPr>
          <w:sz w:val="20"/>
        </w:rPr>
        <w:t>4:05  yeh bilkul galat baat hai, baseless baat hai. is se kya hota hai? is se bohat bari kharabi paida hoti hai.</w:t>
      </w:r>
      <w:r>
        <w:br/>
      </w:r>
      <w:r>
        <w:rPr>
          <w:sz w:val="20"/>
        </w:rPr>
        <w:t>4:16  woh kharabi kya hai? isi se sab kharabiyan nikli hain.</w:t>
      </w:r>
      <w:r>
        <w:br/>
      </w:r>
      <w:r>
        <w:rPr>
          <w:sz w:val="20"/>
        </w:rPr>
        <w:t>4:21  militant culture isi se nikla hai. kyun? jab aap yeh nazariya banayein ke islam ek mukammal mazhab hai, aur har cheez is ki juri hui hai, har cheez pe amal karna hai, to kya mind banta hai ke sirf namaz parhne se priority nahin milegi?</w:t>
      </w:r>
      <w:r>
        <w:br/>
      </w:r>
      <w:r>
        <w:rPr>
          <w:sz w:val="20"/>
        </w:rPr>
        <w:t>4:37  sirf character acha banane se priority nahin milegi? zaroori hai ke islam ke saare hi principle ko establish kiya jaye, yaani state tak pahunchaya jaye.</w:t>
      </w:r>
      <w:r>
        <w:br/>
      </w:r>
      <w:r>
        <w:rPr>
          <w:sz w:val="20"/>
        </w:rPr>
        <w:t>4:48  from belief to state, jab islam ek mukammal mazhab hai, to aqeeday se le kar politics se jab tak aap is ko establish na karein, tab tak islam complete nahin hua.</w:t>
      </w:r>
      <w:r>
        <w:br/>
      </w:r>
      <w:r>
        <w:rPr>
          <w:sz w:val="20"/>
        </w:rPr>
        <w:t>4:58  aap ka complete nahi hua to aap paradise bhi nahi milenge. aap ko yeh hai simple logic. is nazariye ne sari dunya mein militancy phaila rakhi hai, halanke nazariya bilkul jhoota nazariya hai, jhoot hai.</w:t>
      </w:r>
      <w:r>
        <w:br/>
      </w:r>
      <w:r>
        <w:rPr>
          <w:sz w:val="20"/>
        </w:rPr>
        <w:t>5:09  mujhe yeh kehne mein poora yaqeen hai ke jhoota nazariya hai. yeh kahin bhi Quran o Hadees mein likha hua nahi hai.</w:t>
      </w:r>
      <w:r>
        <w:br/>
      </w:r>
      <w:r>
        <w:rPr>
          <w:sz w:val="20"/>
        </w:rPr>
        <w:t>5:18  alyawm akmaltu lakum deenakum jo ayat hai, is ka matlab yeh nahi ke Islam mukammal mazhab hai. is ka matlab hai ke yeh ayat utri thi Madine ke aakhri zamane mein.</w:t>
      </w:r>
      <w:r>
        <w:br/>
      </w:r>
      <w:r>
        <w:rPr>
          <w:sz w:val="20"/>
        </w:rPr>
        <w:t>5:30  aap jante hain ke Rasool Allah ko bohat zyada mukhalifat hui Makka mein, phir Madine mein aaye to phir wahan bhi bohat se jhagde hue, ladaiyan hui.</w:t>
      </w:r>
      <w:r>
        <w:br/>
      </w:r>
      <w:r>
        <w:rPr>
          <w:sz w:val="20"/>
        </w:rPr>
        <w:t>5:40  to Islam ka taqreeban Rasool Allah ke zamane ka taqreeban 20 saal jo hai, isi mein guzar gaya.</w:t>
      </w:r>
      <w:r>
        <w:br/>
      </w:r>
      <w:r>
        <w:rPr>
          <w:sz w:val="20"/>
        </w:rPr>
        <w:t>5:50  aap jante hain ke 23 saal mein aap ki wafaat hui hai. to aakhri zamane mein yeh Quran ki aakhri ayat utri thi, aakhri ayat.</w:t>
      </w:r>
      <w:r>
        <w:br/>
      </w:r>
      <w:r>
        <w:rPr>
          <w:sz w:val="20"/>
        </w:rPr>
        <w:t>6:00  is ka matlab yeh hai ke Quran mein jo taleemat, jo teaching utarne wali thi, jo verses, jo chapters utarne wale the, woh aaj poore ho gaye.</w:t>
      </w:r>
      <w:r>
        <w:br/>
      </w:r>
      <w:r>
        <w:rPr>
          <w:sz w:val="20"/>
        </w:rPr>
        <w:t>6:10  aaj hum ne poora kar diya tumhare tumhare deen ko. is ko le lete hain absolute sense mein, yaani is ka matlab le lete hain ke deen ko mukammal kiya, deen ko mukammal nahi kiya.</w:t>
      </w:r>
      <w:r>
        <w:br/>
      </w:r>
      <w:r>
        <w:rPr>
          <w:sz w:val="20"/>
        </w:rPr>
        <w:t>6:24  Rasool Allah par jo Quran utarne wala tha, is ki aakhri verse utar gayi. is ka matlab sirf yeh hai</w:t>
      </w:r>
      <w:r>
        <w:br/>
      </w:r>
      <w:r>
        <w:rPr>
          <w:sz w:val="20"/>
        </w:rPr>
        <w:t>6:30  ke kitni bari fallacy yeh hai, kyunke yeh aqeeda hai ab mauqa ke poora Quran jo hai, utar chuka tha pehle lauh-e-mehfooz se, utara ja chuka tha.</w:t>
      </w:r>
      <w:r>
        <w:br/>
      </w:r>
      <w:r>
        <w:rPr>
          <w:sz w:val="20"/>
        </w:rPr>
        <w:t>6:43  phir najman najman utra woh Rasool Allah par. yeh aqeeda hai, kitabon mein likha hua hai ke lailatul qadr mein poora poora Quran utar diya gaya, lekin Rasool Allah par thoda thoda karke utarta raha hua hai.</w:t>
      </w:r>
      <w:r>
        <w:br/>
      </w:r>
      <w:r>
        <w:rPr>
          <w:sz w:val="20"/>
        </w:rPr>
        <w:t>6:59  to jo Quran Allah ke nazdeek tay tha ke yeh hai Quran, 114 is ke chapters hain, aur saadey che hazar is ke verses hain, yeh jo tha Quran, is ki aakhri ayat utar gayi.</w:t>
      </w:r>
      <w:r>
        <w:br/>
      </w:r>
      <w:r>
        <w:rPr>
          <w:sz w:val="20"/>
        </w:rPr>
        <w:t>7:14  yeh hai matlab is ka matlab kya nikal liya ke mukammal deen utar diya tumhare upar. ab kya hai ke lad lad lad lad karke mukammal deen ko establish karo, hukoomatein qaim karo.</w:t>
      </w:r>
      <w:r>
        <w:br/>
      </w:r>
      <w:r>
        <w:rPr>
          <w:sz w:val="20"/>
        </w:rPr>
        <w:t>7:29  isi ki wajah se aap dekh rahe hain ke har jagah Musalman ladai bhiraye hue hain, phanse hue hain. is is interpretation jo galat hai, is ki wajah se yeh 100 percent wrong interpretation hai.</w:t>
      </w:r>
    </w:p>
    <w:p>
      <w:pPr>
        <w:pStyle w:val="Heading2"/>
      </w:pPr>
      <w:r>
        <w:t>Zakat definition, purification and personal aspect</w:t>
      </w:r>
    </w:p>
    <w:p>
      <w:r>
        <w:rPr>
          <w:color w:val="666666"/>
          <w:sz w:val="18"/>
        </w:rPr>
        <w:t>Principles of Zakat in Islam 11 May 2007 - Maulana Wahiduddin Khan · 4m 55s · at 7:46 · https://youtu.be/RmfLc_lQrxs?t=466</w:t>
      </w:r>
    </w:p>
    <w:p>
      <w:r>
        <w:rPr>
          <w:i/>
        </w:rPr>
        <w:t>“Now, let us take the Zakat. What is Zakat?”</w:t>
      </w:r>
    </w:p>
    <w:p>
      <w:r>
        <w:rPr>
          <w:sz w:val="20"/>
        </w:rPr>
        <w:t>7:46  These are the 5 pillars of Islam. Now, let us take the Zakat.</w:t>
      </w:r>
      <w:r>
        <w:br/>
      </w:r>
      <w:r>
        <w:rPr>
          <w:sz w:val="20"/>
        </w:rPr>
        <w:t>7:50  What is Zakat?</w:t>
      </w:r>
      <w:r>
        <w:br/>
      </w:r>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r>
        <w:br/>
      </w:r>
      <w:r>
        <w:rPr>
          <w:sz w:val="20"/>
        </w:rPr>
        <w:t>10:23  And the second is social. 2 aspects. Personal and social. So, personal aspect is referred in the Quran...</w:t>
      </w:r>
      <w:r>
        <w:br/>
      </w:r>
      <w:r>
        <w:rPr>
          <w:sz w:val="20"/>
        </w:rPr>
        <w:t>10:35  in these verses.</w:t>
      </w:r>
      <w:r>
        <w:br/>
      </w:r>
      <w:r>
        <w:rPr>
          <w:sz w:val="20"/>
        </w:rPr>
        <w:t>10:40  yuti malahu yatazakka Then the social aspect is referred in the Hadith... in these verses.</w:t>
      </w:r>
      <w:r>
        <w:br/>
      </w:r>
      <w:r>
        <w:rPr>
          <w:sz w:val="20"/>
        </w:rPr>
        <w:t>10:53  tukhz min aghniyaikum wa turad ila fuqaraikum This is the social aspect of Zakat. Now, let us take the first. That is the personal aspect of Zakat.</w:t>
      </w:r>
      <w:r>
        <w:br/>
      </w:r>
      <w:r>
        <w:rPr>
          <w:sz w:val="20"/>
        </w:rPr>
        <w:t>11:06  This is mentioned in this verse. yu'ti malahu yatazakka</w:t>
      </w:r>
      <w:r>
        <w:br/>
      </w:r>
      <w:r>
        <w:rPr>
          <w:sz w:val="20"/>
        </w:rPr>
        <w:t>11:14  It means that believer is one... who... gives his money... for the sake of self-purification.</w:t>
      </w:r>
      <w:r>
        <w:br/>
      </w:r>
      <w:r>
        <w:rPr>
          <w:sz w:val="20"/>
        </w:rPr>
        <w:t>11:25  yu'ti malahu yatazakka A true believer is one...</w:t>
      </w:r>
      <w:r>
        <w:br/>
      </w:r>
      <w:r>
        <w:rPr>
          <w:sz w:val="20"/>
        </w:rPr>
        <w:t>11:31  who...</w:t>
      </w:r>
      <w:r>
        <w:br/>
      </w:r>
      <w:r>
        <w:rPr>
          <w:sz w:val="20"/>
        </w:rPr>
        <w:t>11:35  spends his money for the sake of God. So that he may purify himself.</w:t>
      </w:r>
      <w:r>
        <w:br/>
      </w:r>
      <w:r>
        <w:rPr>
          <w:sz w:val="20"/>
        </w:rPr>
        <w:t>11:47  How... how one purifies himself? By paying... Zakat.</w:t>
      </w:r>
      <w:r>
        <w:br/>
      </w:r>
      <w:r>
        <w:rPr>
          <w:sz w:val="20"/>
        </w:rPr>
        <w:t>11:58  Because... because Zakat... you pay Zakat from your money.</w:t>
      </w:r>
      <w:r>
        <w:br/>
      </w:r>
      <w:r>
        <w:rPr>
          <w:sz w:val="20"/>
        </w:rPr>
        <w:t>12:07  You have earned money... after a long struggle. After a great struggle. Money is your greatest...</w:t>
      </w:r>
      <w:r>
        <w:br/>
      </w:r>
      <w:r>
        <w:rPr>
          <w:sz w:val="20"/>
        </w:rPr>
        <w:t>12:18  greatest... goal. Everyone...</w:t>
      </w:r>
      <w:r>
        <w:br/>
      </w:r>
      <w:r>
        <w:rPr>
          <w:sz w:val="20"/>
        </w:rPr>
        <w:t>12:24  tries... tries to acquire money. To acquire more and more money.</w:t>
      </w:r>
      <w:r>
        <w:br/>
      </w:r>
      <w:r>
        <w:rPr>
          <w:sz w:val="20"/>
        </w:rPr>
        <w:t>12:33  Money is the sole concern of everyone. Every human being.</w:t>
      </w:r>
    </w:p>
    <w:p>
      <w:pPr>
        <w:pStyle w:val="Heading2"/>
      </w:pPr>
      <w:r>
        <w:t>Sanjay Gandhi story: crediting man over the Creator</w:t>
      </w:r>
    </w:p>
    <w:p>
      <w:r>
        <w:rPr>
          <w:color w:val="666666"/>
          <w:sz w:val="18"/>
        </w:rPr>
        <w:t>What is Dua (Only Lecture) April 26, 2009 Maulana Wahiduddin Khan · 5m 20s · at 52:43 · https://youtu.be/JxIR0o_C7GM?t=3163</w:t>
      </w:r>
    </w:p>
    <w:p>
      <w:r>
        <w:rPr>
          <w:i/>
        </w:rPr>
        <w:t>“Sanjay Gandhi ke zamane ka waqia hai”</w:t>
      </w:r>
    </w:p>
    <w:p>
      <w:r>
        <w:rPr>
          <w:sz w:val="20"/>
        </w:rPr>
        <w:t>52:43  aik qissa main ne bataya tha, us ko bhi main dohrata hoon kyunke is sequence mein is ki importance bahut zyada hai ke Sanjay Gandhi ke zamane ka waqia yeh hai.</w:t>
      </w:r>
      <w:r>
        <w:br/>
      </w:r>
      <w:r>
        <w:rPr>
          <w:sz w:val="20"/>
        </w:rPr>
        <w:t>52:55  hamare Adam Garh ke area ke aik sahib thay jo dehati gaon ke aadmi thay, haan musalman. To woh Sanjay ki party mein shamil ho gaye.</w:t>
      </w:r>
      <w:r>
        <w:br/>
      </w:r>
      <w:r>
        <w:rPr>
          <w:sz w:val="20"/>
        </w:rPr>
        <w:t>53:08  to is zamane mein Sanjay Gandhi ko musalmanon ki zaroorat thi.</w:t>
      </w:r>
      <w:r>
        <w:br/>
      </w:r>
      <w:r>
        <w:rPr>
          <w:sz w:val="20"/>
        </w:rPr>
        <w:t>53:11  to hote hote hote Sanjay Gandhi ne un ko Rai Sahib ka member bana diya. Gaon ka aik aadmi jo hai, New Delhi mein Rai Sahib ka member ban gaya, yahan par us ko jane ke liye ghar mil gaya aur car mil gayi, telephone, car, sab cheez.</w:t>
      </w:r>
      <w:r>
        <w:br/>
      </w:r>
      <w:r>
        <w:rPr>
          <w:sz w:val="20"/>
        </w:rPr>
        <w:t>53:30  to hamare saathi thay Abul Furqan sahib, isi area ke thay, ab un ki death ho chuki hai. Woh aaye to un se milne ke liye gaye, woh jaan pehchan thi.</w:t>
      </w:r>
      <w:r>
        <w:br/>
      </w:r>
      <w:r>
        <w:rPr>
          <w:sz w:val="20"/>
        </w:rPr>
        <w:t>53:42  jab wapas aaye woh to unhon ne kaha sahib, aaj ka waqia batata hoon aap ko. Jab wahan gaye woh, yani jab member parliament ke liye jo residence hotay hain, us mein koi jagah mili thi rehne ke liye, to us mein woh gaye.</w:t>
      </w:r>
      <w:r>
        <w:br/>
      </w:r>
      <w:r>
        <w:rPr>
          <w:sz w:val="20"/>
        </w:rPr>
        <w:t>54:00  ab wahan car hai, telephone hai, sab cheezain hain, furniture hai.</w:t>
      </w:r>
      <w:r>
        <w:br/>
      </w:r>
      <w:r>
        <w:rPr>
          <w:sz w:val="20"/>
        </w:rPr>
        <w:t>54:05  to woh aadmi jo tha, bata rahe the ke shuru se aakhir tak bas yahi kehta raha ke yeh sab sanjay babu ki dein hai, yeh sab sanjay babu ki dein hai.</w:t>
      </w:r>
      <w:r>
        <w:br/>
      </w:r>
      <w:r>
        <w:rPr>
          <w:sz w:val="20"/>
        </w:rPr>
        <w:t>54:22  yeh gehra jazba maine kisi ke andar nahi paya ke yeh sab khawand barkat bartar ki dein hai, woh keh sake.</w:t>
      </w:r>
      <w:r>
        <w:br/>
      </w:r>
      <w:r>
        <w:rPr>
          <w:sz w:val="20"/>
        </w:rPr>
        <w:t>54:32  yeh galaxy, yeh solar system, yeh hawaein, yeh zameen, yeh ghalla, yeh phal, yeh mewa, yeh daryaein jo beh rahi hain, koi yeh keh sakta keh nahi saka.</w:t>
      </w:r>
      <w:r>
        <w:br/>
      </w:r>
      <w:r>
        <w:rPr>
          <w:sz w:val="20"/>
        </w:rPr>
        <w:t>54:46  main maine nahi suna, mere kaano ne yeh sab khawand bartar ki dein hai.</w:t>
      </w:r>
      <w:r>
        <w:br/>
      </w:r>
      <w:r>
        <w:rPr>
          <w:sz w:val="20"/>
        </w:rPr>
        <w:t>54:59  agar koi keh sakta to us ko khuda gaon se nikal kar ke la kar ke dil, yaani capital city mein, us ko abad karta, lekin koi keh nahi saka.</w:t>
      </w:r>
      <w:r>
        <w:br/>
      </w:r>
      <w:r>
        <w:rPr>
          <w:sz w:val="20"/>
        </w:rPr>
        <w:t>55:11  isi ki zindagi mein yeh yeh bagh nahi hoga, yeh bagh nahi hoga ke khuda ko yaad kare, woh khuda ki rehmaton ko yaad kare, khuda ki blessing ko yaad kare.</w:t>
      </w:r>
      <w:r>
        <w:br/>
      </w:r>
      <w:r>
        <w:rPr>
          <w:sz w:val="20"/>
        </w:rPr>
        <w:t>55:24  yeh poori universe jo hai, woh is ke liye is is soch mein dhal jaye ke yeh sab khawand bartar ki dein hai.</w:t>
      </w:r>
      <w:r>
        <w:br/>
      </w:r>
      <w:r>
        <w:rPr>
          <w:sz w:val="20"/>
        </w:rPr>
        <w:t>55:34  mujhe kam az kam aisa insaan nahi maloom, na sagar mein, na akabir mein, na aalim mein, na ghair aalim mein, na namaziyon mein, na be namaziyon mein.</w:t>
      </w:r>
      <w:r>
        <w:br/>
      </w:r>
      <w:r>
        <w:rPr>
          <w:sz w:val="20"/>
        </w:rPr>
        <w:t>55:49  kahin bhi maine khuda ki barhai ka charcha suna hi nahi, na madrase mein suna, na masjid mein suna, na ijtamaat mein suna, na jalson mein, na idaron mein. Apne barhon ka charcha hota hai, apne buzurgon ka, apne jo banawati buzurg hain, jo hamare khud bana likhe hain, bana liya hum ne, akabir jin ko kehte hain, hum un ke charchay hotay hain.</w:t>
      </w:r>
      <w:r>
        <w:br/>
      </w:r>
      <w:r>
        <w:rPr>
          <w:sz w:val="20"/>
        </w:rPr>
        <w:t>56:14  itni bari dunya khuda ne bana ke aap ko di hai.</w:t>
      </w:r>
      <w:r>
        <w:br/>
      </w:r>
      <w:r>
        <w:rPr>
          <w:sz w:val="20"/>
        </w:rPr>
        <w:t>56:18  yeh anokha yeh planet hai, is par life support system hai. Aap bataiye ke main bol raha hoon to main khuda mujhe supply kar raha hai, oxygen khuda mujhe supply karta hai, roshni khuda mujhe tofeeq de raha hai ke main boloon,</w:t>
      </w:r>
      <w:r>
        <w:br/>
      </w:r>
      <w:r>
        <w:rPr>
          <w:sz w:val="20"/>
        </w:rPr>
        <w:t>56:36  khuda meri bol ko aap tak pouncha raha hai. Yaani billion billion cheezein involve hain is mein.</w:t>
      </w:r>
      <w:r>
        <w:br/>
      </w:r>
      <w:r>
        <w:rPr>
          <w:sz w:val="20"/>
        </w:rPr>
        <w:t>56:47  yeh kitna bara aap ke andar ubhalna chahe samandar ke yeh khawand bartar ki dein hai.</w:t>
      </w:r>
      <w:r>
        <w:br/>
      </w:r>
      <w:r>
        <w:rPr>
          <w:sz w:val="20"/>
        </w:rPr>
        <w:t>56:56  lekin koi nahi, koi ek insaan mere ilm mein nahi, na maine parha, na suna, na jana, na kisi ne bataya mujhe aisa koi insaan rehta hai zameen ke upar.</w:t>
      </w:r>
      <w:r>
        <w:br/>
      </w:r>
      <w:r>
        <w:rPr>
          <w:sz w:val="20"/>
        </w:rPr>
        <w:t>57:13  kaisi anokhi baat hai ke sanjay babu ki dein sab ko dikhai parhe aur khawand zuljalal ki dein kisi ko na dikhai parhe.</w:t>
      </w:r>
      <w:r>
        <w:br/>
      </w:r>
      <w:r>
        <w:rPr>
          <w:sz w:val="20"/>
        </w:rPr>
        <w:t>57:26  kaisi anokhi baat hai</w:t>
      </w:r>
      <w:r>
        <w:br/>
      </w:r>
      <w:r>
        <w:rPr>
          <w:sz w:val="20"/>
        </w:rPr>
        <w:t>57:31  sanjay babu ki choti si dein logon ko dikhai parhe aur khuda ki universal dein jo hai, kainati dein jo hai, woh kisi ko dikhai na parhe.</w:t>
      </w:r>
      <w:r>
        <w:br/>
      </w:r>
      <w:r>
        <w:rPr>
          <w:sz w:val="20"/>
        </w:rPr>
        <w:t>57:50  isi liye living dua kisi ki zuban se nahi nikalti. Hadees mein aata hai ke tum duaen karoge, wala istijab lakum, duaen qabool nahi hongi.</w:t>
      </w:r>
    </w:p>
    <w:p>
      <w:pPr>
        <w:pStyle w:val="Heading2"/>
      </w:pPr>
      <w:r>
        <w:t>Modern Muslim movements fail because they copy the wrong model</w:t>
      </w:r>
    </w:p>
    <w:p>
      <w:r>
        <w:rPr>
          <w:color w:val="666666"/>
          <w:sz w:val="18"/>
        </w:rPr>
        <w:t>Revival of Islam March 23, 2014 · 4m 45s · at 30:08 · https://youtu.be/Wc4Vsc4u1JI?t=1808</w:t>
      </w:r>
    </w:p>
    <w:p>
      <w:r>
        <w:rPr>
          <w:i/>
        </w:rPr>
        <w:t>“This model has itself become a stranger to Muslims today”</w:t>
      </w:r>
    </w:p>
    <w:p>
      <w:r>
        <w:rPr>
          <w:sz w:val="20"/>
        </w:rPr>
        <w:t>30:08  ab to yeh hai ke conference karo, jalsay karo aur us woh sarak par, sarak par jaloos nikalo aur masjidain bhuro.</w:t>
      </w:r>
      <w:r>
        <w:br/>
      </w:r>
      <w:r>
        <w:rPr>
          <w:sz w:val="20"/>
        </w:rPr>
        <w:t>30:20  aur isi qism ke hangame. koi koi tumhara bara leader mil jaye to haan, janaze mein bheer bheer karo, hawajat bhar bhar ke jao namaz jame mein shirkat karne ke liye.</w:t>
      </w:r>
      <w:r>
        <w:br/>
      </w:r>
      <w:r>
        <w:rPr>
          <w:sz w:val="20"/>
        </w:rPr>
        <w:t>30:34  ek is qism ke jo hangame hain jo aap jante hain, jo rozana musalmanon mein hote rehte hain, us ke muqable mein inhe yeh ajnabi maloom hota hai.</w:t>
      </w:r>
      <w:r>
        <w:br/>
      </w:r>
      <w:r>
        <w:rPr>
          <w:sz w:val="20"/>
        </w:rPr>
        <w:t>30:45  ab aap dekhiye, itne hangame teen sau saal mein musalmanon ne kiye hain aur nateeja zero, nateeja zero.</w:t>
      </w:r>
      <w:r>
        <w:br/>
      </w:r>
      <w:r>
        <w:rPr>
          <w:sz w:val="20"/>
        </w:rPr>
        <w:t>30:56  bari bari tehreekein uthai</w:t>
      </w:r>
      <w:r>
        <w:br/>
      </w:r>
      <w:r>
        <w:rPr>
          <w:sz w:val="20"/>
        </w:rPr>
        <w:t>30:58  gai'n hukoomat qaim karne ke liye, nizaam qaim karne ke liye, masjidain bharne ke liye aur jalsa jaloos ke hangamay karne ke liye.</w:t>
      </w:r>
      <w:r>
        <w:br/>
      </w:r>
      <w:r>
        <w:rPr>
          <w:sz w:val="20"/>
        </w:rPr>
        <w:t>31:08  beshumar tehreekein hain, beshumar tehreekein hain khilafat qaim karne ke liye lekin result kuch bhi nahi, result zero hai.</w:t>
      </w:r>
      <w:r>
        <w:br/>
      </w:r>
      <w:r>
        <w:rPr>
          <w:sz w:val="20"/>
        </w:rPr>
        <w:t>31:17  kyun? Allah ki nasrat hasil nahi.</w:t>
      </w:r>
      <w:r>
        <w:br/>
      </w:r>
      <w:r>
        <w:rPr>
          <w:sz w:val="20"/>
        </w:rPr>
        <w:t>31:21  Allah ki jo madad hai, woh aaye gi jab jab ke aap Rasool Allah ke pattern ko zinda karein. Rasool Allah ke pattern ko zinda karein, tab aaye gi madad.</w:t>
      </w:r>
      <w:r>
        <w:br/>
      </w:r>
      <w:r>
        <w:rPr>
          <w:sz w:val="20"/>
        </w:rPr>
        <w:t>31:36  aap isi hisab se samjhiye ke ab jo log yeh kaam kar rahe hain, hamare mission ke log jo yeh kaam kar rahe hain, woh Musalmanon mein ajnabi ban gaye.</w:t>
      </w:r>
      <w:r>
        <w:br/>
      </w:r>
      <w:r>
        <w:rPr>
          <w:sz w:val="20"/>
        </w:rPr>
        <w:t>31:49  woh samajhte hain yeh kya kar rahe ho? kaam kaam toh yeh tha karna. kaam toh yeh hai ke Yahudiyon ke zulm kar rahe hain, un ke khilaf hangama karo. America zulm kar raha hai, us ke khilaf hangama karo.</w:t>
      </w:r>
      <w:r>
        <w:br/>
      </w:r>
      <w:r>
        <w:rPr>
          <w:sz w:val="20"/>
        </w:rPr>
        <w:t>32:00  masjidain khali hain, is ko bharo aur aur aur woh bheer kar ke Makkah pahuncho, Hajj karo.</w:t>
      </w:r>
      <w:r>
        <w:br/>
      </w:r>
      <w:r>
        <w:rPr>
          <w:sz w:val="20"/>
        </w:rPr>
        <w:t>32:11  yaani jo tarah tarah ke hangamay hain. kaam toh yeh hai Muslim empowerment karo.</w:t>
      </w:r>
      <w:r>
        <w:br/>
      </w:r>
      <w:r>
        <w:rPr>
          <w:sz w:val="20"/>
        </w:rPr>
        <w:t>32:19  yeh jo aap toh kar rahe ho, yeh toh un ko ajnabi lagta hai. isi ko farmaya ke "fatuba lil gharabaa" . fatuba lil gharabaa. mubarak hain woh log jo ajnabi ban jayein.</w:t>
      </w:r>
      <w:r>
        <w:br/>
      </w:r>
      <w:r>
        <w:rPr>
          <w:sz w:val="20"/>
        </w:rPr>
        <w:t>32:34  masjid toh is ke maani kya hain ke aap in logon ke liye khushkhabri hain jo is is daur mein jab ke Musalman ek khud sakhta model par qaim ho gaye hain, is mein jab woh is model ko zinda karein jo Rasool</w:t>
      </w:r>
      <w:r>
        <w:br/>
      </w:r>
      <w:r>
        <w:rPr>
          <w:sz w:val="20"/>
        </w:rPr>
        <w:t>32:48  Allah ka model hai aur log kahein ke yeh kaun sa model tum pakar rakha hai? yeh kya baat hai? yeh kaun sa tareeqa hai? asal baat toh yeh hai ke bult ke hangamay karo, Musalmanon ke hangamay karo, jaloos nikalo aur hukoomat qaim karo, nizaam qaim karo,</w:t>
      </w:r>
      <w:r>
        <w:br/>
      </w:r>
      <w:r>
        <w:rPr>
          <w:sz w:val="20"/>
        </w:rPr>
        <w:t>33:06  qitaal karo, ladai bhadai karo, jihad zinda karo.</w:t>
      </w:r>
      <w:r>
        <w:br/>
      </w:r>
      <w:r>
        <w:rPr>
          <w:sz w:val="20"/>
        </w:rPr>
        <w:t>33:10  is tarah ke jo Musalmanon mein deen ka model bana hua hai, is mein jo log uthein ge Rasool Allah ke tareeqay ko le kar ke, yaani marifat aur dawat ke tareeqay ko le kar ke, woh ajnabi ho jayein ge.</w:t>
      </w:r>
      <w:r>
        <w:br/>
      </w:r>
      <w:r>
        <w:rPr>
          <w:sz w:val="20"/>
        </w:rPr>
        <w:t>33:23  dobara un ke liye farmaya ke bohat mubarak mubarakbad hain un ke upar, Allah ki blessing hai un ke upar.</w:t>
      </w:r>
      <w:r>
        <w:br/>
      </w:r>
      <w:r>
        <w:rPr>
          <w:sz w:val="20"/>
        </w:rPr>
        <w:t>33:33  toh yeh history yahan repeat kar rahi hai, tareekh yahan repeat kar rahi hai ke jis tarah Rasool Allah sal Allah alaihi wasallam apne zamane mein jo logon ne model bana rakha tha pichle paighambaron ke naam par, Hazrat Ibrahim ke naam par, Hazrat Musa ke naam par,</w:t>
      </w:r>
      <w:r>
        <w:br/>
      </w:r>
      <w:r>
        <w:rPr>
          <w:sz w:val="20"/>
        </w:rPr>
        <w:t>33:52  toh un ka jo apna banaya hua model tha, us se jab compare karte the toh Rasool Allah ka tareeqa un ko lagta tha ke yeh toh bohat ajnabi hai, yeh kaun si deen hai?</w:t>
      </w:r>
      <w:r>
        <w:br/>
      </w:r>
      <w:r>
        <w:rPr>
          <w:sz w:val="20"/>
        </w:rPr>
        <w:t>34:03  yeh</w:t>
      </w:r>
      <w:r>
        <w:br/>
      </w:r>
      <w:r>
        <w:rPr>
          <w:sz w:val="20"/>
        </w:rPr>
        <w:t>34:05  anokha deen khare ho gaye hain yeh log. toh un ko woh mubarakbad ka Allah ki nazar mein woh mubarakbad thehre, Allah ki nazar mein woh mubarak ke qabil thehre.</w:t>
      </w:r>
      <w:r>
        <w:br/>
      </w:r>
      <w:r>
        <w:rPr>
          <w:sz w:val="20"/>
        </w:rPr>
        <w:t>34:16  woh log ab dobara jo log aisa karein ge ke maujooda zamane mein jo Musalmanon mein bigaad aa chuka hai, jo self-styled version ek hai, un ka banaya hua, us par jo khare hue hain,</w:t>
      </w:r>
      <w:r>
        <w:br/>
      </w:r>
      <w:r>
        <w:rPr>
          <w:sz w:val="20"/>
        </w:rPr>
        <w:t>34:31  self-styled version of Islam, us par khare hue</w:t>
      </w:r>
      <w:r>
        <w:br/>
      </w:r>
      <w:r>
        <w:rPr>
          <w:sz w:val="20"/>
        </w:rPr>
        <w:t>34:34  hain, us ke muqable mein jo log ajnabi ban jayein ge, dobara un ke liye mubarakbad hai, Allah ki blessing hai un ke upar aur Allah ki nasratein un par utrein gi.</w:t>
      </w:r>
      <w:r>
        <w:br/>
      </w:r>
      <w:r>
        <w:rPr>
          <w:sz w:val="20"/>
        </w:rPr>
        <w:t>34:45  is mein koi is mein shaq nahi. yeh haqeeqat hai jo is hadees mein bayan ki gayi hai.</w:t>
      </w:r>
    </w:p>
    <w:p>
      <w:pPr>
        <w:pStyle w:val="Heading2"/>
      </w:pPr>
      <w:r>
        <w:t>Prayer is spirit, not sectarian ritual</w:t>
      </w:r>
    </w:p>
    <w:p>
      <w:r>
        <w:rPr>
          <w:color w:val="666666"/>
          <w:sz w:val="18"/>
        </w:rPr>
        <w:t>Spirit and Form in Islam · 6m 00s · at 21:31 · https://youtu.be/frQuKwqtHiU?t=1291</w:t>
      </w:r>
    </w:p>
    <w:p>
      <w:r>
        <w:rPr>
          <w:i/>
        </w:rPr>
        <w:t>“Do you think worship is rituals?”</w:t>
      </w:r>
    </w:p>
    <w:p>
      <w:r>
        <w:rPr>
          <w:sz w:val="20"/>
        </w:rPr>
        <w:t>21:31  ibadat kya aap samajhte hain ke rituals ka naam hai? kuch rituals hain in ko kar do ja kar ke masjid mein namaz ho gayi. there is an underestimation of namaz.</w:t>
      </w:r>
      <w:r>
        <w:br/>
      </w:r>
      <w:r>
        <w:rPr>
          <w:sz w:val="20"/>
        </w:rPr>
        <w:t>21:44  yeh aap underestimate karenge namaz ko agar aap yeh samjhein ke kuch khaas form hai. kuch hanafi ya salafi tareeqay se kar do to namaz ho gayi.</w:t>
      </w:r>
      <w:r>
        <w:br/>
      </w:r>
      <w:r>
        <w:rPr>
          <w:sz w:val="20"/>
        </w:rPr>
        <w:t>21:54  hanafi samajhte hain ke aise karo to namaz ho gayi. salafi samajhte hain ke aise karoge to namaz ho gayi. sab bilkul absurd baatein hain. absurd baatein hain.</w:t>
      </w:r>
      <w:r>
        <w:br/>
      </w:r>
      <w:r>
        <w:rPr>
          <w:sz w:val="20"/>
        </w:rPr>
        <w:t>22:05  namaz aik spirit ka naam hai. namaz aik reality ka naam hai. namaz kisi form ka naam nahi hai. ke salafi form ho to namaz ho gayi.</w:t>
      </w:r>
      <w:r>
        <w:br/>
      </w:r>
      <w:r>
        <w:rPr>
          <w:sz w:val="20"/>
        </w:rPr>
        <w:t>22:15  hanafi form ho to nahi hui. yeh bilkul it is a strange underestimation of namaz.</w:t>
      </w:r>
      <w:r>
        <w:br/>
      </w:r>
      <w:r>
        <w:rPr>
          <w:sz w:val="20"/>
        </w:rPr>
        <w:t>22:27  namaz kya hai? ibadat kya hai? is ko dekhiye hadith mein is ka jawab talash kijiye. hadith Jibreel mein aata hai ke ta'abbud Allaha ka'annaka tara.</w:t>
      </w:r>
      <w:r>
        <w:br/>
      </w:r>
      <w:r>
        <w:rPr>
          <w:sz w:val="20"/>
        </w:rPr>
        <w:t>22:42  ta'abbud Allaha ka'annaka tara. is tarah ibadat karo goya ke tum Khuda ko dekh rahe ho.</w:t>
      </w:r>
      <w:r>
        <w:br/>
      </w:r>
      <w:r>
        <w:rPr>
          <w:sz w:val="20"/>
        </w:rPr>
        <w:t>22:51  is tarah ibadat karo goya ke tum Khuda ko dekh rahe ho. yani discovery ke darjay mein ibadat.</w:t>
      </w:r>
      <w:r>
        <w:br/>
      </w:r>
      <w:r>
        <w:rPr>
          <w:sz w:val="20"/>
        </w:rPr>
        <w:t>23:00  ma'rifat ke darjay mein namaz.</w:t>
      </w:r>
      <w:r>
        <w:br/>
      </w:r>
      <w:r>
        <w:rPr>
          <w:sz w:val="20"/>
        </w:rPr>
        <w:t>23:05  jab aap Khuda ko discover karte hain. jo maine padhi aap ke samnay ayat. wa idha sami'oo ma unzila ila ar-rasooli tara 'ayluhum tafritoo bina d-dami mimma 'arafoo bina l-haqq.</w:t>
      </w:r>
      <w:r>
        <w:br/>
      </w:r>
      <w:r>
        <w:rPr>
          <w:sz w:val="20"/>
        </w:rPr>
        <w:t>23:19  is mein kuch logon ka zikr hai. kuch log jo islam qabool kiya tha jinhon ne. unhon ne quran ko suna.</w:t>
      </w:r>
      <w:r>
        <w:br/>
      </w:r>
      <w:r>
        <w:rPr>
          <w:sz w:val="20"/>
        </w:rPr>
        <w:t>23:28  aur gawahi di ke yeh quran khuda ka kalam hai. hum khuda par iman laye. yeh out of marifat tha. out of realization tha.</w:t>
      </w:r>
      <w:r>
        <w:br/>
      </w:r>
      <w:r>
        <w:rPr>
          <w:sz w:val="20"/>
        </w:rPr>
        <w:t>23:38  mimmā ʿarafu bīl-ḥaqqi. unhon ne sachai ko discover kar liya is ke andar. yeh discovery itni gehri thi, itni gehri thi.</w:t>
      </w:r>
      <w:r>
        <w:br/>
      </w:r>
      <w:r>
        <w:rPr>
          <w:sz w:val="20"/>
        </w:rPr>
        <w:t>23:47  ke un ki ankhon se aansu beh pare. tafriṭu bīl-dammi. beh pare aansu un ki ankhon se.</w:t>
      </w:r>
      <w:r>
        <w:br/>
      </w:r>
      <w:r>
        <w:rPr>
          <w:sz w:val="20"/>
        </w:rPr>
        <w:t>23:57  aansu kya hain? jab aap ko koi gehrai ke sath koi cheez milti hai. jaise ek maa hai us ka beta gum ho gaya tha, mila.</w:t>
      </w:r>
      <w:r>
        <w:br/>
      </w:r>
      <w:r>
        <w:rPr>
          <w:sz w:val="20"/>
        </w:rPr>
        <w:t>24:08  to jab us ko apni god mein legi to ankhon se aansu beh padenge us ke.</w:t>
      </w:r>
      <w:r>
        <w:br/>
      </w:r>
      <w:r>
        <w:rPr>
          <w:sz w:val="20"/>
        </w:rPr>
        <w:t>24:16  to quran ka yeh surah, yeh para saat ka shuru ki ayaten padhiye aap. is mein aap payenge ke iman kya hai?</w:t>
      </w:r>
      <w:r>
        <w:br/>
      </w:r>
      <w:r>
        <w:rPr>
          <w:sz w:val="20"/>
        </w:rPr>
        <w:t>24:29  iman naam hai marifat ka. iman naam hai discovery ka. iman hai realization ka. iman naam yeh hai ke aap khuda ko is tarah payen ke aap ke andar ek ek thrill aa jaye, thrill.</w:t>
      </w:r>
      <w:r>
        <w:br/>
      </w:r>
      <w:r>
        <w:rPr>
          <w:sz w:val="20"/>
        </w:rPr>
        <w:t>24:39  ek storm aa jaye. is ki ek pehchan yeh hoti hai ke aap ki ankhon se aansu beh padte hain. to jab is tarah se aap khuda ko payen to wahi hai jis ko kaha gaya hai goya ke tum dekh rahe ho.</w:t>
      </w:r>
      <w:r>
        <w:br/>
      </w:r>
      <w:r>
        <w:rPr>
          <w:sz w:val="20"/>
        </w:rPr>
        <w:t>24:56  taʿabudī-llāha ka-annaka tarā. khuda ki ibadat is tarah karo goya ke tum khuda ko dekh rahe ho. matlab creation mein creator ko dekhna jab ho jaye.</w:t>
      </w:r>
      <w:r>
        <w:br/>
      </w:r>
      <w:r>
        <w:rPr>
          <w:sz w:val="20"/>
        </w:rPr>
        <w:t>25:09  yeh jo kuch hai hamare samne, yeh nature. hum, zameen, aasman, kya hai yeh? creation hai. is creator mein, is creation mein khuda jhalak raha hai.</w:t>
      </w:r>
      <w:r>
        <w:br/>
      </w:r>
      <w:r>
        <w:rPr>
          <w:sz w:val="20"/>
        </w:rPr>
        <w:t>25:22  makhlooq mein khaliq ka jalwa hai. to jab aap sochte hain, jab aap ghor karte hain. to aap ko discovery hoti hai ke oh.</w:t>
      </w:r>
      <w:r>
        <w:br/>
      </w:r>
      <w:r>
        <w:rPr>
          <w:sz w:val="20"/>
        </w:rPr>
        <w:t>25:35  creation mein aap creator ko pa lete hain. quran mein aap khaliq ko daryaft kar lete hain. is waqt jab aap ibadat karte hain to isi ka naam hai ibadat.</w:t>
      </w:r>
      <w:r>
        <w:br/>
      </w:r>
      <w:r>
        <w:rPr>
          <w:sz w:val="20"/>
        </w:rPr>
        <w:t>25:46  taʿabudī-llāha ka-annaka tarā. ibadat is tarah karo goya ke tum khuda ko dekh rahe ho. to goya ke tum khuda ko dekh rahe ho yeh kya hai?</w:t>
      </w:r>
      <w:r>
        <w:br/>
      </w:r>
      <w:r>
        <w:rPr>
          <w:sz w:val="20"/>
        </w:rPr>
        <w:t>25:58  yeh discovery hai, yeh marifat hai, yeh realization hai. to namaz naam hai ek aise feal ka jo marifat ke sath kiya jata hai.</w:t>
      </w:r>
      <w:r>
        <w:br/>
      </w:r>
      <w:r>
        <w:rPr>
          <w:sz w:val="20"/>
        </w:rPr>
        <w:t>26:14  marifat ke sath. yani khuda aap ke, khuda ko jab aap discover karte hain. to khuda kya aap ke dil mein sama jata hai, khuda aap ke dimagh mein sama jata hai.</w:t>
      </w:r>
      <w:r>
        <w:br/>
      </w:r>
      <w:r>
        <w:rPr>
          <w:sz w:val="20"/>
        </w:rPr>
        <w:t>26:27  har cheez aap, aap ko har cheez ko aap khuda ki nazar se dekhne lagte hain. aap ke andar ek rabbani personality emerge karti hai.</w:t>
      </w:r>
      <w:r>
        <w:br/>
      </w:r>
      <w:r>
        <w:rPr>
          <w:sz w:val="20"/>
        </w:rPr>
        <w:t>26:36  kaun rabbaniyin? ek rabbani personality emerge karti hai. is waqt jab aap namaz padhte hain. woh hota hai jaise ke khuda ko aap dekh rahe hon.</w:t>
      </w:r>
      <w:r>
        <w:br/>
      </w:r>
      <w:r>
        <w:rPr>
          <w:sz w:val="20"/>
        </w:rPr>
        <w:t>26:48  is ka naam hai namaz. yeh namaz ka ek, ek yeh samajhna ke namaz kisi set of rituals ka naam hai.</w:t>
      </w:r>
      <w:r>
        <w:br/>
      </w:r>
      <w:r>
        <w:rPr>
          <w:sz w:val="20"/>
        </w:rPr>
        <w:t>26:58  ke to yeh ridicule karna hai namaz ko. hum dekhte hain ke log, ek salafi log behas kar rahe hain ke salafi tarike se namaz padho to namaz hogi.</w:t>
      </w:r>
      <w:r>
        <w:br/>
      </w:r>
      <w:r>
        <w:rPr>
          <w:sz w:val="20"/>
        </w:rPr>
        <w:t>27:11  hanfi log behas kar rahe hain ke hanfi tarike se namaz padho to namaz hogi. bilashuba yeh sab, yeh sab baseless baaten hain, baseless baaten hain.</w:t>
      </w:r>
      <w:r>
        <w:br/>
      </w:r>
      <w:r>
        <w:rPr>
          <w:sz w:val="20"/>
        </w:rPr>
        <w:t>27:22  salafi tarika bhi kuch nahi, hanfi tarika bhi kuch nahi. muttaqiyana tarika asal hai, arifana tarika asal hai.</w:t>
      </w:r>
    </w:p>
    <w:p>
      <w:pPr>
        <w:pStyle w:val="Heading2"/>
      </w:pPr>
      <w:r>
        <w:t>Fasting as training for deep thinking and complete practice</w:t>
      </w:r>
    </w:p>
    <w:p>
      <w:r>
        <w:rPr>
          <w:color w:val="666666"/>
          <w:sz w:val="18"/>
        </w:rPr>
        <w:t>Adopt A Life of Fasting May 1, 2020 Maulana Wahiduddin Khan · 4m 37s · at 4:46 · https://youtu.be/oH6_1ogi0o4?t=286</w:t>
      </w:r>
    </w:p>
    <w:p>
      <w:r>
        <w:rPr>
          <w:i/>
        </w:rPr>
        <w:t>“Iske maani hain ke roza aadmi ko taleem deta hai”</w:t>
      </w:r>
    </w:p>
    <w:p>
      <w:r>
        <w:rPr>
          <w:sz w:val="20"/>
        </w:rPr>
        <w:t>4:46  is ke ma'ni hain ke roza aadmi ko</w:t>
      </w:r>
      <w:r>
        <w:br/>
      </w:r>
      <w:r>
        <w:rPr>
          <w:sz w:val="20"/>
        </w:rPr>
        <w:t>4:55  taleem deta hai ke</w:t>
      </w:r>
      <w:r>
        <w:br/>
      </w:r>
      <w:r>
        <w:rPr>
          <w:sz w:val="20"/>
        </w:rPr>
        <w:t>5:04  zyada gehrai ke sath baaton ko soche, zyada gehrai ke sath woh apni zindagi ka naqsha banaye.</w:t>
      </w:r>
      <w:r>
        <w:br/>
      </w:r>
      <w:r>
        <w:rPr>
          <w:sz w:val="20"/>
        </w:rPr>
        <w:t>5:18  to aadmi ko</w:t>
      </w:r>
      <w:r>
        <w:br/>
      </w:r>
      <w:r>
        <w:rPr>
          <w:sz w:val="20"/>
        </w:rPr>
        <w:t>5:22  roza rakhne ke sath yeh bhi sochna hai ke yeh kis baat ki alamat hai roza?</w:t>
      </w:r>
      <w:r>
        <w:br/>
      </w:r>
      <w:r>
        <w:rPr>
          <w:sz w:val="20"/>
        </w:rPr>
        <w:t>5:34  yeh jo main roza rakh raha hoon, yeh kis baat ki alamat hai?</w:t>
      </w:r>
      <w:r>
        <w:br/>
      </w:r>
      <w:r>
        <w:rPr>
          <w:sz w:val="20"/>
        </w:rPr>
        <w:t>5:46  yeh is baat ki alamat hai ke</w:t>
      </w:r>
      <w:r>
        <w:br/>
      </w:r>
      <w:r>
        <w:rPr>
          <w:sz w:val="20"/>
        </w:rPr>
        <w:t>5:59  ikhlaqi</w:t>
      </w:r>
      <w:r>
        <w:br/>
      </w:r>
      <w:r>
        <w:rPr>
          <w:sz w:val="20"/>
        </w:rPr>
        <w:t>6:04  aitbar se</w:t>
      </w:r>
      <w:r>
        <w:br/>
      </w:r>
      <w:r>
        <w:rPr>
          <w:sz w:val="20"/>
        </w:rPr>
        <w:t>6:12  jin cheezon ko chhodna hai,</w:t>
      </w:r>
      <w:r>
        <w:br/>
      </w:r>
      <w:r>
        <w:rPr>
          <w:sz w:val="20"/>
        </w:rPr>
        <w:t>6:16  un jo cheezon ko aadmi chhodhe, yeh chhodne ki fehrist islam mein sirf khane peene ki had tak nahi hai.</w:t>
      </w:r>
      <w:r>
        <w:br/>
      </w:r>
      <w:r>
        <w:rPr>
          <w:sz w:val="20"/>
        </w:rPr>
        <w:t>6:30  chhodne ki fehrist yahan tak hai</w:t>
      </w:r>
      <w:r>
        <w:br/>
      </w:r>
      <w:r>
        <w:rPr>
          <w:sz w:val="20"/>
        </w:rPr>
        <w:t>6:39  ke</w:t>
      </w:r>
      <w:r>
        <w:br/>
      </w:r>
      <w:r>
        <w:rPr>
          <w:sz w:val="20"/>
        </w:rPr>
        <w:t>6:43  negative soch</w:t>
      </w:r>
      <w:r>
        <w:br/>
      </w:r>
      <w:r>
        <w:rPr>
          <w:sz w:val="20"/>
        </w:rPr>
        <w:t>6:52  bhi chhodna hai,</w:t>
      </w:r>
      <w:r>
        <w:br/>
      </w:r>
      <w:r>
        <w:rPr>
          <w:sz w:val="20"/>
        </w:rPr>
        <w:t>6:58  negative planning bhi sochna hai, chhodna hai.</w:t>
      </w:r>
      <w:r>
        <w:br/>
      </w:r>
      <w:r>
        <w:rPr>
          <w:sz w:val="20"/>
        </w:rPr>
        <w:t>7:10  ke is ka matlab yeh hai ke jab tak aadmi sochne wali zindagi na guzare, tab tak is ka roza mukammal nahi hoga.</w:t>
      </w:r>
      <w:r>
        <w:br/>
      </w:r>
      <w:r>
        <w:rPr>
          <w:sz w:val="20"/>
        </w:rPr>
        <w:t>7:31  to ek zindagi hai ke aap ne pani chhod diya, khana chhod diya, doosri zindagi hai ke aap sochen, sochen, sochen ke kya kya cheez hai asal aur kya cheez hai</w:t>
      </w:r>
      <w:r>
        <w:br/>
      </w:r>
      <w:r>
        <w:rPr>
          <w:sz w:val="20"/>
        </w:rPr>
        <w:t>7:50  haramti.</w:t>
      </w:r>
      <w:r>
        <w:br/>
      </w:r>
      <w:r>
        <w:rPr>
          <w:sz w:val="20"/>
        </w:rPr>
        <w:t>8:03  teesra to mein aap ko yeh</w:t>
      </w:r>
      <w:r>
        <w:br/>
      </w:r>
      <w:r>
        <w:rPr>
          <w:sz w:val="20"/>
        </w:rPr>
        <w:t>8:09  dawat deta hoon ke aap</w:t>
      </w:r>
      <w:r>
        <w:br/>
      </w:r>
      <w:r>
        <w:rPr>
          <w:sz w:val="20"/>
        </w:rPr>
        <w:t>8:16  roze mein,</w:t>
      </w:r>
      <w:r>
        <w:br/>
      </w:r>
      <w:r>
        <w:rPr>
          <w:sz w:val="20"/>
        </w:rPr>
        <w:t>8:25  roza yeh bhi shamil kar len, roza, rozadarana zindagi, rozadarana zindagi, is ko bhi</w:t>
      </w:r>
      <w:r>
        <w:br/>
      </w:r>
      <w:r>
        <w:rPr>
          <w:sz w:val="20"/>
        </w:rPr>
        <w:t>8:41  shamil kar len aur is mein rozadarana soch</w:t>
      </w:r>
      <w:r>
        <w:br/>
      </w:r>
      <w:r>
        <w:rPr>
          <w:sz w:val="20"/>
        </w:rPr>
        <w:t>8:49  bhi shamil kar len. Roza rakh kar aap roza, rozadarana zindagi, rozadarana soch, is ko bhi shamil kar len.</w:t>
      </w:r>
      <w:r>
        <w:br/>
      </w:r>
      <w:r>
        <w:rPr>
          <w:sz w:val="20"/>
        </w:rPr>
        <w:t>9:09  tab woh roza mukammal roza hoga aur woh roza hoga jis ka sawab bohat zyada hota hai.</w:t>
      </w:r>
    </w:p>
    <w:p>
      <w:pPr>
        <w:pStyle w:val="Heading2"/>
      </w:pPr>
      <w:r>
        <w:t>Dua and peaceful action in Islamic history</w:t>
      </w:r>
    </w:p>
    <w:p>
      <w:r>
        <w:rPr>
          <w:color w:val="666666"/>
          <w:sz w:val="18"/>
        </w:rPr>
        <w:t>Patience and Prayer Sep 17, 2017 · 6m 12s · at 24:38 · https://youtu.be/G0KRz3O6TBs?t=1478</w:t>
      </w:r>
    </w:p>
    <w:p>
      <w:r>
        <w:rPr>
          <w:i/>
        </w:rPr>
        <w:t>“To har soorat-e-haal mein yeh bhi zaroori hai ke dua ke mutabiq amal”</w:t>
      </w:r>
    </w:p>
    <w:p>
      <w:r>
        <w:rPr>
          <w:sz w:val="20"/>
        </w:rPr>
        <w:t>24:38  To har surat e haal mein yeh bhi zaroori hai ke dua ke mutabiq amal.</w:t>
      </w:r>
      <w:r>
        <w:br/>
      </w:r>
      <w:r>
        <w:rPr>
          <w:sz w:val="20"/>
        </w:rPr>
        <w:t>24:48  Quran mein ek ayat hai ke</w:t>
      </w:r>
      <w:r>
        <w:br/>
      </w:r>
      <w:r>
        <w:rPr>
          <w:sz w:val="20"/>
        </w:rPr>
        <w:t>24:53  "إليه يصعد القلب الطيب والأمر الصالح يرفع". Is ka matlab yeh hai ke jab aadmi dua kare to woh dua ke mutabiq amal bhi kare.</w:t>
      </w:r>
      <w:r>
        <w:br/>
      </w:r>
      <w:r>
        <w:rPr>
          <w:sz w:val="20"/>
        </w:rPr>
        <w:t>25:10  Woh jab dua kare to dua ke mutabiq amal bhi kare. Yani is is ayat ki roshni mein sabar kare, yani dua karne ke baad sabar kare.</w:t>
      </w:r>
      <w:r>
        <w:br/>
      </w:r>
      <w:r>
        <w:rPr>
          <w:sz w:val="20"/>
        </w:rPr>
        <w:t>25:23  Sabar ke maani kiya hain? Peaceful planning, reaction na karna, tashaddud na karna, ladai na chhedna,</w:t>
      </w:r>
      <w:r>
        <w:br/>
      </w:r>
      <w:r>
        <w:rPr>
          <w:sz w:val="20"/>
        </w:rPr>
        <w:t>25:36  Balkeh bohat hi zyada peaceful planning yeh zaroori hai.</w:t>
      </w:r>
      <w:r>
        <w:br/>
      </w:r>
      <w:r>
        <w:rPr>
          <w:sz w:val="20"/>
        </w:rPr>
        <w:t>25:44  To dua ke baad jaisay musalmanon ke bare mein main kahunga ke bachpan mein jo sunta tha duaein, ab woh tashaddud aa gaya musalmanon mein, nafrat aa gayi, har taraf nafrat.</w:t>
      </w:r>
      <w:r>
        <w:br/>
      </w:r>
      <w:r>
        <w:rPr>
          <w:sz w:val="20"/>
        </w:rPr>
        <w:t>26:01  Kyun? Dua ke mutabiq unhone amal nahi kiya. Dua ke mutabiq amal kiya tha?</w:t>
      </w:r>
      <w:r>
        <w:br/>
      </w:r>
      <w:r>
        <w:rPr>
          <w:sz w:val="20"/>
        </w:rPr>
        <w:t>26:09  Peaceful dua work.</w:t>
      </w:r>
      <w:r>
        <w:br/>
      </w:r>
      <w:r>
        <w:rPr>
          <w:sz w:val="20"/>
        </w:rPr>
        <w:t>26:13  Agar angrez jab aaye India mein to unhone dawat ki azadi ko khatam nahi kiya.</w:t>
      </w:r>
      <w:r>
        <w:br/>
      </w:r>
      <w:r>
        <w:rPr>
          <w:sz w:val="20"/>
        </w:rPr>
        <w:t>26:22  Aap jaante hain ke Sufiya dawat ka kaam karte rahe, kisi ne un ko roka nahi.</w:t>
      </w:r>
      <w:r>
        <w:br/>
      </w:r>
      <w:r>
        <w:rPr>
          <w:sz w:val="20"/>
        </w:rPr>
        <w:t>26:31  Yani do sau saal hukumat ki hai angrezon ne, do sau saal.</w:t>
      </w:r>
      <w:r>
        <w:br/>
      </w:r>
      <w:r>
        <w:rPr>
          <w:sz w:val="20"/>
        </w:rPr>
        <w:t>26:37  Aur is do sau saal ke darmiyan Sufiya, Sufi logon ne bohat kaam kiya, Kashmir se le kar South India tak.</w:t>
      </w:r>
      <w:r>
        <w:br/>
      </w:r>
      <w:r>
        <w:rPr>
          <w:sz w:val="20"/>
        </w:rPr>
        <w:t>26:49  To yeh tha dawat ke mutabiq amal, dua ke mutabiq amal.</w:t>
      </w:r>
      <w:r>
        <w:br/>
      </w:r>
      <w:r>
        <w:rPr>
          <w:sz w:val="20"/>
        </w:rPr>
        <w:t>26:57  tum dua kar rahe ho to is ke mutabiq amal yeh hai ke tum dawat do, pesh fal dawat.</w:t>
      </w:r>
      <w:r>
        <w:br/>
      </w:r>
      <w:r>
        <w:rPr>
          <w:sz w:val="20"/>
        </w:rPr>
        <w:t>27:06  in ke dil, in ke mind ko address karo, in ke dil tak pohnchne ki koshish karo, in ke jo jis daleel se woh mutasir hote ho, woh daleel pesh karo.</w:t>
      </w:r>
      <w:r>
        <w:br/>
      </w:r>
      <w:r>
        <w:rPr>
          <w:sz w:val="20"/>
        </w:rPr>
        <w:t>27:23  jo daleel in ke liye qabil e qabool hai, us ko rakho in ke samne. aur sab phir intehai khair khwahi ke sath, bohat khair khwahi, bohat ziyada mohabbat ka jazba ho,</w:t>
      </w:r>
      <w:r>
        <w:br/>
      </w:r>
      <w:r>
        <w:rPr>
          <w:sz w:val="20"/>
        </w:rPr>
        <w:t>27:42  khair khwahi ka jazba ho, aur dawat ka kaam karo. yeh to kiya nahi? jab kiya nahi to aakhir mein yeh hua ke ab aaj kal musalman tashaddud mein sochte hain.</w:t>
      </w:r>
      <w:r>
        <w:br/>
      </w:r>
      <w:r>
        <w:rPr>
          <w:sz w:val="20"/>
        </w:rPr>
        <w:t>27:57  isi tashaddud ka ek woh hai ke woh woh sari sari bhag mag karte hain.</w:t>
      </w:r>
      <w:r>
        <w:br/>
      </w:r>
      <w:r>
        <w:rPr>
          <w:sz w:val="20"/>
        </w:rPr>
        <w:t>28:07  to pehle dua aayi, phir dua ke mutabiq amal nahi kiya to kiya hua?</w:t>
      </w:r>
      <w:r>
        <w:br/>
      </w:r>
      <w:r>
        <w:rPr>
          <w:sz w:val="20"/>
        </w:rPr>
        <w:t>28:17  reaction aaya, aur reaction ke sath tashaddud aaya. aur aap jante hain ke kai bar musalmanon ne ba qaidah takrao kiya, lade angrezon se.</w:t>
      </w:r>
      <w:r>
        <w:br/>
      </w:r>
      <w:r>
        <w:rPr>
          <w:sz w:val="20"/>
        </w:rPr>
        <w:t>28:30  yeh sara yeh jo hua, yeh Allah ki jo scheme of things hai, us ko na samajhne ki wajah se hua.</w:t>
      </w:r>
      <w:r>
        <w:br/>
      </w:r>
      <w:r>
        <w:rPr>
          <w:sz w:val="20"/>
        </w:rPr>
        <w:t>28:48  jab India mein angrez aaye to pehli baat musalmanon ki yeh sochnay ki thi ke dua to sahih kiya, unhon ne dua to unhon ne sahih kiya.</w:t>
      </w:r>
      <w:r>
        <w:br/>
      </w:r>
      <w:r>
        <w:rPr>
          <w:sz w:val="20"/>
        </w:rPr>
        <w:t>29:01  main bad dua kar nahi keh raha hoon, main dua kar raha hoon. dua ko sahih kiya, lekin dua ke baad jo kaam unhon ne karna tha, woh dawat ki pesh fal planning.</w:t>
      </w:r>
      <w:r>
        <w:br/>
      </w:r>
      <w:r>
        <w:rPr>
          <w:sz w:val="20"/>
        </w:rPr>
        <w:t>29:15  dawat ki pesh fal planning. misal ke taur par dekhiye, ek angrez tha, mont gomery watt.</w:t>
      </w:r>
      <w:r>
        <w:br/>
      </w:r>
      <w:r>
        <w:rPr>
          <w:sz w:val="20"/>
        </w:rPr>
        <w:t>29:27  mont gomery watt, us ki kitab hai seerat par, seerat rasool par.</w:t>
      </w:r>
      <w:r>
        <w:br/>
      </w:r>
      <w:r>
        <w:rPr>
          <w:sz w:val="20"/>
        </w:rPr>
        <w:t>29:35  to us kitab ke aakhir mein woh likhta hai ke musalman agar Islam ko</w:t>
      </w:r>
      <w:r>
        <w:br/>
      </w:r>
      <w:r>
        <w:rPr>
          <w:sz w:val="20"/>
        </w:rPr>
        <w:t>29:46  pesh fal andaz mein maghrib ke samne pesh karein to un ko maghrib mein bohat se log milenge jo un ke hamdurd hon, un ki baat sunein.</w:t>
      </w:r>
      <w:r>
        <w:br/>
      </w:r>
      <w:r>
        <w:rPr>
          <w:sz w:val="20"/>
        </w:rPr>
        <w:t>30:02  lekin kisi ne aisa kiya nahi, kisi ne aisa kiya nahi. to khulasa yeh hai ke dua bohat bari hathiyar hamara hai,</w:t>
      </w:r>
      <w:r>
        <w:br/>
      </w:r>
      <w:r>
        <w:rPr>
          <w:sz w:val="20"/>
        </w:rPr>
        <w:t>30:18  pesh fal hathiyar. lekin dua ke sath jo Allah ne usool muqarrar kiye hain, us ko humein janna hai, tab hamari dua qabool hogi.</w:t>
      </w:r>
      <w:r>
        <w:br/>
      </w:r>
      <w:r>
        <w:rPr>
          <w:sz w:val="20"/>
        </w:rPr>
        <w:t>30:31  meri dua hai ke Allah taala hum ko aur aap ko samajh de is baat ki. Assalam o alaikum wa rehmatullah.</w:t>
      </w:r>
    </w:p>
    <w:p>
      <w:pPr>
        <w:pStyle w:val="Heading2"/>
      </w:pPr>
      <w:r>
        <w:t>True meaning of Eid self-sacrifice</w:t>
      </w:r>
    </w:p>
    <w:p>
      <w:r>
        <w:rPr>
          <w:color w:val="666666"/>
          <w:sz w:val="18"/>
        </w:rPr>
        <w:t>Eid al-Adha | October 16, 2013 | Maulana Wahiduddin Khan · 5m 36s · at 6:58 · https://youtu.be/05WtVSgBj3g?t=418</w:t>
      </w:r>
    </w:p>
    <w:p>
      <w:r>
        <w:rPr>
          <w:i/>
        </w:rPr>
        <w:t>“Eid al-Adha animal sacrifice ka naam nahi hai”</w:t>
      </w:r>
    </w:p>
    <w:p>
      <w:r>
        <w:rPr>
          <w:sz w:val="20"/>
        </w:rPr>
        <w:t>6:58  animal slaughter ka naam nahin hai. Eid-ul-Adha self slaughter ka naam hai. yaani Eid-ul-Adha animal sacrifice ka naam nahin hai. Eid-ul-Adha self sacrifice ka naam hai. woh kaise? woh main arz karta hoon. dekhiye, Rasool Allah ke zamane mein Sahaba ne poocha Rasool Allah se, ma hazihil udhiya ya Rasool Allah, yeh qurbani kya hai? yeh jo hum qurbani karte hain, woh</w:t>
      </w:r>
      <w:r>
        <w:br/>
      </w:r>
      <w:r>
        <w:rPr>
          <w:sz w:val="20"/>
        </w:rPr>
        <w:t>7:28  kya hai? aap ne farmaya ke sunnat abikum Ibrahim, tumhare baap Ibrahim ki sunnat. aap ghaur kijiye ke Hazrat Ibrahim ne kya kiya tha? Hazrat Ibrahim ki umar hui thi 191. 191. aur Quran aur Bible ke bayan ke mutabiq unhon ne sirf aik baar aik janwar qurban kiya tha.</w:t>
      </w:r>
      <w:r>
        <w:br/>
      </w:r>
      <w:r>
        <w:rPr>
          <w:sz w:val="20"/>
        </w:rPr>
        <w:t>7:58  bas. lekin apni zindagi to poora life time qurban karte rahe woh. poora life time, yaani 191 jo saal the un ke, to sari zindagi dawat ke liye apne ko lagaye rahe, dedicate karte rahe. that was the real sacrifice. phir yeh Eid-ul-Adha jo hai, kaha jata hai ke</w:t>
      </w:r>
      <w:r>
        <w:br/>
      </w:r>
      <w:r>
        <w:rPr>
          <w:sz w:val="20"/>
        </w:rPr>
        <w:t>8:28  Hazrat Ismail ki qurbani ki yaadgar hai. to is ke bare mein main kuch arz karna chahta hoon. Hazrat Ibrahim ka zamana 20th century BC ka zamana hai. to woh Iraq mein paida hue,</w:t>
      </w:r>
      <w:r>
        <w:br/>
      </w:r>
      <w:r>
        <w:rPr>
          <w:sz w:val="20"/>
        </w:rPr>
        <w:t>8:59  Ur ek shehar hua karta tha us zamane mein wahan. unhon ne wahan dawat, tauheed ki dawat di. lambi muddat tak dawat ka kaam karte rahe, da'wati mission chalate rahe. lekin koi aik bhi shakhs nahin hua jo aap ki dawat ko qabool kare. yahi saare nabiyon ka haal hua. wajah kya thi?</w:t>
      </w:r>
      <w:r>
        <w:br/>
      </w:r>
      <w:r>
        <w:rPr>
          <w:sz w:val="20"/>
        </w:rPr>
        <w:t>9:29  us zamane mein sari dunya mein shirk bator aik culture ke phaila hua tha. social culture, political culture, har jagah shirk ka ghalba tha. aap us zamane ko aaj ke halaat mein le kar nahin soch sakte. aaj to secular culture hai, har aadmi secular andaaz mein sochta hai. us zamane mein shirk culture tha. yaani paida hote hi aadmi shirk mein condition ho jata tha.</w:t>
      </w:r>
      <w:r>
        <w:br/>
      </w:r>
      <w:r>
        <w:rPr>
          <w:sz w:val="20"/>
        </w:rPr>
        <w:t>10:01  is conditioning ki wajah se woh paighambar ki baat ko samajh nahin pata tha. to Allah taala ne aik naya mansooba banaya, nayi planning ki, dawat ki. ke aik nayi generation banai jaye jo conditioning se pak ho. taake woh paighambar ki baat ko samajh sake. is ke liye aik bohat bari sacrifice darkar thi.</w:t>
      </w:r>
      <w:r>
        <w:br/>
      </w:r>
      <w:r>
        <w:rPr>
          <w:sz w:val="20"/>
        </w:rPr>
        <w:t>10:32  kyun? yeh generation ban sakti thi kisi shehron se door, insaan ki abadiyon se door, jahan shirk ka culture tha, us se door. yaani desert. to yeh to bohat hi qurbani thi ke koi ja kar desert mein rahe, wahin par base, wahin par nasl tayyar ho, wahan na khana hai, na pani hai, na shelter hai, na kuch hai. to</w:t>
      </w:r>
      <w:r>
        <w:br/>
      </w:r>
      <w:r>
        <w:rPr>
          <w:sz w:val="20"/>
        </w:rPr>
        <w:t>11:02  is plan ke tehat Allah taala ne Hazrat Ibrahim ko ek khwab dikhaya. khwab mein aap ne dekha ke apne bete Ismail ko woh zabah kar rahe hain. apne bete Ismail ka slaughter kar rahe hain. to Hazrat Ibrahim ne samjha ke waqeatan Allah taala ki marzi hai ke main apne bete ko zabah kar doon. to tayyar ho gaye woh. quran mein hai ke unhon ne lita diya</w:t>
      </w:r>
      <w:r>
        <w:br/>
      </w:r>
      <w:r>
        <w:rPr>
          <w:sz w:val="20"/>
        </w:rPr>
        <w:t>11:32  zabah karne ke liye. is waqt awaz aayi ke aye Ibrahim, qad sadqta al-ruya. tum ne khwab ko sach dikhaya. matlab kya hai? tum ne yeh sabit kar diya ke tum is plan mein apne aap ko shamil karne ke qabil ho, jis mein apne aap ko sacrifice karna hai, apne aap ko qurban karna hai.</w:t>
      </w:r>
      <w:r>
        <w:br/>
      </w:r>
      <w:r>
        <w:rPr>
          <w:sz w:val="20"/>
        </w:rPr>
        <w:t>12:05  yani self sacrifice ke liye tum is qabil ho ke tumhara selection kiya jaye. chunancha kya hua? yeh hukum hua ke tum ek meethay ko zabah kar do aur Ismail ko bacha lo. meetha yani reham, R A M, reham. to quran mein yeh ayat hai ke is ke liye ke wafadaina bi-dhabin 'azeem. waf</w:t>
      </w:r>
    </w:p>
    <w:p>
      <w:pPr>
        <w:pStyle w:val="Heading2"/>
      </w:pPr>
      <w:r>
        <w:t>Primary vs secondary rationalism with anachronism example</w:t>
      </w:r>
    </w:p>
    <w:p>
      <w:r>
        <w:rPr>
          <w:color w:val="666666"/>
          <w:sz w:val="18"/>
        </w:rPr>
        <w:t>Q&amp;A 20 Aug 2006 Maulana Wahiduddin Khan · 5m 12s · at 45:33 · https://youtu.be/g_6-zerS_N4?t=2733</w:t>
      </w:r>
    </w:p>
    <w:p>
      <w:r>
        <w:rPr>
          <w:i/>
        </w:rPr>
        <w:t>“People don't update thinking; example of tablecloth business.”</w:t>
      </w:r>
    </w:p>
    <w:p>
      <w:r>
        <w:rPr>
          <w:sz w:val="20"/>
        </w:rPr>
        <w:t>45:33  dekhen, yeh wohi hai jo main aap se arz kiya tha ke kuch log apni thinking ko update nahi karte, update nahi karte, is liye aisi boli bolte rehte hain.</w:t>
      </w:r>
      <w:r>
        <w:br/>
      </w:r>
      <w:r>
        <w:rPr>
          <w:sz w:val="20"/>
        </w:rPr>
        <w:t>45:44  jaise main apni naujawani ki umar mein bohat pehle ek university mein gaya,</w:t>
      </w:r>
      <w:r>
        <w:br/>
      </w:r>
      <w:r>
        <w:rPr>
          <w:sz w:val="20"/>
        </w:rPr>
        <w:t>45:49  ek musalman professor the, woh mera khayal se mazhabi nahi the. woh to sab se pehle yeh woh lafz maine unhein suna tha, yeh word ke Islam mein primary religisism nahi hai, Islam mein secondary religisism hai.</w:t>
      </w:r>
      <w:r>
        <w:br/>
      </w:r>
      <w:r>
        <w:rPr>
          <w:sz w:val="20"/>
        </w:rPr>
        <w:t>46:04  us waqt main koi is ko samajhta nahi tha, is ka matlab</w:t>
      </w:r>
      <w:r>
        <w:br/>
      </w:r>
      <w:r>
        <w:rPr>
          <w:sz w:val="20"/>
        </w:rPr>
        <w:t>46:07  bohat pehle ki baat hai, kafi pehle ki. lekin ab main sochta hoon ke kis sense mein kaha tha unhon ne. is sense mein kaha tha unhon ne ke Islam ki sachaiyan jo hain, us par hum direct argument nahi qaim karte,</w:t>
      </w:r>
      <w:r>
        <w:br/>
      </w:r>
      <w:r>
        <w:rPr>
          <w:sz w:val="20"/>
        </w:rPr>
        <w:t>46:22  jaise ke sun exist karta hai to hum us par direct argument qaim kar sakte hain.</w:t>
      </w:r>
      <w:r>
        <w:br/>
      </w:r>
      <w:r>
        <w:rPr>
          <w:sz w:val="20"/>
        </w:rPr>
        <w:t>46:27  zameen exist karti hai, us par hum direct argument hamare paas hota hai, lekin soul exist karti hai, us ke haan par direct argument nahi hota, influential argument hota hai.</w:t>
      </w:r>
      <w:r>
        <w:br/>
      </w:r>
      <w:r>
        <w:rPr>
          <w:sz w:val="20"/>
        </w:rPr>
        <w:t>46:40  to basically influential argument ka naam hai</w:t>
      </w:r>
      <w:r>
        <w:br/>
      </w:r>
      <w:r>
        <w:rPr>
          <w:sz w:val="20"/>
        </w:rPr>
        <w:t>46:44  secondary religisism aur direct argument ka naam hai primary religisism. unhon ne yeh baat kahi thi, halanke us waqt, yani main itna zyada meri knowledge nahi thi, aaj main sochta hoon ke unhon ne apne mind ko update nahi kiya tha, halanke woh ek senior professor the.</w:t>
      </w:r>
      <w:r>
        <w:br/>
      </w:r>
      <w:r>
        <w:rPr>
          <w:sz w:val="20"/>
        </w:rPr>
        <w:t>47:00  woh</w:t>
      </w:r>
      <w:r>
        <w:br/>
      </w:r>
      <w:r>
        <w:rPr>
          <w:sz w:val="20"/>
        </w:rPr>
        <w:t>47:01  kyun ke Einstein ke baad jab ke atom split ho gaya aur micro world tak pahunch gayi science, to yeh yeh farq hi khatam ho gaya.</w:t>
      </w:r>
      <w:r>
        <w:br/>
      </w:r>
      <w:r>
        <w:rPr>
          <w:sz w:val="20"/>
        </w:rPr>
        <w:t>47:10  ab yeh division hi nahi hai, yeh division nahi hai ke micro world mein jo jo argument chalta tha</w:t>
      </w:r>
      <w:r>
        <w:br/>
      </w:r>
      <w:r>
        <w:rPr>
          <w:sz w:val="20"/>
        </w:rPr>
        <w:t>47:20  aur macro world mein argument chalta hai, aaj dono ab difference koi nahi raha. yani wohi same influential argument yahan bhi chalta hai, wahan bhi chalta hai, kyun ke atom bhi kya hai, ek unseen entity ban gayi.</w:t>
      </w:r>
      <w:r>
        <w:br/>
      </w:r>
      <w:r>
        <w:rPr>
          <w:sz w:val="20"/>
        </w:rPr>
        <w:t>47:36  Newton ke zamane mein atom jo tha, woh dekhne ki cheez thi, observable tha,</w:t>
      </w:r>
      <w:r>
        <w:br/>
      </w:r>
      <w:r>
        <w:rPr>
          <w:sz w:val="20"/>
        </w:rPr>
        <w:t>47:42  ab woh un unseen entity ban gayi. to ab to har jagah influential argument chalega. unhon ne jo baat kahi thi, aaj main sochta hoon, woh zahir hai duniya mein nahi hai.</w:t>
      </w:r>
      <w:r>
        <w:br/>
      </w:r>
      <w:r>
        <w:rPr>
          <w:sz w:val="20"/>
        </w:rPr>
        <w:t>47:52  ab main milta hoon un se, main aap ne apne mind ko update nahi kiya tha,</w:t>
      </w:r>
      <w:r>
        <w:br/>
      </w:r>
      <w:r>
        <w:rPr>
          <w:sz w:val="20"/>
        </w:rPr>
        <w:t>47:58  aap bol rahe the us zamane mein jab ke woh logic khatam ho chuki thi, pichle zamane ke. to un ka case wohi anachronism ka case tha, anachronism ke pichle zamane ki baat ko aaj dohra rahe hain.</w:t>
      </w:r>
      <w:r>
        <w:br/>
      </w:r>
      <w:r>
        <w:rPr>
          <w:sz w:val="20"/>
        </w:rPr>
        <w:t>48:14  woh</w:t>
      </w:r>
      <w:r>
        <w:br/>
      </w:r>
      <w:r>
        <w:rPr>
          <w:sz w:val="20"/>
        </w:rPr>
        <w:t>48:17  yeh ek dilchasp misaal main add karoon, is mein isi university mein jahan main gaya tha, wohin wohin ka baat baat ka qissa. yeh log kis tarah se, yani anachronist hote hain.</w:t>
      </w:r>
      <w:r>
        <w:br/>
      </w:r>
      <w:r>
        <w:rPr>
          <w:sz w:val="20"/>
        </w:rPr>
        <w:t>48:31  to baad ko main gaya to wahan ek professor sahab the,</w:t>
      </w:r>
      <w:r>
        <w:br/>
      </w:r>
      <w:r>
        <w:rPr>
          <w:sz w:val="20"/>
        </w:rPr>
        <w:t>48:35  unhon ne mujhe shaam ke khane mein bulaya. main the Maulana Taqi Yabini sahab the, hum dono gaye to shaam ka khana hum log kha chuke hain.</w:t>
      </w:r>
      <w:r>
        <w:br/>
      </w:r>
      <w:r>
        <w:rPr>
          <w:sz w:val="20"/>
        </w:rPr>
        <w:t>48:44  jab to un ka kafi bara makan tha, to ek apne ghar ke ek room mein le gaye woh. to wahan itna sab kapra rakha hua tha, embroidery woh mess cloth,</w:t>
      </w:r>
      <w:r>
        <w:br/>
      </w:r>
      <w:r>
        <w:rPr>
          <w:sz w:val="20"/>
        </w:rPr>
        <w:t>48:56  yeh table cover kehte hain, kya kehte hain is ko? mess cloth kya kehte hain? table cover, table cover, itna sab rakha hua tha. to kya tha ke larkiyon ko bula kar ke woh un ko kapra dete the aur us par woh us ko kya kehte hain?</w:t>
      </w:r>
      <w:r>
        <w:br/>
      </w:r>
      <w:r>
        <w:rPr>
          <w:sz w:val="20"/>
        </w:rPr>
        <w:t>49:12  us ko</w:t>
      </w:r>
      <w:r>
        <w:br/>
      </w:r>
      <w:r>
        <w:rPr>
          <w:sz w:val="20"/>
        </w:rPr>
        <w:t>49:14  katna, karrhai ka kaam karti theen larkiyan, woh embroidery. to unhon ne hum se kaha ke dekhiye, hum yeh social service ke taur par karte hain, is ko kaam ko, lekin yeh mess posh jo itna sab ikhatta ho gaya hai, to hamare local market mein bik nahi raha hai.</w:t>
      </w:r>
      <w:r>
        <w:br/>
      </w:r>
      <w:r>
        <w:rPr>
          <w:sz w:val="20"/>
        </w:rPr>
        <w:t>49:32  yeh</w:t>
      </w:r>
      <w:r>
        <w:br/>
      </w:r>
      <w:r>
        <w:rPr>
          <w:sz w:val="20"/>
        </w:rPr>
        <w:t>49:33  to aap dilli mein rehte hain, to dilli mein kisi ko tayyar kijiye, yeh khareed le hamara. to mujhe bohat bohat taajjub hua, maine kaha ke main molvi hoon, aap mister hain, lekin zamane ke farq ko nahi jante aap.</w:t>
      </w:r>
      <w:r>
        <w:br/>
      </w:r>
      <w:r>
        <w:rPr>
          <w:sz w:val="20"/>
        </w:rPr>
        <w:t>49:49  ab zamana aa gaya hai sun maika ka,</w:t>
      </w:r>
      <w:r>
        <w:br/>
      </w:r>
      <w:r>
        <w:rPr>
          <w:sz w:val="20"/>
        </w:rPr>
        <w:t>49:53  aur to sun maika ke zamane mein aap mess posh ka business karna chahte hain? aaj kis market mein bikega yeh? yeh mess posh aap ka, ab kaun apne apne mem, apne mez par yeh kapra bichhata hai?</w:t>
      </w:r>
      <w:r>
        <w:br/>
      </w:r>
      <w:r>
        <w:rPr>
          <w:sz w:val="20"/>
        </w:rPr>
        <w:t>50:06  ab to koi bhi nahi bichhata. tab tab jo hai, yani mez, tab table jo hai, سرمایہ ka bana karte the.</w:t>
      </w:r>
      <w:r>
        <w:br/>
      </w:r>
      <w:r>
        <w:rPr>
          <w:sz w:val="20"/>
        </w:rPr>
        <w:t>50:15  ab shayad koi aur naya tareeqa ban gaya ho, mujhe nahi maloom, سرمایہ ka se koi aur technique nikal aayi ho. tab yahi tha. to maine</w:t>
      </w:r>
      <w:r>
        <w:br/>
      </w:r>
      <w:r>
        <w:rPr>
          <w:sz w:val="20"/>
        </w:rPr>
        <w:t>50:24  kaha ke aap سرمایہ ka ke zamane mein mess posh ke business karna chahte hain? kaise chalega aisa?</w:t>
      </w:r>
      <w:r>
        <w:br/>
      </w:r>
      <w:r>
        <w:rPr>
          <w:sz w:val="20"/>
        </w:rPr>
        <w:t>50:33  to yeh main misaal di maine aap ko ke log apne apne mind ko update nahi karte, pichhle ke zamane mein sochte rehte hain.</w:t>
      </w:r>
      <w:r>
        <w:br/>
      </w:r>
      <w:r>
        <w:rPr>
          <w:sz w:val="20"/>
        </w:rPr>
        <w:t>50:40  yeh ek professor sahab ka qissa yeh hai.</w:t>
      </w:r>
    </w:p>
    <w:p>
      <w:pPr>
        <w:pStyle w:val="Heading2"/>
      </w:pPr>
      <w:r>
        <w:t>Full story: the real meaning of sacrifice in Eid-ul-Adha</w:t>
      </w:r>
    </w:p>
    <w:p>
      <w:r>
        <w:rPr>
          <w:color w:val="666666"/>
          <w:sz w:val="18"/>
        </w:rPr>
        <w:t>Spirit of Hajj July 3, 2022 Prof. Farida Khanam · 4m 13s · at 22:02 · https://youtu.be/--Nez1VOcAQ?t=1322</w:t>
      </w:r>
    </w:p>
    <w:p>
      <w:r>
        <w:rPr>
          <w:i/>
        </w:rPr>
        <w:t>“इदुल अज़्हा एक ख्वाब से शुरू होता है, पूरी कहानी सुनिए”</w:t>
      </w:r>
    </w:p>
    <w:p>
      <w:r>
        <w:rPr>
          <w:sz w:val="20"/>
        </w:rPr>
        <w:t>22:02  aap acha agar dekhein to id ul azha ka jo starting point hai woh aik khwab se shuru hota hai jo prophet ibrahim ko aaya. so he had a dream wherein he saw that he is sacrificing his son ishmael but he took the dream literally and he wanted to sacrifice his son. to main chahunga ke aap usko bhi achhe se wazeh karein. woh kya khwab tha aur kya uske maayne the? iske bare mein hum sabko bataiye.</w:t>
      </w:r>
      <w:r>
        <w:br/>
      </w:r>
      <w:r>
        <w:rPr>
          <w:sz w:val="20"/>
        </w:rPr>
        <w:t>22:29  haan, woh dream jo tha qurbaani ka apne bete ko qurbaan kar rahe hain. to teen baar unhone yeh dream dekha to ab beta kitna sahadatmand tha ke woh raazi ho gaya ke aap ne dream dekha hai to aap usko kar daliye. us mein meri aankh par aap patti daal dijiyega. patti laga dijiyega taake main mujhe koi bhi is mein pareshani na ho.</w:t>
      </w:r>
      <w:r>
        <w:br/>
      </w:r>
      <w:r>
        <w:rPr>
          <w:sz w:val="20"/>
        </w:rPr>
        <w:t>22:55  to asal mein log yahi samajhte hain ke asal cheez jo hai woh qurbaani hai. is liye jab janwar ki qurbaani karne ke liye kitna ziyada bohat ziyada unko josh hota hai. to janwar ki qurbaani hai to asal mein symbolic qurbaani hai. jaisa ke Hazrat Ismail alaihi salam ke saath hua ke qurbaani jo thi woh Hazrat Ismail ki thi.</w:t>
      </w:r>
      <w:r>
        <w:br/>
      </w:r>
      <w:r>
        <w:rPr>
          <w:sz w:val="20"/>
        </w:rPr>
        <w:t>23:22  unke badle mein woh jo dhoomba ki qurbaani hui to usko us mein Quran mein aaya hai chapter 37 mein hum ne aik bari qurbaani ke avadh usko chhudha liya. to kisi ne yeh nahi socha ke yeh bari qurbaani kya hai? to bari qurbaani Hazrat Ismail ki qurbaani thi. Hazrat Hajra yeh qurbaani thi.</w:t>
      </w:r>
      <w:r>
        <w:br/>
      </w:r>
      <w:r>
        <w:rPr>
          <w:sz w:val="20"/>
        </w:rPr>
        <w:t>23:48  yaani apne aap ko poori zindagi khuda ke liye waqf kar dena, khuda ke mission ke liye waqf kar dena. khuda ke plan ke aage apne aap ko bilkul submit kar dena. to yeh bari qurbaani thi aur uski alamaati qurbaani jo hai woh janwar ki qurbaani hai.</w:t>
      </w:r>
      <w:r>
        <w:br/>
      </w:r>
      <w:r>
        <w:rPr>
          <w:sz w:val="20"/>
        </w:rPr>
        <w:t>24:06  to yeh logon par wazeh nahi hai woh janwar ki qurbaani ko asal qurbaani samajhte hain aur uske baad woh bilkul mutmaeen ho jaate hain ke hum ne qurbaani kar di hai ab kuch aur karna nahi hai. is liye jo khudaai mission hai uske liye log nahi milte hain kyunke woh samajhte hain unhone saare rusoom ada kar diye hain ab kuch aur karne ki zaroorat nahi hai.</w:t>
      </w:r>
      <w:r>
        <w:br/>
      </w:r>
      <w:r>
        <w:rPr>
          <w:sz w:val="20"/>
        </w:rPr>
        <w:t>24:32  to yeh to Hazrat Ismail ki jo qurbaani jo bari qurbaani kaha gaya hai ke bari qurbaani ke liye unko chhudha liya to woh thi nasl ki tayyari. to jaisa ke pehle yeh wazeh hua hai ke aik nasl banani thi jo Rasoolullah sallallahu alaihi wasallam sallallahu alaihi wasallam sallallahu alaihi wasallam chunke aakhri nabhi the to unko aik aik bohat hi mazboot team chahiye thi aur mission ko establish karne ke liye.</w:t>
      </w:r>
      <w:r>
        <w:br/>
      </w:r>
      <w:r>
        <w:rPr>
          <w:sz w:val="20"/>
        </w:rPr>
        <w:t>25:00  to in logon ne apni qurbaani ke zariye se woh mazboot team faraham ki aur us team jis ko jo sahaba kehte hain to us team ne poori qurbaani ke saath ab woh sahaba ki jo qurbaani thi bemisaal qurbaani to us qurbaani ki wajah se deen establish hua pehli baar tareekh mein.</w:t>
      </w:r>
      <w:r>
        <w:br/>
      </w:r>
      <w:r>
        <w:rPr>
          <w:sz w:val="20"/>
        </w:rPr>
        <w:t>25:22  deen to establish hi nahi ho pa raha tha kyunke prophets ko itne kam followers milte the ke woh kuch kar nahi paate the. jab Hazrat Ibrahim alaihi salam kaafi lambe arse ke baad Iraq se nikle to bas unki biwi Sarah aur unke bhatije Lut unke saath the. Hazrat Nuh alaihi salam nau sau saal tak kaam kiya aur wahan par chand log saath the jo ke kashti mein aa gaye.</w:t>
      </w:r>
      <w:r>
        <w:br/>
      </w:r>
      <w:r>
        <w:rPr>
          <w:sz w:val="20"/>
        </w:rPr>
        <w:t>25:50  to is waja se ek bahut badi qurbani sarkar thi ke woh apne aap qurbani dekar ke ek nasl tayyar karen. to yeh hai asal qurbani. woh hai janwari qurbani alamati qurbani hai. ji. aap ek comment padhna chahunga. agla sawal lene se pehle yeh comment bheja hai doctor sane snain khan sahab ne dilli se. unhon ne likha hai very inspiring talk by apa.</w:t>
      </w:r>
      <w:r>
        <w:br/>
      </w:r>
      <w:r>
        <w:rPr>
          <w:sz w:val="20"/>
        </w:rPr>
        <w:t>26:15  The sacrifice and the mission of the prophet ibrahim inspires us to dedicate and rededicate our lives to the cause of spreading the word of god. aap aapne abhi jaise sacrifice ke bare mein hum baat kar rahe hain, eid ul aza ke little mayne hi hai eid of sacrifice.</w:t>
      </w:r>
    </w:p>
    <w:p>
      <w:pPr>
        <w:pStyle w:val="Heading2"/>
      </w:pPr>
      <w:r>
        <w:t>Taraweeh: collective Quran study</w:t>
      </w:r>
    </w:p>
    <w:p>
      <w:r>
        <w:rPr>
          <w:color w:val="666666"/>
          <w:sz w:val="18"/>
        </w:rPr>
        <w:t>Ramadan The Month of Fasting 29Aug, 2008 - Maulana Wahiduddin Khan · 3m 11s · at 20:37 · https://youtu.be/O9ie_tCNGHM?t=1237</w:t>
      </w:r>
    </w:p>
    <w:p>
      <w:r>
        <w:rPr>
          <w:i/>
        </w:rPr>
        <w:t>“Now, what is Taraweeh during fasting?”</w:t>
      </w:r>
    </w:p>
    <w:p>
      <w:r>
        <w:rPr>
          <w:sz w:val="20"/>
        </w:rPr>
        <w:t>20:37  to yeh hai roze ka routine. ab mein chand baaten arz karunga jo roze mein karta hai aadmi, maslan tarawih.</w:t>
      </w:r>
      <w:r>
        <w:br/>
      </w:r>
      <w:r>
        <w:rPr>
          <w:sz w:val="20"/>
        </w:rPr>
        <w:t>20:49  ab dekhiye, roze mein kya hota hai ke tarawih kya hai? tarawih tahajjud ko waqt se pehle parhna hai.</w:t>
      </w:r>
      <w:r>
        <w:br/>
      </w:r>
      <w:r>
        <w:rPr>
          <w:sz w:val="20"/>
        </w:rPr>
        <w:t>21:00  yani tahajjud ka waqt hota hai fajar se pehle, lekin aap tarawih parh lete hain isha ke baad. to yeh tarawih ki taqdeem hai ke pehle parh lena.</w:t>
      </w:r>
      <w:r>
        <w:br/>
      </w:r>
      <w:r>
        <w:rPr>
          <w:sz w:val="20"/>
        </w:rPr>
        <w:t>21:14  kyun? is ki wajah se yeh mumkin ho jata hai ke aap tarawih ko jamaat ke sath parhein, congregational andaaz mein parhein. jo so kar uthte hain, jab log phir is waqt jo tahajjud parhte hain to har aadmi akele akele parhta hai,</w:t>
      </w:r>
      <w:r>
        <w:br/>
      </w:r>
      <w:r>
        <w:rPr>
          <w:sz w:val="20"/>
        </w:rPr>
        <w:t>21:30  akele akele parhta hai. to woh bhi ek tareeqa hai. to Ramzan mein is ko congregational bana diya gaya hai ke isha ke baad sab log mil kar ke tarawih parhein.</w:t>
      </w:r>
      <w:r>
        <w:br/>
      </w:r>
      <w:r>
        <w:rPr>
          <w:sz w:val="20"/>
        </w:rPr>
        <w:t>21:44  dekhein, tarawih ka khaas maqsad kya hai? tarawih ka khaas maqsad hai namaz ki halat mein Quran ko sunna, poore Quran ko.</w:t>
      </w:r>
      <w:r>
        <w:br/>
      </w:r>
      <w:r>
        <w:rPr>
          <w:sz w:val="20"/>
        </w:rPr>
        <w:t>21:55  aap jante hain ke tarawih mein ek hafiz imamat karta hai, rozana isha ke baad, yahan tak ke isi tarah se har roz thoda thoda Quran parh kar ke woh tarawih parhata hai,</w:t>
      </w:r>
      <w:r>
        <w:br/>
      </w:r>
      <w:r>
        <w:rPr>
          <w:sz w:val="20"/>
        </w:rPr>
        <w:t>22:10  yahan tak ke poora Quran woh Ramzan mein khatam kar deta hai. to gaya ke poore Quran ka mutala hua. yeh yani poore Quran ka sun kar mutala.</w:t>
      </w:r>
      <w:r>
        <w:br/>
      </w:r>
      <w:r>
        <w:rPr>
          <w:sz w:val="20"/>
        </w:rPr>
        <w:t>22:24  Quran ka mutala ek yeh hai ke aap parh kar Khuda Quran ka study karein, Quran ka mutala karein. to ek hai Quran ko parh kar is par sochna, ghor karna.</w:t>
      </w:r>
      <w:r>
        <w:br/>
      </w:r>
      <w:r>
        <w:rPr>
          <w:sz w:val="20"/>
        </w:rPr>
        <w:t>22:35  ek hai ke sun kar sochna aur ghor karna. to gaya tarawih jo hai sun kar Quran ka mutala karne ka naam hai, sun kar Quran ki study karne ka naam hai.</w:t>
      </w:r>
      <w:r>
        <w:br/>
      </w:r>
      <w:r>
        <w:rPr>
          <w:sz w:val="20"/>
        </w:rPr>
        <w:t>22:49  to jab aap sunte hain to sath sath aap sochte hain. to har ayat mein quran ke har hisse mein kuch na kuch baat batai gai hai ke is tarah raho, is tarah socho,</w:t>
      </w:r>
      <w:r>
        <w:br/>
      </w:r>
      <w:r>
        <w:rPr>
          <w:sz w:val="20"/>
        </w:rPr>
        <w:t>23:03  aisa tumhara character hona chahiye, aisa tumhara behavior hona chahiye, tum ko sirf khuda ko apna solid concern banana chahiye.</w:t>
      </w:r>
      <w:r>
        <w:br/>
      </w:r>
      <w:r>
        <w:rPr>
          <w:sz w:val="20"/>
        </w:rPr>
        <w:t>23:14  yani wo sari baatein jin ko hum islam kehte hain, wo sab rozana quran ki shakal mein hamein sunai jati hain.</w:t>
      </w:r>
      <w:r>
        <w:br/>
      </w:r>
      <w:r>
        <w:rPr>
          <w:sz w:val="20"/>
        </w:rPr>
        <w:t>23:25  to ye hai faida tarawih ka ke tarawih jo hai congregational andaaz mein, yani ijtamai andaaz mein quran ko sunne ka naam hai.</w:t>
      </w:r>
      <w:r>
        <w:br/>
      </w:r>
      <w:r>
        <w:rPr>
          <w:sz w:val="20"/>
        </w:rPr>
        <w:t>23:36  yani yun keh sakte hain ke quran ka ijtamai mutala hai. tarawih jo hai quran ka ijtamai mutala hai, yani mil kar quran ko parhna, mil kar quran par ghor karna.</w:t>
      </w:r>
    </w:p>
    <w:p>
      <w:pPr>
        <w:pStyle w:val="Heading2"/>
      </w:pPr>
      <w:r>
        <w:t>Ibrahim's total trust in Allah and the concept of inner light</w:t>
      </w:r>
    </w:p>
    <w:p>
      <w:r>
        <w:rPr>
          <w:color w:val="666666"/>
          <w:sz w:val="18"/>
        </w:rPr>
        <w:t>Powerful Life-Changing Quranic Duas with Explanation (English) October 27, 2024 · 3m 45s · at 33:51 · https://youtu.be/4cYteSjPIKw?t=2031</w:t>
      </w:r>
    </w:p>
    <w:p>
      <w:r>
        <w:rPr>
          <w:i/>
        </w:rPr>
        <w:t>“Lord, upon You we have placed our trust.”</w:t>
      </w:r>
    </w:p>
    <w:p>
      <w:r>
        <w:rPr>
          <w:sz w:val="20"/>
        </w:rPr>
        <w:t>33:51  that's why the duas are accepted during this time. And there is a very beautiful dua of Prophet Ibrahim (AS): "Rabbana alaika tawakkalna.</w:t>
      </w:r>
      <w:r>
        <w:br/>
      </w:r>
      <w:r>
        <w:rPr>
          <w:sz w:val="20"/>
        </w:rPr>
        <w:t>34:03  "O our Lord, in You we have placed our trust</w:t>
      </w:r>
      <w:r>
        <w:br/>
      </w:r>
      <w:r>
        <w:rPr>
          <w:sz w:val="20"/>
        </w:rPr>
        <w:t>34:08  . "Wa alaika anabna. "And to You we turn in repentance. "Wa alaika al-masir. "And to You is the final return.</w:t>
      </w:r>
      <w:r>
        <w:br/>
      </w:r>
      <w:r>
        <w:rPr>
          <w:sz w:val="20"/>
        </w:rPr>
        <w:t>34:20  Ibrahim (AS), if you see his life, he placed his complete trust in God.</w:t>
      </w:r>
      <w:r>
        <w:br/>
      </w:r>
      <w:r>
        <w:rPr>
          <w:sz w:val="20"/>
        </w:rPr>
        <w:t>34:32  His father expelled him from them, from his home. His father expelled him from his home. The king threw him into fire, and ultimately he was forced to leave his own hometown.</w:t>
      </w:r>
      <w:r>
        <w:br/>
      </w:r>
      <w:r>
        <w:rPr>
          <w:sz w:val="20"/>
        </w:rPr>
        <w:t>34:49  But throughout his life, he kept his complete trust in Allah. That is why God helped him at every step.</w:t>
      </w:r>
      <w:r>
        <w:br/>
      </w:r>
      <w:r>
        <w:rPr>
          <w:sz w:val="20"/>
        </w:rPr>
        <w:t>34:59  He had no support, no financial, no material support, yet he fully trusted God, and God helped him in miraculous ways.</w:t>
      </w:r>
      <w:r>
        <w:br/>
      </w:r>
      <w:r>
        <w:rPr>
          <w:sz w:val="20"/>
        </w:rPr>
        <w:t>35:12  So trust in God is so important.</w:t>
      </w:r>
      <w:r>
        <w:br/>
      </w:r>
      <w:r>
        <w:rPr>
          <w:sz w:val="20"/>
        </w:rPr>
        <w:t>35:15  This is a crucial message that we learn from the life of Prophet Ibrahim (AS). "Rabbana atina min ladunka rahmatan.</w:t>
      </w:r>
      <w:r>
        <w:br/>
      </w:r>
      <w:r>
        <w:rPr>
          <w:sz w:val="20"/>
        </w:rPr>
        <w:t>35:27  "O Lord, perfect our guidance for us. "Waghfir lana. "And forgive us. "Inna ala kulli shay'in qadeer. "You have power over all things." This is a profound verse.</w:t>
      </w:r>
      <w:r>
        <w:br/>
      </w:r>
      <w:r>
        <w:rPr>
          <w:sz w:val="20"/>
        </w:rPr>
        <w:t>35:43  It says that the inner personality, the reality of a person will be revealed on the Day of Judgement. Today people cannot see, or can only partially see our outer personality.</w:t>
      </w:r>
      <w:r>
        <w:br/>
      </w:r>
      <w:r>
        <w:rPr>
          <w:sz w:val="20"/>
        </w:rPr>
        <w:t>35:59  They cannot see our inner personality. And the Day of Judgement, when God will appear, we will stand before Him. Our entire inner personality will be exposed</w:t>
      </w:r>
      <w:r>
        <w:br/>
      </w:r>
      <w:r>
        <w:rPr>
          <w:sz w:val="20"/>
        </w:rPr>
        <w:t>36:14  . Today it is hidden, it is, it is, it remains hidden. But on the Day of Judgement, it will manifest in some kind of light.</w:t>
      </w:r>
      <w:r>
        <w:br/>
      </w:r>
      <w:r>
        <w:rPr>
          <w:sz w:val="20"/>
        </w:rPr>
        <w:t>36:28  the better the inner person will be, the more light will shine. The noor will appear on person's face, hands, feet, and entire body.</w:t>
      </w:r>
      <w:r>
        <w:br/>
      </w:r>
      <w:r>
        <w:rPr>
          <w:sz w:val="20"/>
        </w:rPr>
        <w:t>36:43  so the inner personality will take some kind of form, some kind of shape. and this is, this is an astonishing concept that Maulana Wahiduddin Khan has explained in his writings.</w:t>
      </w:r>
      <w:r>
        <w:br/>
      </w:r>
      <w:r>
        <w:rPr>
          <w:sz w:val="20"/>
        </w:rPr>
        <w:t>37:02  so those moments of deep realization and closeness to God, which only God knows, will become evident for all.</w:t>
      </w:r>
      <w:r>
        <w:br/>
      </w:r>
      <w:r>
        <w:rPr>
          <w:sz w:val="20"/>
        </w:rPr>
        <w:t>37:14  . who can, who can know the moment of profound ma'rifah we experience. but in that day, in the day of judgment, it will be clear for everyone to see. so this is a very amazing concept which Maulana has explained in his writings.</w:t>
      </w:r>
    </w:p>
    <w:p>
      <w:pPr>
        <w:pStyle w:val="Heading2"/>
      </w:pPr>
      <w:r>
        <w:t>Talbiyah and Hajj as dawah rehearsal</w:t>
      </w:r>
    </w:p>
    <w:p>
      <w:r>
        <w:rPr>
          <w:color w:val="666666"/>
          <w:sz w:val="18"/>
        </w:rPr>
        <w:t>Spirit of Hajj | December 10, 2006 | Maulana Wahiduddin Khan · 5m 37s · at 28:35 · https://youtu.be/Iu9NUWWy4pc?t=1715</w:t>
      </w:r>
    </w:p>
    <w:p>
      <w:r>
        <w:rPr>
          <w:i/>
        </w:rPr>
        <w:t>“Aap ne suna hoga ke haji”</w:t>
      </w:r>
    </w:p>
    <w:p>
      <w:r>
        <w:rPr>
          <w:sz w:val="20"/>
        </w:rPr>
        <w:t>28:35  aap ne suna hoga ke haji jo wahan jate hain to bohat zyada bolte hain wo labbaik allahumma labbaik, labbaik allahumma labbaik. aye khuda main hazir hoon, aye khuda main hazir hoon. aisa lagta hai ke jaise ke khuda ki koi pukar thi. is pukar ko suna haji ne aur daud kar aya wahan par. aye khuda main hazir hoon. to koi kisi baat ke liye pukara khuda ne. koi maqsad. koi maqsad. to is ko suna haji ne aur sun kar</w:t>
      </w:r>
      <w:r>
        <w:br/>
      </w:r>
      <w:r>
        <w:rPr>
          <w:sz w:val="20"/>
        </w:rPr>
        <w:t>29:05  ke dauda. daud kar wahan pahuncha. aur keh raha hai ke khuda ya main hazir hoon, khuda ya main hazir hoon. labbaik allahumma labbaik, allahumma labbaik. to ab ye sochiye ke wo kya cheez hai? ye is labbaik ka jo kaha jata hai talbiyah. ye bar bar wahan par haji kehta hai. talbiyah. ke khuda ya main hazir hoon, khuda ya main hazir hoon. ab sochiye ke ye ye kis baat ka hai? yani kis baat ke liye wo hazir hua hai wo?</w:t>
      </w:r>
      <w:r>
        <w:br/>
      </w:r>
      <w:r>
        <w:rPr>
          <w:sz w:val="20"/>
        </w:rPr>
        <w:t>29:35  apne watan ko chhod kar ke yahan aya hai aur keh raha hai ke main hazir hoon. to kis baat ke liye hazir hua hai? main ne is par bohat ghore kiya. mujhe samajh mein aya ke ye jo haziri hai ye hai ek bohat bade kaam ke liye. bohat bade kaam ke liye. main samajhta hoon ke haj jo hai haj is a rehe</w:t>
      </w:r>
      <w:r>
        <w:br/>
      </w:r>
      <w:r>
        <w:rPr>
          <w:sz w:val="20"/>
        </w:rPr>
        <w:t>30:05  arsal of daawa work.</w:t>
      </w:r>
      <w:r>
        <w:br/>
      </w:r>
      <w:r>
        <w:rPr>
          <w:sz w:val="20"/>
        </w:rPr>
        <w:t>30:10  haj jo hai daawa work ka rehearsal hai.</w:t>
      </w:r>
      <w:r>
        <w:br/>
      </w:r>
      <w:r>
        <w:rPr>
          <w:sz w:val="20"/>
        </w:rPr>
        <w:t>30:15  is mein shirket ke liye, is mein apne aap ko shamil karne ke liye.</w:t>
      </w:r>
      <w:r>
        <w:br/>
      </w:r>
      <w:r>
        <w:rPr>
          <w:sz w:val="20"/>
        </w:rPr>
        <w:t>30:20  yani khuda ne awaz di ke ay mere bande yahan par mein daawa work ka rehearsal karna chahta hoon.</w:t>
      </w:r>
      <w:r>
        <w:br/>
      </w:r>
      <w:r>
        <w:rPr>
          <w:sz w:val="20"/>
        </w:rPr>
        <w:t>30:25  aao is mein shamil ho jao.</w:t>
      </w:r>
      <w:r>
        <w:br/>
      </w:r>
      <w:r>
        <w:rPr>
          <w:sz w:val="20"/>
        </w:rPr>
        <w:t>30:30  to banda dauda apne ghar se.</w:t>
      </w:r>
      <w:r>
        <w:br/>
      </w:r>
      <w:r>
        <w:rPr>
          <w:sz w:val="20"/>
        </w:rPr>
        <w:t>30:35  daud kar pohancha.</w:t>
      </w:r>
      <w:r>
        <w:br/>
      </w:r>
      <w:r>
        <w:rPr>
          <w:sz w:val="20"/>
        </w:rPr>
        <w:t>30:40  aur keh raha hai ke khuda ya mein aa gaya.</w:t>
      </w:r>
      <w:r>
        <w:br/>
      </w:r>
      <w:r>
        <w:rPr>
          <w:sz w:val="20"/>
        </w:rPr>
        <w:t>30:46  yeh hai is ki rooh.</w:t>
      </w:r>
      <w:r>
        <w:br/>
      </w:r>
      <w:r>
        <w:rPr>
          <w:sz w:val="20"/>
        </w:rPr>
        <w:t>30:51  to according to my study haj is a rehearsal of daawa work.</w:t>
      </w:r>
      <w:r>
        <w:br/>
      </w:r>
      <w:r>
        <w:rPr>
          <w:sz w:val="20"/>
        </w:rPr>
        <w:t>30:57  haj daawa work ka rehearsal hai.</w:t>
      </w:r>
      <w:r>
        <w:br/>
      </w:r>
      <w:r>
        <w:rPr>
          <w:sz w:val="20"/>
        </w:rPr>
        <w:t>31:02  woh mein kaise keh raha hoon? is liye mein keh raha hoon ke</w:t>
      </w:r>
      <w:r>
        <w:br/>
      </w:r>
      <w:r>
        <w:rPr>
          <w:sz w:val="20"/>
        </w:rPr>
        <w:t>31:08  hadith mein aata hai ke ek sahabi ne rasool allah se poocha. aap jante hain ke haj mein ek bohat bada amal yun kiya jata hai ke janwar ko qurban kiya jata hai. qurbani. haj ka ek bohat bada. isi liye ye bohat bada ye hai. is ke jawab is ke. yani aap jante hain ke mukhtalif jaghon par. yani wahan to</w:t>
      </w:r>
      <w:r>
        <w:br/>
      </w:r>
      <w:r>
        <w:rPr>
          <w:sz w:val="20"/>
        </w:rPr>
        <w:t>31:38  haj hota hai lekin aur jagah par jahan musalman hotay hain wahan eid al adha manatay hain.</w:t>
      </w:r>
      <w:r>
        <w:br/>
      </w:r>
      <w:r>
        <w:rPr>
          <w:sz w:val="20"/>
        </w:rPr>
        <w:t>31:43  to is ko eid qurban kehtay hain.</w:t>
      </w:r>
      <w:r>
        <w:br/>
      </w:r>
      <w:r>
        <w:rPr>
          <w:sz w:val="20"/>
        </w:rPr>
        <w:t>31:48  qurbani ki eid.</w:t>
      </w:r>
      <w:r>
        <w:br/>
      </w:r>
      <w:r>
        <w:rPr>
          <w:sz w:val="20"/>
        </w:rPr>
        <w:t>31:53  to haj ka aik bohat bara amal hota hai qurbani.</w:t>
      </w:r>
      <w:r>
        <w:br/>
      </w:r>
      <w:r>
        <w:rPr>
          <w:sz w:val="20"/>
        </w:rPr>
        <w:t>31:58  to aik haji ne, aik sahabi ne rasool Allah se poocha ke ma hazir al-azha ya rasool Allah?</w:t>
      </w:r>
      <w:r>
        <w:br/>
      </w:r>
      <w:r>
        <w:rPr>
          <w:sz w:val="20"/>
        </w:rPr>
        <w:t>32:03  rasool Allah se poocha ke ma hazir al-azha ya rasool Allah?</w:t>
      </w:r>
      <w:r>
        <w:br/>
      </w:r>
      <w:r>
        <w:rPr>
          <w:sz w:val="20"/>
        </w:rPr>
        <w:t>32:08  What are these sacrifices of prophet of God? ye jo hum qurbani dete hain ye kya hai? a</w:t>
      </w:r>
      <w:r>
        <w:br/>
      </w:r>
      <w:r>
        <w:rPr>
          <w:sz w:val="20"/>
        </w:rPr>
        <w:t>32:16  Khuda ke rasool? What are these sacrifices of prophet of God? aap ne kaha ke sunnat ab ikram Ibrahim.</w:t>
      </w:r>
      <w:r>
        <w:br/>
      </w:r>
      <w:r>
        <w:rPr>
          <w:sz w:val="20"/>
        </w:rPr>
        <w:t>32:24  yani tradition of your father Ibrahim.</w:t>
      </w:r>
      <w:r>
        <w:br/>
      </w:r>
      <w:r>
        <w:rPr>
          <w:sz w:val="20"/>
        </w:rPr>
        <w:t>32:33  tumhare baap Ibrahim ki sunnat hai.</w:t>
      </w:r>
      <w:r>
        <w:br/>
      </w:r>
      <w:r>
        <w:rPr>
          <w:sz w:val="20"/>
        </w:rPr>
        <w:t>32:41  is se kya baat mili? ke haj jo hai haqeeqatan hazrat ibrahim ki jo sunnat hai un ki jo zindagi thi us zindagi ko hum wahan pe ja kar us ko isi ka rehearsal karte hain. hazrat ibrahim jo the main samajhta hoon ke bohat hi bade daayi the. apni poori family ko dawat mein laga diya unhone. poori family ko. to hazrat ibrahim paida hue iraq mein</w:t>
      </w:r>
      <w:r>
        <w:br/>
      </w:r>
      <w:r>
        <w:rPr>
          <w:sz w:val="20"/>
        </w:rPr>
        <w:t>33:11  .</w:t>
      </w:r>
      <w:r>
        <w:br/>
      </w:r>
      <w:r>
        <w:rPr>
          <w:sz w:val="20"/>
        </w:rPr>
        <w:t>33:15  wahan se gaye Misr.</w:t>
      </w:r>
      <w:r>
        <w:br/>
      </w:r>
      <w:r>
        <w:rPr>
          <w:sz w:val="20"/>
        </w:rPr>
        <w:t>33:19  Misr se aaye Syria.</w:t>
      </w:r>
      <w:r>
        <w:br/>
      </w:r>
      <w:r>
        <w:rPr>
          <w:sz w:val="20"/>
        </w:rPr>
        <w:t>33:24  Syria se phir apne bete Ismail ko un ki maan Hajra ko la kar ke Makkah mein basaya.</w:t>
      </w:r>
      <w:r>
        <w:br/>
      </w:r>
      <w:r>
        <w:rPr>
          <w:sz w:val="20"/>
        </w:rPr>
        <w:t>33:28  kyun? aik daawa team banane ke liye.</w:t>
      </w:r>
      <w:r>
        <w:br/>
      </w:r>
      <w:r>
        <w:rPr>
          <w:sz w:val="20"/>
        </w:rPr>
        <w:t>33:32  aik aisi team jo is zamane mein jo shirk phaila hua tha but parasti phaili hui thi.</w:t>
      </w:r>
      <w:r>
        <w:br/>
      </w:r>
      <w:r>
        <w:rPr>
          <w:sz w:val="20"/>
        </w:rPr>
        <w:t>33:37  to is mahaul se bacha kar aik team bane</w:t>
      </w:r>
      <w:r>
        <w:br/>
      </w:r>
      <w:r>
        <w:rPr>
          <w:sz w:val="20"/>
        </w:rPr>
        <w:t>33:41  jo daawa work kare.</w:t>
      </w:r>
      <w:r>
        <w:br/>
      </w:r>
      <w:r>
        <w:rPr>
          <w:sz w:val="20"/>
        </w:rPr>
        <w:t>33:46  international level par.</w:t>
      </w:r>
      <w:r>
        <w:br/>
      </w:r>
      <w:r>
        <w:rPr>
          <w:sz w:val="20"/>
        </w:rPr>
        <w:t>33:50  to unhon ne aik bohat bara plan yani daawa plan banaya.</w:t>
      </w:r>
      <w:r>
        <w:br/>
      </w:r>
      <w:r>
        <w:rPr>
          <w:sz w:val="20"/>
        </w:rPr>
        <w:t>33:54  aur apne bete ko aur us ko apne apne bete ko aur apni biwi ko la kar yahan basaya.</w:t>
      </w:r>
      <w:r>
        <w:br/>
      </w:r>
      <w:r>
        <w:rPr>
          <w:sz w:val="20"/>
        </w:rPr>
        <w:t>33:59  to ye is mein teen aadmi shamil thay.</w:t>
      </w:r>
      <w:r>
        <w:br/>
      </w:r>
      <w:r>
        <w:rPr>
          <w:sz w:val="20"/>
        </w:rPr>
        <w:t>34:03  Ibrahim, Ismail, Hajra.</w:t>
      </w:r>
      <w:r>
        <w:br/>
      </w:r>
      <w:r>
        <w:rPr>
          <w:sz w:val="20"/>
        </w:rPr>
        <w:t>34:08  to main kahunga ke ye daawa family thi.</w:t>
      </w:r>
    </w:p>
    <w:p>
      <w:pPr>
        <w:pStyle w:val="Heading2"/>
      </w:pPr>
      <w:r>
        <w:t>Satan's attack and protection through dua</w:t>
      </w:r>
    </w:p>
    <w:p>
      <w:r>
        <w:rPr>
          <w:color w:val="666666"/>
          <w:sz w:val="18"/>
        </w:rPr>
        <w:t>The Spirit of Tahajjud Prayer February 27, 2022 Dr. Saniyasnain Khan · 5m 30s · at 28:35 · https://youtu.be/QKVdxVFto7s?t=1715</w:t>
      </w:r>
    </w:p>
    <w:p>
      <w:r>
        <w:rPr>
          <w:i/>
        </w:rPr>
        <w:t>“But certain tries to steer away this expression of gratitude”</w:t>
      </w:r>
    </w:p>
    <w:p>
      <w:r>
        <w:rPr>
          <w:sz w:val="20"/>
        </w:rPr>
        <w:t>28:35  But Satan tries to steer away this expression of gratitude. So doctor, one question that comes in mind is that how does he do it? How does he attack us? If you can throw some light on this. Shaitan koi physical sense mein attack nahi kar sakta. Usko yeh taaqat nahi hai ke maan lijiye humein push kar de, hum gir jayein. Balke woh sirf zehan par asar karta hai.</w:t>
      </w:r>
      <w:r>
        <w:br/>
      </w:r>
      <w:r>
        <w:rPr>
          <w:sz w:val="20"/>
        </w:rPr>
        <w:t>29:02  quran mein bhi yeh baat aayi hai lais lahu sultana ke tumhare paas shaitan se kaha ja raha hai ke tumhare paas koi taaqat nahi hai. sirf woh behka sakta hai aur jo baat quran mein aayi hai ke kis tarah behkata hai uske liye tazeen ka word use hua hai. zayyanalahumul shaitanu aamaalahum ke shaitan unke aamaal unke deeds ko beautify karke dikhata hai. yaani bure kaam ko achha karke dikhata hai.</w:t>
      </w:r>
      <w:r>
        <w:br/>
      </w:r>
      <w:r>
        <w:rPr>
          <w:sz w:val="20"/>
        </w:rPr>
        <w:t>29:32  to Maulana ne bataya tha ek baar ke hamare zehan mein do entry points hain. ek hai farishte ke liye aur ek hai shaitan ke liye. usko Maulana ne jo aaj ke term mein use kiya tha woh ego shaitan ke liye ego hi use kar le aap, zyada samajh mein aayega aur farishte ke liye conscience.</w:t>
      </w:r>
      <w:r>
        <w:br/>
      </w:r>
      <w:r>
        <w:rPr>
          <w:sz w:val="20"/>
        </w:rPr>
        <w:t>29:58  to shaitan ka asar zehan par hota hai aur wo aapke zehan mein bure khayalat dalta hai aur buri cheezon ko acha karke dikhata hai jisko quran mein tazeen bataya gaya hai. to jab bhi kuch aise aisi baat ho aisa lage ke hum shaitan ke asar mein hain to humein allah taala se dhwah karni chahiye.</w:t>
      </w:r>
      <w:r>
        <w:br/>
      </w:r>
      <w:r>
        <w:rPr>
          <w:sz w:val="20"/>
        </w:rPr>
        <w:t>30:25  bahut se log hain aajkal bure kaam kar rahe hain jaise terrorism kar rahe hain log. ji. unko samajhte hain ke woh sahi kaam hai. halanki woh bahut hi galat kaam hai ke masoom logon ko marna yeh kaise sahi kaam ho sakta hai. to yahi woh shaitani amal hai ke shaitan ne unko kisi tarike se behka diya hai aur woh behak ke bure raste par chal rahe hain. ji.</w:t>
      </w:r>
      <w:r>
        <w:br/>
      </w:r>
      <w:r>
        <w:rPr>
          <w:sz w:val="20"/>
        </w:rPr>
        <w:t>30:51  So doctor the question that comes in mind is that how can we save ourselves from satan? iske bare mein bhi bataiye. shaitan se sirf allahi bacha sakta hai. yaani shaitan se bachne ki sirf ek hi zariya hai ke aap allah se dua karein. khuda se madad mange.</w:t>
      </w:r>
      <w:r>
        <w:br/>
      </w:r>
      <w:r>
        <w:rPr>
          <w:sz w:val="20"/>
        </w:rPr>
        <w:t>31:18  jab bhi aisa lage ke aap kisi tarah se shaitan ki zad mein aa rahe hain to aapko chahiye ke dua karein aur quran mein aata hai eezah masahum, tayfuhum, minash shaitani tazakkur. ke jo allah ke bande hain jab unko shaitan touch karta hai, physical sense mein touch nahi karna matlab hai balki unke zehan par asar dalta hai to woh chaunk jaate hain, woh alert ho jaate hain.</w:t>
      </w:r>
      <w:r>
        <w:br/>
      </w:r>
      <w:r>
        <w:rPr>
          <w:sz w:val="20"/>
        </w:rPr>
        <w:t>31:48  to yeh bahut ahum quran ke ayat hain ke aapke andar yeh salahiyat honi chahiye ke aap shaitan ke bas base ko shaitan ke jo uska harba hai usko samajh sake aur fauran alert ho jaye aur fauran khuda se dua karne lage.</w:t>
      </w:r>
      <w:r>
        <w:br/>
      </w:r>
      <w:r>
        <w:rPr>
          <w:sz w:val="20"/>
        </w:rPr>
        <w:t>32:10  bahut si duaen hain shaitan se bachne ke liye jaise hum jab quran padhte hain to kehte hain aoozubillahimina shaitanir rajeem. yeh to sabko yaad rehti hai. yeh dua kar sakte hain jab bhi aapko mehsoos ho ya aap sirf yeh keh sakte hain lahaulawala quwwata illah billahil aliyyil azeem. yeh bhi dua sabko yaad hai.</w:t>
      </w:r>
      <w:r>
        <w:br/>
      </w:r>
      <w:r>
        <w:rPr>
          <w:sz w:val="20"/>
        </w:rPr>
        <w:t>32:30  to yeh bhi shaitan ji.</w:t>
      </w:r>
      <w:r>
        <w:br/>
      </w:r>
      <w:r>
        <w:rPr>
          <w:sz w:val="20"/>
        </w:rPr>
        <w:t>32:41  wo aoozubikaraabie aiyadurun.</w:t>
      </w:r>
      <w:r>
        <w:br/>
      </w:r>
      <w:r>
        <w:rPr>
          <w:sz w:val="20"/>
        </w:rPr>
        <w:t>32:52  ki ae allah, main teri madad chahta hoon shaitan ke waswase se aur main teri madad chahta hoon,</w:t>
      </w:r>
      <w:r>
        <w:br/>
      </w:r>
      <w:r>
        <w:rPr>
          <w:sz w:val="20"/>
        </w:rPr>
        <w:t>33:03  teri panah chahta hoon ki shaitan mere qareeb aaye.</w:t>
      </w:r>
      <w:r>
        <w:br/>
      </w:r>
      <w:r>
        <w:rPr>
          <w:sz w:val="20"/>
        </w:rPr>
        <w:t>33:15  kar diya tha ke lage ke hamari apni dua hai. allahumma inni aoozubika min hamazatis shayateen, wa aoozubika rabbi ayyadoroon. to is tarah se shaitan ke waswase se bachne ka ek hi tareeka hai ke aap allah taala se madad karein aur madad chahein aur apni jo ibadat hai uske andar spirit paida karein.</w:t>
      </w:r>
      <w:r>
        <w:br/>
      </w:r>
      <w:r>
        <w:rPr>
          <w:sz w:val="20"/>
        </w:rPr>
        <w:t>33:39  jab spirit paida hogi sirf ek ritual nahi hoga tab jaise wo pehli ayat maine padhi thi ke woh chaunk jaate hain jab shaitan patch karte hain. to jab aapke andar woh salahiyat paida hogi, woh spirit aapke andar jayegi, iman aapka taza hoga, jab aapke andar gehri marifat jayegi to woh khud hi khud aap fauran pakad lenge ke yeh shaitan ka behkav aaya aur mujhe isse bachna chahiye.</w:t>
      </w:r>
      <w:r>
        <w:br/>
      </w:r>
      <w:r>
        <w:rPr>
          <w:sz w:val="20"/>
        </w:rPr>
        <w:t>34:05  ji, doctor sahib one question that I wanted to ask that was tahajjud prescribed to the people before the prophet mohammed? iske bare mein bhi bataiye.</w:t>
      </w:r>
    </w:p>
    <w:p>
      <w:pPr>
        <w:pStyle w:val="Heading2"/>
      </w:pPr>
      <w:r>
        <w:t>Fasting as training in discipline and taqwa</w:t>
      </w:r>
    </w:p>
    <w:p>
      <w:r>
        <w:rPr>
          <w:color w:val="666666"/>
          <w:sz w:val="18"/>
        </w:rPr>
        <w:t>Ramadan The Month of Fasting July 31, 2011- Maulana Wahiduddin Khan · 5m 06s · at 19:12 · https://youtu.be/EpBJ1QtE748?t=1152</w:t>
      </w:r>
    </w:p>
    <w:p>
      <w:r>
        <w:rPr>
          <w:i/>
        </w:rPr>
        <w:t>“Roze ki haqiqat kya hai?”</w:t>
      </w:r>
    </w:p>
    <w:p>
      <w:r>
        <w:rPr>
          <w:sz w:val="20"/>
        </w:rPr>
        <w:t>19:12  haqeeqat kya hai is ki roze ki? mein samajhta hoon ke roza haqeeqat hai</w:t>
      </w:r>
      <w:r>
        <w:br/>
      </w:r>
      <w:r>
        <w:rPr>
          <w:sz w:val="20"/>
        </w:rPr>
        <w:t>19:22  zindagi ko disciplined way mein guzarna.</w:t>
      </w:r>
      <w:r>
        <w:br/>
      </w:r>
      <w:r>
        <w:rPr>
          <w:sz w:val="20"/>
        </w:rPr>
        <w:t>19:29  disciplined way mein guzarna. woh kya hai? dekhein aik hai bandha hua janwar, aik hai khula hua janwar.</w:t>
      </w:r>
      <w:r>
        <w:br/>
      </w:r>
      <w:r>
        <w:rPr>
          <w:sz w:val="20"/>
        </w:rPr>
        <w:t>19:41  khula hua janwar is khet mein jata hai, us khet mein jata hai. koi is ki koi cheez is ko rokti nahi.</w:t>
      </w:r>
      <w:r>
        <w:br/>
      </w:r>
      <w:r>
        <w:rPr>
          <w:sz w:val="20"/>
        </w:rPr>
        <w:t>19:50  lekin yeh bandha janwar jo hai woh usi tak mehdood rehta hai jo is ke samne hai. to hadith mein aata hai ke yeh yeh misaal di gayi hai ke momin ki misaal aisi hai jaise ke aik khunte mein bandha hua ghoda.</w:t>
      </w:r>
      <w:r>
        <w:br/>
      </w:r>
      <w:r>
        <w:rPr>
          <w:sz w:val="20"/>
        </w:rPr>
        <w:t>20:11  "mathal momin wa mathal iman". aik</w:t>
      </w:r>
      <w:r>
        <w:br/>
      </w:r>
      <w:r>
        <w:rPr>
          <w:sz w:val="20"/>
        </w:rPr>
        <w:t>20:19  ghoda khunte mein bandha hua hai, is ki aik rassi hai, farz ki jiye ke teen meter ki. teen meter ke barabar woh ghoomega, is ke aage nahi aa sakta.</w:t>
      </w:r>
      <w:r>
        <w:br/>
      </w:r>
      <w:r>
        <w:rPr>
          <w:sz w:val="20"/>
        </w:rPr>
        <w:t>20:29  to aik janwar jo hai khula hua ho, har khet mein woh daakhil ho jayega. jo bandha hua ho woh usi dayre mein rahega jo is ka is ke malik ne dayra muqarrar kar diya hai.</w:t>
      </w:r>
      <w:r>
        <w:br/>
      </w:r>
      <w:r>
        <w:rPr>
          <w:sz w:val="20"/>
        </w:rPr>
        <w:t>20:44  to goya ke ramzan ka mahina aap ko yaad dilata hai ke aap ko paband zindagi guzarna hai.</w:t>
      </w:r>
      <w:r>
        <w:br/>
      </w:r>
      <w:r>
        <w:rPr>
          <w:sz w:val="20"/>
        </w:rPr>
        <w:t>20:55  disciplined way mein zindagi guzarna hai. apne aap ko control kar ke duniya mein rehna hai. apne bhook par control, apne pyas par control, apni khwahishon par control.</w:t>
      </w:r>
      <w:r>
        <w:br/>
      </w:r>
      <w:r>
        <w:rPr>
          <w:sz w:val="20"/>
        </w:rPr>
        <w:t>21:11  har cheez par control.</w:t>
      </w:r>
      <w:r>
        <w:br/>
      </w:r>
      <w:r>
        <w:rPr>
          <w:sz w:val="20"/>
        </w:rPr>
        <w:t>21:15  to yeh hai ramzan ki haqeeqat. yeh hai ramzan ki haqeeqat. isi liye dekhiye quran mein hai ke: "la'allakum tattaqun".</w:t>
      </w:r>
      <w:r>
        <w:br/>
      </w:r>
      <w:r>
        <w:rPr>
          <w:sz w:val="20"/>
        </w:rPr>
        <w:t>21:29  taake tum parhezgari ki zindagi guzaro.</w:t>
      </w:r>
      <w:r>
        <w:br/>
      </w:r>
      <w:r>
        <w:rPr>
          <w:sz w:val="20"/>
        </w:rPr>
        <w:t>21:34  "kutiba 'alaikumus-siyam". "kutiba 'ala allazeena min qablikum". "la'allakum tattaqun".</w:t>
      </w:r>
      <w:r>
        <w:br/>
      </w:r>
      <w:r>
        <w:rPr>
          <w:sz w:val="20"/>
        </w:rPr>
        <w:t>21:42  taake tum parhezgari ki zindagi guzaro. parhezgari kya hai? bachna. bachna kya hai? kuch cheez se bachna, kuch cheez ko ikhtiyar karna.</w:t>
      </w:r>
      <w:r>
        <w:br/>
      </w:r>
      <w:r>
        <w:rPr>
          <w:sz w:val="20"/>
        </w:rPr>
        <w:t>21:54  isi ka naam hai taqwa. taqwa aik salbi cheez nahi hai. agar sirf bachna aap bataye taqwa ka matlab to kaha gaya taqwa salbi ho gaya.</w:t>
      </w:r>
      <w:r>
        <w:br/>
      </w:r>
      <w:r>
        <w:rPr>
          <w:sz w:val="20"/>
        </w:rPr>
        <w:t>22:06  selbi bhi aik pehlu hai, doosra pehlu ajabi hai. yani kisi cheez se bachna aur kisi kaam ko karna. yeh matlab hua.</w:t>
      </w:r>
      <w:r>
        <w:br/>
      </w:r>
      <w:r>
        <w:rPr>
          <w:sz w:val="20"/>
        </w:rPr>
        <w:t>22:16  to "lalakum tattaqoon" ke maani yeh hue ke tum najayaz se bacho aur jayaz hi tak apne ko mehdood rakho.</w:t>
      </w:r>
      <w:r>
        <w:br/>
      </w:r>
      <w:r>
        <w:rPr>
          <w:sz w:val="20"/>
        </w:rPr>
        <w:t>22:30  to roze mein aap kya karte hain ke raat ke auqaat mein khate hain, din ke auqaat mein nahi khatay. raat ke auqaat mein peete hain, din ke auqaat mein nahi peetay.</w:t>
      </w:r>
      <w:r>
        <w:br/>
      </w:r>
      <w:r>
        <w:rPr>
          <w:sz w:val="20"/>
        </w:rPr>
        <w:t>22:42  yeh aik symbolic training hai.</w:t>
      </w:r>
      <w:r>
        <w:br/>
      </w:r>
      <w:r>
        <w:rPr>
          <w:sz w:val="20"/>
        </w:rPr>
        <w:t>22:48  yani is ka matlab yeh hua ke jise hadith mein aata hai ke: "hadd hudoodan fala ta'tadooha". Allah ne hadd qaim kar di hai, us hadd ko paar mat karo.</w:t>
      </w:r>
      <w:r>
        <w:br/>
      </w:r>
      <w:r>
        <w:rPr>
          <w:sz w:val="20"/>
        </w:rPr>
        <w:t>23:02  to Allah taala ne isi tareeqay se jis tarah se roze mein hota hai ke din ko aap khate hain, raat ko chhod dete hain. yahi maamla har cheez mein hai. ke aap ko sach bolna hai, jhoot nahi bolna hai.</w:t>
      </w:r>
      <w:r>
        <w:br/>
      </w:r>
      <w:r>
        <w:rPr>
          <w:sz w:val="20"/>
        </w:rPr>
        <w:t>23:17  dant daari ikhtiyar karna hai aur bad dua nahi ikhtiyar karna hai. maamla achhay tareeqay se karna hai, bad maamlgi nahi karna hai.</w:t>
      </w:r>
      <w:r>
        <w:br/>
      </w:r>
      <w:r>
        <w:rPr>
          <w:sz w:val="20"/>
        </w:rPr>
        <w:t>23:31  peaceful tareeqay se kaam karna hai aur tashaddud ke zariye nahi kaam karna hai.</w:t>
      </w:r>
      <w:r>
        <w:br/>
      </w:r>
      <w:r>
        <w:rPr>
          <w:sz w:val="20"/>
        </w:rPr>
        <w:t>23:39  sulah ke zariye kaam karna hai, jang ke zariye nahi kaam karna hai. insaanon ke liye aap ke dil mein khair khwahi hona hai, un ke liye dushmani nahi hona hai.</w:t>
      </w:r>
      <w:r>
        <w:br/>
      </w:r>
      <w:r>
        <w:rPr>
          <w:sz w:val="20"/>
        </w:rPr>
        <w:t>23:48  yeh hai taqwa, yeh hai parhezgari. to taqwa ka aik selbi pehlu hai, aik ajabi pehlu hai. yeh karna, woh na karna.</w:t>
      </w:r>
      <w:r>
        <w:br/>
      </w:r>
      <w:r>
        <w:rPr>
          <w:sz w:val="20"/>
        </w:rPr>
        <w:t>23:58  yeh na yeh karna, woh na karna. to bilkul yahi maamla hai ke din ko khana, raat ko na khana. yeh goya aap ko tarbiyat di jati hai ke kuch cheezein selbi hain, kuch cheezein ajabi hain.</w:t>
      </w:r>
    </w:p>
    <w:p>
      <w:pPr>
        <w:pStyle w:val="Heading2"/>
      </w:pPr>
      <w:r>
        <w:t>The companion's spontaneous prayer words the Prophet praised</w:t>
      </w:r>
    </w:p>
    <w:p>
      <w:r>
        <w:rPr>
          <w:color w:val="666666"/>
          <w:sz w:val="18"/>
        </w:rPr>
        <w:t>The School of Fiqh in Islam (English) April 14, 2007 Maulana Wahiduddin Khan · 3m 40s · at 29:30 · https://youtu.be/Kc-mTjI23HM?t=1770</w:t>
      </w:r>
    </w:p>
    <w:p>
      <w:r>
        <w:rPr>
          <w:i/>
        </w:rPr>
        <w:t>“One day, the Prophet of Islam led a congregational prayer”</w:t>
      </w:r>
    </w:p>
    <w:p>
      <w:r>
        <w:rPr>
          <w:sz w:val="20"/>
        </w:rPr>
        <w:t>29:30  i will give an example, very relevant. one day, the prophet of Islam led a salah, that is congregational prayer.</w:t>
      </w:r>
      <w:r>
        <w:br/>
      </w:r>
      <w:r>
        <w:rPr>
          <w:sz w:val="20"/>
        </w:rPr>
        <w:t>29:42  so, during salah, you know, we see after ruku,</w:t>
      </w:r>
      <w:r>
        <w:br/>
      </w:r>
      <w:r>
        <w:rPr>
          <w:sz w:val="20"/>
        </w:rPr>
        <w:t>29:52  sami Allahu min hamidi. so, leader says, sami Allahu min hamidi, and the muqtadi</w:t>
      </w:r>
      <w:r>
        <w:br/>
      </w:r>
      <w:r>
        <w:rPr>
          <w:sz w:val="20"/>
        </w:rPr>
        <w:t>30:03  says, rabbana lakal hamd. well known to all those pray, that imam says, sami Allahu min hamidi,</w:t>
      </w:r>
      <w:r>
        <w:br/>
      </w:r>
      <w:r>
        <w:rPr>
          <w:sz w:val="20"/>
        </w:rPr>
        <w:t>30:16  and then the muqtadi says, rabbana lakal hamd. but, what happen?</w:t>
      </w:r>
      <w:r>
        <w:br/>
      </w:r>
      <w:r>
        <w:rPr>
          <w:sz w:val="20"/>
        </w:rPr>
        <w:t>30:22  one sahabi said at the time, rabbana lakal hamd, hamdan kathiran tayyiban mubarakan feeh. he added some more words.</w:t>
      </w:r>
      <w:r>
        <w:br/>
      </w:r>
      <w:r>
        <w:rPr>
          <w:sz w:val="20"/>
        </w:rPr>
        <w:t>30:34  routine word was, sami Allahu min</w:t>
      </w:r>
      <w:r>
        <w:br/>
      </w:r>
      <w:r>
        <w:rPr>
          <w:sz w:val="20"/>
        </w:rPr>
        <w:t>30:37  hamidi, but he added some more words and said, rabbana lakal hamd, hamdan kathiran tayyiban mubarakan feeh.</w:t>
      </w:r>
      <w:r>
        <w:br/>
      </w:r>
      <w:r>
        <w:rPr>
          <w:sz w:val="20"/>
        </w:rPr>
        <w:t>30:48  so, after, after the prayer, when prophet finished his prayer, he asked, who was that person who said like this?</w:t>
      </w:r>
      <w:r>
        <w:br/>
      </w:r>
      <w:r>
        <w:rPr>
          <w:sz w:val="20"/>
        </w:rPr>
        <w:t>31:02  who said like this? so, there was silence</w:t>
      </w:r>
      <w:r>
        <w:br/>
      </w:r>
      <w:r>
        <w:rPr>
          <w:sz w:val="20"/>
        </w:rPr>
        <w:t>31:07  , there was pause. that person was in fear, maybe i was wrong, and i will be punished.</w:t>
      </w:r>
      <w:r>
        <w:br/>
      </w:r>
      <w:r>
        <w:rPr>
          <w:sz w:val="20"/>
        </w:rPr>
        <w:t>31:21  so, prophet said, no, it was not wrong.</w:t>
      </w:r>
      <w:r>
        <w:br/>
      </w:r>
      <w:r>
        <w:rPr>
          <w:sz w:val="20"/>
        </w:rPr>
        <w:t>31:27  it was greatly appreciated by god. why? it was expression of his sentiment.</w:t>
      </w:r>
      <w:r>
        <w:br/>
      </w:r>
      <w:r>
        <w:rPr>
          <w:sz w:val="20"/>
        </w:rPr>
        <w:t>31:40  when you say, rabbana lakal hamd, you are repeating some ritual words, simply repetition of some memorized words.</w:t>
      </w:r>
      <w:r>
        <w:br/>
      </w:r>
      <w:r>
        <w:rPr>
          <w:sz w:val="20"/>
        </w:rPr>
        <w:t>31:56  when you say, rabbana lakal hamd, you are repeating some memorized words. but, that sahabi, when he was praying,</w:t>
      </w:r>
      <w:r>
        <w:br/>
      </w:r>
      <w:r>
        <w:rPr>
          <w:sz w:val="20"/>
        </w:rPr>
        <w:t>32:08  he was inspired</w:t>
      </w:r>
      <w:r>
        <w:br/>
      </w:r>
      <w:r>
        <w:rPr>
          <w:sz w:val="20"/>
        </w:rPr>
        <w:t>32:15  with the remembrance of god. he remembered god, and he was inspired. he received, he was, he received thrilling experience, and this thrilling experience was expressed in such a way, that he said, rabbana lakal hamd, hamdan kathiran tayyiban mubarakan feeh.</w:t>
      </w:r>
      <w:r>
        <w:br/>
      </w:r>
      <w:r>
        <w:rPr>
          <w:sz w:val="20"/>
        </w:rPr>
        <w:t>32:40  it was a, it was a expression of imaan. it was expression of taqwa.</w:t>
      </w:r>
      <w:r>
        <w:br/>
      </w:r>
      <w:r>
        <w:rPr>
          <w:sz w:val="20"/>
        </w:rPr>
        <w:t>32:51  so, it was greatly appreciated by god and by the prophet. so, here you can see, here is the difference.</w:t>
      </w:r>
      <w:r>
        <w:br/>
      </w:r>
      <w:r>
        <w:rPr>
          <w:sz w:val="20"/>
        </w:rPr>
        <w:t>33:02  he deviated from the routine and said, a new sentence, but he was right.</w:t>
      </w:r>
    </w:p>
    <w:p>
      <w:pPr>
        <w:pStyle w:val="Heading2"/>
      </w:pPr>
      <w:r>
        <w:t>Full lecture on Muslims in modern age</w:t>
      </w:r>
    </w:p>
    <w:p>
      <w:r>
        <w:rPr>
          <w:color w:val="666666"/>
          <w:sz w:val="18"/>
        </w:rPr>
        <w:t>Muslims in the Modern Age, Jan 18, 2009 · 5m 31s · at 0:21 · https://youtu.be/7zDCFtOSWSw?t=21</w:t>
      </w:r>
    </w:p>
    <w:p>
      <w:r>
        <w:rPr>
          <w:i/>
        </w:rPr>
        <w:t>“The theme for this morning is Muslims in the Modern Age”</w:t>
      </w:r>
    </w:p>
    <w:p>
      <w:r>
        <w:rPr>
          <w:sz w:val="20"/>
        </w:rPr>
        <w:t>0:21  The theme for this morning is "Muslims in the Modern Age."</w:t>
      </w:r>
      <w:r>
        <w:br/>
      </w:r>
      <w:r>
        <w:rPr>
          <w:sz w:val="20"/>
        </w:rPr>
        <w:t>0:34  Yesterday I happened to meet two English journalists.</w:t>
      </w:r>
      <w:r>
        <w:br/>
      </w:r>
      <w:r>
        <w:rPr>
          <w:sz w:val="20"/>
        </w:rPr>
        <w:t>0:44  One was a senior journalist from India, and the second was a lady journalist from some foreign countr</w:t>
      </w:r>
      <w:r>
        <w:br/>
      </w:r>
      <w:r>
        <w:rPr>
          <w:sz w:val="20"/>
        </w:rPr>
        <w:t>0:55  y. Both wanted to know my opinion about the Palestinian problem or Arab-Israel problem.</w:t>
      </w:r>
      <w:r>
        <w:br/>
      </w:r>
      <w:r>
        <w:rPr>
          <w:sz w:val="20"/>
        </w:rPr>
        <w:t>1:10  I said that</w:t>
      </w:r>
      <w:r>
        <w:br/>
      </w:r>
      <w:r>
        <w:rPr>
          <w:sz w:val="20"/>
        </w:rPr>
        <w:t>1:16  the Arab-Israel issue is only an offshoot of a greater issue.</w:t>
      </w:r>
      <w:r>
        <w:br/>
      </w:r>
      <w:r>
        <w:rPr>
          <w:sz w:val="20"/>
        </w:rPr>
        <w:t>1:29  The Palestinian problem is only an offshoot of a greater problem. They wanted to know what is that greater problem with Muslims.</w:t>
      </w:r>
      <w:r>
        <w:br/>
      </w:r>
      <w:r>
        <w:rPr>
          <w:sz w:val="20"/>
        </w:rPr>
        <w:t>1:43  I said that</w:t>
      </w:r>
      <w:r>
        <w:br/>
      </w:r>
      <w:r>
        <w:rPr>
          <w:sz w:val="20"/>
        </w:rPr>
        <w:t>1:47  I have studied most of those materials published by Muslim scholars during the 20th century in Urdu, in English, in Arabic.</w:t>
      </w:r>
      <w:r>
        <w:br/>
      </w:r>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r>
        <w:br/>
      </w:r>
      <w:r>
        <w:rPr>
          <w:sz w:val="20"/>
        </w:rPr>
        <w:t>2:51  All these Muslims are quite unaware of what is the present age.</w:t>
      </w:r>
      <w:r>
        <w:br/>
      </w:r>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r>
        <w:br/>
      </w:r>
      <w:r>
        <w:rPr>
          <w:sz w:val="20"/>
        </w:rPr>
        <w:t>3:51  They don't know what is the spirit of the age.</w:t>
      </w:r>
      <w:r>
        <w:br/>
      </w:r>
      <w:r>
        <w:rPr>
          <w:sz w:val="20"/>
        </w:rPr>
        <w:t>3:57  I refer to only one example. One great scholar of Muslim, one great Islamic scholar has published a book perhaps in 1940, before independence.</w:t>
      </w:r>
      <w:r>
        <w:br/>
      </w:r>
      <w:r>
        <w:rPr>
          <w:sz w:val="20"/>
        </w:rPr>
        <w:t>4:21  This book was originally written in Arabic. It is an Arabic book.</w:t>
      </w:r>
      <w:r>
        <w:br/>
      </w:r>
      <w:r>
        <w:rPr>
          <w:sz w:val="20"/>
        </w:rPr>
        <w:t>4:26  He is a great scholar in Arabic. So, the title of this book was "Maza Khosrow</w:t>
      </w:r>
      <w:r>
        <w:br/>
      </w:r>
      <w:r>
        <w:rPr>
          <w:sz w:val="20"/>
        </w:rPr>
        <w:t>4:38  al-Alam Bin Hidayatul Muslimin." It means that</w:t>
      </w:r>
      <w:r>
        <w:br/>
      </w:r>
      <w:r>
        <w:rPr>
          <w:sz w:val="20"/>
        </w:rPr>
        <w:t>4:45  what the world lost, L-O-S-T, what the world lost due to Muslims' decline.</w:t>
      </w:r>
      <w:r>
        <w:br/>
      </w:r>
      <w:r>
        <w:rPr>
          <w:sz w:val="20"/>
        </w:rPr>
        <w:t>4:57  This kind of title is absurd. The correct title may be "Maza Khosrow al-Muslimun Bin Hidayatul Fikriyah," what Muslims lost due to their intellectual backwardness.</w:t>
      </w:r>
      <w:r>
        <w:br/>
      </w:r>
      <w:r>
        <w:rPr>
          <w:sz w:val="20"/>
        </w:rPr>
        <w:t>5:22  This is the intellectual bankruptcy we are witnessing among Muslim scholars</w:t>
      </w:r>
    </w:p>
    <w:p>
      <w:pPr>
        <w:pStyle w:val="Heading2"/>
      </w:pPr>
      <w:r>
        <w:t>The eight categories the Quran allows zakat to fund</w:t>
      </w:r>
    </w:p>
    <w:p>
      <w:r>
        <w:rPr>
          <w:color w:val="666666"/>
          <w:sz w:val="18"/>
        </w:rPr>
        <w:t>The Importance of Zakat May 08, 2022 Dr. Saniyasnain Khan · 3m 44s · at 8:34 · https://youtu.be/92nslWvnQ5Y?t=514</w:t>
      </w:r>
    </w:p>
    <w:p>
      <w:r>
        <w:rPr>
          <w:i/>
        </w:rPr>
        <w:t>“The Quran names eight heads where zakat can be spent”</w:t>
      </w:r>
    </w:p>
    <w:p>
      <w:r>
        <w:rPr>
          <w:sz w:val="20"/>
        </w:rPr>
        <w:t>8:34  quran mein surah at-taubah mein aath made hain, heads hain jisme zakat di ja sakti hai. to sabse pehle hai fukara yaani poor jinke paas kuch nahi hai. to jo bahut hi gareeb hai woh fukara hai aur phir masakeen hain. masakeen woh log hain jinke paas kuch hai. ji.</w:t>
      </w:r>
      <w:r>
        <w:br/>
      </w:r>
      <w:r>
        <w:rPr>
          <w:sz w:val="20"/>
        </w:rPr>
        <w:t>9:01  lekin woh unki jo needs hain woh poori nahi hoti. to unko bhi zaqaat di ja sakti hai aur phir aamileen, aamileen ka matlab hai ki jo log zaqaat collect karte hain, jaise institutions ke paas log hote hain woh jaake collect karte hain zakaat, to unko bhi zakaat di ja sakti hai.</w:t>
      </w:r>
      <w:r>
        <w:br/>
      </w:r>
      <w:r>
        <w:rPr>
          <w:sz w:val="20"/>
        </w:rPr>
        <w:t>9:26  aise hi hai ek mad, ek head muhallafat-ul-quloob yaani softening of the hearts ya soft corner paida karna.</w:t>
      </w:r>
      <w:r>
        <w:br/>
      </w:r>
      <w:r>
        <w:rPr>
          <w:sz w:val="20"/>
        </w:rPr>
        <w:t>9:36  yeh khaas taur se yeh bahut hi ahmm head hai zakaad ka jis mein dawat ka kaam bhi aata</w:t>
      </w:r>
      <w:r>
        <w:br/>
      </w:r>
      <w:r>
        <w:rPr>
          <w:sz w:val="20"/>
        </w:rPr>
        <w:t>9:43  hai yaani ke deen ka deen ka jo kaam hai khaas taur se dawat quran ko logon tak pahunchana,</w:t>
      </w:r>
      <w:r>
        <w:br/>
      </w:r>
      <w:r>
        <w:rPr>
          <w:sz w:val="20"/>
        </w:rPr>
        <w:t>9:50  deen ki baatein logon tak pahunchana usmein jo akhrazad hai quran ki printing hai, quran ka distribution hai,</w:t>
      </w:r>
      <w:r>
        <w:br/>
      </w:r>
      <w:r>
        <w:rPr>
          <w:sz w:val="20"/>
        </w:rPr>
        <w:t>9:57  kitabein hai aajkal to digital daur aa gaya hai to usmein bhi jo cheezein hain to us par</w:t>
      </w:r>
      <w:r>
        <w:br/>
      </w:r>
      <w:r>
        <w:rPr>
          <w:sz w:val="20"/>
        </w:rPr>
        <w:t>10:04  bhi yeh kharch ho sakta hai yaani jo madhu hai jisko hameen deen ki baatein batani hain, quran</w:t>
      </w:r>
      <w:r>
        <w:br/>
      </w:r>
      <w:r>
        <w:rPr>
          <w:sz w:val="20"/>
        </w:rPr>
        <w:t>10:11  ka paigaam pahunchana uske andar ek soft corner paida karna taake woh mutala kare islam ke baare mein</w:t>
      </w:r>
      <w:r>
        <w:br/>
      </w:r>
      <w:r>
        <w:rPr>
          <w:sz w:val="20"/>
        </w:rPr>
        <w:t>10:18  jaane, islam ki ko samjhe, quran ko samjhe toh yeh ek bahut achha head hai jismein daawati kaam</w:t>
      </w:r>
      <w:r>
        <w:br/>
      </w:r>
      <w:r>
        <w:rPr>
          <w:sz w:val="20"/>
        </w:rPr>
        <w:t>10:25  bhi aa jaata hai aur phir hai rikab.</w:t>
      </w:r>
      <w:r>
        <w:br/>
      </w:r>
      <w:r>
        <w:rPr>
          <w:sz w:val="20"/>
        </w:rPr>
        <w:t>10:32  rikab ka matlab hai us zamane mein slaves hote the toh slaves ko free karne ke liye yeh</w:t>
      </w:r>
      <w:r>
        <w:br/>
      </w:r>
      <w:r>
        <w:rPr>
          <w:sz w:val="20"/>
        </w:rPr>
        <w:t>10:37  head hua karta tha ab toh yeh cheez khatm ho gayi hai lekin abhi bhi log prisoners ki</w:t>
      </w:r>
      <w:r>
        <w:br/>
      </w:r>
      <w:r>
        <w:rPr>
          <w:sz w:val="20"/>
        </w:rPr>
        <w:t>10:43  help kar karte hain koi agar aisa hai jo paid ho gaya hai aur masoom hai woh begunah</w:t>
      </w:r>
      <w:r>
        <w:br/>
      </w:r>
      <w:r>
        <w:rPr>
          <w:sz w:val="20"/>
        </w:rPr>
        <w:t>10:49  hai toh usko help karna, usko chhudana, uske liye legal help karna woh bhi sab ismein aa jaata</w:t>
      </w:r>
      <w:r>
        <w:br/>
      </w:r>
      <w:r>
        <w:rPr>
          <w:sz w:val="20"/>
        </w:rPr>
        <w:t>10:55  hai aur phir hai garmeen, garmeen woh hai jo jiska jisne bahut loan vagairah liya hai aur woh</w:t>
      </w:r>
      <w:r>
        <w:br/>
      </w:r>
      <w:r>
        <w:rPr>
          <w:sz w:val="20"/>
        </w:rPr>
        <w:t>11:01  us us loan mein daba hua hai aur woh pay nahin kar pa raha hai toh usko us</w:t>
      </w:r>
      <w:r>
        <w:br/>
      </w:r>
      <w:r>
        <w:rPr>
          <w:sz w:val="20"/>
        </w:rPr>
        <w:t>11:07  ismad mein bhi diya ja sakta hai aur phir is fiss abhi lillah, sabhi lillah matlab hai khuda</w:t>
      </w:r>
      <w:r>
        <w:br/>
      </w:r>
      <w:r>
        <w:rPr>
          <w:sz w:val="20"/>
        </w:rPr>
        <w:t>11:13  ke raah mein.</w:t>
      </w:r>
      <w:r>
        <w:br/>
      </w:r>
      <w:r>
        <w:rPr>
          <w:sz w:val="20"/>
        </w:rPr>
        <w:t>11:19  yeh bhi ek bahut hi bada head hai jisme aap bahut saari cheezein aa jaati hain aur dawat ka kaam bhi ismein aata hai ki quran ko logon tak pahunchana abhi sabee lillah mein aata hai aur yeh ek bahut hi ahum head hai islam ke jo aur kaam hai woh sab iske andar aa sakte hain aur phir hai Ibn Sabil. Ibn Sabil ka matlab hai travelers.</w:t>
      </w:r>
      <w:r>
        <w:br/>
      </w:r>
      <w:r>
        <w:rPr>
          <w:sz w:val="20"/>
        </w:rPr>
        <w:t>11:47  toh travelers us zamane mein jab banks nahin hote the aur yeh sab cheezein yeh facilities nahin thi</w:t>
      </w:r>
      <w:r>
        <w:br/>
      </w:r>
      <w:r>
        <w:rPr>
          <w:sz w:val="20"/>
        </w:rPr>
        <w:t>11:53  toh kabhi kabhi kya hota tha koi shakhs apne ghar mein toh woh rich hai lekin woh travel</w:t>
      </w:r>
      <w:r>
        <w:br/>
      </w:r>
      <w:r>
        <w:rPr>
          <w:sz w:val="20"/>
        </w:rPr>
        <w:t>11:59  karke kahin doosri country jaata tha toh wahan woh kisi wajah se gareeb ho jaata tha.</w:t>
      </w:r>
      <w:r>
        <w:br/>
      </w:r>
      <w:r>
        <w:rPr>
          <w:sz w:val="20"/>
        </w:rPr>
        <w:t>12:05  toh usko bhi zakat ka yeh ek head hai jo jisko zakat diya hai.</w:t>
      </w:r>
      <w:r>
        <w:br/>
      </w:r>
      <w:r>
        <w:rPr>
          <w:sz w:val="20"/>
        </w:rPr>
        <w:t>12:11  toh yeh aath heads hain aur inmein beirhaal zakat ki rakam di ja sakti hai. Ji.</w:t>
      </w:r>
      <w:r>
        <w:br/>
      </w:r>
      <w:r>
        <w:rPr>
          <w:sz w:val="20"/>
        </w:rPr>
        <w:t>12:18  DocsApp apne aath heads bataein lekin zaqaat ki ek calculation ka bhi ek process hai. to uske baare mein bhi kuch hum sabko bataiye. zaqaat ko kaise calculate karte hain uske liye chahiye ki kisi achhe mufti se milein. ji. kyunki itna aasan nahi hai. jaise log kehte hain 2.5% zakat deni hai. lekin itna aasan nahi hai.</w:t>
      </w:r>
    </w:p>
    <w:p>
      <w:pPr>
        <w:pStyle w:val="Heading2"/>
      </w:pPr>
      <w:r>
        <w:t>Patience, media hate, and Islam's resilience</w:t>
      </w:r>
    </w:p>
    <w:p>
      <w:r>
        <w:rPr>
          <w:color w:val="666666"/>
          <w:sz w:val="18"/>
        </w:rPr>
        <w:t>Ramadan The Month of Fasting July 31, 2011 · 5m 58s · at 31:01 · https://youtu.be/4W4Dg7zt0DM?t=1861</w:t>
      </w:r>
    </w:p>
    <w:p>
      <w:r>
        <w:rPr>
          <w:i/>
        </w:rPr>
        <w:t>“Sabr ke mayne hain ke provoke na hon”</w:t>
      </w:r>
    </w:p>
    <w:p>
      <w:r>
        <w:rPr>
          <w:sz w:val="20"/>
        </w:rPr>
        <w:t>31:01  sabr ke maani kya hain? sabr ke maani hain keh koi khilaaf mizaj baatein hon to aap prov oke na hon, bhadak na uthein.</w:t>
      </w:r>
      <w:r>
        <w:br/>
      </w:r>
      <w:r>
        <w:rPr>
          <w:sz w:val="20"/>
        </w:rPr>
        <w:t>31:14  apni normal ko baaqi rakhein.</w:t>
      </w:r>
      <w:r>
        <w:br/>
      </w:r>
      <w:r>
        <w:rPr>
          <w:sz w:val="20"/>
        </w:rPr>
        <w:t>31:17  sabr ke maani hain e'tedaal ko baaqi rakhna. kyunke aadmi dekhiye baar baar kya hota hai. jazbaat se maghloob ho jata hai. khwahish se maghloob ho jata hai.</w:t>
      </w:r>
      <w:r>
        <w:br/>
      </w:r>
      <w:r>
        <w:rPr>
          <w:sz w:val="20"/>
        </w:rPr>
        <w:t>31:28  ishti'aal se maghloob ho jata hai. baar baar aisa hota rehta hai. mohabbat se maghloob ho jata hai. sabr ka matlab hai apne ko haalat-e-e'tedaal par qaaim rakhna.</w:t>
      </w:r>
      <w:r>
        <w:br/>
      </w:r>
      <w:r>
        <w:rPr>
          <w:sz w:val="20"/>
        </w:rPr>
        <w:t>31:40  normal haalat jo hai aadmi ki fitri, usko qaaim rakhna usko. uske bahut faayde hain.</w:t>
      </w:r>
      <w:r>
        <w:br/>
      </w:r>
      <w:r>
        <w:rPr>
          <w:sz w:val="20"/>
        </w:rPr>
        <w:t>31:47  iska mein ek ek taaza misaal deta hoon aapko.</w:t>
      </w:r>
      <w:r>
        <w:br/>
      </w:r>
      <w:r>
        <w:rPr>
          <w:sz w:val="20"/>
        </w:rPr>
        <w:t>31:53  kal akhbaar mein ek khabar aayi hai, shayad aapne dekha ho. keh South Africa ka ek mashhoor cricket r, cricket ka ek mashhoor khiladi Islam mein daakhila ho gaya.</w:t>
      </w:r>
      <w:r>
        <w:br/>
      </w:r>
      <w:r>
        <w:rPr>
          <w:sz w:val="20"/>
        </w:rPr>
        <w:t>32:10  Islam mein daakhila ho gaya. iska naam hai Parnell.</w:t>
      </w:r>
      <w:r>
        <w:br/>
      </w:r>
      <w:r>
        <w:rPr>
          <w:sz w:val="20"/>
        </w:rPr>
        <w:t>32:14  yeh aaya akhbaar mein, aap kal ke akhbaar mein dekh sakte hain. Parnell. yeh mashhoor khiladi hai, iske photo ke saath iska aaya hai keh isne Islam qubool kar liya hai.</w:t>
      </w:r>
      <w:r>
        <w:br/>
      </w:r>
      <w:r>
        <w:rPr>
          <w:sz w:val="20"/>
        </w:rPr>
        <w:t>32:26  to mein ek baat sochne laga.</w:t>
      </w:r>
      <w:r>
        <w:br/>
      </w:r>
      <w:r>
        <w:rPr>
          <w:sz w:val="20"/>
        </w:rPr>
        <w:t>32:32  keh itni Islam ke khilaaf baatein chhapp rahi hain.</w:t>
      </w:r>
      <w:r>
        <w:br/>
      </w:r>
      <w:r>
        <w:rPr>
          <w:sz w:val="20"/>
        </w:rPr>
        <w:t>32:36  rozana Islam ke khilaaf media mein baatein hoti hain. keh Islam tashaddud ka mazhab hai, Islam nafrat sikhata hai. Islam jo hai, Islam mein bardaasht nahi hai.</w:t>
      </w:r>
      <w:r>
        <w:br/>
      </w:r>
      <w:r>
        <w:rPr>
          <w:sz w:val="20"/>
        </w:rPr>
        <w:t>32:49  waghera waghera. yeh Musalmanon ke jo rawish hai usko le kar ke. kyunke Musalman jagah jagah is tarah ke waaqeaat kar rahe hain to log samajhte hain keh yeh hi Islam hai.</w:t>
      </w:r>
      <w:r>
        <w:br/>
      </w:r>
      <w:r>
        <w:rPr>
          <w:sz w:val="20"/>
        </w:rPr>
        <w:t>33:01  jo jab itna zyada Islam ke khilaaf media mein aa raha hai to log Islam qubool kyun kar rahe hain?</w:t>
      </w:r>
      <w:r>
        <w:br/>
      </w:r>
      <w:r>
        <w:rPr>
          <w:sz w:val="20"/>
        </w:rPr>
        <w:t>33:07  har mulk mein Islam qubool kar rahe hain log, har mulk mein. kyun aisa ho raha hai? to yahan par mujhe sabr ki ahmiyat maloom hui.</w:t>
      </w:r>
      <w:r>
        <w:br/>
      </w:r>
      <w:r>
        <w:rPr>
          <w:sz w:val="20"/>
        </w:rPr>
        <w:t>33:19  kyunke ab Musalman isko daryaft nahi kar sake ab tak. kyunke sabr nahi kar paate woh.</w:t>
      </w:r>
      <w:r>
        <w:br/>
      </w:r>
      <w:r>
        <w:rPr>
          <w:sz w:val="20"/>
        </w:rPr>
        <w:t>33:26  yaani jo jo bhadkata hai usse bhadak jaate hain. jaise kal hi ke akhbaar mein ek ek kisine bayan de diya.</w:t>
      </w:r>
      <w:r>
        <w:br/>
      </w:r>
      <w:r>
        <w:rPr>
          <w:sz w:val="20"/>
        </w:rPr>
        <w:t>33:35  ek Hindu jo Harvard University mein hai, ab is par toofan. agar aap isko nazar andaaz karein.</w:t>
      </w:r>
      <w:r>
        <w:br/>
      </w:r>
      <w:r>
        <w:rPr>
          <w:sz w:val="20"/>
        </w:rPr>
        <w:t>33:45  yaani yeh jo baatein hoti hain media mein Islam ke khilaaf. to aap isko nazar andaaz karein. nazar andaaz ke maani kya</w:t>
      </w:r>
      <w:r>
        <w:br/>
      </w:r>
      <w:r>
        <w:rPr>
          <w:sz w:val="20"/>
        </w:rPr>
        <w:t>33:54  hain? apne e'tedaal ko baaqi rakhein. normal thinking ko baaqi rakhein. to badi badi haqeeqatein saamne aayengi. jaise yeh baat jo hai is par sochte sochte mujhe samajh mein aaya.</w:t>
      </w:r>
      <w:r>
        <w:br/>
      </w:r>
      <w:r>
        <w:rPr>
          <w:sz w:val="20"/>
        </w:rPr>
        <w:t>34:09  keh kyun aisa hai keh koi bhi negative propaganda Islam ke advancement ko rok nahi raha hai. kyun aisa hai?</w:t>
      </w:r>
      <w:r>
        <w:br/>
      </w:r>
      <w:r>
        <w:rPr>
          <w:sz w:val="20"/>
        </w:rPr>
        <w:t>34:19  musalmanon ko iski khabar naheen. kyunke mu'asharti fikr ko is se mahroom hain woh. nafraton mein jeete hain, ishte'aal mein jeete hain.</w:t>
      </w:r>
      <w:r>
        <w:br/>
      </w:r>
      <w:r>
        <w:rPr>
          <w:sz w:val="20"/>
        </w:rPr>
        <w:t>34:31  mu'asharti andaaz mein sochna inke andar mafqood hai bilkul. to mujhe samajh mein yeh baat aayi. ke iski wajah hai ke Allah ka deen jo hai woh fitrat ka deen hai.</w:t>
      </w:r>
      <w:r>
        <w:br/>
      </w:r>
      <w:r>
        <w:rPr>
          <w:sz w:val="20"/>
        </w:rPr>
        <w:t>34:44  fitrat mein in'tiroolment hai.</w:t>
      </w:r>
      <w:r>
        <w:br/>
      </w:r>
      <w:r>
        <w:rPr>
          <w:sz w:val="20"/>
        </w:rPr>
        <w:t>34:47  to woh woh to har haal mein maujood rahega chahe kuch bhi ho. jaise pani fitrat mein maujood hai. to pani ke khilaaf koi propaganda kare to kya is se pani peena chhod denge log ?</w:t>
      </w:r>
      <w:r>
        <w:br/>
      </w:r>
      <w:r>
        <w:rPr>
          <w:sz w:val="20"/>
        </w:rPr>
        <w:t>34:59  kitne hi propaganda aap karte rahen pani ke khilaaf, phir bhi log pani piyenge. iski ek misaal dekhiye yeh hai. ke Allah ke khilaaf, Khuda ke khilaaf, ya'ni creator ke khilaaf is zamane mein bahut kuch kaha gaya</w:t>
      </w:r>
      <w:r>
        <w:br/>
      </w:r>
      <w:r>
        <w:rPr>
          <w:sz w:val="20"/>
        </w:rPr>
        <w:t>35:14  hai. baqayda philosophy bani hai, baqayda ideology bani hai. ya'ni atheism, existentialism, marxism, communism, yeh sab is Khuda ke khilaaf. inhon ne kaha "God is dead.</w:t>
      </w:r>
      <w:r>
        <w:br/>
      </w:r>
      <w:r>
        <w:rPr>
          <w:sz w:val="20"/>
        </w:rPr>
        <w:t>35:30  God was a hoax of history. God is a</w:t>
      </w:r>
      <w:r>
        <w:br/>
      </w:r>
      <w:r>
        <w:rPr>
          <w:sz w:val="20"/>
        </w:rPr>
        <w:t>35:38  opium of mind." waghera waghera.</w:t>
      </w:r>
      <w:r>
        <w:br/>
      </w:r>
      <w:r>
        <w:rPr>
          <w:sz w:val="20"/>
        </w:rPr>
        <w:t>35:40  phir bhi aap dekhiye ke bar bar research aati rehti hai ke Khuda ka tasawwur insaan ke andar se nikal nahin nikal nahin saka. abhi recently aaya tha ek. har aadmi ke andar kahin na kahin Khuda ka tasawwur chhupa hua hai.</w:t>
      </w:r>
      <w:r>
        <w:br/>
      </w:r>
      <w:r>
        <w:rPr>
          <w:sz w:val="20"/>
        </w:rPr>
        <w:t>35:54  abhi ek ek aaya ke aisa lagta hai ke in aadmi ka brain jo hai, brain as is mein Khuda ka tasawwur shamil hai. to jab fitrat mein maujood hai Khuda ka tasawwur to aap nikal nahin pa rahe aap.</w:t>
      </w:r>
      <w:r>
        <w:br/>
      </w:r>
      <w:r>
        <w:rPr>
          <w:sz w:val="20"/>
        </w:rPr>
        <w:t>36:09  hazaron kitaben chhap rahi hain Khuda ke khilaaf tab bhi. to jis tarah se Khuda ka tasawwur insaan ke andar se nikal nahin pata, yeh maamla deen Khuda ka hai.</w:t>
      </w:r>
      <w:r>
        <w:br/>
      </w:r>
      <w:r>
        <w:rPr>
          <w:sz w:val="20"/>
        </w:rPr>
        <w:t>36:21  jo fitrat ka deen hai. to koi bhi propaganda kitna hi kare lekin aadmi apne apna, apne aap ko deny kaise karega? apne aap ko kaise deny karega?</w:t>
      </w:r>
      <w:r>
        <w:br/>
      </w:r>
      <w:r>
        <w:rPr>
          <w:sz w:val="20"/>
        </w:rPr>
        <w:t>36:34  jab Khuda ka tasawwur interwoven hai to woh to maane ga, maane ga, woh kaise nahin maane ga woh? aise hi Allah ke deen ka tasawwur fitrat mein agar shamil hai to woh to rahega.</w:t>
      </w:r>
      <w:r>
        <w:br/>
      </w:r>
      <w:r>
        <w:rPr>
          <w:sz w:val="20"/>
        </w:rPr>
        <w:t>36:48  is se maine yeh samjha ke yeh kitna bada nuqsan hai is mein ke aap ke andar sabr ka mizaj na ho.</w:t>
      </w:r>
    </w:p>
    <w:p>
      <w:pPr>
        <w:pStyle w:val="Heading2"/>
      </w:pPr>
      <w:r>
        <w:t>Two stories showing fasting can't be outsourced</w:t>
      </w:r>
    </w:p>
    <w:p>
      <w:r>
        <w:rPr>
          <w:color w:val="666666"/>
          <w:sz w:val="18"/>
        </w:rPr>
        <w:t>The Spirit of Roza Sept 7, 2008 · 3m 09s · at 21:22 · https://youtu.be/C9G1oBdqoKk?t=1282</w:t>
      </w:r>
    </w:p>
    <w:p>
      <w:r>
        <w:rPr>
          <w:i/>
        </w:rPr>
        <w:t>“Jinke paas khane peene na ho wo roza rakhein, hum kyun rakhein?”</w:t>
      </w:r>
    </w:p>
    <w:p>
      <w:r>
        <w:rPr>
          <w:sz w:val="20"/>
        </w:rPr>
        <w:t>21:22  haan ek martaba ek sahab ne kaha jo yaani in paise wale aadmi the woh to woh roza nahi rakhte the.</w:t>
      </w:r>
      <w:r>
        <w:br/>
      </w:r>
      <w:r>
        <w:rPr>
          <w:sz w:val="20"/>
        </w:rPr>
        <w:t>21:35  kisi ne un se kaha to unhon ne kaha ke jin ke paas khaane peene na ho woh roza rakha hai. hum kyun roza rakhein?</w:t>
      </w:r>
      <w:r>
        <w:br/>
      </w:r>
      <w:r>
        <w:rPr>
          <w:sz w:val="20"/>
        </w:rPr>
        <w:t>21:45  to maine kaha ke ke yeh jo aap farma rahe hain yeh khaana peena aap kahan se mila hai aap ko? aap ne khud se create kiya hai?</w:t>
      </w:r>
      <w:r>
        <w:br/>
      </w:r>
      <w:r>
        <w:rPr>
          <w:sz w:val="20"/>
        </w:rPr>
        <w:t>21:56  Are you a creator?</w:t>
      </w:r>
      <w:r>
        <w:br/>
      </w:r>
      <w:r>
        <w:rPr>
          <w:sz w:val="20"/>
        </w:rPr>
        <w:t>22:02  to jis ne diya hai usi ka etirafi kalam to roza hai.</w:t>
      </w:r>
      <w:r>
        <w:br/>
      </w:r>
      <w:r>
        <w:rPr>
          <w:sz w:val="20"/>
        </w:rPr>
        <w:t>22:07  aap khaane peene ke creator nahi hain. yeh Khuda hai jis ne zameen banai. Khuda hai jis ne zameen mein soil banaya. Khuda hai jis ne zameen mein woh saare mineral rakhe jis se poda ugta hai.</w:t>
      </w:r>
      <w:r>
        <w:br/>
      </w:r>
      <w:r>
        <w:rPr>
          <w:sz w:val="20"/>
        </w:rPr>
        <w:t>22:21  khuda hai jis ne suraj se le kar ke zameen tak woh sari factors ekatha kiye jis se food item bante hain. tabhi to aap kha paate hain.</w:t>
      </w:r>
      <w:r>
        <w:br/>
      </w:r>
      <w:r>
        <w:rPr>
          <w:sz w:val="20"/>
        </w:rPr>
        <w:t>22:32  to jo dene wala hai us ko acknowledge karna isi ka naam hai roza.</w:t>
      </w:r>
      <w:r>
        <w:br/>
      </w:r>
      <w:r>
        <w:rPr>
          <w:sz w:val="20"/>
        </w:rPr>
        <w:t>22:40  ek martaba main gaya ek bohat bade afsar ke haan bohat din ki baat hai to un ke bangle ke bahar ek main ne dekha ke subah ko ek sahab ate hain aur quran padhte hain.</w:t>
      </w:r>
      <w:r>
        <w:br/>
      </w:r>
      <w:r>
        <w:rPr>
          <w:sz w:val="20"/>
        </w:rPr>
        <w:t>22:51  hafiz sahab the woh padh ke chale aate hain. to main ne afsar sahab se poocha ke yeh kya mamla hai? roze ka zamana tha woh.</w:t>
      </w:r>
      <w:r>
        <w:br/>
      </w:r>
      <w:r>
        <w:rPr>
          <w:sz w:val="20"/>
        </w:rPr>
        <w:t>23:00  main ne kaha ke dekhiye hum roza to nahi rakh nahi sakte. hamare bas mein roza rakhna aaye nahi to hum ne ek hafiz sahab ko keh diya hai aa ke quran padh dete hain.</w:t>
      </w:r>
      <w:r>
        <w:br/>
      </w:r>
      <w:r>
        <w:rPr>
          <w:sz w:val="20"/>
        </w:rPr>
        <w:t>23:12  to main ne kaha astaghfirullah aap ne apne jahan aap office mein jahan aap afsar bane hue hain wahan bhi kisi ko bhej diya hai kahiye ke aap khud na jaiye.</w:t>
      </w:r>
      <w:r>
        <w:br/>
      </w:r>
      <w:r>
        <w:rPr>
          <w:sz w:val="20"/>
        </w:rPr>
        <w:t>23:25  ek bohat bada yani office tha is mein woh uhda mila hua tha un ko. railway ke ek bohat bade afsar the woh.</w:t>
      </w:r>
      <w:r>
        <w:br/>
      </w:r>
      <w:r>
        <w:rPr>
          <w:sz w:val="20"/>
        </w:rPr>
        <w:t>23:34  to main ne kaha aap khud na jaiye wahan bhej diye kisi ko. aur phir aap ko salary milti rahe gi aap ko sara bangla hi milta rahe ga. aisa kahin hota hai? roza khud rakhna padta hai.</w:t>
      </w:r>
      <w:r>
        <w:br/>
      </w:r>
      <w:r>
        <w:rPr>
          <w:sz w:val="20"/>
        </w:rPr>
        <w:t>23:46  jaise aap ko afsari khud karni padti hai. yani office ka kaam aap ko khud karna padta hai.</w:t>
      </w:r>
      <w:r>
        <w:br/>
      </w:r>
      <w:r>
        <w:rPr>
          <w:sz w:val="20"/>
        </w:rPr>
        <w:t>23:53  dusra aap ja ke wahan baith jayen kursi par to aap ko nahi is ka benefit bhi mile ga. to roza hamein kaise aisa ho sakta hai?</w:t>
      </w:r>
      <w:r>
        <w:br/>
      </w:r>
      <w:r>
        <w:rPr>
          <w:sz w:val="20"/>
        </w:rPr>
        <w:t>24:04  koi dusra aap ke badle mein kuch kar de aap ko roze ka sawab mil jaye. yeh to ek meaningless baat hai. to log sochte nahi baghair soch samjhe is tarah ke kaam karte rehte hain.</w:t>
      </w:r>
      <w:r>
        <w:br/>
      </w:r>
      <w:r>
        <w:rPr>
          <w:sz w:val="20"/>
        </w:rPr>
        <w:t>24:21  to sochi samjhi zindagi guzaren aap isi tarah isi yahi to roze ka khas maqsad hai yahi purpose hai is ka. animal ki tarah na rahen.</w:t>
      </w:r>
    </w:p>
    <w:p>
      <w:pPr>
        <w:pStyle w:val="Heading2"/>
      </w:pPr>
      <w:r>
        <w:t>New moon message and prepared mind</w:t>
      </w:r>
    </w:p>
    <w:p>
      <w:r>
        <w:rPr>
          <w:color w:val="666666"/>
          <w:sz w:val="18"/>
        </w:rPr>
        <w:t>The Spirit of Ramadan 5 Sept, 2010 - Maulana Wahiduddin Khan · 5m 34s · at 8:01 · https://youtu.be/2w5Tm9gWvPA?t=481</w:t>
      </w:r>
    </w:p>
    <w:p>
      <w:r>
        <w:rPr>
          <w:i/>
        </w:rPr>
        <w:t>“Shaban ki aakhri raat, log chand dekhte hain.”</w:t>
      </w:r>
    </w:p>
    <w:p>
      <w:r>
        <w:rPr>
          <w:sz w:val="20"/>
        </w:rPr>
        <w:t>8:01  shaban ke aakhri raat, aakhri shaam ko log chand dekhte hain.</w:t>
      </w:r>
      <w:r>
        <w:br/>
      </w:r>
      <w:r>
        <w:rPr>
          <w:sz w:val="20"/>
        </w:rPr>
        <w:t>8:10  aaj kal to chounke pollution bohat ziyada hai to saaf dikhai nahi deta. Jab mein rehta tha gaon mein, bachpan mein. Khoob saaf dikhai deta tha chand.</w:t>
      </w:r>
      <w:r>
        <w:br/>
      </w:r>
      <w:r>
        <w:rPr>
          <w:sz w:val="20"/>
        </w:rPr>
        <w:t>8:22  yani new moon ya naya chand jo hai bohat saaf dikhai deta tha.</w:t>
      </w:r>
      <w:r>
        <w:br/>
      </w:r>
      <w:r>
        <w:rPr>
          <w:sz w:val="20"/>
        </w:rPr>
        <w:t>8:27  yeh bhi ek ajeeb o ghareeb cheez hai. Yani</w:t>
      </w:r>
      <w:r>
        <w:br/>
      </w:r>
      <w:r>
        <w:rPr>
          <w:sz w:val="20"/>
        </w:rPr>
        <w:t>8:34  ek ek din khatam hua aur naya chand tuloo hua. Ek din jo hai subah se chala aur shaam tak din khatam hua.</w:t>
      </w:r>
      <w:r>
        <w:br/>
      </w:r>
      <w:r>
        <w:rPr>
          <w:sz w:val="20"/>
        </w:rPr>
        <w:t>8:44  is ke baad ek naya chand nikal aaya. Yeh kya hai? Ek bohat bara message hai, bohat bara message.</w:t>
      </w:r>
      <w:r>
        <w:br/>
      </w:r>
      <w:r>
        <w:rPr>
          <w:sz w:val="20"/>
        </w:rPr>
        <w:t>8:52  bohat hi bara message hai. Yani har khatma ek naye aaghaz ki tamheed hai. Kaisi ajeeb baat hai.</w:t>
      </w:r>
      <w:r>
        <w:br/>
      </w:r>
      <w:r>
        <w:rPr>
          <w:sz w:val="20"/>
        </w:rPr>
        <w:t>9:03  "after every end there is a new bright beginning". Jab aap ne chand ko dekha to Allah ki wusaton ko yaad kiya aap ne.</w:t>
      </w:r>
      <w:r>
        <w:br/>
      </w:r>
      <w:r>
        <w:rPr>
          <w:sz w:val="20"/>
        </w:rPr>
        <w:t>9:13  ke kaisi ajeeb duniya banai hai Allah ta'ala ne. Ke yahan par har khatme ke baad ek naya aaghaz hai.</w:t>
      </w:r>
      <w:r>
        <w:br/>
      </w:r>
      <w:r>
        <w:rPr>
          <w:sz w:val="20"/>
        </w:rPr>
        <w:t>9:21  "every end after every end there is new bright beginning". Yeh hai discovery. To chand jo dekha jata hai woh saada baat nahi hai.</w:t>
      </w:r>
      <w:r>
        <w:br/>
      </w:r>
      <w:r>
        <w:rPr>
          <w:sz w:val="20"/>
        </w:rPr>
        <w:t>9:33  is mein Allah ta'ala ki be panah wusaton ko</w:t>
      </w:r>
      <w:r>
        <w:br/>
      </w:r>
      <w:r>
        <w:rPr>
          <w:sz w:val="20"/>
        </w:rPr>
        <w:t>9:37  aadmi daryaft karta hai. Yani is ke baad talkhi khatam, shikayat khatam. Sab kuch khatam, mayoosi khatam.</w:t>
      </w:r>
      <w:r>
        <w:br/>
      </w:r>
      <w:r>
        <w:rPr>
          <w:sz w:val="20"/>
        </w:rPr>
        <w:t>9:48  kyun ke jab Khuda ki duniya mein har end ke baad ek naya aaghaz hone wala ho to kis baat ki shikayat?</w:t>
      </w:r>
      <w:r>
        <w:br/>
      </w:r>
      <w:r>
        <w:rPr>
          <w:sz w:val="20"/>
        </w:rPr>
        <w:t>9:56  ek cheez khoi gayi hai aur nayi cheez mil jati hai is ke baad to kis baat ki shikayat? Ek din gaya to doosra din mil gaya.</w:t>
      </w:r>
      <w:r>
        <w:br/>
      </w:r>
      <w:r>
        <w:rPr>
          <w:sz w:val="20"/>
        </w:rPr>
        <w:t>10:06  kis baat ki shikayat? To chand dekh kar ke Allah ta'ala aap ko yeh message de rahe hain, message.</w:t>
      </w:r>
      <w:r>
        <w:br/>
      </w:r>
      <w:r>
        <w:rPr>
          <w:sz w:val="20"/>
        </w:rPr>
        <w:t>10:13  keh dekho is dunya mein naik shikayat ki, تلخی ki, ihtijaj ki, complaint ki koi jagah hi nahi hai.</w:t>
      </w:r>
      <w:r>
        <w:br/>
      </w:r>
      <w:r>
        <w:rPr>
          <w:sz w:val="20"/>
        </w:rPr>
        <w:t>10:23  kyunke yahan par be payan hai dunya hai. "after every end there is a new bright beginning".</w:t>
      </w:r>
      <w:r>
        <w:br/>
      </w:r>
      <w:r>
        <w:rPr>
          <w:sz w:val="20"/>
        </w:rPr>
        <w:t>10:31  ab dekhiye kitna hausla barhega. kitna zyada aap ke yani horizon wasee hoga.</w:t>
      </w:r>
      <w:r>
        <w:br/>
      </w:r>
      <w:r>
        <w:rPr>
          <w:sz w:val="20"/>
        </w:rPr>
        <w:t>10:42  yeh hai yani new moon ko dekhne ke baad agar aap sahih zehan ke sath dekhein. aap aap ke andar shaoor paida ho chuka hai.</w:t>
      </w:r>
      <w:r>
        <w:br/>
      </w:r>
      <w:r>
        <w:rPr>
          <w:sz w:val="20"/>
        </w:rPr>
        <w:t>10:54  roze ki ahmiyat ko aap jante hain. to yeh sari baatein aap ko nazar ayengi.</w:t>
      </w:r>
      <w:r>
        <w:br/>
      </w:r>
      <w:r>
        <w:rPr>
          <w:sz w:val="20"/>
        </w:rPr>
        <w:t>11:02  aise hi dekhiye, main yeh baat yeh kehna chahunga keh tayari bohat zaroori hai. koi bhi cheez ho, tayari zaroori hai.</w:t>
      </w:r>
      <w:r>
        <w:br/>
      </w:r>
      <w:r>
        <w:rPr>
          <w:sz w:val="20"/>
        </w:rPr>
        <w:t>11:14  misalan namaz hai. agar aap namaz ke liye pehle se tayar na hon.</w:t>
      </w:r>
      <w:r>
        <w:br/>
      </w:r>
      <w:r>
        <w:rPr>
          <w:sz w:val="20"/>
        </w:rPr>
        <w:t>11:21  namaz ki spirit aap ke andar pehle se maujood hona chahiye tab namaz aap ke liye sachi namaz banegi. yani namaz ke waqt se pehle to bilkul aap ki zindagi alag thi, alag dhang ki.</w:t>
      </w:r>
      <w:r>
        <w:br/>
      </w:r>
      <w:r>
        <w:rPr>
          <w:sz w:val="20"/>
        </w:rPr>
        <w:t>11:35  aur achaanak masjid mein aaye aur niyat baandh liya.</w:t>
      </w:r>
      <w:r>
        <w:br/>
      </w:r>
      <w:r>
        <w:rPr>
          <w:sz w:val="20"/>
        </w:rPr>
        <w:t>11:38  is namaz mein kuch jaan nahi hogi. pehle se aap ke andar ek shaoor hona chahiye, shaoor, samajh.</w:t>
      </w:r>
      <w:r>
        <w:br/>
      </w:r>
      <w:r>
        <w:rPr>
          <w:sz w:val="20"/>
        </w:rPr>
        <w:t>11:47  ek strict, namaz kya cheez hai. tab woh namaz aap ki namaz banegi. jaise mashhoor hai keh ek scientist se, ek scientist se kisi ne kaha</w:t>
      </w:r>
      <w:r>
        <w:br/>
      </w:r>
      <w:r>
        <w:rPr>
          <w:sz w:val="20"/>
        </w:rPr>
        <w:t>11:59  keh scientists ko jo discovery hoti hai woh to bas ittefaq se ho jati hai, by chance ho jati hai. matlab kuch scientists kya karta hai?</w:t>
      </w:r>
      <w:r>
        <w:br/>
      </w:r>
      <w:r>
        <w:rPr>
          <w:sz w:val="20"/>
        </w:rPr>
        <w:t>12:11  laboratory mein kuch test kar raha hai. test karte karte ek cheez flash kar gayi.</w:t>
      </w:r>
      <w:r>
        <w:br/>
      </w:r>
      <w:r>
        <w:rPr>
          <w:sz w:val="20"/>
        </w:rPr>
        <w:t>12:17  wahan se is ka mind ek nai taraf gaya. aur us ne ek baat daryaft kar li. keh seb girne se Newton ne zameen ki gravity daryaft kar li thi.</w:t>
      </w:r>
      <w:r>
        <w:br/>
      </w:r>
      <w:r>
        <w:rPr>
          <w:sz w:val="20"/>
        </w:rPr>
        <w:t>12:31  to us ne kaha keh scientists ka koi kamal nahi hai.</w:t>
      </w:r>
      <w:r>
        <w:br/>
      </w:r>
      <w:r>
        <w:rPr>
          <w:sz w:val="20"/>
        </w:rPr>
        <w:t>12:37  yeh sab chance factor hota hai yeh sab. to kitna acha jawab diya us ne. keh haan tum ne theek kaha. but this chance happens only to a scientist, to a scientific mind.</w:t>
      </w:r>
      <w:r>
        <w:br/>
      </w:r>
      <w:r>
        <w:rPr>
          <w:sz w:val="20"/>
        </w:rPr>
        <w:t>12:56  this chance happens only to a scientific mind. to jitne bhi dekhe namaz ho, roza ho, hajj ho, zakat ho, kuch bhi ho.</w:t>
      </w:r>
      <w:r>
        <w:br/>
      </w:r>
      <w:r>
        <w:rPr>
          <w:sz w:val="20"/>
        </w:rPr>
        <w:t>13:06  hata keh iman bhi. is se pehle kuch cheezein hoti hain. to har cheez mein hai pre iman, pre roza, pre salat, pre hajj.</w:t>
      </w:r>
      <w:r>
        <w:br/>
      </w:r>
      <w:r>
        <w:rPr>
          <w:sz w:val="20"/>
        </w:rPr>
        <w:t>13:17  woh kya hai? preparatory period. agar aap ne woh tayari nahi ki hai to kuch bhi nahi hoga.</w:t>
      </w:r>
      <w:r>
        <w:br/>
      </w:r>
      <w:r>
        <w:rPr>
          <w:sz w:val="20"/>
        </w:rPr>
        <w:t>13:26  jaise maine abhi chand ke bare mein bataya. keh aap ek prepared mind hain to chand dekh kar ke aap ek bohat bari discovery ho jayegi aap ko.</w:t>
      </w:r>
    </w:p>
    <w:p>
      <w:pPr>
        <w:pStyle w:val="Heading2"/>
      </w:pPr>
      <w:r>
        <w:t>Parable of the boy and the bicycle: real dhikr needs helplessness</w:t>
      </w:r>
    </w:p>
    <w:p>
      <w:r>
        <w:rPr>
          <w:color w:val="666666"/>
          <w:sz w:val="18"/>
        </w:rPr>
        <w:t>Message of Ramadan April 9, 2023 Prof. Farida Khanam · 3m 28s · at 39:12 · https://youtu.be/z-jsHB1vlV4?t=2352</w:t>
      </w:r>
    </w:p>
    <w:p>
      <w:r>
        <w:rPr>
          <w:i/>
        </w:rPr>
        <w:t>“Maulana wrote about a boy who wanted a bicycle”</w:t>
      </w:r>
    </w:p>
    <w:p>
      <w:r>
        <w:rPr>
          <w:sz w:val="20"/>
        </w:rPr>
        <w:t>39:12  to iska ek misal helplessness ki ek misal Maulana ne likhi hai ki ek bachcha tha usko cycle chahiye thi.</w:t>
      </w:r>
      <w:r>
        <w:br/>
      </w:r>
      <w:r>
        <w:rPr>
          <w:sz w:val="20"/>
        </w:rPr>
        <w:t>40:04  roz apne baap se kehta ki mujhe cycle chahiye.</w:t>
      </w:r>
      <w:r>
        <w:br/>
      </w:r>
      <w:r>
        <w:rPr>
          <w:sz w:val="20"/>
        </w:rPr>
        <w:t>40:56  Naturally.</w:t>
      </w:r>
      <w:r>
        <w:br/>
      </w:r>
      <w:r>
        <w:rPr>
          <w:sz w:val="20"/>
        </w:rPr>
        <w:t>41:06  تو ہم we take everything for granted.</w:t>
      </w:r>
      <w:r>
        <w:br/>
      </w:r>
      <w:r>
        <w:rPr>
          <w:sz w:val="20"/>
        </w:rPr>
        <w:t>41:16  to hamein soch soch kar soch soch kar Khuda ki name to koi yaad karna hai aur us</w:t>
      </w:r>
      <w:r>
        <w:br/>
      </w:r>
      <w:r>
        <w:rPr>
          <w:sz w:val="20"/>
        </w:rPr>
        <w:t>41:27  waqt jo alfaaz niklenge dil se to wahi Khuda ke yahan to samajhte hain ki alfaaz mein kuch</w:t>
      </w:r>
      <w:r>
        <w:br/>
      </w:r>
      <w:r>
        <w:rPr>
          <w:sz w:val="20"/>
        </w:rPr>
        <w:t>41:37  miraculous mysterious effect hai.</w:t>
      </w:r>
      <w:r>
        <w:br/>
      </w:r>
      <w:r>
        <w:rPr>
          <w:sz w:val="20"/>
        </w:rPr>
        <w:t>41:48  woh padh liya to woh bangle ban gaye. to ek baar Maria jab chhoti thi to Maria ko isi tarah bataya gaya ke yeh alphase padh lo tasbi yeh sulphase ki tasbi padh lo to tumhari itne bangle banenge itne maal banenge. jab bohat ho gaya to ek din Maria ne kaha ke ab bohat maal ho gaye, ab nahi padhenge. to yeh hai.</w:t>
      </w:r>
      <w:r>
        <w:br/>
      </w:r>
      <w:r>
        <w:rPr>
          <w:sz w:val="20"/>
        </w:rPr>
        <w:t>42:13  masha allah, bilkul aap aapne sahi kaha ke asal zikr to wahi hai jo khuda se contact establish kare aur woh ek helpless helplessness ke level par hi hota hai. aap aur aksar log yeh bhi karte hain, bohat zor zor se zikr karte hain. mere ko ek riwayat bhi yaad aayi hazrat Aisha se hai ke unhone kaha ke prophet used to give importance to low tone zikr 70 times more.</w:t>
      </w:r>
      <w:r>
        <w:br/>
      </w:r>
      <w:r>
        <w:rPr>
          <w:sz w:val="20"/>
        </w:rPr>
        <w:t>42:40  so she reported ke rasul da ne ek martaba kaha ke on the day of judgement when all the creatures will be gathered before god, then god will ask his angels pointing towards a man that has there anything remained to be recorded of this man? so the angels will say that my lord, we didn't miss out anything. we have recorded every single bit about this person.</w:t>
      </w:r>
    </w:p>
    <w:p>
      <w:pPr>
        <w:pStyle w:val="Heading2"/>
      </w:pPr>
      <w:r>
        <w:t>Stoning the devil, explained through a real career and dawah story</w:t>
      </w:r>
    </w:p>
    <w:p>
      <w:r>
        <w:rPr>
          <w:color w:val="666666"/>
          <w:sz w:val="18"/>
        </w:rPr>
        <w:t>The Spirit of Hajj July 7, 2007 · 5m 39s · at 28:58 · https://youtu.be/SV2CfNml8ic?t=1738</w:t>
      </w:r>
    </w:p>
    <w:p>
      <w:r>
        <w:rPr>
          <w:i/>
        </w:rPr>
        <w:t>“اس طرح دیکھیے وہاں پر ایک مقام سے گزرتے ہیں حاجی”</w:t>
      </w:r>
    </w:p>
    <w:p>
      <w:r>
        <w:rPr>
          <w:sz w:val="20"/>
        </w:rPr>
        <w:t>28:58  is tarah dekhiye wahan par ek maqam se guzarte hain haji yahan jمرةt hain shaitan ke ke alamat hain is par woh kankri marte hain</w:t>
      </w:r>
      <w:r>
        <w:br/>
      </w:r>
      <w:r>
        <w:rPr>
          <w:sz w:val="20"/>
        </w:rPr>
        <w:t>29:11  yeh kankri jo hai real stoning nahi hoti hai yeh hoti hai symbolic stoning aisa nahi ke sach much hi shaitan wahan hai maujood aur aap pathar se koi chot lag rahi hai aisa nahi hai yeh real stoning nahi hai balke yeh symbolic stoning hai yaani pathar maar kar apne andar aap apni nafsiyat jagate hain apne andar is is rooh ko bedaar karte hain</w:t>
      </w:r>
      <w:r>
        <w:br/>
      </w:r>
      <w:r>
        <w:rPr>
          <w:sz w:val="20"/>
        </w:rPr>
        <w:t>29:40  is adab ko jagate hain apne andar ke shaitan ke muqable mein mera mamla kya hoga yaani main shaitan se asar le loonga isi ko maar kar bhagaoonga kyunke har waqt dekhiye shaitan aadmi ke upar aadmi ko bhagane ke liye maujood rehta hai 24 ghante shaitan har aadmi ko bhagata rehta hai</w:t>
      </w:r>
      <w:r>
        <w:br/>
      </w:r>
      <w:r>
        <w:rPr>
          <w:sz w:val="20"/>
        </w:rPr>
        <w:t>30:09  to is ko kya karna hai</w:t>
      </w:r>
      <w:r>
        <w:br/>
      </w:r>
      <w:r>
        <w:rPr>
          <w:sz w:val="20"/>
        </w:rPr>
        <w:t>30:14  is ko is ko koi stoning karna hai main ek misaal deta hoon ek sahab hain jo ek badi company mein unko ek achhi jagah mili hui hai achhi tankhwah milti hai unko aur bahut hi mahir hain woh apne fun ke yaani engineer hain woh to kuch dino ke baad unko ehsas hua ke is mein aap balance challenge nahi raha</w:t>
      </w:r>
      <w:r>
        <w:br/>
      </w:r>
      <w:r>
        <w:rPr>
          <w:sz w:val="20"/>
        </w:rPr>
        <w:t>30:38  ab ek routine routine ka kaam ho gaya hai ke shuru shuru mein jab is company ko join kiya tha unhone to kuch lagta tha is mein kuch challenge ke hote hote hote hote ek routine ka kaam ho gaya subah jao sham ko lotto aur routine ke taur par yeh kaam kar do to unhone kaha ke ab main apna kaam badloonga koi naya kaam loonga kyunke mera nature jo hai woh challenging nature hai mujhe challenge chahiye</w:t>
      </w:r>
      <w:r>
        <w:br/>
      </w:r>
      <w:r>
        <w:rPr>
          <w:sz w:val="20"/>
        </w:rPr>
        <w:t>31:04  mujhe challenge chahiye challenge ko meet karna hai mujh ko to unhone yeh zikr kiya kisi se to usne kaha ke agar aap ka nature challenge challenge wala nature hai to dawat ke naam mein is ko istemal kijiye yeh badi achhi baat hai ke aap chahte hain ke challenge ho aur main is se niptoon to to aap ko achha khasa paisa</w:t>
      </w:r>
      <w:r>
        <w:br/>
      </w:r>
      <w:r>
        <w:rPr>
          <w:sz w:val="20"/>
        </w:rPr>
        <w:t>31:32  milta hai zindagi guzaarne ke liye bohat kaafi hai to apne is nature ko jo challenge wala hai</w:t>
      </w:r>
      <w:r>
        <w:br/>
      </w:r>
      <w:r>
        <w:rPr>
          <w:sz w:val="20"/>
        </w:rPr>
        <w:t>31:39  is ko aap dawat ke raaste mein istemaal kijiye yahi hai stoning yahi hai Shaitan ko pathar maarna</w:t>
      </w:r>
      <w:r>
        <w:br/>
      </w:r>
      <w:r>
        <w:rPr>
          <w:sz w:val="20"/>
        </w:rPr>
        <w:t>31:45  yeh shaitan chahta tha ke in ko bas paisa kamane ki machine bana de</w:t>
      </w:r>
      <w:r>
        <w:br/>
      </w:r>
      <w:r>
        <w:rPr>
          <w:sz w:val="20"/>
        </w:rPr>
        <w:t>31:51  paisa kamane ki machine bana de yani challenge challenge ke naam par woh kisi aur company mein jayen</w:t>
      </w:r>
      <w:r>
        <w:br/>
      </w:r>
      <w:r>
        <w:rPr>
          <w:sz w:val="20"/>
        </w:rPr>
        <w:t>31:57  zyada paise ke naam par aur phir woh wahan kolon ke bal ban jayen</w:t>
      </w:r>
      <w:r>
        <w:br/>
      </w:r>
      <w:r>
        <w:rPr>
          <w:sz w:val="20"/>
        </w:rPr>
        <w:t>32:03  to inko mashwara dene wale ne kaha ke aap ke andar agar nature aisa hai challenge wala to badi achhi baat hai lekin woh dawat ke raste mein istemal kijiye aap dekhiye ke dunya bhar mein jo is zamane mein jo haal hai islam par aitrazat kiye jate hain islam par tarah tarah ke shubahat zahir kiye jate hain islam ke khilaf detail chhapa jata hai islam ke khilaf bade bade falsafe banaye jate hain yeh bhi to challenge hai</w:t>
      </w:r>
      <w:r>
        <w:br/>
      </w:r>
      <w:r>
        <w:rPr>
          <w:sz w:val="20"/>
        </w:rPr>
        <w:t>32:32  dawa challenge aap is ka muqabla kijiye logon se wada kar ke unke shaq o shubah ko nikaliye kitabon ke zariye literature ke zariye jo mis jo logon ko maghalte diye ja rahe hain logon ko yaani galat tasveer islam ki batai ja rahi hai us ko aap theek kijiye</w:t>
      </w:r>
      <w:r>
        <w:br/>
      </w:r>
      <w:r>
        <w:rPr>
          <w:sz w:val="20"/>
        </w:rPr>
        <w:t>32:59  qalam ke zariye zaban ke zariye taqreer ke zariye sochne ke zariye se ke kaise is is is sawal ka kaise jawab diya jaye to yahan par is challenge jo dawat ke raste mein challenge hai us ka us ko aap meet kijiye yeh tha yahi yahi hai matlab kankri maarne ka ke shaitan ne inko behka kar ke chaha ke paisa kamane ke mamle mein aur aage badhein woh</w:t>
      </w:r>
      <w:r>
        <w:br/>
      </w:r>
      <w:r>
        <w:rPr>
          <w:sz w:val="20"/>
        </w:rPr>
        <w:t>33:26  to wahan par unko jo batane wale ne bataya yeh tha kankri marna yaani shaitan ko kankri maar kar ke hataya bhagaya aur inko yeh mashwara diya hai ke aap apne is nature ko apne is mizaj ko istemal kijiye dawat ke raste mein yahi cheez matloob hai</w:t>
      </w:r>
      <w:r>
        <w:br/>
      </w:r>
      <w:r>
        <w:rPr>
          <w:sz w:val="20"/>
        </w:rPr>
        <w:t>33:47  hajj ke mauqe par jمرةt ke mauqe par jo stoning ki jati hai jo shadar shaitan ko pathar mara jata hai us ki ek misaal hai yeh use aap samajh sakte hain ke shaitan jahan aap ko deviate kare shaitan jahan aap ko hataye kisi aur raste ki taraf le jana chahe wahan par samjhein aap is ka analysis karein is ka aap analysis karein analysis kar ke samjhein ke shaitan ne kaise aap ko ek galat baat aap ke mind mein daal di hai</w:t>
      </w:r>
      <w:r>
        <w:br/>
      </w:r>
      <w:r>
        <w:rPr>
          <w:sz w:val="20"/>
        </w:rPr>
        <w:t>34:16  is ko reason out karein aur phir laho parh kar ke is ko chhoden yeh hai stoning is tarah se shaitan ka muqabla karna hai</w:t>
      </w:r>
      <w:r>
        <w:br/>
      </w:r>
      <w:r>
        <w:rPr>
          <w:sz w:val="20"/>
        </w:rPr>
        <w:t>34:29  jo log apni zindagi mein is tarah se shaitani baqao ko</w:t>
      </w:r>
    </w:p>
    <w:p>
      <w:pPr>
        <w:pStyle w:val="Heading2"/>
      </w:pPr>
      <w:r>
        <w:t>Angels, scripture and messengers cure cosmic loneliness</w:t>
      </w:r>
    </w:p>
    <w:p>
      <w:r>
        <w:rPr>
          <w:color w:val="666666"/>
          <w:sz w:val="18"/>
        </w:rPr>
        <w:t>Hadith-e-Jibril, April 21, 2013 · 5m 48s · at 29:39 · https://youtu.be/0rF6Ou0pDog?t=1779</w:t>
      </w:r>
    </w:p>
    <w:p>
      <w:r>
        <w:rPr>
          <w:i/>
        </w:rPr>
        <w:t>“وملائکتہ وکتبہ ورسلہ، کتاب پر ایمان لاؤ”</w:t>
      </w:r>
    </w:p>
    <w:p>
      <w:r>
        <w:rPr>
          <w:sz w:val="20"/>
        </w:rPr>
        <w:t>29:39  Wa malaikatahu wa kutubihu wa rusulih. Kitab par imaan lao, yani Allah ki kitab par, aur farishton par imaan lao, aur rasoolon par imaan lao.</w:t>
      </w:r>
      <w:r>
        <w:br/>
      </w:r>
      <w:r>
        <w:rPr>
          <w:sz w:val="20"/>
        </w:rPr>
        <w:t>29:51  Yeh sab imaan ka hissa hai.</w:t>
      </w:r>
      <w:r>
        <w:br/>
      </w:r>
      <w:r>
        <w:rPr>
          <w:sz w:val="20"/>
        </w:rPr>
        <w:t>29:56  Dekhein, jab aap ko daryaft hoti hai imaan ke darje mein haqeeqat ki daryaft to yeh sab cheezein aap ke daryaft ka hissa ban jati hain.</w:t>
      </w:r>
      <w:r>
        <w:br/>
      </w:r>
      <w:r>
        <w:rPr>
          <w:sz w:val="20"/>
        </w:rPr>
        <w:t>30:07  Aap daryaft karte hain ke Allah ne insaan ko jab paida kiya to yahi chhod nahi diya, ek nizam qaim kiya ke ek paighambar ho, us paighambar ka farishta aaye, Allah ki wahi le aaye,</w:t>
      </w:r>
      <w:r>
        <w:br/>
      </w:r>
      <w:r>
        <w:rPr>
          <w:sz w:val="20"/>
        </w:rPr>
        <w:t>30:24  woh aayi jama kar ke ek kitab banayi jaye. To yeh ek nizam hai Allah taala ka hidayat ka nizam. To kitab par imaan ke mani hain ke Allah ne jo nizam banaya hai hidayat insani ka, us ki daryaft,</w:t>
      </w:r>
      <w:r>
        <w:br/>
      </w:r>
      <w:r>
        <w:rPr>
          <w:sz w:val="20"/>
        </w:rPr>
        <w:t>30:40  us par yaqeen.</w:t>
      </w:r>
      <w:r>
        <w:br/>
      </w:r>
      <w:r>
        <w:rPr>
          <w:sz w:val="20"/>
        </w:rPr>
        <w:t>30:44  Yeh jo Allah ki aayi hui kitab hai, ab Quran, woh divine guidance hai. Us par yaqeen, yeh matlab hai is ka.</w:t>
      </w:r>
      <w:r>
        <w:br/>
      </w:r>
      <w:r>
        <w:rPr>
          <w:sz w:val="20"/>
        </w:rPr>
        <w:t>30:58  Doosri cheez hai malaika.</w:t>
      </w:r>
      <w:r>
        <w:br/>
      </w:r>
      <w:r>
        <w:rPr>
          <w:sz w:val="20"/>
        </w:rPr>
        <w:t>31:01  Yeh jo kainat hai, is ka nizam chala rahe hain malaika, yani malaika ko Allah taala ke karrindey hain.</w:t>
      </w:r>
      <w:r>
        <w:br/>
      </w:r>
      <w:r>
        <w:rPr>
          <w:sz w:val="20"/>
        </w:rPr>
        <w:t>31:14  To kaha ke is ka matlab yeh hai ke yeh mechanical world ka ulta hai. Yeh jo log Allah ko nahi mante, is ko ek mechanical phenomena samajhte hain kainat ko.</w:t>
      </w:r>
      <w:r>
        <w:br/>
      </w:r>
      <w:r>
        <w:rPr>
          <w:sz w:val="20"/>
        </w:rPr>
        <w:t>31:27  Mechanical phenomena,</w:t>
      </w:r>
      <w:r>
        <w:br/>
      </w:r>
      <w:r>
        <w:rPr>
          <w:sz w:val="20"/>
        </w:rPr>
        <w:t>31:31  ek be rooh machine. Lekin jab aap malaika par imaan late hain to is ka matlab yeh hota hai ke ek zinda kainat hai, yeh zinda hastiyan is ko nizam chala rahi hain, is ko manage kar rahi hain.</w:t>
      </w:r>
      <w:r>
        <w:br/>
      </w:r>
      <w:r>
        <w:rPr>
          <w:sz w:val="20"/>
        </w:rPr>
        <w:t>31:44  Har taraf woh zinda hastiyan mutharrik hain. Ab gaur kijiye ke kitna zyada badh jata hai aap ka shaoor kainat,</w:t>
      </w:r>
      <w:r>
        <w:br/>
      </w:r>
      <w:r>
        <w:rPr>
          <w:sz w:val="20"/>
        </w:rPr>
        <w:t>31:55  kitna zyada badh jata hai</w:t>
      </w:r>
      <w:r>
        <w:br/>
      </w:r>
      <w:r>
        <w:rPr>
          <w:sz w:val="20"/>
        </w:rPr>
        <w:t>31:58  ke agar aap manein kainat ko ek ek mechanical waqea to woh ek be rooh cheez hogi, be rooh cheez. Lekin jab yeh manein ke yeh kainat jo hai, is ko zinda hastiyan chala rahi hain,</w:t>
      </w:r>
      <w:r>
        <w:br/>
      </w:r>
      <w:r>
        <w:rPr>
          <w:sz w:val="20"/>
        </w:rPr>
        <w:t>32:13  farishte, angels, to ek ajeeb o ghareeb aap ko, aap ka imaan jo hai, ek living imaan ban jata hai.</w:t>
      </w:r>
      <w:r>
        <w:br/>
      </w:r>
      <w:r>
        <w:rPr>
          <w:sz w:val="20"/>
        </w:rPr>
        <w:t>32:21  Aap ke andar ek ek naya shaoor jaagta hai kainat ke bare mein. Aur teesri cheez jo hai,</w:t>
      </w:r>
      <w:r>
        <w:br/>
      </w:r>
      <w:r>
        <w:rPr>
          <w:sz w:val="20"/>
        </w:rPr>
        <w:t>32:32  Wa kutubihu wa rusulih. Rasool,</w:t>
      </w:r>
      <w:r>
        <w:br/>
      </w:r>
      <w:r>
        <w:rPr>
          <w:sz w:val="20"/>
        </w:rPr>
        <w:t>32:38  yani Allah taala ne tareekh mein bar bar peghambar bheje, aur aakhir mein Muhammad Sallallahu Alaihi Wasallam ko bheja hidayat insaan ki hidayat ke liye.</w:t>
      </w:r>
      <w:r>
        <w:br/>
      </w:r>
      <w:r>
        <w:rPr>
          <w:sz w:val="20"/>
        </w:rPr>
        <w:t>32:52  Aur aap par jo jo wahi utri, woh Quran ki surat mein mehfooz ho gayi. Aap ne jo kuch kaha, woh bhi hadith ki surat mein mehfooz ho gaya.</w:t>
      </w:r>
      <w:r>
        <w:br/>
      </w:r>
      <w:r>
        <w:rPr>
          <w:sz w:val="20"/>
        </w:rPr>
        <w:t>33:02  In sab baaton ko jaanna,</w:t>
      </w:r>
      <w:r>
        <w:br/>
      </w:r>
      <w:r>
        <w:rPr>
          <w:sz w:val="20"/>
        </w:rPr>
        <w:t>33:06  Iska matlab hai ke jo guidance, jo authentic guidance hai, woh rasool, rasooli guidance hai, authentic guidance, Allah ki taraf se aayi hui hai.</w:t>
      </w:r>
      <w:r>
        <w:br/>
      </w:r>
      <w:r>
        <w:rPr>
          <w:sz w:val="20"/>
        </w:rPr>
        <w:t>33:24  Is se aap ko ek ajeeb yaqeen haasil hota hai.</w:t>
      </w:r>
      <w:r>
        <w:br/>
      </w:r>
      <w:r>
        <w:rPr>
          <w:sz w:val="20"/>
        </w:rPr>
        <w:t>33:31  Is kainat mein ek scientist ne likha hai ke jab hum kainat ka mutala karte hain telescope ke zariye se to hum dekhte hain ke bohat badi kainat hai, bohat hi zyada badi kainat hai.</w:t>
      </w:r>
      <w:r>
        <w:br/>
      </w:r>
      <w:r>
        <w:rPr>
          <w:sz w:val="20"/>
        </w:rPr>
        <w:t>33:48  Is mein insaan bilkul akela dikhai deta hai. To ek ajeeb ehsas hota hai,</w:t>
      </w:r>
      <w:r>
        <w:br/>
      </w:r>
      <w:r>
        <w:rPr>
          <w:sz w:val="20"/>
        </w:rPr>
        <w:t>33:57  Bilkul akela, ek loneliness ka ehsas hota hai.</w:t>
      </w:r>
      <w:r>
        <w:br/>
      </w:r>
      <w:r>
        <w:rPr>
          <w:sz w:val="20"/>
        </w:rPr>
        <w:t>34:04  Lekin jab aap yaqeen karte hain rasoolon par to yeh loneliness khatam ho jata hai. To aap samajhte hain ke Allah ne aap ko akela nahi chhora, farishton ke zariye se peghambar ke paas hidayat bheji, aur is hidayat ko mehfooz kar diya Quran ki surat mein aur sunnat-e-rasool ki surat mein.</w:t>
      </w:r>
      <w:r>
        <w:br/>
      </w:r>
      <w:r>
        <w:rPr>
          <w:sz w:val="20"/>
        </w:rPr>
        <w:t>34:27  To aap ka tanhai ka ehsas khatam ho jata hai.</w:t>
      </w:r>
      <w:r>
        <w:br/>
      </w:r>
      <w:r>
        <w:rPr>
          <w:sz w:val="20"/>
        </w:rPr>
        <w:t>34:31  Phir ek ajeeb ghareeb zindagi aap ke andar aati hai.</w:t>
      </w:r>
      <w:r>
        <w:br/>
      </w:r>
      <w:r>
        <w:rPr>
          <w:sz w:val="20"/>
        </w:rPr>
        <w:t>34:39  Is zindagi ko main samajhta hoon ke lafzon mein bayan nahi kar sakta. Yun samajh lein ke aap akele kahin desert mein hon, akele bilkul desert mein tadap rahe hon.</w:t>
      </w:r>
      <w:r>
        <w:br/>
      </w:r>
      <w:r>
        <w:rPr>
          <w:sz w:val="20"/>
        </w:rPr>
        <w:t>34:49  Phir aap ko wahan se utha kar ek ek bohat thi shehar, ek abad shehar mein pahuncha diya jaye to kitna bada experience hota hoga aap ko.</w:t>
      </w:r>
      <w:r>
        <w:br/>
      </w:r>
      <w:r>
        <w:rPr>
          <w:sz w:val="20"/>
        </w:rPr>
        <w:t>34:59  Isi qism ka billion time zyada bada experience us waqt hoga jab aap yeh daryaft karein ke is kainat mein main akela nahi hoon, yahan Khuda hai, yahan malaika hain, yahan rasool hain, yahan Allah ki hidayat hai.</w:t>
      </w:r>
      <w:r>
        <w:br/>
      </w:r>
      <w:r>
        <w:rPr>
          <w:sz w:val="20"/>
        </w:rPr>
        <w:t>35:14  To woh tajruba billion time zyada bade level par haasil hota hai. Wal yawm al-aakhir, aur aakhirat ke din par yaqeen.</w:t>
      </w:r>
    </w:p>
    <w:p>
      <w:pPr>
        <w:pStyle w:val="Heading2"/>
      </w:pPr>
      <w:r>
        <w:t>Prayer to God, helplessness, forgotten truth</w:t>
      </w:r>
    </w:p>
    <w:p>
      <w:r>
        <w:rPr>
          <w:color w:val="666666"/>
          <w:sz w:val="18"/>
        </w:rPr>
        <w:t>Ideology of Tawhid June 08, 2008 Maulana Wahiduddin Khan · 3m 18s · at 0:14 · https://youtu.be/fMy6xgYDkwY?t=14</w:t>
      </w:r>
    </w:p>
    <w:p>
      <w:r>
        <w:rPr>
          <w:i/>
        </w:rPr>
        <w:t>“Bismillah ir-Rahman ir-Rahim”</w:t>
      </w:r>
    </w:p>
    <w:p>
      <w:r>
        <w:rPr>
          <w:sz w:val="20"/>
        </w:rPr>
        <w:t>0:14  bismillah rahman rahim, wa salla allahu ala nabiyil kareem. rab ishrah li sadri, wa yassir li amri,</w:t>
      </w:r>
      <w:r>
        <w:br/>
      </w:r>
      <w:r>
        <w:rPr>
          <w:sz w:val="20"/>
        </w:rPr>
        <w:t>0:29  w ahlul uqdata min lisani, yafqahu qawli.</w:t>
      </w:r>
      <w:r>
        <w:br/>
      </w:r>
      <w:r>
        <w:rPr>
          <w:sz w:val="20"/>
        </w:rPr>
        <w:t>0:37  yeh kalmat, yeh jo mein har bar parhta hoon, aap mein se kuch log shayad is ko sirf tabarruk ke ma'ni mein lete hon, to aisa nahi hai.</w:t>
      </w:r>
      <w:r>
        <w:br/>
      </w:r>
      <w:r>
        <w:rPr>
          <w:sz w:val="20"/>
        </w:rPr>
        <w:t>0:52  yeh dua hai. is ka matlab yeh hai ke: aye khuda, mera seena khol de,</w:t>
      </w:r>
      <w:r>
        <w:br/>
      </w:r>
      <w:r>
        <w:rPr>
          <w:sz w:val="20"/>
        </w:rPr>
        <w:t>1:05  aur mere liye mere muamle ko aasan kar de, aur mere dil aur zaban ke grreh khol de, taake mein woh baat kar sakoon jo logon ke liye understandable ho.</w:t>
      </w:r>
      <w:r>
        <w:br/>
      </w:r>
      <w:r>
        <w:rPr>
          <w:sz w:val="20"/>
        </w:rPr>
        <w:t>1:27  to yeh sirf tabarruk ke kalmat nahi hain, yeh dua hai. dua ka matlab kya hota hai? khuda ke sath communion, khuda se rabt.</w:t>
      </w:r>
      <w:r>
        <w:br/>
      </w:r>
      <w:r>
        <w:rPr>
          <w:sz w:val="20"/>
        </w:rPr>
        <w:t>1:46  to khuda jo hai woh all powerful hai, insaan all powerless hai.</w:t>
      </w:r>
      <w:r>
        <w:br/>
      </w:r>
      <w:r>
        <w:rPr>
          <w:sz w:val="20"/>
        </w:rPr>
        <w:t>1:54  to sirf bolne ki baat nahi hai, har baat mein hum khuda ki help se hi aage barhte hain, khuda ke support se.</w:t>
      </w:r>
      <w:r>
        <w:br/>
      </w:r>
      <w:r>
        <w:rPr>
          <w:sz w:val="20"/>
        </w:rPr>
        <w:t>2:05  chahe chalna ho, dekhna ho, khana peena ho, kuch bhi ho, kuch bhi ho, kuch bhi ho. hamare paas jo hai woh sirf will power hai, lekin is ke bahir jo kuch hai woh sab Khuda ke ikhtiyar mein hai.</w:t>
      </w:r>
      <w:r>
        <w:br/>
      </w:r>
      <w:r>
        <w:rPr>
          <w:sz w:val="20"/>
        </w:rPr>
        <w:t>2:26  to Khuda agar, Khuda ki support agar hamein na mile to hum kuch bhi nahi kar sakte. aur is ke liye Khuda rozana aise namune dikhata rehta hai jo logon ke liye eye opener hon.</w:t>
      </w:r>
      <w:r>
        <w:br/>
      </w:r>
      <w:r>
        <w:rPr>
          <w:sz w:val="20"/>
        </w:rPr>
        <w:t>2:45  jaise abhi kal parson mein ek minister sahab, jo apne zamane mein bohat top ke minister hua karte the, bohat hi sher jaise aadmi the, woh is waqt to hospital mein hain,</w:t>
      </w:r>
      <w:r>
        <w:br/>
      </w:r>
      <w:r>
        <w:rPr>
          <w:sz w:val="20"/>
        </w:rPr>
        <w:t>3:02  kidney kharab hai, health problem hai. to yeh Khuda batata hai ke jab tum healthy hote ho tab bhi tumhara aise hi mamla hota hai.</w:t>
      </w:r>
      <w:r>
        <w:br/>
      </w:r>
      <w:r>
        <w:rPr>
          <w:sz w:val="20"/>
        </w:rPr>
        <w:t>3:15  jab tum healthy hote ho tab bhi tum itna hi helpless hote ho jitna ke us waqt apne aap ko feel karte ho.</w:t>
      </w:r>
      <w:r>
        <w:br/>
      </w:r>
      <w:r>
        <w:rPr>
          <w:sz w:val="20"/>
        </w:rPr>
        <w:t>3:27  yeh sab se bari baat hai jis ko insan bhoola hua hai.</w:t>
      </w:r>
    </w:p>
    <w:p>
      <w:pPr>
        <w:pStyle w:val="Heading2"/>
      </w:pPr>
      <w:r>
        <w:t>What hajj really is: Ibrahim's model and its lost spirit</w:t>
      </w:r>
    </w:p>
    <w:p>
      <w:r>
        <w:rPr>
          <w:color w:val="666666"/>
          <w:sz w:val="18"/>
        </w:rPr>
        <w:t>The Spirit of Hajj July 7, 2007 · 3m 30s · at 0:31 · https://youtu.be/SV2CfNml8ic?t=31</w:t>
      </w:r>
    </w:p>
    <w:p>
      <w:r>
        <w:rPr>
          <w:i/>
        </w:rPr>
        <w:t>“اس وقت مجھے حج کے بارے میں کچھ کہنا ہے”</w:t>
      </w:r>
    </w:p>
    <w:p>
      <w:r>
        <w:rPr>
          <w:sz w:val="20"/>
        </w:rPr>
        <w:t>0:31  is waqt mujhe hajj ke bare mein kuch kehna hai.</w:t>
      </w:r>
      <w:r>
        <w:br/>
      </w:r>
      <w:r>
        <w:rPr>
          <w:sz w:val="20"/>
        </w:rPr>
        <w:t>0:40  jaisa ke maloom hai hajj Islam ke paanch arkan mein se aik rukan hai aur bohat bari ibadat hai.</w:t>
      </w:r>
      <w:r>
        <w:br/>
      </w:r>
      <w:r>
        <w:rPr>
          <w:sz w:val="20"/>
        </w:rPr>
        <w:t>0:52  hajj hijri calendar ke zulhijjah ke mahine mein hota hai aur is ke maqamat jo hain woh hijaz mein hain yani Makkah mein.</w:t>
      </w:r>
      <w:r>
        <w:br/>
      </w:r>
      <w:r>
        <w:rPr>
          <w:sz w:val="20"/>
        </w:rPr>
        <w:t>1:07  hajj ke lafzi maani hain safar karna, qasd kar ke kahin jana. sirf yahi aik ibadat hai jis mein aadmi safar kar ke kahin pahunchta hai.</w:t>
      </w:r>
      <w:r>
        <w:br/>
      </w:r>
      <w:r>
        <w:rPr>
          <w:sz w:val="20"/>
        </w:rPr>
        <w:t>1:23  to isi liye is ko hajj kaha jaane laga. woh ibadat jis mein aadmi ko safar kar ke maqam e hajj par pahuncha hai.</w:t>
      </w:r>
      <w:r>
        <w:br/>
      </w:r>
      <w:r>
        <w:rPr>
          <w:sz w:val="20"/>
        </w:rPr>
        <w:t>1:33  hajj ke bare mein</w:t>
      </w:r>
      <w:r>
        <w:br/>
      </w:r>
      <w:r>
        <w:rPr>
          <w:sz w:val="20"/>
        </w:rPr>
        <w:t>1:40  aata hai ke rasool Allah sal Allahu alaihi wasallam se poocha gaya ke hajj kya hai? to aap ne farmaya ke hajj sunnat e abul Ibrahim.</w:t>
      </w:r>
      <w:r>
        <w:br/>
      </w:r>
      <w:r>
        <w:rPr>
          <w:sz w:val="20"/>
        </w:rPr>
        <w:t>1:52  hajj tumhare baap Ibrahim ki sunnat hai. y</w:t>
      </w:r>
      <w:r>
        <w:br/>
      </w:r>
      <w:r>
        <w:rPr>
          <w:sz w:val="20"/>
        </w:rPr>
        <w:t>1:58  ani Hazrat Ibrahim ka jo tareeqa tha jo aap ne dawat ki zindagi guzari is ko</w:t>
      </w:r>
      <w:r>
        <w:br/>
      </w:r>
      <w:r>
        <w:rPr>
          <w:sz w:val="20"/>
        </w:rPr>
        <w:t>2:10  rehearsal ke taur par tamseeli andaaz mein aadmi al iman ada karte hain.</w:t>
      </w:r>
      <w:r>
        <w:br/>
      </w:r>
      <w:r>
        <w:rPr>
          <w:sz w:val="20"/>
        </w:rPr>
        <w:t>2:21  isi mahol mein ja kar isi zameen mein ja kar jahan Hazrat Ibrahim ne apni zindagi bitayi thi.</w:t>
      </w:r>
      <w:r>
        <w:br/>
      </w:r>
      <w:r>
        <w:rPr>
          <w:sz w:val="20"/>
        </w:rPr>
        <w:t>2:28  is tarah se woh aik ahad karte hain aik apne dil mein aik yaqeen bithate hain ke hamein Hazrat Ibrahim wali zindagi ikhtiyar karna hai.</w:t>
      </w:r>
      <w:r>
        <w:br/>
      </w:r>
      <w:r>
        <w:rPr>
          <w:sz w:val="20"/>
        </w:rPr>
        <w:t>2:38  inhi ki tarah se dawat inhi ki tarah se qurbani inhi ki taraf se Allah ke liye apni zindagi ko waqf kar dena yeh sab cheezein hain.</w:t>
      </w:r>
      <w:r>
        <w:br/>
      </w:r>
      <w:r>
        <w:rPr>
          <w:sz w:val="20"/>
        </w:rPr>
        <w:t>2:51  to</w:t>
      </w:r>
      <w:r>
        <w:br/>
      </w:r>
      <w:r>
        <w:rPr>
          <w:sz w:val="20"/>
        </w:rPr>
        <w:t>2:54  Hazrat Ibrahim ki jo zindagi hai woh goya aik model hai aik namoona hai is aitbaar se ke hajj ka maqsad samajhne ke liye aur kaise hajj kiya jaye is ko janne ke liye.</w:t>
      </w:r>
      <w:r>
        <w:br/>
      </w:r>
      <w:r>
        <w:rPr>
          <w:sz w:val="20"/>
        </w:rPr>
        <w:t>3:10  is zamane mein maqsad to khatam ho gaya hai is ki shakal baqi hai.</w:t>
      </w:r>
      <w:r>
        <w:br/>
      </w:r>
      <w:r>
        <w:rPr>
          <w:sz w:val="20"/>
        </w:rPr>
        <w:t>3:17  yani hajj ki jo rooh hai hajj ki jo spirit hai woh ab baqi nahin hai. agarche bheed hoti hai har saal wahan hamesha se ziyada lekin yeh bheed jo hoti hai wahan par hajj ke form ko ada karne ke liye hoti hai.</w:t>
      </w:r>
      <w:r>
        <w:br/>
      </w:r>
      <w:r>
        <w:rPr>
          <w:sz w:val="20"/>
        </w:rPr>
        <w:t>3:33  inhein kuch khabar nahin ke is ki spirit kya hai. to form ke bare mein log khoob khoob jante hain. hajj ka jo form hai is ke bare mein khoob khoob jante hain log.</w:t>
      </w:r>
      <w:r>
        <w:br/>
      </w:r>
      <w:r>
        <w:rPr>
          <w:sz w:val="20"/>
        </w:rPr>
        <w:t>3:45  is ki tafsir karne ki mujhe zarurat nahi hai. lekin haj ki jo rooh hai us ke baray mein log bohat ziyada be shaoor hain is liye mein isi ke baray mein kuch baatein kahoon ga.</w:t>
      </w:r>
    </w:p>
    <w:p>
      <w:pPr>
        <w:pStyle w:val="Heading2"/>
      </w:pPr>
      <w:r>
        <w:t>The true picture of Islamic prayer</w:t>
      </w:r>
    </w:p>
    <w:p>
      <w:r>
        <w:rPr>
          <w:color w:val="666666"/>
          <w:sz w:val="18"/>
        </w:rPr>
        <w:t>Islamic Prayer (Part 1) (English) February 27, 2007 Maulana Wahiduddin Khan · 4m 47s · at 33:34 · https://youtu.be/p_6r0MDbHmY?t=2014</w:t>
      </w:r>
    </w:p>
    <w:p>
      <w:r>
        <w:rPr>
          <w:i/>
        </w:rPr>
        <w:t>“So this is the true picture of Salat”</w:t>
      </w:r>
    </w:p>
    <w:p>
      <w:r>
        <w:rPr>
          <w:sz w:val="20"/>
        </w:rPr>
        <w:t>33:34  So this is the true picture of Salat.</w:t>
      </w:r>
      <w:r>
        <w:br/>
      </w:r>
      <w:r>
        <w:rPr>
          <w:sz w:val="20"/>
        </w:rPr>
        <w:t>33:43  This is the true picture of prayer, the true picture of Islamic prayer.</w:t>
      </w:r>
      <w:r>
        <w:br/>
      </w:r>
      <w:r>
        <w:rPr>
          <w:sz w:val="20"/>
        </w:rPr>
        <w:t>33:52  Islamic prayer is not simply a ritual, a set of rituals. No.</w:t>
      </w:r>
      <w:r>
        <w:br/>
      </w:r>
      <w:r>
        <w:rPr>
          <w:sz w:val="20"/>
        </w:rPr>
        <w:t>34:01  Although there are some forms that may be seen as a ritual, but in fact, Namaz is not a ritual.</w:t>
      </w:r>
      <w:r>
        <w:br/>
      </w:r>
      <w:r>
        <w:rPr>
          <w:sz w:val="20"/>
        </w:rPr>
        <w:t>34:10  Namaz is a living practice.</w:t>
      </w:r>
      <w:r>
        <w:br/>
      </w:r>
      <w:r>
        <w:rPr>
          <w:sz w:val="20"/>
        </w:rPr>
        <w:t>34:19  Namaz is an intellectual worship.</w:t>
      </w:r>
      <w:r>
        <w:br/>
      </w:r>
      <w:r>
        <w:rPr>
          <w:sz w:val="20"/>
        </w:rPr>
        <w:t>34:28  It is very important to know that Islamic prayer is not a ritual or spiritless form.</w:t>
      </w:r>
      <w:r>
        <w:br/>
      </w:r>
      <w:r>
        <w:rPr>
          <w:sz w:val="20"/>
        </w:rPr>
        <w:t>34:48  Islamic prayer is a living prayer. It is intellectual worship, worship with its spirit, worship with full consciousness.</w:t>
      </w:r>
      <w:r>
        <w:br/>
      </w:r>
      <w:r>
        <w:rPr>
          <w:sz w:val="20"/>
        </w:rPr>
        <w:t>35:12  If your body is involved in Islamic prayer, but your mind is absent, then it is not prayer. You know, every human being has a body. At the same time, he has a mind.</w:t>
      </w:r>
      <w:r>
        <w:br/>
      </w:r>
      <w:r>
        <w:rPr>
          <w:sz w:val="20"/>
        </w:rPr>
        <w:t>35:42  So mind and body both must be involved in Islamic prayer.</w:t>
      </w:r>
      <w:r>
        <w:br/>
      </w:r>
      <w:r>
        <w:rPr>
          <w:sz w:val="20"/>
        </w:rPr>
        <w:t>35:50  Bodily, you will perform the outer aspect of prayer.</w:t>
      </w:r>
      <w:r>
        <w:br/>
      </w:r>
      <w:r>
        <w:rPr>
          <w:sz w:val="20"/>
        </w:rPr>
        <w:t>35:58  But intellectually, you must involve in prayer.</w:t>
      </w:r>
      <w:r>
        <w:br/>
      </w:r>
      <w:r>
        <w:rPr>
          <w:sz w:val="20"/>
        </w:rPr>
        <w:t>36:06  At the time of prayer, you must think about God.</w:t>
      </w:r>
      <w:r>
        <w:br/>
      </w:r>
      <w:r>
        <w:rPr>
          <w:sz w:val="20"/>
        </w:rPr>
        <w:t>36:14  You must think about the presence of God.</w:t>
      </w:r>
      <w:r>
        <w:br/>
      </w:r>
      <w:r>
        <w:rPr>
          <w:sz w:val="20"/>
        </w:rPr>
        <w:t>36:22  You must think about the accountability.</w:t>
      </w:r>
      <w:r>
        <w:br/>
      </w:r>
      <w:r>
        <w:rPr>
          <w:sz w:val="20"/>
        </w:rPr>
        <w:t>36:30  When you read some part of the Quran in your prayer, you must understand its meaning.</w:t>
      </w:r>
      <w:r>
        <w:br/>
      </w:r>
      <w:r>
        <w:rPr>
          <w:sz w:val="20"/>
        </w:rPr>
        <w:t>36:38  For example, when you say in your prayer, maliki yawm al-din, Lord of the Day of Judgment.</w:t>
      </w:r>
      <w:r>
        <w:br/>
      </w:r>
      <w:r>
        <w:rPr>
          <w:sz w:val="20"/>
        </w:rPr>
        <w:t>36:47  When you say this, Lord of the Day of Judgment, you have to remember the Day of Judgment.</w:t>
      </w:r>
      <w:r>
        <w:br/>
      </w:r>
      <w:r>
        <w:rPr>
          <w:sz w:val="20"/>
        </w:rPr>
        <w:t>36:57  You have to think about accountability.</w:t>
      </w:r>
      <w:r>
        <w:br/>
      </w:r>
      <w:r>
        <w:rPr>
          <w:sz w:val="20"/>
        </w:rPr>
        <w:t>37:07  So it is very important.</w:t>
      </w:r>
      <w:r>
        <w:br/>
      </w:r>
      <w:r>
        <w:rPr>
          <w:sz w:val="20"/>
        </w:rPr>
        <w:t>37:17  Prayer is a combination of mind and body.</w:t>
      </w:r>
      <w:r>
        <w:br/>
      </w:r>
      <w:r>
        <w:rPr>
          <w:sz w:val="20"/>
        </w:rPr>
        <w:t>37:28  Prayer is a combination of external act and also internal spirit.</w:t>
      </w:r>
      <w:r>
        <w:br/>
      </w:r>
      <w:r>
        <w:rPr>
          <w:sz w:val="20"/>
        </w:rPr>
        <w:t>37:38  So you have to pray with both inner spirit and external form.</w:t>
      </w:r>
      <w:r>
        <w:br/>
      </w:r>
      <w:r>
        <w:rPr>
          <w:sz w:val="20"/>
        </w:rPr>
        <w:t>37:49  Without form, there is no worship.</w:t>
      </w:r>
      <w:r>
        <w:br/>
      </w:r>
      <w:r>
        <w:rPr>
          <w:sz w:val="20"/>
        </w:rPr>
        <w:t>37:59  And at the same time, without spirit, there is no Salat.</w:t>
      </w:r>
      <w:r>
        <w:br/>
      </w:r>
      <w:r>
        <w:rPr>
          <w:sz w:val="20"/>
        </w:rPr>
        <w:t>38:10  So this is the true picture of Salat or prayer or Namaz.</w:t>
      </w:r>
      <w:r>
        <w:br/>
      </w:r>
      <w:r>
        <w:rPr>
          <w:sz w:val="20"/>
        </w:rPr>
        <w:t>38:21  May God bless us to perform this Salat in the right way. aqoolu qawli hadha wa astaghfirullaha li wa lakum ajmaeen.</w:t>
      </w:r>
    </w:p>
    <w:p>
      <w:pPr>
        <w:pStyle w:val="Heading2"/>
      </w:pPr>
      <w:r>
        <w:t>Surah Baqarah prayer and its implications</w:t>
      </w:r>
    </w:p>
    <w:p>
      <w:r>
        <w:rPr>
          <w:color w:val="666666"/>
          <w:sz w:val="18"/>
        </w:rPr>
        <w:t>Fasting and Re-planning June 18, 2017 · 5m 37s · at 15:35 · https://youtu.be/ekpPWHrK1DI?t=935</w:t>
      </w:r>
    </w:p>
    <w:p>
      <w:r>
        <w:rPr>
          <w:i/>
        </w:rPr>
        <w:t>“Ab main aap ko chand aayaat yaad dilata hoon”</w:t>
      </w:r>
    </w:p>
    <w:p>
      <w:r>
        <w:rPr>
          <w:sz w:val="20"/>
        </w:rPr>
        <w:t>15:35  ab mein aap ko chand ayaten yaad dilata hoon ke aap ne roza rakha aur roza rakh kar ke quran padhna shuru kiya surah al-baqarah jo hai us ke aakhir mein ek dua hai</w:t>
      </w:r>
      <w:r>
        <w:br/>
      </w:r>
      <w:r>
        <w:rPr>
          <w:sz w:val="20"/>
        </w:rPr>
        <w:t>15:55  ek dua hai is ka ek tukra yeh hai</w:t>
      </w:r>
      <w:r>
        <w:br/>
      </w:r>
      <w:r>
        <w:rPr>
          <w:sz w:val="20"/>
        </w:rPr>
        <w:t>16:01  wa la tahmil alayna ithran kama amalt ala allatheena min qablina surah al-baqarah ke aakhir mein yeh dua hai jo peghambar ko aur sahaba karam ko batai gai yani peghambar aur ashab peghambar ko batai gai ke rabbana wa la tahmil alayna ithran kama amalt ala allatheena min qablina aey hamare rab</w:t>
      </w:r>
      <w:r>
        <w:br/>
      </w:r>
      <w:r>
        <w:rPr>
          <w:sz w:val="20"/>
        </w:rPr>
        <w:t>16:26  hum par woh bojh na dal jo bojh tu dala tha pichle logon par</w:t>
      </w:r>
      <w:r>
        <w:br/>
      </w:r>
      <w:r>
        <w:rPr>
          <w:sz w:val="20"/>
        </w:rPr>
        <w:t>16:37  ab is par sochiye aap is par sochiye to hadith mein aata hai ke pichle zamane mein yeh halat thi koi kehta tha ke allah ek hai ek hi allah ko ki ibadat karo to us ko zameen mein gaadte the aur sar par</w:t>
      </w:r>
      <w:r>
        <w:br/>
      </w:r>
      <w:r>
        <w:rPr>
          <w:sz w:val="20"/>
        </w:rPr>
        <w:t>16:59  do dharr ho jata tha is ka aisi si musibat hai aag mein dalna pathar marna</w:t>
      </w:r>
      <w:r>
        <w:br/>
      </w:r>
      <w:r>
        <w:rPr>
          <w:sz w:val="20"/>
        </w:rPr>
        <w:t>17:08  ab aap sochen ge</w:t>
      </w:r>
      <w:r>
        <w:br/>
      </w:r>
      <w:r>
        <w:rPr>
          <w:sz w:val="20"/>
        </w:rPr>
        <w:t>17:10  aap sochen ge ke jab dua ki thi rasool allah ne aur sahaba ne ke jo musibaten padin</w:t>
      </w:r>
      <w:r>
        <w:br/>
      </w:r>
      <w:r>
        <w:rPr>
          <w:sz w:val="20"/>
        </w:rPr>
        <w:t>17:17  to pichle logon par toheed ikhtiyar karne ke nateejay mein woh hum par nahi padna chahiye yeh namumkin</w:t>
      </w:r>
      <w:r>
        <w:br/>
      </w:r>
      <w:r>
        <w:rPr>
          <w:sz w:val="20"/>
        </w:rPr>
        <w:t>17:25  hai ke dua qabool na hui ho</w:t>
      </w:r>
      <w:r>
        <w:br/>
      </w:r>
      <w:r>
        <w:rPr>
          <w:sz w:val="20"/>
        </w:rPr>
        <w:t>17:29  jo dua allah ne batai jo dua rasool allah ne ki jo dua ashab rasool allah ne ki</w:t>
      </w:r>
      <w:r>
        <w:br/>
      </w:r>
      <w:r>
        <w:rPr>
          <w:sz w:val="20"/>
        </w:rPr>
        <w:t>17:37  yeh teen cheezen yahan par hain khud allah ne batai</w:t>
      </w:r>
      <w:r>
        <w:br/>
      </w:r>
      <w:r>
        <w:rPr>
          <w:sz w:val="20"/>
        </w:rPr>
        <w:t>17:42  rasool allah ne woh dua ki sahaba ne woh dua ki to kaise mumkin hai ke woh dua</w:t>
      </w:r>
      <w:r>
        <w:br/>
      </w:r>
      <w:r>
        <w:rPr>
          <w:sz w:val="20"/>
        </w:rPr>
        <w:t>17:49  qubool na ho</w:t>
      </w:r>
      <w:r>
        <w:br/>
      </w:r>
      <w:r>
        <w:rPr>
          <w:sz w:val="20"/>
        </w:rPr>
        <w:t>17:52  zarur qabool hui ho hamara aqeeda hai ke zarur qabool hui ab aap sochenge ke jab dua qabool ho gai to is dua par ab 1438 saal ho chuke hain 1438 saal</w:t>
      </w:r>
      <w:r>
        <w:br/>
      </w:r>
      <w:r>
        <w:rPr>
          <w:sz w:val="20"/>
        </w:rPr>
        <w:t>18:12  aur musalmanon ka haal yeh hai ke museebat pad rahi hai un ke upar</w:t>
      </w:r>
      <w:r>
        <w:br/>
      </w:r>
      <w:r>
        <w:rPr>
          <w:sz w:val="20"/>
        </w:rPr>
        <w:t>18:16  is zamane mein</w:t>
      </w:r>
      <w:r>
        <w:br/>
      </w:r>
      <w:r>
        <w:rPr>
          <w:sz w:val="20"/>
        </w:rPr>
        <w:t>18:18  خود مسلمان یہ کہتے ہیں کہ we are a nation خود مسلمان</w:t>
      </w:r>
      <w:r>
        <w:br/>
      </w:r>
      <w:r>
        <w:rPr>
          <w:sz w:val="20"/>
        </w:rPr>
        <w:t>18:23  We are a Nasir, وہ کہتے ہیں کہ سارا ویسٹ جو ہے اسلاموفوبیا</w:t>
      </w:r>
      <w:r>
        <w:br/>
      </w:r>
      <w:r>
        <w:rPr>
          <w:sz w:val="20"/>
        </w:rPr>
        <w:t>18:29  mein pad gaya hai khud musalman yeh elaan karte hain ke har taraf sazish hai har taraf dushmani</w:t>
      </w:r>
      <w:r>
        <w:br/>
      </w:r>
      <w:r>
        <w:rPr>
          <w:sz w:val="20"/>
        </w:rPr>
        <w:t>18:35  hai yeh saare musalman yahi kehte hain mein yahan se gaya arab gaya yahan se amreeka gaya yahan</w:t>
      </w:r>
      <w:r>
        <w:br/>
      </w:r>
      <w:r>
        <w:rPr>
          <w:sz w:val="20"/>
        </w:rPr>
        <w:t>18:41  se europe gaya jis musalman se mila mein bas</w:t>
      </w:r>
      <w:r>
        <w:br/>
      </w:r>
      <w:r>
        <w:rPr>
          <w:sz w:val="20"/>
        </w:rPr>
        <w:t>18:45  سب یہی کہیں گے دنیا ہماری دشمن بن گئی ہے ہمارے خلاف conspiracy کر رہی ہے ہم under</w:t>
      </w:r>
      <w:r>
        <w:br/>
      </w:r>
      <w:r>
        <w:rPr>
          <w:sz w:val="20"/>
        </w:rPr>
        <w:t>18:53  sees hain waghera waghera waghera ab aap sochenge jab aap senior</w:t>
      </w:r>
      <w:r>
        <w:br/>
      </w:r>
      <w:r>
        <w:rPr>
          <w:sz w:val="20"/>
        </w:rPr>
        <w:t>18:57  honge waqai ke jab allah ne ek dua batai rasool allah ne woh dua ki sahaba ne woh dua ki aur zarur woh dua qabool ho gai to hum musibat mein kyun hain</w:t>
      </w:r>
      <w:r>
        <w:br/>
      </w:r>
      <w:r>
        <w:rPr>
          <w:sz w:val="20"/>
        </w:rPr>
        <w:t>19:16  hamare likhne wale jo bolne wale hain woh woh kahein ke hum chounke hum muslim hain is liye</w:t>
      </w:r>
      <w:r>
        <w:br/>
      </w:r>
      <w:r>
        <w:rPr>
          <w:sz w:val="20"/>
        </w:rPr>
        <w:t>19:22  hamare sath aisa ho raha hai yeh yeh jhooti baat hai</w:t>
      </w:r>
      <w:r>
        <w:br/>
      </w:r>
      <w:r>
        <w:rPr>
          <w:sz w:val="20"/>
        </w:rPr>
        <w:t>19:27  maine bohat baar yeh suna hai padha hai ke chounke hum musalman hain is liye hamare sath</w:t>
      </w:r>
      <w:r>
        <w:br/>
      </w:r>
      <w:r>
        <w:rPr>
          <w:sz w:val="20"/>
        </w:rPr>
        <w:t>19:32  aisa ho raha hai yeh bilashubah jhoot hai kyun ya to aap yeh kahiye ya yeh maniye ke</w:t>
      </w:r>
      <w:r>
        <w:br/>
      </w:r>
      <w:r>
        <w:rPr>
          <w:sz w:val="20"/>
        </w:rPr>
        <w:t>19:39  rasool Allah ki dua qubool nahi hui sahaba ki dua qubool nahi hui Allah ne jo dua batai</w:t>
      </w:r>
      <w:r>
        <w:br/>
      </w:r>
      <w:r>
        <w:rPr>
          <w:sz w:val="20"/>
        </w:rPr>
        <w:t>19:44  woh bhi aise hi bata di thi</w:t>
      </w:r>
      <w:r>
        <w:br/>
      </w:r>
      <w:r>
        <w:rPr>
          <w:sz w:val="20"/>
        </w:rPr>
        <w:t>19:49  to do option aap ke liye hain koi third option yahan nahi hai ya to quran ko quran maniye ya yeh kahe ke hamara jo manna woh galat hai</w:t>
      </w:r>
      <w:r>
        <w:br/>
      </w:r>
      <w:r>
        <w:rPr>
          <w:sz w:val="20"/>
        </w:rPr>
        <w:t>20:07  koi third option aap ke liye nahi hai</w:t>
      </w:r>
      <w:r>
        <w:br/>
      </w:r>
      <w:r>
        <w:rPr>
          <w:sz w:val="20"/>
        </w:rPr>
        <w:t>20:13  ya to yeh kahiye ke quran jo hai is mein galat elan kiya gaya hai ke baad ke logon ke liye deen asan ho jayega al-deenu yusrun deen par chalna asan ho jayega ya to kahiye ke yeh dua qabool hi nahi hui is liye musibat hai</w:t>
      </w:r>
      <w:r>
        <w:br/>
      </w:r>
      <w:r>
        <w:rPr>
          <w:sz w:val="20"/>
        </w:rPr>
        <w:t>20:37  ya agar aap kehte hain ke qabool hui to aap ko manna padega ke hum galat hain na kahen na kahen islamophobia hai na kahen under siege ka mamla hai na kahen hamare khilaf dushmani hai na koi hum ko marta hai yeh sab hamare zaati yani mafroozat hain hum ne hi garh liya hai dekhiye saada baat nahi hai yeh</w:t>
      </w:r>
      <w:r>
        <w:br/>
      </w:r>
      <w:r>
        <w:rPr>
          <w:sz w:val="20"/>
        </w:rPr>
        <w:t>21:07  yahan koi third option aap ke liye nahi hai</w:t>
      </w:r>
    </w:p>
    <w:p>
      <w:pPr>
        <w:pStyle w:val="Heading2"/>
      </w:pPr>
      <w:r>
        <w:t>Talha's dream of two brothers and Ramadan's value</w:t>
      </w:r>
    </w:p>
    <w:p>
      <w:r>
        <w:rPr>
          <w:color w:val="666666"/>
          <w:sz w:val="18"/>
        </w:rPr>
        <w:t>Soulful Ramadan Inspiring Duas and Hadiths</w:t>
        <w:br/>
        <w:t>March 10, 2024 · 3m 59s · at 4:29 · https://youtu.be/ZXO-tq7pyQA?t=269</w:t>
      </w:r>
    </w:p>
    <w:p>
      <w:r>
        <w:rPr>
          <w:i/>
        </w:rPr>
        <w:t>“Talha said: I saw in my dream I was standing at Paradise's gate”</w:t>
      </w:r>
    </w:p>
    <w:p>
      <w:r>
        <w:rPr>
          <w:sz w:val="20"/>
        </w:rPr>
        <w:t>4:29  Hai, Doctor Sahab. Main Chaahunga Uske Baare Mein Bhi Aap Hum Sabko Bataayein. Ya, This Is A Beautiful Hadees. Talha Razi Allah Anh Bahut Bade Sahabi The. Ji, Aur Unki Yeh</w:t>
      </w:r>
      <w:r>
        <w:br/>
      </w:r>
      <w:r>
        <w:rPr>
          <w:sz w:val="20"/>
        </w:rPr>
        <w:t>4:39  Riwayat Hai. Asal Mein Aisa Tha Ki Rasool Allah Fajar Ki Namaz Padhaate The, Aur Fajar Ki Namaz Ke Baad Baithte The Kuch Der, Aur Sahabah Bhi Saath Mein Hote The. To Kuch Zikr Ki Baatein Karte The, Kuch Daawat Ki Baatein Karte The, Aur Aksar Rasool Allah Poochte The Logon Se Ki Kisi Ne Koi Dream Dekha Hai Raat Ko,</w:t>
      </w:r>
      <w:r>
        <w:br/>
      </w:r>
      <w:r>
        <w:rPr>
          <w:sz w:val="20"/>
        </w:rPr>
        <w:t>5:03  Koi Achha Khwab Dekha Ho, To Bataaya Tha Ki Hum, Yaani Rasool Allah Sallallahu Alaihi Wasallam, Uski, Usko Interpret Karein.</w:t>
      </w:r>
      <w:r>
        <w:br/>
      </w:r>
      <w:r>
        <w:rPr>
          <w:sz w:val="20"/>
        </w:rPr>
        <w:t>5:11  To Talha Razi Allah Anh Bole, Ek Din Ke, Uh, "Qaala Talha: Fa-Tu Fi Al-Manami Baena Ana Iza Baabi Al-Jannah." Talha Razi Allah Anh Says, "That I Saw, I, I, I Saw In My Dream That I Am Standing In Front Of The Gate Of Paradise." Hmm, Ji,</w:t>
      </w:r>
      <w:r>
        <w:br/>
      </w:r>
      <w:r>
        <w:rPr>
          <w:sz w:val="20"/>
        </w:rPr>
        <w:t>5:36  And He, He Was Able To See People Around, Whom He Could Recognize. And He Saw Two Brothers, Whom He Could Recognize.</w:t>
      </w:r>
      <w:r>
        <w:br/>
      </w:r>
      <w:r>
        <w:rPr>
          <w:sz w:val="20"/>
        </w:rPr>
        <w:t>5:45  Ji, Sahabi The Wo. One Of Them Died As A Martyr, And Another Died After One Year Of The Brothers Death. Who Died A Physical, Normal Death. Ji, To Kehte Hain Ki, "Fa-Dhab Min Al-Jannah," Yaani Someone Came From The Paradise. Means Angel Came From The Paradise And Announced His Name, Who Died After One Year. Not The One Who Was Martyred.</w:t>
      </w:r>
      <w:r>
        <w:br/>
      </w:r>
      <w:r>
        <w:rPr>
          <w:sz w:val="20"/>
        </w:rPr>
        <w:t>6:12  Ji, So He Announced The Name Of That Brother, And He Took Him Inside The Paradise. Then The Angel Came Again And Announced The Name Of The Brother, Who Died As A Martyr. Ji, And He Took Him Also Inside The Paradise. Both Of Them. Then He Came To Talha Razi Allah Anh And Says, "And Says,</w:t>
      </w:r>
      <w:r>
        <w:br/>
      </w:r>
      <w:r>
        <w:rPr>
          <w:sz w:val="20"/>
        </w:rPr>
        <w:t>6:34  Your Time Is Not Yet, Go Back." Ji, Aur Phir Unki Aankh Khul Gayi.</w:t>
      </w:r>
      <w:r>
        <w:br/>
      </w:r>
      <w:r>
        <w:rPr>
          <w:sz w:val="20"/>
        </w:rPr>
        <w:t>6:39  To Jo Sahabah The, Wo Bahut Hairan Ho Rahe The. Wo Aapas Mein Baat Karne Lage Ki Yeh Kaise Ho Sakta Hai Jo Martyr Hai, Jo Shaheed Hai, Uski Rank Bahut Uncha Samjha Jaata Hai. To How Come He Was Not Called First?</w:t>
      </w:r>
      <w:r>
        <w:br/>
      </w:r>
      <w:r>
        <w:rPr>
          <w:sz w:val="20"/>
        </w:rPr>
        <w:t>6:54  Bilkul. To Unka Yeh Sawaal Tha Hi. Matlab, Us To Rasool Allah Sun Rahe The, Dekh Rahe The.</w:t>
      </w:r>
      <w:r>
        <w:br/>
      </w:r>
      <w:r>
        <w:rPr>
          <w:sz w:val="20"/>
        </w:rPr>
        <w:t>7:00  to Rasoolullah sallallahu alaihi wasallam ne farmaya ki, "min ali ka tazbun</w:t>
      </w:r>
      <w:r>
        <w:br/>
      </w:r>
      <w:r>
        <w:rPr>
          <w:sz w:val="20"/>
        </w:rPr>
        <w:t>7:06  ki what makes you so amazed and why are you so surprised?"</w:t>
      </w:r>
      <w:r>
        <w:br/>
      </w:r>
      <w:r>
        <w:rPr>
          <w:sz w:val="20"/>
        </w:rPr>
        <w:t>7:11  ji, to Rasoolullah sallallahu alaihi wasallam ne farmaya ki, "alsaqad maks baad sana ki didnt this brother</w:t>
      </w:r>
      <w:r>
        <w:br/>
      </w:r>
      <w:r>
        <w:rPr>
          <w:sz w:val="20"/>
        </w:rPr>
        <w:t>7:20  stayed for one more year?"</w:t>
      </w:r>
      <w:r>
        <w:br/>
      </w:r>
      <w:r>
        <w:rPr>
          <w:sz w:val="20"/>
        </w:rPr>
        <w:t>7:22  to sahaba ne kaha, "qaal bala, yes, he stayed one."</w:t>
      </w:r>
      <w:r>
        <w:br/>
      </w:r>
      <w:r>
        <w:rPr>
          <w:sz w:val="20"/>
        </w:rPr>
        <w:t>7:26  ek saal aur zinda rahe the wo doosre bhai.</w:t>
      </w:r>
      <w:r>
        <w:br/>
      </w:r>
      <w:r>
        <w:rPr>
          <w:sz w:val="20"/>
        </w:rPr>
        <w:t>7:30  Phir Rasool Allah Sallallahu Alaihi Wasallam Ne Farmaya Ki, "Qaala Wa Adraka Ramadana," And He Got One Ramzan. Sahi Hai, Ek Saal Mein Ek Ramzan Mila Unhein. Ji, Fasma Fama Wa Saama Fihi, And He Kept Fast In That One Ramzan That He Got. Wa Salla Kaza Wa Kaza Min Sajda Fi Sana. Yaani He Prayed For One Year, And He Fasted For That Ramzan, And Prayed For The Entire Year. And Made Lot Of Prostration</w:t>
      </w:r>
      <w:r>
        <w:br/>
      </w:r>
      <w:r>
        <w:rPr>
          <w:sz w:val="20"/>
        </w:rPr>
        <w:t>8:00  . To Sahabah Ne Kaha, "Qaala Bala, Yes, Ya Rasool Allah." To Phir Rasool Allah Sallallahu Alaihi Wasallam Ne Farmaya Ki, "Fama Baina Huma Baina As-Samai Wa Al-Ard." Yaani Un Dono Ke Darmiyan Is Wajah Se Zameen Aur Aasmaan Ka Jitna Distance Hai, Aisa Farak Ho Gaya. Ji, Itna Rank Mein,</w:t>
      </w:r>
      <w:r>
        <w:br/>
      </w:r>
      <w:r>
        <w:rPr>
          <w:sz w:val="20"/>
        </w:rPr>
        <w:t>8:18  rank zyada ho gaya us bhai ka jo, jo jinki death baad mein hui thi. ji, kyunki unko ek saal mila. to ramzan itna qeemti hai. ji,</w:t>
      </w:r>
    </w:p>
    <w:p>
      <w:pPr>
        <w:pStyle w:val="Heading2"/>
      </w:pPr>
      <w:r>
        <w:t>dark matter, light, and the birth of spirituality</w:t>
      </w:r>
    </w:p>
    <w:p>
      <w:r>
        <w:rPr>
          <w:color w:val="666666"/>
          <w:sz w:val="18"/>
        </w:rPr>
        <w:t>On The Month of Ramadan September 23, 2007 · 3m 25s · at 10:01 · https://youtu.be/8MIl4_cPq1k?t=601</w:t>
      </w:r>
    </w:p>
    <w:p>
      <w:r>
        <w:rPr>
          <w:i/>
        </w:rPr>
        <w:t>“95 percent of the universe we simply cannot see.”</w:t>
      </w:r>
    </w:p>
    <w:p>
      <w:r>
        <w:rPr>
          <w:sz w:val="20"/>
        </w:rPr>
        <w:t>10:01  itni bari universe hai, itni bari universe hai, jis ko hum feed up nahi kar paate. kyunke jo bulk hai universe ka, jo woh hai dark, completely dark.</w:t>
      </w:r>
      <w:r>
        <w:br/>
      </w:r>
      <w:r>
        <w:rPr>
          <w:sz w:val="20"/>
        </w:rPr>
        <w:t>10:16  aur itna is ke andar gravity itni zyada barhi hui hai is ki ke apne light ko bhi woh emit nahi hone deti. light ko bhi woh kheenche hue hai.</w:t>
      </w:r>
      <w:r>
        <w:br/>
      </w:r>
      <w:r>
        <w:rPr>
          <w:sz w:val="20"/>
        </w:rPr>
        <w:t>10:26  aap jante hain ke hum light hi ke through kisi cheez ko dete hain, dekhte hain. yani suraj ki light hum tak na pahunche to hum suraj nahi dikhai dega hum ko.</w:t>
      </w:r>
      <w:r>
        <w:br/>
      </w:r>
      <w:r>
        <w:rPr>
          <w:sz w:val="20"/>
        </w:rPr>
        <w:t>10:37  hum aankh rakhenge lekin hum dekhenge nahi, kyunke hamari aankh aur object ke beech mein light chahiye.</w:t>
      </w:r>
      <w:r>
        <w:br/>
      </w:r>
      <w:r>
        <w:rPr>
          <w:sz w:val="20"/>
        </w:rPr>
        <w:t>10:45  hamari aankh aur light object ke beech mein light chahiye. to yeh jo jo jis ko kehte hain black hole, jis ko kaha jata hai ya dark world, jis ko kaha jata hai, to hamare aur us ke beech mein light hai nahi, is liye hum us ko dekh nahi paate.</w:t>
      </w:r>
      <w:r>
        <w:br/>
      </w:r>
      <w:r>
        <w:rPr>
          <w:sz w:val="20"/>
        </w:rPr>
        <w:t>11:01  na aankh se, na telescope se, kisi tarike se nahi.</w:t>
      </w:r>
      <w:r>
        <w:br/>
      </w:r>
      <w:r>
        <w:rPr>
          <w:sz w:val="20"/>
        </w:rPr>
        <w:t>11:06  to 95 percent jo hai universe ka, woh hum us ko dekh nahi sakte.</w:t>
      </w:r>
      <w:r>
        <w:br/>
      </w:r>
      <w:r>
        <w:rPr>
          <w:sz w:val="20"/>
        </w:rPr>
        <w:t>11:18  yeh hai edges ka tajurba, helplessness ka tajurba. aur sab se bari jo realization hai, woh yahi hai.</w:t>
      </w:r>
      <w:r>
        <w:br/>
      </w:r>
      <w:r>
        <w:rPr>
          <w:sz w:val="20"/>
        </w:rPr>
        <w:t>11:30  sab se bari realization yahi hai.</w:t>
      </w:r>
      <w:r>
        <w:br/>
      </w:r>
      <w:r>
        <w:rPr>
          <w:sz w:val="20"/>
        </w:rPr>
        <w:t>11:35  ab main yahan par yeh add karna chahunga ke isi se hamari samajh mein aata hai ke spirituality kya hai. what is spirituality? history mein hazaron saal tak insan yeh samajhta raha ke spirituality ka jo reservoir hai, woh hamare andar hai,</w:t>
      </w:r>
      <w:r>
        <w:br/>
      </w:r>
      <w:r>
        <w:rPr>
          <w:sz w:val="20"/>
        </w:rPr>
        <w:t>11:53  hamare dil mein.</w:t>
      </w:r>
      <w:r>
        <w:br/>
      </w:r>
      <w:r>
        <w:rPr>
          <w:sz w:val="20"/>
        </w:rPr>
        <w:t>11:54  hamare dil mein woh cheezein rakhi hui hain bator reservoir ke, jin ko hum andar jhaank kar dekhein, us se hamein spirituality milegi.</w:t>
      </w:r>
      <w:r>
        <w:br/>
      </w:r>
      <w:r>
        <w:rPr>
          <w:sz w:val="20"/>
        </w:rPr>
        <w:t>12:07  main samajhta hoon ke yeh false concept hai spirituality ka. spirituality pure world mein phaili hui hai, pure world mein.</w:t>
      </w:r>
      <w:r>
        <w:br/>
      </w:r>
      <w:r>
        <w:rPr>
          <w:sz w:val="20"/>
        </w:rPr>
        <w:t>12:19  yani yeh jaanna ke universe jo hai, telescope ke zariye, is sirf four percent hum us ko dekh paate hain. yahi se spirituality ki ki beginning hoti hai.</w:t>
      </w:r>
      <w:r>
        <w:br/>
      </w:r>
      <w:r>
        <w:rPr>
          <w:sz w:val="20"/>
        </w:rPr>
        <w:t>12:32  jab hum yeh jaan paate hain ke apni helplessness ko, jab hum jaan paate hain apni limitations ko, jaan paate hain, that is starting point of spirituality.</w:t>
      </w:r>
      <w:r>
        <w:br/>
      </w:r>
      <w:r>
        <w:rPr>
          <w:sz w:val="20"/>
        </w:rPr>
        <w:t>12:46  kyunke isi se aap ke andar modesty aati hai, isi se aap ka arrogance khatam hota hai, isi se sare jo darwaze hain khulte hain realization ke.</w:t>
      </w:r>
      <w:r>
        <w:br/>
      </w:r>
      <w:r>
        <w:rPr>
          <w:sz w:val="20"/>
        </w:rPr>
        <w:t>13:00  yahi se, isi isi discovery se ke hum apne aap ko jab discover karte hain, tabhi hum jaan paate hain ke kya hum hain.</w:t>
      </w:r>
      <w:r>
        <w:br/>
      </w:r>
      <w:r>
        <w:rPr>
          <w:sz w:val="20"/>
        </w:rPr>
        <w:t>13:10  isi ka naam hai marifat, isi ka naam hai realization. to mein yahan par ek baat mujhe yaad aati hai, is ko mein jo bohat hi relevant hai, is ko mein yahan par kehna chahta hoon.</w:t>
      </w:r>
    </w:p>
    <w:p>
      <w:pPr>
        <w:pStyle w:val="Heading2"/>
      </w:pPr>
      <w:r>
        <w:t>Prayer requirements, unity, and self-reform</w:t>
      </w:r>
    </w:p>
    <w:p>
      <w:r>
        <w:rPr>
          <w:color w:val="666666"/>
          <w:sz w:val="18"/>
        </w:rPr>
        <w:t>The Significance of Mosque in Islam 4 January, 2019 · 4m 09s · at 3:48 · https://youtu.be/QnOj_KGHook?t=228</w:t>
      </w:r>
    </w:p>
    <w:p>
      <w:r>
        <w:rPr>
          <w:i/>
        </w:rPr>
        <w:t>“Now Muslims are required to perform नमाज़”</w:t>
      </w:r>
    </w:p>
    <w:p>
      <w:r>
        <w:rPr>
          <w:sz w:val="20"/>
        </w:rPr>
        <w:t>3:48  Now Muslims are required to perform namaz, uh, they are required to pray five times a day. And, uh, a person can read namaz anywhere.</w:t>
      </w:r>
      <w:r>
        <w:br/>
      </w:r>
      <w:r>
        <w:rPr>
          <w:sz w:val="20"/>
        </w:rPr>
        <w:t>3:59  He can read namaz at home, he can read namaz outside, at office, at work, in the garden. But, uh, the namaz is performed in an organized way, in congregation, inside the mosque.</w:t>
      </w:r>
      <w:r>
        <w:br/>
      </w:r>
      <w:r>
        <w:rPr>
          <w:sz w:val="20"/>
        </w:rPr>
        <w:t>4:12  And if you have seen, uh, Muslims, a group of Muslims perform namaz, you will have observed that they stand in orderly rows behind a single prayer leader, the Imam.</w:t>
      </w:r>
      <w:r>
        <w:br/>
      </w:r>
      <w:r>
        <w:rPr>
          <w:sz w:val="20"/>
        </w:rPr>
        <w:t>4:23  The Imam word means the leader. So the first lesson that namaz or worship or prayer that, uh, Muslims learn is</w:t>
      </w:r>
      <w:r>
        <w:br/>
      </w:r>
      <w:r>
        <w:rPr>
          <w:sz w:val="20"/>
        </w:rPr>
        <w:t>4:34  unity. That in spite of differences, in spite of different inclinations, in spite of different temperament, in spite of different ways of thinking, all unite behind a single prayer leader.</w:t>
      </w:r>
      <w:r>
        <w:br/>
      </w:r>
      <w:r>
        <w:rPr>
          <w:sz w:val="20"/>
        </w:rPr>
        <w:t>4:47  So that is a very important lesson of unity in spite of diversity.</w:t>
      </w:r>
      <w:r>
        <w:br/>
      </w:r>
      <w:r>
        <w:rPr>
          <w:sz w:val="20"/>
        </w:rPr>
        <w:t>4:52  So wenn die Leute in der Moschee kommen, dieerste Sache der wahren Imam ist das, der Imam steht nach vorne, und alle anderen Gläubigen in ganz ordentlicher Reihe steht, Reihe hinter dem,äh, der Imam.</w:t>
      </w:r>
      <w:r>
        <w:br/>
      </w:r>
      <w:r>
        <w:rPr>
          <w:sz w:val="20"/>
        </w:rPr>
        <w:t>5:09  Bedeutung ist das, ihr könnt es verschiedene Kultur, Sprache oder Unterschiede, und alle, alle, trotz aller Unterschiede kann man ordentlich hinter ein,äh, göttlicher Mann, der Imam, hinter ihm eintreiben, richtig?</w:t>
      </w:r>
      <w:r>
        <w:br/>
      </w:r>
      <w:r>
        <w:rPr>
          <w:sz w:val="20"/>
        </w:rPr>
        <w:t>5:26  Eintreiben können. So, uh, you all may have observed, when the Imam sa begun the prayer, the first phrase that he said was allahu akbar. That's how you initiate into namaz, initiate into prayer.</w:t>
      </w:r>
      <w:r>
        <w:br/>
      </w:r>
      <w:r>
        <w:rPr>
          <w:sz w:val="20"/>
        </w:rPr>
        <w:t>5:42  So allahu akbar is an Arabic phrase which means God is great. So this phrase allahu akbar is repeated several times during namaz, during prayer.</w:t>
      </w:r>
      <w:r>
        <w:br/>
      </w:r>
      <w:r>
        <w:rPr>
          <w:sz w:val="20"/>
        </w:rPr>
        <w:t>5:53  So what does a worshipper mean when he repeatedly says allahu akbar, God is great? What he does is that he acknowledges the greatness of God.</w:t>
      </w:r>
      <w:r>
        <w:br/>
      </w:r>
      <w:r>
        <w:rPr>
          <w:sz w:val="20"/>
        </w:rPr>
        <w:t>6:04  He acknowledges that without God's help, he cannot do anything. Without God's support, without God's saqqar, he is helpless.</w:t>
      </w:r>
      <w:r>
        <w:br/>
      </w:r>
      <w:r>
        <w:rPr>
          <w:sz w:val="20"/>
        </w:rPr>
        <w:t>6:13  And he also acknowledges and he thanks God for creating the universe, for creating the earth, for giving everything.</w:t>
      </w:r>
      <w:r>
        <w:br/>
      </w:r>
      <w:r>
        <w:rPr>
          <w:sz w:val="20"/>
        </w:rPr>
        <w:t>6:21  So he's acknowledging God's bounties and blessings as the creator, as the sustainer, as the controller of the universe. So the, the, theerste Sache in der Gebet ist das, allahu akbar, bedeutet: Gott ist groß.</w:t>
      </w:r>
      <w:r>
        <w:br/>
      </w:r>
      <w:r>
        <w:rPr>
          <w:sz w:val="20"/>
        </w:rPr>
        <w:t>6:40  Ein Gläubiger, ein Betender, er erkennt Gottes Größe und die Dankbarkeit für die Schöpfung, für alle, alles, alle Gabe, für alles ist dankbar.</w:t>
      </w:r>
      <w:r>
        <w:br/>
      </w:r>
      <w:r>
        <w:rPr>
          <w:sz w:val="20"/>
        </w:rPr>
        <w:t>6:54  Und in Dankbarkeit sagt er: "Lobt Gott und preist ihn." So after saying Allahu Akbar, the worshipper begins the main part of the namaz</w:t>
      </w:r>
      <w:r>
        <w:br/>
      </w:r>
      <w:r>
        <w:rPr>
          <w:sz w:val="20"/>
        </w:rPr>
        <w:t>7:05  az. Now the main part of the namaz comprises of reciting verses or passages from the Koran. So, uh, the passages that the Koran comprises of basically remind one of how to lead a life of piety, how to inculcate virtues of compassion, of modesty, of justness, of kind</w:t>
      </w:r>
      <w:r>
        <w:br/>
      </w:r>
      <w:r>
        <w:rPr>
          <w:sz w:val="20"/>
        </w:rPr>
        <w:t>7:28  ness. So when a person reads namaz five times a day, he's basically reminding himself to follow these virtues, to inculcate these virtues, and to instill these virtues in his life.</w:t>
      </w:r>
      <w:r>
        <w:br/>
      </w:r>
      <w:r>
        <w:rPr>
          <w:sz w:val="20"/>
        </w:rPr>
        <w:t>7:40  And suppose if he has, he hasn't done any of these things, suppose he has strayed from the path of these virtues, then he pledges himself, he to reform himself.</w:t>
      </w:r>
      <w:r>
        <w:br/>
      </w:r>
      <w:r>
        <w:rPr>
          <w:sz w:val="20"/>
        </w:rPr>
        <w:t>7:50  He takes a pledge every time he prays that he will reform himself and he will instill these virtues in himself.</w:t>
      </w:r>
    </w:p>
    <w:p>
      <w:pPr>
        <w:pStyle w:val="Heading2"/>
      </w:pPr>
      <w:r>
        <w:t>Prophet's farewell message of unity and dawah</w:t>
      </w:r>
    </w:p>
    <w:p>
      <w:r>
        <w:rPr>
          <w:color w:val="666666"/>
          <w:sz w:val="18"/>
        </w:rPr>
        <w:t>The Pilgrimage of Hajj | Maulana Wahiduddin Khan · 5m 35s · at 36:40 · https://youtu.be/LrI5xzFpjCs?t=2200</w:t>
      </w:r>
    </w:p>
    <w:p>
      <w:r>
        <w:rPr>
          <w:i/>
        </w:rPr>
        <w:t>“Phir dekhiye, Hajj ke aakhri phase mein kya hua?”</w:t>
      </w:r>
    </w:p>
    <w:p>
      <w:r>
        <w:rPr>
          <w:sz w:val="20"/>
        </w:rPr>
        <w:t>36:40  phir dekhiye, hajj ke aakhri yaani final phase mein wahan par kya hua? Rasool Allah sal Allah alaihi wasallam ne khutba diya jis ko khutba e hajjat ul wida kaha jata hai kyunke Rasool Allah sal Allah alaihi wasallam is hajj ke baad jaldi wafat pa gaye, do dhai mahine ke baad. To ye aap ki ummat se aakhri mulaqat thi, goya jahan taqreeban</w:t>
      </w:r>
      <w:r>
        <w:br/>
      </w:r>
      <w:r>
        <w:rPr>
          <w:sz w:val="20"/>
        </w:rPr>
        <w:t>37:12  yaani dehd lakh aadmi ekatha the. To wahan par aap ne ek khutba diya, ye khutba e hajjat ul wida ke naam se kitabon mein maujood hai. Is khutbe mein main aap ne kai baaten farmayin, main yahan do baaton ka zikr karunga. Is khutbe mein aap ne ek to ye aelan farmaya ke la fazla arabi al alameen, ek ko doosre par koi fazilat nahi, a</w:t>
      </w:r>
      <w:r>
        <w:br/>
      </w:r>
      <w:r>
        <w:rPr>
          <w:sz w:val="20"/>
        </w:rPr>
        <w:t>37:42  rabi ko ghair arabi par koi farq nahi, ek nasl aur doosri nasl ke darmiyan koi imtiyaz nahi. Superior race aur inferior race ke fitne ke myth ko aap ne khatam kar diya. Hazaron saal se insan is myth mein jee raha tha, koi race superior race hai, koi race inferior race hai. Aap ne aelan farmaya ke nahi, ye sab jhoote myth hain, illa biddin wa taqwa</w:t>
      </w:r>
      <w:r>
        <w:br/>
      </w:r>
      <w:r>
        <w:rPr>
          <w:sz w:val="20"/>
        </w:rPr>
        <w:t>38:12  ٰ, yaani Allah ke paimane mein jo acha thehre, wo acha hai aur jo Allah ke paimane mein acha na thehre, wo bura hai. Na naam, na nasl, na color, na zuban, kuch bhi nahi. Ye tamam tar mamla hai Allah ke paimane par kaisa thehrega aadmi is ka. To ek baat ye aap ne farmayi, is ko hum keh sakte hain ke masawat e insani, ye sare insan barabar hain, s</w:t>
      </w:r>
      <w:r>
        <w:br/>
      </w:r>
      <w:r>
        <w:rPr>
          <w:sz w:val="20"/>
        </w:rPr>
        <w:t>38:42  are insan ek hain. Insan ke darmiyan farq jo hai, wo kirdaar se hota hai, na ke nasl se, race se, color se. In cheezon ki koi ahmiyat nahi hai, ye sab relative baaten hain. Ye ek aelan aap ne farmayi, is mein khutbe mein doosri aham baat jo thi, wo wo ye thi ke aap ne farmaya ke in Allah basani kaafatan lin naas faduni</w:t>
      </w:r>
      <w:r>
        <w:br/>
      </w:r>
      <w:r>
        <w:rPr>
          <w:sz w:val="20"/>
        </w:rPr>
        <w:t>39:14  ٰ, ke Allah ne mujh ko sare logon ke liye paighambar bana kar bheja hai, yaani mera paigham, mere zariye se jo Allah ne paigham diya, wo paigham sare insano tak pahunchna hai aur pahunchte rehna hai. Kyunke insan, aap jante hain, paida hote hain, marte hain, paida hote hain, marte hain. Insan koi himalaya pahad nahi hai ke jo khada hoga to hazaron saal khada hua hai. Insan to aap jante hain, 50 saal, 100 saal, 10 saal marte rehte hain log. To ye kaam</w:t>
      </w:r>
      <w:r>
        <w:br/>
      </w:r>
      <w:r>
        <w:rPr>
          <w:sz w:val="20"/>
        </w:rPr>
        <w:t>39:44  sonpa aap ne apni ummat ko ke nasl dar nasl tum is kaam ko karte raho, sari dunya mein mere message ko pahunchate raho, logon tak faduni, meri taraf se is farz ko anjam dete raho. Is ke baad kya hua? Agar aap jayen makkah madinah mein to aap payenge ke sahaba e kiram, jo ke taqreeban do lakh the, un ki qabrein bohat hi kam hain makkah madinah mein.</w:t>
      </w:r>
      <w:r>
        <w:br/>
      </w:r>
      <w:r>
        <w:rPr>
          <w:sz w:val="20"/>
        </w:rPr>
        <w:t>40:15  kyun? Rasool Allah ke is message ke baad sab bahar nikal gaye, arab ke bahar, un ki qabrein bahar bani. Kaisi ajeeb baat hai! Makkah madinah mein marne ke liye, wahan qabar banane ke liye koi thehra nahi. Atraf ke mulkon mein phail gayi. Yahi ye tha pehla diaspora Islam mein, aur isi ka nateeja hai ke wo pure muslim dunya ya arab world, jis ko hum kehte hain, unhon ne banayi</w:t>
      </w:r>
      <w:r>
        <w:br/>
      </w:r>
      <w:r>
        <w:rPr>
          <w:sz w:val="20"/>
        </w:rPr>
        <w:t>40:45  ke ek bohat bade ilaqe ko unhon ne Islam ka paigham diya. Unhon ne Islam ko sachai pa kar qabool kiya, us ko us se ek ek dunya bani, us dunya Islam. To ye kaam sahaba par khatam nahi hoga, jis tarah Rasool Allah par khatam nahi hua, is tarah sahaba par bhi khatam nahi hoga. Ye chalta rahega, chalta rahega, chalta rahega. Aur har haji, yaani aaj jab haji jata hai wahan to samajh lijiye ke wahan arafat ke</w:t>
      </w:r>
      <w:r>
        <w:br/>
      </w:r>
      <w:r>
        <w:rPr>
          <w:sz w:val="20"/>
        </w:rPr>
        <w:t>41:16  maidan mein aaj bhi ye awazen goonj rahi hain. Jo aadmi zinda shaoor ke sath jaye, zinda ehsas ke sath jaye, tareekh ko jan kar wahan jaye to sach much use mehsoos hoga ke aaj bhi arafat ke maidan mein Rasool Allah ki awaz goonj rahi hai ke aye logon! Mera paigham pahunchao, pahunchate raho, yahan tak ke qayamat tak pahunchao, pahunchate raho. Har nasl ko batao, koi nasl is se mehroom na rahe ke sachai kya hai, Allah taala ka</w:t>
      </w:r>
      <w:r>
        <w:br/>
      </w:r>
      <w:r>
        <w:rPr>
          <w:sz w:val="20"/>
        </w:rPr>
        <w:t>41:46  creation plan kya hai, maidan e hashar mein kya sawal jawab hone wala hai, jannat o jahannum mein kis ko kis ke liye jahannum ka faisla hoga, kis ke liye jannat ka faisla hoga. Is ko batate raho, batate raho, batate raho. To Rasool Allah ka ye message, Rasool Allah ke paigham, Rasool Allah ki pukar aaj bhi maidan e arafat mein goonj rahi hai. To ye hai hajj ka, hajj ki haqeeqat, hajj ka</w:t>
      </w:r>
    </w:p>
    <w:p>
      <w:pPr>
        <w:pStyle w:val="Heading2"/>
      </w:pPr>
      <w:r>
        <w:t>Two full prophetic prayer stories: Moses and Jacob</w:t>
      </w:r>
    </w:p>
    <w:p>
      <w:r>
        <w:rPr>
          <w:color w:val="666666"/>
          <w:sz w:val="18"/>
        </w:rPr>
        <w:t>The Importance of Dua | April 4, 2016 | Maulana Wahiduddin Khan · 5m 34s · at 46:21 · https://youtu.be/B9d4B3Nqiww?t=2781</w:t>
      </w:r>
    </w:p>
    <w:p>
      <w:r>
        <w:rPr>
          <w:i/>
        </w:rPr>
        <w:t>“Rabbi inni lima anzalta ilayya min khairin faqir”</w:t>
      </w:r>
    </w:p>
    <w:p>
      <w:r>
        <w:rPr>
          <w:sz w:val="20"/>
        </w:rPr>
        <w:t>46:21  ng you may send down for me.</w:t>
      </w:r>
      <w:r>
        <w:br/>
      </w:r>
      <w:r>
        <w:rPr>
          <w:sz w:val="20"/>
        </w:rPr>
        <w:t>46:26  So Maulana, what is the significance of this prayer? دیکھیے، وہ دعا تھی رب انی لما انزلت الی</w:t>
      </w:r>
      <w:r>
        <w:br/>
      </w:r>
      <w:r>
        <w:rPr>
          <w:sz w:val="20"/>
        </w:rPr>
        <w:t>46:31  min khair al-faqir.</w:t>
      </w:r>
      <w:r>
        <w:br/>
      </w:r>
      <w:r>
        <w:rPr>
          <w:sz w:val="20"/>
        </w:rPr>
        <w:t>46:36  is ke peeche ek lambi history hai.</w:t>
      </w:r>
      <w:r>
        <w:br/>
      </w:r>
      <w:r>
        <w:rPr>
          <w:sz w:val="20"/>
        </w:rPr>
        <w:t>46:41  yaani Hazrat Umar ne, woh Hazrat Hazrat Musa ne ek lambi zindagi guzari, ek kuch din Misr mein</w:t>
      </w:r>
      <w:r>
        <w:br/>
      </w:r>
      <w:r>
        <w:rPr>
          <w:sz w:val="20"/>
        </w:rPr>
        <w:t>46:46  rahe, Egypt mein</w:t>
      </w:r>
      <w:r>
        <w:br/>
      </w:r>
      <w:r>
        <w:rPr>
          <w:sz w:val="20"/>
        </w:rPr>
        <w:t>46:51  kuch safar mein rahe.</w:t>
      </w:r>
      <w:r>
        <w:br/>
      </w:r>
      <w:r>
        <w:rPr>
          <w:sz w:val="20"/>
        </w:rPr>
        <w:t>46:56  kehti hai lambi muddat safar kiya hua unhon ne, phir woh pahunche wahan madin mein, phir wahan rahe.</w:t>
      </w:r>
      <w:r>
        <w:br/>
      </w:r>
      <w:r>
        <w:rPr>
          <w:sz w:val="20"/>
        </w:rPr>
        <w:t>47:01  to bohat lambi history hai.</w:t>
      </w:r>
      <w:r>
        <w:br/>
      </w:r>
      <w:r>
        <w:rPr>
          <w:sz w:val="20"/>
        </w:rPr>
        <w:t>47:06  to abhi in ko sachai nahi mili thi, yaani peghambar nahi mili thi in ko.</w:t>
      </w:r>
      <w:r>
        <w:br/>
      </w:r>
      <w:r>
        <w:rPr>
          <w:sz w:val="20"/>
        </w:rPr>
        <w:t>47:12  yaani misr mein janglon mein ya madin mein ya woh kanwein par pani pilaya unhon ne.</w:t>
      </w:r>
      <w:r>
        <w:br/>
      </w:r>
      <w:r>
        <w:rPr>
          <w:sz w:val="20"/>
        </w:rPr>
        <w:t>47:17  woh yeh saare jo waqiat guzre kai saal ke darmiyan, tab</w:t>
      </w:r>
      <w:r>
        <w:br/>
      </w:r>
      <w:r>
        <w:rPr>
          <w:sz w:val="20"/>
        </w:rPr>
        <w:t>47:22  tak woh paygambar nahi bane the, lekin sachai ki talash mein the. To phir woh isi dauran yeh waqia guzra ke ek din thake hue aur shayad bhookh bhi, khana bhi nahi khaya tha, us halat mein woh peit neeche baith gaye, peit ke saaye mein baith gaye, neeche baith gaye. Is waqt un ki zaban se nikla Rabbi inni lima</w:t>
      </w:r>
      <w:r>
        <w:br/>
      </w:r>
      <w:r>
        <w:rPr>
          <w:sz w:val="20"/>
        </w:rPr>
        <w:t>47:52  anzalt ila man khair al faqeer.</w:t>
      </w:r>
      <w:r>
        <w:br/>
      </w:r>
      <w:r>
        <w:rPr>
          <w:sz w:val="20"/>
        </w:rPr>
        <w:t>47:57  yaani khudaaya to ne mere liye jo khair muqaddar kiya ho, us ka main mohtaaj hoon.</w:t>
      </w:r>
      <w:r>
        <w:br/>
      </w:r>
      <w:r>
        <w:rPr>
          <w:sz w:val="20"/>
        </w:rPr>
        <w:t>48:02  woh khair bala nahi tha, milne wala tha nabuwat.</w:t>
      </w:r>
      <w:r>
        <w:br/>
      </w:r>
      <w:r>
        <w:rPr>
          <w:sz w:val="20"/>
        </w:rPr>
        <w:t>48:07  to woh jis kaifiyat ke saath unhon ne yeh dua ki hogi, hum bhi kursi pe baith kar</w:t>
      </w:r>
      <w:r>
        <w:br/>
      </w:r>
      <w:r>
        <w:rPr>
          <w:sz w:val="20"/>
        </w:rPr>
        <w:t>48:12  nahi kar sakte.</w:t>
      </w:r>
      <w:r>
        <w:br/>
      </w:r>
      <w:r>
        <w:rPr>
          <w:sz w:val="20"/>
        </w:rPr>
        <w:t>48:17  rab inni lima anzalt ila khair al faqeer ke khudaaya to ne mujhe paida kiya aur mere andar</w:t>
      </w:r>
      <w:r>
        <w:br/>
      </w:r>
      <w:r>
        <w:rPr>
          <w:sz w:val="20"/>
        </w:rPr>
        <w:t>48:22  sochne ka wada diya, mujhe seekha banaya.</w:t>
      </w:r>
      <w:r>
        <w:br/>
      </w:r>
      <w:r>
        <w:rPr>
          <w:sz w:val="20"/>
        </w:rPr>
        <w:t>48:26  main dhoondta phir raha hoon to kuch to tera, tere creation plan ke mutabiq kuch to hoga jo</w:t>
      </w:r>
      <w:r>
        <w:br/>
      </w:r>
      <w:r>
        <w:rPr>
          <w:sz w:val="20"/>
        </w:rPr>
        <w:t>48:30  to mere liye muqaddar kiya ho.</w:t>
      </w:r>
      <w:r>
        <w:br/>
      </w:r>
      <w:r>
        <w:rPr>
          <w:sz w:val="20"/>
        </w:rPr>
        <w:t>48:35  to ne to main us ka faqeer hoon, us ka mohtaaj hoon.</w:t>
      </w:r>
      <w:r>
        <w:br/>
      </w:r>
      <w:r>
        <w:rPr>
          <w:sz w:val="20"/>
        </w:rPr>
        <w:t>48:39  yeh sab ehsaasaat is dil mein bhare hon ge.</w:t>
      </w:r>
      <w:r>
        <w:br/>
      </w:r>
      <w:r>
        <w:rPr>
          <w:sz w:val="20"/>
        </w:rPr>
        <w:t>48:43  phir yeh zubaan se un ke nikla hoga yeh alfaaz.</w:t>
      </w:r>
      <w:r>
        <w:br/>
      </w:r>
      <w:r>
        <w:rPr>
          <w:sz w:val="20"/>
        </w:rPr>
        <w:t>48:48  to yahi alfaaz, yeh yeh spirit, isi spirit ke saath koi koi insaan dua kare, bashart ke</w:t>
      </w:r>
      <w:r>
        <w:br/>
      </w:r>
      <w:r>
        <w:rPr>
          <w:sz w:val="20"/>
        </w:rPr>
        <w:t>48:52  uski history bhi wahi ho, to zaroor qubool hogi.</w:t>
      </w:r>
      <w:r>
        <w:br/>
      </w:r>
      <w:r>
        <w:rPr>
          <w:sz w:val="20"/>
        </w:rPr>
        <w:t>48:57  وہ So there was a whole series of events through which the Prophet Moses went through, and this</w:t>
      </w:r>
      <w:r>
        <w:br/>
      </w:r>
      <w:r>
        <w:rPr>
          <w:sz w:val="20"/>
        </w:rPr>
        <w:t>49:02  prayers are culmination of those series of events.</w:t>
      </w:r>
      <w:r>
        <w:br/>
      </w:r>
      <w:r>
        <w:rPr>
          <w:sz w:val="20"/>
        </w:rPr>
        <w:t>49:07  And if he prayed to God with that spirit, then this prayer would get accepted.</w:t>
      </w:r>
      <w:r>
        <w:br/>
      </w:r>
      <w:r>
        <w:rPr>
          <w:sz w:val="20"/>
        </w:rPr>
        <w:t>49:12  Maulana, similarly Prophet Jacob also prayed, and his prayer has come in this manner in the Quran.</w:t>
      </w:r>
      <w:r>
        <w:br/>
      </w:r>
      <w:r>
        <w:rPr>
          <w:sz w:val="20"/>
        </w:rPr>
        <w:t>49:17  i only complain of my anguish</w:t>
      </w:r>
      <w:r>
        <w:br/>
      </w:r>
      <w:r>
        <w:rPr>
          <w:sz w:val="20"/>
        </w:rPr>
        <w:t>49:22  and my sorrow to god.</w:t>
      </w:r>
      <w:r>
        <w:br/>
      </w:r>
      <w:r>
        <w:rPr>
          <w:sz w:val="20"/>
        </w:rPr>
        <w:t>49:29  haan, yeh hazrat yaqoob ke kalmaat hain.</w:t>
      </w:r>
      <w:r>
        <w:br/>
      </w:r>
      <w:r>
        <w:rPr>
          <w:sz w:val="20"/>
        </w:rPr>
        <w:t>49:35  yeh to yeh us waqt nikle the un ki zubaan se jab un ke beton ne agar bataya</w:t>
      </w:r>
      <w:r>
        <w:br/>
      </w:r>
      <w:r>
        <w:rPr>
          <w:sz w:val="20"/>
        </w:rPr>
        <w:t>49:41  keh woh yusuf to nahin rahe dunya mein to to mein yaani is mauqe par woh beton se</w:t>
      </w:r>
      <w:r>
        <w:br/>
      </w:r>
      <w:r>
        <w:rPr>
          <w:sz w:val="20"/>
        </w:rPr>
        <w:t>49:47  ghussa hote, beton ko marte,</w:t>
      </w:r>
      <w:r>
        <w:br/>
      </w:r>
      <w:r>
        <w:rPr>
          <w:sz w:val="20"/>
        </w:rPr>
        <w:t>49:53  kisi se shikayat karte. Yeh sab kuch nahi kiya unhon ne, kuch bhi nahi kiya. Un ko kaha ke khudaaya main sab kuch tere upar dalta hoon, tu hi mere haal ko jaanta hai, main to hi se umeed karta hoon, tu hi meri madad farma. To yeh is dua ka jo sift spirit hai, woh hai sab kuch Allah par dal dena. Yani khud inteqaam lena, khud ladna bhidna, khud</w:t>
      </w:r>
      <w:r>
        <w:br/>
      </w:r>
      <w:r>
        <w:rPr>
          <w:sz w:val="20"/>
        </w:rPr>
        <w:t>50:23  shikayatein karna, yeh nahi. Allah par dal dena, Allah par dal dena. To yeh to bohat bari spirit hai dua ki. Aaj kal jo musalman duayein bad duayein karte hain zalim ke khilaf, woh is spirit ke khilaf hai. Zalim ke khilaf bohat bad duayein hoti hain, woh sab spirit ke khilaf hai, is spirit ke khilaf hai. Aap ke sath koi acha, koi aisa sulook karta hai jo aap ko</w:t>
      </w:r>
      <w:r>
        <w:br/>
      </w:r>
      <w:r>
        <w:rPr>
          <w:sz w:val="20"/>
        </w:rPr>
        <w:t>50:53  pasand nahi, tab bhi Allah ke khaliq ne dali is ko, jo koi mangna hai, Allah se mangiye. To is to spirit, is ki spirit jo thi ke jo hua, woh kisi insan ne kiya, lekin woh is insan se shikayat nahi karta. Main tujh se shikayat karta hoon, main tujh se mangta hoon, tere tere hawale karta hoon, main saare malik. To yeh spirit agar ho to to bohat bari spirit hai aur zaroor qabool hogi. Woh so Maulana, the spirit behind the</w:t>
      </w:r>
      <w:r>
        <w:br/>
      </w:r>
      <w:r>
        <w:rPr>
          <w:sz w:val="20"/>
        </w:rPr>
        <w:t>51:23  The prayer of Prophet Jacob is that I leave everything in God.</w:t>
      </w:r>
      <w:r>
        <w:br/>
      </w:r>
      <w:r>
        <w:rPr>
          <w:sz w:val="20"/>
        </w:rPr>
        <w:t>51:30  Although he had complaints against some human beings, he prayed to God, he left everything to God</w:t>
      </w:r>
      <w:r>
        <w:br/>
      </w:r>
      <w:r>
        <w:rPr>
          <w:sz w:val="20"/>
        </w:rPr>
        <w:t>51:36  instead of complaining or protesting or praying against other.</w:t>
      </w:r>
      <w:r>
        <w:br/>
      </w:r>
      <w:r>
        <w:rPr>
          <w:sz w:val="20"/>
        </w:rPr>
        <w:t>51:43  Maulana, can you please tell us how can prayer help in increasing our spirituality? جو بہت زیادہ گہرا</w:t>
      </w:r>
      <w:r>
        <w:br/>
      </w:r>
      <w:r>
        <w:rPr>
          <w:sz w:val="20"/>
        </w:rPr>
        <w:t>51:49  taalluq hai spirituality mein aur dua mein,</w:t>
      </w:r>
    </w:p>
    <w:p>
      <w:pPr>
        <w:pStyle w:val="Heading2"/>
      </w:pPr>
      <w:r>
        <w:t>hidden sacrifice, Hajira's unmatched certainty, lasting lesson</w:t>
      </w:r>
    </w:p>
    <w:p>
      <w:r>
        <w:rPr>
          <w:color w:val="666666"/>
          <w:sz w:val="18"/>
        </w:rPr>
        <w:t>Eid Special CPS Women Interaction June 29, 2023 · 5m 38s · at 41:54 · https://youtu.be/Os7IYYOg8v4?t=2514</w:t>
      </w:r>
    </w:p>
    <w:p>
      <w:r>
        <w:rPr>
          <w:i/>
        </w:rPr>
        <w:t>“Use qiyamat ke din uthakar rakhenge, sabse aala darje ka maqam”</w:t>
      </w:r>
    </w:p>
    <w:p>
      <w:r>
        <w:rPr>
          <w:sz w:val="20"/>
        </w:rPr>
        <w:t>41:54  usay qayamat ke din utha kar rakhein gay aur sab se ziyada aala darjay ka unhein muqaam atyafarmayega kyunke jo zahir</w:t>
      </w:r>
      <w:r>
        <w:br/>
      </w:r>
      <w:r>
        <w:rPr>
          <w:sz w:val="20"/>
        </w:rPr>
        <w:t>42:02  cheezein hain wohi bazahir cheezein jo hamein dikhai deti hain doosron ko, hum ne aisi khurbaani ki, aisi khurbaani ki,</w:t>
      </w:r>
      <w:r>
        <w:br/>
      </w:r>
      <w:r>
        <w:rPr>
          <w:sz w:val="20"/>
        </w:rPr>
        <w:t>42:11  hamein unki madad ki, hum ne aisa doosron ke waste aisa kiya, deen ke waste aisa kiya, shaheed ve</w:t>
      </w:r>
      <w:r>
        <w:br/>
      </w:r>
      <w:r>
        <w:rPr>
          <w:sz w:val="20"/>
        </w:rPr>
        <w:t>42:19  even that also I don't think the they'll reach that position.</w:t>
      </w:r>
      <w:r>
        <w:br/>
      </w:r>
      <w:r>
        <w:rPr>
          <w:sz w:val="20"/>
        </w:rPr>
        <w:t>42:28  Jo position aap alaiha alaiha alaiha ne jo zahira kiya haqeen aur bharose ka uske paaye ka haqeen main samajhti hoon bahut bahut hi bahut nader hai, nayab hai.</w:t>
      </w:r>
      <w:r>
        <w:br/>
      </w:r>
      <w:r>
        <w:rPr>
          <w:sz w:val="20"/>
        </w:rPr>
        <w:t>42:47  to is tarah ka yaqeen hamare andar Allah taala ne Maulana ke zariye se hamare andar iski spirit</w:t>
      </w:r>
      <w:r>
        <w:br/>
      </w:r>
      <w:r>
        <w:rPr>
          <w:sz w:val="20"/>
        </w:rPr>
        <w:t>42:53  paida ki ke waqai hum jab zibah karte hain janwar ko to janwar ko zibah nahi kar rahe</w:t>
      </w:r>
      <w:r>
        <w:br/>
      </w:r>
      <w:r>
        <w:rPr>
          <w:sz w:val="20"/>
        </w:rPr>
        <w:t>43:00  hain balkay apne khwahishat ko aap zibah kar rahe hain aur har woh cheez lahtala se hamein distract</w:t>
      </w:r>
      <w:r>
        <w:br/>
      </w:r>
      <w:r>
        <w:rPr>
          <w:sz w:val="20"/>
        </w:rPr>
        <w:t>43:07  karti hai, deen se hamein door karti hai, usko hum zibah kar rahe hain aur woh khayal jab</w:t>
      </w:r>
      <w:r>
        <w:br/>
      </w:r>
      <w:r>
        <w:rPr>
          <w:sz w:val="20"/>
        </w:rPr>
        <w:t>43:13  hamein aata hai to hamari zindagi mein woh amli taur par woh hamare andar rach bas jati hai</w:t>
      </w:r>
      <w:r>
        <w:br/>
      </w:r>
      <w:r>
        <w:rPr>
          <w:sz w:val="20"/>
        </w:rPr>
        <w:t>43:20  woh baat aur hamein lahtala se yeh cheez khareed karti hai aur uska yaqeen aata hai aur har</w:t>
      </w:r>
      <w:r>
        <w:br/>
      </w:r>
      <w:r>
        <w:rPr>
          <w:sz w:val="20"/>
        </w:rPr>
        <w:t>43:27  mushkil mein yeh yaqeen saath deta hai.</w:t>
      </w:r>
      <w:r>
        <w:br/>
      </w:r>
      <w:r>
        <w:rPr>
          <w:sz w:val="20"/>
        </w:rPr>
        <w:t>43:34  bahar yahi har mushkil ka, har mushkil ka ek wahid aur yaqeeni zariya sirf Allah taala ki madad hai. yeh cheez hamare dil mein rastik bajati hai. to yeh jumla bhi maine tas'keer ul quran se liya hai. yeh jo jumla hai, khuda ki madad tamam mushkilat ke hal ka wahid yaqeeni zariya hai.</w:t>
      </w:r>
      <w:r>
        <w:br/>
      </w:r>
      <w:r>
        <w:rPr>
          <w:sz w:val="20"/>
        </w:rPr>
        <w:t>44:03  to maine yeh bahat kar diya. yeh jumla maine bahat kar lekha taake mujhe bar bar jab bhi mujhe koi mushkil pesh aaye, isko main bar bar dohrati rahoon aur mera yaqeen badhta jaaye, yaqeen badhta jaaye. baqi Maulana ke ek ek lafz bhi itna pyara jaise nageena, anguthi mein nageena bithaya jaata hai.</w:t>
      </w:r>
      <w:r>
        <w:br/>
      </w:r>
      <w:r>
        <w:rPr>
          <w:sz w:val="20"/>
        </w:rPr>
        <w:t>44:29  aisa alfaaz ka bahut achhi tarike se bahut mujhe alfaaz nahin milte. aur aana ke alfaaz jo tehreer the unki tehreerein hi jo baat karte the to alfaaz jo the bade mutasir karne wale aur dil par asar karne wale aur dil par zyada se zyada hamein uske usse garvida hone wale aise alfaaz istemal karte the.</w:t>
      </w:r>
      <w:r>
        <w:br/>
      </w:r>
      <w:r>
        <w:rPr>
          <w:sz w:val="20"/>
        </w:rPr>
        <w:t>44:59  to ab bhi hum quran ki tashreeh ho ya koi Maulana ki koi kitab ho, koi tehreer ho, padhne baithe hain to iske mujhe do tarfa faayde nazar aate hain, do tarfa. ek to uski spirit, doosra uska jaise Maulana kehte hain ek uska zahiri pehlu, ek uska batini pehlu. Maulana ki tehreeron mein bhi mujhe zahiri pehlu ek nazar aata hai aur uska batini pehlu.</w:t>
      </w:r>
      <w:r>
        <w:br/>
      </w:r>
      <w:r>
        <w:rPr>
          <w:sz w:val="20"/>
        </w:rPr>
        <w:t>45:28  zahiri pehlu yeh ki unki zabaan aur unka alfaaz ka chunav woh mujhe bahut zyada mutasir kiya. yeh to zahiri hui aur uski spirit uske andar jab unhone baat baat kehte the woh, to yeh yaqeen yeh baat Allah taala ka yaqeen aur azmat hamare dil mein baith jaati thi.</w:t>
      </w:r>
      <w:r>
        <w:br/>
      </w:r>
      <w:r>
        <w:rPr>
          <w:sz w:val="20"/>
        </w:rPr>
        <w:t>45:51  aaj bhi agar mujhse koi pooche ki Maulana ki tehreeron se, Maulana ke videos waghera se banana se tumne kya seekha? to main sirf aur sirf ek baat kahungi ki unhone mere dil mein Allah taala ke azmat bithadi.</w:t>
      </w:r>
      <w:r>
        <w:br/>
      </w:r>
      <w:r>
        <w:rPr>
          <w:sz w:val="20"/>
        </w:rPr>
        <w:t>46:09  bas jab aaj janwar ka zabah kiya gaya to sari baaten Maulana ki is talq se mere dimagh mein ghoomti rahe aur laah taala ka shukr ada karti rahi main ki waqai laah taala ne hamein ek Maulana ke roop mein ek bahut achha rahnuma, sahi rahnuma hamein aata kiya.</w:t>
      </w:r>
      <w:r>
        <w:br/>
      </w:r>
      <w:r>
        <w:rPr>
          <w:sz w:val="20"/>
        </w:rPr>
        <w:t>46:36  shayad hi koi aur hai jo is nehaj par samjhaye. bas Allah taala jaza e khair taafar maaye Maulana ko. bahut ooncha darja taafar maaye unke awlaat ke jo kaam kar rahe hain mission walon ke, Allah taala hamari madad karein. is waaste ke tamam mushkilat ka hal. Allah taala ki madad hi wahad ekhin hi zariya hai.</w:t>
      </w:r>
      <w:r>
        <w:br/>
      </w:r>
      <w:r>
        <w:rPr>
          <w:sz w:val="20"/>
        </w:rPr>
        <w:t>47:03  yeh jumla main bar bar repeat karti hoon isliye ki taake mujhe taqviyat mile aur Allah taala ki madad ka ehsaas hota rahe. assalam walek. gorveen assalam. raamit anisaah ki baaton se mujhe ek baat yaad aa gayi ki abhi kisi ne mujhe kuch din pehle mujhse request kiya tha physical quran ka audio ke bare mein.</w:t>
      </w:r>
      <w:r>
        <w:br/>
      </w:r>
      <w:r>
        <w:rPr>
          <w:sz w:val="20"/>
        </w:rPr>
        <w:t>47:32  yeh mujhe pata hai kaafi kaafi din pehle aa chuka hai audio hona lekin maine kabhi suna nahin tha isko. lekin jab maine unse share kiya to main bhi sunai thi ismein hai kya? and believe me main sabse request karti hoon is baat ko main jo log bhi askurun quran jo Maulana ka hai usko zaroor sunein din mein bahut zyada jo hum baithkar shayad kitaab dete the padhein to utna time nahin de paayenge.</w:t>
      </w:r>
    </w:p>
    <w:p>
      <w:pPr>
        <w:pStyle w:val="Heading2"/>
      </w:pPr>
      <w:r>
        <w:t>Salat culture seen by Rustam</w:t>
      </w:r>
    </w:p>
    <w:p>
      <w:r>
        <w:rPr>
          <w:color w:val="666666"/>
          <w:sz w:val="18"/>
        </w:rPr>
        <w:t>Salat -- Islamic Prayer I 27th Feb. 07 · 5m 39s · at 44:05 · https://youtu.be/y1MA97h7mxg?t=2645</w:t>
      </w:r>
    </w:p>
    <w:p>
      <w:r>
        <w:rPr>
          <w:i/>
        </w:rPr>
        <w:t>“Then I will narrate a very interesting story”</w:t>
      </w:r>
    </w:p>
    <w:p>
      <w:r>
        <w:rPr>
          <w:sz w:val="20"/>
        </w:rPr>
        <w:t>44:05  Then I will narrate a very interesting story. During the second Caliph of Farooq, Muslims entered Iran. So at that time, there were no mosques in Iran.</w:t>
      </w:r>
      <w:r>
        <w:br/>
      </w:r>
      <w:r>
        <w:rPr>
          <w:sz w:val="20"/>
        </w:rPr>
        <w:t>44:31  These Muslims used to perform their Namaz in the open field, in the open field.</w:t>
      </w:r>
      <w:r>
        <w:br/>
      </w:r>
      <w:r>
        <w:rPr>
          <w:sz w:val="20"/>
        </w:rPr>
        <w:t>44:40  That is congregational prayer.</w:t>
      </w:r>
      <w:r>
        <w:br/>
      </w:r>
      <w:r>
        <w:rPr>
          <w:sz w:val="20"/>
        </w:rPr>
        <w:t>44:50  So the Iranian General Rustam saw this scene several times.</w:t>
      </w:r>
      <w:r>
        <w:br/>
      </w:r>
      <w:r>
        <w:rPr>
          <w:sz w:val="20"/>
        </w:rPr>
        <w:t>45:00  After seeing this congregational prayer, he said, aqal umar kabidi yalamul kalab al azab This event you can find</w:t>
      </w:r>
      <w:r>
        <w:br/>
      </w:r>
      <w:r>
        <w:rPr>
          <w:sz w:val="20"/>
        </w:rPr>
        <w:t>45:10  in the Muqaddimah of Ibn Khaldun.</w:t>
      </w:r>
      <w:r>
        <w:br/>
      </w:r>
      <w:r>
        <w:rPr>
          <w:sz w:val="20"/>
        </w:rPr>
        <w:t>45:19  So Rustam said, aqal umar kabidi ya'lamul kalabul azab It means Umar is a great headache for me.</w:t>
      </w:r>
      <w:r>
        <w:br/>
      </w:r>
      <w:r>
        <w:rPr>
          <w:sz w:val="20"/>
        </w:rPr>
        <w:t>45:29  Umar creates a headache for me.</w:t>
      </w:r>
      <w:r>
        <w:br/>
      </w:r>
      <w:r>
        <w:rPr>
          <w:sz w:val="20"/>
        </w:rPr>
        <w:t>45:39  He teaches discipline to his men.</w:t>
      </w:r>
      <w:r>
        <w:br/>
      </w:r>
      <w:r>
        <w:rPr>
          <w:sz w:val="20"/>
        </w:rPr>
        <w:t>45:49  This was the impression of Rustam, the commander of the Iranian army.</w:t>
      </w:r>
      <w:r>
        <w:br/>
      </w:r>
      <w:r>
        <w:rPr>
          <w:sz w:val="20"/>
        </w:rPr>
        <w:t>45:58  So Namaz, I mean congregational prayer, is a very impressive scene for anyone.</w:t>
      </w:r>
      <w:r>
        <w:br/>
      </w:r>
      <w:r>
        <w:rPr>
          <w:sz w:val="20"/>
        </w:rPr>
        <w:t>46:08  I think that it is very unique.</w:t>
      </w:r>
      <w:r>
        <w:br/>
      </w:r>
      <w:r>
        <w:rPr>
          <w:sz w:val="20"/>
        </w:rPr>
        <w:t>46:18  In every religion, there is no such kind of prayer.</w:t>
      </w:r>
      <w:r>
        <w:br/>
      </w:r>
      <w:r>
        <w:rPr>
          <w:sz w:val="20"/>
        </w:rPr>
        <w:t>46:28  Then, although there is discipline, you see the call, that is Azan and Qiyam and Ruku and Sujud</w:t>
      </w:r>
      <w:r>
        <w:br/>
      </w:r>
      <w:r>
        <w:rPr>
          <w:sz w:val="20"/>
        </w:rPr>
        <w:t>46:37  by following a leader.</w:t>
      </w:r>
      <w:r>
        <w:br/>
      </w:r>
      <w:r>
        <w:rPr>
          <w:sz w:val="20"/>
        </w:rPr>
        <w:t>46:47  All these things look like a very impressive discipline.</w:t>
      </w:r>
      <w:r>
        <w:br/>
      </w:r>
      <w:r>
        <w:rPr>
          <w:sz w:val="20"/>
        </w:rPr>
        <w:t>46:57  But there is a point.</w:t>
      </w:r>
      <w:r>
        <w:br/>
      </w:r>
      <w:r>
        <w:rPr>
          <w:sz w:val="20"/>
        </w:rPr>
        <w:t>47:07  This discipline is not simply a form.</w:t>
      </w:r>
      <w:r>
        <w:br/>
      </w:r>
      <w:r>
        <w:rPr>
          <w:sz w:val="20"/>
        </w:rPr>
        <w:t>47:14  This discipline is not a mechanical discipline.</w:t>
      </w:r>
      <w:r>
        <w:br/>
      </w:r>
      <w:r>
        <w:rPr>
          <w:sz w:val="20"/>
        </w:rPr>
        <w:t>47:22  It is not a robot discipline.</w:t>
      </w:r>
      <w:r>
        <w:br/>
      </w:r>
      <w:r>
        <w:rPr>
          <w:sz w:val="20"/>
        </w:rPr>
        <w:t>47:30  It is a discipline performed by a human being.</w:t>
      </w:r>
      <w:r>
        <w:br/>
      </w:r>
      <w:r>
        <w:rPr>
          <w:sz w:val="20"/>
        </w:rPr>
        <w:t>47:38  So it is a living discipline.</w:t>
      </w:r>
      <w:r>
        <w:br/>
      </w:r>
      <w:r>
        <w:rPr>
          <w:sz w:val="20"/>
        </w:rPr>
        <w:t>47:46  It is an intellectual discipline.</w:t>
      </w:r>
      <w:r>
        <w:br/>
      </w:r>
      <w:r>
        <w:rPr>
          <w:sz w:val="20"/>
        </w:rPr>
        <w:t>47:53  I can say that Namaz is a culture of discipline.</w:t>
      </w:r>
      <w:r>
        <w:br/>
      </w:r>
      <w:r>
        <w:rPr>
          <w:sz w:val="20"/>
        </w:rPr>
        <w:t>48:01  Namaz is a complete system of ethics.</w:t>
      </w:r>
      <w:r>
        <w:br/>
      </w:r>
      <w:r>
        <w:rPr>
          <w:sz w:val="20"/>
        </w:rPr>
        <w:t>48:09  Salat ethics, you can say it, Salat ethics, ethics.</w:t>
      </w:r>
      <w:r>
        <w:br/>
      </w:r>
      <w:r>
        <w:rPr>
          <w:sz w:val="20"/>
        </w:rPr>
        <w:t>48:17  Namaz provides us a complete system of ethics.</w:t>
      </w:r>
      <w:r>
        <w:br/>
      </w:r>
      <w:r>
        <w:rPr>
          <w:sz w:val="20"/>
        </w:rPr>
        <w:t>48:25  In this sense, I can say that Namaz is a complete culture.</w:t>
      </w:r>
      <w:r>
        <w:br/>
      </w:r>
      <w:r>
        <w:rPr>
          <w:sz w:val="20"/>
        </w:rPr>
        <w:t>48:33  You may call it Salat culture.</w:t>
      </w:r>
      <w:r>
        <w:br/>
      </w:r>
      <w:r>
        <w:rPr>
          <w:sz w:val="20"/>
        </w:rPr>
        <w:t>48:43  So Salat culture is not simply a set of some rituals or some outer forms.</w:t>
      </w:r>
      <w:r>
        <w:br/>
      </w:r>
      <w:r>
        <w:rPr>
          <w:sz w:val="20"/>
        </w:rPr>
        <w:t>48:53  It is a living discipline.</w:t>
      </w:r>
      <w:r>
        <w:br/>
      </w:r>
      <w:r>
        <w:rPr>
          <w:sz w:val="20"/>
        </w:rPr>
        <w:t>49:03  It is, in Salat discipline, an outcome of faith, fear of God, sense of accountability.</w:t>
      </w:r>
      <w:r>
        <w:br/>
      </w:r>
      <w:r>
        <w:rPr>
          <w:sz w:val="20"/>
        </w:rPr>
        <w:t>49:13  This is the inner spirit of Salat.</w:t>
      </w:r>
      <w:r>
        <w:br/>
      </w:r>
      <w:r>
        <w:rPr>
          <w:sz w:val="20"/>
        </w:rPr>
        <w:t>49:23  A man who realizes that there is a God, there is a God all-powerful, the Sustainer, the Lord</w:t>
      </w:r>
      <w:r>
        <w:br/>
      </w:r>
      <w:r>
        <w:rPr>
          <w:sz w:val="20"/>
        </w:rPr>
        <w:t>49:33  of the universe, after this realization, he wants to worship Him.</w:t>
      </w:r>
      <w:r>
        <w:br/>
      </w:r>
      <w:r>
        <w:rPr>
          <w:sz w:val="20"/>
        </w:rPr>
        <w:t>49:44  He wants to surrender before Him. This spirit is translated into the form of Namaz.</w:t>
      </w:r>
    </w:p>
    <w:p>
      <w:pPr>
        <w:pStyle w:val="Heading2"/>
      </w:pPr>
      <w:r>
        <w:t>Gratitude through discovery of water</w:t>
      </w:r>
    </w:p>
    <w:p>
      <w:r>
        <w:rPr>
          <w:color w:val="666666"/>
          <w:sz w:val="18"/>
        </w:rPr>
        <w:t>Spirit and Form in Islam · 5m 51s · at 12:14 · https://youtu.be/frQuKwqtHiU?t=734</w:t>
      </w:r>
    </w:p>
    <w:p>
      <w:r>
        <w:rPr>
          <w:i/>
        </w:rPr>
        <w:t>“Alhamdulillah is the summary of the Quran.”</w:t>
      </w:r>
    </w:p>
    <w:p>
      <w:r>
        <w:rPr>
          <w:sz w:val="20"/>
        </w:rPr>
        <w:t>12:14  kyunke alhamdulillah kya hai? yeh hai khuda ko acknowledge karna. shukr kya hai? alhamdulillah ke maane hain khudaya tera shukr hai.</w:t>
      </w:r>
      <w:r>
        <w:br/>
      </w:r>
      <w:r>
        <w:rPr>
          <w:sz w:val="20"/>
        </w:rPr>
        <w:t>12:25  to shukr kya hai? shukr hai khuda ko acknowledge karne ka. to kya khuda ko acknowledge karna kuch words se hoga?</w:t>
      </w:r>
      <w:r>
        <w:br/>
      </w:r>
      <w:r>
        <w:rPr>
          <w:sz w:val="20"/>
        </w:rPr>
        <w:t>12:37  do char words se ho jayega? ke alhamdulillah aap ne keh diya to acknowledgement ho gaya? nahi. main aap ko misal deta hoon.</w:t>
      </w:r>
      <w:r>
        <w:br/>
      </w:r>
      <w:r>
        <w:rPr>
          <w:sz w:val="20"/>
        </w:rPr>
        <w:t>12:47  dekhiye yeh pani hai. pani ko maine</w:t>
      </w:r>
      <w:r>
        <w:br/>
      </w:r>
      <w:r>
        <w:rPr>
          <w:sz w:val="20"/>
        </w:rPr>
        <w:t>12:53  piya aur kaha ke alhamdulillah. dekhiye yeh alhamdulillah kya simple yaani simply alif laam haa meem daal ka naam hai?</w:t>
      </w:r>
      <w:r>
        <w:br/>
      </w:r>
      <w:r>
        <w:rPr>
          <w:sz w:val="20"/>
        </w:rPr>
        <w:t>13:06  nahi. yeh ek marifat ka naam hai. ek realization ka naam hai. ek discovery ka naam hai.</w:t>
      </w:r>
      <w:r>
        <w:br/>
      </w:r>
      <w:r>
        <w:rPr>
          <w:sz w:val="20"/>
        </w:rPr>
        <w:t>13:16  insan ko khuda ne mind diya hai. thinking diya hai. soch samajh di hai. thinking ke level par aadmi discover karta hai ke pani kya hai.</w:t>
      </w:r>
      <w:r>
        <w:br/>
      </w:r>
      <w:r>
        <w:rPr>
          <w:sz w:val="20"/>
        </w:rPr>
        <w:t>13:27  dekhiye animal hi pani peeta hai. har animal pani peete hain. unko pata hi nahi ke pani kya hai.</w:t>
      </w:r>
      <w:r>
        <w:br/>
      </w:r>
      <w:r>
        <w:rPr>
          <w:sz w:val="20"/>
        </w:rPr>
        <w:t>13:38  they are unable to discover water on intellectual level as a discovery, as a realization.</w:t>
      </w:r>
      <w:r>
        <w:br/>
      </w:r>
      <w:r>
        <w:rPr>
          <w:sz w:val="20"/>
        </w:rPr>
        <w:t>13:49  yeh sirf insan ki speciality hai ke woh pani ko intellectual level par discover karta hai. woh kaise? warna woh animal jaisa agar you agar discover nahi kiya hai to uska peena animal jaisa peena hoga.</w:t>
      </w:r>
      <w:r>
        <w:br/>
      </w:r>
      <w:r>
        <w:rPr>
          <w:sz w:val="20"/>
        </w:rPr>
        <w:t>14:04  keh aap ke hath mein pani aaya. aap ne socha keh pani kaisi ajeeb o ghareeb nemat hai khuda ki, kaisi blessing hai yeh. phir aap ne socha keh ab se billion saal pehle kya tha?</w:t>
      </w:r>
      <w:r>
        <w:br/>
      </w:r>
      <w:r>
        <w:rPr>
          <w:sz w:val="20"/>
        </w:rPr>
        <w:t>14:21  yeh jo hamara planet hai. is planet par kya tha? sirf gases theen. oxygen aur hydrogen.</w:t>
      </w:r>
      <w:r>
        <w:br/>
      </w:r>
      <w:r>
        <w:rPr>
          <w:sz w:val="20"/>
        </w:rPr>
        <w:t>14:34  oxygen aur hydrogen se dhuein ke maani thay yeh cover dhaka hua tha yeh. yeh hamara jo planet hai is mein dhuan dhuan tha.</w:t>
      </w:r>
      <w:r>
        <w:br/>
      </w:r>
      <w:r>
        <w:rPr>
          <w:sz w:val="20"/>
        </w:rPr>
        <w:t>14:44  woh dhuan kya tha? oxygen aur hydrogen. toh phir kya hua? woh gas tha, woh aap use nahi kar sakte.</w:t>
      </w:r>
      <w:r>
        <w:br/>
      </w:r>
      <w:r>
        <w:rPr>
          <w:sz w:val="20"/>
        </w:rPr>
        <w:t>14:55  gas ko aap pi nahi sakte. pi nahi sakte aap. phir khuda ne ordered, hukum diya.</w:t>
      </w:r>
      <w:r>
        <w:br/>
      </w:r>
      <w:r>
        <w:rPr>
          <w:sz w:val="20"/>
        </w:rPr>
        <w:t>15:04  hukum diya toh kya hua? woh cheez aai jis ko hum kehte hain H2O. H2O yaani hydrogen ke atom aur oxygen ke atom khuda ki qudrat se ek ho gaye.</w:t>
      </w:r>
      <w:r>
        <w:br/>
      </w:r>
      <w:r>
        <w:rPr>
          <w:sz w:val="20"/>
        </w:rPr>
        <w:t>15:20  ek hue toh kya hua? ek liquid cheez ban gai. do gases ke milne se ek liquid cheez ban gai. kaisi ajeeb cheez hai yeh.</w:t>
      </w:r>
      <w:r>
        <w:br/>
      </w:r>
      <w:r>
        <w:rPr>
          <w:sz w:val="20"/>
        </w:rPr>
        <w:t>15:30  aur phir hum is ko peete hain.</w:t>
      </w:r>
      <w:r>
        <w:br/>
      </w:r>
      <w:r>
        <w:rPr>
          <w:sz w:val="20"/>
        </w:rPr>
        <w:t>15:35  phir yeh jo pani bana. yeh pani jo hai samundaron mein barish hui, barish hui samundaron mein ikhatta ho gaya.</w:t>
      </w:r>
      <w:r>
        <w:br/>
      </w:r>
      <w:r>
        <w:rPr>
          <w:sz w:val="20"/>
        </w:rPr>
        <w:t>15:49  aap jante hain keh zameen ka bara hissa jo hai samundar hai.</w:t>
      </w:r>
      <w:r>
        <w:br/>
      </w:r>
      <w:r>
        <w:rPr>
          <w:sz w:val="20"/>
        </w:rPr>
        <w:t>15:55  aur phir samundar mein khuda ne kya kiya? samundar mein pani kharab ho jata toh khuda ne is mein ten percent salt mila diya.</w:t>
      </w:r>
      <w:r>
        <w:br/>
      </w:r>
      <w:r>
        <w:rPr>
          <w:sz w:val="20"/>
        </w:rPr>
        <w:t>16:07  salt, namak. samundar ke pani ka ten percent jo hai content salt hai. ab aap samundar ke pani ko pi nahi sakte.</w:t>
      </w:r>
      <w:r>
        <w:br/>
      </w:r>
      <w:r>
        <w:rPr>
          <w:sz w:val="20"/>
        </w:rPr>
        <w:t>16:18  yeh itna khari hota hai woh pani keh aap pi nahi sakte is ko. toh phir khuda ne kya kiya? suraj ki garmi se pani ko garmi pohanchai aur is par bhap uthi.</w:t>
      </w:r>
      <w:r>
        <w:br/>
      </w:r>
      <w:r>
        <w:rPr>
          <w:sz w:val="20"/>
        </w:rPr>
        <w:t>16:31  bhap uth kar ooper gai. toh khuda ne namak ko namak heavier hai aur pani lighter hai.</w:t>
      </w:r>
      <w:r>
        <w:br/>
      </w:r>
      <w:r>
        <w:rPr>
          <w:sz w:val="20"/>
        </w:rPr>
        <w:t>16:41  toh jab bhap uthi toh namak jo keh heavier tha woh reh gaya neeche. aur sirf pani nikal kar ooper gaya. yeh hai desalination ka process.</w:t>
      </w:r>
      <w:r>
        <w:br/>
      </w:r>
      <w:r>
        <w:rPr>
          <w:sz w:val="20"/>
        </w:rPr>
        <w:t>16:54  phir ooper gaya, ooper ja kar ke phir wahan par kai processing hui is ki. is processing ke baad phir rain ki shakal mein barsa woh zameen par.</w:t>
      </w:r>
      <w:r>
        <w:br/>
      </w:r>
      <w:r>
        <w:rPr>
          <w:sz w:val="20"/>
        </w:rPr>
        <w:t>17:08  toh aap dekhiye keh salty water fresh water ban kar baras raha hai. kaise? ek universal process of desalination ka kiya gaya.</w:t>
      </w:r>
      <w:r>
        <w:br/>
      </w:r>
      <w:r>
        <w:rPr>
          <w:sz w:val="20"/>
        </w:rPr>
        <w:t>17:19  ab kya hai? itne saare woh toh kaun bana sakta hai, bata sakta hai? is ke baad yeh cheez hui pani. is ke baad aap is ko peete hain.</w:t>
      </w:r>
      <w:r>
        <w:br/>
      </w:r>
      <w:r>
        <w:rPr>
          <w:sz w:val="20"/>
        </w:rPr>
        <w:t>17:32  jab aap yeh sochte hain toh aap ke andar ek thrill paida hota hai, thrill. ek thrilling experience aap ko hota hai. keh khudaaya tu kitna bara hai.</w:t>
      </w:r>
      <w:r>
        <w:br/>
      </w:r>
      <w:r>
        <w:rPr>
          <w:sz w:val="20"/>
        </w:rPr>
        <w:t>17:42  khudaaya tu kitna great hai. khudaaya teri blessing kitni zyada hai. ek thrill aata hai, aap ke rongte khare ho jatay hain.</w:t>
      </w:r>
      <w:r>
        <w:br/>
      </w:r>
      <w:r>
        <w:rPr>
          <w:sz w:val="20"/>
        </w:rPr>
        <w:t>17:52  aap ki poori jo personality hai us ke andar ek storm aata hai, storm. ek brain storm. tab aa ke mujh se niklta hai alhamdulillah rabbil alameen.</w:t>
      </w:r>
    </w:p>
    <w:p>
      <w:pPr>
        <w:pStyle w:val="Heading2"/>
      </w:pPr>
      <w:r>
        <w:t>Warning against overeating, seek spiritual experience</w:t>
      </w:r>
    </w:p>
    <w:p>
      <w:r>
        <w:rPr>
          <w:color w:val="666666"/>
          <w:sz w:val="18"/>
        </w:rPr>
        <w:t>Fasting: A Scheme for Life | May 27, 2017 · 5m 07s · at 12:59 · https://youtu.be/CbE2a1baFv8?t=779</w:t>
      </w:r>
    </w:p>
    <w:p>
      <w:r>
        <w:rPr>
          <w:i/>
        </w:rPr>
        <w:t>“Woh log jo Ramzan mein khoob khaate hain”</w:t>
      </w:r>
    </w:p>
    <w:p>
      <w:r>
        <w:rPr>
          <w:sz w:val="20"/>
        </w:rPr>
        <w:t>12:59  izzat ke sath bithaya aur us ko chanda chanda bhi diya. to dekhiye, jo log ramzan mein khoob khate hain ke sham tak bhookh na lage, wo acha nahi karte, wo aap ko khuloof se mehroom kar rahe hain, wo apne aap ko khuloof se mehroom kar rahe hain. yani wo jo aadmi ke andar bhookh se jo tadap ati hai, jo eh</w:t>
      </w:r>
      <w:r>
        <w:br/>
      </w:r>
      <w:r>
        <w:rPr>
          <w:sz w:val="20"/>
        </w:rPr>
        <w:t>13:29  saas hota hai ke Khuda agar zameen mein saal na hota, chawal aur gaon na paida hota to</w:t>
      </w:r>
      <w:r>
        <w:br/>
      </w:r>
      <w:r>
        <w:rPr>
          <w:sz w:val="20"/>
        </w:rPr>
        <w:t>13:37  hamara haal kya hota? Khuda pani na banata to hamara haal kya hota? to is bhook mein, is</w:t>
      </w:r>
      <w:r>
        <w:br/>
      </w:r>
      <w:r>
        <w:rPr>
          <w:sz w:val="20"/>
        </w:rPr>
        <w:t>13:44  pyas mein aadmi ke andar bhook aur pyas bظاہر ek negative cheez hai, lekin is mein jo tarap</w:t>
      </w:r>
      <w:r>
        <w:br/>
      </w:r>
      <w:r>
        <w:rPr>
          <w:sz w:val="20"/>
        </w:rPr>
        <w:t>13:52  paida hoti hai, jo k</w:t>
      </w:r>
      <w:r>
        <w:br/>
      </w:r>
      <w:r>
        <w:rPr>
          <w:sz w:val="20"/>
        </w:rPr>
        <w:t>14:00  reativity aati hai, aur jo Allah ki rehmat ko invoke karne wale alfaaz nikalte hain, is se woh</w:t>
      </w:r>
      <w:r>
        <w:br/>
      </w:r>
      <w:r>
        <w:rPr>
          <w:sz w:val="20"/>
        </w:rPr>
        <w:t>14:06  mehroom ho jate hain.</w:t>
      </w:r>
      <w:r>
        <w:br/>
      </w:r>
      <w:r>
        <w:rPr>
          <w:sz w:val="20"/>
        </w:rPr>
        <w:t>14:12  khoob khate hain, khoob khate hain to is se mehroom ho jate hain.</w:t>
      </w:r>
      <w:r>
        <w:br/>
      </w:r>
      <w:r>
        <w:rPr>
          <w:sz w:val="20"/>
        </w:rPr>
        <w:t>14:18  to bas samajhta hoon ke yeh aqalmandi nahi hai ke aap roze mein khoob khayein taake sham tak</w:t>
      </w:r>
      <w:r>
        <w:br/>
      </w:r>
      <w:r>
        <w:rPr>
          <w:sz w:val="20"/>
        </w:rPr>
        <w:t>14:24  ka bhook na lage aap ko, aur phir aap is bari cheez se mehroom</w:t>
      </w:r>
      <w:r>
        <w:br/>
      </w:r>
      <w:r>
        <w:rPr>
          <w:sz w:val="20"/>
        </w:rPr>
        <w:t>14:30  ho jayein, Allah ki rehmat se.</w:t>
      </w:r>
      <w:r>
        <w:br/>
      </w:r>
      <w:r>
        <w:rPr>
          <w:sz w:val="20"/>
        </w:rPr>
        <w:t>14:34  yani bhook to na lage aap ko, lekin aap Allah ki rehmat se mehroom ho jayein.</w:t>
      </w:r>
      <w:r>
        <w:br/>
      </w:r>
      <w:r>
        <w:rPr>
          <w:sz w:val="20"/>
        </w:rPr>
        <w:t>14:39  kaisi ajeeb baat hai!</w:t>
      </w:r>
      <w:r>
        <w:br/>
      </w:r>
      <w:r>
        <w:rPr>
          <w:sz w:val="20"/>
        </w:rPr>
        <w:t>14:44  yeh bhook se to bachaya aap ne, lekin Allah ki rehmat se aap mehroom ho gaye.</w:t>
      </w:r>
      <w:r>
        <w:br/>
      </w:r>
      <w:r>
        <w:rPr>
          <w:sz w:val="20"/>
        </w:rPr>
        <w:t>14:48  aap ghor kijiye, kaisi ajeeb baat hai!</w:t>
      </w:r>
      <w:r>
        <w:br/>
      </w:r>
      <w:r>
        <w:rPr>
          <w:sz w:val="20"/>
        </w:rPr>
        <w:t>14:53  kaisi ajeeb baat hai!</w:t>
      </w:r>
      <w:r>
        <w:br/>
      </w:r>
      <w:r>
        <w:rPr>
          <w:sz w:val="20"/>
        </w:rPr>
        <w:t>14:57  aam taur par mizaj yeh hai, mein jahan tak janta hoon, ke log khoob dhoom se khate hain</w:t>
      </w:r>
      <w:r>
        <w:br/>
      </w:r>
      <w:r>
        <w:rPr>
          <w:sz w:val="20"/>
        </w:rPr>
        <w:t>15:02  iftar ke waqt, sehri ke waqt, din bhar ke, balke din bhar khane hi ka, ghar ke andar</w:t>
      </w:r>
      <w:r>
        <w:br/>
      </w:r>
      <w:r>
        <w:rPr>
          <w:sz w:val="20"/>
        </w:rPr>
        <w:t>15:09  din bhar khane hi ka mahaul rehta hai, tayyar karne ka.</w:t>
      </w:r>
      <w:r>
        <w:br/>
      </w:r>
      <w:r>
        <w:rPr>
          <w:sz w:val="20"/>
        </w:rPr>
        <w:t>15:17  to phir jab itni dhoom se khate hain to sara din is tarah guzra guzra jata hai ke</w:t>
      </w:r>
      <w:r>
        <w:br/>
      </w:r>
      <w:r>
        <w:rPr>
          <w:sz w:val="20"/>
        </w:rPr>
        <w:t>15:25  khuloof pata nahi hota, bhook ki tarap ka un ko tajurba nahi hota, un ko yaad nahi aata</w:t>
      </w:r>
      <w:r>
        <w:br/>
      </w:r>
      <w:r>
        <w:rPr>
          <w:sz w:val="20"/>
        </w:rPr>
        <w:t>15:32  ke agar allah ne paida na kiya hota pani ko to kya hota? allah ne paida na kiya hota ghalla to kya hota? allah ne na diya hota oxygen to kya hota? waghera. to is ke mani ke aise logon ne apne aap ko bhookh se to bachaya, lekin allah ki rehmat se apne ko mehroom kar liya. ghor</w:t>
      </w:r>
      <w:r>
        <w:br/>
      </w:r>
      <w:r>
        <w:rPr>
          <w:sz w:val="20"/>
        </w:rPr>
        <w:t>16:02  kijiye, kaisi ajeeb baat hai ke aadmi ek din ki bhook se apne ko bacha le aur abdi</w:t>
      </w:r>
      <w:r>
        <w:br/>
      </w:r>
      <w:r>
        <w:rPr>
          <w:sz w:val="20"/>
        </w:rPr>
        <w:t>16:08  qism ki rehmat jo hai Allah ki, us se apne ko mehroom kar le.</w:t>
      </w:r>
      <w:r>
        <w:br/>
      </w:r>
      <w:r>
        <w:rPr>
          <w:sz w:val="20"/>
        </w:rPr>
        <w:t>16:14  kaisi ajeeb baat hai!</w:t>
      </w:r>
      <w:r>
        <w:br/>
      </w:r>
      <w:r>
        <w:rPr>
          <w:sz w:val="20"/>
        </w:rPr>
        <w:t>16:20  roze mein 30 din roza rakha jata hai, to 30 din sara raat din roza nahi hota.</w:t>
      </w:r>
      <w:r>
        <w:br/>
      </w:r>
      <w:r>
        <w:rPr>
          <w:sz w:val="20"/>
        </w:rPr>
        <w:t>16:27  aap raat ko khate hain,</w:t>
      </w:r>
      <w:r>
        <w:br/>
      </w:r>
      <w:r>
        <w:rPr>
          <w:sz w:val="20"/>
        </w:rPr>
        <w:t>16:33  sirf din ko dawn se dusk tak roza rakhte hain.</w:t>
      </w:r>
      <w:r>
        <w:br/>
      </w:r>
      <w:r>
        <w:rPr>
          <w:sz w:val="20"/>
        </w:rPr>
        <w:t>16:43  to 30 din aap normal andaaz se khayein aur kuch bhook ka ehsaas ho aur khuloof ka tajurba</w:t>
      </w:r>
      <w:r>
        <w:br/>
      </w:r>
      <w:r>
        <w:rPr>
          <w:sz w:val="20"/>
        </w:rPr>
        <w:t>16:53  ho aap ko, is ki wajah se aap ke andar Allah ki rehmat ko invoke karne wali duaen niklein.</w:t>
      </w:r>
      <w:r>
        <w:br/>
      </w:r>
      <w:r>
        <w:rPr>
          <w:sz w:val="20"/>
        </w:rPr>
        <w:t>17:03  wo zyada bari cheez hai ke yeh hai ke aap ko bhook ka tajurba hi na ho, khaas</w:t>
      </w:r>
      <w:r>
        <w:br/>
      </w:r>
      <w:r>
        <w:rPr>
          <w:sz w:val="20"/>
        </w:rPr>
        <w:t>17:11  tor par khane banaye jaate hain Ramzan mein jo bhook se bachane wale hote hain.</w:t>
      </w:r>
      <w:r>
        <w:br/>
      </w:r>
      <w:r>
        <w:rPr>
          <w:sz w:val="20"/>
        </w:rPr>
        <w:t>17:18  to dekhiye, Ramzan is liye nahi hai ke aap bhook se bachayein apne aap ko.</w:t>
      </w:r>
      <w:r>
        <w:br/>
      </w:r>
      <w:r>
        <w:rPr>
          <w:sz w:val="20"/>
        </w:rPr>
        <w:t>17:26  Ramzan is liye ke aap ko bhook lage, piyas lage</w:t>
      </w:r>
      <w:r>
        <w:br/>
      </w:r>
      <w:r>
        <w:rPr>
          <w:sz w:val="20"/>
        </w:rPr>
        <w:t>17:34  taake aap ke andar, aap ke mind mein creativity aaye, aap ke mind mein awakening aaye, aap ke</w:t>
      </w:r>
      <w:r>
        <w:br/>
      </w:r>
      <w:r>
        <w:rPr>
          <w:sz w:val="20"/>
        </w:rPr>
        <w:t>17:45  andar spiritual toofan aaye, aap ke zuban se Allah ki rehmat ko invoke karne wali duaen niklein.</w:t>
      </w:r>
      <w:r>
        <w:br/>
      </w:r>
      <w:r>
        <w:rPr>
          <w:sz w:val="20"/>
        </w:rPr>
        <w:t>17:56  yeh hai bari cheez, yeh hai bari cheez!</w:t>
      </w:r>
    </w:p>
    <w:p>
      <w:pPr>
        <w:pStyle w:val="Heading2"/>
      </w:pPr>
      <w:r>
        <w:t>Learning lessons from nature is dhikr</w:t>
      </w:r>
    </w:p>
    <w:p>
      <w:r>
        <w:rPr>
          <w:color w:val="666666"/>
          <w:sz w:val="18"/>
        </w:rPr>
        <w:t>The Concept of Zikr in Islam | August 11, 2007 · 6m 16s · at 22:44 · https://youtu.be/uFNX0KiI6dc?t=1364</w:t>
      </w:r>
    </w:p>
    <w:p>
      <w:r>
        <w:rPr>
          <w:i/>
        </w:rPr>
        <w:t>“whenever the Prophet saw a bird”</w:t>
      </w:r>
    </w:p>
    <w:p>
      <w:r>
        <w:rPr>
          <w:sz w:val="20"/>
        </w:rPr>
        <w:t>22:44  whenever the Prophet saw a bird flying in the air, he used to teach us some lesson from it.</w:t>
      </w:r>
      <w:r>
        <w:br/>
      </w:r>
      <w:r>
        <w:rPr>
          <w:sz w:val="20"/>
        </w:rPr>
        <w:t>22:49  So bird is a natural phenomenon.</w:t>
      </w:r>
      <w:r>
        <w:br/>
      </w:r>
      <w:r>
        <w:rPr>
          <w:sz w:val="20"/>
        </w:rPr>
        <w:t>22:54  What is bird?</w:t>
      </w:r>
      <w:r>
        <w:br/>
      </w:r>
      <w:r>
        <w:rPr>
          <w:sz w:val="20"/>
        </w:rPr>
        <w:t>22:59  Bird is a natural phenomenon.</w:t>
      </w:r>
      <w:r>
        <w:br/>
      </w:r>
      <w:r>
        <w:rPr>
          <w:sz w:val="20"/>
        </w:rPr>
        <w:t>23:05  There are so many other phenomenons. See it?</w:t>
      </w:r>
      <w:r>
        <w:br/>
      </w:r>
      <w:r>
        <w:rPr>
          <w:sz w:val="20"/>
        </w:rPr>
        <w:t>23:10  So here bird is a symbolic word</w:t>
      </w:r>
      <w:r>
        <w:br/>
      </w:r>
      <w:r>
        <w:rPr>
          <w:sz w:val="20"/>
        </w:rPr>
        <w:t>23:15  in symbolic sense.</w:t>
      </w:r>
      <w:r>
        <w:br/>
      </w:r>
      <w:r>
        <w:rPr>
          <w:sz w:val="20"/>
        </w:rPr>
        <w:t>23:25  It means that every time you see some natural phenomenon, every time you feel some natural, every time</w:t>
      </w:r>
      <w:r>
        <w:br/>
      </w:r>
      <w:r>
        <w:rPr>
          <w:sz w:val="20"/>
        </w:rPr>
        <w:t>23:35  you experience some natural event, every time you observe some natural thing,</w:t>
      </w:r>
      <w:r>
        <w:br/>
      </w:r>
      <w:r>
        <w:rPr>
          <w:sz w:val="20"/>
        </w:rPr>
        <w:t>23:45  so you have to ponder over it.</w:t>
      </w:r>
      <w:r>
        <w:br/>
      </w:r>
      <w:r>
        <w:rPr>
          <w:sz w:val="20"/>
        </w:rPr>
        <w:t>23:51  You have to think about it.</w:t>
      </w:r>
      <w:r>
        <w:br/>
      </w:r>
      <w:r>
        <w:rPr>
          <w:sz w:val="20"/>
        </w:rPr>
        <w:t>23:57  You have to contemplate about it.</w:t>
      </w:r>
      <w:r>
        <w:br/>
      </w:r>
      <w:r>
        <w:rPr>
          <w:sz w:val="20"/>
        </w:rPr>
        <w:t>24:02  And you have to extract some lesson.</w:t>
      </w:r>
      <w:r>
        <w:br/>
      </w:r>
      <w:r>
        <w:rPr>
          <w:sz w:val="20"/>
        </w:rPr>
        <w:t>24:08  You have to extract some lesson from that natural phenomenon.</w:t>
      </w:r>
      <w:r>
        <w:br/>
      </w:r>
      <w:r>
        <w:rPr>
          <w:sz w:val="20"/>
        </w:rPr>
        <w:t>24:14  For example, you are passing from some</w:t>
      </w:r>
      <w:r>
        <w:br/>
      </w:r>
      <w:r>
        <w:rPr>
          <w:sz w:val="20"/>
        </w:rPr>
        <w:t>24:20  garden.</w:t>
      </w:r>
      <w:r>
        <w:br/>
      </w:r>
      <w:r>
        <w:rPr>
          <w:sz w:val="20"/>
        </w:rPr>
        <w:t>24:24  You see a rose plant, for example, a rose plant.</w:t>
      </w:r>
      <w:r>
        <w:br/>
      </w:r>
      <w:r>
        <w:rPr>
          <w:sz w:val="20"/>
        </w:rPr>
        <w:t>24:29  Then you see that at every branch there are flowers.</w:t>
      </w:r>
      <w:r>
        <w:br/>
      </w:r>
      <w:r>
        <w:rPr>
          <w:sz w:val="20"/>
        </w:rPr>
        <w:t>24:33  At the same time, there are thoughts.</w:t>
      </w:r>
      <w:r>
        <w:br/>
      </w:r>
      <w:r>
        <w:rPr>
          <w:sz w:val="20"/>
        </w:rPr>
        <w:t>24:38  These are natural phenomenons.</w:t>
      </w:r>
      <w:r>
        <w:br/>
      </w:r>
      <w:r>
        <w:rPr>
          <w:sz w:val="20"/>
        </w:rPr>
        <w:t>24:43  Then you think about it.</w:t>
      </w:r>
      <w:r>
        <w:br/>
      </w:r>
      <w:r>
        <w:rPr>
          <w:sz w:val="20"/>
        </w:rPr>
        <w:t>24:47  Then you come contemplate about it</w:t>
      </w:r>
      <w:r>
        <w:br/>
      </w:r>
      <w:r>
        <w:rPr>
          <w:sz w:val="20"/>
        </w:rPr>
        <w:t>24:52  .</w:t>
      </w:r>
      <w:r>
        <w:br/>
      </w:r>
      <w:r>
        <w:rPr>
          <w:sz w:val="20"/>
        </w:rPr>
        <w:t>24:56  And then you extract a lesson.</w:t>
      </w:r>
      <w:r>
        <w:br/>
      </w:r>
      <w:r>
        <w:rPr>
          <w:sz w:val="20"/>
        </w:rPr>
        <w:t>25:01  Then you extract a lesson.</w:t>
      </w:r>
      <w:r>
        <w:br/>
      </w:r>
      <w:r>
        <w:rPr>
          <w:sz w:val="20"/>
        </w:rPr>
        <w:t>25:05  And what is that lesson?</w:t>
      </w:r>
      <w:r>
        <w:br/>
      </w:r>
      <w:r>
        <w:rPr>
          <w:sz w:val="20"/>
        </w:rPr>
        <w:t>25:09  That is God, here God has a demonstration.</w:t>
      </w:r>
      <w:r>
        <w:br/>
      </w:r>
      <w:r>
        <w:rPr>
          <w:sz w:val="20"/>
        </w:rPr>
        <w:t>25:13  Here God is giving a demonstration how to live in a society.</w:t>
      </w:r>
      <w:r>
        <w:br/>
      </w:r>
      <w:r>
        <w:rPr>
          <w:sz w:val="20"/>
        </w:rPr>
        <w:t>25:18  In the form of a rose</w:t>
      </w:r>
      <w:r>
        <w:br/>
      </w:r>
      <w:r>
        <w:rPr>
          <w:sz w:val="20"/>
        </w:rPr>
        <w:t>25:22  tree, God is giving a demonstration how to live in a society. You know, society is full of thorns. Every human society, there are problems. There are provocations. There are losses. So I can say that in soci</w:t>
      </w:r>
      <w:r>
        <w:br/>
      </w:r>
      <w:r>
        <w:rPr>
          <w:sz w:val="20"/>
        </w:rPr>
        <w:t>25:52  ety, there are everywhere there are thoughts.</w:t>
      </w:r>
      <w:r>
        <w:br/>
      </w:r>
      <w:r>
        <w:rPr>
          <w:sz w:val="20"/>
        </w:rPr>
        <w:t>26:00  But you have to live among these thoughts like flowers.</w:t>
      </w:r>
      <w:r>
        <w:br/>
      </w:r>
      <w:r>
        <w:rPr>
          <w:sz w:val="20"/>
        </w:rPr>
        <w:t>26:07  You are not allowed to live like a thorn.</w:t>
      </w:r>
      <w:r>
        <w:br/>
      </w:r>
      <w:r>
        <w:rPr>
          <w:sz w:val="20"/>
        </w:rPr>
        <w:t>26:15  But you have to try to live among thorns as a flower.</w:t>
      </w:r>
      <w:r>
        <w:br/>
      </w:r>
      <w:r>
        <w:rPr>
          <w:sz w:val="20"/>
        </w:rPr>
        <w:t>26:23  This is the true zikr.</w:t>
      </w:r>
      <w:r>
        <w:br/>
      </w:r>
      <w:r>
        <w:rPr>
          <w:sz w:val="20"/>
        </w:rPr>
        <w:t>26:28  This is the true zikr.</w:t>
      </w:r>
      <w:r>
        <w:br/>
      </w:r>
      <w:r>
        <w:rPr>
          <w:sz w:val="20"/>
        </w:rPr>
        <w:t>26:33  Then, for example, you see a cow.</w:t>
      </w:r>
      <w:r>
        <w:br/>
      </w:r>
      <w:r>
        <w:rPr>
          <w:sz w:val="20"/>
        </w:rPr>
        <w:t>26:38  And then you discover that cow is a divine industry.</w:t>
      </w:r>
      <w:r>
        <w:br/>
      </w:r>
      <w:r>
        <w:rPr>
          <w:sz w:val="20"/>
        </w:rPr>
        <w:t>26:43  What is cow?</w:t>
      </w:r>
      <w:r>
        <w:br/>
      </w:r>
      <w:r>
        <w:rPr>
          <w:sz w:val="20"/>
        </w:rPr>
        <w:t>26:48  Cow is a divine industry. Cow</w:t>
      </w:r>
      <w:r>
        <w:br/>
      </w:r>
      <w:r>
        <w:rPr>
          <w:sz w:val="20"/>
        </w:rPr>
        <w:t>26:53  takes grass and returns milk.</w:t>
      </w:r>
      <w:r>
        <w:br/>
      </w:r>
      <w:r>
        <w:rPr>
          <w:sz w:val="20"/>
        </w:rPr>
        <w:t>26:58  Cow takes grass and returns milk.</w:t>
      </w:r>
      <w:r>
        <w:br/>
      </w:r>
      <w:r>
        <w:rPr>
          <w:sz w:val="20"/>
        </w:rPr>
        <w:t>27:03  So it is also a natural phenomenon.</w:t>
      </w:r>
      <w:r>
        <w:br/>
      </w:r>
      <w:r>
        <w:rPr>
          <w:sz w:val="20"/>
        </w:rPr>
        <w:t>27:08  The Prophet of Islam, when he saw a bird, he extracted a lesson.</w:t>
      </w:r>
      <w:r>
        <w:br/>
      </w:r>
      <w:r>
        <w:rPr>
          <w:sz w:val="20"/>
        </w:rPr>
        <w:t>27:13  So bird is a natural phenomenon.</w:t>
      </w:r>
      <w:r>
        <w:br/>
      </w:r>
      <w:r>
        <w:rPr>
          <w:sz w:val="20"/>
        </w:rPr>
        <w:t>27:18  And all these things are natural phenomenons. So</w:t>
      </w:r>
      <w:r>
        <w:br/>
      </w:r>
      <w:r>
        <w:rPr>
          <w:sz w:val="20"/>
        </w:rPr>
        <w:t>27:23  when you observe a natural phenomenon, you have to extract lessons from it.</w:t>
      </w:r>
      <w:r>
        <w:br/>
      </w:r>
      <w:r>
        <w:rPr>
          <w:sz w:val="20"/>
        </w:rPr>
        <w:t>27:32  And this is zikr.</w:t>
      </w:r>
      <w:r>
        <w:br/>
      </w:r>
      <w:r>
        <w:rPr>
          <w:sz w:val="20"/>
        </w:rPr>
        <w:t>27:41  So when you see a cow and you think that cow is an animal that takes grass and</w:t>
      </w:r>
      <w:r>
        <w:br/>
      </w:r>
      <w:r>
        <w:rPr>
          <w:sz w:val="20"/>
        </w:rPr>
        <w:t>27:50  returns milk, so you will remember that verse of the Quran,</w:t>
      </w:r>
      <w:r>
        <w:br/>
      </w:r>
      <w:r>
        <w:rPr>
          <w:sz w:val="20"/>
        </w:rPr>
        <w:t>27:59  Ma These are Quranic verses.</w:t>
      </w:r>
      <w:r>
        <w:br/>
      </w:r>
      <w:r>
        <w:rPr>
          <w:sz w:val="20"/>
        </w:rPr>
        <w:t>28:05  When they are angry, they forgive.</w:t>
      </w:r>
      <w:r>
        <w:br/>
      </w:r>
      <w:r>
        <w:rPr>
          <w:sz w:val="20"/>
        </w:rPr>
        <w:t>28:11  When they are angry, they forgive.</w:t>
      </w:r>
      <w:r>
        <w:br/>
      </w:r>
      <w:r>
        <w:rPr>
          <w:sz w:val="20"/>
        </w:rPr>
        <w:t>28:18  It means they receive provocations but they return forgiveness.</w:t>
      </w:r>
      <w:r>
        <w:br/>
      </w:r>
      <w:r>
        <w:rPr>
          <w:sz w:val="20"/>
        </w:rPr>
        <w:t>28:24  Angry is a result of provocation.</w:t>
      </w:r>
      <w:r>
        <w:br/>
      </w:r>
      <w:r>
        <w:rPr>
          <w:sz w:val="20"/>
        </w:rPr>
        <w:t>28:30  So you extract this lesson that I must adopt this culture, this divine culture that when I receive</w:t>
      </w:r>
      <w:r>
        <w:br/>
      </w:r>
      <w:r>
        <w:rPr>
          <w:sz w:val="20"/>
        </w:rPr>
        <w:t>28:38  some provocation, so I must return it as a forgiveness.</w:t>
      </w:r>
      <w:r>
        <w:br/>
      </w:r>
      <w:r>
        <w:rPr>
          <w:sz w:val="20"/>
        </w:rPr>
        <w:t>28:46  This is zikr.</w:t>
      </w:r>
      <w:r>
        <w:br/>
      </w:r>
      <w:r>
        <w:rPr>
          <w:sz w:val="20"/>
        </w:rPr>
        <w:t>28:53  zikr means taking divine lessons from all these things, from observations,</w:t>
      </w:r>
    </w:p>
    <w:p>
      <w:pPr>
        <w:pStyle w:val="Heading2"/>
      </w:pPr>
      <w:r>
        <w:t>How Ibrahim's lineage carried prophethood for two millennia</w:t>
      </w:r>
    </w:p>
    <w:p>
      <w:r>
        <w:rPr>
          <w:color w:val="666666"/>
          <w:sz w:val="18"/>
        </w:rPr>
        <w:t>Haqeeqat-E-Hajj Book by Maulana Wahiduddin Khan · 5m 08s · at 2:28:22 · https://youtu.be/fNuk7YC0jSM?t=8902</w:t>
      </w:r>
    </w:p>
    <w:p>
      <w:r>
        <w:rPr>
          <w:i/>
        </w:rPr>
        <w:t>“اللہ تعالی نے حضرت ابراہیم کو امام ہدایت بنایا”</w:t>
      </w:r>
    </w:p>
    <w:p>
      <w:r>
        <w:rPr>
          <w:sz w:val="20"/>
        </w:rPr>
        <w:t>2:28:22  haj ki tareekh. Allah taala ne hazrat ibrahim ko imam-e-hidayat banaya.</w:t>
      </w:r>
      <w:r>
        <w:br/>
      </w:r>
      <w:r>
        <w:rPr>
          <w:sz w:val="20"/>
        </w:rPr>
        <w:t>2:28:35  ani ja'aluka lil-nasi imama yani aap ko is mustaqil kaam ke liye chuna ke aap ke zariye nabuwwat ka ilm logon tak barabar pohnchta rahe.</w:t>
      </w:r>
      <w:r>
        <w:br/>
      </w:r>
      <w:r>
        <w:rPr>
          <w:sz w:val="20"/>
        </w:rPr>
        <w:t>2:28:51  ibtada'i do hazar saal tak is khuda'i faisle ka zuhoor aap ke sahibzadah ishaq ki shakh mein hua.</w:t>
      </w:r>
      <w:r>
        <w:br/>
      </w:r>
      <w:r>
        <w:rPr>
          <w:sz w:val="20"/>
        </w:rPr>
        <w:t>2:29:05  hazrat ishaq se le kar hazrat masih tak is nasal mein kashrat se anbiya paida hue jinhon ne falasteen aur is ke aas paas ke ilaqon mein da'wat-e-haq ka kaam mustaqil anjam diya.</w:t>
      </w:r>
      <w:r>
        <w:br/>
      </w:r>
      <w:r>
        <w:rPr>
          <w:sz w:val="20"/>
        </w:rPr>
        <w:t>2:29:22  hazrat masih ke baad yeh deeni imamat aap ke doosre sahibzadah isma'il ki nasal mein muntaqil ho gayi.</w:t>
      </w:r>
      <w:r>
        <w:br/>
      </w:r>
      <w:r>
        <w:rPr>
          <w:sz w:val="20"/>
        </w:rPr>
        <w:t>2:29:35  un ki aulad mein aakhri nabi paida hue.</w:t>
      </w:r>
      <w:r>
        <w:br/>
      </w:r>
      <w:r>
        <w:rPr>
          <w:sz w:val="20"/>
        </w:rPr>
        <w:t>2:29:41  aap ko Allah taala ne khusoosi taur par ghalbe ki nisbat di taake aap ke zariye kitab-ullah ki hifazat ka yaqeeni intezam ho sake aur deen ke mitne ka andesha na rahe.</w:t>
      </w:r>
      <w:r>
        <w:br/>
      </w:r>
      <w:r>
        <w:rPr>
          <w:sz w:val="20"/>
        </w:rPr>
        <w:t>2:30:02  yahi woh cheez hai jis ko quran mein izhar-e-deen yani li-yuzhirahu 'ala al-din kulli kaha gaya hai.</w:t>
      </w:r>
      <w:r>
        <w:br/>
      </w:r>
      <w:r>
        <w:rPr>
          <w:sz w:val="20"/>
        </w:rPr>
        <w:t>2:30:12  aam peghambaron se aslan sirf tabligh-e-deen matloob thi aur peghambar-e-aakhir-uz-zaman se tabligh-e-deen ke sath izhar-e-deen bhi.</w:t>
      </w:r>
      <w:r>
        <w:br/>
      </w:r>
      <w:r>
        <w:rPr>
          <w:sz w:val="20"/>
        </w:rPr>
        <w:t>2:30:30  is maqsad ke liye insanon ki ek mu'awin jama'at darkar thi jo tamam insani ausaf se muttasif ho.</w:t>
      </w:r>
      <w:r>
        <w:br/>
      </w:r>
      <w:r>
        <w:rPr>
          <w:sz w:val="20"/>
        </w:rPr>
        <w:t>2:30:43  woh peghambar-e-aakhir-uz-zaman ka sath de kar izhar-e-deen ke mansoobe ko takmeel tak pohnchaye.</w:t>
      </w:r>
      <w:r>
        <w:br/>
      </w:r>
      <w:r>
        <w:rPr>
          <w:sz w:val="20"/>
        </w:rPr>
        <w:t>2:30:55  isi jama'at ki tayyari ke liye hazrat ibrahim ne apni biwi haajrah aur apne ladke isma'il ko qadeem makka ke ghair abad aur khushk ilaqe mein la kar basa diya</w:t>
      </w:r>
      <w:r>
        <w:br/>
      </w:r>
      <w:r>
        <w:rPr>
          <w:sz w:val="20"/>
        </w:rPr>
        <w:t>2:31:13  taake tamaddun se door fitrat ke saada mahol mein tawaalud-o-tanaasul ke zariye ek aisi qaum paida ho jis ke andar tamam aala insani salahiyaten mehfooz hon.</w:t>
      </w:r>
      <w:r>
        <w:br/>
      </w:r>
      <w:r>
        <w:rPr>
          <w:sz w:val="20"/>
        </w:rPr>
        <w:t>2:31:30  jo be-amez dhang se soche. jis ke qaul-o-fail mein tazaad na ho. jo ek nazri haq ki khatir apna sab kuch luta sake.</w:t>
      </w:r>
      <w:r>
        <w:br/>
      </w:r>
      <w:r>
        <w:rPr>
          <w:sz w:val="20"/>
        </w:rPr>
        <w:t>2:31:43  jis ke andar pahadon ki salamat, sehra ki wusat aur aasman ki bulandi ho.</w:t>
      </w:r>
      <w:r>
        <w:br/>
      </w:r>
      <w:r>
        <w:rPr>
          <w:sz w:val="20"/>
        </w:rPr>
        <w:t>2:31:52  is tarah jab sehrai mahol mein parvarish pa kar ek khair ummat wajood mein aa gayi. Aal e Imran 110 to ain waqt par is ke andar woh nabee paida kar diye gaye jis ke liye Hazrat Ibrahim ne taameer e kaba ke waqt dua ki thi.</w:t>
      </w:r>
      <w:r>
        <w:br/>
      </w:r>
      <w:r>
        <w:rPr>
          <w:sz w:val="20"/>
        </w:rPr>
        <w:t>2:32:15  Al Baqarah 129.</w:t>
      </w:r>
      <w:r>
        <w:br/>
      </w:r>
      <w:r>
        <w:rPr>
          <w:sz w:val="20"/>
        </w:rPr>
        <w:t>2:32:19  Hazrat Ibrahim ki biwi Sarah ke batan se Khuda ko ek paighambar paida karna tha. Yeh paighambar Hazrat Ibrahim hi ki zindagi mein paida ho gaya aur is ka naam Ishaq rakha gaya.</w:t>
      </w:r>
      <w:r>
        <w:br/>
      </w:r>
      <w:r>
        <w:rPr>
          <w:sz w:val="20"/>
        </w:rPr>
        <w:t>2:32:36  doosri taraf Hazrat Ibrahim ne Makka mein dua ki ke mere ladke Ismail ki aulad mein ek nabee paida kar.</w:t>
      </w:r>
      <w:r>
        <w:br/>
      </w:r>
      <w:r>
        <w:rPr>
          <w:sz w:val="20"/>
        </w:rPr>
        <w:t>2:32:46  to is dua ki takmeel mein do hazar saal se zyada muddat lagi. Is farq ki wajah kya thi?</w:t>
      </w:r>
      <w:r>
        <w:br/>
      </w:r>
      <w:r>
        <w:rPr>
          <w:sz w:val="20"/>
        </w:rPr>
        <w:t>2:32:56  is ki wajah dono ke tareekhi kirdar ka farq tha.</w:t>
      </w:r>
      <w:r>
        <w:br/>
      </w:r>
      <w:r>
        <w:rPr>
          <w:sz w:val="20"/>
        </w:rPr>
        <w:t>2:33:01  paighambar e aakhir uz zamaan ko apna matloobah kirdar ada karne ke liye ek zinda qaum darkaar thi.</w:t>
      </w:r>
      <w:r>
        <w:br/>
      </w:r>
      <w:r>
        <w:rPr>
          <w:sz w:val="20"/>
        </w:rPr>
        <w:t>2:33:12  is tarah ki qaum asbab ke parde mein banne ke liye do hazar saal se zyada ki muddat lag gayi. Chunancha jab yeh qaum tayyar ho gayi to aap Khudaai mansoobe ke mutabiq paida kar diye gaye.</w:t>
      </w:r>
    </w:p>
    <w:p>
      <w:pPr>
        <w:pStyle w:val="Heading2"/>
      </w:pPr>
      <w:r>
        <w:t>the last Abbasid king: diamonds cannot be eaten</w:t>
      </w:r>
    </w:p>
    <w:p>
      <w:r>
        <w:rPr>
          <w:color w:val="666666"/>
          <w:sz w:val="18"/>
        </w:rPr>
        <w:t>On The Month of Ramadan September 23, 2007 · 3m 33s · at 45:28 · https://youtu.be/8MIl4_cPq1k?t=2728</w:t>
      </w:r>
    </w:p>
    <w:p>
      <w:r>
        <w:rPr>
          <w:i/>
        </w:rPr>
        <w:t>“The last Abbasid king was starved by his captors.”</w:t>
      </w:r>
    </w:p>
    <w:p>
      <w:r>
        <w:rPr>
          <w:sz w:val="20"/>
        </w:rPr>
        <w:t>45:28  pani nahi hai to main kuch bhi nahi hoon. jaise ke waqea maine is se pehle aap sunaya tha ke Abbasi daur ka jo aakhri badshah tha, aakhri badshah, to</w:t>
      </w:r>
      <w:r>
        <w:br/>
      </w:r>
      <w:r>
        <w:rPr>
          <w:sz w:val="20"/>
        </w:rPr>
        <w:t>45:41  jab Tatariyon ne qabza kar liya aur us ko jail mein band kar diya to kai din us ko bhooka rakha. bhooka to bahut zyada jab bhook se tadapne laga woh to us ne kehwaya Tatari jo ruler tha ke main bahut bhooka hoon, kuch khane ke liye bhejo mujhe.</w:t>
      </w:r>
      <w:r>
        <w:br/>
      </w:r>
      <w:r>
        <w:rPr>
          <w:sz w:val="20"/>
        </w:rPr>
        <w:t>46:01  to badshah ke mahal mein bahut zyada woh tha yani diamond aur yeh sab cheezein, jawahir.</w:t>
      </w:r>
      <w:r>
        <w:br/>
      </w:r>
      <w:r>
        <w:rPr>
          <w:sz w:val="20"/>
        </w:rPr>
        <w:t>46:10  to us ne ek ek ek tray mein heera waghera, diamond waghera rakh kar ke us ka bhej diya. jab woh dekha to woh rone laga.</w:t>
      </w:r>
      <w:r>
        <w:br/>
      </w:r>
      <w:r>
        <w:rPr>
          <w:sz w:val="20"/>
        </w:rPr>
        <w:t>46:21  wo aap ghor kijiye ke jis heere jawahir ko woh bahut hi shauq se akatha kiya tha apne mahal mein, us ne rone laga. us ki zuban se nikla "innal jawahira la tu'kalu innal jawahira la tu'kalu" diamond to khaye nahi jaate.</w:t>
      </w:r>
      <w:r>
        <w:br/>
      </w:r>
      <w:r>
        <w:rPr>
          <w:sz w:val="20"/>
        </w:rPr>
        <w:t>46:39  to main samajhta hoon ke Ramzan mein yahi tajurba karaya jata hai ke aap ke paas sab kuch hai, aap ke paas shandar makan hai, aap ke paas badi badi carain hain, aap ke paas bank balance hai, khana Khuda ne band kar diya.</w:t>
      </w:r>
      <w:r>
        <w:br/>
      </w:r>
      <w:r>
        <w:rPr>
          <w:sz w:val="20"/>
        </w:rPr>
        <w:t>46:54  ab aap soch sakein yeh baat ke dekho, yeh yeh ghar meri bhook nahi mita sakta, yeh carain meri bhook nahi mita sakti, yeh bank balance jo hai, yeh meri bhook nahi mita sakta.</w:t>
      </w:r>
      <w:r>
        <w:br/>
      </w:r>
      <w:r>
        <w:rPr>
          <w:sz w:val="20"/>
        </w:rPr>
        <w:t>47:07  to in aljawahir la tu'kal yeh jo is mein guzra tha, isi wahi tajruba har har har ek par guzarna chahiye ramzan ke mahine mein ke mera yeh shandar makan, yeh mera furniture, yeh mera bank balance,</w:t>
      </w:r>
      <w:r>
        <w:br/>
      </w:r>
      <w:r>
        <w:rPr>
          <w:sz w:val="20"/>
        </w:rPr>
        <w:t>47:23  yeh meri carain, aur yeh sari cheezain jo meri shan o shaukat meri jo hai, yeh kuch bhi mera pait nahi bhar sakti.</w:t>
      </w:r>
      <w:r>
        <w:br/>
      </w:r>
      <w:r>
        <w:rPr>
          <w:sz w:val="20"/>
        </w:rPr>
        <w:t>47:33  woh mujhe pani nahi mil rahi, woh pani nahi meri pyas nahi bujha sakti, meri bhook nahi bujha sakti. yeh tajruba jo hai, jo guzra tha woh yani abbas king ke upar, wahi tajruba har insan ke upar guzarna chahiye.</w:t>
      </w:r>
      <w:r>
        <w:br/>
      </w:r>
      <w:r>
        <w:rPr>
          <w:sz w:val="20"/>
        </w:rPr>
        <w:t>47:51  har ek insan ko yeh keh sake ke in aljawahir la tu'kal yeh sari cheezain mere paas hain.</w:t>
      </w:r>
      <w:r>
        <w:br/>
      </w:r>
      <w:r>
        <w:rPr>
          <w:sz w:val="20"/>
        </w:rPr>
        <w:t>48:01  ab koi bare se bara aadmi ho, koi king ho, koi minister ho, koi prime minister ho, koi president ho, kuch bhi ho, jo jo cheezain us ke paas hain, ab woh khana to nahi banega.</w:t>
      </w:r>
      <w:r>
        <w:br/>
      </w:r>
      <w:r>
        <w:rPr>
          <w:sz w:val="20"/>
        </w:rPr>
        <w:t>48:12  us ka mahal, us ko khana nahi banega. us ke liye kuch carain hain, us ki bhook nahi mitayengi. to khuda ne aur cheezon ko band nahi kiya, sirf ek cheez band ki, khana.</w:t>
      </w:r>
      <w:r>
        <w:br/>
      </w:r>
      <w:r>
        <w:rPr>
          <w:sz w:val="20"/>
        </w:rPr>
        <w:t>48:25  aap jante hain, roze mein yeh nahi ke tum caron ko bech do, apne mahal ko bech do, sarak par raho ja kar ke. yeh to nahi kaha gaya. woh sari cheezain rakhte hue sirf yeh hai ke aap khana mat khao, pani mat pio.</w:t>
      </w:r>
      <w:r>
        <w:br/>
      </w:r>
      <w:r>
        <w:rPr>
          <w:sz w:val="20"/>
        </w:rPr>
        <w:t>48:38  to woh cheezain already hain aap ke paas ke ramzan ke mahine mein baqi cheezain jo aap ki hain, woh sab already aap ke paas hain. sirf khana band kar diya gaya.</w:t>
      </w:r>
      <w:r>
        <w:br/>
      </w:r>
      <w:r>
        <w:rPr>
          <w:sz w:val="20"/>
        </w:rPr>
        <w:t>48:49  to us waqt aap ko yeh sochna chahiye ke in aljawahir la tu'kal</w:t>
      </w:r>
      <w:r>
        <w:br/>
      </w:r>
      <w:r>
        <w:rPr>
          <w:sz w:val="20"/>
        </w:rPr>
        <w:t>48:54  yeh sari cheezain, yeh sari cheezain jo hain, woh meri bhook nahi mita sakti.</w:t>
      </w:r>
    </w:p>
    <w:p>
      <w:pPr>
        <w:pStyle w:val="Heading2"/>
      </w:pPr>
      <w:r>
        <w:t>Commitment to da'wah with positive mindset</w:t>
      </w:r>
    </w:p>
    <w:p>
      <w:r>
        <w:rPr>
          <w:color w:val="666666"/>
          <w:sz w:val="18"/>
        </w:rPr>
        <w:t>Eid al-Adha | October 16, 2013 | Maulana Wahiduddin Khan · 5m 34s · at 34:59 · https://youtu.be/05WtVSgBj3g?t=2099</w:t>
      </w:r>
    </w:p>
    <w:p>
      <w:r>
        <w:rPr>
          <w:i/>
        </w:rPr>
        <w:t>“Main aksar kaha karta hoon ke chhonk dijiye”</w:t>
      </w:r>
    </w:p>
    <w:p>
      <w:r>
        <w:rPr>
          <w:sz w:val="20"/>
        </w:rPr>
        <w:t>34:59  mein aksar kaha karta hoon ke chhonk dijiye. lekin yeh usi ke sath mein yeh kahunga ke har kaam ki kuch sharten hoti hain. aap aakhri had tak aap ko dunya ke liye no problem banna padega. no problem. jaise abhi aaj kal aap khabrein sunte hain, aap mukhtalif mulkon mein, maslan misr mein, wahan par ladai ho rahi hai, aur log pak</w:t>
      </w:r>
      <w:r>
        <w:br/>
      </w:r>
      <w:r>
        <w:rPr>
          <w:sz w:val="20"/>
        </w:rPr>
        <w:t>35:29  de ja rahe hain. kyun? woh islam ka kaam karna chahte hain, sath sath barabari bane hue hain. wahan jo authority hai, wahan jo regime hai, us ke liye problem ban kar ke. to aap dawat ka kaam is liye karen ke aap dunya ke liye problem bane hue hain. sab se super problem hai artist of opposition. is zamane mein main samajhta hoon ke super problem hai, super problem.</w:t>
      </w:r>
      <w:r>
        <w:br/>
      </w:r>
      <w:r>
        <w:rPr>
          <w:sz w:val="20"/>
        </w:rPr>
        <w:t>35:59  artist of opposition. to aap agar dawat ka kaam karna chahte hain to aap ko kuch nahi karna hai, sirf yahi karna hai ke dunya ko aap se koi problem ka tajurba na ho. bas itna hi karna. da'i ke liye shart lazim hai ke woh no problem person ban jaye. no problem person is</w:t>
      </w:r>
      <w:r>
        <w:br/>
      </w:r>
      <w:r>
        <w:rPr>
          <w:sz w:val="20"/>
        </w:rPr>
        <w:t>36:29  zamane mein mein samajhta hoon ke sab se bara yahi hai ke aap, yani jo artist of opposition hai, us se mukammal taur par door ho jayen. Artist of opposition jo hai woh sirf yeh nahi hai ke aap sarkon par aa jayen. Aap sochen bhi agar un ke khilaf, un ke khilaf. Yani agar aap sochen bhi tab bhi aap passive sense mein aap un ko problem create kar rahe hain. Mein Allah ke fazal se soch</w:t>
      </w:r>
      <w:r>
        <w:br/>
      </w:r>
      <w:r>
        <w:rPr>
          <w:sz w:val="20"/>
        </w:rPr>
        <w:t>36:59  ta hi nahi ke is party ke bare mein sochun, is party ke bare mein sochun. Yeh sahi hai, woh galat hai. Yani ek shart yeh hai ke aap ek party ka sath de kar doosri party se larai kar rahe hain. Jaise Misr mein ho raha hai. Ke ek party ka sath de kar ke woh fauj se lar rahe hain. Fauj wale un se lar rahe hain. To ek surat yeh hai ke aap ek ki side le kar doosre se laren. Lekin</w:t>
      </w:r>
      <w:r>
        <w:br/>
      </w:r>
      <w:r>
        <w:rPr>
          <w:sz w:val="20"/>
        </w:rPr>
        <w:t>37:29  mein kahunga ke ek ki side le kar doosre ke khilaf sochen, yeh bhi wahi cheez hai. Yeh passive problem hai. To ek hai active problem, ek hai passive problem. Negative thinking bhi problem hai. Woh passive problem hai. To mein yeh kahunga ke agar aap ko dawat ka kaam karna hai to aap ko yeh faisla karna hoga ke aap na to active sense mein problem banen kisi ke liye, na passive</w:t>
      </w:r>
      <w:r>
        <w:br/>
      </w:r>
      <w:r>
        <w:rPr>
          <w:sz w:val="20"/>
        </w:rPr>
        <w:t>37:59  sense mein problem banen kisi ke liye. Bilkul poore maanon mein, har aitbar se no problem person ban jayen. Aur sirf dawat ki, yeh bhi aap ko faisla karna parega ke aap jahan bhi baat karen, jahan bhi logon se milen, sirf dawat ki baat karen. Koi parties nahi, koi shikayat nahi, koi protest nahi.</w:t>
      </w:r>
      <w:r>
        <w:br/>
      </w:r>
      <w:r>
        <w:rPr>
          <w:sz w:val="20"/>
        </w:rPr>
        <w:t>38:30  Aaj kal jaisa ke tareeqa hai, jahan mein dekhta hoon jab log baithte hain to un ke khilaf, un ke khilaf, un ke khilaf, un ke khilaf yeh baaten karte hain. That is passive violence. To kuch log active violence mein phanse hue hain, to kuch passive violence mein phanse hue hain. To dawat ka kaam, aap ko mein ne kai bar yeh waqia sunaya hai. Yeh bohat achi tarah misaal hai ke kis tarah dawat ka kaam hota hai. Ke Rasool Allah Sal Allah Alaihi Wasallam Makke</w:t>
      </w:r>
      <w:r>
        <w:br/>
      </w:r>
      <w:r>
        <w:rPr>
          <w:sz w:val="20"/>
        </w:rPr>
        <w:t>39:00  mein bohat ziyada sataye gaye, aap ko 13 saal ke baad aap ne hijrat ki. Jab Madine pahunche to wahan par aap ne jo pehli taqreer ki thi, pehli speech jo aap ki thi, woh poori ki poori sehat mere samne maujood hai. Is mein aap parhiye. Ek lafz bhi us se shikayat ka nahi. Aaj kal ke zamane mein kya hai ke agar logon ko maar ke bhagaya jaye kahin</w:t>
      </w:r>
      <w:r>
        <w:br/>
      </w:r>
      <w:r>
        <w:rPr>
          <w:sz w:val="20"/>
        </w:rPr>
        <w:t>39:30  se to wahan se ja kar bolen ke dekho bhai kitne zalim hain, hum ko watan se chhod kar yahan aana para. Yani pehli baat to yahi kahen ge ke hum ko watan chhodna para apna. Kitne zalim hain yeh log. Rasool Allah ne aisa ek kalma nahi parha, kaha wahan par. 10 saal tak Madine mein rahe, kabhi koi shikayat ki baat nahi ki. Yeh taqreer poori ki poori maujood hai, Sirat Imam Sham mein aap parh lijiye is ko. To aap ko dawat ka kaam karne ke liye</w:t>
      </w:r>
      <w:r>
        <w:br/>
      </w:r>
      <w:r>
        <w:rPr>
          <w:sz w:val="20"/>
        </w:rPr>
        <w:t>40:00  apne andar 100 percent ek positive mind banana parega. Positive mind. No complain, no protest, no negative thought, in sab se apne ko aazad karna parega. Warna dawat ka kaam nahi ho sakta hai.</w:t>
      </w:r>
    </w:p>
    <w:p>
      <w:pPr>
        <w:pStyle w:val="Heading2"/>
      </w:pPr>
      <w:r>
        <w:t>full explanation of Quran's central theme</w:t>
      </w:r>
    </w:p>
    <w:p>
      <w:r>
        <w:rPr>
          <w:color w:val="666666"/>
          <w:sz w:val="18"/>
        </w:rPr>
        <w:t>Dars -e-Quran June 30, 2007 · 5m 11s · at 0:31 · https://youtu.be/I2HVuhH6eS8?t=31</w:t>
      </w:r>
    </w:p>
    <w:p>
      <w:r>
        <w:rPr>
          <w:i/>
        </w:rPr>
        <w:t>“قرآن کو سمجھنے کے لیے سنٹرل تھیم سمجھنا ضروری ہے”</w:t>
      </w:r>
    </w:p>
    <w:p>
      <w:r>
        <w:rPr>
          <w:sz w:val="20"/>
        </w:rPr>
        <w:t>0:31  aaj hum Surah Baqarah ki kuch aayaton ko lenge. ek buniyadi baat main yeh kehna chahta hoon ke Quran ko samajhne ke liye zaroori hai ke iski central theme ko samjha jaye.</w:t>
      </w:r>
      <w:r>
        <w:br/>
      </w:r>
      <w:r>
        <w:rPr>
          <w:sz w:val="20"/>
        </w:rPr>
        <w:t>0:53  central theme agar zehen mein na ho to aadmi bhatak jayega,</w:t>
      </w:r>
      <w:r>
        <w:br/>
      </w:r>
      <w:r>
        <w:rPr>
          <w:sz w:val="20"/>
        </w:rPr>
        <w:t>1:02  idhar udhar ka matlab nikalne lagega. lekin jab central theme</w:t>
      </w:r>
      <w:r>
        <w:br/>
      </w:r>
      <w:r>
        <w:rPr>
          <w:sz w:val="20"/>
        </w:rPr>
        <w:t>1:11  aadmi ke zehen mein maujood ho to isi ke ird gird sochega woh, aur phir sachi jo Quran ka jo asal mafhoom hai wahan</w:t>
      </w:r>
      <w:r>
        <w:br/>
      </w:r>
      <w:r>
        <w:rPr>
          <w:sz w:val="20"/>
        </w:rPr>
        <w:t>1:24  tak pahunch jayega. dekhiye, Quran ke saari taleemat do lafz mein</w:t>
      </w:r>
      <w:r>
        <w:br/>
      </w:r>
      <w:r>
        <w:rPr>
          <w:sz w:val="20"/>
        </w:rPr>
        <w:t>1:39  simat aati hain, do lafz: ibadat aur sabr. saari taleemat isi mein aati hain, ibadat aur sabr.</w:t>
      </w:r>
      <w:r>
        <w:br/>
      </w:r>
      <w:r>
        <w:rPr>
          <w:sz w:val="20"/>
        </w:rPr>
        <w:t>1:52  ibadat ek bahut hi</w:t>
      </w:r>
      <w:r>
        <w:br/>
      </w:r>
      <w:r>
        <w:rPr>
          <w:sz w:val="20"/>
        </w:rPr>
        <w:t>1:57  jaame lafz hai, comprehensive lafz hai. woh sab kuch jo Khuda ne insaan ko hidayat ki hai karne ke liye, woh sab ibadat hai.</w:t>
      </w:r>
      <w:r>
        <w:br/>
      </w:r>
      <w:r>
        <w:rPr>
          <w:sz w:val="20"/>
        </w:rPr>
        <w:t>2:11  Quran mein hai ke wa ma khalaqtul jinna wal insa illa li ya'budun</w:t>
      </w:r>
      <w:r>
        <w:br/>
      </w:r>
      <w:r>
        <w:rPr>
          <w:sz w:val="20"/>
        </w:rPr>
        <w:t>2:16  insaan aur jinn ko paida kiya gaya sirf is liye ke woh Allah ki ibadat karein. to yahi maqsad hayat hai.</w:t>
      </w:r>
      <w:r>
        <w:br/>
      </w:r>
      <w:r>
        <w:rPr>
          <w:sz w:val="20"/>
        </w:rPr>
        <w:t>2:28  yeh maqsad hayat yahi hai ke woh saari taleemat bhi isi ke ird gird rahengi. to woh sab kuch jo Quran mein hai, usko ibadat ke asal hukum ke tehat lekar samajhna chahiye.</w:t>
      </w:r>
      <w:r>
        <w:br/>
      </w:r>
      <w:r>
        <w:rPr>
          <w:sz w:val="20"/>
        </w:rPr>
        <w:t>2:45  doosri cheez jo hai woh hai sabr. sabr ki ahmiyat yeh hai ke sabr ke baghair aadmi ibadat ka kaam nahi kar sakta.</w:t>
      </w:r>
      <w:r>
        <w:br/>
      </w:r>
      <w:r>
        <w:rPr>
          <w:sz w:val="20"/>
        </w:rPr>
        <w:t>2:59  yaani Khuda ke hukum par qaim nahi reh sakta. kyun?</w:t>
      </w:r>
      <w:r>
        <w:br/>
      </w:r>
      <w:r>
        <w:rPr>
          <w:sz w:val="20"/>
        </w:rPr>
        <w:t>3:06  is dunya ko khuda ne banaya hai darul imtihan ke taur par. yani testing ground ke taur par. is liye yahan par har qism ke asbab hain.</w:t>
      </w:r>
      <w:r>
        <w:br/>
      </w:r>
      <w:r>
        <w:rPr>
          <w:sz w:val="20"/>
        </w:rPr>
        <w:t>3:20  har qism ke asbab. yani aadmi ko bhagne ke liye har tarah, har taraf aise asbab maujood hain ke aadmi bhag jaye.</w:t>
      </w:r>
      <w:r>
        <w:br/>
      </w:r>
      <w:r>
        <w:rPr>
          <w:sz w:val="20"/>
        </w:rPr>
        <w:t>3:29  sirat e mustaqeem se hat jaye.</w:t>
      </w:r>
      <w:r>
        <w:br/>
      </w:r>
      <w:r>
        <w:rPr>
          <w:sz w:val="20"/>
        </w:rPr>
        <w:t>3:32  to bohat ziyada options hamesha maujood rehte hain. agar bohat se options na hon, sirf ek hi option ho to phir insan ka test nahi liya ja sakta.</w:t>
      </w:r>
      <w:r>
        <w:br/>
      </w:r>
      <w:r>
        <w:rPr>
          <w:sz w:val="20"/>
        </w:rPr>
        <w:t>3:47  jab yeh testing ground hai, jab yeh darul imtihan hai, to phir it is but natural ke yahan par har waqt aadmi ke samne kai options hon.</w:t>
      </w:r>
      <w:r>
        <w:br/>
      </w:r>
      <w:r>
        <w:rPr>
          <w:sz w:val="20"/>
        </w:rPr>
        <w:t>4:01  yahin par sabr ki zaroorat hoti hai. yani ek taraf aap ki khwahish kheench rahi hoti hai aap ko, aur doosri taraf principal ki baat hoti hai.</w:t>
      </w:r>
      <w:r>
        <w:br/>
      </w:r>
      <w:r>
        <w:rPr>
          <w:sz w:val="20"/>
        </w:rPr>
        <w:t>4:13  principal mein bazahir ghata dikhai deta hai, aur khwahish par chalne mein bazahir faida dikhai deta hai.</w:t>
      </w:r>
      <w:r>
        <w:br/>
      </w:r>
      <w:r>
        <w:rPr>
          <w:sz w:val="20"/>
        </w:rPr>
        <w:t>4:22  to yahan sabr hai jo aap ki khwahish par rok lagaye ga.</w:t>
      </w:r>
      <w:r>
        <w:br/>
      </w:r>
      <w:r>
        <w:rPr>
          <w:sz w:val="20"/>
        </w:rPr>
        <w:t>4:28  isi liye quran mein dekhiye, sabr ka zikr bar bar aya hai. sare quran mein agar aap dekhen to sabr ka maada</w:t>
      </w:r>
      <w:r>
        <w:br/>
      </w:r>
      <w:r>
        <w:rPr>
          <w:sz w:val="20"/>
        </w:rPr>
        <w:t>4:41  125 bar istemal hua hai pure quran mein.</w:t>
      </w:r>
      <w:r>
        <w:br/>
      </w:r>
      <w:r>
        <w:rPr>
          <w:sz w:val="20"/>
        </w:rPr>
        <w:t>4:48  quran mein kul suratein 114 hain, aur sabr ka maada quran mein 125 bar aya hai. aur jahan tak surah al baqarah ki baat hai to surah baqarah mein sabr ka maada 9 bar istemal hua hai.</w:t>
      </w:r>
      <w:r>
        <w:br/>
      </w:r>
      <w:r>
        <w:rPr>
          <w:sz w:val="20"/>
        </w:rPr>
        <w:t>5:04  9 bar. to is se andaza hota hai ke sabr ki ahmiyat kitni ziyada hai.</w:t>
      </w:r>
      <w:r>
        <w:br/>
      </w:r>
      <w:r>
        <w:rPr>
          <w:sz w:val="20"/>
        </w:rPr>
        <w:t>5:13  to insan ko agarche asal maqsad hai ibadat, yani khuda ka khuda ko maan kar us ki tabedari karna, khuda ke hukumon par chalna, har cheez mein, har mamle mein, to poori zindagi ko god oriented zindagi banana yeh hai ibadat.</w:t>
      </w:r>
    </w:p>
    <w:p>
      <w:pPr>
        <w:pStyle w:val="Heading2"/>
      </w:pPr>
      <w:r>
        <w:t>Worship's spirit matters more than its form — the fast that doesn't count</w:t>
      </w:r>
    </w:p>
    <w:p>
      <w:r>
        <w:rPr>
          <w:color w:val="666666"/>
          <w:sz w:val="18"/>
        </w:rPr>
        <w:t>Ramadan The Month of Remembrance June 21, 2015 · 5m 11s · at 22:41 · https://youtu.be/D0D6zmqcScc?t=1361</w:t>
      </w:r>
    </w:p>
    <w:p>
      <w:r>
        <w:rPr>
          <w:i/>
        </w:rPr>
        <w:t>“Islam ki jo ibadaat hain, un sab ka ek form hai”</w:t>
      </w:r>
    </w:p>
    <w:p>
      <w:r>
        <w:rPr>
          <w:sz w:val="20"/>
        </w:rPr>
        <w:t>22:41  bohat ajeeb baat hai. To dekhen, Islam ki jo ibaadaat hain, un sab ka ek form hai, namaz ka ek form hai, hajj ka ek form hai.</w:t>
      </w:r>
      <w:r>
        <w:br/>
      </w:r>
      <w:r>
        <w:rPr>
          <w:sz w:val="20"/>
        </w:rPr>
        <w:t>22:55  lekin yaad rakhiye, koi ibaadat sirf apne form ke aitbaar se matloob nahi hoti, balkeh spirit ke aitbaar se matloob hoti hai.</w:t>
      </w:r>
      <w:r>
        <w:br/>
      </w:r>
      <w:r>
        <w:rPr>
          <w:sz w:val="20"/>
        </w:rPr>
        <w:t>23:11  yeh baat Quran mein qurbani ke zariye aayi hai layanalallahu lahuma wa la damauhahum wa la qiyamatuhtaqwa Allah ko tumhari qurbani ka gosht o khoon nahi pahunchta,</w:t>
      </w:r>
      <w:r>
        <w:br/>
      </w:r>
      <w:r>
        <w:rPr>
          <w:sz w:val="20"/>
        </w:rPr>
        <w:t>23:26  tumhare dil ko taqwa pahunchta hai. To agarchay ibaadat mein ek farz, ek form hota hai,</w:t>
      </w:r>
      <w:r>
        <w:br/>
      </w:r>
      <w:r>
        <w:rPr>
          <w:sz w:val="20"/>
        </w:rPr>
        <w:t>23:38  lekin asal cheez jo Allah ko matloob hai, woh spirit hai, yaani spirit of sacrifice. Asal cheez hai khud aap ki apni spirit of sacrifice.</w:t>
      </w:r>
      <w:r>
        <w:br/>
      </w:r>
      <w:r>
        <w:rPr>
          <w:sz w:val="20"/>
        </w:rPr>
        <w:t>23:52  aise hi roze ke bare mein bhi hai. Ek hadees hai ke jo aadmi roza rakha hai, magar woh apni zabaan ko buri baat nikalna na chhode,</w:t>
      </w:r>
      <w:r>
        <w:br/>
      </w:r>
      <w:r>
        <w:rPr>
          <w:sz w:val="20"/>
        </w:rPr>
        <w:t>24:13  zabaan se buri baat nikalna na chhode, apne dil mein buri baat sochna na chhode.</w:t>
      </w:r>
      <w:r>
        <w:br/>
      </w:r>
      <w:r>
        <w:rPr>
          <w:sz w:val="20"/>
        </w:rPr>
        <w:t>24:22  to hadees mein aata hai ke aisa shakhs agar khana peena chhod de to woh Allah ko matloob nahi. Allah ko asal cheez jab nahi chhodi, usne spirit wali,</w:t>
      </w:r>
      <w:r>
        <w:br/>
      </w:r>
      <w:r>
        <w:rPr>
          <w:sz w:val="20"/>
        </w:rPr>
        <w:t>24:37  to Allah ko uski haajat nahi ke woh khana peena chhod de.</w:t>
      </w:r>
      <w:r>
        <w:br/>
      </w:r>
      <w:r>
        <w:rPr>
          <w:sz w:val="20"/>
        </w:rPr>
        <w:t>24:45  wa laisa lillahi haajatun fiain yaday ta'aamuhu wa sharaabuhu</w:t>
      </w:r>
      <w:r>
        <w:br/>
      </w:r>
      <w:r>
        <w:rPr>
          <w:sz w:val="20"/>
        </w:rPr>
        <w:t>24:49  to Allah ko uski haajat nahi ke woh apna khana pani chhod de.</w:t>
      </w:r>
      <w:r>
        <w:br/>
      </w:r>
      <w:r>
        <w:rPr>
          <w:sz w:val="20"/>
        </w:rPr>
        <w:t>24:58  is mein hai ke mallam yaday qawl al zuur wa al 'amr bhi yeh alfaaz hain mallam yaday qawl al zuur wa al 'amr bhi</w:t>
      </w:r>
      <w:r>
        <w:br/>
      </w:r>
      <w:r>
        <w:rPr>
          <w:sz w:val="20"/>
        </w:rPr>
        <w:t>25:10  . Jis insaan ne jhoot bolna aur jhoot par amal karna na chhoda, to Allah ko uski haajat nahi ke woh khana peena chhod de.</w:t>
      </w:r>
      <w:r>
        <w:br/>
      </w:r>
      <w:r>
        <w:rPr>
          <w:sz w:val="20"/>
        </w:rPr>
        <w:t>25:24  jhoot bolna kya hai? jhoot par amal karna kya hai? aap jantay hain ke jhoot bolna yeh hai ke waqe'ay ke khilaf baat kehna.</w:t>
      </w:r>
      <w:r>
        <w:br/>
      </w:r>
      <w:r>
        <w:rPr>
          <w:sz w:val="20"/>
        </w:rPr>
        <w:t>25:37  yeh saada baat nahi hai, waqe'ay ke khilaf baat kehna. aap ko bohat ziyada sincere banna parta hai, bohat ziyada sincere.</w:t>
      </w:r>
      <w:r>
        <w:br/>
      </w:r>
      <w:r>
        <w:rPr>
          <w:sz w:val="20"/>
        </w:rPr>
        <w:t>25:49  tab yeh possible hota hai ke aap waqe'ay ke khilaf na bolain. agar sincere, sincerity mein zara bhi kami hai to aap kuch bhi keh dain gay.</w:t>
      </w:r>
      <w:r>
        <w:br/>
      </w:r>
      <w:r>
        <w:rPr>
          <w:sz w:val="20"/>
        </w:rPr>
        <w:t>26:07  to yeh jo farmaya ke jhoot bolna chhodna hai, to is ke peechay bohat sari baatein hain.</w:t>
      </w:r>
      <w:r>
        <w:br/>
      </w:r>
      <w:r>
        <w:rPr>
          <w:sz w:val="20"/>
        </w:rPr>
        <w:t>26:19  matlab insincerity ko chhodna hai.</w:t>
      </w:r>
      <w:r>
        <w:br/>
      </w:r>
      <w:r>
        <w:rPr>
          <w:sz w:val="20"/>
        </w:rPr>
        <w:t>26:25  agar insincerity ko nahi chhodogay, sanjeeda andaaz ko nahi chhodogay, to phir yeh hoga ke baat baat pe jhoot bologay.</w:t>
      </w:r>
      <w:r>
        <w:br/>
      </w:r>
      <w:r>
        <w:rPr>
          <w:sz w:val="20"/>
        </w:rPr>
        <w:t>26:40  aur jhoot par amal karna kya hai? amal karna yeh hai ke bolna to yeh hai ke aap ne apni zabaan ko ghalat istemaal kiya.</w:t>
      </w:r>
      <w:r>
        <w:br/>
      </w:r>
      <w:r>
        <w:rPr>
          <w:sz w:val="20"/>
        </w:rPr>
        <w:t>26:51  mal lam yaday qawl az zur wa la malam bhi. to qawl-e-zur, yani yani jhooti baat, to yeh hai ke apni zabaan se aap ne aisi baat kahi jo waqe'ay ke khilaf thi,</w:t>
      </w:r>
      <w:r>
        <w:br/>
      </w:r>
      <w:r>
        <w:rPr>
          <w:sz w:val="20"/>
        </w:rPr>
        <w:t>27:06  reality ke khilaf thi. aur amal yeh kya hai? isi ke mutabiq aap ka behavior bhi ho gaya.</w:t>
      </w:r>
      <w:r>
        <w:br/>
      </w:r>
      <w:r>
        <w:rPr>
          <w:sz w:val="20"/>
        </w:rPr>
        <w:t>27:18  aap</w:t>
      </w:r>
      <w:r>
        <w:br/>
      </w:r>
      <w:r>
        <w:rPr>
          <w:sz w:val="20"/>
        </w:rPr>
        <w:t>27:19  ka behavior, aap ka sulook, is insaan ke baray mein aap ke talluqaat, woh bhi isi pe dhal gaye, isi pe dhal gaye.</w:t>
      </w:r>
      <w:r>
        <w:br/>
      </w:r>
      <w:r>
        <w:rPr>
          <w:sz w:val="20"/>
        </w:rPr>
        <w:t>27:33  to yeh hadees mein hai ke jo aadmi jhoot bolna aur jhoot par amal karna na chhoday, to Allah ko is ki hajat nahi ke woh woh apna khana peena chhod de.</w:t>
      </w:r>
    </w:p>
    <w:p>
      <w:pPr>
        <w:pStyle w:val="Heading2"/>
      </w:pPr>
      <w:r>
        <w:t>Prophet's prayer for truth and necessity of effort</w:t>
      </w:r>
    </w:p>
    <w:p>
      <w:r>
        <w:rPr>
          <w:color w:val="666666"/>
          <w:sz w:val="18"/>
        </w:rPr>
        <w:t>As it is Thinking (Prophetic Wisdom) November 22, 2006 Maulana Wahiduddin Khan · 5m 28s · at 2:09 · https://youtu.be/nxIMtbJsKyQ?t=129</w:t>
      </w:r>
    </w:p>
    <w:p>
      <w:r>
        <w:rPr>
          <w:i/>
        </w:rPr>
        <w:t>“To ek hadith ya dua ye hai ke”</w:t>
      </w:r>
    </w:p>
    <w:p>
      <w:r>
        <w:rPr>
          <w:sz w:val="20"/>
        </w:rPr>
        <w:t>2:09  to ek hadith ya dua yeh hai ke rasool Allah sal Allah alaih wasallam se bohat si duain kitabon mein aai hain.</w:t>
      </w:r>
      <w:r>
        <w:br/>
      </w:r>
      <w:r>
        <w:rPr>
          <w:sz w:val="20"/>
        </w:rPr>
        <w:t>2:24  to in mein se ek bohat hi buniyadi dua yeh hai ke aap yeh in alfaz mein dua karte thay ke Allahumma arina al haqq haqqan warzuqna tibaa'ahu warina al batil batilan warzuqna ijtinabahu warina al ashya kama hi.</w:t>
      </w:r>
      <w:r>
        <w:br/>
      </w:r>
      <w:r>
        <w:rPr>
          <w:sz w:val="20"/>
        </w:rPr>
        <w:t>2:49  iska matlab yeh hai ke</w:t>
      </w:r>
      <w:r>
        <w:br/>
      </w:r>
      <w:r>
        <w:rPr>
          <w:sz w:val="20"/>
        </w:rPr>
        <w:t>2:54  ae Allah!</w:t>
      </w:r>
      <w:r>
        <w:br/>
      </w:r>
      <w:r>
        <w:rPr>
          <w:sz w:val="20"/>
        </w:rPr>
        <w:t>2:57  hum ko</w:t>
      </w:r>
      <w:r>
        <w:br/>
      </w:r>
      <w:r>
        <w:rPr>
          <w:sz w:val="20"/>
        </w:rPr>
        <w:t>3:00  haqq ko haqq ke roop mein dikha. aur hum ko batil ko batil ke roop mein dikha.</w:t>
      </w:r>
      <w:r>
        <w:br/>
      </w:r>
      <w:r>
        <w:rPr>
          <w:sz w:val="20"/>
        </w:rPr>
        <w:t>3:12  aur hum ko cheezen isi roop mein dikha jaisa ke woh hain. iska matlab kya hua?</w:t>
      </w:r>
      <w:r>
        <w:br/>
      </w:r>
      <w:r>
        <w:rPr>
          <w:sz w:val="20"/>
        </w:rPr>
        <w:t>3:22  ke insan is dunya mein</w:t>
      </w:r>
      <w:r>
        <w:br/>
      </w:r>
      <w:r>
        <w:rPr>
          <w:sz w:val="20"/>
        </w:rPr>
        <w:t>3:29  preoccupied thinking is ke andar aa jati hai. biased thinking aa jati hai. is ki conditioning hoti hai. to aadmi cheezon ko</w:t>
      </w:r>
      <w:r>
        <w:br/>
      </w:r>
      <w:r>
        <w:rPr>
          <w:sz w:val="20"/>
        </w:rPr>
        <w:t>3:41  apne dhang se le leta hai.</w:t>
      </w:r>
      <w:r>
        <w:br/>
      </w:r>
      <w:r>
        <w:rPr>
          <w:sz w:val="20"/>
        </w:rPr>
        <w:t>3:46  to is ko sachai kabhi aisa hota hai ke sachai is ko galat dikhai deti hai apni samajh se. ya galat baat sachi maloom hone lagti hai apni samajh se.</w:t>
      </w:r>
      <w:r>
        <w:br/>
      </w:r>
      <w:r>
        <w:rPr>
          <w:sz w:val="20"/>
        </w:rPr>
        <w:t>3:58  to aap ne dua ki ke</w:t>
      </w:r>
      <w:r>
        <w:br/>
      </w:r>
      <w:r>
        <w:rPr>
          <w:sz w:val="20"/>
        </w:rPr>
        <w:t>4:00  khudaya! hum ko is se bacha. ke hum cheezon ko biased way mein dekhen. cheezon ko hum ek aisi shakal mein dekhen jo hamare mind mein to hai lekin bahar nahi hai woh.</w:t>
      </w:r>
      <w:r>
        <w:br/>
      </w:r>
      <w:r>
        <w:rPr>
          <w:sz w:val="20"/>
        </w:rPr>
        <w:t>4:16  aur cheezon ko waisa hi dikha jaisa ke woh hain. yani haqeeqat ke aitbar se jaisa ke woh hain. is ko aap aaj kal ki zuban mein keh sakte hain ke objective thinking.</w:t>
      </w:r>
      <w:r>
        <w:br/>
      </w:r>
      <w:r>
        <w:rPr>
          <w:sz w:val="20"/>
        </w:rPr>
        <w:t>4:30  yani hamare andar subject hum ko is ko aap yun keh sakte hain ke hum ko subjective thinking se bacha.</w:t>
      </w:r>
      <w:r>
        <w:br/>
      </w:r>
      <w:r>
        <w:rPr>
          <w:sz w:val="20"/>
        </w:rPr>
        <w:t>4:40  aur hamare andar objective thinking paida kar. ya as it is thinking paida kar.</w:t>
      </w:r>
      <w:r>
        <w:br/>
      </w:r>
      <w:r>
        <w:rPr>
          <w:sz w:val="20"/>
        </w:rPr>
        <w:t>4:51  to dekhiye main yahan ek baat yeh kahunga ke dua hamesha fifty percent kaam karti hai. aisa nahi hai ke dua jo hai woh hundred percent kaam kare.</w:t>
      </w:r>
      <w:r>
        <w:br/>
      </w:r>
      <w:r>
        <w:rPr>
          <w:sz w:val="20"/>
        </w:rPr>
        <w:t>5:04  yani agar aap apne ko is kaam mein engage kar liya ho aap ne ke aap introspection karte ho.</w:t>
      </w:r>
      <w:r>
        <w:br/>
      </w:r>
      <w:r>
        <w:rPr>
          <w:sz w:val="20"/>
        </w:rPr>
        <w:t>5:17  apni ghaltiyon ko dhoondte ho. apne aap ko correct karne ki koshish mein lage hue ho sach much. to phir is koshish ko aur ziyada</w:t>
      </w:r>
      <w:r>
        <w:br/>
      </w:r>
      <w:r>
        <w:rPr>
          <w:sz w:val="20"/>
        </w:rPr>
        <w:t>5:32  yani successful banane ke liye aap kahenge ke khud</w:t>
      </w:r>
      <w:r>
        <w:br/>
      </w:r>
      <w:r>
        <w:rPr>
          <w:sz w:val="20"/>
        </w:rPr>
        <w:t>5:35  aya! meri madad kar. aisa nahi ho sakta ke aap khud se to koshish na karen. woh dua karte rahen dua karte rahen.</w:t>
      </w:r>
      <w:r>
        <w:br/>
      </w:r>
      <w:r>
        <w:rPr>
          <w:sz w:val="20"/>
        </w:rPr>
        <w:t>5:44  to hazar saal bhi aisi dua qabool nahi hogi.</w:t>
      </w:r>
      <w:r>
        <w:br/>
      </w:r>
      <w:r>
        <w:rPr>
          <w:sz w:val="20"/>
        </w:rPr>
        <w:t>5:50  kyun ke quran mein hai ke ilaih yasadu al kalim al tayyib wal amal al salihirfa. to ek hai dua ek hai aap ka apna amal.</w:t>
      </w:r>
      <w:r>
        <w:br/>
      </w:r>
      <w:r>
        <w:rPr>
          <w:sz w:val="20"/>
        </w:rPr>
        <w:t>6:02  to dono fifty fifty ka muamla hai.</w:t>
      </w:r>
      <w:r>
        <w:br/>
      </w:r>
      <w:r>
        <w:rPr>
          <w:sz w:val="20"/>
        </w:rPr>
        <w:t>6:06  aadmi poori aadmi siriesli poore dil ki amadgi ke sath ek kaam kar raha ho kar raha ho kar raha ho.</w:t>
      </w:r>
      <w:r>
        <w:br/>
      </w:r>
      <w:r>
        <w:rPr>
          <w:sz w:val="20"/>
        </w:rPr>
        <w:t>6:19  aur phir us ko ehsas ho ke mera apna meri koshish kafi nahi hai. mujhe khuda ki help chahiye to aap dua karte hain.</w:t>
      </w:r>
      <w:r>
        <w:br/>
      </w:r>
      <w:r>
        <w:rPr>
          <w:sz w:val="20"/>
        </w:rPr>
        <w:t>6:30  to aisi hi dua dua hai. yani fifty percent apne hisse ka kaam jab aadmi kar de aur baqi fifty ke liye wo khuda se dua kare to isi ka naam dua hai.</w:t>
      </w:r>
      <w:r>
        <w:br/>
      </w:r>
      <w:r>
        <w:rPr>
          <w:sz w:val="20"/>
        </w:rPr>
        <w:t>6:46  aur jo aadmi apne hisse ka fifty percent na kare to wo to ek joke hai joke. wo dua nahi hai.</w:t>
      </w:r>
      <w:r>
        <w:br/>
      </w:r>
      <w:r>
        <w:rPr>
          <w:sz w:val="20"/>
        </w:rPr>
        <w:t>6:58  aisi in sincere dua kabhi bhi qabool nahi ho sakti.</w:t>
      </w:r>
      <w:r>
        <w:br/>
      </w:r>
      <w:r>
        <w:rPr>
          <w:sz w:val="20"/>
        </w:rPr>
        <w:t>7:04  to Allah taala se aap ne jo dua farmayi duaein jo farmayein aap ne is mein se ek dua yeh thi</w:t>
      </w:r>
      <w:r>
        <w:br/>
      </w:r>
      <w:r>
        <w:rPr>
          <w:sz w:val="20"/>
        </w:rPr>
        <w:t>7:11  ke khuda ya! mujhe subjective thinking se bachaa. aur mujh ko objective thinker banaa.</w:t>
      </w:r>
      <w:r>
        <w:br/>
      </w:r>
      <w:r>
        <w:rPr>
          <w:sz w:val="20"/>
        </w:rPr>
        <w:t>7:22  yeh har momin ka har us insan ka jo sachai par jeena chahta ho sachai par marna chahta ho to us ki yeh dua honi chahiye.</w:t>
      </w:r>
    </w:p>
    <w:p>
      <w:pPr>
        <w:pStyle w:val="Heading2"/>
      </w:pPr>
      <w:r>
        <w:t>Morning routine from waking to modesty</w:t>
      </w:r>
    </w:p>
    <w:p>
      <w:r>
        <w:rPr>
          <w:color w:val="666666"/>
          <w:sz w:val="18"/>
        </w:rPr>
        <w:t>Islam in Daily Life | December 18, 2007 · 6m 10s · at 11:28 · https://youtu.be/wLp27oWti4c?t=688</w:t>
      </w:r>
    </w:p>
    <w:p>
      <w:r>
        <w:rPr>
          <w:i/>
        </w:rPr>
        <w:t>“Jab aap subah uthte hain, pehla kaam shukr hai”</w:t>
      </w:r>
    </w:p>
    <w:p>
      <w:r>
        <w:rPr>
          <w:sz w:val="20"/>
        </w:rPr>
        <w:t>11:28  dekhiye aap ko har aik ke oopar raat aati hai.</w:t>
      </w:r>
      <w:r>
        <w:br/>
      </w:r>
      <w:r>
        <w:rPr>
          <w:sz w:val="20"/>
        </w:rPr>
        <w:t>11:34  raat ko aadmi sota hai.</w:t>
      </w:r>
      <w:r>
        <w:br/>
      </w:r>
      <w:r>
        <w:rPr>
          <w:sz w:val="20"/>
        </w:rPr>
        <w:t>11:39  aur subah ko phir fresh ho kar uthta hai.</w:t>
      </w:r>
      <w:r>
        <w:br/>
      </w:r>
      <w:r>
        <w:rPr>
          <w:sz w:val="20"/>
        </w:rPr>
        <w:t>11:45  aaj tak scientific studies se yeh pata nahi chala ke insaan par neend kyun utari hoti hai.</w:t>
      </w:r>
      <w:r>
        <w:br/>
      </w:r>
      <w:r>
        <w:rPr>
          <w:sz w:val="20"/>
        </w:rPr>
        <w:t>11:50  kyun insaan sota hai.</w:t>
      </w:r>
      <w:r>
        <w:br/>
      </w:r>
      <w:r>
        <w:rPr>
          <w:sz w:val="20"/>
        </w:rPr>
        <w:t>11:56  yeh khuda ki aik blessing hai.</w:t>
      </w:r>
      <w:r>
        <w:br/>
      </w:r>
      <w:r>
        <w:rPr>
          <w:sz w:val="20"/>
        </w:rPr>
        <w:t>12:01  koi is ka explanation nahi hai.</w:t>
      </w:r>
      <w:r>
        <w:br/>
      </w:r>
      <w:r>
        <w:rPr>
          <w:sz w:val="20"/>
        </w:rPr>
        <w:t>12:05  ke neend kyun aati hai.</w:t>
      </w:r>
      <w:r>
        <w:br/>
      </w:r>
      <w:r>
        <w:rPr>
          <w:sz w:val="20"/>
        </w:rPr>
        <w:t>12:09  to raat aayi.</w:t>
      </w:r>
      <w:r>
        <w:br/>
      </w:r>
      <w:r>
        <w:rPr>
          <w:sz w:val="20"/>
        </w:rPr>
        <w:t>12:13  aap so gaye.</w:t>
      </w:r>
      <w:r>
        <w:br/>
      </w:r>
      <w:r>
        <w:rPr>
          <w:sz w:val="20"/>
        </w:rPr>
        <w:t>12:17  sone ke baad jab subah ko uthe aap to aap fresh thay.</w:t>
      </w:r>
      <w:r>
        <w:br/>
      </w:r>
      <w:r>
        <w:rPr>
          <w:sz w:val="20"/>
        </w:rPr>
        <w:t>12:21  to pehla jo kaam aap ko karna hai woh kya? woh khuda ka shukar.</w:t>
      </w:r>
      <w:r>
        <w:br/>
      </w:r>
      <w:r>
        <w:rPr>
          <w:sz w:val="20"/>
        </w:rPr>
        <w:t>12:25  khuda ko shukar ka matlab hai khuda ko acknowledge karna.</w:t>
      </w:r>
      <w:r>
        <w:br/>
      </w:r>
      <w:r>
        <w:rPr>
          <w:sz w:val="20"/>
        </w:rPr>
        <w:t>12:29  shukar ka matlab hai acknowledge karna.</w:t>
      </w:r>
      <w:r>
        <w:br/>
      </w:r>
      <w:r>
        <w:rPr>
          <w:sz w:val="20"/>
        </w:rPr>
        <w:t>12:32  ke khudaya tera kitna bara ehsaan hai ke main din ko thaka hua tha.</w:t>
      </w:r>
      <w:r>
        <w:br/>
      </w:r>
      <w:r>
        <w:rPr>
          <w:sz w:val="20"/>
        </w:rPr>
        <w:t>12:38  to ne mere oopar raat ko neend taari kar di.</w:t>
      </w:r>
      <w:r>
        <w:br/>
      </w:r>
      <w:r>
        <w:rPr>
          <w:sz w:val="20"/>
        </w:rPr>
        <w:t>12:44  main khoob soya.</w:t>
      </w:r>
      <w:r>
        <w:br/>
      </w:r>
      <w:r>
        <w:rPr>
          <w:sz w:val="20"/>
        </w:rPr>
        <w:t>12:51  aur sone ke baad ab main fresh utha hoon kaam karne ke liye.</w:t>
      </w:r>
      <w:r>
        <w:br/>
      </w:r>
      <w:r>
        <w:rPr>
          <w:sz w:val="20"/>
        </w:rPr>
        <w:t>12:57  to subah ko jab uthte hain aap to pehla islami kaam kya hai? is par khuda ka shukar karna. is par</w:t>
      </w:r>
      <w:r>
        <w:br/>
      </w:r>
      <w:r>
        <w:rPr>
          <w:sz w:val="20"/>
        </w:rPr>
        <w:t>13:03  Khuda ki blessing ko acknowledge karna. ke us ne aap ko sone ka mauqa diya. is ke baad aap wuzu karte hain. aur namaz padhte hain. wuzu kya hai? wuzu ke baad hadith mein aata hai ke Rasool Allah yeh dua padhte thay ke Allahumma jallilni min al-taw</w:t>
      </w:r>
      <w:r>
        <w:br/>
      </w:r>
      <w:r>
        <w:rPr>
          <w:sz w:val="20"/>
        </w:rPr>
        <w:t>13:33  wa bain wa jal min al muthahireen.</w:t>
      </w:r>
      <w:r>
        <w:br/>
      </w:r>
      <w:r>
        <w:rPr>
          <w:sz w:val="20"/>
        </w:rPr>
        <w:t>13:37  khudaya tu mujhe poori fawaid logon mein se bana de.</w:t>
      </w:r>
      <w:r>
        <w:br/>
      </w:r>
      <w:r>
        <w:rPr>
          <w:sz w:val="20"/>
        </w:rPr>
        <w:t>13:42  tu wuzu mein aap ne haath dhoya.</w:t>
      </w:r>
      <w:r>
        <w:br/>
      </w:r>
      <w:r>
        <w:rPr>
          <w:sz w:val="20"/>
        </w:rPr>
        <w:t>13:47  apne face ko dhoya.</w:t>
      </w:r>
      <w:r>
        <w:br/>
      </w:r>
      <w:r>
        <w:rPr>
          <w:sz w:val="20"/>
        </w:rPr>
        <w:t>13:51  paon ko dhoya.</w:t>
      </w:r>
      <w:r>
        <w:br/>
      </w:r>
      <w:r>
        <w:rPr>
          <w:sz w:val="20"/>
        </w:rPr>
        <w:t>13:56  dhoya aap ne pani se.</w:t>
      </w:r>
      <w:r>
        <w:br/>
      </w:r>
      <w:r>
        <w:rPr>
          <w:sz w:val="20"/>
        </w:rPr>
        <w:t>14:01  lekin woh hai kya? woh symbol hai internal purification ka.</w:t>
      </w:r>
      <w:r>
        <w:br/>
      </w:r>
      <w:r>
        <w:rPr>
          <w:sz w:val="20"/>
        </w:rPr>
        <w:t>14:05  bahar se aap ne dhoya apne body ke kuch hisson ko pani se. lekin feeling kya aana chahiye aap ke andar? woh is Rasool Allah ki is dua mein milti hai. ke Khudaaya jis tarah se maine apne body ko pani se paak kiya hai isi tarah tu mere dil ko, mere dimagh ko, mere soul ko, mere andar ki jo personality hai us ko purify</w:t>
      </w:r>
      <w:r>
        <w:br/>
      </w:r>
      <w:r>
        <w:rPr>
          <w:sz w:val="20"/>
        </w:rPr>
        <w:t>14:35  kar de.</w:t>
      </w:r>
      <w:r>
        <w:br/>
      </w:r>
      <w:r>
        <w:rPr>
          <w:sz w:val="20"/>
        </w:rPr>
        <w:t>14:40  kitna bara yeh, kitni bari yeh baat hai.</w:t>
      </w:r>
      <w:r>
        <w:br/>
      </w:r>
      <w:r>
        <w:rPr>
          <w:sz w:val="20"/>
        </w:rPr>
        <w:t>14:46  ke yahin se aap din shuru kar rahe hain apna.</w:t>
      </w:r>
      <w:r>
        <w:br/>
      </w:r>
      <w:r>
        <w:rPr>
          <w:sz w:val="20"/>
        </w:rPr>
        <w:t>14:51  apne aap ko ek purified soul ke taur par.</w:t>
      </w:r>
      <w:r>
        <w:br/>
      </w:r>
      <w:r>
        <w:rPr>
          <w:sz w:val="20"/>
        </w:rPr>
        <w:t>14:56  ek purified soul ban kar aap duniya mein dakhil ho rahe hain.</w:t>
      </w:r>
      <w:r>
        <w:br/>
      </w:r>
      <w:r>
        <w:rPr>
          <w:sz w:val="20"/>
        </w:rPr>
        <w:t>15:01  phir aap namaz parhte hain.</w:t>
      </w:r>
      <w:r>
        <w:br/>
      </w:r>
      <w:r>
        <w:rPr>
          <w:sz w:val="20"/>
        </w:rPr>
        <w:t>15:06  Fajr ki namaz jo sun rise se pehle padhi jati hai. to namaz ek poori complete ibadat hai. is ke bohat se aspects hain. mein sirf do baat arz karoon ga. ke namaz ka jo, namaz ki jo beginning hai woh hoti hai kahan se? Allahu Akbar. aap Allahu Akbar keh</w:t>
      </w:r>
      <w:r>
        <w:br/>
      </w:r>
      <w:r>
        <w:rPr>
          <w:sz w:val="20"/>
        </w:rPr>
        <w:t>15:36  h kar ke haath bandhte hain.</w:t>
      </w:r>
      <w:r>
        <w:br/>
      </w:r>
      <w:r>
        <w:rPr>
          <w:sz w:val="20"/>
        </w:rPr>
        <w:t>15:41  yahan se beginning hui.</w:t>
      </w:r>
      <w:r>
        <w:br/>
      </w:r>
      <w:r>
        <w:rPr>
          <w:sz w:val="20"/>
        </w:rPr>
        <w:t>15:45  yani aap ne Khuda ki barhai ko acknowledge kiya.</w:t>
      </w:r>
      <w:r>
        <w:br/>
      </w:r>
      <w:r>
        <w:rPr>
          <w:sz w:val="20"/>
        </w:rPr>
        <w:t>15:50  Allah Akbar means God is Great.</w:t>
      </w:r>
      <w:r>
        <w:br/>
      </w:r>
      <w:r>
        <w:rPr>
          <w:sz w:val="20"/>
        </w:rPr>
        <w:t>15:54  tu kaha din ka jo aap ne shuru kiya din ko to kahan se? apne creator ko, ke</w:t>
      </w:r>
      <w:r>
        <w:br/>
      </w:r>
      <w:r>
        <w:rPr>
          <w:sz w:val="20"/>
        </w:rPr>
        <w:t>15:58  barhai ko acknowledge kar ke.</w:t>
      </w:r>
      <w:r>
        <w:br/>
      </w:r>
      <w:r>
        <w:rPr>
          <w:sz w:val="20"/>
        </w:rPr>
        <w:t>16:03  woh, woh hasti hai jis ne aap ko paida kiya.</w:t>
      </w:r>
      <w:r>
        <w:br/>
      </w:r>
      <w:r>
        <w:rPr>
          <w:sz w:val="20"/>
        </w:rPr>
        <w:t>16:07  jo aap ka creator hai, jo aap ka sustainer hai.</w:t>
      </w:r>
      <w:r>
        <w:br/>
      </w:r>
      <w:r>
        <w:rPr>
          <w:sz w:val="20"/>
        </w:rPr>
        <w:t>16:11  jo har cheez aap ko deta hai.</w:t>
      </w:r>
      <w:r>
        <w:br/>
      </w:r>
      <w:r>
        <w:rPr>
          <w:sz w:val="20"/>
        </w:rPr>
        <w:t>16:16  tu aap ne kaha ke Allah Akbar.</w:t>
      </w:r>
      <w:r>
        <w:br/>
      </w:r>
      <w:r>
        <w:rPr>
          <w:sz w:val="20"/>
        </w:rPr>
        <w:t>16:20  God is Great.</w:t>
      </w:r>
      <w:r>
        <w:br/>
      </w:r>
      <w:r>
        <w:rPr>
          <w:sz w:val="20"/>
        </w:rPr>
        <w:t>16:25  lekin is mein ek aur cheez implicit hai.</w:t>
      </w:r>
      <w:r>
        <w:br/>
      </w:r>
      <w:r>
        <w:rPr>
          <w:sz w:val="20"/>
        </w:rPr>
        <w:t>16:29  woh kya? god is great and i am not great.</w:t>
      </w:r>
      <w:r>
        <w:br/>
      </w:r>
      <w:r>
        <w:rPr>
          <w:sz w:val="20"/>
        </w:rPr>
        <w:t>16:33  khuda ko bara kehna apne aap mein us ke andar yeh</w:t>
      </w:r>
      <w:r>
        <w:br/>
      </w:r>
      <w:r>
        <w:rPr>
          <w:sz w:val="20"/>
        </w:rPr>
        <w:t>16:38  meaning shamil hai ke i am not great.</w:t>
      </w:r>
      <w:r>
        <w:br/>
      </w:r>
      <w:r>
        <w:rPr>
          <w:sz w:val="20"/>
        </w:rPr>
        <w:t>16:43  toh yeh kya hua? yeh hai modesty ka lesson. modesty.</w:t>
      </w:r>
      <w:r>
        <w:br/>
      </w:r>
      <w:r>
        <w:rPr>
          <w:sz w:val="20"/>
        </w:rPr>
        <w:t>16:48  kyun ke namaz aap ko modesty ka, ka, ka dose deti hai.</w:t>
      </w:r>
      <w:r>
        <w:br/>
      </w:r>
      <w:r>
        <w:rPr>
          <w:sz w:val="20"/>
        </w:rPr>
        <w:t>16:53  isi liye aap ruku mein jhukte hain, sajda mein zameen par sar rakhte hain.</w:t>
      </w:r>
      <w:r>
        <w:br/>
      </w:r>
      <w:r>
        <w:rPr>
          <w:sz w:val="20"/>
        </w:rPr>
        <w:t>16:59  yeh sab kya hai? modesty.</w:t>
      </w:r>
      <w:r>
        <w:br/>
      </w:r>
      <w:r>
        <w:rPr>
          <w:sz w:val="20"/>
        </w:rPr>
        <w:t>17:04  toh namaz ka ek, namaz ek spirit aap ko inculcate karti hai.</w:t>
      </w:r>
      <w:r>
        <w:br/>
      </w:r>
      <w:r>
        <w:rPr>
          <w:sz w:val="20"/>
        </w:rPr>
        <w:t>17:09  woh spirit ka do sab se bara, do sab se bare aspect hain is spirit ke.</w:t>
      </w:r>
      <w:r>
        <w:br/>
      </w:r>
      <w:r>
        <w:rPr>
          <w:sz w:val="20"/>
        </w:rPr>
        <w:t>17:15  pehla aspect kya hai? modesty.</w:t>
      </w:r>
      <w:r>
        <w:br/>
      </w:r>
      <w:r>
        <w:rPr>
          <w:sz w:val="20"/>
        </w:rPr>
        <w:t>17:21  jo Allah Akbar se aap ko milti hai.</w:t>
      </w:r>
      <w:r>
        <w:br/>
      </w:r>
      <w:r>
        <w:rPr>
          <w:sz w:val="20"/>
        </w:rPr>
        <w:t>17:27  god is great and i am not great.</w:t>
      </w:r>
      <w:r>
        <w:br/>
      </w:r>
      <w:r>
        <w:rPr>
          <w:sz w:val="20"/>
        </w:rPr>
        <w:t>17:33  toh namaz ka, namaz se jo spirit aap ke andar laayi gayi us ka ek aspect kya hua?</w:t>
      </w:r>
    </w:p>
    <w:p>
      <w:pPr>
        <w:pStyle w:val="Heading2"/>
      </w:pPr>
      <w:r>
        <w:t>The greatest sacrifice surrendering one's ego</w:t>
      </w:r>
    </w:p>
    <w:p>
      <w:r>
        <w:rPr>
          <w:color w:val="666666"/>
          <w:sz w:val="18"/>
        </w:rPr>
        <w:t>Ramadan and The Quran September 03, 2006 Maulana Wahiduddin Khan · 4m 59s · at 1:13:16 · https://youtu.be/LJU2AJuPQZc?t=4396</w:t>
      </w:r>
    </w:p>
    <w:p>
      <w:r>
        <w:rPr>
          <w:i/>
        </w:rPr>
        <w:t>“Is duniya mein yaad rakhiye sab se badi qurbani ye hai ke aadmi”</w:t>
      </w:r>
    </w:p>
    <w:p>
      <w:r>
        <w:rPr>
          <w:sz w:val="20"/>
        </w:rPr>
        <w:t>1:13:16  is duniya mein yaad rakhiye sab se bari qurbani yeh hai ke aadmi</w:t>
      </w:r>
      <w:r>
        <w:br/>
      </w:r>
      <w:r>
        <w:rPr>
          <w:sz w:val="20"/>
        </w:rPr>
        <w:t>1:13:26  azadi rakhte hue apne aap ko paband bana le. yaani ikhtiyar rakhte hue apne aap ko be ikhtiyar kar le.</w:t>
      </w:r>
      <w:r>
        <w:br/>
      </w:r>
      <w:r>
        <w:rPr>
          <w:sz w:val="20"/>
        </w:rPr>
        <w:t>1:13:36  Khuda ne insaan ko ikhtiyar diya hai. aur Khuda ne is ko azadi di hai. Khuda ne insaan ko yeh haq diya hai ke woh keh sake ke yeh bhi keh sakta hai ke main hi Khuda hoon.</w:t>
      </w:r>
      <w:r>
        <w:br/>
      </w:r>
      <w:r>
        <w:rPr>
          <w:sz w:val="20"/>
        </w:rPr>
        <w:t>1:13:50  yeh bhi kehne ka ikhtiyar is ko mila hua hai.</w:t>
      </w:r>
      <w:r>
        <w:br/>
      </w:r>
      <w:r>
        <w:rPr>
          <w:sz w:val="20"/>
        </w:rPr>
        <w:t>1:13:57  kuch logon ne aisa kaha ke main apne ko khuda qarar de diya unhon ne. Aur yun keh diya khuda zinda hai, khuda mar chuka hai, yeh bhi kehne ka ikhtiyar hai insaan ko.</w:t>
      </w:r>
      <w:r>
        <w:br/>
      </w:r>
      <w:r>
        <w:rPr>
          <w:sz w:val="20"/>
        </w:rPr>
        <w:t>1:14:08  to yeh jo azmaish ka dour hai is mein insaan ko Khuda ne</w:t>
      </w:r>
      <w:r>
        <w:br/>
      </w:r>
      <w:r>
        <w:rPr>
          <w:sz w:val="20"/>
        </w:rPr>
        <w:t>1:14:13  mukammal azaadi diya hai.</w:t>
      </w:r>
      <w:r>
        <w:br/>
      </w:r>
      <w:r>
        <w:rPr>
          <w:sz w:val="20"/>
        </w:rPr>
        <w:t>1:14:17  to azaadi hotay huay jo apnay aap ko</w:t>
      </w:r>
      <w:r>
        <w:br/>
      </w:r>
      <w:r>
        <w:rPr>
          <w:sz w:val="20"/>
        </w:rPr>
        <w:t>1:14:22  aisa bana le</w:t>
      </w:r>
      <w:r>
        <w:br/>
      </w:r>
      <w:r>
        <w:rPr>
          <w:sz w:val="20"/>
        </w:rPr>
        <w:t>1:14:26  Khuda ke muqablay mein ke Khudaya</w:t>
      </w:r>
      <w:r>
        <w:br/>
      </w:r>
      <w:r>
        <w:rPr>
          <w:sz w:val="20"/>
        </w:rPr>
        <w:t>1:14:29  tu hi bara hai, mein chhota hoon.</w:t>
      </w:r>
      <w:r>
        <w:br/>
      </w:r>
      <w:r>
        <w:rPr>
          <w:sz w:val="20"/>
        </w:rPr>
        <w:t>1:14:38  yani sachay to dil ke sath jo is ko daryaft kar le ke barhai sirf khuda ke liye hai, meri taraf koi barhai nahi hai.</w:t>
      </w:r>
      <w:r>
        <w:br/>
      </w:r>
      <w:r>
        <w:rPr>
          <w:sz w:val="20"/>
        </w:rPr>
        <w:t>1:14:49  to yeh sab se bari daryaft hai. Kyun ke hazar cheezein aisi hain jo is jo aap ko is daryaft tak pohnchanay nahi deti. Bohat se yani banawati qism ki cheezein hain jis mein aap yani jhootay junoon mein paray rehtay hain.</w:t>
      </w:r>
      <w:r>
        <w:br/>
      </w:r>
      <w:r>
        <w:rPr>
          <w:sz w:val="20"/>
        </w:rPr>
        <w:t>1:15:08  ke mere paas to yeh hai, mere paas to woh hai. Mere paas taqat e azlaat hai, mere paas paisa hai, mere paas main aik qadir e mutlaq aadmi hoon.</w:t>
      </w:r>
      <w:r>
        <w:br/>
      </w:r>
      <w:r>
        <w:rPr>
          <w:sz w:val="20"/>
        </w:rPr>
        <w:t>1:15:19  kal main dekh raha tha is aik TV par woh aadmi woh student union ka woh leader bol raha tha.</w:t>
      </w:r>
      <w:r>
        <w:br/>
      </w:r>
      <w:r>
        <w:rPr>
          <w:sz w:val="20"/>
        </w:rPr>
        <w:t>1:15:31  yani woh is university jis university mein professor ko maar dala hai, wahan ke student union ka leader aisa bol raha tha jaise ke bas yahi badshah hai zameen o aasman ka badshah hai.</w:t>
      </w:r>
      <w:r>
        <w:br/>
      </w:r>
      <w:r>
        <w:rPr>
          <w:sz w:val="20"/>
        </w:rPr>
        <w:t>1:15:44  yani jaise ke yani koi nahi hai jo is ko challenge kar sakay is ki azaadi ko.</w:t>
      </w:r>
      <w:r>
        <w:br/>
      </w:r>
      <w:r>
        <w:rPr>
          <w:sz w:val="20"/>
        </w:rPr>
        <w:t>1:15:54  to meri samajh mein aaya hai ke sab se bari qurbani yeh hai ke aadmi ikhtiyar ke hotay hue apne ko be ikhtiyar bana le. Yeh jhoot bolne ka mujhe ikhtiyar hasil hai lekin main jhoot na boloon.</w:t>
      </w:r>
      <w:r>
        <w:br/>
      </w:r>
      <w:r>
        <w:rPr>
          <w:sz w:val="20"/>
        </w:rPr>
        <w:t>1:16:08  sab se bari qurbani yeh hai apni ana ko torna, apne nafs ko khatam karna. Apne yani har aadmi pedaishi tor par apne ko aala samajhta hai.</w:t>
      </w:r>
      <w:r>
        <w:br/>
      </w:r>
      <w:r>
        <w:rPr>
          <w:sz w:val="20"/>
        </w:rPr>
        <w:t>1:16:20  kisi ko bhi kuredye, kisi larka ko, larki ko, kisi mard ko, عورت ko. Lagay ga ke andar se apne ko aala samajhta hai. Jaise ke maine aik qissa bataya tha yahan aik bar ke main apne office mein baitha hua kaam kar raha tha, neechay se awaz aai.</w:t>
      </w:r>
      <w:r>
        <w:br/>
      </w:r>
      <w:r>
        <w:rPr>
          <w:sz w:val="20"/>
        </w:rPr>
        <w:t>1:16:36  to yani colony ki aik khatoon ka woh jhagda ho raha tha aik aik aik sweeper se, jo safai ka mulazim hai, us se.</w:t>
      </w:r>
      <w:r>
        <w:br/>
      </w:r>
      <w:r>
        <w:rPr>
          <w:sz w:val="20"/>
        </w:rPr>
        <w:t>1:16:50  to woh safai ka mulazim jo عورت thi woh kehti hai begum sahib tum ko apni kothi ka nasha hai to hum ko apni jhonpari ka nasha hai.</w:t>
      </w:r>
      <w:r>
        <w:br/>
      </w:r>
      <w:r>
        <w:rPr>
          <w:sz w:val="20"/>
        </w:rPr>
        <w:t>1:17:00  yeh hai insaan ka maghroori. Kabhi aadmi jhuknay ko tayyar nahi hota. Jaise ke maine arz kiya ke woh aadmi jis ne qatal kiya professor ka, tab bhi bol raha hai woh.</w:t>
      </w:r>
      <w:r>
        <w:br/>
      </w:r>
      <w:r>
        <w:rPr>
          <w:sz w:val="20"/>
        </w:rPr>
        <w:t>1:17:12  aur us ko kehta hai ke yeh student activism hai yeh. Yani qatal kar dala us ne nahaq aik professor ko, woh kehta hai ke yeh student activism hai, aap is ko challenge nahi kar saktay.</w:t>
      </w:r>
      <w:r>
        <w:br/>
      </w:r>
      <w:r>
        <w:rPr>
          <w:sz w:val="20"/>
        </w:rPr>
        <w:t>1:17:26  to maine socha ke sab se bari qurbani yeh hai ke aadmi zaban rakhtay hue chup ho jaye.</w:t>
      </w:r>
      <w:r>
        <w:br/>
      </w:r>
      <w:r>
        <w:rPr>
          <w:sz w:val="20"/>
        </w:rPr>
        <w:t>1:17:35  zaban rakhtay hue chup ho jaye. Ikhtiyar rakhtay hue apne ko be ikhtiyar bana le. Inkar ka haq rakhtay hue, yani inkar karne ka haq rakhtay hue apne ko yani maan le woh baat ko.</w:t>
      </w:r>
      <w:r>
        <w:br/>
      </w:r>
      <w:r>
        <w:rPr>
          <w:sz w:val="20"/>
        </w:rPr>
        <w:t>1:17:50  yeh hai woh insaan, yeh hai woh rozay daar jo aadmi aisa roza rakha hai to is ke liye khuda ke haan la mehdood inaam hai.</w:t>
      </w:r>
      <w:r>
        <w:br/>
      </w:r>
      <w:r>
        <w:rPr>
          <w:sz w:val="20"/>
        </w:rPr>
        <w:t>1:18:03  be hisab inaam hai.</w:t>
      </w:r>
      <w:r>
        <w:br/>
      </w:r>
      <w:r>
        <w:rPr>
          <w:sz w:val="20"/>
        </w:rPr>
        <w:t>1:18:09  be hisab inaam hai.</w:t>
      </w:r>
    </w:p>
    <w:p>
      <w:pPr>
        <w:pStyle w:val="Heading2"/>
      </w:pPr>
      <w:r>
        <w:t>defining Hajj-e-Mabroor: internalized spirit versus rote ritual</w:t>
      </w:r>
    </w:p>
    <w:p>
      <w:r>
        <w:rPr>
          <w:color w:val="666666"/>
          <w:sz w:val="18"/>
        </w:rPr>
        <w:t>The Spirit of Hajj June 25, 2023 · 3m 10s · at 32:59 · https://youtu.be/q5IqRKE3t9E?t=1979</w:t>
      </w:r>
    </w:p>
    <w:p>
      <w:r>
        <w:rPr>
          <w:i/>
        </w:rPr>
        <w:t>“The reward for Hajj-e-Mabroor is nothing else but paradise”</w:t>
      </w:r>
    </w:p>
    <w:p>
      <w:r>
        <w:rPr>
          <w:sz w:val="20"/>
        </w:rPr>
        <w:t>32:59  profit ne jaisay kaha ke the reward for hajj e mabroor is nothing else but paradise aur aap yeh kaha jata hai ke a person haji who returns after hajj, he becomes better than before. yeh aik sign hai hajj e mabroor ka. to aap isko thora waza wazeh kar ke aap hum sab ko batayein.</w:t>
      </w:r>
      <w:r>
        <w:br/>
      </w:r>
      <w:r>
        <w:rPr>
          <w:sz w:val="20"/>
        </w:rPr>
        <w:t>33:21  matlab hajj uski spirit ke sath kiya jaye tabhi to hajj jab mabroor banega na sirf sirf kuch alfaz ko rat kar kuch amal physical amal kar ke tab woh hajje mabroor nahi banega poori spirit ke sath poori kaifiyat ke sath jab aap hajj karengay aur hajj ke doran koi galat kaam nahi karengay. koi jhagda nahi karengay. koi gunah ka kaam nahi karengay.</w:t>
      </w:r>
      <w:r>
        <w:br/>
      </w:r>
      <w:r>
        <w:rPr>
          <w:sz w:val="20"/>
        </w:rPr>
        <w:t>33:50  aur uskay aur woh kaifiyat hamaray andar paida ho jaye. kyunkay chalis din bohat hota hai ke hamaray andar woh un sab cheezon ke ekdam adat ho jaye jis ko hum kehtay hain internalize ho jaye. to hamari personality usi tarah ki develop ho jaye. to jis ko kehtay hain ke duniya se bayrazgati ho jaye. aakhirat ka shauq paida ho jaye. burai se hamaray dil mutanaffir ho jaye. bhalai ki taraf hum hamein raghbat ho.</w:t>
      </w:r>
      <w:r>
        <w:br/>
      </w:r>
      <w:r>
        <w:rPr>
          <w:sz w:val="20"/>
        </w:rPr>
        <w:t>34:19  to yeh hai kyunkay matlab hum apnay aap ko deconditioned kar lein. deconditioning ka jab amal ho jayega aur poore tarah se jab bhi hoga jab hum spirit wala hajjada karengay. to is par maulana ki kitab jo hai haqeeqat e hajj. yeh spirit wala hajj ke liye yeh bohat achi kitab hai.</w:t>
      </w:r>
      <w:r>
        <w:br/>
      </w:r>
      <w:r>
        <w:rPr>
          <w:sz w:val="20"/>
        </w:rPr>
        <w:t>34:42  to yeh jo hai isko parhna chahiye aur log to bas yeh kartay hain ke bas woh duao ki kitab le letay hain aur bas usi ko parhtay rehtay hain. besoche samjhe. jab man is a thinking animal jab aadmi sochega nahi to uska asar kya lega woh? to besoche samjhe woh parhtay rehtay hain. to aisa hajj hajj mabroor nahi ho sakta.</w:t>
      </w:r>
      <w:r>
        <w:br/>
      </w:r>
      <w:r>
        <w:rPr>
          <w:sz w:val="20"/>
        </w:rPr>
        <w:t>35:06  hajj mabroor wohi hai jo spirit wala hajj ho aur jiskay andar woh tamam fawayed jo hajj se hona chahiye woh usko milay hue hon.</w:t>
      </w:r>
      <w:r>
        <w:br/>
      </w:r>
      <w:r>
        <w:rPr>
          <w:sz w:val="20"/>
        </w:rPr>
        <w:t>35:16  main aik call parhungi hazrat hasan basri ka jo senior senior tabai hain to unka aik call hai ke hajj mabroor woh hai jisay aadmi is tarah lotay ke woh duniya se beraghabat ho aur aakhirat ka shauq uskay andar paida ho jaye. to yeh wala hajj hai woh hajj mabroor hai.</w:t>
      </w:r>
      <w:r>
        <w:br/>
      </w:r>
      <w:r>
        <w:rPr>
          <w:sz w:val="20"/>
        </w:rPr>
        <w:t>35:40  to logon ko chahiye ke poori koshish karein ke unko hajj mabroor hasil ho. ji jazaa kar lo aap. aap aap nay abhi maulana wahiduddin khan sahib ki kitab kabhi zikr kiya. to main chahunga koi unka experience aap batayein hajj ka experience hum hum sab ko? maana ki kai articles to bohat hain. do kitabein yeh hain. aik hajj ka paigham aur haqeeqat e hajj.</w:t>
      </w:r>
      <w:r>
        <w:br/>
      </w:r>
      <w:r>
        <w:rPr>
          <w:sz w:val="20"/>
        </w:rPr>
        <w:t>36:09  to main Maulana ne 1982 mein Hajj kiya tha. To unhone ek Arab ke saath Hajj kiya tha. To poora time woh ibadat mein guzarte the. To bahut lamba unka safar nama hai. To main usmein se thoda sa padhungi jo unhone likha hai. To woh likhte hain Haqeeqat e Hajj mein ke Kaaba zameen par Khuda ki nishaniyon mein se ek nishani hai.</w:t>
      </w:r>
    </w:p>
    <w:p>
      <w:pPr>
        <w:pStyle w:val="Heading2"/>
      </w:pPr>
      <w:r>
        <w:t>Hajar's sacrifice and birth of monotheistic nation</w:t>
      </w:r>
    </w:p>
    <w:p>
      <w:r>
        <w:rPr>
          <w:color w:val="666666"/>
          <w:sz w:val="18"/>
        </w:rPr>
        <w:t>The Universal Message of Hajj May 25, 2025 · 4m 36s · at 14:00 · https://youtu.be/dr_sfN8NMzQ?t=840</w:t>
      </w:r>
    </w:p>
    <w:p>
      <w:r>
        <w:rPr>
          <w:i/>
        </w:rPr>
        <w:t>“Hazrat Hajar jo hain, one of the greatest women”</w:t>
      </w:r>
    </w:p>
    <w:p>
      <w:r>
        <w:rPr>
          <w:sz w:val="20"/>
        </w:rPr>
        <w:t>14:00  Hazrat Hajra jo hain, one of the greatest women hain. ji, ismein Hazrat Maryam ka naam aata hai, Hazrat Asiya ka aata hai aur Hazrat Khadija ka aata hai.</w:t>
      </w:r>
      <w:r>
        <w:br/>
      </w:r>
      <w:r>
        <w:rPr>
          <w:sz w:val="20"/>
        </w:rPr>
        <w:t>14:13  to Hazrat Hajra ka role ke hisab se mere khayal mein bohat bohat azeem khatoon hain woh. kyunke Hazrat Hajra ki qurbani agar na hoti to aaj tauheed ki history hi wajood mein na aati.</w:t>
      </w:r>
      <w:r>
        <w:br/>
      </w:r>
      <w:r>
        <w:rPr>
          <w:sz w:val="20"/>
        </w:rPr>
        <w:t>14:30  unhonne jo qurbani di ke is haalat mein jab ke kuch bhi nahin tha sahara mein, sirf Khuda ke bharose woh wohan reh gayin ke jab Allah ka hukam hai to Allah hamein zaya nahin karega.</w:t>
      </w:r>
      <w:r>
        <w:br/>
      </w:r>
      <w:r>
        <w:rPr>
          <w:sz w:val="20"/>
        </w:rPr>
        <w:t>14:45  to is tareeqe se ek nayi nasal wajood mein aayi Hazrat Hajra ki qurbani se.</w:t>
      </w:r>
      <w:r>
        <w:br/>
      </w:r>
      <w:r>
        <w:rPr>
          <w:sz w:val="20"/>
        </w:rPr>
        <w:t>14:52  to yeh nayi nasal sirf tauheed based inqilab nahin tha balkeh iske saath saath bohat saare relative iske aspect hote hain.</w:t>
      </w:r>
      <w:r>
        <w:br/>
      </w:r>
      <w:r>
        <w:rPr>
          <w:sz w:val="20"/>
        </w:rPr>
        <w:t>15:03  aman ka daur aaya, masawaat ka daur aaya, ek walteeka aur auraton ki aazadi ka daur aaya.</w:t>
      </w:r>
      <w:r>
        <w:br/>
      </w:r>
      <w:r>
        <w:rPr>
          <w:sz w:val="20"/>
        </w:rPr>
        <w:t>15:13  sabse badi cheez woh yeh hai ke daleel ki, ke ke zor par haq ko pehchanna.</w:t>
      </w:r>
      <w:r>
        <w:br/>
      </w:r>
      <w:r>
        <w:rPr>
          <w:sz w:val="20"/>
        </w:rPr>
        <w:t>15:20  to yeh saari cheezein is se pehle jo hum dekhte hain, Hazrat Ibrahim ke se pehle religious persecution tha. Koi bhi koi naya kaam nahin kar sakta tha, usko maar dalte the, kuch bhi karne nahin dete the.</w:t>
      </w:r>
      <w:r>
        <w:br/>
      </w:r>
      <w:r>
        <w:rPr>
          <w:sz w:val="20"/>
        </w:rPr>
        <w:t>15:34  bas jo chal raha hai baap dada ke zamane se, bas wohi chalta tha. Kuch karne nahin dete the, kehte the hum hamare baap dada ne to aisa kiya hai.</w:t>
      </w:r>
      <w:r>
        <w:br/>
      </w:r>
      <w:r>
        <w:rPr>
          <w:sz w:val="20"/>
        </w:rPr>
        <w:t>15:43  to isi liye woh sachai ko samajh nahin paate the.</w:t>
      </w:r>
      <w:r>
        <w:br/>
      </w:r>
      <w:r>
        <w:rPr>
          <w:sz w:val="20"/>
        </w:rPr>
        <w:t>15:48  to Hazrat Hajra wahan rahin aur itni badi Allah ki madad aayi ke is sahara mein Allah Taala ne pani ka darya baha diya. To is tareeqe se wahan par Khuda ka pehla ghar bana, jis ko hum keh sakte hain ke Khuda ki mission ka ek center bana.</w:t>
      </w:r>
      <w:r>
        <w:br/>
      </w:r>
      <w:r>
        <w:rPr>
          <w:sz w:val="20"/>
        </w:rPr>
        <w:t>16:08  to yeh bohat zabardast Hazrat Hajra ka kaam tha. Aur is mein hamare liye har har mauqe par ek lesson hai ke Khuda ki madad, jis ko kehte hain, chappar phaar kar aati hai ke kis tareeqe se madad aati hai. Jab aadmi ek dum at the end aur jab helpless hota hai,</w:t>
      </w:r>
      <w:r>
        <w:br/>
      </w:r>
      <w:r>
        <w:rPr>
          <w:sz w:val="20"/>
        </w:rPr>
        <w:t>16:28  jab bachcha ek dum rone laga, pani ke liye bilakne laga, tab us waqt Allah Taala ne farishte ko bhej diya. To</w:t>
      </w:r>
      <w:r>
        <w:br/>
      </w:r>
      <w:r>
        <w:rPr>
          <w:sz w:val="20"/>
        </w:rPr>
        <w:t>16:37  isi tareeqe se hum ko har mauqe par learning apni karni hai ke hum Khuda ki raah mein apne aap ko qurban karein, apni time, apna paisa sab lagayein, aur jab zaroorat hogi to Allah Taala isi tarah hamari bhi madad karega.</w:t>
      </w:r>
      <w:r>
        <w:br/>
      </w:r>
      <w:r>
        <w:rPr>
          <w:sz w:val="20"/>
        </w:rPr>
        <w:t>16:55  to farishte ne jaise Hazrat Hajra se kaha ke tum zaya hone ka andesha na karo, yeh Allah ka ghar hai,</w:t>
      </w:r>
      <w:r>
        <w:br/>
      </w:r>
      <w:r>
        <w:rPr>
          <w:sz w:val="20"/>
        </w:rPr>
        <w:t>17:03  yeh bachcha aur iske baap dono is ghar ko banayenge. To is tareeqe se Hazrat Ibrahim ne jo jo duayein ki, woh sab qabool huin.</w:t>
      </w:r>
      <w:r>
        <w:br/>
      </w:r>
      <w:r>
        <w:rPr>
          <w:sz w:val="20"/>
        </w:rPr>
        <w:t>17:14  Hazrat Ibrahim ne duaa ki thi ke is qaum se, is ummat se, is nasal se ek farmanbardar ummat uthe.</w:t>
      </w:r>
      <w:r>
        <w:br/>
      </w:r>
      <w:r>
        <w:rPr>
          <w:sz w:val="20"/>
        </w:rPr>
        <w:t>17:23  to woh hua, aise log to duniya ne kabhi dekhe nahin the.</w:t>
      </w:r>
      <w:r>
        <w:br/>
      </w:r>
      <w:r>
        <w:rPr>
          <w:sz w:val="20"/>
        </w:rPr>
        <w:t>17:28  isi liye usko Philip K. Hitti ne Nursery of Heroes kaha hai. To Hajra ki qurbani ne tauheed ki dawat ko fikri marhale se inqilab ke marhale tak pahunchaya.</w:t>
      </w:r>
      <w:r>
        <w:br/>
      </w:r>
      <w:r>
        <w:rPr>
          <w:sz w:val="20"/>
        </w:rPr>
        <w:t>17:42  matlab jab bhi paighambar aate to sirf ideology ke level par kaam hota. Ji, matlab log nahin milte the ke isko practical revolution ke level par baat aage badhe.</w:t>
      </w:r>
      <w:r>
        <w:br/>
      </w:r>
      <w:r>
        <w:rPr>
          <w:sz w:val="20"/>
        </w:rPr>
        <w:t>17:57  to kyunke ek bohat aala darje ki ek team darkar thi, aur team kisi paighambar ke paas thi nahin. Bade bade paighambar the, koi paighambar kisi se kam nahin tha, lekin ek team chahiye.</w:t>
      </w:r>
      <w:r>
        <w:br/>
      </w:r>
      <w:r>
        <w:rPr>
          <w:sz w:val="20"/>
        </w:rPr>
        <w:t>18:11  to sahara mein mahol mein jo team tayyar hui, woh wohi Ismaeelites kehte hain, Bani Ismaeel kehte hain inhi ko.</w:t>
      </w:r>
      <w:r>
        <w:br/>
      </w:r>
      <w:r>
        <w:rPr>
          <w:sz w:val="20"/>
        </w:rPr>
        <w:t>18:20  to is tareeqe se hum dekhte hain ke Hazrat Hajra ka role mere khayal mein auraton mein sabse bada role hai.</w:t>
      </w:r>
      <w:r>
        <w:br/>
      </w:r>
      <w:r>
        <w:rPr>
          <w:sz w:val="20"/>
        </w:rPr>
        <w:t>18:27  ji, isi liye yeh na yeh saying woh hai, inke upar poori tarah apply karti hai. The greatest women at the beginning of all great things.</w:t>
      </w:r>
    </w:p>
    <w:p>
      <w:pPr>
        <w:pStyle w:val="Heading2"/>
      </w:pPr>
      <w:r>
        <w:t>Realization and worship in Islam</w:t>
      </w:r>
    </w:p>
    <w:p>
      <w:r>
        <w:rPr>
          <w:color w:val="666666"/>
          <w:sz w:val="18"/>
        </w:rPr>
        <w:t>Hadith Literature - Part-2 (English) March 08, 2007 Maulana Wahiduddin Khan · 4m 52s · at 9:45 · https://youtu.be/xFrbel0h2YQ?t=585</w:t>
      </w:r>
    </w:p>
    <w:p>
      <w:r>
        <w:rPr>
          <w:i/>
        </w:rPr>
        <w:t>“Prophet of Islam has said, Man 'arafa an la ilaha illa Allah dakhala al-jannah”</w:t>
      </w:r>
    </w:p>
    <w:p>
      <w:r>
        <w:rPr>
          <w:sz w:val="20"/>
        </w:rPr>
        <w:t>9:45  Prophet of Islam has said, "Man Arafa Allahu illa Allah Dakhla al-Jannah." One who realizes that there is</w:t>
      </w:r>
      <w:r>
        <w:br/>
      </w:r>
      <w:r>
        <w:rPr>
          <w:sz w:val="20"/>
        </w:rPr>
        <w:t>9:54  no God but one God, he will find entry into Paradise.</w:t>
      </w:r>
      <w:r>
        <w:br/>
      </w:r>
      <w:r>
        <w:rPr>
          <w:sz w:val="20"/>
        </w:rPr>
        <w:t>10:04  It is very, very important because this Hadith tells us—this Hadith tells us that what is the starting</w:t>
      </w:r>
      <w:r>
        <w:br/>
      </w:r>
      <w:r>
        <w:rPr>
          <w:sz w:val="20"/>
        </w:rPr>
        <w:t>10:14  point of Islam?</w:t>
      </w:r>
      <w:r>
        <w:br/>
      </w:r>
      <w:r>
        <w:rPr>
          <w:sz w:val="20"/>
        </w:rPr>
        <w:t>10:24  What is the starting point of this faith?</w:t>
      </w:r>
      <w:r>
        <w:br/>
      </w:r>
      <w:r>
        <w:rPr>
          <w:sz w:val="20"/>
        </w:rPr>
        <w:t>10:29  It is realization.</w:t>
      </w:r>
      <w:r>
        <w:br/>
      </w:r>
      <w:r>
        <w:rPr>
          <w:sz w:val="20"/>
        </w:rPr>
        <w:t>10:34  It is discovery.</w:t>
      </w:r>
      <w:r>
        <w:br/>
      </w:r>
      <w:r>
        <w:rPr>
          <w:sz w:val="20"/>
        </w:rPr>
        <w:t>10:40  So in Arabic, it is al-Ma'rifah.</w:t>
      </w:r>
      <w:r>
        <w:br/>
      </w:r>
      <w:r>
        <w:rPr>
          <w:sz w:val="20"/>
        </w:rPr>
        <w:t>10:45  Ma'rifah means realization.</w:t>
      </w:r>
      <w:r>
        <w:br/>
      </w:r>
      <w:r>
        <w:rPr>
          <w:sz w:val="20"/>
        </w:rPr>
        <w:t>10:51  So the starting point of Islam is realization and not simply recitation of Kalima.</w:t>
      </w:r>
      <w:r>
        <w:br/>
      </w:r>
      <w:r>
        <w:rPr>
          <w:sz w:val="20"/>
        </w:rPr>
        <w:t>10:56  Are born in a Muslim family, there is no starting point of Islam.</w:t>
      </w:r>
      <w:r>
        <w:br/>
      </w:r>
      <w:r>
        <w:rPr>
          <w:sz w:val="20"/>
        </w:rPr>
        <w:t>11:02  Your Islam begins when you realize or discover the truth of Islam, the truth of God's existence.</w:t>
      </w:r>
      <w:r>
        <w:br/>
      </w:r>
      <w:r>
        <w:rPr>
          <w:sz w:val="20"/>
        </w:rPr>
        <w:t>11:22  So when you discover God, when you discover the truth of God, then your Islam begins.</w:t>
      </w:r>
      <w:r>
        <w:br/>
      </w:r>
      <w:r>
        <w:rPr>
          <w:sz w:val="20"/>
        </w:rPr>
        <w:t>11:31  Man Arafa Allahu illa Allah Dakhla al-Jannah.</w:t>
      </w:r>
      <w:r>
        <w:br/>
      </w:r>
      <w:r>
        <w:rPr>
          <w:sz w:val="20"/>
        </w:rPr>
        <w:t>11:41  One who realizes that there is no God but one God, he will find entry into Paradise.</w:t>
      </w:r>
      <w:r>
        <w:br/>
      </w:r>
      <w:r>
        <w:rPr>
          <w:sz w:val="20"/>
        </w:rPr>
        <w:t>11:50  So this is very important.</w:t>
      </w:r>
      <w:r>
        <w:br/>
      </w:r>
      <w:r>
        <w:rPr>
          <w:sz w:val="20"/>
        </w:rPr>
        <w:t>12:00  From this Hadith, we know that the starting point—the starting point of Islam—is not recitation of Kalima or</w:t>
      </w:r>
      <w:r>
        <w:br/>
      </w:r>
      <w:r>
        <w:rPr>
          <w:sz w:val="20"/>
        </w:rPr>
        <w:t>12:09  simply birth in some Muslim family.</w:t>
      </w:r>
      <w:r>
        <w:br/>
      </w:r>
      <w:r>
        <w:rPr>
          <w:sz w:val="20"/>
        </w:rPr>
        <w:t>12:19  But the starting point is realization, discovery.</w:t>
      </w:r>
      <w:r>
        <w:br/>
      </w:r>
      <w:r>
        <w:rPr>
          <w:sz w:val="20"/>
        </w:rPr>
        <w:t>12:28  From realization or discovery, you enter Islam, Islamic faith.</w:t>
      </w:r>
      <w:r>
        <w:br/>
      </w:r>
      <w:r>
        <w:rPr>
          <w:sz w:val="20"/>
        </w:rPr>
        <w:t>12:38  You find entry into Islamic faith. And then you follow the whole system of Islam. Then there is Hadith about worship. What is worship in Islam?</w:t>
      </w:r>
      <w:r>
        <w:br/>
      </w:r>
      <w:r>
        <w:rPr>
          <w:sz w:val="20"/>
        </w:rPr>
        <w:t>12:58  This Hadith tells us that, "Ta'budillah kanna katra." "Ta'budillah kanna katra." Perform worship as if you are seeing God.</w:t>
      </w:r>
      <w:r>
        <w:br/>
      </w:r>
      <w:r>
        <w:rPr>
          <w:sz w:val="20"/>
        </w:rPr>
        <w:t>13:23  This is the criterion of ibadah.</w:t>
      </w:r>
      <w:r>
        <w:br/>
      </w:r>
      <w:r>
        <w:rPr>
          <w:sz w:val="20"/>
        </w:rPr>
        <w:t>13:33  If your ibadah gives you this kind of spirituality, then you are doing ibadah.</w:t>
      </w:r>
      <w:r>
        <w:br/>
      </w:r>
      <w:r>
        <w:rPr>
          <w:sz w:val="20"/>
        </w:rPr>
        <w:t>13:43  Ibadah means living in the presence of God.</w:t>
      </w:r>
      <w:r>
        <w:br/>
      </w:r>
      <w:r>
        <w:rPr>
          <w:sz w:val="20"/>
        </w:rPr>
        <w:t>13:54  Living in the presence of God. So if your ibadah, your worship, is giving you this kind of spiritual experience, then you are doing ibadah. Otherwise, not.</w:t>
      </w:r>
      <w:r>
        <w:br/>
      </w:r>
      <w:r>
        <w:rPr>
          <w:sz w:val="20"/>
        </w:rPr>
        <w:t>14:14  So Prophet of Islam says, "Ta'budillah kanna katra." Perform ibadah, perform worship as if you are seeing God. So this Hadith tells us what is ibadah in Islam.</w:t>
      </w:r>
      <w:r>
        <w:br/>
      </w:r>
      <w:r>
        <w:rPr>
          <w:sz w:val="20"/>
        </w:rPr>
        <w:t>14:37  Then there is a Hadith, "Antahibba laa akhikam maa tuhibba laa nafsik." It means that adopt—it means that</w:t>
      </w:r>
    </w:p>
    <w:p>
      <w:pPr>
        <w:pStyle w:val="Heading2"/>
      </w:pPr>
      <w:r>
        <w:t>Full argument: dua's acceptance depends on God's plan and patience</w:t>
      </w:r>
    </w:p>
    <w:p>
      <w:r>
        <w:rPr>
          <w:color w:val="666666"/>
          <w:sz w:val="18"/>
        </w:rPr>
        <w:t>The Importance of Dua | April 4, 2016 | Maulana Wahiduddin Khan · 5m 02s · at 8:27 · https://youtu.be/B9d4B3Nqiww?t=507</w:t>
      </w:r>
    </w:p>
    <w:p>
      <w:r>
        <w:rPr>
          <w:i/>
        </w:rPr>
        <w:t>“Dua wohi qubool hogi jo creation plan ke mutabiq ho”</w:t>
      </w:r>
    </w:p>
    <w:p>
      <w:r>
        <w:rPr>
          <w:sz w:val="20"/>
        </w:rPr>
        <w:t>8:27  dekhiye, yeh bohat important question hai. achi tarah samajh lijiye ke dua wahi qabool hogi jo creational plan of God ke mutabiq ho. iske khilaf ho to quwa'an dua qabool nahi hogi. chahe property ko nuqsaan pahunchaye, jaise ke ek waqea hua Madinah mein jisko kehte hain Bir Ma'unah. wahan jo mukhalifeen the Islam ke</w:t>
      </w:r>
      <w:r>
        <w:br/>
      </w:r>
      <w:r>
        <w:rPr>
          <w:sz w:val="20"/>
        </w:rPr>
        <w:t>8:57  unho ne bohat se sahaba ko qatal kar diya.</w:t>
      </w:r>
      <w:r>
        <w:br/>
      </w:r>
      <w:r>
        <w:rPr>
          <w:sz w:val="20"/>
        </w:rPr>
        <w:t>9:03  to rasool Allah ki zuban se nikla lanat kalma, lanat apne lanat ke logon par.</w:t>
      </w:r>
      <w:r>
        <w:br/>
      </w:r>
      <w:r>
        <w:rPr>
          <w:sz w:val="20"/>
        </w:rPr>
        <w:t>9:09  to qabool nahi hui woh, balke wahi aa gayi farishte ke zariye se ke tum yeh kaam chhod</w:t>
      </w:r>
      <w:r>
        <w:br/>
      </w:r>
      <w:r>
        <w:rPr>
          <w:sz w:val="20"/>
        </w:rPr>
        <w:t>9:15  do, bad dua mat karo.</w:t>
      </w:r>
      <w:r>
        <w:br/>
      </w:r>
      <w:r>
        <w:rPr>
          <w:sz w:val="20"/>
        </w:rPr>
        <w:t>9:21  to is ke baad aap ne koi bad dua nahi ki. kyun?</w:t>
      </w:r>
      <w:r>
        <w:br/>
      </w:r>
      <w:r>
        <w:rPr>
          <w:sz w:val="20"/>
        </w:rPr>
        <w:t>9:27  dekhiye, insan ke mamle ka faisla kisi ki bad dua se nahi ho sakta ke aap bad dua</w:t>
      </w:r>
      <w:r>
        <w:br/>
      </w:r>
      <w:r>
        <w:rPr>
          <w:sz w:val="20"/>
        </w:rPr>
        <w:t>9:32  karte ho aur woh is ka bura ho ho jaye.</w:t>
      </w:r>
      <w:r>
        <w:br/>
      </w:r>
      <w:r>
        <w:rPr>
          <w:sz w:val="20"/>
        </w:rPr>
        <w:t>9:36  laisa lil insani illa ma sa'a.</w:t>
      </w:r>
      <w:r>
        <w:br/>
      </w:r>
      <w:r>
        <w:rPr>
          <w:sz w:val="20"/>
        </w:rPr>
        <w:t>9:40  insan ke sath jo kuch hota hai woh is ke apne hi amal ka nateeja hota hai.</w:t>
      </w:r>
      <w:r>
        <w:br/>
      </w:r>
      <w:r>
        <w:rPr>
          <w:sz w:val="20"/>
        </w:rPr>
        <w:t>9:45  kisi ki dua se hota hai na bad dua se.</w:t>
      </w:r>
      <w:r>
        <w:br/>
      </w:r>
      <w:r>
        <w:rPr>
          <w:sz w:val="20"/>
        </w:rPr>
        <w:t>9:49  kisi ki dua se na to kuch jannat mile gi na kisi ki bad dua se koi hell</w:t>
      </w:r>
      <w:r>
        <w:br/>
      </w:r>
      <w:r>
        <w:rPr>
          <w:sz w:val="20"/>
        </w:rPr>
        <w:t>9:53  chala jayega.</w:t>
      </w:r>
      <w:r>
        <w:br/>
      </w:r>
      <w:r>
        <w:rPr>
          <w:sz w:val="20"/>
        </w:rPr>
        <w:t>9:58  chahe property ko na ho. to dua ke liye samajhna chahiye ke hamari khwahish ek hai, hum is khwahish ke liye dua kar rahe hain. That is not enough. Aap ko janna padega ke aap ki jo khwahish hai, jo aap dua kar rahe hain, woh according to the creation plan hai ya ya ya is se alag hai. Is se alag hai to kabhi nahi qabool hogi. To log bas jaante hain ke mujhe mujhe falan meri zaroorat hai, falan meri khwahish hai, l</w:t>
      </w:r>
      <w:r>
        <w:br/>
      </w:r>
      <w:r>
        <w:rPr>
          <w:sz w:val="20"/>
        </w:rPr>
        <w:t>10:28  agta hai dua karne. ab jab dua poori nahi hoti to kehte hain ke dekho meri dua Allah ne qabool nahi ki. masla yeh nahi ke Allah ne qabool nahi ki, masla yeh hai ke kyunke woh Rabbul Alameen ke plan ke khilaf thi, to plan ke khilaf ho to Paighambar ki dua dua bhi qabool nahi hoti. to jab aap dua karein to is se pehle yeh samjhein, jaanen ke aap jo dua karne ja rahe hain</w:t>
      </w:r>
      <w:r>
        <w:br/>
      </w:r>
      <w:r>
        <w:rPr>
          <w:sz w:val="20"/>
        </w:rPr>
        <w:t>10:58  woh Allah rab ul alameen ki jo scheme of things hai, us ke khilaf to nahi hai.</w:t>
      </w:r>
      <w:r>
        <w:br/>
      </w:r>
      <w:r>
        <w:rPr>
          <w:sz w:val="20"/>
        </w:rPr>
        <w:t>11:03  us ke khilaf hai to kabhi nahi qabool hogi.</w:t>
      </w:r>
      <w:r>
        <w:br/>
      </w:r>
      <w:r>
        <w:rPr>
          <w:sz w:val="20"/>
        </w:rPr>
        <w:t>11:08  woh yeh hai raaz dua ki qabooliyat ka.</w:t>
      </w:r>
      <w:r>
        <w:br/>
      </w:r>
      <w:r>
        <w:rPr>
          <w:sz w:val="20"/>
        </w:rPr>
        <w:t>11:13  So prayer is accepted only if it is in accordance with God's creation plan and God's scheme of things.</w:t>
      </w:r>
      <w:r>
        <w:br/>
      </w:r>
      <w:r>
        <w:rPr>
          <w:sz w:val="20"/>
        </w:rPr>
        <w:t>11:18  If it goes against the creation plan of God, then it will not be accepted.</w:t>
      </w:r>
      <w:r>
        <w:br/>
      </w:r>
      <w:r>
        <w:rPr>
          <w:sz w:val="20"/>
        </w:rPr>
        <w:t>11:23  But Maulana, you often tell us that after doing dua, we should keep</w:t>
      </w:r>
      <w:r>
        <w:br/>
      </w:r>
      <w:r>
        <w:rPr>
          <w:sz w:val="20"/>
        </w:rPr>
        <w:t>11:28  chance and give time to God to create favorable situations to accept our prayer.</w:t>
      </w:r>
      <w:r>
        <w:br/>
      </w:r>
      <w:r>
        <w:rPr>
          <w:sz w:val="20"/>
        </w:rPr>
        <w:t>11:35  so what is the importance of patience after doing dua? haan, dekhiye, insan ke bare mein quran mein</w:t>
      </w:r>
      <w:r>
        <w:br/>
      </w:r>
      <w:r>
        <w:rPr>
          <w:sz w:val="20"/>
        </w:rPr>
        <w:t>11:43  aaya hai ke khuliqa al insanu min ajil, ajil yani insan ka jald bazi hai.</w:t>
      </w:r>
      <w:r>
        <w:br/>
      </w:r>
      <w:r>
        <w:rPr>
          <w:sz w:val="20"/>
        </w:rPr>
        <w:t>11:51  insan ki nature mein jald bazi hai, lekin Allah jald baz nahi hai.</w:t>
      </w:r>
      <w:r>
        <w:br/>
      </w:r>
      <w:r>
        <w:rPr>
          <w:sz w:val="20"/>
        </w:rPr>
        <w:t>11:58  yeh bhi hadees mein aata hai ke insaan jald baaz hai jabke Khuda jald baaz nahi hai. to agar aap dua karein aur chahein jaldi se poori ho jaaye to jis se aap maang rahe hain, woh to jald baaz hai hi nahi. to kaise qabool hogi? yeh kabhi nahi samajhna chahiye ke sirf dua kar dena kaafi hai aur qabool ho jayegi. isi condition ko poora karna padega. yahan tak ke prophet ke liye bhi zaroori hai. yeh chahe dekhi</w:t>
      </w:r>
      <w:r>
        <w:br/>
      </w:r>
      <w:r>
        <w:rPr>
          <w:sz w:val="20"/>
        </w:rPr>
        <w:t>12:28  e, ab sari dunya ke musalman qunut nazar padhte hain fajar ke namaz ke baad, yani lanat karte</w:t>
      </w:r>
      <w:r>
        <w:br/>
      </w:r>
      <w:r>
        <w:rPr>
          <w:sz w:val="20"/>
        </w:rPr>
        <w:t>12:34  hain un logon ko jin ko woh kafir samajhte hain, dushman samajhte hain.</w:t>
      </w:r>
      <w:r>
        <w:br/>
      </w:r>
      <w:r>
        <w:rPr>
          <w:sz w:val="20"/>
        </w:rPr>
        <w:t>12:40  aaj tak yeh dua qabool nahi hui.</w:t>
      </w:r>
      <w:r>
        <w:br/>
      </w:r>
      <w:r>
        <w:rPr>
          <w:sz w:val="20"/>
        </w:rPr>
        <w:t>12:46  jabke hadith mein aata hai ke rasool Allah ne chhod diya is ko ek bar karne ke baad.</w:t>
      </w:r>
      <w:r>
        <w:br/>
      </w:r>
      <w:r>
        <w:rPr>
          <w:sz w:val="20"/>
        </w:rPr>
        <w:t>12:52  log abhi tak kiye chale hain kyunke kisi ki lanat se kisi bigadna nahi, kisi</w:t>
      </w:r>
      <w:r>
        <w:br/>
      </w:r>
      <w:r>
        <w:rPr>
          <w:sz w:val="20"/>
        </w:rPr>
        <w:t>12:58  ki dua se kisi ko banega nahi, kisi ki lanat se kisi ko bigde nahi.</w:t>
      </w:r>
      <w:r>
        <w:br/>
      </w:r>
      <w:r>
        <w:rPr>
          <w:sz w:val="20"/>
        </w:rPr>
        <w:t>13:04  yeh allah ka apna faisla hai.</w:t>
      </w:r>
      <w:r>
        <w:br/>
      </w:r>
      <w:r>
        <w:rPr>
          <w:sz w:val="20"/>
        </w:rPr>
        <w:t>13:09  allah ka apna faisla hai.</w:t>
      </w:r>
      <w:r>
        <w:br/>
      </w:r>
      <w:r>
        <w:rPr>
          <w:sz w:val="20"/>
        </w:rPr>
        <w:t>13:14  to aap jab bhi dua karein to pari dua ki sharton ko zaroor poora karein, warna aap kya</w:t>
      </w:r>
      <w:r>
        <w:br/>
      </w:r>
      <w:r>
        <w:rPr>
          <w:sz w:val="20"/>
        </w:rPr>
        <w:t>13:19  ہے؟ آپ کا اور فرسٹریشن آئے گا، الٹا ہو جائے گا آپ کا، یعنی کہ counterproductive بن</w:t>
      </w:r>
      <w:r>
        <w:br/>
      </w:r>
      <w:r>
        <w:rPr>
          <w:sz w:val="20"/>
        </w:rPr>
        <w:t>13:24  jaati hai aap ki dua.</w:t>
      </w:r>
    </w:p>
    <w:p>
      <w:pPr>
        <w:pStyle w:val="Heading2"/>
      </w:pPr>
      <w:r>
        <w:t>Hajj's true message: Farewell Sermon calls for global dawah</w:t>
      </w:r>
    </w:p>
    <w:p>
      <w:r>
        <w:rPr>
          <w:color w:val="666666"/>
          <w:sz w:val="18"/>
        </w:rPr>
        <w:t>The Message of Eid Al- Adha November 6, 2011 - Maulana Wahiduddin Khan · 5m 01s · at 41:45 · https://youtu.be/jRx-8VFlR9Q?t=2505</w:t>
      </w:r>
    </w:p>
    <w:p>
      <w:r>
        <w:rPr>
          <w:i/>
        </w:rPr>
        <w:t>“Hajj ki jo ibadat hai, uski rooh dawah hai”</w:t>
      </w:r>
    </w:p>
    <w:p>
      <w:r>
        <w:rPr>
          <w:sz w:val="20"/>
        </w:rPr>
        <w:t>41:45  dawati planning. sach poochhen to haj ka, jo haj ki jo ibadat hai, us ki rooh dawat hai.</w:t>
      </w:r>
      <w:r>
        <w:br/>
      </w:r>
      <w:r>
        <w:rPr>
          <w:sz w:val="20"/>
        </w:rPr>
        <w:t>41:55  yeh is ayat se aap samajh sakte hain, us ko ek ayat hai Quran majeed ki ke agar sare hi musalman ikattha nahi ho sakte to un mein se kuch log niklen.</w:t>
      </w:r>
      <w:r>
        <w:br/>
      </w:r>
      <w:r>
        <w:rPr>
          <w:sz w:val="20"/>
        </w:rPr>
        <w:t>42:16  to jagah jagah se muntakhib log niklen aur ek center pe ikattha hon. to haj mein kya hota hai? sari duniya se muntakhib afraad niklen nikalkar ke Makkah mein jama hote hain.</w:t>
      </w:r>
      <w:r>
        <w:br/>
      </w:r>
      <w:r>
        <w:rPr>
          <w:sz w:val="20"/>
        </w:rPr>
        <w:t>42:30  to Rasool Allah sal Allah alaihi wasallam ke zamane mein jo haj hua tha,</w:t>
      </w:r>
      <w:r>
        <w:br/>
      </w:r>
      <w:r>
        <w:rPr>
          <w:sz w:val="20"/>
        </w:rPr>
        <w:t>42:33  jisko hum Hajjat al-Wida kehte hain, wahan par jo aap ne khutba diya tha, woh khutba padhen aap to aap ko poori spirit haj ki samajh mein ayegi.</w:t>
      </w:r>
      <w:r>
        <w:br/>
      </w:r>
      <w:r>
        <w:rPr>
          <w:sz w:val="20"/>
        </w:rPr>
        <w:t>42:44  woh spirit hai dawat, dawat, dawat ki spirit. chunancha khutba Hajjat al-Wida mein aap ne jo baaten farmayi thi, to aap ne farmaya tha ke</w:t>
      </w:r>
      <w:r>
        <w:br/>
      </w:r>
      <w:r>
        <w:rPr>
          <w:sz w:val="20"/>
        </w:rPr>
        <w:t>42:54  Allah ne mujhe sare alam ke liye bheja hai, sare alam ke liye, ala nas kaffatan.</w:t>
      </w:r>
      <w:r>
        <w:br/>
      </w:r>
      <w:r>
        <w:rPr>
          <w:sz w:val="20"/>
        </w:rPr>
        <w:t>43:05  fa'aduni, innal laha ba'asani kaffatan lin nas. fa'aduni,</w:t>
      </w:r>
      <w:r>
        <w:br/>
      </w:r>
      <w:r>
        <w:rPr>
          <w:sz w:val="20"/>
        </w:rPr>
        <w:t>43:13  Allah ne mujhe bheja hai sare insanon ke liye. to tum log ab haj ke baad yahan se jao aur sare insanon tak mera paigham pahuncha do.</w:t>
      </w:r>
      <w:r>
        <w:br/>
      </w:r>
      <w:r>
        <w:rPr>
          <w:sz w:val="20"/>
        </w:rPr>
        <w:t>43:26  aap ne farmaya tha ke fal</w:t>
      </w:r>
      <w:r>
        <w:br/>
      </w:r>
      <w:r>
        <w:rPr>
          <w:sz w:val="20"/>
        </w:rPr>
        <w:t>43:31  falyuballigh al-shahiid al-gha'ib, jo yahan maujood hai, woh un ko pahuncha de jo maujood nahi hain. yeh hai asal asal message haj.</w:t>
      </w:r>
      <w:r>
        <w:br/>
      </w:r>
      <w:r>
        <w:rPr>
          <w:sz w:val="20"/>
        </w:rPr>
        <w:t>43:43  haj ka asal maqsad haj ka, yani haj mein</w:t>
      </w:r>
      <w:r>
        <w:br/>
      </w:r>
      <w:r>
        <w:rPr>
          <w:sz w:val="20"/>
        </w:rPr>
        <w:t>43:48  log jate hain, koi baatein karte hain, Hazrat Ibrahim ki sunnat ko dohrate hain, wahan jo Rasool Allah Sal Allah Alaihi Wasallam aur ashaab ki jo wahan riwayatein hain, tareekhi, is ko yaad karte hain aur phir wahan khutba sunte hain Imam ka.</w:t>
      </w:r>
      <w:r>
        <w:br/>
      </w:r>
      <w:r>
        <w:rPr>
          <w:sz w:val="20"/>
        </w:rPr>
        <w:t>44:06  yeh sari cheezein kis liye hain?</w:t>
      </w:r>
      <w:r>
        <w:br/>
      </w:r>
      <w:r>
        <w:rPr>
          <w:sz w:val="20"/>
        </w:rPr>
        <w:t>44:08  dawati spirit jagane ke liye, dawat ki planning ke liye. To haj mein kya hota hai? Sari duniya se muntakhib afraad nikal nikal kar ke Makka mein jama hote hain.</w:t>
      </w:r>
      <w:r>
        <w:br/>
      </w:r>
      <w:r>
        <w:rPr>
          <w:sz w:val="20"/>
        </w:rPr>
        <w:t>44:21  To Rasool Allah Sal Allah Alaihi Wasallam ke zamane mein jo haj hua tha,</w:t>
      </w:r>
      <w:r>
        <w:br/>
      </w:r>
      <w:r>
        <w:rPr>
          <w:sz w:val="20"/>
        </w:rPr>
        <w:t>44:24  jisko hum Hajjat al-Wida' kehte hain, wahan par jo aap ne khutba diya tha, woh khutba padhein aap to aap ko poori spirit haj ki samajh mein ayegi.</w:t>
      </w:r>
      <w:r>
        <w:br/>
      </w:r>
      <w:r>
        <w:rPr>
          <w:sz w:val="20"/>
        </w:rPr>
        <w:t>44:34  Woh spirit hai dawat, dawat, dawat ki spirit. Chunaanche khutba Hajjat al-Wida' mein aap ne jo baatein farmayi thi, to aap ne farmaya tha ke</w:t>
      </w:r>
      <w:r>
        <w:br/>
      </w:r>
      <w:r>
        <w:rPr>
          <w:sz w:val="20"/>
        </w:rPr>
        <w:t>44:45  Allah ne mujhe sare alam ke liye bheja hai, sare alam ke liye, illa nas kaafatan.</w:t>
      </w:r>
      <w:r>
        <w:br/>
      </w:r>
      <w:r>
        <w:rPr>
          <w:sz w:val="20"/>
        </w:rPr>
        <w:t>44:56  Fa adooni, in Allah basni kaafatan lil nas. Fa adooni,</w:t>
      </w:r>
      <w:r>
        <w:br/>
      </w:r>
      <w:r>
        <w:rPr>
          <w:sz w:val="20"/>
        </w:rPr>
        <w:t>45:04  Allah ne mujhe bheja hai sare insano ke liye. To tum log ab haj ke baad yahan se jao aur sare insano tak mera paigham pahuncha do.</w:t>
      </w:r>
      <w:r>
        <w:br/>
      </w:r>
      <w:r>
        <w:rPr>
          <w:sz w:val="20"/>
        </w:rPr>
        <w:t>45:17  Aap ne farmaya tha ke fal yuqash shahid ul ghaib, jo yahan maujood hai, woh un ko pahuncha de jo maujood nahi hain.</w:t>
      </w:r>
      <w:r>
        <w:br/>
      </w:r>
      <w:r>
        <w:rPr>
          <w:sz w:val="20"/>
        </w:rPr>
        <w:t>45:27  Yeh hai asal asal message haj. Haj ka asal maqsad haj ka, yani haj mein log jate hain, koi baatein karte hain, Hazrat Ibrahim ki sunnat ko dohrate hain, wahan jo Rasool Allah Sal Allah Alaihi Wasallam aur ashaab ki jo</w:t>
      </w:r>
      <w:r>
        <w:br/>
      </w:r>
      <w:r>
        <w:rPr>
          <w:sz w:val="20"/>
        </w:rPr>
        <w:t>45:46  wahan riwayatein hain, tareekhi, is ko yaad karte hain aur phir wahan khutba sunte hain Imam ka. Yeh sari cheezein kis liye hain?</w:t>
      </w:r>
      <w:r>
        <w:br/>
      </w:r>
      <w:r>
        <w:rPr>
          <w:sz w:val="20"/>
        </w:rPr>
        <w:t>45:55  dawati spirit jagane ke liye, dawat ki planning ke liye, dawati mansooba bandi ke liye.</w:t>
      </w:r>
      <w:r>
        <w:br/>
      </w:r>
      <w:r>
        <w:rPr>
          <w:sz w:val="20"/>
        </w:rPr>
        <w:t>46:02  yani woh awaz jo Rasool Allah Sal Allah Alaihi Wasallam ne apne zamane mein,</w:t>
      </w:r>
      <w:r>
        <w:br/>
      </w:r>
      <w:r>
        <w:rPr>
          <w:sz w:val="20"/>
        </w:rPr>
        <w:t>46:09  Rasool Allah Sal Allah Alaihi Wasallam ne apne zamane mein jo haj kiya, jisko hum Hajjat al-Wida' kehte hain, to us waqt aap ne Arafat ke maidan mein oont par sawar ho kar yeh farmaya tha ke aey logo!</w:t>
      </w:r>
      <w:r>
        <w:br/>
      </w:r>
      <w:r>
        <w:rPr>
          <w:sz w:val="20"/>
        </w:rPr>
        <w:t>46:21  Mujh ko Allah ne sari duniya ke liye bheja hai, yani sirf Makka ke liye nahi, sirf Arab ke liye nahi, sari duniya ke liye. To tum mere paigham ko sare logo tak pahuncha do.</w:t>
      </w:r>
      <w:r>
        <w:br/>
      </w:r>
      <w:r>
        <w:rPr>
          <w:sz w:val="20"/>
        </w:rPr>
        <w:t>46:33  Fa adooni, to woh aaj bhi woh paigham wahan goonj raha hai. Sacha haji woh hai jo wahan is paigham, wahan ja kar is awaz ko sune.</w:t>
      </w:r>
    </w:p>
    <w:p>
      <w:pPr>
        <w:pStyle w:val="Heading2"/>
      </w:pPr>
      <w:r>
        <w:t>Debate is not dawah; truth is one</w:t>
      </w:r>
    </w:p>
    <w:p>
      <w:r>
        <w:rPr>
          <w:color w:val="666666"/>
          <w:sz w:val="18"/>
        </w:rPr>
        <w:t>Q&amp;A 09 Dec 2007 Maulana Wahiduddin Khan · 5m 20s · at 5:58 · https://youtu.be/Ks8odTgyfgc?t=358</w:t>
      </w:r>
    </w:p>
    <w:p>
      <w:r>
        <w:rPr>
          <w:i/>
        </w:rPr>
        <w:t>“Hazrat Ibrahim ki jo baat hui thi, wo debate tha hi nahi”</w:t>
      </w:r>
    </w:p>
    <w:p>
      <w:r>
        <w:rPr>
          <w:sz w:val="20"/>
        </w:rPr>
        <w:t>5:58  hazrat ibrahim ki jo baat hui thi, wo debate tha hi nahi. wo debate tha hi nahi. aap to gaye the usko islam ki dawat pesh karne ke liye. usne ek question kiya, uska aapne jawab de diya. to debate thodi kaha jayega usko. debate nahi hai,</w:t>
      </w:r>
      <w:r>
        <w:br/>
      </w:r>
      <w:r>
        <w:rPr>
          <w:sz w:val="20"/>
        </w:rPr>
        <w:t>6:17  balki aapne debate ko avoid kiya. aap quran majeed mein parhiye ke hazrat ibrahim ne dawat pesh ki. to usne kya kaha?</w:t>
      </w:r>
      <w:r>
        <w:br/>
      </w:r>
      <w:r>
        <w:rPr>
          <w:sz w:val="20"/>
        </w:rPr>
        <w:t>6:29  ke</w:t>
      </w:r>
      <w:r>
        <w:br/>
      </w:r>
      <w:r>
        <w:rPr>
          <w:sz w:val="20"/>
        </w:rPr>
        <w:t>6:32  hazrat ibrahim ne kaha tha ke khuda jo hai, wo jiske haath mein zindagi hai, uske haath mein maut hai. us khuda ko maano, jiske haath mein zindagi hai, uske haath mein maut hai. yeh aapne farmaya tha. to namrood ne kya</w:t>
      </w:r>
      <w:r>
        <w:br/>
      </w:r>
      <w:r>
        <w:rPr>
          <w:sz w:val="20"/>
        </w:rPr>
        <w:t>6:45  kaha? wo to mere hath mein bhi hai.</w:t>
      </w:r>
      <w:r>
        <w:br/>
      </w:r>
      <w:r>
        <w:rPr>
          <w:sz w:val="20"/>
        </w:rPr>
        <w:t>6:47  jisko chaho maar lo, jisko chaho zinda rakho.</w:t>
      </w:r>
      <w:r>
        <w:br/>
      </w:r>
      <w:r>
        <w:rPr>
          <w:sz w:val="20"/>
        </w:rPr>
        <w:t>6:50  to debating point aa gaya tha.</w:t>
      </w:r>
      <w:r>
        <w:br/>
      </w:r>
      <w:r>
        <w:rPr>
          <w:sz w:val="20"/>
        </w:rPr>
        <w:t>6:52  ab hat gaye wahan se.</w:t>
      </w:r>
      <w:r>
        <w:br/>
      </w:r>
      <w:r>
        <w:rPr>
          <w:sz w:val="20"/>
        </w:rPr>
        <w:t>6:53  us par bolay nahi aap.</w:t>
      </w:r>
      <w:r>
        <w:br/>
      </w:r>
      <w:r>
        <w:rPr>
          <w:sz w:val="20"/>
        </w:rPr>
        <w:t>6:55  aap ne kaha ke khuda suraj ko nikalta hai mashriq se, to maghrib se nikalo.</w:t>
      </w:r>
      <w:r>
        <w:br/>
      </w:r>
      <w:r>
        <w:rPr>
          <w:sz w:val="20"/>
        </w:rPr>
        <w:t>7:01  debating point hai, to hat gaye wahan par.</w:t>
      </w:r>
      <w:r>
        <w:br/>
      </w:r>
      <w:r>
        <w:rPr>
          <w:sz w:val="20"/>
        </w:rPr>
        <w:t>7:02  wo hazrat ibrahim ko jo waqia aaya hai quran mein, wo dawat ka waqia, wo debate ka waqia</w:t>
      </w:r>
      <w:r>
        <w:br/>
      </w:r>
      <w:r>
        <w:rPr>
          <w:sz w:val="20"/>
        </w:rPr>
        <w:t>7:09  nahi hai. hargiz debate ka waqia nahi hai.</w:t>
      </w:r>
      <w:r>
        <w:br/>
      </w:r>
      <w:r>
        <w:rPr>
          <w:sz w:val="20"/>
        </w:rPr>
        <w:t>7:12  yeh bohat bari ek aur gumrahi hogi ke usko debate banayein aap.</w:t>
      </w:r>
      <w:r>
        <w:br/>
      </w:r>
      <w:r>
        <w:rPr>
          <w:sz w:val="20"/>
        </w:rPr>
        <w:t>7:19  ji haan, dawat.</w:t>
      </w:r>
      <w:r>
        <w:br/>
      </w:r>
      <w:r>
        <w:rPr>
          <w:sz w:val="20"/>
        </w:rPr>
        <w:t>7:20  dekhiye, maine arz kiya</w:t>
      </w:r>
      <w:r>
        <w:br/>
      </w:r>
      <w:r>
        <w:rPr>
          <w:sz w:val="20"/>
        </w:rPr>
        <w:t>7:23  ke dawat jo hai, wo chalti hai khairkhwahi</w:t>
      </w:r>
      <w:r>
        <w:br/>
      </w:r>
      <w:r>
        <w:rPr>
          <w:sz w:val="20"/>
        </w:rPr>
        <w:t>7:28  par, yaani well wishing par. daai well wisher hota hai, yaani wo chahta hai ke wo aadmi islam ko sachchai ko maan le. us aadmi ke dil mein sachchai utar jaye. to yeh hai khairkhwahi, well wishing. aur debate</w:t>
      </w:r>
      <w:r>
        <w:br/>
      </w:r>
      <w:r>
        <w:rPr>
          <w:sz w:val="20"/>
        </w:rPr>
        <w:t>7:44  ka kya hai?</w:t>
      </w:r>
      <w:r>
        <w:br/>
      </w:r>
      <w:r>
        <w:rPr>
          <w:sz w:val="20"/>
        </w:rPr>
        <w:t>7:44  debater ka kya hai?</w:t>
      </w:r>
      <w:r>
        <w:br/>
      </w:r>
      <w:r>
        <w:rPr>
          <w:sz w:val="20"/>
        </w:rPr>
        <w:t>7:45  usko neecha dikhana.</w:t>
      </w:r>
      <w:r>
        <w:br/>
      </w:r>
      <w:r>
        <w:rPr>
          <w:sz w:val="20"/>
        </w:rPr>
        <w:t>7:48  dai aur debater mein farq hai ke wo usko neecha dikhane ke liye karta hai.</w:t>
      </w:r>
      <w:r>
        <w:br/>
      </w:r>
      <w:r>
        <w:rPr>
          <w:sz w:val="20"/>
        </w:rPr>
        <w:t>7:52  wo ab wo usko sachai ki taraf lane ke liye, jannat mein dakhil karne ke liye karta hai.</w:t>
      </w:r>
      <w:r>
        <w:br/>
      </w:r>
      <w:r>
        <w:rPr>
          <w:sz w:val="20"/>
        </w:rPr>
        <w:t>7:57  wo to iska jo incentive hai, wo khairkhwahi hai.</w:t>
      </w:r>
      <w:r>
        <w:br/>
      </w:r>
      <w:r>
        <w:rPr>
          <w:sz w:val="20"/>
        </w:rPr>
        <w:t>8:01  uska incentive yeh hai ke usko neecha dikhana, apni apne pride ko establish karna.</w:t>
      </w:r>
      <w:r>
        <w:br/>
      </w:r>
      <w:r>
        <w:rPr>
          <w:sz w:val="20"/>
        </w:rPr>
        <w:t>8:08  yani dawat apne pride ko establish karne ke liye hoti hi nahi.</w:t>
      </w:r>
      <w:r>
        <w:br/>
      </w:r>
      <w:r>
        <w:rPr>
          <w:sz w:val="20"/>
        </w:rPr>
        <w:t>8:11  kisi paighambar ne aisa kiya nahi.</w:t>
      </w:r>
      <w:r>
        <w:br/>
      </w:r>
      <w:r>
        <w:rPr>
          <w:sz w:val="20"/>
        </w:rPr>
        <w:t>8:13  aur sare debater yahi chahte hain ke apne pride ko establish kar de.</w:t>
      </w:r>
      <w:r>
        <w:br/>
      </w:r>
      <w:r>
        <w:rPr>
          <w:sz w:val="20"/>
        </w:rPr>
        <w:t>8:17  tabhi to taliyan bajti hain wahan par.</w:t>
      </w:r>
      <w:r>
        <w:br/>
      </w:r>
      <w:r>
        <w:rPr>
          <w:sz w:val="20"/>
        </w:rPr>
        <w:t>8:23  all the debaters try to establish muslim pride. yeh islam hai hi nahi. dawat hai hi nahi. islam jo hai, pride ka maamla nahi hai. islam jo hai, wo khuda ki hukm hai. usko hum follow karna hai. pride ki kya baat hai?</w:t>
      </w:r>
      <w:r>
        <w:br/>
      </w:r>
      <w:r>
        <w:rPr>
          <w:sz w:val="20"/>
        </w:rPr>
        <w:t>8:41  rana, he has another question. doesnt dawa with its emphasis on islamic exclusivism contradict notions of multiple truths and to some extent even pluralism?</w:t>
      </w:r>
      <w:r>
        <w:br/>
      </w:r>
      <w:r>
        <w:rPr>
          <w:sz w:val="20"/>
        </w:rPr>
        <w:t>8:55  multiple truth to islam ka to nazariya hai hi nahi. yeh to kuch logon ka khayal hai, kuch philosophers ka khayal hai. kisi bhi religion ka nahi hai. kisi bhi jo religion hai, unka nazariya nahi hai multiple truth ka. kuch philosophers ka aisa kehna hai. ji haan, multiple truth to ek aisi term hai jo bilkul contradictory hai. yeh sachchai agar ek na ho, to sachchai nahi hai. wo cai</w:t>
      </w:r>
      <w:r>
        <w:br/>
      </w:r>
      <w:r>
        <w:rPr>
          <w:sz w:val="20"/>
        </w:rPr>
        <w:t>9:23  see ajeeb baat? sachchai kai ho sakti hai. sachchai kai ho, to wo sachchai hi nahi hui. sachchai apni nature mein ek hai. sachchai apni nature mein ek hai. jab ek ek na ho, to sachchai nahi kahi jayegi. wo yaani duniya mein har badi cheez jo hai, ek hoti hai. everest ek hai,</w:t>
      </w:r>
      <w:r>
        <w:br/>
      </w:r>
      <w:r>
        <w:rPr>
          <w:sz w:val="20"/>
        </w:rPr>
        <w:t>9:46  america ek hai, aur atlantic ocean ek hai. aur sachchai aisi kai hai. is sachchai ko bas matlab ke degrade karna hai. dekhiye, ek baat samajh lijiye ke sachchai jo hai,</w:t>
      </w:r>
      <w:r>
        <w:br/>
      </w:r>
      <w:r>
        <w:rPr>
          <w:sz w:val="20"/>
        </w:rPr>
        <w:t>10:03  insaan ke nature ki talash hai. har aadmi seeker hai. wo chahta hai sachchai ko paaye.</w:t>
      </w:r>
      <w:r>
        <w:br/>
      </w:r>
      <w:r>
        <w:rPr>
          <w:sz w:val="20"/>
        </w:rPr>
        <w:t>10:13  kyun? is duniya mein usko ek ek ek ultimate truth chahiye, jiske upar wo jee sake. wo jiske upar trust kar sake. uske liye source of conviction ho. to kai agar ho, to source of conviction cai</w:t>
      </w:r>
      <w:r>
        <w:br/>
      </w:r>
      <w:r>
        <w:rPr>
          <w:sz w:val="20"/>
        </w:rPr>
        <w:t>10:28  se banega? wo</w:t>
      </w:r>
      <w:r>
        <w:br/>
      </w:r>
      <w:r>
        <w:rPr>
          <w:sz w:val="20"/>
        </w:rPr>
        <w:t>10:30  truth aisa truth truth nahi hai jo aapke liye source of conviction na ho.</w:t>
      </w:r>
      <w:r>
        <w:br/>
      </w:r>
      <w:r>
        <w:rPr>
          <w:sz w:val="20"/>
        </w:rPr>
        <w:t>10:37  to multiple truth mein hota hi nahi hai.</w:t>
      </w:r>
      <w:r>
        <w:br/>
      </w:r>
      <w:r>
        <w:rPr>
          <w:sz w:val="20"/>
        </w:rPr>
        <w:t>10:40  इसीलिए देखिए, आप जो लोग multiple truth को मानते हैं, उनके लिए वो सिर्फ एक एक एक एक</w:t>
      </w:r>
      <w:r>
        <w:br/>
      </w:r>
      <w:r>
        <w:rPr>
          <w:sz w:val="20"/>
        </w:rPr>
        <w:t>10:46  philosophical concept hota hai.</w:t>
      </w:r>
      <w:r>
        <w:br/>
      </w:r>
      <w:r>
        <w:rPr>
          <w:sz w:val="20"/>
        </w:rPr>
        <w:t>10:49  unki zindagi se koi talluq aisa nahi hota.</w:t>
      </w:r>
      <w:r>
        <w:br/>
      </w:r>
      <w:r>
        <w:rPr>
          <w:sz w:val="20"/>
        </w:rPr>
        <w:t>10:52  aap unki study kijiye, to unki zindagi se uska koi gehra talluq nahi hota hai.</w:t>
      </w:r>
      <w:r>
        <w:br/>
      </w:r>
      <w:r>
        <w:rPr>
          <w:sz w:val="20"/>
        </w:rPr>
        <w:t>10:56  bas ek philosophical concept hai.</w:t>
      </w:r>
      <w:r>
        <w:br/>
      </w:r>
      <w:r>
        <w:rPr>
          <w:sz w:val="20"/>
        </w:rPr>
        <w:t>10:59  ji haan,</w:t>
      </w:r>
      <w:r>
        <w:br/>
      </w:r>
      <w:r>
        <w:rPr>
          <w:sz w:val="20"/>
        </w:rPr>
        <w:t>11:01  to baharhaal main isko nahi manta ke multiple truth ka nazariya sahi hai. bila shubah wo sahi nahi hai. sachchai ek hai. agar sachchai ek na ho, to jo wo sachchai nahi hogi, wo philosophical concept hoga. wo.</w:t>
      </w:r>
    </w:p>
    <w:p>
      <w:pPr>
        <w:pStyle w:val="Heading2"/>
      </w:pPr>
      <w:r>
        <w:t>why humans are idealists who never get an ideal world</w:t>
      </w:r>
    </w:p>
    <w:p>
      <w:r>
        <w:rPr>
          <w:color w:val="666666"/>
          <w:sz w:val="18"/>
        </w:rPr>
        <w:t>Roza A Spiritual Jihad August 28, 2011 Maulana Wahiduddin Khan · 5m 22s · at 11:18 · https://youtu.be/7Xc_Fl6z5xU?t=678</w:t>
      </w:r>
    </w:p>
    <w:p>
      <w:r>
        <w:rPr>
          <w:i/>
        </w:rPr>
        <w:t>“The mind, by nature, is an idealist”</w:t>
      </w:r>
    </w:p>
    <w:p>
      <w:r>
        <w:rPr>
          <w:sz w:val="20"/>
        </w:rPr>
        <w:t>11:18  to main ne is mein likha is article mein ke asal cheez yeh hai ke insaan jo hai, by nature idealist hai.</w:t>
      </w:r>
      <w:r>
        <w:br/>
      </w:r>
      <w:r>
        <w:rPr>
          <w:sz w:val="20"/>
        </w:rPr>
        <w:t>11:29  minds ideal seeking annual. Hum ideal world</w:t>
      </w:r>
      <w:r>
        <w:br/>
      </w:r>
      <w:r>
        <w:rPr>
          <w:sz w:val="20"/>
        </w:rPr>
        <w:t>11:33  chahte hain, ideal world, ideal justice, ideal society, ideal government.</w:t>
      </w:r>
      <w:r>
        <w:br/>
      </w:r>
      <w:r>
        <w:rPr>
          <w:sz w:val="20"/>
        </w:rPr>
        <w:t>11:44  lekin dunya jo Allah taala ne banai hai, to yeh koi cheez milti nahi ideal. yahan har cheez less than ideal milti hai.</w:t>
      </w:r>
      <w:r>
        <w:br/>
      </w:r>
      <w:r>
        <w:rPr>
          <w:sz w:val="20"/>
        </w:rPr>
        <w:t>11:54  laqad lasan fi qabz. dunya mein jo milega, wo aap ko apne ideal se kam milega.</w:t>
      </w:r>
      <w:r>
        <w:br/>
      </w:r>
      <w:r>
        <w:rPr>
          <w:sz w:val="20"/>
        </w:rPr>
        <w:t>12:04  to ideal to jannat mein, jannat mein. yaani ideal jo hamare maani mein bhara hua hai, wo jannat ke liye hai, dunya ke liye nahi hai. yeh sahi hai ke minds is ideal seek annual, lekin zahir se to is ko badle lafz to kahenge: "minds is paradise seek annual".</w:t>
      </w:r>
      <w:r>
        <w:br/>
      </w:r>
      <w:r>
        <w:rPr>
          <w:sz w:val="20"/>
        </w:rPr>
        <w:t>12:21  hum jo idealist hain, kis liye hain? hum jana chahte hain paidaish ke taur par.</w:t>
      </w:r>
      <w:r>
        <w:br/>
      </w:r>
      <w:r>
        <w:rPr>
          <w:sz w:val="20"/>
        </w:rPr>
        <w:t>12:28  to yeh kaha jata hai ke "minds is a</w:t>
      </w:r>
      <w:r>
        <w:br/>
      </w:r>
      <w:r>
        <w:rPr>
          <w:sz w:val="20"/>
        </w:rPr>
        <w:t>12:35  an ideal seek anyool". isi ko badal kar main kahunga ke "minds is a paradise seek anyool". isi nature aadmi ka yeh nature jo hai, is ki bana par wo har cheez mein,</w:t>
      </w:r>
      <w:r>
        <w:br/>
      </w:r>
      <w:r>
        <w:rPr>
          <w:sz w:val="20"/>
        </w:rPr>
        <w:t>12:48  yaani jo jannat milegi, jo jannat milegi maut ke baad akhirat mein, wo is dunya mein chahta hai. aur yeh dunya milne wali nahi hai.</w:t>
      </w:r>
      <w:r>
        <w:br/>
      </w:r>
      <w:r>
        <w:rPr>
          <w:sz w:val="20"/>
        </w:rPr>
        <w:t>12:57  yeh dunya Allah taala ne jannat ke bahar nahi hai.</w:t>
      </w:r>
      <w:r>
        <w:br/>
      </w:r>
      <w:r>
        <w:rPr>
          <w:sz w:val="20"/>
        </w:rPr>
        <w:t>13:04  to har cheez less than paradise yahan par hai, less than ideal, less than perfect. is se isi se paida hota hai dissatisfaction.</w:t>
      </w:r>
      <w:r>
        <w:br/>
      </w:r>
      <w:r>
        <w:rPr>
          <w:sz w:val="20"/>
        </w:rPr>
        <w:t>13:16  to</w:t>
      </w:r>
      <w:r>
        <w:br/>
      </w:r>
      <w:r>
        <w:rPr>
          <w:sz w:val="20"/>
        </w:rPr>
        <w:t>13:17  main ne likha article mein yeh baat ke</w:t>
      </w:r>
      <w:r>
        <w:br/>
      </w:r>
      <w:r>
        <w:rPr>
          <w:sz w:val="20"/>
        </w:rPr>
        <w:t>13:28  contentment hi ek hal hai. contentment, qanaat, contentment.</w:t>
      </w:r>
      <w:r>
        <w:br/>
      </w:r>
      <w:r>
        <w:rPr>
          <w:sz w:val="20"/>
        </w:rPr>
        <w:t>13:38  to do lafz main ne likha is mein ke material state egoism</w:t>
      </w:r>
      <w:r>
        <w:br/>
      </w:r>
      <w:r>
        <w:rPr>
          <w:sz w:val="20"/>
        </w:rPr>
        <w:t>13:48  aur</w:t>
      </w:r>
      <w:r>
        <w:br/>
      </w:r>
      <w:r>
        <w:rPr>
          <w:sz w:val="20"/>
        </w:rPr>
        <w:t>14:02  spiritual idealism. material stateliscoism, spiritual idealism</w:t>
      </w:r>
      <w:r>
        <w:br/>
      </w:r>
      <w:r>
        <w:rPr>
          <w:sz w:val="20"/>
        </w:rPr>
        <w:t>14:08  . spirituality mein aap idealist banen. zyada se zyada spirit development, zyada se zyada spiritual development karen.</w:t>
      </w:r>
      <w:r>
        <w:br/>
      </w:r>
      <w:r>
        <w:rPr>
          <w:sz w:val="20"/>
        </w:rPr>
        <w:t>14:18  zyada se zyada intellectual development karen. yaani ke material cheezon par aap jo hai, isi par razi ho jayen. is mein status quoist ban jayen.</w:t>
      </w:r>
      <w:r>
        <w:br/>
      </w:r>
      <w:r>
        <w:rPr>
          <w:sz w:val="20"/>
        </w:rPr>
        <w:t>14:31  to roza isi ki training hai ke jo mil raha hai, us par razi ho jao. koi zyada milne wala nahi hai.</w:t>
      </w:r>
      <w:r>
        <w:br/>
      </w:r>
      <w:r>
        <w:rPr>
          <w:sz w:val="20"/>
        </w:rPr>
        <w:t>14:41  quran mein hai ke "alhaq al-takathur". aadmi mor aur mor ke ki dor mein rehta hai, yahan tak ke mar jata hai, mar ke khatm ho jata hai.</w:t>
      </w:r>
      <w:r>
        <w:br/>
      </w:r>
      <w:r>
        <w:rPr>
          <w:sz w:val="20"/>
        </w:rPr>
        <w:t>14:58  to yeh zindagi ki, yani Allah taala ka jo karishma plan hai, is ka matlab zindagi ki jo philosophy banti hai, woh yahi hai.</w:t>
      </w:r>
      <w:r>
        <w:br/>
      </w:r>
      <w:r>
        <w:rPr>
          <w:sz w:val="20"/>
        </w:rPr>
        <w:t>15:14  sari tareekh mein aap dekhiye, tension, tashaddud, nafrat, ladai kya hai?</w:t>
      </w:r>
      <w:r>
        <w:br/>
      </w:r>
      <w:r>
        <w:rPr>
          <w:sz w:val="20"/>
        </w:rPr>
        <w:t>15:23  sab ka reason hai dissatisfaction. jo mila hai, us par razi na hona. jaise Alexander the Great jo kaha tha, jis ko woh Yunan ke badshah tha,</w:t>
      </w:r>
      <w:r>
        <w:br/>
      </w:r>
      <w:r>
        <w:rPr>
          <w:sz w:val="20"/>
        </w:rPr>
        <w:t>15:40  Greece. to Greece ki badshahi mil gayi us ko.</w:t>
      </w:r>
      <w:r>
        <w:br/>
      </w:r>
      <w:r>
        <w:rPr>
          <w:sz w:val="20"/>
        </w:rPr>
        <w:t>15:43  Greece ki badshahi par us ko contentment nahi hua. ab kya? poore Europe, poora Europe badshah banunga.</w:t>
      </w:r>
      <w:r>
        <w:br/>
      </w:r>
      <w:r>
        <w:rPr>
          <w:sz w:val="20"/>
        </w:rPr>
        <w:t>15:55  to Europe ki badshahi, Europe mein us ne advancement kiya. chalte chalte Asia aaya, Sindh, darya-e-Sindh tak aa gaya aur phir mar gaya.</w:t>
      </w:r>
      <w:r>
        <w:br/>
      </w:r>
      <w:r>
        <w:rPr>
          <w:sz w:val="20"/>
        </w:rPr>
        <w:t>16:11  to aadmi</w:t>
      </w:r>
      <w:r>
        <w:br/>
      </w:r>
      <w:r>
        <w:rPr>
          <w:sz w:val="20"/>
        </w:rPr>
        <w:t>16:14  mara, bohat hi frustration mein mara tha. yani Greece se le kar Sindh tak is ka hukumat qaim ho gayi, tab bhi woh distress hua be-itminani mein.</w:t>
      </w:r>
      <w:r>
        <w:br/>
      </w:r>
      <w:r>
        <w:rPr>
          <w:sz w:val="20"/>
        </w:rPr>
        <w:t>16:29  to is duniya mein dekhiye, Allah taala ne duniya ko jannat ke liye nahi banaya.</w:t>
      </w:r>
    </w:p>
    <w:p>
      <w:pPr>
        <w:pStyle w:val="Heading2"/>
      </w:pPr>
      <w:r>
        <w:t>Ibrahim's sacrifice: the symbolic ram vs the real one</w:t>
      </w:r>
    </w:p>
    <w:p>
      <w:r>
        <w:rPr>
          <w:color w:val="666666"/>
          <w:sz w:val="18"/>
        </w:rPr>
        <w:t>The Message of Eid Al-Adha November 6, 2011 · 5m 46s · at 25:51 · https://youtu.be/rJrjqkrLjMY?t=1551</w:t>
      </w:r>
    </w:p>
    <w:p>
      <w:r>
        <w:rPr>
          <w:i/>
        </w:rPr>
        <w:t>“ملت ابیکم ابراہیم، تمہارے باپ ابراہیم کی سنت”</w:t>
      </w:r>
    </w:p>
    <w:p>
      <w:r>
        <w:rPr>
          <w:sz w:val="20"/>
        </w:rPr>
        <w:t>25:51  tumhare baap Ibrahim ka tareeqa. ab ghaur farmaiye ke Hazrat Ibrahim ne kya kiya tha? woh kya tareeqa hai jo Hazrat Ibrahim ne</w:t>
      </w:r>
      <w:r>
        <w:br/>
      </w:r>
      <w:r>
        <w:rPr>
          <w:sz w:val="20"/>
        </w:rPr>
        <w:t>26:01  ikhtiyar kiya tha? mashhoor hai, aap jante hain, Quran mein bhi hai, hadithon mein bhi hai ke Hazrat Ibrahim ne khwab dekha ke woh apne bete Ismail ko zabah kar rahe hain.</w:t>
      </w:r>
      <w:r>
        <w:br/>
      </w:r>
      <w:r>
        <w:rPr>
          <w:sz w:val="20"/>
        </w:rPr>
        <w:t>26:17  to unhon ne samjha ke apne bete ko mujhe zabah karna hai, to bete ko le kar gaye aur un ko lita diya zabah karne ke liye.</w:t>
      </w:r>
      <w:r>
        <w:br/>
      </w:r>
      <w:r>
        <w:rPr>
          <w:sz w:val="20"/>
        </w:rPr>
        <w:t>26:32  is waqt awaz aayi, Allah taala ne farishte ke zariye un ko bataya ke qad sadaqt al-ru'ya tum ne apna khwab poora kar diya.</w:t>
      </w:r>
      <w:r>
        <w:br/>
      </w:r>
      <w:r>
        <w:rPr>
          <w:sz w:val="20"/>
        </w:rPr>
        <w:t>26:48  aur is ke baad unhein kaha gaya ke tum ek danba lo aur is ko zabah kar do. yeh jo mashhoor hai ke danba jannat se aaya tha, yeh is ki koi asal nahin hai.</w:t>
      </w:r>
      <w:r>
        <w:br/>
      </w:r>
      <w:r>
        <w:rPr>
          <w:sz w:val="20"/>
        </w:rPr>
        <w:t>27:03  woh aam danba tha, jaisa ke hota hai. to kaha, Hazrat Ibrahim ne qurbani to danbe ki aur bete ko kya kiya? bete ko le kar ke sehra mein basaya.</w:t>
      </w:r>
      <w:r>
        <w:br/>
      </w:r>
      <w:r>
        <w:rPr>
          <w:sz w:val="20"/>
        </w:rPr>
        <w:t>27:15  yani bete ke liye jo qurbani matloob thi, wo thi ek bohat hi mushkil zindagi. is zamane mein dekhiye, jahan makkah aaj hai, wahan par desert tha.</w:t>
      </w:r>
      <w:r>
        <w:br/>
      </w:r>
      <w:r>
        <w:rPr>
          <w:sz w:val="20"/>
        </w:rPr>
        <w:t>27:29  wahan kuch bhi nahi tha, sirf desert.</w:t>
      </w:r>
      <w:r>
        <w:br/>
      </w:r>
      <w:r>
        <w:rPr>
          <w:sz w:val="20"/>
        </w:rPr>
        <w:t>27:34  to wahan par basaya.</w:t>
      </w:r>
      <w:r>
        <w:br/>
      </w:r>
      <w:r>
        <w:rPr>
          <w:sz w:val="20"/>
        </w:rPr>
        <w:t>27:38  to hazrat ibrahim ne alamati taur par to janwar ki qurbani ki aur haqeeqi taur par jo qurbani thi, wo bete ko desert mein basana.</w:t>
      </w:r>
      <w:r>
        <w:br/>
      </w:r>
      <w:r>
        <w:rPr>
          <w:sz w:val="20"/>
        </w:rPr>
        <w:t>27:50  ab yahan pe dekhiye, musalmanon ne alag kar rakha hai. koi apne beton ko desert mein basata nahi. haan, janwar ki qurbani kar raha hai. to sunnat ibrahim kahan</w:t>
      </w:r>
      <w:r>
        <w:br/>
      </w:r>
      <w:r>
        <w:rPr>
          <w:sz w:val="20"/>
        </w:rPr>
        <w:t>28:01  hui hai? to aap ko yeh janna parega ke sunnat ibrahim kya thi? sunnat ibrahim yeh nahi thi sirf ke ek janwar mandi se khareedo aur ja ke zibah kar do.</w:t>
      </w:r>
      <w:r>
        <w:br/>
      </w:r>
      <w:r>
        <w:rPr>
          <w:sz w:val="20"/>
        </w:rPr>
        <w:t>28:14  wo to alamati qurbani thi. alamati yani symbolic. real thi kya thi? wo bete ki qurbani thi. bete ki qurbani.</w:t>
      </w:r>
      <w:r>
        <w:br/>
      </w:r>
      <w:r>
        <w:rPr>
          <w:sz w:val="20"/>
        </w:rPr>
        <w:t>28:27  ab aap ghor farmaiye ke bete ki qurbani ka matlab kya hai?</w:t>
      </w:r>
      <w:r>
        <w:br/>
      </w:r>
      <w:r>
        <w:rPr>
          <w:sz w:val="20"/>
        </w:rPr>
        <w:t>28:34  yeh bohat zyada sochne ki baat hai. hamari qurbani koi value nahi hai, kyunke hum ne is ko do hisse kar diye. ek hissa chhod diya, ek hissa liya.</w:t>
      </w:r>
      <w:r>
        <w:br/>
      </w:r>
      <w:r>
        <w:rPr>
          <w:sz w:val="20"/>
        </w:rPr>
        <w:t>28:46  hazrat ibrahim jo the, wo paida hue iraq mein. iraq mein ek shehar tha is zamane mein.</w:t>
      </w:r>
      <w:r>
        <w:br/>
      </w:r>
      <w:r>
        <w:rPr>
          <w:sz w:val="20"/>
        </w:rPr>
        <w:t>28:57  yeh baat hai yani qaum al masih ki. qaum al masih zamane ki. is ka naam wo jis shehar mein hazrat ibrahim paida hue, jahan unhon ne daawti kaam kiya,</w:t>
      </w:r>
      <w:r>
        <w:br/>
      </w:r>
      <w:r>
        <w:rPr>
          <w:sz w:val="20"/>
        </w:rPr>
        <w:t>29:13  wo baad ke zamane mein zameen ke neeche dab gaya tha. to 1922 mein khodai ke zariye wo nikla.</w:t>
      </w:r>
      <w:r>
        <w:br/>
      </w:r>
      <w:r>
        <w:rPr>
          <w:sz w:val="20"/>
        </w:rPr>
        <w:t>29:24  baqayda jo is ko kehte hain excavation, to 1922 mein excavation ke zariye wo nikla.</w:t>
      </w:r>
      <w:r>
        <w:br/>
      </w:r>
      <w:r>
        <w:rPr>
          <w:sz w:val="20"/>
        </w:rPr>
        <w:t>29:33  wo</w:t>
      </w:r>
      <w:r>
        <w:br/>
      </w:r>
      <w:r>
        <w:rPr>
          <w:sz w:val="20"/>
        </w:rPr>
        <w:t>29:37  iraq mein.</w:t>
      </w:r>
      <w:r>
        <w:br/>
      </w:r>
      <w:r>
        <w:rPr>
          <w:sz w:val="20"/>
        </w:rPr>
        <w:t>29:41  wo maujooda baghdad se kuch faasle par hai. wo to ab wo khod kar ke upar wo khol diya gaya. ab wo ek shehar ki tarah ho gaya.</w:t>
      </w:r>
      <w:r>
        <w:br/>
      </w:r>
      <w:r>
        <w:rPr>
          <w:sz w:val="20"/>
        </w:rPr>
        <w:t>29:52  to khandar hai aur wo wahan kafi tourist aate hain. is ka naam hai Ur UR.</w:t>
      </w:r>
      <w:r>
        <w:br/>
      </w:r>
      <w:r>
        <w:rPr>
          <w:sz w:val="20"/>
        </w:rPr>
        <w:t>30:01  wahan par railway station bhi hai. to hazrat ibrahim ne jis shehar mein kaam kiya tha, wo ek bada shehar tha. is zamane ka capital tha wo Ur.</w:t>
      </w:r>
      <w:r>
        <w:br/>
      </w:r>
      <w:r>
        <w:rPr>
          <w:sz w:val="20"/>
        </w:rPr>
        <w:t>30:12  aur wo is zamane ka ek developed city samjha jata tha. civilized city. yeh</w:t>
      </w:r>
      <w:r>
        <w:br/>
      </w:r>
      <w:r>
        <w:rPr>
          <w:sz w:val="20"/>
        </w:rPr>
        <w:t>30:19  wahan par aap ne kaam kiya. to wo kaam ka poore shehar ko saamne rakh kar aap ne kiya tha. lekin wahan par ghaliban koi ek shakhs bhi nahi tha jo aap ki baat ko maane.</w:t>
      </w:r>
      <w:r>
        <w:br/>
      </w:r>
      <w:r>
        <w:rPr>
          <w:sz w:val="20"/>
        </w:rPr>
        <w:t>30:34  koi bhi nahi. to is ke baad Allah taala ne hazrat ibrahim ko ek aur yani daawti plan bataya</w:t>
      </w:r>
      <w:r>
        <w:br/>
      </w:r>
      <w:r>
        <w:rPr>
          <w:sz w:val="20"/>
        </w:rPr>
        <w:t>30:47  ۔ yeh haqeeqatan ek daawti plan tha. hazrat ibrahim ne jo apne bete ko basaya sehra mein, to ek daawti plan tha.</w:t>
      </w:r>
      <w:r>
        <w:br/>
      </w:r>
      <w:r>
        <w:rPr>
          <w:sz w:val="20"/>
        </w:rPr>
        <w:t>30:58  wo kya tha? pehle aap ek ek majmoo'e ko khitab karte the.</w:t>
      </w:r>
      <w:r>
        <w:br/>
      </w:r>
      <w:r>
        <w:rPr>
          <w:sz w:val="20"/>
        </w:rPr>
        <w:t>31:07  majmoo'a yani saare logon ko. to farmaya bataya gaya ke ab individual based kaam karo. fard fard ko tayyar karo.</w:t>
      </w:r>
      <w:r>
        <w:br/>
      </w:r>
      <w:r>
        <w:rPr>
          <w:sz w:val="20"/>
        </w:rPr>
        <w:t>31:16  yani fard par mehnat karo. fard fard par. majmoo'e ke bajaye. chunache dekhiye, wahan par is ke liye zaroorat tha ke alag alag jagah ho.</w:t>
      </w:r>
      <w:r>
        <w:br/>
      </w:r>
      <w:r>
        <w:rPr>
          <w:sz w:val="20"/>
        </w:rPr>
        <w:t>31:27  yani tamaddun aur tehzeeb se bahar ek jagah ho. jahan asraat na hon tamaddun aur tehzeeb ke. to alag thalag ek jagah ke liye desert mein laye gaye.</w:t>
      </w:r>
    </w:p>
    <w:p>
      <w:pPr>
        <w:pStyle w:val="Heading2"/>
      </w:pPr>
      <w:r>
        <w:t>Building the Prophet's mosque from land purchase to labor</w:t>
      </w:r>
    </w:p>
    <w:p>
      <w:r>
        <w:rPr>
          <w:color w:val="666666"/>
          <w:sz w:val="18"/>
        </w:rPr>
        <w:t>The Spirit of Namaz February 13, 2022 Dr. Saniyasnain Khan · 3m 16s · at 7:51 · https://youtu.be/Mh4K7ZR4RbE?t=471</w:t>
      </w:r>
    </w:p>
    <w:p>
      <w:r>
        <w:rPr>
          <w:i/>
        </w:rPr>
        <w:t>“How was the Prophet's mosque built in Medina?”</w:t>
      </w:r>
    </w:p>
    <w:p>
      <w:r>
        <w:rPr>
          <w:sz w:val="20"/>
        </w:rPr>
        <w:t>7:51  to ek question jo bahut se log janana bhi chahenge ke how was prophet's mosque built in madina? Iske bare mein aap bataein. Jab prophet mohammad sallalah walehuslam madina mein migrate kar gaye aur saath mein sahaba bhi chale gaye to wahan par prophet ne socha ke ek masjid banai jaye. To ek jagah prophet ko pasand aayi.</w:t>
      </w:r>
      <w:r>
        <w:br/>
      </w:r>
      <w:r>
        <w:rPr>
          <w:sz w:val="20"/>
        </w:rPr>
        <w:t>8:21  to puchha ke yeh jagah kiski hai? To logon ne bataya ke do orphans hain jinka naam sahal aur suhel hai, unki jagah hai yeh. To prophet ne bulaya un dono ko aur kaha ke yeh jagah main kharidna chahta hoon masjid banane ke liye. To un dono sahal aur suhail bhaiyon ne kaha ke ae khuda ke rasool hum yeh aapko gift dete hain. Aap is par masjid banaiye.</w:t>
      </w:r>
      <w:r>
        <w:br/>
      </w:r>
      <w:r>
        <w:rPr>
          <w:sz w:val="20"/>
        </w:rPr>
        <w:t>8:50  to prophet ne kaha ke nahi main isko khareedunga.</w:t>
      </w:r>
      <w:r>
        <w:br/>
      </w:r>
      <w:r>
        <w:rPr>
          <w:sz w:val="20"/>
        </w:rPr>
        <w:t>8:56  to profit ne khareedi woh jagah yaani ek example bhi set karni thi profit ko ke masjid aise</w:t>
      </w:r>
      <w:r>
        <w:br/>
      </w:r>
      <w:r>
        <w:rPr>
          <w:sz w:val="20"/>
        </w:rPr>
        <w:t>9:03  nahi kisi bhi zameen par banayi ja sakti.</w:t>
      </w:r>
      <w:r>
        <w:br/>
      </w:r>
      <w:r>
        <w:rPr>
          <w:sz w:val="20"/>
        </w:rPr>
        <w:t>9:09  baqayda usko khareedna hoga.</w:t>
      </w:r>
      <w:r>
        <w:br/>
      </w:r>
      <w:r>
        <w:rPr>
          <w:sz w:val="20"/>
        </w:rPr>
        <w:t>9:16  to usko khareeda profit ke ek woh the relative wahan Madina ka unhone uski price pay ki.</w:t>
      </w:r>
      <w:r>
        <w:br/>
      </w:r>
      <w:r>
        <w:rPr>
          <w:sz w:val="20"/>
        </w:rPr>
        <w:t>9:22  to us waqt wahan par jhaad jhankhar the.</w:t>
      </w:r>
      <w:r>
        <w:br/>
      </w:r>
      <w:r>
        <w:rPr>
          <w:sz w:val="20"/>
        </w:rPr>
        <w:t>9:29  us par koi koi baqayda koi woh nahi tha.</w:t>
      </w:r>
      <w:r>
        <w:br/>
      </w:r>
      <w:r>
        <w:rPr>
          <w:sz w:val="20"/>
        </w:rPr>
        <w:t>9:36  to us zamane mein jo taameer hoti thi woh pattharon se hoti thi. Pattharon ko paas ki pahadiyon se late thay aur usko jod jod ke deewar banate thay. Choona wagera se deewar banti thi aur jo pillars hote thay woh khajoor ke jo darakht hote hain unse hote thay. Khajoor ka jo darakht hota hai bahut hi strong hota hai. To uske pillar hote thay.</w:t>
      </w:r>
      <w:r>
        <w:br/>
      </w:r>
      <w:r>
        <w:rPr>
          <w:sz w:val="20"/>
        </w:rPr>
        <w:t>10:03  jo chhat hoti thi woh khajoor ke jo pattiyan hoti hain, jab sookh jati hain pattiyan to woh bhi badi strong ho jati hain. To usse chhat banate thay. To is tarike se patthar utha utha ke saba late thay aur woh deewar banate thay. To prophet mohammad bhi patthar utha ke lane lagte thay. To saba dekhte thay. To kehte thay rasoolullah aap mat uthaiye hum hum le aayenge patthar.</w:t>
      </w:r>
      <w:r>
        <w:br/>
      </w:r>
      <w:r>
        <w:rPr>
          <w:sz w:val="20"/>
        </w:rPr>
        <w:t>10:29  to prophet kehte thay theek hai achha lag dete thay. Phir dekhte thay ab sahib aage thodi der mein phir prophet uthakar patthar la rahe hain.</w:t>
      </w:r>
      <w:r>
        <w:br/>
      </w:r>
      <w:r>
        <w:rPr>
          <w:sz w:val="20"/>
        </w:rPr>
        <w:t>10:37  to itna jazba tha unka ke wo khud kaam karna chahte thay rasoolullah sallam aur ek sher padhte thay allahummaah allah kher allah kher allah kher fasanuril ansara al muhajra ke ae allah aakhir ke ke kher se aakhir ki behtari se koi aur behtari nahi hai to ansar ki yaani madine walon ki aur muhajrim ki makka walon ki madad varma.</w:t>
      </w:r>
      <w:r>
        <w:br/>
      </w:r>
      <w:r>
        <w:rPr>
          <w:sz w:val="20"/>
        </w:rPr>
        <w:t>11:07  to is tarike se masjid banne shuru hui hai. Mashal. Doctor, as you know that there are many people from other faiths also who watch this series and they have written to us that, you know, their understanding about islam has become better. Ek sawal jo aksar unke zehan mein aata hai, woh azan ko lekar aata hai. Azan jaisa ke hum jante hain is the call to prayer. To uske peeche kya kahani hai?</w:t>
      </w:r>
    </w:p>
    <w:p>
      <w:pPr>
        <w:pStyle w:val="Heading2"/>
      </w:pPr>
      <w:r>
        <w:t>Worship's form vs. spirit, khushu over ritual</w:t>
      </w:r>
    </w:p>
    <w:p>
      <w:r>
        <w:rPr>
          <w:color w:val="666666"/>
          <w:sz w:val="18"/>
        </w:rPr>
        <w:t>Ramadan The Month of Fasting July 31, 2011 · 5m 28s · at 1:37:48 · https://youtu.be/4W4Dg7zt0DM?t=5868</w:t>
      </w:r>
    </w:p>
    <w:p>
      <w:r>
        <w:rPr>
          <w:i/>
        </w:rPr>
        <w:t>“Log ibadat mein form par zor dete hain”</w:t>
      </w:r>
    </w:p>
    <w:p>
      <w:r>
        <w:rPr>
          <w:sz w:val="20"/>
        </w:rPr>
        <w:t>1:37:48  Maulana Sharq Hussain ne Delhi se likha hai: "Tamam ibadat mein log form par zor dete hain aur spirit ko bhool jate hain.</w:t>
      </w:r>
      <w:r>
        <w:br/>
      </w:r>
      <w:r>
        <w:rPr>
          <w:sz w:val="20"/>
        </w:rPr>
        <w:t>1:37:59  is ki wajah kya hai</w:t>
      </w:r>
      <w:r>
        <w:br/>
      </w:r>
      <w:r>
        <w:rPr>
          <w:sz w:val="20"/>
        </w:rPr>
        <w:t>1:38:01  ?" Is ki wajah dekhiye, aaj kal jo hamare yahan masjidon mein aur jagah jagah jo deeni yaani baatein hoti hain, woh sab isi form par hi hoti hain. Woh haan, spirit based kahan hoti hai?</w:t>
      </w:r>
      <w:r>
        <w:br/>
      </w:r>
      <w:r>
        <w:rPr>
          <w:sz w:val="20"/>
        </w:rPr>
        <w:t>1:38:22  jitne bhi hain, sab ek sahib jo must qaltor par safar karte the, unhon ne poocha ke aap kya kaam karte hain? aap ne kaha ke hamein yani ibadat mein log ghltiyan karte hain, is ko is ki tasheeh karta hoon.</w:t>
      </w:r>
      <w:r>
        <w:br/>
      </w:r>
      <w:r>
        <w:rPr>
          <w:sz w:val="20"/>
        </w:rPr>
        <w:t>1:38:40  ja ke dekhta hoon log kaise baat karte hain, matlab namaz mein. main ne kaha kya ghalti karte hain? to un ko unhon ne kaha ke sahib neend kahan bandhein, sajda peshani kahan rakhein</w:t>
      </w:r>
      <w:r>
        <w:br/>
      </w:r>
      <w:r>
        <w:rPr>
          <w:sz w:val="20"/>
        </w:rPr>
        <w:t>1:38:51  waghaira waghaira. to jo bhi kaam kar raha hai deen ke maidan mein, yeh to kar raha hai woh ke form par fazail batate hain.</w:t>
      </w:r>
      <w:r>
        <w:br/>
      </w:r>
      <w:r>
        <w:rPr>
          <w:sz w:val="20"/>
        </w:rPr>
        <w:t>1:39:01  form par fazail goya ke is tarah karte hain jo ke form ka naam ibadat hai. aap fiqh ki kitabein parhiye, fiqh ki sari baatein form par chalti hain.</w:t>
      </w:r>
      <w:r>
        <w:br/>
      </w:r>
      <w:r>
        <w:rPr>
          <w:sz w:val="20"/>
        </w:rPr>
        <w:t>1:39:13  fiqh ki sari baatein form par chalti hain. to is ka aaghaz fiqh se hua, sachi baat yeh hai.</w:t>
      </w:r>
      <w:r>
        <w:br/>
      </w:r>
      <w:r>
        <w:rPr>
          <w:sz w:val="20"/>
        </w:rPr>
        <w:t>1:39:20  is zamane mein jo jo jo jamaatein kaam kar rahi hain deeni, woh sab form based hain. fiqh mein logon ne form ki baatein nikali aur jis ko hum masail kehte hain, fiqhi masail, woh kya hai?</w:t>
      </w:r>
      <w:r>
        <w:br/>
      </w:r>
      <w:r>
        <w:rPr>
          <w:sz w:val="20"/>
        </w:rPr>
        <w:t>1:39:34  woh formiyat woh hai, woh woh formiyat woh hai. woh to sari bahasein fiqh mein form par chalti hain.</w:t>
      </w:r>
      <w:r>
        <w:br/>
      </w:r>
      <w:r>
        <w:rPr>
          <w:sz w:val="20"/>
        </w:rPr>
        <w:t>1:39:42  yeh yeh form sahih, woh form ghalat. yeh form sahih, woh form ghalat.</w:t>
      </w:r>
      <w:r>
        <w:br/>
      </w:r>
      <w:r>
        <w:rPr>
          <w:sz w:val="20"/>
        </w:rPr>
        <w:t>1:39:48  mislan aamil basar se aamil basar aur aamil jar dono bahasein hoti hain. yeh sahih, woh ghalat. woh bhi form hai, wohi form hai. dheere kahein tab bhi form hai, zor se kahein tab bhi form hai.</w:t>
      </w:r>
      <w:r>
        <w:br/>
      </w:r>
      <w:r>
        <w:rPr>
          <w:sz w:val="20"/>
        </w:rPr>
        <w:t>1:40:03  to fiqh mein bahasein sari form par chali, wahan se shuru hua yeh. is zamane mein jo jamaatein kaam kar rahi hain deeni islaah ki, woh sab bhi form ki islaah kar rahi hain. form ki sari taqreerein form par hoti hain.</w:t>
      </w:r>
      <w:r>
        <w:br/>
      </w:r>
      <w:r>
        <w:rPr>
          <w:sz w:val="20"/>
        </w:rPr>
        <w:t>1:40:16  saare fazail ki kahaniyan batai jati hain, batai jati hain, form par batai jati hain.</w:t>
      </w:r>
      <w:r>
        <w:br/>
      </w:r>
      <w:r>
        <w:rPr>
          <w:sz w:val="20"/>
        </w:rPr>
        <w:t>1:40:24  sirf hamare mission mein is par zor diya jata</w:t>
      </w:r>
      <w:r>
        <w:br/>
      </w:r>
      <w:r>
        <w:rPr>
          <w:sz w:val="20"/>
        </w:rPr>
        <w:t>1:40:26  hai. yani form Quran ki kisi cheez ko bataya nahi gaya hai. kaise hum namaz padhein, kaise hum hajj karein, is ka form kahan hai? Quran majeed mein hai.</w:t>
      </w:r>
      <w:r>
        <w:br/>
      </w:r>
      <w:r>
        <w:rPr>
          <w:sz w:val="20"/>
        </w:rPr>
        <w:t>1:40:36  is par spirit ka zikr hai, is par spirit ka zikr hai bas. to goya ke is se maloom hua ke kuch form wohi hadees mein, zyada tar form fiqh mein banaye gaye hain.</w:t>
      </w:r>
      <w:r>
        <w:br/>
      </w:r>
      <w:r>
        <w:rPr>
          <w:sz w:val="20"/>
        </w:rPr>
        <w:t>1:40:47  to is se maloom hua ke asal cheez jo hai ibadat mein is spirit hai.</w:t>
      </w:r>
      <w:r>
        <w:br/>
      </w:r>
      <w:r>
        <w:rPr>
          <w:sz w:val="20"/>
        </w:rPr>
        <w:t>1:40:54  spirit hai to ibadat hai, spirit nahi to ibadat nahi. mislan hadees mein aata hai ke la salata liman lam yatakhashsha' jis ki namaz mein khushu na ho, us ki namaz namaz nahi.</w:t>
      </w:r>
      <w:r>
        <w:br/>
      </w:r>
      <w:r>
        <w:rPr>
          <w:sz w:val="20"/>
        </w:rPr>
        <w:t>1:41:07  kaha khushu se namaz namaz banti hai, khushu na ho to namaz nahi banti. lekin aaj kal jo namaz ka tareeqa chala rahe hain log, wahan jaiye, un ke jalse mein baithiye, sirf form ki baatein karenge, sirf form ki baatein karenge.</w:t>
      </w:r>
      <w:r>
        <w:br/>
      </w:r>
      <w:r>
        <w:rPr>
          <w:sz w:val="20"/>
        </w:rPr>
        <w:t>1:41:21  halanke Rasool Allah (SAW) ka tareeqa yeh tha ke mislan ek hadees mein hai ke aap Rasool Allah (SAW) Masjid Nabwi mein baithe hue the. aaj aap jayein to kya bataya jayega?</w:t>
      </w:r>
      <w:r>
        <w:br/>
      </w:r>
      <w:r>
        <w:rPr>
          <w:sz w:val="20"/>
        </w:rPr>
        <w:t>1:41:31  Masjid Nabwi mein namaz ka pachas hazar guna sawab hai aur Haram Masjid Haram mein namaz padho to ek lakh guna sawab hai.</w:t>
      </w:r>
      <w:r>
        <w:br/>
      </w:r>
      <w:r>
        <w:rPr>
          <w:sz w:val="20"/>
        </w:rPr>
        <w:t>1:41:41  yeh bas yeh khoob bataya jayega, bohat tezi o josh ke sath bataya jayega ke wohan agar padh li to namaz tum ne to yahan ki namaz ke muqable mein wahan pachas hazar guna</w:t>
      </w:r>
      <w:r>
        <w:br/>
      </w:r>
      <w:r>
        <w:rPr>
          <w:sz w:val="20"/>
        </w:rPr>
        <w:t>1:41:49  sawab milega. yeh formiyat woh hai, yeh formiyat woh hai. isi Masjid Nabwi ka zikr mein batata hoon aap ko. isi Masjid Nabwi mein Rasool Allah ke zamane mein ek shakhs aata hai aur namaz padhta hai.</w:t>
      </w:r>
      <w:r>
        <w:br/>
      </w:r>
      <w:r>
        <w:rPr>
          <w:sz w:val="20"/>
        </w:rPr>
        <w:t>1:42:03  to form ke aitbar se namaz padh li us ne, lekin is ka andaaz bata raha tha ke khushu us ke andar nahi</w:t>
      </w:r>
      <w:r>
        <w:br/>
      </w:r>
      <w:r>
        <w:rPr>
          <w:sz w:val="20"/>
        </w:rPr>
        <w:t>1:42:10  hai. woh idhar udhar us ne form ada kar liya aur samajh liya ke namaz ho gayi. is ke baad Rasool Allah ke paas aata hai woh to aap kya kehte hain?</w:t>
      </w:r>
      <w:r>
        <w:br/>
      </w:r>
      <w:r>
        <w:rPr>
          <w:sz w:val="20"/>
        </w:rPr>
        <w:t>1:42:21  irji' fasalli fa'innaka lam tusalli. jao to phir se namaz padho kyunke tum ne namaz nahi padhi. ab aaj kal ke jitne bhi mubleghin hain, jitne bhi wa'izeen hain, jitne bhi muqarririn hain,</w:t>
      </w:r>
      <w:r>
        <w:br/>
      </w:r>
      <w:r>
        <w:rPr>
          <w:sz w:val="20"/>
        </w:rPr>
        <w:t>1:42:34  dhoom se batate hain ke Masjid Nabwi mein namaz padhne ka pachas hazar guna sawab hai. yeh kaun batata hai ke spirit na ho to woh sawab nahi hai?</w:t>
      </w:r>
      <w:r>
        <w:br/>
      </w:r>
      <w:r>
        <w:rPr>
          <w:sz w:val="20"/>
        </w:rPr>
        <w:t>1:42:43  mainne to aaj tak nahin suna ke jo koi batae, ye batae koi ke masjid nabvi mein bhi agar tumne namaz padhi jiske andar khushu' kiya spirit nahin ho to woh namaz koi faida nahin hai. iska</w:t>
      </w:r>
      <w:r>
        <w:br/>
      </w:r>
      <w:r>
        <w:rPr>
          <w:sz w:val="20"/>
        </w:rPr>
        <w:t>1:42:53  main to nahin suna aaj tak kisi ko kehte bhi. is is waqe'e se pata chalta hai ke ek aadmi masjid nabvi mein namaz padh raha hai rasool Allah ke zamane mein, lekin jab spirit nahin hai to uski namaz namaz nahin hai.</w:t>
      </w:r>
      <w:r>
        <w:br/>
      </w:r>
      <w:r>
        <w:rPr>
          <w:sz w:val="20"/>
        </w:rPr>
        <w:t>1:43:07  aapke paas ja ke kehte hain ke ja ke phir se tum namaz padho, khushu' ke sath padho, spirit ke sath padho. lekin aaj kal kaun batata hai is baat</w:t>
      </w:r>
    </w:p>
    <w:p>
      <w:pPr>
        <w:pStyle w:val="Heading2"/>
      </w:pPr>
      <w:r>
        <w:t>Value of eyes over a golden mountain</w:t>
      </w:r>
    </w:p>
    <w:p>
      <w:r>
        <w:rPr>
          <w:color w:val="666666"/>
          <w:sz w:val="18"/>
        </w:rPr>
        <w:t>On Salah (Prayer) | January 22, 2006 | Maulana Wahiduddin Khan · 4m 11s · at 50:23 · https://youtu.be/k9e3-2e4uTw?t=3023</w:t>
      </w:r>
    </w:p>
    <w:p>
      <w:r>
        <w:rPr>
          <w:i/>
        </w:rPr>
        <w:t>“Main ek qissa arz karoon. Main ek baar Srinagar mein tha.”</w:t>
      </w:r>
    </w:p>
    <w:p>
      <w:r>
        <w:rPr>
          <w:sz w:val="20"/>
        </w:rPr>
        <w:t>50:23  jo already har aik ko mila hua hai. woh nahi ke jo kama kar kama kar aap hasil karte hain. phir to phir to har aadmi bara shukar ada nahi kar sakta. main aik qissa arz karoon. main aik baar srinagar mein tha, kashmir mein, to wahan par meri aik speech thi. woh open place mein thi, woh khula maidan tha. to</w:t>
      </w:r>
      <w:r>
        <w:br/>
      </w:r>
      <w:r>
        <w:rPr>
          <w:sz w:val="20"/>
        </w:rPr>
        <w:t>50:53  saamne hamein himalaya pahad dikhai de raha tha. to wahan par thi. to yahi baat chal rahi thi, shukar ki baat. to maine wahan yeh baat kahi ke shukar jo hai woh kya cheez hai? to maine aik sawal kiya. maine kaha ke aankh jo hai, sirf aankh hi itni bari cheez hai ke jis par shukar karne ke liye aap ke paas zuban nahi, jo har aik ko paida hote hi mil jati hai.</w:t>
      </w:r>
      <w:r>
        <w:br/>
      </w:r>
      <w:r>
        <w:rPr>
          <w:sz w:val="20"/>
        </w:rPr>
        <w:t>51:24  idhar aadmi paida hua aur aankh le kar aa gaya. koi kamai kiye baghair aankh mil gayi us ko. to maine kaha ke itni bari cheez, aap jante hain ke aankh jo hai, aadmi ke paas agar na ho to saari duniya andheri ho jaye. aap aankh band kar ke paanch minute kahein khare ho jaiye to yeh saari duniya aap ke liye andheri hogi. woh exist hi nahi kar rahi</w:t>
      </w:r>
      <w:r>
        <w:br/>
      </w:r>
      <w:r>
        <w:rPr>
          <w:sz w:val="20"/>
        </w:rPr>
        <w:t>51:54  hogi. abhi main yahan aankh band kar loon to yahan na koi haal hai, na koi insaan hai, na koi yahan par camera hai, kuch bhi nahi. sab khatam. to kaha jata hai ke jo information hum gather karte hain bahar se, us mein more than 80 percent aankh ke through hoti hai. aankh ke zariye hoti hai. more than 80 percent. to maine kaha ke yeh bataiye, aik sawal kiya maine audience se</w:t>
      </w:r>
      <w:r>
        <w:br/>
      </w:r>
      <w:r>
        <w:rPr>
          <w:sz w:val="20"/>
        </w:rPr>
        <w:t>52:26  yeh bataiye ke agar aik angel aata hai khuda ki taraf se aur woh kehta hai ke yeh himalaya jo duniya ka sab se bara pahad hai, yeh poora ka poora aap ko golden mountain bana kar de diya jaye ga. sone ka pahad. condition sirf aik hai, woh yeh hai ke aap ki dono aankhein le li jayen gi.</w:t>
      </w:r>
      <w:r>
        <w:br/>
      </w:r>
      <w:r>
        <w:rPr>
          <w:sz w:val="20"/>
        </w:rPr>
        <w:t>53:00  golden mountain aap ko mile ga us us shart par, us condition par ke phir aap dekhne qabil nahi honge. dono aankhein bahar taur par price ke le li jayen gi. to kya aap ko manzoor hoga? to aik aadmi, aik senior aadmi khara hua, us ne bare hi dard ke sath kaha ke aise golden mountain ko le kar hum kya karein</w:t>
      </w:r>
      <w:r>
        <w:br/>
      </w:r>
      <w:r>
        <w:rPr>
          <w:sz w:val="20"/>
        </w:rPr>
        <w:t>53:31  jis ko dekhne ke liye hamare paas do aankhein bhi na hon? aise sone ke pahad ko le kar hum kya karein jis ko dekhne ke liye hamare do aankhein bhi na hon? to maine us par add kiya ke dekhiye, is ka matlab kya hai? yeh do aankhein jo khuda ki taraf se hum ko free mein mili hui hain, to maine kaha yeh do aankhein</w:t>
      </w:r>
      <w:r>
        <w:br/>
      </w:r>
      <w:r>
        <w:rPr>
          <w:sz w:val="20"/>
        </w:rPr>
        <w:t>54:04  sone ke pahad se zyada qeemti hain. yeh do aankhein sone ke pahad se zyada qeemti hain. is par shukar karna hai. shukar ke liye hamein intezar nahi karna hai ke mere paas bohat bari kothi ho jaye, mere paas bohat bari car ho jaye, mere paas bohat bara bank balance ho jaye, mujh ko bohat bara political power mil jaye.</w:t>
      </w:r>
    </w:p>
    <w:p>
      <w:pPr>
        <w:pStyle w:val="Heading2"/>
      </w:pPr>
      <w:r>
        <w:t>Muhaddithin vs fuqaha on diversity in worship</w:t>
      </w:r>
    </w:p>
    <w:p>
      <w:r>
        <w:rPr>
          <w:color w:val="666666"/>
          <w:sz w:val="18"/>
        </w:rPr>
        <w:t>Fiqh Tajdeed-e-Deen Book by Maulana Wahiduddin Khan · 3m 03s · at 7:55 · https://youtu.be/ZHDgBUfz80U?t=475</w:t>
      </w:r>
    </w:p>
    <w:p>
      <w:r>
        <w:rPr>
          <w:i/>
        </w:rPr>
        <w:t>“Regarding the fiqh school of the hadith imams...”</w:t>
      </w:r>
    </w:p>
    <w:p>
      <w:r>
        <w:rPr>
          <w:sz w:val="20"/>
        </w:rPr>
        <w:t>7:55  Aimma-e-Hadees ke fiqhi maslak ke baray mein ulama ke darmiyan jo ikhtilaf hai, us ki wajah yahi hai kyunke maroof ma'noon mein un ka koi aik fiqhi maslak hi na tha: Jami' Bayan al-'Ilm juz thani.</w:t>
      </w:r>
      <w:r>
        <w:br/>
      </w:r>
      <w:r>
        <w:rPr>
          <w:sz w:val="20"/>
        </w:rPr>
        <w:t>8:09  magar fuqaha ki raay is se mukhtalif thi.</w:t>
      </w:r>
      <w:r>
        <w:br/>
      </w:r>
      <w:r>
        <w:rPr>
          <w:sz w:val="20"/>
        </w:rPr>
        <w:t>8:12  abu umar kehte hain ke imam shafi, lais ibn saad, uzai, abu thaur aur deegar fuqaha ki rai yeh hai ke jab aik hi maslay mein do mutzad qoul hon to dono haq nahi ho sakte.</w:t>
      </w:r>
      <w:r>
        <w:br/>
      </w:r>
      <w:r>
        <w:rPr>
          <w:sz w:val="20"/>
        </w:rPr>
        <w:t>8:25  lazmi tor par aik hi sahih hoga, doosra ghlat. mal haq illa wahid.</w:t>
      </w:r>
      <w:r>
        <w:br/>
      </w:r>
      <w:r>
        <w:rPr>
          <w:sz w:val="20"/>
        </w:rPr>
        <w:t>8:33  aisi surat mein zaroori hai ke kitab o sunnat, ijma ummat aur usool-e-musallama par qiyas kar ke aik ko rajih aur doosre ko marjooh qarar diya jaye.</w:t>
      </w:r>
      <w:r>
        <w:br/>
      </w:r>
      <w:r>
        <w:rPr>
          <w:sz w:val="20"/>
        </w:rPr>
        <w:t>8:45  is bahs mein haq bilashuba muhaddiseen ki taraf tha. kuch umoor aisay zaroor hain jin mein farq ka mamla haq aur na-haq ka mamla hota hai, magar har farq ki noiyat yahi nahi hoti.</w:t>
      </w:r>
      <w:r>
        <w:br/>
      </w:r>
      <w:r>
        <w:rPr>
          <w:sz w:val="20"/>
        </w:rPr>
        <w:t>8:58  misal ke taur par, kuch riwayat ke mutabiq nabi sallallahu alaihi wasallam ka gumaan tha ke kuch janwar, maslan chooha, goh, yahood ki masakh shuda naslon ki aulad hain.</w:t>
      </w:r>
      <w:r>
        <w:br/>
      </w:r>
      <w:r>
        <w:rPr>
          <w:sz w:val="20"/>
        </w:rPr>
        <w:t>9:09  lalahu min al-qurun allati masakhat. muslim.</w:t>
      </w:r>
      <w:r>
        <w:br/>
      </w:r>
      <w:r>
        <w:rPr>
          <w:sz w:val="20"/>
        </w:rPr>
        <w:t>9:14  magar doosri riwayat ke mutabiq aap ne farmaya ke tamam janwar pehle se hain. koi janwar kisi masakh shuda qaum ki nasal se nahi.</w:t>
      </w:r>
      <w:r>
        <w:br/>
      </w:r>
      <w:r>
        <w:rPr>
          <w:sz w:val="20"/>
        </w:rPr>
        <w:t>9:23  innallaha lam yal'an qawman qatt famasakhahum fakana lahum naslun walakinnaha khalqun kan.</w:t>
      </w:r>
      <w:r>
        <w:br/>
      </w:r>
      <w:r>
        <w:rPr>
          <w:sz w:val="20"/>
        </w:rPr>
        <w:t>9:33  abu daud</w:t>
      </w:r>
      <w:r>
        <w:br/>
      </w:r>
      <w:r>
        <w:rPr>
          <w:sz w:val="20"/>
        </w:rPr>
        <w:t>9:34  zahair hai ke in dono mein se koi aik hi baat sahih ho sakti hai, is liye hum majboor hain ke aik riwayat ko tark kar ke doosri ko ikhtiyar karein.</w:t>
      </w:r>
      <w:r>
        <w:br/>
      </w:r>
      <w:r>
        <w:rPr>
          <w:sz w:val="20"/>
        </w:rPr>
        <w:t>9:44  isi tarah kuch riwayat ke mutabiq aulad-e-mushrikeen ke baray mein farmaya ke woh apne aba ke sath jahannum mein honge. hum ma'a abaihim.</w:t>
      </w:r>
      <w:r>
        <w:br/>
      </w:r>
      <w:r>
        <w:rPr>
          <w:sz w:val="20"/>
        </w:rPr>
        <w:t>9:53  ibn kathir. doosri taraf aisi bhi riwayat hain ke aap ne farmaya ke koi bacha halat-e-tifli mein mar jaye to woh jannat mein jayega.</w:t>
      </w:r>
      <w:r>
        <w:br/>
      </w:r>
      <w:r>
        <w:rPr>
          <w:sz w:val="20"/>
        </w:rPr>
        <w:t>10:03  al-mawludu fil jannah. ahmad tabrani ki aik riwayat ke mutabiq aap se atfal-e-mushrikeen ke baray mein poocha gaya to aap ne farmaya: "woh ahle jannat ke khadim honge."</w:t>
      </w:r>
      <w:r>
        <w:br/>
      </w:r>
      <w:r>
        <w:rPr>
          <w:sz w:val="20"/>
        </w:rPr>
        <w:t>10:14  hum khuddamu ahli al-jannah. zahair hai ke aik larka ba'iq waqt jannat aur dozakh dono jagah nahi ho sakta, is liye hamara farz hoga ke dono qism ki riwayat ki chhanbeen kar ke sahih tar qoul ko talash karein.</w:t>
      </w:r>
      <w:r>
        <w:br/>
      </w:r>
      <w:r>
        <w:rPr>
          <w:sz w:val="20"/>
        </w:rPr>
        <w:t>10:30  m</w:t>
      </w:r>
      <w:r>
        <w:br/>
      </w:r>
      <w:r>
        <w:rPr>
          <w:sz w:val="20"/>
        </w:rPr>
        <w:t>10:31  agar jahan tak ibadat ke tareeqon mein mazkoor farq ka talluq hai, woh na sirf intehai zimni aur furui hain balkay aik aisay daira se talluq rakhte hain jahan farq ke mani lazman yeh nahi hain ke aik sahih hai aur doosra ghlat.</w:t>
      </w:r>
      <w:r>
        <w:br/>
      </w:r>
      <w:r>
        <w:rPr>
          <w:sz w:val="20"/>
        </w:rPr>
        <w:t>10:46  is mamle mein farq darasal tanawwu aur taus'a ko batata hai, na ke haq aur na-haq ko. yahi wajah hai ke hum aik aik hi sahabi ko bas auqat mukhtalif amal karte hue paate hain.</w:t>
      </w:r>
    </w:p>
    <w:p>
      <w:pPr>
        <w:pStyle w:val="Heading2"/>
      </w:pPr>
      <w:r>
        <w:t>Uthman bin Affan's ultimate act of generosity</w:t>
      </w:r>
    </w:p>
    <w:p>
      <w:r>
        <w:rPr>
          <w:color w:val="666666"/>
          <w:sz w:val="18"/>
        </w:rPr>
        <w:t>Spirit of Zakat (English) May 16, 2007 Maulana Wahiduddin Khan · 5m 09s · at 38:13 · https://youtu.be/J-0gHxSsXWc?t=2293</w:t>
      </w:r>
    </w:p>
    <w:p>
      <w:r>
        <w:rPr>
          <w:i/>
        </w:rPr>
        <w:t>“These Muhajirun became the richest men in Madinah.”</w:t>
      </w:r>
    </w:p>
    <w:p>
      <w:r>
        <w:rPr>
          <w:sz w:val="20"/>
        </w:rPr>
        <w:t>38:13  So, when these Sahaba, these Muhajirun, settle in Madinah as immigrants, they became</w:t>
      </w:r>
      <w:r>
        <w:br/>
      </w:r>
      <w:r>
        <w:rPr>
          <w:sz w:val="20"/>
        </w:rPr>
        <w:t>38:26  hardworkers, very, very hardworkers.</w:t>
      </w:r>
      <w:r>
        <w:br/>
      </w:r>
      <w:r>
        <w:rPr>
          <w:sz w:val="20"/>
        </w:rPr>
        <w:t>38:32  And at least two Muhajir, two immigrants, were the richest men in the richest men in Madinah.</w:t>
      </w:r>
      <w:r>
        <w:br/>
      </w:r>
      <w:r>
        <w:rPr>
          <w:sz w:val="20"/>
        </w:rPr>
        <w:t>38:46  The richest person in Madinah, they were Uthman bin Affan and Abdurrahman bin Awf.</w:t>
      </w:r>
      <w:r>
        <w:br/>
      </w:r>
      <w:r>
        <w:rPr>
          <w:sz w:val="20"/>
        </w:rPr>
        <w:t>38:56  Uthman bin Affan and Abdurrahman bin Awf, both were immigrants, but both were the richest persons in Madinah.</w:t>
      </w:r>
      <w:r>
        <w:br/>
      </w:r>
      <w:r>
        <w:rPr>
          <w:sz w:val="20"/>
        </w:rPr>
        <w:t>39:07  So, they used to spend their money for the sake of God every day and night</w:t>
      </w:r>
      <w:r>
        <w:br/>
      </w:r>
      <w:r>
        <w:rPr>
          <w:sz w:val="20"/>
        </w:rPr>
        <w:t>39:19  . Once,</w:t>
      </w:r>
      <w:r>
        <w:br/>
      </w:r>
      <w:r>
        <w:rPr>
          <w:sz w:val="20"/>
        </w:rPr>
        <w:t>39:25  both were traders, both were businessmen. So, they were doing export business, import business.</w:t>
      </w:r>
      <w:r>
        <w:br/>
      </w:r>
      <w:r>
        <w:rPr>
          <w:sz w:val="20"/>
        </w:rPr>
        <w:t>39:39  Both were doing import business, import-export business.</w:t>
      </w:r>
      <w:r>
        <w:br/>
      </w:r>
      <w:r>
        <w:rPr>
          <w:sz w:val="20"/>
        </w:rPr>
        <w:t>39:44  So, once</w:t>
      </w:r>
      <w:r>
        <w:br/>
      </w:r>
      <w:r>
        <w:rPr>
          <w:sz w:val="20"/>
        </w:rPr>
        <w:t>39:48  a caravan came from Syria to Madinah, this caravan was Uthman's.</w:t>
      </w:r>
      <w:r>
        <w:br/>
      </w:r>
      <w:r>
        <w:rPr>
          <w:sz w:val="20"/>
        </w:rPr>
        <w:t>40:00  This caravan belonged to Uthman.</w:t>
      </w:r>
      <w:r>
        <w:br/>
      </w:r>
      <w:r>
        <w:rPr>
          <w:sz w:val="20"/>
        </w:rPr>
        <w:t>40:09  So, in this caravan, there were perhaps 1,000 camels. So, 1,000 camels came to Madinah from Syria.</w:t>
      </w:r>
      <w:r>
        <w:br/>
      </w:r>
      <w:r>
        <w:rPr>
          <w:sz w:val="20"/>
        </w:rPr>
        <w:t>40:25  They were loaded with different kinds of trade item</w:t>
      </w:r>
      <w:r>
        <w:br/>
      </w:r>
      <w:r>
        <w:rPr>
          <w:sz w:val="20"/>
        </w:rPr>
        <w:t>40:33  s. So, the traders of Madinah visited Uthman bin Affan and asked and wanted to purchase all those items.</w:t>
      </w:r>
      <w:r>
        <w:br/>
      </w:r>
      <w:r>
        <w:rPr>
          <w:sz w:val="20"/>
        </w:rPr>
        <w:t>40:50  So, Uthman bin Affan said to these traders,</w:t>
      </w:r>
      <w:r>
        <w:br/>
      </w:r>
      <w:r>
        <w:rPr>
          <w:sz w:val="20"/>
        </w:rPr>
        <w:t>40:59  "I have offered more than yours.</w:t>
      </w:r>
      <w:r>
        <w:br/>
      </w:r>
      <w:r>
        <w:rPr>
          <w:sz w:val="20"/>
        </w:rPr>
        <w:t>41:07  You are offering some rate, but I have already received some offer more than you."</w:t>
      </w:r>
      <w:r>
        <w:br/>
      </w:r>
      <w:r>
        <w:rPr>
          <w:sz w:val="20"/>
        </w:rPr>
        <w:t>41:24  So, they said that all the traders of Madinah are here at your house.</w:t>
      </w:r>
      <w:r>
        <w:br/>
      </w:r>
      <w:r>
        <w:rPr>
          <w:sz w:val="20"/>
        </w:rPr>
        <w:t>41:32  So, who is going to offer more than our offers? Who is that person?</w:t>
      </w:r>
      <w:r>
        <w:br/>
      </w:r>
      <w:r>
        <w:rPr>
          <w:sz w:val="20"/>
        </w:rPr>
        <w:t>41:44  Then he said, "He is God Almighty."</w:t>
      </w:r>
      <w:r>
        <w:br/>
      </w:r>
      <w:r>
        <w:rPr>
          <w:sz w:val="20"/>
        </w:rPr>
        <w:t>41:50  In the Qur'an, there is a permanent offer that everyone who spends his money, his earnings, in the way of God, for the sake of God, he will be given an award ten times more</w:t>
      </w:r>
      <w:r>
        <w:br/>
      </w:r>
      <w:r>
        <w:rPr>
          <w:sz w:val="20"/>
        </w:rPr>
        <w:t>42:17  than the worldly award</w:t>
      </w:r>
      <w:r>
        <w:br/>
      </w:r>
      <w:r>
        <w:rPr>
          <w:sz w:val="20"/>
        </w:rPr>
        <w:t>42:19  . So, he said that, "You are offering me some money, but God is offering me ten times more than this money.</w:t>
      </w:r>
      <w:r>
        <w:br/>
      </w:r>
      <w:r>
        <w:rPr>
          <w:sz w:val="20"/>
        </w:rPr>
        <w:t>42:30  So, I will give all these</w:t>
      </w:r>
      <w:r>
        <w:br/>
      </w:r>
      <w:r>
        <w:rPr>
          <w:sz w:val="20"/>
        </w:rPr>
        <w:t>42:36  things in the way of God</w:t>
      </w:r>
      <w:r>
        <w:br/>
      </w:r>
      <w:r>
        <w:rPr>
          <w:sz w:val="20"/>
        </w:rPr>
        <w:t>42:41  ." So, Uthman bin Affan declared that everyone who is needy, who is poor,</w:t>
      </w:r>
      <w:r>
        <w:br/>
      </w:r>
      <w:r>
        <w:rPr>
          <w:sz w:val="20"/>
        </w:rPr>
        <w:t>42:53  "Come, come on, come here," and he may take all these thing</w:t>
      </w:r>
      <w:r>
        <w:br/>
      </w:r>
      <w:r>
        <w:rPr>
          <w:sz w:val="20"/>
        </w:rPr>
        <w:t>43:02  s. So, he</w:t>
      </w:r>
      <w:r>
        <w:br/>
      </w:r>
      <w:r>
        <w:rPr>
          <w:sz w:val="20"/>
        </w:rPr>
        <w:t>43:09  gave all this money in the way of God. So, this was an example of maximum charity, maximum Infaq.</w:t>
      </w:r>
    </w:p>
    <w:p>
      <w:pPr>
        <w:pStyle w:val="Heading2"/>
      </w:pPr>
      <w:r>
        <w:t>True dua heart breaking constant connection with Allah</w:t>
      </w:r>
    </w:p>
    <w:p>
      <w:r>
        <w:rPr>
          <w:color w:val="666666"/>
          <w:sz w:val="18"/>
        </w:rPr>
        <w:t>How to do Creative Dua · 3m 54s · at 4:15 · https://youtu.be/LiGXxL-poZE?t=255</w:t>
      </w:r>
    </w:p>
    <w:p>
      <w:r>
        <w:rPr>
          <w:i/>
        </w:rPr>
        <w:t>“Is zimni mein Maulana sahib ka ek jumla kaafi hai”</w:t>
      </w:r>
    </w:p>
    <w:p>
      <w:r>
        <w:rPr>
          <w:sz w:val="20"/>
        </w:rPr>
        <w:t>4:15  is zimn mein Maulana sahib ka ek jumla kafi hai ke dua hamare dil ke tukde hone chahiye, alfaaz nahi, koi form nahi.</w:t>
      </w:r>
      <w:r>
        <w:br/>
      </w:r>
      <w:r>
        <w:rPr>
          <w:sz w:val="20"/>
        </w:rPr>
        <w:t>4:29  dua hamari andaroon ki khwahish hai,</w:t>
      </w:r>
      <w:r>
        <w:br/>
      </w:r>
      <w:r>
        <w:rPr>
          <w:sz w:val="20"/>
        </w:rPr>
        <w:t>4:32  hamare zahiri jumle nahin. dua hamari tarap hai, hamari haqeeqi zaroorat hai. jaise shadeed khauf ke waqt hamare dil se nikalne wale alfaaz ke "Allah mere jee ko thaam le" yeh dua hai.</w:t>
      </w:r>
      <w:r>
        <w:br/>
      </w:r>
      <w:r>
        <w:rPr>
          <w:sz w:val="20"/>
        </w:rPr>
        <w:t>4:51  aise mauqe par kya hum wuzu karne daurenge? kya qibla rukh honge? bas hamari rooh sajde mein padi yeh maang rahi hogi.</w:t>
      </w:r>
      <w:r>
        <w:br/>
      </w:r>
      <w:r>
        <w:rPr>
          <w:sz w:val="20"/>
        </w:rPr>
        <w:t>5:02  haan, chand mauqe din mein aise hote hain jaise namaz ke baad jab hum baqayda baith kar haath utha kar kuch duaen karte hain, lekin baqi sara waqt kya kya zaroorat pesh aati rehti hai?</w:t>
      </w:r>
      <w:r>
        <w:br/>
      </w:r>
      <w:r>
        <w:rPr>
          <w:sz w:val="20"/>
        </w:rPr>
        <w:t>5:17  to kya hum koi bhi form ke mohtaj ho sakte hain? dekhiye,</w:t>
      </w:r>
      <w:r>
        <w:br/>
      </w:r>
      <w:r>
        <w:rPr>
          <w:sz w:val="20"/>
        </w:rPr>
        <w:t>5:23  dua ke liye ek achhi misaal deti hoon. ek bachcha jo apni har zaroorat ke liye iski maa par dependent hota hai, woh zarooraten jo woh jaanta hai aur woh zarooraten jo woh nahin jaanta, kya woh aisa karta hai ke chand mussaddas auqaat mein</w:t>
      </w:r>
      <w:r>
        <w:br/>
      </w:r>
      <w:r>
        <w:rPr>
          <w:sz w:val="20"/>
        </w:rPr>
        <w:t>5:43  maa se apni sari zarooriyat baik waqt bayan kar deta hai aur baqi sara waqt chup rehta hai? nahin, din bhar woh har zaroorat ke liye baar baar maa se maangta hai.</w:t>
      </w:r>
      <w:r>
        <w:br/>
      </w:r>
      <w:r>
        <w:rPr>
          <w:sz w:val="20"/>
        </w:rPr>
        <w:t>5:58  yahan tak ke kuch aise lamhaat bhi hote hain jab woh maa ke qareeb khamoshi se baithne bhi aata hai. kuch takleef hoti hai to usko bayan karta hai, khushi milti hai to maa se lapet jata hai,</w:t>
      </w:r>
      <w:r>
        <w:br/>
      </w:r>
      <w:r>
        <w:rPr>
          <w:sz w:val="20"/>
        </w:rPr>
        <w:t>6:11  khauf hota hai to maa ke paas aa kar tahaffuz mehsoos karta hai. yahan tak ke jab tak neend na aa jaye yeh silsila chalta rehta hai.</w:t>
      </w:r>
      <w:r>
        <w:br/>
      </w:r>
      <w:r>
        <w:rPr>
          <w:sz w:val="20"/>
        </w:rPr>
        <w:t>6:22  phir doosre din yahi silsila. koi juma ka intezar nahin, koi khaas mahina, khaas mauqa, khaas jagah, khaas waqea ka intezar nahin.</w:t>
      </w:r>
      <w:r>
        <w:br/>
      </w:r>
      <w:r>
        <w:rPr>
          <w:sz w:val="20"/>
        </w:rPr>
        <w:t>6:34  aap soch kar dekhiye, Allah se har lamha connection sirf dua se ho sakta hai, doosre activities se nahin.</w:t>
      </w:r>
      <w:r>
        <w:br/>
      </w:r>
      <w:r>
        <w:rPr>
          <w:sz w:val="20"/>
        </w:rPr>
        <w:t>6:44  misal ke taur par, koi sara din namaz mein nahin reh sakta, sara din quran nahin padh sakta,</w:t>
      </w:r>
      <w:r>
        <w:br/>
      </w:r>
      <w:r>
        <w:rPr>
          <w:sz w:val="20"/>
        </w:rPr>
        <w:t>6:52  sara din da'wati kaam mein mashgool nahin reh sakta, lekin sara din har lamha hum dua kar sakte hain. savere uthein to naye din ke liye Allah ka shukr, aur sahi din guzarne ke liye Allah ki hidayat ki maang, Allah ki madad ke liye dua,</w:t>
      </w:r>
      <w:r>
        <w:br/>
      </w:r>
      <w:r>
        <w:rPr>
          <w:sz w:val="20"/>
        </w:rPr>
        <w:t>7:12  pani istemal kar rahe hain to nemat ka shukr, us nemat ke khatam ho jaane se panah maangna, phir fajar ki namaz mein apni haajaton ko Allah ke samne rakhna, phir ghar walon se interaction shuru hota hai to kitni zaroorat hoti hai ke hum sabr maangein, aala akhlaq maangein, aapas ke mamlaat mein fiyaazi ki hidayat maangein.</w:t>
      </w:r>
      <w:r>
        <w:br/>
      </w:r>
      <w:r>
        <w:rPr>
          <w:sz w:val="20"/>
        </w:rPr>
        <w:t>7:37  kyunki Allah ne farmaya hai: "tum ek doosre ke liye aazmaish ho." kya koi hai jo sabr kare? isi tarah kaun sa lamha hai jab hamein Allah ki madad ki zaroorat na ho?</w:t>
      </w:r>
      <w:r>
        <w:br/>
      </w:r>
      <w:r>
        <w:rPr>
          <w:sz w:val="20"/>
        </w:rPr>
        <w:t>7:51  ek lamha bhi nahin hai. agar aisa hai to zaroor woh ghaflat ka lamha hai.</w:t>
      </w:r>
      <w:r>
        <w:br/>
      </w:r>
      <w:r>
        <w:rPr>
          <w:sz w:val="20"/>
        </w:rPr>
        <w:t>7:57  aur agar woh lamha hamare haq mein maut ka lamha ho gaya to kaisi badi mehroomi hai. ab samjhiye is hadith ko: "Ad-du'a mukhul ul ibadati".</w:t>
      </w:r>
    </w:p>
    <w:p>
      <w:pPr>
        <w:pStyle w:val="Heading2"/>
      </w:pPr>
      <w:r>
        <w:t>the seeker's journey to discovering Alhamdulillah</w:t>
      </w:r>
    </w:p>
    <w:p>
      <w:r>
        <w:rPr>
          <w:color w:val="666666"/>
          <w:sz w:val="18"/>
        </w:rPr>
        <w:t>Dars-e-Quran (Al-Fatihah (The Opening) 1 1-7) July 12, 2015 · 3m 42s · at 10:30 · https://youtu.be/Rv6AjEFe6MI?t=630</w:t>
      </w:r>
    </w:p>
    <w:p>
      <w:r>
        <w:rPr>
          <w:i/>
        </w:rPr>
        <w:t>“What is the real meaning of hamd, of praise?”</w:t>
      </w:r>
    </w:p>
    <w:p>
      <w:r>
        <w:rPr>
          <w:sz w:val="20"/>
        </w:rPr>
        <w:t>10:30  hamd ke maani bazahir yeh samjha jata hai ke hamd ke maani tareef hain, lekin tareef ki haqeeqat kya hai?</w:t>
      </w:r>
      <w:r>
        <w:br/>
      </w:r>
      <w:r>
        <w:rPr>
          <w:sz w:val="20"/>
        </w:rPr>
        <w:t>10:40  qasd khwahi nahi hai. Tareef ki haqeeqat shukr hai,</w:t>
      </w:r>
      <w:r>
        <w:br/>
      </w:r>
      <w:r>
        <w:rPr>
          <w:sz w:val="20"/>
        </w:rPr>
        <w:t>10:46  jis ko kehte hain acknowledge karna. Toh jab aap kehte hain Alhamdulillah Rabb al-Alameen, toh aap ne Rabb al-Alameen ke Rabb hone ko acknowledge kiya, is ka shukr ada kiya, is ka etraf kiya.</w:t>
      </w:r>
      <w:r>
        <w:br/>
      </w:r>
      <w:r>
        <w:rPr>
          <w:sz w:val="20"/>
        </w:rPr>
        <w:t>11:02  toh yeh main samajhta hoon ke insaan ki sab se pehli zaroorat hai ke woh apne Rabb ko daryaft kare aur us ko acknowledge kare.</w:t>
      </w:r>
      <w:r>
        <w:br/>
      </w:r>
      <w:r>
        <w:rPr>
          <w:sz w:val="20"/>
        </w:rPr>
        <w:t>11:16  kyunki is duniya mein dekhiye, jo kuch hamein mila hua hai, apne wajood se le kar bahir ki tamam cheezon tak, sab hamein Allah Rabb al-Alameen se mila hua hai.</w:t>
      </w:r>
      <w:r>
        <w:br/>
      </w:r>
      <w:r>
        <w:rPr>
          <w:sz w:val="20"/>
        </w:rPr>
        <w:t>11:29  wohi har cheez ka giver hai, hum sirf taker hain. Toh jab aap kehte hain Alhamdulillah, toh aap ne is haqeeqat ka etraf kiya, is haqeeqat ko acknowledge kiya.</w:t>
      </w:r>
      <w:r>
        <w:br/>
      </w:r>
      <w:r>
        <w:rPr>
          <w:sz w:val="20"/>
        </w:rPr>
        <w:t>11:46  isi ko kehte hain shukr. Toh is kalma ka matlab hai shukr hai Allah Rabb al-Alameen ka.</w:t>
      </w:r>
      <w:r>
        <w:br/>
      </w:r>
      <w:r>
        <w:rPr>
          <w:sz w:val="20"/>
        </w:rPr>
        <w:t>11:56  phir Rabb al-Alameen ka jo lafz hai, woh batata hai ke hum shukr kyun karte hain. Shukr kyun karte hain?</w:t>
      </w:r>
      <w:r>
        <w:br/>
      </w:r>
      <w:r>
        <w:rPr>
          <w:sz w:val="20"/>
        </w:rPr>
        <w:t>12:04  shukr is liye karte hain ke Allah Rabb hai, woh Rabb al-Alameen hai. Rabb ka lafz arabi zaban mein bohat hi جامع lafz hai,</w:t>
      </w:r>
      <w:r>
        <w:br/>
      </w:r>
      <w:r>
        <w:rPr>
          <w:sz w:val="20"/>
        </w:rPr>
        <w:t>12:15  yaani paida karne wala, us ko grow karne wala, us ko sambhalne wala, shuru se akhir tak is ki madad karne wala, yeh sara mafhoom is mein shamil hai.</w:t>
      </w:r>
      <w:r>
        <w:br/>
      </w:r>
      <w:r>
        <w:rPr>
          <w:sz w:val="20"/>
        </w:rPr>
        <w:t>12:31  toh</w:t>
      </w:r>
      <w:r>
        <w:br/>
      </w:r>
      <w:r>
        <w:rPr>
          <w:sz w:val="20"/>
        </w:rPr>
        <w:t>12:32  kaha Allah ki is sifat ko hum ne zikr yaad kiya is kalma mein ke woh hamara Rabb hai, hamara sab kuch wohi hai,</w:t>
      </w:r>
      <w:r>
        <w:br/>
      </w:r>
      <w:r>
        <w:rPr>
          <w:sz w:val="20"/>
        </w:rPr>
        <w:t>12:46  sab kuch hamare hamare wajood se le kar hamari tamam zarooraton tak har cheez ka talluq isi se hai. Toh is ko kahein ke shukr hai Allah Rabb al-Alameen ka,</w:t>
      </w:r>
      <w:r>
        <w:br/>
      </w:r>
      <w:r>
        <w:rPr>
          <w:sz w:val="20"/>
        </w:rPr>
        <w:t>13:01  yaani main acknowledge karta hoon. Yeh acknowledge karna lip service ke taur par nahi hai, yeh is lip service ka mamla nahi hai. Yeh sach poochhein toh ek discovery ka kalma hai.</w:t>
      </w:r>
      <w:r>
        <w:br/>
      </w:r>
      <w:r>
        <w:rPr>
          <w:sz w:val="20"/>
        </w:rPr>
        <w:t>13:15  Alhamdulillah Rabb al-Alameen ek discovery ka kalma hai.</w:t>
      </w:r>
      <w:r>
        <w:br/>
      </w:r>
      <w:r>
        <w:rPr>
          <w:sz w:val="20"/>
        </w:rPr>
        <w:t>13:22  jaise aap koi cheez dhoond rahe hain, dhoond rahe hain, dhoond rahe hain, mil rahi hai, mil mil jaye aap ko toh aap kahein ke main ne pa liya</w:t>
      </w:r>
      <w:r>
        <w:br/>
      </w:r>
      <w:r>
        <w:rPr>
          <w:sz w:val="20"/>
        </w:rPr>
        <w:t>13:29  jo pencil main dhoond rahi thi. Ab aye yeh yeh toh pencil mil gayi mujhe. Toh aap insaan jo hai, woh by birth seeker hai,</w:t>
      </w:r>
      <w:r>
        <w:br/>
      </w:r>
      <w:r>
        <w:rPr>
          <w:sz w:val="20"/>
        </w:rPr>
        <w:t>13:43  woh seeker paida hota hai.</w:t>
      </w:r>
      <w:r>
        <w:br/>
      </w:r>
      <w:r>
        <w:rPr>
          <w:sz w:val="20"/>
        </w:rPr>
        <w:t>13:46  toh insaan talash kar raha hai apne zindagi ki purpose ko, apne khalq ko, kis ne use wajood bakhsha, kaun us ko sambhale hue hai.</w:t>
      </w:r>
      <w:r>
        <w:br/>
      </w:r>
      <w:r>
        <w:rPr>
          <w:sz w:val="20"/>
        </w:rPr>
        <w:t>14:03  talash kar raha hai, talash kar raha hai, talash kar raha hai, yahan tak ke woh pa leta hai. Isi talash apni inteha tak pahunch jati hai.</w:t>
      </w:r>
    </w:p>
    <w:p>
      <w:pPr>
        <w:pStyle w:val="Heading2"/>
      </w:pPr>
      <w:r>
        <w:t>American professor impressed by Namaz</w:t>
      </w:r>
    </w:p>
    <w:p>
      <w:r>
        <w:rPr>
          <w:color w:val="666666"/>
          <w:sz w:val="18"/>
        </w:rPr>
        <w:t>Salat -- Islamic Prayer I 27th Feb. 07 · 4m 20s · at 39:45 · https://youtu.be/y1MA97h7mxg?t=2385</w:t>
      </w:r>
    </w:p>
    <w:p>
      <w:r>
        <w:rPr>
          <w:i/>
        </w:rPr>
        <w:t>“This reminds me of an event. Once an American professor visited Delhi”</w:t>
      </w:r>
    </w:p>
    <w:p>
      <w:r>
        <w:rPr>
          <w:sz w:val="20"/>
        </w:rPr>
        <w:t>39:45  So Namaz is a combination of inner spirit and outer form both. This is an issue of the Times of India, dated February 26th. February 26th.</w:t>
      </w:r>
      <w:r>
        <w:br/>
      </w:r>
      <w:r>
        <w:rPr>
          <w:sz w:val="20"/>
        </w:rPr>
        <w:t>40:11  Here you can see the caption. This is twenty—this is the first phase. This is the first page of Time International.</w:t>
      </w:r>
      <w:r>
        <w:br/>
      </w:r>
      <w:r>
        <w:rPr>
          <w:sz w:val="20"/>
        </w:rPr>
        <w:t>40:28  So here you can see a caption: "Islam Flourishes Among Black Americans." "Islam Flourishes Among Black Americans." This</w:t>
      </w:r>
      <w:r>
        <w:br/>
      </w:r>
      <w:r>
        <w:rPr>
          <w:sz w:val="20"/>
        </w:rPr>
        <w:t>40:43  report is prepared by a writer's reporter.</w:t>
      </w:r>
      <w:r>
        <w:br/>
      </w:r>
      <w:r>
        <w:rPr>
          <w:sz w:val="20"/>
        </w:rPr>
        <w:t>40:58  So in this report, he says that why Black Americans are embracing Islam.</w:t>
      </w:r>
      <w:r>
        <w:br/>
      </w:r>
      <w:r>
        <w:rPr>
          <w:sz w:val="20"/>
        </w:rPr>
        <w:t>41:13  He has given some reasons.</w:t>
      </w:r>
      <w:r>
        <w:br/>
      </w:r>
      <w:r>
        <w:rPr>
          <w:sz w:val="20"/>
        </w:rPr>
        <w:t>41:25  And one reason, and the foremost reason, is that in his words, "American Muslims are attracted to the</w:t>
      </w:r>
      <w:r>
        <w:br/>
      </w:r>
      <w:r>
        <w:rPr>
          <w:sz w:val="20"/>
        </w:rPr>
        <w:t>41:37  disciplines of Islamic prayer." "American Muslims are attracted to the disciplines of Islamic prayer." This is the reason</w:t>
      </w:r>
      <w:r>
        <w:br/>
      </w:r>
      <w:r>
        <w:rPr>
          <w:sz w:val="20"/>
        </w:rPr>
        <w:t>41:49  why these Americans are embracing Islam.</w:t>
      </w:r>
      <w:r>
        <w:br/>
      </w:r>
      <w:r>
        <w:rPr>
          <w:sz w:val="20"/>
        </w:rPr>
        <w:t>42:02  It is very important.</w:t>
      </w:r>
      <w:r>
        <w:br/>
      </w:r>
      <w:r>
        <w:rPr>
          <w:sz w:val="20"/>
        </w:rPr>
        <w:t>42:08  This reminds me of an event.</w:t>
      </w:r>
      <w:r>
        <w:br/>
      </w:r>
      <w:r>
        <w:rPr>
          <w:sz w:val="20"/>
        </w:rPr>
        <w:t>42:14  Once an American professor visited Delhi.</w:t>
      </w:r>
      <w:r>
        <w:br/>
      </w:r>
      <w:r>
        <w:rPr>
          <w:sz w:val="20"/>
        </w:rPr>
        <w:t>42:20  He also came to our center.</w:t>
      </w:r>
      <w:r>
        <w:br/>
      </w:r>
      <w:r>
        <w:rPr>
          <w:sz w:val="20"/>
        </w:rPr>
        <w:t>42:26  It was Friday.</w:t>
      </w:r>
      <w:r>
        <w:br/>
      </w:r>
      <w:r>
        <w:rPr>
          <w:sz w:val="20"/>
        </w:rPr>
        <w:t>42:32  This American was—he was a research scholar—and his theme was Islam.</w:t>
      </w:r>
      <w:r>
        <w:br/>
      </w:r>
      <w:r>
        <w:rPr>
          <w:sz w:val="20"/>
        </w:rPr>
        <w:t>42:38  So I said to him that today it is Friday. If you want, you can visit the nearest mosque and join us in the Friday prayer, and you can experience Namaz.</w:t>
      </w:r>
      <w:r>
        <w:br/>
      </w:r>
      <w:r>
        <w:rPr>
          <w:sz w:val="20"/>
        </w:rPr>
        <w:t>43:06  I said to him that without being a Muslim, you can experience Namaz. Without being a Muslim, you can experience Namaz.</w:t>
      </w:r>
      <w:r>
        <w:br/>
      </w:r>
      <w:r>
        <w:rPr>
          <w:sz w:val="20"/>
        </w:rPr>
        <w:t>43:23  So he was very happy, and he visited that mosque with me and joined with us in the Jumu'ah prayer. He was very much impressed. He said that this is a true worship.</w:t>
      </w:r>
      <w:r>
        <w:br/>
      </w:r>
      <w:r>
        <w:rPr>
          <w:sz w:val="20"/>
        </w:rPr>
        <w:t>43:48  Other forms of worship are like club exercises. So he was very much impressed by Namaz.</w:t>
      </w:r>
      <w:r>
        <w:br/>
      </w:r>
      <w:r>
        <w:rPr>
          <w:sz w:val="20"/>
        </w:rPr>
        <w:t>44:05  Then I will narrate a very interesting story. During the second Caliph of Farooq, Muslims entered Iran. So at that time, there were no mosques in Iran.</w:t>
      </w:r>
    </w:p>
    <w:p>
      <w:pPr>
        <w:pStyle w:val="Heading2"/>
      </w:pPr>
      <w:r>
        <w:t>Hunger leads to experience of God s presence</w:t>
      </w:r>
    </w:p>
    <w:p>
      <w:r>
        <w:rPr>
          <w:color w:val="666666"/>
          <w:sz w:val="18"/>
        </w:rPr>
        <w:t>The Spirit of Fasting October 2, 2005 Maulana Wahiduddin Khan · 5m 59s · at 32:34 · https://youtu.be/7OwO1UoCxmQ?t=1954</w:t>
      </w:r>
    </w:p>
    <w:p>
      <w:r>
        <w:rPr>
          <w:i/>
        </w:rPr>
        <w:t>“Yaqeen kijiye ke bhook bhi ek lazzat hai”</w:t>
      </w:r>
    </w:p>
    <w:p>
      <w:r>
        <w:rPr>
          <w:sz w:val="20"/>
        </w:rPr>
        <w:t>32:34  yaqeen kijiye kay bhook bhi aik lazzat hai.</w:t>
      </w:r>
      <w:r>
        <w:br/>
      </w:r>
      <w:r>
        <w:rPr>
          <w:sz w:val="20"/>
        </w:rPr>
        <w:t>32:45  jo bhook aap ko khuda ki yaad dilaye, woh bhook khud aik lazzat ban jati hai.</w:t>
      </w:r>
      <w:r>
        <w:br/>
      </w:r>
      <w:r>
        <w:rPr>
          <w:sz w:val="20"/>
        </w:rPr>
        <w:t>32:56  jo piyas aap ko khuda ki nemat ki yaad dilaye, woh piyas khud bhi aik lazzat ban jati hai.</w:t>
      </w:r>
      <w:r>
        <w:br/>
      </w:r>
      <w:r>
        <w:rPr>
          <w:sz w:val="20"/>
        </w:rPr>
        <w:t>33:08  isi ko aik shair nay, fani aik shair thay urdu kay, isi ko unhon nay kaha tha kay lazza dardi sihi kama ya ghamhai mahroom.</w:t>
      </w:r>
      <w:r>
        <w:br/>
      </w:r>
      <w:r>
        <w:rPr>
          <w:sz w:val="20"/>
        </w:rPr>
        <w:t>33:21  jinsay harman ko khuda izzat e arzani day.</w:t>
      </w:r>
      <w:r>
        <w:br/>
      </w:r>
      <w:r>
        <w:rPr>
          <w:sz w:val="20"/>
        </w:rPr>
        <w:t>33:26  yaqeen kijiye kay khuda ki yaad tamam lazzaton say bari lazzat hai.</w:t>
      </w:r>
      <w:r>
        <w:br/>
      </w:r>
      <w:r>
        <w:rPr>
          <w:sz w:val="20"/>
        </w:rPr>
        <w:t>33:36  khuda ki yaad say bari koi lazzat nahi.</w:t>
      </w:r>
      <w:r>
        <w:br/>
      </w:r>
      <w:r>
        <w:rPr>
          <w:sz w:val="20"/>
        </w:rPr>
        <w:t>33:42  to khuda ki yaad kab aaye gi? jab aap kay pait bharay huay hon aur dakar aa rahi ho to aap khuda ko yaad karein gay?</w:t>
      </w:r>
      <w:r>
        <w:br/>
      </w:r>
      <w:r>
        <w:rPr>
          <w:sz w:val="20"/>
        </w:rPr>
        <w:t>33:54  iska matlab yeh hai kay rozay ka maqsad hai khuda ko yaad karnay kay qabil banana.</w:t>
      </w:r>
      <w:r>
        <w:br/>
      </w:r>
      <w:r>
        <w:rPr>
          <w:sz w:val="20"/>
        </w:rPr>
        <w:t>34:07  sab se bari yaad Khuda ki yeh hai ke humein Khuda ki nematon ka ehsas ho. Tabhi to sachi yaad aati hai.</w:t>
      </w:r>
      <w:r>
        <w:br/>
      </w:r>
      <w:r>
        <w:rPr>
          <w:sz w:val="20"/>
        </w:rPr>
        <w:t>34:20  jab tak nematon ka ehsas na ho, Khuda ki sachi yaad kaise aayegi? Aur Khuda ki sachi yaad se bari koi lazzat insan ke liye nahin.</w:t>
      </w:r>
      <w:r>
        <w:br/>
      </w:r>
      <w:r>
        <w:rPr>
          <w:sz w:val="20"/>
        </w:rPr>
        <w:t>34:34  Khuda ki yaad kya hai? Khuda ki yaad Presence of God ka tajruba hai.</w:t>
      </w:r>
      <w:r>
        <w:br/>
      </w:r>
      <w:r>
        <w:rPr>
          <w:sz w:val="20"/>
        </w:rPr>
        <w:t>34:44  Khuda ki yaad koi saada baat nahin hai ke ungliyon par aap ne Allah Allah Allah Allah Allah gin liya. Yeh to ek mazahikhaiz baat hai.</w:t>
      </w:r>
      <w:r>
        <w:br/>
      </w:r>
      <w:r>
        <w:rPr>
          <w:sz w:val="20"/>
        </w:rPr>
        <w:t>34:54  yeh Khuda ki, Khuda ko kam tar samajhna hai.</w:t>
      </w:r>
      <w:r>
        <w:br/>
      </w:r>
      <w:r>
        <w:rPr>
          <w:sz w:val="20"/>
        </w:rPr>
        <w:t>35:00  Khuda ki yaad, Khuda ke Presence ka tajruba hai.</w:t>
      </w:r>
      <w:r>
        <w:br/>
      </w:r>
      <w:r>
        <w:rPr>
          <w:sz w:val="20"/>
        </w:rPr>
        <w:t>35:09  aap soch sakte hain ke Khuda ke Presence ka tajruba kitna ajeeb o ghareeb hoga. Woh Khuda jis ne itni bari kainat ko paida kiya.</w:t>
      </w:r>
      <w:r>
        <w:br/>
      </w:r>
      <w:r>
        <w:rPr>
          <w:sz w:val="20"/>
        </w:rPr>
        <w:t>35:23  main aksar sochta hoon ke kis qadar ajeeb o ghareeb taqat hogi Khuda ki ke itni bari kainat paida kiya is ne aur poori poori kainat zero defect par chal rahi hai.</w:t>
      </w:r>
      <w:r>
        <w:br/>
      </w:r>
      <w:r>
        <w:rPr>
          <w:sz w:val="20"/>
        </w:rPr>
        <w:t>35:36  zero defect ki kainat hai yeh.</w:t>
      </w:r>
      <w:r>
        <w:br/>
      </w:r>
      <w:r>
        <w:rPr>
          <w:sz w:val="20"/>
        </w:rPr>
        <w:t>35:41  yani million billion saal se kar rahe hain, harkat kar rahe hain saare sitare, saare sayare aur nizam shamsi.</w:t>
      </w:r>
      <w:r>
        <w:br/>
      </w:r>
      <w:r>
        <w:rPr>
          <w:sz w:val="20"/>
        </w:rPr>
        <w:t>35:49  lekin ek second ka farq nahin.</w:t>
      </w:r>
      <w:r>
        <w:br/>
      </w:r>
      <w:r>
        <w:rPr>
          <w:sz w:val="20"/>
        </w:rPr>
        <w:t>35:57  yani poori poori kainat peshgoi ki ja sakti hai. Hazaron saal pehle yeh bata sakta hai ek scientist ke hazar saal baad falan sayara kahan hoga, falan sitara kahan hoga.</w:t>
      </w:r>
      <w:r>
        <w:br/>
      </w:r>
      <w:r>
        <w:rPr>
          <w:sz w:val="20"/>
        </w:rPr>
        <w:t>36:11  itni bari kainat ka peshgoi hona. Yani kitna bara azeem hoga Khuda.</w:t>
      </w:r>
      <w:r>
        <w:br/>
      </w:r>
      <w:r>
        <w:rPr>
          <w:sz w:val="20"/>
        </w:rPr>
        <w:t>36:19  aur phir dekhiye kitna khoobsurat hoga Khuda jis ne phool paida kiye. Jis ne husn paida kiya.</w:t>
      </w:r>
      <w:r>
        <w:br/>
      </w:r>
      <w:r>
        <w:rPr>
          <w:sz w:val="20"/>
        </w:rPr>
        <w:t>36:30  to aisa Khuda, is ka Presence</w:t>
      </w:r>
      <w:r>
        <w:br/>
      </w:r>
      <w:r>
        <w:rPr>
          <w:sz w:val="20"/>
        </w:rPr>
        <w:t>36:37  kya be lazzat hoga?</w:t>
      </w:r>
      <w:r>
        <w:br/>
      </w:r>
      <w:r>
        <w:rPr>
          <w:sz w:val="20"/>
        </w:rPr>
        <w:t>36:40  is ke Presence ka tajruba be lazzat ho jayega? To yeh koi saada baat nahin hai. Roza sach poochiye to Presence of God ka tajruba karanay ka ek ibadat hai.</w:t>
      </w:r>
      <w:r>
        <w:br/>
      </w:r>
      <w:r>
        <w:rPr>
          <w:sz w:val="20"/>
        </w:rPr>
        <w:t>36:54  shaam ko jab iftar kiya to aap ki zuban se yeh alfaaz nikle ke zahab az zama'u wa qallat il 'uruq</w:t>
      </w:r>
      <w:r>
        <w:br/>
      </w:r>
      <w:r>
        <w:rPr>
          <w:sz w:val="20"/>
        </w:rPr>
        <w:t>37:08  wa thabat al ajru in sha Allah ta'ala zahab az zama'u wa qallat il 'uruq wa thabat al ajru in sha Allah ta'ala</w:t>
      </w:r>
      <w:r>
        <w:br/>
      </w:r>
      <w:r>
        <w:rPr>
          <w:sz w:val="20"/>
        </w:rPr>
        <w:t>37:24  yani pyas chali gayi</w:t>
      </w:r>
      <w:r>
        <w:br/>
      </w:r>
      <w:r>
        <w:rPr>
          <w:sz w:val="20"/>
        </w:rPr>
        <w:t>37:30  aur ragen tar ho gayeen. Zara in alfaaz par ghor kijiye ke pyas chali gayi aur ragen tar ho gayeen.</w:t>
      </w:r>
      <w:r>
        <w:br/>
      </w:r>
      <w:r>
        <w:rPr>
          <w:sz w:val="20"/>
        </w:rPr>
        <w:t>37:42  aur is ka inaam in sha Allah milna pakka ho gaya. Ab ghor kijiye ke agar aadmi pyas se tarp na raha ho to aisa lafz niklega us ki zuban se?</w:t>
      </w:r>
      <w:r>
        <w:br/>
      </w:r>
      <w:r>
        <w:rPr>
          <w:sz w:val="20"/>
        </w:rPr>
        <w:t>37:54  jab din bhar pyas hi na lagi ho to aisa niklega us ke munh se? Jab din bhar aadmi ko bhook lagi ho, din bhar pyas lagi ho, is ne bhook aur pyas ka sach mach tajruba kiya ho tab us ki zuban se nikal padega zahab az zama'u wa qallat il 'uruq in sha Allah ta'ala wa thabat al ajru in sha Allah ta'ala.</w:t>
      </w:r>
      <w:r>
        <w:br/>
      </w:r>
      <w:r>
        <w:rPr>
          <w:sz w:val="20"/>
        </w:rPr>
        <w:t>38:23  ke pyas chali gayi aur ragen tar ho gayeen. Aur is ka ajr in sha Allah Khuda ke haan pakka ho gaya. Roze mein asal cheez rooh hai.</w:t>
      </w:r>
    </w:p>
    <w:p>
      <w:pPr>
        <w:pStyle w:val="Heading2"/>
      </w:pPr>
      <w:r>
        <w:t>personal testimony: understanding Eid, trust, and reviving dawah</w:t>
      </w:r>
    </w:p>
    <w:p>
      <w:r>
        <w:rPr>
          <w:color w:val="666666"/>
          <w:sz w:val="18"/>
        </w:rPr>
        <w:t>Eid Special CPS Women Interaction June 29, 2023 · 5m 52s · at 24:31 · https://youtu.be/Os7IYYOg8v4?t=1471</w:t>
      </w:r>
    </w:p>
    <w:p>
      <w:r>
        <w:rPr>
          <w:i/>
        </w:rPr>
        <w:t>“Pehli baar zindagi mein mujhe Eid ul-Adha meri samajh mein aayi hai”</w:t>
      </w:r>
    </w:p>
    <w:p>
      <w:r>
        <w:rPr>
          <w:sz w:val="20"/>
        </w:rPr>
        <w:t>24:31  haan, please. Please raise your hand for this. Ok. Assalamu Alaikum everyone. Shukriya. Pehli baar zindagi mein mujhe Izd-e-Adasi meri samajh mein aayi hai because of Maulana video.</w:t>
      </w:r>
      <w:r>
        <w:br/>
      </w:r>
      <w:r>
        <w:rPr>
          <w:sz w:val="20"/>
        </w:rPr>
        <w:t>24:52  kal afternoon maine Maulana ki video dekhi thi toh usmein Maulana ne point to point detail bhi Idlajaa'a Preeta Idlajaa'a ke bare mein bole the. Main toh gyaarah saal se aisi bayan sabhi net hi suni hai. Toh yahi first time hai main iske bare mein sunna aur Maulana ka jo takeaway hai Maulana ki learning yeh jo talks hai yeh ek hai.</w:t>
      </w:r>
      <w:r>
        <w:br/>
      </w:r>
      <w:r>
        <w:rPr>
          <w:sz w:val="20"/>
        </w:rPr>
        <w:t>25:22  Ibrahwalas ke lamb ko jaisa Allah Taala aankh se bachaya hai waisa hi daai ko jo pareshani aaye toh bhi Allah Taala bachata hai. Toh hamare andar jo negativity hai, jo complaint culture hai, jo violence hai woh khatam karni chahiye. Wahi asal khulwari hai.</w:t>
      </w:r>
      <w:r>
        <w:br/>
      </w:r>
      <w:r>
        <w:rPr>
          <w:sz w:val="20"/>
        </w:rPr>
        <w:t>25:43  Eid ka din wahi qurbani karni chahiye aur Khuda ki mission ke liye jo aadmi khada hote hain uske liye Allah mazgar van banta hai. Yeh toh hum sabko experience hai ke Allah bohat bara vaccine madadgar hai. Woh kis tarah unki daai ko protect karta, kis tarah guide karta.</w:t>
      </w:r>
      <w:r>
        <w:br/>
      </w:r>
      <w:r>
        <w:rPr>
          <w:sz w:val="20"/>
        </w:rPr>
        <w:t>26:08  toh hum real life mein bhi experience karte hain aur meri special learning hai Molana mein Molana mein ke zariye se ke ek daai up to date training chahiye. Toh zamana ke according to their zamana ke intellectually updated rehni chahiye aur physically physically bhi active rehna chahiye.</w:t>
      </w:r>
      <w:r>
        <w:br/>
      </w:r>
      <w:r>
        <w:rPr>
          <w:sz w:val="20"/>
        </w:rPr>
        <w:t>26:34  yeh Maulana sab prove karke dikhaya hai ke Maulana sab ne English bar seekh seekha hai apne aap ko health healthy ke matlab simplicity ke saath simple food liya hai.</w:t>
      </w:r>
      <w:r>
        <w:br/>
      </w:r>
      <w:r>
        <w:rPr>
          <w:sz w:val="20"/>
        </w:rPr>
        <w:t>26:48  simplicity ke saath positive thinking ke saath apne aap ko bohat achhe se fit rakha hai ke daai ke do tasks hain ke intellectually apne aap ko develop karni chahiye aur physically apni health ko maintain karni chahiye.</w:t>
      </w:r>
      <w:r>
        <w:br/>
      </w:r>
      <w:r>
        <w:rPr>
          <w:sz w:val="20"/>
        </w:rPr>
        <w:t>27:05  kyunki duniya bhar opportunities itna aware hokar hai ke hum mentally physically active hone se unko avail kar</w:t>
      </w:r>
      <w:r>
        <w:br/>
      </w:r>
      <w:r>
        <w:rPr>
          <w:sz w:val="20"/>
        </w:rPr>
        <w:t>27:13  sakte hain aur ek zamane se hamein bhi saath saath chadh sakte hain kyunki allah taalaah humko madad</w:t>
      </w:r>
      <w:r>
        <w:br/>
      </w:r>
      <w:r>
        <w:rPr>
          <w:sz w:val="20"/>
        </w:rPr>
        <w:t>27:21  karne ke liye, humko guide karne ke liye allah taalaah maujood hai thak bahut har haal mein hum</w:t>
      </w:r>
      <w:r>
        <w:br/>
      </w:r>
      <w:r>
        <w:rPr>
          <w:sz w:val="20"/>
        </w:rPr>
        <w:t>27:29  sukhaar na late hai lekin allah taalaah hamare bahut nazdeek hai, bahut nazdeek hai.</w:t>
      </w:r>
      <w:r>
        <w:br/>
      </w:r>
      <w:r>
        <w:rPr>
          <w:sz w:val="20"/>
        </w:rPr>
        <w:t>27:38  aaye mere bando, tumhein gusse maango, gusse gaayat maango, gusse gaayat maango, tumhari main tumhari gaayat karunga, tumhari plant khaunga. Toh kal subah maine darya karne baithi thi tab mere andar itna sukoon aayi thi main aisa feel hui ke parishtor ka bheed mere mere saamne aaya hai.</w:t>
      </w:r>
      <w:r>
        <w:br/>
      </w:r>
      <w:r>
        <w:rPr>
          <w:sz w:val="20"/>
        </w:rPr>
        <w:t>28:05  to maine us par, us par dekha hai salah wale kumhe alag malai kahin hai aur left and</w:t>
      </w:r>
      <w:r>
        <w:br/>
      </w:r>
      <w:r>
        <w:rPr>
          <w:sz w:val="20"/>
        </w:rPr>
        <w:t>28:11  right and back arms to kahin hai aur maine yahi dwar kya hai ki allahlah jo dwar karna</w:t>
      </w:r>
      <w:r>
        <w:br/>
      </w:r>
      <w:r>
        <w:rPr>
          <w:sz w:val="20"/>
        </w:rPr>
        <w:t>28:17  mujhe aata nahi hai lekin hamare sabke hak mein jo jo behtar hai wahi dua kar rahi hoon</w:t>
      </w:r>
      <w:r>
        <w:br/>
      </w:r>
      <w:r>
        <w:rPr>
          <w:sz w:val="20"/>
        </w:rPr>
        <w:t>28:23  ki jo andar mere andar ka feeling hai tu samajh sakta hai, tu jaane wala hai to meri</w:t>
      </w:r>
      <w:r>
        <w:br/>
      </w:r>
      <w:r>
        <w:rPr>
          <w:sz w:val="20"/>
        </w:rPr>
        <w:t>28:29  dua ko khukool karne aur hum sab kuch jahan mart hai bachcha aur general wirdos mein aadha logon</w:t>
      </w:r>
      <w:r>
        <w:br/>
      </w:r>
      <w:r>
        <w:rPr>
          <w:sz w:val="20"/>
        </w:rPr>
        <w:t>28:35  ke saath humko darjar hatakar.</w:t>
      </w:r>
      <w:r>
        <w:br/>
      </w:r>
      <w:r>
        <w:rPr>
          <w:sz w:val="20"/>
        </w:rPr>
        <w:t>28:41  yahi dua kiya hai woh few seconds ke liye pee rahi hai aur toh main bayan bhi nahi kar sakti hoon. Utna khuboon mili hai, utna phir mujhe mili hai kal seedhe subah aur aaj hamari dukaan suni hai aur ek intermediate student aayi hai. Ek bacchi unhone chura maan li hai. Hum toh peace address bolkar hamare dukaan mein rakhte hain.</w:t>
      </w:r>
      <w:r>
        <w:br/>
      </w:r>
      <w:r>
        <w:rPr>
          <w:sz w:val="20"/>
        </w:rPr>
        <w:t>29:05  toh maine parson flight fas liya hai unki father ko maine tab tak phir family life chelgoo mein diya hai. Toh unhone puch ke aap woh kya hai? Woh Quran hai. Main padhti hoon mujhe interest hai mujhe de dijiye. Toh maine Quran de diya toh Quran unka father ne aisa aisa karke le liya aur bohat khush hokar le liya. Yeh toh bohat achhi kitab hai. Mere paas theek Gita padhi hai, bible padhi hai. Ab puran ki chauk hai.</w:t>
      </w:r>
      <w:r>
        <w:br/>
      </w:r>
      <w:r>
        <w:rPr>
          <w:sz w:val="20"/>
        </w:rPr>
        <w:t>29:33  aapki dukaan mein puran mili hai. Toh maine itna khush hoon ke alag alag, wahin ka din mujhe nai opportunity diya hai aur Maulana sahib eba bhi kahe ke mere din dawa sritva revive karne ke liye aati hai. Dawa mission ko revive karne ke liye aate hain har saal. Toh hum dawa mission ko revive karni chahiye.</w:t>
      </w:r>
      <w:r>
        <w:br/>
      </w:r>
      <w:r>
        <w:rPr>
          <w:sz w:val="20"/>
        </w:rPr>
        <w:t>29:58  hamare andar dawa field ko instantly karni chahiye. Tabhi hum saal bhar energy achhi energy ke saath aur positivity ke saath dawa kaam kar sakte hain. Yahi main meri learning hai meri swari zaada Allah. Zaada Allah for joining Aisha and sharing your learning.</w:t>
      </w:r>
      <w:r>
        <w:br/>
      </w:r>
      <w:r>
        <w:rPr>
          <w:sz w:val="20"/>
        </w:rPr>
        <w:t>30:23  So profound learning you you mentioned and aur koi ladies hain jo apni learning ko share karna chahti hain please go ahead. Ok, stuti wants to say something please. I'm sorry, main itna bol rahi hoon but I'm just so overwhelmed by it. Like Aisha said that ek daai ko apni health ka khayal karna chahiye.</w:t>
      </w:r>
    </w:p>
    <w:p>
      <w:pPr>
        <w:pStyle w:val="Heading2"/>
      </w:pPr>
      <w:r>
        <w:t>Refuting political interpretation of qital verse</w:t>
      </w:r>
    </w:p>
    <w:p>
      <w:r>
        <w:rPr>
          <w:color w:val="666666"/>
          <w:sz w:val="18"/>
        </w:rPr>
        <w:t>Interaction 16 nov, 2019 - Maulana Wahiduddin Khan · 3m 44s · at 14:12 · https://youtu.be/18N19xva7Ag?t=852</w:t>
      </w:r>
    </w:p>
    <w:p>
      <w:r>
        <w:rPr>
          <w:i/>
        </w:rPr>
        <w:t>“Is ka koi bhi ta'alluq hukumat se ya riyasat se nahi hai”</w:t>
      </w:r>
    </w:p>
    <w:p>
      <w:r>
        <w:rPr>
          <w:sz w:val="20"/>
        </w:rPr>
        <w:t>14:12  is ka koi bhi taaluq hukumat se ya riyasat se nahi hai. yahan par dekhiye, jo lafz fitna jo hai, fitna ke maani hain wahi jis ko hum kehte hain resist prosecution.</w:t>
      </w:r>
      <w:r>
        <w:br/>
      </w:r>
      <w:r>
        <w:rPr>
          <w:sz w:val="20"/>
        </w:rPr>
        <w:t>14:35  to qadeem zamane mein aap jante hain ke sari duniya mein resist prosecution tha.</w:t>
      </w:r>
      <w:r>
        <w:br/>
      </w:r>
      <w:r>
        <w:rPr>
          <w:sz w:val="20"/>
        </w:rPr>
        <w:t>14:43  yani aazadi ya mazhabi aazadi nahi thi har jagah. ab to ab to mazhabi aazadi ka daur hi khatm ho chuka hai.</w:t>
      </w:r>
      <w:r>
        <w:br/>
      </w:r>
      <w:r>
        <w:rPr>
          <w:sz w:val="20"/>
        </w:rPr>
        <w:t>14:55  ab ab sari duniya mein mazhabi aazadi hai.</w:t>
      </w:r>
      <w:r>
        <w:br/>
      </w:r>
      <w:r>
        <w:rPr>
          <w:sz w:val="20"/>
        </w:rPr>
        <w:t>15:01  to yeh sirf mazhabi aazadi hai jo kuch logon ne khatm kar rakhi thi. woh jo quran mein hai ke: "afara'ayta alladhi tawalla wa a'ata qaleelan wa akda".</w:t>
      </w:r>
      <w:r>
        <w:br/>
      </w:r>
      <w:r>
        <w:rPr>
          <w:sz w:val="20"/>
        </w:rPr>
        <w:t>15:19  yeh hai resist prosecution. to resist prosecution allah ki takhleeq ke naqshe ko neirfy karne ke barabar hai ke kyunke allah ne har insaan ko aazadi di hai.</w:t>
      </w:r>
      <w:r>
        <w:br/>
      </w:r>
      <w:r>
        <w:rPr>
          <w:sz w:val="20"/>
        </w:rPr>
        <w:t>15:39  di hai. har insaan ko mauqa hai ke aazadi mazhab ke maamle mein jo</w:t>
      </w:r>
      <w:r>
        <w:br/>
      </w:r>
      <w:r>
        <w:rPr>
          <w:sz w:val="20"/>
        </w:rPr>
        <w:t>15:50  tareeqa chahe ikhtiyar kare.</w:t>
      </w:r>
      <w:r>
        <w:br/>
      </w:r>
      <w:r>
        <w:rPr>
          <w:sz w:val="20"/>
        </w:rPr>
        <w:t>15:56  to is is yani is culture ko khatm karna ke mazhabi mazhabi jabr ko khatm karna, mazhabi aazadi ko lana, yeh matlab hai is ka.</w:t>
      </w:r>
      <w:r>
        <w:br/>
      </w:r>
      <w:r>
        <w:rPr>
          <w:sz w:val="20"/>
        </w:rPr>
        <w:t>16:12  is ka koi taaluq hukumat se, siyasat se nahi hai.</w:t>
      </w:r>
      <w:r>
        <w:br/>
      </w:r>
      <w:r>
        <w:rPr>
          <w:sz w:val="20"/>
        </w:rPr>
        <w:t>16:17  un ka jo sawal tha woh ke haan deen ka lafz aaya hai, woh law ke bare mein hai. woh law enforce karna hai.</w:t>
      </w:r>
      <w:r>
        <w:br/>
      </w:r>
      <w:r>
        <w:rPr>
          <w:sz w:val="20"/>
        </w:rPr>
        <w:t>16:28  maulana, un ka sawal yeh tha ke ad-deen ka lafz jo aaya hai, haan ad-deen ka lafz jo aaya hai aayat mein: "wa yakuna ad-deenu kulluhu lillah".</w:t>
      </w:r>
      <w:r>
        <w:br/>
      </w:r>
      <w:r>
        <w:rPr>
          <w:sz w:val="20"/>
        </w:rPr>
        <w:t>16:39  hmm, deen ka matlab yahan par law hai. is ka mat</w:t>
      </w:r>
      <w:r>
        <w:br/>
      </w:r>
      <w:r>
        <w:rPr>
          <w:sz w:val="20"/>
        </w:rPr>
        <w:t>16:42  lab hai law nahi. law nahi, law nahi hai. yeh to jo log, jo log</w:t>
      </w:r>
      <w:r>
        <w:br/>
      </w:r>
      <w:r>
        <w:rPr>
          <w:sz w:val="20"/>
        </w:rPr>
        <w:t>16:54  islami sehat ka</w:t>
      </w:r>
      <w:r>
        <w:br/>
      </w:r>
      <w:r>
        <w:rPr>
          <w:sz w:val="20"/>
        </w:rPr>
        <w:t>17:01  yani islam ko sehat, islam ki siyasi ta'abeer karte hain, un ka un ka yeh khayal hai deen ka maani wahi hai jo hum is ko hum kehte hain mazhab.</w:t>
      </w:r>
      <w:r>
        <w:br/>
      </w:r>
      <w:r>
        <w:rPr>
          <w:sz w:val="20"/>
        </w:rPr>
        <w:t>17:15  yani mazhab ke maamle mein jo</w:t>
      </w:r>
      <w:r>
        <w:br/>
      </w:r>
      <w:r>
        <w:rPr>
          <w:sz w:val="20"/>
        </w:rPr>
        <w:t>17:25  jo jabr kaam kar rakha tha, us ke bare mein yeh hai. to islam mein mazhabi jabr nahi hai.</w:t>
      </w:r>
      <w:r>
        <w:br/>
      </w:r>
      <w:r>
        <w:rPr>
          <w:sz w:val="20"/>
        </w:rPr>
        <w:t>17:34  har aadmi ko aazadi hai. har aadmi ko aazadi hai.</w:t>
      </w:r>
      <w:r>
        <w:br/>
      </w:r>
      <w:r>
        <w:rPr>
          <w:sz w:val="20"/>
        </w:rPr>
        <w:t>17:46  to jo log is aayat se nikalte hain siyasi nizam, woh galat nikalte hain. is ka koi taaluq siyasi nizam se nahi hai.</w:t>
      </w:r>
    </w:p>
    <w:p>
      <w:pPr>
        <w:pStyle w:val="Heading2"/>
      </w:pPr>
      <w:r>
        <w:t>Taqwa and seeking guidance from Quran</w:t>
      </w:r>
    </w:p>
    <w:p>
      <w:r>
        <w:rPr>
          <w:color w:val="666666"/>
          <w:sz w:val="18"/>
        </w:rPr>
        <w:t>Aspects of Quran &amp; Hadith in Islam (English) | March 20, 2007 | Maulana Wahiduddin Khan · 5m 40s · at 2:18 · https://youtu.be/CJd5YVgHP9k?t=138</w:t>
      </w:r>
    </w:p>
    <w:p>
      <w:r>
        <w:rPr>
          <w:i/>
        </w:rPr>
        <w:t>“Woh aadmi jo apni zindagi ke maamle mein kashish ho”</w:t>
      </w:r>
    </w:p>
    <w:p>
      <w:r>
        <w:rPr>
          <w:sz w:val="20"/>
        </w:rPr>
        <w:t>2:18  woh aadmi jo apni zindagi ke mamle mein conscious ho, woh sochta ho, woh right aur wrong ko importance deta ho, kya theek hai, kya theek nahi hai, us ko janne ki koshish karta ho, aisa aadmi muttaqi hai.</w:t>
      </w:r>
      <w:r>
        <w:br/>
      </w:r>
      <w:r>
        <w:rPr>
          <w:sz w:val="20"/>
        </w:rPr>
        <w:t>2:51  jaise ek waqia hai ke Hazrat Umar Farooq ne ek sahabi se poocha ke taqwa kya hai, to unhone sawal kiya ke kya aap kisi aisi rastay se guzre hain jis ke dono taraf kaante daar jhaadiyan, thorny bushes hon</w:t>
      </w:r>
      <w:r>
        <w:br/>
      </w:r>
      <w:r>
        <w:rPr>
          <w:sz w:val="20"/>
        </w:rPr>
        <w:t>3:23  ? to Hazrat Umar ne kaha ke haan. unhone poocha ke us waqt aap ne kya kiya? to aap ne kaha ke شَمَّرْتُ وَاِشْتَحَدْتُ main ne apne kapde khoob samet liye aur phir bachta hua nikal gaya. to unhone kaha ke ذَٰلِكَ التَّقْوَى yahi taqwa hai. is se maloom hua ke taqwa naam hai is baat ka ke aadmi ke andar parwah ho</w:t>
      </w:r>
      <w:r>
        <w:br/>
      </w:r>
      <w:r>
        <w:rPr>
          <w:sz w:val="20"/>
        </w:rPr>
        <w:t>3:53  sahi galat ki, woh conscious ho theek aur be-theek ke mamle mein, us ka dhyan is par laga rahe ke kahin woh kaanton mein na phans jaye, kahin woh galat kaam koi aur na ho jaye us se. isi ko aap kahenge conscious. to muttaqi insaan woh hai jo conscious ho. jab tak aadmi conscious na ho, us ko guidance</w:t>
      </w:r>
      <w:r>
        <w:br/>
      </w:r>
      <w:r>
        <w:rPr>
          <w:sz w:val="20"/>
        </w:rPr>
        <w:t>4:24  nahi milegi, yahan tak ke Khuda ki kitab se bhi nahi. yeh bohat important baat hai. conscious hone ka matlab kya hai? receptive hona. jab tak aadmi ke andar receptivity na ho, aap kuch bhi kahenge, Quran ya hadith se koi baat bhi us ke samne aayegi, to woh dhyan nahi dega. jab</w:t>
      </w:r>
      <w:r>
        <w:br/>
      </w:r>
      <w:r>
        <w:rPr>
          <w:sz w:val="20"/>
        </w:rPr>
        <w:t>4:54  dhyan nahi dega to baat us ke mind mein baithegi nahi. to yeh maloom hoti hai, yeh baat maloom hoti hai hum ko Quran ke bilkul shuru mein. phir aap dekhiye, paighambar Islam salallahu alaihi wasallam ke bare mein Quran mein aaya hai: وَوَجَدَكَ ضَالًّا فَهَدَىٰ Allah taala farma rahe hain, ya</w:t>
      </w:r>
      <w:r>
        <w:br/>
      </w:r>
      <w:r>
        <w:rPr>
          <w:sz w:val="20"/>
        </w:rPr>
        <w:t>5:24  yahan par Muhammad salallahu alaihi wasallam se ke tum ko paya hum ne zall, phir hum ne tum ko hidayat di. zall ka matlab hota hai bewildered hona, sargardan hona, talash mein hona. yaani aap yun keh sakte hain ke is ka matlab hai seekh kar.</w:t>
      </w:r>
      <w:r>
        <w:br/>
      </w:r>
      <w:r>
        <w:rPr>
          <w:sz w:val="20"/>
        </w:rPr>
        <w:t>5:56  to is ayat mein yeh bataya gaya ke tum ko Khuda ne paya seekh kar to tum ko hidayat di. is se andaza hota hai ke seekh kar hona yeh zaroori condition hai. hum yeh keh sakte hain ke iman ki beginning hoti hai isi se ke aadmi seekh kar ho. pehle aadmi seekh kar banta hai, tab us ke baad woh</w:t>
      </w:r>
      <w:r>
        <w:br/>
      </w:r>
      <w:r>
        <w:rPr>
          <w:sz w:val="20"/>
        </w:rPr>
        <w:t>6:26  momin banta hai. agar seekh kar nahi hai to goya us ke andar pyaas nahi hai. zahir hai ke jis aadmi ke andar pyaas na ho to pani woh kyun piyega? pani se kyun woh apne aap ko sairab karega? to jo sachai ka, jis ko sachai ki pyaas ho, jis ke andar, jis ke andar sachai ki p</w:t>
      </w:r>
      <w:r>
        <w:br/>
      </w:r>
      <w:r>
        <w:rPr>
          <w:sz w:val="20"/>
        </w:rPr>
        <w:t>6:56  yaas ho, wahi seekh kar hai. aur jo seekh kar hai, wahi Khuda ki hidayat ka mustahiq hai. Khuda ki hidayat har waqt aa rahi hai, har taraf Khuda ki hidayat, yaani barish ki tarah baras rahi hai. lekin us ko payega wahi aadmi jo seekh kar ho. is ki misaal aisi hai jaise ke barish ho rahi hai,</w:t>
      </w:r>
      <w:r>
        <w:br/>
      </w:r>
      <w:r>
        <w:rPr>
          <w:sz w:val="20"/>
        </w:rPr>
        <w:t>7:27  lekin hamara bartan jo hai woh ulta rakha hua hai, seedha nahi hai. to barish hogi, lekin hamara bartan phir bhi khali rahega. jab tak bartan seedha na ho, barish ka pani is mein nahi aayega. to Khuda ki taraf se imaan ki tofeeq milna, Khuda ki taraf se sachai ka gyan milna</w:t>
      </w:r>
    </w:p>
    <w:p>
      <w:pPr>
        <w:pStyle w:val="Heading2"/>
      </w:pPr>
      <w:r>
        <w:t>how scholars preserved hadith by staying out of politics</w:t>
      </w:r>
    </w:p>
    <w:p>
      <w:r>
        <w:rPr>
          <w:color w:val="666666"/>
          <w:sz w:val="18"/>
        </w:rPr>
        <w:t>Misconceptions About Islam May 13, 2006 · 5m 53s · at 17:41 · https://youtu.be/EQ79CIexXHY?t=1061</w:t>
      </w:r>
    </w:p>
    <w:p>
      <w:r>
        <w:rPr>
          <w:i/>
        </w:rPr>
        <w:t>“Logon ne bahut zabardast paimane par 15 lakh aadmiyon se contact kiya”</w:t>
      </w:r>
    </w:p>
    <w:p>
      <w:r>
        <w:rPr>
          <w:sz w:val="20"/>
        </w:rPr>
        <w:t>17:41  logon ne bohat zabardast paimaanay par 15 lakh aadmiyon se contact kiya abbas period mein. aur is tarah kiya ke unhon ne yeh jo aaj kal yeh saray jhagray hotay hain har har mulk mein, is se poori tarah apnay ko detach rakha, alag rakha.</w:t>
      </w:r>
      <w:r>
        <w:br/>
      </w:r>
      <w:r>
        <w:rPr>
          <w:sz w:val="20"/>
        </w:rPr>
        <w:t>17:58  aap jante hain ke abbas period mein woh sari kharabiyan aa chuki theen politics mein, jis ko aaj le kar ke log larai kar rahay hain idhar udhar.</w:t>
      </w:r>
      <w:r>
        <w:br/>
      </w:r>
      <w:r>
        <w:rPr>
          <w:sz w:val="20"/>
        </w:rPr>
        <w:t>18:07  lekin yeh muhaddiseen jo thay, yeh jo scholars thay, unhon ne apnay aap ko poori tarah is se alag rakha. yaani political jhagron se alag rakhnay hi ki wajah se yeh possible hua ke 15 lakh aadmiyon ke record tayar karein.</w:t>
      </w:r>
      <w:r>
        <w:br/>
      </w:r>
      <w:r>
        <w:rPr>
          <w:sz w:val="20"/>
        </w:rPr>
        <w:t>18:21  yeh bhi ek history hai ke political jhagron mein jo uljhe ga, woh koi kaam nahi kar sakta. Jisko koi constructive kaam karna hai to us ko pehla kaam yeh karna hoga ke political jhagron se apne ko door le jaye.</w:t>
      </w:r>
      <w:r>
        <w:br/>
      </w:r>
      <w:r>
        <w:rPr>
          <w:sz w:val="20"/>
        </w:rPr>
        <w:t>18:36  Aap ghor kijiye, mein aksar sochta hoon yeh muhaddiseen jin ke mind mein lakhon hadith'ein theen, kyunke is waqt memory, aap aap jante hain ke jab memory bohat use hoti thi is zamane mein to log memory bohat achhi hoti thi.</w:t>
      </w:r>
      <w:r>
        <w:br/>
      </w:r>
      <w:r>
        <w:rPr>
          <w:sz w:val="20"/>
        </w:rPr>
        <w:t>18:53  Photographic memory aaj to chand logon ki hoti hai. Is waqt har aadmi ki photographic memory thi. Ya aisi samajh lijiye, aisi hoti hai. Aaj kisi kisi ki photographic memory hoti hai.</w:t>
      </w:r>
      <w:r>
        <w:br/>
      </w:r>
      <w:r>
        <w:rPr>
          <w:sz w:val="20"/>
        </w:rPr>
        <w:t>19:05  Is zamane mein har aadmi hi ki photographic memory thi, kyunke likhna hota nahi tha. Memory mein rakhte the baaton ko. To photographic memory hua is zamane mein hua karti thi logon ki.</w:t>
      </w:r>
      <w:r>
        <w:br/>
      </w:r>
      <w:r>
        <w:rPr>
          <w:sz w:val="20"/>
        </w:rPr>
        <w:t>19:18  To aap sochiye ke jin logon ke mind mein yeh sari hadith'ein theen, agar woh ladne lagte rulers se, in excuses ko le kar, jaise le kar ke aaj ladaiyan karte hain log Muslim countries mein, to kya hota</w:t>
      </w:r>
      <w:r>
        <w:br/>
      </w:r>
      <w:r>
        <w:rPr>
          <w:sz w:val="20"/>
        </w:rPr>
        <w:t>19:34  ? Yeh sare log qatal kar diye jate aur qabron pe chale jate. Aur hadith ka hamein kuch pata hi nahi hota. Hadith ka pata hi nahi hota hamein ke hadith kahan gayi.</w:t>
      </w:r>
      <w:r>
        <w:br/>
      </w:r>
      <w:r>
        <w:rPr>
          <w:sz w:val="20"/>
        </w:rPr>
        <w:t>19:47  Jin mind mein, jin logon ke memory mein hadith'ein theen, woh agar ladne lagte to yahi hota,</w:t>
      </w:r>
      <w:r>
        <w:br/>
      </w:r>
      <w:r>
        <w:rPr>
          <w:sz w:val="20"/>
        </w:rPr>
        <w:t>19:56  Jaisa ke Bangladesh mein hua, jaisa ke Pakistan mein hua, jaisa ke jaisa ke Afghanistan mein hua. Har jagah kitne sare log lad lad ke qatal ho gaye aur qabron pe chale gaye.</w:t>
      </w:r>
      <w:r>
        <w:br/>
      </w:r>
      <w:r>
        <w:rPr>
          <w:sz w:val="20"/>
        </w:rPr>
        <w:t>20:11  Abbas period mein aap ne kitabon mein parha hoga ke woh sari kharabiyan aa chuki theen, jisko le kar aaj Muslim countries mein so called Islamic yani jamaatein lad rahi hain apne apne rulers se.</w:t>
      </w:r>
      <w:r>
        <w:br/>
      </w:r>
      <w:r>
        <w:rPr>
          <w:sz w:val="20"/>
        </w:rPr>
        <w:t>20:27  Har jagah ladai chhi di hui hai, aap jante hain. Arab world mein Al-Ikhwan Al-Muslimeen jo hai, woh lad rahi hai. Aur Pakistan waghera mein Islami Jamaat Islami lad rahi hai.</w:t>
      </w:r>
      <w:r>
        <w:br/>
      </w:r>
      <w:r>
        <w:rPr>
          <w:sz w:val="20"/>
        </w:rPr>
        <w:t>20:40  Har jagah yeh lad rahe hain log. Jin cheezon ko le kar ke yeh rulers se lad rahe hain, yeh sari kharabiyan Abbas period mein maujood theen.</w:t>
      </w:r>
      <w:r>
        <w:br/>
      </w:r>
      <w:r>
        <w:rPr>
          <w:sz w:val="20"/>
        </w:rPr>
        <w:t>20:50  Agar aisa hota ke in in political kharabiyon ko le kar ladte yeh muhaddis, yeh scholars, ke yeh sab qabar pe chale jate, qaul hadithon ko jama karta, hamein hadithon ke bare mein kuch bhi pata na hota.</w:t>
      </w:r>
      <w:r>
        <w:br/>
      </w:r>
      <w:r>
        <w:rPr>
          <w:sz w:val="20"/>
        </w:rPr>
        <w:t>21:05  Phir is ke</w:t>
      </w:r>
      <w:r>
        <w:br/>
      </w:r>
      <w:r>
        <w:rPr>
          <w:sz w:val="20"/>
        </w:rPr>
        <w:t>21:07  Isi liye hadith mein bohat zyada Rasool Allah ne mana kiya tha ke rulers mein tum kharabiyan dekhoge, lekin un se revolt mat karna. Is ki yahi hikmat thi, is ke peeche yahi wisdom tha ke agar tum ladoge to jo kaam hona hai constructive, woh nahi hoga.</w:t>
      </w:r>
      <w:r>
        <w:br/>
      </w:r>
      <w:r>
        <w:rPr>
          <w:sz w:val="20"/>
        </w:rPr>
        <w:t>21:23  Positive kaam nahi hoga. To sari Islamic learning jo hai, Abbas period mein is ki tadween hui hai.</w:t>
      </w:r>
      <w:r>
        <w:br/>
      </w:r>
      <w:r>
        <w:rPr>
          <w:sz w:val="20"/>
        </w:rPr>
        <w:t>21:33  Ab bataiye ke log ladte agar to sab khatm ho jate? Phir Abdullah ibn Zubair khatm ho gaye aur Sayyid ibn Jubayr khatm ho gaye.</w:t>
      </w:r>
      <w:r>
        <w:br/>
      </w:r>
      <w:r>
        <w:rPr>
          <w:sz w:val="20"/>
        </w:rPr>
        <w:t>21:41  Bohat sare log khatm hue, mare gaye, woh log qatal kiye gaye. To yeh bohat badi hikmat thi, is ko samajh lijiye ke ek kaam ko karne ke liye doosre kaam ko chhodna padta hai.</w:t>
      </w:r>
      <w:r>
        <w:br/>
      </w:r>
      <w:r>
        <w:rPr>
          <w:sz w:val="20"/>
        </w:rPr>
        <w:t>21:53  Aap ek chahte hain ke constructive kaam karein to ladai bhadai chhodni padegi, is ko avoid karna padega. To</w:t>
      </w:r>
      <w:r>
        <w:br/>
      </w:r>
      <w:r>
        <w:rPr>
          <w:sz w:val="20"/>
        </w:rPr>
        <w:t>22:01  In logon ne hadithon ko, mein yeh yeh bataunga aap ko ke yeh jo ilm-e-rijal banaya hai, logon ne kisi bhi hadith ko aap jaanch sakte hain ke woh sahi hai ke nahi sahi hai,</w:t>
      </w:r>
      <w:r>
        <w:br/>
      </w:r>
      <w:r>
        <w:rPr>
          <w:sz w:val="20"/>
        </w:rPr>
        <w:t>22:16  Kyunke jo narrators hain, sab ke halaat maloom hain. Un ke halaat maloom kar kar ke aap jaan sakte hain. Agar aap chahein to direct taur par khud aap in kitabon ko parh</w:t>
      </w:r>
      <w:r>
        <w:br/>
      </w:r>
      <w:r>
        <w:rPr>
          <w:sz w:val="20"/>
        </w:rPr>
        <w:t>22:27  ein. Agar aap ke paas time nahi hai to Allama Nasiruddin Al-Albani ne chha jildon mein kitab likhi, chha volume mein. Chha volume mein ek set ka naam hai "Al-Silsilah Al-Sahiha", doosre ka naam hai "Al-Silsilah Al-Da'ifa".</w:t>
      </w:r>
      <w:r>
        <w:br/>
      </w:r>
      <w:r>
        <w:rPr>
          <w:sz w:val="20"/>
        </w:rPr>
        <w:t>22:44  Puri life khatm kar ke unhone hadithon ko chhanta aur jo hadith'ein authentic theen, un ko unhone "Al-Silsilah Al-Sahiha" mein ikattha kar diya.</w:t>
      </w:r>
      <w:r>
        <w:br/>
      </w:r>
      <w:r>
        <w:rPr>
          <w:sz w:val="20"/>
        </w:rPr>
        <w:t>22:53  Jo hadith'ein authentic nahi theen, un ko "Al-Silsilah Al-Da'ifa" mein ikattha kar diya. To aap agar chahein ke direct taur par ek ek hadith ko chhanen to ilm-e-rijal ki kitabon ko padhiye,</w:t>
      </w:r>
      <w:r>
        <w:br/>
      </w:r>
      <w:r>
        <w:rPr>
          <w:sz w:val="20"/>
        </w:rPr>
        <w:t>23:08  Jis mein ek ek aadmi ke halaat likhe hue maujood hain. Agar aap ke paas itna time nahi hai to Albani sahib ki yeh kitab dekh lijiye, aap chhanat chhanat kar unhone alag kar diya.</w:t>
      </w:r>
      <w:r>
        <w:br/>
      </w:r>
      <w:r>
        <w:rPr>
          <w:sz w:val="20"/>
        </w:rPr>
        <w:t>23:21  "Al-Silsilah Al-Sahiha" mein authentic hadith'ein hain, "Al-Silsilah Al-Da'ifa" mein woh hadith'ein hain jo authentic nahi hain. Yeh koi mushkil kaam nahi ke hadithon ko chhanta jaye.</w:t>
      </w:r>
    </w:p>
    <w:p>
      <w:pPr>
        <w:pStyle w:val="Heading2"/>
      </w:pPr>
      <w:r>
        <w:t>full teaching on form versus spirit of worship</w:t>
      </w:r>
    </w:p>
    <w:p>
      <w:r>
        <w:rPr>
          <w:color w:val="666666"/>
          <w:sz w:val="18"/>
        </w:rPr>
        <w:t>Message of Eid Al-Adha June 17, 2024 · 4m 19s · at 9:23 · https://youtu.be/klcwQ-RPPBE?t=563</w:t>
      </w:r>
    </w:p>
    <w:p>
      <w:r>
        <w:rPr>
          <w:i/>
        </w:rPr>
        <w:t>“Ek zahiri pehlu jise hum outer form keh sakte hain”</w:t>
      </w:r>
    </w:p>
    <w:p>
      <w:r>
        <w:rPr>
          <w:sz w:val="20"/>
        </w:rPr>
        <w:t>9:23  ek zahiri pehlu, jise hum outer form keh sakte hain aur ek batini jo inner spirit hai. to jaise insan kjisum ek outer pehlu hai aur aur jo soul hai wah inner hai, wah spirit hai. jo insan ki ki personality hai, body hai, wah ek form hai aur jo jo uski rooh hai, wah asal spirit hai.</w:t>
      </w:r>
      <w:r>
        <w:br/>
      </w:r>
      <w:r>
        <w:rPr>
          <w:sz w:val="20"/>
        </w:rPr>
        <w:t>9:50  chunki jab insan ki maut aati hai to maut ke baad jo cheez allah ki taraf badhti hai, wah uski rooh hai. body to yahin baqi reh jati hai jo ki ek vehicle ki tarah se hai. isi tarah se jo bhi ibadaten hain, ibadaat hain, haj, roza, namaz, zaqat, in sab ki ek ek form hai aur ek spirit hai, ek ek ek rooh hai.</w:t>
      </w:r>
      <w:r>
        <w:br/>
      </w:r>
      <w:r>
        <w:rPr>
          <w:sz w:val="20"/>
        </w:rPr>
        <w:t>10:17  to jaise roza hai, usmein khana peena chhodte hain hum aur ek ek waqt tak nahi khate. to yeh to ek form hai, ek zayri shakl hai. lekin jo roze ki spirit hai, wah hai, sabr aur shukr aur aisi namaz jismein hum ruku karte hain, sajda karte hain, tyam karte hain. to yeh bhi ek ziry form hai, outer shakl hai.</w:t>
      </w:r>
      <w:r>
        <w:br/>
      </w:r>
      <w:r>
        <w:rPr>
          <w:sz w:val="20"/>
        </w:rPr>
        <w:t>10:45  lekin jo namaz ki spirit hai, wah humility hai, tabaze hain. to isi tarah se idulza ki bhi ek shakl hai aur ek spirit hai. jaise hum do rakat namaz padhte hain, masjid jate hain, khudba sunte hain aur ek janwar ki qurbani karte hain.</w:t>
      </w:r>
      <w:r>
        <w:br/>
      </w:r>
      <w:r>
        <w:rPr>
          <w:sz w:val="20"/>
        </w:rPr>
        <w:t>11:11  yeh sari cheezen form hain, yeh yeh shakal hain, jaari shakal hain. Lekin Idul Azha ki jo spirit hai, woh sacrifice hai. Sacrifice ka matlab yeh nahi hai ki sirf janwar ko qurbani karna hai jaise aapne abhi bataya balki Quran mein aata hai ki Khuda ko janwar ka gosht aur khoon nahi pahunchta, Khuda ko taqwa pahunchta hai.</w:t>
      </w:r>
      <w:r>
        <w:br/>
      </w:r>
      <w:r>
        <w:rPr>
          <w:sz w:val="20"/>
        </w:rPr>
        <w:t>11:39  Yaani spirit jo aapke andar hoti hai, woh Allah ko matlab hai aur taqwa kya hai? Taqwa yaani andaruni jazba, jo inner feeling hai insaan ki, ki woh apni zaat ke bajaye Allah ko markaz tawajjuh banaye. Woh apni soch ke bajaye, Allah ki baat ko zyada ahmiyat de.</w:t>
      </w:r>
      <w:r>
        <w:br/>
      </w:r>
      <w:r>
        <w:rPr>
          <w:sz w:val="20"/>
        </w:rPr>
        <w:t>12:06  Duniya ke bajaye woh aakhirat uska maqsad ho. Maadi taraqqi worldly success ke bajaye roohani taraqqi mein woh sargaram ho.</w:t>
      </w:r>
      <w:r>
        <w:br/>
      </w:r>
      <w:r>
        <w:rPr>
          <w:sz w:val="20"/>
        </w:rPr>
        <w:t>12:16  Toh is tarah ki jo shakhsiyat hai, is tarah ki shakhsiyat banne ke liye usko jahd-o-juhd karni padti hai aur isi ka naam qurbani hai aur jo bhi amal insaan karta hai, woh qurbani ke level pe agar karega, toh wahi Allah ke haan qabil-e-qubool hoga aur isi ko spirit kaha gaya hai. Qurbani darasal spirit kai naam hain.</w:t>
      </w:r>
      <w:r>
        <w:br/>
      </w:r>
      <w:r>
        <w:rPr>
          <w:sz w:val="20"/>
        </w:rPr>
        <w:t>12:45  ab jaise, Islam mein Id al-Adha ka salana tyohar hai, to yeh remind karta hai ke Hazrat Ibrahim</w:t>
      </w:r>
      <w:r>
        <w:br/>
      </w:r>
      <w:r>
        <w:rPr>
          <w:sz w:val="20"/>
        </w:rPr>
        <w:t>12:53  Alaihi ne jo qurbani di thi, uska aik reminder hai ke char hazar saal pehle Hazrat Ibrahim Alaihi</w:t>
      </w:r>
      <w:r>
        <w:br/>
      </w:r>
      <w:r>
        <w:rPr>
          <w:sz w:val="20"/>
        </w:rPr>
        <w:t>13:01  salam Iraq mein paida hue, phir Allah ke hukm se Ibrahim Alaihi salam aur unki family Hajra aur</w:t>
      </w:r>
      <w:r>
        <w:br/>
      </w:r>
      <w:r>
        <w:rPr>
          <w:sz w:val="20"/>
        </w:rPr>
        <w:t>13:09  Ismail jo ke bachche the, unko, Hajra ko Ismail Alaihi salam ko Hajra Ibrahim ne sehra mein basa diya</w:t>
      </w:r>
      <w:r>
        <w:br/>
      </w:r>
      <w:r>
        <w:rPr>
          <w:sz w:val="20"/>
        </w:rPr>
        <w:t>13:17  aur phir wahan ek lamba arsa guzra aur wahi jagah hai jahan Rasoolullah sallallahu alaihi wasallam paida hue aur sahaba</w:t>
      </w:r>
      <w:r>
        <w:br/>
      </w:r>
      <w:r>
        <w:rPr>
          <w:sz w:val="20"/>
        </w:rPr>
        <w:t>13:25  पैदा हुए और Sahaba ने Hazrat Muhammad (S.A.W) की मदद की और एक एक इंकलाब लाए और Dawat</w:t>
      </w:r>
      <w:r>
        <w:br/>
      </w:r>
      <w:r>
        <w:rPr>
          <w:sz w:val="20"/>
        </w:rPr>
        <w:t>13:33  ko sari duniya mein phaila diya.</w:t>
      </w:r>
      <w:r>
        <w:br/>
      </w:r>
      <w:r>
        <w:rPr>
          <w:sz w:val="20"/>
        </w:rPr>
        <w:t>13:42  Ab Sahaba ke waqiyat hum padhte hain, ek chhota waqiya main lena chahta hoon. Main Rasoolullah (SAW) ne kaha sabse ki is waqt humko, madad ki zaroorat hai. Toh jo bhi jitni zyada help kar sake, yaani jo bhi uske paas samaan hai ya paisa hai, woh laakar dein taaki hamara jo mission hai usmein, uski jo zaruraten hain woh poori hon. Toh log layein.</w:t>
      </w:r>
    </w:p>
    <w:p>
      <w:pPr>
        <w:pStyle w:val="Heading2"/>
      </w:pPr>
      <w:r>
        <w:t>full Eid sermon: Ibrahim's sacrifice, Hajj, and today's duty</w:t>
      </w:r>
    </w:p>
    <w:p>
      <w:r>
        <w:rPr>
          <w:color w:val="666666"/>
          <w:sz w:val="18"/>
        </w:rPr>
        <w:t>Eid Special CPS Women Interaction June 29, 2023 · 3m 35s · at 1:15 · https://youtu.be/Os7IYYOg8v4?t=75</w:t>
      </w:r>
    </w:p>
    <w:p>
      <w:r>
        <w:rPr>
          <w:i/>
        </w:rPr>
        <w:t>“Aap sabko Eidul Adha ki bahut bahut mubarakbaad”</w:t>
      </w:r>
    </w:p>
    <w:p>
      <w:r>
        <w:rPr>
          <w:sz w:val="20"/>
        </w:rPr>
        <w:t>1:15  aap sabko Eid al Adha ki bahut bahut mubarak baad.</w:t>
      </w:r>
      <w:r>
        <w:br/>
      </w:r>
      <w:r>
        <w:rPr>
          <w:sz w:val="20"/>
        </w:rPr>
        <w:t>1:23  aaj ka din us azeem din ka hi yaad dilata hai jabki Hastur Ibrahim Alaihissalam ne apne</w:t>
      </w:r>
      <w:r>
        <w:br/>
      </w:r>
      <w:r>
        <w:rPr>
          <w:sz w:val="20"/>
        </w:rPr>
        <w:t>1:31  bete ki qurbani di ke liye tayyar ho gaye aur us waqt ek lamhe ke liye aasman aur</w:t>
      </w:r>
      <w:r>
        <w:br/>
      </w:r>
      <w:r>
        <w:rPr>
          <w:sz w:val="20"/>
        </w:rPr>
        <w:t>1:39  zameen sab theher gaye the.</w:t>
      </w:r>
      <w:r>
        <w:br/>
      </w:r>
      <w:r>
        <w:rPr>
          <w:sz w:val="20"/>
        </w:rPr>
        <w:t>1:47  to aaj mujhe jab qurbani ho gayi to ho rahi thi to mujhe woh waqt sab Maulana sahib ki kitabon se maine bahut kuch seekha to mujhe woh lamhe sab jo jo baatein sab likha hai Maulana sahib ne woh sab sochkar mujhe badi bahut hi zyada jo rulai aa rahi thi ki hum hum us jagah nahi hain.</w:t>
      </w:r>
      <w:r>
        <w:br/>
      </w:r>
      <w:r>
        <w:rPr>
          <w:sz w:val="20"/>
        </w:rPr>
        <w:t>2:15  jab hum gehrai se sochte hain to bada ajeeb lagta hai ki hum aaj kahan par hain? hum khud akeli kya kar rahe hain? rajat Ibrahim ne apne bete ko qurban karke aisi nasal banai jisko khair ul ummat kaha gaya hai. jis ummat ne dil uzzan se tauheed ko qubool kiya aur shirk ke daur ko khatm kiya.</w:t>
      </w:r>
      <w:r>
        <w:br/>
      </w:r>
      <w:r>
        <w:rPr>
          <w:sz w:val="20"/>
        </w:rPr>
        <w:t>2:40  Maulana sahib kehte hain ke haqiqat e hajj unki kitab mein likha hai ke hajj ka matlab us tareekh</w:t>
      </w:r>
      <w:r>
        <w:br/>
      </w:r>
      <w:r>
        <w:rPr>
          <w:sz w:val="20"/>
        </w:rPr>
        <w:t>2:46  ko dohra kar khuda se wada karna hai ke agar zaroorat ho to hum phir se dobara us tareekh</w:t>
      </w:r>
      <w:r>
        <w:br/>
      </w:r>
      <w:r>
        <w:rPr>
          <w:sz w:val="20"/>
        </w:rPr>
        <w:t>2:52  ko dohrane ke liye tayyar hain jo yahan pehle dohrai gayi thi.</w:t>
      </w:r>
      <w:r>
        <w:br/>
      </w:r>
      <w:r>
        <w:rPr>
          <w:sz w:val="20"/>
        </w:rPr>
        <w:t>2:58  haan ji, khuda se yahi wada karke aata hai aur khuda se wada karne ka matlab hai usko</w:t>
      </w:r>
      <w:r>
        <w:br/>
      </w:r>
      <w:r>
        <w:rPr>
          <w:sz w:val="20"/>
        </w:rPr>
        <w:t>3:04  har haal mein poora karna hai.</w:t>
      </w:r>
      <w:r>
        <w:br/>
      </w:r>
      <w:r>
        <w:rPr>
          <w:sz w:val="20"/>
        </w:rPr>
        <w:t>3:11  isi tarah Eid al Adha ke din par ghar mein qurbani har insaan zahiri enjoyment ki qurbani deni padegi.</w:t>
      </w:r>
      <w:r>
        <w:br/>
      </w:r>
      <w:r>
        <w:rPr>
          <w:sz w:val="20"/>
        </w:rPr>
        <w:t>3:51  aaj Islam ke liye jo sabse badi zimmedari hai hum sabki woh yahi hai, sirf yahi hai. ko follow karne wale bane. hum phir se Quran aur Hadees ka gehra mutala karein.</w:t>
      </w:r>
      <w:r>
        <w:br/>
      </w:r>
      <w:r>
        <w:rPr>
          <w:sz w:val="20"/>
        </w:rPr>
        <w:t>4:21  hum jaane asal sachchai kya hai? aur hum apna paisa aur apna waqt Khuda ke kaam mein lagaye. hum apni zindagi ko poori tarah Islami zindagi banakar doosron ke liye phir se example ban jayein. hum apne aap ko apni zindagi badalkar hum Khuda ki ghulam ban banne par raazi ho jayein.</w:t>
      </w:r>
      <w:r>
        <w:br/>
      </w:r>
      <w:r>
        <w:rPr>
          <w:sz w:val="20"/>
        </w:rPr>
        <w:t>4:50  yani hum ilamati qurbani ko haqeeqi qurbani bana dein. yahi main kehna chahti thi ab doctor Safina stuti hai yahan par. stuti aaj hai. stuti?</w:t>
      </w:r>
    </w:p>
    <w:p>
      <w:pPr>
        <w:pStyle w:val="Heading2"/>
      </w:pPr>
      <w:r>
        <w:t>Hajj as a living reenactment of divine history</w:t>
      </w:r>
    </w:p>
    <w:p>
      <w:r>
        <w:rPr>
          <w:color w:val="666666"/>
          <w:sz w:val="18"/>
        </w:rPr>
        <w:t>Hajj ek Tareekh-saaz Amal Haqeeqat-E-Hajj Book by Maulana Wahiduddin Khan · 5m 20s · at 0:01 · https://youtu.be/DcyTlpDdbg4?t=1</w:t>
      </w:r>
    </w:p>
    <w:p>
      <w:r>
        <w:rPr>
          <w:i/>
        </w:rPr>
        <w:t>“حج ایک تاریخ ساز عمل ہے۔”</w:t>
      </w:r>
    </w:p>
    <w:p>
      <w:r>
        <w:rPr>
          <w:sz w:val="20"/>
        </w:rPr>
        <w:t>0:01  haj aik tareekh saaz amal hai. kaha jata hai ke imam abu hanifa ko is mein taraddud tha ke islami ibadaton mein kaun si ibadat afzal ibadat hai.</w:t>
      </w:r>
      <w:r>
        <w:br/>
      </w:r>
      <w:r>
        <w:rPr>
          <w:sz w:val="20"/>
        </w:rPr>
        <w:t>0:18  jab unhon ne haj ada kiya to is ke baad unhon ne kaha ke ab mujhe yaqeen ho gaya ke haj tamam ibadaton mein sab se afzal ibadat hai.</w:t>
      </w:r>
      <w:r>
        <w:br/>
      </w:r>
      <w:r>
        <w:rPr>
          <w:sz w:val="20"/>
        </w:rPr>
        <w:t>0:33  haj ki is fazilat ka aik khaas pehlu yeh hai ke haj ka talluq aik azeem khudaai mansoobe se hai.</w:t>
      </w:r>
      <w:r>
        <w:br/>
      </w:r>
      <w:r>
        <w:rPr>
          <w:sz w:val="20"/>
        </w:rPr>
        <w:t>0:43  haj aik aise khudaai mansoobe ki yaadgar hai jis ka aaghaz hazrat ibrahim alaih assalam ke zamane mein hua aur muhammad sallallahu alaihi wasallam ke zamane mein is ki aakhri takmeel hui.</w:t>
      </w:r>
      <w:r>
        <w:br/>
      </w:r>
      <w:r>
        <w:rPr>
          <w:sz w:val="20"/>
        </w:rPr>
        <w:t>1:02  haj ke mukhtalif manasik isi khudaai mansoobe ke mukhtalif marhal hain jin ko haji allamati taur par dohrata hai.</w:t>
      </w:r>
      <w:r>
        <w:br/>
      </w:r>
      <w:r>
        <w:rPr>
          <w:sz w:val="20"/>
        </w:rPr>
        <w:t>1:15  haji apne ghar se nikal kar hijaz ke liye rawana hota hai. jis tarah hazrat ibrahim iraq se nikal kar hijaz aaye,</w:t>
      </w:r>
      <w:r>
        <w:br/>
      </w:r>
      <w:r>
        <w:rPr>
          <w:sz w:val="20"/>
        </w:rPr>
        <w:t>1:30  woh makke ke qareeb pohnch kar sile hue kapre utar deta hai aur apne jism par do chadarein lapait leta hai.</w:t>
      </w:r>
      <w:r>
        <w:br/>
      </w:r>
      <w:r>
        <w:rPr>
          <w:sz w:val="20"/>
        </w:rPr>
        <w:t>1:43  yeh isi qism ki saada poshakh hai jo us zamane mein hazrat ibrahim aur hazrat ismail ki hoti thi.</w:t>
      </w:r>
      <w:r>
        <w:br/>
      </w:r>
      <w:r>
        <w:rPr>
          <w:sz w:val="20"/>
        </w:rPr>
        <w:t>1:55  haji makka pohanchta hai to kabe ke gird ghoom kar is ka chakkar lagata hai. yeh wahi tawaf hai jo hazrat ibrahim aur hazrat ismail ne ahad khudaawandi ki tasdeeq ke liye kiya tha.</w:t>
      </w:r>
      <w:r>
        <w:br/>
      </w:r>
      <w:r>
        <w:rPr>
          <w:sz w:val="20"/>
        </w:rPr>
        <w:t>2:14  haji safa o marwa ke darmiyan saat bar sahi karta hai.</w:t>
      </w:r>
      <w:r>
        <w:br/>
      </w:r>
      <w:r>
        <w:rPr>
          <w:sz w:val="20"/>
        </w:rPr>
        <w:t>2:19  yeh hazrat hajra ki us daud ki naqal hai jo unhon ne is biaban mein pani ki talash ke liye ki.</w:t>
      </w:r>
      <w:r>
        <w:br/>
      </w:r>
      <w:r>
        <w:rPr>
          <w:sz w:val="20"/>
        </w:rPr>
        <w:t>2:31  haji mina ja kar qurbani karta hai. yeh us qurbani ka allamati aada hai jo hazrat ibrahim ne aula bete ke liye aur us ke baad khuda ke hukum se mendhe ke liye ki thi.</w:t>
      </w:r>
      <w:r>
        <w:br/>
      </w:r>
      <w:r>
        <w:rPr>
          <w:sz w:val="20"/>
        </w:rPr>
        <w:t>2:49  haji jimaarat par ja kar shaitan ko kankariyan marta hai. yeh us amal ki yaadgar hai jo hazrat ismail ne shaitan ki taraf kankariyan maar kar kiya tha jabke us ne unhein behkane ki koshish ki.</w:t>
      </w:r>
      <w:r>
        <w:br/>
      </w:r>
      <w:r>
        <w:rPr>
          <w:sz w:val="20"/>
        </w:rPr>
        <w:t>3:08  phir tamam haji arafat ke maidan mein jama hote hain.</w:t>
      </w:r>
      <w:r>
        <w:br/>
      </w:r>
      <w:r>
        <w:rPr>
          <w:sz w:val="20"/>
        </w:rPr>
        <w:t>3:14  yeh us amal ki aakhri soorat hai jo labbaik allahumma labbaik ki soorat mein har haji ki zaban zaida hota hai.</w:t>
      </w:r>
      <w:r>
        <w:br/>
      </w:r>
      <w:r>
        <w:rPr>
          <w:sz w:val="20"/>
        </w:rPr>
        <w:t>3:24  yahan tamam haji khule maidan mein jama ho kar apne khuda se ijtamai ahad karte hain ke woh wahi karenge jis ka sabaq unhein haj ki soorat mein diya gaya hai.</w:t>
      </w:r>
      <w:r>
        <w:br/>
      </w:r>
      <w:r>
        <w:rPr>
          <w:sz w:val="20"/>
        </w:rPr>
        <w:t>3:39  woh isi mein jiyenge jis mein woh log jiye jin ki yaadgar mein haj ki ibadat ada ki jati hai. haj ke manasik ko quran mein shaa'ir kaha gaya hai yani allamati cheezein.</w:t>
      </w:r>
      <w:r>
        <w:br/>
      </w:r>
      <w:r>
        <w:rPr>
          <w:sz w:val="20"/>
        </w:rPr>
        <w:t>3:55  yeh sab darasal hazrat ibrahim aur un ke khandan par guzarnay walay waqiat hain jo mazkoora mansooba ilahi ki takmeel ke dauran pesh aaye.</w:t>
      </w:r>
      <w:r>
        <w:br/>
      </w:r>
      <w:r>
        <w:rPr>
          <w:sz w:val="20"/>
        </w:rPr>
        <w:t>4:08  in waqiat ko haji allamati taur par dohrata hai aur is tarah yeh ahad karta hai ke woh bhi isi tareekh ka juz banega.</w:t>
      </w:r>
      <w:r>
        <w:br/>
      </w:r>
      <w:r>
        <w:rPr>
          <w:sz w:val="20"/>
        </w:rPr>
        <w:t>4:20  haji goya yeh ahad karta hai ke agar zaroorat pesh aayi to woh apni dunya ko ujaad kar haq ki taraf badhega.</w:t>
      </w:r>
      <w:r>
        <w:br/>
      </w:r>
      <w:r>
        <w:rPr>
          <w:sz w:val="20"/>
        </w:rPr>
        <w:t>4:30  woh aaram o rahat ko chhod kar qanaat aur saadgi par apne aap ko raazi karega.</w:t>
      </w:r>
      <w:r>
        <w:br/>
      </w:r>
      <w:r>
        <w:rPr>
          <w:sz w:val="20"/>
        </w:rPr>
        <w:t>4:38  woh khuda ke liye daudega aur khuda ke gird ghoomega. woh shaitani behkaon ko pathar maar kar apne se door bhagayega.</w:t>
      </w:r>
      <w:r>
        <w:br/>
      </w:r>
      <w:r>
        <w:rPr>
          <w:sz w:val="20"/>
        </w:rPr>
        <w:t>4:48  khuda ka deen is ko jahan le jaye wahan woh jayega aur jis cheez ka taqaza karega us ko woh us ke hawale kar dega.</w:t>
      </w:r>
      <w:r>
        <w:br/>
      </w:r>
      <w:r>
        <w:rPr>
          <w:sz w:val="20"/>
        </w:rPr>
        <w:t>5:01  woh amal ki zaban mein khuda se kehta hai ke agar dobara deen ke liye zaroorat pesh aayi to woh is aakhri had tak jaane ke liye tayyar hai ke apni aulaad ko zibah kar ke deen ki zaroorat poori kare.</w:t>
      </w:r>
    </w:p>
    <w:p>
      <w:pPr>
        <w:pStyle w:val="Heading2"/>
      </w:pPr>
      <w:r>
        <w:t>Strong personality through avoiding excuses story</w:t>
      </w:r>
    </w:p>
    <w:p>
      <w:r>
        <w:rPr>
          <w:color w:val="666666"/>
          <w:sz w:val="18"/>
        </w:rPr>
        <w:t>Patience and Prayer Sep 17, 2017 · 3m 53s · at 1:00:56 · https://youtu.be/G0KRz3O6TBs?t=3656</w:t>
      </w:r>
    </w:p>
    <w:p>
      <w:r>
        <w:rPr>
          <w:i/>
        </w:rPr>
        <w:t>“Main ek misaal deta hoon aap ko”</w:t>
      </w:r>
    </w:p>
    <w:p>
      <w:r>
        <w:rPr>
          <w:sz w:val="20"/>
        </w:rPr>
        <w:t>1:00:56  main ek misal deta hoon aap ko. Ek ek bahut bare aalim the, un ka naam main jaanta hoon, jagah bhi jaanta hoon, lekin us waqt main naam aur jagah nahi bataunga aap ko .</w:t>
      </w:r>
      <w:r>
        <w:br/>
      </w:r>
      <w:r>
        <w:rPr>
          <w:sz w:val="20"/>
        </w:rPr>
        <w:t>1:01:12  to un ko ek jalse mein bulaya gaya. Wahan unho ne mein chief guest the wahan par .</w:t>
      </w:r>
      <w:r>
        <w:br/>
      </w:r>
      <w:r>
        <w:rPr>
          <w:sz w:val="20"/>
        </w:rPr>
        <w:t>1:01:21  woh to jab woh ghar se uthe jaane ke liye ,</w:t>
      </w:r>
      <w:r>
        <w:br/>
      </w:r>
      <w:r>
        <w:rPr>
          <w:sz w:val="20"/>
        </w:rPr>
        <w:t>1:01:27  bahar car khadi thi un ko lene ke liye, to uthe to un ka beta ya pota koi tha, to us ne un ka paon pakad liya .</w:t>
      </w:r>
      <w:r>
        <w:br/>
      </w:r>
      <w:r>
        <w:rPr>
          <w:sz w:val="20"/>
        </w:rPr>
        <w:t>1:01:42  aap kahin jayenge? Hum hum aap ko nahi jaane denge. To us yani woh chhota tha, ghaliban pota ghaliban tha, woh to us ko excuse bana liya aur nahi gaye wahan .</w:t>
      </w:r>
      <w:r>
        <w:br/>
      </w:r>
      <w:r>
        <w:rPr>
          <w:sz w:val="20"/>
        </w:rPr>
        <w:t>1:01:56  is se un ka is tarah we a personality paida ho gayi. Yani agar bache ko maa ke hawale karte ke hat o, hat o, hum mein wahan jaana hai, to aap dekhiye, develop karte hain apne andar .</w:t>
      </w:r>
      <w:r>
        <w:br/>
      </w:r>
      <w:r>
        <w:rPr>
          <w:sz w:val="20"/>
        </w:rPr>
        <w:t>1:02:14  It is issue of development. Bar bar aise halaat pesh aate hain jab aap ko ya to aap apne andar strong personality banayein ya weak personality banayein.</w:t>
      </w:r>
      <w:r>
        <w:br/>
      </w:r>
      <w:r>
        <w:rPr>
          <w:sz w:val="20"/>
        </w:rPr>
        <w:t>1:02:29  isi se develop hoti hai personality. To jin sahib ka qissa main ne bayan kiya, jab unho ne is apne is pote ko ki wajah se ek excuse de liya to apne andar us kam zor personality banai.</w:t>
      </w:r>
      <w:r>
        <w:br/>
      </w:r>
      <w:r>
        <w:rPr>
          <w:sz w:val="20"/>
        </w:rPr>
        <w:t>1:02:46  unho ne excuse na lete to strong personality banate .</w:t>
      </w:r>
      <w:r>
        <w:br/>
      </w:r>
      <w:r>
        <w:rPr>
          <w:sz w:val="20"/>
        </w:rPr>
        <w:t>1:02:51  to mera tajurba hai ke aadmi rozana yeh hi karta rehta hai. To isi liye main apne mission mein hum ne ek formula diya logon ko ke "If you have a good excuse, don't use it."</w:t>
      </w:r>
      <w:r>
        <w:br/>
      </w:r>
      <w:r>
        <w:rPr>
          <w:sz w:val="20"/>
        </w:rPr>
        <w:t>1:03:06  "If you have a good excuse, don't use it." Yehi ek hi formula hai.</w:t>
      </w:r>
      <w:r>
        <w:br/>
      </w:r>
      <w:r>
        <w:rPr>
          <w:sz w:val="20"/>
        </w:rPr>
        <w:t>1:03:13  agar aap chahte hain apne andar strong personality banana to is formula ko pakdiye . "If you have a good excuse, don't use it." is se banegi aap ke andar strong personality .</w:t>
      </w:r>
      <w:r>
        <w:br/>
      </w:r>
      <w:r>
        <w:rPr>
          <w:sz w:val="20"/>
        </w:rPr>
        <w:t>1:03:26  aur aap agar aap excuse le te rahein ge, excuse le te rahein ge</w:t>
      </w:r>
      <w:r>
        <w:br/>
      </w:r>
      <w:r>
        <w:rPr>
          <w:sz w:val="20"/>
        </w:rPr>
        <w:t>1:03:33  to ab main ek sahib mere paas aaye to woh woh kisi achhe idare mein the, woh mujh se aaye, kuchh baat karna tha un ko mere kisi mere liye is sue par .</w:t>
      </w:r>
      <w:r>
        <w:br/>
      </w:r>
      <w:r>
        <w:rPr>
          <w:sz w:val="20"/>
        </w:rPr>
        <w:t>1:03:49  to bar bar un ka telephone aata tha un ke bache ka aur bar bar woh us se lagte the baat karne .</w:t>
      </w:r>
      <w:r>
        <w:br/>
      </w:r>
      <w:r>
        <w:rPr>
          <w:sz w:val="20"/>
        </w:rPr>
        <w:t>1:03:58  aakhir mein mein ne poocha keh bhai kiya baar baar telephon aata tha aap ke bachche ka? To unhon ne kaha keh is ke bachche ki birth day hai, is ke dost ekattha hain, to mujh ko bula bula raha tha.</w:t>
      </w:r>
      <w:r>
        <w:br/>
      </w:r>
      <w:r>
        <w:rPr>
          <w:sz w:val="20"/>
        </w:rPr>
        <w:t>1:04:11  woh ab bataiye, aisa aadami kahata hai is weak personality banega aur badi un ke andar.</w:t>
      </w:r>
      <w:r>
        <w:br/>
      </w:r>
      <w:r>
        <w:rPr>
          <w:sz w:val="20"/>
        </w:rPr>
        <w:t>1:04:20  mujh ko pata hai, mujh ko keh achhi salahiyat ke aadami the, koi badi taraqqi nahin kar sake woh.</w:t>
      </w:r>
      <w:r>
        <w:br/>
      </w:r>
      <w:r>
        <w:rPr>
          <w:sz w:val="20"/>
        </w:rPr>
        <w:t>1:04:25  to har har roz aap ko yeh karna padega keh aap excuse na len.</w:t>
      </w:r>
      <w:r>
        <w:br/>
      </w:r>
      <w:r>
        <w:rPr>
          <w:sz w:val="20"/>
        </w:rPr>
        <w:t>1:04:33  Excuse len ge to ek excuse na len ge to strong personality banega. Aur excuse liya aap ne to phir weak personality banega.</w:t>
      </w:r>
      <w:r>
        <w:br/>
      </w:r>
      <w:r>
        <w:rPr>
          <w:sz w:val="20"/>
        </w:rPr>
        <w:t>1:04:43  Yahi yeh ek hi formula hai.</w:t>
      </w:r>
    </w:p>
    <w:p>
      <w:pPr>
        <w:pStyle w:val="Heading2"/>
      </w:pPr>
      <w:r>
        <w:t>Three men's extreme vows and the Prophet's balanced reply</w:t>
      </w:r>
    </w:p>
    <w:p>
      <w:r>
        <w:rPr>
          <w:color w:val="666666"/>
          <w:sz w:val="18"/>
        </w:rPr>
        <w:t>The Spirit of Ramadan April 10, 2022 Dr. Saniyasnain Khan · 3m 13s · at 25:00 · https://youtu.be/MVnTihqgvus?t=1500</w:t>
      </w:r>
    </w:p>
    <w:p>
      <w:r>
        <w:rPr>
          <w:i/>
        </w:rPr>
        <w:t>“तीन लोग आए prophet के घर, वो जानना चाहते थे prophet कैसी बादत करते हैं”</w:t>
      </w:r>
    </w:p>
    <w:p>
      <w:r>
        <w:rPr>
          <w:sz w:val="20"/>
        </w:rPr>
        <w:t>25:00  yeh jo aapne pucha form aur spirit wali baat toh ek waqai aata hai hadith ki kitabon mein. Hazrat Anas bin Malik raziallahu anhu iske narrator hain. unhone bataya ki ek baar teen log aaye prophet ke ghar. us waqt prophet ghar par maujood nahi the, kahin gaye hue the.</w:t>
      </w:r>
      <w:r>
        <w:br/>
      </w:r>
      <w:r>
        <w:rPr>
          <w:sz w:val="20"/>
        </w:rPr>
        <w:t>25:28  toh unhone ghar ke logon se, family ke logon se pucha ke prophet kaisi ibadat karte hain? woh janana chaah rahe the ki kaisi namaz padhte hain? ji. kaise roza rakhte hain? kaise Quran padhte hain? din mein kya karte hain? raat mein kya karte hain? toh prophet ke family ne bataya unko ki aise aise karte hain. toh unhe kuch kam laga.</w:t>
      </w:r>
      <w:r>
        <w:br/>
      </w:r>
      <w:r>
        <w:rPr>
          <w:sz w:val="20"/>
        </w:rPr>
        <w:t>25:52  woh samajhte the ki prophet sari raat namaz padhte honge, saare din roza rakhte honge, har waqt Quran padhte rehte honge. ji. toh unhe bahut kam laga. toh unhone kaha ki prophet toh taqarrub hain. unke allah taala ne saari gunahaye maaf kar diye hain agli bhi pichhi pichhli bhi. toh hamara kya muqabla unse? yaani hamein toh bahut zyada karna hoga.</w:t>
      </w:r>
      <w:r>
        <w:br/>
      </w:r>
      <w:r>
        <w:rPr>
          <w:sz w:val="20"/>
        </w:rPr>
        <w:t>26:19  toh us usmein se ek shakhs ne kaha ki main sari raat namaz padhunga. doosre shakhs ne kaha ki main hamesha roza rakhunga. saare saal roza rakhunga. ji. aur teesre shakhs ne kaha ki main kabhi nikah nahi karunga. toh yeh guftagu ho hi rahi thi tab tak prophet Mohammad aa gaye ghar mein wapas aur kaha ki tumne aisi aisi baatein kahi hain maine suna.</w:t>
      </w:r>
      <w:r>
        <w:br/>
      </w:r>
      <w:r>
        <w:rPr>
          <w:sz w:val="20"/>
        </w:rPr>
        <w:t>26:48  toh unhone kaha haan. toh prophet ne kaha ki dekho tum sabse zyada main khuda se darta hoon aur tum sabse zyada mere andar khuda ka taqwa hai. main raat ko namaz bhi padhta hoon aur sota bhi hoon. main roza rakhta bhi hoon aur ney bhi rakhta hoon aur main nikah bhi karta hoon. ji.</w:t>
      </w:r>
      <w:r>
        <w:br/>
      </w:r>
      <w:r>
        <w:rPr>
          <w:sz w:val="20"/>
        </w:rPr>
        <w:t>27:15  toh yeh hadith batati hai ki spirit aur, aur rooh ki importance. ji. ki aap quantity ke upar mat jayein. balki aap uske andar rooh paida karein, spirit paida karein. ji. toh log kya kar rahe hain ki quantity ke peeche bhaag rahe hain ki jaldi jaldi jaldi Quran khatam kar dein.</w:t>
      </w:r>
      <w:r>
        <w:br/>
      </w:r>
      <w:r>
        <w:rPr>
          <w:sz w:val="20"/>
        </w:rPr>
        <w:t>27:44  toh woh meaningless exercise hai. chahe kam ho lekin uske andar spirit bhari bhi ho. toh is waqai se yeh baat thoda wazeh hoti hai. ji, asha Allah. Doctor Maulana Wahiduddin Khan sahab kaha karte the ki the study and contemplation of the Quran are like taking a spiritual bath by making a person an awakened person.</w:t>
      </w:r>
      <w:r>
        <w:br/>
      </w:r>
      <w:r>
        <w:rPr>
          <w:sz w:val="20"/>
        </w:rPr>
        <w:t>28:13  toh ek sawal yeh bhi aata hai doctor sahab ki how should we read the Quran and benefit from it during ramzan? iske bare mein batayein. Quran ke bare mein Maulana ne hamesha yeh kaha hai ki us par tadabbur karein. Contemplation, reflection, deep thinking.</w:t>
      </w:r>
    </w:p>
    <w:p>
      <w:pPr>
        <w:pStyle w:val="Heading2"/>
      </w:pPr>
      <w:r>
        <w:t>the angel's nightly call during Ramadan explained</w:t>
      </w:r>
    </w:p>
    <w:p>
      <w:r>
        <w:rPr>
          <w:color w:val="666666"/>
          <w:sz w:val="18"/>
        </w:rPr>
        <w:t>On The Month of Ramadan September 23, 2007 · 4m 24s · at 21:48 · https://youtu.be/8MIl4_cPq1k?t=1308</w:t>
      </w:r>
    </w:p>
    <w:p>
      <w:r>
        <w:rPr>
          <w:i/>
        </w:rPr>
        <w:t>“Every night in Ramadan, a caller cries out from the unseen.”</w:t>
      </w:r>
    </w:p>
    <w:p>
      <w:r>
        <w:rPr>
          <w:sz w:val="20"/>
        </w:rPr>
        <w:t>21:48  is farq ko hadith mein is tarah kaha gaya hai ke hadith mein aata hai ke jab jab ramzan ka mahina aata hai to pehli raat ko, phir har raat ko koi pukarne wala pukarta hai.</w:t>
      </w:r>
      <w:r>
        <w:br/>
      </w:r>
      <w:r>
        <w:rPr>
          <w:sz w:val="20"/>
        </w:rPr>
        <w:t>22:11  yeh hadith Ibn Majah mein aur Tirmidhi mein aur Musnad Ahmad mein hai</w:t>
      </w:r>
      <w:r>
        <w:br/>
      </w:r>
      <w:r>
        <w:rPr>
          <w:sz w:val="20"/>
        </w:rPr>
        <w:t>22:18  ke pehli raat ko aik pukarne wala pukarta hai aur phir yeh pukar har raat ko jari rehti hai. zahir hai ke pukarne wala farishta hota hai, angel.</w:t>
      </w:r>
      <w:r>
        <w:br/>
      </w:r>
      <w:r>
        <w:rPr>
          <w:sz w:val="20"/>
        </w:rPr>
        <w:t>22:30  to woh kehta hai ke ya baghi al shar aqsar wa ya baghi al khair aqbal</w:t>
      </w:r>
      <w:r>
        <w:br/>
      </w:r>
      <w:r>
        <w:rPr>
          <w:sz w:val="20"/>
        </w:rPr>
        <w:t>22:41  ya baghi al khair aqbal</w:t>
      </w:r>
      <w:r>
        <w:br/>
      </w:r>
      <w:r>
        <w:rPr>
          <w:sz w:val="20"/>
        </w:rPr>
        <w:t>22:48  wa ya baghi al shar aqsar</w:t>
      </w:r>
      <w:r>
        <w:br/>
      </w:r>
      <w:r>
        <w:rPr>
          <w:sz w:val="20"/>
        </w:rPr>
        <w:t>22:51  keh ae khair ko chahanay walay, agay barh aur ae shar ko chahanay walay, ruk ja. Ae shar ko chahanay walay, ruk ja.</w:t>
      </w:r>
      <w:r>
        <w:br/>
      </w:r>
      <w:r>
        <w:rPr>
          <w:sz w:val="20"/>
        </w:rPr>
        <w:t>23:04  Ae khair ko chahanay walay, agay barh. Ka matlab kya hai? Ab bhi nahi rukay to kab rukogay? Ab bhi agar nahi barhay, agay barhay to kab barhogay?</w:t>
      </w:r>
      <w:r>
        <w:br/>
      </w:r>
      <w:r>
        <w:rPr>
          <w:sz w:val="20"/>
        </w:rPr>
        <w:t>23:14  Aakhri waqt aa gaya hai.</w:t>
      </w:r>
      <w:r>
        <w:br/>
      </w:r>
      <w:r>
        <w:rPr>
          <w:sz w:val="20"/>
        </w:rPr>
        <w:t>23:17  Yaani Ramzan ke mahinay mein jo jo in ko jo koi experience karwaya gaya, bhook ka aur piyas ka, aur tum nay jo discover kiya ke mein kitna helpless hoon, Khuda giver hai, mein tekar hoon.</w:t>
      </w:r>
      <w:r>
        <w:br/>
      </w:r>
      <w:r>
        <w:rPr>
          <w:sz w:val="20"/>
        </w:rPr>
        <w:t>23:31  Ramzan ka mahina goya is baat ka hamein tajurba karana hai, experience karwana hai ke ae insaan jaan le, ae insaan jaan le, tu tekar hai, giver to sirf Khuda hai.</w:t>
      </w:r>
      <w:r>
        <w:br/>
      </w:r>
      <w:r>
        <w:rPr>
          <w:sz w:val="20"/>
        </w:rPr>
        <w:t>23:48  Ab batayein ke jab yeh aadmi daryaft karega is cheez ko to kya is ke baad bhi woh sarkashi kar sakta hai? Woh bhi deviate kar kar sakta hai Khuda ke ahkam hukum se?</w:t>
      </w:r>
      <w:r>
        <w:br/>
      </w:r>
      <w:r>
        <w:rPr>
          <w:sz w:val="20"/>
        </w:rPr>
        <w:t>24:01  To farishta pukarta hai ke ae ae ae shar wala insaan, kya ab bhi tu shar par qaim rahega?</w:t>
      </w:r>
      <w:r>
        <w:br/>
      </w:r>
      <w:r>
        <w:rPr>
          <w:sz w:val="20"/>
        </w:rPr>
        <w:t>24:11  Ae woh insaan jo khair chahta hai, kya abhi bhi ruka rahega? To khair daurega nahi? Khair ki taraf</w:t>
      </w:r>
      <w:r>
        <w:br/>
      </w:r>
      <w:r>
        <w:rPr>
          <w:sz w:val="20"/>
        </w:rPr>
        <w:t>24:16  Kon say kis ka tu is waqt ka intezar kar raha hai? Tu</w:t>
      </w:r>
      <w:r>
        <w:br/>
      </w:r>
      <w:r>
        <w:rPr>
          <w:sz w:val="20"/>
        </w:rPr>
        <w:t>24:21  Kon sa waqt hai jis ka tu intezar kar raha hai?</w:t>
      </w:r>
      <w:r>
        <w:br/>
      </w:r>
      <w:r>
        <w:rPr>
          <w:sz w:val="20"/>
        </w:rPr>
        <w:t>24:26  Ya baghi ya baghi al khair aqbil o ya baghi al shar aqsir yaani ae insaan, aakhri waqt aa gaya, aakhri waqt ke tu bhalai ki taraf daure.</w:t>
      </w:r>
      <w:r>
        <w:br/>
      </w:r>
      <w:r>
        <w:rPr>
          <w:sz w:val="20"/>
        </w:rPr>
        <w:t>24:41  Aur ae insaan, aakhri waqt aa gaya ke tu apni burai se ruk jaye.</w:t>
      </w:r>
      <w:r>
        <w:br/>
      </w:r>
      <w:r>
        <w:rPr>
          <w:sz w:val="20"/>
        </w:rPr>
        <w:t>24:46  Is tajurba ke baad bhi agar tu nahi aisa kiya to nahi. To ab kon sa tajurba tajurba tum se karaye ga? Karaya jaye ga? Woh to qayamat ka tajurba hoga.</w:t>
      </w:r>
      <w:r>
        <w:br/>
      </w:r>
      <w:r>
        <w:rPr>
          <w:sz w:val="20"/>
        </w:rPr>
        <w:t>24:55  Woh to Israfeel ke phoonk, Israfeel ke sur ka tajurba hoga. Us waqt to kuch bhi nahi karnay ko reh jaye ga.</w:t>
      </w:r>
      <w:r>
        <w:br/>
      </w:r>
      <w:r>
        <w:rPr>
          <w:sz w:val="20"/>
        </w:rPr>
        <w:t>25:07  To is hadith ko jab mein sochta hoon to</w:t>
      </w:r>
      <w:r>
        <w:br/>
      </w:r>
      <w:r>
        <w:rPr>
          <w:sz w:val="20"/>
        </w:rPr>
        <w:t>25:14  Mein sochta hoon ke yaani farishta yeh keh raha hai ke ae insaan, you turn le le, you turn. Yaani burai ki taraf dornay walay peechay hat.</w:t>
      </w:r>
      <w:r>
        <w:br/>
      </w:r>
      <w:r>
        <w:rPr>
          <w:sz w:val="20"/>
        </w:rPr>
        <w:t>25:28  Jo</w:t>
      </w:r>
      <w:r>
        <w:br/>
      </w:r>
      <w:r>
        <w:rPr>
          <w:sz w:val="20"/>
        </w:rPr>
        <w:t>25:29  Insaan bekhabari mein jee raha tha, hooha culture mein jee raha tha aur apnay doston mein khushiyan mana raha tha, to peechay hat, you turn le le.</w:t>
      </w:r>
      <w:r>
        <w:br/>
      </w:r>
      <w:r>
        <w:rPr>
          <w:sz w:val="20"/>
        </w:rPr>
        <w:t>25:43  Peechay hat ke mani kya hain? You turn ke mani kya hain? Yaani mein yeh kahunga ke from self oriented life to God oriented life.</w:t>
      </w:r>
      <w:r>
        <w:br/>
      </w:r>
      <w:r>
        <w:rPr>
          <w:sz w:val="20"/>
        </w:rPr>
        <w:t>25:58  Yaani ab tak agar tum apnay aap mein jee rahay thay to ab Khuda mein jeena shuru kar do. Yaani aakhri waqt aa gaya hai ke tum yeh yeh yeh decision lo, yeh decision lo.</w:t>
      </w:r>
      <w:r>
        <w:br/>
      </w:r>
      <w:r>
        <w:rPr>
          <w:sz w:val="20"/>
        </w:rPr>
        <w:t>26:11  Aakhri waqt aa gaya hai ke decision lo.</w:t>
      </w:r>
    </w:p>
    <w:p>
      <w:pPr>
        <w:pStyle w:val="Heading2"/>
      </w:pPr>
      <w:r>
        <w:t>Pilgrims bring back Zamzam water but forget Hajj's real lesson</w:t>
      </w:r>
    </w:p>
    <w:p>
      <w:r>
        <w:rPr>
          <w:color w:val="666666"/>
          <w:sz w:val="18"/>
        </w:rPr>
        <w:t>The Spirit Hajj December 10, 2006 · 3m 04s · at 1:46:12 · https://youtu.be/ZpChhBy6lvU?t=6372</w:t>
      </w:r>
    </w:p>
    <w:p>
      <w:r>
        <w:rPr>
          <w:i/>
        </w:rPr>
        <w:t>“Rasool Allah SAW ne hajj kiya tha, log aap ke paas aate the”</w:t>
      </w:r>
    </w:p>
    <w:p>
      <w:r>
        <w:rPr>
          <w:sz w:val="20"/>
        </w:rPr>
        <w:t>1:46:12  dekhiye. wahan par. rasool allah sallallahu alaihi wasallam nay hajj kiya tha. to aik hadith aati hai ke aap hajj kar ke jab farigh huay.</w:t>
      </w:r>
      <w:r>
        <w:br/>
      </w:r>
      <w:r>
        <w:rPr>
          <w:sz w:val="20"/>
        </w:rPr>
        <w:t>1:46:23  to ghaliban mina mein aap bethe huay thay. to log aap ke paas atay thay. aur maslay poochtay thay.</w:t>
      </w:r>
      <w:r>
        <w:br/>
      </w:r>
      <w:r>
        <w:rPr>
          <w:sz w:val="20"/>
        </w:rPr>
        <w:t>1:46:34  to is mein aata hai ke aksar log yeh ab kehtay thay ke hum nay yeh yeh pehlay kar liya aur baad ko kar liya.</w:t>
      </w:r>
      <w:r>
        <w:br/>
      </w:r>
      <w:r>
        <w:rPr>
          <w:sz w:val="20"/>
        </w:rPr>
        <w:t>1:46:39  misalan haji jo jata hai to pehlay tawaf karta hai. baad ko saee karta hai. to woh keh rahay thay ke hum nay saee pehlay kar liya aur tawaf baad ko kiya. to.</w:t>
      </w:r>
      <w:r>
        <w:br/>
      </w:r>
      <w:r>
        <w:rPr>
          <w:sz w:val="20"/>
        </w:rPr>
        <w:t>1:46:51  yeh aa kar poochtay thay ke hamara hajj hua ke nahi hua. to aap kehtay thay ke. af al wa la haraj af al wa la haraj.</w:t>
      </w:r>
      <w:r>
        <w:br/>
      </w:r>
      <w:r>
        <w:rPr>
          <w:sz w:val="20"/>
        </w:rPr>
        <w:t>1:47:03  kar lo koi haraj nahi kar lo koi haraj nahi. haraj kiya</w:t>
      </w:r>
      <w:r>
        <w:br/>
      </w:r>
      <w:r>
        <w:rPr>
          <w:sz w:val="20"/>
        </w:rPr>
        <w:t>1:47:07  hai haraj to yeh hai. is shakhs ke liye is is shakhs nay haraj ka kaam kiya yani ghalat kaam kiya. aftarz arz rajul muslim.</w:t>
      </w:r>
      <w:r>
        <w:br/>
      </w:r>
      <w:r>
        <w:rPr>
          <w:sz w:val="20"/>
        </w:rPr>
        <w:t>1:47:18  yani yeh jo agay peechay ho gaya. is se hajj mein koi farq nahi pada. sab se bari ghalati sab se bara gunah to yeh hai ke tum kisi insaan ko be izzat karo.</w:t>
      </w:r>
      <w:r>
        <w:br/>
      </w:r>
      <w:r>
        <w:rPr>
          <w:sz w:val="20"/>
        </w:rPr>
        <w:t>1:47:31  zara ghore kijiye. kitni bari baat hai yeh. ke sab se bara gunah to yeh hai ke tum kisi insaan ko be izzat karo. aa</w:t>
      </w:r>
      <w:r>
        <w:br/>
      </w:r>
      <w:r>
        <w:rPr>
          <w:sz w:val="20"/>
        </w:rPr>
        <w:t>1:47:41  j kal kya hai zara sa idhar udhar ho jata hai to isi pe lartay hain. ke mera hajj bigar gaya mera hajj kharab ho gaya. halankay rasool allah keh rahay hain ke yeh agay peechay ho gaya to is se koi farq nahi pada.</w:t>
      </w:r>
      <w:r>
        <w:br/>
      </w:r>
      <w:r>
        <w:rPr>
          <w:sz w:val="20"/>
        </w:rPr>
        <w:t>1:47:52  af al wa la haraj af al wa la haraj. sab se bari jo haraj ki baat hai sab se bara jo gunah hai. woh kya hai ke tum kisi insaan ko be izzat karo.</w:t>
      </w:r>
      <w:r>
        <w:br/>
      </w:r>
      <w:r>
        <w:rPr>
          <w:sz w:val="20"/>
        </w:rPr>
        <w:t>1:48:03  us ki aabro rezi karo. us ko be izzat do us ko.</w:t>
      </w:r>
      <w:r>
        <w:br/>
      </w:r>
      <w:r>
        <w:rPr>
          <w:sz w:val="20"/>
        </w:rPr>
        <w:t>1:48:09  itna bara sabak hai hajj mein. lekin wahan se log. zam zam ka pani to le kar atay hain lekin yeh sabak le kar koi nahi aata.</w:t>
      </w:r>
      <w:r>
        <w:br/>
      </w:r>
      <w:r>
        <w:rPr>
          <w:sz w:val="20"/>
        </w:rPr>
        <w:t>1:48:19  zam zam ka pani aur madina ki mitti. aur khajoor. yahi wahan se le kar atay hain. aik sahib hajj kar ke aaye becharay boorhay thay woh boorhay ka matlab yeh ke.</w:t>
      </w:r>
      <w:r>
        <w:br/>
      </w:r>
      <w:r>
        <w:rPr>
          <w:sz w:val="20"/>
        </w:rPr>
        <w:t>1:48:31  senior aadmi. to is se unhon ne poocha ke bhai haj ka kya sabaq le kar aaye aap. yeh sacha qissa bata raha hoon aap ko.</w:t>
      </w:r>
      <w:r>
        <w:br/>
      </w:r>
      <w:r>
        <w:rPr>
          <w:sz w:val="20"/>
        </w:rPr>
        <w:t>1:48:38  kehte hain wahan kya hai wahan to yahi hai zam zam hai aur khajoor hai aur madine ki mitti hai. yeh sabaq hai wahan par.</w:t>
      </w:r>
      <w:r>
        <w:br/>
      </w:r>
      <w:r>
        <w:rPr>
          <w:sz w:val="20"/>
        </w:rPr>
        <w:t>1:48:49  sahaba ke zamane mein to koi nahi kehta tha ke madine ki mitti koi muqaddas hai. is ko aaj kal banate hain bana bana kar le aate hain. woh mein ne mujhe kisi ne diya tha aik.</w:t>
      </w:r>
      <w:r>
        <w:br/>
      </w:r>
      <w:r>
        <w:rPr>
          <w:sz w:val="20"/>
        </w:rPr>
        <w:t>1:49:00  biscuit ki tarah banate hain.</w:t>
      </w:r>
      <w:r>
        <w:br/>
      </w:r>
      <w:r>
        <w:rPr>
          <w:sz w:val="20"/>
        </w:rPr>
        <w:t>1:49:03  to woh buzurg aadmi hain jo parhe likhe the baqayda parhe likhe aadmi the woh. mein ne un se poocha ke yeh haj ka koi sabaq bataiye jo aap le kar aaye hain wahan se. to yeh kehte hain ke bas wahan kya hai wahan to yeh.</w:t>
      </w:r>
    </w:p>
    <w:p>
      <w:pPr>
        <w:pStyle w:val="Heading2"/>
      </w:pPr>
      <w:r>
        <w:t>Giving spirit and ideological planning for Ramadan</w:t>
      </w:r>
    </w:p>
    <w:p>
      <w:r>
        <w:rPr>
          <w:color w:val="666666"/>
          <w:sz w:val="18"/>
        </w:rPr>
        <w:t>Spirit of Ramadan | June 14, 2015 · 5m 35s · at 38:50 · https://youtu.be/LMQxfxQcnxQ?t=2330</w:t>
      </w:r>
    </w:p>
    <w:p>
      <w:r>
        <w:rPr>
          <w:i/>
        </w:rPr>
        <w:t>“اس بار ہم میں سے ہر شخص کو رمضان میں یہ سپرٹ”</w:t>
      </w:r>
    </w:p>
    <w:p>
      <w:r>
        <w:rPr>
          <w:sz w:val="20"/>
        </w:rPr>
        <w:t>38:50  is bar hum mein se har shakhs ko ramzan mein yeh spirit jagana hai, yani giving spirit. ab dunya ko kya dein? to main arz karunga ke hamare paas dene ke liye sirf ek cheez hai, woh hai ideology, tauheed ki ideology. hamare paas kuch nahi hai dene ke liye kyunke sare technology to unhi ke hain, har cheez unhi se lete hain. sare</w:t>
      </w:r>
      <w:r>
        <w:br/>
      </w:r>
      <w:r>
        <w:rPr>
          <w:sz w:val="20"/>
        </w:rPr>
        <w:t>39:20  market, saare shobay, center unhi ki technology se bhare hue haiN.</w:t>
      </w:r>
      <w:r>
        <w:br/>
      </w:r>
      <w:r>
        <w:rPr>
          <w:sz w:val="20"/>
        </w:rPr>
        <w:t>39:28  lekin ek cheez hamare paas woh hai jo un ke paas nahi hai, woh hai ideology, ideology of truth.</w:t>
      </w:r>
      <w:r>
        <w:br/>
      </w:r>
      <w:r>
        <w:rPr>
          <w:sz w:val="20"/>
        </w:rPr>
        <w:t>39:36  hamare paas yeh cheez maujood hai to hamein isi ki planning karna chahiye.</w:t>
      </w:r>
      <w:r>
        <w:br/>
      </w:r>
      <w:r>
        <w:rPr>
          <w:sz w:val="20"/>
        </w:rPr>
        <w:t>39:43  dawat ki planning, quran ko har zaban mein tarjuma kar ke doosron ko pahunchana,</w:t>
      </w:r>
      <w:r>
        <w:br/>
      </w:r>
      <w:r>
        <w:rPr>
          <w:sz w:val="20"/>
        </w:rPr>
        <w:t>39:51  seerat rasool pe kitab mein likh kar ke, yani peaceful andaaz mein is ko logon tak pahunchana</w:t>
      </w:r>
      <w:r>
        <w:br/>
      </w:r>
      <w:r>
        <w:rPr>
          <w:sz w:val="20"/>
        </w:rPr>
        <w:t>39:56  har zaban mein.</w:t>
      </w:r>
      <w:r>
        <w:br/>
      </w:r>
      <w:r>
        <w:rPr>
          <w:sz w:val="20"/>
        </w:rPr>
        <w:t>40:01  to hamari jo jo planning hoti hogi, woh ideology based hogi.</w:t>
      </w:r>
      <w:r>
        <w:br/>
      </w:r>
      <w:r>
        <w:rPr>
          <w:sz w:val="20"/>
        </w:rPr>
        <w:t>40:06  yeh nahi ke maal ka boycott karein, un ke khilaaf mazameen chapayein, un ke khilaaf taqreerein karein.</w:t>
      </w:r>
      <w:r>
        <w:br/>
      </w:r>
      <w:r>
        <w:rPr>
          <w:sz w:val="20"/>
        </w:rPr>
        <w:t>40:12  yeh koi planning nahi hai.</w:t>
      </w:r>
      <w:r>
        <w:br/>
      </w:r>
      <w:r>
        <w:rPr>
          <w:sz w:val="20"/>
        </w:rPr>
        <w:t>40:17  dekhein, jo jo planning chalne wali na ho, jo effective na ho, woh planning nahi hai. woh</w:t>
      </w:r>
      <w:r>
        <w:br/>
      </w:r>
      <w:r>
        <w:rPr>
          <w:sz w:val="20"/>
        </w:rPr>
        <w:t>40:22  koi bhi doosri planning to musalman bohat kar chuke hain, woh effective nahi hui.</w:t>
      </w:r>
      <w:r>
        <w:br/>
      </w:r>
      <w:r>
        <w:rPr>
          <w:sz w:val="20"/>
        </w:rPr>
        <w:t>40:29  to jo mansooba amal mein na aa sake, matlab result jo chahte hain aap, woh result is se</w:t>
      </w:r>
      <w:r>
        <w:br/>
      </w:r>
      <w:r>
        <w:rPr>
          <w:sz w:val="20"/>
        </w:rPr>
        <w:t>40:37  na nikle to woh woh mansooba nahi tha, woh planning nahi thi.</w:t>
      </w:r>
      <w:r>
        <w:br/>
      </w:r>
      <w:r>
        <w:rPr>
          <w:sz w:val="20"/>
        </w:rPr>
        <w:t>40:45  woh to mein samajhta hoon ke hum hamare paas sirf ek hi cheez hai, woh hai ideology of tauheed.</w:t>
      </w:r>
      <w:r>
        <w:br/>
      </w:r>
      <w:r>
        <w:rPr>
          <w:sz w:val="20"/>
        </w:rPr>
        <w:t>40:52  hamare paas jo mehfooz quran hai, mehfooz sunnat rasool hai, yeh cheezein hamare paas hain.</w:t>
      </w:r>
      <w:r>
        <w:br/>
      </w:r>
      <w:r>
        <w:rPr>
          <w:sz w:val="20"/>
        </w:rPr>
        <w:t>41:00  sahaba ke sahaba ki zindagi ki shakal mein hamare paas bohat bari tareekh hai.</w:t>
      </w:r>
      <w:r>
        <w:br/>
      </w:r>
      <w:r>
        <w:rPr>
          <w:sz w:val="20"/>
        </w:rPr>
        <w:t>41:07  to yeh is ki buniyad par hamein planning karna chahiye, is ki buniyad par.</w:t>
      </w:r>
      <w:r>
        <w:br/>
      </w:r>
      <w:r>
        <w:rPr>
          <w:sz w:val="20"/>
        </w:rPr>
        <w:t>41:15  aur is ki dunya dunya ko isi ka intezar hai, aaj ki dunya ko isi ka intezar hai.</w:t>
      </w:r>
      <w:r>
        <w:br/>
      </w:r>
      <w:r>
        <w:rPr>
          <w:sz w:val="20"/>
        </w:rPr>
        <w:t>41:22  hum is ka sawal koi aur cheez dunya ko nahi de sakte.</w:t>
      </w:r>
      <w:r>
        <w:br/>
      </w:r>
      <w:r>
        <w:rPr>
          <w:sz w:val="20"/>
        </w:rPr>
        <w:t>41:30  to aaj ka jo akhbar hai, us mein yani isi unwan ke tehat mera mazmoon chupa hai ke</w:t>
      </w:r>
      <w:r>
        <w:br/>
      </w:r>
      <w:r>
        <w:rPr>
          <w:sz w:val="20"/>
        </w:rPr>
        <w:t>41:38  رمضان اس لیے کہ giving spirit لوگوں کے اندر آئے، giving spirit۔</w:t>
      </w:r>
      <w:r>
        <w:br/>
      </w:r>
      <w:r>
        <w:rPr>
          <w:sz w:val="20"/>
        </w:rPr>
        <w:t>41:45  aur khud rasool Allah salallahu alaihi wasallam ki ka jo namoona hai, us se yahi sabit hota hai.</w:t>
      </w:r>
      <w:r>
        <w:br/>
      </w:r>
      <w:r>
        <w:rPr>
          <w:sz w:val="20"/>
        </w:rPr>
        <w:t>41:53  jaisa ke maine bukhari ki riwayat aap ko sunai ke rasool ALLAH صلی اللہ علیہ وسلم ramzan ke mahine mein, zamane mein khair dono ko doosron ko dein. is ke liye aap hawa ki tarah tez ho jaate the. to log is ko yani khair ko sirf sadqa ke mani mein lete hain, yani mali sadqa ya khane peene ka sadqa. wo is ka ek pehlu hai. hadith mein</w:t>
      </w:r>
      <w:r>
        <w:br/>
      </w:r>
      <w:r>
        <w:rPr>
          <w:sz w:val="20"/>
        </w:rPr>
        <w:t>42:23  lafz khair hai, roti ka lafz nahi hai.</w:t>
      </w:r>
      <w:r>
        <w:br/>
      </w:r>
      <w:r>
        <w:rPr>
          <w:sz w:val="20"/>
        </w:rPr>
        <w:t>42:34  to khair ko aap is ke jamay maani mein lijiye, is ke universal maani mein lijiye.</w:t>
      </w:r>
      <w:r>
        <w:br/>
      </w:r>
      <w:r>
        <w:rPr>
          <w:sz w:val="20"/>
        </w:rPr>
        <w:t>42:44  to yeh baat</w:t>
      </w:r>
      <w:r>
        <w:br/>
      </w:r>
      <w:r>
        <w:rPr>
          <w:sz w:val="20"/>
        </w:rPr>
        <w:t>42:55  hamein hum sab ko sochna hai.</w:t>
      </w:r>
      <w:r>
        <w:br/>
      </w:r>
      <w:r>
        <w:rPr>
          <w:sz w:val="20"/>
        </w:rPr>
        <w:t>43:03  ab sirf chand din reh gaye hain roze ke shuru mein, teesra hota hai.</w:t>
      </w:r>
      <w:r>
        <w:br/>
      </w:r>
      <w:r>
        <w:rPr>
          <w:sz w:val="20"/>
        </w:rPr>
        <w:t>43:10  hum pre ramzan period se guzar rahe hain, to humein chahiye ke hum sochen, tayari karen, tadabbur aur</w:t>
      </w:r>
      <w:r>
        <w:br/>
      </w:r>
      <w:r>
        <w:rPr>
          <w:sz w:val="20"/>
        </w:rPr>
        <w:t>43:18  tafakkur karen, aur apne aap ko prepare karen is kaam ke liye ke hum dunya ke liye</w:t>
      </w:r>
      <w:r>
        <w:br/>
      </w:r>
      <w:r>
        <w:rPr>
          <w:sz w:val="20"/>
        </w:rPr>
        <w:t>43:26  giver community banein. giver community abhi tak musalman taker community bane hue hain, hum giver community banein. yeh hai wo baat jis ke liye humein apne ko tayyar karna hai. to main dua karta hoon ke ALLAH ta'ala mujh ko aur aap ko tofeeq de ke hum is is is is spirit ko samjhein aur is supr</w:t>
      </w:r>
      <w:r>
        <w:br/>
      </w:r>
      <w:r>
        <w:rPr>
          <w:sz w:val="20"/>
        </w:rPr>
        <w:t>43:56  it ko apne andar inculcate karein taake ALLAH hum se raazi ho. aur ALLAH humein dunya mein aur aakhirat mein apni madad farmaye, ALLAH humein hamari maghfirat farmaye aur jannat mein dakhla ata farmaye. assalamu alaikum warahmatullah wabarakatuh. we are</w:t>
      </w:r>
    </w:p>
    <w:p>
      <w:pPr>
        <w:pStyle w:val="Heading2"/>
      </w:pPr>
      <w:r>
        <w:t>Two ways of life and controlling desires</w:t>
      </w:r>
    </w:p>
    <w:p>
      <w:r>
        <w:rPr>
          <w:color w:val="666666"/>
          <w:sz w:val="18"/>
        </w:rPr>
        <w:t>Ramadan October 2, 2005 Maulana Wahiduddin Khan · 5m 00s · at 3:39 · https://youtu.be/s3XMFRsiqC0?t=219</w:t>
      </w:r>
    </w:p>
    <w:p>
      <w:r>
        <w:rPr>
          <w:i/>
        </w:rPr>
        <w:t>“Yani aap jaante hain ke is duniya mein zindagi guzarne ke do”</w:t>
      </w:r>
    </w:p>
    <w:p>
      <w:r>
        <w:rPr>
          <w:sz w:val="20"/>
        </w:rPr>
        <w:t>3:39  yani aap jante hain ke is dunya mein zindagi</w:t>
      </w:r>
      <w:r>
        <w:br/>
      </w:r>
      <w:r>
        <w:rPr>
          <w:sz w:val="20"/>
        </w:rPr>
        <w:t>3:45  guzarne ke do tareeqe hain. har aadmi desire se bhara hua hai. koi bhi insan desire se khali nahi.</w:t>
      </w:r>
      <w:r>
        <w:br/>
      </w:r>
      <w:r>
        <w:rPr>
          <w:sz w:val="20"/>
        </w:rPr>
        <w:t>4:02  desire hi desire hai jiska naam insan hai. to ab zindagi ke do tareeqe hain. ek yeh ke aap apni desire ko follow karen.</w:t>
      </w:r>
      <w:r>
        <w:br/>
      </w:r>
      <w:r>
        <w:rPr>
          <w:sz w:val="20"/>
        </w:rPr>
        <w:t>4:19  jo desire aa gayi</w:t>
      </w:r>
      <w:r>
        <w:br/>
      </w:r>
      <w:r>
        <w:rPr>
          <w:sz w:val="20"/>
        </w:rPr>
        <w:t>4:22  dil mein, bas usko poora karte rahen.</w:t>
      </w:r>
      <w:r>
        <w:br/>
      </w:r>
      <w:r>
        <w:rPr>
          <w:sz w:val="20"/>
        </w:rPr>
        <w:t>4:33  kisi ko kisi par revenge aa gaya hai to revenge poora karen. paisa lootne ka aa gaya to paisa loten.</w:t>
      </w:r>
      <w:r>
        <w:br/>
      </w:r>
      <w:r>
        <w:rPr>
          <w:sz w:val="20"/>
        </w:rPr>
        <w:t>4:44  corruption ki desire aa gayi to corruption karen.</w:t>
      </w:r>
      <w:r>
        <w:br/>
      </w:r>
      <w:r>
        <w:rPr>
          <w:sz w:val="20"/>
        </w:rPr>
        <w:t>4:50  qarze ke lust, malice, revenge, anger,</w:t>
      </w:r>
      <w:r>
        <w:br/>
      </w:r>
      <w:r>
        <w:rPr>
          <w:sz w:val="20"/>
        </w:rPr>
        <w:t>4:58  selfishness.</w:t>
      </w:r>
      <w:r>
        <w:br/>
      </w:r>
      <w:r>
        <w:rPr>
          <w:sz w:val="20"/>
        </w:rPr>
        <w:t>5:03  aur superior banna. apne ko sab se ooncha uthana. egoism.</w:t>
      </w:r>
      <w:r>
        <w:br/>
      </w:r>
      <w:r>
        <w:rPr>
          <w:sz w:val="20"/>
        </w:rPr>
        <w:t>5:12  jitna bhi hai, agar sochein aap to sab sab desire hi desire hain.</w:t>
      </w:r>
      <w:r>
        <w:br/>
      </w:r>
      <w:r>
        <w:rPr>
          <w:sz w:val="20"/>
        </w:rPr>
        <w:t>5:20  to zindagi ke do tareeqe hain. ek yeh hai ke aap har desire ko free chhod den. aur jahan koi desire aayi, us ko aap poora karne lagen.</w:t>
      </w:r>
      <w:r>
        <w:br/>
      </w:r>
      <w:r>
        <w:rPr>
          <w:sz w:val="20"/>
        </w:rPr>
        <w:t>5:34  ek hai aap desire ko manage karen, desire ko control karen.</w:t>
      </w:r>
      <w:r>
        <w:br/>
      </w:r>
      <w:r>
        <w:rPr>
          <w:sz w:val="20"/>
        </w:rPr>
        <w:t>5:41  duniya mein zindagi guzarne ke yahi do tareeqe hain. koi bhi teesra tareeqa nahin. to Khuda ne aadmi ko</w:t>
      </w:r>
      <w:r>
        <w:br/>
      </w:r>
      <w:r>
        <w:rPr>
          <w:sz w:val="20"/>
        </w:rPr>
        <w:t>5:57  free will diya hai, freedom diya hai. aur is ka test yahi hai ke apni freedom ko misuse na karen.</w:t>
      </w:r>
      <w:r>
        <w:br/>
      </w:r>
      <w:r>
        <w:rPr>
          <w:sz w:val="20"/>
        </w:rPr>
        <w:t>6:10  yaani desire ko control mein</w:t>
      </w:r>
      <w:r>
        <w:br/>
      </w:r>
      <w:r>
        <w:rPr>
          <w:sz w:val="20"/>
        </w:rPr>
        <w:t>6:15  rakhen. jo aadmi apni desire ko control mein rakhega, wahi test mein poora utra.</w:t>
      </w:r>
      <w:r>
        <w:br/>
      </w:r>
      <w:r>
        <w:rPr>
          <w:sz w:val="20"/>
        </w:rPr>
        <w:t>6:27  aur jo aadmi apni desire ko control na kare,</w:t>
      </w:r>
      <w:r>
        <w:br/>
      </w:r>
      <w:r>
        <w:rPr>
          <w:sz w:val="20"/>
        </w:rPr>
        <w:t>6:33  woh apne test mein poora nahin utra. jaise bahut se, meri zindagi mein bahut se aise experience hue hain.</w:t>
      </w:r>
      <w:r>
        <w:br/>
      </w:r>
      <w:r>
        <w:rPr>
          <w:sz w:val="20"/>
        </w:rPr>
        <w:t>6:42  ek baar mein ek town mein gaya, wahan koi program tha. to logon ne bataya ke yahan par</w:t>
      </w:r>
      <w:r>
        <w:br/>
      </w:r>
      <w:r>
        <w:rPr>
          <w:sz w:val="20"/>
        </w:rPr>
        <w:t>6:51  do bade log aapas mein lad rahe hain. do Musalman, dono namaz parhne wale hain. to kisi, koi ego problem aa gaya dono mein to lad rahe hain aapas mein.</w:t>
      </w:r>
      <w:r>
        <w:br/>
      </w:r>
      <w:r>
        <w:rPr>
          <w:sz w:val="20"/>
        </w:rPr>
        <w:t>7:06  to</w:t>
      </w:r>
      <w:r>
        <w:br/>
      </w:r>
      <w:r>
        <w:rPr>
          <w:sz w:val="20"/>
        </w:rPr>
        <w:t>7:08  logon ne kaha ke aap in se miliye aur in ko samjhaiye kyunke bada nuqsan ho raha hai is ki wajah se. to mein masjid mein, kisi masjid mein mein namaz parhi to wahan in mein se ek sahib maujood the.</w:t>
      </w:r>
      <w:r>
        <w:br/>
      </w:r>
      <w:r>
        <w:rPr>
          <w:sz w:val="20"/>
        </w:rPr>
        <w:t>7:27  to unhon ne bataya ke dekhen ek sahib yahi hain jo yahan par namaz parhne, woh masjid ke mutawalli bhi the ghaliban. to mein un se mila.</w:t>
      </w:r>
      <w:r>
        <w:br/>
      </w:r>
      <w:r>
        <w:rPr>
          <w:sz w:val="20"/>
        </w:rPr>
        <w:t>7:37  to pehle to unhon ne badi aao bhagat ki, chaye waghera ka intezam kiya aur bahut achhi achhi baaten keen.</w:t>
      </w:r>
      <w:r>
        <w:br/>
      </w:r>
      <w:r>
        <w:rPr>
          <w:sz w:val="20"/>
        </w:rPr>
        <w:t>7:46  phir mein ne kaha ke dekhen mein ne suna hai ke aap mein aur falan sahib mein muqadma bazi ho rahi hai. aur koi is ka base nahin hai, sirf ego ka problem hai jis ke liye aap log lad rahe hain aapas mein.</w:t>
      </w:r>
      <w:r>
        <w:br/>
      </w:r>
      <w:r>
        <w:rPr>
          <w:sz w:val="20"/>
        </w:rPr>
        <w:t>8:03  to mein ne kaha ke is ko settle kar lijie, khatam kar dijie is ko.</w:t>
      </w:r>
      <w:r>
        <w:br/>
      </w:r>
      <w:r>
        <w:rPr>
          <w:sz w:val="20"/>
        </w:rPr>
        <w:t>8:07  achanak hi un ka mood badal gaya. unhon ne kaha ke Maulana sahib is bare mein to aap kuch na kahein. to is ka matlab yahan par woh apni desire ko khula chhodna chahte the.</w:t>
      </w:r>
      <w:r>
        <w:br/>
      </w:r>
      <w:r>
        <w:rPr>
          <w:sz w:val="20"/>
        </w:rPr>
        <w:t>8:24  ke un ke ego ko agar thes pahunchi hai to unhein is ka badla le nahin lena hai. aur ek insaan woh hai jo ruk jaye.</w:t>
      </w:r>
    </w:p>
    <w:p>
      <w:pPr>
        <w:pStyle w:val="Heading2"/>
      </w:pPr>
      <w:r>
        <w:t>Political Islam critique and positive attitude</w:t>
      </w:r>
    </w:p>
    <w:p>
      <w:r>
        <w:rPr>
          <w:color w:val="666666"/>
          <w:sz w:val="18"/>
        </w:rPr>
        <w:t>Divine Help January 04, 2015 · 6m 30s · at 43:02 · https://youtu.be/IsFIb5jI5u8?t=2582</w:t>
      </w:r>
    </w:p>
    <w:p>
      <w:r>
        <w:rPr>
          <w:i/>
        </w:rPr>
        <w:t>“Tum political power haasil karo”</w:t>
      </w:r>
    </w:p>
    <w:p>
      <w:r>
        <w:rPr>
          <w:sz w:val="20"/>
        </w:rPr>
        <w:t>43:02  tum political power hasil karo aur hukoomat qaim karo, qanoon naafiz karo.</w:t>
      </w:r>
      <w:r>
        <w:br/>
      </w:r>
      <w:r>
        <w:rPr>
          <w:sz w:val="20"/>
        </w:rPr>
        <w:t>43:08  yeh hai hi nahi kahin Quran majeed mein.</w:t>
      </w:r>
      <w:r>
        <w:br/>
      </w:r>
      <w:r>
        <w:rPr>
          <w:sz w:val="20"/>
        </w:rPr>
        <w:t>43:14  yeh to khud sakhta hai.</w:t>
      </w:r>
      <w:r>
        <w:br/>
      </w:r>
      <w:r>
        <w:rPr>
          <w:sz w:val="20"/>
        </w:rPr>
        <w:t>43:20  yeh khud sakhta baat hai.</w:t>
      </w:r>
      <w:r>
        <w:br/>
      </w:r>
      <w:r>
        <w:rPr>
          <w:sz w:val="20"/>
        </w:rPr>
        <w:t>43:26  yeh to distortion hai.</w:t>
      </w:r>
      <w:r>
        <w:br/>
      </w:r>
      <w:r>
        <w:rPr>
          <w:sz w:val="20"/>
        </w:rPr>
        <w:t>43:32  to kuch political thickness baisveen sadi mein uthay, unhon nay nazriya diya kay Islam ka nishana hukoomat hai.</w:t>
      </w:r>
      <w:r>
        <w:br/>
      </w:r>
      <w:r>
        <w:rPr>
          <w:sz w:val="20"/>
        </w:rPr>
        <w:t>43:38  musalmanon ka farz hai kay woh lar bher kar kay hukoomat qaim karen.</w:t>
      </w:r>
      <w:r>
        <w:br/>
      </w:r>
      <w:r>
        <w:rPr>
          <w:sz w:val="20"/>
        </w:rPr>
        <w:t>43:45  yeh to nishani ghalat tha.</w:t>
      </w:r>
      <w:r>
        <w:br/>
      </w:r>
      <w:r>
        <w:rPr>
          <w:sz w:val="20"/>
        </w:rPr>
        <w:t>43:51  to is waqt Allah ki madad kaisay aye gi? is ki madad nahi aa sakti hai.</w:t>
      </w:r>
      <w:r>
        <w:br/>
      </w:r>
      <w:r>
        <w:rPr>
          <w:sz w:val="20"/>
        </w:rPr>
        <w:t>43:57  Allah ka jo diya hua jo nishana hai, woh peaceful duaon par hai.</w:t>
      </w:r>
      <w:r>
        <w:br/>
      </w:r>
      <w:r>
        <w:rPr>
          <w:sz w:val="20"/>
        </w:rPr>
        <w:t>44:03  peaceful duaon par.</w:t>
      </w:r>
      <w:r>
        <w:br/>
      </w:r>
      <w:r>
        <w:rPr>
          <w:sz w:val="20"/>
        </w:rPr>
        <w:t>44:09  to mein samajhta hoon kay itna wazeh yeh baat hai, itna wazeh yeh baat hai kay suraj ki</w:t>
      </w:r>
      <w:r>
        <w:br/>
      </w:r>
      <w:r>
        <w:rPr>
          <w:sz w:val="20"/>
        </w:rPr>
        <w:t>44:15  tarah roshan hai aur aik aik shakhs ko chahiye kay aankh kholay aur warna woh haal na woh</w:t>
      </w:r>
      <w:r>
        <w:br/>
      </w:r>
      <w:r>
        <w:rPr>
          <w:sz w:val="20"/>
        </w:rPr>
        <w:t>44:22  haal hoga jo Quran mein aya hai kay kay jo dunya mein andha raha, woh akhirat mein bhi</w:t>
      </w:r>
      <w:r>
        <w:br/>
      </w:r>
      <w:r>
        <w:rPr>
          <w:sz w:val="20"/>
        </w:rPr>
        <w:t>44:28  andha rahay ga.</w:t>
      </w:r>
      <w:r>
        <w:br/>
      </w:r>
      <w:r>
        <w:rPr>
          <w:sz w:val="20"/>
        </w:rPr>
        <w:t>44:34  man kan hafiyadh y'ama fahuwa fil akhirati a'maa to agar aap Allah ki awaz ko na sunen, Allah</w:t>
      </w:r>
      <w:r>
        <w:br/>
      </w:r>
      <w:r>
        <w:rPr>
          <w:sz w:val="20"/>
        </w:rPr>
        <w:t>44:40  ki scheme ko na samjhein, Allah ki planning ko aap na samjhein to is mani ke aap aap</w:t>
      </w:r>
      <w:r>
        <w:br/>
      </w:r>
      <w:r>
        <w:rPr>
          <w:sz w:val="20"/>
        </w:rPr>
        <w:t>44:46  blind thay dunya mein, blind.</w:t>
      </w:r>
      <w:r>
        <w:br/>
      </w:r>
      <w:r>
        <w:rPr>
          <w:sz w:val="20"/>
        </w:rPr>
        <w:t>44:52  to meri dua hai ke Allah taala hum ko samajh de.</w:t>
      </w:r>
      <w:r>
        <w:br/>
      </w:r>
      <w:r>
        <w:rPr>
          <w:sz w:val="20"/>
        </w:rPr>
        <w:t>44:59  Assalam o alaikum warahamatullahi مولانا, sawal lene se pehle ek comment parhna chahenge hum, aa jo ataa</w:t>
      </w:r>
      <w:r>
        <w:br/>
      </w:r>
      <w:r>
        <w:rPr>
          <w:sz w:val="20"/>
        </w:rPr>
        <w:t>45:05  Allah Butt sahib ne bheja hai America se aur unhon ne likha hai: "Janab Maulana sahib in countless</w:t>
      </w:r>
      <w:r>
        <w:br/>
      </w:r>
      <w:r>
        <w:rPr>
          <w:sz w:val="20"/>
        </w:rPr>
        <w:t>45:11  ways attempts to strengthen our hope and belief in the possibility of change, not wasting any time or opportunity.</w:t>
      </w:r>
      <w:r>
        <w:br/>
      </w:r>
      <w:r>
        <w:rPr>
          <w:sz w:val="20"/>
        </w:rPr>
        <w:t>45:17  He is illuminating the path of ehsaan and the path of daawa, helping us to realize old thoughts</w:t>
      </w:r>
      <w:r>
        <w:br/>
      </w:r>
      <w:r>
        <w:rPr>
          <w:sz w:val="20"/>
        </w:rPr>
        <w:t>45:23  that have kept us separate, disconnected, split, and drained of any power.</w:t>
      </w:r>
      <w:r>
        <w:br/>
      </w:r>
      <w:r>
        <w:rPr>
          <w:sz w:val="20"/>
        </w:rPr>
        <w:t>45:29  He guides us step by step to open our minds and hearts to God.</w:t>
      </w:r>
      <w:r>
        <w:br/>
      </w:r>
      <w:r>
        <w:rPr>
          <w:sz w:val="20"/>
        </w:rPr>
        <w:t>45:36  May we all be the benefactors of his efforts. May Allah Ta'ala preserve, protect, and reward him and you all.</w:t>
      </w:r>
      <w:r>
        <w:br/>
      </w:r>
      <w:r>
        <w:rPr>
          <w:sz w:val="20"/>
        </w:rPr>
        <w:t>45:45  Many thanks, and I also wish a very happy New Year." Jazakumullah مولانا Dr. Aa Safina Tabassum</w:t>
      </w:r>
      <w:r>
        <w:br/>
      </w:r>
      <w:r>
        <w:rPr>
          <w:sz w:val="20"/>
        </w:rPr>
        <w:t>45:51  ne ne bhi Ajmer se aa ek comment bheja hai, unhon ne likha hai ke "I must say</w:t>
      </w:r>
      <w:r>
        <w:br/>
      </w:r>
      <w:r>
        <w:rPr>
          <w:sz w:val="20"/>
        </w:rPr>
        <w:t>45:58  that Maulana sahib gave a very clear message in his lecture today.</w:t>
      </w:r>
      <w:r>
        <w:br/>
      </w:r>
      <w:r>
        <w:rPr>
          <w:sz w:val="20"/>
        </w:rPr>
        <w:t>46:05  I pray to God to keep us on the right path and use us in his scheme of</w:t>
      </w:r>
      <w:r>
        <w:br/>
      </w:r>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r>
        <w:br/>
      </w:r>
      <w:r>
        <w:rPr>
          <w:sz w:val="20"/>
        </w:rPr>
        <w:t>47:48  "I have felt that God created compulsion for me throughout my life to give me direction.</w:t>
      </w:r>
      <w:r>
        <w:br/>
      </w:r>
      <w:r>
        <w:rPr>
          <w:sz w:val="20"/>
        </w:rPr>
        <w:t>47:54  It is very true.</w:t>
      </w:r>
      <w:r>
        <w:br/>
      </w:r>
      <w:r>
        <w:rPr>
          <w:sz w:val="20"/>
        </w:rPr>
        <w:t>48:00  I would like to ask how to develop the positive attitude without which such a U-turn is not</w:t>
      </w:r>
      <w:r>
        <w:br/>
      </w:r>
      <w:r>
        <w:rPr>
          <w:sz w:val="20"/>
        </w:rPr>
        <w:t>48:07  possible." dekhen, is mamle mein jo asal baat hai, woh sirf ek hi hai ke hum is baat</w:t>
      </w:r>
      <w:r>
        <w:br/>
      </w:r>
      <w:r>
        <w:rPr>
          <w:sz w:val="20"/>
        </w:rPr>
        <w:t>48:13  ko jaan len ke yahan Allah hamein ek message de raha hai.</w:t>
      </w:r>
      <w:r>
        <w:br/>
      </w:r>
      <w:r>
        <w:rPr>
          <w:sz w:val="20"/>
        </w:rPr>
        <w:t>48:20  Jaisay hi hum is baat ko jaan len ge ke Allah hamein yahan ek message de raha hai,</w:t>
      </w:r>
      <w:r>
        <w:br/>
      </w:r>
      <w:r>
        <w:rPr>
          <w:sz w:val="20"/>
        </w:rPr>
        <w:t>48:26  to sara mind hamara is par lag jaye ga.</w:t>
      </w:r>
      <w:r>
        <w:br/>
      </w:r>
      <w:r>
        <w:rPr>
          <w:sz w:val="20"/>
        </w:rPr>
        <w:t>48:33  Kyunke aap ghor kijiye ke insan agar yeh jaan le ke mera khaliq, mera rab mujhe ek message</w:t>
      </w:r>
      <w:r>
        <w:br/>
      </w:r>
      <w:r>
        <w:rPr>
          <w:sz w:val="20"/>
        </w:rPr>
        <w:t>48:39  de raha hai, to bataiye ke us waqt is ki sari soch hi ka focus wahi ban jaye ga.</w:t>
      </w:r>
      <w:r>
        <w:br/>
      </w:r>
      <w:r>
        <w:rPr>
          <w:sz w:val="20"/>
        </w:rPr>
        <w:t>48:46  To main chahta hoon ke sara mamla is par hai ke hum is baat ko discover karen ke</w:t>
      </w:r>
      <w:r>
        <w:br/>
      </w:r>
      <w:r>
        <w:rPr>
          <w:sz w:val="20"/>
        </w:rPr>
        <w:t>48:52  yahan hamara Allah hamein ek message de raha hai.</w:t>
      </w:r>
      <w:r>
        <w:br/>
      </w:r>
      <w:r>
        <w:rPr>
          <w:sz w:val="20"/>
        </w:rPr>
        <w:t>48:59  Jaisay hi hum is ko discover karen ge, waisay hi wahi hamara focus wahid focus ban jaye ga.</w:t>
      </w:r>
      <w:r>
        <w:br/>
      </w:r>
      <w:r>
        <w:rPr>
          <w:sz w:val="20"/>
        </w:rPr>
        <w:t>49:05  maulana, aa agla sawal lene se pehle hum aa do comments parhna chahen ge jo aa fatima sarah</w:t>
      </w:r>
      <w:r>
        <w:br/>
      </w:r>
      <w:r>
        <w:rPr>
          <w:sz w:val="20"/>
        </w:rPr>
        <w:t>49:12  bangalore ko spirit of islam ke relation mein aaye hain.</w:t>
      </w:r>
      <w:r>
        <w:br/>
      </w:r>
      <w:r>
        <w:rPr>
          <w:sz w:val="20"/>
        </w:rPr>
        <w:t>49:18  Aur aa hum pehla message parhen ge miss priya r ka, jo is tareeqay se hai: "The last</w:t>
      </w:r>
      <w:r>
        <w:br/>
      </w:r>
      <w:r>
        <w:rPr>
          <w:sz w:val="20"/>
        </w:rPr>
        <w:t>49:25  year was extra special for the reason that I got introduced to you and your magazine Spirit of Islam.</w:t>
      </w:r>
      <w:r>
        <w:br/>
      </w:r>
      <w:r>
        <w:rPr>
          <w:sz w:val="20"/>
        </w:rPr>
        <w:t>49:32  It has given a whole new dimension to my thought process.</w:t>
      </w:r>
    </w:p>
    <w:p>
      <w:pPr>
        <w:pStyle w:val="Heading2"/>
      </w:pPr>
      <w:r>
        <w:t>a tour of the prophets' most beautiful Quranic duas</w:t>
      </w:r>
    </w:p>
    <w:p>
      <w:r>
        <w:rPr>
          <w:color w:val="666666"/>
          <w:sz w:val="18"/>
        </w:rPr>
        <w:t>Soulful Ramadan Inspiring Duas and Hadiths</w:t>
        <w:br/>
        <w:t>March 10, 2024 · 5m 58s · at 50:36 · https://youtu.be/ZXO-tq7pyQA?t=3036</w:t>
      </w:r>
    </w:p>
    <w:p>
      <w:r>
        <w:rPr>
          <w:i/>
        </w:rPr>
        <w:t>“Hazrat Adam's dua is one of the most beautiful duas”</w:t>
      </w:r>
    </w:p>
    <w:p>
      <w:r>
        <w:rPr>
          <w:sz w:val="20"/>
        </w:rPr>
        <w:t>50:36  hain. thodi khaas taur se quran mein jo behtar duaen hain, wo paigambaron ki hi duaen hain. ji, kuch ahle iman ki duaen hain. to hazrat adam al salam ki dua yeh bahut hi achhi dua hai. rabbana zalamna afsana lana wa tarana lana kunan minal khasireen. yaani our lord, we have wronged ourselves. and if you will not forgive us, and you will not have mercy on us, we will be among the lost. yaani adam al salam aur havva dono se kuch galti</w:t>
      </w:r>
      <w:r>
        <w:br/>
      </w:r>
      <w:r>
        <w:rPr>
          <w:sz w:val="20"/>
        </w:rPr>
        <w:t>51:06  hui thi, to dono ne dua ki. ji, rabbana aqbal, rabbana zalamna. ismein tasniya ka siga hai. dual, dono maang rahe hain ki humse galti hui, to hamein maaf farma de. its a very beautiful dua jo kisi waqt padhi ja sakti hai. ji,</w:t>
      </w:r>
      <w:r>
        <w:br/>
      </w:r>
      <w:r>
        <w:rPr>
          <w:sz w:val="20"/>
        </w:rPr>
        <w:t>51:24  a jo duaen hain quran ki, hadees ki, usko aam taur se log samajhte hain ki a bas padh le 40 baar subah aur is din aur us din padh le 100 baar. yeh yeh dua ka matlab nahi hai.</w:t>
      </w:r>
      <w:r>
        <w:br/>
      </w:r>
      <w:r>
        <w:rPr>
          <w:sz w:val="20"/>
        </w:rPr>
        <w:t>51:41  yeh jo yeh duaen hamein milti hain, yeh sab hamein ek yeh batati hain ki jo bade-bade ahle iman guzre hain, unke dil mein kya kaifiyat paida hui thi kisi khaas mauqe pe. hum yeh yeh alfaaz padhe ja sakte hain, lekin yeh kaifiyat jo hai, wo zyada important hai. ji, to</w:t>
      </w:r>
      <w:r>
        <w:br/>
      </w:r>
      <w:r>
        <w:rPr>
          <w:sz w:val="20"/>
        </w:rPr>
        <w:t>52:01  dua ki kaifiyat taari karna wo zyada aham hai. aur dil se dua nikle, chahe zaroori nahi hai ki yeh arabic alfaaz ho. aap aap urdu mein bhi dua kar sakte hain, english mein kar sakte hain, jo bhi. to dua niklni chahiye dil se, tabhi wo qabool hoti hai apne alfaaz mein. ji, aise hi a hazrat yunus al salam ki bahut achhi aur mashhoor dua hai. la ilaha illaa anta subhanaka inni kuntu min az zalimeen. there is no deity but you.</w:t>
      </w:r>
      <w:r>
        <w:br/>
      </w:r>
      <w:r>
        <w:rPr>
          <w:sz w:val="20"/>
        </w:rPr>
        <w:t>52:29  glory be to you. and i was indeed rang. hazrat yunus al salam jab machhli ke pet mein gaye, to yah bahut hi khubsurat dua ki unhone. aur foran allah ta'ala ne machhli ko hukm diya ki tum bahar safe li unko le aao. to kabhi pareshani ke waqt ho, to is tarah ki dua ki ja sakti hai. masha'allah. aur ayyub al salam jo bimar bahut pad gaye, unki family bhi a bahut masail. to unhone bahut achhi dua</w:t>
      </w:r>
      <w:r>
        <w:br/>
      </w:r>
      <w:r>
        <w:rPr>
          <w:sz w:val="20"/>
        </w:rPr>
        <w:t>52:57  ki. rabbi masni adar. rabbi masni adar wa anta arham rahim. ki a mere rab, a mere a my lord, i been affected with disease, with with with distress. but you are the most merciful of the merciful. yani tu hai jisse hum dua kar sakte hain, jisse hum kuch ummeed kar sakte hain. tu hi hai sabse meharban karne walon mein se, sabse zyada meharban</w:t>
      </w:r>
      <w:r>
        <w:br/>
      </w:r>
      <w:r>
        <w:rPr>
          <w:sz w:val="20"/>
        </w:rPr>
        <w:t>53:24  . to yah badi achhi dua hai. aur aur yah sab dekhiye, badi short aur comprehensive dua hai. to aap yaad bhi kar sakte hain is tarah ke ehsasat paida karne ke liye. ji, khas taur se bimari ke waqt. inni masni adar wa anta arham rahim. bahut jo it's a really beautiful dua.</w:t>
      </w:r>
      <w:r>
        <w:br/>
      </w:r>
      <w:r>
        <w:rPr>
          <w:sz w:val="20"/>
        </w:rPr>
        <w:t>53:42  aise ibrahim al salam ki dua. rabbana rabbana fili wali walid wali momineen yam yaqum hisab. a a mere rab, my lord, forgive me and forgive my parents and all the believers on the day of judgment. bahut achhi dua hai hazrat ibrahim al salam ki.</w:t>
      </w:r>
      <w:r>
        <w:br/>
      </w:r>
      <w:r>
        <w:rPr>
          <w:sz w:val="20"/>
        </w:rPr>
        <w:t>54:05  aise hi hazrat ibrahim al salam ki ek aur dua hai. rabbana aleka tawakkal wa ik anbana wa ik al masir. our lord, in you we have placed our trust. and to you we turn in repentance. and to you is the final return. yani kitni comprehensive dua hai.</w:t>
      </w:r>
      <w:r>
        <w:br/>
      </w:r>
      <w:r>
        <w:rPr>
          <w:sz w:val="20"/>
        </w:rPr>
        <w:t>54:26  ji, yani zamin se duniya se lekar aakhirat tak is mein baat kah di gayi hai. aur musa al salam ki dua, jo bahut pareshani ki halat mein madan pahunche the, to unke dil se ek itni achhi dua nikli ki allah ta'ala ne usi waqt qubool kar di. woh usi waqt qubool ho gayi woh dua. ke rabbi inni lima anzalta ilayya min khair faqir.</w:t>
      </w:r>
      <w:r>
        <w:br/>
      </w:r>
      <w:r>
        <w:rPr>
          <w:sz w:val="20"/>
        </w:rPr>
        <w:t>54:48  hum kyunki bahut pareshani ki halat mein woh bhaag ke gaye the misr se. aur dar bhi tha. aur koi nayi jagah par pahunche, to woh unhone help ki un do ladies ki. paani pilaya unke janwaron ko. phir ek ek ped ke neeche lete gaye. to yah dua badi inspired prayer nikli dil se unki. rabbi inni lima anzalta ilayya min khair faqir. lord, i am truly in need of whatever blessing you may send down upon me.</w:t>
      </w:r>
      <w:r>
        <w:br/>
      </w:r>
      <w:r>
        <w:rPr>
          <w:sz w:val="20"/>
        </w:rPr>
        <w:t>55:16  ji, jo bhi tu apni rehmat aur meri taraf bheje, main uska bahut hi mohtaj hun. yani yah ek aise insaan ki dua hai ki jo bahut pareshani ke aalam mein hai. to ulama kahna hai ki yah dua a kare koi. yani dil se dua kare, to foran qubool hoti hai. aur aise hi hazrat musa al salam ki yah bhi dua hai jo hum padhte hain. ji, yah bhi bahut aham dua hai.</w:t>
      </w:r>
      <w:r>
        <w:br/>
      </w:r>
      <w:r>
        <w:rPr>
          <w:sz w:val="20"/>
        </w:rPr>
        <w:t>55:43  rab shali sadri wasli amri lan lisani yaf wazli wazir min ahli harun aakhi ud ajri wa ashrak fi amri kanab kasira najak kasira. to yah dua ka jo woh hissa hai, mujhe bahut pasand hai ki harun al salam ke liye kaha ki mera mera saathi bana de. ji, aur</w:t>
      </w:r>
      <w:r>
        <w:br/>
      </w:r>
      <w:r>
        <w:rPr>
          <w:sz w:val="20"/>
        </w:rPr>
        <w:t>56:05  kaha ki hum dono milkar tera khoob charcha karein. kanab kasira najak kasira. yani uski wajah batayi ki hum dono milkar tera tujhe khoob yaad karein, tera khoob charcha karein, tujhse khoob dua karein. masha'allah. to ye ye ye ek paighambarana yani soch hai ki woh dua kar rahe hain apne bhai ke liye. to kisliye?</w:t>
      </w:r>
      <w:r>
        <w:br/>
      </w:r>
      <w:r>
        <w:rPr>
          <w:sz w:val="20"/>
        </w:rPr>
        <w:t>56:29  ki hum tera khoob zikr karein. ji, to milke jo zikr karne ki baat hai, woh is mein aayi hai.</w:t>
      </w:r>
    </w:p>
    <w:p>
      <w:pPr>
        <w:pStyle w:val="Heading2"/>
      </w:pPr>
      <w:r>
        <w:t>why the Quran deliberately leaves things half-mentioned to force reflection</w:t>
      </w:r>
    </w:p>
    <w:p>
      <w:r>
        <w:rPr>
          <w:color w:val="666666"/>
          <w:sz w:val="18"/>
        </w:rPr>
        <w:t>Roza A Spiritual Jihad August 28, 2011 Maulana Wahiduddin Khan · 3m 56s · at 42:28 · https://youtu.be/7Xc_Fl6z5xU?t=2548</w:t>
      </w:r>
    </w:p>
    <w:p>
      <w:r>
        <w:rPr>
          <w:i/>
        </w:rPr>
        <w:t>“Nothing in Islam is mysterious — everything is well defined”</w:t>
      </w:r>
    </w:p>
    <w:p>
      <w:r>
        <w:rPr>
          <w:sz w:val="20"/>
        </w:rPr>
        <w:t>42:28  to yaad rakhiye, islam mein koi bhi cheez pirasarar nahin hai, koi bhi cheez mysterious nahin hai. har cheez well defined hai.</w:t>
      </w:r>
      <w:r>
        <w:br/>
      </w:r>
      <w:r>
        <w:rPr>
          <w:sz w:val="20"/>
        </w:rPr>
        <w:t>42:39  hadith mein aata hai ke main ek aise deen ko le ke bheja hoon, ek aise deen ko le ke bheja gaya hoon ke la ilaha kunharah. is ki raaten dinon ki tarah roshan hain.</w:t>
      </w:r>
      <w:r>
        <w:br/>
      </w:r>
      <w:r>
        <w:rPr>
          <w:sz w:val="20"/>
        </w:rPr>
        <w:t>42:49  ye is ka matlab yahi to hai ke din mein koi pirasarariyt nahin, koi mystery nahin.</w:t>
      </w:r>
      <w:r>
        <w:br/>
      </w:r>
      <w:r>
        <w:rPr>
          <w:sz w:val="20"/>
        </w:rPr>
        <w:t>42:57  har cheez well known hai, well defined hai.</w:t>
      </w:r>
      <w:r>
        <w:br/>
      </w:r>
      <w:r>
        <w:rPr>
          <w:sz w:val="20"/>
        </w:rPr>
        <w:t>43:05  lekin jab jitna sochenge, jitna sochenge, utni hum is ko samajh paenge. isi liye quran mein tadabbur par bohat zor diya gaya.</w:t>
      </w:r>
      <w:r>
        <w:br/>
      </w:r>
      <w:r>
        <w:rPr>
          <w:sz w:val="20"/>
        </w:rPr>
        <w:t>43:15  tadabbur, tazakkur, tafakkur bohat zor diya gaya kyunke ye sab baaten aadmi soch kar hi jaan sakta hai.</w:t>
      </w:r>
      <w:r>
        <w:br/>
      </w:r>
      <w:r>
        <w:rPr>
          <w:sz w:val="20"/>
        </w:rPr>
        <w:t>43:30  kal main kisi sahib se keh raha tha ke quran ka padhiye to quran mein ek ajib o gharib baat ye paenge aap ke aam kitabon se mukhtalif, aam kitabon mein har cheez a se zed tak batai jaati hai, ho rahi rehti hai.</w:t>
      </w:r>
      <w:r>
        <w:br/>
      </w:r>
      <w:r>
        <w:rPr>
          <w:sz w:val="20"/>
        </w:rPr>
        <w:t>43:42  sab baat batai lekin quran mein ke koi peechhe detail bhi nahin, kisi cheez ki detail, detail nahin,</w:t>
      </w:r>
      <w:r>
        <w:br/>
      </w:r>
      <w:r>
        <w:rPr>
          <w:sz w:val="20"/>
        </w:rPr>
        <w:t>43:54  kisi cheez ki detail, detail nahin.</w:t>
      </w:r>
      <w:r>
        <w:br/>
      </w:r>
      <w:r>
        <w:rPr>
          <w:sz w:val="20"/>
        </w:rPr>
        <w:t>43:57  to main ne kaha ke har cheez quran mein half mentioned hai, ne mazkoor, half mentioned hai. aaj matlab aadhi baat bata di gayi hai, aadhi kahan se jaane gi?</w:t>
      </w:r>
      <w:r>
        <w:br/>
      </w:r>
      <w:r>
        <w:rPr>
          <w:sz w:val="20"/>
        </w:rPr>
        <w:t>44:08  ab tadabbur to isi ki tadabbur, tadabbur karna, mad tadabbur</w:t>
      </w:r>
      <w:r>
        <w:br/>
      </w:r>
      <w:r>
        <w:rPr>
          <w:sz w:val="20"/>
        </w:rPr>
        <w:t>44:17  aam kitabon se bohat mukhtalif hai. quran koi bhi kitab padhiye to is mein sari baaten pata, detail, detail mein reh</w:t>
      </w:r>
      <w:r>
        <w:br/>
      </w:r>
      <w:r>
        <w:rPr>
          <w:sz w:val="20"/>
        </w:rPr>
        <w:t>44:24  engi. jo subject rahega, us subject ki detail, poori detail rahegi, poori tafseel. har kitab mein insani kitab jo hoti hai,</w:t>
      </w:r>
      <w:r>
        <w:br/>
      </w:r>
      <w:r>
        <w:rPr>
          <w:sz w:val="20"/>
        </w:rPr>
        <w:t>44:36  kisi bhi insani kitab ko aap dekhen to is mein sab tafseel milegi aap ko. a zed tak mozu ke mutabiq jo mozu hai is ka lekin quran mein kisi ki tafseel hi nahin.</w:t>
      </w:r>
      <w:r>
        <w:br/>
      </w:r>
      <w:r>
        <w:rPr>
          <w:sz w:val="20"/>
        </w:rPr>
        <w:t>44:49  to har cheez half mentioned hai, ne mazkoor hai.</w:t>
      </w:r>
      <w:r>
        <w:br/>
      </w:r>
      <w:r>
        <w:rPr>
          <w:sz w:val="20"/>
        </w:rPr>
        <w:t>44:54  kis liye hai? ye hai taake aap sochen.</w:t>
      </w:r>
      <w:r>
        <w:br/>
      </w:r>
      <w:r>
        <w:rPr>
          <w:sz w:val="20"/>
        </w:rPr>
        <w:t>45:01  kaha tadabbur ki dawat hai. quran jo hai, tadabbur ki dawat deta hai. ye jo usloob quran ka jo hai, ye usloob tadabbur ki dawat deta hai.</w:t>
      </w:r>
      <w:r>
        <w:br/>
      </w:r>
      <w:r>
        <w:rPr>
          <w:sz w:val="20"/>
        </w:rPr>
        <w:t>45:13  yani usloob apne aap mein ye kehta hai ke ghor karo, socho</w:t>
      </w:r>
      <w:r>
        <w:br/>
      </w:r>
      <w:r>
        <w:rPr>
          <w:sz w:val="20"/>
        </w:rPr>
        <w:t>45:20  kyunke is ki gehre maani jo hai, baghair soche jaano nahin jaano ge.</w:t>
      </w:r>
      <w:r>
        <w:br/>
      </w:r>
      <w:r>
        <w:rPr>
          <w:sz w:val="20"/>
        </w:rPr>
        <w:t>45:28  to kal main ne ek sahib se ye baat kahi ke quran mein baar baar padhta hoon lekin bohat ajib baat hai ke quran mein kisi cheez ki detail nahin. maslan namaz ka hukum hai, wo panch waqt ki namaz ke kahin hai hi nahin.</w:t>
      </w:r>
      <w:r>
        <w:br/>
      </w:r>
      <w:r>
        <w:rPr>
          <w:sz w:val="20"/>
        </w:rPr>
        <w:t>45:41  panch waqt namaz parho. har koi bhi hukum jo quran majeed mein hai, kisi hukum ki detail nahin.</w:t>
      </w:r>
      <w:r>
        <w:br/>
      </w:r>
      <w:r>
        <w:rPr>
          <w:sz w:val="20"/>
        </w:rPr>
        <w:t>45:53  to har cheez half mentioned hai, ne mazkoor hai. to ye, ye usloob apne aap mein kehta hai ke socho, socho, socho, socho.</w:t>
      </w:r>
      <w:r>
        <w:br/>
      </w:r>
      <w:r>
        <w:rPr>
          <w:sz w:val="20"/>
        </w:rPr>
        <w:t>46:06  isi liye main kehta hoon quran kitab tadabbur hai, book of contemplation.</w:t>
      </w:r>
    </w:p>
    <w:p>
      <w:pPr>
        <w:pStyle w:val="Heading2"/>
      </w:pPr>
      <w:r>
        <w:t>Tajdeed: definition, necessity, and revival</w:t>
      </w:r>
    </w:p>
    <w:p>
      <w:r>
        <w:rPr>
          <w:color w:val="666666"/>
          <w:sz w:val="18"/>
        </w:rPr>
        <w:t>The Concept of Tajdid in Islam April 19, 2007 · 5m 48s · at 0:29 · https://youtu.be/xOF-8m3m7KA?t=29</w:t>
      </w:r>
    </w:p>
    <w:p>
      <w:r>
        <w:rPr>
          <w:i/>
        </w:rPr>
        <w:t>“The theme for the present talk is Tajdeed.”</w:t>
      </w:r>
    </w:p>
    <w:p>
      <w:r>
        <w:rPr>
          <w:sz w:val="20"/>
        </w:rPr>
        <w:t>0:29  The theme for the present talk is tajdeed.</w:t>
      </w:r>
      <w:r>
        <w:br/>
      </w:r>
      <w:r>
        <w:rPr>
          <w:sz w:val="20"/>
        </w:rPr>
        <w:t>0:39  . da concept of tajdeed in islam.</w:t>
      </w:r>
      <w:r>
        <w:br/>
      </w:r>
      <w:r>
        <w:rPr>
          <w:sz w:val="20"/>
        </w:rPr>
        <w:t>0:46  tajdeed is a very important institution in islam.</w:t>
      </w:r>
      <w:r>
        <w:br/>
      </w:r>
      <w:r>
        <w:rPr>
          <w:sz w:val="20"/>
        </w:rPr>
        <w:t>0:54  literally tajdeed means to renew, to refresh, to revive.</w:t>
      </w:r>
      <w:r>
        <w:br/>
      </w:r>
      <w:r>
        <w:rPr>
          <w:sz w:val="20"/>
        </w:rPr>
        <w:t>1:05  so tajdeed means revival ya revivalism.</w:t>
      </w:r>
      <w:r>
        <w:br/>
      </w:r>
      <w:r>
        <w:rPr>
          <w:sz w:val="20"/>
        </w:rPr>
        <w:t>1:12  it is very important in islam, in islamic life. da concept of tajdeed is based on a tradition.</w:t>
      </w:r>
      <w:r>
        <w:br/>
      </w:r>
      <w:r>
        <w:rPr>
          <w:sz w:val="20"/>
        </w:rPr>
        <w:t>1:29  The Prophet of Islam has said: "in allah yu ali ras kull miat sanat man yujaddid dineh".</w:t>
      </w:r>
      <w:r>
        <w:br/>
      </w:r>
      <w:r>
        <w:rPr>
          <w:sz w:val="20"/>
        </w:rPr>
        <w:t>1:46  yeh hadith</w:t>
      </w:r>
      <w:r>
        <w:br/>
      </w:r>
      <w:r>
        <w:rPr>
          <w:sz w:val="20"/>
        </w:rPr>
        <w:t>1:48  . it means that</w:t>
      </w:r>
      <w:r>
        <w:br/>
      </w:r>
      <w:r>
        <w:rPr>
          <w:sz w:val="20"/>
        </w:rPr>
        <w:t>1:53  after every century or after every one hundred years, god will send a person who will revive the religion of islam.</w:t>
      </w:r>
      <w:r>
        <w:br/>
      </w:r>
      <w:r>
        <w:rPr>
          <w:sz w:val="20"/>
        </w:rPr>
        <w:t>2:13  this is tajdeed.</w:t>
      </w:r>
      <w:r>
        <w:br/>
      </w:r>
      <w:r>
        <w:rPr>
          <w:sz w:val="20"/>
        </w:rPr>
        <w:t>2:19  so why is this tajdeed? you know, religion of islam is a complete religion.</w:t>
      </w:r>
      <w:r>
        <w:br/>
      </w:r>
      <w:r>
        <w:rPr>
          <w:sz w:val="20"/>
        </w:rPr>
        <w:t>2:32  Quran is an eternal book.</w:t>
      </w:r>
      <w:r>
        <w:br/>
      </w:r>
      <w:r>
        <w:rPr>
          <w:sz w:val="20"/>
        </w:rPr>
        <w:t>2:38  Quranic ideology is an eternal ideology. Then why revivalism?</w:t>
      </w:r>
      <w:r>
        <w:br/>
      </w:r>
      <w:r>
        <w:rPr>
          <w:sz w:val="20"/>
        </w:rPr>
        <w:t>2:47  it is due to the law of nature.</w:t>
      </w:r>
      <w:r>
        <w:br/>
      </w:r>
      <w:r>
        <w:rPr>
          <w:sz w:val="20"/>
        </w:rPr>
        <w:t>2:51  in our present world, it is law of nature that everything</w:t>
      </w:r>
      <w:r>
        <w:br/>
      </w:r>
      <w:r>
        <w:rPr>
          <w:sz w:val="20"/>
        </w:rPr>
        <w:t>3:02  is subject to decay, deterioration.</w:t>
      </w:r>
      <w:r>
        <w:br/>
      </w:r>
      <w:r>
        <w:rPr>
          <w:sz w:val="20"/>
        </w:rPr>
        <w:t>3:10  so religion is not an exception.</w:t>
      </w:r>
      <w:r>
        <w:br/>
      </w:r>
      <w:r>
        <w:rPr>
          <w:sz w:val="20"/>
        </w:rPr>
        <w:t>3:16  after some generations, there is a deterioration in religion also. religion means people of religion.</w:t>
      </w:r>
      <w:r>
        <w:br/>
      </w:r>
      <w:r>
        <w:rPr>
          <w:sz w:val="20"/>
        </w:rPr>
        <w:t>3:29  so</w:t>
      </w:r>
      <w:r>
        <w:br/>
      </w:r>
      <w:r>
        <w:rPr>
          <w:sz w:val="20"/>
        </w:rPr>
        <w:t>3:33  it is this law of nature which requires tajdeed, to renew again, to refresh again.</w:t>
      </w:r>
      <w:r>
        <w:br/>
      </w:r>
      <w:r>
        <w:rPr>
          <w:sz w:val="20"/>
        </w:rPr>
        <w:t>3:44  now, there are two different aspects of this tajdeed.</w:t>
      </w:r>
      <w:r>
        <w:br/>
      </w:r>
      <w:r>
        <w:rPr>
          <w:sz w:val="20"/>
        </w:rPr>
        <w:t>3:57  one i can say reawakening. the second i can say reinterpretation.</w:t>
      </w:r>
      <w:r>
        <w:br/>
      </w:r>
      <w:r>
        <w:rPr>
          <w:sz w:val="20"/>
        </w:rPr>
        <w:t>4:09  the first aspect means deterioration in practice.</w:t>
      </w:r>
      <w:r>
        <w:br/>
      </w:r>
      <w:r>
        <w:rPr>
          <w:sz w:val="20"/>
        </w:rPr>
        <w:t>4:19  this is where we find a reference in this regard in the hadith</w:t>
      </w:r>
      <w:r>
        <w:br/>
      </w:r>
      <w:r>
        <w:rPr>
          <w:sz w:val="20"/>
        </w:rPr>
        <w:t>4:26  . the prophet of islam has said: "masaj ma'amra wa hi kharab min al-hadi". the day will come when masjids are full, but there is no guide, there is no hidayat.</w:t>
      </w:r>
      <w:r>
        <w:br/>
      </w:r>
      <w:r>
        <w:rPr>
          <w:sz w:val="20"/>
        </w:rPr>
        <w:t>4:50  that means spirit.</w:t>
      </w:r>
      <w:r>
        <w:br/>
      </w:r>
      <w:r>
        <w:rPr>
          <w:sz w:val="20"/>
        </w:rPr>
        <w:t>4:53  so activities are there, but spirit is not. it means that salat, sirat, salat prayer will be there,</w:t>
      </w:r>
      <w:r>
        <w:br/>
      </w:r>
      <w:r>
        <w:rPr>
          <w:sz w:val="20"/>
        </w:rPr>
        <w:t>5:09  but only some rituals, only a form.</w:t>
      </w:r>
      <w:r>
        <w:br/>
      </w:r>
      <w:r>
        <w:rPr>
          <w:sz w:val="20"/>
        </w:rPr>
        <w:t>5:16  as far as the spirit is concerned, so spirit is not there.</w:t>
      </w:r>
      <w:r>
        <w:br/>
      </w:r>
      <w:r>
        <w:rPr>
          <w:sz w:val="20"/>
        </w:rPr>
        <w:t>5:23  so this is deterioration. when salat becomes spirit less, that is deterioration.</w:t>
      </w:r>
      <w:r>
        <w:br/>
      </w:r>
      <w:r>
        <w:rPr>
          <w:sz w:val="20"/>
        </w:rPr>
        <w:t>5:36  so here revival means to revive the spirit of salat</w:t>
      </w:r>
      <w:r>
        <w:br/>
      </w:r>
      <w:r>
        <w:rPr>
          <w:sz w:val="20"/>
        </w:rPr>
        <w:t>5:46  . when salat is based, when salat is reduced to a form.</w:t>
      </w:r>
      <w:r>
        <w:br/>
      </w:r>
      <w:r>
        <w:rPr>
          <w:sz w:val="20"/>
        </w:rPr>
        <w:t>5:54  when prayer salat is reduced to a form or set of rituals, you have to reestablish it in spirit.</w:t>
      </w:r>
      <w:r>
        <w:br/>
      </w:r>
      <w:r>
        <w:rPr>
          <w:sz w:val="20"/>
        </w:rPr>
        <w:t>6:06  so in islam, spirit based ibadah is required or not simply form based ibadah.</w:t>
      </w:r>
    </w:p>
    <w:p>
      <w:pPr>
        <w:pStyle w:val="Heading2"/>
      </w:pPr>
      <w:r>
        <w:t>Why God divided society into rich and poor</w:t>
      </w:r>
    </w:p>
    <w:p>
      <w:r>
        <w:rPr>
          <w:color w:val="666666"/>
          <w:sz w:val="18"/>
        </w:rPr>
        <w:t>Spirit of Zakat 16 May 2007 - Maulana Wahiduddin Khan · 5m 56s · at 25:06 · https://youtu.be/Ptou1yxZS_8?t=1506</w:t>
      </w:r>
    </w:p>
    <w:p>
      <w:r>
        <w:rPr>
          <w:i/>
        </w:rPr>
        <w:t>“The Prophet said zakat is taken from the rich”</w:t>
      </w:r>
    </w:p>
    <w:p>
      <w:r>
        <w:rPr>
          <w:sz w:val="20"/>
        </w:rPr>
        <w:t>25:06  that</w:t>
      </w:r>
      <w:r>
        <w:br/>
      </w:r>
      <w:r>
        <w:rPr>
          <w:sz w:val="20"/>
        </w:rPr>
        <w:t>25:12  prophet of islam has said about zakat:</w:t>
      </w:r>
      <w:r>
        <w:br/>
      </w:r>
      <w:r>
        <w:rPr>
          <w:sz w:val="20"/>
        </w:rPr>
        <w:t>25:16  "to khuzoo min aghniyaikum</w:t>
      </w:r>
      <w:r>
        <w:br/>
      </w:r>
      <w:r>
        <w:rPr>
          <w:sz w:val="20"/>
        </w:rPr>
        <w:t>25:19  wa ruddoo fuqaraiqum." da prophet of islam has said about zakat that</w:t>
      </w:r>
      <w:r>
        <w:br/>
      </w:r>
      <w:r>
        <w:rPr>
          <w:sz w:val="20"/>
        </w:rPr>
        <w:t>25:29  zakat is taken</w:t>
      </w:r>
      <w:r>
        <w:br/>
      </w:r>
      <w:r>
        <w:rPr>
          <w:sz w:val="20"/>
        </w:rPr>
        <w:t>25:33  from rich people and then</w:t>
      </w:r>
      <w:r>
        <w:br/>
      </w:r>
      <w:r>
        <w:rPr>
          <w:sz w:val="20"/>
        </w:rPr>
        <w:t>25:42  given to poor people. da</w:t>
      </w:r>
      <w:r>
        <w:br/>
      </w:r>
      <w:r>
        <w:rPr>
          <w:sz w:val="20"/>
        </w:rPr>
        <w:t>25:47  s is the zakat. then why, why this division that there are some rich people, there are some poor people, and why there are some needy people?</w:t>
      </w:r>
      <w:r>
        <w:br/>
      </w:r>
      <w:r>
        <w:rPr>
          <w:sz w:val="20"/>
        </w:rPr>
        <w:t>26:02  why there are some wealthy people or some needy people? this is not a permanent division.</w:t>
      </w:r>
      <w:r>
        <w:br/>
      </w:r>
      <w:r>
        <w:rPr>
          <w:sz w:val="20"/>
        </w:rPr>
        <w:t>26:12  every term there is a change. today poor become rich for tomorrow, and today rich become poor by tomorrow.</w:t>
      </w:r>
      <w:r>
        <w:br/>
      </w:r>
      <w:r>
        <w:rPr>
          <w:sz w:val="20"/>
        </w:rPr>
        <w:t>26:32  so, every time there is change. now, why this difference</w:t>
      </w:r>
      <w:r>
        <w:br/>
      </w:r>
      <w:r>
        <w:rPr>
          <w:sz w:val="20"/>
        </w:rPr>
        <w:t>26:39  ? why this division in the society? it is due to, due to the law of nature. it is god's scheme to create completion in the society.</w:t>
      </w:r>
      <w:r>
        <w:br/>
      </w:r>
      <w:r>
        <w:rPr>
          <w:sz w:val="20"/>
        </w:rPr>
        <w:t>26:55  it is god's scheme to create challenge in the different section of society.</w:t>
      </w:r>
      <w:r>
        <w:br/>
      </w:r>
      <w:r>
        <w:rPr>
          <w:sz w:val="20"/>
        </w:rPr>
        <w:t>27:06  so, this is the wisdom</w:t>
      </w:r>
      <w:r>
        <w:br/>
      </w:r>
      <w:r>
        <w:rPr>
          <w:sz w:val="20"/>
        </w:rPr>
        <w:t>27:10  behind this division</w:t>
      </w:r>
      <w:r>
        <w:br/>
      </w:r>
      <w:r>
        <w:rPr>
          <w:sz w:val="20"/>
        </w:rPr>
        <w:t>27:13  . without division, without difference, there was no completion, there was no challenge. so, god put this difference or division in the society only to create challenge, to create completion.</w:t>
      </w:r>
      <w:r>
        <w:br/>
      </w:r>
      <w:r>
        <w:rPr>
          <w:sz w:val="20"/>
        </w:rPr>
        <w:t>27:35  then he tried to make balance</w:t>
      </w:r>
      <w:r>
        <w:br/>
      </w:r>
      <w:r>
        <w:rPr>
          <w:sz w:val="20"/>
        </w:rPr>
        <w:t>27:40  . he commanded to rich people that you have to give the share of poor people. you have to pay zakat so that it will be given to, to, to poor people</w:t>
      </w:r>
      <w:r>
        <w:br/>
      </w:r>
      <w:r>
        <w:rPr>
          <w:sz w:val="20"/>
        </w:rPr>
        <w:t>27:55  . so, at one, at one side, god created people and, and he put differences.</w:t>
      </w:r>
      <w:r>
        <w:br/>
      </w:r>
      <w:r>
        <w:rPr>
          <w:sz w:val="20"/>
        </w:rPr>
        <w:t>28:08  differences by god. this difference that there are poor and there are rich, there are weak, there are weak and there are strong.</w:t>
      </w:r>
      <w:r>
        <w:br/>
      </w:r>
      <w:r>
        <w:rPr>
          <w:sz w:val="20"/>
        </w:rPr>
        <w:t>28:19  so, all these differences are due to the scheme, to the creation plan of god.</w:t>
      </w:r>
      <w:r>
        <w:br/>
      </w:r>
      <w:r>
        <w:rPr>
          <w:sz w:val="20"/>
        </w:rPr>
        <w:t>28:25  And the wisdom is that that it is this difference that creates challenge, that creates completion.</w:t>
      </w:r>
      <w:r>
        <w:br/>
      </w:r>
      <w:r>
        <w:rPr>
          <w:sz w:val="20"/>
        </w:rPr>
        <w:t>28:35  then to establish balance,</w:t>
      </w:r>
      <w:r>
        <w:br/>
      </w:r>
      <w:r>
        <w:rPr>
          <w:sz w:val="20"/>
        </w:rPr>
        <w:t>28:40  god has commanded</w:t>
      </w:r>
      <w:r>
        <w:br/>
      </w:r>
      <w:r>
        <w:rPr>
          <w:sz w:val="20"/>
        </w:rPr>
        <w:t>28:42  for rich people to pay zakat,</w:t>
      </w:r>
      <w:r>
        <w:br/>
      </w:r>
      <w:r>
        <w:rPr>
          <w:sz w:val="20"/>
        </w:rPr>
        <w:t>28:47  to pay zakat</w:t>
      </w:r>
      <w:r>
        <w:br/>
      </w:r>
      <w:r>
        <w:rPr>
          <w:sz w:val="20"/>
        </w:rPr>
        <w:t>28:50  so that the poor people may find</w:t>
      </w:r>
      <w:r>
        <w:br/>
      </w:r>
      <w:r>
        <w:rPr>
          <w:sz w:val="20"/>
        </w:rPr>
        <w:t>28:55  their due shares.</w:t>
      </w:r>
      <w:r>
        <w:br/>
      </w:r>
      <w:r>
        <w:rPr>
          <w:sz w:val="20"/>
        </w:rPr>
        <w:t>28:58  although this division is not permanent. every day there is challenge, every day,</w:t>
      </w:r>
      <w:r>
        <w:br/>
      </w:r>
      <w:r>
        <w:rPr>
          <w:sz w:val="20"/>
        </w:rPr>
        <w:t>29:07  because one who is poor today. so, poverty inculcate incentive in his personality.</w:t>
      </w:r>
      <w:r>
        <w:br/>
      </w:r>
      <w:r>
        <w:rPr>
          <w:sz w:val="20"/>
        </w:rPr>
        <w:t>29:20  poverty is not simply poverty. poverty is a mode of motivation.</w:t>
      </w:r>
      <w:r>
        <w:br/>
      </w:r>
      <w:r>
        <w:rPr>
          <w:sz w:val="20"/>
        </w:rPr>
        <w:t>29:31  poverty is not simply a poverty. it is poverty that motivates you, that gives you incentive.</w:t>
      </w:r>
      <w:r>
        <w:br/>
      </w:r>
      <w:r>
        <w:rPr>
          <w:sz w:val="20"/>
        </w:rPr>
        <w:t>29:41  without poverty, there was no incentive, no motivation. so, poverty is not a negative point</w:t>
      </w:r>
      <w:r>
        <w:br/>
      </w:r>
      <w:r>
        <w:rPr>
          <w:sz w:val="20"/>
        </w:rPr>
        <w:t>29:53  poverty also has a positive point</w:t>
      </w:r>
      <w:r>
        <w:br/>
      </w:r>
      <w:r>
        <w:rPr>
          <w:sz w:val="20"/>
        </w:rPr>
        <w:t>29:59  that it is poverty which gives you incentive, which gives you motivation.</w:t>
      </w:r>
      <w:r>
        <w:br/>
      </w:r>
      <w:r>
        <w:rPr>
          <w:sz w:val="20"/>
        </w:rPr>
        <w:t>30:10  so, due to this motivation, poor people, poor people</w:t>
      </w:r>
      <w:r>
        <w:br/>
      </w:r>
      <w:r>
        <w:rPr>
          <w:sz w:val="20"/>
        </w:rPr>
        <w:t>30:22  do their work on a greater scale. they are able to do more effort than these people.</w:t>
      </w:r>
      <w:r>
        <w:br/>
      </w:r>
      <w:r>
        <w:rPr>
          <w:sz w:val="20"/>
        </w:rPr>
        <w:t>30:33  this is law of nature. there is a, there is a very relevant saying that it is not as that effort, not facility.</w:t>
      </w:r>
      <w:r>
        <w:br/>
      </w:r>
      <w:r>
        <w:rPr>
          <w:sz w:val="20"/>
        </w:rPr>
        <w:t>30:48  it is as but effort, not facility but difficulty</w:t>
      </w:r>
      <w:r>
        <w:br/>
      </w:r>
      <w:r>
        <w:rPr>
          <w:sz w:val="20"/>
        </w:rPr>
        <w:t>30:53  that makes man. so, poverty, poverty elevates you.</w:t>
      </w:r>
    </w:p>
    <w:p>
      <w:pPr>
        <w:pStyle w:val="Heading2"/>
      </w:pPr>
      <w:r>
        <w:t>Intellectual exchange builds dynamic iman</w:t>
      </w:r>
    </w:p>
    <w:p>
      <w:r>
        <w:rPr>
          <w:color w:val="666666"/>
          <w:sz w:val="18"/>
        </w:rPr>
        <w:t>Ramadan and The Quran 14 oct 2005 - Maulana Wahiduddin Khan · 4m 07s · at 3:00 · https://youtu.be/t_Ciia8JlBk?t=180</w:t>
      </w:r>
    </w:p>
    <w:p>
      <w:r>
        <w:rPr>
          <w:i/>
        </w:rPr>
        <w:t>“Rasool Allah ke ek companion the, Abu Ruwaha”</w:t>
      </w:r>
    </w:p>
    <w:p>
      <w:r>
        <w:rPr>
          <w:sz w:val="20"/>
        </w:rPr>
        <w:t>3:00  rasool Allah sallallahu alaihi wasallam ke ek companion the, un ka naam tha abu rawaha. to abu rawaha ne ek din ek apne zamane ke musalmanon se kaha</w:t>
      </w:r>
      <w:r>
        <w:br/>
      </w:r>
      <w:r>
        <w:rPr>
          <w:sz w:val="20"/>
        </w:rPr>
        <w:t>3:19  ke ta'al naw min sa'atin, aao hum kuch der ke liye iman layen.</w:t>
      </w:r>
      <w:r>
        <w:br/>
      </w:r>
      <w:r>
        <w:rPr>
          <w:sz w:val="20"/>
        </w:rPr>
        <w:t>3:39  yeh badi anokhi baat thi.</w:t>
      </w:r>
      <w:r>
        <w:br/>
      </w:r>
      <w:r>
        <w:rPr>
          <w:sz w:val="20"/>
        </w:rPr>
        <w:t>3:44  let us believe five momin. Ab yeh jo hai ke let us believe five momin, to us musalman ki samajh mein baat nahi aayi.</w:t>
      </w:r>
      <w:r>
        <w:br/>
      </w:r>
      <w:r>
        <w:rPr>
          <w:sz w:val="20"/>
        </w:rPr>
        <w:t>3:53  woh rasool Allah ke paas gaye, unhon ne kaha ke hum to momin hain, hum to islam mein aa chuke hain. to ek thori der ke liye, ek momin ke liye,</w:t>
      </w:r>
      <w:r>
        <w:br/>
      </w:r>
      <w:r>
        <w:rPr>
          <w:sz w:val="20"/>
        </w:rPr>
        <w:t>4:05  ek momin ke liye thori der ke liye iman ka kya matlab hai? iman to hum ko mil chuka. to rasool Allah ne kaha ke</w:t>
      </w:r>
      <w:r>
        <w:br/>
      </w:r>
      <w:r>
        <w:rPr>
          <w:sz w:val="20"/>
        </w:rPr>
        <w:t>4:19  ke abu rawaha par Khuda reham kare, woh ek aise iman ko pasand karte hain jis se angel bhi envy karte hain,</w:t>
      </w:r>
      <w:r>
        <w:br/>
      </w:r>
      <w:r>
        <w:rPr>
          <w:sz w:val="20"/>
        </w:rPr>
        <w:t>4:34  farishte bhi us ko rash karte hain.</w:t>
      </w:r>
      <w:r>
        <w:br/>
      </w:r>
      <w:r>
        <w:rPr>
          <w:sz w:val="20"/>
        </w:rPr>
        <w:t>4:38  dekhein, yeh aap agar sirf literal translation se samajhna chahein to aap us ko samajh nahi sakte ke woh kya cheez thi jo wahan paish aayi.</w:t>
      </w:r>
      <w:r>
        <w:br/>
      </w:r>
      <w:r>
        <w:rPr>
          <w:sz w:val="20"/>
        </w:rPr>
        <w:t>4:48  aap ko word badalna padega, tab samajh payenge aap,</w:t>
      </w:r>
      <w:r>
        <w:br/>
      </w:r>
      <w:r>
        <w:rPr>
          <w:sz w:val="20"/>
        </w:rPr>
        <w:t>4:56  tab aap ka mind address hoga. woh kya hai? jahan tak maine socha hai, is ka matlab yeh tha ke unhon ne yeh kaha ke aao hum kuch der ke liye</w:t>
      </w:r>
      <w:r>
        <w:br/>
      </w:r>
      <w:r>
        <w:rPr>
          <w:sz w:val="20"/>
        </w:rPr>
        <w:t>5:13  khuda ki baaten karen, jis ko main kaha karta hoon intellectual exchange, yaani khuda ke topic par kuch der ke liye hum intellectual exchange karenge.</w:t>
      </w:r>
      <w:r>
        <w:br/>
      </w:r>
      <w:r>
        <w:rPr>
          <w:sz w:val="20"/>
        </w:rPr>
        <w:t>5:27  yeh un ka matlab tha.</w:t>
      </w:r>
      <w:r>
        <w:br/>
      </w:r>
      <w:r>
        <w:rPr>
          <w:sz w:val="20"/>
        </w:rPr>
        <w:t>5:31  to jab aap is tarah se badal saken, is ko, is ki language ko, tab aap is se familiar hote hain, aap mind ko pakad paate hain.</w:t>
      </w:r>
      <w:r>
        <w:br/>
      </w:r>
      <w:r>
        <w:rPr>
          <w:sz w:val="20"/>
        </w:rPr>
        <w:t>5:47  to sahaba jo the,</w:t>
      </w:r>
      <w:r>
        <w:br/>
      </w:r>
      <w:r>
        <w:rPr>
          <w:sz w:val="20"/>
        </w:rPr>
        <w:t>5:50  aisa nahin tha ke kalma padh liya ek baar to bas sara Islam mil gaya inhen.aisa nahin.apne imaan ko rozana woh food dete the, food</w:t>
      </w:r>
      <w:r>
        <w:br/>
      </w:r>
      <w:r>
        <w:rPr>
          <w:sz w:val="20"/>
        </w:rPr>
        <w:t>6:09  jaise hum khana khate hain apni body ke liye, to woh apne imaan ko food dete the. woh kaise?</w:t>
      </w:r>
      <w:r>
        <w:br/>
      </w:r>
      <w:r>
        <w:rPr>
          <w:sz w:val="20"/>
        </w:rPr>
        <w:t>6:19  through intellectual exchange. jab do aadmi ek subject par baat karte hain</w:t>
      </w:r>
      <w:r>
        <w:br/>
      </w:r>
      <w:r>
        <w:rPr>
          <w:sz w:val="20"/>
        </w:rPr>
        <w:t>6:28  to hamesha aisa hota hai ke knowledge badhti hai, naye naye aspect saamne aate hain. is tarah dono ka jo do exchange kar rahe hain,</w:t>
      </w:r>
      <w:r>
        <w:br/>
      </w:r>
      <w:r>
        <w:rPr>
          <w:sz w:val="20"/>
        </w:rPr>
        <w:t>6:41  dono ka intellectual development hota hai,</w:t>
      </w:r>
      <w:r>
        <w:br/>
      </w:r>
      <w:r>
        <w:rPr>
          <w:sz w:val="20"/>
        </w:rPr>
        <w:t>6:46  spiritual development hota hai, Islamic development hota hai. yeh matlab tha Abu Rawaha ka. to hum yahi koshish kar rahe hain ke aap logon ko main yeh cheez aaye ke aap apne imaan ko badhate rahen, badhate rahen, badhate rahen.</w:t>
      </w:r>
    </w:p>
    <w:p>
      <w:pPr>
        <w:pStyle w:val="Heading2"/>
      </w:pPr>
      <w:r>
        <w:t>Sufis as reformers reviving spiritual essence</w:t>
      </w:r>
    </w:p>
    <w:p>
      <w:r>
        <w:rPr>
          <w:color w:val="666666"/>
          <w:sz w:val="18"/>
        </w:rPr>
        <w:t>Sufism an Introduction August 13, 2020 Prof. Farida Khanam · 4m 14s · at 14:57 · https://youtu.be/7VOpY8OvRdM?t=897</w:t>
      </w:r>
    </w:p>
    <w:p>
      <w:r>
        <w:rPr>
          <w:i/>
        </w:rPr>
        <w:t>“Sufiyan koi alag deen le kar nahi aaye the”</w:t>
      </w:r>
    </w:p>
    <w:p>
      <w:r>
        <w:rPr>
          <w:sz w:val="20"/>
        </w:rPr>
        <w:t>14:57  sufia koi alag deen le kar nahi aaye thay.</w:t>
      </w:r>
      <w:r>
        <w:br/>
      </w:r>
      <w:r>
        <w:rPr>
          <w:sz w:val="20"/>
        </w:rPr>
        <w:t>15:00  balke wohi deen jo rasool allah slw laye thay. is deen ko baad mein aisa hua ke jab bohat ziyada maal o dolat ki farawani ho gayi to log jo hain woh unke andar dunya dari paida ho gayi.</w:t>
      </w:r>
      <w:r>
        <w:br/>
      </w:r>
      <w:r>
        <w:rPr>
          <w:sz w:val="20"/>
        </w:rPr>
        <w:t>15:17  dunya dari hone ki wajah se woh</w:t>
      </w:r>
      <w:r>
        <w:br/>
      </w:r>
      <w:r>
        <w:rPr>
          <w:sz w:val="20"/>
        </w:rPr>
        <w:t>15:20  deen ki spirit unke andar na rahi. namaz roza to woh karte rahe. namaz roze mein aaj bhi koi kami nahi aayi hai. lekin deen ki spirit mein kami aayi hai.</w:t>
      </w:r>
      <w:r>
        <w:br/>
      </w:r>
      <w:r>
        <w:rPr>
          <w:sz w:val="20"/>
        </w:rPr>
        <w:t>15:30  to in deen ki spirit samajh lijiye ke sufia jo hain woh</w:t>
      </w:r>
      <w:r>
        <w:br/>
      </w:r>
      <w:r>
        <w:rPr>
          <w:sz w:val="20"/>
        </w:rPr>
        <w:t>15:36  reformers thay. to unhon ne reform karne ki koshish ki. woh naya deen nahi le kar aaye. jo deen woh ho raha tha.</w:t>
      </w:r>
      <w:r>
        <w:br/>
      </w:r>
      <w:r>
        <w:rPr>
          <w:sz w:val="20"/>
        </w:rPr>
        <w:t>15:47  jis deen mein is ki spirit ki kami ho rahi thi. to woh spirit unhon ne paida karne ki koshish ki.</w:t>
      </w:r>
      <w:r>
        <w:br/>
      </w:r>
      <w:r>
        <w:rPr>
          <w:sz w:val="20"/>
        </w:rPr>
        <w:t>15:56  to isi wajah se unhon ne khas tor par namaz ke jaise ek zahir hai, ek batin hai. yani ek form hai, ek spirit hai.</w:t>
      </w:r>
      <w:r>
        <w:br/>
      </w:r>
      <w:r>
        <w:rPr>
          <w:sz w:val="20"/>
        </w:rPr>
        <w:t>16:07  to unhon ne spirit par bohat ziyada zor diya. main yahan tak ke ek bar</w:t>
      </w:r>
      <w:r>
        <w:br/>
      </w:r>
      <w:r>
        <w:rPr>
          <w:sz w:val="20"/>
        </w:rPr>
        <w:t>16:13  rasool allah slw ke zamane mein ek sahabi aaye aur unhon ne namaz parhi masjid nabwi mein jahan ke khud rasool allah slw mojood thay.</w:t>
      </w:r>
      <w:r>
        <w:br/>
      </w:r>
      <w:r>
        <w:rPr>
          <w:sz w:val="20"/>
        </w:rPr>
        <w:t>16:27  namaz parh kar jab rasool allah slw ke paas aaye to rasool allah ne kaha jao tum dobara namaz parho. kyunke tumhari namaz nahi hui.</w:t>
      </w:r>
      <w:r>
        <w:br/>
      </w:r>
      <w:r>
        <w:rPr>
          <w:sz w:val="20"/>
        </w:rPr>
        <w:t>16:36  ab aap soch sakte hain ke ek sahabi masjid nabwi mein namaz, rasool allah wahan mojood hain. phir bhi namaz dobara parhwaya aap ne.</w:t>
      </w:r>
      <w:r>
        <w:br/>
      </w:r>
      <w:r>
        <w:rPr>
          <w:sz w:val="20"/>
        </w:rPr>
        <w:t>16:46  to aisa kyun hua? kyunke unhon ne jaldi jaldi namaz padh li thi. namaz ke ke jo khushu o khuzu ke sath namaz</w:t>
      </w:r>
      <w:r>
        <w:br/>
      </w:r>
      <w:r>
        <w:rPr>
          <w:sz w:val="20"/>
        </w:rPr>
        <w:t>16:55  parhni chahiye tabhi allah taala ke haan woh namaz qabool hogi. to is wajah se rasool allah slw ne dobara un ko namaz parhwai.</w:t>
      </w:r>
      <w:r>
        <w:br/>
      </w:r>
      <w:r>
        <w:rPr>
          <w:sz w:val="20"/>
        </w:rPr>
        <w:t>17:04  ab aap samajh sakte hain ke aaj hamari namaz ko kitna zyada zaroori hai ke hum</w:t>
      </w:r>
      <w:r>
        <w:br/>
      </w:r>
      <w:r>
        <w:rPr>
          <w:sz w:val="20"/>
        </w:rPr>
        <w:t>17:12  spirit wali namaz parhein. aur yeh sab cheezein hum yaad rakhein. rasool Allah sal Allah alaihi wasallam ki namazein yaad rakhein.</w:t>
      </w:r>
      <w:r>
        <w:br/>
      </w:r>
      <w:r>
        <w:rPr>
          <w:sz w:val="20"/>
        </w:rPr>
        <w:t>17:20  sahaba ki namazein yaad rakhein. aur sufiya ne jo hum hum logon ko bataya ke spirit wali deen is ko hum yaad rakhein.</w:t>
      </w:r>
      <w:r>
        <w:br/>
      </w:r>
      <w:r>
        <w:rPr>
          <w:sz w:val="20"/>
        </w:rPr>
        <w:t>17:31  isi tareeqe se roza hai. roza sirf bhook pyas, bhooke pyase rehne ka naam nahi hai. balkeh roza taqwa ka naam hai.</w:t>
      </w:r>
      <w:r>
        <w:br/>
      </w:r>
      <w:r>
        <w:rPr>
          <w:sz w:val="20"/>
        </w:rPr>
        <w:t>17:40  quran mein aaya: "la'allakum tattaqoon". to jab taqwa ka matlab hai ke Allah taala se</w:t>
      </w:r>
      <w:r>
        <w:br/>
      </w:r>
      <w:r>
        <w:rPr>
          <w:sz w:val="20"/>
        </w:rPr>
        <w:t>17:47  se dar, khauf, Allah taala ki marzi ke mutabiq har waqt sochte rehna, Allah ki kya marzi hai. har kaam Allah se dar ke karna.</w:t>
      </w:r>
      <w:r>
        <w:br/>
      </w:r>
      <w:r>
        <w:rPr>
          <w:sz w:val="20"/>
        </w:rPr>
        <w:t>17:57  to yeh hai taqwa. to Allah taala ko kya bhook pyas se kya lena hai? Allah taala ke paas to kisi cheez ki kami hai nahi. to Allah taala ko asal mein taqwa murad hai.</w:t>
      </w:r>
      <w:r>
        <w:br/>
      </w:r>
      <w:r>
        <w:rPr>
          <w:sz w:val="20"/>
        </w:rPr>
        <w:t>18:08  taqwa hamare andar in ibadat se hamare andar taqwa paida hona chahiye. to sufiya ne zuhd par bhi bohat zor diya.</w:t>
      </w:r>
      <w:r>
        <w:br/>
      </w:r>
      <w:r>
        <w:rPr>
          <w:sz w:val="20"/>
        </w:rPr>
        <w:t>18:18  zuhd kehte hain dunya se be raghbati. to dunya se be raghbati bohat be inteha zaroori hai. kyunke Allah taala ne</w:t>
      </w:r>
      <w:r>
        <w:br/>
      </w:r>
      <w:r>
        <w:rPr>
          <w:sz w:val="20"/>
        </w:rPr>
        <w:t>18:27  do dil nahi banaye. ek mein hai ke Allah taala ne insan ke andar do dil nahi banaye hain. to dil kabhi aisa nahi hota dil o dimaagh insan ka ke do cheezon par equally focus kare.</w:t>
      </w:r>
      <w:r>
        <w:br/>
      </w:r>
      <w:r>
        <w:rPr>
          <w:sz w:val="20"/>
        </w:rPr>
        <w:t>18:40  agar woh dunya par focus karega to deen is ka oujhal ho jayega. agar deen par focus karega to dunya mein woh poore tareeqe se concentrate nahi kar payega.</w:t>
      </w:r>
      <w:r>
        <w:br/>
      </w:r>
      <w:r>
        <w:rPr>
          <w:sz w:val="20"/>
        </w:rPr>
        <w:t>18:51  to is wajah se hamein be inteha is is ki koshish karna hai ke hum deen par focus karein. aur apne andar simple living ki ki quality paida karein.</w:t>
      </w:r>
      <w:r>
        <w:br/>
      </w:r>
      <w:r>
        <w:rPr>
          <w:sz w:val="20"/>
        </w:rPr>
        <w:t>19:06  kyunke agar hum ne apne andar yeh quality paida nahi ki to hum kabhi bhi</w:t>
      </w:r>
    </w:p>
    <w:p>
      <w:pPr>
        <w:pStyle w:val="Heading2"/>
      </w:pPr>
      <w:r>
        <w:t>Freedom at Midnight: living like hermits to think deeply</w:t>
      </w:r>
    </w:p>
    <w:p>
      <w:r>
        <w:rPr>
          <w:color w:val="666666"/>
          <w:sz w:val="18"/>
        </w:rPr>
        <w:t>Roza and The Quran August 15, 2010 · 2m 13s · at 10:52 · https://youtu.be/Aaby-dLkPL4?t=652</w:t>
      </w:r>
    </w:p>
    <w:p>
      <w:r>
        <w:rPr>
          <w:i/>
        </w:rPr>
        <w:t>“انڈیا کو آزادی ملی تھی 15 اگست کو”</w:t>
      </w:r>
    </w:p>
    <w:p>
      <w:r>
        <w:rPr>
          <w:sz w:val="20"/>
        </w:rPr>
        <w:t>10:52  to yeh jo hai yani is ka matlab, is is ka jo ek misaal mein doon to us se baat wazeh hoti hai ke India ko azadi mili thi 15 august ko.</w:t>
      </w:r>
      <w:r>
        <w:br/>
      </w:r>
      <w:r>
        <w:rPr>
          <w:sz w:val="20"/>
        </w:rPr>
        <w:t>11:06  aaj 15 august hai. 15 august 1947 ko azadi mili thi. aaj ka din yaad dilata hai hum ko azadi ka din.</w:t>
      </w:r>
      <w:r>
        <w:br/>
      </w:r>
      <w:r>
        <w:rPr>
          <w:sz w:val="20"/>
        </w:rPr>
        <w:t>11:16  to is par bohat kitabein likhi gayi hain.</w:t>
      </w:r>
      <w:r>
        <w:br/>
      </w:r>
      <w:r>
        <w:rPr>
          <w:sz w:val="20"/>
        </w:rPr>
        <w:t>11:19  bohat ziyada kitabein hain. India ki azadi par mislan India Wins Freedom waghera. to do writers, ek French, ek ek British,</w:t>
      </w:r>
      <w:r>
        <w:br/>
      </w:r>
      <w:r>
        <w:rPr>
          <w:sz w:val="20"/>
        </w:rPr>
        <w:t>11:33  ne mil kar ke ek kitab likhi hai.</w:t>
      </w:r>
      <w:r>
        <w:br/>
      </w:r>
      <w:r>
        <w:rPr>
          <w:sz w:val="20"/>
        </w:rPr>
        <w:t>11:36  is ka naam hai Freedom at Midnight. kyunke 15 august ke ko 12 baj kar ek minute par viceroy ne elaan kiya tha ke today India is free.</w:t>
      </w:r>
      <w:r>
        <w:br/>
      </w:r>
      <w:r>
        <w:rPr>
          <w:sz w:val="20"/>
        </w:rPr>
        <w:t>11:50  to yeh adhi raat ki azadi hui. to is ne kitab ka naam rakha Freedom at Midnight. to yeh dono ne kitab kaise likhi?</w:t>
      </w:r>
      <w:r>
        <w:br/>
      </w:r>
      <w:r>
        <w:rPr>
          <w:sz w:val="20"/>
        </w:rPr>
        <w:t>12:02  to mein ne ek interview padha tha us mein unhon ne kaha tha hum interview mein ke we lived like hermits and we produced Freedom at Midnight.</w:t>
      </w:r>
      <w:r>
        <w:br/>
      </w:r>
      <w:r>
        <w:rPr>
          <w:sz w:val="20"/>
        </w:rPr>
        <w:t>12:21  yani hum tark-e-duniya ki tarah rahe aur phir hum ne yeh kitab likh dali.</w:t>
      </w:r>
      <w:r>
        <w:br/>
      </w:r>
      <w:r>
        <w:rPr>
          <w:sz w:val="20"/>
        </w:rPr>
        <w:t>12:28  we lived like hermits and we produced Freedom at Midnight. to yeh hai roze ki spirit yeh hai.</w:t>
      </w:r>
      <w:r>
        <w:br/>
      </w:r>
      <w:r>
        <w:rPr>
          <w:sz w:val="20"/>
        </w:rPr>
        <w:t>12:39  to woh tark-e-duniya jo bane thay to is liye nahi ke bas khali koi murakaba karein. nahi woh parhte thay, study karte thay. sara jo document tha azadi ka woh sab is mein bohat ziyada woh chhanbeen karte thay.</w:t>
      </w:r>
      <w:r>
        <w:br/>
      </w:r>
      <w:r>
        <w:rPr>
          <w:sz w:val="20"/>
        </w:rPr>
        <w:t>12:55  phir kitab likhi unhon ne.</w:t>
      </w:r>
      <w:r>
        <w:br/>
      </w:r>
      <w:r>
        <w:rPr>
          <w:sz w:val="20"/>
        </w:rPr>
        <w:t>12:58  to yeh jo abstinence hai woh isi liye hai.</w:t>
      </w:r>
    </w:p>
    <w:p>
      <w:pPr>
        <w:pStyle w:val="Heading2"/>
      </w:pPr>
      <w:r>
        <w:t>the full case for fasting as reduced worldly involvement</w:t>
      </w:r>
    </w:p>
    <w:p>
      <w:r>
        <w:rPr>
          <w:color w:val="666666"/>
          <w:sz w:val="18"/>
        </w:rPr>
        <w:t>Ramadan A Month of Study of the Quran August 23, 2009 · 3m 51s · at 1:34 · https://youtu.be/f90TVrzAOFs?t=94</w:t>
      </w:r>
    </w:p>
    <w:p>
      <w:r>
        <w:rPr>
          <w:i/>
        </w:rPr>
        <w:t>“Roze ko Quran mein 'saum' kaha gaya hai”</w:t>
      </w:r>
    </w:p>
    <w:p>
      <w:r>
        <w:rPr>
          <w:sz w:val="20"/>
        </w:rPr>
        <w:t>1:34  dekhein, pehli baat yeh hai ke roze ko quran mein som kaha gaya hai. rukna, restraint.</w:t>
      </w:r>
      <w:r>
        <w:br/>
      </w:r>
      <w:r>
        <w:rPr>
          <w:sz w:val="20"/>
        </w:rPr>
        <w:t>1:50  rukna kis cheez se? khane peene se, aur doosri cheezon se, saath saath bolne se bhi</w:t>
      </w:r>
      <w:r>
        <w:br/>
      </w:r>
      <w:r>
        <w:rPr>
          <w:sz w:val="20"/>
        </w:rPr>
        <w:t>2:00  dekhain, pichhli shariyat mein, yaani yahoodi ki shariyat mein, saum-e-sukoot hota tha. chup ka roza. woh islami shariyat mein bhi maujood hai.</w:t>
      </w:r>
      <w:r>
        <w:br/>
      </w:r>
      <w:r>
        <w:rPr>
          <w:sz w:val="20"/>
        </w:rPr>
        <w:t>2:12  is farq ke saath ke pehle tha saum-e-sukoot, ab hai ilt-e-kalaam. kam bolna ab bhi roze ka integral part hai.</w:t>
      </w:r>
      <w:r>
        <w:br/>
      </w:r>
      <w:r>
        <w:rPr>
          <w:sz w:val="20"/>
        </w:rPr>
        <w:t>2:27  jo log roza rakh kar khoob, bohat ziyada bolay hain, unhon ne roza nahi rakha.</w:t>
      </w:r>
      <w:r>
        <w:br/>
      </w:r>
      <w:r>
        <w:rPr>
          <w:sz w:val="20"/>
        </w:rPr>
        <w:t>2:37  kyun? yaani saum, yaani abstinence kyun? abstinence food se ka, abstinence nahi.</w:t>
      </w:r>
      <w:r>
        <w:br/>
      </w:r>
      <w:r>
        <w:rPr>
          <w:sz w:val="20"/>
        </w:rPr>
        <w:t>2:47  abstinence food se</w:t>
      </w:r>
      <w:r>
        <w:br/>
      </w:r>
      <w:r>
        <w:rPr>
          <w:sz w:val="20"/>
        </w:rPr>
        <w:t>2:57  worldy cheezon mein apne involvement ko kam karna. aadmi apni daily life mein worldy cheezon mein phansa rehta hai.</w:t>
      </w:r>
      <w:r>
        <w:br/>
      </w:r>
      <w:r>
        <w:rPr>
          <w:sz w:val="20"/>
        </w:rPr>
        <w:t>3:11  to roze ka mahina is liye hai ke worldy cheezon mein apni involvement ko aap kam karen.</w:t>
      </w:r>
      <w:r>
        <w:br/>
      </w:r>
      <w:r>
        <w:rPr>
          <w:sz w:val="20"/>
        </w:rPr>
        <w:t>3:17  misal ke taur par khana. aap raat ko khayen, din ko na khayen. to Ramzan mein khana chhodna nahi jaata.</w:t>
      </w:r>
      <w:r>
        <w:br/>
      </w:r>
      <w:r>
        <w:rPr>
          <w:sz w:val="20"/>
        </w:rPr>
        <w:t>3:26  khana kam kiya jaata hai. yaani din ko aap nahi khate, raat ko khate hain.</w:t>
      </w:r>
      <w:r>
        <w:br/>
      </w:r>
      <w:r>
        <w:rPr>
          <w:sz w:val="20"/>
        </w:rPr>
        <w:t>3:34  isi tarah se aaram mein kami hoti hai. routine tootta hai aadmi ka. isi tareeqay se bolna bhi kam hota hai.</w:t>
      </w:r>
      <w:r>
        <w:br/>
      </w:r>
      <w:r>
        <w:rPr>
          <w:sz w:val="20"/>
        </w:rPr>
        <w:t>3:44  kyun ke aap bolenge to sochenge nahi. kisi ne kaha hai ke "When I am speaking, I am not thinking." to roza is liye hai ke aap ziyada sochen.</w:t>
      </w:r>
      <w:r>
        <w:br/>
      </w:r>
      <w:r>
        <w:rPr>
          <w:sz w:val="20"/>
        </w:rPr>
        <w:t>3:58  bohat bolenge to aap sochenge kahan se.</w:t>
      </w:r>
      <w:r>
        <w:br/>
      </w:r>
      <w:r>
        <w:rPr>
          <w:sz w:val="20"/>
        </w:rPr>
        <w:t>4:04  Quran mein dekhiye, surah Maryam woh hai, yaani chapter number 19, is mein Hazrat Maryam, yaani Hazrat Masih ki walida, ke baray mein zikr hai ke unhon ne roza rakha.</w:t>
      </w:r>
      <w:r>
        <w:br/>
      </w:r>
      <w:r>
        <w:rPr>
          <w:sz w:val="20"/>
        </w:rPr>
        <w:t>4:16  to farmaya ke "Inni nazartu lir-Rahmani sawman fa lan ukallim al-yawma insiyyan." is ka matlab kya hua</w:t>
      </w:r>
      <w:r>
        <w:br/>
      </w:r>
      <w:r>
        <w:rPr>
          <w:sz w:val="20"/>
        </w:rPr>
        <w:t>4:28  ?</w:t>
      </w:r>
      <w:r>
        <w:br/>
      </w:r>
      <w:r>
        <w:rPr>
          <w:sz w:val="20"/>
        </w:rPr>
        <w:t>4:33  "I have kept</w:t>
      </w:r>
      <w:r>
        <w:br/>
      </w:r>
      <w:r>
        <w:rPr>
          <w:sz w:val="20"/>
        </w:rPr>
        <w:t>4:40  silent fast."</w:t>
      </w:r>
      <w:r>
        <w:br/>
      </w:r>
      <w:r>
        <w:rPr>
          <w:sz w:val="20"/>
        </w:rPr>
        <w:t>4:51  main ne aaj chup ka roza rakha hai. "I have kept</w:t>
      </w:r>
      <w:r>
        <w:br/>
      </w:r>
      <w:r>
        <w:rPr>
          <w:sz w:val="20"/>
        </w:rPr>
        <w:t>4:55  fast of silence today."</w:t>
      </w:r>
      <w:r>
        <w:br/>
      </w:r>
      <w:r>
        <w:rPr>
          <w:sz w:val="20"/>
        </w:rPr>
        <w:t>5:05  to yeh hai ilt-e-ta'aam. aur ilt-e-kalaam. ilt-e-aaram. har cheez mein kami karna.</w:t>
      </w:r>
      <w:r>
        <w:br/>
      </w:r>
      <w:r>
        <w:rPr>
          <w:sz w:val="20"/>
        </w:rPr>
        <w:t>5:14  kyun ke agar kami nahi karenge to aap kami ka matlab kya hai? jo distract hote rehte hain hum rozana worldy cheezon mein.</w:t>
      </w:r>
    </w:p>
    <w:p>
      <w:pPr>
        <w:pStyle w:val="Heading2"/>
      </w:pPr>
      <w:r>
        <w:t>Losing followers after the Babri Masjid stance, reciting grief</w:t>
      </w:r>
    </w:p>
    <w:p>
      <w:r>
        <w:rPr>
          <w:color w:val="666666"/>
          <w:sz w:val="18"/>
        </w:rPr>
        <w:t>The Importance of Dua December 15, 2006 · 5m 21s · at 20:37 · https://youtu.be/u4cSEoh_mfY?t=1237</w:t>
      </w:r>
    </w:p>
    <w:p>
      <w:r>
        <w:rPr>
          <w:i/>
        </w:rPr>
        <w:t>“People left me, angry, after the Babri Masjid stance”</w:t>
      </w:r>
    </w:p>
    <w:p>
      <w:r>
        <w:rPr>
          <w:sz w:val="20"/>
        </w:rPr>
        <w:t>20:37  phir ek waqt aaya ke logon ne, bohat se logon ne mera saath chhod diya. Mujh se gussa ho gaye.</w:t>
      </w:r>
      <w:r>
        <w:br/>
      </w:r>
      <w:r>
        <w:rPr>
          <w:sz w:val="20"/>
        </w:rPr>
        <w:t>20:49  khaas tor par us waqt yeh hua jabke Babri Masjid, yaani 6 December 1992 ko jo Babri Masjid dhaai gayi, aur mein ne kaha ke Musalman is par koi protest na karein, sadkon par na aayein,</w:t>
      </w:r>
      <w:r>
        <w:br/>
      </w:r>
      <w:r>
        <w:rPr>
          <w:sz w:val="20"/>
        </w:rPr>
        <w:t>21:05  is maamle ko jalsa juloos ka masla na banayein, to ek taraf se log gussa aa gaye, ghusse mein aa gaye.</w:t>
      </w:r>
      <w:r>
        <w:br/>
      </w:r>
      <w:r>
        <w:rPr>
          <w:sz w:val="20"/>
        </w:rPr>
        <w:t>21:16  to kya hua ke bohat zabardast ek ek daur mera guzra hai chand saal ka, jabke mein lagta tha ke mein akela ho gaya hoon.</w:t>
      </w:r>
      <w:r>
        <w:br/>
      </w:r>
      <w:r>
        <w:rPr>
          <w:sz w:val="20"/>
        </w:rPr>
        <w:t>21:31  kuch log mar gaye the, kuch logon ne saath chhod diya tha, kuch gussa ho gaye the.</w:t>
      </w:r>
      <w:r>
        <w:br/>
      </w:r>
      <w:r>
        <w:rPr>
          <w:sz w:val="20"/>
        </w:rPr>
        <w:t>21:43  to yeh ek waqt mere upar guzra hai. Zaahir hai ke us waqt mein dua karta tha apne mission ke liye ke woh phir se zinda ho, phir se woh log, woh saathi mujhe mil jayein, aur phir se pehle ki tarah se yeh gaadi chal pade.</w:t>
      </w:r>
      <w:r>
        <w:br/>
      </w:r>
      <w:r>
        <w:rPr>
          <w:sz w:val="20"/>
        </w:rPr>
        <w:t>21:59  zaahir hai ke mein subah shaam yeh dua karta tha, lekin lagta tha ke yeh dua qabool nahi ho rahi hai.</w:t>
      </w:r>
      <w:r>
        <w:br/>
      </w:r>
      <w:r>
        <w:rPr>
          <w:sz w:val="20"/>
        </w:rPr>
        <w:t>22:08  yeh dua qabool nahi ho rahi hai.</w:t>
      </w:r>
      <w:r>
        <w:br/>
      </w:r>
      <w:r>
        <w:rPr>
          <w:sz w:val="20"/>
        </w:rPr>
        <w:t>22:13  kyunke jo log mujh se gussa ho gaye the, woh gussa hi rahe. Shayad un mein se koi aadmi phir lauta nahi.</w:t>
      </w:r>
      <w:r>
        <w:br/>
      </w:r>
      <w:r>
        <w:rPr>
          <w:sz w:val="20"/>
        </w:rPr>
        <w:t>22:21  ya to koi mar gaya, koi kahin chala gaya, koi kya hua, kya hua.</w:t>
      </w:r>
      <w:r>
        <w:br/>
      </w:r>
      <w:r>
        <w:rPr>
          <w:sz w:val="20"/>
        </w:rPr>
        <w:t>22:26  bohat hi achhe achhe zehan, bohat achhe achhe log mere saath akatha ho gaye the us waqt, aur sab ne saath chhod diya. Aur mein akela ho gaya.</w:t>
      </w:r>
      <w:r>
        <w:br/>
      </w:r>
      <w:r>
        <w:rPr>
          <w:sz w:val="20"/>
        </w:rPr>
        <w:t>22:36  is zamane mein mein kya karta tha, apni tanhai mein, apne akele mein ek nazm padha karta tha mein. Woh mein batana chahunga aap ko.</w:t>
      </w:r>
      <w:r>
        <w:br/>
      </w:r>
      <w:r>
        <w:rPr>
          <w:sz w:val="20"/>
        </w:rPr>
        <w:t>22:49  dekhiye, ek Irish poet hai, uska naam hai Thomas Moore. Thomas Moore, M O O R E.</w:t>
      </w:r>
      <w:r>
        <w:br/>
      </w:r>
      <w:r>
        <w:rPr>
          <w:sz w:val="20"/>
        </w:rPr>
        <w:t>23:00  uski maut hui hai 1852 mein. Yeh bohat hi well known Irish poet hai, Thomas Moore.</w:t>
      </w:r>
      <w:r>
        <w:br/>
      </w:r>
      <w:r>
        <w:rPr>
          <w:sz w:val="20"/>
        </w:rPr>
        <w:t>23:13  uski ek, uski ek nazm hai, uska naam hai "The</w:t>
      </w:r>
      <w:r>
        <w:br/>
      </w:r>
      <w:r>
        <w:rPr>
          <w:sz w:val="20"/>
        </w:rPr>
        <w:t>23:19  Last Rose of Summer". "The Last Rose of Summer". Is nazm ka</w:t>
      </w:r>
      <w:r>
        <w:br/>
      </w:r>
      <w:r>
        <w:rPr>
          <w:sz w:val="20"/>
        </w:rPr>
        <w:t>23:29  translation kiya tha ek ek Urdu shayar ne. To woh mein padha karta tha.</w:t>
      </w:r>
      <w:r>
        <w:br/>
      </w:r>
      <w:r>
        <w:rPr>
          <w:sz w:val="20"/>
        </w:rPr>
        <w:t>23:40  pehley aap sunein uski asal line ko. Aap zara yeh yeh padh kar suna dijiye, ghira hua hai jo. It is the last rose of summer, left blooming alone.</w:t>
      </w:r>
      <w:r>
        <w:br/>
      </w:r>
      <w:r>
        <w:rPr>
          <w:sz w:val="20"/>
        </w:rPr>
        <w:t>23:52  All her lovely companions are faded and gone. No flower of her kindred, no rosebud is nigh, to reflect back her blushes, to give side for side.</w:t>
      </w:r>
      <w:r>
        <w:br/>
      </w:r>
      <w:r>
        <w:rPr>
          <w:sz w:val="20"/>
        </w:rPr>
        <w:t>24:09  is ka jo Urdu translation tha, woh yeh tha</w:t>
      </w:r>
      <w:r>
        <w:br/>
      </w:r>
      <w:r>
        <w:rPr>
          <w:sz w:val="20"/>
        </w:rPr>
        <w:t>24:16  jo mein padha karta tha. Yeh khula hai khat mein bahaar par, jo chaman ka ghuncha aakhri hai.</w:t>
      </w:r>
      <w:r>
        <w:br/>
      </w:r>
      <w:r>
        <w:rPr>
          <w:sz w:val="20"/>
        </w:rPr>
        <w:t>24:27  ajeeb manzar be kasi, koi gham gusar na hum nashin.</w:t>
      </w:r>
      <w:r>
        <w:br/>
      </w:r>
      <w:r>
        <w:rPr>
          <w:sz w:val="20"/>
        </w:rPr>
        <w:t>24:35  jo khule the phool, woh jhad gaye.</w:t>
      </w:r>
      <w:r>
        <w:br/>
      </w:r>
      <w:r>
        <w:rPr>
          <w:sz w:val="20"/>
        </w:rPr>
        <w:t>24:40  jo khule the phool, woh jhad gaye. jo rafiq the, woh bichhad gaye.</w:t>
      </w:r>
      <w:r>
        <w:br/>
      </w:r>
      <w:r>
        <w:rPr>
          <w:sz w:val="20"/>
        </w:rPr>
        <w:t>24:48  gul na shagufta koi nahin, koi na shagufta kali nahin.</w:t>
      </w:r>
      <w:r>
        <w:br/>
      </w:r>
      <w:r>
        <w:rPr>
          <w:sz w:val="20"/>
        </w:rPr>
        <w:t>24:54  tu ajeeb dard se main is ko parha karta tha. aur main samajhta tha ke my role is over aur main finish ho gaya.</w:t>
      </w:r>
      <w:r>
        <w:br/>
      </w:r>
      <w:r>
        <w:rPr>
          <w:sz w:val="20"/>
        </w:rPr>
        <w:t>25:08  main yeh samajhta tha ke main finish ho gaya. aur main samajhta tha ke meri duaen jo hain, qubool nahin huien.</w:t>
      </w:r>
      <w:r>
        <w:br/>
      </w:r>
      <w:r>
        <w:rPr>
          <w:sz w:val="20"/>
        </w:rPr>
        <w:t>25:21  is dua mein jo log jante hain mujh ko, woh jante hain ke kaisa ajeeb daur tha mera. ke bilkul yahi jo is mein hai,</w:t>
      </w:r>
      <w:r>
        <w:br/>
      </w:r>
      <w:r>
        <w:rPr>
          <w:sz w:val="20"/>
        </w:rPr>
        <w:t>25:33  yeh khula hai khat mein bahaar par, jo chaman ka ghuncha aakhri hai. ajeeb manzar be kasi, koi gham gusar na hum nashin.</w:t>
      </w:r>
      <w:r>
        <w:br/>
      </w:r>
      <w:r>
        <w:rPr>
          <w:sz w:val="20"/>
        </w:rPr>
        <w:t>25:42  jo khule the phool, woh jhad gaye. jo rafiq the, woh bichhad gaye.</w:t>
      </w:r>
      <w:r>
        <w:br/>
      </w:r>
      <w:r>
        <w:rPr>
          <w:sz w:val="20"/>
        </w:rPr>
        <w:t>25:49  gul na shagufta koi nahin, koi na shagufta kali nahin.</w:t>
      </w:r>
      <w:r>
        <w:br/>
      </w:r>
      <w:r>
        <w:rPr>
          <w:sz w:val="20"/>
        </w:rPr>
        <w:t>25:56  lekin</w:t>
      </w:r>
    </w:p>
    <w:p>
      <w:pPr>
        <w:pStyle w:val="Heading2"/>
      </w:pPr>
      <w:r>
        <w:t>Jihad after jihad from Tabuk to self-discipline</w:t>
      </w:r>
    </w:p>
    <w:p>
      <w:r>
        <w:rPr>
          <w:color w:val="666666"/>
          <w:sz w:val="18"/>
        </w:rPr>
        <w:t>Ibadat More Than Rituals December 24, 2007 Maulana Wahiduddin Khan · 4m 45s · at 26:48 · https://youtu.be/mlWHX-zaNg8?t=1608</w:t>
      </w:r>
    </w:p>
    <w:p>
      <w:r>
        <w:rPr>
          <w:i/>
        </w:rPr>
        <w:t>“Dekhiye main ek hadees sunata hoon”</w:t>
      </w:r>
    </w:p>
    <w:p>
      <w:r>
        <w:rPr>
          <w:sz w:val="20"/>
        </w:rPr>
        <w:t>26:48  is hadith ka agar title dena ho toh dena hoga jihad after jihad</w:t>
      </w:r>
      <w:r>
        <w:br/>
      </w:r>
      <w:r>
        <w:rPr>
          <w:sz w:val="20"/>
        </w:rPr>
        <w:t>26:55  jihad ke baad jihad</w:t>
      </w:r>
      <w:r>
        <w:br/>
      </w:r>
      <w:r>
        <w:rPr>
          <w:sz w:val="20"/>
        </w:rPr>
        <w:t>26:58  jihad after jihad rasool Allah salallaho alaihi wasallam ek bar ek ghazwa par gaye is ko kehte</w:t>
      </w:r>
      <w:r>
        <w:br/>
      </w:r>
      <w:r>
        <w:rPr>
          <w:sz w:val="20"/>
        </w:rPr>
        <w:t>27:06  hain ghazwa tabuk</w:t>
      </w:r>
      <w:r>
        <w:br/>
      </w:r>
      <w:r>
        <w:rPr>
          <w:sz w:val="20"/>
        </w:rPr>
        <w:t>27:08  yeh ghazwa jo hai woh kya cheez hai woh self dism self defence ke liye tha woh</w:t>
      </w:r>
      <w:r>
        <w:br/>
      </w:r>
      <w:r>
        <w:rPr>
          <w:sz w:val="20"/>
        </w:rPr>
        <w:t>27:15  agarche jang toh chand hi bar hui lekin jab sunte the aap ke koi</w:t>
      </w:r>
      <w:r>
        <w:br/>
      </w:r>
      <w:r>
        <w:rPr>
          <w:sz w:val="20"/>
        </w:rPr>
        <w:t>27:22  advance kar raha hai madine ki taraf toh aap aage badhte the toh kabhi is ki armies hoti</w:t>
      </w:r>
      <w:r>
        <w:br/>
      </w:r>
      <w:r>
        <w:rPr>
          <w:sz w:val="20"/>
        </w:rPr>
        <w:t>27:26  thin kabhi woh log bhag jate the toh is ko ghazwa kehte hain toh is tarah ka ek</w:t>
      </w:r>
      <w:r>
        <w:br/>
      </w:r>
      <w:r>
        <w:rPr>
          <w:sz w:val="20"/>
        </w:rPr>
        <w:t>27:33  khabar mili</w:t>
      </w:r>
      <w:r>
        <w:br/>
      </w:r>
      <w:r>
        <w:rPr>
          <w:sz w:val="20"/>
        </w:rPr>
        <w:t>27:34  aap ko keh kuch log wahan ekatha ho rahe hain madina par hamla karne ke liye madina par</w:t>
      </w:r>
      <w:r>
        <w:br/>
      </w:r>
      <w:r>
        <w:rPr>
          <w:sz w:val="20"/>
        </w:rPr>
        <w:t>27:39  attack karne ke liye to madina se nikle aap</w:t>
      </w:r>
      <w:r>
        <w:br/>
      </w:r>
      <w:r>
        <w:rPr>
          <w:sz w:val="20"/>
        </w:rPr>
        <w:t>27:44  apne sathiyon ko le kar</w:t>
      </w:r>
      <w:r>
        <w:br/>
      </w:r>
      <w:r>
        <w:rPr>
          <w:sz w:val="20"/>
        </w:rPr>
        <w:t>27:47  tabuk tak gaye</w:t>
      </w:r>
      <w:r>
        <w:br/>
      </w:r>
      <w:r>
        <w:rPr>
          <w:sz w:val="20"/>
        </w:rPr>
        <w:t>27:50  wahan par agarchay koi larai nahi hui woh log peechay hatt gaye</w:t>
      </w:r>
      <w:r>
        <w:br/>
      </w:r>
      <w:r>
        <w:rPr>
          <w:sz w:val="20"/>
        </w:rPr>
        <w:t>27:55  lekin behal aik ghazwa kaha jata hai ghazwa tabuk is ko</w:t>
      </w:r>
      <w:r>
        <w:br/>
      </w:r>
      <w:r>
        <w:rPr>
          <w:sz w:val="20"/>
        </w:rPr>
        <w:t>28:02  to yeh goya aik jihad ka waqia tha phir jab wapas aaye wahan se aap jab madina aap</w:t>
      </w:r>
      <w:r>
        <w:br/>
      </w:r>
      <w:r>
        <w:rPr>
          <w:sz w:val="20"/>
        </w:rPr>
        <w:t>28:08  pehanchay to aap ne farmaya keh</w:t>
      </w:r>
      <w:r>
        <w:br/>
      </w:r>
      <w:r>
        <w:rPr>
          <w:sz w:val="20"/>
        </w:rPr>
        <w:t>28:13  rajana min al jahad al asghar il al jahad al akbar</w:t>
      </w:r>
      <w:r>
        <w:br/>
      </w:r>
      <w:r>
        <w:rPr>
          <w:sz w:val="20"/>
        </w:rPr>
        <w:t>28:20  hum</w:t>
      </w:r>
      <w:r>
        <w:br/>
      </w:r>
      <w:r>
        <w:rPr>
          <w:sz w:val="20"/>
        </w:rPr>
        <w:t>28:21  chotay jahaz se lot kar baray jahaz ki taraf aaye hain</w:t>
      </w:r>
      <w:r>
        <w:br/>
      </w:r>
      <w:r>
        <w:rPr>
          <w:sz w:val="20"/>
        </w:rPr>
        <w:t>28:27  iska matlab kya tha wahan enemy se fight karna tha yahan apne aap se fight karna hai</w:t>
      </w:r>
      <w:r>
        <w:br/>
      </w:r>
      <w:r>
        <w:rPr>
          <w:sz w:val="20"/>
        </w:rPr>
        <w:t>28:36  yani main enemy se fight karne ke liye hum aagay gaye thay wahan</w:t>
      </w:r>
      <w:r>
        <w:br/>
      </w:r>
      <w:r>
        <w:rPr>
          <w:sz w:val="20"/>
        </w:rPr>
        <w:t>28:42  ab lotay hain apne apne shehar mein madine mein apne gharon mein ab self fighting ka daur shuru</w:t>
      </w:r>
      <w:r>
        <w:br/>
      </w:r>
      <w:r>
        <w:rPr>
          <w:sz w:val="20"/>
        </w:rPr>
        <w:t>28:48  ho gaya apne se larna</w:t>
      </w:r>
      <w:r>
        <w:br/>
      </w:r>
      <w:r>
        <w:rPr>
          <w:sz w:val="20"/>
        </w:rPr>
        <w:t>28:53  to aap ne farmaya keh rajana min al jahad al asghar al jahad al akbar yani ab jihad after jihad ki baat</w:t>
      </w:r>
      <w:r>
        <w:br/>
      </w:r>
      <w:r>
        <w:rPr>
          <w:sz w:val="20"/>
        </w:rPr>
        <w:t>29:00  samnay agai woh jihad tha doosron ke khilaf ab jihad apne hi se jihad karna hai</w:t>
      </w:r>
      <w:r>
        <w:br/>
      </w:r>
      <w:r>
        <w:rPr>
          <w:sz w:val="20"/>
        </w:rPr>
        <w:t>29:09  isi</w:t>
      </w:r>
      <w:r>
        <w:br/>
      </w:r>
      <w:r>
        <w:rPr>
          <w:sz w:val="20"/>
        </w:rPr>
        <w:t>29:09  liye hadith mein aata hai keh al mujahid man jahad nafsahu fi ta'at Allah</w:t>
      </w:r>
      <w:r>
        <w:br/>
      </w:r>
      <w:r>
        <w:rPr>
          <w:sz w:val="20"/>
        </w:rPr>
        <w:t>29:16  mujahid woh hai jo Allah ke hukumon ko follow karne ke liye apne aap se laday</w:t>
      </w:r>
      <w:r>
        <w:br/>
      </w:r>
      <w:r>
        <w:rPr>
          <w:sz w:val="20"/>
        </w:rPr>
        <w:t>29:23  kyun ke dekhiye hota kya hai hamare andar ego hai hamare andar</w:t>
      </w:r>
      <w:r>
        <w:br/>
      </w:r>
      <w:r>
        <w:rPr>
          <w:sz w:val="20"/>
        </w:rPr>
        <w:t>29:31  interest ki feeling hai hamare andar revenge ki feeling hai</w:t>
      </w:r>
      <w:r>
        <w:br/>
      </w:r>
      <w:r>
        <w:rPr>
          <w:sz w:val="20"/>
        </w:rPr>
        <w:t>29:37  hum koi provoke karta hai to hum provoke ho jatay hain negative thought aa jatay hain yeh sab</w:t>
      </w:r>
      <w:r>
        <w:br/>
      </w:r>
      <w:r>
        <w:rPr>
          <w:sz w:val="20"/>
        </w:rPr>
        <w:t>29:41  hamare andar hai by nature</w:t>
      </w:r>
      <w:r>
        <w:br/>
      </w:r>
      <w:r>
        <w:rPr>
          <w:sz w:val="20"/>
        </w:rPr>
        <w:t>29:46  to test kiya hai test yeh hai ke is ko hum control kar ke rahen</w:t>
      </w:r>
      <w:r>
        <w:br/>
      </w:r>
      <w:r>
        <w:rPr>
          <w:sz w:val="20"/>
        </w:rPr>
        <w:t>29:50  test yahi hai is ko hum control kar ke rahen</w:t>
      </w:r>
      <w:r>
        <w:br/>
      </w:r>
      <w:r>
        <w:rPr>
          <w:sz w:val="20"/>
        </w:rPr>
        <w:t>29:58  yeh hai goya ke jihad after jihad hajj after hajj ibadat after ibadat</w:t>
      </w:r>
      <w:r>
        <w:br/>
      </w:r>
      <w:r>
        <w:rPr>
          <w:sz w:val="20"/>
        </w:rPr>
        <w:t>30:06  ritual ke roop mein aap ne kuch kiya</w:t>
      </w:r>
      <w:r>
        <w:br/>
      </w:r>
      <w:r>
        <w:rPr>
          <w:sz w:val="20"/>
        </w:rPr>
        <w:t>30:10  woh thori der ke liye tha ab jo aap zindagi mein lote</w:t>
      </w:r>
      <w:r>
        <w:br/>
      </w:r>
      <w:r>
        <w:rPr>
          <w:sz w:val="20"/>
        </w:rPr>
        <w:t>30:15  to woh sare</w:t>
      </w:r>
      <w:r>
        <w:br/>
      </w:r>
      <w:r>
        <w:rPr>
          <w:sz w:val="20"/>
        </w:rPr>
        <w:t>30:17  kaam samne aa gaye kabhi koi aap ko provoke karega kabhi aap par koi attack karega kabhi</w:t>
      </w:r>
      <w:r>
        <w:br/>
      </w:r>
      <w:r>
        <w:rPr>
          <w:sz w:val="20"/>
        </w:rPr>
        <w:t>30:24  aap ko koi bura bata dega kabhi aap ko koi gaali dega kabhi koi nuqsan pohancha</w:t>
      </w:r>
      <w:r>
        <w:br/>
      </w:r>
      <w:r>
        <w:rPr>
          <w:sz w:val="20"/>
        </w:rPr>
        <w:t>30:29  dega kabhi aap koi aap ke ego ko touch karega yeh sab baatein pesh aayengi</w:t>
      </w:r>
      <w:r>
        <w:br/>
      </w:r>
      <w:r>
        <w:rPr>
          <w:sz w:val="20"/>
        </w:rPr>
        <w:t>30:36  to kya karna hai wahan yahan par jo hai</w:t>
      </w:r>
      <w:r>
        <w:br/>
      </w:r>
      <w:r>
        <w:rPr>
          <w:sz w:val="20"/>
        </w:rPr>
        <w:t>30:40  aap ko is is spirit ko translate</w:t>
      </w:r>
      <w:r>
        <w:br/>
      </w:r>
      <w:r>
        <w:rPr>
          <w:sz w:val="20"/>
        </w:rPr>
        <w:t>30:43  karna hai apni life mein ke koi provoke kare tab bhi aap provoke na hon ke koi ghussa dilaye tab bhi aap ghussa na hon koi aisi baat kare jis se aap ke andar revenge ki bhavna jaage tab bhi aap revenge ko khatm kar dein apne andar revenge ke jazbe ko</w:t>
      </w:r>
      <w:r>
        <w:br/>
      </w:r>
      <w:r>
        <w:rPr>
          <w:sz w:val="20"/>
        </w:rPr>
        <w:t>31:09  to apne aap ko self discipline mein rakhna apne aap ko self control mein rakhna yeh hai ibadat ke baad ki ibadat ibadat after ibadat ibadat ke waqt aap ne kuch rituals ko pura kiya tha to rituals kya the wo wo yani</w:t>
      </w:r>
    </w:p>
    <w:p>
      <w:pPr>
        <w:pStyle w:val="Heading2"/>
      </w:pPr>
      <w:r>
        <w:t>Personal revelation of fasting as a shock</w:t>
      </w:r>
    </w:p>
    <w:p>
      <w:r>
        <w:rPr>
          <w:color w:val="666666"/>
          <w:sz w:val="18"/>
        </w:rPr>
        <w:t>Roza (Fasting) Shock May 26, 2019 · 5m 57s · at 0:47 · https://youtu.be/GXYhGriFRpM?t=47</w:t>
      </w:r>
    </w:p>
    <w:p>
      <w:r>
        <w:rPr>
          <w:i/>
        </w:rPr>
        <w:t>“Aaj jab main C1 ke darwaze par pahuncha”</w:t>
      </w:r>
    </w:p>
    <w:p>
      <w:r>
        <w:rPr>
          <w:sz w:val="20"/>
        </w:rPr>
        <w:t>0:47  aaj jab mein</w:t>
      </w:r>
      <w:r>
        <w:br/>
      </w:r>
      <w:r>
        <w:rPr>
          <w:sz w:val="20"/>
        </w:rPr>
        <w:t>0:52  c one ke darwaze par pahuncha aur yahan dakhil hona shuru hua to achank, baghair soche samjhe,</w:t>
      </w:r>
      <w:r>
        <w:br/>
      </w:r>
      <w:r>
        <w:rPr>
          <w:sz w:val="20"/>
        </w:rPr>
        <w:t>1:07  dil se ek awaz aai, ek pukar: "assalam o alaikum" ya "assalam o alaikum ayyuhal malaika".</w:t>
      </w:r>
      <w:r>
        <w:br/>
      </w:r>
      <w:r>
        <w:rPr>
          <w:sz w:val="20"/>
        </w:rPr>
        <w:t>1:21  apne aap yani socha nahi tha maine.</w:t>
      </w:r>
      <w:r>
        <w:br/>
      </w:r>
      <w:r>
        <w:rPr>
          <w:sz w:val="20"/>
        </w:rPr>
        <w:t>1:26  assalam o alaikum ayyuhal malaika. to dekhiye, malaika ka ilm hum se zyada hai.</w:t>
      </w:r>
      <w:r>
        <w:br/>
      </w:r>
      <w:r>
        <w:rPr>
          <w:sz w:val="20"/>
        </w:rPr>
        <w:t>1:39  malaika ne apne aap yeh jaan liya ke main kya chah raha hoon is waqt. kyunke basically judges se maine kaha tha ke bhai aaj koi speech nahi hogi,</w:t>
      </w:r>
      <w:r>
        <w:br/>
      </w:r>
      <w:r>
        <w:rPr>
          <w:sz w:val="20"/>
        </w:rPr>
        <w:t>1:55  aap sawal jawab kar lijiye. to malaika ne apne aap hi is ka jawab de diya.</w:t>
      </w:r>
      <w:r>
        <w:br/>
      </w:r>
      <w:r>
        <w:rPr>
          <w:sz w:val="20"/>
        </w:rPr>
        <w:t>2:11  ek nai baat. unhon ne kaha ke yeh jo roza hai, jis ko hum arabi mein kehte hain siyam, angrezi mein kehte hain fasting,</w:t>
      </w:r>
      <w:r>
        <w:br/>
      </w:r>
      <w:r>
        <w:rPr>
          <w:sz w:val="20"/>
        </w:rPr>
        <w:t>2:27  yeh is liye hai ke insan ka mind trigger ho.</w:t>
      </w:r>
      <w:r>
        <w:br/>
      </w:r>
      <w:r>
        <w:rPr>
          <w:sz w:val="20"/>
        </w:rPr>
        <w:t>2:35  roza means</w:t>
      </w:r>
      <w:r>
        <w:br/>
      </w:r>
      <w:r>
        <w:rPr>
          <w:sz w:val="20"/>
        </w:rPr>
        <w:t>2:40  fasting shock.</w:t>
      </w:r>
      <w:r>
        <w:br/>
      </w:r>
      <w:r>
        <w:rPr>
          <w:sz w:val="20"/>
        </w:rPr>
        <w:t>2:44  jaise aap jante hain ke newton ka jo waqia hai, is zameen par ek bohat hi anokha waqia rozana ho raha tha.</w:t>
      </w:r>
      <w:r>
        <w:br/>
      </w:r>
      <w:r>
        <w:rPr>
          <w:sz w:val="20"/>
        </w:rPr>
        <w:t>2:58  wo hai gravitational pull. yani har cheez jo hai upar jo aati hai, neeche girti hai.</w:t>
      </w:r>
      <w:r>
        <w:br/>
      </w:r>
      <w:r>
        <w:rPr>
          <w:sz w:val="20"/>
        </w:rPr>
        <w:t>3:09  to zameen sari cheezon ko pakri hui hai.</w:t>
      </w:r>
      <w:r>
        <w:br/>
      </w:r>
      <w:r>
        <w:rPr>
          <w:sz w:val="20"/>
        </w:rPr>
        <w:t>3:15  agar zameen pakri hui na ho to hamare ghar hawa mein uren, hamari poori civilization space mein chali jaye urr kar ke.</w:t>
      </w:r>
      <w:r>
        <w:br/>
      </w:r>
      <w:r>
        <w:rPr>
          <w:sz w:val="20"/>
        </w:rPr>
        <w:t>3:27  kuch bhi na ho, kuch bhi, sari activities thap ho jayen. to kaha jata hai ke newton teen sau saal pehle</w:t>
      </w:r>
      <w:r>
        <w:br/>
      </w:r>
      <w:r>
        <w:rPr>
          <w:sz w:val="20"/>
        </w:rPr>
        <w:t>3:43  seb ke bagh mein tha. to ek seb jo hai, aap jante hain, phal girte rehte hain. ek seb yani is ke shareer pe gir pada.</w:t>
      </w:r>
      <w:r>
        <w:br/>
      </w:r>
      <w:r>
        <w:rPr>
          <w:sz w:val="20"/>
        </w:rPr>
        <w:t>3:58  to upar se jab koi cheez girti hai to bara taqat se mar karti hai wo. to that was apple shock.</w:t>
      </w:r>
      <w:r>
        <w:br/>
      </w:r>
      <w:r>
        <w:rPr>
          <w:sz w:val="20"/>
        </w:rPr>
        <w:t>4:11  apple shock. to is se newton ka mind trigger ho gaya. aur us ne aap jante hain ke wo cheez daryaft ki jo insan is waqt tak</w:t>
      </w:r>
      <w:r>
        <w:br/>
      </w:r>
      <w:r>
        <w:rPr>
          <w:sz w:val="20"/>
        </w:rPr>
        <w:t>4:30  be daryaft bana bani hui thi. yani gravitational pull.</w:t>
      </w:r>
      <w:r>
        <w:br/>
      </w:r>
      <w:r>
        <w:rPr>
          <w:sz w:val="20"/>
        </w:rPr>
        <w:t>4:38  aaj aap jante hain ke yeh bohat bari nemat hai Allah taala ki. to aaj jab jab malaika se jawab aaya ke roza kya hai?</w:t>
      </w:r>
      <w:r>
        <w:br/>
      </w:r>
      <w:r>
        <w:rPr>
          <w:sz w:val="20"/>
        </w:rPr>
        <w:t>4:53  roza fasting shock hai.</w:t>
      </w:r>
      <w:r>
        <w:br/>
      </w:r>
      <w:r>
        <w:rPr>
          <w:sz w:val="20"/>
        </w:rPr>
        <w:t>4:59  thoda sa khana band, thoda sa pani band. to koi bari cheez nahi hoti. chota sa ek disturb kiya jata hai hamara routine ko.</w:t>
      </w:r>
      <w:r>
        <w:br/>
      </w:r>
      <w:r>
        <w:rPr>
          <w:sz w:val="20"/>
        </w:rPr>
        <w:t>5:15  kyunke zyada kiya jaye to hum khatm ho jayenge.</w:t>
      </w:r>
      <w:r>
        <w:br/>
      </w:r>
      <w:r>
        <w:rPr>
          <w:sz w:val="20"/>
        </w:rPr>
        <w:t>5:20  to wo ek fasting shock hai taake aap ko mind trigger ho. aap ko mind trigger ho.</w:t>
      </w:r>
      <w:r>
        <w:br/>
      </w:r>
      <w:r>
        <w:rPr>
          <w:sz w:val="20"/>
        </w:rPr>
        <w:t>5:33  to mera mind trigger hua. to mujhe wo hadith yaad aayi. wo hadith yaad aayi ke insaan ka amal das gunne se saat sau gunne tak uska inaam milta hai insaan ko.</w:t>
      </w:r>
      <w:r>
        <w:br/>
      </w:r>
      <w:r>
        <w:rPr>
          <w:sz w:val="20"/>
        </w:rPr>
        <w:t>5:59  to waja kya batai hai? yad e taam o sharab lajli.</w:t>
      </w:r>
      <w:r>
        <w:br/>
      </w:r>
      <w:r>
        <w:rPr>
          <w:sz w:val="20"/>
        </w:rPr>
        <w:t>6:10  yani Allah ke liye tark e taam, tark e sharab. wo bhi tark ka poora tark to hota nahi.</w:t>
      </w:r>
      <w:r>
        <w:br/>
      </w:r>
      <w:r>
        <w:rPr>
          <w:sz w:val="20"/>
        </w:rPr>
        <w:t>6:22  yani juzwi tark hota hai roze mein.</w:t>
      </w:r>
      <w:r>
        <w:br/>
      </w:r>
      <w:r>
        <w:rPr>
          <w:sz w:val="20"/>
        </w:rPr>
        <w:t>6:27  sirf ek. to chota sa shock lagta hai. is is aitbaar se dekha jaye to roza fasting shock hai.</w:t>
      </w:r>
      <w:r>
        <w:br/>
      </w:r>
      <w:r>
        <w:rPr>
          <w:sz w:val="20"/>
        </w:rPr>
        <w:t>6:45  aap ke mind ko trigger trigger karne ke liye.</w:t>
      </w:r>
    </w:p>
    <w:p>
      <w:pPr>
        <w:pStyle w:val="Heading2"/>
      </w:pPr>
      <w:r>
        <w:t>Dawah requires love, not hate</w:t>
      </w:r>
    </w:p>
    <w:p>
      <w:r>
        <w:rPr>
          <w:color w:val="666666"/>
          <w:sz w:val="18"/>
        </w:rPr>
        <w:t>Spirit and Form in Islam · 5m 55s · at 31:42 · https://youtu.be/frQuKwqtHiU?t=1902</w:t>
      </w:r>
    </w:p>
    <w:p>
      <w:r>
        <w:rPr>
          <w:i/>
        </w:rPr>
        <w:t>“Dawah, nowadays people talk a lot about dawah.”</w:t>
      </w:r>
    </w:p>
    <w:p>
      <w:r>
        <w:rPr>
          <w:sz w:val="20"/>
        </w:rPr>
        <w:t>31:42  is tarah se aap dekhiye. aur dekhiye. dawat, aaj kal dawat ka lafz bohat bolte hain log. yahan se le ke america tak.</w:t>
      </w:r>
      <w:r>
        <w:br/>
      </w:r>
      <w:r>
        <w:rPr>
          <w:sz w:val="20"/>
        </w:rPr>
        <w:t>31:51  dawat, dawat. yeh log jante hain bhi nahi dawat kya cheez hai.</w:t>
      </w:r>
      <w:r>
        <w:br/>
      </w:r>
      <w:r>
        <w:rPr>
          <w:sz w:val="20"/>
        </w:rPr>
        <w:t>31:58  misalan main america mein gaya ek sahib ke haan main thehra tha.</w:t>
      </w:r>
      <w:r>
        <w:br/>
      </w:r>
      <w:r>
        <w:rPr>
          <w:sz w:val="20"/>
        </w:rPr>
        <w:t>32:04  to unhone kaha hum bhi dawat ka kaam karte hain.</w:t>
      </w:r>
      <w:r>
        <w:br/>
      </w:r>
      <w:r>
        <w:rPr>
          <w:sz w:val="20"/>
        </w:rPr>
        <w:t>32:12  main ne kaha kya karte hain aap? to unhone mujhe apni gari se ek building mein bheja.</w:t>
      </w:r>
      <w:r>
        <w:br/>
      </w:r>
      <w:r>
        <w:rPr>
          <w:sz w:val="20"/>
        </w:rPr>
        <w:t>32:22  to wahan main gaya to wahan par aik, aik lady aur aik mard wahan par thay. aur wahan par kya tha? woh sirf aik kaam tha monitoring.</w:t>
      </w:r>
      <w:r>
        <w:br/>
      </w:r>
      <w:r>
        <w:rPr>
          <w:sz w:val="20"/>
        </w:rPr>
        <w:t>32:34  keh log islam ke khilaaf kahan kahan chupa hai is ko nikalna. un ka nazariya yeh tha keh saare Christians, saare Jews sab islam ke dushman hain.</w:t>
      </w:r>
      <w:r>
        <w:br/>
      </w:r>
      <w:r>
        <w:rPr>
          <w:sz w:val="20"/>
        </w:rPr>
        <w:t>32:45  aur islam ke khilaaf chhaapte rehte hain, saara media islam ke dushman hai, chhaapta rehta hai. to is ko hum monitor kar rahe hain. is ka tha woh media watch.</w:t>
      </w:r>
      <w:r>
        <w:br/>
      </w:r>
      <w:r>
        <w:rPr>
          <w:sz w:val="20"/>
        </w:rPr>
        <w:t>32:57  main ne kaha astaghfirullah yeh to fe'l haram mein mubtala hain aap aur dawat ka kaam karein ge aap? yaani is kaam ke baad aap ko kya hai?</w:t>
      </w:r>
      <w:r>
        <w:br/>
      </w:r>
      <w:r>
        <w:rPr>
          <w:sz w:val="20"/>
        </w:rPr>
        <w:t>33:06  keh jo isai hain, jo yahoodi woh aap ke mad'u hain, mad'u. to mad'u ke khilaaf nafrat inculcate kar rahe hain aap. You are inculcating hate against those mad'u.</w:t>
      </w:r>
      <w:r>
        <w:br/>
      </w:r>
      <w:r>
        <w:rPr>
          <w:sz w:val="20"/>
        </w:rPr>
        <w:t>33:18  yeh discover kar rahe hain keh unhon ne yeh conspiracy ki. hamare khilaaf yeh statement de diya. to aap is ko dawah kar, kar rahe hain un ke upar. You have to love your mad'u.</w:t>
      </w:r>
      <w:r>
        <w:br/>
      </w:r>
      <w:r>
        <w:rPr>
          <w:sz w:val="20"/>
        </w:rPr>
        <w:t>33:30  otherwise there is no dawah. aap ghaur kijiye keh yeh dawah hai yeh? saari duniya ke musalman, main ne, main to samajhta hoon keh aik bhi musalman nahi paya.</w:t>
      </w:r>
      <w:r>
        <w:br/>
      </w:r>
      <w:r>
        <w:rPr>
          <w:sz w:val="20"/>
        </w:rPr>
        <w:t>33:43  jo jamaaton mein hain, jo idaron mein hain, jo madarson mein hain, jo masjidon mein hain. sab ke dilon mein hate bhara hua hai. aap masjidon mein jayen to wahan par kya hota hai?</w:t>
      </w:r>
      <w:r>
        <w:br/>
      </w:r>
      <w:r>
        <w:rPr>
          <w:sz w:val="20"/>
        </w:rPr>
        <w:t>33:51  bad duaen hoti hain. khudaaya in ko halaak kar de, khudaaya in ko halaak kar de. Allahumma ahliki al-kufra wal-mushrikeen. saare jalson mein, saare masjidon mein, saare madarson mein bad duaen ho rahi hain.</w:t>
      </w:r>
      <w:r>
        <w:br/>
      </w:r>
      <w:r>
        <w:rPr>
          <w:sz w:val="20"/>
        </w:rPr>
        <w:t>34:07  aur phir bhi kehte hain hum dawat bhi karte hain. aap samajhte hain keh pani aur, yeh to pani aur aag ko ikattha karna hai.</w:t>
      </w:r>
      <w:r>
        <w:br/>
      </w:r>
      <w:r>
        <w:rPr>
          <w:sz w:val="20"/>
        </w:rPr>
        <w:t>34:18  dawah requires love. dawah requires compassion. dawah requires sympathy. kaise aap, yaani kisi ke, rasool Allah ke mutalliq aap dekhiye.</w:t>
      </w:r>
      <w:r>
        <w:br/>
      </w:r>
      <w:r>
        <w:rPr>
          <w:sz w:val="20"/>
        </w:rPr>
        <w:t>34:31  La allaka bakhir nafsaka Allahu yakunu mu'mineen. shayad to apne aap ko halaak kar lao ge keh log iman nahi la rahe.</w:t>
      </w:r>
      <w:r>
        <w:br/>
      </w:r>
      <w:r>
        <w:rPr>
          <w:sz w:val="20"/>
        </w:rPr>
        <w:t>34:42  aap bataiye. keh rasool Allah un ke dard se tarapte thay keh yaar yeh log hell mein ja rahe hain. koi hell mein na jaane payein.</w:t>
      </w:r>
      <w:r>
        <w:br/>
      </w:r>
      <w:r>
        <w:rPr>
          <w:sz w:val="20"/>
        </w:rPr>
        <w:t>34:52  aur aap bad dua kar rahe hain keh unhein hell mein daal do. rasool Allah apne mad'u ke liye kaanpte thay, darte thay, dua karte thay keh khuda unhein hell se bacha.</w:t>
      </w:r>
      <w:r>
        <w:br/>
      </w:r>
      <w:r>
        <w:rPr>
          <w:sz w:val="20"/>
        </w:rPr>
        <w:t>35:02  aur aap bad dua karein masjidon mein khuda unhein hell mein daal de. aap khuda ke namune par hain? rasool Allah ke namune par hain aap?</w:t>
      </w:r>
      <w:r>
        <w:br/>
      </w:r>
      <w:r>
        <w:rPr>
          <w:sz w:val="20"/>
        </w:rPr>
        <w:t>35:14  rasool Allah ne, rasool Allah jahan aaye. Makkah mein. yaani. to wahan par aap jante hain aik mushrikeen ka ghalba tha.</w:t>
      </w:r>
      <w:r>
        <w:br/>
      </w:r>
      <w:r>
        <w:rPr>
          <w:sz w:val="20"/>
        </w:rPr>
        <w:t>35:26  unhon ne sataya aap ko, har tareeqe se. satane ki koi shakal sochi nahi, chhori nahi unhon ne. to kya aap bad dua karte thay un ke liye?</w:t>
      </w:r>
      <w:r>
        <w:br/>
      </w:r>
      <w:r>
        <w:rPr>
          <w:sz w:val="20"/>
        </w:rPr>
        <w:t>35:37  aap kehte thay Allahumma dah qawmi fa innahum la ya'lamoon. khuda unhein hidayat de. woh hidayat ke hareese thay aur aap un ki halakat ke hareese hain.</w:t>
      </w:r>
      <w:r>
        <w:br/>
      </w:r>
      <w:r>
        <w:rPr>
          <w:sz w:val="20"/>
        </w:rPr>
        <w:t>35:47  aap ghaur kijiye. jo bad duaen hoti hain hamari masjidon mein, madarson mein, jalson mein. jalson mein bad duaen hoti hain baqayda. yaani aap ghaur kijiye keh yeh khuda aisi duaon ko qabool kare ga?</w:t>
      </w:r>
      <w:r>
        <w:br/>
      </w:r>
      <w:r>
        <w:rPr>
          <w:sz w:val="20"/>
        </w:rPr>
        <w:t>36:02  aap sochiye keh khuda intezar kar raha hai koi banda in ke liye dua kare. khud banda koi in ke, mera paigham pahunchaye. khuda ne jannatein banai hain kis ke liye banai hain?</w:t>
      </w:r>
      <w:r>
        <w:br/>
      </w:r>
      <w:r>
        <w:rPr>
          <w:sz w:val="20"/>
        </w:rPr>
        <w:t>36:13  kya so called musalmanon ke liye banai hain? saare insaanon ke liye banai hain. insaanon mein se khuda chahta hai keh insaanon mein se aise log niklein.</w:t>
      </w:r>
      <w:r>
        <w:br/>
      </w:r>
      <w:r>
        <w:rPr>
          <w:sz w:val="20"/>
        </w:rPr>
        <w:t>36:25  jo khuda ki barhai ko maanne wale hon. jo khuda ke deen par chalne wale hon. taake khuda unhein jannaton mein dakhil kare.</w:t>
      </w:r>
      <w:r>
        <w:br/>
      </w:r>
      <w:r>
        <w:rPr>
          <w:sz w:val="20"/>
        </w:rPr>
        <w:t>36:36  aap kya kar rahe hain? in ko jahannum mein dhakel rahe hain. main ne apne kaanon se suni hai. keh jamaaton mein duaen ho rahi hain.</w:t>
      </w:r>
      <w:r>
        <w:br/>
      </w:r>
      <w:r>
        <w:rPr>
          <w:sz w:val="20"/>
        </w:rPr>
        <w:t>36:45  un ki halakat ki. madarson, masjidon mein duaen ho rahi hain un ki halakat ki. pata hai yeh islam hai, yeh dawat hai. yaad rakhiye da'i ke dil mein kabhi bhi mad'u ki nafrat nahi aa sakti.</w:t>
      </w:r>
      <w:r>
        <w:br/>
      </w:r>
      <w:r>
        <w:rPr>
          <w:sz w:val="20"/>
        </w:rPr>
        <w:t>37:01  agar mad'u ki nafrat hai da'i ke dil mein to samajh lijiye keh woh jhoot bolta hai. aur khuda ke haan woh jhoota qarar diya jaye ga. aisa insaan jo kahe keh main da'i hoon aur saath saath woh nafrat ki boli bole.</w:t>
      </w:r>
      <w:r>
        <w:br/>
      </w:r>
      <w:r>
        <w:rPr>
          <w:sz w:val="20"/>
        </w:rPr>
        <w:t>37:15  to khuda ke haan woh jhoota qarar diya jayega. jab tum ne mohabbat nahi ki apne madu se to tum dawat kya de sakte ho?</w:t>
      </w:r>
      <w:r>
        <w:br/>
      </w:r>
      <w:r>
        <w:rPr>
          <w:sz w:val="20"/>
        </w:rPr>
        <w:t>37:24  paighambar ne kaha tha ke inni lakum nasan. mein tumhara khair khwah hoon. tumhara well-wisher hoon, well-wisher. to tum well-wisher nahi bane to dai kahaan se ban jaoge?</w:t>
      </w:r>
    </w:p>
    <w:p>
      <w:pPr>
        <w:pStyle w:val="Heading2"/>
      </w:pPr>
      <w:r>
        <w:t>Full argument: why patience (sabr) is essential to Islamic life</w:t>
      </w:r>
    </w:p>
    <w:p>
      <w:r>
        <w:rPr>
          <w:color w:val="666666"/>
          <w:sz w:val="18"/>
        </w:rPr>
        <w:t>Message of Ramadan April 9, 2023 Prof. Farida Khanam · 4m 59s · at 16:10 · https://youtu.be/z-jsHB1vlV4?t=970</w:t>
      </w:r>
    </w:p>
    <w:p>
      <w:r>
        <w:rPr>
          <w:i/>
        </w:rPr>
        <w:t>“Sabr means to stop, stand firm, not lose control”</w:t>
      </w:r>
    </w:p>
    <w:p>
      <w:r>
        <w:rPr>
          <w:sz w:val="20"/>
        </w:rPr>
        <w:t>16:10  sabr ke maane hain rukna, sabit qadam rehna, bebarbast na hona, yeh sab sabr ke maane hain. to pura roza hi life of restraint ko batata hai ke haqeeqi jo hai haqeeqat hai roze ki woh sabr hai. asal mein ramzan jo hai main itna zyada sabr karna padta hai ke hamara routine toot jata hai. khane ka, peene ka, sone ka, har cheez ka routine tootta hai.</w:t>
      </w:r>
      <w:r>
        <w:br/>
      </w:r>
      <w:r>
        <w:rPr>
          <w:sz w:val="20"/>
        </w:rPr>
        <w:t>16:38  to routine tootne se insaan jo hai bahut zyada woh hota hai. uska abnormal situation ek qism ki paida ho jati hai. to usmein sabr karna padta hai. ab humein khaas taur par jab garmi ka roza hota hai to bahut shareer, humein pyaas lagti hai, halaq sookh raha hota hai lekin hum pani nahin pi sakte, bhook lagti hai, khana nahin kha sakte, raat ko uthna padta hai to hum hamari neyat kharab hoti hai.</w:t>
      </w:r>
      <w:r>
        <w:br/>
      </w:r>
      <w:r>
        <w:rPr>
          <w:sz w:val="20"/>
        </w:rPr>
        <w:t>17:06  to yeh saari cheezein jo hain humein sab sikhati hain. humein life of patience humein puri zindagi puri zindagi ke liye chahiye. to agar hum ek, ek mahina life of patients guzaar rahe hain, to isse kam se kam saal bhar to hamara woh chalega. phir aindah humein mauka milega saal bhar ka.</w:t>
      </w:r>
      <w:r>
        <w:br/>
      </w:r>
      <w:r>
        <w:rPr>
          <w:sz w:val="20"/>
        </w:rPr>
        <w:t>17:29  to yeh ek qism ka training course hai sabr jo hai, taake hum aindah jo hai hamara yeh jo sabr ka jo jo hamari training hai woh hamare kaam aati rahe. doosri hai ke jab aadmi khana peena chhod sakta hai to doosri cheezein chhodna uske liye kuch bhi mushkil nahin hota. usko mushkil nahin lagta matlab woh aasani se doosri cheezon ko har evil ko woh chhod sakta hai. kyunke is roze mein desire management karna padta hai.</w:t>
      </w:r>
      <w:r>
        <w:br/>
      </w:r>
      <w:r>
        <w:rPr>
          <w:sz w:val="20"/>
        </w:rPr>
        <w:t>17:58  to uske liye bhi sabr chahiye aur doosri hai ke hum jo jo khuda ka jo mission hai ke khuda ka paigham doosron tak pahunchana hai. uske liye bhi sabr ki bahut zyada zaroorat hai. kyunke is khuda ke creation plan ke mutabiq jo hai har tarah ke log ek duniya mein hain aur unko puri aazadi mili hui hai. to woh humein pareshan karte hain, humein hurt karte hain kyunke har aadmi ek conditioning ka case hai.</w:t>
      </w:r>
      <w:r>
        <w:br/>
      </w:r>
      <w:r>
        <w:rPr>
          <w:sz w:val="20"/>
        </w:rPr>
        <w:t>18:27  ab hum usko ek naya paigham denge to woh usko pasand nahin karega. to humein tarah tarah ke provocation honge, tarah tarah ke unfavorable situations honge. to humein usko retaliate nahin karna hai, humein react nahin karna hai balkeh humein bilkul positive response dena hai. to in sab cheez ke liye humein sabr chahiye. rasoolullah sallallahu alaihi wasallam ek bar koi bhi sahabi bimar the unko dekhne ke liye ja rahe the. to raste mein abdullah ibne ubai ka ghar pada.</w:t>
      </w:r>
      <w:r>
        <w:br/>
      </w:r>
      <w:r>
        <w:rPr>
          <w:sz w:val="20"/>
        </w:rPr>
        <w:t>18:56  uska ghar bahut bada tha kalanuuma. woh leader tha madina ka. to wahan uske paas bahut sare log baithe hue the to rasoolullah sallallahu alaihi wasallam donkey par ja rahe the to woh utar ke wahan uske paas gaye aur wahan quran ki chand ayatein usko sunai. woh to bahut andar andar woh munafiq tha sabse bada munafiq wahi tha. upar se islam le aaya tha kyunke majority wahan islam le aayi thi to usko usi mein faida tha.</w:t>
      </w:r>
      <w:r>
        <w:br/>
      </w:r>
      <w:r>
        <w:rPr>
          <w:sz w:val="20"/>
        </w:rPr>
        <w:t>19:24  to usne kaha quran, jab aap quran suna rahe the to khamoshi se sunta raha. phir jab aap chuke to kehne laga woh ke aapne jo baat kahi hai woh theek hai lekin jo aapko bulaye sunne ke liye bas aap usi ko sunaiye. to ab yeh kitna bada sabr ki baat hai. to isi tarah se har baat par sabr karna padta hai.</w:t>
      </w:r>
      <w:r>
        <w:br/>
      </w:r>
      <w:r>
        <w:rPr>
          <w:sz w:val="20"/>
        </w:rPr>
        <w:t>19:48  agar hum sabr nahin karenge to hum hamara negative reaction hoga aur woh hamare khilaf jayega. hamara paigham doosron tak nahin pahunch payega kyunke har aadmi jab conditioned hai to usko deconditioning mein usko time lagta hai to us time ke liye humein sabr karna padega taake usko mauka diya jaye ke woh apni halat e fitri par aa sake.</w:t>
      </w:r>
      <w:r>
        <w:br/>
      </w:r>
      <w:r>
        <w:rPr>
          <w:sz w:val="20"/>
        </w:rPr>
        <w:t>20:13  tamam insaan jo hain woh fitrat hi par paida kiye gaye hain lekin woh bahar ki jo society hai usse woh mutasir ho jate hain. is wajah se jo haq ka paigham hai woh usko usko positive response nahin de paate hain. to isiliye sabr ko maulana ne practical wisdom kaha hai. yeh practical wisdom hai aur sabr ke baghair na hamari personal life mein koi kaam ho sakta hai, na hamari social life mein koi kaam ho sakta hai.</w:t>
      </w:r>
      <w:r>
        <w:br/>
      </w:r>
      <w:r>
        <w:rPr>
          <w:sz w:val="20"/>
        </w:rPr>
        <w:t>20:41  to yeh roza jo hai na woh sabr ki satah paida karta hai. isliye sabr jo hai woh islami zindagi ki lazmi zaroorat hai. jaisa kallah aap. aap kuch comments padhna chahunga sawal aur jawab lene se pehle. yeh comment bheja hai mohammad ikram sahab ne balochistan se. unhone likha hai I believe taqwa means taking right decisions at right time. I have learned this from Maulana Wahiduddin Khan.</w:t>
      </w:r>
      <w:r>
        <w:br/>
      </w:r>
      <w:r>
        <w:rPr>
          <w:sz w:val="20"/>
        </w:rPr>
        <w:t>21:09  professor najma siddiqui ne dubai se likha hai jaza kallah very meaningful talk, great reminder. satish bhatia ji ne punjab se likha hai aap sabko mera salam. is ramzan ke mahine mein allah sab iman walon ko deen mein kamyabi hasil karein aur allah hum sabki gunahon ko maaf farmayein aur aapko is deen ki dawat mein kamyabi hasil karein amin.</w:t>
      </w:r>
    </w:p>
    <w:p>
      <w:pPr>
        <w:pStyle w:val="Heading2"/>
      </w:pPr>
      <w:r>
        <w:t>Comprehensive decision to give up complaints</w:t>
      </w:r>
    </w:p>
    <w:p>
      <w:r>
        <w:rPr>
          <w:color w:val="666666"/>
          <w:sz w:val="18"/>
        </w:rPr>
        <w:t>Bury Your Complaints This Ramazan April 26, 2020 Maulana Wahiduddin Khan · 3m 39s · at 0:14 · https://youtu.be/t2vt4rkgd_8?t=14</w:t>
      </w:r>
    </w:p>
    <w:p>
      <w:r>
        <w:rPr>
          <w:i/>
        </w:rPr>
        <w:t>“Bismillah, aaj mein soch raha tha”</w:t>
      </w:r>
    </w:p>
    <w:p>
      <w:r>
        <w:rPr>
          <w:sz w:val="20"/>
        </w:rPr>
        <w:t>0:14  bismillah rahman al-rahim. aaj main soch raha tha ke agar mujhe logon se yeh kehna ho ke ramzan mein aap yeh ahad kijiye ke kam az kam ek</w:t>
      </w:r>
      <w:r>
        <w:br/>
      </w:r>
      <w:r>
        <w:rPr>
          <w:sz w:val="20"/>
        </w:rPr>
        <w:t>0:37  apni ek ghalti ko chhod denge, to woh kya hogi?</w:t>
      </w:r>
      <w:r>
        <w:br/>
      </w:r>
      <w:r>
        <w:rPr>
          <w:sz w:val="20"/>
        </w:rPr>
        <w:t>0:47  to woh aasan bhi honi chahiye.</w:t>
      </w:r>
      <w:r>
        <w:br/>
      </w:r>
      <w:r>
        <w:rPr>
          <w:sz w:val="20"/>
        </w:rPr>
        <w:t>0:54  to mujhe yaad aaya</w:t>
      </w:r>
      <w:r>
        <w:br/>
      </w:r>
      <w:r>
        <w:rPr>
          <w:sz w:val="20"/>
        </w:rPr>
        <w:t>0:58  budha shah ka ek qaul. budha shah ne kaha hai ke har aadmi ke paas ek</w:t>
      </w:r>
      <w:r>
        <w:br/>
      </w:r>
      <w:r>
        <w:rPr>
          <w:sz w:val="20"/>
        </w:rPr>
        <w:t>1:11  bareer hona chahiye, jis se woh logon ki shikayaton ko bari karta rahe, dafan karta rahe.</w:t>
      </w:r>
      <w:r>
        <w:br/>
      </w:r>
      <w:r>
        <w:rPr>
          <w:sz w:val="20"/>
        </w:rPr>
        <w:t>1:23  to main aaj yahi baat karna chahta hoon</w:t>
      </w:r>
      <w:r>
        <w:br/>
      </w:r>
      <w:r>
        <w:rPr>
          <w:sz w:val="20"/>
        </w:rPr>
        <w:t>1:28  ke aap mein se har shakhs</w:t>
      </w:r>
      <w:r>
        <w:br/>
      </w:r>
      <w:r>
        <w:rPr>
          <w:sz w:val="20"/>
        </w:rPr>
        <w:t>1:33  jo roze ke mahine mein apne ko paata hai,</w:t>
      </w:r>
      <w:r>
        <w:br/>
      </w:r>
      <w:r>
        <w:rPr>
          <w:sz w:val="20"/>
        </w:rPr>
        <w:t>1:42  aap mein se har shakhs ko yeh ahad karna chahiye ke main is ramzan mein yeh ahad karta hoon ke main apni falan ghalti ko,</w:t>
      </w:r>
      <w:r>
        <w:br/>
      </w:r>
      <w:r>
        <w:rPr>
          <w:sz w:val="20"/>
        </w:rPr>
        <w:t>1:57  burai ko chhod dunga.</w:t>
      </w:r>
      <w:r>
        <w:br/>
      </w:r>
      <w:r>
        <w:rPr>
          <w:sz w:val="20"/>
        </w:rPr>
        <w:t>2:02  to woh kya honi chahiye? main samajhta hoon ke woh honi chahiye shikayat.</w:t>
      </w:r>
      <w:r>
        <w:br/>
      </w:r>
      <w:r>
        <w:rPr>
          <w:sz w:val="20"/>
        </w:rPr>
        <w:t>2:13  jis jis se bhi mujhe koi shikayat hogi to is ramzan mein main is shikayat ko chhod dunga, khatm kar dunga.</w:t>
      </w:r>
      <w:r>
        <w:br/>
      </w:r>
      <w:r>
        <w:rPr>
          <w:sz w:val="20"/>
        </w:rPr>
        <w:t>2:30  main samajhta hoon ke yeh</w:t>
      </w:r>
      <w:r>
        <w:br/>
      </w:r>
      <w:r>
        <w:rPr>
          <w:sz w:val="20"/>
        </w:rPr>
        <w:t>2:35  best ahad hai, best faisla hai.</w:t>
      </w:r>
      <w:r>
        <w:br/>
      </w:r>
      <w:r>
        <w:rPr>
          <w:sz w:val="20"/>
        </w:rPr>
        <w:t>2:48  rasool allah sallallahu alaihi wasallam ke paas ek sahaba aaye, unhone kaha ke mujhe koi ek naseehat kijiye, ek naseehat.</w:t>
      </w:r>
      <w:r>
        <w:br/>
      </w:r>
      <w:r>
        <w:rPr>
          <w:sz w:val="20"/>
        </w:rPr>
        <w:t>3:00  to aap ne farmaya ke tum</w:t>
      </w:r>
      <w:r>
        <w:br/>
      </w:r>
      <w:r>
        <w:rPr>
          <w:sz w:val="20"/>
        </w:rPr>
        <w:t>3:06  ghussa karna chhod do,</w:t>
      </w:r>
      <w:r>
        <w:br/>
      </w:r>
      <w:r>
        <w:rPr>
          <w:sz w:val="20"/>
        </w:rPr>
        <w:t>3:10  ghussa karna chhod do.</w:t>
      </w:r>
      <w:r>
        <w:br/>
      </w:r>
      <w:r>
        <w:rPr>
          <w:sz w:val="20"/>
        </w:rPr>
        <w:t>3:16  to isi baat ko main is tareeqe se keh raha hoon ke aap mein se har shakhs yeh tay kare ke mujhe kisi se shikayat hogi to use khatm kar dega.</w:t>
      </w:r>
      <w:r>
        <w:br/>
      </w:r>
      <w:r>
        <w:rPr>
          <w:sz w:val="20"/>
        </w:rPr>
        <w:t>3:30  main shikayat nahi paalunga, nahi,</w:t>
      </w:r>
      <w:r>
        <w:br/>
      </w:r>
      <w:r>
        <w:rPr>
          <w:sz w:val="20"/>
        </w:rPr>
        <w:t>3:33  shikayat ko ab bari kar dunga.</w:t>
      </w:r>
      <w:r>
        <w:br/>
      </w:r>
      <w:r>
        <w:rPr>
          <w:sz w:val="20"/>
        </w:rPr>
        <w:t>3:42  main samajhta hoon ke yeh ek hi faisla bahut hi jamia faisla hai.</w:t>
      </w:r>
    </w:p>
    <w:p>
      <w:pPr>
        <w:pStyle w:val="Heading2"/>
      </w:pPr>
      <w:r>
        <w:t>Fasting cultivates gratitude, then leads into patience</w:t>
      </w:r>
    </w:p>
    <w:p>
      <w:r>
        <w:rPr>
          <w:color w:val="666666"/>
          <w:sz w:val="18"/>
        </w:rPr>
        <w:t>Ramadan The Month of Fasting July 31, 2011 · 4m 37s · at 48:27 · https://youtu.be/4W4Dg7zt0DM?t=2907</w:t>
      </w:r>
    </w:p>
    <w:p>
      <w:r>
        <w:rPr>
          <w:i/>
        </w:rPr>
        <w:t>“Quran mein doosra lafz aaya: la'allakum tashkuroon”</w:t>
      </w:r>
    </w:p>
    <w:p>
      <w:r>
        <w:rPr>
          <w:sz w:val="20"/>
        </w:rPr>
        <w:t>48:27  Allah ki taraf sab jo aap ko jaana hai, is mein khandan paish aane wali cheezon mein hain. To Quran mein doosra lafz istemal kiya gaya hai "li lahum tashkuroon". Ke tumhare andar shukr paida ho.</w:t>
      </w:r>
      <w:r>
        <w:br/>
      </w:r>
      <w:r>
        <w:rPr>
          <w:sz w:val="20"/>
        </w:rPr>
        <w:t>48:42  Ab shukr kaise paida ho? Shukr ka zariya kaise banta hai rozah? Is ki ek misaal deta hoon main. Rasool Allah sal Allah aleh wasallam ne ek hadith mein aata hai ke aap ne roz har khaya.</w:t>
      </w:r>
      <w:r>
        <w:br/>
      </w:r>
      <w:r>
        <w:rPr>
          <w:sz w:val="20"/>
        </w:rPr>
        <w:t>48:56  Jab shaam hui, iftar ka waqt aaya. To aap ne zahir hai ke pyaas lagi hui thi. To aap ne pani piya.</w:t>
      </w:r>
      <w:r>
        <w:br/>
      </w:r>
      <w:r>
        <w:rPr>
          <w:sz w:val="20"/>
        </w:rPr>
        <w:t>49:06  To aap ki zaban se nikla yeh alfaaz nikle ke</w:t>
      </w:r>
      <w:r>
        <w:br/>
      </w:r>
      <w:r>
        <w:rPr>
          <w:sz w:val="20"/>
        </w:rPr>
        <w:t>49:11  "dhahab al-zam'a wa qallat al-ruh wa thabat al-ajr in sha' Allah ta'ala". Pyaas bujh gayi, ragen tar ho gayeen.</w:t>
      </w:r>
      <w:r>
        <w:br/>
      </w:r>
      <w:r>
        <w:rPr>
          <w:sz w:val="20"/>
        </w:rPr>
        <w:t>49:24  Aur ajr sabit ho gaya. Ab yeh jo lafz hai ke ragen tar ho gayeen, yeh shukr ka kalma hai. Yani pyaas lagi thi tab bhi to yeh tajurba guzra aap par ke ragen tar ho gayeen aap ki.</w:t>
      </w:r>
      <w:r>
        <w:br/>
      </w:r>
      <w:r>
        <w:rPr>
          <w:sz w:val="20"/>
        </w:rPr>
        <w:t>49:41  To shukr jo hai, shukr jo hai is ke liye halaat darkar hain. Halaat jab honge tab aap ko shukr ka jazba bharega.</w:t>
      </w:r>
      <w:r>
        <w:br/>
      </w:r>
      <w:r>
        <w:rPr>
          <w:sz w:val="20"/>
        </w:rPr>
        <w:t>49:53  Jab aap ko bhook lagi, bhook lagi, bhook lagi, aap ne khaya. Ab aap ko taskeen hui. To us waqt laga ke khana khate hue bari nemat hai.</w:t>
      </w:r>
      <w:r>
        <w:br/>
      </w:r>
      <w:r>
        <w:rPr>
          <w:sz w:val="20"/>
        </w:rPr>
        <w:t>50:04  Phir shukr ka jo kalma niklega us waqt, woh bohat bara kalma hoga.</w:t>
      </w:r>
      <w:r>
        <w:br/>
      </w:r>
      <w:r>
        <w:rPr>
          <w:sz w:val="20"/>
        </w:rPr>
        <w:t>50:10  Aise hi aap pyaas lagi, pyaas lagi, pyaas lagi. Phir iftar ka waqt aaya. Aur aap ne pani piya. To us waqt to aap ko laga ke pani kitni bari nemat hai.</w:t>
      </w:r>
      <w:r>
        <w:br/>
      </w:r>
      <w:r>
        <w:rPr>
          <w:sz w:val="20"/>
        </w:rPr>
        <w:t>50:21  To waqt e tor par nemat se mahroom karke phir nemat di jati hai. Taa ke shukr ka jazba barh barh kar paida ho, barh kar paida ho.</w:t>
      </w:r>
      <w:r>
        <w:br/>
      </w:r>
      <w:r>
        <w:rPr>
          <w:sz w:val="20"/>
        </w:rPr>
        <w:t>50:34  Yeh hai "li lahum tashkuroon"</w:t>
      </w:r>
      <w:r>
        <w:br/>
      </w:r>
      <w:r>
        <w:rPr>
          <w:sz w:val="20"/>
        </w:rPr>
        <w:t>50:36  . Agar aam halaat hon ke koi rok tok nahin, khane peene par koi pabandi nahin.</w:t>
      </w:r>
      <w:r>
        <w:br/>
      </w:r>
      <w:r>
        <w:rPr>
          <w:sz w:val="20"/>
        </w:rPr>
        <w:t>50:46  To shukr ka jazba bohat hi yani bohat hi kam paida hoga. Bara nahin paida hoga, bara jazba nahin paida hoga. Bara jazba paida hota hai kab?</w:t>
      </w:r>
      <w:r>
        <w:br/>
      </w:r>
      <w:r>
        <w:rPr>
          <w:sz w:val="20"/>
        </w:rPr>
        <w:t>50:57  Jab aap bhook ke marhale se guzren aur phir aap ko khana mile. Pyaas ke marhale se guzren, phir aap ko pani mile.</w:t>
      </w:r>
      <w:r>
        <w:br/>
      </w:r>
      <w:r>
        <w:rPr>
          <w:sz w:val="20"/>
        </w:rPr>
        <w:t>51:06  Yeh hai "li lahum tashkuroon". Hadith mein jo aaya hai ke "huwa shahr al-sabr". Sabr ka mahina hai. Kyun ke rozah sar ta pa sabr hai.</w:t>
      </w:r>
      <w:r>
        <w:br/>
      </w:r>
      <w:r>
        <w:rPr>
          <w:sz w:val="20"/>
        </w:rPr>
        <w:t>51:20  Yani din ke auqat mein jo aap khana nahin khate, pani peete hain, sabr hi woh hai yeh. Bhook par sabr karte hain aap, pyaas par sabr karte hain aap.</w:t>
      </w:r>
      <w:r>
        <w:br/>
      </w:r>
      <w:r>
        <w:rPr>
          <w:sz w:val="20"/>
        </w:rPr>
        <w:t>51:34  To bhook aur pyaas par sabr karke aap ko lagta hai aap sabr ki oom ki kaifiyat paida karte hain.</w:t>
      </w:r>
      <w:r>
        <w:br/>
      </w:r>
      <w:r>
        <w:rPr>
          <w:sz w:val="20"/>
        </w:rPr>
        <w:t>51:43  Yani har maamle mein sabr. Yani woh sabr jo aap ne paida kiya bhook ke maamle mein, pyaas ke maamle mein. Woh wahin thehra, wahin ruka nahin rahega.</w:t>
      </w:r>
      <w:r>
        <w:br/>
      </w:r>
      <w:r>
        <w:rPr>
          <w:sz w:val="20"/>
        </w:rPr>
        <w:t>51:56  Jaise pani mein aap rang daalen to kisi ek jagah ruka nahin rahega woh. Poore pani mein phail jayega woh.</w:t>
      </w:r>
      <w:r>
        <w:br/>
      </w:r>
      <w:r>
        <w:rPr>
          <w:sz w:val="20"/>
        </w:rPr>
        <w:t>52:03  aise hi jab aap ke andar bhook ke hawale se aur piyas ke hawale se sabr paida hua. to woh kahin ruk nahi rahega, woh aap ki poori shakhsiyat mein phail jayega.</w:t>
      </w:r>
      <w:r>
        <w:br/>
      </w:r>
      <w:r>
        <w:rPr>
          <w:sz w:val="20"/>
        </w:rPr>
        <w:t>52:15  poori hasti mein phail jayega. woh aap ka mizaj ban jayega, aap ki soch ban jayega. sabr. sabr ke ma'ne kya hote hain? Restrain.</w:t>
      </w:r>
      <w:r>
        <w:br/>
      </w:r>
      <w:r>
        <w:rPr>
          <w:sz w:val="20"/>
        </w:rPr>
        <w:t>52:27  apne ko thamna. musht'al hone se apne aap ko bachana. Negative reaction se apne ko bachana. yeh sab paida hoga.</w:t>
      </w:r>
      <w:r>
        <w:br/>
      </w:r>
      <w:r>
        <w:rPr>
          <w:sz w:val="20"/>
        </w:rPr>
        <w:t>52:39  yeh toh bohat bari nemat hai. Hadees mein aata hai ke "Yalamma nasrum ma'as sabr". ke kami abhi sabr ke sath bidi hui hai.</w:t>
      </w:r>
      <w:r>
        <w:br/>
      </w:r>
      <w:r>
        <w:rPr>
          <w:sz w:val="20"/>
        </w:rPr>
        <w:t>52:50  kami abhi sabr ke sath bidi hui hai.</w:t>
      </w:r>
      <w:r>
        <w:br/>
      </w:r>
      <w:r>
        <w:rPr>
          <w:sz w:val="20"/>
        </w:rPr>
        <w:t>52:53  to agar logon ki tarbiyat sabr ki buniyad par hone lage, har aadmi ke andar sabr ka character aa jaye.</w:t>
      </w:r>
    </w:p>
    <w:p>
      <w:pPr>
        <w:pStyle w:val="Heading2"/>
      </w:pPr>
      <w:r>
        <w:t>Focus on self-accountability not others' faults</w:t>
      </w:r>
    </w:p>
    <w:p>
      <w:r>
        <w:rPr>
          <w:color w:val="666666"/>
          <w:sz w:val="18"/>
        </w:rPr>
        <w:t>Hadith-e-Rasool | April 9, 2006 | Maulana Wahiduddin Khan · 5m 34s · at 1:00:23 · https://youtu.be/zxaMbPyrpQY?t=3623</w:t>
      </w:r>
    </w:p>
    <w:p>
      <w:r>
        <w:rPr>
          <w:i/>
        </w:rPr>
        <w:t>“مجھے ایک واقعہ ابھی ہوا”</w:t>
      </w:r>
    </w:p>
    <w:p>
      <w:r>
        <w:rPr>
          <w:sz w:val="20"/>
        </w:rPr>
        <w:t>1:00:23  dam ek badlao aa jayega. mujhe ek waqia abhi hua, us ko mein arz karta hoon. do char din pehle ki baat hai, America se ek sahib ne ek woh bheja, CD a kya kehte hain, us ko ek discovery jo hai, unhon ne ki thi internet par. ghanton waqt lagaya hoga us mein. to us mein</w:t>
      </w:r>
      <w:r>
        <w:br/>
      </w:r>
      <w:r>
        <w:rPr>
          <w:sz w:val="20"/>
        </w:rPr>
        <w:t>1:00:53  tha ke America mein ek kitab chhapi hai jis mein bataya gaya hai ke September 11 ka jo qissa hua tha, jis mein world tower ko jahaz se takra kar gira diya gaya tha, to September 11 ka waqia jo hai, woh khud George Bush ne karwaya tha. to unhon ne bari mehnat kar ke nikala us ko aur us ki copy bheji yahan ke "dekhiye, us ko</w:t>
      </w:r>
      <w:r>
        <w:br/>
      </w:r>
      <w:r>
        <w:rPr>
          <w:sz w:val="20"/>
        </w:rPr>
        <w:t>1:01:23  George Bush ne khud hi karwaya tha" yeh aap yaqeen kijiye ke mujhe is se koi dilchaspi nahi hui, kuch bhi maine us ko khol kar dekha bhi nahi. meri zaban par yeh aaya ke log doosron ka chapter kholne mein busy hain, apna chapter koi nahi kholta. jis ko dekhe, woh doosron ke chapter kholne ke laga hua hai. jis ko dekhe, hamar</w:t>
      </w:r>
      <w:r>
        <w:br/>
      </w:r>
      <w:r>
        <w:rPr>
          <w:sz w:val="20"/>
        </w:rPr>
        <w:t>1:01:53  e samaj mein doosron ki kamzoriyan batana, doosron ki kami batana, doosron ki burai batana, doosron ke bare mein bari bari cheezen disclose karna. abhi mein kal gaya tha yahan par ek hospital mein, to ek sahib wahan kehne lage, "dekhen sahib, yeh doctor sahib jo hain, unhon ne yeh gadbad kar rakha hai." ab woh</w:t>
      </w:r>
      <w:r>
        <w:br/>
      </w:r>
      <w:r>
        <w:rPr>
          <w:sz w:val="20"/>
        </w:rPr>
        <w:t>1:02:23  ek disclose karne lage, jis ko dekhe, woh usi mein mashgool hai, doosron ka chapter kholne mein. lekin sacha insan woh hai jo apna chapter khole, jo introspection kare, apni kamzoriyon ko nikale. yaqeen kijiye ke yeh time ka waste karna hai, paise ka waste karna hai ke aap doosron ka chapter khulte rahen.</w:t>
      </w:r>
      <w:r>
        <w:br/>
      </w:r>
      <w:r>
        <w:rPr>
          <w:sz w:val="20"/>
        </w:rPr>
        <w:t>1:02:56  jis aadmi ko mein ek hadith se pehle sunai thi ke "la tazal qadam abdin hatta ursal aruwain" aadmi ke qadam hatenge nahi Khuda ke samne se. yeh day of judgment ki baat kahi gayi hai, day of judgment ki baat kahi gayi hai. "la tazal qadam abdin hatta ursal aruwain" aadmi ek qadam Khuda ke samne se hate ga nahi jab tak char baaton ka woh jawab</w:t>
      </w:r>
      <w:r>
        <w:br/>
      </w:r>
      <w:r>
        <w:rPr>
          <w:sz w:val="20"/>
        </w:rPr>
        <w:t>1:03:26  na de le, jab tak woh char baaton ka jawab na de le. char baaten kya hain? jo maal kamaya, woh kahan se kamaya? is maal ko jo kharch kiya, woh kin baaton mein kharch kiya? aur yeh ke jo ilm hasil kiya</w:t>
      </w:r>
      <w:r>
        <w:br/>
      </w:r>
      <w:r>
        <w:rPr>
          <w:sz w:val="20"/>
        </w:rPr>
        <w:t>1:03:56  , woh kaun sa ilm hasil kiya? aur is ilm ko jahan istemal kiya, woh kahan istemal kiya? yeh chaar baatein hain. ab bataiye ke agar aadmi yeh soche to usko discharge, ab sara sara concern ban jaye uska ke apne chapter kholo. doosron ka chapter kholna, yaqeen kijiye ke intellectual, yani intellectual logon ke</w:t>
      </w:r>
      <w:r>
        <w:br/>
      </w:r>
      <w:r>
        <w:rPr>
          <w:sz w:val="20"/>
        </w:rPr>
        <w:t>1:04:26  shaitani bura lafz agar bolunga, ek satiric kaam hai jis mein intellectuals phanse rehte hain. maine yeh paya hai ke saare intellectuals doosron ke chapter kholne mein lage rehte hain. ab maslan yeh jo aaya hai, wahan se sirf yani circumstantial evidence base karta hai, woh sara waqt is mein koi real proof nahi hai. circumstantial evidence par, aur yaad rakhiye, circumstantial evidence mein itni gunjaish hai ke hum jo yahan</w:t>
      </w:r>
      <w:r>
        <w:br/>
      </w:r>
      <w:r>
        <w:rPr>
          <w:sz w:val="20"/>
        </w:rPr>
        <w:t>1:04:56  kaam kar rahe hain, isi ko bata sakta hai ke hum jail khane mein baithe hue hain aur choriyaan kar rahe hain. circumstantial evidence mein bohat zyada gunjaish hoti hai baat ko idhar udhar karne ki. ek hi baat ko das andaaz se aap nikaal sakte hain. iska matlab jab tak aap ke paas koi real factual evidence na ho, circumstantial evidence ko kuch bhi nahi samajhti. chunancha adalaton, hamari jo adalaten hain, kabhi bhi koi judge circumstan</w:t>
      </w:r>
      <w:r>
        <w:br/>
      </w:r>
      <w:r>
        <w:rPr>
          <w:sz w:val="20"/>
        </w:rPr>
        <w:t>1:05:26  tial evidence faisla nahi deta. yeh law hai. aisi kitabein likhte hain, log padhte hain aur dhoom machate hain aur kharidte hain. isko yeh sab intellectual corruption ka nateeja hai. yeh sab hai. to behal, main yeh keh raha tha ke jo spirit hai hadith ki, woh yeh hai ke aadmi ko chahiye ke woh apna chapter khole.</w:t>
      </w:r>
    </w:p>
    <w:p>
      <w:pPr>
        <w:pStyle w:val="Heading2"/>
      </w:pPr>
      <w:r>
        <w:t>Eight categories of Zakat and importance of dawah</w:t>
      </w:r>
    </w:p>
    <w:p>
      <w:r>
        <w:rPr>
          <w:color w:val="666666"/>
          <w:sz w:val="18"/>
        </w:rPr>
        <w:t>Spirit of Zakat I May 4, 2007 · 5m 36s · at 51:59 · https://youtu.be/CSXO7LY_9cM?t=3119</w:t>
      </w:r>
    </w:p>
    <w:p>
      <w:r>
        <w:rPr>
          <w:i/>
        </w:rPr>
        <w:t>“Quran mein dekhiye, Surah Tauba mein ek aayat hai”</w:t>
      </w:r>
    </w:p>
    <w:p>
      <w:r>
        <w:rPr>
          <w:sz w:val="20"/>
        </w:rPr>
        <w:t>51:59  quran mein dekhiye, surah taubah mein ek ayat hai jis mein zakat ke sare maddein batai gayi hain.</w:t>
      </w:r>
      <w:r>
        <w:br/>
      </w:r>
      <w:r>
        <w:rPr>
          <w:sz w:val="20"/>
        </w:rPr>
        <w:t>52:09  surah taubah jo hai, is ka number kitna hai? nau.</w:t>
      </w:r>
      <w:r>
        <w:br/>
      </w:r>
      <w:r>
        <w:rPr>
          <w:sz w:val="20"/>
        </w:rPr>
        <w:t>52:19  surah taubah chapter number nine mein yeh ayat hai: "in sadqat lil fuqara"</w:t>
      </w:r>
      <w:r>
        <w:br/>
      </w:r>
      <w:r>
        <w:rPr>
          <w:sz w:val="20"/>
        </w:rPr>
        <w:t>52:29  ek lambi ayat hai, is mein aath maddein batai gayi hain.</w:t>
      </w:r>
      <w:r>
        <w:br/>
      </w:r>
      <w:r>
        <w:rPr>
          <w:sz w:val="20"/>
        </w:rPr>
        <w:t>52:37  zakat ki aath maddein kisi aadmi ko agar yeh janna ho, is ayat mein agarche lafz sadqat ka</w:t>
      </w:r>
      <w:r>
        <w:br/>
      </w:r>
      <w:r>
        <w:rPr>
          <w:sz w:val="20"/>
        </w:rPr>
        <w:t>52:45  aaya hai, in sadqat, lekin tamam ulma ne kaha hai ke yahan sadqat se murad zakat hai.</w:t>
      </w:r>
      <w:r>
        <w:br/>
      </w:r>
      <w:r>
        <w:rPr>
          <w:sz w:val="20"/>
        </w:rPr>
        <w:t>52:52  yani farz, jo farz hai</w:t>
      </w:r>
      <w:r>
        <w:br/>
      </w:r>
      <w:r>
        <w:rPr>
          <w:sz w:val="20"/>
        </w:rPr>
        <w:t>53:00  maal dena, wo is se murad hai.</w:t>
      </w:r>
      <w:r>
        <w:br/>
      </w:r>
      <w:r>
        <w:rPr>
          <w:sz w:val="20"/>
        </w:rPr>
        <w:t>53:06  yeh ayat number kya ho gayi? behal, yeh chapter number nine hai, surah taubah, is mein yeh ayat</w:t>
      </w:r>
      <w:r>
        <w:br/>
      </w:r>
      <w:r>
        <w:rPr>
          <w:sz w:val="20"/>
        </w:rPr>
        <w:t>53:12  hai ke "inamma al sadqat lil fuqara wal masakeen wal amileen alaiha" wa fi al riqab.</w:t>
      </w:r>
      <w:r>
        <w:br/>
      </w:r>
      <w:r>
        <w:rPr>
          <w:sz w:val="20"/>
        </w:rPr>
        <w:t>53:18  is tarah se ayat hai jis mein aath maddein batai gayi hain.</w:t>
      </w:r>
      <w:r>
        <w:br/>
      </w:r>
      <w:r>
        <w:rPr>
          <w:sz w:val="20"/>
        </w:rPr>
        <w:t>53:24  aath maddein to jis aadmi ko detail mein janna</w:t>
      </w:r>
      <w:r>
        <w:br/>
      </w:r>
      <w:r>
        <w:rPr>
          <w:sz w:val="20"/>
        </w:rPr>
        <w:t>53:30  ho ke zakat ki maddein kya hain, kahan kahan zakat ke paise ko kharch karna hai, to is</w:t>
      </w:r>
      <w:r>
        <w:br/>
      </w:r>
      <w:r>
        <w:rPr>
          <w:sz w:val="20"/>
        </w:rPr>
        <w:t>53:38  ayat ka mutala kar sakta hai.</w:t>
      </w:r>
      <w:r>
        <w:br/>
      </w:r>
      <w:r>
        <w:rPr>
          <w:sz w:val="20"/>
        </w:rPr>
        <w:t>53:46  wo is ayat, koi bhi tafsir aap ke paas ho, us tafsir mein aap ko yeh ayat mil jayegi.</w:t>
      </w:r>
      <w:r>
        <w:br/>
      </w:r>
      <w:r>
        <w:rPr>
          <w:sz w:val="20"/>
        </w:rPr>
        <w:t>53:54  surah taubah mein: "inamma al sadqat lil fuqara wal masakeen wal amileen wal amileen alaiha" to is ayat mein dekhiye,</w:t>
      </w:r>
      <w:r>
        <w:br/>
      </w:r>
      <w:r>
        <w:rPr>
          <w:sz w:val="20"/>
        </w:rPr>
        <w:t>54:02  aath maddein batai gayi hain.</w:t>
      </w:r>
      <w:r>
        <w:br/>
      </w:r>
      <w:r>
        <w:rPr>
          <w:sz w:val="20"/>
        </w:rPr>
        <w:t>54:07  to wo aath maddein jo hain, wo kya kya hain? fuqara aur masakeen, yani ghareeb log.</w:t>
      </w:r>
      <w:r>
        <w:br/>
      </w:r>
      <w:r>
        <w:rPr>
          <w:sz w:val="20"/>
        </w:rPr>
        <w:t>54:12  ghareeb logon ko ke upar kharch karna hai.</w:t>
      </w:r>
      <w:r>
        <w:br/>
      </w:r>
      <w:r>
        <w:rPr>
          <w:sz w:val="20"/>
        </w:rPr>
        <w:t>54:18  is tarah se wo log jo masail mein phans gaye hon, jaise musafir, ghar mein to is ke</w:t>
      </w:r>
      <w:r>
        <w:br/>
      </w:r>
      <w:r>
        <w:rPr>
          <w:sz w:val="20"/>
        </w:rPr>
        <w:t>54:23  paas jeene ke liye saman maujood hai, lekin safar mein gaya, wahan phans gaya.</w:t>
      </w:r>
      <w:r>
        <w:br/>
      </w:r>
      <w:r>
        <w:rPr>
          <w:sz w:val="20"/>
        </w:rPr>
        <w:t>54:28  woh toh ek woh log hain jo fuqara masakeen hain,</w:t>
      </w:r>
      <w:r>
        <w:br/>
      </w:r>
      <w:r>
        <w:rPr>
          <w:sz w:val="20"/>
        </w:rPr>
        <w:t>54:33  jin ke paas kam paisa hai, amdani nahi hai.</w:t>
      </w:r>
      <w:r>
        <w:br/>
      </w:r>
      <w:r>
        <w:rPr>
          <w:sz w:val="20"/>
        </w:rPr>
        <w:t>54:38  ek woh log hain, yaani mustaqil taur par woh masle se dochar hain.</w:t>
      </w:r>
      <w:r>
        <w:br/>
      </w:r>
      <w:r>
        <w:rPr>
          <w:sz w:val="20"/>
        </w:rPr>
        <w:t>54:43  ek woh hai jo musafir hota hai, ghar par woh ho toh ghar par is ke liye saman</w:t>
      </w:r>
      <w:r>
        <w:br/>
      </w:r>
      <w:r>
        <w:rPr>
          <w:sz w:val="20"/>
        </w:rPr>
        <w:t>54:48  hota hai, lekin safar mein kabhi phans jata hai toh us ko bhi aap zakat ki madad se</w:t>
      </w:r>
      <w:r>
        <w:br/>
      </w:r>
      <w:r>
        <w:rPr>
          <w:sz w:val="20"/>
        </w:rPr>
        <w:t>54:53  de sakte hain.</w:t>
      </w:r>
      <w:r>
        <w:br/>
      </w:r>
      <w:r>
        <w:rPr>
          <w:sz w:val="20"/>
        </w:rPr>
        <w:t>54:58  is tareeqe se jo musibaton mein phanse hue hon, maslan farz ki jiye ke woh muqadma tha, un ke paas</w:t>
      </w:r>
      <w:r>
        <w:br/>
      </w:r>
      <w:r>
        <w:rPr>
          <w:sz w:val="20"/>
        </w:rPr>
        <w:t>55:04  un ke upar tawan lagaya gaya, tawan nahi de paye, woh ab woh jail mein pade hue hain.</w:t>
      </w:r>
      <w:r>
        <w:br/>
      </w:r>
      <w:r>
        <w:rPr>
          <w:sz w:val="20"/>
        </w:rPr>
        <w:t>55:09  un ka tawan ada kar diya jaye taake woh jail se un ko chutti mil jaye.</w:t>
      </w:r>
      <w:r>
        <w:br/>
      </w:r>
      <w:r>
        <w:rPr>
          <w:sz w:val="20"/>
        </w:rPr>
        <w:t>55:14  yeh bhi zakat ke madad se diya ja sakta hai.</w:t>
      </w:r>
      <w:r>
        <w:br/>
      </w:r>
      <w:r>
        <w:rPr>
          <w:sz w:val="20"/>
        </w:rPr>
        <w:t>55:19  is tareeqe se Allah ke raste mein ek baat yeh bhi hai ke Allah ke raste mein kharch</w:t>
      </w:r>
      <w:r>
        <w:br/>
      </w:r>
      <w:r>
        <w:rPr>
          <w:sz w:val="20"/>
        </w:rPr>
        <w:t>55:25  karna, Allah ke raste mein kharch karne se, jahan tak maine samjha hai, sab se bari mad</w:t>
      </w:r>
      <w:r>
        <w:br/>
      </w:r>
      <w:r>
        <w:rPr>
          <w:sz w:val="20"/>
        </w:rPr>
        <w:t>55:30  jo hai, woh hai dawat il Allah.</w:t>
      </w:r>
      <w:r>
        <w:br/>
      </w:r>
      <w:r>
        <w:rPr>
          <w:sz w:val="20"/>
        </w:rPr>
        <w:t>55:35  Allah ke raste mein kharch karne ka jo is ayat mein maujood hai, is se murad hai, jahan</w:t>
      </w:r>
      <w:r>
        <w:br/>
      </w:r>
      <w:r>
        <w:rPr>
          <w:sz w:val="20"/>
        </w:rPr>
        <w:t>55:41  tak main samajhta hoon, dawat il Allah, yaani Allah ke paigham ko doosron tak pahunchana.</w:t>
      </w:r>
      <w:r>
        <w:br/>
      </w:r>
      <w:r>
        <w:rPr>
          <w:sz w:val="20"/>
        </w:rPr>
        <w:t>55:47  main samajhta hoon ke yeh sab se bara kaam hai jo Allah ke raste mein kiya jata hai.</w:t>
      </w:r>
      <w:r>
        <w:br/>
      </w:r>
      <w:r>
        <w:rPr>
          <w:sz w:val="20"/>
        </w:rPr>
        <w:t>55:53  yaani Allah ne banaya is duniya ko.</w:t>
      </w:r>
      <w:r>
        <w:br/>
      </w:r>
      <w:r>
        <w:rPr>
          <w:sz w:val="20"/>
        </w:rPr>
        <w:t>55:59  ab Khuda yeh chahta hai ke maut se pehle logon ko</w:t>
      </w:r>
      <w:r>
        <w:br/>
      </w:r>
      <w:r>
        <w:rPr>
          <w:sz w:val="20"/>
        </w:rPr>
        <w:t>56:05  ye maloom ho jaye ke "what was the creation plan of God"? khuda ka takhleeqi naqsha kya tha taake wo jaan lein ke akhirat mein jab unhe jancha jayega, is janch ka criterion kya hoga? ye bahut hi important baat hai ke log paida ho rahe hain, jeete hain, mar jate hain, lekin aap jante hain ke aasman se koi awaz to aati nahi, koi pahad par likha hua nahi</w:t>
      </w:r>
      <w:r>
        <w:br/>
      </w:r>
      <w:r>
        <w:rPr>
          <w:sz w:val="20"/>
        </w:rPr>
        <w:t>56:35  ہے کہ "What is the purpose of life?" "What is life and what is death?" "What is the</w:t>
      </w:r>
      <w:r>
        <w:br/>
      </w:r>
      <w:r>
        <w:rPr>
          <w:sz w:val="20"/>
        </w:rPr>
        <w:t>56:43  day of judgment? yeh sab cheezein jo likhi hui nahi hain, Khuda ne apne peghambaron ke zariye bheji hain.</w:t>
      </w:r>
      <w:r>
        <w:br/>
      </w:r>
      <w:r>
        <w:rPr>
          <w:sz w:val="20"/>
        </w:rPr>
        <w:t>56:50  toh in baat, is message ko, yaani Khuda ki is scheme ko batana logon ko har zaban mein,</w:t>
      </w:r>
      <w:r>
        <w:br/>
      </w:r>
      <w:r>
        <w:rPr>
          <w:sz w:val="20"/>
        </w:rPr>
        <w:t>56:58  har zamane mein, har mauqe par, yeh hai dawat il Allah</w:t>
      </w:r>
      <w:r>
        <w:br/>
      </w:r>
      <w:r>
        <w:rPr>
          <w:sz w:val="20"/>
        </w:rPr>
        <w:t>57:05  .</w:t>
      </w:r>
      <w:r>
        <w:br/>
      </w:r>
      <w:r>
        <w:rPr>
          <w:sz w:val="20"/>
        </w:rPr>
        <w:t>57:10  yeh Khuda ka sab se bara concern hai.</w:t>
      </w:r>
      <w:r>
        <w:br/>
      </w:r>
      <w:r>
        <w:rPr>
          <w:sz w:val="20"/>
        </w:rPr>
        <w:t>57:14  Khuda yeh chahta hai ke log marne se pehle jaan lein.</w:t>
      </w:r>
      <w:r>
        <w:br/>
      </w:r>
      <w:r>
        <w:rPr>
          <w:sz w:val="20"/>
        </w:rPr>
        <w:t>57:18  yaani Khuda bekhabari mein na, Khuda chahta hai ke log bekhabari mein na marein, yeh na</w:t>
      </w:r>
      <w:r>
        <w:br/>
      </w:r>
      <w:r>
        <w:rPr>
          <w:sz w:val="20"/>
        </w:rPr>
        <w:t>57:23  keh sake khuda wahan ja kar ke ke hamein pata hi nahi tha.</w:t>
      </w:r>
      <w:r>
        <w:br/>
      </w:r>
      <w:r>
        <w:rPr>
          <w:sz w:val="20"/>
        </w:rPr>
        <w:t>57:27  "ana kunna ghafileen" khuda ke samne jab pesh honge, woh to woh yeh na keh sakein hum</w:t>
      </w:r>
      <w:r>
        <w:br/>
      </w:r>
      <w:r>
        <w:rPr>
          <w:sz w:val="20"/>
        </w:rPr>
        <w:t>57:31  to jante nahi the ke day of judgment hai, has</w:t>
      </w:r>
    </w:p>
    <w:p>
      <w:pPr>
        <w:pStyle w:val="Heading2"/>
      </w:pPr>
      <w:r>
        <w:t>dawah is every individual's duty, with no excuse before God</w:t>
      </w:r>
    </w:p>
    <w:p>
      <w:r>
        <w:rPr>
          <w:color w:val="666666"/>
          <w:sz w:val="18"/>
        </w:rPr>
        <w:t>Roza A Spiritual Jihad August 28, 2011 Maulana Wahiduddin Khan · 3m 47s · at 54:15 · https://youtu.be/7Xc_Fl6z5xU?t=3255</w:t>
      </w:r>
    </w:p>
    <w:p>
      <w:r>
        <w:rPr>
          <w:i/>
        </w:rPr>
        <w:t>“This work of dawah belongs to every single person”</w:t>
      </w:r>
    </w:p>
    <w:p>
      <w:r>
        <w:rPr>
          <w:sz w:val="20"/>
        </w:rPr>
        <w:t>54:15  yaad rakhiye, yeh dawat-e-Ilah ka kaam har shakhs ka hai. yeh nahi ke koi kuch log kar den to baqi log is ki zimmedari khatam ho jayegi.</w:t>
      </w:r>
      <w:r>
        <w:br/>
      </w:r>
      <w:r>
        <w:rPr>
          <w:sz w:val="20"/>
        </w:rPr>
        <w:t>54:26  har har har fard ki zimmedari hai. yeh fard aik aik shakhs ko yeh kaam karna hai.</w:t>
      </w:r>
      <w:r>
        <w:br/>
      </w:r>
      <w:r>
        <w:rPr>
          <w:sz w:val="20"/>
        </w:rPr>
        <w:t>54:34  main nahi manta ke dawat-e-Ilah farz kifaya hai. koi log aisa kehte hain ke farz kifaya nahi, main is ko nahi manta.</w:t>
      </w:r>
      <w:r>
        <w:br/>
      </w:r>
      <w:r>
        <w:rPr>
          <w:sz w:val="20"/>
        </w:rPr>
        <w:t>54:41  yeh har shakhs ka farz hai, har shakhs ki zimmedari hai, har shakhs ki zimmedari hai.</w:t>
      </w:r>
      <w:r>
        <w:br/>
      </w:r>
      <w:r>
        <w:rPr>
          <w:sz w:val="20"/>
        </w:rPr>
        <w:t>54:50  jis tarah har shakhs ki zimmedari hai namaz, namaz, roza, aise har shakhs ki zimmedari hai dawat-e-Ilah.</w:t>
      </w:r>
      <w:r>
        <w:br/>
      </w:r>
      <w:r>
        <w:rPr>
          <w:sz w:val="20"/>
        </w:rPr>
        <w:t>55:00  jitna jitna acha ho sakay,</w:t>
      </w:r>
      <w:r>
        <w:br/>
      </w:r>
      <w:r>
        <w:rPr>
          <w:sz w:val="20"/>
        </w:rPr>
        <w:t>55:05  jo</w:t>
      </w:r>
      <w:r>
        <w:br/>
      </w:r>
      <w:r>
        <w:rPr>
          <w:sz w:val="20"/>
        </w:rPr>
        <w:t>55:08  quran mein hai ke jitna laiq allah nafsan illa asha, to istitaat ke waqt zimmedari hoti hai.</w:t>
      </w:r>
      <w:r>
        <w:br/>
      </w:r>
      <w:r>
        <w:rPr>
          <w:sz w:val="20"/>
        </w:rPr>
        <w:t>55:18  to har aadmi apne ko apne ko le kar soche ke mere andar kitni istitaat hai, ke mere bas mein kitna hai. main kehta hoon kaam kar sakta hoon,</w:t>
      </w:r>
      <w:r>
        <w:br/>
      </w:r>
      <w:r>
        <w:rPr>
          <w:sz w:val="20"/>
        </w:rPr>
        <w:t>55:28  to itna us ko karna chahiye kyunke marne ke baad jab hum allah ke saamne haazir honge to wahan par</w:t>
      </w:r>
      <w:r>
        <w:br/>
      </w:r>
      <w:r>
        <w:rPr>
          <w:sz w:val="20"/>
        </w:rPr>
        <w:t>55:41  hum ko sharminda na hona pade.</w:t>
      </w:r>
      <w:r>
        <w:br/>
      </w:r>
      <w:r>
        <w:rPr>
          <w:sz w:val="20"/>
        </w:rPr>
        <w:t>55:46  yaani yeh na ho ke mawaqe allah ne zyada diye, kaam kaam kam kiya, hum ne energy zyada di aur kaam kam kiya. to yeh bohat bada sharmindagi ki baat hogi allah taala ke saamne.</w:t>
      </w:r>
      <w:r>
        <w:br/>
      </w:r>
      <w:r>
        <w:rPr>
          <w:sz w:val="20"/>
        </w:rPr>
        <w:t>56:04  to isi isi lihaaz se sochiye ke allah taala ke haan jab peshi hogi aakhirat mein to wahan par hum</w:t>
      </w:r>
      <w:r>
        <w:br/>
      </w:r>
      <w:r>
        <w:rPr>
          <w:sz w:val="20"/>
        </w:rPr>
        <w:t>56:17  sharminda na hone padein. hamein</w:t>
      </w:r>
      <w:r>
        <w:br/>
      </w:r>
      <w:r>
        <w:rPr>
          <w:sz w:val="20"/>
        </w:rPr>
        <w:t>56:23  dawat kaam mein koi bhi material par nahi, koi parties mein nahi, koi to nahi, faida nahi hai. yeh sirf allah ke mawakhze se bachne ke liye allah</w:t>
      </w:r>
      <w:r>
        <w:br/>
      </w:r>
      <w:r>
        <w:rPr>
          <w:sz w:val="20"/>
        </w:rPr>
        <w:t>56:34  ke saamne yeh peshi hogi. is waqt jo mawakhza hoga, us se bachne ke liye bas.</w:t>
      </w:r>
      <w:r>
        <w:br/>
      </w:r>
      <w:r>
        <w:rPr>
          <w:sz w:val="20"/>
        </w:rPr>
        <w:t>56:46  us se aakhirat, ihtimam to aakhirat ka maamla hai. dawat allah jo hai, ihtimam to aakhirat ka maamla hai. ya aur aur is mein koi bhi duniya mein mafad nahi.</w:t>
      </w:r>
      <w:r>
        <w:br/>
      </w:r>
      <w:r>
        <w:rPr>
          <w:sz w:val="20"/>
        </w:rPr>
        <w:t>57:03  to main apne dili ke saathiyon se kahunga ke aap is image ko khatm karein ke doosre shehron mein zyada kaam ho raha hai, dili mein kaam kam ho raha hai. yeh image khatm honi chahiye.</w:t>
      </w:r>
      <w:r>
        <w:br/>
      </w:r>
      <w:r>
        <w:rPr>
          <w:sz w:val="20"/>
        </w:rPr>
        <w:t>57:16  yeh allah tak jaaiye, ibaadat allah taala ke poochhegi ke dili mein mawaqe tum ko zyada the, tumhein kam kam kaam kyun gaya? aap ghor kijiye, baat yeh khatm nahi ho jayegi.</w:t>
      </w:r>
      <w:r>
        <w:br/>
      </w:r>
      <w:r>
        <w:rPr>
          <w:sz w:val="20"/>
        </w:rPr>
        <w:t>57:28  yahin khatm nahi ho jayegi.</w:t>
      </w:r>
      <w:r>
        <w:br/>
      </w:r>
      <w:r>
        <w:rPr>
          <w:sz w:val="20"/>
        </w:rPr>
        <w:t>57:30  aakhir poocha jayega ke dili mein tum ko dil markaz tha, mawaqe zyada the, opportunities zyada theen, tumhein kam kaam kyun kiya?</w:t>
      </w:r>
      <w:r>
        <w:br/>
      </w:r>
      <w:r>
        <w:rPr>
          <w:sz w:val="20"/>
        </w:rPr>
        <w:t>57:40  kya jawab hoga hamare paas? koi jawab nahi hoga.</w:t>
      </w:r>
      <w:r>
        <w:br/>
      </w:r>
      <w:r>
        <w:rPr>
          <w:sz w:val="20"/>
        </w:rPr>
        <w:t>57:50  to main dua karta hoon ke allah taala hum ko aur aap ko tofeeq de ke hum cheezon ko right way mein dekhein</w:t>
      </w:r>
    </w:p>
    <w:p>
      <w:pPr>
        <w:pStyle w:val="Heading2"/>
      </w:pPr>
      <w:r>
        <w:t>Origin of modesty: Adam, angels, and Satan's refusal</w:t>
      </w:r>
    </w:p>
    <w:p>
      <w:r>
        <w:rPr>
          <w:color w:val="666666"/>
          <w:sz w:val="18"/>
        </w:rPr>
        <w:t>The Importance of Modesty March 1, 2009 · 4m 56s · at 1:00 · https://youtu.be/c599K8yDwzk?t=60</w:t>
      </w:r>
    </w:p>
    <w:p>
      <w:r>
        <w:rPr>
          <w:i/>
        </w:rPr>
        <w:t>“This story goes back to when God first created Adam.”</w:t>
      </w:r>
    </w:p>
    <w:p>
      <w:r>
        <w:rPr>
          <w:sz w:val="20"/>
        </w:rPr>
        <w:t>1:00  dekhein yeh baat poori human history se judi hui hai. Yani yeh kahani shuru hoti hai us waqt se jab Khuda ne insaan ko banaya.</w:t>
      </w:r>
      <w:r>
        <w:br/>
      </w:r>
      <w:r>
        <w:rPr>
          <w:sz w:val="20"/>
        </w:rPr>
        <w:t>1:12  yani first man ko banaya, yani Adam ko. To modesty ki kahani wahin shuru hoti hai.</w:t>
      </w:r>
      <w:r>
        <w:br/>
      </w:r>
      <w:r>
        <w:rPr>
          <w:sz w:val="20"/>
        </w:rPr>
        <w:t>1:20  aaj ki kahani nahi hai yeh. Woh kaise? Aap jante hain ke Allah taala ne jab banaya pehle insaan yani Adam ko, to us waqt do aur log the.</w:t>
      </w:r>
      <w:r>
        <w:br/>
      </w:r>
      <w:r>
        <w:rPr>
          <w:sz w:val="20"/>
        </w:rPr>
        <w:t>1:37  ek angel yani farishta, doosre jinnaat. Un ka sardar tha Satan.</w:t>
      </w:r>
      <w:r>
        <w:br/>
      </w:r>
      <w:r>
        <w:rPr>
          <w:sz w:val="20"/>
        </w:rPr>
        <w:t>1:45  to do aur the. Farishta aur jinnaat. Angel aur Satan. Aur Shaitan jinnaat.</w:t>
      </w:r>
      <w:r>
        <w:br/>
      </w:r>
      <w:r>
        <w:rPr>
          <w:sz w:val="20"/>
        </w:rPr>
        <w:t>1:56  jin jin tha woh un ka sardar tha. To Allah taala ne chounke yeh paida kiya tha insaan ko, to jo creation plan tha Allah taala ka, us ke mutabiq is zameen ko insaan ke charge mein dena tha.</w:t>
      </w:r>
      <w:r>
        <w:br/>
      </w:r>
      <w:r>
        <w:rPr>
          <w:sz w:val="20"/>
        </w:rPr>
        <w:t>2:15  to khaleefa ka lafz quran majeed mein hai, to is ka matlab yeh nahi ke Khuda ka successor. Yeh to bilkul absurd baat hai.</w:t>
      </w:r>
      <w:r>
        <w:br/>
      </w:r>
      <w:r>
        <w:rPr>
          <w:sz w:val="20"/>
        </w:rPr>
        <w:t>2:26  nahi. Is ka matlab sirf itna hai ke insaan ko is tarah paida kiya ke zameen un ke charge mein de di jaye gi.</w:t>
      </w:r>
      <w:r>
        <w:br/>
      </w:r>
      <w:r>
        <w:rPr>
          <w:sz w:val="20"/>
        </w:rPr>
        <w:t>2:35  kyun? Test ke liye. Reward ke liye nahi. Kyun ke zameen agar charge mein na di jaye to test kaise hoga?</w:t>
      </w:r>
      <w:r>
        <w:br/>
      </w:r>
      <w:r>
        <w:rPr>
          <w:sz w:val="20"/>
        </w:rPr>
        <w:t>2:45  to chounke do aur yahan par the maujood, to Allah taala ne chaha ke woh un se cooperate karein.</w:t>
      </w:r>
      <w:r>
        <w:br/>
      </w:r>
      <w:r>
        <w:rPr>
          <w:sz w:val="20"/>
        </w:rPr>
        <w:t>2:56  rukawat na dalein. To jo quran majeed mein hai ke un se kaha gaya ke un ke aage jhuko, to jhukna jo tha woh kya tha?</w:t>
      </w:r>
      <w:r>
        <w:br/>
      </w:r>
      <w:r>
        <w:rPr>
          <w:sz w:val="20"/>
        </w:rPr>
        <w:t>3:06  woh as a token tha. Yani is jhukne ka matlab yeh tha ke tum insaan ke sath cooperate karoge.</w:t>
      </w:r>
      <w:r>
        <w:br/>
      </w:r>
      <w:r>
        <w:rPr>
          <w:sz w:val="20"/>
        </w:rPr>
        <w:t>3:15  chahe jo bhi kare woh. Fasād kare tab bhi.</w:t>
      </w:r>
      <w:r>
        <w:br/>
      </w:r>
      <w:r>
        <w:rPr>
          <w:sz w:val="20"/>
        </w:rPr>
        <w:t>3:21  peace aur justice laye tab bhi. Kyun ke test kaise hoga agar is ka is ko rukawat dali jaye to?</w:t>
      </w:r>
      <w:r>
        <w:br/>
      </w:r>
      <w:r>
        <w:rPr>
          <w:sz w:val="20"/>
        </w:rPr>
        <w:t>3:31  is ke liye tha. To kya hua phir ke farishte to jhuk gaye. Wahan sajda ke mani sar zameen par rakhna nahi hai.</w:t>
      </w:r>
      <w:r>
        <w:br/>
      </w:r>
      <w:r>
        <w:rPr>
          <w:sz w:val="20"/>
        </w:rPr>
        <w:t>3:43  jhukna hai. To woh jhuk gaye. Aur Satan jo tha, jo jinnaat ka sardar tha, woh nahi jhuka.</w:t>
      </w:r>
      <w:r>
        <w:br/>
      </w:r>
      <w:r>
        <w:rPr>
          <w:sz w:val="20"/>
        </w:rPr>
        <w:t>3:54  to us waqt jab poocha gaya ke tum jhuke kyun nahi? To us ne kya kaha tha?</w:t>
      </w:r>
      <w:r>
        <w:br/>
      </w:r>
      <w:r>
        <w:rPr>
          <w:sz w:val="20"/>
        </w:rPr>
        <w:t>4:01  "ana khair minhu" . main is se acha hoon. "I am better than Adam" .</w:t>
      </w:r>
      <w:r>
        <w:br/>
      </w:r>
      <w:r>
        <w:rPr>
          <w:sz w:val="20"/>
        </w:rPr>
        <w:t>4:13  tu us ne apni aik logic nikali ke woh mitti se banaye gaye hain, main aag se. tu is liye main un se acha hoon. tu yahin se shuru hua ke angels ne, yani farishton ne, modesty ka tareeqa ikhtiyar kiya.</w:t>
      </w:r>
      <w:r>
        <w:br/>
      </w:r>
      <w:r>
        <w:rPr>
          <w:sz w:val="20"/>
        </w:rPr>
        <w:t>4:30  yahi modesty isi ka naam hai. aur shaitan ne modesty ka tareeqa nahi ikhtiyar kiya. tu quran ko parhne se maloom hota hai ke dunya mein kuch log ikhwan al-shaitan ban jate hain, kuch log ikhwan al-malaika ban jate hain.</w:t>
      </w:r>
      <w:r>
        <w:br/>
      </w:r>
      <w:r>
        <w:rPr>
          <w:sz w:val="20"/>
        </w:rPr>
        <w:t>4:48  yani shaitan ke bhai ya angels ke bhai. tu main bohat dinon se sochta tha ke matlab kya hai is ka.</w:t>
      </w:r>
      <w:r>
        <w:br/>
      </w:r>
      <w:r>
        <w:rPr>
          <w:sz w:val="20"/>
        </w:rPr>
        <w:t>4:59  tu aik word jab tak na mila hai tab tak aadmi ka mind jo hai us ko pakar nahi pata. tu aaj hi mujhe yeh baat samajh ayi.</w:t>
      </w:r>
      <w:r>
        <w:br/>
      </w:r>
      <w:r>
        <w:rPr>
          <w:sz w:val="20"/>
        </w:rPr>
        <w:t>5:10  kyun ke do word mujhe mile. yani appreciating nature aur non appreciating nature. yeh.</w:t>
      </w:r>
      <w:r>
        <w:br/>
      </w:r>
      <w:r>
        <w:rPr>
          <w:sz w:val="20"/>
        </w:rPr>
        <w:t>5:22  yani doosre ko appreciate kar sakna. aik hai doosre ko appreciate na kar sakna.</w:t>
      </w:r>
      <w:r>
        <w:br/>
      </w:r>
      <w:r>
        <w:rPr>
          <w:sz w:val="20"/>
        </w:rPr>
        <w:t>5:30  tu farishton ka tareeqa kya hai? ke doosre ko appreciate karo. ke khuda ne agar unhein di hai yeh hesiyat ke zameen un ke charge mein rahe to theek hai.</w:t>
      </w:r>
      <w:r>
        <w:br/>
      </w:r>
      <w:r>
        <w:rPr>
          <w:sz w:val="20"/>
        </w:rPr>
        <w:t>5:40  khuda ka faisla hai. is ko hum mante hain. unhon ne acknowledge kar liya. shaitan ne deny kiya. tu kaha us ne appreciate nahi kiya adam ki hesiyat ko.</w:t>
      </w:r>
    </w:p>
    <w:p>
      <w:pPr>
        <w:pStyle w:val="Heading2"/>
      </w:pPr>
      <w:r>
        <w:t>full hadith: angels, Allah's pride, forgiveness on Eid day</w:t>
      </w:r>
    </w:p>
    <w:p>
      <w:r>
        <w:rPr>
          <w:color w:val="666666"/>
          <w:sz w:val="18"/>
        </w:rPr>
        <w:t>Message of Eid-al-Fitr May 03, 2022 Prof. Farida Khanam &amp; Dr. Saniyasnain Khan · 3m 36s · at 14:52 · https://youtu.be/wMBqbwZ8gEs?t=892</w:t>
      </w:r>
    </w:p>
    <w:p>
      <w:r>
        <w:rPr>
          <w:i/>
        </w:rPr>
        <w:t>“Kuch farishte hote hain jo Allah taala ke bahut muqarrab hain”</w:t>
      </w:r>
    </w:p>
    <w:p>
      <w:r>
        <w:rPr>
          <w:sz w:val="20"/>
        </w:rPr>
        <w:t>14:52  to ab main kuch baaten Eid ul Fitr ke bare mein arz karunga. ek hadith aati hai, jo thoda alag tarah ki hadith hai. kuch farishte hote hain jo, jo Allah taala ke bahut muqarrab farishte hain, yani bahut hi qareeb farishte hote hain wo. Allah taala unse baatein karta hai, discussion karta hai.</w:t>
      </w:r>
      <w:r>
        <w:br/>
      </w:r>
      <w:r>
        <w:rPr>
          <w:sz w:val="20"/>
        </w:rPr>
        <w:t>15:22  Jibril, farishta Jibril unmein se ek hai. He is 1 of the greatest angels. ek baar Rasoolullah sallam ne unko apni poori original form mein dekha tha. waise to wo human form mein aate the. to east se west tak poora jo horizon hai us par unke par phailay hue the. to is tarah ke bahut hi jo muqarrab farishte hain unse Allah taala baatein karta hai.</w:t>
      </w:r>
      <w:r>
        <w:br/>
      </w:r>
      <w:r>
        <w:rPr>
          <w:sz w:val="20"/>
        </w:rPr>
        <w:t>15:51  to eid ke din, eid ul fitr ke din allah taala bahut hi proud ke saath, pridely parishton</w:t>
      </w:r>
      <w:r>
        <w:br/>
      </w:r>
      <w:r>
        <w:rPr>
          <w:sz w:val="20"/>
        </w:rPr>
        <w:t>16:02  se kehta hai ki hai mere parishton, mere bande aur meri bandiyon ne, mere bande aur meri bandiyon</w:t>
      </w:r>
      <w:r>
        <w:br/>
      </w:r>
      <w:r>
        <w:rPr>
          <w:sz w:val="20"/>
        </w:rPr>
        <w:t>16:14  ne jo amal unko karna tha wo kar diya to ab unki kya jaza honi chahiye?</w:t>
      </w:r>
      <w:r>
        <w:br/>
      </w:r>
      <w:r>
        <w:rPr>
          <w:sz w:val="20"/>
        </w:rPr>
        <w:t>16:26  kya reward unko milna chahiye? to farishte kehte hain hamare Rab, unki jaza yeh hai ki unko poora poora reward mil jaye unke amal ka.</w:t>
      </w:r>
      <w:r>
        <w:br/>
      </w:r>
      <w:r>
        <w:rPr>
          <w:sz w:val="20"/>
        </w:rPr>
        <w:t>16:44  to Allah taala kehta hai ki ae mere farishton, mere bande aur mere bandiyon ne wo amal kar diya jo maine unke upar ayad kiya tha. to main zaroor unki dua ko sununga aur unke gunahon ko maaf karunga.</w:t>
      </w:r>
      <w:r>
        <w:br/>
      </w:r>
      <w:r>
        <w:rPr>
          <w:sz w:val="20"/>
        </w:rPr>
        <w:t>17:06  ab wo nikle hain, mujhe pukarte hue aur mujhse dua karte hue yaani Eid ke namaz ke liye nikle hain. to Allah taala kehta hai farishton se ki ae mere farishton, tum gawa rehna.</w:t>
      </w:r>
      <w:r>
        <w:br/>
      </w:r>
      <w:r>
        <w:rPr>
          <w:sz w:val="20"/>
        </w:rPr>
        <w:t>17:29  main inki dua ko zaroor qubool karunga aur inki sayyiat ko hasanat mein badal dunga. yani inki jo gunah hain, jo guna hai usko sawab mein badal dunga. to Allah taala fermata hai ki yeh kehta hai ki ab tum wapas jao.</w:t>
      </w:r>
      <w:r>
        <w:br/>
      </w:r>
      <w:r>
        <w:rPr>
          <w:sz w:val="20"/>
        </w:rPr>
        <w:t>17:56  yani namaz padh ke ab ghar wapas jao. maine tum sabki maghfirat kar di hai. tum sabke gunah maaf kar diye hain aur tum sabke liye jannat muqaddar kar diye.</w:t>
      </w:r>
      <w:r>
        <w:br/>
      </w:r>
      <w:r>
        <w:rPr>
          <w:sz w:val="20"/>
        </w:rPr>
        <w:t>18:08  to yeh ek bahut hi achhi hadith hai jo hamein batati hai ki Ramzan ke mahine mein agar hum us spirit ke sath roze rakhen aur jo aamal hai wo karen, to ek bahut hi badi khushkhabri hai hamare liye ki jannat ka Allah taala ne wada kiya hai aur sayyiat ko hasanat mein badalne ka wada kiya hai.</w:t>
      </w:r>
      <w:r>
        <w:br/>
      </w:r>
      <w:r>
        <w:rPr>
          <w:sz w:val="20"/>
        </w:rPr>
        <w:t>18:28  to main ab dua karta hoon ki allah taala hum sabko is mission, CPS ke is mission mein,</w:t>
      </w:r>
    </w:p>
    <w:p>
      <w:pPr>
        <w:pStyle w:val="Heading2"/>
      </w:pPr>
      <w:r>
        <w:t>The eight categories of zakat and the primacy of dawah</w:t>
      </w:r>
    </w:p>
    <w:p>
      <w:r>
        <w:rPr>
          <w:color w:val="666666"/>
          <w:sz w:val="18"/>
        </w:rPr>
        <w:t>Spirit of Zakat May 4, 2007 Maulana Wahiduddin Khan · 5m 55s · at 49:39 · https://youtu.be/oj5_5pFnmHk?t=2979</w:t>
      </w:r>
    </w:p>
    <w:p>
      <w:r>
        <w:rPr>
          <w:i/>
        </w:rPr>
        <w:t>“Look at Surah Tawbah — eight categories of zakat”</w:t>
      </w:r>
    </w:p>
    <w:p>
      <w:r>
        <w:rPr>
          <w:sz w:val="20"/>
        </w:rPr>
        <w:t>49:39  quran mein dekhiye, surah taubah</w:t>
      </w:r>
      <w:r>
        <w:br/>
      </w:r>
      <w:r>
        <w:rPr>
          <w:sz w:val="20"/>
        </w:rPr>
        <w:t>49:44  mein ek ayat hai, is mein yeh ayat hai ke innama assadaqatu lil fuqarai wal masakeeni wal amileena alaiha</w:t>
      </w:r>
      <w:r>
        <w:br/>
      </w:r>
      <w:r>
        <w:rPr>
          <w:sz w:val="20"/>
        </w:rPr>
        <w:t>49:53  wa fi ar riqabi is tarah se ayat hai jis mein aath maddein batai gayi hain. aath maddein. to jis aadmi ko detail mein janna ho ke zakat ki maddein kya hain, kahan kahan zakat ke paise ko kharch karna hai,</w:t>
      </w:r>
      <w:r>
        <w:br/>
      </w:r>
      <w:r>
        <w:rPr>
          <w:sz w:val="20"/>
        </w:rPr>
        <w:t>50:09  to is ayat ka mutala kar sakta hai woh. is ayat, koi bhi tafsir aap ke pas ho, us tafsir mein aap ko yeh ayat mil jayegi.</w:t>
      </w:r>
      <w:r>
        <w:br/>
      </w:r>
      <w:r>
        <w:rPr>
          <w:sz w:val="20"/>
        </w:rPr>
        <w:t>50:18  surah taubah mein innama assadaqatu lil fuqarai wal masakeeni wal amileena alaiha</w:t>
      </w:r>
      <w:r>
        <w:br/>
      </w:r>
      <w:r>
        <w:rPr>
          <w:sz w:val="20"/>
        </w:rPr>
        <w:t>50:28  to is ayat mein dekhiye,</w:t>
      </w:r>
      <w:r>
        <w:br/>
      </w:r>
      <w:r>
        <w:rPr>
          <w:sz w:val="20"/>
        </w:rPr>
        <w:t>50:35  aath maddein batai gayi hain. to woh aath maddein jo hain, woh kya kya hain? fuqara aur masakeen, yani ghareeb log.</w:t>
      </w:r>
      <w:r>
        <w:br/>
      </w:r>
      <w:r>
        <w:rPr>
          <w:sz w:val="20"/>
        </w:rPr>
        <w:t>50:47  ghareeb logon ke upar kharch karna hai.</w:t>
      </w:r>
      <w:r>
        <w:br/>
      </w:r>
      <w:r>
        <w:rPr>
          <w:sz w:val="20"/>
        </w:rPr>
        <w:t>50:51  is tarah se woh log jo masayib mein phans gaye hon, jaise musafir, ghar mein to is ke pas jeene ke liye saman maujood hai, lekin safar mein gaya, wahan phans gaya woh.</w:t>
      </w:r>
      <w:r>
        <w:br/>
      </w:r>
      <w:r>
        <w:rPr>
          <w:sz w:val="20"/>
        </w:rPr>
        <w:t>51:02  to ek woh log hain jo fuqara aur masakeen hain, jin ke pas kam paisa hai, aamdani nahin hai. ek woh log hain, yani mustaqil taur par woh masle se dochar hain.</w:t>
      </w:r>
      <w:r>
        <w:br/>
      </w:r>
      <w:r>
        <w:rPr>
          <w:sz w:val="20"/>
        </w:rPr>
        <w:t>51:15  ek woh hai jo musafir hota hai, ghar par woh ho to ghar par is ke liye saman hota hai, lekin safar mein kabhi phans jata hai to is ko bhi aap zakat ki mad se de sakte hain.</w:t>
      </w:r>
      <w:r>
        <w:br/>
      </w:r>
      <w:r>
        <w:rPr>
          <w:sz w:val="20"/>
        </w:rPr>
        <w:t>51:28  is tarah se jo musibaton mein phanse hue hon, maslan farz kiye ke woh muqadma tha un ke pas, un ke upar tawan lagaya gaya.</w:t>
      </w:r>
      <w:r>
        <w:br/>
      </w:r>
      <w:r>
        <w:rPr>
          <w:sz w:val="20"/>
        </w:rPr>
        <w:t>51:39  tawan nahin de paye woh, ab woh jail mein pade hue hain.</w:t>
      </w:r>
      <w:r>
        <w:br/>
      </w:r>
      <w:r>
        <w:rPr>
          <w:sz w:val="20"/>
        </w:rPr>
        <w:t>51:43  in ka tawan ada kar diya jaye taake woh jail se un ko chhutti mil jaye. yeh bhi zakat ki mad se diya ja sakta hai. is tarah se Allah ke raste mein ek mad yeh bhi hai ke Allah ke raste mein kharch karna.</w:t>
      </w:r>
      <w:r>
        <w:br/>
      </w:r>
      <w:r>
        <w:rPr>
          <w:sz w:val="20"/>
        </w:rPr>
        <w:t>51:58  Allah ke raste mein kharch karne se, jahan tak maine samjha hai, sab se bari mad jo hai, woh hai dawat ilal Allah.</w:t>
      </w:r>
      <w:r>
        <w:br/>
      </w:r>
      <w:r>
        <w:rPr>
          <w:sz w:val="20"/>
        </w:rPr>
        <w:t>52:07  Allah</w:t>
      </w:r>
      <w:r>
        <w:br/>
      </w:r>
      <w:r>
        <w:rPr>
          <w:sz w:val="20"/>
        </w:rPr>
        <w:t>52:08  ke raste mein kharch karne ka jo is ayat mein maujood hai, is se murad hai, jahan tak main samajhta hoon, dawat ilal Allah, yani Allah ke paigham ko doosron tak pahunchana.</w:t>
      </w:r>
      <w:r>
        <w:br/>
      </w:r>
      <w:r>
        <w:rPr>
          <w:sz w:val="20"/>
        </w:rPr>
        <w:t>52:23  main samajhta hoon ke yeh sab se bara kaam hai jo Allah ke raste mein kiya jata hai. yani Allah ne banaya hai is dunya ko</w:t>
      </w:r>
      <w:r>
        <w:br/>
      </w:r>
      <w:r>
        <w:rPr>
          <w:sz w:val="20"/>
        </w:rPr>
        <w:t>52:32  ab Khuda yeh chahta hai ke maut se pehle logon ko yeh maloom ho jaye ke What was the creation plan of God.</w:t>
      </w:r>
      <w:r>
        <w:br/>
      </w:r>
      <w:r>
        <w:rPr>
          <w:sz w:val="20"/>
        </w:rPr>
        <w:t>52:44  Khuda ka takhliqi naqsha kya tha? taake woh jaan len ke akhirat mein jab unhein jaancha jayega, is jaanch ka criterion kya hoga.</w:t>
      </w:r>
      <w:r>
        <w:br/>
      </w:r>
      <w:r>
        <w:rPr>
          <w:sz w:val="20"/>
        </w:rPr>
        <w:t>52:56  yeh bohat hi important baat hai ke log paida ho rahe hain, jeete hain, mar jaate hain.</w:t>
      </w:r>
      <w:r>
        <w:br/>
      </w:r>
      <w:r>
        <w:rPr>
          <w:sz w:val="20"/>
        </w:rPr>
        <w:t>53:03  lekin aap jante hain ke aasman se koi awaaz to aati nahin. Koi pahad par likha hua nahin hai. What is the purpose of life?</w:t>
      </w:r>
      <w:r>
        <w:br/>
      </w:r>
      <w:r>
        <w:rPr>
          <w:sz w:val="20"/>
        </w:rPr>
        <w:t>53:13  What is life and what is death? What is the day of judgment. yeh sab cheezein jo likhi hui nahin hain, Khuda ne apne paighambaron ke zariye bheji hain.</w:t>
      </w:r>
      <w:r>
        <w:br/>
      </w:r>
      <w:r>
        <w:rPr>
          <w:sz w:val="20"/>
        </w:rPr>
        <w:t>53:24  to in baaton, is message ko, yaani Khuda ki is scheme ko batana logon ko har zabaan mein, har zamane mein, har mauqe par, yeh hai dawat ilal Allah.</w:t>
      </w:r>
      <w:r>
        <w:br/>
      </w:r>
      <w:r>
        <w:rPr>
          <w:sz w:val="20"/>
        </w:rPr>
        <w:t>53:38  yeh Khuda ka sab se bara concern hai. Khuda yeh chahta hai ke log marne se pehle jaan lein. Yaani Khuda bekhabari mein na marein.</w:t>
      </w:r>
      <w:r>
        <w:br/>
      </w:r>
      <w:r>
        <w:rPr>
          <w:sz w:val="20"/>
        </w:rPr>
        <w:t>53:47  Khuda chahta hai ke log bekhabari mein na marein.</w:t>
      </w:r>
      <w:r>
        <w:br/>
      </w:r>
      <w:r>
        <w:rPr>
          <w:sz w:val="20"/>
        </w:rPr>
        <w:t>53:52  yeh na keh sakein wahan ja kar ke hamein koi pata hi nahin tha. Inna kunna ghafileen . Khuda ke samne jab pesh honge woh, to woh yeh na keh sakein ke hum to jante nahin the ke Day of Judgment hai, hisab kitab hai, jannat jahannum hai.</w:t>
      </w:r>
      <w:r>
        <w:br/>
      </w:r>
      <w:r>
        <w:rPr>
          <w:sz w:val="20"/>
        </w:rPr>
        <w:t>54:10  hamein to kuch pata nahin tha. To Khuda chahta hai ke in ki is bekhabari ko toda jaye.</w:t>
      </w:r>
      <w:r>
        <w:br/>
      </w:r>
      <w:r>
        <w:rPr>
          <w:sz w:val="20"/>
        </w:rPr>
        <w:t>54:19  woh sab kuch in ke ilm mein aa jaye. Taake jis ko hidayat lena hai, woh hidayat le. Jo hidayat nahin lena hai, to woh pakda jayega woh.</w:t>
      </w:r>
      <w:r>
        <w:br/>
      </w:r>
      <w:r>
        <w:rPr>
          <w:sz w:val="20"/>
        </w:rPr>
        <w:t>54:31  to logon ko Khuda ki is scheme se ba-khabar karna. Khuda ki logon ki bekhabari ko todna.</w:t>
      </w:r>
      <w:r>
        <w:br/>
      </w:r>
      <w:r>
        <w:rPr>
          <w:sz w:val="20"/>
        </w:rPr>
        <w:t>54:40  ke log marein to haalat-e-ghafalat mein na marein. Log marein to haalat-e-ghafalat mein na marein. Yeh hai dawat ilal Allah.</w:t>
      </w:r>
      <w:r>
        <w:br/>
      </w:r>
      <w:r>
        <w:rPr>
          <w:sz w:val="20"/>
        </w:rPr>
        <w:t>54:48  isi liye Quran mein is ko inzar aur basharat kaha gaya hai. Inzar aur basharat. Yaani warning dena. Aur good tiding dena.</w:t>
      </w:r>
      <w:r>
        <w:br/>
      </w:r>
      <w:r>
        <w:rPr>
          <w:sz w:val="20"/>
        </w:rPr>
        <w:t>55:00  Warning is baat ki ke agar tum ne Khuda ke scheme ke khilaf zindagi bitai is duniya mein, to tumhare liye hell hai.</w:t>
      </w:r>
      <w:r>
        <w:br/>
      </w:r>
      <w:r>
        <w:rPr>
          <w:sz w:val="20"/>
        </w:rPr>
        <w:t>55:11  Aur good tiding yeh ke agar tum ne Khuda ke hukumon ko follow kiya, to tumhare liye paradise hai.</w:t>
      </w:r>
      <w:r>
        <w:br/>
      </w:r>
      <w:r>
        <w:rPr>
          <w:sz w:val="20"/>
        </w:rPr>
        <w:t>55:18  to yeh dawat ilal Allah ko Quran mein kaha gaya hai inzar aur basharat. To yeh kaam jo hai, main samajhta hoon ke fi sabilillah mein sab se muqaddam yahi hai.</w:t>
      </w:r>
    </w:p>
    <w:p>
      <w:pPr>
        <w:pStyle w:val="Heading2"/>
      </w:pPr>
      <w:r>
        <w:t>Zakat as God's right and Israf</w:t>
      </w:r>
    </w:p>
    <w:p>
      <w:r>
        <w:rPr>
          <w:color w:val="666666"/>
          <w:sz w:val="18"/>
        </w:rPr>
        <w:t>Spirit of Zakat I May 4, 2007 · 5m 37s · at 0:54 · https://youtu.be/CSXO7LY_9cM?t=54</w:t>
      </w:r>
    </w:p>
    <w:p>
      <w:r>
        <w:rPr>
          <w:i/>
        </w:rPr>
        <w:t>“Aap jaante hain ke zakat Islam ke paanch bunyadi arkaan mein se”</w:t>
      </w:r>
    </w:p>
    <w:p>
      <w:r>
        <w:rPr>
          <w:sz w:val="20"/>
        </w:rPr>
        <w:t>0:54  aap jante hain ke zakat Islam ke panch bunyadi arkan mein se aik رکن hai. Panch cheezein jo Islam mein bunyadi taur par farz ki gayi hain, un mein se aik hai zakat. Zakat ka lafz aam taur par raaij ho gaya hai, warna Quran mein is ke liye teen lafz aa</w:t>
      </w:r>
      <w:r>
        <w:br/>
      </w:r>
      <w:r>
        <w:rPr>
          <w:sz w:val="20"/>
        </w:rPr>
        <w:t>1:24  ye hain: zakat, sadqat, aur infaq.</w:t>
      </w:r>
      <w:r>
        <w:br/>
      </w:r>
      <w:r>
        <w:rPr>
          <w:sz w:val="20"/>
        </w:rPr>
        <w:t>1:34  zakat, sadqat, aur infaq.</w:t>
      </w:r>
      <w:r>
        <w:br/>
      </w:r>
      <w:r>
        <w:rPr>
          <w:sz w:val="20"/>
        </w:rPr>
        <w:t>1:45  to ye alfaaz islam ki is taleem ko batate hain jo maal ya kamai se mutaliq hai.</w:t>
      </w:r>
      <w:r>
        <w:br/>
      </w:r>
      <w:r>
        <w:rPr>
          <w:sz w:val="20"/>
        </w:rPr>
        <w:t>1:56  islam ke tasawwur ke mutabiq aadmi jo kuch kamata hai, wo is ki zaati milkiyat nahi hai.</w:t>
      </w:r>
      <w:r>
        <w:br/>
      </w:r>
      <w:r>
        <w:rPr>
          <w:sz w:val="20"/>
        </w:rPr>
        <w:t>2:06  is liye ke is kamai mein aadmi jin cheezon ko istemal karta hai, wo sab ki sab khuda</w:t>
      </w:r>
      <w:r>
        <w:br/>
      </w:r>
      <w:r>
        <w:rPr>
          <w:sz w:val="20"/>
        </w:rPr>
        <w:t>2:16  ki di hui</w:t>
      </w:r>
      <w:r>
        <w:br/>
      </w:r>
      <w:r>
        <w:rPr>
          <w:sz w:val="20"/>
        </w:rPr>
        <w:t>2:26  hain.</w:t>
      </w:r>
      <w:r>
        <w:br/>
      </w:r>
      <w:r>
        <w:rPr>
          <w:sz w:val="20"/>
        </w:rPr>
        <w:t>2:31  aadmi ki apni zaat, is ka dimagh, is ki zuban, is ka kaan, is ki aankh, ye sab</w:t>
      </w:r>
      <w:r>
        <w:br/>
      </w:r>
      <w:r>
        <w:rPr>
          <w:sz w:val="20"/>
        </w:rPr>
        <w:t>2:36  kuch khuda ka diya hua hai.</w:t>
      </w:r>
      <w:r>
        <w:br/>
      </w:r>
      <w:r>
        <w:rPr>
          <w:sz w:val="20"/>
        </w:rPr>
        <w:t>2:42  inhin ko istemal kar ke wo kamai karta hai.</w:t>
      </w:r>
      <w:r>
        <w:br/>
      </w:r>
      <w:r>
        <w:rPr>
          <w:sz w:val="20"/>
        </w:rPr>
        <w:t>2:47  phir dekhiye, apni zaat ke bahar bohat sari cheezen hain jo agar na hon to aadmi kuch bhi</w:t>
      </w:r>
      <w:r>
        <w:br/>
      </w:r>
      <w:r>
        <w:rPr>
          <w:sz w:val="20"/>
        </w:rPr>
        <w:t>2:52  nahi kar sakta.</w:t>
      </w:r>
      <w:r>
        <w:br/>
      </w:r>
      <w:r>
        <w:rPr>
          <w:sz w:val="20"/>
        </w:rPr>
        <w:t>2:57  un ko kaha jata hai life support system.</w:t>
      </w:r>
      <w:r>
        <w:br/>
      </w:r>
      <w:r>
        <w:rPr>
          <w:sz w:val="20"/>
        </w:rPr>
        <w:t>3:02  jaisay suraj ki roshni.</w:t>
      </w:r>
      <w:r>
        <w:br/>
      </w:r>
      <w:r>
        <w:rPr>
          <w:sz w:val="20"/>
        </w:rPr>
        <w:t>3:07  aap jante hain, agar roshni na ho to sirf aankh se hum kuch dekh nahi sakte. hua.</w:t>
      </w:r>
      <w:r>
        <w:br/>
      </w:r>
      <w:r>
        <w:rPr>
          <w:sz w:val="20"/>
        </w:rPr>
        <w:t>3:12  agar hawa na ho to hum kaan se kuch sun nahi sakte.</w:t>
      </w:r>
      <w:r>
        <w:br/>
      </w:r>
      <w:r>
        <w:rPr>
          <w:sz w:val="20"/>
        </w:rPr>
        <w:t>3:18  zuban se bolen.</w:t>
      </w:r>
      <w:r>
        <w:br/>
      </w:r>
      <w:r>
        <w:rPr>
          <w:sz w:val="20"/>
        </w:rPr>
        <w:t>3:23  zuban se bolen to doosre ko wo sunai nahi dega.</w:t>
      </w:r>
      <w:r>
        <w:br/>
      </w:r>
      <w:r>
        <w:rPr>
          <w:sz w:val="20"/>
        </w:rPr>
        <w:t>3:28  zameen mein jo kashish hai, agar wo na ho to hum na is par chal saken, na is</w:t>
      </w:r>
      <w:r>
        <w:br/>
      </w:r>
      <w:r>
        <w:rPr>
          <w:sz w:val="20"/>
        </w:rPr>
        <w:t>3:34  par ghar bana saken.</w:t>
      </w:r>
      <w:r>
        <w:br/>
      </w:r>
      <w:r>
        <w:rPr>
          <w:sz w:val="20"/>
        </w:rPr>
        <w:t>3:40  to is tarah ki in gint cheezen hain, in gint cheezen hain, jo goya ke khudai infrastructure hain,</w:t>
      </w:r>
      <w:r>
        <w:br/>
      </w:r>
      <w:r>
        <w:rPr>
          <w:sz w:val="20"/>
        </w:rPr>
        <w:t>3:46  ya life support system kaha jata hai in ko.</w:t>
      </w:r>
      <w:r>
        <w:br/>
      </w:r>
      <w:r>
        <w:rPr>
          <w:sz w:val="20"/>
        </w:rPr>
        <w:t>3:52  to ye cheezen agar na hon to aadmi koi bhi kaam nahi kar sakta.</w:t>
      </w:r>
      <w:r>
        <w:br/>
      </w:r>
      <w:r>
        <w:rPr>
          <w:sz w:val="20"/>
        </w:rPr>
        <w:t>3:58  to jo aadmi paisa kamata hai, jo maal kamata hai, is mein agar dekha jaye to insan ka</w:t>
      </w:r>
      <w:r>
        <w:br/>
      </w:r>
      <w:r>
        <w:rPr>
          <w:sz w:val="20"/>
        </w:rPr>
        <w:t>4:04  sirf insaan ka jo hissa hai, woh sirf irade ke qadr hai.</w:t>
      </w:r>
      <w:r>
        <w:br/>
      </w:r>
      <w:r>
        <w:rPr>
          <w:sz w:val="20"/>
        </w:rPr>
        <w:t>4:10  yani is ne irada kiya ke woh kamai kare. bas.</w:t>
      </w:r>
      <w:r>
        <w:br/>
      </w:r>
      <w:r>
        <w:rPr>
          <w:sz w:val="20"/>
        </w:rPr>
        <w:t>4:16  irade ke bahar jo kuch bhi is ne kiya, woh sab Khuda ka diya hua tha.</w:t>
      </w:r>
      <w:r>
        <w:br/>
      </w:r>
      <w:r>
        <w:rPr>
          <w:sz w:val="20"/>
        </w:rPr>
        <w:t>4:22  yani aik par</w:t>
      </w:r>
      <w:r>
        <w:br/>
      </w:r>
      <w:r>
        <w:rPr>
          <w:sz w:val="20"/>
        </w:rPr>
        <w:t>4:28  cent se bhi kam hai aadmi ka apna hissa.</w:t>
      </w:r>
      <w:r>
        <w:br/>
      </w:r>
      <w:r>
        <w:rPr>
          <w:sz w:val="20"/>
        </w:rPr>
        <w:t>4:34  is liye kaha gaya ke yeh sab وَاتُو حَقَّهُ يَوْمَ حَسَابِهِ۔</w:t>
      </w:r>
      <w:r>
        <w:br/>
      </w:r>
      <w:r>
        <w:rPr>
          <w:sz w:val="20"/>
        </w:rPr>
        <w:t>4:41  yani Khuda ka haq do.</w:t>
      </w:r>
      <w:r>
        <w:br/>
      </w:r>
      <w:r>
        <w:rPr>
          <w:sz w:val="20"/>
        </w:rPr>
        <w:t>4:47  apni kamai mein se Khuda ka haq do.</w:t>
      </w:r>
      <w:r>
        <w:br/>
      </w:r>
      <w:r>
        <w:rPr>
          <w:sz w:val="20"/>
        </w:rPr>
        <w:t>4:53  to yeh jo zakat hai ya ushr hai, yeh insaan ka atiya nahi hai.</w:t>
      </w:r>
      <w:r>
        <w:br/>
      </w:r>
      <w:r>
        <w:rPr>
          <w:sz w:val="20"/>
        </w:rPr>
        <w:t>4:59  yeh Khuda ka haq hai jis ko woh lotata hai.</w:t>
      </w:r>
      <w:r>
        <w:br/>
      </w:r>
      <w:r>
        <w:rPr>
          <w:sz w:val="20"/>
        </w:rPr>
        <w:t>5:06  وَاتُو حَقَّهُ يَوْمَ حَسَابِهِ۔</w:t>
      </w:r>
      <w:r>
        <w:br/>
      </w:r>
      <w:r>
        <w:rPr>
          <w:sz w:val="20"/>
        </w:rPr>
        <w:t>5:12  is ko kaha gaya hai haq ul maal.</w:t>
      </w:r>
      <w:r>
        <w:br/>
      </w:r>
      <w:r>
        <w:rPr>
          <w:sz w:val="20"/>
        </w:rPr>
        <w:t>5:18  to Islam ka jo tasawwur hai, woh yeh hai ke aadmi jab deta hai apne maal mein se,</w:t>
      </w:r>
      <w:r>
        <w:br/>
      </w:r>
      <w:r>
        <w:rPr>
          <w:sz w:val="20"/>
        </w:rPr>
        <w:t>5:24  to woh apni cheez nahi deta, balkeh Khuda hi ki cheez hoti hai</w:t>
      </w:r>
      <w:r>
        <w:br/>
      </w:r>
      <w:r>
        <w:rPr>
          <w:sz w:val="20"/>
        </w:rPr>
        <w:t>5:30  jis ko woh Khuda ki taraf lotata hai.</w:t>
      </w:r>
      <w:r>
        <w:br/>
      </w:r>
      <w:r>
        <w:rPr>
          <w:sz w:val="20"/>
        </w:rPr>
        <w:t>5:35  ab dekhiye ke is ke liye zakat ka lafz jo istemal kiya gaya, yeh bhi bohat ba-maani hai.</w:t>
      </w:r>
      <w:r>
        <w:br/>
      </w:r>
      <w:r>
        <w:rPr>
          <w:sz w:val="20"/>
        </w:rPr>
        <w:t>5:40  bohat ba-maani hai.</w:t>
      </w:r>
      <w:r>
        <w:br/>
      </w:r>
      <w:r>
        <w:rPr>
          <w:sz w:val="20"/>
        </w:rPr>
        <w:t>5:46  zakat ka ulta israf hai.</w:t>
      </w:r>
      <w:r>
        <w:br/>
      </w:r>
      <w:r>
        <w:rPr>
          <w:sz w:val="20"/>
        </w:rPr>
        <w:t>5:51  maal ke muamle mein aik rawaiyya woh hai jis ko israf kaha gaya.</w:t>
      </w:r>
      <w:r>
        <w:br/>
      </w:r>
      <w:r>
        <w:rPr>
          <w:sz w:val="20"/>
        </w:rPr>
        <w:t>5:56  doosra rawaiyya woh hai jis ko zakat kaha gaya.</w:t>
      </w:r>
      <w:r>
        <w:br/>
      </w:r>
      <w:r>
        <w:rPr>
          <w:sz w:val="20"/>
        </w:rPr>
        <w:t>6:01  in dono lafzon ko agar samajh liya jaye to maal ke muamle mein Islam ki taleem poori tarah</w:t>
      </w:r>
      <w:r>
        <w:br/>
      </w:r>
      <w:r>
        <w:rPr>
          <w:sz w:val="20"/>
        </w:rPr>
        <w:t>6:07  wazeh ho jati hai.</w:t>
      </w:r>
      <w:r>
        <w:br/>
      </w:r>
      <w:r>
        <w:rPr>
          <w:sz w:val="20"/>
        </w:rPr>
        <w:t>6:13  یعنی جس کو میں کہوں گا کہ art of money management.</w:t>
      </w:r>
      <w:r>
        <w:br/>
      </w:r>
      <w:r>
        <w:rPr>
          <w:sz w:val="20"/>
        </w:rPr>
        <w:t>6:19  Islami nuqta nazar se money management sab kuch aadmi jaan le ga agar woh in do lafzon ko samajh le.</w:t>
      </w:r>
      <w:r>
        <w:br/>
      </w:r>
      <w:r>
        <w:rPr>
          <w:sz w:val="20"/>
        </w:rPr>
        <w:t>6:25  ab dekhiye ke israf kya hai?</w:t>
      </w:r>
    </w:p>
    <w:p>
      <w:pPr>
        <w:pStyle w:val="Heading2"/>
      </w:pPr>
      <w:r>
        <w:t>Discovering the Prophet never called any land Dar al-Islam</w:t>
      </w:r>
    </w:p>
    <w:p>
      <w:r>
        <w:rPr>
          <w:color w:val="666666"/>
          <w:sz w:val="18"/>
        </w:rPr>
        <w:t>The Spirit Hajj December 10, 2006 · 4m 43s · at 1:32:25 · https://youtu.be/ZpChhBy6lvU?t=5545</w:t>
      </w:r>
    </w:p>
    <w:p>
      <w:r>
        <w:rPr>
          <w:i/>
        </w:rPr>
        <w:t>“Hum bachpan se, yani jab madrase mein padhte the”</w:t>
      </w:r>
    </w:p>
    <w:p>
      <w:r>
        <w:rPr>
          <w:sz w:val="20"/>
        </w:rPr>
        <w:t>1:32:25  yeh mera aik tajurba tha. aik aur tajurba mein arz karoon ke jab mein wahan gaya makkah aur madinah mein. to aik bari ajeeb baat mujhe daryaft hui.</w:t>
      </w:r>
      <w:r>
        <w:br/>
      </w:r>
      <w:r>
        <w:rPr>
          <w:sz w:val="20"/>
        </w:rPr>
        <w:t>1:32:37  dekhiye hum bachpan se yaani matlab jab madrasay mein parhtay thay. tab se. ke hum suntay aaye thay ke dunya jo hai teen is mein ilaqon mein bati hui hai.</w:t>
      </w:r>
      <w:r>
        <w:br/>
      </w:r>
      <w:r>
        <w:rPr>
          <w:sz w:val="20"/>
        </w:rPr>
        <w:t>1:32:48  dar-ul-kufar dar-ul-harb dar-ul-islam. yeh madrasay se hum parh kar niklay. aur yeh basa hua tha hamaray zehn mein. ke dunya mein ya to koi dar-ul-kufar hai ya dar-ul-harb hai ya dar-ul-islam hai bas.</w:t>
      </w:r>
      <w:r>
        <w:br/>
      </w:r>
      <w:r>
        <w:rPr>
          <w:sz w:val="20"/>
        </w:rPr>
        <w:t>1:33:00  kitabon mein aisa bataya gaya hai. yeh baat kitabon mein batai gayi</w:t>
      </w:r>
      <w:r>
        <w:br/>
      </w:r>
      <w:r>
        <w:rPr>
          <w:sz w:val="20"/>
        </w:rPr>
        <w:t>1:33:05  hai. yehi hamaray zehn mein basi hui thi madrasay ki taleem ke. wajah se. ab jab mein wahan pohancha. to jab makkah mein tha mein.</w:t>
      </w:r>
      <w:r>
        <w:br/>
      </w:r>
      <w:r>
        <w:rPr>
          <w:sz w:val="20"/>
        </w:rPr>
        <w:t>1:33:16  to mein socha ke aik waqt tha jab makkah mein sirf mushrik log thay. mushrik log thay sab ke sab. to kiya rasool Allah ne kaha ke yeh dar-ul-kufar hai.</w:t>
      </w:r>
      <w:r>
        <w:br/>
      </w:r>
      <w:r>
        <w:rPr>
          <w:sz w:val="20"/>
        </w:rPr>
        <w:t>1:33:30  dekhiye sawal jo hai woh. aap ko jab agar sawal karna janiye aap. to aap ko daryaft hoti hai.</w:t>
      </w:r>
      <w:r>
        <w:br/>
      </w:r>
      <w:r>
        <w:rPr>
          <w:sz w:val="20"/>
        </w:rPr>
        <w:t>1:33:39  baghair sawal ke koi daryaft nahi hoti. yeh bohat hi aham baat hai. ke rooh-e-tahqeeq jo hai woh aap ko daryaft tak le aati hai.</w:t>
      </w:r>
      <w:r>
        <w:br/>
      </w:r>
      <w:r>
        <w:rPr>
          <w:sz w:val="20"/>
        </w:rPr>
        <w:t>1:33:49  aksar log jo daryaft nahi kar paatay us ki wajah hai ke un ke andar rooh-e-tahqeeq nahi hai.</w:t>
      </w:r>
      <w:r>
        <w:br/>
      </w:r>
      <w:r>
        <w:rPr>
          <w:sz w:val="20"/>
        </w:rPr>
        <w:t>1:33:55  to mere andar aik rooh us waqt aai. ke aakhir yehi makkah to tha. saaray ke saaray yahan par kafir aur mushrik thay. to kiya rasool Allah ne ailaan kiya ke makkah dar-ul-kufar hai.</w:t>
      </w:r>
      <w:r>
        <w:br/>
      </w:r>
      <w:r>
        <w:rPr>
          <w:sz w:val="20"/>
        </w:rPr>
        <w:t>1:34:09  acha phir mein ne socha. ke rasool Allah jab yahan se hijrat kar ke madinah gaye. to kiya hua.</w:t>
      </w:r>
      <w:r>
        <w:br/>
      </w:r>
      <w:r>
        <w:rPr>
          <w:sz w:val="20"/>
        </w:rPr>
        <w:t>1:34:18  ke makkah jo hai. in logon ne jo log rehtay thay wahan par mushrikeen. unhon ne aap par hamla kiya ladaai chhir gayi. kiya hua makkah jo hai dar-ul-harb ban gaya.</w:t>
      </w:r>
      <w:r>
        <w:br/>
      </w:r>
      <w:r>
        <w:rPr>
          <w:sz w:val="20"/>
        </w:rPr>
        <w:t>1:34:30  yaani makkah walon se rasool Allah ki ladaai chhir gayi. to kiya rasool Allah ne ailaan kiya ke makkah jo hai dar-ul-harb hai.</w:t>
      </w:r>
      <w:r>
        <w:br/>
      </w:r>
      <w:r>
        <w:rPr>
          <w:sz w:val="20"/>
        </w:rPr>
        <w:t>1:34:39  nahin. phir mein madinah gaya. to mein ne dekha ke madinah mein. ehsaas hua ke aik waqt tha ke madinah jo hai. woh bhi mushrik log rehtay thay wahan.</w:t>
      </w:r>
      <w:r>
        <w:br/>
      </w:r>
      <w:r>
        <w:rPr>
          <w:sz w:val="20"/>
        </w:rPr>
        <w:t>1:34:50  aik waqt aaya ke logon ne islam qabool kar liya aur poora madinah islami ho gaya. aur pehli riyasat wahan qaim hui madinah mein rasool Allah ke.</w:t>
      </w:r>
      <w:r>
        <w:br/>
      </w:r>
      <w:r>
        <w:rPr>
          <w:sz w:val="20"/>
        </w:rPr>
        <w:t>1:35:01  is ke sarbarah thay. rasool Allah ke sarbarah thay aur pehli islami riyasat madinah mein bani.</w:t>
      </w:r>
      <w:r>
        <w:br/>
      </w:r>
      <w:r>
        <w:rPr>
          <w:sz w:val="20"/>
        </w:rPr>
        <w:t>1:35:07  mein ne socha kiya rasool Allah ne ailaan kiya. ke madinah jo hai dar-ul-islam hai. to nahin. jawab mila ke na to aap ne makkah ko dar-ul-kufar kaha.</w:t>
      </w:r>
      <w:r>
        <w:br/>
      </w:r>
      <w:r>
        <w:rPr>
          <w:sz w:val="20"/>
        </w:rPr>
        <w:t>1:35:18  na makkah ko baat ko aap ne dar-ul-harb bataya. na madinah ko dar-ul-islam bataya. is se mujhe aik daryaft hui. ke yeh saari bid'at hai bid'at.</w:t>
      </w:r>
      <w:r>
        <w:br/>
      </w:r>
      <w:r>
        <w:rPr>
          <w:sz w:val="20"/>
        </w:rPr>
        <w:t>1:35:27  yeh jo kitabon mein bhari hui hai.</w:t>
      </w:r>
      <w:r>
        <w:br/>
      </w:r>
      <w:r>
        <w:rPr>
          <w:sz w:val="20"/>
        </w:rPr>
        <w:t>1:35:31  kyun ke hadith mein dekhiye aata hai. ke mun</w:t>
      </w:r>
      <w:r>
        <w:br/>
      </w:r>
      <w:r>
        <w:rPr>
          <w:sz w:val="20"/>
        </w:rPr>
        <w:t>1:35:38  ke jo aadmi hamaray deen mein koi nai baat nikale jo is mein nahi hai woh mustarad hai woh. woh mustarad hai.</w:t>
      </w:r>
      <w:r>
        <w:br/>
      </w:r>
      <w:r>
        <w:rPr>
          <w:sz w:val="20"/>
        </w:rPr>
        <w:t>1:35:47  to aap bataiye ke makkah madinah par wohi. cheez guzri jis ko hum ne fiqh mein. le kar ke yeh sab istilaahaat banai hain.</w:t>
      </w:r>
      <w:r>
        <w:br/>
      </w:r>
      <w:r>
        <w:rPr>
          <w:sz w:val="20"/>
        </w:rPr>
        <w:t>1:35:59  to jab woh sab guzra wahan makkah madinah mein. waisi hi halat paida hui wahan par. aur rasool Allah ne nahi kaha ke yeh dar-ul-islam hai dar-ul-harb hai dar-ul-kufar hai.</w:t>
      </w:r>
      <w:r>
        <w:br/>
      </w:r>
      <w:r>
        <w:rPr>
          <w:sz w:val="20"/>
        </w:rPr>
        <w:t>1:36:09  to doosra kaun haq rakhta hai is baat ka. yeh aam fehm hi galat hai sarr-e-se. yeh mujhe daryaft hui. yeh jo aam fehm hai ke kisi ko aap kehte hain dar-ul-harb kisi ko kehte hain dar-ul-kufar kisi ko dar-ul-islam yeh sab ka sab bilkul bid'at hai.</w:t>
      </w:r>
      <w:r>
        <w:br/>
      </w:r>
      <w:r>
        <w:rPr>
          <w:sz w:val="20"/>
        </w:rPr>
        <w:t>1:36:25  aap ko haq nahi hai kisi mulk ko ailaan karein ke yeh dar-ul-islam hai aap saada is ka naam lijiye. jab wahan par madina mein riyasat bani tab bhi woh madina kaha gaya.</w:t>
      </w:r>
      <w:r>
        <w:br/>
      </w:r>
      <w:r>
        <w:rPr>
          <w:sz w:val="20"/>
        </w:rPr>
        <w:t>1:36:37  dar-ul-islam nahi kaha gaya. to aaj jo log ailaan karte hain ke hamara mulk jo hai islami jamhuriya yeh hai islami jamhuriya woh hai. sab bilkul bid'at karte hain.</w:t>
      </w:r>
      <w:r>
        <w:br/>
      </w:r>
      <w:r>
        <w:rPr>
          <w:sz w:val="20"/>
        </w:rPr>
        <w:t>1:36:47  har mulk ka wahi naam hoga jo naam is ka hai. aap pakistan ko sirf pakistan kahiye iran ko sirf iran kahiye arab ko sirf arab kahiye. aap ko haq nahi hai ke aap is ko islami jamhuriya kahein is ko dar-ul-islam kahein.</w:t>
      </w:r>
      <w:r>
        <w:br/>
      </w:r>
      <w:r>
        <w:rPr>
          <w:sz w:val="20"/>
        </w:rPr>
        <w:t>1:37:00  kyun rasool Allah ne aisa nahi kiya. yaani kitni bari daryaft mujhe hui hai. ek dilchasp daryaft.</w:t>
      </w:r>
    </w:p>
    <w:p>
      <w:pPr>
        <w:pStyle w:val="Heading2"/>
      </w:pPr>
      <w:r>
        <w:t>True prayer is remembrance of God not rituals</w:t>
      </w:r>
    </w:p>
    <w:p>
      <w:r>
        <w:rPr>
          <w:color w:val="666666"/>
          <w:sz w:val="18"/>
        </w:rPr>
        <w:t>Aspects of Quran &amp; Hadith in Islam (English) | March 20, 2007 | Maulana Wahiduddin Khan · 6m 05s · at 16:03 · https://youtu.be/CJd5YVgHP9k?t=963</w:t>
      </w:r>
    </w:p>
    <w:p>
      <w:r>
        <w:rPr>
          <w:i/>
        </w:rPr>
        <w:t>“Kuch rituals, ek set of rituals nahi hai.”</w:t>
      </w:r>
    </w:p>
    <w:p>
      <w:r>
        <w:rPr>
          <w:sz w:val="20"/>
        </w:rPr>
        <w:t>16:03  kuch rituals, a set of rituals nahi hai, koi rasmon ka majmooa nahi hai. namaz ka matlab yeh nahi hai ke aap kuch, kuch rasmi a'maal kar dein to namaz ho gayi. Hazrat Umar ke samne ek aadmi aaya, us ne ek aadmi ki, ek aur aadmi ki tareef ki ke bohat acha aadmi hai. to Hazrat Umar, jo ke doosre</w:t>
      </w:r>
      <w:r>
        <w:br/>
      </w:r>
      <w:r>
        <w:rPr>
          <w:sz w:val="20"/>
        </w:rPr>
        <w:t>16:33  Khalifa hain, unhon ne poocha: "kya tum ne is aadmi ke sath safar kiya hai?" us ne kaha ke nahi. phir aap ne poocha: "kya tum ne is se koi dealing hui hai tumhari? is se tumhari len den kuch hua, koi dealing hui hai?" to us ne kaha nahi. to Hazrat Umar ne farmaya ke phir tum ne is ko masjid mein uthte baithte dekha hoga. is par ghor far</w:t>
      </w:r>
      <w:r>
        <w:br/>
      </w:r>
      <w:r>
        <w:rPr>
          <w:sz w:val="20"/>
        </w:rPr>
        <w:t>17:03  maiye ke Khalifa Sani yeh keh rahe hain ke phir tum ne is ko masjid mein uthte baithte dekha hoga, yaani jis namaz mein us ki jo asal haqeeqat hai, woh maujood na ho, matlab woh character maujood na ho, to woh uthna baithna hai, sirf uthne baithne ki koi qeemat nahi. isi liye Quran mein hai ke</w:t>
      </w:r>
      <w:r>
        <w:br/>
      </w:r>
      <w:r>
        <w:rPr>
          <w:sz w:val="20"/>
        </w:rPr>
        <w:t>17:34  inna as salata tanha 'anil fashaa'i wal munkar namaz aadmi ko rokti hai buri baaton se aur ghalat baaton se. yahan par kya hai is ka matlab is ayat ka? yaani namaz ki yeh pehchan batai, yeh namaz ka criterion hai. sachi namaz ka criterion yeh hai ke aadmi buraiyon se ruk</w:t>
      </w:r>
      <w:r>
        <w:br/>
      </w:r>
      <w:r>
        <w:rPr>
          <w:sz w:val="20"/>
        </w:rPr>
        <w:t>18:05  ne wala ban gaya ho, buraiyon se rukne wala ban gaya ho. jo aadmi aisa ho ke namaz parhta ho, woh lekin woh buraiyon se rukne wala na bana ho, to us ki namaz Hazrat Umar ke alfaaz mein uthna baithna hai, ibadat nahi hai. aisi namaz ibadat nahi, uthna baithna hai. unhon ne jo farmaya ke "</w:t>
      </w:r>
      <w:r>
        <w:br/>
      </w:r>
      <w:r>
        <w:rPr>
          <w:sz w:val="20"/>
        </w:rPr>
        <w:t>18:36  kya tum ne safar kiya hai? kya tumhari dealing hui hai?" to aadmi ka character pehchana jata hai safar mein, aadmi ka character pehchana jata hai dealing ke waqt ke aadmi kaisa hai, us ke moral values kya hain, us ke akhlaqiyat kya hain, yeh pehchan mein aa jata hai aadmi. to Quran mein farmaya ke namaz ki pehchan ya namaz ka criterion</w:t>
      </w:r>
      <w:r>
        <w:br/>
      </w:r>
      <w:r>
        <w:rPr>
          <w:sz w:val="20"/>
        </w:rPr>
        <w:t>19:06  yeh hai ke aadmi buraiyon se rukne wala ban gaya ho, ghalat baaton se rukne wala ban gaya ho. agar aisa nahi hua to woh Hazrat Umar ke alfaaz mein woh aisa hai ke Hazrat Umar ke alfaaz mein us ki namaz goya uthna baithna hai, woh ibadat nahi hai. phir dekhiye ke namaz ki haqeeqat kya hai?</w:t>
      </w:r>
      <w:r>
        <w:br/>
      </w:r>
      <w:r>
        <w:rPr>
          <w:sz w:val="20"/>
        </w:rPr>
        <w:t>19:37  yeh waqia hai ke namaz ka ek form hai, namaz ka ek form hai, lekin us ki haqeeqat hai. maslan anar ko lijiye, anar jab aap kharidte hain to kis liye kharidte hain? is ka zahir hai ke chhilka hai, mota sa bohat, lekin chhilke ke liye to nahi kharidte aap. is ke andar jo daane hain, us ke liye kharidte hain. to anar ka chhilka is ka form hai, aur is ke andar jo daane hain, woh is ka</w:t>
      </w:r>
      <w:r>
        <w:br/>
      </w:r>
      <w:r>
        <w:rPr>
          <w:sz w:val="20"/>
        </w:rPr>
        <w:t>20:08  asal hai. isi tarah namaz bhi hai, is ka aik form hai. jab bhi aap dekhenge peR mein anar ko to bla form ke nahi hoga, wo aisa nahi hoga ke wahan daane latak rahe hon. anar jo hai, apne form ke sath hi hoga peR mein. lekin yeh bhi sahi hai ke anar ki asal haqeeqat jo hai, us ke us ke wo daane hain, na ke is ka oopar ka chhilka. isi tarah se</w:t>
      </w:r>
      <w:r>
        <w:br/>
      </w:r>
      <w:r>
        <w:rPr>
          <w:sz w:val="20"/>
        </w:rPr>
        <w:t>20:38  namaz jo hai, agarche is ka aik form hai: khada hona, ruku karna, sajda karna, hath baandhna, yeh sab cheezein is ke form hain. to namaz ka bilashuba aik form hai, lekin yeh formi sab kuch nahi hai. namaz ki aik haqeeqat hai, aik spirit hai. jab tak yeh spirit aur yeh haqeeqat na pa</w:t>
      </w:r>
      <w:r>
        <w:br/>
      </w:r>
      <w:r>
        <w:rPr>
          <w:sz w:val="20"/>
        </w:rPr>
        <w:t>21:08  ai jaye, to wo namaz namaz nahi. jaise ke rasool Allah ne aik bar dekha aik aadmi ko ke us ne form wali namaz to parh liya, lekin us ke andar wo spirit nahi thi jo hona chahiye. to aap ne farmaya ke إِرْجِ فَصَلِّ فَإِنَّكَ لَمْ تَصَلِّ jao phir se namaz parho, kyunke tum ne namaz nahi parhi. to quran mein bataya gaya hai ke namaz ki haqeeqat hai zikr</w:t>
      </w:r>
      <w:r>
        <w:br/>
      </w:r>
      <w:r>
        <w:rPr>
          <w:sz w:val="20"/>
        </w:rPr>
        <w:t>21:38  ۔ أَقِمِ الصَّلَاةَ لِذِكْرِي namaz qaim karo meri, mere zikr ke liye, mere zikr ke liye. quran mein doosri jagah farmaya ke وَاذْكُرُوا اللَّهَ ذِكْرًا كَثِيرًا Khuda ka bohat ziyada zikr karo. to ibadat ka, ibadat ka jo asal hai, ibadat, ibadat ki asal jo hai, wo zikr hai. ibadat ki asal haqeeqat</w:t>
      </w:r>
    </w:p>
    <w:p>
      <w:pPr>
        <w:pStyle w:val="Heading2"/>
      </w:pPr>
      <w:r>
        <w:t>Final conclusion on dua's essence and prayer</w:t>
      </w:r>
    </w:p>
    <w:p>
      <w:r>
        <w:rPr>
          <w:color w:val="666666"/>
          <w:sz w:val="18"/>
        </w:rPr>
        <w:t>Duaa | March 6, 2016 · 3m 31s · at 38:12 · https://youtu.be/4DBIpoNPcog?t=2292</w:t>
      </w:r>
    </w:p>
    <w:p>
      <w:r>
        <w:rPr>
          <w:i/>
        </w:rPr>
        <w:t>“Jab tak aap dua go ki rabani shakhsiyat na daryaft karein”</w:t>
      </w:r>
    </w:p>
    <w:p>
      <w:r>
        <w:rPr>
          <w:sz w:val="20"/>
        </w:rPr>
        <w:t>38:12  jab tak aap dua go ki rabbani shakhsiyat ko daryaft na karen, aap us dua ko samajh nahi sakte. is dua ke alfaaz milen ge aap ko, haqeeqat nahi mile gi. yeh aise hi hai jaise ke aik badam mile aap ko, to badam mein us ka aik chhilka hota hai, aik us ka maghz hota hai. to agar chhilka aap ko mil</w:t>
      </w:r>
      <w:r>
        <w:br/>
      </w:r>
      <w:r>
        <w:rPr>
          <w:sz w:val="20"/>
        </w:rPr>
        <w:t>38:42  jaye, to woh badam nahi mila aap ko, badam nahi mile ga jabke maghz mile aap ko. agar sirf chhilka mila to badam nahi mila aap ko. aise hi dua mein bhi agar sirf alfaaz mil gaye to dua nahi mili aap ko. to yeh baat us waqt samajh mein ati hai jab ke aap tadabbur karen, ghore o fikr karen,</w:t>
      </w:r>
      <w:r>
        <w:br/>
      </w:r>
      <w:r>
        <w:rPr>
          <w:sz w:val="20"/>
        </w:rPr>
        <w:t>39:13  background ko shamil kar ke dua ko samajhne ki koshish karen. aur dekhiye, zindagi mein hamesha tajrubaat hote hain, har subah shaam. aisa nahi ke kisi ki zindagi spot nahi hoti, spot zindagi to robot ki hoti hai. jo zinda insan hai, uski zindagi kabhi bhi spot nahi hoti, har</w:t>
      </w:r>
      <w:r>
        <w:br/>
      </w:r>
      <w:r>
        <w:rPr>
          <w:sz w:val="20"/>
        </w:rPr>
        <w:t>39:43  waqt kuch na kuch tajruba, har waqt kuch na kuch halaat, har waqt kuch na kuch up and down. to agar aap tayyar shakhs hain, agar aap ek prepared insan hain, to inhi halaat mein aap ko ism e aazam ki tofeeq milti rehti hai, milti rahegi. to ism e aazam ke halaat har insan ke liye</w:t>
      </w:r>
      <w:r>
        <w:br/>
      </w:r>
      <w:r>
        <w:rPr>
          <w:sz w:val="20"/>
        </w:rPr>
        <w:t>40:13  hamesha maujood rehte hain, har subah shaam. misaal ke taur par aap farz kijiye ke raat ko so kar uthe, raat ko soye, phir subah uthe to dekha aap pe suraj nikla hua hai, to aap ki dua nikli ke: "khudaya! main andhere mein ja chuka tha, phir tu ne meri zindagi ko ujala kar diya." isi tarah meri zindagi</w:t>
      </w:r>
      <w:r>
        <w:br/>
      </w:r>
      <w:r>
        <w:rPr>
          <w:sz w:val="20"/>
        </w:rPr>
        <w:t>40:43  mein hamesha mera madadgar ban ja, yani hamesha halaat agar aap ke andar zinda zehn hai, zinda aap ke andar bedaar zehn hai, to har, har, har subah shaam aise waqiaat paish aayenge jin ko aap ism e aazam ki dua mein tabdeel kar den. meri dua hai ke Allah taala mujhe aur aap ko</w:t>
      </w:r>
      <w:r>
        <w:br/>
      </w:r>
      <w:r>
        <w:rPr>
          <w:sz w:val="20"/>
        </w:rPr>
        <w:t>41:13  iski tofeeq ata farmaye. assalam o alaikum wa rehmatullahi. dua mein asal cheez hai dua karne wale ki kaifiyat, yani asal aitbaar alfaaz ka nahi, dua go ka hoga ke wo kis nafsiyat ke tehat is ne kaha hai. to is tarah agar dekha jaye to nabiyon ki jo duain Quran mein manqool hain, wo to sirf alfaaz hain, us ko un ke background ke sath joR kar dekhte hain, tabhi wo samajh mein aati hain. to mol</w:t>
      </w:r>
    </w:p>
    <w:p>
      <w:pPr>
        <w:pStyle w:val="Heading2"/>
      </w:pPr>
      <w:r>
        <w:t>Personal forgiveness and Ramadan spirit</w:t>
      </w:r>
    </w:p>
    <w:p>
      <w:r>
        <w:rPr>
          <w:color w:val="666666"/>
          <w:sz w:val="18"/>
        </w:rPr>
        <w:t>Ramazan Training for Leading A Cautious Life April 24, 2020 Maulana Wahiduddin Khan · 3m 29s · at 17:21 · https://youtu.be/IBChjhcEDh0?t=1041</w:t>
      </w:r>
    </w:p>
    <w:p>
      <w:r>
        <w:rPr>
          <w:i/>
        </w:rPr>
        <w:t>“Ramzan ko ehtiyat wali zindagi guzarne ka zariya banaein”</w:t>
      </w:r>
    </w:p>
    <w:p>
      <w:r>
        <w:rPr>
          <w:sz w:val="20"/>
        </w:rPr>
        <w:t>17:21  to behal mein aap logon se yeh kehta hoon ke ramzan ko ehtiyat wali zindagi guzarnay ka zariya banayein aur phir poore saal ke liye</w:t>
      </w:r>
      <w:r>
        <w:br/>
      </w:r>
      <w:r>
        <w:rPr>
          <w:sz w:val="20"/>
        </w:rPr>
        <w:t>17:38  isi ko apni aadat bana lein.</w:t>
      </w:r>
      <w:r>
        <w:br/>
      </w:r>
      <w:r>
        <w:rPr>
          <w:sz w:val="20"/>
        </w:rPr>
        <w:t>17:45  Allah, meri dua hai ke Allah hum sab ko tofeeq de.</w:t>
      </w:r>
      <w:r>
        <w:br/>
      </w:r>
      <w:r>
        <w:rPr>
          <w:sz w:val="20"/>
        </w:rPr>
        <w:t>17:54  mein apne bare mein keh sakta hoon ke</w:t>
      </w:r>
      <w:r>
        <w:br/>
      </w:r>
      <w:r>
        <w:rPr>
          <w:sz w:val="20"/>
        </w:rPr>
        <w:t>18:01  parson mein ne socha ek sahib ke baray mein,</w:t>
      </w:r>
      <w:r>
        <w:br/>
      </w:r>
      <w:r>
        <w:rPr>
          <w:sz w:val="20"/>
        </w:rPr>
        <w:t>18:09  un se mera ek len den ka masla hua tha. to wo mujh se ikhtilafat ho gaye thay,</w:t>
      </w:r>
      <w:r>
        <w:br/>
      </w:r>
      <w:r>
        <w:rPr>
          <w:sz w:val="20"/>
        </w:rPr>
        <w:t>18:26  mein un ko ghalat samajhta tha,</w:t>
      </w:r>
      <w:r>
        <w:br/>
      </w:r>
      <w:r>
        <w:rPr>
          <w:sz w:val="20"/>
        </w:rPr>
        <w:t>18:31  kai saal se un ko ghalat samajhta tha. ghalat samajhne ki wajah se un ke baray mein mere dil mein ek negative thought tha, negative.</w:t>
      </w:r>
      <w:r>
        <w:br/>
      </w:r>
      <w:r>
        <w:rPr>
          <w:sz w:val="20"/>
        </w:rPr>
        <w:t>18:46  to kal mein ne yeh kiya</w:t>
      </w:r>
      <w:r>
        <w:br/>
      </w:r>
      <w:r>
        <w:rPr>
          <w:sz w:val="20"/>
        </w:rPr>
        <w:t>18:51  ke mein ne yeh tay kiya ke chahe ghalati meri ho ya un ki, chahe ghalati meri ho ya un ki, mein ne un ko maaf kar diya</w:t>
      </w:r>
      <w:r>
        <w:br/>
      </w:r>
      <w:r>
        <w:rPr>
          <w:sz w:val="20"/>
        </w:rPr>
        <w:t>19:07  aur apne dil se nikal diya.</w:t>
      </w:r>
      <w:r>
        <w:br/>
      </w:r>
      <w:r>
        <w:rPr>
          <w:sz w:val="20"/>
        </w:rPr>
        <w:t>19:11  mein ne shikayat ko, negative thought ko nikal diya aur phir mein un ke liye dua karne laga, dua karne laga.</w:t>
      </w:r>
      <w:r>
        <w:br/>
      </w:r>
      <w:r>
        <w:rPr>
          <w:sz w:val="20"/>
        </w:rPr>
        <w:t>19:28  to mein aap logon se yeh guzarish karta hoon ke aap Ramadan ko is ki spirit ke sath guzarna seekhein,</w:t>
      </w:r>
      <w:r>
        <w:br/>
      </w:r>
      <w:r>
        <w:rPr>
          <w:sz w:val="20"/>
        </w:rPr>
        <w:t>19:43  ehtiyat wali spirit,</w:t>
      </w:r>
      <w:r>
        <w:br/>
      </w:r>
      <w:r>
        <w:rPr>
          <w:sz w:val="20"/>
        </w:rPr>
        <w:t>19:48  rasm nahi, rasm ke tor par nahi, balkeh spirit.</w:t>
      </w:r>
      <w:r>
        <w:br/>
      </w:r>
      <w:r>
        <w:rPr>
          <w:sz w:val="20"/>
        </w:rPr>
        <w:t>19:59  spirit yeh hai ji bach kar aana, jaise ghoda bach kar chalta hai.</w:t>
      </w:r>
      <w:r>
        <w:br/>
      </w:r>
      <w:r>
        <w:rPr>
          <w:sz w:val="20"/>
        </w:rPr>
        <w:t>20:10  meri dua hai ke Allah taala hum sab ko tofeeq de ke hum</w:t>
      </w:r>
      <w:r>
        <w:br/>
      </w:r>
      <w:r>
        <w:rPr>
          <w:sz w:val="20"/>
        </w:rPr>
        <w:t>20:15  spirit wali namaz, spirit wali roza, har cheez spirit wali ikhtiyar karein. Allah taala qabool farmaye aur</w:t>
      </w:r>
      <w:r>
        <w:br/>
      </w:r>
      <w:r>
        <w:rPr>
          <w:sz w:val="20"/>
        </w:rPr>
        <w:t>20:29  hamari ghaltiyon ko maaf kare. Assalam o alaikum wa rehmatullah</w:t>
      </w:r>
      <w:r>
        <w:br/>
      </w:r>
      <w:r>
        <w:rPr>
          <w:sz w:val="20"/>
        </w:rPr>
        <w:t>20:51  Maulana sahib, Doctor Rajat Malhotra ka ek comment hai. A rozay daar has to tread carefully in every matter. A very important tho</w:t>
      </w:r>
    </w:p>
    <w:p>
      <w:pPr>
        <w:pStyle w:val="Heading2"/>
      </w:pPr>
      <w:r>
        <w:t>Galileo, science, and the Creator science left out</w:t>
      </w:r>
    </w:p>
    <w:p>
      <w:r>
        <w:rPr>
          <w:color w:val="666666"/>
          <w:sz w:val="18"/>
        </w:rPr>
        <w:t>The Message of Eid Al- Adha November 6, 2011 - Maulana Wahiduddin Khan · 4m 47s · at 7:59 · https://youtu.be/jRx-8VFlR9Q?t=479</w:t>
      </w:r>
    </w:p>
    <w:p>
      <w:r>
        <w:rPr>
          <w:i/>
        </w:rPr>
        <w:t>“Galileo, jo Italy ka bahut bara scientist tha”</w:t>
      </w:r>
    </w:p>
    <w:p>
      <w:r>
        <w:rPr>
          <w:sz w:val="20"/>
        </w:rPr>
        <w:t>7:59  galileo, jo Italy ka bahut bada scientist tha, us ki wafat hui hai 1642 isvi mein.</w:t>
      </w:r>
      <w:r>
        <w:br/>
      </w:r>
      <w:r>
        <w:rPr>
          <w:sz w:val="20"/>
        </w:rPr>
        <w:t>8:12  1642. is ko kaha jata hai ke woh "he led the foundation stone of modern science".</w:t>
      </w:r>
      <w:r>
        <w:br/>
      </w:r>
      <w:r>
        <w:rPr>
          <w:sz w:val="20"/>
        </w:rPr>
        <w:t>8:26  us ne modern science ka sing buniyad rakha. us ne kya kiya? us ne ek bahut hi</w:t>
      </w:r>
      <w:r>
        <w:br/>
      </w:r>
      <w:r>
        <w:rPr>
          <w:sz w:val="20"/>
        </w:rPr>
        <w:t>8:40  is mazhab ke aitbaar se bahut hi serious cheez ki. he separated the measurable from non-measurable.</w:t>
      </w:r>
      <w:r>
        <w:br/>
      </w:r>
      <w:r>
        <w:rPr>
          <w:sz w:val="20"/>
        </w:rPr>
        <w:t>8:53  he separated the qualitative aspect of things from quantitative aspect. to poori science chal padi.</w:t>
      </w:r>
      <w:r>
        <w:br/>
      </w:r>
      <w:r>
        <w:rPr>
          <w:sz w:val="20"/>
        </w:rPr>
        <w:t>9:05  science naam hai nature ki tehqeeq ka, lekin nature mein kis baat ki tehqeeq karti hai science? sirf form ki, spirit ki nahin.</w:t>
      </w:r>
      <w:r>
        <w:br/>
      </w:r>
      <w:r>
        <w:rPr>
          <w:sz w:val="20"/>
        </w:rPr>
        <w:t>9:20  spirit ki nahin.</w:t>
      </w:r>
      <w:r>
        <w:br/>
      </w:r>
      <w:r>
        <w:rPr>
          <w:sz w:val="20"/>
        </w:rPr>
        <w:t>9:23  har cheez mein science ne yahi kiya ke spirit ko chhod kar form ki research chhodne lagi.</w:t>
      </w:r>
      <w:r>
        <w:br/>
      </w:r>
      <w:r>
        <w:rPr>
          <w:sz w:val="20"/>
        </w:rPr>
        <w:t>9:35  aur nature mein jo maanoiyat thi, jo meaning thi, jo hikmat thi, jo wisdom thi, woh science ka subject nahin bani.</w:t>
      </w:r>
      <w:r>
        <w:br/>
      </w:r>
      <w:r>
        <w:rPr>
          <w:sz w:val="20"/>
        </w:rPr>
        <w:t>9:46  halanke isi mein khalique ki daryaft hoti thi.</w:t>
      </w:r>
      <w:r>
        <w:br/>
      </w:r>
      <w:r>
        <w:rPr>
          <w:sz w:val="20"/>
        </w:rPr>
        <w:t>9:50  yahan bhi aap dekhiye to science ne makhlooq ko liya aur khalique ko chhod diya. Misal ke taur par dekhiye, hamara jo solar system hai,</w:t>
      </w:r>
      <w:r>
        <w:br/>
      </w:r>
      <w:r>
        <w:rPr>
          <w:sz w:val="20"/>
        </w:rPr>
        <w:t>10:05  nizam shamsi,</w:t>
      </w:r>
      <w:r>
        <w:br/>
      </w:r>
      <w:r>
        <w:rPr>
          <w:sz w:val="20"/>
        </w:rPr>
        <w:t>10:09  woh kya hai? Solar system ek galaxy mein waqe hai.</w:t>
      </w:r>
      <w:r>
        <w:br/>
      </w:r>
      <w:r>
        <w:rPr>
          <w:sz w:val="20"/>
        </w:rPr>
        <w:t>10:17  wasee universe mein bahut sari kahkeshan hain jin ko galaxy kaha jata hai. In mein se ek galaxy woh hai jis mein hamara solar system waqe hai.</w:t>
      </w:r>
      <w:r>
        <w:br/>
      </w:r>
      <w:r>
        <w:rPr>
          <w:sz w:val="20"/>
        </w:rPr>
        <w:t>10:31  yeh bahut hi ajeeb baat hai ke poora solar system is galaxy ke corner par hai, kinare, is ke darmiyan mein nahin hai.</w:t>
      </w:r>
      <w:r>
        <w:br/>
      </w:r>
      <w:r>
        <w:rPr>
          <w:sz w:val="20"/>
        </w:rPr>
        <w:t>10:44  is galaxy mein bahut sare sitare hain, billions ya billion sitare hain, bahut hi zyada bade bade, bahut zyada garam.</w:t>
      </w:r>
      <w:r>
        <w:br/>
      </w:r>
      <w:r>
        <w:rPr>
          <w:sz w:val="20"/>
        </w:rPr>
        <w:t>10:54  to is galaxy ka jo darmiyani hissa hai, woh bahut zyada garam hai, bahut zyada heat hai is ke andar.</w:t>
      </w:r>
      <w:r>
        <w:br/>
      </w:r>
      <w:r>
        <w:rPr>
          <w:sz w:val="20"/>
        </w:rPr>
        <w:t>11:06  agar hamara solar system galaxy ke darmiyan mein hota to hum log pighal jate, hamara wajood na hota hamara.</w:t>
      </w:r>
      <w:r>
        <w:br/>
      </w:r>
      <w:r>
        <w:rPr>
          <w:sz w:val="20"/>
        </w:rPr>
        <w:t>11:17  lekin khalique ne solar system ko galaxy ke kinare rakh diya, jis ki wajah se hum ko bahut hi mo'tedil aur normal heat milti hai.</w:t>
      </w:r>
      <w:r>
        <w:br/>
      </w:r>
      <w:r>
        <w:rPr>
          <w:sz w:val="20"/>
        </w:rPr>
        <w:t>11:31  to scientist is ki daryaft to karta hai ke ke solar system mein kehte hain</w:t>
      </w:r>
      <w:r>
        <w:br/>
      </w:r>
      <w:r>
        <w:rPr>
          <w:sz w:val="20"/>
        </w:rPr>
        <w:t>11:43  planets hain, is ke is ki movement kaise hoti hai, is ka location kya hai.</w:t>
      </w:r>
      <w:r>
        <w:br/>
      </w:r>
      <w:r>
        <w:rPr>
          <w:sz w:val="20"/>
        </w:rPr>
        <w:t>11:53  lekin yeh jo pehlu hai ke itni zabardast is ke andar maanoiyat hai, yahi ek baat nahin, aisi millions aur billions baatein hain jo batati hain ke jo khalique hai is ka,</w:t>
      </w:r>
      <w:r>
        <w:br/>
      </w:r>
      <w:r>
        <w:rPr>
          <w:sz w:val="20"/>
        </w:rPr>
        <w:t>12:12  woh bahut hi zyada hakim hai. Yani everything is well designed, well planned.</w:t>
      </w:r>
      <w:r>
        <w:br/>
      </w:r>
      <w:r>
        <w:rPr>
          <w:sz w:val="20"/>
        </w:rPr>
        <w:t>12:20  to kyun aisa hai? Is ke ma'ne hain ke is ke peeche planner hain, is ke peeche designer hain. Lekin science ka woh subject nahin.</w:t>
      </w:r>
      <w:r>
        <w:br/>
      </w:r>
      <w:r>
        <w:rPr>
          <w:sz w:val="20"/>
        </w:rPr>
        <w:t>12:32  to science form ka, form ki tehqeeq karti hai. Is ke jo meaning hai, is ke andar jo wisdom hai, woh science ka subject nahin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