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browse · full transcripts with timestamps · exported 2026-09-21</w:t>
      </w:r>
    </w:p>
    <w:p>
      <w:pPr>
        <w:pStyle w:val="Heading2"/>
      </w:pPr>
      <w:r>
        <w:t>No ideal spouse: key to a successful marriage</w:t>
      </w:r>
    </w:p>
    <w:p>
      <w:r>
        <w:rPr>
          <w:color w:val="666666"/>
          <w:sz w:val="18"/>
        </w:rPr>
        <w:t>The Status of Women in Islam (English) February 28, 2007 Maulana Wahiduddin Khan · 1m 47s · at 1:06:04 · https://youtu.be/pSLnXzYImXo?t=3964</w:t>
      </w:r>
    </w:p>
    <w:p>
      <w:r>
        <w:rPr>
          <w:i/>
        </w:rPr>
        <w:t>“According to nature, no man or woman is an ideal person”</w:t>
      </w:r>
    </w:p>
    <w:p>
      <w:r>
        <w:rPr>
          <w:sz w:val="20"/>
        </w:rPr>
        <w:t>1:06:04  according to the nature, no man or woman are ideal person. there is no such thing as ideal husband or ideal wife.</w:t>
      </w:r>
      <w:r>
        <w:br/>
      </w:r>
      <w:r>
        <w:rPr>
          <w:sz w:val="20"/>
        </w:rPr>
        <w:t>1:06:18  every human being is less than ideal.</w:t>
      </w:r>
      <w:r>
        <w:br/>
      </w:r>
      <w:r>
        <w:rPr>
          <w:sz w:val="20"/>
        </w:rPr>
        <w:t>1:06:24  so both are less than ideal. to this principle is applied to the both</w:t>
      </w:r>
      <w:r>
        <w:br/>
      </w:r>
      <w:r>
        <w:rPr>
          <w:sz w:val="20"/>
        </w:rPr>
        <w:t>1:06:34  . both have to understand, have to see the things in a wider sense.</w:t>
      </w:r>
      <w:r>
        <w:br/>
      </w:r>
      <w:r>
        <w:rPr>
          <w:sz w:val="20"/>
        </w:rPr>
        <w:t>1:06:46  if they judge their spouses by the ideal euristic, both will fall into despair.</w:t>
      </w:r>
      <w:r>
        <w:br/>
      </w:r>
      <w:r>
        <w:rPr>
          <w:sz w:val="20"/>
        </w:rPr>
        <w:t>1:07:04  so it is best formula for a successful marriage life that both must admit that both are less than ideal.</w:t>
      </w:r>
      <w:r>
        <w:br/>
      </w:r>
      <w:r>
        <w:rPr>
          <w:sz w:val="20"/>
        </w:rPr>
        <w:t>1:07:21  neither man and nor woman is ideal person.</w:t>
      </w:r>
      <w:r>
        <w:br/>
      </w:r>
      <w:r>
        <w:rPr>
          <w:sz w:val="20"/>
        </w:rPr>
        <w:t>1:07:28  so when both will accept this natural fact, both will be able to</w:t>
      </w:r>
      <w:r>
        <w:br/>
      </w:r>
      <w:r>
        <w:rPr>
          <w:sz w:val="20"/>
        </w:rPr>
        <w:t>1:07:39  adjust and have a success, successfull, successfull marriage life.</w:t>
      </w:r>
    </w:p>
    <w:p>
      <w:pPr>
        <w:pStyle w:val="Heading2"/>
      </w:pPr>
      <w:r>
        <w:t>Why self-hammering? Divine accountability</w:t>
      </w:r>
    </w:p>
    <w:p>
      <w:r>
        <w:rPr>
          <w:color w:val="666666"/>
          <w:sz w:val="18"/>
        </w:rPr>
        <w:t>About De-Conditioning | April 06, 2008 | Maulana Wahiduddin Khan · 1m 31s · at 17:26 · https://youtu.be/ltg0EF3eK0E?t=1046</w:t>
      </w:r>
    </w:p>
    <w:p>
      <w:r>
        <w:rPr>
          <w:i/>
        </w:rPr>
        <w:t>“آپ سوچیں کیوں آدمی اپنے کو اپنی Self Hammering کرے”</w:t>
      </w:r>
    </w:p>
    <w:p>
      <w:r>
        <w:rPr>
          <w:sz w:val="20"/>
        </w:rPr>
        <w:t>17:26  aap sochein kyon aadmi apne ko apni self hammering kare? kyon kare? to yeh jo paper mein bataya</w:t>
      </w:r>
      <w:r>
        <w:br/>
      </w:r>
      <w:r>
        <w:rPr>
          <w:sz w:val="20"/>
        </w:rPr>
        <w:t>17:36  hai ke log jo hain bohat aasani se ho jate hain exploiter aur bohat aasani se woh self</w:t>
      </w:r>
      <w:r>
        <w:br/>
      </w:r>
      <w:r>
        <w:rPr>
          <w:sz w:val="20"/>
        </w:rPr>
        <w:t>17:46  interest ki taraf dorne lagte hain aur power pate hi dictator ban jate hain waghera to kyon un ke</w:t>
      </w:r>
      <w:r>
        <w:br/>
      </w:r>
      <w:r>
        <w:rPr>
          <w:sz w:val="20"/>
        </w:rPr>
        <w:t>17:56  pas deconditioning ke liye koi powerful incentive nahi hai? kyon karein woh? pakad ka jo yeh hai ke</w:t>
      </w:r>
      <w:r>
        <w:br/>
      </w:r>
      <w:r>
        <w:rPr>
          <w:sz w:val="20"/>
        </w:rPr>
        <w:t>18:02  mujhe khuda pakdega.</w:t>
      </w:r>
      <w:r>
        <w:br/>
      </w:r>
      <w:r>
        <w:rPr>
          <w:sz w:val="20"/>
        </w:rPr>
        <w:t>18:08  khuda ke haan mera hisab kitab hoga.</w:t>
      </w:r>
      <w:r>
        <w:br/>
      </w:r>
      <w:r>
        <w:rPr>
          <w:sz w:val="20"/>
        </w:rPr>
        <w:t>18:14  yahi ek hi cheez hai jo aap ko deconditioning ke liye yani merciless self hammering ke liye tayar karti hai.</w:t>
      </w:r>
      <w:r>
        <w:br/>
      </w:r>
      <w:r>
        <w:rPr>
          <w:sz w:val="20"/>
        </w:rPr>
        <w:t>18:20  isi liye puri puri history guzar gayi</w:t>
      </w:r>
      <w:r>
        <w:br/>
      </w:r>
      <w:r>
        <w:rPr>
          <w:sz w:val="20"/>
        </w:rPr>
        <w:t>18:27  aur koi apni deconditioning na kar saka siwaye thore logon ke.</w:t>
      </w:r>
      <w:r>
        <w:br/>
      </w:r>
      <w:r>
        <w:rPr>
          <w:sz w:val="20"/>
        </w:rPr>
        <w:t>18:30  ab mussolini ke pas, hitler ke pas, stalin ke pas yeh idea nahi tha ke mujhe apni hammering</w:t>
      </w:r>
      <w:r>
        <w:br/>
      </w:r>
      <w:r>
        <w:rPr>
          <w:sz w:val="20"/>
        </w:rPr>
        <w:t>18:34  kar ke apne ko theek karna hai.</w:t>
      </w:r>
      <w:r>
        <w:br/>
      </w:r>
      <w:r>
        <w:rPr>
          <w:sz w:val="20"/>
        </w:rPr>
        <w:t>18:38  sare log bolte rahe historical wrongs ki batain.</w:t>
      </w:r>
      <w:r>
        <w:br/>
      </w:r>
      <w:r>
        <w:rPr>
          <w:sz w:val="20"/>
        </w:rPr>
        <w:t>18:42  hamare india mein bhi.</w:t>
      </w:r>
      <w:r>
        <w:br/>
      </w:r>
      <w:r>
        <w:rPr>
          <w:sz w:val="20"/>
        </w:rPr>
        <w:t>18:46  kyonke is mein doosron par zad padti thi.</w:t>
      </w:r>
      <w:r>
        <w:br/>
      </w:r>
      <w:r>
        <w:rPr>
          <w:sz w:val="20"/>
        </w:rPr>
        <w:t>18:49  yani doosron ne History mein jo ghaltiyan ki hain us ko theek karna.</w:t>
      </w:r>
      <w:r>
        <w:br/>
      </w:r>
      <w:r>
        <w:rPr>
          <w:sz w:val="20"/>
        </w:rPr>
        <w:t>18:53  lekin apni ghalti ko</w:t>
      </w:r>
    </w:p>
    <w:p>
      <w:pPr>
        <w:pStyle w:val="Heading2"/>
      </w:pPr>
      <w:r>
        <w:t>Two levels of Quran understanding and tolerance</w:t>
      </w:r>
    </w:p>
    <w:p>
      <w:r>
        <w:rPr>
          <w:color w:val="666666"/>
          <w:sz w:val="18"/>
        </w:rPr>
        <w:t>Ramazan Month of Study of the Quran April 30, 2020 Maulana Wahiduddin Khan · 2m 08s · at 27:04 · https://youtu.be/AUSxxGBJHCk?t=1624</w:t>
      </w:r>
    </w:p>
    <w:p>
      <w:r>
        <w:rPr>
          <w:i/>
        </w:rPr>
        <w:t>“Har kitaab ke samajhne ke liye do level hote hain”</w:t>
      </w:r>
    </w:p>
    <w:p>
      <w:r>
        <w:rPr>
          <w:sz w:val="20"/>
        </w:rPr>
        <w:t>27:04  har kitab ke samajhne ke liye do level hote hain. ek yeh ke aap deep sense mein is ko samjhein, deep sense mein,</w:t>
      </w:r>
      <w:r>
        <w:br/>
      </w:r>
      <w:r>
        <w:rPr>
          <w:sz w:val="20"/>
        </w:rPr>
        <w:t>27:18  aur doosra yeh hai ke aap is ko</w:t>
      </w:r>
      <w:r>
        <w:br/>
      </w:r>
      <w:r>
        <w:rPr>
          <w:sz w:val="20"/>
        </w:rPr>
        <w:t>27:24  saada andaaz mein samjhein. bas aap ko saada andaaz mein agar samajhna hai to tarjuma padh lijiye, aur aap ko deep sense mein samajhna hai to tafaseer padh lijiye.</w:t>
      </w:r>
      <w:r>
        <w:br/>
      </w:r>
      <w:r>
        <w:rPr>
          <w:sz w:val="20"/>
        </w:rPr>
        <w:t>27:42  koi bhi tafseer jo aap ko achhi lage, us ko aap padh sakte hain.</w:t>
      </w:r>
      <w:r>
        <w:br/>
      </w:r>
      <w:r>
        <w:rPr>
          <w:sz w:val="20"/>
        </w:rPr>
        <w:t>27:54  unhone kaha hai: "itne saare sects hain, is ko kaise explain kiya jaye?" hain sects, sects itne saare hain. kya hain?</w:t>
      </w:r>
      <w:r>
        <w:br/>
      </w:r>
      <w:r>
        <w:rPr>
          <w:sz w:val="20"/>
        </w:rPr>
        <w:t>28:03  sects, sects, firqay.</w:t>
      </w:r>
      <w:r>
        <w:br/>
      </w:r>
      <w:r>
        <w:rPr>
          <w:sz w:val="20"/>
        </w:rPr>
        <w:t>28:08  sects achhe hain, yeh firqay to baad bane hain, bane koi thay nahi. aap kisi firqay ki</w:t>
      </w:r>
      <w:r>
        <w:br/>
      </w:r>
      <w:r>
        <w:rPr>
          <w:sz w:val="20"/>
        </w:rPr>
        <w:t>28:19  koi tehqeeq mat kijiye, aap quran ki saada tarjume ko dekhiye. bas yeh jo sects aaye hain, woh sab baat ko aaye hain, aur sajeeb sahi maloom yeh hai ke</w:t>
      </w:r>
      <w:r>
        <w:br/>
      </w:r>
      <w:r>
        <w:rPr>
          <w:sz w:val="20"/>
        </w:rPr>
        <w:t>28:40  sab theek hai, koi is mein galat galat aur sahi nahi hai, balke apni bijli ke upar sab theek hai.</w:t>
      </w:r>
      <w:r>
        <w:br/>
      </w:r>
      <w:r>
        <w:rPr>
          <w:sz w:val="20"/>
        </w:rPr>
        <w:t>28:54  matlab hamare andar tolerance hona chahiye, ek doosre ke khilaaf hum sahi sahi hai na uthein. sahi hai, tolerance.</w:t>
      </w:r>
    </w:p>
    <w:p>
      <w:pPr>
        <w:pStyle w:val="Heading2"/>
      </w:pPr>
      <w:r>
        <w:t>Moses asks to see God; seeing the unseen earns paradise</w:t>
      </w:r>
    </w:p>
    <w:p>
      <w:r>
        <w:rPr>
          <w:color w:val="666666"/>
          <w:sz w:val="18"/>
        </w:rPr>
        <w:t>God Realization 23 June 2018 - Maulana Wahiduddin Khan · 2m 30s · at 20:39 · https://youtu.be/nar5wBjiT7Q?t=1239</w:t>
      </w:r>
    </w:p>
    <w:p>
      <w:r>
        <w:rPr>
          <w:i/>
        </w:rPr>
        <w:t>“Hazrat Musa ne Allah se kaha: mujhe dikha apne aap ko”</w:t>
      </w:r>
    </w:p>
    <w:p>
      <w:r>
        <w:rPr>
          <w:sz w:val="20"/>
        </w:rPr>
        <w:t>20:39  woh kahin bhi nahiñ. Hazrat Musa ne Allah se kaha:</w:t>
      </w:r>
      <w:r>
        <w:br/>
      </w:r>
      <w:r>
        <w:rPr>
          <w:sz w:val="20"/>
        </w:rPr>
        <w:t>20:47  "ae Allah! mujhe dikha apne aap ko, main dekhun." to Allah ne baghair dikhaye hue jawab diya</w:t>
      </w:r>
      <w:r>
        <w:br/>
      </w:r>
      <w:r>
        <w:rPr>
          <w:sz w:val="20"/>
        </w:rPr>
        <w:t>20:56  ke "ae Musa! tum is ko ek sath dekh nahiñ sakte kyunke itna baṛa Khuda hai, itna baṛa Khuda hai, itna baṛa Khuda."</w:t>
      </w:r>
      <w:r>
        <w:br/>
      </w:r>
      <w:r>
        <w:rPr>
          <w:sz w:val="20"/>
        </w:rPr>
        <w:t>21:08  to aisa hi hoga. woh to jannat kyun insan ko milti hai?</w:t>
      </w:r>
      <w:r>
        <w:br/>
      </w:r>
      <w:r>
        <w:rPr>
          <w:sz w:val="20"/>
        </w:rPr>
        <w:t>21:17  ke in se God ko discover karne ke liye bahut hi zyada awake mind chahiye, bahut hi zyada jaga hua mind chahiye,</w:t>
      </w:r>
      <w:r>
        <w:br/>
      </w:r>
      <w:r>
        <w:rPr>
          <w:sz w:val="20"/>
        </w:rPr>
        <w:t>21:33  bahut hi zyada bidar dimagh chahiye.</w:t>
      </w:r>
      <w:r>
        <w:br/>
      </w:r>
      <w:r>
        <w:rPr>
          <w:sz w:val="20"/>
        </w:rPr>
        <w:t>21:39  aur is is bidar dimagh ko tayyar karne ke liye, is ko banane ke liye aap ko hamaliyai koshisheñ karni paṛti haiñ.</w:t>
      </w:r>
      <w:r>
        <w:br/>
      </w:r>
      <w:r>
        <w:rPr>
          <w:sz w:val="20"/>
        </w:rPr>
        <w:t>21:52  bahut zyada apne ko distraction se bachana, jo dictator ma'rifat ke haiñ, is ko dhund dhund kar nikalna,</w:t>
      </w:r>
      <w:r>
        <w:br/>
      </w:r>
      <w:r>
        <w:rPr>
          <w:sz w:val="20"/>
        </w:rPr>
        <w:t>22:03  in sen gaḍ ko sen gaḍ bananā,</w:t>
      </w:r>
      <w:r>
        <w:br/>
      </w:r>
      <w:r>
        <w:rPr>
          <w:sz w:val="20"/>
        </w:rPr>
        <w:t>22:11  yeh kitna baṛa kam hai. to yeh jab koi insan is is is shart pe pura hota hai aur insan ko aap jante haiñ ke har waqt vash vash kiya ja raha hai,</w:t>
      </w:r>
      <w:r>
        <w:br/>
      </w:r>
      <w:r>
        <w:rPr>
          <w:sz w:val="20"/>
        </w:rPr>
        <w:t>22:27  har waqt farishte watch kar rahe haiñ aap ko, to jab koi insan is shart pe pura utarta hai ke us ne in send guard ko dekh liya,</w:t>
      </w:r>
      <w:r>
        <w:br/>
      </w:r>
      <w:r>
        <w:rPr>
          <w:sz w:val="20"/>
        </w:rPr>
        <w:t>22:44  woh us ne is ma'rifat tak pahuñchaya apne aap ko, ant abdu-llah kanak ṭara, to sare asman o zamin chikh uṭhte haiñ: "ae rab!</w:t>
      </w:r>
      <w:r>
        <w:br/>
      </w:r>
      <w:r>
        <w:rPr>
          <w:sz w:val="20"/>
        </w:rPr>
        <w:t>23:00  tera woh banda yahan paida ho gaya, to us ke liye jannat likh de."</w:t>
      </w:r>
    </w:p>
    <w:p>
      <w:pPr>
        <w:pStyle w:val="Heading2"/>
      </w:pPr>
      <w:r>
        <w:t>Islam addresses individual then collective governance</w:t>
      </w:r>
    </w:p>
    <w:p>
      <w:r>
        <w:rPr>
          <w:color w:val="666666"/>
          <w:sz w:val="18"/>
        </w:rPr>
        <w:t>In Conversation with Khaja Kaleemuddin 12 Sept. 2021 · 1m 41s · at 3:34 · https://youtu.be/qruke_zvBZU?t=214</w:t>
      </w:r>
    </w:p>
    <w:p>
      <w:r>
        <w:rPr>
          <w:i/>
        </w:rPr>
        <w:t>“To us reaction mein jo asal deen tha woh individual ko address kar raha tha.”</w:t>
      </w:r>
    </w:p>
    <w:p>
      <w:r>
        <w:rPr>
          <w:sz w:val="20"/>
        </w:rPr>
        <w:t>3:34  reaction mein, aah, jo asal deen tha woh individual ko address kar raha tha.</w:t>
      </w:r>
      <w:r>
        <w:br/>
      </w:r>
      <w:r>
        <w:rPr>
          <w:sz w:val="20"/>
        </w:rPr>
        <w:t>3:45  ji. yeh, yaani individual ki, ki tazkiya ke liye tha. quran o hadith se jo sahi tasawwur deen hai woh hai,</w:t>
      </w:r>
      <w:r>
        <w:br/>
      </w:r>
      <w:r>
        <w:rPr>
          <w:sz w:val="20"/>
        </w:rPr>
        <w:t>3:54  aah, islam jo, aah, woh deen hai jis mein, aah, insaan ko, aah, allah taala ki, khuda ki, aah, mukammal tabedari karni chahiye.</w:t>
      </w:r>
      <w:r>
        <w:br/>
      </w:r>
      <w:r>
        <w:rPr>
          <w:sz w:val="20"/>
        </w:rPr>
        <w:t>4:06  aur tabedari mein woh sari cheezein shamil hain, aah, jo khud pehle khuda ki marifat hasil karen. aah, woh khuda ki marifat ke baad, aah,</w:t>
      </w:r>
      <w:r>
        <w:br/>
      </w:r>
      <w:r>
        <w:rPr>
          <w:sz w:val="20"/>
        </w:rPr>
        <w:t>4:19  phir jo hai is ke taqaze ke taur par ibadat hain aur mamlaat hain. in sab mein jo hai quran ke ahkam ke mutabiq insaan ko, aah, tabedari, tabedar zindagi guzarni chahiye.</w:t>
      </w:r>
      <w:r>
        <w:br/>
      </w:r>
      <w:r>
        <w:rPr>
          <w:sz w:val="20"/>
        </w:rPr>
        <w:t>4:34  aah, to</w:t>
      </w:r>
      <w:r>
        <w:br/>
      </w:r>
      <w:r>
        <w:rPr>
          <w:sz w:val="20"/>
        </w:rPr>
        <w:t>4:36  is, is lehaz se deen jo hai woh ek, aah, individual pe jo hai laagu hota hai aur individual ka tazkiya hai.</w:t>
      </w:r>
      <w:r>
        <w:br/>
      </w:r>
      <w:r>
        <w:rPr>
          <w:sz w:val="20"/>
        </w:rPr>
        <w:t>4:46  aur is lehaz se agar ek khatirkhwah, aah,</w:t>
      </w:r>
      <w:r>
        <w:br/>
      </w:r>
      <w:r>
        <w:rPr>
          <w:sz w:val="20"/>
        </w:rPr>
        <w:t>4:52  majmooa jama ho jata hai, ek group of people hote hain to ab yeh, aah, zaroorat hai jahan bhi chand log hote hain woh apne tareeqe ki ek jo hai governing system banate hain.</w:t>
      </w:r>
      <w:r>
        <w:br/>
      </w:r>
      <w:r>
        <w:rPr>
          <w:sz w:val="20"/>
        </w:rPr>
        <w:t>5:06  ji. to mazkur logon ke darmiyan jo governing system hota hai woh jo hai khuda ka tabedar system hota hai.</w:t>
      </w:r>
    </w:p>
    <w:p>
      <w:pPr>
        <w:pStyle w:val="Heading2"/>
      </w:pPr>
      <w:r>
        <w:t>Soviet empire collapsed after abolishing private property</w:t>
      </w:r>
    </w:p>
    <w:p>
      <w:r>
        <w:rPr>
          <w:color w:val="666666"/>
          <w:sz w:val="18"/>
        </w:rPr>
        <w:t>Religious Extremism and Rational Extremism November 27, 2005 Maulana Wahiduddin Khan · 2m 13s · at 20:31 · https://youtu.be/o-EF-I_SE_M?t=1231</w:t>
      </w:r>
    </w:p>
    <w:p>
      <w:r>
        <w:rPr>
          <w:i/>
        </w:rPr>
        <w:t>“Socialist empire 75 saal tak chala aur phir toot gaya”</w:t>
      </w:r>
    </w:p>
    <w:p>
      <w:r>
        <w:rPr>
          <w:sz w:val="20"/>
        </w:rPr>
        <w:t>20:31  lekin aap jante hain ke socialist empire ya marxist empire jo hai, woh 75 years tak chala aur phir toot gaya. un ka nazariya kya tha?</w:t>
      </w:r>
      <w:r>
        <w:br/>
      </w:r>
      <w:r>
        <w:rPr>
          <w:sz w:val="20"/>
        </w:rPr>
        <w:t>20:43  woh nazariya yeh tha ke private property jo hai, woh paida karti hai exploitation.</w:t>
      </w:r>
      <w:r>
        <w:br/>
      </w:r>
      <w:r>
        <w:rPr>
          <w:sz w:val="20"/>
        </w:rPr>
        <w:t>20:55  private property leads to exploitation.</w:t>
      </w:r>
      <w:r>
        <w:br/>
      </w:r>
      <w:r>
        <w:rPr>
          <w:sz w:val="20"/>
        </w:rPr>
        <w:t>20:59  to unhon ne kaha ke private property ko khatam karo, state property lao, yeh social property, yaani sab ki property, niji nahi rahi, sab ki ho jaye.</w:t>
      </w:r>
      <w:r>
        <w:br/>
      </w:r>
      <w:r>
        <w:rPr>
          <w:sz w:val="20"/>
        </w:rPr>
        <w:t>21:08  to sab ki ho jaye to kis ki hogi? kaun manage karega is ko? to major jo hai, woh state hoga. to state ko bator major ke sari properties de di gayi.</w:t>
      </w:r>
      <w:r>
        <w:br/>
      </w:r>
      <w:r>
        <w:rPr>
          <w:sz w:val="20"/>
        </w:rPr>
        <w:t>21:21  lekin kya hua? private property khatam kar ke jo cheez aayi, woh tha corruption. corruption, corruption, corruption.</w:t>
      </w:r>
      <w:r>
        <w:br/>
      </w:r>
      <w:r>
        <w:rPr>
          <w:sz w:val="20"/>
        </w:rPr>
        <w:t>21:31  itna corruption ke Soviet Union toot gaya. to dekhiye, yahan par mazhab ki jo taleemat hain, woh base karti hain private property par.</w:t>
      </w:r>
      <w:r>
        <w:br/>
      </w:r>
      <w:r>
        <w:rPr>
          <w:sz w:val="20"/>
        </w:rPr>
        <w:t>21:41  agar private property ko manane ki wajah se mazhab mein hereditary ka qanoon hai, wirasat ka qanoon hai. agar private property hum na manen to is ki zaroorat hi nahi hai.</w:t>
      </w:r>
      <w:r>
        <w:br/>
      </w:r>
      <w:r>
        <w:rPr>
          <w:sz w:val="20"/>
        </w:rPr>
        <w:t>21:54  zakat ka qanoon hai aur bohat se qanoon hain jo isi par base karte hain ke mazhab mein private property ko ek jaiz property ke taur par mana gaya hai.</w:t>
      </w:r>
      <w:r>
        <w:br/>
      </w:r>
      <w:r>
        <w:rPr>
          <w:sz w:val="20"/>
        </w:rPr>
        <w:t>22:06  to Marx waghera ne kaha ke yeh mazhab wale jo hain, mazhab aur capitalist logon mein ek conspiracy se hui aur is tarike se unhon ne in qanoon ko mazhab ke ilawa mein likh diya.</w:t>
      </w:r>
      <w:r>
        <w:br/>
      </w:r>
      <w:r>
        <w:rPr>
          <w:sz w:val="20"/>
        </w:rPr>
        <w:t>22:21  insanon ne likh diya is ko muqaddas banane ke liye.</w:t>
      </w:r>
      <w:r>
        <w:br/>
      </w:r>
      <w:r>
        <w:rPr>
          <w:sz w:val="20"/>
        </w:rPr>
        <w:t>22:24  to khair, is ko abalish kar diya gaya private property ko. lekin hua kya? incentive khatam ho gaya. yeh to yeh manzar hum ne dekha India mein, China mein, Russia mein, har jagah ke private property khatam karne se kya hua?</w:t>
      </w:r>
      <w:r>
        <w:br/>
      </w:r>
      <w:r>
        <w:rPr>
          <w:sz w:val="20"/>
        </w:rPr>
        <w:t>22:41  incentive khatam ho gaya.</w:t>
      </w:r>
    </w:p>
    <w:p>
      <w:pPr>
        <w:pStyle w:val="Heading2"/>
      </w:pPr>
      <w:r>
        <w:t>discovering negativity in both India and America</w:t>
      </w:r>
    </w:p>
    <w:p>
      <w:r>
        <w:rPr>
          <w:color w:val="666666"/>
          <w:sz w:val="18"/>
        </w:rPr>
        <w:t>Spirituality vs Materialism July 10, 2011 Maulana Wahiduddin Khan · 1m 56s · at 1:43 · https://youtu.be/oLx-EARR2fI?t=103</w:t>
      </w:r>
    </w:p>
    <w:p>
      <w:r>
        <w:rPr>
          <w:i/>
        </w:rPr>
        <w:t>“I discovered something very strange there.”</w:t>
      </w:r>
    </w:p>
    <w:p>
      <w:r>
        <w:rPr>
          <w:sz w:val="20"/>
        </w:rPr>
        <w:t>1:43  christian se bhi, hindu se bhi, musalman se bhi. to aik bari ajeeb cheez mein ne discover ki.</w:t>
      </w:r>
      <w:r>
        <w:br/>
      </w:r>
      <w:r>
        <w:rPr>
          <w:sz w:val="20"/>
        </w:rPr>
        <w:t>1:54  jab mein India mein tha to lagta tha ke yahan saare log negative hain. negative.</w:t>
      </w:r>
      <w:r>
        <w:br/>
      </w:r>
      <w:r>
        <w:rPr>
          <w:sz w:val="20"/>
        </w:rPr>
        <w:t>2:04  aap akhbar parhiye, logon ke sarkon par jo demonstration hoti hai us ko dekhiye, jalson mein jaiye, har jagah negative boli hoti hai.</w:t>
      </w:r>
      <w:r>
        <w:br/>
      </w:r>
      <w:r>
        <w:rPr>
          <w:sz w:val="20"/>
        </w:rPr>
        <w:t>2:13  baat kijiye to aap se shikayat kare ga aadmi.</w:t>
      </w:r>
      <w:r>
        <w:br/>
      </w:r>
      <w:r>
        <w:rPr>
          <w:sz w:val="20"/>
        </w:rPr>
        <w:t>2:17  to unconsciously bas lagta tha ke India aik under developed country hai, is liye yahan log</w:t>
      </w:r>
      <w:r>
        <w:br/>
      </w:r>
      <w:r>
        <w:rPr>
          <w:sz w:val="20"/>
        </w:rPr>
        <w:t>2:28  shikayat ki nafsiyat mein jeete hain. lekin amreeka to most developed country mana jata hai, aur waqeatan hai bhi woh. lekin mere tajrube mein wahan bhi logon ka haal yeh tha ke taqreeban sab ke sab negativity mein jeete hain.</w:t>
      </w:r>
      <w:r>
        <w:br/>
      </w:r>
      <w:r>
        <w:rPr>
          <w:sz w:val="20"/>
        </w:rPr>
        <w:t>2:47  yeh bohat anokha tajurba tha. yaani developed country bhi, developed country ke log bhi negative, aur under developed country ke log bhi negative.</w:t>
      </w:r>
      <w:r>
        <w:br/>
      </w:r>
      <w:r>
        <w:rPr>
          <w:sz w:val="20"/>
        </w:rPr>
        <w:t>3:00  halankeh amreeka mein itna zyada taraqqi hui hai, wahan ke makanat itne khoobsurat hotay hain, wahan ki sarkain bohat achhi hoti hain.</w:t>
      </w:r>
      <w:r>
        <w:br/>
      </w:r>
      <w:r>
        <w:rPr>
          <w:sz w:val="20"/>
        </w:rPr>
        <w:t>3:09  sarkon ke kinare dono taraf jaisay bagh hi bagh chala jata hai, silsila hara bhara bilkul.</w:t>
      </w:r>
      <w:r>
        <w:br/>
      </w:r>
      <w:r>
        <w:rPr>
          <w:sz w:val="20"/>
        </w:rPr>
        <w:t>3:16  har cheez wahan aala standard ki hai. pani wahan ka, wahan ka oxygen, wahan ka khana, har cheez.</w:t>
      </w:r>
      <w:r>
        <w:br/>
      </w:r>
      <w:r>
        <w:rPr>
          <w:sz w:val="20"/>
        </w:rPr>
        <w:t>3:26  tab bhi log negative hain. yeh bohat anokhi baat hai. to is ko maine chaha ke main is ko janoon.</w:t>
      </w:r>
    </w:p>
    <w:p>
      <w:pPr>
        <w:pStyle w:val="Heading2"/>
      </w:pPr>
      <w:r>
        <w:t>Two conditions for dua acceptance</w:t>
      </w:r>
    </w:p>
    <w:p>
      <w:r>
        <w:rPr>
          <w:color w:val="666666"/>
          <w:sz w:val="18"/>
        </w:rPr>
        <w:t>Shab-e-Qadr October 7, 2007 Maulana Wahiduddin Khan · 2m 00s · at 20:00 · https://youtu.be/zt3RAKDBu7E?t=1200</w:t>
      </w:r>
    </w:p>
    <w:p>
      <w:r>
        <w:rPr>
          <w:i/>
        </w:rPr>
        <w:t>“Agar aap chahte hain ke aap ki dua qubool ho”</w:t>
      </w:r>
    </w:p>
    <w:p>
      <w:r>
        <w:rPr>
          <w:sz w:val="20"/>
        </w:rPr>
        <w:t>20:00  ke aap ki dua qabool ho shab e qadr ke din ya aur dinon mein to aap ko hundred percent apne aap ko positive banana hoga.</w:t>
      </w:r>
      <w:r>
        <w:br/>
      </w:r>
      <w:r>
        <w:rPr>
          <w:sz w:val="20"/>
        </w:rPr>
        <w:t>20:15  hate, ishtiaaal aur intolerance aur enmity, ladai jhagde ka zehan in sab ko mitana hoga.</w:t>
      </w:r>
      <w:r>
        <w:br/>
      </w:r>
      <w:r>
        <w:rPr>
          <w:sz w:val="20"/>
        </w:rPr>
        <w:t>20:35  tab aap ki zubaan se woh purified word niklega jis ka naam dua hai aur jo dua qabool hogi. to yahan par maine do baatein arz keen do hadeeson ko le kar.</w:t>
      </w:r>
      <w:r>
        <w:br/>
      </w:r>
      <w:r>
        <w:rPr>
          <w:sz w:val="20"/>
        </w:rPr>
        <w:t>20:52  ke dua ki ek shart yeh hai, dua ki ek condition yeh hai ke woh nikli ho, nikli ho positive mind se nikli ho.</w:t>
      </w:r>
      <w:r>
        <w:br/>
      </w:r>
      <w:r>
        <w:rPr>
          <w:sz w:val="20"/>
        </w:rPr>
        <w:t>21:02  ek condition yeh hai. hundred percent positive mind se nikli ho. ek condition yeh hai. doosri condition kya hai?</w:t>
      </w:r>
      <w:r>
        <w:br/>
      </w:r>
      <w:r>
        <w:rPr>
          <w:sz w:val="20"/>
        </w:rPr>
        <w:t>21:12  insanon ki sympathy aap ke dil mein ho. sympathy, kyunke jo ladta hai kaun? wohi jo sympathy nahin hoti doosre ke liye.</w:t>
      </w:r>
      <w:r>
        <w:br/>
      </w:r>
      <w:r>
        <w:rPr>
          <w:sz w:val="20"/>
        </w:rPr>
        <w:t>21:24  ek aadmi apne bete se mohabbat karta ho to ladta bhi nahin us se. kyun ladega? mohabbat kar raha hai to us se ladega kyun? to ladne ke maani hain ke doosre ke liye aap sympathetic nahin hain.</w:t>
      </w:r>
      <w:r>
        <w:br/>
      </w:r>
      <w:r>
        <w:rPr>
          <w:sz w:val="20"/>
        </w:rPr>
        <w:t>21:39  ladne jhagadne ka matlab yeh hai ke aap doosre ke liye aap ke aap provoke ho jayein, mushtael ho jayein. is ka matlab yeh hai ke aap doosre ke liye sympathetic nahin hain.</w:t>
      </w:r>
      <w:r>
        <w:br/>
      </w:r>
      <w:r>
        <w:rPr>
          <w:sz w:val="20"/>
        </w:rPr>
        <w:t>21:51  to do condition huin yeh. ek condition yeh hai ke aap ka dil negative thought se khaali ho.</w:t>
      </w:r>
    </w:p>
    <w:p>
      <w:pPr>
        <w:pStyle w:val="Heading2"/>
      </w:pPr>
      <w:r>
        <w:t>Ijtihad as reapplication</w:t>
      </w:r>
    </w:p>
    <w:p>
      <w:r>
        <w:rPr>
          <w:color w:val="666666"/>
          <w:sz w:val="18"/>
        </w:rPr>
        <w:t>In Conversation with Maulana Wahiduddin Khan | June 16, 2007 · 1m 00s · at 36:08 · https://youtu.be/MG2XRUY4FBM?t=2168</w:t>
      </w:r>
    </w:p>
    <w:p>
      <w:r>
        <w:rPr>
          <w:i/>
        </w:rPr>
        <w:t>“Reapplication of Islamic teachings in a changing situation.”</w:t>
      </w:r>
    </w:p>
    <w:p>
      <w:r>
        <w:rPr>
          <w:sz w:val="20"/>
        </w:rPr>
        <w:t>36:08  reapplication of islamic teachings in a changing situation. so, when there is a change in situation, at that time, you have to understand that what is the the nature of the change. and then, you have to reapply islamic principles on this changing situation. so, some some people think that ijtihad means revisionism, but it is wrong.</w:t>
      </w:r>
      <w:r>
        <w:br/>
      </w:r>
      <w:r>
        <w:rPr>
          <w:sz w:val="20"/>
        </w:rPr>
        <w:t>36:38  ishtehaad is not revisionism.</w:t>
      </w:r>
      <w:r>
        <w:br/>
      </w:r>
      <w:r>
        <w:rPr>
          <w:sz w:val="20"/>
        </w:rPr>
        <w:t>36:43  no, ishtehaad is simply reapplication.</w:t>
      </w:r>
      <w:r>
        <w:br/>
      </w:r>
      <w:r>
        <w:rPr>
          <w:sz w:val="20"/>
        </w:rPr>
        <w:t>36:48  reapplication of islamic teachings in a changing situation.</w:t>
      </w:r>
      <w:r>
        <w:br/>
      </w:r>
      <w:r>
        <w:rPr>
          <w:sz w:val="20"/>
        </w:rPr>
        <w:t>36:53  When there is change in situation, then, you have to try to reapply the Islamic teachings.</w:t>
      </w:r>
      <w:r>
        <w:br/>
      </w:r>
      <w:r>
        <w:rPr>
          <w:sz w:val="20"/>
        </w:rPr>
        <w:t>36:58  that is ishtehaad.</w:t>
      </w:r>
      <w:r>
        <w:br/>
      </w:r>
      <w:r>
        <w:rPr>
          <w:sz w:val="20"/>
        </w:rPr>
        <w:t>37:03  what is the message that you would like to give to muslims in the whole world?</w:t>
      </w:r>
    </w:p>
    <w:p>
      <w:pPr>
        <w:pStyle w:val="Heading2"/>
      </w:pPr>
      <w:r>
        <w:t>Power of heartfelt dua</w:t>
      </w:r>
    </w:p>
    <w:p>
      <w:r>
        <w:rPr>
          <w:color w:val="666666"/>
          <w:sz w:val="18"/>
        </w:rPr>
        <w:t>God and Man I February 19, 2012 Maulana Wahiduddin Khan · 1m 48s · at 44:35 · https://youtu.be/8TP3nlGRZek?t=2675</w:t>
      </w:r>
    </w:p>
    <w:p>
      <w:r>
        <w:rPr>
          <w:i/>
        </w:rPr>
        <w:t>“If you ask with love, God will answer.”</w:t>
      </w:r>
    </w:p>
    <w:p>
      <w:r>
        <w:rPr>
          <w:sz w:val="20"/>
        </w:rPr>
        <w:t>44:35  jaise maine ek qissa bataya tha is se pehle aap logon ko. ke ek bachcha tha. us ke baap school master the.</w:t>
      </w:r>
      <w:r>
        <w:br/>
      </w:r>
      <w:r>
        <w:rPr>
          <w:sz w:val="20"/>
        </w:rPr>
        <w:t>44:47  to bachche ko shauq tha bicycle ka. aur baap ki tankhwah kam thi.</w:t>
      </w:r>
      <w:r>
        <w:br/>
      </w:r>
      <w:r>
        <w:rPr>
          <w:sz w:val="20"/>
        </w:rPr>
        <w:t>44:53  to bachche ne apne baap se kaha ke mujhe bicycle chahiye. to baap ne us ko nazar andaaz kar diya.</w:t>
      </w:r>
      <w:r>
        <w:br/>
      </w:r>
      <w:r>
        <w:rPr>
          <w:sz w:val="20"/>
        </w:rPr>
        <w:t>45:03  taal diya. to bete ne kai baar kaha.</w:t>
      </w:r>
      <w:r>
        <w:br/>
      </w:r>
      <w:r>
        <w:rPr>
          <w:sz w:val="20"/>
        </w:rPr>
        <w:t>45:11  to ek baar beta jo hai us ne kaha aur baap ne us ko jhaṛak diya. mujh se ke mujh se bicycle ke liye mat kehna.</w:t>
      </w:r>
      <w:r>
        <w:br/>
      </w:r>
      <w:r>
        <w:rPr>
          <w:sz w:val="20"/>
        </w:rPr>
        <w:t>45:21  mere paas itna paisa nahi ke main tum ko bicycle doon. to bete ne jo mohabbat ke sath bolte hain. yani wo mohabbat wale andaaz mein beta apne baap se kaha us ne.</w:t>
      </w:r>
      <w:r>
        <w:br/>
      </w:r>
      <w:r>
        <w:rPr>
          <w:sz w:val="20"/>
        </w:rPr>
        <w:t>45:34  aap ne yeh manzar dekha hoga ke ek beta jab mohabbat ke sath apni maan se, apne baap se khitab karta hai. to kaisa andaaz hota hai us ka. us mohabbat wale andaaz mein bete ne keh diya.</w:t>
      </w:r>
      <w:r>
        <w:br/>
      </w:r>
      <w:r>
        <w:rPr>
          <w:sz w:val="20"/>
        </w:rPr>
        <w:t>45:46  ke aap hi to hamare baap hain. aap se na kahein to kis se kahein?</w:t>
      </w:r>
      <w:r>
        <w:br/>
      </w:r>
      <w:r>
        <w:rPr>
          <w:sz w:val="20"/>
        </w:rPr>
        <w:t>45:55  aap hi to hamare baap hain. aap se na kahein to kis se kahein? ab beta bhi ro pada aur baap bhi ro pada.</w:t>
      </w:r>
      <w:r>
        <w:br/>
      </w:r>
      <w:r>
        <w:rPr>
          <w:sz w:val="20"/>
        </w:rPr>
        <w:t>46:04  donon rone lage. to baap ne kaha ke theek hai. main tum ko kal tak bicycle ka intezam kar doonga.</w:t>
      </w:r>
      <w:r>
        <w:br/>
      </w:r>
      <w:r>
        <w:rPr>
          <w:sz w:val="20"/>
        </w:rPr>
        <w:t>46:14  aur kal unhone bicycle ka intezam kar diya. to dekhiye dua jo hai jazb mohabbat ka izhar hai.</w:t>
      </w:r>
      <w:r>
        <w:br/>
      </w:r>
      <w:r>
        <w:rPr>
          <w:sz w:val="20"/>
        </w:rPr>
        <w:t>46:24  yaad rakhiye.</w:t>
      </w:r>
    </w:p>
    <w:p>
      <w:pPr>
        <w:pStyle w:val="Heading2"/>
      </w:pPr>
      <w:r>
        <w:t>Studying tafsir until forgetting to eat</w:t>
      </w:r>
    </w:p>
    <w:p>
      <w:r>
        <w:rPr>
          <w:color w:val="666666"/>
          <w:sz w:val="18"/>
        </w:rPr>
        <w:t>Journey to Aqsa Mosque November 10, 2008 · 1m 38s · at 1:17:44 · https://youtu.be/40kOr2jznE0?t=4664</w:t>
      </w:r>
    </w:p>
    <w:p>
      <w:r>
        <w:rPr>
          <w:i/>
        </w:rPr>
        <w:t>“شبلی منزل جو ہمارے آدم گڑھ میں ہے، دارالمصنفین”</w:t>
      </w:r>
    </w:p>
    <w:p>
      <w:r>
        <w:rPr>
          <w:sz w:val="20"/>
        </w:rPr>
        <w:t>1:17:44  sari sab se pehle main ne wahan par tafseeron ko padha, quran ki tafseerein. is waqt maula abdul baqi sahib us ke library hua karte the, ab un ka intqaal ho gaya,</w:t>
      </w:r>
      <w:r>
        <w:br/>
      </w:r>
      <w:r>
        <w:rPr>
          <w:sz w:val="20"/>
        </w:rPr>
        <w:t>1:17:55  woh wahan hotay thay. to mein jata tha wahan subah ko, jab jab is ka door khulta tha, jab tala laga kar ke, to mein pehla hota tha, acha jo enter hota tha us ke andar se.</w:t>
      </w:r>
      <w:r>
        <w:br/>
      </w:r>
      <w:r>
        <w:rPr>
          <w:sz w:val="20"/>
        </w:rPr>
        <w:t>1:18:10  aur sham ko jab band hota tha to mein pehla hota tha jo nikalta tha us se. beech mein woh log jatay thay, woh us ke liye lunch ke liye band kar ke to mein andar hi parha rehta tha us ko.</w:t>
      </w:r>
      <w:r>
        <w:br/>
      </w:r>
      <w:r>
        <w:rPr>
          <w:sz w:val="20"/>
        </w:rPr>
        <w:t>1:18:21  aur kya karta tha? mein</w:t>
      </w:r>
      <w:r>
        <w:br/>
      </w:r>
      <w:r>
        <w:rPr>
          <w:sz w:val="20"/>
        </w:rPr>
        <w:t>1:18:23  quran ki tafaseer, quran ki tafaseer, sari arabic tafaseer wahan par theen. arabic tafaseer jo hain, us ko parhta rehta tha woh. aur jantay hain kya hota tha?</w:t>
      </w:r>
      <w:r>
        <w:br/>
      </w:r>
      <w:r>
        <w:rPr>
          <w:sz w:val="20"/>
        </w:rPr>
        <w:t>1:18:33  aisa hua ke mein din ka khana nahi khata tha, subah woh khana kha ke chala gaya, jo kuch bhi, phir sham ko lot ta tha, bilkul sham ko maghrib ke waqt.</w:t>
      </w:r>
      <w:r>
        <w:br/>
      </w:r>
      <w:r>
        <w:rPr>
          <w:sz w:val="20"/>
        </w:rPr>
        <w:t>1:18:44  to wahan par mujhe woh us ka aik tajurba hua, jis ko kehtay hain andhera chha gaya ke maine us aik shelf hai, us se maine aik tafseer nikali,</w:t>
      </w:r>
      <w:r>
        <w:br/>
      </w:r>
      <w:r>
        <w:rPr>
          <w:sz w:val="20"/>
        </w:rPr>
        <w:t>1:18:53  yahan baith ke parh raha hoon. phir uthta hoon us ko rakhnay ke liye, andhera chha jata hai, mujhe nazar nahi aata ke shelf kidhar hai, idhar hai ke idhar hai, kyun bhook ki wajah se.</w:t>
      </w:r>
      <w:r>
        <w:br/>
      </w:r>
      <w:r>
        <w:rPr>
          <w:sz w:val="20"/>
        </w:rPr>
        <w:t>1:19:04  to bahar haal mein keh sakta hoon apne aap ko ke maine apne aap ko isi mein fana kar diya, tab ja kar mujhe marifat quran hasil hui, quran ki pehchan.</w:t>
      </w:r>
      <w:r>
        <w:br/>
      </w:r>
      <w:r>
        <w:rPr>
          <w:sz w:val="20"/>
        </w:rPr>
        <w:t>1:19:16  ab aap ko yeh baat subjective lagay gi to aap lag sakti hai, lekin apna jo experience hai, woh maine bayan kar diya.</w:t>
      </w:r>
    </w:p>
    <w:p>
      <w:pPr>
        <w:pStyle w:val="Heading2"/>
      </w:pPr>
      <w:r>
        <w:t>Spiritual response to material hardships with example</w:t>
      </w:r>
    </w:p>
    <w:p>
      <w:r>
        <w:rPr>
          <w:color w:val="666666"/>
          <w:sz w:val="18"/>
        </w:rPr>
        <w:t>The Importance of Education, Feb. 15, 2014 - Maulana Wahiduddin Khan · 2m 07s · at 10:34 · https://youtu.be/Ln1FQfOWyzo?t=634</w:t>
      </w:r>
    </w:p>
    <w:p>
      <w:r>
        <w:rPr>
          <w:i/>
        </w:rPr>
        <w:t>“ایک سچا مومن جو ہوتا ہے، اس پر جب مصیبتیں پڑتی ہیں”</w:t>
      </w:r>
    </w:p>
    <w:p>
      <w:r>
        <w:rPr>
          <w:sz w:val="20"/>
        </w:rPr>
        <w:t>10:34  yeh hargiz yeh matlab is ka nahi hai. dekhen, ek bohat hi nuqte ki baat mein arz karta hoon aap ko. ek sacha momin jo hota hai, us par jab museebatein padti hain,</w:t>
      </w:r>
      <w:r>
        <w:br/>
      </w:r>
      <w:r>
        <w:rPr>
          <w:sz w:val="20"/>
        </w:rPr>
        <w:t>10:51  yani madi problem us ko aate hain to kis liye aate hain? yani bhook padti hai to is liye ke woh Allah se khana maange?</w:t>
      </w:r>
      <w:r>
        <w:br/>
      </w:r>
      <w:r>
        <w:rPr>
          <w:sz w:val="20"/>
        </w:rPr>
        <w:t>11:02  aisa nahi hai.</w:t>
      </w:r>
      <w:r>
        <w:br/>
      </w:r>
      <w:r>
        <w:rPr>
          <w:sz w:val="20"/>
        </w:rPr>
        <w:t>11:06  sacha momin woh hai jo jis par, yani material, madi qism ke masail aayen lekin uska response bhi spiritual response ho.</w:t>
      </w:r>
      <w:r>
        <w:br/>
      </w:r>
      <w:r>
        <w:rPr>
          <w:sz w:val="20"/>
        </w:rPr>
        <w:t>11:26  spiritual response, yani us ki spiritual duaen nikalti hain. us ki misaal yeh hai ke Rasool Allah jab Taif gaye the, wahi halat un ki wahan bhi thi.</w:t>
      </w:r>
      <w:r>
        <w:br/>
      </w:r>
      <w:r>
        <w:rPr>
          <w:sz w:val="20"/>
        </w:rPr>
        <w:t>11:39  be sar o saman. to Allah taala ne farishte ko bheja aur yeh peshkash ki ke un ke liye pahaad ko sona bana diya jaye.</w:t>
      </w:r>
      <w:r>
        <w:br/>
      </w:r>
      <w:r>
        <w:rPr>
          <w:sz w:val="20"/>
        </w:rPr>
        <w:t>11:51  to aap ne farmaya ke la yarb, bil aza joat tadarat.</w:t>
      </w:r>
      <w:r>
        <w:br/>
      </w:r>
      <w:r>
        <w:rPr>
          <w:sz w:val="20"/>
        </w:rPr>
        <w:t>12:04  balke main yeh chahta hoon ke mujhe bhook lage aur main tazru karoon. yaani bhook lage to khana maangoon ya nahi?</w:t>
      </w:r>
      <w:r>
        <w:br/>
      </w:r>
      <w:r>
        <w:rPr>
          <w:sz w:val="20"/>
        </w:rPr>
        <w:t>12:13  bhook lage to tazru ka response doon. tazru ka matlab hai Allah ki taraf, Allah ki taraf mutawajjah hona, Allah ko yaad karna.</w:t>
      </w:r>
      <w:r>
        <w:br/>
      </w:r>
      <w:r>
        <w:rPr>
          <w:sz w:val="20"/>
        </w:rPr>
        <w:t>12:29  to bhook ki haalat mein bhi paighambar khana nahi maangta. bhook ki haalat mein woh tazru ka response deta hai.</w:t>
      </w:r>
    </w:p>
    <w:p>
      <w:pPr>
        <w:pStyle w:val="Heading2"/>
      </w:pPr>
      <w:r>
        <w:t>the scribe dispute over 'Messenger of Allah' at Hudaybiyyah</w:t>
      </w:r>
    </w:p>
    <w:p>
      <w:r>
        <w:rPr>
          <w:color w:val="666666"/>
          <w:sz w:val="18"/>
        </w:rPr>
        <w:t>Prophetic Wisdom November 13, 2022 · 1m 27s · at 26:26 · https://youtu.be/EUFD21PtjwM?t=1586</w:t>
      </w:r>
    </w:p>
    <w:p>
      <w:r>
        <w:rPr>
          <w:i/>
        </w:rPr>
        <w:t>“At Hudaybiyyah, the Meccan envoy objected to one word”</w:t>
      </w:r>
    </w:p>
    <w:p>
      <w:r>
        <w:rPr>
          <w:sz w:val="20"/>
        </w:rPr>
        <w:t>26:26  ant hai, is ka bohat hi acute sense aap ke andar tha. Jaise misaal ke taur par jab hudaybiyah treaty likhi ja rahi thi to to jo makkah ka jo qasid tha us ne kaha ke jab likha gaya ke rasool Allah ki taraf se to us ne aitraaz kar diya ke rasool Allah aur is ka aitraaz us ke lehaz se woh sahi tha ke woh rasool Allah mante hi nahi.</w:t>
      </w:r>
      <w:r>
        <w:br/>
      </w:r>
      <w:r>
        <w:rPr>
          <w:sz w:val="20"/>
        </w:rPr>
        <w:t>26:52  to rasool Allah ki taraf se kyun likha ja raha</w:t>
      </w:r>
      <w:r>
        <w:br/>
      </w:r>
      <w:r>
        <w:rPr>
          <w:sz w:val="20"/>
        </w:rPr>
        <w:t>26:55  hai? Bas Muhammad Ibn Abdullah likha jaye. To log jo hain itna zyada is mein hassas thay ke Hazrat Ali likh rahe thay</w:t>
      </w:r>
      <w:r>
        <w:br/>
      </w:r>
      <w:r>
        <w:rPr>
          <w:sz w:val="20"/>
        </w:rPr>
        <w:t>27:04  , unhon ne kaha main to nahi mitaunga apne hath se rasool Allah ka lafz. Aur rasool Allah sal Allah alayh wasallam ne socha ke agar is par hum stick karte hain to hum jo hai sulah nahi hogi.</w:t>
      </w:r>
      <w:r>
        <w:br/>
      </w:r>
      <w:r>
        <w:rPr>
          <w:sz w:val="20"/>
        </w:rPr>
        <w:t>27:16  Aur asal relevant jo tha woh sulah, kisi na kisi tarike se sulah karna jo hai woh sab se bada masla tha aur wahi relevant tha.</w:t>
      </w:r>
      <w:r>
        <w:br/>
      </w:r>
      <w:r>
        <w:rPr>
          <w:sz w:val="20"/>
        </w:rPr>
        <w:t>27:27  Aur yeh lafz mita dena aur lafz qaim rakhna yeh jo hai irrelevant tha</w:t>
      </w:r>
      <w:r>
        <w:br/>
      </w:r>
      <w:r>
        <w:rPr>
          <w:sz w:val="20"/>
        </w:rPr>
        <w:t>27:33  kyunke aap ne yeh socha ke agar kaghaz pe hai ya nahi hai, ab hain to woh rasool Allah, Khuda ke paighambar hain, duniya janti hai ke Khuda ke paighambar hain.</w:t>
      </w:r>
      <w:r>
        <w:br/>
      </w:r>
      <w:r>
        <w:rPr>
          <w:sz w:val="20"/>
        </w:rPr>
        <w:t>27:42  To is se un ke mita dene se kya farq padta hai? To yeh hai ke peace at any cost jo hai woh relevant tha aur relevant par aap ne stick kiya.</w:t>
      </w:r>
    </w:p>
    <w:p>
      <w:pPr>
        <w:pStyle w:val="Heading2"/>
      </w:pPr>
      <w:r>
        <w:t>Giving Qurans to doctors during a husband's chemo visits</w:t>
      </w:r>
    </w:p>
    <w:p>
      <w:r>
        <w:rPr>
          <w:color w:val="666666"/>
          <w:sz w:val="18"/>
        </w:rPr>
        <w:t>CPS Women Interaction 5 May 29, 2022 · 2m 42s · at 1:01:46 · https://youtu.be/1mvBJMTnKuM?t=3706</w:t>
      </w:r>
    </w:p>
    <w:p>
      <w:r>
        <w:rPr>
          <w:i/>
        </w:rPr>
        <w:t>“Hum log periodically chemo ke liye jaate the, main kuch Quran ki copies le jaati thi”</w:t>
      </w:r>
    </w:p>
    <w:p>
      <w:r>
        <w:rPr>
          <w:sz w:val="20"/>
        </w:rPr>
        <w:t>1:01:46  haan, main najma se deti. mere husband beemar thay. unki chemo hua karti thi. to hum periodically hospital rajiv gandhi, meri awaaz aa rahi hai? meri awaaz aa rahi hai? aa rahi hai awaaz.</w:t>
      </w:r>
      <w:r>
        <w:br/>
      </w:r>
      <w:r>
        <w:rPr>
          <w:sz w:val="20"/>
        </w:rPr>
        <w:t>1:02:11  haan, to hum log periodically chemo ke liye jaate thay to main kuch quran ki copies le jaati thi aur doctors ko de diya. to ek din main khadi bhi wait kar rahi thi to ek doctor jo thay in charge woh mujhse bole yeh aapke haath mein kya quran hai english ka? maine kaha ji. to bole, kiske liye hai? maine kaha, main aapko bhi doongi. to bole ki aapko pata hai?</w:t>
      </w:r>
      <w:r>
        <w:br/>
      </w:r>
      <w:r>
        <w:rPr>
          <w:sz w:val="20"/>
        </w:rPr>
        <w:t>1:02:39  main paanch saal Saudi Arabia raha. wahan hamein sab kafir kafir kehte thay aur hamein angrezi ka koi aisi language mein quran nahi mila ki hum use padh sakein. to maine unko diya. to bole aap mujhe do teen de dijiye, main auron ko bhi baant doonga. phir bole ki yahan par ek prayer room hai.</w:t>
      </w:r>
      <w:r>
        <w:br/>
      </w:r>
      <w:r>
        <w:rPr>
          <w:sz w:val="20"/>
        </w:rPr>
        <w:t>1:03:04  wahan par log apne kitaabein rakhte hain to aap chahein wahan rakhwa dein. to maine wahan par bahut saare quran rakhwa diye. phir main driver se kehti thi ki jaakar check karo ki agar maine das rakhwaye hain to ab kitne bache wahan? to kabhi woh kehta tha ki wahan chhah hain kabhi to phir main phir poora kar deti thi. to yeh hota hai ki kisi zamane mein to zyada time mil jaata hai.</w:t>
      </w:r>
      <w:r>
        <w:br/>
      </w:r>
      <w:r>
        <w:rPr>
          <w:sz w:val="20"/>
        </w:rPr>
        <w:t>1:03:32  aap kisi bahar ke mulk mein hote hain. America mein bahut chances hain jagah jagah rakhne ke aur aur bhi kai experiences lekin hamesha ek sa nahi hota ki hamesha dete rahein. to us waqt bahut fikr rehti hai ki ab kya karein? ab aajkal kuch nahi kar pa rahe hain, aajkal kuch nahi kar pa rahe hain. to uske liye kya karna chahiye?</w:t>
      </w:r>
      <w:r>
        <w:br/>
      </w:r>
      <w:r>
        <w:rPr>
          <w:sz w:val="20"/>
        </w:rPr>
        <w:t>1:03:58  aur tarah se involve hon, CPS ke kaam mein kya karein? ab to maashallah bahut zyada involve hain. haan, aapko kya bataein? jitna mauka hai jitna aap kaam kar sakti hain. aap to kaam kar hi rahi hain aur aur zyada kaam karna hai to aur zyada duaen karien aur latala aur mauka aap duaen kaam</w:t>
      </w:r>
      <w:r>
        <w:br/>
      </w:r>
      <w:r>
        <w:rPr>
          <w:sz w:val="20"/>
        </w:rPr>
        <w:t>1:04:28  karna hai matlab.</w:t>
      </w:r>
    </w:p>
    <w:p>
      <w:pPr>
        <w:pStyle w:val="Heading2"/>
      </w:pPr>
      <w:r>
        <w:t>Equality against God's creation plan</w:t>
      </w:r>
    </w:p>
    <w:p>
      <w:r>
        <w:rPr>
          <w:color w:val="666666"/>
          <w:sz w:val="18"/>
        </w:rPr>
        <w:t>Contribution of The Prophet 13 March 2006 - Maulana Wahiduddin Khan · 1m 34s · at 13:55 · https://youtu.be/KgVEHbWpoHw?t=835</w:t>
      </w:r>
    </w:p>
    <w:p>
      <w:r>
        <w:rPr>
          <w:i/>
        </w:rPr>
        <w:t>“Equal, yani aisi society jahan sare log equal hon”</w:t>
      </w:r>
    </w:p>
    <w:p>
      <w:r>
        <w:rPr>
          <w:sz w:val="20"/>
        </w:rPr>
        <w:t>13:55  equal, yaani aisi society jahan sare log equal hon. equality aik bohat khoobsurat word hai jis se obsessed raha hai logon ko.</w:t>
      </w:r>
      <w:r>
        <w:br/>
      </w:r>
      <w:r>
        <w:rPr>
          <w:sz w:val="20"/>
        </w:rPr>
        <w:t>14:07  yaani political equality, economic equality, social equality. sare thinker isi tarah sochte rahe hain. aur kabhi bhi aisi society bani nahi.</w:t>
      </w:r>
      <w:r>
        <w:br/>
      </w:r>
      <w:r>
        <w:rPr>
          <w:sz w:val="20"/>
        </w:rPr>
        <w:t>14:16  kyun? woh</w:t>
      </w:r>
      <w:r>
        <w:br/>
      </w:r>
      <w:r>
        <w:rPr>
          <w:sz w:val="20"/>
        </w:rPr>
        <w:t>14:17  creation plan of god ke khilaf thi. yaad rakhiye, khuda ka jo creation plan hai, woh base karta hai competition par. yeh prophet ne bataya.</w:t>
      </w:r>
      <w:r>
        <w:br/>
      </w:r>
      <w:r>
        <w:rPr>
          <w:sz w:val="20"/>
        </w:rPr>
        <w:t>14:28  main samajhta hoon ke sab se history mein pehli baar is nuqte ko wazeh kiya prophet ne. is se pehle koi jaan nahi saka tha. isi liye aap ne yeh nahi koshish ki jis ki koshish doosre reformers karte rahe hain.</w:t>
      </w:r>
      <w:r>
        <w:br/>
      </w:r>
      <w:r>
        <w:rPr>
          <w:sz w:val="20"/>
        </w:rPr>
        <w:t>14:42  balkeh logon ko shaoor diya, logon ko samajh di, logon ko educate kiya.</w:t>
      </w:r>
      <w:r>
        <w:br/>
      </w:r>
      <w:r>
        <w:rPr>
          <w:sz w:val="20"/>
        </w:rPr>
        <w:t>14:47  sari koshish aap ki rahi tazkiyah par. tazkiyah ka matlab hota hai mind ki re-engineering. zehan ko banana, soch lana aadmi ke andar.</w:t>
      </w:r>
      <w:r>
        <w:br/>
      </w:r>
      <w:r>
        <w:rPr>
          <w:sz w:val="20"/>
        </w:rPr>
        <w:t>14:57  sab se zyada islam mein zor diya gaya hai thinking par. thinking par.</w:t>
      </w:r>
      <w:r>
        <w:br/>
      </w:r>
      <w:r>
        <w:rPr>
          <w:sz w:val="20"/>
        </w:rPr>
        <w:t>15:02  aur main samajhta hoon ke yeh itna bara deen hai, itna bara contribution hai rasool Allah ka ke pehli baar insan yeh jaan saka ke sab se, yaani pehli baar yeh jaan saka insan ke sahi scheme kya hai zindagi ke sudhaar ki.</w:t>
      </w:r>
      <w:r>
        <w:br/>
      </w:r>
      <w:r>
        <w:rPr>
          <w:sz w:val="20"/>
        </w:rPr>
        <w:t>15:19  sahi maani workable scheme. aisi scheme jo work kare, woh kaun si hai? woh prophet ne bataya.</w:t>
      </w:r>
    </w:p>
    <w:p>
      <w:pPr>
        <w:pStyle w:val="Heading2"/>
      </w:pPr>
      <w:r>
        <w:t>Dai must adopt policy of unilateral peace</w:t>
      </w:r>
    </w:p>
    <w:p>
      <w:r>
        <w:rPr>
          <w:color w:val="666666"/>
          <w:sz w:val="18"/>
        </w:rPr>
        <w:t>The Policy of Sulh (Resolution) in Islam 13 June 2009 - Maulana Wahiduddin Khan · 1m 26s · at 4:09 · https://youtu.be/_1M1-7-0TD4?t=249</w:t>
      </w:r>
    </w:p>
    <w:p>
      <w:r>
        <w:rPr>
          <w:i/>
        </w:rPr>
        <w:t>“Every believer is a man of mission”</w:t>
      </w:r>
    </w:p>
    <w:p>
      <w:r>
        <w:rPr>
          <w:sz w:val="20"/>
        </w:rPr>
        <w:t>4:09  so there is a question: every believer is a man of mission</w:t>
      </w:r>
      <w:r>
        <w:br/>
      </w:r>
      <w:r>
        <w:rPr>
          <w:sz w:val="20"/>
        </w:rPr>
        <w:t>4:18  . every believer has a mission, that is da'wah. da'wah is the mission of every believer.</w:t>
      </w:r>
      <w:r>
        <w:br/>
      </w:r>
      <w:r>
        <w:rPr>
          <w:sz w:val="20"/>
        </w:rPr>
        <w:t>4:28  and da'wah requires peaceful atmosphere. without peace, there is no da'wah work. so how to do da'wah in such situation</w:t>
      </w:r>
      <w:r>
        <w:br/>
      </w:r>
      <w:r>
        <w:rPr>
          <w:sz w:val="20"/>
        </w:rPr>
        <w:t>4:45  ? it means that in every society, in every situation, it is but natural that there are unwanted situation,</w:t>
      </w:r>
      <w:r>
        <w:br/>
      </w:r>
      <w:r>
        <w:rPr>
          <w:sz w:val="20"/>
        </w:rPr>
        <w:t>5:03  there are abnormal situation, there are violence, there are reasons to go to conflict.</w:t>
      </w:r>
      <w:r>
        <w:br/>
      </w:r>
      <w:r>
        <w:rPr>
          <w:sz w:val="20"/>
        </w:rPr>
        <w:t>5:14  so what to do?</w:t>
      </w:r>
      <w:r>
        <w:br/>
      </w:r>
      <w:r>
        <w:rPr>
          <w:sz w:val="20"/>
        </w:rPr>
        <w:t>5:18  according to the quranic injunction, da'i must adopt the policy of mutual adjustment, mutual reconciliation.</w:t>
      </w:r>
      <w:r>
        <w:br/>
      </w:r>
      <w:r>
        <w:rPr>
          <w:sz w:val="20"/>
        </w:rPr>
        <w:t>5:32  otherwise, he can not do the work.</w:t>
      </w:r>
    </w:p>
    <w:p>
      <w:pPr>
        <w:pStyle w:val="Heading2"/>
      </w:pPr>
      <w:r>
        <w:t>Realization of individual over state in Islam</w:t>
      </w:r>
    </w:p>
    <w:p>
      <w:r>
        <w:rPr>
          <w:color w:val="666666"/>
          <w:sz w:val="18"/>
        </w:rPr>
        <w:t>Maulana Wahiduddin Khan's Earlier Association with Jamaat e Islami 19 Sept 2020 · 2m 33s · at 24:06 · https://youtu.be/_89eYamI9v4?t=1446</w:t>
      </w:r>
    </w:p>
    <w:p>
      <w:r>
        <w:rPr>
          <w:i/>
        </w:rPr>
        <w:t>“Moulana ne jab Jamaat join kiya, us waqt literature nahi padha tha”</w:t>
      </w:r>
    </w:p>
    <w:p>
      <w:r>
        <w:rPr>
          <w:sz w:val="20"/>
        </w:rPr>
        <w:t>24:06  to is tareeqay say Maulana nay jab jamaat Islami ko join kiya, to us waqt itna zyada un ko literature unhonay nahi parha tha, sirf khutbat parhi thi, aur phir join kar liya tha.</w:t>
      </w:r>
      <w:r>
        <w:br/>
      </w:r>
      <w:r>
        <w:rPr>
          <w:sz w:val="20"/>
        </w:rPr>
        <w:t>24:18  baad mein jab un ko Rampur mein jab zyada moqa mila, bohat hi tafseel kay sath literature ko parhna parhnay ka, tab un ko samajh mein aya kay woh jo un kay khayalat hain, jo un kay</w:t>
      </w:r>
      <w:r>
        <w:br/>
      </w:r>
      <w:r>
        <w:rPr>
          <w:sz w:val="20"/>
        </w:rPr>
        <w:t>24:35  unhonay jo ilm hasil kiya hai Quran ka, Hadees ka, to us say woh woh tele nahi kar raha hai jo un ko is Maulana Maudoodi kay literature mein jo baat kahi gayi hai.</w:t>
      </w:r>
      <w:r>
        <w:br/>
      </w:r>
      <w:r>
        <w:rPr>
          <w:sz w:val="20"/>
        </w:rPr>
        <w:t>24:49  wahan par Islam ko</w:t>
      </w:r>
      <w:r>
        <w:br/>
      </w:r>
      <w:r>
        <w:rPr>
          <w:sz w:val="20"/>
        </w:rPr>
        <w:t>24:52  un ko bilkul aik siyasi rang, jis ko Maulana nay apni kitab "Deen ki Siyasi Tabeer" mein pesh kiya hai kay Islam ko aik siyasi jahad kay tor par pesh kiya gaya hai kay asal cheez state hai.</w:t>
      </w:r>
      <w:r>
        <w:br/>
      </w:r>
      <w:r>
        <w:rPr>
          <w:sz w:val="20"/>
        </w:rPr>
        <w:t>25:07  to state</w:t>
      </w:r>
      <w:r>
        <w:br/>
      </w:r>
      <w:r>
        <w:rPr>
          <w:sz w:val="20"/>
        </w:rPr>
        <w:t>25:09  Islami state qaim ho, tamam jo qawaneen hain, woh saray kay saray state bazor nafaz karain.</w:t>
      </w:r>
      <w:r>
        <w:br/>
      </w:r>
      <w:r>
        <w:rPr>
          <w:sz w:val="20"/>
        </w:rPr>
        <w:t>25:18  to is mein is mein individual ka koi importance nahi hai, importance state ki hai. to jabkay un ko</w:t>
      </w:r>
      <w:r>
        <w:br/>
      </w:r>
      <w:r>
        <w:rPr>
          <w:sz w:val="20"/>
        </w:rPr>
        <w:t>25:27  unhonay jo ilm hasil kiya tha Quran ka, Hadees ka, Rasool Allah salallaho alaihi wasallam ki zindagi say, to us mein un ko yeh tha kay asal cheez individual hai.</w:t>
      </w:r>
      <w:r>
        <w:br/>
      </w:r>
      <w:r>
        <w:rPr>
          <w:sz w:val="20"/>
        </w:rPr>
        <w:t>25:38  kyun kay Allah taala kay pas aakhirat mein individual un har aadmi ko fardan farda ab jawab dehi karni paray gi.</w:t>
      </w:r>
      <w:r>
        <w:br/>
      </w:r>
      <w:r>
        <w:rPr>
          <w:sz w:val="20"/>
        </w:rPr>
        <w:t>25:48  to yeh Islam is liye aya hai kay yahan par</w:t>
      </w:r>
      <w:r>
        <w:br/>
      </w:r>
      <w:r>
        <w:rPr>
          <w:sz w:val="20"/>
        </w:rPr>
        <w:t>25:53  jo jis ko hum tazkiya e nafs kehtay hain kay insan ka tazkiya e nafs ho, insan Khuda ki marzi kay mutabiq apni zindagi guzare.</w:t>
      </w:r>
      <w:r>
        <w:br/>
      </w:r>
      <w:r>
        <w:rPr>
          <w:sz w:val="20"/>
        </w:rPr>
        <w:t>26:01  aik individual level jab tamam individuals par kaam kiya jaye ga, jab un individual ki soch durust ho jaye gi, individual kay oper kaam kiya jaye ga, aur un ka tazkiya e nafs hoga, tab ja kay aik society sahi hogi.</w:t>
      </w:r>
      <w:r>
        <w:br/>
      </w:r>
      <w:r>
        <w:rPr>
          <w:sz w:val="20"/>
        </w:rPr>
        <w:t>26:18  lekin yahan bilkul inverted pyramid hai kay pehlay state ka</w:t>
      </w:r>
      <w:r>
        <w:br/>
      </w:r>
      <w:r>
        <w:rPr>
          <w:sz w:val="20"/>
        </w:rPr>
        <w:t>26:23  qayam hoga, us kay baad koi aur kaam hoga. aisa nahi ho sakta kyun kay jab tak individuals ko kay oper Islam ka paigham na pohanchaya jaye, jab tak un ki training na ki jaye, tab tak koi kaam nahi ho sakta.</w:t>
      </w:r>
    </w:p>
    <w:p>
      <w:pPr>
        <w:pStyle w:val="Heading2"/>
      </w:pPr>
      <w:r>
        <w:t>Discovery Holy Spirit comes to helpless da'is</w:t>
      </w:r>
    </w:p>
    <w:p>
      <w:r>
        <w:rPr>
          <w:color w:val="666666"/>
          <w:sz w:val="18"/>
        </w:rPr>
        <w:t>Tears for God Alone June 26, 2014 Maulana Wahiduddin Khan · 2m 00s · at 26:59 · https://youtu.be/GVeuIvyb8wY?t=1619</w:t>
      </w:r>
    </w:p>
    <w:p>
      <w:r>
        <w:rPr>
          <w:i/>
        </w:rPr>
        <w:t>“Maine wahan discover kiya Bangalore ke tajurbe mein ke woh Masih”</w:t>
      </w:r>
    </w:p>
    <w:p>
      <w:r>
        <w:rPr>
          <w:sz w:val="20"/>
        </w:rPr>
        <w:t>26:59  main ne wahan discover kiya Bangalore ke tajurbe mein ke woh Masih ki baat hi nahi hai. woh woh Khuda ke blessing ki baat hai.</w:t>
      </w:r>
      <w:r>
        <w:br/>
      </w:r>
      <w:r>
        <w:rPr>
          <w:sz w:val="20"/>
        </w:rPr>
        <w:t>27:09  aur blessing kab aati hai? helpless daai ke liye.</w:t>
      </w:r>
      <w:r>
        <w:br/>
      </w:r>
      <w:r>
        <w:rPr>
          <w:sz w:val="20"/>
        </w:rPr>
        <w:t>27:18  daai jo hai Masih kya the? daai the.</w:t>
      </w:r>
      <w:r>
        <w:br/>
      </w:r>
      <w:r>
        <w:rPr>
          <w:sz w:val="20"/>
        </w:rPr>
        <w:t>27:23  daai the. to daai ko jab woh had aa jaye, woh had aa jaye. yaani bilkul hi helpless ho jaye woh.</w:t>
      </w:r>
      <w:r>
        <w:br/>
      </w:r>
      <w:r>
        <w:rPr>
          <w:sz w:val="20"/>
        </w:rPr>
        <w:t>27:33  to Khuda ki taraf se rooh al qudus aate hain. koi bara, bohat bara farishta. to mujhe yaqeen hai ke us waqt rooh al qudus aaya mere upar.</w:t>
      </w:r>
      <w:r>
        <w:br/>
      </w:r>
      <w:r>
        <w:rPr>
          <w:sz w:val="20"/>
        </w:rPr>
        <w:t>27:44  warna ek specialist aadmi kaise teen din tak itna zyada bolta raha? itne creative andaaz mein? teen din tak jo kuch bhi bola tha woh sab creative andaaz mein tha.</w:t>
      </w:r>
      <w:r>
        <w:br/>
      </w:r>
      <w:r>
        <w:rPr>
          <w:sz w:val="20"/>
        </w:rPr>
        <w:t>27:57  woh haal mein jo bola tha main. wahan par. bohat hi top ki lady baithi hui thi. unhi ke khilaaf bola tha.</w:t>
      </w:r>
      <w:r>
        <w:br/>
      </w:r>
      <w:r>
        <w:rPr>
          <w:sz w:val="20"/>
        </w:rPr>
        <w:t>28:07  is mein bola tha. Masih mein parman thaki hui thi. Masih mein parman thi. bilkul bare us ko.</w:t>
      </w:r>
      <w:r>
        <w:br/>
      </w:r>
      <w:r>
        <w:rPr>
          <w:sz w:val="20"/>
        </w:rPr>
        <w:t>28:14  bahut zabardast main ne is ki gameaish kiya tha. gameaish ki thi. aur is ke baad woh bhagi nahin.</w:t>
      </w:r>
      <w:r>
        <w:br/>
      </w:r>
      <w:r>
        <w:rPr>
          <w:sz w:val="20"/>
        </w:rPr>
        <w:t>28:25  hum se milne ke liye aaein aur rahen barabar. to ab sawal yeh hai ke ek aadmi jo specialist raha tha woh kaise itne creative andaaz mein bol paaya?</w:t>
      </w:r>
      <w:r>
        <w:br/>
      </w:r>
      <w:r>
        <w:rPr>
          <w:sz w:val="20"/>
        </w:rPr>
        <w:t>28:39  to is ka hota hai ke rooh ul quds ka aana. aur ek symbolic illustration is ka main batata hoon.</w:t>
      </w:r>
      <w:r>
        <w:br/>
      </w:r>
      <w:r>
        <w:rPr>
          <w:sz w:val="20"/>
        </w:rPr>
        <w:t>28:50  wahan ka jo campus tha, bahut hi bara campus tha jante ho? hain? bahut bara campus tha. to wahan par ek billi hoti thi.</w:t>
      </w:r>
    </w:p>
    <w:p>
      <w:pPr>
        <w:pStyle w:val="Heading2"/>
      </w:pPr>
      <w:r>
        <w:t>Ages of thought superstition to philosophy</w:t>
      </w:r>
    </w:p>
    <w:p>
      <w:r>
        <w:rPr>
          <w:color w:val="666666"/>
          <w:sz w:val="18"/>
        </w:rPr>
        <w:t>Oneness of God | July 19, 2009 | Maulana Wahiduddin Khan · 2m 02s · at 23:16 · https://youtu.be/tlfYgAB5LPk?t=1396</w:t>
      </w:r>
    </w:p>
    <w:p>
      <w:r>
        <w:rPr>
          <w:i/>
        </w:rPr>
        <w:t>“Chand woh hain, yani chand zamane hain”</w:t>
      </w:r>
    </w:p>
    <w:p>
      <w:r>
        <w:rPr>
          <w:sz w:val="20"/>
        </w:rPr>
        <w:t>23:16  chand woh hain, yaani chand zamane hain.</w:t>
      </w:r>
      <w:r>
        <w:br/>
      </w:r>
      <w:r>
        <w:rPr>
          <w:sz w:val="20"/>
        </w:rPr>
        <w:t>23:21  un ko main kahunga ke sab se pehla jo zamana hai, woh hai superstition ka zamana.</w:t>
      </w:r>
      <w:r>
        <w:br/>
      </w:r>
      <w:r>
        <w:rPr>
          <w:sz w:val="20"/>
        </w:rPr>
        <w:t>23:27  to sab se pehle insaan ne Khuda ka jo concept, yaani yaani super superstition model ko le kar</w:t>
      </w:r>
      <w:r>
        <w:br/>
      </w:r>
      <w:r>
        <w:rPr>
          <w:sz w:val="20"/>
        </w:rPr>
        <w:t>23:32  Khuda ka concept bana.</w:t>
      </w:r>
      <w:r>
        <w:br/>
      </w:r>
      <w:r>
        <w:rPr>
          <w:sz w:val="20"/>
        </w:rPr>
        <w:t>23:37  pehla jo concept tha Khuda ka, woh base karta tha superstition model par.</w:t>
      </w:r>
      <w:r>
        <w:br/>
      </w:r>
      <w:r>
        <w:rPr>
          <w:sz w:val="20"/>
        </w:rPr>
        <w:t>23:42  Superstition model kya tha?</w:t>
      </w:r>
      <w:r>
        <w:br/>
      </w:r>
      <w:r>
        <w:rPr>
          <w:sz w:val="20"/>
        </w:rPr>
        <w:t>23:48  insaan ne dekha ke suraj chamak raha hai to kaha yeh bhi Khuda hai.</w:t>
      </w:r>
      <w:r>
        <w:br/>
      </w:r>
      <w:r>
        <w:rPr>
          <w:sz w:val="20"/>
        </w:rPr>
        <w:t>23:54  chaand chamak raha hai to woh Khuda samajh liya.</w:t>
      </w:r>
      <w:r>
        <w:br/>
      </w:r>
      <w:r>
        <w:rPr>
          <w:sz w:val="20"/>
        </w:rPr>
        <w:t>24:00  is ko samandar mein paani jitna zyada hai, samajh lein aik samandar bhi Khuda hai, mountain bhi Khuda hai.</w:t>
      </w:r>
      <w:r>
        <w:br/>
      </w:r>
      <w:r>
        <w:rPr>
          <w:sz w:val="20"/>
        </w:rPr>
        <w:t>24:06  to bohat se Khudaon ka concept is tarah aaya super superstition ke zamane mein.</w:t>
      </w:r>
      <w:r>
        <w:br/>
      </w:r>
      <w:r>
        <w:rPr>
          <w:sz w:val="20"/>
        </w:rPr>
        <w:t>24:13  is ko superstition model, yaani tabaah maati model, kisi bhi cheez ko baghair analysis kiye hue</w:t>
      </w:r>
      <w:r>
        <w:br/>
      </w:r>
      <w:r>
        <w:rPr>
          <w:sz w:val="20"/>
        </w:rPr>
        <w:t>24:19  Khuda maan lena.</w:t>
      </w:r>
      <w:r>
        <w:br/>
      </w:r>
      <w:r>
        <w:rPr>
          <w:sz w:val="20"/>
        </w:rPr>
        <w:t>24:24  to beshumaar Khuda ho gaye, beshumaar Khuda ho gaye.</w:t>
      </w:r>
      <w:r>
        <w:br/>
      </w:r>
      <w:r>
        <w:rPr>
          <w:sz w:val="20"/>
        </w:rPr>
        <w:t>24:29  is ke baad aaya philosophy ka zamana to falsafiyana model duniya mein aaya.</w:t>
      </w:r>
      <w:r>
        <w:br/>
      </w:r>
      <w:r>
        <w:rPr>
          <w:sz w:val="20"/>
        </w:rPr>
        <w:t>24:34  Philosophers ne jo study ki to taqreeban tamam philosophers jo hain, woh Khuda ko maante the.</w:t>
      </w:r>
      <w:r>
        <w:br/>
      </w:r>
      <w:r>
        <w:rPr>
          <w:sz w:val="20"/>
        </w:rPr>
        <w:t>24:39  is tarah nahin jaise main maanta hoon, is tarah nahin, lekin kisi na kisi shakal mein.</w:t>
      </w:r>
      <w:r>
        <w:br/>
      </w:r>
      <w:r>
        <w:rPr>
          <w:sz w:val="20"/>
        </w:rPr>
        <w:t>24:44  misalan aap parhein Plato ko, Plato Khuda</w:t>
      </w:r>
      <w:r>
        <w:br/>
      </w:r>
      <w:r>
        <w:rPr>
          <w:sz w:val="20"/>
        </w:rPr>
        <w:t>24:49  ko manta tha. Aap Hegel ko parhein to Hegel Khuda ko manta tha. Aap Berkeley ko parhein to Berkeley Khuda ko manta tha. Aap Kant ko parhein to Kant Khuda ko manta tha, lekin apne andaz mein us ki apni definition thi Khuda ki. Woh kya thi jis ko Hegel ne kaha hai "world spirit". World spirit to philosopher saare ke saare Khuda ko mante the. Ek kitaab hai jis</w:t>
      </w:r>
    </w:p>
    <w:p>
      <w:pPr>
        <w:pStyle w:val="Heading2"/>
      </w:pPr>
      <w:r>
        <w:t>Paradise earned only by building your own character</w:t>
      </w:r>
    </w:p>
    <w:p>
      <w:r>
        <w:rPr>
          <w:color w:val="666666"/>
          <w:sz w:val="18"/>
        </w:rPr>
        <w:t>Personality of A Believer February 2, 2014 · 2m 38s · at 25:06 · https://youtu.be/EiK_-O-Bjps?t=1506</w:t>
      </w:r>
    </w:p>
    <w:p>
      <w:r>
        <w:rPr>
          <w:i/>
        </w:rPr>
        <w:t>“Jannat na shafaat se, na Muslim ghar paida hone se milegi”</w:t>
      </w:r>
    </w:p>
    <w:p>
      <w:r>
        <w:rPr>
          <w:sz w:val="20"/>
        </w:rPr>
        <w:t>25:06  Hum mein se har shakhs chahta hai ke is ko jannat mein dakhla milay.</w:t>
      </w:r>
      <w:r>
        <w:br/>
      </w:r>
      <w:r>
        <w:rPr>
          <w:sz w:val="20"/>
        </w:rPr>
        <w:t>25:11  To yeh bohat hi zyada bari misunderstanding mein, yani grave misunderstanding hai ke hum yeh samjhein ke shahwat se jannat mil jaye gi, musalman ghar mein paida hoga, jannat mil jaye gi.</w:t>
      </w:r>
      <w:r>
        <w:br/>
      </w:r>
      <w:r>
        <w:rPr>
          <w:sz w:val="20"/>
        </w:rPr>
        <w:t>25:25  Yeh kar diya to sath tasbeeh parh liya to jannat mil jaye gi. Yeh sab bilashuba amani hai, amani.</w:t>
      </w:r>
      <w:r>
        <w:br/>
      </w:r>
      <w:r>
        <w:rPr>
          <w:sz w:val="20"/>
        </w:rPr>
        <w:t>25:35  Jannat na to shafa'at se milne wali hai, na musalman ghar mein paida hone se milne wali hai, na sath tasbeeh parhne se milne wali hai, na kisi buzurg ke paas ja ke milen, is se dua len, is se milne wali hai.</w:t>
      </w:r>
      <w:r>
        <w:br/>
      </w:r>
      <w:r>
        <w:rPr>
          <w:sz w:val="20"/>
        </w:rPr>
        <w:t>25:48  Kuch bhi nahi. Jannat mile gi aap ko khud apni shakhsiyat, aap ne kaisi banai hai?</w:t>
      </w:r>
      <w:r>
        <w:br/>
      </w:r>
      <w:r>
        <w:rPr>
          <w:sz w:val="20"/>
        </w:rPr>
        <w:t>26:03  Apni shakhsiyat kaisi banai hai?</w:t>
      </w:r>
      <w:r>
        <w:br/>
      </w:r>
      <w:r>
        <w:rPr>
          <w:sz w:val="20"/>
        </w:rPr>
        <w:t>26:11  Yaani ek jannati shakhsiyat jannat mein jaye gi, koi aur cheez kisi ko jannat mein le jane wali nahi hai.</w:t>
      </w:r>
      <w:r>
        <w:br/>
      </w:r>
      <w:r>
        <w:rPr>
          <w:sz w:val="20"/>
        </w:rPr>
        <w:t>26:23  Is ko achi tarah yaad rakhti hai ke jannat mein jannati shakhsiyat jaye gi, koi aur cheez nahi.</w:t>
      </w:r>
      <w:r>
        <w:br/>
      </w:r>
      <w:r>
        <w:rPr>
          <w:sz w:val="20"/>
        </w:rPr>
        <w:t>26:30  Jaisay aap farz kijiye ke aap ek shakhs doctor banna chahta hai, to is ko degree doctor banaye gi, koi recommendation doctor nahi banaye ga.</w:t>
      </w:r>
      <w:r>
        <w:br/>
      </w:r>
      <w:r>
        <w:rPr>
          <w:sz w:val="20"/>
        </w:rPr>
        <w:t>26:48  Agar aap chahte hain ke aap doctor banen to kisi recommendation se aap doctor nahi ban sakte, kisi wishful thinking se aap doctor nahi ban sakte.</w:t>
      </w:r>
      <w:r>
        <w:br/>
      </w:r>
      <w:r>
        <w:rPr>
          <w:sz w:val="20"/>
        </w:rPr>
        <w:t>27:01  Doctor banen ge is tareeqay se ke aap degree hasil karen, yaani medical science parhen, tab aisa hoga.</w:t>
      </w:r>
      <w:r>
        <w:br/>
      </w:r>
      <w:r>
        <w:rPr>
          <w:sz w:val="20"/>
        </w:rPr>
        <w:t>27:12  Dekhen, yahi muamla dawat ka bhi hai. Dawat ke liye bhi aap ko apne ko prepare karna parhe ga.</w:t>
      </w:r>
      <w:r>
        <w:br/>
      </w:r>
      <w:r>
        <w:rPr>
          <w:sz w:val="20"/>
        </w:rPr>
        <w:t>27:19  Dawat bhi koi announcement ki baat nahi hai ke loudspeaker par announce kar den, aap dawat to aap daai ban gaye.</w:t>
      </w:r>
      <w:r>
        <w:br/>
      </w:r>
      <w:r>
        <w:rPr>
          <w:sz w:val="20"/>
        </w:rPr>
        <w:t>27:28  Loudspeaker par announce kar den to ise daai nahi ban jayen ge. Aap</w:t>
      </w:r>
      <w:r>
        <w:br/>
      </w:r>
      <w:r>
        <w:rPr>
          <w:sz w:val="20"/>
        </w:rPr>
        <w:t>27:35  Woh bhi ek ek ek ek process hai, ek amal hai.</w:t>
      </w:r>
      <w:r>
        <w:br/>
      </w:r>
      <w:r>
        <w:rPr>
          <w:sz w:val="20"/>
        </w:rPr>
        <w:t>27:45  Aur dawat ka kaam bhi, sach poochiye to taameer shakhsiyat ka kaam hai.</w:t>
      </w:r>
    </w:p>
    <w:p>
      <w:pPr>
        <w:pStyle w:val="Heading2"/>
      </w:pPr>
      <w:r>
        <w:t>how to handle hardship: dua plus a realistic approach</w:t>
      </w:r>
    </w:p>
    <w:p>
      <w:r>
        <w:rPr>
          <w:color w:val="666666"/>
          <w:sz w:val="18"/>
        </w:rPr>
        <w:t>The Process of Personality Development June 30, 2013 · 1m 57s · at 1:03:33 · https://youtu.be/CSSFRydcJlo?t=3813</w:t>
      </w:r>
    </w:p>
    <w:p>
      <w:r>
        <w:rPr>
          <w:i/>
        </w:rPr>
        <w:t>“Masla yeh nahi ke kisi ko pareshani aati hai”</w:t>
      </w:r>
    </w:p>
    <w:p>
      <w:r>
        <w:rPr>
          <w:sz w:val="20"/>
        </w:rPr>
        <w:t>1:03:33  unhon ne likha hai: emergency mein duniya mein bohat si zaroorat aur pareshani aati hai. us waqt hum kya karen?</w:t>
      </w:r>
      <w:r>
        <w:br/>
      </w:r>
      <w:r>
        <w:rPr>
          <w:sz w:val="20"/>
        </w:rPr>
        <w:t>1:03:45  dekhen, masla yeh nahi ke kisi ko, kisi ko pareshani</w:t>
      </w:r>
      <w:r>
        <w:br/>
      </w:r>
      <w:r>
        <w:rPr>
          <w:sz w:val="20"/>
        </w:rPr>
        <w:t>1:03:50  aati hai. masla yeh hai ke Allah taala ne paida hi kiya hai is dasht par duniya ko ke yahan pareshaniyan aayen. aur is ka saboot yeh hai ke quran mein ayat hai: laqad khalaqna al-insana fi qabar insaan ko hum ne paida kiya hai pareshaniyon mein.</w:t>
      </w:r>
      <w:r>
        <w:br/>
      </w:r>
      <w:r>
        <w:rPr>
          <w:sz w:val="20"/>
        </w:rPr>
        <w:t>1:04:07  to jab khud law of nature hai, khud yahi creation plan of god hai, to bachna mumkin nahi hai pareshaniyon se. paighambar bhi koi pareshani laye, koi sahaba ko hui, hum ko bhi hogi.</w:t>
      </w:r>
      <w:r>
        <w:br/>
      </w:r>
      <w:r>
        <w:rPr>
          <w:sz w:val="20"/>
        </w:rPr>
        <w:t>1:04:21  to aisi halat mein mein sirf do baat ka mashwara deta hoon: ek to dua, ek ek dua hai.</w:t>
      </w:r>
      <w:r>
        <w:br/>
      </w:r>
      <w:r>
        <w:rPr>
          <w:sz w:val="20"/>
        </w:rPr>
        <w:t>1:04:30  dosri baat yeh hai ke jab koi masla paish aaye to kabhi bhi jazbati iqdam na kiya jaye, balkay haqeeqat pasandana tareeqa ikhtiyar kiya jaye.</w:t>
      </w:r>
      <w:r>
        <w:br/>
      </w:r>
      <w:r>
        <w:rPr>
          <w:sz w:val="20"/>
        </w:rPr>
        <w:t>1:04:45  yani halaat ko samajh kar ke jo mumkin hai, us ko us ke mutabiq kaam kiya jaye. to ek taraf dua karna, dosri taraf realistic approach ikhtiyar karna.</w:t>
      </w:r>
      <w:r>
        <w:br/>
      </w:r>
      <w:r>
        <w:rPr>
          <w:sz w:val="20"/>
        </w:rPr>
        <w:t>1:05:00  yani dua karna aur realistic approach ikhtiyar karna, yeh do mashwara mein deta hoon. kyunke is se koi bach nahi sakta ke is pareshani laiq na ho.</w:t>
      </w:r>
      <w:r>
        <w:br/>
      </w:r>
      <w:r>
        <w:rPr>
          <w:sz w:val="20"/>
        </w:rPr>
        <w:t>1:05:10  woh to hongi,</w:t>
      </w:r>
      <w:r>
        <w:br/>
      </w:r>
      <w:r>
        <w:rPr>
          <w:sz w:val="20"/>
        </w:rPr>
        <w:t>1:05:12  woh Allah ka, Allah ke takhleeqi naqshay mein shamil hain. lekin un ke muqablay mein jo rawaiyya hona hona chahiye, rawaiyya wohi ke hum dua karen aur realistic approach ikhtiyar karen.</w:t>
      </w:r>
    </w:p>
    <w:p>
      <w:pPr>
        <w:pStyle w:val="Heading2"/>
      </w:pPr>
      <w:r>
        <w:t>Jesus in the wilderness and his Kingdom of God message</w:t>
      </w:r>
    </w:p>
    <w:p>
      <w:r>
        <w:rPr>
          <w:color w:val="666666"/>
          <w:sz w:val="18"/>
        </w:rPr>
        <w:t>Importance of Travel in Religion July 28, 2024 · 1m 52s · at 24:17 · https://youtu.be/a5tfBcUSYXc?t=1457</w:t>
      </w:r>
    </w:p>
    <w:p>
      <w:r>
        <w:rPr>
          <w:i/>
        </w:rPr>
        <w:t>“Nearly every prophet, it turns out, once herded goats.”</w:t>
      </w:r>
    </w:p>
    <w:p>
      <w:r>
        <w:rPr>
          <w:sz w:val="20"/>
        </w:rPr>
        <w:t>24:17  to us ke baad aap ne chaalees din jangl mein guzare</w:t>
      </w:r>
      <w:r>
        <w:br/>
      </w:r>
      <w:r>
        <w:rPr>
          <w:sz w:val="20"/>
        </w:rPr>
        <w:t>24:21  kyun ke maturity ke liye bahut zaroori hota hai tarah tarah ke tajrubaat hon. aap ne dekha hoga ke bahut sare jo paighambar hain, taqreeban sabhi paighambaron ne bakriyan charai hain.</w:t>
      </w:r>
      <w:r>
        <w:br/>
      </w:r>
      <w:r>
        <w:rPr>
          <w:sz w:val="20"/>
        </w:rPr>
        <w:t>24:34  to bakriyan charane ka matlab kya hai? nature mein jana. nature mein allah ki tamam signs jo hain, woh nazar aati hain.</w:t>
      </w:r>
      <w:r>
        <w:br/>
      </w:r>
      <w:r>
        <w:rPr>
          <w:sz w:val="20"/>
        </w:rPr>
        <w:t>24:44  yeh aasman nazar aa raha hai, pahad nazar aa raha hai, ped nazar aa rahe hain. to woh sari cheezein nazar aa</w:t>
      </w:r>
      <w:r>
        <w:br/>
      </w:r>
      <w:r>
        <w:rPr>
          <w:sz w:val="20"/>
        </w:rPr>
        <w:t>24:50  ti hain. is se tarah tarah ke agar aadmi thinking person ho to us ko is mein marifat ke sabak milte hain. to maulana kehte the ke maine bhi bakriyan charai hain.</w:t>
      </w:r>
      <w:r>
        <w:br/>
      </w:r>
      <w:r>
        <w:rPr>
          <w:sz w:val="20"/>
        </w:rPr>
        <w:t>25:01  to woh hamare haan dadi bakriyan paalti thin. to ek ladka tha, us ko us ko dekhne ke liye, lekin us ke saath woh nikal jaate the.</w:t>
      </w:r>
      <w:r>
        <w:br/>
      </w:r>
      <w:r>
        <w:rPr>
          <w:sz w:val="20"/>
        </w:rPr>
        <w:t>25:11  to yeh paighambarana sunnat hai kyun ke is se bahut kuch learning hoti hai.</w:t>
      </w:r>
      <w:r>
        <w:br/>
      </w:r>
      <w:r>
        <w:rPr>
          <w:sz w:val="20"/>
        </w:rPr>
        <w:t>25:17  to aap chaalees din ke baad phir aap wapas aaye aur jo galilee ek bade bada jagah thi, to wahan par jagah jagah mukhtalif towns mein jaate the aap aur wahan par allah ka paigham pahuncha dete.</w:t>
      </w:r>
      <w:r>
        <w:br/>
      </w:r>
      <w:r>
        <w:rPr>
          <w:sz w:val="20"/>
        </w:rPr>
        <w:t>25:33  to ek capernaum tha, ek cana, ek nazrat tha.</w:t>
      </w:r>
      <w:r>
        <w:br/>
      </w:r>
      <w:r>
        <w:rPr>
          <w:sz w:val="20"/>
        </w:rPr>
        <w:t>25:38  to woh yahi kehte thay ke dekho, kingdom of god anay wali hai islam ke mutabiq. to kingdom of god wohi thi jo rasool Allah salallaho alaihe wasallam aaye aur sari dunya mein Khuda ka paigham, monotheism ka paigham pohanchaya.</w:t>
      </w:r>
      <w:r>
        <w:br/>
      </w:r>
      <w:r>
        <w:rPr>
          <w:sz w:val="20"/>
        </w:rPr>
        <w:t>25:53  lekin woh log is ko nahi kehte, woh is ko relate karte hain second coming of christ se.</w:t>
      </w:r>
      <w:r>
        <w:br/>
      </w:r>
      <w:r>
        <w:rPr>
          <w:sz w:val="20"/>
        </w:rPr>
        <w:t>25:59  to matlab in ka message yahi tha ke kingdom of god anay wali hai aur is ke liye tum apne aap ko purify karo taake tum is mein hissadar bano.</w:t>
      </w:r>
    </w:p>
    <w:p>
      <w:pPr>
        <w:pStyle w:val="Heading2"/>
      </w:pPr>
      <w:r>
        <w:t>Laylatul Qadr and its significance</w:t>
      </w:r>
    </w:p>
    <w:p>
      <w:r>
        <w:rPr>
          <w:color w:val="666666"/>
          <w:sz w:val="18"/>
        </w:rPr>
        <w:t>Ramadan Q and A Session with Prof. Farida Khanam 27th March' 2022 · 2m 00s · at 44:35 · https://youtu.be/M_pJVGZWKIM?t=2675</w:t>
      </w:r>
    </w:p>
    <w:p>
      <w:r>
        <w:rPr>
          <w:i/>
        </w:rPr>
        <w:t>“Aapa woh Lailatul Qadr ke baare mein”</w:t>
      </w:r>
    </w:p>
    <w:p>
      <w:r>
        <w:rPr>
          <w:sz w:val="20"/>
        </w:rPr>
        <w:t>44:35  appa woh lailatul qadr ke jo shab qadr ki raat hoti hai uske bare mein thoda kuch brief mein bata dein. kaun si problem hai? woh kehte hain faisle ki raat hai bahut zyada farishte utarte hain aur Allah ke faisle us raat ko hote hain toh woh raat bahut hi zyada abzal maani jati hai.</w:t>
      </w:r>
      <w:r>
        <w:br/>
      </w:r>
      <w:r>
        <w:rPr>
          <w:sz w:val="20"/>
        </w:rPr>
        <w:t>45:03  Quran mein aaya hai ke ek hazaar mahine ke barabar us raat ki yeh vaadat hai. toh muharan bataya tha ke ab jo farishte yahan hai kyunki duniya ka sara kaam farishte chala rahe hain toh phir uske baad upar se naye farishte utarte hain agle saal ke liye aur yeh farishte aa rahe hain jaa rahe hain toh bahut zyada spiritual mahol ho jata hai. toh spiritual mahol ki wajah se woh bahut hi spiritual effect aata hai hamari baalton mein.</w:t>
      </w:r>
      <w:r>
        <w:br/>
      </w:r>
      <w:r>
        <w:rPr>
          <w:sz w:val="20"/>
        </w:rPr>
        <w:t>45:33  to ek aadat der to wahi hoti hai jo hum logon ke baadat karte hain lekin uska spiritual</w:t>
      </w:r>
      <w:r>
        <w:br/>
      </w:r>
      <w:r>
        <w:rPr>
          <w:sz w:val="20"/>
        </w:rPr>
        <w:t>45:42  effect bahut zyada hota hai aur woh ek raat hoti hai woh poori usko talash karna hota hai.</w:t>
      </w:r>
      <w:r>
        <w:br/>
      </w:r>
      <w:r>
        <w:rPr>
          <w:sz w:val="20"/>
        </w:rPr>
        <w:t>45:52  kehte hain ki rasoolullah sallalah ek baar bahar nikle masjid hai nabbi se aapko ilm diya gaya tha</w:t>
      </w:r>
      <w:r>
        <w:br/>
      </w:r>
      <w:r>
        <w:rPr>
          <w:sz w:val="20"/>
        </w:rPr>
        <w:t>46:01  ki kaun si raat shabb qadr ki raat hai?</w:t>
      </w:r>
      <w:r>
        <w:br/>
      </w:r>
      <w:r>
        <w:rPr>
          <w:sz w:val="20"/>
        </w:rPr>
        <w:t>46:11  phir aapne kaha ke yeh taak raaton mein isko dhoondho toh wahan khud hi dhoondhna padta hai woh spiritual effect itna zyada hota hai ke jo log sachmuch achhe se baadat karenge mahina bhar toh unko woh ka samajh mein aa jata hai kya shugqadar hai? tareeqa toh wahi baad mein uthne ka. mausam.</w:t>
      </w:r>
      <w:r>
        <w:br/>
      </w:r>
      <w:r>
        <w:rPr>
          <w:sz w:val="20"/>
        </w:rPr>
        <w:t>46:35  tareeqa toh wahi hai baad mein uthne ka ke ek do ghanta pehle uth liya lekin hum log chuki hum log raat bhar uthte the kyunki hum log sochte the ke so jayenge toh phir neend khulegi nahi toh isi liye bahut saare log raat bhar uthte hain ke phir neend nahi khulegi. aur woh dua aap bata dijiye.</w:t>
      </w:r>
    </w:p>
    <w:p>
      <w:pPr>
        <w:pStyle w:val="Heading2"/>
      </w:pPr>
      <w:r>
        <w:t>How the Prophet elevated women's participation</w:t>
      </w:r>
    </w:p>
    <w:p>
      <w:r>
        <w:rPr>
          <w:color w:val="666666"/>
          <w:sz w:val="18"/>
        </w:rPr>
        <w:t>The Position of Woman in Islam March 6, 2022 Maulana Wahiduddin Khan · 2m 38s · at 22:13 · https://youtu.be/xEPOBSMmqk4?t=1333</w:t>
      </w:r>
    </w:p>
    <w:p>
      <w:r>
        <w:rPr>
          <w:i/>
        </w:rPr>
        <w:t>“How did the Prophet of Islam elevate the position of women?”</w:t>
      </w:r>
    </w:p>
    <w:p>
      <w:r>
        <w:rPr>
          <w:sz w:val="20"/>
        </w:rPr>
        <w:t>22:13  kai log humse yeh poochte hain khaskar non muslims that how did the prophet of islam elevate the position of women? iske baare mein bataein. ab rasoolullah sarsalm ne yahi kiya ki har mauqe par auraton ko participation allow kiya.</w:t>
      </w:r>
      <w:r>
        <w:br/>
      </w:r>
      <w:r>
        <w:rPr>
          <w:sz w:val="20"/>
        </w:rPr>
        <w:t>22:38  ab aurtein namaz padhne jaati thi, sermon attend karti thi, maidan-e-jang mein jaati thi, business karti thi. kabhi aapne mana nahi kiya unko.</w:t>
      </w:r>
      <w:r>
        <w:br/>
      </w:r>
      <w:r>
        <w:rPr>
          <w:sz w:val="20"/>
        </w:rPr>
        <w:t>22:48  ek baar kisi ek ek sahabi ne kaha ki to yahi ab wo zamana dekhiye wo zamana doosra tha. bahar ki duniya mein aurat ke liye kuch kaam nahi tha.</w:t>
      </w:r>
      <w:r>
        <w:br/>
      </w:r>
      <w:r>
        <w:rPr>
          <w:sz w:val="20"/>
        </w:rPr>
        <w:t>23:13  to jo available opportunities thi to usmein aapne kabhi mana nahi kiya. ek umm mein dada thi.</w:t>
      </w:r>
      <w:r>
        <w:br/>
      </w:r>
      <w:r>
        <w:rPr>
          <w:sz w:val="20"/>
        </w:rPr>
        <w:t>23:21  ek baar unke husband ne ek baar unhone apna aap apna bag jo hai woh waqt kar diya</w:t>
      </w:r>
      <w:r>
        <w:br/>
      </w:r>
      <w:r>
        <w:rPr>
          <w:sz w:val="20"/>
        </w:rPr>
        <w:t>23:32  islam koi zaroorat thi wahan to unhone kaha maine apna bag de diya shauk se, bahut khushi se</w:t>
      </w:r>
      <w:r>
        <w:br/>
      </w:r>
      <w:r>
        <w:rPr>
          <w:sz w:val="20"/>
        </w:rPr>
        <w:t>23:43  woh wahan se bag chhod kar chali aayi.</w:t>
      </w:r>
      <w:r>
        <w:br/>
      </w:r>
      <w:r>
        <w:rPr>
          <w:sz w:val="20"/>
        </w:rPr>
        <w:t>23:54  to har kaam karte the aur kabhi bhi rasoolullah sasm ne unko mana nahi kiya. sirf ek baar haadar t, asma kaun haadar t? aadar ta bagr ki beti thi. ji ji. bahut hi bareek kapda pehan ke aai thi. to aapne mana kiya. to ki aisa kapda nahi pehanna hai.</w:t>
      </w:r>
      <w:r>
        <w:br/>
      </w:r>
      <w:r>
        <w:rPr>
          <w:sz w:val="20"/>
        </w:rPr>
        <w:t>24:13  to bas yeh hai ki aurat ko apni bahut sanjeeda uski tarz mein rehna hai, sanjeedgi se rehna hai, kapde sahi pehanna hai, tight fitting kapde nahi pehanna hai, yeh sab zaroori hai aur baqi jo hai wo jitna bhi kaam wo kar sakti hai wo karein. kabhi rasoolullah ne mana nahi kiya kisi kaam ko.</w:t>
      </w:r>
      <w:r>
        <w:br/>
      </w:r>
      <w:r>
        <w:rPr>
          <w:sz w:val="20"/>
        </w:rPr>
        <w:t>24:37  isi se pata chalta hai ki kitna zyada aapne unki position ko elevate kiya hai. ji. ab main ismein ek rasoolullah ka ek, ki ek saying add karunga.</w:t>
      </w:r>
      <w:r>
        <w:br/>
      </w:r>
      <w:r>
        <w:rPr>
          <w:sz w:val="20"/>
        </w:rPr>
        <w:t>24:51  aadesh, rasoolullah salah salah ne hazrat aadi yeb nahatim ko kaha tha ki agar tumhari zindagi lambi ho to tum dekho ge ki ek aurat haira se niklegi aur kaba akele jaakar kisi ki panah liye bagair tawaf karegi.</w:t>
      </w:r>
    </w:p>
    <w:p>
      <w:pPr>
        <w:pStyle w:val="Heading2"/>
      </w:pPr>
      <w:r>
        <w:t>Distinguishing Islam the ideology from Muslims' bad behavior</w:t>
      </w:r>
    </w:p>
    <w:p>
      <w:r>
        <w:rPr>
          <w:color w:val="666666"/>
          <w:sz w:val="18"/>
        </w:rPr>
        <w:t>Living in Falsehood 25 Jan 2009 · 2m 26s · at 1:19:48 · https://youtu.be/Qt8VwwonU9k?t=4788</w:t>
      </w:r>
    </w:p>
    <w:p>
      <w:r>
        <w:rPr>
          <w:i/>
        </w:rPr>
        <w:t>“Muslims do bad things — does that discredit Islam?”</w:t>
      </w:r>
    </w:p>
    <w:p>
      <w:r>
        <w:rPr>
          <w:sz w:val="20"/>
        </w:rPr>
        <w:t>1:19:48  But every day, I come across Muslims who do bad things and engage themselves in falsehood. How do you explain this phenomenon?</w:t>
      </w:r>
      <w:r>
        <w:br/>
      </w:r>
      <w:r>
        <w:rPr>
          <w:sz w:val="20"/>
        </w:rPr>
        <w:t>1:20:03  This part I believe is wrong. Islam is not the best religion. No. Islam is a preserved religion. This is also a falsehood.</w:t>
      </w:r>
      <w:r>
        <w:br/>
      </w:r>
      <w:r>
        <w:rPr>
          <w:sz w:val="20"/>
        </w:rPr>
        <w:t>1:20:14  We are also living in falsehood to believe that Islam is the best religion.</w:t>
      </w:r>
      <w:r>
        <w:br/>
      </w:r>
      <w:r>
        <w:rPr>
          <w:sz w:val="20"/>
        </w:rPr>
        <w:t>1:20:19  No, not at all. Islam is a preserved religion. Every religion was best originally.</w:t>
      </w:r>
      <w:r>
        <w:br/>
      </w:r>
      <w:r>
        <w:rPr>
          <w:sz w:val="20"/>
        </w:rPr>
        <w:t>1:20:31  In different religions, there is no such division that it is good, it is bad. No. Every religion that was sent by God was as best as your religion.</w:t>
      </w:r>
      <w:r>
        <w:br/>
      </w:r>
      <w:r>
        <w:rPr>
          <w:sz w:val="20"/>
        </w:rPr>
        <w:t>1:20:47  The only difference is that Islam is a preserved religion. In Islam, the sacred book of Islam is the Quran.</w:t>
      </w:r>
      <w:r>
        <w:br/>
      </w:r>
      <w:r>
        <w:rPr>
          <w:sz w:val="20"/>
        </w:rPr>
        <w:t>1:20:57  And the Quran is a preserved book. It's a language. It's a text. Everything is preserved. So this is the only difference.</w:t>
      </w:r>
      <w:r>
        <w:br/>
      </w:r>
      <w:r>
        <w:rPr>
          <w:sz w:val="20"/>
        </w:rPr>
        <w:t>1:21:07  And the second thing is that what does the second ask? That they are engaging themselves in falsehood, so. So</w:t>
      </w:r>
      <w:r>
        <w:br/>
      </w:r>
      <w:r>
        <w:rPr>
          <w:sz w:val="20"/>
        </w:rPr>
        <w:t>1:21:17  I have described, I have answered this question several times that you have to differentiate between Islam and Muslims. Both are different.</w:t>
      </w:r>
      <w:r>
        <w:br/>
      </w:r>
      <w:r>
        <w:rPr>
          <w:sz w:val="20"/>
        </w:rPr>
        <w:t>1:21:28  You have to differentiate Islam and Muslims. You have to judge Muslims in the light of Islamic teachings and not vice versa. Muslims are not the criterion.</w:t>
      </w:r>
      <w:r>
        <w:br/>
      </w:r>
      <w:r>
        <w:rPr>
          <w:sz w:val="20"/>
        </w:rPr>
        <w:t>1:21:38  Islam is the criterion. Islam is an ideology. Muslims are a group.</w:t>
      </w:r>
      <w:r>
        <w:br/>
      </w:r>
      <w:r>
        <w:rPr>
          <w:sz w:val="20"/>
        </w:rPr>
        <w:t>1:21:45  So present Muslims are,</w:t>
      </w:r>
      <w:r>
        <w:br/>
      </w:r>
      <w:r>
        <w:rPr>
          <w:sz w:val="20"/>
        </w:rPr>
        <w:t>1:21:49  you know, have deviated from the Islamic path. So what Muslims are doing, that is not Islam.</w:t>
      </w:r>
      <w:r>
        <w:br/>
      </w:r>
      <w:r>
        <w:rPr>
          <w:sz w:val="20"/>
        </w:rPr>
        <w:t>1:21:59  If you want to know what is Islam, you can read the Quran and Hadith and the Sira of the Prophet of Islam.</w:t>
      </w:r>
      <w:r>
        <w:br/>
      </w:r>
      <w:r>
        <w:rPr>
          <w:sz w:val="20"/>
        </w:rPr>
        <w:t>1:22:10  So you have to apply here the law of differentiation.</w:t>
      </w:r>
    </w:p>
    <w:p>
      <w:pPr>
        <w:pStyle w:val="Heading2"/>
      </w:pPr>
      <w:r>
        <w:t>Two hadiths on angels announcing forgiveness on Eid night</w:t>
      </w:r>
    </w:p>
    <w:p>
      <w:r>
        <w:rPr>
          <w:color w:val="666666"/>
          <w:sz w:val="18"/>
        </w:rPr>
        <w:t>CPS Women Interaction 4 April 30, 2022 · 2m 17s · at 34:03 · https://youtu.be/O8DWIk3naCQ?t=2043</w:t>
      </w:r>
    </w:p>
    <w:p>
      <w:r>
        <w:rPr>
          <w:i/>
        </w:rPr>
        <w:t>“Pehle hum padhenge Lailatul Jaiza wali hadees”</w:t>
      </w:r>
    </w:p>
    <w:p>
      <w:r>
        <w:rPr>
          <w:sz w:val="20"/>
        </w:rPr>
        <w:t>34:03  Pehle hum padhenge Lailatul Jaiza wali ya Hadees. Yaumul Jaiza wali Hadees kaun padhenge? Sahi bin Awf Ansari apne wali se riwayat karte hain ke jab Eid ul Fitr ka din hota hai to farishte raston mein khade ho jate hain aur awaaz lagate hain.</w:t>
      </w:r>
      <w:r>
        <w:br/>
      </w:r>
      <w:r>
        <w:rPr>
          <w:sz w:val="20"/>
        </w:rPr>
        <w:t>34:23  Hai Musalmanon ki jamaat utho apne Rabbe Kareem ke liye jiska tohfa khair hi khair hai jab woh namaz Eid padh lete hain to ek awaaz lagane wala farishta awaaz lagata hai.</w:t>
      </w:r>
      <w:r>
        <w:br/>
      </w:r>
      <w:r>
        <w:rPr>
          <w:sz w:val="20"/>
        </w:rPr>
        <w:t>34:50  Suno tumhare Rab ne tumko bakhsh diya aur bas tum log khushi khushi ghar jao. Yeh inaam ka din hai. Woh kehta hai ae mere farishton uski jaza kya hai jisne apne amal ko poora kiya?</w:t>
      </w:r>
      <w:r>
        <w:br/>
      </w:r>
      <w:r>
        <w:rPr>
          <w:sz w:val="20"/>
        </w:rPr>
        <w:t>35:19  Farishte kehte hain ae hamare Rab uski jaza yahi ke usko uske amal ka poora poora badla diya jaye.</w:t>
      </w:r>
      <w:r>
        <w:br/>
      </w:r>
      <w:r>
        <w:rPr>
          <w:sz w:val="20"/>
        </w:rPr>
        <w:t>35:53  bas vah log is tarah lautate hain ki unki maqsad ho chuki hoti hai. to yah do harish thi jo maine aapke samne padhi. to yah script hamari honi chahiye, isi tarah se honi chahiye aur hamko allah tarah se ummid honi chahiye, ummid hona chahiye.</w:t>
      </w:r>
      <w:r>
        <w:br/>
      </w:r>
      <w:r>
        <w:rPr>
          <w:sz w:val="20"/>
        </w:rPr>
        <w:t>36:20  main wish aapke sare sawalon ke jawab aapko mil gaya.</w:t>
      </w:r>
    </w:p>
    <w:p>
      <w:pPr>
        <w:pStyle w:val="Heading2"/>
      </w:pPr>
      <w:r>
        <w:t>Newton and Einstein's total devotion to discovery</w:t>
      </w:r>
    </w:p>
    <w:p>
      <w:r>
        <w:rPr>
          <w:color w:val="666666"/>
          <w:sz w:val="18"/>
        </w:rPr>
        <w:t>Intellectual Poverty of Modern World December 17, 2006 · 2m 32s · at 1:04:18 · https://youtu.be/GdhR0DoI1Ys?t=3858</w:t>
      </w:r>
    </w:p>
    <w:p>
      <w:r>
        <w:rPr>
          <w:i/>
        </w:rPr>
        <w:t>“آپ جانتے ہیں کہ نیوٹن جو تھا نیوٹن نے شادی نہیں کی۔”</w:t>
      </w:r>
    </w:p>
    <w:p>
      <w:r>
        <w:rPr>
          <w:sz w:val="20"/>
        </w:rPr>
        <w:t>1:04:18  kuch rasoomat hain is ko kar lo to bas yeh Islam ho gaya. ke bhari cheez nahi dikhai par rahi hai. aap jante hain ke Newton jo tha Newton ne shadi nahi ki.</w:t>
      </w:r>
      <w:r>
        <w:br/>
      </w:r>
      <w:r>
        <w:rPr>
          <w:sz w:val="20"/>
        </w:rPr>
        <w:t>1:04:34  main sochta raha ke shadi kyun nahi ki us ne. kyunke woh jo cheez us ko mili thi jo falakiyat mein jo cheezain woh daryaft kar raha tha woh woh us ko bohat hi bari cheez dikhai parti thi.</w:t>
      </w:r>
      <w:r>
        <w:br/>
      </w:r>
      <w:r>
        <w:rPr>
          <w:sz w:val="20"/>
        </w:rPr>
        <w:t>1:04:47  har cheez se zyada. is ke bare mein kaha jata hai ke jo</w:t>
      </w:r>
      <w:r>
        <w:br/>
      </w:r>
      <w:r>
        <w:rPr>
          <w:sz w:val="20"/>
        </w:rPr>
        <w:t>1:04:56  khane ke waqt mein woh bhool jata tha ke khana ke waqt lunch ka ho gaya waqt dinner ka ho gaya.</w:t>
      </w:r>
      <w:r>
        <w:br/>
      </w:r>
      <w:r>
        <w:rPr>
          <w:sz w:val="20"/>
        </w:rPr>
        <w:t>1:05:04  to us ki behan thi jo bohat manti thi us ko to woh tray mein khana rakh kar ke lati aur dheere se woh us ki mez par rakh deti.</w:t>
      </w:r>
      <w:r>
        <w:br/>
      </w:r>
      <w:r>
        <w:rPr>
          <w:sz w:val="20"/>
        </w:rPr>
        <w:t>1:05:13  taake us ka tawajjuh na ho. aur phir kabhi woh kha leta. itna masroof tha to us ki jo daryaft ho rahi thi jo yani falakiyat ko tabdeel kar raha tha woh falakiyat mein to yeh yeh yeh daryaft itni bari thi us ke liye ke shadi wadi us ko mamooli cheez maloom hone lagi to shadi nahi ki us ne.</w:t>
      </w:r>
      <w:r>
        <w:br/>
      </w:r>
      <w:r>
        <w:rPr>
          <w:sz w:val="20"/>
        </w:rPr>
        <w:t>1:05:34  is tarah aap jante hain ke einstein jo hai jis ne jis ki general theory of relativity is ki bohat mashhoor hai. bohat bara zehn tha woh.</w:t>
      </w:r>
      <w:r>
        <w:br/>
      </w:r>
      <w:r>
        <w:rPr>
          <w:sz w:val="20"/>
        </w:rPr>
        <w:t>1:05:44  is ko israel ki pehle se woh pesh ki gayi. sadar banaya ja raha tha is ko. jab israel bana 1948 mein to einstein se kaha gaya ke ab aap pehle sadar baniye is ke.</w:t>
      </w:r>
      <w:r>
        <w:br/>
      </w:r>
      <w:r>
        <w:rPr>
          <w:sz w:val="20"/>
        </w:rPr>
        <w:t>1:05:58  is ne bilkul flatly refuse kar diya is ko.</w:t>
      </w:r>
      <w:r>
        <w:br/>
      </w:r>
      <w:r>
        <w:rPr>
          <w:sz w:val="20"/>
        </w:rPr>
        <w:t>1:06:02  kyun? is ko jo science mein jo jo is ko khushi mil rahi thi is ka is ke zehn ko jo ghiza mil raha tha is ke liye bilkul mamooli cheez thi sadar banna.</w:t>
      </w:r>
      <w:r>
        <w:br/>
      </w:r>
      <w:r>
        <w:rPr>
          <w:sz w:val="20"/>
        </w:rPr>
        <w:t>1:06:17  to un logon ne bare bare science dan jo thay un logon ne jo jo jo qurbaniyan kin jo jo is mamle ko waqf kiya is ki wajah se is science ko bohat bari cheez dikhai parti thi.</w:t>
      </w:r>
      <w:r>
        <w:br/>
      </w:r>
      <w:r>
        <w:rPr>
          <w:sz w:val="20"/>
        </w:rPr>
        <w:t>1:06:29  aaj jo mamla hai islam ka to logon ne islam ko aisa bana diya ke is ka aik kam shuda shakal tayyar kiya hai. kam shuda shakal. to kisi kisi kisi zaheen aadmi ko lagta nahi ke woh is mein apne ko shamil kare.</w:t>
      </w:r>
    </w:p>
    <w:p>
      <w:pPr>
        <w:pStyle w:val="Heading2"/>
      </w:pPr>
      <w:r>
        <w:t>'Work hard, party hard' just trades one stress for another</w:t>
      </w:r>
    </w:p>
    <w:p>
      <w:r>
        <w:rPr>
          <w:color w:val="666666"/>
          <w:sz w:val="18"/>
        </w:rPr>
        <w:t>Materialism and Intellectual Dwarfism 29th April 2012 · 1m 41s · at 6:30 · https://youtu.be/qHzARL_r3I4?t=390</w:t>
      </w:r>
    </w:p>
    <w:p>
      <w:r>
        <w:rPr>
          <w:i/>
        </w:rPr>
        <w:t>“Badqismati se aajkal sabka yahi haal hai”</w:t>
      </w:r>
    </w:p>
    <w:p>
      <w:r>
        <w:rPr>
          <w:sz w:val="20"/>
        </w:rPr>
        <w:t>6:30  lekin bad-qismati se aaj kal sab ka yahi haal hai. at drink and be merry mein jeete hain log, chahe yeh lafz na bhi jante hon.</w:t>
      </w:r>
      <w:r>
        <w:br/>
      </w:r>
      <w:r>
        <w:rPr>
          <w:sz w:val="20"/>
        </w:rPr>
        <w:t>6:39  right here, right now, yeh na bhi jante hon, tab bhi isi mein jeete hain woh. aaj kal jo log job karte hain, un ka kya hai?</w:t>
      </w:r>
      <w:r>
        <w:br/>
      </w:r>
      <w:r>
        <w:rPr>
          <w:sz w:val="20"/>
        </w:rPr>
        <w:t>6:49  work hard, party hard. matlab khoob mehnat se kaam karo, paisa kamao, aur partiyon mein ja kar ke paise lutao, tafreeh karo.</w:t>
      </w:r>
      <w:r>
        <w:br/>
      </w:r>
      <w:r>
        <w:rPr>
          <w:sz w:val="20"/>
        </w:rPr>
        <w:t>7:00  m</w:t>
      </w:r>
      <w:r>
        <w:br/>
      </w:r>
      <w:r>
        <w:rPr>
          <w:sz w:val="20"/>
        </w:rPr>
        <w:t>7:01  gar aise bohat se logon se, yahan se le kar America tak, mein mila hoon. waqti ek temporary entertainment hota hai party mein ya holiday mein jate hain aap.</w:t>
      </w:r>
      <w:r>
        <w:br/>
      </w:r>
      <w:r>
        <w:rPr>
          <w:sz w:val="20"/>
        </w:rPr>
        <w:t>7:13  us ke baad phir ek naya stress.</w:t>
      </w:r>
      <w:r>
        <w:br/>
      </w:r>
      <w:r>
        <w:rPr>
          <w:sz w:val="20"/>
        </w:rPr>
        <w:t>7:18  us ke baad ek naya stress jis ko aap keh sakte hain party stress ya holiday stress.</w:t>
      </w:r>
      <w:r>
        <w:br/>
      </w:r>
      <w:r>
        <w:rPr>
          <w:sz w:val="20"/>
        </w:rPr>
        <w:t>7:27  america mein aik aadmi mujhe mile, unhon ne kaha ke yahan aik culture hai ke khoob mehnat karo, aur us ke baad weekend mein ja kar ke khoob tafreeh karo, holiday manao.</w:t>
      </w:r>
      <w:r>
        <w:br/>
      </w:r>
      <w:r>
        <w:rPr>
          <w:sz w:val="20"/>
        </w:rPr>
        <w:t>7:39  lekin us ne bataya ke tajruba yeh batata hai ke aik naya stress le ke aata hai aadmi. to yahan pe aik lafz naya bana hai, holiday stress.</w:t>
      </w:r>
      <w:r>
        <w:br/>
      </w:r>
      <w:r>
        <w:rPr>
          <w:sz w:val="20"/>
        </w:rPr>
        <w:t>7:52  to kya aik aik koi zindagi hai? bataiye,</w:t>
      </w:r>
      <w:r>
        <w:br/>
      </w:r>
      <w:r>
        <w:rPr>
          <w:sz w:val="20"/>
        </w:rPr>
        <w:t>7:56  yeh to just like animal jeena hai. just like animal jeena hai. mein develop countries jin ko kaha jata hai,</w:t>
      </w:r>
    </w:p>
    <w:p>
      <w:pPr>
        <w:pStyle w:val="Heading2"/>
      </w:pPr>
      <w:r>
        <w:t>Two phases of life and end of world</w:t>
      </w:r>
    </w:p>
    <w:p>
      <w:r>
        <w:rPr>
          <w:color w:val="666666"/>
          <w:sz w:val="18"/>
        </w:rPr>
        <w:t>Global Warming May 13, 2008 · 1m 46s · at 22:17 · https://youtu.be/AmgbF0n3lz4?t=1337</w:t>
      </w:r>
    </w:p>
    <w:p>
      <w:r>
        <w:rPr>
          <w:i/>
        </w:rPr>
        <w:t>“There are two phases of human life pre and post death”</w:t>
      </w:r>
    </w:p>
    <w:p>
      <w:r>
        <w:rPr>
          <w:sz w:val="20"/>
        </w:rPr>
        <w:t>22:17  lekin khuda ke yani khuda ne jo ek period tha khuda ke mind mein ke itne din tak dunya chalegi is ke baad nahi chalegi is ke baad is ko khatam kar diya gaya phir doosra phase life ka shuru hoga yani there are two phases of human life pre death period aur post death period</w:t>
      </w:r>
      <w:r>
        <w:br/>
      </w:r>
      <w:r>
        <w:rPr>
          <w:sz w:val="20"/>
        </w:rPr>
        <w:t>22:45  ya to period of life pre death period aur post death period to hamara jo yeh jo period</w:t>
      </w:r>
      <w:r>
        <w:br/>
      </w:r>
      <w:r>
        <w:rPr>
          <w:sz w:val="20"/>
        </w:rPr>
        <w:t>22:53  tha ab woh end par aa gaya hai yeh sign hai ke khuda jo hai</w:t>
      </w:r>
      <w:r>
        <w:br/>
      </w:r>
      <w:r>
        <w:rPr>
          <w:sz w:val="20"/>
        </w:rPr>
        <w:t>23:01  is se pehle jo check and balance ka system dunya mein qaim kiye hue tha us ko khuda</w:t>
      </w:r>
      <w:r>
        <w:br/>
      </w:r>
      <w:r>
        <w:rPr>
          <w:sz w:val="20"/>
        </w:rPr>
        <w:t>23:07  ne woh kar diya</w:t>
      </w:r>
      <w:r>
        <w:br/>
      </w:r>
      <w:r>
        <w:rPr>
          <w:sz w:val="20"/>
        </w:rPr>
        <w:t>23:12  rok diya suspend kar diya</w:t>
      </w:r>
      <w:r>
        <w:br/>
      </w:r>
      <w:r>
        <w:rPr>
          <w:sz w:val="20"/>
        </w:rPr>
        <w:t>23:15  yeh ek sign hai</w:t>
      </w:r>
      <w:r>
        <w:br/>
      </w:r>
      <w:r>
        <w:rPr>
          <w:sz w:val="20"/>
        </w:rPr>
        <w:t>23:18  is se pehle insan pollute karta tha is se pehle insan dunya mein bohat zyada gadbad karta tha</w:t>
      </w:r>
      <w:r>
        <w:br/>
      </w:r>
      <w:r>
        <w:rPr>
          <w:sz w:val="20"/>
        </w:rPr>
        <w:t>23:24  lekin check and balance ka jo system hai us ko in khuda is se bachata rehta tha bachata</w:t>
      </w:r>
      <w:r>
        <w:br/>
      </w:r>
      <w:r>
        <w:rPr>
          <w:sz w:val="20"/>
        </w:rPr>
        <w:t>23:30  rehta tha ab woh suspend kar diya gaya woh system yeh is baat ka sign hai ke insan</w:t>
      </w:r>
      <w:r>
        <w:br/>
      </w:r>
      <w:r>
        <w:rPr>
          <w:sz w:val="20"/>
        </w:rPr>
        <w:t>23:37  اب you human history is reaching to its end</w:t>
      </w:r>
      <w:r>
        <w:br/>
      </w:r>
      <w:r>
        <w:rPr>
          <w:sz w:val="20"/>
        </w:rPr>
        <w:t>23:43  yeh sign hai</w:t>
      </w:r>
      <w:r>
        <w:br/>
      </w:r>
      <w:r>
        <w:rPr>
          <w:sz w:val="20"/>
        </w:rPr>
        <w:t>23:46  to global warming ko explain karne ke liye yahi ek hi formula hai scientific community warning to de</w:t>
      </w:r>
      <w:r>
        <w:br/>
      </w:r>
      <w:r>
        <w:rPr>
          <w:sz w:val="20"/>
        </w:rPr>
        <w:t>23:55  rahi hai lekin scientific community ke paas is ko explain karne ke liye koi cheez nahi hai</w:t>
      </w:r>
    </w:p>
    <w:p>
      <w:pPr>
        <w:pStyle w:val="Heading2"/>
      </w:pPr>
      <w:r>
        <w:t>Quran verse: turn your enemy into a friend</w:t>
      </w:r>
    </w:p>
    <w:p>
      <w:r>
        <w:rPr>
          <w:color w:val="666666"/>
          <w:sz w:val="18"/>
        </w:rPr>
        <w:t>The Concept of Spirituality In Islam - I January 27, 2006 Maulana Wahiduddin Khan · 1m 41s · at 16:19 · https://youtu.be/xnI_QVVDWgk?t=979</w:t>
      </w:r>
    </w:p>
    <w:p>
      <w:r>
        <w:rPr>
          <w:i/>
        </w:rPr>
        <w:t>“There is a very relevant verse of the Quran”</w:t>
      </w:r>
    </w:p>
    <w:p>
      <w:r>
        <w:rPr>
          <w:sz w:val="20"/>
        </w:rPr>
        <w:t>16:19  you know, there is a very relevant verse of the quran.</w:t>
      </w:r>
      <w:r>
        <w:br/>
      </w:r>
      <w:r>
        <w:rPr>
          <w:sz w:val="20"/>
        </w:rPr>
        <w:t>16:28  it says that,</w:t>
      </w:r>
      <w:r>
        <w:br/>
      </w:r>
      <w:r>
        <w:rPr>
          <w:sz w:val="20"/>
        </w:rPr>
        <w:t>16:33  "Itfa, itfa bilti hai aasan. La, la, la, tastab hasrat wa saiya. Itfa bilti hai aasan. Faiz ka vlel hameem." It means that,</w:t>
      </w:r>
      <w:r>
        <w:br/>
      </w:r>
      <w:r>
        <w:rPr>
          <w:sz w:val="20"/>
        </w:rPr>
        <w:t>16:54  "Do good deeds in return for bad deeds." and you will find that your enemy has become your dearest friend. This is a Quranic verse. So, according to this,</w:t>
      </w:r>
      <w:r>
        <w:br/>
      </w:r>
      <w:r>
        <w:rPr>
          <w:sz w:val="20"/>
        </w:rPr>
        <w:t>17:20  our enemy is our potential friend. what is revolutionary idea?</w:t>
      </w:r>
      <w:r>
        <w:br/>
      </w:r>
      <w:r>
        <w:rPr>
          <w:sz w:val="20"/>
        </w:rPr>
        <w:t>17:29  our enemy is our potential friend. so,</w:t>
      </w:r>
      <w:r>
        <w:br/>
      </w:r>
      <w:r>
        <w:rPr>
          <w:sz w:val="20"/>
        </w:rPr>
        <w:t>17:36  turn this potential to actual. very simple formula. very simple formula. every enemy is your potential friend. so, turn this potential to actual. this is a spiritual formula. very simple, very easy. this is the Quran ki seekh.</w:t>
      </w:r>
    </w:p>
    <w:p>
      <w:pPr>
        <w:pStyle w:val="Heading2"/>
      </w:pPr>
      <w:r>
        <w:t>Defining the true sign of a sincere truth-seeker</w:t>
      </w:r>
    </w:p>
    <w:p>
      <w:r>
        <w:rPr>
          <w:color w:val="666666"/>
          <w:sz w:val="18"/>
        </w:rPr>
        <w:t>Discovery of Truth December 3, 2013 · 2m 15s · at 9:27 · https://youtu.be/IHekdwZBe6c?t=567</w:t>
      </w:r>
    </w:p>
    <w:p>
      <w:r>
        <w:rPr>
          <w:i/>
        </w:rPr>
        <w:t>“Is se maloom hua sachai ki talash ka criteria kya hai”</w:t>
      </w:r>
    </w:p>
    <w:p>
      <w:r>
        <w:rPr>
          <w:sz w:val="20"/>
        </w:rPr>
        <w:t>9:27  to is se kya maloom hua? is se maloom hua ke sachai ki talash ka criteria kya hai? kab yeh maloom hoga ke aadmi waqai sachai ki talash mein hai?</w:t>
      </w:r>
      <w:r>
        <w:br/>
      </w:r>
      <w:r>
        <w:rPr>
          <w:sz w:val="20"/>
        </w:rPr>
        <w:t>9:44  sachai ki talash ka mayar kya hai? yaani kisi aadmi ke baray mein kaise yeh sabit ho ke waqai woh sachai ka mutalashi hai, seeker hai?</w:t>
      </w:r>
      <w:r>
        <w:br/>
      </w:r>
      <w:r>
        <w:rPr>
          <w:sz w:val="20"/>
        </w:rPr>
        <w:t>9:55  woh yahi hai ke is ka yeh haal ho jaye ke us ke liye ek bojh, us ke sar par ek bojh jaisa lada hua hai.</w:t>
      </w:r>
      <w:r>
        <w:br/>
      </w:r>
      <w:r>
        <w:rPr>
          <w:sz w:val="20"/>
        </w:rPr>
        <w:t>10:06  woh chahta hai ke utre woh bojh. itna bara gham ho, woh itna bara dard ho, itni bari fikr ho ke dimagh par ek bojh ki manind ho jaye.</w:t>
      </w:r>
      <w:r>
        <w:br/>
      </w:r>
      <w:r>
        <w:rPr>
          <w:sz w:val="20"/>
        </w:rPr>
        <w:t>10:19  itna zyada tha Allah ki, jaise jaise ke itna bara bojh, jaise aadmi ki qabar toot ja rahi ho.</w:t>
      </w:r>
      <w:r>
        <w:br/>
      </w:r>
      <w:r>
        <w:rPr>
          <w:sz w:val="20"/>
        </w:rPr>
        <w:t>10:26  aap jante hain ke agar kisi ke sar par bohat hi bara bojh ho jaye, alag diya jaye to aadmi jhuk jata hai.</w:t>
      </w:r>
      <w:r>
        <w:br/>
      </w:r>
      <w:r>
        <w:rPr>
          <w:sz w:val="20"/>
        </w:rPr>
        <w:t>10:38  qabar us ki jhuk jati hai. aisa lagta hai qabar toot jayegi.</w:t>
      </w:r>
      <w:r>
        <w:br/>
      </w:r>
      <w:r>
        <w:rPr>
          <w:sz w:val="20"/>
        </w:rPr>
        <w:t>10:42  to yeh physical halat hoti hai. isi physical halat ko bator alamat, bator tamseel yahan liya gaya hai ke aakhri had tak apne ko is se involve kar dena sachai ke sawal se.</w:t>
      </w:r>
      <w:r>
        <w:br/>
      </w:r>
      <w:r>
        <w:rPr>
          <w:sz w:val="20"/>
        </w:rPr>
        <w:t>11:05  jab tak is darja involvement na ho, tab tak sachai nahi aati.</w:t>
      </w:r>
      <w:r>
        <w:br/>
      </w:r>
      <w:r>
        <w:rPr>
          <w:sz w:val="20"/>
        </w:rPr>
        <w:t>11:12  aakhri had tak apne aap ko jab involve kar de aadmi sachai ki talash mein ke lage ke aisa lage ke ab to us ki qabar toot jayegi, us ka sar phat jayega, us ki ragen toot jayengi, us ka khoon khushk ho jayega,</w:t>
      </w:r>
      <w:r>
        <w:br/>
      </w:r>
      <w:r>
        <w:rPr>
          <w:sz w:val="20"/>
        </w:rPr>
        <w:t>11:29  us ki hadiyan choor choor ho jayengi. is tarah ke halat jab guzar jayen, tab ja kar aisa hota hai ke woh sachai ko ka wiyah banta hai.</w:t>
      </w:r>
    </w:p>
    <w:p>
      <w:pPr>
        <w:pStyle w:val="Heading2"/>
      </w:pPr>
      <w:r>
        <w:t>Why stepping outside your room transforms spiritual growth</w:t>
      </w:r>
    </w:p>
    <w:p>
      <w:r>
        <w:rPr>
          <w:color w:val="666666"/>
          <w:sz w:val="18"/>
        </w:rPr>
        <w:t>Importance of Travel in Religion July 28, 2024 · 1m 11s · at 4:00 · https://youtu.be/a5tfBcUSYXc?t=240</w:t>
      </w:r>
    </w:p>
    <w:p>
      <w:r>
        <w:rPr>
          <w:i/>
        </w:rPr>
        <w:t>“Sitting in a room versus stepping into the world — worlds apart.”</w:t>
      </w:r>
    </w:p>
    <w:p>
      <w:r>
        <w:rPr>
          <w:sz w:val="20"/>
        </w:rPr>
        <w:t>4:00  yeh chapter nine aur verse 112. To Islam ke lehaz se safar ka maqsad hai ek to duniya mein jo waqeyat hain, jo past mein jo waqeyat hue, aindah hone wale jo waqeyat hain, to woh sab isko dekhna aur ibret hasil karna, lesson lena is se, aur Khuda ki marifat hasil karna.</w:t>
      </w:r>
      <w:r>
        <w:br/>
      </w:r>
      <w:r>
        <w:rPr>
          <w:sz w:val="20"/>
        </w:rPr>
        <w:t>4:28  ab aap sochiye ki aap ek kamre mein baithe hain aur is mein aur aap bahar ki duniya mein jate hain to zameen aasman ka farq hai. To aap ko ek to yeh hai ki apne aap ko, jo aap ne kaha ki spiritual growth, us ke liye bahut zyada aham hai safar.</w:t>
      </w:r>
      <w:r>
        <w:br/>
      </w:r>
      <w:r>
        <w:rPr>
          <w:sz w:val="20"/>
        </w:rPr>
        <w:t>4:46  to bahut kuch hamein learning hasil hot</w:t>
      </w:r>
      <w:r>
        <w:br/>
      </w:r>
      <w:r>
        <w:rPr>
          <w:sz w:val="20"/>
        </w:rPr>
        <w:t>4:48  i hai, hamein bahut zyada Khuda ki marifat hasil hoti hai, aur jab tak hum bahar nahin jayenge, hamari mad'u se mulaqat nahin hoti.</w:t>
      </w:r>
      <w:r>
        <w:br/>
      </w:r>
      <w:r>
        <w:rPr>
          <w:sz w:val="20"/>
        </w:rPr>
        <w:t>4:59  ab aap mad'u ke paas jayenge, kuch baatein karenge, is se interaction karenge, is se kuch sawalat hote hain, is ke aap jawab denge. To is tarah se dheere dheere Khuda ka paigham mad'u tak pahunchne lagega.</w:t>
      </w:r>
    </w:p>
    <w:p>
      <w:pPr>
        <w:pStyle w:val="Heading2"/>
      </w:pPr>
      <w:r>
        <w:t>Prophets Yusuf and Musa used opposite methods in Egypt</w:t>
      </w:r>
    </w:p>
    <w:p>
      <w:r>
        <w:rPr>
          <w:color w:val="666666"/>
          <w:sz w:val="18"/>
        </w:rPr>
        <w:t>Second Coming of Christian Model March 11, 2007 · 2m 36s · at 15:35 · https://youtu.be/hydvgblVSY4?t=935</w:t>
      </w:r>
    </w:p>
    <w:p>
      <w:r>
        <w:rPr>
          <w:i/>
        </w:rPr>
        <w:t>“Two prophets came to Egypt — Yusuf and Musa — same era, same pagan king.”</w:t>
      </w:r>
    </w:p>
    <w:p>
      <w:r>
        <w:rPr>
          <w:sz w:val="20"/>
        </w:rPr>
        <w:t>15:35  aise ke aap dekhiye, Egypt mein aaye do prophet, Hazrat Yusuf, Hazrat Musa, dono Egypt mein aaye.</w:t>
      </w:r>
      <w:r>
        <w:br/>
      </w:r>
      <w:r>
        <w:rPr>
          <w:sz w:val="20"/>
        </w:rPr>
        <w:t>15:48  lekin hum dekhte hain ke achha, dono ke zamane mein mushrik ruler tha, mushrik king tha, dono ke zamane mein. Hazrat Yusuf ne apne zamane ke mushrik king, kafir ko accept kar liya.</w:t>
      </w:r>
      <w:r>
        <w:br/>
      </w:r>
      <w:r>
        <w:rPr>
          <w:sz w:val="20"/>
        </w:rPr>
        <w:t>16:05  usne offer di thi ke mere jo food department, mera jo hai, uska charge aap le lijiye.</w:t>
      </w:r>
      <w:r>
        <w:br/>
      </w:r>
      <w:r>
        <w:rPr>
          <w:sz w:val="20"/>
        </w:rPr>
        <w:t>16:16  aap ne usko qabool kar liya. halanke sovereignty thi. rule as ka tha, hukumat as ki thi, is mushrik king ki, jisko heקס king kaha jata hai.</w:t>
      </w:r>
      <w:r>
        <w:br/>
      </w:r>
      <w:r>
        <w:rPr>
          <w:sz w:val="20"/>
        </w:rPr>
        <w:t>16:32  lekin Hazrat Musa ne kya kiya</w:t>
      </w:r>
      <w:r>
        <w:br/>
      </w:r>
      <w:r>
        <w:rPr>
          <w:sz w:val="20"/>
        </w:rPr>
        <w:t>16:34  ? Hazrat Musa ka direct takrao hua Firon se. aur phir yahan to history, yahan tak badi itni badi ke usne peecha kiya apne lashkar ke saath, Hazrat Musa ka, aap ke saathiyon ka.</w:t>
      </w:r>
      <w:r>
        <w:br/>
      </w:r>
      <w:r>
        <w:rPr>
          <w:sz w:val="20"/>
        </w:rPr>
        <w:t>16:50  Allah taala ne</w:t>
      </w:r>
      <w:r>
        <w:br/>
      </w:r>
      <w:r>
        <w:rPr>
          <w:sz w:val="20"/>
        </w:rPr>
        <w:t>16:55  Firon ko aur uske poori army ko tabah kar diya.</w:t>
      </w:r>
      <w:r>
        <w:br/>
      </w:r>
      <w:r>
        <w:rPr>
          <w:sz w:val="20"/>
        </w:rPr>
        <w:t>17:02  yeh tabahi jahan hui thi, asal mein agar aap Red Sea dekhein, uska Red Sea, to Red Sea ke do horn hote hain.</w:t>
      </w:r>
      <w:r>
        <w:br/>
      </w:r>
      <w:r>
        <w:rPr>
          <w:sz w:val="20"/>
        </w:rPr>
        <w:t>17:13  horn bola jata hai usko. yaani do seengh. to ek horn ke paas yeh aisa hua tha waqia.</w:t>
      </w:r>
      <w:r>
        <w:br/>
      </w:r>
      <w:r>
        <w:rPr>
          <w:sz w:val="20"/>
        </w:rPr>
        <w:t>17:21  dono horn ke beech mein desert hai. is desert mein aap ko jana tha. to usko aap par karna chaha aapne</w:t>
      </w:r>
      <w:r>
        <w:br/>
      </w:r>
      <w:r>
        <w:rPr>
          <w:sz w:val="20"/>
        </w:rPr>
        <w:t>17:29  . wahan par Allah taala ne Firon ko aur uske lashkar ko destroy kar diya. ab dekhiye ke isi Misr, wahi ek Misr hai, wahi mushrik king hai.</w:t>
      </w:r>
      <w:r>
        <w:br/>
      </w:r>
      <w:r>
        <w:rPr>
          <w:sz w:val="20"/>
        </w:rPr>
        <w:t>17:40  Hazrat Yusuf ka method doosra hota hai. Hazrat Yusuf, Musa ka mushrik doosra hota hai.</w:t>
      </w:r>
      <w:r>
        <w:br/>
      </w:r>
      <w:r>
        <w:rPr>
          <w:sz w:val="20"/>
        </w:rPr>
        <w:t>17:47  to is baat ko agar aap samajh lein achhi tarike se to aage ki baat samajhna bilkul aasan ho jayega ke Khuda ki taraf se paighambaron ko jo guidance aati hai,</w:t>
      </w:r>
      <w:r>
        <w:br/>
      </w:r>
      <w:r>
        <w:rPr>
          <w:sz w:val="20"/>
        </w:rPr>
        <w:t>18:01  uske do part hote hain. ek deen aur ek minhaj. yaani ideology aur method.</w:t>
      </w:r>
      <w:r>
        <w:br/>
      </w:r>
      <w:r>
        <w:rPr>
          <w:sz w:val="20"/>
        </w:rPr>
        <w:t>18:12  to ideology eternal hoti hai. method jo hai, eternal nahi hota.</w:t>
      </w:r>
    </w:p>
    <w:p>
      <w:pPr>
        <w:pStyle w:val="Heading2"/>
      </w:pPr>
      <w:r>
        <w:t>Stream avoiding obstacles as a lesson</w:t>
      </w:r>
    </w:p>
    <w:p>
      <w:r>
        <w:rPr>
          <w:color w:val="666666"/>
          <w:sz w:val="18"/>
        </w:rPr>
        <w:t>Nature as a Role Model December 7, 2007 · 2m 26s · at 47:07 · https://youtu.be/QJXLYUfhSSc?t=2827</w:t>
      </w:r>
    </w:p>
    <w:p>
      <w:r>
        <w:rPr>
          <w:i/>
        </w:rPr>
        <w:t>“Ek martaba main gaya wahan par Kashmir”</w:t>
      </w:r>
    </w:p>
    <w:p>
      <w:r>
        <w:rPr>
          <w:sz w:val="20"/>
        </w:rPr>
        <w:t>47:07  ek martaba mein gaya wahan par Kashmir to kuch logon ke sath mein gaya wahan par bahar, shehar ke bahar.</w:t>
      </w:r>
      <w:r>
        <w:br/>
      </w:r>
      <w:r>
        <w:rPr>
          <w:sz w:val="20"/>
        </w:rPr>
        <w:t>47:17  to wahan pahad the. pahad ke upar se chashme beh beh kar aa rahe the. to har taraf chashme beh rahe the. bohat hi beautiful scene tha.</w:t>
      </w:r>
      <w:r>
        <w:br/>
      </w:r>
      <w:r>
        <w:rPr>
          <w:sz w:val="20"/>
        </w:rPr>
        <w:t>47:29  to ek jagah mein logon ke sath baith gaya. wahan par kya tha? ke pani ki stream aa rahi hai aur rastay mein jagah jagah pathar milte hain.</w:t>
      </w:r>
      <w:r>
        <w:br/>
      </w:r>
      <w:r>
        <w:rPr>
          <w:sz w:val="20"/>
        </w:rPr>
        <w:t>47:40  koi chhote, koi bare. to pani jo hai, pani ka dhara us se takrata nahi hai. aisa nahi karta ke pehle use hataway rastay se.</w:t>
      </w:r>
      <w:r>
        <w:br/>
      </w:r>
      <w:r>
        <w:rPr>
          <w:sz w:val="20"/>
        </w:rPr>
        <w:t>47:50  hataway aur uske baad woh aage jaye. aisa nahi karta pani. pani wahan pohnchte hi apna rasta dayen se ya bayen se bana leta hai.</w:t>
      </w:r>
      <w:r>
        <w:br/>
      </w:r>
      <w:r>
        <w:rPr>
          <w:sz w:val="20"/>
        </w:rPr>
        <w:t>48:02  nimbad jata hai woh. yani bajaye us pathar se takrane ke woh pathar ke idhar se nikal jata hai ya udhar se nikal jata hai.</w:t>
      </w:r>
      <w:r>
        <w:br/>
      </w:r>
      <w:r>
        <w:rPr>
          <w:sz w:val="20"/>
        </w:rPr>
        <w:t>48:11  aur phir apna rasta apni manzil ki taraf chalta rehta hai. to maine logon se kaha ke dekhiye kitna bara lesson hai jo nature ne yahan par aap ko dikha rakha hai.</w:t>
      </w:r>
      <w:r>
        <w:br/>
      </w:r>
      <w:r>
        <w:rPr>
          <w:sz w:val="20"/>
        </w:rPr>
        <w:t>48:25  woh lesson kya hai? ke problem se na takrao. balkay opportunity ko avail karo.</w:t>
      </w:r>
      <w:r>
        <w:br/>
      </w:r>
      <w:r>
        <w:rPr>
          <w:sz w:val="20"/>
        </w:rPr>
        <w:t>48:35  yani avoid the problem and avail the opportunities. jis tarah se yeh chashma pathar se nahi takrata. pathar ko avoid karte hue apna safar jari rakhta hai.</w:t>
      </w:r>
      <w:r>
        <w:br/>
      </w:r>
      <w:r>
        <w:rPr>
          <w:sz w:val="20"/>
        </w:rPr>
        <w:t>48:50  to maine logon se kaha ke dekhiye insan ladta hai. insan kisi ko obstacle bata kar ke yeh hamare rastay mein rukawat hai ya hamare rastay mein obstacle hai.</w:t>
      </w:r>
      <w:r>
        <w:br/>
      </w:r>
      <w:r>
        <w:rPr>
          <w:sz w:val="20"/>
        </w:rPr>
        <w:t>49:01  use hamein hatana hai. use hamein hatana hai. jab tak yeh nahi hatayega, jab tak yeh nahi hatayega tab tak hamari taraqqi ruki rahe gi.</w:t>
      </w:r>
      <w:r>
        <w:br/>
      </w:r>
      <w:r>
        <w:rPr>
          <w:sz w:val="20"/>
        </w:rPr>
        <w:t>49:09  yeh. kaisa kitna bara tazad hai. ek taraf nature mein obstacle aata hai rastay mein to nature avoid kar ke aage barh jati hai.</w:t>
      </w:r>
      <w:r>
        <w:br/>
      </w:r>
      <w:r>
        <w:rPr>
          <w:sz w:val="20"/>
        </w:rPr>
        <w:t>49:24  dosri taraf insan ka hal yeh hai ke jab koi obstacle aata hai, koi problem aata hai to usi se ladta hai woh. usi se ladta hai woh.</w:t>
      </w:r>
    </w:p>
    <w:p>
      <w:pPr>
        <w:pStyle w:val="Heading2"/>
      </w:pPr>
      <w:r>
        <w:t>Wudu is an inner purification, not just washing</w:t>
      </w:r>
    </w:p>
    <w:p>
      <w:r>
        <w:rPr>
          <w:color w:val="666666"/>
          <w:sz w:val="18"/>
        </w:rPr>
        <w:t>God's Protection November 28, 2013 · 1m 27s · at 9:03 · https://youtu.be/QgqXbChsr5c?t=543</w:t>
      </w:r>
    </w:p>
    <w:p>
      <w:r>
        <w:rPr>
          <w:i/>
        </w:rPr>
        <w:t>“Is se bhi pehle aap ne wazu kiya, wazu kya hai?”</w:t>
      </w:r>
    </w:p>
    <w:p>
      <w:r>
        <w:rPr>
          <w:sz w:val="20"/>
        </w:rPr>
        <w:t>9:03  is se bhi pehle aap ne wuzu kiya. wuzu kya hai? wuzu dhone ka naam nahi hai.</w:t>
      </w:r>
      <w:r>
        <w:br/>
      </w:r>
      <w:r>
        <w:rPr>
          <w:sz w:val="20"/>
        </w:rPr>
        <w:t>9:15  wuzu ke khatme par yeh dua aayi hai hadithon mein: "allahumma j'alni min at-tawwabeen wa j'alni min at-tahireen".</w:t>
      </w:r>
      <w:r>
        <w:br/>
      </w:r>
      <w:r>
        <w:rPr>
          <w:sz w:val="20"/>
        </w:rPr>
        <w:t>9:25  iska matlab kya hai? yeh ke wuzu jo hai, amali, ek amali dua hai.</w:t>
      </w:r>
      <w:r>
        <w:br/>
      </w:r>
      <w:r>
        <w:rPr>
          <w:sz w:val="20"/>
        </w:rPr>
        <w:t>9:33  ek badan ko dhote hue aap ke yeh khuda hai, mere wajood ko pak pak kar de. bazahir pani se aap pak kar rahe hain.</w:t>
      </w:r>
      <w:r>
        <w:br/>
      </w:r>
      <w:r>
        <w:rPr>
          <w:sz w:val="20"/>
        </w:rPr>
        <w:t>9:46  aap ka poora dakhili wajood jo hai, woh allah sargoshi kar raha hai. jaise hadith mein aata hai ke "ya rabba".</w:t>
      </w:r>
      <w:r>
        <w:br/>
      </w:r>
      <w:r>
        <w:rPr>
          <w:sz w:val="20"/>
        </w:rPr>
        <w:t>9:58  to bazahir aap apne body ko pani se saaf kar rahe hain, lekin aap ka jo wajood hai, laga hua hai allah ki taraf: "khudaya mere, dakhili wajood ko pak kar de, meri soch ko pak kar de, mere jazbat ko pak kar de, mere amal ko pak kar de, meri niyat ko pak kar de".</w:t>
      </w:r>
      <w:r>
        <w:br/>
      </w:r>
      <w:r>
        <w:rPr>
          <w:sz w:val="20"/>
        </w:rPr>
        <w:t>10:18  to aap bataiye ke is tarah se jab wuzu kiya aap ne to kaisa ek inqalabi, ek revolutionary act kiya aap ne?</w:t>
      </w:r>
    </w:p>
    <w:p>
      <w:pPr>
        <w:pStyle w:val="Heading2"/>
      </w:pPr>
      <w:r>
        <w:t>Why humanity has never stopped believing in God</w:t>
      </w:r>
    </w:p>
    <w:p>
      <w:r>
        <w:rPr>
          <w:color w:val="666666"/>
          <w:sz w:val="18"/>
        </w:rPr>
        <w:t>The Existence of God October 7, 2012 · 1m 29s · at 8:04 · https://youtu.be/Hm0ybuokQ8s?t=484</w:t>
      </w:r>
    </w:p>
    <w:p>
      <w:r>
        <w:rPr>
          <w:i/>
        </w:rPr>
        <w:t>“Why has man never stopped believing in God?”</w:t>
      </w:r>
    </w:p>
    <w:p>
      <w:r>
        <w:rPr>
          <w:sz w:val="20"/>
        </w:rPr>
        <w:t>8:04  magar sawal yeh hai ke poori tareekh mein kya waja hai ke kabhi bhi aisa nahi hua ke insan khuda ke bare mein na soche, khuda ko na mane?</w:t>
      </w:r>
      <w:r>
        <w:br/>
      </w:r>
      <w:r>
        <w:rPr>
          <w:sz w:val="20"/>
        </w:rPr>
        <w:t>8:16  is ki waja kya hai? is ki waja hai ke insan ke samne ek poore nature hai, ek poori fitrat hai, ek poori duniya hai, aadmi chahta hai ke is ko explain kare.</w:t>
      </w:r>
      <w:r>
        <w:br/>
      </w:r>
      <w:r>
        <w:rPr>
          <w:sz w:val="20"/>
        </w:rPr>
        <w:t>8:31  man is an explanation seeking animal.</w:t>
      </w:r>
      <w:r>
        <w:br/>
      </w:r>
      <w:r>
        <w:rPr>
          <w:sz w:val="20"/>
        </w:rPr>
        <w:t>8:39  dekhen, explain karna cheezon ko, yeh kisi aur ki zaroorat nahi hai. na star ki, na planet ki, na pahaar ki, na samandar ki, na darakhton ki, na haiwanat ki.</w:t>
      </w:r>
      <w:r>
        <w:br/>
      </w:r>
      <w:r>
        <w:rPr>
          <w:sz w:val="20"/>
        </w:rPr>
        <w:t>8:53  lekin insaan ka jo rational mind hai, woh lazman chahta hai cheezon ko explain karna. reason out karna.</w:t>
      </w:r>
      <w:r>
        <w:br/>
      </w:r>
      <w:r>
        <w:rPr>
          <w:sz w:val="20"/>
        </w:rPr>
        <w:t>9:03  to jab insaan dekhta hai ke main paida ho gaya, haalankeh main khud apna creator nahi hoon, ek poori dunya maujood hai,</w:t>
      </w:r>
      <w:r>
        <w:br/>
      </w:r>
      <w:r>
        <w:rPr>
          <w:sz w:val="20"/>
        </w:rPr>
        <w:t>9:18  to kaise paida ho gayi? is tarah ke jo sawalat hain, woh aadmi sochne par majboor karte hain ke aakhir is ke peeche kaun hai?</w:t>
      </w:r>
    </w:p>
    <w:p>
      <w:pPr>
        <w:pStyle w:val="Heading2"/>
      </w:pPr>
      <w:r>
        <w:t>Salah teaches the art of time management</w:t>
      </w:r>
    </w:p>
    <w:p>
      <w:r>
        <w:rPr>
          <w:color w:val="666666"/>
          <w:sz w:val="18"/>
        </w:rPr>
        <w:t>The Role of Islam in Personality Development March 13, 2011 · 2m 18s · at 1:28:22 · https://youtu.be/jQP07IZoEy0?t=5302</w:t>
      </w:r>
    </w:p>
    <w:p>
      <w:r>
        <w:rPr>
          <w:i/>
        </w:rPr>
        <w:t>“Namaz waqt par farz ki gayi hai”</w:t>
      </w:r>
    </w:p>
    <w:p>
      <w:r>
        <w:rPr>
          <w:sz w:val="20"/>
        </w:rPr>
        <w:t>1:28:22  Maulana Amanullah Riyaz ne Dilli se likha hai: "Waqt ki pabandi ki ahmiyat kya hai? Iske bare mein bataiye."</w:t>
      </w:r>
      <w:r>
        <w:br/>
      </w:r>
      <w:r>
        <w:rPr>
          <w:sz w:val="20"/>
        </w:rPr>
        <w:t>1:28:33  dekhein, Quran mein namaz ke bare mein aaya hai: Inna al-salata kanat 'ala al-mu'mineena kitaban mawquta. Namaz waqt waqt par farz ki gayi hai.</w:t>
      </w:r>
      <w:r>
        <w:br/>
      </w:r>
      <w:r>
        <w:rPr>
          <w:sz w:val="20"/>
        </w:rPr>
        <w:t>1:28:49  Inna al-salata kanat 'ala al-mu'mineena kitaban mawquta. Ke namaz waqt waqt, yani har namaz ka ek waqt hai. To log usko sirf namaz ke liye jaante hain, sirf nahi.</w:t>
      </w:r>
      <w:r>
        <w:br/>
      </w:r>
      <w:r>
        <w:rPr>
          <w:sz w:val="20"/>
        </w:rPr>
        <w:t>1:28:58  woh iska ta'alluq poori zindagi se hai.</w:t>
      </w:r>
      <w:r>
        <w:br/>
      </w:r>
      <w:r>
        <w:rPr>
          <w:sz w:val="20"/>
        </w:rPr>
        <w:t>1:29:01  yeh art of time management hai. yeh paanch waqt namaz padhte hain aap ek time par. to us woh kya hai?</w:t>
      </w:r>
      <w:r>
        <w:br/>
      </w:r>
      <w:r>
        <w:rPr>
          <w:sz w:val="20"/>
        </w:rPr>
        <w:t>1:29:11  aap ki training hai. woh isse aap ko art of time management seekhna hai. to uske ma'ani kya hue? Islam mein time ki pabandi ko ibadat ka darja de diya gaya. ibadat ka itni zyada importance hai iski ke ibadat ka darja de diya gaya.</w:t>
      </w:r>
      <w:r>
        <w:br/>
      </w:r>
      <w:r>
        <w:rPr>
          <w:sz w:val="20"/>
        </w:rPr>
        <w:t>1:29:34  Rasool Allah (SAW) se ek shakhs ne wada kiya ke falan maqam par aap mujh se milein. Koi pehle ki baat hai, nabuwat se pehle ki baat hai. Koi lending ka maamla tha.</w:t>
      </w:r>
      <w:r>
        <w:br/>
      </w:r>
      <w:r>
        <w:rPr>
          <w:sz w:val="20"/>
        </w:rPr>
        <w:t>1:29:45  to Rasool Allah (SAW) wahan gaye us theek time par. woh aadmi nahi aaya. agle din tak wahin aap maujood rahe. wahan se uth ke chale nahi gaye.</w:t>
      </w:r>
      <w:r>
        <w:br/>
      </w:r>
      <w:r>
        <w:rPr>
          <w:sz w:val="20"/>
        </w:rPr>
        <w:t>1:29:55  kyun ke wada tha ke us waqt woh aayega. us waqt woh use lending karni thi us se.</w:t>
      </w:r>
      <w:r>
        <w:br/>
      </w:r>
      <w:r>
        <w:rPr>
          <w:sz w:val="20"/>
        </w:rPr>
        <w:t>1:30:00  to time ki pabandi Islam mein bohat zyada hai.</w:t>
      </w:r>
      <w:r>
        <w:br/>
      </w:r>
      <w:r>
        <w:rPr>
          <w:sz w:val="20"/>
        </w:rPr>
        <w:t>1:30:06  aur aakhri had yeh hai ke namaz ko time ke sath baandh diya gaya. paanch waqt ki namaz ko time ke sath jod diya gaya. is tarah se time ko ibadat ka darja de diya gaya.</w:t>
      </w:r>
      <w:r>
        <w:br/>
      </w:r>
      <w:r>
        <w:rPr>
          <w:sz w:val="20"/>
        </w:rPr>
        <w:t>1:30:19  to har aadmi ko jaanna chahiye ke namaz sirf sirf, yani ek ek ritual nahi hai. woh</w:t>
      </w:r>
      <w:r>
        <w:br/>
      </w:r>
      <w:r>
        <w:rPr>
          <w:sz w:val="20"/>
        </w:rPr>
        <w:t>1:30:27  woh art of time management bhi sikhati hai hum ko. har Musalman ko bohat zyada is mein, yani bohat zyada apne andar yeh cheez paida karni chahiye.</w:t>
      </w:r>
    </w:p>
    <w:p>
      <w:pPr>
        <w:pStyle w:val="Heading2"/>
      </w:pPr>
      <w:r>
        <w:t>Indian Muslims enjoy full religious freedom and prosperity</w:t>
      </w:r>
    </w:p>
    <w:p>
      <w:r>
        <w:rPr>
          <w:color w:val="666666"/>
          <w:sz w:val="18"/>
        </w:rPr>
        <w:t>Islamic Identity, October 25, 2007 · 2m 13s · at 16:21 · https://youtu.be/LGUa7NVauNU?t=981</w:t>
      </w:r>
    </w:p>
    <w:p>
      <w:r>
        <w:rPr>
          <w:i/>
        </w:rPr>
        <w:t>“In India, Muslims are safe completely, in a better position than any other country.”</w:t>
      </w:r>
    </w:p>
    <w:p>
      <w:r>
        <w:rPr>
          <w:sz w:val="20"/>
        </w:rPr>
        <w:t>16:21  What is the Muslim position in India in terms of preserving the Islamic identity? I think that</w:t>
      </w:r>
      <w:r>
        <w:br/>
      </w:r>
      <w:r>
        <w:rPr>
          <w:sz w:val="20"/>
        </w:rPr>
        <w:t>16:33  in India, Muslims are safe completely. Even I can say that Muslims in India are in a better position than any other country, any other country.</w:t>
      </w:r>
      <w:r>
        <w:br/>
      </w:r>
      <w:r>
        <w:rPr>
          <w:sz w:val="20"/>
        </w:rPr>
        <w:t>16:48  Wh</w:t>
      </w:r>
      <w:r>
        <w:br/>
      </w:r>
      <w:r>
        <w:rPr>
          <w:sz w:val="20"/>
        </w:rPr>
        <w:t>16:49  y? Because in India, there is religious freedom in the complete sense of the word. You see, I am running an international center of Islamic da'wah.</w:t>
      </w:r>
      <w:r>
        <w:br/>
      </w:r>
      <w:r>
        <w:rPr>
          <w:sz w:val="20"/>
        </w:rPr>
        <w:t>17:03  There is no restriction. I enjoy complete freedom to run such a da'wah center.</w:t>
      </w:r>
      <w:r>
        <w:br/>
      </w:r>
      <w:r>
        <w:rPr>
          <w:sz w:val="20"/>
        </w:rPr>
        <w:t>17:14  In India, you see that there are half a million mosques.</w:t>
      </w:r>
      <w:r>
        <w:br/>
      </w:r>
      <w:r>
        <w:rPr>
          <w:sz w:val="20"/>
        </w:rPr>
        <w:t>17:19  All the mosques are in good condition. There are near about one million madrasas. And all the madrasas are free.</w:t>
      </w:r>
      <w:r>
        <w:br/>
      </w:r>
      <w:r>
        <w:rPr>
          <w:sz w:val="20"/>
        </w:rPr>
        <w:t>17:28  There is no restriction. Then you know in India, it is possible that a Muslim was appointed as the President of India.</w:t>
      </w:r>
      <w:r>
        <w:br/>
      </w:r>
      <w:r>
        <w:rPr>
          <w:sz w:val="20"/>
        </w:rPr>
        <w:t>17:42  It was possible in India that a Muslim</w:t>
      </w:r>
      <w:r>
        <w:br/>
      </w:r>
      <w:r>
        <w:rPr>
          <w:sz w:val="20"/>
        </w:rPr>
        <w:t>17:52  gained the highest position in India. There is a President of India. Then in India, you know, according to a recent survey, the richest Muslim</w:t>
      </w:r>
      <w:r>
        <w:br/>
      </w:r>
      <w:r>
        <w:rPr>
          <w:sz w:val="20"/>
        </w:rPr>
        <w:t>18:06  lives in India, the richest Muslim.</w:t>
      </w:r>
      <w:r>
        <w:br/>
      </w:r>
      <w:r>
        <w:rPr>
          <w:sz w:val="20"/>
        </w:rPr>
        <w:t>18:10  So in India, I think that all the opportunities are open. And in India, Muslims are flourishing.</w:t>
      </w:r>
      <w:r>
        <w:br/>
      </w:r>
      <w:r>
        <w:rPr>
          <w:sz w:val="20"/>
        </w:rPr>
        <w:t>18:20  There is no restriction at all. And I am quite happy that Indian Muslims are flourishing day by day.</w:t>
      </w:r>
    </w:p>
    <w:p>
      <w:pPr>
        <w:pStyle w:val="Heading2"/>
      </w:pPr>
      <w:r>
        <w:t>reframing British rule in India as modernization, not slavery</w:t>
      </w:r>
    </w:p>
    <w:p>
      <w:r>
        <w:rPr>
          <w:color w:val="666666"/>
          <w:sz w:val="18"/>
        </w:rPr>
        <w:t>Wisdom September 20, 2015 · 2m 34s · at 28:36 · https://youtu.be/Xgk_3YvTkSQ?t=1716</w:t>
      </w:r>
    </w:p>
    <w:p>
      <w:r>
        <w:rPr>
          <w:i/>
        </w:rPr>
        <w:t>“برٹش رول آیا تھا انڈیا میں، سب نے سمجھا غلام بنانے کے لیے آئے”</w:t>
      </w:r>
    </w:p>
    <w:p>
      <w:r>
        <w:rPr>
          <w:sz w:val="20"/>
        </w:rPr>
        <w:t>28:36  aisay jo British government, British rule aaya tha India mein, mein us ko bohat parha. sare logon ne us ko se samjha ke yeh, yaani us ko negative angle se dekha ke hum ko ghulam banane ke liye aaye thay.</w:t>
      </w:r>
      <w:r>
        <w:br/>
      </w:r>
      <w:r>
        <w:rPr>
          <w:sz w:val="20"/>
        </w:rPr>
        <w:t>28:53  saare logon ne yeh samjha ke britishz hum ko ghulam banane ke liye aaye hain. lekin jab main is ko parha to main ne paya ke woh to aaye the india ko, india ko modernize karne ke liye,</w:t>
      </w:r>
      <w:r>
        <w:br/>
      </w:r>
      <w:r>
        <w:rPr>
          <w:sz w:val="20"/>
        </w:rPr>
        <w:t>29:08  yaani modern tohfa dene ke liye. modern tohfa, modern tohfa kya tha?</w:t>
      </w:r>
      <w:r>
        <w:br/>
      </w:r>
      <w:r>
        <w:rPr>
          <w:sz w:val="20"/>
        </w:rPr>
        <w:t>29:16  ke hum chalaate the apni kashtiyon ko chapu se. unhon ne technique nikali thi ke kashtiyon ko</w:t>
      </w:r>
      <w:r>
        <w:br/>
      </w:r>
      <w:r>
        <w:rPr>
          <w:sz w:val="20"/>
        </w:rPr>
        <w:t>29:29  is se steam steam power se chalane ke liye. to chapu kashti ko steam ship bana diya unhon ne. woh woh technique aa ke bataya india mein.</w:t>
      </w:r>
      <w:r>
        <w:br/>
      </w:r>
      <w:r>
        <w:rPr>
          <w:sz w:val="20"/>
        </w:rPr>
        <w:t>29:38  unhon ne</w:t>
      </w:r>
      <w:r>
        <w:br/>
      </w:r>
      <w:r>
        <w:rPr>
          <w:sz w:val="20"/>
        </w:rPr>
        <w:t>29:41  woh india mein telegraph laye, india mein telephone laye, india mein woh bijli laye, india mein woh railway laye, india mein woh car laye.</w:t>
      </w:r>
      <w:r>
        <w:br/>
      </w:r>
      <w:r>
        <w:rPr>
          <w:sz w:val="20"/>
        </w:rPr>
        <w:t>29:52  yeh sab modern item the, woh aaye the india ko modernize karne ke liye. lekin hum ne dekha kis angle se ke india aaye hain hum ko ghulam banane ke liye.</w:t>
      </w:r>
      <w:r>
        <w:br/>
      </w:r>
      <w:r>
        <w:rPr>
          <w:sz w:val="20"/>
        </w:rPr>
        <w:t>30:05  mere nazdeek dekhen, aap jab kisi ko kuch faida pahunchayenge to aap ko bhi kuch faida pahunch jayega. yeh bilateral mamla hai.</w:t>
      </w:r>
      <w:r>
        <w:br/>
      </w:r>
      <w:r>
        <w:rPr>
          <w:sz w:val="20"/>
        </w:rPr>
        <w:t>30:15  to unhon ne jab india ko faida pahunchaya to un ko bhi kuch faida pahunch gaya.</w:t>
      </w:r>
      <w:r>
        <w:br/>
      </w:r>
      <w:r>
        <w:rPr>
          <w:sz w:val="20"/>
        </w:rPr>
        <w:t>30:20  lekin main ne apne mutale mein paya ke woh jo nazariya tha us zamane mein, woh white collar ka nazariya,</w:t>
      </w:r>
      <w:r>
        <w:br/>
      </w:r>
      <w:r>
        <w:rPr>
          <w:sz w:val="20"/>
        </w:rPr>
        <w:t>30:36  woh bilkul sahi tha, bilkul sahi tha. yaani india ko aaye the is liye ke modern tohfa dein india ko.</w:t>
      </w:r>
      <w:r>
        <w:br/>
      </w:r>
      <w:r>
        <w:rPr>
          <w:sz w:val="20"/>
        </w:rPr>
        <w:t>30:50  lekin logon ne dekha is ko ke yeh india ko ghulam banane ke liye aaye hain. main ne dekha ke india ko aaye the woh, yaani modern taraqqiyat dene ke liye.</w:t>
      </w:r>
      <w:r>
        <w:br/>
      </w:r>
      <w:r>
        <w:rPr>
          <w:sz w:val="20"/>
        </w:rPr>
        <w:t>31:03  to mujhe koi nafrat nahi hui angrezon se</w:t>
      </w:r>
      <w:r>
        <w:br/>
      </w:r>
      <w:r>
        <w:rPr>
          <w:sz w:val="20"/>
        </w:rPr>
        <w:t>31:05  , na pehle, na ab.</w:t>
      </w:r>
    </w:p>
    <w:p>
      <w:pPr>
        <w:pStyle w:val="Heading2"/>
      </w:pPr>
      <w:r>
        <w:t>Seeing God's light versus a saint's light</w:t>
      </w:r>
    </w:p>
    <w:p>
      <w:r>
        <w:rPr>
          <w:color w:val="666666"/>
          <w:sz w:val="18"/>
        </w:rPr>
        <w:t>How To Realise God August 29, 2008 · 2m 48s · at 27:13 · https://youtu.be/cbjyJhhS1vI?t=1633</w:t>
      </w:r>
    </w:p>
    <w:p>
      <w:r>
        <w:rPr>
          <w:i/>
        </w:rPr>
        <w:t>“Main jab nikla to har taraf mujhe khuda ka noor dikhayi diya”</w:t>
      </w:r>
    </w:p>
    <w:p>
      <w:r>
        <w:rPr>
          <w:sz w:val="20"/>
        </w:rPr>
        <w:t>27:13  main jab nikla is ke bahar aur dekha maine canal ko aur darakhton ko aur wahan ke mahol ko to mujhe Khuda ka noor dikhai diya.</w:t>
      </w:r>
      <w:r>
        <w:br/>
      </w:r>
      <w:r>
        <w:rPr>
          <w:sz w:val="20"/>
        </w:rPr>
        <w:t>27:26  har taraf mujhe Khuda ka noor dikhai diya, darakhton mein Khuda ka noor, canal mein Khuda ka noor, fazaon mein Khuda ka noor.</w:t>
      </w:r>
      <w:r>
        <w:br/>
      </w:r>
      <w:r>
        <w:rPr>
          <w:sz w:val="20"/>
        </w:rPr>
        <w:t>27:36  to yaad rakhiye, jo aadmi other than God kisi ki greatness mein jeeta ho, wo kabhi Khuda ko nahi payega. wo wo aadmi jo tha, us buzurg ki greatness mein jeeta tha jin ki wahan qabr bani hui thi,</w:t>
      </w:r>
      <w:r>
        <w:br/>
      </w:r>
      <w:r>
        <w:rPr>
          <w:sz w:val="20"/>
        </w:rPr>
        <w:t>27:56  isi greatness mein jeeta tha. to har taraf usi ko unhi ko wahi dikhai diya. wo</w:t>
      </w:r>
      <w:r>
        <w:br/>
      </w:r>
      <w:r>
        <w:rPr>
          <w:sz w:val="20"/>
        </w:rPr>
        <w:t>28:03  wohan nature ka mahol tha lekin dikhai diya un ko un ke apne buzurg. main Allah o Akbar se kisi ki barhai mein nahi jeeta, apni barhai mein bhi nahi jeeta.</w:t>
      </w:r>
      <w:r>
        <w:br/>
      </w:r>
      <w:r>
        <w:rPr>
          <w:sz w:val="20"/>
        </w:rPr>
        <w:t>28:14  main main yeh keh sakta hoon ke main apni barhai mein bhi nahi jeeta jabke har aadmi apni barhai mein jeeta hai. ek din main yahan apne ghar par oopar baitha hua tha, neeche do ladies jhagad rahi theen, lad rahi theen aapas</w:t>
      </w:r>
      <w:r>
        <w:br/>
      </w:r>
      <w:r>
        <w:rPr>
          <w:sz w:val="20"/>
        </w:rPr>
        <w:t>28:31  mein. is mein ek thi jhuggi jhopdi ki aurat, safai karmchari wali, aur ek thi kothi wali. jo jhuggi jhopdi wali ne kaha ke bibi ji, tum ko apni kothi ka nasha hai to hum ko apni jhuggi jhopdi ka nasha hai,</w:t>
      </w:r>
      <w:r>
        <w:br/>
      </w:r>
      <w:r>
        <w:rPr>
          <w:sz w:val="20"/>
        </w:rPr>
        <w:t>28:49  tum ko apni amiri ka nasha hai to hum ko apni gharibi ka nasha hai. har insaan apni barhai mein jeeta hai. yaad rakhiye,</w:t>
      </w:r>
      <w:r>
        <w:br/>
      </w:r>
      <w:r>
        <w:rPr>
          <w:sz w:val="20"/>
        </w:rPr>
        <w:t>28:59  yeh mere kaanon ne suna hai is conversation ko. aksar main yaad aata hai mujhe to main sochta hoon ke har aadmi apni barhai mein jeeta hai, chahe wo chhota aadmi kyun na ho.</w:t>
      </w:r>
      <w:r>
        <w:br/>
      </w:r>
      <w:r>
        <w:rPr>
          <w:sz w:val="20"/>
        </w:rPr>
        <w:t>29:12  mein keh sakta hoon khuda اکبر se ke mein kisi ki بڑائی mein nahin jeeta, apni بڑائی mein bhi nahin jeeta. is liye mujhe wahan jab mein rapoor mein dekha, maine wahan ka nature, wahan ka scene, har taraf mujhe khuda ka noor dikhai diya.</w:t>
      </w:r>
      <w:r>
        <w:br/>
      </w:r>
      <w:r>
        <w:rPr>
          <w:sz w:val="20"/>
        </w:rPr>
        <w:t>29:31  un sahib woh jeete thay kisi buzurg ki بڑائی mein, unhein buzurg ka noor dikhai diya. mein jeeta tha khuda ki بڑائی mein, mujhe khuda ki بڑائی dikhai di.</w:t>
      </w:r>
      <w:r>
        <w:br/>
      </w:r>
      <w:r>
        <w:rPr>
          <w:sz w:val="20"/>
        </w:rPr>
        <w:t>29:42  to yaad rakhiye, pehli condition jo hai woh yeh hai ke doosri yeh bhi greatness hai, including yourself, is ko aap ko eliminate karna parega,</w:t>
      </w:r>
      <w:r>
        <w:br/>
      </w:r>
      <w:r>
        <w:rPr>
          <w:sz w:val="20"/>
        </w:rPr>
        <w:t>29:58  nahin to aap khuda ko nahin paayenge,</w:t>
      </w:r>
    </w:p>
    <w:p>
      <w:pPr>
        <w:pStyle w:val="Heading2"/>
      </w:pPr>
      <w:r>
        <w:t>Debunking fabricated stories about Adam and the Kaaba</w:t>
      </w:r>
    </w:p>
    <w:p>
      <w:r>
        <w:rPr>
          <w:color w:val="666666"/>
          <w:sz w:val="18"/>
        </w:rPr>
        <w:t>Eid al-Adha November 21, 2010 · 1m 50s · at 1:26:43 · https://youtu.be/kU2kErJbPqk?t=5203</w:t>
      </w:r>
    </w:p>
    <w:p>
      <w:r>
        <w:rPr>
          <w:i/>
        </w:rPr>
        <w:t>“These are completely baseless stories, made up by storytellers”</w:t>
      </w:r>
    </w:p>
    <w:p>
      <w:r>
        <w:rPr>
          <w:sz w:val="20"/>
        </w:rPr>
        <w:t>1:26:43  Maulana sahib, please comment on this statement about Kaaba. dekhiye, yeh sab bilkul baseless baatein hain, kahaniyan hain. is mein na Quran se sabit hai na Hadees se sabit hai.</w:t>
      </w:r>
      <w:r>
        <w:br/>
      </w:r>
      <w:r>
        <w:rPr>
          <w:sz w:val="20"/>
        </w:rPr>
        <w:t>1:26:55  aisi bahut sari kahaniyan bana rakhi hain logon ne. yeh story tellers ke qisse kahaniyan hain.</w:t>
      </w:r>
      <w:r>
        <w:br/>
      </w:r>
      <w:r>
        <w:rPr>
          <w:sz w:val="20"/>
        </w:rPr>
        <w:t>1:27:01  isi par maine arz kiya tha ke jab printing press nahi tha, sari duniya mein ek phenomenon hua karta tha jisko Arabic mein kehte thay "qassas", Persian mein kehte thay "qissa go", English mein kehte thay "story teller".</w:t>
      </w:r>
      <w:r>
        <w:br/>
      </w:r>
      <w:r>
        <w:rPr>
          <w:sz w:val="20"/>
        </w:rPr>
        <w:t>1:27:18  to woh baithe baithe kahaniyan banaya karte thay.</w:t>
      </w:r>
      <w:r>
        <w:br/>
      </w:r>
      <w:r>
        <w:rPr>
          <w:sz w:val="20"/>
        </w:rPr>
        <w:t>1:27:22  to yeh kahaniyan wahan banayi gayi jo jinki zuban Arabic thi, warna yeh sab bilkul koi iski haqeeqat nahi hai, koi sabit nahi hai.</w:t>
      </w:r>
      <w:r>
        <w:br/>
      </w:r>
      <w:r>
        <w:rPr>
          <w:sz w:val="20"/>
        </w:rPr>
        <w:t>1:27:31  yeh sab cheezein maine apne bachpan mein ek ek story teller ko dekha hai apne gaon mein. bachpan jab chhota tha, main yeh aap se bahut pehle ki baat hai.</w:t>
      </w:r>
      <w:r>
        <w:br/>
      </w:r>
      <w:r>
        <w:rPr>
          <w:sz w:val="20"/>
        </w:rPr>
        <w:t>1:27:44  to unka naam tha Guru.</w:t>
      </w:r>
      <w:r>
        <w:br/>
      </w:r>
      <w:r>
        <w:rPr>
          <w:sz w:val="20"/>
        </w:rPr>
        <w:t>1:27:47  unka dimagh jo tha itna fertile tha ke ek ke baad ek ke baad kahaniyan banaya karte thay, aur hum log sunte thay baithe hue, aur sab bilkul mashhoor rehte thay.</w:t>
      </w:r>
      <w:r>
        <w:br/>
      </w:r>
      <w:r>
        <w:rPr>
          <w:sz w:val="20"/>
        </w:rPr>
        <w:t>1:27:57  is mein kahan se unke dimagh mein kahaniyan aati rehti theen. aise hi wahan par Baghdad wagera mein paida hue aise log, kahaniyan banayi unhone.</w:t>
      </w:r>
      <w:r>
        <w:br/>
      </w:r>
      <w:r>
        <w:rPr>
          <w:sz w:val="20"/>
        </w:rPr>
        <w:t>1:28:07  wo Arabic mein bolte thay to log samajhte hain ke Hadees hai, Hadees hargiz nahi hai.</w:t>
      </w:r>
      <w:r>
        <w:br/>
      </w:r>
      <w:r>
        <w:rPr>
          <w:sz w:val="20"/>
        </w:rPr>
        <w:t>1:28:13  aap is ko agar samajhna chahte hain to to aap un un muhaddiseen ko padhiye jo jinhone is ka tajziya kiya hai. misaal ke taur par Ibn Jawzi ya pehle zamane mein ya Nasiruddin Albani maujooda zamane mein.</w:t>
      </w:r>
      <w:r>
        <w:br/>
      </w:r>
      <w:r>
        <w:rPr>
          <w:sz w:val="20"/>
        </w:rPr>
        <w:t>1:28:27  in baaton ko muhaddiseen ne bilkul yaani radd kar diya hai.</w:t>
      </w:r>
    </w:p>
    <w:p>
      <w:pPr>
        <w:pStyle w:val="Heading2"/>
      </w:pPr>
      <w:r>
        <w:t>Principle of changing rulings not applied broadly</w:t>
      </w:r>
    </w:p>
    <w:p>
      <w:r>
        <w:rPr>
          <w:color w:val="666666"/>
          <w:sz w:val="18"/>
        </w:rPr>
        <w:t>Redefining Islam July 05, 2009 Maulana Wahiduddin Khan · 1m 36s · at 3:04 · https://youtu.be/JXY-MlXBy3Q?t=184</w:t>
      </w:r>
    </w:p>
    <w:p>
      <w:r>
        <w:rPr>
          <w:i/>
        </w:rPr>
        <w:t>“Dekhen fiqh mein ek usool hai”</w:t>
      </w:r>
    </w:p>
    <w:p>
      <w:r>
        <w:rPr>
          <w:sz w:val="20"/>
        </w:rPr>
        <w:t>3:04  dekhen fiqah mein aik usool hai, usool fiqah mein maana hua ke tatghayyar al-ahkam bi taghayyar al-zaman wa al-makan.</w:t>
      </w:r>
      <w:r>
        <w:br/>
      </w:r>
      <w:r>
        <w:rPr>
          <w:sz w:val="20"/>
        </w:rPr>
        <w:t>3:17  zamanay, zaman o makan ke badalnay se ahkam badal jatay hain.</w:t>
      </w:r>
      <w:r>
        <w:br/>
      </w:r>
      <w:r>
        <w:rPr>
          <w:sz w:val="20"/>
        </w:rPr>
        <w:t>3:27  yani Space and Time badlein to Islam ke ahkam bhi badlein ge, is ke mutabiq kar kiye jayen ge. yeh maana hua hai Principle lekin hamare ulama ne is ko sirf choti choti baaton mein Apply kiya.</w:t>
      </w:r>
      <w:r>
        <w:br/>
      </w:r>
      <w:r>
        <w:rPr>
          <w:sz w:val="20"/>
        </w:rPr>
        <w:t>3:45  bari bari baaton mein is ko Apply nahi kar sake woh. Here is the problem. jaise aik aadmi tandrust hai to woh wuzu kar raha hai, beemar ho to kya kare?</w:t>
      </w:r>
      <w:r>
        <w:br/>
      </w:r>
      <w:r>
        <w:rPr>
          <w:sz w:val="20"/>
        </w:rPr>
        <w:t>3:59  to wahan keh diya ke tayammum kar lo. aik aadmi zameen par namaz parh raha hai, ab hawa mein urre jab hawai jahaz mein to wahan to kuch samajh mein nahi aata.</w:t>
      </w:r>
      <w:r>
        <w:br/>
      </w:r>
      <w:r>
        <w:rPr>
          <w:sz w:val="20"/>
        </w:rPr>
        <w:t>4:08  kidhar Direction nahi Clear hota wahan par. to wahan namaz kaise parhe? to wahan unhon ne is ko Apply kar liya. to chotay chotay jis ko kehte hain juziyat, Non Basics par to Apply kiya unhon ne is usool ko ke tatghayyar al-ahkam bi taghayyar al-zaman wa al-makan.</w:t>
      </w:r>
      <w:r>
        <w:br/>
      </w:r>
      <w:r>
        <w:rPr>
          <w:sz w:val="20"/>
        </w:rPr>
        <w:t>4:30  jo bari bari baatein hain is par Apply nahi kiya. aur yeh do sau saal se chal raha hai. do sau saal se chal raha hai.</w:t>
      </w:r>
    </w:p>
    <w:p>
      <w:pPr>
        <w:pStyle w:val="Heading2"/>
      </w:pPr>
      <w:r>
        <w:t>Hadith on wisdom: isolation from speaking truth, not withdrawal</w:t>
      </w:r>
    </w:p>
    <w:p>
      <w:r>
        <w:rPr>
          <w:color w:val="666666"/>
          <w:sz w:val="18"/>
        </w:rPr>
        <w:t>The Importance of Tadabbur December 5, 2010 · 2m 06s · at 1:42:30 · https://youtu.be/VEhC8W1mfSY?t=6150</w:t>
      </w:r>
    </w:p>
    <w:p>
      <w:r>
        <w:rPr>
          <w:i/>
        </w:rPr>
        <w:t>“Yeh insaan sachai ki baat bola, wisdom ki baat kahi”</w:t>
      </w:r>
    </w:p>
    <w:p>
      <w:r>
        <w:rPr>
          <w:sz w:val="20"/>
        </w:rPr>
        <w:t>1:42:30  molana sahib, can you please elaborate this hadith? where our prophet of Islam said: 'if you see someone who seems to be isolated from those around him and does not talk much, then try to become close to that person, because he has been given wisdom'</w:t>
      </w:r>
      <w:r>
        <w:br/>
      </w:r>
      <w:r>
        <w:rPr>
          <w:sz w:val="20"/>
        </w:rPr>
        <w:t>1:42:52  dekhen, yeh hadith jo hai, ismein aik aur baat shamil hai ke aik aadmi jo hai sachai ki baat bola, wisdom ki baat kahi. isne general yeh hota hai ke log iski baat ko samajhte nahin paate, accept nahin karte.</w:t>
      </w:r>
      <w:r>
        <w:br/>
      </w:r>
      <w:r>
        <w:rPr>
          <w:sz w:val="20"/>
        </w:rPr>
        <w:t>1:43:08  woh is wajeh se chala jaata hai. woh</w:t>
      </w:r>
      <w:r>
        <w:br/>
      </w:r>
      <w:r>
        <w:rPr>
          <w:sz w:val="20"/>
        </w:rPr>
        <w:t>1:43:13  to is insaan ki baat uske andar hai.</w:t>
      </w:r>
      <w:r>
        <w:br/>
      </w:r>
      <w:r>
        <w:rPr>
          <w:sz w:val="20"/>
        </w:rPr>
        <w:t>1:43:15  aisa nahin ke kuch kiya nahin, khwamkhwah hi hujre mein baith gaya. wohi hum matlab nahin iska hai ke sachai ko le kar khara hua. woh sachai wali baatein bola, woh wisdom ki baatein kahi usne,</w:t>
      </w:r>
      <w:r>
        <w:br/>
      </w:r>
      <w:r>
        <w:rPr>
          <w:sz w:val="20"/>
        </w:rPr>
        <w:t>1:43:29  lekin logon ne saath nahin diya. saath na dene ki wajah se woh alag</w:t>
      </w:r>
      <w:r>
        <w:br/>
      </w:r>
      <w:r>
        <w:rPr>
          <w:sz w:val="20"/>
        </w:rPr>
        <w:t>1:43:33  alag ho gaya, yani khud nahin akele mein jaa ke baith gaya. yeh matlab nahin iska hai ke jo baith jaa hujre mein to uske paas wisdom hai. nahin, logon ne chhod diya usko.</w:t>
      </w:r>
      <w:r>
        <w:br/>
      </w:r>
      <w:r>
        <w:rPr>
          <w:sz w:val="20"/>
        </w:rPr>
        <w:t>1:43:44  jaise hamare jo Maulana Abdul Baar Nadvi sahib the, woh kaha karte the ke 'log tark-e-duniya hote hain, main matruk-e-duniya hoon. log tark-e-duniya hote hain, main matruk-e-duniya hoon.' to woh bohat saaf saaf bola karte the.</w:t>
      </w:r>
      <w:r>
        <w:br/>
      </w:r>
      <w:r>
        <w:rPr>
          <w:sz w:val="20"/>
        </w:rPr>
        <w:t>1:43:58  to logon ne unka saath chhod diya. to woh insaan jo saaf goi ki bina par akele mein pad gaya ho, uske paas</w:t>
      </w:r>
      <w:r>
        <w:br/>
      </w:r>
      <w:r>
        <w:rPr>
          <w:sz w:val="20"/>
        </w:rPr>
        <w:t>1:44:07  wisdom hogi. yahi hum matlab hai is hadith ka. yeh matlab nahin ke kuch kiya nahin, usne awam mein aaya nahin, woh aur bas hujre mein baith gaya. to us par wisdom hai, yeh matlab iska nahin hai.</w:t>
      </w:r>
    </w:p>
    <w:p>
      <w:pPr>
        <w:pStyle w:val="Heading2"/>
      </w:pPr>
      <w:r>
        <w:t>Muslim backwardness due to lack of education</w:t>
      </w:r>
    </w:p>
    <w:p>
      <w:r>
        <w:rPr>
          <w:color w:val="666666"/>
          <w:sz w:val="18"/>
        </w:rPr>
        <w:t>The Ideology of Truth July 15, 2007 · 2m 29s · at 1:49:39 · https://youtu.be/w3OkX5xvqTI?t=6579</w:t>
      </w:r>
    </w:p>
    <w:p>
      <w:r>
        <w:rPr>
          <w:i/>
        </w:rPr>
        <w:t>“Bahadur Shah Zafar jo the, un Mughal aakhri Mughal king the”</w:t>
      </w:r>
    </w:p>
    <w:p>
      <w:r>
        <w:rPr>
          <w:sz w:val="20"/>
        </w:rPr>
        <w:t>1:49:39  hindu se peechhe hain, ya christian se peechhe hain, ya jew se peechhe hain, ya parsi se peechhe hain education mein. aap jante hain ke India mein kya hai?</w:t>
      </w:r>
      <w:r>
        <w:br/>
      </w:r>
      <w:r>
        <w:rPr>
          <w:sz w:val="20"/>
        </w:rPr>
        <w:t>1:49:49  Bahadur Shah Zafar jo the, un Mughal aakhri Mughal king the, woh</w:t>
      </w:r>
      <w:r>
        <w:br/>
      </w:r>
      <w:r>
        <w:rPr>
          <w:sz w:val="20"/>
        </w:rPr>
        <w:t>1:49:55  jin ko Britishers jo hain, un ko woh de dete the, wazifa de dete the. to aik in ko apna aik bhejna tha, apna aik aadmi, apna aik safeer London apne pension ke problem ke liye.</w:t>
      </w:r>
      <w:r>
        <w:br/>
      </w:r>
      <w:r>
        <w:rPr>
          <w:sz w:val="20"/>
        </w:rPr>
        <w:t>1:50:11  to jante hain, us waqt in ko koi musalman nahi mila jo angrezi bolay ja kar wahan un ki taraf se. unhon ne bheja tha Raja Ram Mohan Roy ko, aik hindu ko.</w:t>
      </w:r>
      <w:r>
        <w:br/>
      </w:r>
      <w:r>
        <w:rPr>
          <w:sz w:val="20"/>
        </w:rPr>
        <w:t>1:50:20  itne peechhe hain musalman</w:t>
      </w:r>
      <w:r>
        <w:br/>
      </w:r>
      <w:r>
        <w:rPr>
          <w:sz w:val="20"/>
        </w:rPr>
        <w:t>1:50:24  to education mein peechhe hone ki wajah se woh baaton ko samajh nahi paate. kisi ne bata diya ke tu enemy ka agent hai, bas un ko maar dalo.</w:t>
      </w:r>
      <w:r>
        <w:br/>
      </w:r>
      <w:r>
        <w:rPr>
          <w:sz w:val="20"/>
        </w:rPr>
        <w:t>1:50:33  ab sooch nahi paate ke enemy ka agent hai ya kuch bhi hai, lekin main maroonga to kya is ka result kya niklega? anarchy aayegi, duniya mein fasaad aayega, khoon bahega, tabaahi hogi.</w:t>
      </w:r>
      <w:r>
        <w:br/>
      </w:r>
      <w:r>
        <w:rPr>
          <w:sz w:val="20"/>
        </w:rPr>
        <w:t>1:50:48  yaani kisi angry se woh sooch nahi paate, na yeh sooch paate hain ke kya agent hai to maar sakte hain, is ko hum</w:t>
      </w:r>
      <w:r>
        <w:br/>
      </w:r>
      <w:r>
        <w:rPr>
          <w:sz w:val="20"/>
        </w:rPr>
        <w:t>1:50:54  maareinge to result kya niklega? yeh sab sooch in mein nahi hai bilkul. is wajah se main yeh kahunga ke agar kisi ko sach much musalmanon ka woh khair khwah hai, well wisher hai, to saare kaam chhod kar ke single point formula kya hona chahiye?</w:t>
      </w:r>
      <w:r>
        <w:br/>
      </w:r>
      <w:r>
        <w:rPr>
          <w:sz w:val="20"/>
        </w:rPr>
        <w:t>1:51:11  education ke musalmanon ko padhana modern education. yeh ek myth tha musalmanon mein</w:t>
      </w:r>
      <w:r>
        <w:br/>
      </w:r>
      <w:r>
        <w:rPr>
          <w:sz w:val="20"/>
        </w:rPr>
        <w:t>1:51:18  , hamare bachpan se hum suntay aaye hain ke musalman ko chahiye ke woh muslim school mein parhe. muslim is ki wajah se ab muslim school chalen zyada.</w:t>
      </w:r>
      <w:r>
        <w:br/>
      </w:r>
      <w:r>
        <w:rPr>
          <w:sz w:val="20"/>
        </w:rPr>
        <w:t>1:51:28  yeh bilkul galat hai mere nazdeek. education for the sake of education hona chahiye. education for the sake of education. jo school available hai, wahi parho.</w:t>
      </w:r>
      <w:r>
        <w:br/>
      </w:r>
      <w:r>
        <w:rPr>
          <w:sz w:val="20"/>
        </w:rPr>
        <w:t>1:51:38  hindu school, christian school, parsi school, sikh school, government school, jo bhi ho. is education for the sake of edu</w:t>
      </w:r>
      <w:r>
        <w:br/>
      </w:r>
      <w:r>
        <w:rPr>
          <w:sz w:val="20"/>
        </w:rPr>
        <w:t>1:51:46  cation. yaani musalmanon ko do so saal beet gaye, yahi daryaft nahi kar sake ke education for the sake of education. abhi bhi nahi yeh boli musalmanon mein aayi hai.</w:t>
      </w:r>
      <w:r>
        <w:br/>
      </w:r>
      <w:r>
        <w:rPr>
          <w:sz w:val="20"/>
        </w:rPr>
        <w:t>1:51:55  do so saal beet gaye, yaad rakhiye, abhi bhi yeh discover nahi kar sake ke education for the sake of education sahi formula hai. abhi isi myth mein jee rahe hain, isi myth mein abhi tak jee rahe hain.</w:t>
      </w:r>
    </w:p>
    <w:p>
      <w:pPr>
        <w:pStyle w:val="Heading2"/>
      </w:pPr>
      <w:r>
        <w:t>Creative da'i does not fight</w:t>
      </w:r>
    </w:p>
    <w:p>
      <w:r>
        <w:rPr>
          <w:color w:val="666666"/>
          <w:sz w:val="18"/>
        </w:rPr>
        <w:t>Dayee A Creative Thinker April 23, 2020 Maulana Wahiduddin Khan · 1m 28s · at 13:44 · https://youtu.be/RPxh-QbC0vc?t=824</w:t>
      </w:r>
    </w:p>
    <w:p>
      <w:r>
        <w:rPr>
          <w:i/>
        </w:rPr>
        <w:t>“Creative da'i larai nahi karta, nafrat nahi karta.”</w:t>
      </w:r>
    </w:p>
    <w:p>
      <w:r>
        <w:rPr>
          <w:sz w:val="20"/>
        </w:rPr>
        <w:t>13:44  creative daai ladai nahi karta, nafrat nahi karta.</w:t>
      </w:r>
      <w:r>
        <w:br/>
      </w:r>
      <w:r>
        <w:rPr>
          <w:sz w:val="20"/>
        </w:rPr>
        <w:t>13:52  yeh sab kaam daai ka nahi hai. Daai ka kaam hai</w:t>
      </w:r>
      <w:r>
        <w:br/>
      </w:r>
      <w:r>
        <w:rPr>
          <w:sz w:val="20"/>
        </w:rPr>
        <w:t>14:01  ke woh is ke andar creative thinking ho. Creative thinking. Woh is raaz ko jaane ke</w:t>
      </w:r>
      <w:r>
        <w:br/>
      </w:r>
      <w:r>
        <w:rPr>
          <w:sz w:val="20"/>
        </w:rPr>
        <w:t>14:15  mukhalif halaat ko kis tarah mukhalif halaat mein convert kiya ja sakta hai.</w:t>
      </w:r>
      <w:r>
        <w:br/>
      </w:r>
      <w:r>
        <w:rPr>
          <w:sz w:val="20"/>
        </w:rPr>
        <w:t>14:27  isi liye main kehta hoon ke dawat ek art hai. dawat ek art hai, art.</w:t>
      </w:r>
      <w:r>
        <w:br/>
      </w:r>
      <w:r>
        <w:rPr>
          <w:sz w:val="20"/>
        </w:rPr>
        <w:t>14:37  yani</w:t>
      </w:r>
      <w:r>
        <w:br/>
      </w:r>
      <w:r>
        <w:rPr>
          <w:sz w:val="20"/>
        </w:rPr>
        <w:t>14:43  halaat ko banjh kar ke apne mawaafiq mein convert karna.</w:t>
      </w:r>
      <w:r>
        <w:br/>
      </w:r>
      <w:r>
        <w:rPr>
          <w:sz w:val="20"/>
        </w:rPr>
        <w:t>14:58  isi liye main kehta hoon ke sacha daai woh hai jo creative thinker ho. jo creative thinker ho.</w:t>
      </w:r>
    </w:p>
    <w:p>
      <w:pPr>
        <w:pStyle w:val="Heading2"/>
      </w:pPr>
      <w:r>
        <w:t>You can't develop body and mind at the same time</w:t>
      </w:r>
    </w:p>
    <w:p>
      <w:r>
        <w:rPr>
          <w:color w:val="666666"/>
          <w:sz w:val="18"/>
        </w:rPr>
        <w:t>Materialism and Intellectual Dwarfism 29th April 2012 · 1m 53s · at 2:22 · https://youtu.be/qHzARL_r3I4?t=142</w:t>
      </w:r>
    </w:p>
    <w:p>
      <w:r>
        <w:rPr>
          <w:i/>
        </w:rPr>
        <w:t>“Insan do cheezon ka bana hai: body aur soul”</w:t>
      </w:r>
    </w:p>
    <w:p>
      <w:r>
        <w:rPr>
          <w:sz w:val="20"/>
        </w:rPr>
        <w:t>2:22  To jo log material culture ko ya madi taraqqi ko apna concern banate hain, to lazmi taur par iski ek price dete hain.</w:t>
      </w:r>
      <w:r>
        <w:br/>
      </w:r>
      <w:r>
        <w:rPr>
          <w:sz w:val="20"/>
        </w:rPr>
        <w:t>2:36  Wo yeh ke wo intellectual dwarfism ka shikar hote hain. Dekhein, insaan do ek dual being hai, insaan h</w:t>
      </w:r>
      <w:r>
        <w:br/>
      </w:r>
      <w:r>
        <w:rPr>
          <w:sz w:val="20"/>
        </w:rPr>
        <w:t>2:48  mara ek body hai, hamara ek soul hai, to dono ke taqaze alag alag hain. Body ki taraqqi yeh hai ke usko</w:t>
      </w:r>
      <w:r>
        <w:br/>
      </w:r>
      <w:r>
        <w:rPr>
          <w:sz w:val="20"/>
        </w:rPr>
        <w:t>3:03  madi cheezen milti rahin, khana peena milta rahe, lekin jo soul hai, us ki taraqqi yeh hai us par ke aap ke andar intellectual development hota rahe.</w:t>
      </w:r>
      <w:r>
        <w:br/>
      </w:r>
      <w:r>
        <w:rPr>
          <w:sz w:val="20"/>
        </w:rPr>
        <w:t>3:19  woh ek bilkul different department hai. yeh namumkin hai, dekhiye, ke aap madi taraqqiyon mein jeen aur sath ساتھ aap ka intellectual development bhi hota rahe.</w:t>
      </w:r>
      <w:r>
        <w:br/>
      </w:r>
      <w:r>
        <w:rPr>
          <w:sz w:val="20"/>
        </w:rPr>
        <w:t>3:31  yeh nahi ho sakta. toh ek ko lene ke liye doosre ko khona parega. hadith mein aata hai ke man ahabba ad-dunya adrab-aakhiratihi wa man ahabba aakhiratahi adrab-ad-dunya</w:t>
      </w:r>
      <w:r>
        <w:br/>
      </w:r>
      <w:r>
        <w:rPr>
          <w:sz w:val="20"/>
        </w:rPr>
        <w:t>3:50  fa-asiru ma yabqa ala ma yafna yani dono ko back waqt aap taqseem develop nahi kar sakte.</w:t>
      </w:r>
      <w:r>
        <w:br/>
      </w:r>
      <w:r>
        <w:rPr>
          <w:sz w:val="20"/>
        </w:rPr>
        <w:t>4:00  yani physical part aap ka jo hai, woh aur aap ka intellectual part jo hai, woh. toh ab aap ko aap ka choice kya hai, woh aap par nebar karta hai.</w:t>
      </w:r>
    </w:p>
    <w:p>
      <w:pPr>
        <w:pStyle w:val="Heading2"/>
      </w:pPr>
      <w:r>
        <w:t>Personal re-planning after father's death</w:t>
      </w:r>
    </w:p>
    <w:p>
      <w:r>
        <w:rPr>
          <w:color w:val="666666"/>
          <w:sz w:val="18"/>
        </w:rPr>
        <w:t>Replanning | April 01, 2017 · 3m 01s · at 4:49 · https://youtu.be/pQx9iopKnEY?t=289</w:t>
      </w:r>
    </w:p>
    <w:p>
      <w:r>
        <w:rPr>
          <w:i/>
        </w:rPr>
        <w:t>“In my life too, there was re-planning”</w:t>
      </w:r>
    </w:p>
    <w:p>
      <w:r>
        <w:rPr>
          <w:sz w:val="20"/>
        </w:rPr>
        <w:t>4:49  میری زندگی میں بھی اسی قسم کی ری پلاننگ ہوئی ہے، لیکن unconsciously، بغیر سوچے بغیر۔</w:t>
      </w:r>
      <w:r>
        <w:br/>
      </w:r>
      <w:r>
        <w:rPr>
          <w:sz w:val="20"/>
        </w:rPr>
        <w:t>4:55  meri maa batati thi ke jab mein paida hua toh mere baap bohat zyada mujh ko maanne lage.</w:t>
      </w:r>
      <w:r>
        <w:br/>
      </w:r>
      <w:r>
        <w:rPr>
          <w:sz w:val="20"/>
        </w:rPr>
        <w:t>5:01  اور اور جس کو کہتے ہیں over-pampering۔ Over-pampering۔</w:t>
      </w:r>
      <w:r>
        <w:br/>
      </w:r>
      <w:r>
        <w:rPr>
          <w:sz w:val="20"/>
        </w:rPr>
        <w:t>5:07  تو چھ سال تک میری over-pampering کرتے رہے۔</w:t>
      </w:r>
      <w:r>
        <w:br/>
      </w:r>
      <w:r>
        <w:rPr>
          <w:sz w:val="20"/>
        </w:rPr>
        <w:t>5:13  aur mein bohat hi yani ek</w:t>
      </w:r>
      <w:r>
        <w:br/>
      </w:r>
      <w:r>
        <w:rPr>
          <w:sz w:val="20"/>
        </w:rPr>
        <w:t>5:19  bigra hua ladka ban gaya.</w:t>
      </w:r>
      <w:r>
        <w:br/>
      </w:r>
      <w:r>
        <w:rPr>
          <w:sz w:val="20"/>
        </w:rPr>
        <w:t>5:25  yahan tak ke hamare phupha the, sheikh kamil, woh aate the hamare haan.</w:t>
      </w:r>
      <w:r>
        <w:br/>
      </w:r>
      <w:r>
        <w:rPr>
          <w:sz w:val="20"/>
        </w:rPr>
        <w:t>5:31  toh woh kehte the mere baap se ke tum ladke ko kharab kar doge, ladke ko bigaad doge.</w:t>
      </w:r>
      <w:r>
        <w:br/>
      </w:r>
      <w:r>
        <w:rPr>
          <w:sz w:val="20"/>
        </w:rPr>
        <w:t>5:37  lekin baap sunte nahi the.</w:t>
      </w:r>
      <w:r>
        <w:br/>
      </w:r>
      <w:r>
        <w:rPr>
          <w:sz w:val="20"/>
        </w:rPr>
        <w:t>5:43  toh kya hua ke chhe saal ki umar mein un ko death ho gayi,</w:t>
      </w:r>
      <w:r>
        <w:br/>
      </w:r>
      <w:r>
        <w:rPr>
          <w:sz w:val="20"/>
        </w:rPr>
        <w:t>5:49  achanak. un ko stroke hua. yeh baat hai december 1929 ki. toh main bohat zyada attach tha apne baap se, bohat zyada. har waqt baap ke sath rehta tha. jab achanak un ko aik hi raat mein mar gaye woh. usi raat ko stroke hua, usi raat ko mar gaye. maine ab tak mujhe yaad hai, yani bed par un ki body aise l</w:t>
      </w:r>
      <w:r>
        <w:br/>
      </w:r>
      <w:r>
        <w:rPr>
          <w:sz w:val="20"/>
        </w:rPr>
        <w:t>6:19  ty hui thi.</w:t>
      </w:r>
      <w:r>
        <w:br/>
      </w:r>
      <w:r>
        <w:rPr>
          <w:sz w:val="20"/>
        </w:rPr>
        <w:t>6:24  rastay mein un ko track hua tha.</w:t>
      </w:r>
      <w:r>
        <w:br/>
      </w:r>
      <w:r>
        <w:rPr>
          <w:sz w:val="20"/>
        </w:rPr>
        <w:t>6:28  woh hamari chaawni hua karti thi, wahan se aa rahe the woh.</w:t>
      </w:r>
      <w:r>
        <w:br/>
      </w:r>
      <w:r>
        <w:rPr>
          <w:sz w:val="20"/>
        </w:rPr>
        <w:t>6:32  utha kar laye gaye aur bed par litaya gaya un ko.</w:t>
      </w:r>
      <w:r>
        <w:br/>
      </w:r>
      <w:r>
        <w:rPr>
          <w:sz w:val="20"/>
        </w:rPr>
        <w:t>6:37  toh ab tak mujhe yaad hai ke kaise maine dekha tha un ko is bed par.</w:t>
      </w:r>
      <w:r>
        <w:br/>
      </w:r>
      <w:r>
        <w:rPr>
          <w:sz w:val="20"/>
        </w:rPr>
        <w:t>6:41  تو میری زندگی میں سوچ کر تو نہیں، unconsciously replanning ہوئی۔</w:t>
      </w:r>
      <w:r>
        <w:br/>
      </w:r>
      <w:r>
        <w:rPr>
          <w:sz w:val="20"/>
        </w:rPr>
        <w:t>6:46  meri maa batati thi ke is baat mein ek bilkul chup ho rehne laga, bilkul chup.</w:t>
      </w:r>
      <w:r>
        <w:br/>
      </w:r>
      <w:r>
        <w:rPr>
          <w:sz w:val="20"/>
        </w:rPr>
        <w:t>6:50  bolta hi nahi tha.</w:t>
      </w:r>
      <w:r>
        <w:br/>
      </w:r>
      <w:r>
        <w:rPr>
          <w:sz w:val="20"/>
        </w:rPr>
        <w:t>6:54  لیکن دیکھئے mind ایسا ہے کہ آپ ایسا ہے کہ آپ چپ نہیں رہ سکتے۔</w:t>
      </w:r>
      <w:r>
        <w:br/>
      </w:r>
      <w:r>
        <w:rPr>
          <w:sz w:val="20"/>
        </w:rPr>
        <w:t>6:57  mind sochega.</w:t>
      </w:r>
      <w:r>
        <w:br/>
      </w:r>
      <w:r>
        <w:rPr>
          <w:sz w:val="20"/>
        </w:rPr>
        <w:t>7:01  یہ impossible ہے کہ mind ڈیڈلی چپ ہو جائے۔</w:t>
      </w:r>
      <w:r>
        <w:br/>
      </w:r>
      <w:r>
        <w:rPr>
          <w:sz w:val="20"/>
        </w:rPr>
        <w:t>7:05  woh sochta hai, sochta hai, sochta hai.</w:t>
      </w:r>
      <w:r>
        <w:br/>
      </w:r>
      <w:r>
        <w:rPr>
          <w:sz w:val="20"/>
        </w:rPr>
        <w:t>7:09  toh mera mind sochne laga.</w:t>
      </w:r>
      <w:r>
        <w:br/>
      </w:r>
      <w:r>
        <w:rPr>
          <w:sz w:val="20"/>
        </w:rPr>
        <w:t>7:13  yani pehle bolta tha, ab sochne laga.</w:t>
      </w:r>
      <w:r>
        <w:br/>
      </w:r>
      <w:r>
        <w:rPr>
          <w:sz w:val="20"/>
        </w:rPr>
        <w:t>7:16  pehlay mujhe shauq tha is ka, woh shauq khatam ho gaya toh sochte</w:t>
      </w:r>
      <w:r>
        <w:br/>
      </w:r>
      <w:r>
        <w:rPr>
          <w:sz w:val="20"/>
        </w:rPr>
        <w:t>7:20  sochte mere mind ne replanning ki. pehle unconsciously, us ke baad consciously. toh maine parha, urdu parha, farsi parha, arabi parhi, english parhi. yahan tak ke yeh masla shuru hua. toh yeh jo formula hai, replanning, yeh hai surah wal asr mein. ke last hota hai toh it is not natural, is ko normal way</w:t>
      </w:r>
    </w:p>
    <w:p>
      <w:pPr>
        <w:pStyle w:val="Heading2"/>
      </w:pPr>
      <w:r>
        <w:t>Hadith on drowning in sweat, decoded as melting glaciers</w:t>
      </w:r>
    </w:p>
    <w:p>
      <w:r>
        <w:rPr>
          <w:color w:val="666666"/>
          <w:sz w:val="18"/>
        </w:rPr>
        <w:t>Warning Signs of Doomsday February 4, 2007 · 2m 41s · at 36:29 · https://youtu.be/gU74yV1td-I?t=2189</w:t>
      </w:r>
    </w:p>
    <w:p>
      <w:r>
        <w:rPr>
          <w:i/>
        </w:rPr>
        <w:t>“Log paseene mein doob jayenge, hadith mein hai”</w:t>
      </w:r>
    </w:p>
    <w:p>
      <w:r>
        <w:rPr>
          <w:sz w:val="20"/>
        </w:rPr>
        <w:t>36:29  phir hadith mein yeh hai ke يَكُونُ النَّاسُ عَلَى قَدْرِ أَعْمَالِهِمْ فِي الْأَرْقِ log itna, yaani jab yeh hoga global warming ka jo zamana aayega to itna paseena niklega logon ka.</w:t>
      </w:r>
      <w:r>
        <w:br/>
      </w:r>
      <w:r>
        <w:rPr>
          <w:sz w:val="20"/>
        </w:rPr>
        <w:t>36:48  yeh hadith mein yeh hai ke woh doob jayenge paseene mein. paseene mein doob jayenge.</w:t>
      </w:r>
      <w:r>
        <w:br/>
      </w:r>
      <w:r>
        <w:rPr>
          <w:sz w:val="20"/>
        </w:rPr>
        <w:t>36:58  to is mein hai ke koi yahan tak takne ke barabar doobega. koi ghutne ke barabar doobega. koi kamar ke barabar doobega.</w:t>
      </w:r>
      <w:r>
        <w:br/>
      </w:r>
      <w:r>
        <w:rPr>
          <w:sz w:val="20"/>
        </w:rPr>
        <w:t>37:06  koi face ke barabar doob jayega. yahan tak doob jayega. paseene mein log doob jayenge. to yahan par jo word istemal hua hai woh arq hai.</w:t>
      </w:r>
      <w:r>
        <w:br/>
      </w:r>
      <w:r>
        <w:rPr>
          <w:sz w:val="20"/>
        </w:rPr>
        <w:t>37:16  arq ka matlab jo hota hai yaani paseena. lekin sahi maano mein arq ka matlab hai squeezed water.</w:t>
      </w:r>
      <w:r>
        <w:br/>
      </w:r>
      <w:r>
        <w:rPr>
          <w:sz w:val="20"/>
        </w:rPr>
        <w:t>37:25  mein ne dictionary mein dekha hai is ko. arq ka matlab samjha jata hai paseena. lekin is ka jo asal sense hai, asal sense woh squeezed water, nichoda hua pani.</w:t>
      </w:r>
      <w:r>
        <w:br/>
      </w:r>
      <w:r>
        <w:rPr>
          <w:sz w:val="20"/>
        </w:rPr>
        <w:t>37:36  isi liye jo is se jo yeh sharab banai jati hai, us ko nichor kar ke, woh angoor ko nichor kar ke jo sharab banai jati hai, us ko bhi arq kehte hain.</w:t>
      </w:r>
      <w:r>
        <w:br/>
      </w:r>
      <w:r>
        <w:rPr>
          <w:sz w:val="20"/>
        </w:rPr>
        <w:t>37:51  angoor ko nichor kar sharab banai jati hai, aap jante hain.</w:t>
      </w:r>
      <w:r>
        <w:br/>
      </w:r>
      <w:r>
        <w:rPr>
          <w:sz w:val="20"/>
        </w:rPr>
        <w:t>37:54  to is ko kehte hain arq kehte hain. aisi aur bhi kai cheezein hain, is ko nichor kar jo cheez banti hai, us ko arq kaha gaya hai dictionary mein. is liye main samajhta hoon ke arq ke mani hain squeezed water.</w:t>
      </w:r>
      <w:r>
        <w:br/>
      </w:r>
      <w:r>
        <w:rPr>
          <w:sz w:val="20"/>
        </w:rPr>
        <w:t>38:07  aap dekhein ke squeezed water jo hai, kitna meaningful word hai. glacier se pani nichora ja raha hai. aur north pole, south pole pe jo ice ki gap hai, us se pani nichor ke kahan aa raha hai samundaron mein.</w:t>
      </w:r>
      <w:r>
        <w:br/>
      </w:r>
      <w:r>
        <w:rPr>
          <w:sz w:val="20"/>
        </w:rPr>
        <w:t>38:21  to nichre hue pani se zameen jo hai, bhar pani se bhari chali ja rahi hai. aur aap aap ne dekha hoga kal paper mein ke kahin yeh bilkul exact yahi baat ke kahin itna pani aa jayega ke itna pani aa jayega, kahin itna ke itna.</w:t>
      </w:r>
      <w:r>
        <w:br/>
      </w:r>
      <w:r>
        <w:rPr>
          <w:sz w:val="20"/>
        </w:rPr>
        <w:t>38:37  yani bhag gaye log. ek dum exactly wahi baat hai.</w:t>
      </w:r>
      <w:r>
        <w:br/>
      </w:r>
      <w:r>
        <w:rPr>
          <w:sz w:val="20"/>
        </w:rPr>
        <w:t>38:42  to squeezed water ka lafz hai hadith mein, us ko main samajhta hoon ke melting, yeh pighalna, jo global warming ki wajah se melt karega ice cap north pole, south pole ka, aur glacier melt karenge.</w:t>
      </w:r>
      <w:r>
        <w:br/>
      </w:r>
      <w:r>
        <w:rPr>
          <w:sz w:val="20"/>
        </w:rPr>
        <w:t>39:01  is se samundaron ka level barh jayega aur insan bilkul khatre mein aa jayega.</w:t>
      </w:r>
    </w:p>
    <w:p>
      <w:pPr>
        <w:pStyle w:val="Heading2"/>
      </w:pPr>
      <w:r>
        <w:t>Hajj and Umrah have become a mere outing</w:t>
      </w:r>
    </w:p>
    <w:p>
      <w:r>
        <w:rPr>
          <w:color w:val="666666"/>
          <w:sz w:val="18"/>
        </w:rPr>
        <w:t>Eid al-Adha November 21, 2010 · 2m 37s · at 55:09 · https://youtu.be/kU2kErJbPqk?t=3309</w:t>
      </w:r>
    </w:p>
    <w:p>
      <w:r>
        <w:rPr>
          <w:i/>
        </w:rPr>
        <w:t>“In practice, it's become just a ritual, an outing”</w:t>
      </w:r>
    </w:p>
    <w:p>
      <w:r>
        <w:rPr>
          <w:sz w:val="20"/>
        </w:rPr>
        <w:t>55:09  lekin</w:t>
      </w:r>
      <w:r>
        <w:br/>
      </w:r>
      <w:r>
        <w:rPr>
          <w:sz w:val="20"/>
        </w:rPr>
        <w:t>55:10  amal'an jo hai, koi ek rasam hai, bas ek outing hai. Ab to ek haj aur umra ek outing ban gaya hai,</w:t>
      </w:r>
      <w:r>
        <w:br/>
      </w:r>
      <w:r>
        <w:rPr>
          <w:sz w:val="20"/>
        </w:rPr>
        <w:t>55:20  ek outing ban gaya hai. Dhoom se log har saal haj, jis ke paas paisa hai, bas woh har saal haj hi ke liye chale ja rahe hain, umra karne chale ja rahe hain. Har ek isi paise ko dawat ke kaam mein lagana chahiye, isi paise ko dawat ke kaam mein lagana chahiye.</w:t>
      </w:r>
      <w:r>
        <w:br/>
      </w:r>
      <w:r>
        <w:rPr>
          <w:sz w:val="20"/>
        </w:rPr>
        <w:t>55:42  to jahan tak mein samajhta hoon, haj ki jo asli isprt hai, woh yeh hai ke wahan ja kar aadmi is tareekh ko mehsoos kare jo Hazrat Ibrahim se shuru hui aur sahaba kiram tak phaili hui hai, aur aaj tak is ke asraat phailay hue hain.</w:t>
      </w:r>
      <w:r>
        <w:br/>
      </w:r>
      <w:r>
        <w:rPr>
          <w:sz w:val="20"/>
        </w:rPr>
        <w:t>56:04  to chaar hazar saal ki tareekh ko taza karna zehan mein, use inspiration lena, aur phir us ko lot kar ke dohrana apne mahaul mein.</w:t>
      </w:r>
      <w:r>
        <w:br/>
      </w:r>
      <w:r>
        <w:rPr>
          <w:sz w:val="20"/>
        </w:rPr>
        <w:t>56:18  agar yeh ho to kya hoga? Achanak sari jo yeh militancy khatam ho jayegi, militancy achanak khatam ho jayegi, aur phir dawat ka kaam shuru ho jayega.</w:t>
      </w:r>
      <w:r>
        <w:br/>
      </w:r>
      <w:r>
        <w:rPr>
          <w:sz w:val="20"/>
        </w:rPr>
        <w:t>56:32  yeh yeh do baatein hain mere nazdeek. Sari woh karrawaiyan jo islami jo jihad, jo musallah jihad ke naam pe ki ja rahi hain, woh band ho jayega.</w:t>
      </w:r>
      <w:r>
        <w:br/>
      </w:r>
      <w:r>
        <w:rPr>
          <w:sz w:val="20"/>
        </w:rPr>
        <w:t>56:46  agar woh le kar loten log to, aur doosri taraf dawat shuru ho jayegi.</w:t>
      </w:r>
      <w:r>
        <w:br/>
      </w:r>
      <w:r>
        <w:rPr>
          <w:sz w:val="20"/>
        </w:rPr>
        <w:t>56:55  lekin har saal be be shumar log jaate hain wahan par haj karne, lotte hain, aur koi na un ki apni zindagi mein koi tabdeeli, na un ki society mein koi tabdeeli, na un ke ghar mein koi tabdeeli.</w:t>
      </w:r>
      <w:r>
        <w:br/>
      </w:r>
      <w:r>
        <w:rPr>
          <w:sz w:val="20"/>
        </w:rPr>
        <w:t>57:10  to yeh haj nahi hai, ek rasam hai. Yeh haj to ek zinda ibadat hai, zinda ibadat. Woh activate karti hai fard ko, activate karti hai poore samaj ko.</w:t>
      </w:r>
      <w:r>
        <w:br/>
      </w:r>
      <w:r>
        <w:rPr>
          <w:sz w:val="20"/>
        </w:rPr>
        <w:t>57:24  to mein samajhta hoon ke haj ko is ki isprt ke sath zinda karne ki zaroorat hai. Khwah bar bar haj karna kafi nahi hai, yani haj ko is ki asli isprt ke sath zinda karne ki zaroorat hai.</w:t>
      </w:r>
      <w:r>
        <w:br/>
      </w:r>
      <w:r>
        <w:rPr>
          <w:sz w:val="20"/>
        </w:rPr>
        <w:t>57:35  aur agar zinda ho jaye apni asli isprt ke sath to ek dam soorat-e-haal badal jayegi, ek dam ek nayi duniya paida ho jayegi.</w:t>
      </w:r>
    </w:p>
    <w:p>
      <w:pPr>
        <w:pStyle w:val="Heading2"/>
      </w:pPr>
      <w:r>
        <w:t>Spirit of salah: surrender and dhikr</w:t>
      </w:r>
    </w:p>
    <w:p>
      <w:r>
        <w:rPr>
          <w:color w:val="666666"/>
          <w:sz w:val="18"/>
        </w:rPr>
        <w:t>Qurbani aur Islam (Al-Risala, August 2018) · 1m 58s · at 7:49 · https://youtu.be/uwy-G-Vtie8?t=469</w:t>
      </w:r>
    </w:p>
    <w:p>
      <w:r>
        <w:rPr>
          <w:i/>
        </w:rPr>
        <w:t>“Namaz. Islam ka doosra rukan namaz hai.”</w:t>
      </w:r>
    </w:p>
    <w:p>
      <w:r>
        <w:rPr>
          <w:sz w:val="20"/>
        </w:rPr>
        <w:t>7:49  namaz. islam ka doosra rukun namaz hai. doosre arkaan ki tarah namaz ka bhi ek form hai.</w:t>
      </w:r>
      <w:r>
        <w:br/>
      </w:r>
      <w:r>
        <w:rPr>
          <w:sz w:val="20"/>
        </w:rPr>
        <w:t>7:59  jaisa ke maloom hai, yeh form qiyam aur ruku aur sujood par mabni hai. isi ke saath namaz ki ek spirit hai.</w:t>
      </w:r>
      <w:r>
        <w:br/>
      </w:r>
      <w:r>
        <w:rPr>
          <w:sz w:val="20"/>
        </w:rPr>
        <w:t>8:10  wo spirit surrender hai, yani apne aap ko poori tarah khuda ke hawale kar dena. khuda ko kamil ma'no mein apna markaz tawajjuh bana lena.</w:t>
      </w:r>
      <w:r>
        <w:br/>
      </w:r>
      <w:r>
        <w:rPr>
          <w:sz w:val="20"/>
        </w:rPr>
        <w:t>8:25  poore ma'no mein khuda rukhi zindagi ya god oriented life ikhtiyar kar lena. isi spirit ka doosra naam quran mein zikr kaseer hai, yani khuda ko bohat ziyada yaad karte hue zindagi guzarna.</w:t>
      </w:r>
      <w:r>
        <w:br/>
      </w:r>
      <w:r>
        <w:rPr>
          <w:sz w:val="20"/>
        </w:rPr>
        <w:t>8:44  namaz ka maqsad bhi quran mein zikr bataya gaya hai. zikr ka matlab rasmi taur par sirf kisi qism ki tasbeeh khwani nahi hai, balke har mauqe par sachay ehsas ke saath khuda ko yaad karte rehna hai.</w:t>
      </w:r>
      <w:r>
        <w:br/>
      </w:r>
      <w:r>
        <w:rPr>
          <w:sz w:val="20"/>
        </w:rPr>
        <w:t>9:05  aadmi jab dunya mein zindagi guzarta hai to wo mukhtalif qism ke mushahadat aur tajrubaat se guzarta hai. us waqt us ke andar wo cheez paida hona chahiye jis ko quran mein tawassum kaha gaya hai,</w:t>
      </w:r>
      <w:r>
        <w:br/>
      </w:r>
      <w:r>
        <w:rPr>
          <w:sz w:val="20"/>
        </w:rPr>
        <w:t>9:22  yani har dunyavi tajrube ko khudai tajrube mein convert karte rehna. har cheez se rabbani ghiza hasil karte rehna.</w:t>
      </w:r>
      <w:r>
        <w:br/>
      </w:r>
      <w:r>
        <w:rPr>
          <w:sz w:val="20"/>
        </w:rPr>
        <w:t>9:35  haqeeqi namaz wahi hai jo aadmi ke andar yeh zehan paida kar de ke wo har cheez se apne liye tawassum ki ghiza hasil karta rahe.</w:t>
      </w:r>
    </w:p>
    <w:p>
      <w:pPr>
        <w:pStyle w:val="Heading2"/>
      </w:pPr>
      <w:r>
        <w:t>Social aspect of Zakat and creation plan</w:t>
      </w:r>
    </w:p>
    <w:p>
      <w:r>
        <w:rPr>
          <w:color w:val="666666"/>
          <w:sz w:val="18"/>
        </w:rPr>
        <w:t>Principles of Zakat in Islam 11 May 2007 - Maulana Wahiduddin Khan · 1m 58s · at 23:45 · https://youtu.be/RmfLc_lQrxs?t=1425</w:t>
      </w:r>
    </w:p>
    <w:p>
      <w:r>
        <w:rPr>
          <w:i/>
        </w:rPr>
        <w:t>“Then there is social aspect of Zakat.”</w:t>
      </w:r>
    </w:p>
    <w:p>
      <w:r>
        <w:rPr>
          <w:sz w:val="20"/>
        </w:rPr>
        <w:t>23:45  Then there is... social aspect. And this social aspect is mentioned in the... in... in Hadith.</w:t>
      </w:r>
      <w:r>
        <w:br/>
      </w:r>
      <w:r>
        <w:rPr>
          <w:sz w:val="20"/>
        </w:rPr>
        <w:t>23:55  The Prophet of Islam has said... about Zakat...</w:t>
      </w:r>
      <w:r>
        <w:br/>
      </w:r>
      <w:r>
        <w:rPr>
          <w:sz w:val="20"/>
        </w:rPr>
        <w:t>24:04  yukhaz min aghniyaikum wa turaddu ila fuqaraiqum</w:t>
      </w:r>
      <w:r>
        <w:br/>
      </w:r>
      <w:r>
        <w:rPr>
          <w:sz w:val="20"/>
        </w:rPr>
        <w:t>24:17  It means that...</w:t>
      </w:r>
      <w:r>
        <w:br/>
      </w:r>
      <w:r>
        <w:rPr>
          <w:sz w:val="20"/>
        </w:rPr>
        <w:t>24:23  that we... take... money from rich people... only to return it to poor people.</w:t>
      </w:r>
      <w:r>
        <w:br/>
      </w:r>
      <w:r>
        <w:rPr>
          <w:sz w:val="20"/>
        </w:rPr>
        <w:t>24:34  This is a money management.</w:t>
      </w:r>
      <w:r>
        <w:br/>
      </w:r>
      <w:r>
        <w:rPr>
          <w:sz w:val="20"/>
        </w:rPr>
        <w:t>24:39  The social aspect of Zakat. Zakat tries to... to establish balance between...</w:t>
      </w:r>
      <w:r>
        <w:br/>
      </w:r>
      <w:r>
        <w:rPr>
          <w:sz w:val="20"/>
        </w:rPr>
        <w:t>24:50  two different sectors of the society.</w:t>
      </w:r>
      <w:r>
        <w:br/>
      </w:r>
      <w:r>
        <w:rPr>
          <w:sz w:val="20"/>
        </w:rPr>
        <w:t>24:57  Why... why this problem? Why this issue? Because... it... here you can remind the...</w:t>
      </w:r>
      <w:r>
        <w:br/>
      </w:r>
      <w:r>
        <w:rPr>
          <w:sz w:val="20"/>
        </w:rPr>
        <w:t>25:07  Creation Plan of God. What is the Creation Plan of God? God's... plan is based on competition...</w:t>
      </w:r>
      <w:r>
        <w:br/>
      </w:r>
      <w:r>
        <w:rPr>
          <w:sz w:val="20"/>
        </w:rPr>
        <w:t>25:15  on challenge.</w:t>
      </w:r>
      <w:r>
        <w:br/>
      </w:r>
      <w:r>
        <w:rPr>
          <w:sz w:val="20"/>
        </w:rPr>
        <w:t>25:17  So... in society... you see disparity. You cannot establish...</w:t>
      </w:r>
      <w:r>
        <w:br/>
      </w:r>
      <w:r>
        <w:rPr>
          <w:sz w:val="20"/>
        </w:rPr>
        <w:t>25:27  equality. It is impossible</w:t>
      </w:r>
      <w:r>
        <w:br/>
      </w:r>
      <w:r>
        <w:rPr>
          <w:sz w:val="20"/>
        </w:rPr>
        <w:t>25:33  . God hates equality. According to the Creation Plan of God...</w:t>
      </w:r>
    </w:p>
    <w:p>
      <w:pPr>
        <w:pStyle w:val="Heading2"/>
      </w:pPr>
      <w:r>
        <w:t>Life and death as a test for selection</w:t>
      </w:r>
    </w:p>
    <w:p>
      <w:r>
        <w:rPr>
          <w:color w:val="666666"/>
          <w:sz w:val="18"/>
        </w:rPr>
        <w:t>Interaction with Maulana Wahiduddin Khan December 13, 2009 · 1m 27s · at 4:40 · https://youtu.be/E3Vn6nK5J9A?t=280</w:t>
      </w:r>
    </w:p>
    <w:p>
      <w:r>
        <w:rPr>
          <w:i/>
        </w:rPr>
        <w:t>“Is mein ye bataya gaya hai ki Allah ta'ala ne jo insaan ko paida kiya”</w:t>
      </w:r>
    </w:p>
    <w:p>
      <w:r>
        <w:rPr>
          <w:sz w:val="20"/>
        </w:rPr>
        <w:t>4:40  what sense are these two different creations?" ismein ye bataya gaya hai ki allah taala ne jo insaan ko paida kiya, ek muddat ke baad maut aati hai uski. ye sab ibtila ke liye hai. yaani test ke liye. test ka matlab kya hai?</w:t>
      </w:r>
      <w:r>
        <w:br/>
      </w:r>
      <w:r>
        <w:rPr>
          <w:sz w:val="20"/>
        </w:rPr>
        <w:t>5:01  is duniya mein paida karke aapka selection ho raha hai. jannat mein adam ko paida kar diya gaya tha bagair kisi test liye, bagair. ab jo allah taala ki jo planning hai, test ke baad faisla kiya jaaye kaun jannat mein daalne qabil hai.</w:t>
      </w:r>
      <w:r>
        <w:br/>
      </w:r>
      <w:r>
        <w:rPr>
          <w:sz w:val="20"/>
        </w:rPr>
        <w:t>5:23  yaani deserving candidate kaun hai, usko allah taala yahan farishton ke zariye se record karwa rahe hain. quran mein hai ki har aadmi ke par farishte hain, jo uske record karte rehte hain uski har baat ka.</w:t>
      </w:r>
      <w:r>
        <w:br/>
      </w:r>
      <w:r>
        <w:rPr>
          <w:sz w:val="20"/>
        </w:rPr>
        <w:t>5:41  toh duniya mein jo hai, insaan ko paida karke ek muddat tak rakha gaya hai. usko uska speech, uska deed, uska call, uska amal, har cheez ka record taiyar ho raha hai. usi buniyad par ye faisla kiya jaaye ki ye jannat ke liye deserving candidate hai ya nahi hai.</w:t>
      </w:r>
      <w:r>
        <w:br/>
      </w:r>
      <w:r>
        <w:rPr>
          <w:sz w:val="20"/>
        </w:rPr>
        <w:t>6:06  ab aur koi question hai?</w:t>
      </w:r>
    </w:p>
    <w:p>
      <w:pPr>
        <w:pStyle w:val="Heading2"/>
      </w:pPr>
      <w:r>
        <w:t>Roza promotes patience which brings God's help</w:t>
      </w:r>
    </w:p>
    <w:p>
      <w:r>
        <w:rPr>
          <w:color w:val="666666"/>
          <w:sz w:val="18"/>
        </w:rPr>
        <w:t>Ramadan and The Quran 14 oct 2005 - Maulana Wahiduddin Khan · 2m 33s · at 56:04 · https://youtu.be/t_Ciia8JlBk?t=3364</w:t>
      </w:r>
    </w:p>
    <w:p>
      <w:r>
        <w:rPr>
          <w:i/>
        </w:rPr>
        <w:t>“Roza sabr culture ko promote karta hai”</w:t>
      </w:r>
    </w:p>
    <w:p>
      <w:r>
        <w:rPr>
          <w:sz w:val="20"/>
        </w:rPr>
        <w:t>56:04  isi tarah se roze ka jo, mein samajhta hoon ke roza sabar culture ko promote karta hai.</w:t>
      </w:r>
      <w:r>
        <w:br/>
      </w:r>
      <w:r>
        <w:rPr>
          <w:sz w:val="20"/>
        </w:rPr>
        <w:t>56:14  hadith mein aata hai ke ho shahr al sabr roza sabr ka mahina, sabr means patience.</w:t>
      </w:r>
      <w:r>
        <w:br/>
      </w:r>
      <w:r>
        <w:rPr>
          <w:sz w:val="20"/>
        </w:rPr>
        <w:t>56:23  to roza jo hai, sabr culture ko promote karne ka naam hai. agar mein kahoon to kahoon ga, aur sabr ya patience islam mein bohat importance ki hai.</w:t>
      </w:r>
      <w:r>
        <w:br/>
      </w:r>
      <w:r>
        <w:rPr>
          <w:sz w:val="20"/>
        </w:rPr>
        <w:t>56:36  har cheez se sabr juda hua hai. agar aap daawa work karna chahein,</w:t>
      </w:r>
      <w:r>
        <w:br/>
      </w:r>
      <w:r>
        <w:rPr>
          <w:sz w:val="20"/>
        </w:rPr>
        <w:t>56:41  koi ulti seedhi bolega to aap ko wahan sabr karna parega. yaani daawa process ruk jayega, dawat ka process ruk jayega.</w:t>
      </w:r>
      <w:r>
        <w:br/>
      </w:r>
      <w:r>
        <w:rPr>
          <w:sz w:val="20"/>
        </w:rPr>
        <w:t>56:51  koi bhi aap deen ka kaam karna chahein to tarah tarah ke log milenge. to woh log aap ko provoke bhi kar sakte hain, aisi baat keh sakte hain ke aap ko to hate paida ho jaye, aap ka anger paida ho jaye.</w:t>
      </w:r>
      <w:r>
        <w:br/>
      </w:r>
      <w:r>
        <w:rPr>
          <w:sz w:val="20"/>
        </w:rPr>
        <w:t>57:04  to wahan aap ko sabr karna parega,</w:t>
      </w:r>
      <w:r>
        <w:br/>
      </w:r>
      <w:r>
        <w:rPr>
          <w:sz w:val="20"/>
        </w:rPr>
        <w:t>57:06  patience se kaam lena parega, warna woh sara process ruk jayega. to yeh jo, yeh jo roze mein khane par sabr, peene par sabr, desire par sabr, yeh sabr culture ko</w:t>
      </w:r>
      <w:r>
        <w:br/>
      </w:r>
      <w:r>
        <w:rPr>
          <w:sz w:val="20"/>
        </w:rPr>
        <w:t>57:24  ko promote karna hai. raat ko neend par sabr. agar aap roze ke jo jo woh hai routine hai, us ko chalayein to bar bar aap ko apne upar lagaam lena padta hai, bar bar sabr se kaam lena padta hai,</w:t>
      </w:r>
      <w:r>
        <w:br/>
      </w:r>
      <w:r>
        <w:rPr>
          <w:sz w:val="20"/>
        </w:rPr>
        <w:t>57:41  warna</w:t>
      </w:r>
      <w:r>
        <w:br/>
      </w:r>
      <w:r>
        <w:rPr>
          <w:sz w:val="20"/>
        </w:rPr>
        <w:t>57:44  aap us ko amal nahi kar sakte. to mein samajhta hoon ke yeh sabr jo hai, yeh yaani sabr culture ko promote karna hi roze ka ek aham maqsad hai.</w:t>
      </w:r>
      <w:r>
        <w:br/>
      </w:r>
      <w:r>
        <w:rPr>
          <w:sz w:val="20"/>
        </w:rPr>
        <w:t>57:59  aur sabr jo hai,</w:t>
      </w:r>
      <w:r>
        <w:br/>
      </w:r>
      <w:r>
        <w:rPr>
          <w:sz w:val="20"/>
        </w:rPr>
        <w:t>58:01  bohat hi important hai islam mein. hadith mein aata hai ke aalam</w:t>
      </w:r>
      <w:r>
        <w:br/>
      </w:r>
      <w:r>
        <w:rPr>
          <w:sz w:val="20"/>
        </w:rPr>
        <w:t>58:09  an al nasr ma'asab aalam an al nasr ma'asab. jaan lo ke</w:t>
      </w:r>
      <w:r>
        <w:br/>
      </w:r>
      <w:r>
        <w:rPr>
          <w:sz w:val="20"/>
        </w:rPr>
        <w:t>58:18  khuda ki madad sabr ke sath juri hui hai.</w:t>
      </w:r>
      <w:r>
        <w:br/>
      </w:r>
      <w:r>
        <w:rPr>
          <w:sz w:val="20"/>
        </w:rPr>
        <w:t>58:25  aalam an al nasr ma'asab jaan lo ke khuda ki madad sabr ke sath juri hui hai. yeh bohat hi important baat hai.</w:t>
      </w:r>
    </w:p>
    <w:p>
      <w:pPr>
        <w:pStyle w:val="Heading2"/>
      </w:pPr>
      <w:r>
        <w:t>The hadith on arrogance, hidden and open, and its test</w:t>
      </w:r>
    </w:p>
    <w:p>
      <w:r>
        <w:rPr>
          <w:color w:val="666666"/>
          <w:sz w:val="18"/>
        </w:rPr>
        <w:t>Contribution of Sufism in India May 29, 2011 · 2m 32s · at 1:19:11 · https://youtu.be/lzxSaTnomio?t=4751</w:t>
      </w:r>
    </w:p>
    <w:p>
      <w:r>
        <w:rPr>
          <w:i/>
        </w:rPr>
        <w:t>“A hadith: even a mustard seed of arrogance bars heaven”</w:t>
      </w:r>
    </w:p>
    <w:p>
      <w:r>
        <w:rPr>
          <w:sz w:val="20"/>
        </w:rPr>
        <w:t>1:19:11  Maulana Zakwan Nadvi ne Dilli se likha hai: "Hadees mein aaya hai ke jis aadmi ke dil mein rai ke daane ke barabar bhi apni badai ka ehsas hoga, yaani kibr, woh jannat mein entry na pa sakega.</w:t>
      </w:r>
      <w:r>
        <w:br/>
      </w:r>
      <w:r>
        <w:rPr>
          <w:sz w:val="20"/>
        </w:rPr>
        <w:t>1:19:27  Yeh kibr kya cheez hai aur iska ilaaj kya hai?" Yeh to hadees bohat hi zyada tadpaney wali hai.</w:t>
      </w:r>
      <w:r>
        <w:br/>
      </w:r>
      <w:r>
        <w:rPr>
          <w:sz w:val="20"/>
        </w:rPr>
        <w:t>1:19:38  La yadhkhol al-jannata man kan fi qalbi mithqala habbati khardalin min kibr yaani kis qadar zyada yeh tadpaney wali hadees hai ke jis aadmi ke dil mein rai ke daane ke barabar bhi kibr hoga,</w:t>
      </w:r>
      <w:r>
        <w:br/>
      </w:r>
      <w:r>
        <w:rPr>
          <w:sz w:val="20"/>
        </w:rPr>
        <w:t>1:19:56  yaani kibr kehte hain arrogance, woh jannat dakhil nahin jayega. Kya jayega?</w:t>
      </w:r>
      <w:r>
        <w:br/>
      </w:r>
      <w:r>
        <w:rPr>
          <w:sz w:val="20"/>
        </w:rPr>
        <w:t>1:20:04  To sab se zyada aadmi ko isi par sochna hai. Dekhein, ek hota hai kibr khafi, ek hota hai kibr jali, yaani arrogance jo hai, ek khula khula hota hai, ek hidden type ka arrogance hota hai.</w:t>
      </w:r>
      <w:r>
        <w:br/>
      </w:r>
      <w:r>
        <w:rPr>
          <w:sz w:val="20"/>
        </w:rPr>
        <w:t>1:20:22  To khula khula to log jaan lete hain, hidden arrogance ko log nahin jaan paate.</w:t>
      </w:r>
      <w:r>
        <w:br/>
      </w:r>
      <w:r>
        <w:rPr>
          <w:sz w:val="20"/>
        </w:rPr>
        <w:t>1:20:28  Matlab hai ke dil mein to ehsas hai, badai hai. Abu se bol rahe hain, naram naram baatein. Main aise bohat se logon se mila hoon is tarah ka ke woh log samajhte hain ke bohat mutawazin hai, bohat naram boli.</w:t>
      </w:r>
      <w:r>
        <w:br/>
      </w:r>
      <w:r>
        <w:rPr>
          <w:sz w:val="20"/>
        </w:rPr>
        <w:t>1:20:43  Lekin unke jab maine un par tanqeed ki to bhadak uthe woh. Wahi insaan bhadak utha to baaz auqat andar kibr tha, munh se naram boli bol rahe the</w:t>
      </w:r>
      <w:r>
        <w:br/>
      </w:r>
      <w:r>
        <w:rPr>
          <w:sz w:val="20"/>
        </w:rPr>
        <w:t>1:20:53  tab tak jab tak ke log unki haan mein haan mila rahe the. Aur maine tanqeed kardi to bhadak uthe woh. To main samajhta hoon ke pehchan jo hai kibr ki, kibr hai ya nahin ke aap tanqeed ko sun saken.</w:t>
      </w:r>
      <w:r>
        <w:br/>
      </w:r>
      <w:r>
        <w:rPr>
          <w:sz w:val="20"/>
        </w:rPr>
        <w:t>1:21:11  Hindi ka ek maqoola hai ke "chot seh jo shabd ki, waaye guru mein daas".</w:t>
      </w:r>
      <w:r>
        <w:br/>
      </w:r>
      <w:r>
        <w:rPr>
          <w:sz w:val="20"/>
        </w:rPr>
        <w:t>1:21:18  To thoda sa badal ke main kahunga ke "chot seh jo shabd ki" wahi sabit karta hai ke mere andar kibr nahin hai. Tanqeed chuki jo bhadak uthe to yaqeeni proof hai ke uske andar kibr hai,</w:t>
      </w:r>
      <w:r>
        <w:br/>
      </w:r>
      <w:r>
        <w:rPr>
          <w:sz w:val="20"/>
        </w:rPr>
        <w:t>1:21:33  aur kibr hai to jannat ka gate uska nahin khulega. To yeh to sab se badi badi cheez hai jiska hamein introspection karna hai.</w:t>
      </w:r>
    </w:p>
    <w:p>
      <w:pPr>
        <w:pStyle w:val="Heading2"/>
      </w:pPr>
      <w:r>
        <w:t>Examples of bilateral relationships in da'wah</w:t>
      </w:r>
    </w:p>
    <w:p>
      <w:r>
        <w:rPr>
          <w:color w:val="666666"/>
          <w:sz w:val="18"/>
        </w:rPr>
        <w:t>Da'i-Mad'u Relationship | Junuary 21, 2008 · 1m 31s · at 2:17 · https://youtu.be/hLDRkE2Q0eM?t=137</w:t>
      </w:r>
    </w:p>
    <w:p>
      <w:r>
        <w:rPr>
          <w:i/>
        </w:rPr>
        <w:t>“Jaise dekhiye, trader customer relationship.”</w:t>
      </w:r>
    </w:p>
    <w:p>
      <w:r>
        <w:rPr>
          <w:sz w:val="20"/>
        </w:rPr>
        <w:t>2:17  jaise dekhiye, trader customer relationship.</w:t>
      </w:r>
      <w:r>
        <w:br/>
      </w:r>
      <w:r>
        <w:rPr>
          <w:sz w:val="20"/>
        </w:rPr>
        <w:t>2:25  tridar ko koi cheez bechna hai aur customer ko khareedna hai.</w:t>
      </w:r>
      <w:r>
        <w:br/>
      </w:r>
      <w:r>
        <w:rPr>
          <w:sz w:val="20"/>
        </w:rPr>
        <w:t>2:33  to yeh tridar customer relationship hai.</w:t>
      </w:r>
      <w:r>
        <w:br/>
      </w:r>
      <w:r>
        <w:rPr>
          <w:sz w:val="20"/>
        </w:rPr>
        <w:t>2:40  یہ بیس کرتا ہے کس چیز پر؟ اس کا بہت ہی ویل نون فارمولا ہے کہ customer is always right.</w:t>
      </w:r>
      <w:r>
        <w:br/>
      </w:r>
      <w:r>
        <w:rPr>
          <w:sz w:val="20"/>
        </w:rPr>
        <w:t>2:48  agar aap customer ke customer ko satisfied na karein to woh aap kahan se chala jayega? Aap</w:t>
      </w:r>
      <w:r>
        <w:br/>
      </w:r>
      <w:r>
        <w:rPr>
          <w:sz w:val="20"/>
        </w:rPr>
        <w:t>2:56  kisi ko customer banana chahein, yaani kisi ke bare mein aap yeh chahein ke woh aap ke haan</w:t>
      </w:r>
      <w:r>
        <w:br/>
      </w:r>
      <w:r>
        <w:rPr>
          <w:sz w:val="20"/>
        </w:rPr>
        <w:t>3:03  se apni pasand ka sauda le, to aap apne aur us ke beech mein friendship qaim karni parti hai.</w:t>
      </w:r>
      <w:r>
        <w:br/>
      </w:r>
      <w:r>
        <w:rPr>
          <w:sz w:val="20"/>
        </w:rPr>
        <w:t>3:11  isi ko kehte hain ke cust</w:t>
      </w:r>
      <w:r>
        <w:br/>
      </w:r>
      <w:r>
        <w:rPr>
          <w:sz w:val="20"/>
        </w:rPr>
        <w:t>3:18  omer is always right. aise hi dekhiye, ilaaj ko lijie. ilaaj jo hai woh doctor patient relationship ka naam hai. yahan bhi dekhiye, agar patient yeh mehsoos kare ke doctor ke dil mein is ke liye sympathy hai, tab to woh is se ilaaj karega. nahi to chala jayega</w:t>
      </w:r>
    </w:p>
    <w:p>
      <w:pPr>
        <w:pStyle w:val="Heading2"/>
      </w:pPr>
      <w:r>
        <w:t>Stream as model of avoidance and peace</w:t>
      </w:r>
    </w:p>
    <w:p>
      <w:r>
        <w:rPr>
          <w:color w:val="666666"/>
          <w:sz w:val="18"/>
        </w:rPr>
        <w:t>Man And Paradise (English) March 21, 2007 Maulana Wahiduddin Khan · 3m 10s · at 23:00 · https://youtu.be/cF-SjJXpnrc?t=1380</w:t>
      </w:r>
    </w:p>
    <w:p>
      <w:r>
        <w:rPr>
          <w:i/>
        </w:rPr>
        <w:t>“Then you know about streams. What is streams?”</w:t>
      </w:r>
    </w:p>
    <w:p>
      <w:r>
        <w:rPr>
          <w:sz w:val="20"/>
        </w:rPr>
        <w:t>23:00  Then you know the streams.</w:t>
      </w:r>
      <w:r>
        <w:br/>
      </w:r>
      <w:r>
        <w:rPr>
          <w:sz w:val="20"/>
        </w:rPr>
        <w:t>23:07  You know about streams.</w:t>
      </w:r>
      <w:r>
        <w:br/>
      </w:r>
      <w:r>
        <w:rPr>
          <w:sz w:val="20"/>
        </w:rPr>
        <w:t>23:14  What is streams?</w:t>
      </w:r>
      <w:r>
        <w:br/>
      </w:r>
      <w:r>
        <w:rPr>
          <w:sz w:val="20"/>
        </w:rPr>
        <w:t>23:21  Stream means water flowing from a mountain.</w:t>
      </w:r>
      <w:r>
        <w:br/>
      </w:r>
      <w:r>
        <w:rPr>
          <w:sz w:val="20"/>
        </w:rPr>
        <w:t>23:28  When water flows from the top of the mountain, then it is called a stream.</w:t>
      </w:r>
      <w:r>
        <w:br/>
      </w:r>
      <w:r>
        <w:rPr>
          <w:sz w:val="20"/>
        </w:rPr>
        <w:t>23:35  So a stream follows until it reaches the valley.</w:t>
      </w:r>
      <w:r>
        <w:br/>
      </w:r>
      <w:r>
        <w:rPr>
          <w:sz w:val="20"/>
        </w:rPr>
        <w:t>23:42  Then you know in the valley there are stones and boulders in its path.</w:t>
      </w:r>
      <w:r>
        <w:br/>
      </w:r>
      <w:r>
        <w:rPr>
          <w:sz w:val="20"/>
        </w:rPr>
        <w:t>23:50  In its path. Then what is its behavior? A stream always avoids those stones or boulders. A stream never tries to fight.</w:t>
      </w:r>
      <w:r>
        <w:br/>
      </w:r>
      <w:r>
        <w:rPr>
          <w:sz w:val="20"/>
        </w:rPr>
        <w:t>24:10  But its principle is to avoid those obstacles and find its way by the way of avoidance, not</w:t>
      </w:r>
      <w:r>
        <w:br/>
      </w:r>
      <w:r>
        <w:rPr>
          <w:sz w:val="20"/>
        </w:rPr>
        <w:t>24:16  by the way of fighting.</w:t>
      </w:r>
      <w:r>
        <w:br/>
      </w:r>
      <w:r>
        <w:rPr>
          <w:sz w:val="20"/>
        </w:rPr>
        <w:t>24:23  So it is also a model.</w:t>
      </w:r>
      <w:r>
        <w:br/>
      </w:r>
      <w:r>
        <w:rPr>
          <w:sz w:val="20"/>
        </w:rPr>
        <w:t>24:30  This is also a model.</w:t>
      </w:r>
      <w:r>
        <w:br/>
      </w:r>
      <w:r>
        <w:rPr>
          <w:sz w:val="20"/>
        </w:rPr>
        <w:t>24:37  And water always maintains its continuous flow by adopting this model, the model of avoidance.</w:t>
      </w:r>
      <w:r>
        <w:br/>
      </w:r>
      <w:r>
        <w:rPr>
          <w:sz w:val="20"/>
        </w:rPr>
        <w:t>24:44  So is required by man also.</w:t>
      </w:r>
      <w:r>
        <w:br/>
      </w:r>
      <w:r>
        <w:rPr>
          <w:sz w:val="20"/>
        </w:rPr>
        <w:t>24:51  When you are in a society, there are problems, there are obstacles.</w:t>
      </w:r>
      <w:r>
        <w:br/>
      </w:r>
      <w:r>
        <w:rPr>
          <w:sz w:val="20"/>
        </w:rPr>
        <w:t>24:59  But you are not allowed to go to adopt the method of violence, the method of fighting.</w:t>
      </w:r>
      <w:r>
        <w:br/>
      </w:r>
      <w:r>
        <w:rPr>
          <w:sz w:val="20"/>
        </w:rPr>
        <w:t>25:07  There is also a Quranic verse.</w:t>
      </w:r>
      <w:r>
        <w:br/>
      </w:r>
      <w:r>
        <w:rPr>
          <w:sz w:val="20"/>
        </w:rPr>
        <w:t>25:14  It says, "Reconciliation is the best." It means that when there are some problems, so you are not</w:t>
      </w:r>
      <w:r>
        <w:br/>
      </w:r>
      <w:r>
        <w:rPr>
          <w:sz w:val="20"/>
        </w:rPr>
        <w:t>25:22  allowed to adopt the course of confrontation.</w:t>
      </w:r>
      <w:r>
        <w:br/>
      </w:r>
      <w:r>
        <w:rPr>
          <w:sz w:val="20"/>
        </w:rPr>
        <w:t>25:30  You have to allow the course of conciliation, adjustment.</w:t>
      </w:r>
      <w:r>
        <w:br/>
      </w:r>
      <w:r>
        <w:rPr>
          <w:sz w:val="20"/>
        </w:rPr>
        <w:t>25:38  So this is the model demonstrated by a stream.</w:t>
      </w:r>
      <w:r>
        <w:br/>
      </w:r>
      <w:r>
        <w:rPr>
          <w:sz w:val="20"/>
        </w:rPr>
        <w:t>25:46  And man is also required to adopt this model, the model of avoidance, the model of tolerance, the</w:t>
      </w:r>
      <w:r>
        <w:br/>
      </w:r>
      <w:r>
        <w:rPr>
          <w:sz w:val="20"/>
        </w:rPr>
        <w:t>25:54  model of adjustment, the model of peaceful living with others.</w:t>
      </w:r>
      <w:r>
        <w:br/>
      </w:r>
      <w:r>
        <w:rPr>
          <w:sz w:val="20"/>
        </w:rPr>
        <w:t>26:02  Then there is a Hadith.</w:t>
      </w:r>
      <w:r>
        <w:br/>
      </w:r>
      <w:r>
        <w:rPr>
          <w:sz w:val="20"/>
        </w:rPr>
        <w:t>26:10  The Prophet once saw a tender plant in a field.</w:t>
      </w:r>
    </w:p>
    <w:p>
      <w:pPr>
        <w:pStyle w:val="Heading2"/>
      </w:pPr>
      <w:r>
        <w:t>Refuting literal interpretation of kill verse</w:t>
      </w:r>
    </w:p>
    <w:p>
      <w:r>
        <w:rPr>
          <w:color w:val="666666"/>
          <w:sz w:val="18"/>
        </w:rPr>
        <w:t>Dars-e-Quran, Ch. 2 Verse 54 | March 18, 2018 · 2m 33s · at 5:44 · https://youtu.be/xQ2LXsz1oTw?t=344</w:t>
      </w:r>
    </w:p>
    <w:p>
      <w:r>
        <w:rPr>
          <w:i/>
        </w:rPr>
        <w:t>“Aksar mufassireen ne lafzi ma'ni liya hai”</w:t>
      </w:r>
    </w:p>
    <w:p>
      <w:r>
        <w:rPr>
          <w:sz w:val="20"/>
        </w:rPr>
        <w:t>5:44  is ko lafzi mani mein liya hai aksar mufassireen ne.</w:t>
      </w:r>
      <w:r>
        <w:br/>
      </w:r>
      <w:r>
        <w:rPr>
          <w:sz w:val="20"/>
        </w:rPr>
        <w:t>5:52  lekin yeh barah-e-rast yeh tafseer sahi nahi hai.</w:t>
      </w:r>
      <w:r>
        <w:br/>
      </w:r>
      <w:r>
        <w:rPr>
          <w:sz w:val="20"/>
        </w:rPr>
        <w:t>6:00  is liye ke aap dekhiye ke quran mein "fataqtaloo" ke baad hi yeh lafz aaya hai ke: "fatuboo ila bariikum".</w:t>
      </w:r>
      <w:r>
        <w:br/>
      </w:r>
      <w:r>
        <w:rPr>
          <w:sz w:val="20"/>
        </w:rPr>
        <w:t>6:07  to jab qatal ka hukum hai</w:t>
      </w:r>
      <w:r>
        <w:br/>
      </w:r>
      <w:r>
        <w:rPr>
          <w:sz w:val="20"/>
        </w:rPr>
        <w:t>6:15  to is ka kya matlab hua? ke apne rab se toba karo.</w:t>
      </w:r>
      <w:r>
        <w:br/>
      </w:r>
      <w:r>
        <w:rPr>
          <w:sz w:val="20"/>
        </w:rPr>
        <w:t>6:22  do mutzad baatein ho jati hain.</w:t>
      </w:r>
      <w:r>
        <w:br/>
      </w:r>
      <w:r>
        <w:rPr>
          <w:sz w:val="20"/>
        </w:rPr>
        <w:t>6:28  aur phir yeh bhi hai ke: "fataba alaikum" yeh lafz hai ji ke phir Allah ne toba qabool kar li.</w:t>
      </w:r>
      <w:r>
        <w:br/>
      </w:r>
      <w:r>
        <w:rPr>
          <w:sz w:val="20"/>
        </w:rPr>
        <w:t>6:34  aap ghor kijiye ke jab Allah ne toba qabool kar li to phir bhi un ko qatal kiya</w:t>
      </w:r>
      <w:r>
        <w:br/>
      </w:r>
      <w:r>
        <w:rPr>
          <w:sz w:val="20"/>
        </w:rPr>
        <w:t>6:41  jayega? un ko</w:t>
      </w:r>
      <w:r>
        <w:br/>
      </w:r>
      <w:r>
        <w:rPr>
          <w:sz w:val="20"/>
        </w:rPr>
        <w:t>6:47  kya alfaaz hote hain? yeh: "fatuboo ila bariikum fataqtaloo anfusakum zalikum khairun lakum inda bariikum fataba alaikum".</w:t>
      </w:r>
      <w:r>
        <w:br/>
      </w:r>
      <w:r>
        <w:rPr>
          <w:sz w:val="20"/>
        </w:rPr>
        <w:t>6:55  haan, "fataba alaikum" pehle yeh aaya hai ke toba karo.</w:t>
      </w:r>
      <w:r>
        <w:br/>
      </w:r>
      <w:r>
        <w:rPr>
          <w:sz w:val="20"/>
        </w:rPr>
        <w:t>7:03  aur phir isi sequence mein yeh bhi aaya ke: "fataba alaikum" phir Allah ne un ki toba qabool kar li.</w:t>
      </w:r>
      <w:r>
        <w:br/>
      </w:r>
      <w:r>
        <w:rPr>
          <w:sz w:val="20"/>
        </w:rPr>
        <w:t>7:10  to aap ghor kijiye ke jab Allah ne toba qabool kar li</w:t>
      </w:r>
      <w:r>
        <w:br/>
      </w:r>
      <w:r>
        <w:rPr>
          <w:sz w:val="20"/>
        </w:rPr>
        <w:t>7:18  to phir bhi un ko qatal kiya jayega? koi sense nahi hai is qatal ka.</w:t>
      </w:r>
      <w:r>
        <w:br/>
      </w:r>
      <w:r>
        <w:rPr>
          <w:sz w:val="20"/>
        </w:rPr>
        <w:t>7:25  to baat kya hai? baat yeh hai ke jo "fataqtaloo anfusakum" ka lafz hai, woh majazi mani mein hai.</w:t>
      </w:r>
      <w:r>
        <w:br/>
      </w:r>
      <w:r>
        <w:rPr>
          <w:sz w:val="20"/>
        </w:rPr>
        <w:t>7:33  woh lafzi mani mein nahi hai.</w:t>
      </w:r>
      <w:r>
        <w:br/>
      </w:r>
      <w:r>
        <w:rPr>
          <w:sz w:val="20"/>
        </w:rPr>
        <w:t>7:40  "fatuboo fataqtaloo anfusakum" ka jo lafz hai ke qatal karo apne nafoos ko</w:t>
      </w:r>
      <w:r>
        <w:br/>
      </w:r>
      <w:r>
        <w:rPr>
          <w:sz w:val="20"/>
        </w:rPr>
        <w:t>7:48  yeh majazi mani mein hai. is ka matlab yeh hai ke log apne aap ko khoob khoob muhasba karen, apni hembering karen, apna sakht ehtisab karen, sakht toba nasuh karen. bohat zyada. yani</w:t>
      </w:r>
    </w:p>
    <w:p>
      <w:pPr>
        <w:pStyle w:val="Heading2"/>
      </w:pPr>
      <w:r>
        <w:t>dua for a confident entrance and exit</w:t>
      </w:r>
    </w:p>
    <w:p>
      <w:r>
        <w:rPr>
          <w:color w:val="666666"/>
          <w:sz w:val="18"/>
        </w:rPr>
        <w:t>Powerful Life-Changing Quranic Duas with Explanation (English) October 27, 2024 · 1m 11s · at 7:10 · https://youtu.be/4cYteSjPIKw?t=430</w:t>
      </w:r>
    </w:p>
    <w:p>
      <w:r>
        <w:rPr>
          <w:i/>
        </w:rPr>
        <w:t>“Lord, grant me a truthful entrance and a truthful exit.”</w:t>
      </w:r>
    </w:p>
    <w:p>
      <w:r>
        <w:rPr>
          <w:sz w:val="20"/>
        </w:rPr>
        <w:t>7:10  anddiraza'yvirinayisdua, vchazandaquran:"wa rub adkhilni madkhala sidq".</w:t>
      </w:r>
      <w:r>
        <w:br/>
      </w:r>
      <w:r>
        <w:rPr>
          <w:sz w:val="20"/>
        </w:rPr>
        <w:t>7:20  Lord, grant me an honorable entrance, wa kharj ni makhraja sidq, and grant me an honorable exit, waj al li miladunka sultan nasira, and grant me from your presence an authority to help me.</w:t>
      </w:r>
      <w:r>
        <w:br/>
      </w:r>
      <w:r>
        <w:rPr>
          <w:sz w:val="20"/>
        </w:rPr>
        <w:t>7:41  This period, Prophet Muhammad (Sallallahu Alayhi Wasallam) period while in Mecca, and while in Madinah.</w:t>
      </w:r>
      <w:r>
        <w:br/>
      </w:r>
      <w:r>
        <w:rPr>
          <w:sz w:val="20"/>
        </w:rPr>
        <w:t>7:52  and when you are in prayer like occasions when you are travelling, or you are starting some work, or you are finishing some work, or you find it hard to achieve something</w:t>
      </w:r>
      <w:r>
        <w:br/>
      </w:r>
      <w:r>
        <w:rPr>
          <w:sz w:val="20"/>
        </w:rPr>
        <w:t>8:08  .this will provide confidence, and in particularly in moments of nervousness, it will provide a lot of ease and confidence.</w:t>
      </w:r>
    </w:p>
    <w:p>
      <w:pPr>
        <w:pStyle w:val="Heading2"/>
      </w:pPr>
      <w:r>
        <w:t>Deconditioning for creative thinker</w:t>
      </w:r>
    </w:p>
    <w:p>
      <w:r>
        <w:rPr>
          <w:color w:val="666666"/>
          <w:sz w:val="18"/>
        </w:rPr>
        <w:t>Dayee A Creative Thinker April 23, 2020 Maulana Wahiduddin Khan · 1m 14s · at 17:24 · https://youtu.be/RPxh-QbC0vc?t=1044</w:t>
      </w:r>
    </w:p>
    <w:p>
      <w:r>
        <w:rPr>
          <w:i/>
        </w:rPr>
        <w:t>“Dekhiye, creative thinker banne ke liye zaroori hai”</w:t>
      </w:r>
    </w:p>
    <w:p>
      <w:r>
        <w:rPr>
          <w:sz w:val="20"/>
        </w:rPr>
        <w:t>17:24  dekhiye, creative thinker banne ke liye zaroori hai ke aap ko bhi yeh boota ho ke aap apni conditioning ko tod saken.</w:t>
      </w:r>
      <w:r>
        <w:br/>
      </w:r>
      <w:r>
        <w:rPr>
          <w:sz w:val="20"/>
        </w:rPr>
        <w:t>17:37  dekhiye, insaan jab paida hota hai</w:t>
      </w:r>
      <w:r>
        <w:br/>
      </w:r>
      <w:r>
        <w:rPr>
          <w:sz w:val="20"/>
        </w:rPr>
        <w:t>17:42  to hadith mein khud aata hai ke: "kal</w:t>
      </w:r>
      <w:r>
        <w:br/>
      </w:r>
      <w:r>
        <w:rPr>
          <w:sz w:val="20"/>
        </w:rPr>
        <w:t>17:53  har aadmi yaad rakhiye, conditioning ka case hota hai. har aadmi kal har aadmi conditioning ka case hota hai.</w:t>
      </w:r>
      <w:r>
        <w:br/>
      </w:r>
      <w:r>
        <w:rPr>
          <w:sz w:val="20"/>
        </w:rPr>
        <w:t>18:05  jis aadmi ke andar yeh himmat ho ke woh apni conditioning ko todega,</w:t>
      </w:r>
      <w:r>
        <w:br/>
      </w:r>
      <w:r>
        <w:rPr>
          <w:sz w:val="20"/>
        </w:rPr>
        <w:t>18:10  khud apne hathoron se, apne hathoron se, wohi aadmi creative thinker ban sakta hai.</w:t>
      </w:r>
      <w:r>
        <w:br/>
      </w:r>
      <w:r>
        <w:rPr>
          <w:sz w:val="20"/>
        </w:rPr>
        <w:t>18:21  warna nahin.</w:t>
      </w:r>
      <w:r>
        <w:br/>
      </w:r>
      <w:r>
        <w:rPr>
          <w:sz w:val="20"/>
        </w:rPr>
        <w:t>18:27  yeh himmat paida kijiye ke aap khud apni conditioning ko apne haath se todenge, tab aap creative thinker ban sakte hain.</w:t>
      </w:r>
      <w:r>
        <w:br/>
      </w:r>
      <w:r>
        <w:rPr>
          <w:sz w:val="20"/>
        </w:rPr>
        <w:t>18:39  warna naam ke nahin. ikhalisto. mahalisto, mahalisto, mahalisto.</w:t>
      </w:r>
    </w:p>
    <w:p>
      <w:pPr>
        <w:pStyle w:val="Heading2"/>
      </w:pPr>
      <w:r>
        <w:t>Moses helps two women and finds a home in Midian</w:t>
      </w:r>
    </w:p>
    <w:p>
      <w:r>
        <w:rPr>
          <w:color w:val="666666"/>
          <w:sz w:val="18"/>
        </w:rPr>
        <w:t>Importance of Travel in Religion July 28, 2024 · 1m 25s · at 15:03 · https://youtu.be/a5tfBcUSYXc?t=903</w:t>
      </w:r>
    </w:p>
    <w:p>
      <w:r>
        <w:rPr>
          <w:i/>
        </w:rPr>
        <w:t>“Two sisters stood waiting because the men always watered first.”</w:t>
      </w:r>
    </w:p>
    <w:p>
      <w:r>
        <w:rPr>
          <w:sz w:val="20"/>
        </w:rPr>
        <w:t>15:03  Midian mein ek paighambar Shuaib the. toh Hazrat Shuaib ki betiyan jo hain, wahan par ek well par apni bakriyan waghera charane aaya karti theen.</w:t>
      </w:r>
      <w:r>
        <w:br/>
      </w:r>
      <w:r>
        <w:rPr>
          <w:sz w:val="20"/>
        </w:rPr>
        <w:t>15:14  unke koi beta</w:t>
      </w:r>
      <w:r>
        <w:br/>
      </w:r>
      <w:r>
        <w:rPr>
          <w:sz w:val="20"/>
        </w:rPr>
        <w:t>15:15  nahi tha, do betiyan theen. ab yahan phir dekhiye, aap ki beti bahar ja rahi hai bakri charane ke liye. toh Islam mein dekhiye, sanjidgi hai.</w:t>
      </w:r>
      <w:r>
        <w:br/>
      </w:r>
      <w:r>
        <w:rPr>
          <w:sz w:val="20"/>
        </w:rPr>
        <w:t>15:24  sanjidgi se apne apne maqsad ke liye hum bahar nikal sakte hain. toh betiyan bahar jati theen bakri charane, bakri ko pani pil</w:t>
      </w:r>
      <w:r>
        <w:br/>
      </w:r>
      <w:r>
        <w:rPr>
          <w:sz w:val="20"/>
        </w:rPr>
        <w:t>15:35  ane. toh kya hua ke woh ab wahan sab mard jo hote the, woh pehle pila lete the aur in logon ko mauqa nahi milta toh khadi rehti theen.</w:t>
      </w:r>
      <w:r>
        <w:br/>
      </w:r>
      <w:r>
        <w:rPr>
          <w:sz w:val="20"/>
        </w:rPr>
        <w:t>15:44  toh Hazrat Musa ittifaq se wahan baithe hue the. toh unhone ja ke poocha ke kya baat hai, kyun itni der se khadi ho? toh unhone bataya ke sab mard pani pila lete hain apne janwaron ko, tab hum pani pilate hain.</w:t>
      </w:r>
      <w:r>
        <w:br/>
      </w:r>
      <w:r>
        <w:rPr>
          <w:sz w:val="20"/>
        </w:rPr>
        <w:t>15:56  to unhon ne bakriyon ko pani pila diya aur woh log ghar chali gayeen jaldi. to baap ne poocha ke kya baat hai? to unhon ne sab qissa bataya. to unhon ne, Hazrat Shuaib ne, Hazrat Musa ko apne ghar bula liya aur wahan par unhon ne unki ek beti Safura se nikah kar diya.</w:t>
      </w:r>
      <w:r>
        <w:br/>
      </w:r>
      <w:r>
        <w:rPr>
          <w:sz w:val="20"/>
        </w:rPr>
        <w:t>16:16  to wahan taqreeban aath saal tak woh rahay. is ke baad jab woh wapas aaye to un ko rastay mein ek pahaar par kuch ujala ujala dikhai diya.</w:t>
      </w:r>
    </w:p>
    <w:p>
      <w:pPr>
        <w:pStyle w:val="Heading2"/>
      </w:pPr>
      <w:r>
        <w:t>Why feeling helpless (ajz) is a positive discovery</w:t>
      </w:r>
    </w:p>
    <w:p>
      <w:r>
        <w:rPr>
          <w:color w:val="666666"/>
          <w:sz w:val="18"/>
        </w:rPr>
        <w:t>Revival of Islam March 23, 2014 · 1m 45s · at 45:32 · https://youtu.be/Wc4Vsc4u1JI?t=2732</w:t>
      </w:r>
    </w:p>
    <w:p>
      <w:r>
        <w:rPr>
          <w:i/>
        </w:rPr>
        <w:t>“Is feeling helpless positive or negative?”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p>
    <w:p>
      <w:pPr>
        <w:pStyle w:val="Heading2"/>
      </w:pPr>
      <w:r>
        <w:t>Jealous businessman story: ignore envy and insults</w:t>
      </w:r>
    </w:p>
    <w:p>
      <w:r>
        <w:rPr>
          <w:color w:val="666666"/>
          <w:sz w:val="18"/>
        </w:rPr>
        <w:t>What is Right Thinking June 23, 2024 · 1m 24s · at 8:12 · https://youtu.be/ZOxcATnAqNs?t=492</w:t>
      </w:r>
    </w:p>
    <w:p>
      <w:r>
        <w:rPr>
          <w:i/>
        </w:rPr>
        <w:t>“Insaan ka har amal uski soch ka aaina hota hai”</w:t>
      </w:r>
    </w:p>
    <w:p>
      <w:r>
        <w:rPr>
          <w:sz w:val="20"/>
        </w:rPr>
        <w:t>8:12  main kuch misaal ke zariye se is baat ko saamne rakhoongi kyunke usse pata chalta hai ke insaan ka jo har amal hai uski soch kitaab hai. jaisa woh sochega waise hi uska amal hoga. woh soch galat hoga to amal bhi galat hoga. to yeh maulana ne yeh misaal likhi hai ke ek taajir tha. woh bahut kaamyaab taajir tha. to uska ek rishtedaar tha.</w:t>
      </w:r>
      <w:r>
        <w:br/>
      </w:r>
      <w:r>
        <w:rPr>
          <w:sz w:val="20"/>
        </w:rPr>
        <w:t>8:41  woh bhi tayyar karta tha lekin woh kaamyaab nahi tha. to woh jo kaamyaab taajir tha kyunke woh uska rishtedaari tha. to woh usse hasad karne laga aur uske baare mein bahut bura bhala kehne laga. to ek aadmi aate the unke paas aur baar baar batate the ke woh aadmi aapko bahut bura bhala keh raha hai to woh koi jawab nahi dete the. to ek din unhone kaha ke dekhiye yeh unka problem hai. mera problem to nahi.</w:t>
      </w:r>
      <w:r>
        <w:br/>
      </w:r>
      <w:r>
        <w:rPr>
          <w:sz w:val="20"/>
        </w:rPr>
        <w:t>9:09  matlab agar unko hasad hai, jalan hai, jo bhi hai to woh jaane mere ko to koi problem hai nahi. to yeh bhi kitna achha tareeqa hai ke aap usko ignore karein. to baat dekhiye jab alfaaz ki baat hoti hai to aap aap usko bahut aasani se ignore kar sakte hain. kyunke aapko koi hit to nahi kar raha hai. koi physical harm to nahi pahuncha raha hai. to uske liye bahut hi aapko problem nahi hogi.</w:t>
      </w:r>
      <w:r>
        <w:br/>
      </w:r>
      <w:r>
        <w:rPr>
          <w:sz w:val="20"/>
        </w:rPr>
        <w:t>9:36  bas aapka mind jo hai woh awakened ho jaye aur aapke andar positive thinking paida ho jaye to aapke liye yeh mushkil nahi hoga. ab negative thinking ek misaal deti hoon. yeh humare gaon ki yeh misaal hai. yeh nineteen forty seven se pehle ki baat hai. to ek do zamindar rehte the. to gaon mein jo log gaon ka culture jaante hai.</w:t>
      </w:r>
    </w:p>
    <w:p>
      <w:pPr>
        <w:pStyle w:val="Heading2"/>
      </w:pPr>
      <w:r>
        <w:t>Creative thinking from a fasting incident</w:t>
      </w:r>
    </w:p>
    <w:p>
      <w:r>
        <w:rPr>
          <w:color w:val="666666"/>
          <w:sz w:val="18"/>
        </w:rPr>
        <w:t>Quran: A Book of Guidance | August 3, 2014 · 1m 30s · at 22:44 · https://youtu.be/OO6VwFy9Nto?t=1364</w:t>
      </w:r>
    </w:p>
    <w:p>
      <w:r>
        <w:rPr>
          <w:i/>
        </w:rPr>
        <w:t>“The magazine wrote: according to Islamic law, forced feeding does not break the fast.”</w:t>
      </w:r>
    </w:p>
    <w:p>
      <w:r>
        <w:rPr>
          <w:sz w:val="20"/>
        </w:rPr>
        <w:t>22:44  magazine yeh likhta ke islam ki shariyat ke mutabiq agar koi zabardasti kisi ka ko khana khila de to uska roza nahi ٹوٹتا. jo shariyat hai, jo, jo fiqh hai islam ki, us ke mutabiq yeh hai ke agar koi shakhs, ek musalman roza rakhe hue, kisi ne zabardasti us ke munh mein khana daal diya,</w:t>
      </w:r>
      <w:r>
        <w:br/>
      </w:r>
      <w:r>
        <w:rPr>
          <w:sz w:val="20"/>
        </w:rPr>
        <w:t>23:15  to chahe woh pet mein pahunch jaye khana, tab bhi roza nahi ٹوٹےga. kyunke niyat saabit hona chahiye. to yeh kehna chahiye un ko ke is musalman ko roze ka sawab phir milega. uska roze ka sawab khatam nahi hoga. aur plus yeh baat hai ke is aadmi, is musalman ko karna chahiye ke un logon se mile jinhon ne roza todwaya tha, un ko quran de, un ko islami literature de, un ko roze ki</w:t>
      </w:r>
      <w:r>
        <w:br/>
      </w:r>
      <w:r>
        <w:rPr>
          <w:sz w:val="20"/>
        </w:rPr>
        <w:t>23:45  hikmat bataye. to woh cheez, jo hogi, jo hai, ek daawa opportunity mein tabdeel ho jayegi. yeh hai creative thinking. ise shor kar rahe hain, shor kar rahe hain, shor kar rahe hain. jitne bhi musalman hain, shor kar rahe hain ke dekho bhai, india mein roza rakhne ki pabandi lagi hui hai. haalanke kuch bhi nahi. million nahi, million log roza rakh rahe hain. woh to ek single waqea tha. to agar creative,</w:t>
      </w:r>
    </w:p>
    <w:p>
      <w:pPr>
        <w:pStyle w:val="Heading2"/>
      </w:pPr>
      <w:r>
        <w:t>Positive change in Palestine</w:t>
      </w:r>
    </w:p>
    <w:p>
      <w:r>
        <w:rPr>
          <w:color w:val="666666"/>
          <w:sz w:val="18"/>
        </w:rPr>
        <w:t>Dars-e-Quran, Ch. 2 Verse 50-52 |  March 11, 2018 · 1m 31s · at 11:23 · https://youtu.be/ShSyMy4LPfc?t=683</w:t>
      </w:r>
    </w:p>
    <w:p>
      <w:r>
        <w:rPr>
          <w:i/>
        </w:rPr>
        <w:t>“Falastiniyon mein naya shaoor jag raha hai”</w:t>
      </w:r>
    </w:p>
    <w:p>
      <w:r>
        <w:rPr>
          <w:sz w:val="20"/>
        </w:rPr>
        <w:t>11:23  falastiniyon mein aik naya shaoor jaag raha hai.</w:t>
      </w:r>
      <w:r>
        <w:br/>
      </w:r>
      <w:r>
        <w:rPr>
          <w:sz w:val="20"/>
        </w:rPr>
        <w:t>11:29  aik naya shaoor positive shaoor.</w:t>
      </w:r>
      <w:r>
        <w:br/>
      </w:r>
      <w:r>
        <w:rPr>
          <w:sz w:val="20"/>
        </w:rPr>
        <w:t>11:35  abhi aaj hamein aik message mila hai wahan se ke wahan jo log rehte hain aap ko maloom</w:t>
      </w:r>
      <w:r>
        <w:br/>
      </w:r>
      <w:r>
        <w:rPr>
          <w:sz w:val="20"/>
        </w:rPr>
        <w:t>11:41  hai ke israel ke area mein sirf yahoodi nahin hain.</w:t>
      </w:r>
      <w:r>
        <w:br/>
      </w:r>
      <w:r>
        <w:rPr>
          <w:sz w:val="20"/>
        </w:rPr>
        <w:t>11:47  wahan taqreeban twenty percent</w:t>
      </w:r>
      <w:r>
        <w:br/>
      </w:r>
      <w:r>
        <w:rPr>
          <w:sz w:val="20"/>
        </w:rPr>
        <w:t>11:54  arab hain israel ke area mein.</w:t>
      </w:r>
      <w:r>
        <w:br/>
      </w:r>
      <w:r>
        <w:rPr>
          <w:sz w:val="20"/>
        </w:rPr>
        <w:t>11:58  aisa nahin ke israel ke area mein sab yahoodi yahoodi hain in ko pathar maro.</w:t>
      </w:r>
      <w:r>
        <w:br/>
      </w:r>
      <w:r>
        <w:rPr>
          <w:sz w:val="20"/>
        </w:rPr>
        <w:t>12:02  nahin wahan is area mein taqreeban twenty percent arab hain.</w:t>
      </w:r>
      <w:r>
        <w:br/>
      </w:r>
      <w:r>
        <w:rPr>
          <w:sz w:val="20"/>
        </w:rPr>
        <w:t>12:07  aur poori azadi un ko hai. poori azadi.</w:t>
      </w:r>
      <w:r>
        <w:br/>
      </w:r>
      <w:r>
        <w:rPr>
          <w:sz w:val="20"/>
        </w:rPr>
        <w:t>12:11  koi pabandi nahin hai in ko.</w:t>
      </w:r>
      <w:r>
        <w:br/>
      </w:r>
      <w:r>
        <w:rPr>
          <w:sz w:val="20"/>
        </w:rPr>
        <w:t>12:15  chunaanche hamare log wahan gaye.</w:t>
      </w:r>
      <w:r>
        <w:br/>
      </w:r>
      <w:r>
        <w:rPr>
          <w:sz w:val="20"/>
        </w:rPr>
        <w:t>12:19  quran ke transl</w:t>
      </w:r>
      <w:r>
        <w:br/>
      </w:r>
      <w:r>
        <w:rPr>
          <w:sz w:val="20"/>
        </w:rPr>
        <w:t>12:24  ation le kar gaye.</w:t>
      </w:r>
      <w:r>
        <w:br/>
      </w:r>
      <w:r>
        <w:rPr>
          <w:sz w:val="20"/>
        </w:rPr>
        <w:t>12:29  literature le kar gaye wahan phailaya.</w:t>
      </w:r>
      <w:r>
        <w:br/>
      </w:r>
      <w:r>
        <w:rPr>
          <w:sz w:val="20"/>
        </w:rPr>
        <w:t>12:34  ab bohat hi zabardast khabar hai ke wahan aik group paida hua hai.</w:t>
      </w:r>
      <w:r>
        <w:br/>
      </w:r>
      <w:r>
        <w:rPr>
          <w:sz w:val="20"/>
        </w:rPr>
        <w:t>12:39  yani israel mein rehne wale arabon ke darmiyan.</w:t>
      </w:r>
      <w:r>
        <w:br/>
      </w:r>
      <w:r>
        <w:rPr>
          <w:sz w:val="20"/>
        </w:rPr>
        <w:t>12:44  jo wahan dawat ka kaam kar raha hai.</w:t>
      </w:r>
      <w:r>
        <w:br/>
      </w:r>
      <w:r>
        <w:rPr>
          <w:sz w:val="20"/>
        </w:rPr>
        <w:t>12:49  aaj hamare paas yeh message aaya hai doctor sanson ke paas unhon ne forward kiya hai is ko mein</w:t>
      </w:r>
    </w:p>
    <w:p>
      <w:pPr>
        <w:pStyle w:val="Heading2"/>
      </w:pPr>
      <w:r>
        <w:t>Islamic ruling on impulsive triple divorce</w:t>
      </w:r>
    </w:p>
    <w:p>
      <w:r>
        <w:rPr>
          <w:color w:val="666666"/>
          <w:sz w:val="18"/>
        </w:rPr>
        <w:t>Between Possible and Impossible December 9, 2012 · 2m 27s · at 1:45:12 · https://youtu.be/Q0tC7obKbT8?t=6312</w:t>
      </w:r>
    </w:p>
    <w:p>
      <w:r>
        <w:rPr>
          <w:i/>
        </w:rPr>
        <w:t>“ایسے لوگوں کے لیے اسلام میں فلاگنگ ہے”</w:t>
      </w:r>
    </w:p>
    <w:p>
      <w:r>
        <w:rPr>
          <w:sz w:val="20"/>
        </w:rPr>
        <w:t>1:45:12  li se. unhon ne likha hai: maulana sahab, hamare samaj ke logon ka yeh zehan hai ke jab woh kisi baat par gussa hote hain, to woh fauran apni wife ko talaq dene ka right samajhte hain. yeh zehan kaisa hai?</w:t>
      </w:r>
      <w:r>
        <w:br/>
      </w:r>
      <w:r>
        <w:rPr>
          <w:sz w:val="20"/>
        </w:rPr>
        <w:t>1:45:27  kya islam mein talaq ka yahi tareeqa hai? aise logon ke liye islam mein flagging hai, koda marna.</w:t>
      </w:r>
      <w:r>
        <w:br/>
      </w:r>
      <w:r>
        <w:rPr>
          <w:sz w:val="20"/>
        </w:rPr>
        <w:t>1:45:37  hazrat umar ka qissa hai ke aisa kiya karte, jo log aisa karte the, to hazrat umar kya karte the ke talaq dilwa dete the, lekin iske saath kya karte?</w:t>
      </w:r>
      <w:r>
        <w:br/>
      </w:r>
      <w:r>
        <w:rPr>
          <w:sz w:val="20"/>
        </w:rPr>
        <w:t>1:45:50  unka khoob khoob koda marte the. sum auja'a zahra yeh alfaaz aate hain. sum auja'a zahra unke peeth ko zakhmi kar dete the.</w:t>
      </w:r>
      <w:r>
        <w:br/>
      </w:r>
      <w:r>
        <w:rPr>
          <w:sz w:val="20"/>
        </w:rPr>
        <w:t>1:46:00  kyunke tum shariat se khilwad kar rahe ho.</w:t>
      </w:r>
      <w:r>
        <w:br/>
      </w:r>
      <w:r>
        <w:rPr>
          <w:sz w:val="20"/>
        </w:rPr>
        <w:t>1:46:04  to hazrat umar ka tareeqa yeh hai ke woh teen talaq ko waqif kar dete the, lekin khoob peeth ko maar maar kar ke. ab hamare hanaf jo hain, unhon ne kya kiya hai ke maarne ko to alag kar diya aur teen talaq ko waqif karne lage.</w:t>
      </w:r>
      <w:r>
        <w:br/>
      </w:r>
      <w:r>
        <w:rPr>
          <w:sz w:val="20"/>
        </w:rPr>
        <w:t>1:46:18  karne lage woh. main samajhta hoon ke hanaf ko aisa karna durust nahin. ya to teen ko ek qarar do, ya phir government se kaho ke mujhe koda maarne ka ijazat do.</w:t>
      </w:r>
      <w:r>
        <w:br/>
      </w:r>
      <w:r>
        <w:rPr>
          <w:sz w:val="20"/>
        </w:rPr>
        <w:t>1:46:30  teen talaq ko ek manna us waqt sahi hai jab ke aap koda marein usko. aur koda jo maar nahin sakte, to usko teen ko ek ek qarar dijiye.</w:t>
      </w:r>
      <w:r>
        <w:br/>
      </w:r>
      <w:r>
        <w:rPr>
          <w:sz w:val="20"/>
        </w:rPr>
        <w:t>1:46:39  jaise jaise ahl ahl hadith log karte hain. is mamle mein maine likha hai, ek poora maqala likha hai, usko aap padh li jiye. khatoon islam mein hai, aap padh li jiye.</w:t>
      </w:r>
      <w:r>
        <w:br/>
      </w:r>
      <w:r>
        <w:rPr>
          <w:sz w:val="20"/>
        </w:rPr>
        <w:t>1:46:49  mera maslak is maamle mein yeh hai ke ke ahnaf ka jo maslak hai, kisi ne teen bol diya to us ko talaaq waqf kar dete hain. aur main samajhta hoon ke yeh sahi nahi hai, kyunke teen talaaq ko waqf karne ke liye aap ko un ko maarna chahiye.</w:t>
      </w:r>
      <w:r>
        <w:br/>
      </w:r>
      <w:r>
        <w:rPr>
          <w:sz w:val="20"/>
        </w:rPr>
        <w:t>1:47:04  aur jab maar nahi sakte to aap to teen ko ek ek rakhiye, teen mat kijiye is ko.</w:t>
      </w:r>
      <w:r>
        <w:br/>
      </w:r>
      <w:r>
        <w:rPr>
          <w:sz w:val="20"/>
        </w:rPr>
        <w:t>1:47:09  yeh maine tafseel aap jaanna chahein to aap meri kitaab khawateen-e-Islam padh lijiye.</w:t>
      </w:r>
    </w:p>
    <w:p>
      <w:pPr>
        <w:pStyle w:val="Heading2"/>
      </w:pPr>
      <w:r>
        <w:t>Common misconception about group paradise</w:t>
      </w:r>
    </w:p>
    <w:p>
      <w:r>
        <w:rPr>
          <w:color w:val="666666"/>
          <w:sz w:val="18"/>
        </w:rPr>
        <w:t>People of Paradise February 17, 2019 Maulana Wahiduddin Khan · 1m 05s · at 0:49 · https://youtu.be/zAJQJjX2PCI?t=49</w:t>
      </w:r>
    </w:p>
    <w:p>
      <w:r>
        <w:rPr>
          <w:i/>
        </w:rPr>
        <w:t>“Aam taur par yeh soch hai logon mein ke jannat group-wise hai.”</w:t>
      </w:r>
    </w:p>
    <w:p>
      <w:r>
        <w:rPr>
          <w:sz w:val="20"/>
        </w:rPr>
        <w:t>0:49  to aam taur par yeh</w:t>
      </w:r>
      <w:r>
        <w:br/>
      </w:r>
      <w:r>
        <w:rPr>
          <w:sz w:val="20"/>
        </w:rPr>
        <w:t>0:54  soch hai logon mein ke</w:t>
      </w:r>
      <w:r>
        <w:br/>
      </w:r>
      <w:r>
        <w:rPr>
          <w:sz w:val="20"/>
        </w:rPr>
        <w:t>1:01  jannat group wise hai, group wise.</w:t>
      </w:r>
      <w:r>
        <w:br/>
      </w:r>
      <w:r>
        <w:rPr>
          <w:sz w:val="20"/>
        </w:rPr>
        <w:t>1:09  yani yeh ummat, woh ummat, yeh groh, woh groh. yani har ek ne apne groh ko</w:t>
      </w:r>
      <w:r>
        <w:br/>
      </w:r>
      <w:r>
        <w:rPr>
          <w:sz w:val="20"/>
        </w:rPr>
        <w:t>1:19  maan liya hai, samajh liya hai ke is groh se jo</w:t>
      </w:r>
      <w:r>
        <w:br/>
      </w:r>
      <w:r>
        <w:rPr>
          <w:sz w:val="20"/>
        </w:rPr>
        <w:t>1:25  wasta ho, us ke liye jannat hai.</w:t>
      </w:r>
      <w:r>
        <w:br/>
      </w:r>
      <w:r>
        <w:rPr>
          <w:sz w:val="20"/>
        </w:rPr>
        <w:t>1:33  to yaad rakhiye, jannat group wise ya community wise nahi hai, balkeh person wise hai.</w:t>
      </w:r>
      <w:r>
        <w:br/>
      </w:r>
      <w:r>
        <w:rPr>
          <w:sz w:val="20"/>
        </w:rPr>
        <w:t>1:48  yani individual based hai, na ke community based.</w:t>
      </w:r>
    </w:p>
    <w:p>
      <w:pPr>
        <w:pStyle w:val="Heading2"/>
      </w:pPr>
      <w:r>
        <w:t>Muslims' false sense of security</w:t>
      </w:r>
    </w:p>
    <w:p>
      <w:r>
        <w:rPr>
          <w:color w:val="666666"/>
          <w:sz w:val="18"/>
        </w:rPr>
        <w:t>The Concept of Shukr in Islam | October 30, 2007 · 2m 02s · at 29:21 · https://youtu.be/2Oe5los5oVM?t=1761</w:t>
      </w:r>
    </w:p>
    <w:p>
      <w:r>
        <w:rPr>
          <w:i/>
        </w:rPr>
        <w:t>“They think our Prophet is the most excellent”</w:t>
      </w:r>
    </w:p>
    <w:p>
      <w:r>
        <w:rPr>
          <w:sz w:val="20"/>
        </w:rPr>
        <w:t>29:21  woh samajhte hain ke bas hamara Nabi jo hai sab se afzal hai.</w:t>
      </w:r>
      <w:r>
        <w:br/>
      </w:r>
      <w:r>
        <w:rPr>
          <w:sz w:val="20"/>
        </w:rPr>
        <w:t>29:25  woh paradise ke gate par khada ho jayega aur kahega farishton se ke dekho meri ummat</w:t>
      </w:r>
      <w:r>
        <w:br/>
      </w:r>
      <w:r>
        <w:rPr>
          <w:sz w:val="20"/>
        </w:rPr>
        <w:t>29:29  ko tum chho nahi sakte.</w:t>
      </w:r>
      <w:r>
        <w:br/>
      </w:r>
      <w:r>
        <w:rPr>
          <w:sz w:val="20"/>
        </w:rPr>
        <w:t>29:33  meri sari ummat jayegi paradise mein.</w:t>
      </w:r>
      <w:r>
        <w:br/>
      </w:r>
      <w:r>
        <w:rPr>
          <w:sz w:val="20"/>
        </w:rPr>
        <w:t>29:37  aur sab kahenge chalo chalo chalo chalo.</w:t>
      </w:r>
      <w:r>
        <w:br/>
      </w:r>
      <w:r>
        <w:rPr>
          <w:sz w:val="20"/>
        </w:rPr>
        <w:t>29:41  yeh kya hai? yeh to bilkul baseless baat hai.</w:t>
      </w:r>
      <w:r>
        <w:br/>
      </w:r>
      <w:r>
        <w:rPr>
          <w:sz w:val="20"/>
        </w:rPr>
        <w:t>29:45  intehai baseless baat hai.</w:t>
      </w:r>
      <w:r>
        <w:br/>
      </w:r>
      <w:r>
        <w:rPr>
          <w:sz w:val="20"/>
        </w:rPr>
        <w:t>29:49  Quran mein hai ke mun</w:t>
      </w:r>
      <w:r>
        <w:br/>
      </w:r>
      <w:r>
        <w:rPr>
          <w:sz w:val="20"/>
        </w:rPr>
        <w:t>29:53  y'amal so'a yujza bih laysab a'malakum wa la a'mala ahl al-kitab mun y'amal so'a yujza bih.</w:t>
      </w:r>
      <w:r>
        <w:br/>
      </w:r>
      <w:r>
        <w:rPr>
          <w:sz w:val="20"/>
        </w:rPr>
        <w:t>29:58  ان نہ مسلمانوں کی خوش thinking سے کچھ ہوگا۔</w:t>
      </w:r>
      <w:r>
        <w:br/>
      </w:r>
      <w:r>
        <w:rPr>
          <w:sz w:val="20"/>
        </w:rPr>
        <w:t>30:03  نہ Christians کی wishful thinking سے کچھ ہوگا۔</w:t>
      </w:r>
      <w:r>
        <w:br/>
      </w:r>
      <w:r>
        <w:rPr>
          <w:sz w:val="20"/>
        </w:rPr>
        <w:t>30:08  نہ کسی اور کی خوش full thinking سے کچھ ہوگا۔</w:t>
      </w:r>
      <w:r>
        <w:br/>
      </w:r>
      <w:r>
        <w:rPr>
          <w:sz w:val="20"/>
        </w:rPr>
        <w:t>30:13  musalmanon ko le kar kaha hai ke mun y'amal so'a yujza bih jo jaisa karega waisa bhagega.</w:t>
      </w:r>
      <w:r>
        <w:br/>
      </w:r>
      <w:r>
        <w:rPr>
          <w:sz w:val="20"/>
        </w:rPr>
        <w:t>30:18  lekin musalmanon ne khud se ek ek ek parallel</w:t>
      </w:r>
      <w:r>
        <w:br/>
      </w:r>
      <w:r>
        <w:rPr>
          <w:sz w:val="20"/>
        </w:rPr>
        <w:t>30:23  religion bana liya hai. is parallel religion mein kya hai? Musalmanon ki koi pakad hi nahi hai. Musalman to bakshe bakhshaye hain. jo aadmi Muslim ghar mein paida ho gaya bas us ke liye jannat reserve hai. aaj kal mein dekhta hoon logon ko to un ke face par aisa lagta hai ke jaise ke woh samajhte hain ke meri pocket mein paradise ka certifi</w:t>
      </w:r>
      <w:r>
        <w:br/>
      </w:r>
      <w:r>
        <w:rPr>
          <w:sz w:val="20"/>
        </w:rPr>
        <w:t>30:53  fakeet hai.</w:t>
      </w:r>
      <w:r>
        <w:br/>
      </w:r>
      <w:r>
        <w:rPr>
          <w:sz w:val="20"/>
        </w:rPr>
        <w:t>30:57  mera kuch bigadne wala to kuch hai nahi.</w:t>
      </w:r>
      <w:r>
        <w:br/>
      </w:r>
      <w:r>
        <w:rPr>
          <w:sz w:val="20"/>
        </w:rPr>
        <w:t>31:00  log bekhofi mein jee rahe hain.</w:t>
      </w:r>
      <w:r>
        <w:br/>
      </w:r>
      <w:r>
        <w:rPr>
          <w:sz w:val="20"/>
        </w:rPr>
        <w:t>31:03  logon ko koi pareshani nahin hai.</w:t>
      </w:r>
      <w:r>
        <w:br/>
      </w:r>
      <w:r>
        <w:rPr>
          <w:sz w:val="20"/>
        </w:rPr>
        <w:t>31:07  kyunke jannat reserve hai un ki.</w:t>
      </w:r>
      <w:r>
        <w:br/>
      </w:r>
      <w:r>
        <w:rPr>
          <w:sz w:val="20"/>
        </w:rPr>
        <w:t>31:10  aaj kal jitni bhi jamaatein hain, jitne bhi hamare haan movement chal rahi hain Islam ke naam par,</w:t>
      </w:r>
      <w:r>
        <w:br/>
      </w:r>
      <w:r>
        <w:rPr>
          <w:sz w:val="20"/>
        </w:rPr>
        <w:t>31:13  woh sab jannat ki ticket baant rahi hain.</w:t>
      </w:r>
      <w:r>
        <w:br/>
      </w:r>
      <w:r>
        <w:rPr>
          <w:sz w:val="20"/>
        </w:rPr>
        <w:t>31:17  اور سب نے لوگوں کو better بنا رکھا ہے، better، نچنت۔</w:t>
      </w:r>
      <w:r>
        <w:br/>
      </w:r>
      <w:r>
        <w:rPr>
          <w:sz w:val="20"/>
        </w:rPr>
        <w:t>31:20  jitni bhi movement</w:t>
      </w:r>
      <w:r>
        <w:br/>
      </w:r>
      <w:r>
        <w:rPr>
          <w:sz w:val="20"/>
        </w:rPr>
        <w:t>31:24  musalmanon mein is waqt chal rahi hain, tab toh sab ki sab kya kar rahi hain? musalmanon ko</w:t>
      </w:r>
    </w:p>
    <w:p>
      <w:pPr>
        <w:pStyle w:val="Heading2"/>
      </w:pPr>
      <w:r>
        <w:t>Addressing Libya by video call, dawah spreads freely</w:t>
      </w:r>
    </w:p>
    <w:p>
      <w:r>
        <w:rPr>
          <w:color w:val="666666"/>
          <w:sz w:val="18"/>
        </w:rPr>
        <w:t>The Concept of Divine Help June 16, 2013 · 2m 41s · at 42:45 · https://youtu.be/b0QaxGSnAOI?t=2565</w:t>
      </w:r>
    </w:p>
    <w:p>
      <w:r>
        <w:rPr>
          <w:i/>
        </w:rPr>
        <w:t>“کل شام کو ایک پروگرام تھا، میں نے دلی سے لیبیا والوں کو ایڈریس کیا”</w:t>
      </w:r>
    </w:p>
    <w:p>
      <w:r>
        <w:rPr>
          <w:sz w:val="20"/>
        </w:rPr>
        <w:t>42:45  ab mein aakhir mein aap ko aik aik kal ka tajurba arz karna chahta hoon. kal sham ko aik program tha.</w:t>
      </w:r>
      <w:r>
        <w:br/>
      </w:r>
      <w:r>
        <w:rPr>
          <w:sz w:val="20"/>
        </w:rPr>
        <w:t>42:55  kal sham ko aik program tha. mein ne Dilli mein apnay office se address kiya Libya walon ko</w:t>
      </w:r>
      <w:r>
        <w:br/>
      </w:r>
      <w:r>
        <w:rPr>
          <w:sz w:val="20"/>
        </w:rPr>
        <w:t>43:04  . Libya mein, Libya mein kuch log jo is dawat ke kaam mein active hain, wahan se unhon ne telephone kiya aur video call ke zariye se internet par mein ne unhein address kiya.</w:t>
      </w:r>
      <w:r>
        <w:br/>
      </w:r>
      <w:r>
        <w:rPr>
          <w:sz w:val="20"/>
        </w:rPr>
        <w:t>43:15  aap jantay hain ke Dilli aur Tripoli ke beech mein taqreeban nau hazar kilometer ka faasla hai.</w:t>
      </w:r>
      <w:r>
        <w:br/>
      </w:r>
      <w:r>
        <w:rPr>
          <w:sz w:val="20"/>
        </w:rPr>
        <w:t>43:24  nau hazar kilometer. is se pehlay mein ne address kiya kai bar America mein, woh to 18 hazar kilometer ka faasla hai. aur is waqt jo mein bol raha hoon, sari dunya mein jagah jo log sun rahay hain, is ko lay kar mein ne socha ke jin logon ne chotay chotay pocket banaye, kisi ne is mulk mein, kisi ne is mulk mein, to woh kya hai?</w:t>
      </w:r>
      <w:r>
        <w:br/>
      </w:r>
      <w:r>
        <w:rPr>
          <w:sz w:val="20"/>
        </w:rPr>
        <w:t>43:48  woh chotay chotay</w:t>
      </w:r>
      <w:r>
        <w:br/>
      </w:r>
      <w:r>
        <w:rPr>
          <w:sz w:val="20"/>
        </w:rPr>
        <w:t>43:49  mulk banaye. aur yahan to yeh hai ke Allah taala ne mauqa diya hai ke aap aik dawah empire qaim kar saken, jo hum kal kaam kar rahay hain, dunya bhar mein pohanch raha hai paigham.</w:t>
      </w:r>
      <w:r>
        <w:br/>
      </w:r>
      <w:r>
        <w:rPr>
          <w:sz w:val="20"/>
        </w:rPr>
        <w:t>43:58  koi is ke liye rukawat nahi, is ke liye kisi political power ki zaroorat nahi, kisi army ki zaroorat nahi, kisi fauj ki zaroorat nahi, aur sari dunya mein pohanch raha hai. to Allah taala dikha rahay hain ke tum paray huay abhi tak apni hukoomat qaim karne ke liye, abhi tak tum ko apni saltanat yaad aati hai.</w:t>
      </w:r>
      <w:r>
        <w:br/>
      </w:r>
      <w:r>
        <w:rPr>
          <w:sz w:val="20"/>
        </w:rPr>
        <w:t>44:14  aur yahan khol diya Allah taala ne aik aik samandar khol diya hai dawat ka. dawat ke field mein mauqa ki itni kasrat hai, aur tumhari jo political urooj jo tum chahtay ho, wahan tumhein kuch milnay wala nahi.</w:t>
      </w:r>
      <w:r>
        <w:br/>
      </w:r>
      <w:r>
        <w:rPr>
          <w:sz w:val="20"/>
        </w:rPr>
        <w:t>44:28  wahan tumhein zillat milay gi.</w:t>
      </w:r>
      <w:r>
        <w:br/>
      </w:r>
      <w:r>
        <w:rPr>
          <w:sz w:val="20"/>
        </w:rPr>
        <w:t>44:31  yani political chattan par agar tum takartay raho gay to sirf tabahi hai, tabahi hai. woh dikha diya Allah taala ne. aur doosri taraf aap dekhiye, hum aap jo kaam kar rahay hain, jo sari dunya mein hum dawah work kar rahay hain,</w:t>
      </w:r>
      <w:r>
        <w:br/>
      </w:r>
      <w:r>
        <w:rPr>
          <w:sz w:val="20"/>
        </w:rPr>
        <w:t>44:44  aik dawah empire ka sari dunya mein paida hua internet ke zariye se aur print media aur electronic media ke zariye se.</w:t>
      </w:r>
      <w:r>
        <w:br/>
      </w:r>
      <w:r>
        <w:rPr>
          <w:sz w:val="20"/>
        </w:rPr>
        <w:t>44:53  kisi ajeeb baat hai! jahan rastay band hain, wahan musalman tik</w:t>
      </w:r>
      <w:r>
        <w:br/>
      </w:r>
      <w:r>
        <w:rPr>
          <w:sz w:val="20"/>
        </w:rPr>
        <w:t>44:58  raha hain. jahan rastay khulay huay hain, wahan kuch kar nahi rahay.</w:t>
      </w:r>
      <w:r>
        <w:br/>
      </w:r>
      <w:r>
        <w:rPr>
          <w:sz w:val="20"/>
        </w:rPr>
        <w:t>45:04  to meri dua hai ke Allah taala hum ko aql day, hum is Allah taala ke is ishara ko samjhen ke kaam wahan nahi hai, jahan tum qurbani day rahay ho political chattan par.</w:t>
      </w:r>
      <w:r>
        <w:br/>
      </w:r>
      <w:r>
        <w:rPr>
          <w:sz w:val="20"/>
        </w:rPr>
        <w:t>45:15  kaam yahan hai, jahan dawat ke saray maidan khul rahay hain. yahan par kaam karo. Allah taala meri aur aap ki madad farmaye.</w:t>
      </w:r>
    </w:p>
    <w:p>
      <w:pPr>
        <w:pStyle w:val="Heading2"/>
      </w:pPr>
      <w:r>
        <w:t>The unfinished goal: spreading God's word to every home</w:t>
      </w:r>
    </w:p>
    <w:p>
      <w:r>
        <w:rPr>
          <w:color w:val="666666"/>
          <w:sz w:val="18"/>
        </w:rPr>
        <w:t>Islam and Peace May 03, 2015 · 2m 41s · at 16:33 · https://youtu.be/oLR98xFlQTc?t=993</w:t>
      </w:r>
    </w:p>
    <w:p>
      <w:r>
        <w:rPr>
          <w:i/>
        </w:rPr>
        <w:t>“Dekhiye, ye bhi kaafi nahi”</w:t>
      </w:r>
    </w:p>
    <w:p>
      <w:r>
        <w:rPr>
          <w:sz w:val="20"/>
        </w:rPr>
        <w:t>16:33  phir main ne kaha ke dekhiye, yeh bhi kafi nahi.</w:t>
      </w:r>
      <w:r>
        <w:br/>
      </w:r>
      <w:r>
        <w:rPr>
          <w:sz w:val="20"/>
        </w:rPr>
        <w:t>16:38  agar aap ko ek doosri ideology pesh kar dein to ab bhi kafi nahi. aap ko naye ek ek target dena parega, ek target,</w:t>
      </w:r>
      <w:r>
        <w:br/>
      </w:r>
      <w:r>
        <w:rPr>
          <w:sz w:val="20"/>
        </w:rPr>
        <w:t>16:53  ek target dena parega. ab to target de rakha hai unhone ke dunya ko politicize karna, dunya mein hukoomat qaim karna</w:t>
      </w:r>
      <w:r>
        <w:br/>
      </w:r>
      <w:r>
        <w:rPr>
          <w:sz w:val="20"/>
        </w:rPr>
        <w:t>17:07  , yeh target bana rakha hai. to ab woh ek aur target dena parega, aur woh target sirf ek hi hai, woh hai dawat, sari dunya ko allah ka paigham pohanchana.</w:t>
      </w:r>
      <w:r>
        <w:br/>
      </w:r>
      <w:r>
        <w:rPr>
          <w:sz w:val="20"/>
        </w:rPr>
        <w:t>17:22  main ne is hadith ko quote kiya, is mein hai ke la yabqa 'ala zahr al-ard bayt badrun wa la 'abrun illa adkhal allahu kalimata al-islam yani zameen par koi chhota bada ghar bachega nahi,</w:t>
      </w:r>
      <w:r>
        <w:br/>
      </w:r>
      <w:r>
        <w:rPr>
          <w:sz w:val="20"/>
        </w:rPr>
        <w:t>17:41  lekin wahan par kalmatul islam dakhil ho jayega. to kalmatul islam kya hai? Word of God Word of God kya hai?</w:t>
      </w:r>
      <w:r>
        <w:br/>
      </w:r>
      <w:r>
        <w:rPr>
          <w:sz w:val="20"/>
        </w:rPr>
        <w:t>17:50  quran</w:t>
      </w:r>
      <w:r>
        <w:br/>
      </w:r>
      <w:r>
        <w:rPr>
          <w:sz w:val="20"/>
        </w:rPr>
        <w:t>17:53  to yeh yeh gol dena parega ke Word of God ko sare gharon tak pahuncha do, har insan tak pahunchao, yani quran ko.</w:t>
      </w:r>
      <w:r>
        <w:br/>
      </w:r>
      <w:r>
        <w:rPr>
          <w:sz w:val="20"/>
        </w:rPr>
        <w:t>18:05  to yeh nishana tha jo rasool Allah salallahu alaihi wasallam ne de diya ummat ko, lekin yeh nishana abhi namukammal hai. kyunke sari dunya mein quran pahunchana,</w:t>
      </w:r>
      <w:r>
        <w:br/>
      </w:r>
      <w:r>
        <w:rPr>
          <w:sz w:val="20"/>
        </w:rPr>
        <w:t>18:20  sari dunya mein Allah ka paigham pahunchana,</w:t>
      </w:r>
      <w:r>
        <w:br/>
      </w:r>
      <w:r>
        <w:rPr>
          <w:sz w:val="20"/>
        </w:rPr>
        <w:t>18:22  is ke liye zarurat thi kuch bohat se wasail ki ke dunya mein openness aaye, dunya mein religious freedom aaye, dunya mein</w:t>
      </w:r>
      <w:r>
        <w:br/>
      </w:r>
      <w:r>
        <w:rPr>
          <w:sz w:val="20"/>
        </w:rPr>
        <w:t>18:36  safar ki asaniyan hon, dunya ki geography maloom ho jaye,</w:t>
      </w:r>
      <w:r>
        <w:br/>
      </w:r>
      <w:r>
        <w:rPr>
          <w:sz w:val="20"/>
        </w:rPr>
        <w:t>18:43  modern technology aaye. to yeh sab cheezen us waqt theen nahin. to yeh goal jo hai poora nahin hua.</w:t>
      </w:r>
      <w:r>
        <w:br/>
      </w:r>
      <w:r>
        <w:rPr>
          <w:sz w:val="20"/>
        </w:rPr>
        <w:t>18:51  ab yeh sari cheezen ho chuki hain. yani twenty first century mein yeh sab kuch maujood ho chuka hai. to yeh goal hamein dena hai in ko ke rasool Allah salallahu alaihi wasallam ne jo goal diya tha ummat ko, woh yeh tha ke poore zameen par jitne insan hain, jitne ghar hain, sab jagah pahuncha do Allah ki baat.</w:t>
      </w:r>
    </w:p>
    <w:p>
      <w:pPr>
        <w:pStyle w:val="Heading2"/>
      </w:pPr>
      <w:r>
        <w:t>Cow culture: turning negativity into something good</w:t>
      </w:r>
    </w:p>
    <w:p>
      <w:r>
        <w:rPr>
          <w:color w:val="666666"/>
          <w:sz w:val="18"/>
        </w:rPr>
        <w:t>From Anger to Awareness A Journey with Maulana Wahiduddin Khan · 1m 32s · at 16:41 · https://youtu.be/EmHNgq0Iq1w?t=1001</w:t>
      </w:r>
    </w:p>
    <w:p>
      <w:r>
        <w:rPr>
          <w:i/>
        </w:rPr>
        <w:t>“I witnessed an interesting interaction at Geneva airport.”</w:t>
      </w:r>
    </w:p>
    <w:p>
      <w:r>
        <w:rPr>
          <w:sz w:val="20"/>
        </w:rPr>
        <w:t>16:41  tion. I was traveling with Maulana Wahiduddin Khan Sahib, uh, and we were at the Geneva airport. So there was an Indian lady, uh, who had, uh, been in Switzerland, uh, for a couple of months on some social project, and she was returning back.</w:t>
      </w:r>
      <w:r>
        <w:br/>
      </w:r>
      <w:r>
        <w:rPr>
          <w:sz w:val="20"/>
        </w:rPr>
        <w:t>16:57  So when she saw Maulana at the airport, uh, she came to him and she began interacting. She was very happy to see Maulana, Maulana Sahib.</w:t>
      </w:r>
      <w:r>
        <w:br/>
      </w:r>
      <w:r>
        <w:rPr>
          <w:sz w:val="20"/>
        </w:rPr>
        <w:t>17:05  And</w:t>
      </w:r>
      <w:r>
        <w:br/>
      </w:r>
      <w:r>
        <w:rPr>
          <w:sz w:val="20"/>
        </w:rPr>
        <w:t>17:06  , uh, in the conversation I was witnessing, she began complaining about many things. So Maulana gave her a patient hearing, and then Maulana said that, uh, the solution to your problem is that you should adopt cow culture.</w:t>
      </w:r>
      <w:r>
        <w:br/>
      </w:r>
      <w:r>
        <w:rPr>
          <w:sz w:val="20"/>
        </w:rPr>
        <w:t>17:23  And she was, uh, very curious. She said, "What is this, uh, cow culture?" So Maulana said that, uh, if you see a cow, it converts non-milk to milk.</w:t>
      </w:r>
      <w:r>
        <w:br/>
      </w:r>
      <w:r>
        <w:rPr>
          <w:sz w:val="20"/>
        </w:rPr>
        <w:t>17:34  It takes grass, twigs, leaves, and through a divine process that goes about in its belly, it returns something very healthy, something good to humanity, which is milk.</w:t>
      </w:r>
      <w:r>
        <w:br/>
      </w:r>
      <w:r>
        <w:rPr>
          <w:sz w:val="20"/>
        </w:rPr>
        <w:t>17:45  So he said to that lady that you will always have, uh, negative, provocative, unexpected experiences.</w:t>
      </w:r>
      <w:r>
        <w:br/>
      </w:r>
      <w:r>
        <w:rPr>
          <w:sz w:val="20"/>
        </w:rPr>
        <w:t>17:54  Convert them into positive experiences and return back to humanity something which is good</w:t>
      </w:r>
      <w:r>
        <w:br/>
      </w:r>
      <w:r>
        <w:rPr>
          <w:sz w:val="20"/>
        </w:rPr>
        <w:t>17:59  . She liked this analogy so much that she said, "Maulana Sahib, I'm really going to try to change myself." So Maulana's idea was to, uh, be positive in every scenario, make the other person also positive.</w:t>
      </w:r>
    </w:p>
    <w:p>
      <w:pPr>
        <w:pStyle w:val="Heading2"/>
      </w:pPr>
      <w:r>
        <w:t>A family that pools and shares all profits equally</w:t>
      </w:r>
    </w:p>
    <w:p>
      <w:r>
        <w:rPr>
          <w:color w:val="666666"/>
          <w:sz w:val="18"/>
        </w:rPr>
        <w:t>Universal Thinking In Islam CPS Women Discussion 27 October 15, 2023 · 1m 24s · at 30:18 · https://youtu.be/p7cYhXsEBIc?t=1818</w:t>
      </w:r>
    </w:p>
    <w:p>
      <w:r>
        <w:rPr>
          <w:i/>
        </w:rPr>
        <w:t>“Mere khandan mein log hain, sabka alag business hai”</w:t>
      </w:r>
    </w:p>
    <w:p>
      <w:r>
        <w:rPr>
          <w:sz w:val="20"/>
        </w:rPr>
        <w:t>30:18  to ek abhi bhi mere mere sandan mein ek log hain. to wahan kaafi paise wale log hain lekin sabka is tarah se hai ki sabka alag alag business hai. lekin phir jo profit hota hai roz ka woh lakar roz roz woh log apne ghar mein rakhte hain aur phir usmein se sab barabar barabar hissa kar lete hain. to kisi ka kaam aur kisi ka zyada nahi hota. sab logon ko paisa sabke ghar bhi sab ek saath hi hain. sab log ek saath rehte hain. khana sabka alag van banta hai lekin sabka ghar hai matlab mila hua ghar hai.</w:t>
      </w:r>
      <w:r>
        <w:br/>
      </w:r>
      <w:r>
        <w:rPr>
          <w:sz w:val="20"/>
        </w:rPr>
        <w:t>30:47  bada hath hi achha lagta hai wahan jao to. matlab kaafi achhi tarike se log rehte hain. woh paisa sabka barabar hota hai aur sabka jo rahan sahan hai uthna baithna sabka ek tarah ka hai. yahi wali baat thi main.</w:t>
      </w:r>
      <w:r>
        <w:br/>
      </w:r>
      <w:r>
        <w:rPr>
          <w:sz w:val="20"/>
        </w:rPr>
        <w:t>31:14  matlab abhi main achhe se explain nahi kar pa rahi hoon doctor safina iske aage batayein. ji, aapka mujhe lagta hai wahi islam jo hai woh dil jeetne ka hunar sikhata hai hamein. ji. ki hum dil jeete hain. har kisi ka chahe woh dushmani lag raha ho hamein apna. to yeh cheez abhi yasmin ne apne aisi dauran mein yasmin hai is meeting mein. unhone bataya ki yeh jo ayat hai jiska hum zikr kar rahe hain yeh surah fusilat ki ayat 3435 hai jiski baat hai.</w:t>
      </w:r>
      <w:r>
        <w:br/>
      </w:r>
      <w:r>
        <w:rPr>
          <w:sz w:val="20"/>
        </w:rPr>
        <w:t>31:42  unhone iska reference bheja hai taki hum isko yaad rakh sakein ki hum achhe behavior ko, brave behavior ke badle mein agar karenge to zaroor hum doosre ko apni taraf naram kar lenge aur uska dil hum jeet lenge aur yeh cheez ek wahi insan kar sakta hai jo bahut bade dil wala ho, bahut hi oonchi soch uski ho.</w:t>
      </w:r>
    </w:p>
    <w:p>
      <w:pPr>
        <w:pStyle w:val="Heading2"/>
      </w:pPr>
      <w:r>
        <w:t>The story of mother's heart secret (marm)</w:t>
      </w:r>
    </w:p>
    <w:p>
      <w:r>
        <w:rPr>
          <w:color w:val="666666"/>
          <w:sz w:val="18"/>
        </w:rPr>
        <w:t>Reflections on the Day of Eid June 5th 2019 - Maulana Wahiduddin Khan · 2m 27s · at 12:54 · https://youtu.be/Aa8P2o2OAUE?t=774</w:t>
      </w:r>
    </w:p>
    <w:p>
      <w:r>
        <w:rPr>
          <w:i/>
        </w:rPr>
        <w:t>“Ek budhi aurat thi”</w:t>
      </w:r>
    </w:p>
    <w:p>
      <w:r>
        <w:rPr>
          <w:sz w:val="20"/>
        </w:rPr>
        <w:t>12:54  ek boodhi aurat thi, us ki ek beti thi. woh beti ki shadi ho gayi thi to kahin aur gaon mein rehti thi woh.</w:t>
      </w:r>
      <w:r>
        <w:br/>
      </w:r>
      <w:r>
        <w:rPr>
          <w:sz w:val="20"/>
        </w:rPr>
        <w:t>13:08  to us ki maa mar gayi. woh boodhi ho gayi thi, mar gayi. to beti ko khabar mili to wahan se aayi woh apni maa se milne ke liye.</w:t>
      </w:r>
      <w:r>
        <w:br/>
      </w:r>
      <w:r>
        <w:rPr>
          <w:sz w:val="20"/>
        </w:rPr>
        <w:t>13:24  to maa se mil kar roti thi aur kehti thi apne gaon ki zuban mein: "toye dil ka marma nahi jaano meri maai."</w:t>
      </w:r>
      <w:r>
        <w:br/>
      </w:r>
      <w:r>
        <w:rPr>
          <w:sz w:val="20"/>
        </w:rPr>
        <w:t>13:40  yeh gaon ki zuban hai. to woh roti thi aur yeh kehti thi us ki beti: "toye dil ka marma nahi jaano meri maai."</w:t>
      </w:r>
      <w:r>
        <w:br/>
      </w:r>
      <w:r>
        <w:rPr>
          <w:sz w:val="20"/>
        </w:rPr>
        <w:t>13:55  to phir samajh mein aaya</w:t>
      </w:r>
      <w:r>
        <w:br/>
      </w:r>
      <w:r>
        <w:rPr>
          <w:sz w:val="20"/>
        </w:rPr>
        <w:t>14:00  ke insaanon mein do qism ke log hote hain. ek woh hain jo marma ko jaan lein aur us ko follow karein.</w:t>
      </w:r>
      <w:r>
        <w:br/>
      </w:r>
      <w:r>
        <w:rPr>
          <w:sz w:val="20"/>
        </w:rPr>
        <w:t>14:13  marma ko discover karein aur us ko follow karein. yaani malik ka marma, malik ke dil mein kya hai woh jaan lein.</w:t>
      </w:r>
      <w:r>
        <w:br/>
      </w:r>
      <w:r>
        <w:rPr>
          <w:sz w:val="20"/>
        </w:rPr>
        <w:t>14:29  aur doosre woh log hain jo malik ke marma ko jaan hi na paayein. malik ke dil mein kya hai us se bekhabar rahein.</w:t>
      </w:r>
      <w:r>
        <w:br/>
      </w:r>
      <w:r>
        <w:rPr>
          <w:sz w:val="20"/>
        </w:rPr>
        <w:t>14:41  to do category ho gayi. ek hai malik ke dil mein kya marma hai us ko jaan lein.</w:t>
      </w:r>
      <w:r>
        <w:br/>
      </w:r>
      <w:r>
        <w:rPr>
          <w:sz w:val="20"/>
        </w:rPr>
        <w:t>14:50  yaani matlab yeh hai ke malik ke dil mein</w:t>
      </w:r>
      <w:r>
        <w:br/>
      </w:r>
      <w:r>
        <w:rPr>
          <w:sz w:val="20"/>
        </w:rPr>
        <w:t>14:56  yaani woh</w:t>
      </w:r>
      <w:r>
        <w:br/>
      </w:r>
      <w:r>
        <w:rPr>
          <w:sz w:val="20"/>
        </w:rPr>
        <w:t>15:02  plan kya hai, is scheme of things kya hai,</w:t>
      </w:r>
      <w:r>
        <w:br/>
      </w:r>
      <w:r>
        <w:rPr>
          <w:sz w:val="20"/>
        </w:rPr>
        <w:t>15:09  us ko jaanein aur us ko follow karein. aur doosre woh log hain jo us ko jaan na paayein aur follow bhi na kar paayein.</w:t>
      </w:r>
    </w:p>
    <w:p>
      <w:pPr>
        <w:pStyle w:val="Heading2"/>
      </w:pPr>
      <w:r>
        <w:t>Quran's principle of splitting stories across surahs</w:t>
      </w:r>
    </w:p>
    <w:p>
      <w:r>
        <w:rPr>
          <w:color w:val="666666"/>
          <w:sz w:val="18"/>
        </w:rPr>
        <w:t>Prophetic Model February 16, 2014 · 2m 14s · at 36:57 · https://youtu.be/ypIIqSmExzk?t=2217</w:t>
      </w:r>
    </w:p>
    <w:p>
      <w:r>
        <w:rPr>
          <w:i/>
        </w:rPr>
        <w:t>“Quran ka ek usool yeh bhi hai”</w:t>
      </w:r>
    </w:p>
    <w:p>
      <w:r>
        <w:rPr>
          <w:sz w:val="20"/>
        </w:rPr>
        <w:t>36:57  quran ka ek usool yeh bhi hai ke ek waqe ke do juz ko do jagah bayan karna. misaal ke tor par dekhiye. Hazrat Adam ka jo qissa hai ke Hazrat Adam jab jab woh jannat se nikal diye gaye to bohat un ko repentance aaya, bohat ziyada woh pareshan hue.</w:t>
      </w:r>
      <w:r>
        <w:br/>
      </w:r>
      <w:r>
        <w:rPr>
          <w:sz w:val="20"/>
        </w:rPr>
        <w:t>37:21  to is ke baad phir un ko toba ki tofeeq hui. to quran mein ek jagah yeh ayat hai ke fatalaqqa Adam mere rab kalimat fa tab alaih.</w:t>
      </w:r>
      <w:r>
        <w:br/>
      </w:r>
      <w:r>
        <w:rPr>
          <w:sz w:val="20"/>
        </w:rPr>
        <w:t>37:34  yaani un ko inspiration hua kuch kalimat ka to un inspired kalimat ko le kar unhon ne dua ki. Allah ne jab dekha ke bohat ziyada ro rahe hain, bohat un ko repentance hai,</w:t>
      </w:r>
      <w:r>
        <w:br/>
      </w:r>
      <w:r>
        <w:rPr>
          <w:sz w:val="20"/>
        </w:rPr>
        <w:t>37:48  aitraf khata kar rahe hain. to Allah ne un ko bazariya inspiration kuch kalimat taleen kiye. to un ki samajh mein aaya ke is tarah mujhe dua karna chahiye.</w:t>
      </w:r>
      <w:r>
        <w:br/>
      </w:r>
      <w:r>
        <w:rPr>
          <w:sz w:val="20"/>
        </w:rPr>
        <w:t>37:59  lekin wahan par yeh nahi hai ke woh dua kiya thi. yeh surah al baqarah mein ayat hai. surah al baqarah mein yeh nahi bataya ke unhon ne kya dua ki thi.</w:t>
      </w:r>
      <w:r>
        <w:br/>
      </w:r>
      <w:r>
        <w:rPr>
          <w:sz w:val="20"/>
        </w:rPr>
        <w:t>38:10  bas yeh hai ke unhon ne dua ki unhon ne. yeh baat doosri jagah hai yaani surah al araf mein. rabbana zalamna anfusana wa il lam taghfir lana wa tarhamna lanakoonanna minal khasireen.</w:t>
      </w:r>
      <w:r>
        <w:br/>
      </w:r>
      <w:r>
        <w:rPr>
          <w:sz w:val="20"/>
        </w:rPr>
        <w:t>38:26  to ek waqe ek juz surah al baqarah mein hai, is ka doosra juz al araf mein hai. dono ke mil kar ke baat samajh mein aati hai.</w:t>
      </w:r>
      <w:r>
        <w:br/>
      </w:r>
      <w:r>
        <w:rPr>
          <w:sz w:val="20"/>
        </w:rPr>
        <w:t>38:36  yaani ek jagah zikr kiya hai unhon ne toba ki, ek jagah zikr yeh hai ke unhon ne toba kiya, doosra zikr hai ke toba ke alfaaz kya thay woh bataya. yahi muamla yahan bhi hai.</w:t>
      </w:r>
      <w:r>
        <w:br/>
      </w:r>
      <w:r>
        <w:rPr>
          <w:sz w:val="20"/>
        </w:rPr>
        <w:t>38:46  dekhiye rehmatulalameen ka lafz aaya hai ek surah mein aur doosri surah mein aaya hai ke ma laqad kana lakum fi rasool Allah is waqt husn hai.</w:t>
      </w:r>
      <w:r>
        <w:br/>
      </w:r>
      <w:r>
        <w:rPr>
          <w:sz w:val="20"/>
        </w:rPr>
        <w:t>38:57  to wahan rehmat se murad is mein husn aaya hai. Rehmat is mani mein ke rasool Allah ke zariye jo hum ko model mila hai is ko agar aap apnainge to aap ko Allah ki blessing milegi.</w:t>
      </w:r>
    </w:p>
    <w:p>
      <w:pPr>
        <w:pStyle w:val="Heading2"/>
      </w:pPr>
      <w:r>
        <w:t>A man controlled his sugar with total sincerity</w:t>
      </w:r>
    </w:p>
    <w:p>
      <w:r>
        <w:rPr>
          <w:color w:val="666666"/>
          <w:sz w:val="18"/>
        </w:rPr>
        <w:t>The Real Problem before Mankind August 3, 2008 · 2m 11s · at 51:25 · https://youtu.be/ndFl4lXCq_c?t=3085</w:t>
      </w:r>
    </w:p>
    <w:p>
      <w:r>
        <w:rPr>
          <w:i/>
        </w:rPr>
        <w:t>“He controlled his blood sugar in one month flat”</w:t>
      </w:r>
    </w:p>
    <w:p>
      <w:r>
        <w:rPr>
          <w:sz w:val="20"/>
        </w:rPr>
        <w:t>51:25  abhi mujhe ek sahib ka qissa maloom hua ke unki aankh mein contract tha, doctor ke paas gaye woh to doctor log jo hain, woh operation se pehle sugar ka test lete hain.</w:t>
      </w:r>
      <w:r>
        <w:br/>
      </w:r>
      <w:r>
        <w:rPr>
          <w:sz w:val="20"/>
        </w:rPr>
        <w:t>51:39  test liya to bohat ziyada sugar thi un ke,</w:t>
      </w:r>
      <w:r>
        <w:br/>
      </w:r>
      <w:r>
        <w:rPr>
          <w:sz w:val="20"/>
        </w:rPr>
        <w:t>51:45  to unhon ne kaha bhai yeh itni sugar ke sath mein operation kaise karunga? mein yeh to nahi kar sakta operation mein.</w:t>
      </w:r>
      <w:r>
        <w:br/>
      </w:r>
      <w:r>
        <w:rPr>
          <w:sz w:val="20"/>
        </w:rPr>
        <w:t>51:53  to unhon ne kiya kiya? wapas aaye aur usi din se itna zabardast unhon ne woh kiya ke har woh cheez chhod di jis mein sugar hoti hai, yani sugar bhi chhoda, chawal bhi chhoda, aur jo cheezein hain jis mein sugar ka content hota hai,</w:t>
      </w:r>
      <w:r>
        <w:br/>
      </w:r>
      <w:r>
        <w:rPr>
          <w:sz w:val="20"/>
        </w:rPr>
        <w:t>52:11  itna chhoda ke ek mahine mein sugar control ho gayi, ek mahine mein.</w:t>
      </w:r>
      <w:r>
        <w:br/>
      </w:r>
      <w:r>
        <w:rPr>
          <w:sz w:val="20"/>
        </w:rPr>
        <w:t>52:17  aur jab dobara gaye woh doctor ke paas to use phir janchn ki, us ki test kiya, us ke blood ka to wahan bhi to bilkul normal hai.</w:t>
      </w:r>
      <w:r>
        <w:br/>
      </w:r>
      <w:r>
        <w:rPr>
          <w:sz w:val="20"/>
        </w:rPr>
        <w:t>52:27  baad is ko achambha hua ke ek mahine mein tum se kaise control kar liya? unhon ne yahi sincerity humein apne mission mein dikhana hai.</w:t>
      </w:r>
      <w:r>
        <w:br/>
      </w:r>
      <w:r>
        <w:rPr>
          <w:sz w:val="20"/>
        </w:rPr>
        <w:t>52:41  unhon ne jo sincerity dikhai apne sugar ko control karne mein, humein apni poori life ko control control karne mein yahi sincerity dikhana hai. yeh jo maine dekha bataya qissa aap ko to apni sugar ko control karne ke liye unhon ne apni sugar ko control karne ke liye woh aakhri had tak sincere ban gaye.</w:t>
      </w:r>
      <w:r>
        <w:br/>
      </w:r>
      <w:r>
        <w:rPr>
          <w:sz w:val="20"/>
        </w:rPr>
        <w:t>53:03  apni sugar ko control karne ke liye woh aakhri had tak sincere ban gaye,</w:t>
      </w:r>
      <w:r>
        <w:br/>
      </w:r>
      <w:r>
        <w:rPr>
          <w:sz w:val="20"/>
        </w:rPr>
        <w:t>53:09  bohat hi serious seriously liya is ko. unhon ne humein isi tarah apni poori life ko bohat hi bohat ziyada sanjeedgi ke sath lena hai,</w:t>
      </w:r>
      <w:r>
        <w:br/>
      </w:r>
      <w:r>
        <w:rPr>
          <w:sz w:val="20"/>
        </w:rPr>
        <w:t>53:23  apni poori life ko isi tarah se control karna hai. aap yaad rakhiye, hum paradise ke candidate hain, kyunke aap paradise free mil jayegi kisi ko,</w:t>
      </w:r>
    </w:p>
    <w:p>
      <w:pPr>
        <w:pStyle w:val="Heading2"/>
      </w:pPr>
      <w:r>
        <w:t>Quran verse: jihad means following Ibrahim, who never fought</w:t>
      </w:r>
    </w:p>
    <w:p>
      <w:r>
        <w:rPr>
          <w:color w:val="666666"/>
          <w:sz w:val="18"/>
        </w:rPr>
        <w:t>Revival of Abrahamic Mission October 28, 2012 · 1m 43s · at 7:43 · https://youtu.be/9mV72V5gsqM?t=463</w:t>
      </w:r>
    </w:p>
    <w:p>
      <w:r>
        <w:rPr>
          <w:i/>
        </w:rPr>
        <w:t>“وجاهدوا فی اللہ حق جہادہ، ملة ابیکم ابراہیم۔”</w:t>
      </w:r>
    </w:p>
    <w:p>
      <w:r>
        <w:rPr>
          <w:sz w:val="20"/>
        </w:rPr>
        <w:t>7:43  dekhein Quran mein Surah Haj hai, Al Haj, jo ke Surah jo ke Quran ki Surah number 22 hai.</w:t>
      </w:r>
      <w:r>
        <w:br/>
      </w:r>
      <w:r>
        <w:rPr>
          <w:sz w:val="20"/>
        </w:rPr>
        <w:t>7:53  is mein jo ayat hai, ayat number 37, us ko aap parhiye.</w:t>
      </w:r>
      <w:r>
        <w:br/>
      </w:r>
      <w:r>
        <w:rPr>
          <w:sz w:val="20"/>
        </w:rPr>
        <w:t>8:01  is mein hai ke wajاهدū fī Allāhi ḥaqqa jihādih, huwa-ktarākum, wa mā jaʿala ʿalaykum fī d-dīni min ḥaraj.</w:t>
      </w:r>
      <w:r>
        <w:br/>
      </w:r>
      <w:r>
        <w:rPr>
          <w:sz w:val="20"/>
        </w:rPr>
        <w:t>8:13  millat abیکم ibrahim, hua samakum almuslimeen min qabl wa fi hadha, layakoon alrasool shaheeda alaikum wa takoon shuhada ala alnas.</w:t>
      </w:r>
      <w:r>
        <w:br/>
      </w:r>
      <w:r>
        <w:rPr>
          <w:sz w:val="20"/>
        </w:rPr>
        <w:t>8:29  is aayat mein bataya gaya hai ke</w:t>
      </w:r>
      <w:r>
        <w:br/>
      </w:r>
      <w:r>
        <w:rPr>
          <w:sz w:val="20"/>
        </w:rPr>
        <w:t>8:33  allah ke liye jihad karo, jaisa ke jihad kiya hazrat ibrahim ne.</w:t>
      </w:r>
      <w:r>
        <w:br/>
      </w:r>
      <w:r>
        <w:rPr>
          <w:sz w:val="20"/>
        </w:rPr>
        <w:t>8:44  allah ke liye jihad karo, jaisa ke jihad kiya hazrat ibrahim ne. isi ke liye allah taala ne tum ko muntakhib kar liya hai.</w:t>
      </w:r>
      <w:r>
        <w:br/>
      </w:r>
      <w:r>
        <w:rPr>
          <w:sz w:val="20"/>
        </w:rPr>
        <w:t>8:54  ab bataiye ke hazrat ibrahim ne kaun sa jihad kiya?</w:t>
      </w:r>
      <w:r>
        <w:br/>
      </w:r>
      <w:r>
        <w:rPr>
          <w:sz w:val="20"/>
        </w:rPr>
        <w:t>8:58  is ka koi saboot nahi hai ke hazrat ibrahim ne kabhi talwar chalai, kabhi kisi ko mara, kisi ke khilaf jang chhedi, aisa koi saboot nahi hai.</w:t>
      </w:r>
      <w:r>
        <w:br/>
      </w:r>
      <w:r>
        <w:rPr>
          <w:sz w:val="20"/>
        </w:rPr>
        <w:t>9:11  to yahan par jihad se murad wahi amal hoga jo hazrat ibrahim ne amalan ada kiya tha. woh kya tha? woh sirf ek tha, ab woh hai dawat ila allah</w:t>
      </w:r>
    </w:p>
    <w:p>
      <w:pPr>
        <w:pStyle w:val="Heading2"/>
      </w:pPr>
      <w:r>
        <w:t>The meaning of Labbaik and the pledge</w:t>
      </w:r>
    </w:p>
    <w:p>
      <w:r>
        <w:rPr>
          <w:color w:val="666666"/>
          <w:sz w:val="18"/>
        </w:rPr>
        <w:t>The Revival of Ibrahimi Mission-28th October 2012 · 20m 05s · at 24:33 · https://youtu.be/kniEYfMCz9w?t=1473</w:t>
      </w:r>
    </w:p>
    <w:p>
      <w:r>
        <w:rPr>
          <w:i/>
        </w:rPr>
        <w:t>“I am present, O Allah!”</w:t>
      </w:r>
    </w:p>
    <w:p>
      <w:r>
        <w:rPr>
          <w:sz w:val="20"/>
        </w:rPr>
        <w:t>24:33  Main hazir hoon. Aey Allah!</w:t>
      </w:r>
      <w:r>
        <w:br/>
      </w:r>
      <w:r>
        <w:rPr>
          <w:sz w:val="20"/>
        </w:rPr>
        <w:t>24:39  Main hazir hoon.</w:t>
      </w:r>
      <w:r>
        <w:br/>
      </w:r>
      <w:r>
        <w:rPr>
          <w:sz w:val="20"/>
        </w:rPr>
        <w:t>24:46  To hazir kis baat ke liye? Hazir kis baat ke liye? Is baat ke liye ke Allah ke</w:t>
      </w:r>
      <w:r>
        <w:br/>
      </w:r>
      <w:r>
        <w:rPr>
          <w:sz w:val="20"/>
        </w:rPr>
        <w:t>24:53  Paighambar ne jo mission diya tha, wo mission khatam nahi ho gaya.</w:t>
      </w:r>
      <w:r>
        <w:br/>
      </w:r>
      <w:r>
        <w:rPr>
          <w:sz w:val="20"/>
        </w:rPr>
        <w:t>25:00  In ek lakh 24 hazar insanon par haji ye kehta hai ke aey Allah!</w:t>
      </w:r>
      <w:r>
        <w:br/>
      </w:r>
      <w:r>
        <w:rPr>
          <w:sz w:val="20"/>
        </w:rPr>
        <w:t>25:07  Main hazir hoon ke main dobara yahan ehad karoon ya parhez loon ke is mission ko main aage badhaunga.</w:t>
      </w:r>
      <w:r>
        <w:br/>
      </w:r>
      <w:r>
        <w:rPr>
          <w:sz w:val="20"/>
        </w:rPr>
        <w:t>25:14  Mission ruka nahi hai, is ka tasalsul jari hai, wo continue hai.</w:t>
      </w:r>
      <w:r>
        <w:br/>
      </w:r>
      <w:r>
        <w:rPr>
          <w:sz w:val="20"/>
        </w:rPr>
        <w:t>25:22  Ye hai matlab labbaik Allahumma labbaik ka.</w:t>
      </w:r>
      <w:r>
        <w:br/>
      </w:r>
      <w:r>
        <w:rPr>
          <w:sz w:val="20"/>
        </w:rPr>
        <w:t>25:30  To haj mein jo log jate hain, wo marasim ada karne nahi ate, balke Arafat ke maidan mein</w:t>
      </w:r>
      <w:r>
        <w:br/>
      </w:r>
      <w:r>
        <w:rPr>
          <w:sz w:val="20"/>
        </w:rPr>
        <w:t>25:38  jam ho kar goya ke dobara rasool ki awaz khud sunne ke liye jate hain.</w:t>
      </w:r>
      <w:r>
        <w:br/>
      </w:r>
      <w:r>
        <w:rPr>
          <w:sz w:val="20"/>
        </w:rPr>
        <w:t>25:46  mein jab yeh baatein soch raha hoon to aisa lagta hai ke woh awaz goonjti hui mujh tak</w:t>
      </w:r>
      <w:r>
        <w:br/>
      </w:r>
      <w:r>
        <w:rPr>
          <w:sz w:val="20"/>
        </w:rPr>
        <w:t>25:54  pehanch rahi thi.</w:t>
      </w:r>
      <w:r>
        <w:br/>
      </w:r>
      <w:r>
        <w:rPr>
          <w:sz w:val="20"/>
        </w:rPr>
        <w:t>26:02  rasool Allah jo awaz bole the, woh faza mein goonjti hui mujh tak pehanch rahi thi.</w:t>
      </w:r>
      <w:r>
        <w:br/>
      </w:r>
      <w:r>
        <w:rPr>
          <w:sz w:val="20"/>
        </w:rPr>
        <w:t>26:10  aur yeh keh rahi hai ke yeh mission seventh century 18 mein khatam nahi ho gaya, is ko pahunchna</w:t>
      </w:r>
      <w:r>
        <w:br/>
      </w:r>
      <w:r>
        <w:rPr>
          <w:sz w:val="20"/>
        </w:rPr>
        <w:t>26:18  hai 21 century tak.</w:t>
      </w:r>
      <w:r>
        <w:br/>
      </w:r>
      <w:r>
        <w:rPr>
          <w:sz w:val="20"/>
        </w:rPr>
        <w:t>26:26  to jab haji wahan jata hai to haqeeqatan woh yeh pledge lene ke liye jata hai. Pledge!</w:t>
      </w:r>
      <w:r>
        <w:br/>
      </w:r>
      <w:r>
        <w:rPr>
          <w:sz w:val="20"/>
        </w:rPr>
        <w:t>26:34  aisa kyun nahi hota ke haji lotte hain to woh mission zinda kyun nahi hota? Ibrahimi mission zinda</w:t>
      </w:r>
      <w:r>
        <w:br/>
      </w:r>
      <w:r>
        <w:rPr>
          <w:sz w:val="20"/>
        </w:rPr>
        <w:t>26:41  کیوں نہیں ہوتا؟ اس لیے کہ without preparation جاتے ہیں۔</w:t>
      </w:r>
      <w:r>
        <w:br/>
      </w:r>
      <w:r>
        <w:rPr>
          <w:sz w:val="20"/>
        </w:rPr>
        <w:t>26:48  وہ وہ prepared mind کے ساتھ وہاں نہیں جاتے۔</w:t>
      </w:r>
      <w:r>
        <w:br/>
      </w:r>
      <w:r>
        <w:rPr>
          <w:sz w:val="20"/>
        </w:rPr>
        <w:t>26:55  without preparation. Hajjis ko zaroorat hai ke bataya jaye ke tum jo ja rahe ho, kis liye</w:t>
      </w:r>
      <w:r>
        <w:br/>
      </w:r>
      <w:r>
        <w:rPr>
          <w:sz w:val="20"/>
        </w:rPr>
        <w:t>27:02  ja rahe ho.</w:t>
      </w:r>
      <w:r>
        <w:br/>
      </w:r>
      <w:r>
        <w:rPr>
          <w:sz w:val="20"/>
        </w:rPr>
        <w:t>27:09  un ko yeh ayat batai jaye Quran majeed ki jo Surah Al-Hajj mein hai ke jahidu fi Allah</w:t>
      </w:r>
      <w:r>
        <w:br/>
      </w:r>
      <w:r>
        <w:rPr>
          <w:sz w:val="20"/>
        </w:rPr>
        <w:t>27:16  haq jihadi ke jihad ka matlab kya hai? Yahan aage ke jo alfaaz hain, woh yeh hain ke</w:t>
      </w:r>
      <w:r>
        <w:br/>
      </w:r>
      <w:r>
        <w:rPr>
          <w:sz w:val="20"/>
        </w:rPr>
        <w:t>27:23  lakon al-rasool shaheeda alaikum wa takun al-shuhada al-nas ek aur jagah yahi ayat aayi hai, is mein yeh</w:t>
      </w:r>
      <w:r>
        <w:br/>
      </w:r>
      <w:r>
        <w:rPr>
          <w:sz w:val="20"/>
        </w:rPr>
        <w:t>27:30  alfaaz hain ke wa kadhalika ja'alnakum ummatan wasatan li takunu shuhada al-nas wa yakun al-rasool alaikum shaheeda dekhiye, wasat ke</w:t>
      </w:r>
      <w:r>
        <w:br/>
      </w:r>
      <w:r>
        <w:rPr>
          <w:sz w:val="20"/>
        </w:rPr>
        <w:t>27:37  ma'ani hote hain beech.</w:t>
      </w:r>
      <w:r>
        <w:br/>
      </w:r>
      <w:r>
        <w:rPr>
          <w:sz w:val="20"/>
        </w:rPr>
        <w:t>27:44  beech to paighambar jo tha, woh middle man bana Allah ke aur insano ke darmiyan.</w:t>
      </w:r>
      <w:r>
        <w:br/>
      </w:r>
      <w:r>
        <w:rPr>
          <w:sz w:val="20"/>
        </w:rPr>
        <w:t>27:51  Allah aur insano ke darmiyan paighambar middle man tha ke Allah se jo paigham mila, us ko insano tak pahunchaya.</w:t>
      </w:r>
      <w:r>
        <w:br/>
      </w:r>
      <w:r>
        <w:rPr>
          <w:sz w:val="20"/>
        </w:rPr>
        <w:t>27:58  ab yeh ummat middle ummat hai ke rasool se jo mila, us ko insano tak pahunchana hai.</w:t>
      </w:r>
      <w:r>
        <w:br/>
      </w:r>
      <w:r>
        <w:rPr>
          <w:sz w:val="20"/>
        </w:rPr>
        <w:t>28:05  ab ayat ke is juz ko le kar sochiye, aap lakon al-rasool shaheeda alaikum wa takunu shuhada al-nas</w:t>
      </w:r>
      <w:r>
        <w:br/>
      </w:r>
      <w:r>
        <w:rPr>
          <w:sz w:val="20"/>
        </w:rPr>
        <w:t>28:12  tab aap ko samajh aayega ke yahan jihad ka matlab kya hai.</w:t>
      </w:r>
      <w:r>
        <w:br/>
      </w:r>
      <w:r>
        <w:rPr>
          <w:sz w:val="20"/>
        </w:rPr>
        <w:t>28:19  jihad ka matlab na to ladna bhadna hai, na qital karna hai, yeh sab nahi hai.</w:t>
      </w:r>
      <w:r>
        <w:br/>
      </w:r>
      <w:r>
        <w:rPr>
          <w:sz w:val="20"/>
        </w:rPr>
        <w:t>28:26  jihad ka matlab agla lafz wazeh kar raha hai.</w:t>
      </w:r>
      <w:r>
        <w:br/>
      </w:r>
      <w:r>
        <w:rPr>
          <w:sz w:val="20"/>
        </w:rPr>
        <w:t>28:33  jihad ka matlab jihad shahadat hai.</w:t>
      </w:r>
      <w:r>
        <w:br/>
      </w:r>
      <w:r>
        <w:rPr>
          <w:sz w:val="20"/>
        </w:rPr>
        <w:t>28:40  yahan par lakon al-rasool shaheeda alaikum wa takunu shuhada al-nas jihad se murad jihad shahadat hai, jihad dawat</w:t>
      </w:r>
      <w:r>
        <w:br/>
      </w:r>
      <w:r>
        <w:rPr>
          <w:sz w:val="20"/>
        </w:rPr>
        <w:t>28:47  hai, jihad tabligh hai.</w:t>
      </w:r>
      <w:r>
        <w:br/>
      </w:r>
      <w:r>
        <w:rPr>
          <w:sz w:val="20"/>
        </w:rPr>
        <w:t>28:54  khud ayat ke alfaaz yeh mutayyan kar rahe hain ke yahan jihad se matlab kya hai.</w:t>
      </w:r>
      <w:r>
        <w:br/>
      </w:r>
      <w:r>
        <w:rPr>
          <w:sz w:val="20"/>
        </w:rPr>
        <w:t>29:01  dekhiye, jahad ka mani hai jad o jehad, at most struggle.</w:t>
      </w:r>
      <w:r>
        <w:br/>
      </w:r>
      <w:r>
        <w:rPr>
          <w:sz w:val="20"/>
        </w:rPr>
        <w:t>29:08  yeh hai jahad.</w:t>
      </w:r>
      <w:r>
        <w:br/>
      </w:r>
      <w:r>
        <w:rPr>
          <w:sz w:val="20"/>
        </w:rPr>
        <w:t>29:15  to kaha ke dawat ke liye, shahadat ke liye, tablegh ke liye tum apni sari taqat laga do,</w:t>
      </w:r>
      <w:r>
        <w:br/>
      </w:r>
      <w:r>
        <w:rPr>
          <w:sz w:val="20"/>
        </w:rPr>
        <w:t>29:22  koi insan be khabar na rahe Allah ke paigham se.</w:t>
      </w:r>
      <w:r>
        <w:br/>
      </w:r>
      <w:r>
        <w:rPr>
          <w:sz w:val="20"/>
        </w:rPr>
        <w:t>29:29  to yeh hai woh, yeh hai woh mission jis ke, jis ke, jis ka paigham lene ke liye</w:t>
      </w:r>
      <w:r>
        <w:br/>
      </w:r>
      <w:r>
        <w:rPr>
          <w:sz w:val="20"/>
        </w:rPr>
        <w:t>29:37  haji wahan jata hai.</w:t>
      </w:r>
      <w:r>
        <w:br/>
      </w:r>
      <w:r>
        <w:rPr>
          <w:sz w:val="20"/>
        </w:rPr>
        <w:t>29:44  mein akhbar mein parh raha tha ke wahan par jo imam e haram hain, jo wahan mufti e aazam hain,</w:t>
      </w:r>
      <w:r>
        <w:br/>
      </w:r>
      <w:r>
        <w:rPr>
          <w:sz w:val="20"/>
        </w:rPr>
        <w:t>29:51  unki taqreeren hain to us mein unhon ne zor diya ittehad par ke sari dunya ke musalman</w:t>
      </w:r>
      <w:r>
        <w:br/>
      </w:r>
      <w:r>
        <w:rPr>
          <w:sz w:val="20"/>
        </w:rPr>
        <w:t>29:58  ittehad ho jayen.</w:t>
      </w:r>
      <w:r>
        <w:br/>
      </w:r>
      <w:r>
        <w:rPr>
          <w:sz w:val="20"/>
        </w:rPr>
        <w:t>30:05  dekhiye, ittehad ki baat mein apne bachpan se sunta aya hoon.</w:t>
      </w:r>
      <w:r>
        <w:br/>
      </w:r>
      <w:r>
        <w:rPr>
          <w:sz w:val="20"/>
        </w:rPr>
        <w:t>30:12  har jalse mein, har hajj mein, har moqa par ittehad, ittehad, ittehad.</w:t>
      </w:r>
      <w:r>
        <w:br/>
      </w:r>
      <w:r>
        <w:rPr>
          <w:sz w:val="20"/>
        </w:rPr>
        <w:t>30:19  lekin aaj tak musalmanon mein ittehad nahi aya.</w:t>
      </w:r>
      <w:r>
        <w:br/>
      </w:r>
      <w:r>
        <w:rPr>
          <w:sz w:val="20"/>
        </w:rPr>
        <w:t>30:26  yeh baat har hajj mein wahan jo imam taqreer karta, jo khutba deta, us mein yeh baat kahi</w:t>
      </w:r>
      <w:r>
        <w:br/>
      </w:r>
      <w:r>
        <w:rPr>
          <w:sz w:val="20"/>
        </w:rPr>
        <w:t>30:33  jati hai ke sab log ittehad ho jao.</w:t>
      </w:r>
      <w:r>
        <w:br/>
      </w:r>
      <w:r>
        <w:rPr>
          <w:sz w:val="20"/>
        </w:rPr>
        <w:t>30:40  to ittehad kyun nahi? kyun musalman ittehad nahi? is ki wajah kya hai? dekhiye, ittehad wahan sermon se nahi ata.</w:t>
      </w:r>
      <w:r>
        <w:br/>
      </w:r>
      <w:r>
        <w:rPr>
          <w:sz w:val="20"/>
        </w:rPr>
        <w:t>30:47  aap sermon dete hain to ittehad paida ho jaye.</w:t>
      </w:r>
      <w:r>
        <w:br/>
      </w:r>
      <w:r>
        <w:rPr>
          <w:sz w:val="20"/>
        </w:rPr>
        <w:t>30:54  It is quite impossible. آپ کو مسلمانوں کو ایک مشن دینا ہوگا۔</w:t>
      </w:r>
      <w:r>
        <w:br/>
      </w:r>
      <w:r>
        <w:rPr>
          <w:sz w:val="20"/>
        </w:rPr>
        <w:t>31:01  mission yeh mission hai jo logon ko ittehad karta hai.</w:t>
      </w:r>
      <w:r>
        <w:br/>
      </w:r>
      <w:r>
        <w:rPr>
          <w:sz w:val="20"/>
        </w:rPr>
        <w:t>31:08  sermon nahi, woh sermon jo aap haram e Makkah mein dein, haram e Madinah mein dein ya kahin bhi dein,</w:t>
      </w:r>
      <w:r>
        <w:br/>
      </w:r>
      <w:r>
        <w:rPr>
          <w:sz w:val="20"/>
        </w:rPr>
        <w:t>31:15  aap hamare pahaar par khare ho ke dein, jabal e rehmat par khare ho ke dein.</w:t>
      </w:r>
      <w:r>
        <w:br/>
      </w:r>
      <w:r>
        <w:rPr>
          <w:sz w:val="20"/>
        </w:rPr>
        <w:t>31:22  agar aap ittehad, ittehad, ittehad kahenge to yeh ittehad nahi ata.</w:t>
      </w:r>
      <w:r>
        <w:br/>
      </w:r>
      <w:r>
        <w:rPr>
          <w:sz w:val="20"/>
        </w:rPr>
        <w:t>31:29  is se aap ko ek mission dena hoga.</w:t>
      </w:r>
      <w:r>
        <w:br/>
      </w:r>
      <w:r>
        <w:rPr>
          <w:sz w:val="20"/>
        </w:rPr>
        <w:t>31:36  mission tab log ittehad ho kar woh mission mein lagen ge.</w:t>
      </w:r>
      <w:r>
        <w:br/>
      </w:r>
      <w:r>
        <w:rPr>
          <w:sz w:val="20"/>
        </w:rPr>
        <w:t>31:43  woh mission kya hai? woh mission hai dawat, dawat e Allah.</w:t>
      </w:r>
      <w:r>
        <w:br/>
      </w:r>
      <w:r>
        <w:rPr>
          <w:sz w:val="20"/>
        </w:rPr>
        <w:t>31:50  yani sare insanon ko Allah ke creation plan se agah karna, jaisa ke paighambar e Islam ne agah kiya.</w:t>
      </w:r>
      <w:r>
        <w:br/>
      </w:r>
      <w:r>
        <w:rPr>
          <w:sz w:val="20"/>
        </w:rPr>
        <w:t>31:57  yeh mission aur yeh batana parega ke isi mission par tum ko jannat milne wali hai.</w:t>
      </w:r>
      <w:r>
        <w:br/>
      </w:r>
      <w:r>
        <w:rPr>
          <w:sz w:val="20"/>
        </w:rPr>
        <w:t>32:04  sirf janwar zabah kar diya to is par jannat nahi milegi.</w:t>
      </w:r>
      <w:r>
        <w:br/>
      </w:r>
      <w:r>
        <w:rPr>
          <w:sz w:val="20"/>
        </w:rPr>
        <w:t>32:11  yeh kehna parega ke aap ne wahan ja kar janwar zabah kar diya to aap jannat mil gayi.</w:t>
      </w:r>
      <w:r>
        <w:br/>
      </w:r>
      <w:r>
        <w:rPr>
          <w:sz w:val="20"/>
        </w:rPr>
        <w:t>32:18  yeh impossible hai, yeh namumkin hai.</w:t>
      </w:r>
      <w:r>
        <w:br/>
      </w:r>
      <w:r>
        <w:rPr>
          <w:sz w:val="20"/>
        </w:rPr>
        <w:t>32:25  jannat milegi rasool Allah ke mission ko poora karne par, yani dawat Allah ke liye jahad karne par.</w:t>
      </w:r>
      <w:r>
        <w:br/>
      </w:r>
      <w:r>
        <w:rPr>
          <w:sz w:val="20"/>
        </w:rPr>
        <w:t>32:32  warna jannat milne wali nahi hai.</w:t>
      </w:r>
      <w:r>
        <w:br/>
      </w:r>
      <w:r>
        <w:rPr>
          <w:sz w:val="20"/>
        </w:rPr>
        <w:t>32:40  تو جب تک آپ مشن کا تصور نہ دیں، اس مشن کو لوگوں کے mind میں inculcate نہ</w:t>
      </w:r>
      <w:r>
        <w:br/>
      </w:r>
      <w:r>
        <w:rPr>
          <w:sz w:val="20"/>
        </w:rPr>
        <w:t>32:47  kar dein, tab tak yaad rakhiye, kabhi ittehad paida nahi ho sakta hai.</w:t>
      </w:r>
      <w:r>
        <w:br/>
      </w:r>
      <w:r>
        <w:rPr>
          <w:sz w:val="20"/>
        </w:rPr>
        <w:t>32:54  tab tak ittehad paida nahi ho sakta hai.</w:t>
      </w:r>
      <w:r>
        <w:br/>
      </w:r>
      <w:r>
        <w:rPr>
          <w:sz w:val="20"/>
        </w:rPr>
        <w:t>33:01  wahan par aap ko yeh kehna hai ke dekho, yahan par 198 countries ko log ekhatta hain aur</w:t>
      </w:r>
      <w:r>
        <w:br/>
      </w:r>
      <w:r>
        <w:rPr>
          <w:sz w:val="20"/>
        </w:rPr>
        <w:t>33:08  جو نہیں ہیں، وہ بھی communal modern communication جو ہے، اس کے ذریعے سے ہماری آواز سن رہے ہیں۔</w:t>
      </w:r>
      <w:r>
        <w:br/>
      </w:r>
      <w:r>
        <w:rPr>
          <w:sz w:val="20"/>
        </w:rPr>
        <w:t>33:15  yani sari dunya ke log sun rahe hain is awaz ko jo ek jagah se buland ho rahi hai.</w:t>
      </w:r>
      <w:r>
        <w:br/>
      </w:r>
      <w:r>
        <w:rPr>
          <w:sz w:val="20"/>
        </w:rPr>
        <w:t>33:22  تو اللہ تعالی نے یہ کمیونیکیشن کے زمانے میں کیوں پیدا کیا؟ What is the purpose of this</w:t>
      </w:r>
      <w:r>
        <w:br/>
      </w:r>
      <w:r>
        <w:rPr>
          <w:sz w:val="20"/>
        </w:rPr>
        <w:t>33:29  age of communication? وہ ہے کہ پیغمبر اسلام کے مشن کو انٹرنیشنل لیول پر پہنچایا جائے۔</w:t>
      </w:r>
      <w:r>
        <w:br/>
      </w:r>
      <w:r>
        <w:rPr>
          <w:sz w:val="20"/>
        </w:rPr>
        <w:t>33:36  rasool Allah ke mission ko internationalize karne ke liye hai.</w:t>
      </w:r>
      <w:r>
        <w:br/>
      </w:r>
      <w:r>
        <w:rPr>
          <w:sz w:val="20"/>
        </w:rPr>
        <w:t>33:43  yeh yeh sab diya jaye.</w:t>
      </w:r>
      <w:r>
        <w:br/>
      </w:r>
      <w:r>
        <w:rPr>
          <w:sz w:val="20"/>
        </w:rPr>
        <w:t>33:50  تو جب اس طرح سے prepared mind ہو کر کے جائیں گے لوگ حج کرنے، یعنی حاجی prepared</w:t>
      </w:r>
      <w:r>
        <w:br/>
      </w:r>
      <w:r>
        <w:rPr>
          <w:sz w:val="20"/>
        </w:rPr>
        <w:t>33:57  mind ho, wahan par jo aadmi bol raha hai, jo khutba de raha hai, woh khud bohat zyada</w:t>
      </w:r>
      <w:r>
        <w:br/>
      </w:r>
      <w:r>
        <w:rPr>
          <w:sz w:val="20"/>
        </w:rPr>
        <w:t>34:04  bashaoor ho, us ko pata ho ke kya mujhe kehna hai, kya baat, konsi baat logon ke</w:t>
      </w:r>
      <w:r>
        <w:br/>
      </w:r>
      <w:r>
        <w:rPr>
          <w:sz w:val="20"/>
        </w:rPr>
        <w:t>34:11  mind ko address karegi, konsi baat logon ko mission ka tasawwur degi.</w:t>
      </w:r>
      <w:r>
        <w:br/>
      </w:r>
      <w:r>
        <w:rPr>
          <w:sz w:val="20"/>
        </w:rPr>
        <w:t>34:18  tab ja kar ke yeh mumkin hai ke ittehad paida ho, mission ka tasawwur paida ho aur log</w:t>
      </w:r>
      <w:r>
        <w:br/>
      </w:r>
      <w:r>
        <w:rPr>
          <w:sz w:val="20"/>
        </w:rPr>
        <w:t>34:25  is mission ke liye, jis ke liye labbaik labbaik keh kar ke laut te hain, us par woh amal</w:t>
      </w:r>
      <w:r>
        <w:br/>
      </w:r>
      <w:r>
        <w:rPr>
          <w:sz w:val="20"/>
        </w:rPr>
        <w:t>34:32  karna shuru kar dein.</w:t>
      </w:r>
      <w:r>
        <w:br/>
      </w:r>
      <w:r>
        <w:rPr>
          <w:sz w:val="20"/>
        </w:rPr>
        <w:t>34:39  sermon se nahi ho sakta, kabhi bhi na hua hai, na aaj ho sakta hai.</w:t>
      </w:r>
      <w:r>
        <w:br/>
      </w:r>
      <w:r>
        <w:rPr>
          <w:sz w:val="20"/>
        </w:rPr>
        <w:t>34:46  natija yeh hai ke hamein ek daai banne ke liye creative banna parega.</w:t>
      </w:r>
      <w:r>
        <w:br/>
      </w:r>
      <w:r>
        <w:rPr>
          <w:sz w:val="20"/>
        </w:rPr>
        <w:t>34:53  creative, creative matlab kya hai? naye naye ideas nikalna, nayi nayi baatein sochna.</w:t>
      </w:r>
      <w:r>
        <w:br/>
      </w:r>
      <w:r>
        <w:rPr>
          <w:sz w:val="20"/>
        </w:rPr>
        <w:t>35:00  ek tareeqe se kaam na banaye, doosra kaam karna.</w:t>
      </w:r>
      <w:r>
        <w:br/>
      </w:r>
      <w:r>
        <w:rPr>
          <w:sz w:val="20"/>
        </w:rPr>
        <w:t>35:07  ab dekhiye, Hazrat Ibrahim ne kya kiya? Hazrat Ibrahim ne Iraq ka jo us waqt capital city tha,</w:t>
      </w:r>
      <w:r>
        <w:br/>
      </w:r>
      <w:r>
        <w:rPr>
          <w:sz w:val="20"/>
        </w:rPr>
        <w:t>35:14  Ur jo tha, us waqt woh Iraq ka, Iraq ka naam us waqt Babyl hua karta tha.</w:t>
      </w:r>
      <w:r>
        <w:br/>
      </w:r>
      <w:r>
        <w:rPr>
          <w:sz w:val="20"/>
        </w:rPr>
        <w:t>35:21  to wahan par aap ne dawat ki, wahan par logon ki taraf se response nahi mila.</w:t>
      </w:r>
      <w:r>
        <w:br/>
      </w:r>
      <w:r>
        <w:rPr>
          <w:sz w:val="20"/>
        </w:rPr>
        <w:t>35:28  to aap atraf ke mulkon mein gaye, yani Misr gaye, Falasteen gaye, Sham gaye.</w:t>
      </w:r>
      <w:r>
        <w:br/>
      </w:r>
      <w:r>
        <w:rPr>
          <w:sz w:val="20"/>
        </w:rPr>
        <w:t>35:36  yani aap ghhor kijiye ke Asia aur Africa ke darmiyan woh safar karte rahe, yani Misr rahe Africa</w:t>
      </w:r>
      <w:r>
        <w:br/>
      </w:r>
      <w:r>
        <w:rPr>
          <w:sz w:val="20"/>
        </w:rPr>
        <w:t>35:43  mein, Sham Asia mein.</w:t>
      </w:r>
      <w:r>
        <w:br/>
      </w:r>
      <w:r>
        <w:rPr>
          <w:sz w:val="20"/>
        </w:rPr>
        <w:t>35:50  toh is ka matlab hai ke Hazrat Ibrahim ne ek ek almi safar kiya dhoondne ke liye kahan</w:t>
      </w:r>
      <w:r>
        <w:br/>
      </w:r>
      <w:r>
        <w:rPr>
          <w:sz w:val="20"/>
        </w:rPr>
        <w:t>35:57  insaan milte hain.</w:t>
      </w:r>
      <w:r>
        <w:br/>
      </w:r>
      <w:r>
        <w:rPr>
          <w:sz w:val="20"/>
        </w:rPr>
        <w:t>36:04  جب آپ نے دیکھا کہ انسان due to their conditioning ملنے والے ہیں، نہیں، اتنے پختہ ہو چکے</w:t>
      </w:r>
      <w:r>
        <w:br/>
      </w:r>
      <w:r>
        <w:rPr>
          <w:sz w:val="20"/>
        </w:rPr>
        <w:t>36:11  hain apni conditioning mein jo chali aa rahi hai hazaron saal se, nasal dar nasal ke Hazrat Ibrahim</w:t>
      </w:r>
      <w:r>
        <w:br/>
      </w:r>
      <w:r>
        <w:rPr>
          <w:sz w:val="20"/>
        </w:rPr>
        <w:t>36:18  ki baat un ke samajh mein nahi aayi.</w:t>
      </w:r>
      <w:r>
        <w:br/>
      </w:r>
      <w:r>
        <w:rPr>
          <w:sz w:val="20"/>
        </w:rPr>
        <w:t>36:25  woh jo Hazrat Ibrahim ka jumla aaya hai Quran mein Rabb annahum adlalan katheera is ka matlab yahi</w:t>
      </w:r>
      <w:r>
        <w:br/>
      </w:r>
      <w:r>
        <w:rPr>
          <w:sz w:val="20"/>
        </w:rPr>
        <w:t>36:32  hai ke yeh log poori tarah conditioned ho chuke hain.</w:t>
      </w:r>
      <w:r>
        <w:br/>
      </w:r>
      <w:r>
        <w:rPr>
          <w:sz w:val="20"/>
        </w:rPr>
        <w:t>36:39  Rabb annahum adlalan katheera is ka matlab yahi hai ke Khuda yeh log poori tarah conditioned ho chuke hain.</w:t>
      </w:r>
      <w:r>
        <w:br/>
      </w:r>
      <w:r>
        <w:rPr>
          <w:sz w:val="20"/>
        </w:rPr>
        <w:t>36:46  tab Allah ne Hazrat Ibrahim ko naya rasta bataya, wahi ke nayi nasal banao, mayoos na mayoos ho</w:t>
      </w:r>
      <w:r>
        <w:br/>
      </w:r>
      <w:r>
        <w:rPr>
          <w:sz w:val="20"/>
        </w:rPr>
        <w:t>36:53  jao, na un ke khilaaf ladai karo, na talwarein nikalo, na na un ki gardanein kaato, nayi planning karo.</w:t>
      </w:r>
      <w:r>
        <w:br/>
      </w:r>
      <w:r>
        <w:rPr>
          <w:sz w:val="20"/>
        </w:rPr>
        <w:t>37:00  toh yeh bhi sunnat Ibrahim hai ke dawat ka kaam hum jab karein toh hamein creative banna padega.</w:t>
      </w:r>
      <w:r>
        <w:br/>
      </w:r>
      <w:r>
        <w:rPr>
          <w:sz w:val="20"/>
        </w:rPr>
        <w:t>37:07  ek tareeqe se nahi toh doosre tareeqe se, doosre tareeqe se, teesre tareeqe se.</w:t>
      </w:r>
      <w:r>
        <w:br/>
      </w:r>
      <w:r>
        <w:rPr>
          <w:sz w:val="20"/>
        </w:rPr>
        <w:t>37:14  ab toh Allah taala ne sari sooraten paida kar di hain.</w:t>
      </w:r>
      <w:r>
        <w:br/>
      </w:r>
      <w:r>
        <w:rPr>
          <w:sz w:val="20"/>
        </w:rPr>
        <w:t>37:21  ab Quran ek mehfooz kitaab ban chuka hai, printing press ke zamane mein woh chhap chuka hai.</w:t>
      </w:r>
      <w:r>
        <w:br/>
      </w:r>
      <w:r>
        <w:rPr>
          <w:sz w:val="20"/>
        </w:rPr>
        <w:t>37:28  duniya bhar mein communication ka zamana aa chuka hai.</w:t>
      </w:r>
      <w:r>
        <w:br/>
      </w:r>
      <w:r>
        <w:rPr>
          <w:sz w:val="20"/>
        </w:rPr>
        <w:t>37:35  toh aap Quran ko distribute karein.</w:t>
      </w:r>
      <w:r>
        <w:br/>
      </w:r>
      <w:r>
        <w:rPr>
          <w:sz w:val="20"/>
        </w:rPr>
        <w:t>37:42  main samajhta hoon ke sab se bada, yani sunnat azam hai is waqt Hazrat Ibrahim ki.</w:t>
      </w:r>
      <w:r>
        <w:br/>
      </w:r>
      <w:r>
        <w:rPr>
          <w:sz w:val="20"/>
        </w:rPr>
        <w:t>37:49  Quran ki ek ahmiyat abhi haal mein mujhe samajh mein aayi.</w:t>
      </w:r>
      <w:r>
        <w:br/>
      </w:r>
      <w:r>
        <w:rPr>
          <w:sz w:val="20"/>
        </w:rPr>
        <w:t>37:56  aap ko maloom hai ke Delhi mein ek ek naujawan, jis ki umar sirf 24 saal thi, us</w:t>
      </w:r>
      <w:r>
        <w:br/>
      </w:r>
      <w:r>
        <w:rPr>
          <w:sz w:val="20"/>
        </w:rPr>
        <w:t>38:03  ne suicide kar liya.</w:t>
      </w:r>
      <w:r>
        <w:br/>
      </w:r>
      <w:r>
        <w:rPr>
          <w:sz w:val="20"/>
        </w:rPr>
        <w:t>38:10  Delhi ki ek multi-storey building mein aathveen manzil par us ka office tha, wahan chhalang laga kar</w:t>
      </w:r>
      <w:r>
        <w:br/>
      </w:r>
      <w:r>
        <w:rPr>
          <w:sz w:val="20"/>
        </w:rPr>
        <w:t>38:17  apna koi halaak kar liya us ne.</w:t>
      </w:r>
      <w:r>
        <w:br/>
      </w:r>
      <w:r>
        <w:rPr>
          <w:sz w:val="20"/>
        </w:rPr>
        <w:t>38:24  toh us ke marne ke baad jo suicide note nikla, us mein likha tha us ne ke mujhe</w:t>
      </w:r>
      <w:r>
        <w:br/>
      </w:r>
      <w:r>
        <w:rPr>
          <w:sz w:val="20"/>
        </w:rPr>
        <w:t>38:31  sachai ki talash thi.</w:t>
      </w:r>
      <w:r>
        <w:br/>
      </w:r>
      <w:r>
        <w:rPr>
          <w:sz w:val="20"/>
        </w:rPr>
        <w:t>38:39  mein ne kitabon mein parha to mujhe nahi mili sachai, mili nahi.</w:t>
      </w:r>
      <w:r>
        <w:br/>
      </w:r>
      <w:r>
        <w:rPr>
          <w:sz w:val="20"/>
        </w:rPr>
        <w:t>38:46  ab mein ja raha hoon ke maut ke is paar jo dunya hai, wahan shayad mujhe sachai mil jaye.</w:t>
      </w:r>
      <w:r>
        <w:br/>
      </w:r>
      <w:r>
        <w:rPr>
          <w:sz w:val="20"/>
        </w:rPr>
        <w:t>38:53  woh Dilli mein ek kamre mein rehta tha, uska jo room mate tha, us ne kaha ke</w:t>
      </w:r>
      <w:r>
        <w:br/>
      </w:r>
      <w:r>
        <w:rPr>
          <w:sz w:val="20"/>
        </w:rPr>
        <w:t>39:00  aaj kal woh philosophy ki kitabein parhta tha, bohat philosophy ki kitabein.</w:t>
      </w:r>
      <w:r>
        <w:br/>
      </w:r>
      <w:r>
        <w:rPr>
          <w:sz w:val="20"/>
        </w:rPr>
        <w:t>39:07  to philosophy kya hai? philosophy to confusion mein hota hai.</w:t>
      </w:r>
      <w:r>
        <w:br/>
      </w:r>
      <w:r>
        <w:rPr>
          <w:sz w:val="20"/>
        </w:rPr>
        <w:t>39:14  اس میں فلاسفی میں، philosophy is a knowledge of confusion.</w:t>
      </w:r>
      <w:r>
        <w:br/>
      </w:r>
      <w:r>
        <w:rPr>
          <w:sz w:val="20"/>
        </w:rPr>
        <w:t>39:21  jo bhi philosophy parhta hai, woh aap dekh lijiye, tajurba kar ke, woh confusion mein jeeta hai.</w:t>
      </w:r>
      <w:r>
        <w:br/>
      </w:r>
      <w:r>
        <w:rPr>
          <w:sz w:val="20"/>
        </w:rPr>
        <w:t>39:28  philosophy mein kabhi bhi mujhe nahi mila koi aadmi aisa jo confusion ke siwa us ne kuch paya ho.</w:t>
      </w:r>
      <w:r>
        <w:br/>
      </w:r>
      <w:r>
        <w:rPr>
          <w:sz w:val="20"/>
        </w:rPr>
        <w:t>39:35  to philosophy mein dhoondh raha tha woh sachai, is mein hai confusion.</w:t>
      </w:r>
      <w:r>
        <w:br/>
      </w:r>
      <w:r>
        <w:rPr>
          <w:sz w:val="20"/>
        </w:rPr>
        <w:t>39:42  to dekhiye, ek hi kitab hai is aasman ke neeche, jis mein sachai poore maanon mein batai gayi</w:t>
      </w:r>
      <w:r>
        <w:br/>
      </w:r>
      <w:r>
        <w:rPr>
          <w:sz w:val="20"/>
        </w:rPr>
        <w:t>39:49  hai, aur is mein is mein clarity paar ek salah hai.</w:t>
      </w:r>
      <w:r>
        <w:br/>
      </w:r>
      <w:r>
        <w:rPr>
          <w:sz w:val="20"/>
        </w:rPr>
        <w:t>39:56  clarity is ke andar paar ek salah hai, woh hai Quran.</w:t>
      </w:r>
      <w:r>
        <w:br/>
      </w:r>
      <w:r>
        <w:rPr>
          <w:sz w:val="20"/>
        </w:rPr>
        <w:t>40:03  Quran mein khud yeh ayat hai ke walaqad yassarna alquranu lizzikri afalain mata.</w:t>
      </w:r>
      <w:r>
        <w:br/>
      </w:r>
      <w:r>
        <w:rPr>
          <w:sz w:val="20"/>
        </w:rPr>
        <w:t>40:10  yahan yassarna ke lafzi tarjuma to hai ke hum ne aasan bana diya, lekin aasan ka matlab kya</w:t>
      </w:r>
      <w:r>
        <w:br/>
      </w:r>
      <w:r>
        <w:rPr>
          <w:sz w:val="20"/>
        </w:rPr>
        <w:t>40:17  hai? woh yeh to yahi matlab hai ke is mein clarity bohat zyada hai.</w:t>
      </w:r>
      <w:r>
        <w:br/>
      </w:r>
      <w:r>
        <w:rPr>
          <w:sz w:val="20"/>
        </w:rPr>
        <w:t>40:24  parhte jao, samajhte jao, parhte jao, samajhte jao.</w:t>
      </w:r>
      <w:r>
        <w:br/>
      </w:r>
      <w:r>
        <w:rPr>
          <w:sz w:val="20"/>
        </w:rPr>
        <w:t>40:31  to Guru Patel ka jo waqia hai, mein samajhta hoon ke woh sari dunya ka waqia hai.</w:t>
      </w:r>
      <w:r>
        <w:br/>
      </w:r>
      <w:r>
        <w:rPr>
          <w:sz w:val="20"/>
        </w:rPr>
        <w:t>40:38  ہر انسان جو ہے، سچائی کا طالب ہے، کیونکہ انسان کے نیچر میں pursuit سچائی کی interwoven ہے۔</w:t>
      </w:r>
      <w:r>
        <w:br/>
      </w:r>
      <w:r>
        <w:rPr>
          <w:sz w:val="20"/>
        </w:rPr>
        <w:t>40:45  har insaan by birth chahta hai ke us ko sachai milay.</w:t>
      </w:r>
      <w:r>
        <w:br/>
      </w:r>
      <w:r>
        <w:rPr>
          <w:sz w:val="20"/>
        </w:rPr>
        <w:t>40:52  تو کہا potential sense میں ہر آدمی seeker ہے، seeker۔</w:t>
      </w:r>
      <w:r>
        <w:br/>
      </w:r>
      <w:r>
        <w:rPr>
          <w:sz w:val="20"/>
        </w:rPr>
        <w:t>40:59  to woh parhta hai yeh sab cheezein idhar udhar, lekin us ko milta nahi.</w:t>
      </w:r>
      <w:r>
        <w:br/>
      </w:r>
      <w:r>
        <w:rPr>
          <w:sz w:val="20"/>
        </w:rPr>
        <w:t>41:06  natija hai ke woh first jeeta hai, first marta hai.</w:t>
      </w:r>
      <w:r>
        <w:br/>
      </w:r>
      <w:r>
        <w:rPr>
          <w:sz w:val="20"/>
        </w:rPr>
        <w:t>41:13  ab aisi halat mein dekhiye, jo ek hi kitab, jis mein guidance hai, jis mein sachai ko bataya</w:t>
      </w:r>
      <w:r>
        <w:br/>
      </w:r>
      <w:r>
        <w:rPr>
          <w:sz w:val="20"/>
        </w:rPr>
        <w:t>41:20  gaya hai, woh Quran hai, aur Quran ke haamil musalman hain.</w:t>
      </w:r>
      <w:r>
        <w:br/>
      </w:r>
      <w:r>
        <w:rPr>
          <w:sz w:val="20"/>
        </w:rPr>
        <w:t>41:27  ab bataiye ke aisi halat mein kya farz hai musalmanon ka ke janwar zabah kar dein? bas ho</w:t>
      </w:r>
      <w:r>
        <w:br/>
      </w:r>
      <w:r>
        <w:rPr>
          <w:sz w:val="20"/>
        </w:rPr>
        <w:t>41:34  gaya farz ada un ka.</w:t>
      </w:r>
      <w:r>
        <w:br/>
      </w:r>
      <w:r>
        <w:rPr>
          <w:sz w:val="20"/>
        </w:rPr>
        <w:t>41:42  shadiyon mein bare bare kharcha kar ke dhoom machayein, is se kaam ban gaya un ka.</w:t>
      </w:r>
      <w:r>
        <w:br/>
      </w:r>
      <w:r>
        <w:rPr>
          <w:sz w:val="20"/>
        </w:rPr>
        <w:t>41:49  yaqeen kijiye, farz se bhi zyada bara farz hai musalman ke upar ke woh Quran ko tamam insanon</w:t>
      </w:r>
      <w:r>
        <w:br/>
      </w:r>
      <w:r>
        <w:rPr>
          <w:sz w:val="20"/>
        </w:rPr>
        <w:t>41:56  tak pahunchayen, har zaban mein tarjuma tayyar karen, har zaban mein is ko chhapen, aur is ko sari</w:t>
      </w:r>
      <w:r>
        <w:br/>
      </w:r>
      <w:r>
        <w:rPr>
          <w:sz w:val="20"/>
        </w:rPr>
        <w:t>42:03  duniya mein distribute karen.</w:t>
      </w:r>
      <w:r>
        <w:br/>
      </w:r>
      <w:r>
        <w:rPr>
          <w:sz w:val="20"/>
        </w:rPr>
        <w:t>42:10  Musalmanon ka har paisa is waqt tak jaiz nahin hai un ko istemal karna jab tak ke woh</w:t>
      </w:r>
      <w:r>
        <w:br/>
      </w:r>
      <w:r>
        <w:rPr>
          <w:sz w:val="20"/>
        </w:rPr>
        <w:t>42:17  dawat ke kaam mein is ko istemal na kar chuke hon.</w:t>
      </w:r>
      <w:r>
        <w:br/>
      </w:r>
      <w:r>
        <w:rPr>
          <w:sz w:val="20"/>
        </w:rPr>
        <w:t>42:24  Ek dawat ke kaam mein agar aap ka paisa nahin lag raha hai to aap apne paise apne</w:t>
      </w:r>
      <w:r>
        <w:br/>
      </w:r>
      <w:r>
        <w:rPr>
          <w:sz w:val="20"/>
        </w:rPr>
        <w:t>42:31  liye istemal kar rahe hain, apni family ke liye.</w:t>
      </w:r>
      <w:r>
        <w:br/>
      </w:r>
      <w:r>
        <w:rPr>
          <w:sz w:val="20"/>
        </w:rPr>
        <w:t>42:38  To yaqeen kijiye ke woh jaiz hi nahin.</w:t>
      </w:r>
      <w:r>
        <w:br/>
      </w:r>
      <w:r>
        <w:rPr>
          <w:sz w:val="20"/>
        </w:rPr>
        <w:t>42:45  Jab aap dawat ke liye kharch koi kar chuke hon, tab ja kar ke family ke liye kharch</w:t>
      </w:r>
      <w:r>
        <w:br/>
      </w:r>
      <w:r>
        <w:rPr>
          <w:sz w:val="20"/>
        </w:rPr>
        <w:t>42:52  karna jaiz hoga.</w:t>
      </w:r>
      <w:r>
        <w:br/>
      </w:r>
      <w:r>
        <w:rPr>
          <w:sz w:val="20"/>
        </w:rPr>
        <w:t>42:59  Yeh bohat ajeeb baat hai, bohat ajeeb baat hai.</w:t>
      </w:r>
      <w:r>
        <w:br/>
      </w:r>
      <w:r>
        <w:rPr>
          <w:sz w:val="20"/>
        </w:rPr>
        <w:t>43:06  Isi liye Quran mein hai ke yas'aluka ma yutfiqoon qul af log poochte hain ke hum kya</w:t>
      </w:r>
      <w:r>
        <w:br/>
      </w:r>
      <w:r>
        <w:rPr>
          <w:sz w:val="20"/>
        </w:rPr>
        <w:t>43:13  kharch karen? To farmaya ke jo kuch bhi tumhari real need se zyada ho.</w:t>
      </w:r>
      <w:r>
        <w:br/>
      </w:r>
      <w:r>
        <w:rPr>
          <w:sz w:val="20"/>
        </w:rPr>
        <w:t>43:20  Af af ka matlab hota hai real need, haqeeqi zaroorat.</w:t>
      </w:r>
      <w:r>
        <w:br/>
      </w:r>
      <w:r>
        <w:rPr>
          <w:sz w:val="20"/>
        </w:rPr>
        <w:t>43:27  Yeh ayat kya bata rahi hai ke aap ki kamai mein aap ka hissa sirf baqadr zaroorat hai,</w:t>
      </w:r>
      <w:r>
        <w:br/>
      </w:r>
      <w:r>
        <w:rPr>
          <w:sz w:val="20"/>
        </w:rPr>
        <w:t>43:34  jo real need hai, us ke baqadr aap ka hissa hai.</w:t>
      </w:r>
      <w:r>
        <w:br/>
      </w:r>
      <w:r>
        <w:rPr>
          <w:sz w:val="20"/>
        </w:rPr>
        <w:t>43:41  Baqi sab dawat hai Allah ke liye, baqi sab shaad aur naaz ke liye.</w:t>
      </w:r>
      <w:r>
        <w:br/>
      </w:r>
      <w:r>
        <w:rPr>
          <w:sz w:val="20"/>
        </w:rPr>
        <w:t>43:48  Yeh sabaq lene ke liye aadmi jata hai haj karne, magar us waqt le kar lotte nahin log.</w:t>
      </w:r>
      <w:r>
        <w:br/>
      </w:r>
      <w:r>
        <w:rPr>
          <w:sz w:val="20"/>
        </w:rPr>
        <w:t>43:55  Kyun? Chunke woh prepared mind nahin hote, aise hi chalate hain.</w:t>
      </w:r>
      <w:r>
        <w:br/>
      </w:r>
      <w:r>
        <w:rPr>
          <w:sz w:val="20"/>
        </w:rPr>
        <w:t>44:02  Mas'ale mas'ale yaad kar ke bas mas'ale mas'ale yaad karte hue jate hain, aur mas'ale mas'ale yaad karte</w:t>
      </w:r>
      <w:r>
        <w:br/>
      </w:r>
      <w:r>
        <w:rPr>
          <w:sz w:val="20"/>
        </w:rPr>
        <w:t>44:09  hue wapas aa jate hain.</w:t>
      </w:r>
      <w:r>
        <w:br/>
      </w:r>
      <w:r>
        <w:rPr>
          <w:sz w:val="20"/>
        </w:rPr>
        <w:t>44:16  Aur wahan jo taqreeren hoti hain, jo khutbe diye jate hain, us mein bhi baat clear taur par</w:t>
      </w:r>
      <w:r>
        <w:br/>
      </w:r>
      <w:r>
        <w:rPr>
          <w:sz w:val="20"/>
        </w:rPr>
        <w:t>44:23  nahin batate woh log.</w:t>
      </w:r>
      <w:r>
        <w:br/>
      </w:r>
      <w:r>
        <w:rPr>
          <w:sz w:val="20"/>
        </w:rPr>
        <w:t>44:30  Main samajhta hoon yeh baat sari duniya mein boli jani chahiye, haram se bhi aur har jagah ke a musalmanon!</w:t>
      </w:r>
      <w:r>
        <w:br/>
      </w:r>
      <w:r>
        <w:rPr>
          <w:sz w:val="20"/>
        </w:rPr>
        <w:t>44:38  Tum par farz hai ke tum Quran ko sari duniya tak pahunchao.</w:t>
      </w:r>
    </w:p>
    <w:p>
      <w:pPr>
        <w:pStyle w:val="Heading2"/>
      </w:pPr>
      <w:r>
        <w:t>Radio frequency metaphor for connecting to God</w:t>
      </w:r>
    </w:p>
    <w:p>
      <w:r>
        <w:rPr>
          <w:color w:val="666666"/>
          <w:sz w:val="18"/>
        </w:rPr>
        <w:t>Remembering Maulana Wahiduddin Khan April 21, 2024 · 2m 29s · at 16:08 · https://youtu.be/4ihrHq1uR3w?t=968</w:t>
      </w:r>
    </w:p>
    <w:p>
      <w:r>
        <w:rPr>
          <w:i/>
        </w:rPr>
        <w:t>“Ek mamuli sa transistor tha”</w:t>
      </w:r>
    </w:p>
    <w:p>
      <w:r>
        <w:rPr>
          <w:sz w:val="20"/>
        </w:rPr>
        <w:t>16:08  the. to ek example humne pehle bhi is class mein share kiya tha, wo mujhe bahut pasand aaya. jo unhone radio ki misal di thi al wisala mein ki kis tarah pehle ek transistor tha, ek mamuli sa transistor tha, jisko maulana sunte the. aur wo ek ek meter band ka transistor tha. to uski jo frequency thi, wo sirf daily ke programs ko pakadti thi. aur kai saal tak wo transistor maulana sunte rahe</w:t>
      </w:r>
      <w:r>
        <w:br/>
      </w:r>
      <w:r>
        <w:rPr>
          <w:sz w:val="20"/>
        </w:rPr>
        <w:t>16:35  । phir aisa hua ki char meter band ka bada radio set ghar par aaya. to maulana ne likha ki jab char meter band ka bada radio set aaya, to wo tamam mulkon ko unki jo frequency hai, usko pakadne laga. to maulana usmein jaise bbc aur international programs sunne lage. to unhone likha ki itni badi jo daulat thi, usse wo mahroom the.</w:t>
      </w:r>
      <w:r>
        <w:br/>
      </w:r>
      <w:r>
        <w:rPr>
          <w:sz w:val="20"/>
        </w:rPr>
        <w:t>17:02  ye unko realize hua jab char meter ka band ghar par aaya. aur naturally, there was a intellectual treasure that unfolded. kyunki bahut si information, maloomat, knowledge milne lagi. to maulana ne usko bahut achhe se link kiya. unhone likha ki yahi mamla insan aur khuda ka bhi hai. ki khuda ki jo blessings hain, wo musalsal har waqt barasti rehti hain, barish ki tarah.</w:t>
      </w:r>
      <w:r>
        <w:br/>
      </w:r>
      <w:r>
        <w:rPr>
          <w:sz w:val="20"/>
        </w:rPr>
        <w:t>17:29  ab ye aap par depend karta hai ki aapka radio set chhota hai ya bada hai. agar aapka radio set chhota hai, to wo us frequency pe nahi aa payega, jis frequency pe allah taala apni maarifat barsa rahe hain. aur aksar aisa hota hai ki hum dekhte hain ki bahut seemit soch hoti hai logon ki. wo ya to sectarian thinking mein rehta hai ya communal ya community based thinking mein. ya phir wo worldly cheezon mein phans ke reh jata hai. lekin</w:t>
      </w:r>
      <w:r>
        <w:br/>
      </w:r>
      <w:r>
        <w:rPr>
          <w:sz w:val="20"/>
        </w:rPr>
        <w:t>17:55  agar hum apne zehan ko bada karein, apni frequency ko allah ki frequency se milayein, to naturally jo maarifat ki barish hogi, usmein aisa hoga ki jaise ek insan samundar mein naha utha ho. to maulana ne bada achha likha hai ki band ghar mein suraj ki roshni nahi pahunchti</w:t>
      </w:r>
      <w:r>
        <w:br/>
      </w:r>
      <w:r>
        <w:rPr>
          <w:sz w:val="20"/>
        </w:rPr>
        <w:t>18:15  । lekin jab aap isi tarah se, jab aap band zehan rakhenge, to aap kuch nahi hasil kar sakte. lekin agar aap apne zehan ke darwaze ko khol denge, to aap bahut kuch pa sakte hain. to this is very important aspect that to be positive and to be always linking things with wisdom.</w:t>
      </w:r>
    </w:p>
    <w:p>
      <w:pPr>
        <w:pStyle w:val="Heading2"/>
      </w:pPr>
      <w:r>
        <w:t>Father's discovery of true Islam through mission</w:t>
      </w:r>
    </w:p>
    <w:p>
      <w:r>
        <w:rPr>
          <w:color w:val="666666"/>
          <w:sz w:val="18"/>
        </w:rPr>
        <w:t>CPS INTERNATIONAL EK TA 'RUF · 1m 57s · at 1:24 · https://youtu.be/THnDqEQqhJk?t=84</w:t>
      </w:r>
    </w:p>
    <w:p>
      <w:r>
        <w:rPr>
          <w:i/>
        </w:rPr>
        <w:t>“CPS International: I learned this mission through my father.”</w:t>
      </w:r>
    </w:p>
    <w:p>
      <w:r>
        <w:rPr>
          <w:sz w:val="20"/>
        </w:rPr>
        <w:t>1:24  rabbana lakal hamd, lakal shukr. aaj ka unwan hai: cps international ek taaruf. cps international ke banee aur founder maulana wahiduddin khan sahab hain.</w:t>
      </w:r>
      <w:r>
        <w:br/>
      </w:r>
      <w:r>
        <w:rPr>
          <w:sz w:val="20"/>
        </w:rPr>
        <w:t>1:39  mein sab se pehle yeh baat wazeh kar dena chahti hoon ke mein in sessions mein</w:t>
      </w:r>
      <w:r>
        <w:br/>
      </w:r>
      <w:r>
        <w:rPr>
          <w:sz w:val="20"/>
        </w:rPr>
        <w:t>1:45  jo kuch bhi share karti hoon woh sab maulana ke literature se, aap ke audios aur videos, aur aap se guftagu ke douran seekhi hoon.</w:t>
      </w:r>
      <w:r>
        <w:br/>
      </w:r>
      <w:r>
        <w:rPr>
          <w:sz w:val="20"/>
        </w:rPr>
        <w:t>1:56  aap ka sara mission quran o sunnat par base karta hai.</w:t>
      </w:r>
      <w:r>
        <w:br/>
      </w:r>
      <w:r>
        <w:rPr>
          <w:sz w:val="20"/>
        </w:rPr>
        <w:t>2:01  mein ne poore shaoor ke sath yeh faisla liya hai ke mujhe mukammal taur se aap ke mission se wabasta rehna hai.</w:t>
      </w:r>
      <w:r>
        <w:br/>
      </w:r>
      <w:r>
        <w:rPr>
          <w:sz w:val="20"/>
        </w:rPr>
        <w:t>2:11  is mission ka pehla taaruf mujhe mere مرحوم walid ke zariye se hasil hua.</w:t>
      </w:r>
      <w:r>
        <w:br/>
      </w:r>
      <w:r>
        <w:rPr>
          <w:sz w:val="20"/>
        </w:rPr>
        <w:t>2:17  mere walid ek seekh insaan the, woh is islam se mutmaeen nahi the jo samaj mein raaij tha. unhein rasool aur ashaab e rasool wale islam ki talash thi.</w:t>
      </w:r>
      <w:r>
        <w:br/>
      </w:r>
      <w:r>
        <w:rPr>
          <w:sz w:val="20"/>
        </w:rPr>
        <w:t>2:29  aur bil aakhir aap ne al risala mission ko daryaft kar liya aur humein bataya ke allah taala ne maulana sahab ko is naye daur mein deen ki ahya ke liye intikhab kar liya hai.</w:t>
      </w:r>
      <w:r>
        <w:br/>
      </w:r>
      <w:r>
        <w:rPr>
          <w:sz w:val="20"/>
        </w:rPr>
        <w:t>2:44  yeh baat hai 1982 ki. isi zamane se aap maulana ki kitabon ko parhte aur humein bhi sunate, aur khusoosiyat ke sath al risala woh hum ko sath le kar parhte.</w:t>
      </w:r>
      <w:r>
        <w:br/>
      </w:r>
      <w:r>
        <w:rPr>
          <w:sz w:val="20"/>
        </w:rPr>
        <w:t>2:59  mujhe mere walid sahab ki taraf se jo sab se bara سرمایہ mila tha woh yahi mission tha, aur aulad ke liye</w:t>
      </w:r>
      <w:r>
        <w:br/>
      </w:r>
      <w:r>
        <w:rPr>
          <w:sz w:val="20"/>
        </w:rPr>
        <w:t>3:09  baap ki taraf se milne wala is se bara سرمایہ kya ho sakta hai? 2006 mein mere walid ka inteqal ho gaya, allah unhein apni jannat mein abad kare.</w:t>
      </w:r>
    </w:p>
    <w:p>
      <w:pPr>
        <w:pStyle w:val="Heading2"/>
      </w:pPr>
      <w:r>
        <w:t>Wealth is a test, not for indulgence</w:t>
      </w:r>
    </w:p>
    <w:p>
      <w:r>
        <w:rPr>
          <w:color w:val="666666"/>
          <w:sz w:val="18"/>
        </w:rPr>
        <w:t>Spirit of Zakat I May 4, 2007 · 2m 31s · at 38:40 · https://youtu.be/CSXO7LY_9cM?t=2320</w:t>
      </w:r>
    </w:p>
    <w:p>
      <w:r>
        <w:rPr>
          <w:i/>
        </w:rPr>
        <w:t>“Paisa zyada hai, woh hargiz is liye nahi hai ke woh apni”</w:t>
      </w:r>
    </w:p>
    <w:p>
      <w:r>
        <w:rPr>
          <w:sz w:val="20"/>
        </w:rPr>
        <w:t>38:40  paisah zyada hai, woh hargiz is liye nahi hai ke woh apni khwahishein poori kare, shadiyon mein kharch</w:t>
      </w:r>
      <w:r>
        <w:br/>
      </w:r>
      <w:r>
        <w:rPr>
          <w:sz w:val="20"/>
        </w:rPr>
        <w:t>38:44  kare, taqreebon mein kharch kare, apne biwi bachchon ko khush karne ke liye kharch kare, outing mein aur</w:t>
      </w:r>
      <w:r>
        <w:br/>
      </w:r>
      <w:r>
        <w:rPr>
          <w:sz w:val="20"/>
        </w:rPr>
        <w:t>38:49  shopping mein kharch kare.</w:t>
      </w:r>
      <w:r>
        <w:br/>
      </w:r>
      <w:r>
        <w:rPr>
          <w:sz w:val="20"/>
        </w:rPr>
        <w:t>38:53  bilashubah yeh Khuda ke ghazab ko dawat dena hai, is mein koi shakk hi nahi hai.</w:t>
      </w:r>
      <w:r>
        <w:br/>
      </w:r>
      <w:r>
        <w:rPr>
          <w:sz w:val="20"/>
        </w:rPr>
        <w:t>38:57  woh Khuda ki amaanat hai jo is insaan ke paas aayi hai.</w:t>
      </w:r>
      <w:r>
        <w:br/>
      </w:r>
      <w:r>
        <w:rPr>
          <w:sz w:val="20"/>
        </w:rPr>
        <w:t>39:02  haq hai Khuda ka.</w:t>
      </w:r>
      <w:r>
        <w:br/>
      </w:r>
      <w:r>
        <w:rPr>
          <w:sz w:val="20"/>
        </w:rPr>
        <w:t>39:06  woh is ko achhi tarah samajh lena chahiye</w:t>
      </w:r>
      <w:r>
        <w:br/>
      </w:r>
      <w:r>
        <w:rPr>
          <w:sz w:val="20"/>
        </w:rPr>
        <w:t>39:10  ke jab ek aadmi ke paas zyada maal aa jaye to woh hargiz hargiz is liye nahi hai</w:t>
      </w:r>
      <w:r>
        <w:br/>
      </w:r>
      <w:r>
        <w:rPr>
          <w:sz w:val="20"/>
        </w:rPr>
        <w:t>39:16  ke woh is ko apni khwahishon mein kharch kare, apne biwi bachchon ko khush karne mein kharch kare,</w:t>
      </w:r>
      <w:r>
        <w:br/>
      </w:r>
      <w:r>
        <w:rPr>
          <w:sz w:val="20"/>
        </w:rPr>
        <w:t>39:22  apni shohrat ke liye, naam o numood ke liye kharch kare.</w:t>
      </w:r>
      <w:r>
        <w:br/>
      </w:r>
      <w:r>
        <w:rPr>
          <w:sz w:val="20"/>
        </w:rPr>
        <w:t>39:29  aisa karna Khuda ke jo nizaam taqseem hai, us ko na samajhna hai, us ke khilaaf chalna hai,</w:t>
      </w:r>
      <w:r>
        <w:br/>
      </w:r>
      <w:r>
        <w:rPr>
          <w:sz w:val="20"/>
        </w:rPr>
        <w:t>39:35  aur woh Khuda ko ke ghazab ko dawat dena hai.</w:t>
      </w:r>
      <w:r>
        <w:br/>
      </w:r>
      <w:r>
        <w:rPr>
          <w:sz w:val="20"/>
        </w:rPr>
        <w:t>39:41  is liye aise aadmi ko kya karna hai? us ko yeh janna chahiye ke doosron ka haq hai jo mere paas aa gaya hai, is liye woh khuda ki amanat hai. is liye woh khuda ki amanat hai. yani fitri nizam jo banaya khuda ne, us mein aisa nahi banaya ke sab ko barabar, barabar pahunchaye. fitri nizam jo khuda ka banaya hua hai, jo jo khuda ka jo k</w:t>
      </w:r>
      <w:r>
        <w:br/>
      </w:r>
      <w:r>
        <w:rPr>
          <w:sz w:val="20"/>
        </w:rPr>
        <w:t>40:11  ration plan hai, woh Khuda ne is tarah banaya ke logon ko barabar, barabar na pahunche.</w:t>
      </w:r>
      <w:r>
        <w:br/>
      </w:r>
      <w:r>
        <w:rPr>
          <w:sz w:val="20"/>
        </w:rPr>
        <w:t>40:18  yahan tak ke aap jante hain ke communist empire mein yeh koshish ki gai ke sab ko barabar,</w:t>
      </w:r>
      <w:r>
        <w:br/>
      </w:r>
      <w:r>
        <w:rPr>
          <w:sz w:val="20"/>
        </w:rPr>
        <w:t>40:26  barabar pohanchaye, lekin 75 saal ki zabardast struggle ke bawajood communist empire toot gaya aur sab ko barabar</w:t>
      </w:r>
      <w:r>
        <w:br/>
      </w:r>
      <w:r>
        <w:rPr>
          <w:sz w:val="20"/>
        </w:rPr>
        <w:t>40:34  pohanchane ka nizam darham barham ho gaya, kyunke fitrat ke khilaf tha. woh</w:t>
      </w:r>
      <w:r>
        <w:br/>
      </w:r>
      <w:r>
        <w:rPr>
          <w:sz w:val="20"/>
        </w:rPr>
        <w:t>40:42  kehne ke liye logon ko bara acha lagta tha jab yeh nazariya pesh kiya gaya ke sab ko</w:t>
      </w:r>
      <w:r>
        <w:br/>
      </w:r>
      <w:r>
        <w:rPr>
          <w:sz w:val="20"/>
        </w:rPr>
        <w:t>40:47  barabar pohanchaye, to bohat khush hue log.</w:t>
      </w:r>
      <w:r>
        <w:br/>
      </w:r>
      <w:r>
        <w:rPr>
          <w:sz w:val="20"/>
        </w:rPr>
        <w:t>40:52  lekin chunke yeh fitrat ke khilaf tha, yeh nature ke khilaf tha, yeh Khuda ki, yeh Khuda ke</w:t>
      </w:r>
      <w:r>
        <w:br/>
      </w:r>
      <w:r>
        <w:rPr>
          <w:sz w:val="20"/>
        </w:rPr>
        <w:t>40:57  creation plan ke khilaf tha, is liye woh woh practicable nahi tha.</w:t>
      </w:r>
      <w:r>
        <w:br/>
      </w:r>
      <w:r>
        <w:rPr>
          <w:sz w:val="20"/>
        </w:rPr>
        <w:t>41:02  woh is ki feasibility nahi thi.</w:t>
      </w:r>
      <w:r>
        <w:br/>
      </w:r>
      <w:r>
        <w:rPr>
          <w:sz w:val="20"/>
        </w:rPr>
        <w:t>41:07  chunaanche woh toot gaya,</w:t>
      </w:r>
    </w:p>
    <w:p>
      <w:pPr>
        <w:pStyle w:val="Heading2"/>
      </w:pPr>
      <w:r>
        <w:t>Nature's lesson: flower among thorns</w:t>
      </w:r>
    </w:p>
    <w:p>
      <w:r>
        <w:rPr>
          <w:color w:val="666666"/>
          <w:sz w:val="18"/>
        </w:rPr>
        <w:t>Positive Thinking July 8, 2017 Maulana Wahiduddin Khan · 1m 12s · at 10:13 · https://youtu.be/6Q1DKj8srt4?t=613</w:t>
      </w:r>
    </w:p>
    <w:p>
      <w:r>
        <w:rPr>
          <w:i/>
        </w:rPr>
        <w:t>“Woh humein ek lesson de raha hai.”</w:t>
      </w:r>
    </w:p>
    <w:p>
      <w:r>
        <w:rPr>
          <w:sz w:val="20"/>
        </w:rPr>
        <w:t>10:13  ke aye insan, yani allah ka ke ek zaban hai allah ta'ala ki, yani ek to hai quran, doosra nature. nature bhi allah ta'ala ki zaban hai, yani allah ta'ala, yani rab al-alameen, kainat ka jo khaliq hai,</w:t>
      </w:r>
      <w:r>
        <w:br/>
      </w:r>
      <w:r>
        <w:rPr>
          <w:sz w:val="20"/>
        </w:rPr>
        <w:t>10:29  wo hamein ek lesson de raha hai. lesson: aye insan, tujh ko is tarah rehna hai duniya mein ke kaanton ke darmiyan phool ban kar, kaanton ke darmiyan tum ko phool ban kar rehna hai.</w:t>
      </w:r>
      <w:r>
        <w:br/>
      </w:r>
      <w:r>
        <w:rPr>
          <w:sz w:val="20"/>
        </w:rPr>
        <w:t>10:47  kaisi ajeeb baat hai! bara</w:t>
      </w:r>
      <w:r>
        <w:br/>
      </w:r>
      <w:r>
        <w:rPr>
          <w:sz w:val="20"/>
        </w:rPr>
        <w:t>10:51  kya hai? wo yahi hai ke tum ko kaanton ke darmiyan phool ban kar rehna hai.</w:t>
      </w:r>
      <w:r>
        <w:br/>
      </w:r>
      <w:r>
        <w:rPr>
          <w:sz w:val="20"/>
        </w:rPr>
        <w:t>11:01  ab aisa kis liye hai? ke is liye hai ke isi se to aap ka development hota hai. aap ka development jo hai, isi se hota hai.</w:t>
      </w:r>
      <w:r>
        <w:br/>
      </w:r>
      <w:r>
        <w:rPr>
          <w:sz w:val="20"/>
        </w:rPr>
        <w:t>11:14  aap ka mind isi se khulta hai. aap ka mind jo hai, us ka potential tabhi jaagte hain.</w:t>
      </w:r>
    </w:p>
    <w:p>
      <w:pPr>
        <w:pStyle w:val="Heading2"/>
      </w:pPr>
      <w:r>
        <w:t>Every experience as a reminder point for Allah</w:t>
      </w:r>
    </w:p>
    <w:p>
      <w:r>
        <w:rPr>
          <w:color w:val="666666"/>
          <w:sz w:val="18"/>
        </w:rPr>
        <w:t>Islam in Daily Life May 26, 2013 · 1m 10s · at 4:31 · https://youtu.be/iNyWPrbyyhA?t=271</w:t>
      </w:r>
    </w:p>
    <w:p>
      <w:r>
        <w:rPr>
          <w:i/>
        </w:rPr>
        <w:t>“Hazrat Aisha kehti hain Rasoolullah har mauqe par Allah ko yaad karte thay”</w:t>
      </w:r>
    </w:p>
    <w:p>
      <w:r>
        <w:rPr>
          <w:sz w:val="20"/>
        </w:rPr>
        <w:t>4:31  har mauqe par naye naye andaaz se is ka izhaar hota hai. jaise misaal ke taur par dekhiye, hazrat ayesha kehti hain rasool allah ke bare mein:</w:t>
      </w:r>
      <w:r>
        <w:br/>
      </w:r>
      <w:r>
        <w:rPr>
          <w:sz w:val="20"/>
        </w:rPr>
        <w:t>4:46  "kaan yadhkurullaha ala kulli ayanihi".</w:t>
      </w:r>
      <w:r>
        <w:br/>
      </w:r>
      <w:r>
        <w:rPr>
          <w:sz w:val="20"/>
        </w:rPr>
        <w:t>4:52  rasool allah har occasion par yaad karte thay allah ko. to is ka matlab yeh nahi ke bas kuch khuda ka naam le liya.</w:t>
      </w:r>
      <w:r>
        <w:br/>
      </w:r>
      <w:r>
        <w:rPr>
          <w:sz w:val="20"/>
        </w:rPr>
        <w:t>5:02  koi yeh matlab nahi hai. balke is ka matlab yeh hai ke har occasion ya har experience jo guzarta tha aap par, us ko point of reference bana kar aap allah ko yaad karte rehte thay.</w:t>
      </w:r>
      <w:r>
        <w:br/>
      </w:r>
      <w:r>
        <w:rPr>
          <w:sz w:val="20"/>
        </w:rPr>
        <w:t>5:21  yani har experience jo aap ko guzarta tha, woh aap ke liye aik point of reference ban jata tha jo aap ko Allah ki yaad dilata tha.</w:t>
      </w:r>
      <w:r>
        <w:br/>
      </w:r>
      <w:r>
        <w:rPr>
          <w:sz w:val="20"/>
        </w:rPr>
        <w:t>5:34  yeh matlab hai. to is ki kya fees banayenge aap? koi list nahi parh sakti is ki.</w:t>
      </w:r>
    </w:p>
    <w:p>
      <w:pPr>
        <w:pStyle w:val="Heading2"/>
      </w:pPr>
      <w:r>
        <w:t>World as training centre for paradise</w:t>
      </w:r>
    </w:p>
    <w:p>
      <w:r>
        <w:rPr>
          <w:color w:val="666666"/>
          <w:sz w:val="18"/>
        </w:rPr>
        <w:t>Character for Paradise Feb. 16, 2019 · 1m 51s · at 6:24 · https://youtu.be/kMURA2gUDN8?t=384</w:t>
      </w:r>
    </w:p>
    <w:p>
      <w:r>
        <w:rPr>
          <w:i/>
        </w:rPr>
        <w:t>“Yeh duniya people of paradise ka training centre hai”</w:t>
      </w:r>
    </w:p>
    <w:p>
      <w:r>
        <w:rPr>
          <w:sz w:val="20"/>
        </w:rPr>
        <w:t>6:24  to yeh dunya people of paradise ki ka training center hai.</w:t>
      </w:r>
      <w:r>
        <w:br/>
      </w:r>
      <w:r>
        <w:rPr>
          <w:sz w:val="20"/>
        </w:rPr>
        <w:t>6:37  yeh dunya</w:t>
      </w:r>
      <w:r>
        <w:br/>
      </w:r>
      <w:r>
        <w:rPr>
          <w:sz w:val="20"/>
        </w:rPr>
        <w:t>6:44  people of paradise ki training ka center hai. yani yahan log trained ho gaye hain,</w:t>
      </w:r>
      <w:r>
        <w:br/>
      </w:r>
      <w:r>
        <w:rPr>
          <w:sz w:val="20"/>
        </w:rPr>
        <w:t>6:56  is baat ke liye training di ja rahi hai ke doosre insanon ke liye un ke dil mein mohabbat hai, un ke woh har ek ke liye evolusher hain.</w:t>
      </w:r>
      <w:r>
        <w:br/>
      </w:r>
      <w:r>
        <w:rPr>
          <w:sz w:val="20"/>
        </w:rPr>
        <w:t>7:15  peace ke siwa koi aur cheez un ke dil mein doosre insanon ke liye nahi hai,</w:t>
      </w:r>
      <w:r>
        <w:br/>
      </w:r>
      <w:r>
        <w:rPr>
          <w:sz w:val="20"/>
        </w:rPr>
        <w:t>7:24  is ki training ke liye. to ab aap sochen ke</w:t>
      </w:r>
      <w:r>
        <w:br/>
      </w:r>
      <w:r>
        <w:rPr>
          <w:sz w:val="20"/>
        </w:rPr>
        <w:t>7:33  peace aur mohabbat wale logon ki training kahan ki jayegi?</w:t>
      </w:r>
      <w:r>
        <w:br/>
      </w:r>
      <w:r>
        <w:rPr>
          <w:sz w:val="20"/>
        </w:rPr>
        <w:t>7:44  kahan ki jayegi?</w:t>
      </w:r>
      <w:r>
        <w:br/>
      </w:r>
      <w:r>
        <w:rPr>
          <w:sz w:val="20"/>
        </w:rPr>
        <w:t>7:50  wahan ki jayegi jahan aise asbab hon jo insaan ko bharkayen, jo insaan ke dil mein negative thought paida karen.</w:t>
      </w:r>
      <w:r>
        <w:br/>
      </w:r>
      <w:r>
        <w:rPr>
          <w:sz w:val="20"/>
        </w:rPr>
        <w:t>8:05  to is ke is ko aap door tak sochen, is ko aap door tak sochen.</w:t>
      </w:r>
    </w:p>
    <w:p>
      <w:pPr>
        <w:pStyle w:val="Heading2"/>
      </w:pPr>
      <w:r>
        <w:t>The universe runs on harmony, stars and orbits</w:t>
      </w:r>
    </w:p>
    <w:p>
      <w:r>
        <w:rPr>
          <w:color w:val="666666"/>
          <w:sz w:val="18"/>
        </w:rPr>
        <w:t>The Concept of Harmony in Islam July 20, 2007 · 2m 12s · at 3:29 · https://youtu.be/L2_iLI2vcP0?t=209</w:t>
      </w:r>
    </w:p>
    <w:p>
      <w:r>
        <w:rPr>
          <w:i/>
        </w:rPr>
        <w:t>“Harmony is the religion of the universe.”</w:t>
      </w:r>
    </w:p>
    <w:p>
      <w:r>
        <w:rPr>
          <w:sz w:val="20"/>
        </w:rPr>
        <w:t>3:29  so harmony is religion of the universe. and same religion is required by man. man must adopt the same harmony culture, which previal in the space in the world every where.</w:t>
      </w:r>
      <w:r>
        <w:br/>
      </w:r>
      <w:r>
        <w:rPr>
          <w:sz w:val="20"/>
        </w:rPr>
        <w:t>3:52  you know, our space is full of numerous bodies, which we call stars, planets. but all these stars, all these planets are in moving state.</w:t>
      </w:r>
      <w:r>
        <w:br/>
      </w:r>
      <w:r>
        <w:rPr>
          <w:sz w:val="20"/>
        </w:rPr>
        <w:t>4:10  there is no stagnation in this world, not at all. everyone, every body of the universe is in moving condition.</w:t>
      </w:r>
      <w:r>
        <w:br/>
      </w:r>
      <w:r>
        <w:rPr>
          <w:sz w:val="20"/>
        </w:rPr>
        <w:t>4:22  but there is no confrontation. no confrontation at all. how this discipline is?</w:t>
      </w:r>
      <w:r>
        <w:br/>
      </w:r>
      <w:r>
        <w:rPr>
          <w:sz w:val="20"/>
        </w:rPr>
        <w:t>4:32  how this discipline is maintained in this universe? it is due to harmony.</w:t>
      </w:r>
      <w:r>
        <w:br/>
      </w:r>
      <w:r>
        <w:rPr>
          <w:sz w:val="20"/>
        </w:rPr>
        <w:t>4:44  another, another verse quran says that sun and moon both are in moving condition, but both are moving in their own orbits.</w:t>
      </w:r>
      <w:r>
        <w:br/>
      </w:r>
      <w:r>
        <w:rPr>
          <w:sz w:val="20"/>
        </w:rPr>
        <w:t>4:55  "lialshamsuyambaghee laha an tudrika alqamara". "lialshamsuyambaghee laha an tudrika alqamara". so there is no confrontation between sun and moon, between this planet and that planet, between this star and that star.</w:t>
      </w:r>
      <w:r>
        <w:br/>
      </w:r>
      <w:r>
        <w:rPr>
          <w:sz w:val="20"/>
        </w:rPr>
        <w:t>5:13  so all the heavenly bodies in the universe are revolving, but revolving by following their own orbits.</w:t>
      </w:r>
      <w:r>
        <w:br/>
      </w:r>
      <w:r>
        <w:rPr>
          <w:sz w:val="20"/>
        </w:rPr>
        <w:t>5:28  there is no trust passing. so this is harmony. and due to this culture of harmony, there is peace in the world every where.</w:t>
      </w:r>
    </w:p>
    <w:p>
      <w:pPr>
        <w:pStyle w:val="Heading2"/>
      </w:pPr>
      <w:r>
        <w:t>Dialogue is for mutual learning</w:t>
      </w:r>
    </w:p>
    <w:p>
      <w:r>
        <w:rPr>
          <w:color w:val="666666"/>
          <w:sz w:val="18"/>
        </w:rPr>
        <w:t>Interview of Maulana Wahiduddin Khan by Steve Chase · 1m 17s · at 25:41 · https://youtu.be/dbDfvOYCLdA?t=1541</w:t>
      </w:r>
    </w:p>
    <w:p>
      <w:r>
        <w:rPr>
          <w:i/>
        </w:rPr>
        <w:t>“We are very proud to participate in these dialogues and seminars.”</w:t>
      </w:r>
    </w:p>
    <w:p>
      <w:r>
        <w:rPr>
          <w:sz w:val="20"/>
        </w:rPr>
        <w:t>25:41  We are very proud to participate in the—in these dialogues and seminars.</w:t>
      </w:r>
      <w:r>
        <w:br/>
      </w:r>
      <w:r>
        <w:rPr>
          <w:sz w:val="20"/>
        </w:rPr>
        <w:t>25:48  And we always say that dialogue is not debate.</w:t>
      </w:r>
      <w:r>
        <w:br/>
      </w:r>
      <w:r>
        <w:rPr>
          <w:sz w:val="20"/>
        </w:rPr>
        <w:t>25:56  Dialogue is not debate.</w:t>
      </w:r>
      <w:r>
        <w:br/>
      </w:r>
      <w:r>
        <w:rPr>
          <w:sz w:val="20"/>
        </w:rPr>
        <w:t>26:03  Don't try to—don't try to debate with others and try to establish your</w:t>
      </w:r>
      <w:r>
        <w:br/>
      </w:r>
      <w:r>
        <w:rPr>
          <w:sz w:val="20"/>
        </w:rPr>
        <w:t>26:11  path.</w:t>
      </w:r>
      <w:r>
        <w:br/>
      </w:r>
      <w:r>
        <w:rPr>
          <w:sz w:val="20"/>
        </w:rPr>
        <w:t>26:17  Dialogue is for intersection and mutual learning.</w:t>
      </w:r>
      <w:r>
        <w:br/>
      </w:r>
      <w:r>
        <w:rPr>
          <w:sz w:val="20"/>
        </w:rPr>
        <w:t>26:23  According to us, dialogue is for mutual learning.</w:t>
      </w:r>
      <w:r>
        <w:br/>
      </w:r>
      <w:r>
        <w:rPr>
          <w:sz w:val="20"/>
        </w:rPr>
        <w:t>26:29  And we always insist—insist that the—the difference cannot be eliminated, neither—neither through dialogue nor—nor through war.</w:t>
      </w:r>
      <w:r>
        <w:br/>
      </w:r>
      <w:r>
        <w:rPr>
          <w:sz w:val="20"/>
        </w:rPr>
        <w:t>26:35  Difference always will</w:t>
      </w:r>
      <w:r>
        <w:br/>
      </w:r>
      <w:r>
        <w:rPr>
          <w:sz w:val="20"/>
        </w:rPr>
        <w:t>26:41  remain. So don't try to eliminate the differences, but avail it as a mutual learning. This is our—our—our stand in this regard.</w:t>
      </w:r>
    </w:p>
    <w:p>
      <w:pPr>
        <w:pStyle w:val="Heading2"/>
      </w:pPr>
      <w:r>
        <w:t>Consequences of losing ijtihad spirit</w:t>
      </w:r>
    </w:p>
    <w:p>
      <w:r>
        <w:rPr>
          <w:color w:val="666666"/>
          <w:sz w:val="18"/>
        </w:rPr>
        <w:t>Creative Solution or Ijtihadi Hal I 16th Sept. 2012 - Maulana Wahiduddin Khan · 1m 25s · at 8:56 · https://youtu.be/yhR_5zojzHI?t=536</w:t>
      </w:r>
    </w:p>
    <w:p>
      <w:r>
        <w:rPr>
          <w:i/>
        </w:rPr>
        <w:t>“Jab koi qaum ijtihad ki sifaat kho de.”</w:t>
      </w:r>
    </w:p>
    <w:p>
      <w:r>
        <w:rPr>
          <w:sz w:val="20"/>
        </w:rPr>
        <w:t>8:56  jab koi qaum ijtihad ki sifat kho de</w:t>
      </w:r>
      <w:r>
        <w:br/>
      </w:r>
      <w:r>
        <w:rPr>
          <w:sz w:val="20"/>
        </w:rPr>
        <w:t>9:01  to kya hoga?</w:t>
      </w:r>
      <w:r>
        <w:br/>
      </w:r>
      <w:r>
        <w:rPr>
          <w:sz w:val="20"/>
        </w:rPr>
        <w:t>9:06  koi doosra formula, koi bhi doosra tareeqa isko kamyab karne wala nahi hai. kyunke dekhen problem khatam nahi honge, challenge khatam nahi honge, masail khatam nahi honge to aap kya karenge?</w:t>
      </w:r>
      <w:r>
        <w:br/>
      </w:r>
      <w:r>
        <w:rPr>
          <w:sz w:val="20"/>
        </w:rPr>
        <w:t>9:20  aap takrayenge. phir kya hoga? blood shed hoga, jaanein jayengi, maal ka nuksan hoga.</w:t>
      </w:r>
      <w:r>
        <w:br/>
      </w:r>
      <w:r>
        <w:rPr>
          <w:sz w:val="20"/>
        </w:rPr>
        <w:t>9:30  jaise Falasteen mein saari Muslim dunya involve hai. Arab dunya direct tor par, baqi musalman indirect tor par.</w:t>
      </w:r>
      <w:r>
        <w:br/>
      </w:r>
      <w:r>
        <w:rPr>
          <w:sz w:val="20"/>
        </w:rPr>
        <w:t>9:41  1948 se yeh masla hai. aur ab tak taqreeban 10 trillion dollar kharch ho chuka hai is ke upar, musalmanon ka</w:t>
      </w:r>
      <w:r>
        <w:br/>
      </w:r>
      <w:r>
        <w:rPr>
          <w:sz w:val="20"/>
        </w:rPr>
        <w:t>9:52  . 10 trillion dollar. more than 10 trillion dollar. aur ja ke kya kya nuksanat hue? aap jante hain ke masla wahin ke wahin hai.</w:t>
      </w:r>
      <w:r>
        <w:br/>
      </w:r>
      <w:r>
        <w:rPr>
          <w:sz w:val="20"/>
        </w:rPr>
        <w:t>10:02  balke ulta nuksan musalmanon ko ho raha hai. kyun ho raha hai? woh is masle mein creative solution daryaft na kar sake.</w:t>
      </w:r>
      <w:r>
        <w:br/>
      </w:r>
      <w:r>
        <w:rPr>
          <w:sz w:val="20"/>
        </w:rPr>
        <w:t>10:15  ijtihadi hal daryaft na kar sake.</w:t>
      </w:r>
      <w:r>
        <w:br/>
      </w:r>
      <w:r>
        <w:rPr>
          <w:sz w:val="20"/>
        </w:rPr>
        <w:t>10:21  ijtihad ki ahmiyat itni zyada hai ke sahih Bukhari mein ek riwayat hai jis mein kaha gaya hai Rasool Allah salallahu alaihi wasallam ne farmaya ke tum ijtihad karo.</w:t>
      </w:r>
    </w:p>
    <w:p>
      <w:pPr>
        <w:pStyle w:val="Heading2"/>
      </w:pPr>
      <w:r>
        <w:t>Abu Jahl's surprising honesty after Hamza strikes him</w:t>
      </w:r>
    </w:p>
    <w:p>
      <w:r>
        <w:rPr>
          <w:color w:val="666666"/>
          <w:sz w:val="18"/>
        </w:rPr>
        <w:t xml:space="preserve">Life of the Prophet of Islam </w:t>
        <w:br/>
        <w:t>March 15, 2009 · 2m 34s · at 51:14 · https://youtu.be/qk9NiFqVwoo?t=3074</w:t>
      </w:r>
    </w:p>
    <w:p>
      <w:r>
        <w:rPr>
          <w:i/>
        </w:rPr>
        <w:t>“Abu Jahl insulted the Prophet, then Hamza struck him in anger.”</w:t>
      </w:r>
    </w:p>
    <w:p>
      <w:r>
        <w:rPr>
          <w:sz w:val="20"/>
        </w:rPr>
        <w:t>51:14  to unhon nay hamza se kaha keh agar kuch dair pehlay tum yahan hotay to dekhtay keh abujahal, abujahal ka naam masmaron mein hai.</w:t>
      </w:r>
      <w:r>
        <w:br/>
      </w:r>
      <w:r>
        <w:rPr>
          <w:sz w:val="20"/>
        </w:rPr>
        <w:t>51:26  asal naam abujahal nahi tha, asal naam tha abdulaziz keh abdulaziz nay kitna bura kaha tumharay bhatijay ko. to hamza ghussa aa gaya.</w:t>
      </w:r>
      <w:r>
        <w:br/>
      </w:r>
      <w:r>
        <w:rPr>
          <w:sz w:val="20"/>
        </w:rPr>
        <w:t>51:39  aaye woh un ke, un ke paas aik aik rod tha lamba, us ka lohay ka, mara us ke sar par aur sar par us ke, yani bleeding honay lagi.</w:t>
      </w:r>
      <w:r>
        <w:br/>
      </w:r>
      <w:r>
        <w:rPr>
          <w:sz w:val="20"/>
        </w:rPr>
        <w:t>51:51  bleeding jo abujahal ka ya abu aziz ka jo qabeela tha, us ke log wahan aa gaye. yeh aik charcha hua keh unhon nay maar diya us ko.</w:t>
      </w:r>
      <w:r>
        <w:br/>
      </w:r>
      <w:r>
        <w:rPr>
          <w:sz w:val="20"/>
        </w:rPr>
        <w:t>52:01  to un logon nay chaha keh hamza ko marain. un ke, un ke tribe ke logon nay chaha keh hamza ko marain.</w:t>
      </w:r>
      <w:r>
        <w:br/>
      </w:r>
      <w:r>
        <w:rPr>
          <w:sz w:val="20"/>
        </w:rPr>
        <w:t>52:10  lekin dekhen keh abujahal jis ko hum bohat bura samajhtay hain, aaj kal ke logon se bhi woh acha tha. woh aaj kal baray baray logon se acha tha, woh kyunkay chotay bolta tha.</w:t>
      </w:r>
      <w:r>
        <w:br/>
      </w:r>
      <w:r>
        <w:rPr>
          <w:sz w:val="20"/>
        </w:rPr>
        <w:t>52:19  woh kabhi us nay kaha keh do aba mara.</w:t>
      </w:r>
      <w:r>
        <w:br/>
      </w:r>
      <w:r>
        <w:rPr>
          <w:sz w:val="20"/>
        </w:rPr>
        <w:t>52:27  yeh bohat ziyada us waqt is qadar sochne ki baat hai jis ko hum chahtay hain. tareekh ka sab se bara kirdaar samajhtay hain hum log abujahal ko.</w:t>
      </w:r>
      <w:r>
        <w:br/>
      </w:r>
      <w:r>
        <w:rPr>
          <w:sz w:val="20"/>
        </w:rPr>
        <w:t>52:37  to shirk ke aitbar se bilashuba bura tha.</w:t>
      </w:r>
      <w:r>
        <w:br/>
      </w:r>
      <w:r>
        <w:rPr>
          <w:sz w:val="20"/>
        </w:rPr>
        <w:t>52:39  woh phir bhi us ka aik character tha, arab character. us nay apnay qabeelay ke logon se kaha keh do hawa mara fani wallah qad sabab to ibn akhi qawi.</w:t>
      </w:r>
      <w:r>
        <w:br/>
      </w:r>
      <w:r>
        <w:rPr>
          <w:sz w:val="20"/>
        </w:rPr>
        <w:t>52:56  abu amara hamza ka kuniyat thi. wahan pyar ke tor par kaha kartay thay,</w:t>
      </w:r>
      <w:r>
        <w:br/>
      </w:r>
      <w:r>
        <w:rPr>
          <w:sz w:val="20"/>
        </w:rPr>
        <w:t>53:05  yani baitay ke naam par abu, yani un ka beta amara ka beta, amara ka baap. to yeh wahan par izzat ka, us waqt izzat ke sath naam liya us nay hamza ka.</w:t>
      </w:r>
      <w:r>
        <w:br/>
      </w:r>
      <w:r>
        <w:rPr>
          <w:sz w:val="20"/>
        </w:rPr>
        <w:t>53:18  hamza ke ke baitay ke ke naam par un ka naam tha abu amara. to us nay kaha keh abu amara ko chhod do, yani hamza ko chhod do.</w:t>
      </w:r>
      <w:r>
        <w:br/>
      </w:r>
      <w:r>
        <w:rPr>
          <w:sz w:val="20"/>
        </w:rPr>
        <w:t>53:31  aaj khuda ki qasam, mein nay un ke bhatijay ko</w:t>
      </w:r>
      <w:r>
        <w:br/>
      </w:r>
      <w:r>
        <w:rPr>
          <w:sz w:val="20"/>
        </w:rPr>
        <w:t>53:38  bohat bura bhala keh diya tha. mein heran hoti hoon is qissay ko parh kar keh abujahal bhi yeh character tha.</w:t>
      </w:r>
    </w:p>
    <w:p>
      <w:pPr>
        <w:pStyle w:val="Heading2"/>
      </w:pPr>
      <w:r>
        <w:t>Satan's false logic of superiority</w:t>
      </w:r>
    </w:p>
    <w:p>
      <w:r>
        <w:rPr>
          <w:color w:val="666666"/>
          <w:sz w:val="18"/>
        </w:rPr>
        <w:t>How to Follow the Straight Path December 25, 2007 Maulana Wahiduddin Khan · 1m 43s · at 6:50 · https://youtu.be/OvN2vrn2wZU?t=410</w:t>
      </w:r>
    </w:p>
    <w:p>
      <w:r>
        <w:rPr>
          <w:i/>
        </w:rPr>
        <w:t>“Khalaqa minnar wa khalaqta min teen”</w:t>
      </w:r>
    </w:p>
    <w:p>
      <w:r>
        <w:rPr>
          <w:sz w:val="20"/>
        </w:rPr>
        <w:t>6:50  khalq minar wa khalaq min teen mushk ko paida kiya gaya hai aag se satan ne kaha aur</w:t>
      </w:r>
      <w:r>
        <w:br/>
      </w:r>
      <w:r>
        <w:rPr>
          <w:sz w:val="20"/>
        </w:rPr>
        <w:t>6:59  adam ko paida kiya gaya hai mitti se ab apne mind se isne yeh nikala ke mitti</w:t>
      </w:r>
      <w:r>
        <w:br/>
      </w:r>
      <w:r>
        <w:rPr>
          <w:sz w:val="20"/>
        </w:rPr>
        <w:t>7:05  jo hai inferior hai aag superior hai halanke iski iski koi base nahi koi reason nahi</w:t>
      </w:r>
      <w:r>
        <w:br/>
      </w:r>
      <w:r>
        <w:rPr>
          <w:sz w:val="20"/>
        </w:rPr>
        <w:t>7:11  koi logic nahi dono barabar hain dono khuda ke banaye hue hain jaise mitti waisi aag</w:t>
      </w:r>
      <w:r>
        <w:br/>
      </w:r>
      <w:r>
        <w:rPr>
          <w:sz w:val="20"/>
        </w:rPr>
        <w:t>7:22  apne mind se logic nikalna yeh hai deviation</w:t>
      </w:r>
      <w:r>
        <w:br/>
      </w:r>
      <w:r>
        <w:rPr>
          <w:sz w:val="20"/>
        </w:rPr>
        <w:t>7:27  apne mind se ek reasoning nikalna yeh hai deviation</w:t>
      </w:r>
      <w:r>
        <w:br/>
      </w:r>
      <w:r>
        <w:rPr>
          <w:sz w:val="20"/>
        </w:rPr>
        <w:t>7:32  to pehla deviation jo hua woh</w:t>
      </w:r>
      <w:r>
        <w:br/>
      </w:r>
      <w:r>
        <w:rPr>
          <w:sz w:val="20"/>
        </w:rPr>
        <w:t>7:35  satan ne kiya ke apne mind se isne ek logic banayi ke aag jo hai woh superior</w:t>
      </w:r>
      <w:r>
        <w:br/>
      </w:r>
      <w:r>
        <w:rPr>
          <w:sz w:val="20"/>
        </w:rPr>
        <w:t>7:42  hai mitti jo hai inferior hai to isliye main superior hoon yeh false logic hai yeh false</w:t>
      </w:r>
      <w:r>
        <w:br/>
      </w:r>
      <w:r>
        <w:rPr>
          <w:sz w:val="20"/>
        </w:rPr>
        <w:t>7:49  reasoning hai kyunke iski koi base nahi</w:t>
      </w:r>
      <w:r>
        <w:br/>
      </w:r>
      <w:r>
        <w:rPr>
          <w:sz w:val="20"/>
        </w:rPr>
        <w:t>7:54  aap ke apne mind ke bahar iski koi base nahi</w:t>
      </w:r>
      <w:r>
        <w:br/>
      </w:r>
      <w:r>
        <w:rPr>
          <w:sz w:val="20"/>
        </w:rPr>
        <w:t>7:59  to is tarah se kya hua ke satan jo hai woh chal pada deviated raste par</w:t>
      </w:r>
      <w:r>
        <w:br/>
      </w:r>
      <w:r>
        <w:rPr>
          <w:sz w:val="20"/>
        </w:rPr>
        <w:t>8:06  angel chal rahe hain jo straight path hai uske upar chal rahe hain</w:t>
      </w:r>
      <w:r>
        <w:br/>
      </w:r>
      <w:r>
        <w:rPr>
          <w:sz w:val="20"/>
        </w:rPr>
        <w:t>8:13  to yeh jo diversification hua pehle hi din isse kya mila</w:t>
      </w:r>
      <w:r>
        <w:br/>
      </w:r>
      <w:r>
        <w:rPr>
          <w:sz w:val="20"/>
        </w:rPr>
        <w:t>8:19  usse yeh mila</w:t>
      </w:r>
      <w:r>
        <w:br/>
      </w:r>
      <w:r>
        <w:rPr>
          <w:sz w:val="20"/>
        </w:rPr>
        <w:t>8:22  ke</w:t>
      </w:r>
      <w:r>
        <w:br/>
      </w:r>
      <w:r>
        <w:rPr>
          <w:sz w:val="20"/>
        </w:rPr>
        <w:t>8:22  apni apni false logic par chalna yeh deviation hai</w:t>
      </w:r>
    </w:p>
    <w:p>
      <w:pPr>
        <w:pStyle w:val="Heading2"/>
      </w:pPr>
      <w:r>
        <w:t>Umar's story — judging character by conduct, not appearance</w:t>
      </w:r>
    </w:p>
    <w:p>
      <w:r>
        <w:rPr>
          <w:color w:val="666666"/>
          <w:sz w:val="18"/>
        </w:rPr>
        <w:t>Warning and Punishment May 15, 2008 · 2m 07s · at 54:49 · https://youtu.be/tL3qIGvBuBE?t=3289</w:t>
      </w:r>
    </w:p>
    <w:p>
      <w:r>
        <w:rPr>
          <w:i/>
        </w:rPr>
        <w:t>“Hazrat Umar ka ek waqia hai ke ek aadmi unke paas aaya”</w:t>
      </w:r>
    </w:p>
    <w:p>
      <w:r>
        <w:rPr>
          <w:sz w:val="20"/>
        </w:rPr>
        <w:t>54:49  hazrat umar ka ek waqia hai ke ek aadmi un ke paas aya. hazrat umar jo khalifa the, second khalifa</w:t>
      </w:r>
      <w:r>
        <w:br/>
      </w:r>
      <w:r>
        <w:rPr>
          <w:sz w:val="20"/>
        </w:rPr>
        <w:t>54:59  . to us ne ek aadmi ki bari tareef ki ke woh aadmi aisa hai, woh aadmi waisa hai.</w:t>
      </w:r>
      <w:r>
        <w:br/>
      </w:r>
      <w:r>
        <w:rPr>
          <w:sz w:val="20"/>
        </w:rPr>
        <w:t>55:07  bohat acha hai. to unhon ne poocha ke kya is se tumhari kabhi dealing hui hai? paise ka len den hua hai?</w:t>
      </w:r>
      <w:r>
        <w:br/>
      </w:r>
      <w:r>
        <w:rPr>
          <w:sz w:val="20"/>
        </w:rPr>
        <w:t>55:18  to us ne kaha ke nahi, koi dealing to hui nahi. to kaha kabhi tum ne is ke sath travel kiya hai? is ke sath kabhi tum ne safar kiya hai?</w:t>
      </w:r>
      <w:r>
        <w:br/>
      </w:r>
      <w:r>
        <w:rPr>
          <w:sz w:val="20"/>
        </w:rPr>
        <w:t>55:29  to us ne kaha ke nahi, aisa to nahi hua. aise hi unhon ne ek do baat poochi. to phir kaha unhon ne ke phir tum ne is aadmi ko masjid mein uthte baithte dekha hoga.</w:t>
      </w:r>
      <w:r>
        <w:br/>
      </w:r>
      <w:r>
        <w:rPr>
          <w:sz w:val="20"/>
        </w:rPr>
        <w:t>55:49  ye jo tum tareef kar rahe ho ke jab tumhare andar dealing hui, tumhara is se koi len den nahi hua.</w:t>
      </w:r>
      <w:r>
        <w:br/>
      </w:r>
      <w:r>
        <w:rPr>
          <w:sz w:val="20"/>
        </w:rPr>
        <w:t>55:58  tum ne kabhi is ke sath safar nahi kiya. is se tumhara kabhi yani koi aisa taluq nahi pada.</w:t>
      </w:r>
      <w:r>
        <w:br/>
      </w:r>
      <w:r>
        <w:rPr>
          <w:sz w:val="20"/>
        </w:rPr>
        <w:t>56:10  aur tum tareef kar rahe ho. to unhon ne kaha ke tum ne is aadmi ko masjid mein uthte baithte dekha hoga.</w:t>
      </w:r>
      <w:r>
        <w:br/>
      </w:r>
      <w:r>
        <w:rPr>
          <w:sz w:val="20"/>
        </w:rPr>
        <w:t>56:20  ye matlab namaz ka jo form hai, namaz ke form ko aap dohraen. to is se nahi hoga ke aap sache Muslim hain.</w:t>
      </w:r>
      <w:r>
        <w:br/>
      </w:r>
      <w:r>
        <w:rPr>
          <w:sz w:val="20"/>
        </w:rPr>
        <w:t>56:33  nahi, spirit hogi tab Muslim hain.</w:t>
      </w:r>
      <w:r>
        <w:br/>
      </w:r>
      <w:r>
        <w:rPr>
          <w:sz w:val="20"/>
        </w:rPr>
        <w:t>56:37  ye surrender ki spirit, submission ki spirit, good behavior ki spirit, insaan ke sath compassion ki spirit, insaan ke sath well wishing ki spirit, ye sab hogi tab.</w:t>
      </w:r>
    </w:p>
    <w:p>
      <w:pPr>
        <w:pStyle w:val="Heading2"/>
      </w:pPr>
      <w:r>
        <w:t>Quran verse revealed, journey to Muzdalifah</w:t>
      </w:r>
    </w:p>
    <w:p>
      <w:r>
        <w:rPr>
          <w:color w:val="666666"/>
          <w:sz w:val="18"/>
        </w:rPr>
        <w:t>Rasulullah ka Hajj Haqeeqat-E-Hajj Book by Maulana Wahiduddin Khan · 1m 56s · at 22:25 · https://youtu.be/-f0kUKfC0Wg?t=1345</w:t>
      </w:r>
    </w:p>
    <w:p>
      <w:r>
        <w:rPr>
          <w:i/>
        </w:rPr>
        <w:t>“المائدہ تین کی آیت عرفہ میں نازل ہوئی”</w:t>
      </w:r>
    </w:p>
    <w:p>
      <w:r>
        <w:rPr>
          <w:sz w:val="20"/>
        </w:rPr>
        <w:t>22:25  al ma'idah 3۔ yahi arafat mein khutbah hijjat ul wida ke baad nazil hui۔ suraj doobne ke baad aap arafat se muzdalifah ki taraf rawana hue۔</w:t>
      </w:r>
      <w:r>
        <w:br/>
      </w:r>
      <w:r>
        <w:rPr>
          <w:sz w:val="20"/>
        </w:rPr>
        <w:t>22:39  usama bin zaid ko apne peechay bitha liya۔</w:t>
      </w:r>
      <w:r>
        <w:br/>
      </w:r>
      <w:r>
        <w:rPr>
          <w:sz w:val="20"/>
        </w:rPr>
        <w:t>22:43  rasta bhar aap talbiyah karte rahay۔ muzdalifah pohnchnay tak yeh silsila jari raha۔ aap ne logon ko tez chalnay se mana farmaya۔</w:t>
      </w:r>
      <w:r>
        <w:br/>
      </w:r>
      <w:r>
        <w:rPr>
          <w:sz w:val="20"/>
        </w:rPr>
        <w:t>22:53  aap ne kaha: al sakinah, ayyuha al nas! al sakinah, ayyuha al nas! fa inna al birra laysa bil izaa'ah.</w:t>
      </w:r>
      <w:r>
        <w:br/>
      </w:r>
      <w:r>
        <w:rPr>
          <w:sz w:val="20"/>
        </w:rPr>
        <w:t>23:06  logon! sukoon aur itminan ke sath chalo۔ dorna koi sawab ki baat nahi۔</w:t>
      </w:r>
      <w:r>
        <w:br/>
      </w:r>
      <w:r>
        <w:rPr>
          <w:sz w:val="20"/>
        </w:rPr>
        <w:t>23:13  Muzdalifah mein aap ne Hazrat Bilal ko azan ka hukum diya. Azan ke baad aap khare hue aur oonton ko bithane aur saman utarne se pehle Maghrib ki namaz ada ki.</w:t>
      </w:r>
      <w:r>
        <w:br/>
      </w:r>
      <w:r>
        <w:rPr>
          <w:sz w:val="20"/>
        </w:rPr>
        <w:t>23:27  Is ke baad jab logon ne saman utar liya to aap ne Isha ki namaz do rakat ada farmayi. Yahan bhi aap ne ek azan aur do iqamat se dono namazein ada ki'n.</w:t>
      </w:r>
      <w:r>
        <w:br/>
      </w:r>
      <w:r>
        <w:rPr>
          <w:sz w:val="20"/>
        </w:rPr>
        <w:t>23:42  Farz ke ilawa aap ne koi aur namaz nahi parhi. Is ke baad aap let gaye aur subah tak soye.</w:t>
      </w:r>
      <w:r>
        <w:br/>
      </w:r>
      <w:r>
        <w:rPr>
          <w:sz w:val="20"/>
        </w:rPr>
        <w:t>23:51  Subah uth kar Fajr ki namaz aap ne awwal waqt parhi. Yeh Dhul Hijjah ki das tareekh thi. Phir aap sawari par baithe aur Mushar al-Haram aaye.</w:t>
      </w:r>
      <w:r>
        <w:br/>
      </w:r>
      <w:r>
        <w:rPr>
          <w:sz w:val="20"/>
        </w:rPr>
        <w:t>24:04  Yahan qibla ki taraf rukh kar ke dua aur tazarrue karte rahe</w:t>
      </w:r>
      <w:r>
        <w:br/>
      </w:r>
      <w:r>
        <w:rPr>
          <w:sz w:val="20"/>
        </w:rPr>
        <w:t>24:10  Yahan tak ke poori tarah ujala ho gaya. Sooraj nikalne se pehle aap Muzdalifah se rawana hue. Aap barabar talbiyah karte rahe.</w:t>
      </w:r>
    </w:p>
    <w:p>
      <w:pPr>
        <w:pStyle w:val="Heading2"/>
      </w:pPr>
      <w:r>
        <w:t>An educated man asks Islam's greatest contribution to history</w:t>
      </w:r>
    </w:p>
    <w:p>
      <w:r>
        <w:rPr>
          <w:color w:val="666666"/>
          <w:sz w:val="18"/>
        </w:rPr>
        <w:t>Importance of Peace August 17, 2014 · 2m 01s · at 0:55 · https://youtu.be/ifxSwh2Jckw?t=55</w:t>
      </w:r>
    </w:p>
    <w:p>
      <w:r>
        <w:rPr>
          <w:i/>
        </w:rPr>
        <w:t>“Ek bohot hi educated aadmi se meri mulaqat hui”</w:t>
      </w:r>
    </w:p>
    <w:p>
      <w:r>
        <w:rPr>
          <w:sz w:val="20"/>
        </w:rPr>
        <w:t>0:55  aik bohat hi educated aadmi se meri mulaqat hui.</w:t>
      </w:r>
      <w:r>
        <w:br/>
      </w:r>
      <w:r>
        <w:rPr>
          <w:sz w:val="20"/>
        </w:rPr>
        <w:t>1:03  baat cheet ke douran unhon ne aik sawal kiya.</w:t>
      </w:r>
      <w:r>
        <w:br/>
      </w:r>
      <w:r>
        <w:rPr>
          <w:sz w:val="20"/>
        </w:rPr>
        <w:t>1:08  unhon ne kaha ke "What is the greatest contribution of Islam towards human history?" yani insani tareekh ke liye Islam ka</w:t>
      </w:r>
      <w:r>
        <w:br/>
      </w:r>
      <w:r>
        <w:rPr>
          <w:sz w:val="20"/>
        </w:rPr>
        <w:t>1:26  sab se bara contribution kya hai?</w:t>
      </w:r>
      <w:r>
        <w:br/>
      </w:r>
      <w:r>
        <w:rPr>
          <w:sz w:val="20"/>
        </w:rPr>
        <w:t>1:31  woh aik social science ke aadmi thay.</w:t>
      </w:r>
      <w:r>
        <w:br/>
      </w:r>
      <w:r>
        <w:rPr>
          <w:sz w:val="20"/>
        </w:rPr>
        <w:t>1:37  to woh zahir hai ke apne mindset ke lehaz se is sawal ka jawab chahtay thay.</w:t>
      </w:r>
      <w:r>
        <w:br/>
      </w:r>
      <w:r>
        <w:rPr>
          <w:sz w:val="20"/>
        </w:rPr>
        <w:t>1:49  to mein ne kaha ke sab se bara contribution Islam ka yeh hai ke Islam ne pehli baar yeh bataya ke "How to establish peace in a society?"</w:t>
      </w:r>
      <w:r>
        <w:br/>
      </w:r>
      <w:r>
        <w:rPr>
          <w:sz w:val="20"/>
        </w:rPr>
        <w:t>2:04  peace kaise qaim kiya jaye society mein, yeh Islam ne pehli baar bataya.</w:t>
      </w:r>
      <w:r>
        <w:br/>
      </w:r>
      <w:r>
        <w:rPr>
          <w:sz w:val="20"/>
        </w:rPr>
        <w:t>2:13  haqeeqat yeh hai ke Islam se pehle insaan ko peace ka formula hi nahi maloom tha. lekin peace ke subject par aik poora, aik poora,</w:t>
      </w:r>
      <w:r>
        <w:br/>
      </w:r>
      <w:r>
        <w:rPr>
          <w:sz w:val="20"/>
        </w:rPr>
        <w:t>2:30  aik poori science hai jis ko kehtay hain pacifism. pacifism par bari bari kitabein likhi gayi hain. lekin aur bari bari mind is mein involve hain.</w:t>
      </w:r>
      <w:r>
        <w:br/>
      </w:r>
      <w:r>
        <w:rPr>
          <w:sz w:val="20"/>
        </w:rPr>
        <w:t>2:44  lekin koi daryaft nahi kar saka ke samaj mein peace kaise qaim kiya jaye.</w:t>
      </w:r>
    </w:p>
    <w:p>
      <w:pPr>
        <w:pStyle w:val="Heading2"/>
      </w:pPr>
      <w:r>
        <w:t>American convert's praise, hate traced to political Islam</w:t>
      </w:r>
    </w:p>
    <w:p>
      <w:r>
        <w:rPr>
          <w:color w:val="666666"/>
          <w:sz w:val="18"/>
        </w:rPr>
        <w:t>Islam and Peace May 03, 2015 · 1m 51s · at 26:52 · https://youtu.be/oLR98xFlQTc?t=1612</w:t>
      </w:r>
    </w:p>
    <w:p>
      <w:r>
        <w:rPr>
          <w:i/>
        </w:rPr>
        <w:t>“Wahan kai logon ne mera interview liya”</w:t>
      </w:r>
    </w:p>
    <w:p>
      <w:r>
        <w:rPr>
          <w:sz w:val="20"/>
        </w:rPr>
        <w:t>26:52  wahan kai logon ne mera interview liya,</w:t>
      </w:r>
      <w:r>
        <w:br/>
      </w:r>
      <w:r>
        <w:rPr>
          <w:sz w:val="20"/>
        </w:rPr>
        <w:t>26:56  mislan ek american apne masjid ke sath aaye, aur bohat parhe likhe thay, woh Islam qabool kar liya tha unhon ne.</w:t>
      </w:r>
      <w:r>
        <w:br/>
      </w:r>
      <w:r>
        <w:rPr>
          <w:sz w:val="20"/>
        </w:rPr>
        <w:t>27:08  to unhon ne hamari kitaab un ko mili thi, true jihad, true jihad kitaab mili thi, to us ko bohat pasand aayi thi unhon ne. to aur kitaabein bhi parhi theen, to unhon ne interview liya tafseel ke sath.</w:t>
      </w:r>
      <w:r>
        <w:br/>
      </w:r>
      <w:r>
        <w:rPr>
          <w:sz w:val="20"/>
        </w:rPr>
        <w:t>27:21  to unhon ne kaha ke aap ka jo mission hai, isi mission ki zaroorat hai aaj ki duniya mein, us ko khoob phail</w:t>
      </w:r>
      <w:r>
        <w:br/>
      </w:r>
      <w:r>
        <w:rPr>
          <w:sz w:val="20"/>
        </w:rPr>
        <w:t>27:26  aaye, aur hum sab aap ke sath hain. to dekhiye, humein hamari kabhi un se mulaqat bhi nahin hui thi, lekin unhon ne cooperation diya hum ko.</w:t>
      </w:r>
      <w:r>
        <w:br/>
      </w:r>
      <w:r>
        <w:rPr>
          <w:sz w:val="20"/>
        </w:rPr>
        <w:t>27:43  to aaj ki duniya mein jo yeh masla hai ke musalmanon mein peaceful thinking khatam ho gayi hai, aur nafrat aur tashaddud aa gaya hai,</w:t>
      </w:r>
      <w:r>
        <w:br/>
      </w:r>
      <w:r>
        <w:rPr>
          <w:sz w:val="20"/>
        </w:rPr>
        <w:t>27:54  jis ki aakhri had yeh hai ke woh suicide bombing karte hain, to un sab ki jar mein Islam ka political interpretation hai.</w:t>
      </w:r>
      <w:r>
        <w:br/>
      </w:r>
      <w:r>
        <w:rPr>
          <w:sz w:val="20"/>
        </w:rPr>
        <w:t>28:09  Islam ka political interpretation hai, jo bilashuba bilkul baseless hai, Islam se koi ta'alluq hota nahin. unhon ne Islam ko criticize kiya hai,</w:t>
      </w:r>
      <w:r>
        <w:br/>
      </w:r>
      <w:r>
        <w:rPr>
          <w:sz w:val="20"/>
        </w:rPr>
        <w:t>28:23  halankeh Islam rabbani culture ki dawat deta hai, kaun rabbani? to zaroorat hai ke is is fikr ko counter karne ke liye jawabi fikr pesh kiya jaye, aur Allah ke fazl se hum wohi kaam kar rahe hain,</w:t>
      </w:r>
    </w:p>
    <w:p>
      <w:pPr>
        <w:pStyle w:val="Heading2"/>
      </w:pPr>
      <w:r>
        <w:t>Nobody makes others' death their own reference point</w:t>
      </w:r>
    </w:p>
    <w:p>
      <w:r>
        <w:rPr>
          <w:color w:val="666666"/>
          <w:sz w:val="18"/>
        </w:rPr>
        <w:t>What is Dua (Only Lecture) April 26, 2009 Maulana Wahiduddin Khan · 2m 41s · at 38:37 · https://youtu.be/JxIR0o_C7GM?t=2317</w:t>
      </w:r>
    </w:p>
    <w:p>
      <w:r>
        <w:rPr>
          <w:i/>
        </w:rPr>
        <w:t>“Insaan marta rehta hai, log marte rehte hain”</w:t>
      </w:r>
    </w:p>
    <w:p>
      <w:r>
        <w:rPr>
          <w:sz w:val="20"/>
        </w:rPr>
        <w:t>38:37  jaise mein aik misaal deta hoon aap ko</w:t>
      </w:r>
      <w:r>
        <w:br/>
      </w:r>
      <w:r>
        <w:rPr>
          <w:sz w:val="20"/>
        </w:rPr>
        <w:t>38:42  ke insan marta rehta hai,</w:t>
      </w:r>
      <w:r>
        <w:br/>
      </w:r>
      <w:r>
        <w:rPr>
          <w:sz w:val="20"/>
        </w:rPr>
        <w:t>38:49  log marte rehte hain.</w:t>
      </w:r>
      <w:r>
        <w:br/>
      </w:r>
      <w:r>
        <w:rPr>
          <w:sz w:val="20"/>
        </w:rPr>
        <w:t>38:56  aap ne bohat se marne ke baad aap gaye honge taaziyat ke liye,</w:t>
      </w:r>
      <w:r>
        <w:br/>
      </w:r>
      <w:r>
        <w:rPr>
          <w:sz w:val="20"/>
        </w:rPr>
        <w:t>39:06  aap qabar par tajdeed takfeer ke liye gaye honge. mein bhi bohat baar gaya hoon. mein ne kisi aik insan ko nahi dekha jo is maut ko apne liye point of reference bana sake.</w:t>
      </w:r>
      <w:r>
        <w:br/>
      </w:r>
      <w:r>
        <w:rPr>
          <w:sz w:val="20"/>
        </w:rPr>
        <w:t>39:22  aaj tak mein, mein ne kam az kam nahi dekha. point of reference banana kya hai? yeh soch sake ke jis tayyab maray se mein hi bharoon ga.</w:t>
      </w:r>
      <w:r>
        <w:br/>
      </w:r>
      <w:r>
        <w:rPr>
          <w:sz w:val="20"/>
        </w:rPr>
        <w:t>39:36  is ki maut se apni maut ko relate karna, yeh soch sakna. mera bhi countdown ho raha hai.</w:t>
      </w:r>
      <w:r>
        <w:br/>
      </w:r>
      <w:r>
        <w:rPr>
          <w:sz w:val="20"/>
        </w:rPr>
        <w:t>39:46  is ka countdown jo hai, poora ho gaya to mar gaya. woh mera bhi countdown ho raha hai. to mein bhi mar jaon ga.</w:t>
      </w:r>
      <w:r>
        <w:br/>
      </w:r>
      <w:r>
        <w:rPr>
          <w:sz w:val="20"/>
        </w:rPr>
        <w:t>39:55  is ki maut ko dekh kar ke apni maut ko sochna. jis tarah woh qabar mein dala ja raha hai, mein bhi qabar mein dala jaon ga.</w:t>
      </w:r>
      <w:r>
        <w:br/>
      </w:r>
      <w:r>
        <w:rPr>
          <w:sz w:val="20"/>
        </w:rPr>
        <w:t>40:03  jis tarah woh farishtay aaye, us ko utha kar le gaye khuda ke paas, us ki rooh ko. mujhe bhi jana hai khuda ke paas. to maut ko point of reference banana.</w:t>
      </w:r>
      <w:r>
        <w:br/>
      </w:r>
      <w:r>
        <w:rPr>
          <w:sz w:val="20"/>
        </w:rPr>
        <w:t>40:15  har din log mar rahe hain. hamare ghar mein koi mar raha hai, aas paas koi mar raha hai. paper mein khabrein aati hain ke falan mar gaya. TV mein aap dekhte hain ke falan mar gaya.</w:t>
      </w:r>
      <w:r>
        <w:br/>
      </w:r>
      <w:r>
        <w:rPr>
          <w:sz w:val="20"/>
        </w:rPr>
        <w:t>40:26  har din lakhon aadmi mar rahe hain, lakhon aadmi.</w:t>
      </w:r>
      <w:r>
        <w:br/>
      </w:r>
      <w:r>
        <w:rPr>
          <w:sz w:val="20"/>
        </w:rPr>
        <w:t>40:31  magar mein ne kam az kam aisa aadmi nahi dekha ab tak itni lambi umar mein ke kisi ne maut ko apne liye point of reference banaya ho.</w:t>
      </w:r>
      <w:r>
        <w:br/>
      </w:r>
      <w:r>
        <w:rPr>
          <w:sz w:val="20"/>
        </w:rPr>
        <w:t>40:44  rasmi tor par jaate hain log taaziyat ke liye, idhar udhar ki baatein karein ge, wapas chale jayen ge.</w:t>
      </w:r>
      <w:r>
        <w:br/>
      </w:r>
      <w:r>
        <w:rPr>
          <w:sz w:val="20"/>
        </w:rPr>
        <w:t>40:51  halan ke maut sab se bara, yaani sab se bara waqia hai, sab se bara bara event hai zindagi mein jis ko hamein point of reference banana chahiye.</w:t>
      </w:r>
      <w:r>
        <w:br/>
      </w:r>
      <w:r>
        <w:rPr>
          <w:sz w:val="20"/>
        </w:rPr>
        <w:t>41:08  mein samajhta hoon ke is dunya mein maut se bara koi waqia nahi. kaise aik insan chal raha hai, phir raha hai, bol raha hai, aur phir mar jata hai.</w:t>
      </w:r>
    </w:p>
    <w:p>
      <w:pPr>
        <w:pStyle w:val="Heading2"/>
      </w:pPr>
      <w:r>
        <w:t>Ramadan for Quran study not just recitation</w:t>
      </w:r>
    </w:p>
    <w:p>
      <w:r>
        <w:rPr>
          <w:color w:val="666666"/>
          <w:sz w:val="18"/>
        </w:rPr>
        <w:t>Ramazan Month of Study of the Quran April 30, 2020 Maulana Wahiduddin Khan · 1m 10s · at 0:30 · https://youtu.be/AUSxxGBJHCk?t=30</w:t>
      </w:r>
    </w:p>
    <w:p>
      <w:r>
        <w:rPr>
          <w:i/>
        </w:rPr>
        <w:t>“Ramadan ke mahine ko Quran ke tilawat ke liye khas kiya”</w:t>
      </w:r>
    </w:p>
    <w:p>
      <w:r>
        <w:rPr>
          <w:sz w:val="20"/>
        </w:rPr>
        <w:t>0:30  ramzan ke mahine ko quran ke</w:t>
      </w:r>
      <w:r>
        <w:br/>
      </w:r>
      <w:r>
        <w:rPr>
          <w:sz w:val="20"/>
        </w:rPr>
        <w:t>0:38  tilawat ke liye khaas kiya gaya hai,</w:t>
      </w:r>
      <w:r>
        <w:br/>
      </w:r>
      <w:r>
        <w:rPr>
          <w:sz w:val="20"/>
        </w:rPr>
        <w:t>0:45  lekin tilawat ka matlab yeh nahin hai ke bas far far far far parh kar khatam kar diya jaye.</w:t>
      </w:r>
      <w:r>
        <w:br/>
      </w:r>
      <w:r>
        <w:rPr>
          <w:sz w:val="20"/>
        </w:rPr>
        <w:t>0:56  nahin, tilawat ka matlab hai study mutala.</w:t>
      </w:r>
      <w:r>
        <w:br/>
      </w:r>
      <w:r>
        <w:rPr>
          <w:sz w:val="20"/>
        </w:rPr>
        <w:t>1:09  yani quran ko kam az kam aik baar shuru se aakhir tak parha jaye, yeh samajhne ke liye ke quran ki is ki baat thi kya hai.</w:t>
      </w:r>
      <w:r>
        <w:br/>
      </w:r>
      <w:r>
        <w:rPr>
          <w:sz w:val="20"/>
        </w:rPr>
        <w:t>1:26  quran</w:t>
      </w:r>
      <w:r>
        <w:br/>
      </w:r>
      <w:r>
        <w:rPr>
          <w:sz w:val="20"/>
        </w:rPr>
        <w:t>1:28  insan ko kya message deta hai.</w:t>
      </w:r>
    </w:p>
    <w:p>
      <w:pPr>
        <w:pStyle w:val="Heading2"/>
      </w:pPr>
      <w:r>
        <w:t>Managing anger is the formula</w:t>
      </w:r>
    </w:p>
    <w:p>
      <w:r>
        <w:rPr>
          <w:color w:val="666666"/>
          <w:sz w:val="18"/>
        </w:rPr>
        <w:t>Don't Be Angry Culture January 15, 2012 Maulana Wahiduddin Khan · 1m 34s · at 58:09 · https://youtu.be/rY1Ikwmwwdk?t=3489</w:t>
      </w:r>
    </w:p>
    <w:p>
      <w:r>
        <w:rPr>
          <w:i/>
        </w:rPr>
        <w:t>“Ghusse ko manage karna seekhiye”</w:t>
      </w:r>
    </w:p>
    <w:p>
      <w:r>
        <w:rPr>
          <w:sz w:val="20"/>
        </w:rPr>
        <w:t>58:09  chahe dunya ka mamla ho, deen ka mamla ho, zaati mamla ho ya qaumi mamla ho. har jagah aap ko apne ko ghusse se bachana hai.</w:t>
      </w:r>
      <w:r>
        <w:br/>
      </w:r>
      <w:r>
        <w:rPr>
          <w:sz w:val="20"/>
        </w:rPr>
        <w:t>58:22  jaisa ke maine hadith aap ko pesh ki aap ki is khidmat mein. ke ghusse ko manage karna seekhiye. bajaye is ke ke ghusse ko aap doosron par dalna seekhein.</w:t>
      </w:r>
      <w:r>
        <w:br/>
      </w:r>
      <w:r>
        <w:rPr>
          <w:sz w:val="20"/>
        </w:rPr>
        <w:t>58:37  ghusse ko manage karna seekhiye. ghussa to aayega. hamein kya karna hai? ghusse ko manage karna. manage karne ke maane kya hain? control karna is ko.</w:t>
      </w:r>
      <w:r>
        <w:br/>
      </w:r>
      <w:r>
        <w:rPr>
          <w:sz w:val="20"/>
        </w:rPr>
        <w:t>58:47  apne andar zabt kar lena is ko. You have to manage your control. You have to manage your anger.</w:t>
      </w:r>
      <w:r>
        <w:br/>
      </w:r>
      <w:r>
        <w:rPr>
          <w:sz w:val="20"/>
        </w:rPr>
        <w:t>58:56  yeh formula hai. You have to manage your anger. yeh formula hai Islam ka.</w:t>
      </w:r>
      <w:r>
        <w:br/>
      </w:r>
      <w:r>
        <w:rPr>
          <w:sz w:val="20"/>
        </w:rPr>
        <w:t>59:05  yeh bohat hi ahem hai. har ek ke liye. har mamle ke liye. ke ghusse ko manage kijiye.</w:t>
      </w:r>
      <w:r>
        <w:br/>
      </w:r>
      <w:r>
        <w:rPr>
          <w:sz w:val="20"/>
        </w:rPr>
        <w:t>59:16  isi mein falah hai. dunya ki bhi, akhirat ki bhi. aur iman ki bhi. daawati aitbar se bhi aur doosre mamlaat mein bhi.</w:t>
      </w:r>
      <w:r>
        <w:br/>
      </w:r>
      <w:r>
        <w:rPr>
          <w:sz w:val="20"/>
        </w:rPr>
        <w:t>59:28  to ghusse ko manage karna yeh super formula hai. aap ke liye apne zindagi ke tamam mamlaat mein.</w:t>
      </w:r>
      <w:r>
        <w:br/>
      </w:r>
      <w:r>
        <w:rPr>
          <w:sz w:val="20"/>
        </w:rPr>
        <w:t>59:38  yahi mein kahunga.</w:t>
      </w:r>
    </w:p>
    <w:p>
      <w:pPr>
        <w:pStyle w:val="Heading2"/>
      </w:pPr>
      <w:r>
        <w:t>Buddha's dirty pot parable about purifying the heart first</w:t>
      </w:r>
    </w:p>
    <w:p>
      <w:r>
        <w:rPr>
          <w:color w:val="666666"/>
          <w:sz w:val="18"/>
        </w:rPr>
        <w:t>Spirituality vs Materialism July 10, 2011 Maulana Wahiduddin Khan · 2m 01s · at 1:27:40 · https://youtu.be/oLx-EARR2fI?t=5260</w:t>
      </w:r>
    </w:p>
    <w:p>
      <w:r>
        <w:rPr>
          <w:i/>
        </w:rPr>
        <w:t>“I've told this Buddha story here many times.”</w:t>
      </w:r>
    </w:p>
    <w:p>
      <w:r>
        <w:rPr>
          <w:sz w:val="20"/>
        </w:rPr>
        <w:t>1:27:40  is maamle mein main ek Gautama Buddha ka ek qissa main ne kai baar shayad bayan kiya</w:t>
      </w:r>
      <w:r>
        <w:br/>
      </w:r>
      <w:r>
        <w:rPr>
          <w:sz w:val="20"/>
        </w:rPr>
        <w:t>1:27:45  yahan par. woh mujhe bohat pasand hai. woh ke Gautama Buddha jo thay, un ka ek disciple tha. woh milk-bin tha, yaani woh doodh ka karobar us ke haan hota tha.</w:t>
      </w:r>
      <w:r>
        <w:br/>
      </w:r>
      <w:r>
        <w:rPr>
          <w:sz w:val="20"/>
        </w:rPr>
        <w:t>1:28:00  to us ne Gautama Buddha se kaha ke aap mere aaiye, main aap ko fresh milk ka tohfa doon ga aur aap se main jaan loon ga.</w:t>
      </w:r>
      <w:r>
        <w:br/>
      </w:r>
      <w:r>
        <w:rPr>
          <w:sz w:val="20"/>
        </w:rPr>
        <w:t>1:28:10  to Gautama Buddha wahan gaye aur us ne kaha ke aap apna lota ek le ke aaiye ga, bartan ek le ke aaiye ga.</w:t>
      </w:r>
      <w:r>
        <w:br/>
      </w:r>
      <w:r>
        <w:rPr>
          <w:sz w:val="20"/>
        </w:rPr>
        <w:t>1:28:15  to gaye ek bartan le kar ke. to us mein jaan boojh kar unhon ne thori si mitti daal di. to wahan ja kar ke jab unhon ne woh bartan us ko diya, us ne dekha kitni mitti hai.</w:t>
      </w:r>
      <w:r>
        <w:br/>
      </w:r>
      <w:r>
        <w:rPr>
          <w:sz w:val="20"/>
        </w:rPr>
        <w:t>1:28:27  to sab se pehle us ko khoob saaf kiya. jab saaf kiya, us ke baad us mein doodh daal kar ke Gautama Buddha ko pesh kiya. to Gautama Buddha jo hai, us ko le kar ke chalne lagay.</w:t>
      </w:r>
      <w:r>
        <w:br/>
      </w:r>
      <w:r>
        <w:rPr>
          <w:sz w:val="20"/>
        </w:rPr>
        <w:t>1:28:39  to milk-bin ne kaha ke aap kahan chale ja rahe hain? mujh</w:t>
      </w:r>
      <w:r>
        <w:br/>
      </w:r>
      <w:r>
        <w:rPr>
          <w:sz w:val="20"/>
        </w:rPr>
        <w:t>1:28:42  he to asal kaam jo tha woh jaan dena hai. woh to aap jaan to diya nahin aap ne. to Gautama Buddha ne kaha ke main ne jaan de diya tum ko. kaha woh kaise?</w:t>
      </w:r>
      <w:r>
        <w:br/>
      </w:r>
      <w:r>
        <w:rPr>
          <w:sz w:val="20"/>
        </w:rPr>
        <w:t>1:28:52  kaha ke dekho, yeh jo container hai, is mein woh polluted tha. to tum ne us ko saaf kiya, phir doodh rakha us mein.</w:t>
      </w:r>
      <w:r>
        <w:br/>
      </w:r>
      <w:r>
        <w:rPr>
          <w:sz w:val="20"/>
        </w:rPr>
        <w:t>1:29:02  to pehle container ko saaf kiya jata hai, phir us mein doodh rakha jata hai. aise hi tumhara yeh inner container jo hai, tumhare ab mail hai, us ke andar</w:t>
      </w:r>
      <w:r>
        <w:br/>
      </w:r>
      <w:r>
        <w:rPr>
          <w:sz w:val="20"/>
        </w:rPr>
        <w:t>1:29:11  nafratein hain, karwahat hai, revenge hai aur haras hai, lust hai. saaf karo us ko, tab to us mein main daal sakoon gi gyan.</w:t>
      </w:r>
      <w:r>
        <w:br/>
      </w:r>
      <w:r>
        <w:rPr>
          <w:sz w:val="20"/>
        </w:rPr>
        <w:t>1:29:23  to mujhe yeh waqia bohat pasand hai ke aadmi ka apna jo container hai, agar woh saaf hai, tab bhi Allah ka inspiration aaye ga. warna inspiration nahin aaye ga.</w:t>
      </w:r>
      <w:r>
        <w:br/>
      </w:r>
      <w:r>
        <w:rPr>
          <w:sz w:val="20"/>
        </w:rPr>
        <w:t>1:29:34  to sab se pehle aadmi apne container ko, inner container jo hai, us ko purify karna chahiye.</w:t>
      </w:r>
    </w:p>
    <w:p>
      <w:pPr>
        <w:pStyle w:val="Heading2"/>
      </w:pPr>
      <w:r>
        <w:t>صرف عجز کا ادراک ہی قابل ادراک ہے</w:t>
      </w:r>
    </w:p>
    <w:p>
      <w:r>
        <w:rPr>
          <w:color w:val="666666"/>
          <w:sz w:val="18"/>
        </w:rPr>
        <w:t>How to Receive Divine Inspiration 12 oct 2008 - Maulana Wahiduddin Khan · 1m 24s · at 25:15 · https://youtu.be/Xn1PrrS_J-c?t=1515</w:t>
      </w:r>
    </w:p>
    <w:p>
      <w:r>
        <w:rPr>
          <w:i/>
        </w:rPr>
        <w:t>“صرف ایک ہی چیز انسان کے لیے اچیویبل ہے”</w:t>
      </w:r>
    </w:p>
    <w:p>
      <w:r>
        <w:rPr>
          <w:sz w:val="20"/>
        </w:rPr>
        <w:t>25:15  deen, in in in yeh jo experience mujhe hue chand din ke andar, is se mein ne samjha ke sirf aik hi cheez insaan ke liye achievable hai, aik ke sath koi doosri cheez nahi.</w:t>
      </w:r>
      <w:r>
        <w:br/>
      </w:r>
      <w:r>
        <w:rPr>
          <w:sz w:val="20"/>
        </w:rPr>
        <w:t>25:30  woh hai jis ko Arabic mein kehte hain "ajz" , English mein kahenge "helplessness" ,</w:t>
      </w:r>
      <w:r>
        <w:br/>
      </w:r>
      <w:r>
        <w:rPr>
          <w:sz w:val="20"/>
        </w:rPr>
        <w:t>25:40  yani apni helplessness ko hum jaan lein, apne ajz ko hum jaan lein.</w:t>
      </w:r>
      <w:r>
        <w:br/>
      </w:r>
      <w:r>
        <w:rPr>
          <w:sz w:val="20"/>
        </w:rPr>
        <w:t>25:47  bas yahi yahi hai, ab yeh cheez hamare liye qabil-e-idraak, qabil-e-idraak hai. Yeh woh cheez hai jis ko hum sahi maano mein realize kar sakte hain,</w:t>
      </w:r>
      <w:r>
        <w:br/>
      </w:r>
      <w:r>
        <w:rPr>
          <w:sz w:val="20"/>
        </w:rPr>
        <w:t>26:02  apne ajz ka idraak, apni helplessness ka idraak.</w:t>
      </w:r>
      <w:r>
        <w:br/>
      </w:r>
      <w:r>
        <w:rPr>
          <w:sz w:val="20"/>
        </w:rPr>
        <w:t>26:07  to main samajhta hoon ke kaamil ajz, yani poora ka poora total sense mein helplessness, agar aadmi jaan le apne bare mein to wahi sab se bari cheez hai jo us ne is duniya mein jani.</w:t>
      </w:r>
      <w:r>
        <w:br/>
      </w:r>
      <w:r>
        <w:rPr>
          <w:sz w:val="20"/>
        </w:rPr>
        <w:t>26:29  complete helplessness,</w:t>
      </w:r>
      <w:r>
        <w:br/>
      </w:r>
      <w:r>
        <w:rPr>
          <w:sz w:val="20"/>
        </w:rPr>
        <w:t>26:35  complete helplessness.</w:t>
      </w:r>
    </w:p>
    <w:p>
      <w:pPr>
        <w:pStyle w:val="Heading2"/>
      </w:pPr>
      <w:r>
        <w:t>De-stressing by accepting creation plan</w:t>
      </w:r>
    </w:p>
    <w:p>
      <w:r>
        <w:rPr>
          <w:color w:val="666666"/>
          <w:sz w:val="18"/>
        </w:rPr>
        <w:t>The Concept of Death in Islam August 7, 2007 · 3m 07s · at 48:16 · https://youtu.be/pB0cQfYw91E?t=2896</w:t>
      </w:r>
    </w:p>
    <w:p>
      <w:r>
        <w:rPr>
          <w:i/>
        </w:rPr>
        <w:t>“The majority of people are living in tension”</w:t>
      </w:r>
    </w:p>
    <w:p>
      <w:r>
        <w:rPr>
          <w:sz w:val="20"/>
        </w:rPr>
        <w:t>48:16  All those people who live in tension, in stress—why? You know, in our present age, the majority of people are living in—the majority of people is living in tension, in stress.</w:t>
      </w:r>
      <w:r>
        <w:br/>
      </w:r>
      <w:r>
        <w:rPr>
          <w:sz w:val="20"/>
        </w:rPr>
        <w:t>48:34  Why?</w:t>
      </w:r>
      <w:r>
        <w:br/>
      </w:r>
      <w:r>
        <w:rPr>
          <w:sz w:val="20"/>
        </w:rPr>
        <w:t>48:37  The reason is very simple. The reason is very simple. They try to fulfill their desires in this world.</w:t>
      </w:r>
      <w:r>
        <w:br/>
      </w:r>
      <w:r>
        <w:rPr>
          <w:sz w:val="20"/>
        </w:rPr>
        <w:t>48:51  They are unaware that fulfillment is only in the post-death period and not in the pre-death period.</w:t>
      </w:r>
      <w:r>
        <w:br/>
      </w:r>
      <w:r>
        <w:rPr>
          <w:sz w:val="20"/>
        </w:rPr>
        <w:t>49:05  So they are going against the creation plan of God. This is the reason for all those tensions and stress.</w:t>
      </w:r>
      <w:r>
        <w:br/>
      </w:r>
      <w:r>
        <w:rPr>
          <w:sz w:val="20"/>
        </w:rPr>
        <w:t>49:17  So this is the only de-stressing formula.</w:t>
      </w:r>
      <w:r>
        <w:br/>
      </w:r>
      <w:r>
        <w:rPr>
          <w:sz w:val="20"/>
        </w:rPr>
        <w:t>49:23  The de-stressing formula is to realize, to understand the creation plan of God</w:t>
      </w:r>
      <w:r>
        <w:br/>
      </w:r>
      <w:r>
        <w:rPr>
          <w:sz w:val="20"/>
        </w:rPr>
        <w:t>49:34  . This is the de-stressing formula.</w:t>
      </w:r>
      <w:r>
        <w:br/>
      </w:r>
      <w:r>
        <w:rPr>
          <w:sz w:val="20"/>
        </w:rPr>
        <w:t>49:40  All people are living in tension and stress and try to de-stress, but they fail because they are applying the wrong formula.</w:t>
      </w:r>
      <w:r>
        <w:br/>
      </w:r>
      <w:r>
        <w:rPr>
          <w:sz w:val="20"/>
        </w:rPr>
        <w:t>49:56  The correct formula of de-stressing is to understand the creation plan of God, to accept this truth, to accept this reality that</w:t>
      </w:r>
      <w:r>
        <w:br/>
      </w:r>
      <w:r>
        <w:rPr>
          <w:sz w:val="20"/>
        </w:rPr>
        <w:t>50:17  in this present world</w:t>
      </w:r>
      <w:r>
        <w:br/>
      </w:r>
      <w:r>
        <w:rPr>
          <w:sz w:val="20"/>
        </w:rPr>
        <w:t>50:21  we have only desires. And these desires can be fulfilled only in the post-death period.</w:t>
      </w:r>
      <w:r>
        <w:br/>
      </w:r>
      <w:r>
        <w:rPr>
          <w:sz w:val="20"/>
        </w:rPr>
        <w:t>50:33  This is a reality.</w:t>
      </w:r>
      <w:r>
        <w:br/>
      </w:r>
      <w:r>
        <w:rPr>
          <w:sz w:val="20"/>
        </w:rPr>
        <w:t>50:38  So the solution lies in acceptance of this reality.</w:t>
      </w:r>
      <w:r>
        <w:br/>
      </w:r>
      <w:r>
        <w:rPr>
          <w:sz w:val="20"/>
        </w:rPr>
        <w:t>50:45  If you accept this reality, then you can live without tension and stress.</w:t>
      </w:r>
      <w:r>
        <w:br/>
      </w:r>
      <w:r>
        <w:rPr>
          <w:sz w:val="20"/>
        </w:rPr>
        <w:t>50:55  And if you fail to accept this reality, then</w:t>
      </w:r>
      <w:r>
        <w:br/>
      </w:r>
      <w:r>
        <w:rPr>
          <w:sz w:val="20"/>
        </w:rPr>
        <w:t>51:04  you are doomed to live in tension and stress.</w:t>
      </w:r>
      <w:r>
        <w:br/>
      </w:r>
      <w:r>
        <w:rPr>
          <w:sz w:val="20"/>
        </w:rPr>
        <w:t>51:12  So we must accept this reality. We must accept this reality so that we may live without tension, without stress.</w:t>
      </w:r>
    </w:p>
    <w:p>
      <w:pPr>
        <w:pStyle w:val="Heading2"/>
      </w:pPr>
      <w:r>
        <w:t>A crow's fulfillment vs. man's endless desire</w:t>
      </w:r>
    </w:p>
    <w:p>
      <w:r>
        <w:rPr>
          <w:color w:val="666666"/>
          <w:sz w:val="18"/>
        </w:rPr>
        <w:t>On Death June 08, 2014 · 2m 29s · at 41:46 · https://youtu.be/p0lSKQ0edmw?t=2506</w:t>
      </w:r>
    </w:p>
    <w:p>
      <w:r>
        <w:rPr>
          <w:i/>
        </w:rPr>
        <w:t>“Aaj subah main baitha tha, mere ghar mein ek corner hai”</w:t>
      </w:r>
    </w:p>
    <w:p>
      <w:r>
        <w:rPr>
          <w:sz w:val="20"/>
        </w:rPr>
        <w:t>41:46  aaj subah mein baitha tha, mere ghar mein ek corner hai, wahan chiriyaan aati hain.</w:t>
      </w:r>
      <w:r>
        <w:br/>
      </w:r>
      <w:r>
        <w:rPr>
          <w:sz w:val="20"/>
        </w:rPr>
        <w:t>41:53  ek kawa aaya to wahan paani rakha hua tha. kaway ka tareeqa hai ke paani jo peeta hai to ek saath nahi peeta.</w:t>
      </w:r>
      <w:r>
        <w:br/>
      </w:r>
      <w:r>
        <w:rPr>
          <w:sz w:val="20"/>
        </w:rPr>
        <w:t>42:02  kai baar woh is mein apna choanch daale ga aur piyega. chand baar piya us ne. to kaway ne chand baar aisa kiya aur paani pi kar urr gaya.</w:t>
      </w:r>
      <w:r>
        <w:br/>
      </w:r>
      <w:r>
        <w:rPr>
          <w:sz w:val="20"/>
        </w:rPr>
        <w:t>42:16  to mein ne socha ke is ko fulfillment mil gaya.</w:t>
      </w:r>
      <w:r>
        <w:br/>
      </w:r>
      <w:r>
        <w:rPr>
          <w:sz w:val="20"/>
        </w:rPr>
        <w:t>42:21  is ke andar jo fulfillment ka concept hai, insaan wala, woh hai hi nahi. is ko chand boond paani ki chahiye, woh mil gayi to bas ho gaya.</w:t>
      </w:r>
      <w:r>
        <w:br/>
      </w:r>
      <w:r>
        <w:rPr>
          <w:sz w:val="20"/>
        </w:rPr>
        <w:t>42:33  to mein ne socha ke is dunya mein sab ke liye fulfillment, fulfillment hai, insaan ke liye nahi. ab dekhiye, animal ke liye fulfillment hai, chiriyon ke liye fulfillment hai,</w:t>
      </w:r>
      <w:r>
        <w:br/>
      </w:r>
      <w:r>
        <w:rPr>
          <w:sz w:val="20"/>
        </w:rPr>
        <w:t>42:46  keere makoron ke liye fulfillment hai.</w:t>
      </w:r>
      <w:r>
        <w:br/>
      </w:r>
      <w:r>
        <w:rPr>
          <w:sz w:val="20"/>
        </w:rPr>
        <w:t>42:49  insaan jo hai, is ko fulfillment nahi milta aur un fulfilled wishes mein mar jata hai. yeh kyun?</w:t>
      </w:r>
      <w:r>
        <w:br/>
      </w:r>
      <w:r>
        <w:rPr>
          <w:sz w:val="20"/>
        </w:rPr>
        <w:t>42:59  yeh is baat ka ek, yaani ek reminder hai ke tumhare fulfillment ka saaman is dunya mein hai hi nahi.</w:t>
      </w:r>
      <w:r>
        <w:br/>
      </w:r>
      <w:r>
        <w:rPr>
          <w:sz w:val="20"/>
        </w:rPr>
        <w:t>43:08  woh to paradise mein hai.</w:t>
      </w:r>
      <w:r>
        <w:br/>
      </w:r>
      <w:r>
        <w:rPr>
          <w:sz w:val="20"/>
        </w:rPr>
        <w:t>43:12  paradise ko apna goal banao. kyunke yeh jo ehsaas hai, woh mein ne create nahin kiya. sense of desire, sense of fulfillment, yeh sab creation hai.</w:t>
      </w:r>
      <w:r>
        <w:br/>
      </w:r>
      <w:r>
        <w:rPr>
          <w:sz w:val="20"/>
        </w:rPr>
        <w:t>43:28  to jab sense of desire ko Khuda ne create kiya to fulfillment bhi zaroor create kiya us ne. aur woh hai paradise, woh hai mera habitat.</w:t>
      </w:r>
      <w:r>
        <w:br/>
      </w:r>
      <w:r>
        <w:rPr>
          <w:sz w:val="20"/>
        </w:rPr>
        <w:t>43:42  jo Quran mein hai ke "min kulli shay'in khalaqna zawjain la'allakum tadhakkaroon" . yaani har cheez pair ki shakal mein hai. to ek pair to yahan hai, sense of desire.</w:t>
      </w:r>
      <w:r>
        <w:br/>
      </w:r>
      <w:r>
        <w:rPr>
          <w:sz w:val="20"/>
        </w:rPr>
        <w:t>43:54  doosra pair kahan hai?</w:t>
      </w:r>
      <w:r>
        <w:br/>
      </w:r>
      <w:r>
        <w:rPr>
          <w:sz w:val="20"/>
        </w:rPr>
        <w:t>43:58  yeh kisi chidiya ke liye, kisi animal ke liye sawal nahin hai. insaan ke liye hai.</w:t>
      </w:r>
      <w:r>
        <w:br/>
      </w:r>
      <w:r>
        <w:rPr>
          <w:sz w:val="20"/>
        </w:rPr>
        <w:t>44:06  to ek pair, yaani sense of desire, yahan hai. sense of fulfillment jo hai, woh kahan hai? woh paradise mein hai.</w:t>
      </w:r>
    </w:p>
    <w:p>
      <w:pPr>
        <w:pStyle w:val="Heading2"/>
      </w:pPr>
      <w:r>
        <w:t>prophet Noah's 950 years of tireless work</w:t>
      </w:r>
    </w:p>
    <w:p>
      <w:r>
        <w:rPr>
          <w:color w:val="666666"/>
          <w:sz w:val="18"/>
        </w:rPr>
        <w:t>Prophetic Guidance in the Quran (English) June 18, 2007 · 2m 25s · at 19:29 · https://youtu.be/E2Iz1yfXw-g?t=1169</w:t>
      </w:r>
    </w:p>
    <w:p>
      <w:r>
        <w:rPr>
          <w:i/>
        </w:rPr>
        <w:t>“Let us take the next prophet, prophet Noah.”</w:t>
      </w:r>
    </w:p>
    <w:p>
      <w:r>
        <w:rPr>
          <w:sz w:val="20"/>
        </w:rPr>
        <w:t>19:29  then, let us take the next prophet, prophet noah. prophet noah,</w:t>
      </w:r>
      <w:r>
        <w:br/>
      </w:r>
      <w:r>
        <w:rPr>
          <w:sz w:val="20"/>
        </w:rPr>
        <w:t>19:40  according to the quran, allah</w:t>
      </w:r>
      <w:r>
        <w:br/>
      </w:r>
      <w:r>
        <w:rPr>
          <w:sz w:val="20"/>
        </w:rPr>
        <w:t>19:46  it means that no state among people up to 950 years.</w:t>
      </w:r>
      <w:r>
        <w:br/>
      </w:r>
      <w:r>
        <w:rPr>
          <w:sz w:val="20"/>
        </w:rPr>
        <w:t>20:02  allah so</w:t>
      </w:r>
      <w:r>
        <w:br/>
      </w:r>
      <w:r>
        <w:rPr>
          <w:sz w:val="20"/>
        </w:rPr>
        <w:t>20:07  no state as a dhood, as a daee, as a messenger among people up to 950 years.</w:t>
      </w:r>
      <w:r>
        <w:br/>
      </w:r>
      <w:r>
        <w:rPr>
          <w:sz w:val="20"/>
        </w:rPr>
        <w:t>20:24  and deen, what was his work?</w:t>
      </w:r>
      <w:r>
        <w:br/>
      </w:r>
      <w:r>
        <w:rPr>
          <w:sz w:val="20"/>
        </w:rPr>
        <w:t>20:31  quran says that every day and night, he was busy in the work.</w:t>
      </w:r>
      <w:r>
        <w:br/>
      </w:r>
      <w:r>
        <w:rPr>
          <w:sz w:val="20"/>
        </w:rPr>
        <w:t>20:42  every day and night, he was busy in the work.</w:t>
      </w:r>
      <w:r>
        <w:br/>
      </w:r>
      <w:r>
        <w:rPr>
          <w:sz w:val="20"/>
        </w:rPr>
        <w:t>20:50  and also, he addressed them in public as well and in private.</w:t>
      </w:r>
      <w:r>
        <w:br/>
      </w:r>
      <w:r>
        <w:rPr>
          <w:sz w:val="20"/>
        </w:rPr>
        <w:t>21:09  this was the life of the prophet no.</w:t>
      </w:r>
      <w:r>
        <w:br/>
      </w:r>
      <w:r>
        <w:rPr>
          <w:sz w:val="20"/>
        </w:rPr>
        <w:t>21:17  what is the lesson from the prophet no? the lesson is that even you find long, long life, one thousand years life.</w:t>
      </w:r>
      <w:r>
        <w:br/>
      </w:r>
      <w:r>
        <w:rPr>
          <w:sz w:val="20"/>
        </w:rPr>
        <w:t>21:31  even then, you have to engage yourself in the work.</w:t>
      </w:r>
      <w:r>
        <w:br/>
      </w:r>
      <w:r>
        <w:rPr>
          <w:sz w:val="20"/>
        </w:rPr>
        <w:t>21:39  the work is a life long duty of a believer.</w:t>
      </w:r>
      <w:r>
        <w:br/>
      </w:r>
      <w:r>
        <w:rPr>
          <w:sz w:val="20"/>
        </w:rPr>
        <w:t>21:48  the work is a life long duty of a believer.</w:t>
      </w:r>
    </w:p>
    <w:p>
      <w:pPr>
        <w:pStyle w:val="Heading2"/>
      </w:pPr>
      <w:r>
        <w:t>Arab countries mosque re-location examples</w:t>
      </w:r>
    </w:p>
    <w:p>
      <w:r>
        <w:rPr>
          <w:color w:val="666666"/>
          <w:sz w:val="18"/>
        </w:rPr>
        <w:t>Principle of Relocation Oct 12, 2019 - Maulana Wahiduddin Khan · 2m 29s · at 6:00 · https://youtu.be/hBOtijgiIUo?t=360</w:t>
      </w:r>
    </w:p>
    <w:p>
      <w:r>
        <w:rPr>
          <w:i/>
        </w:rPr>
        <w:t>“Khud Arab mulkon mein masjidon ko re-recover kiya gaya”</w:t>
      </w:r>
    </w:p>
    <w:p>
      <w:r>
        <w:rPr>
          <w:sz w:val="20"/>
        </w:rPr>
        <w:t>6:00  khud arab mulkon mein bohat si masjidon ko re-required kiya gaya hai.</w:t>
      </w:r>
      <w:r>
        <w:br/>
      </w:r>
      <w:r>
        <w:rPr>
          <w:sz w:val="20"/>
        </w:rPr>
        <w:t>6:10  aisa hua ke jab islam aaya to us waqt makka, madina chhote chhote town thay.</w:t>
      </w:r>
      <w:r>
        <w:br/>
      </w:r>
      <w:r>
        <w:rPr>
          <w:sz w:val="20"/>
        </w:rPr>
        <w:t>6:25  to jo log islam qabool kiya jinhon ne unhon ne apni sahulat ke lehaz se aas pas chhoti chhoti masjidain bana leen, apne ghar ke pas.</w:t>
      </w:r>
      <w:r>
        <w:br/>
      </w:r>
      <w:r>
        <w:rPr>
          <w:sz w:val="20"/>
        </w:rPr>
        <w:t>6:40  to jagah jagah masjidain ho gayeen. is ke baad jab aaya hai woh zamana jab ke arbon ke pas bohat paisa ho gaya, petro dollar ho gaya to unhon ne apni masjidon ki re-planning ki,</w:t>
      </w:r>
      <w:r>
        <w:br/>
      </w:r>
      <w:r>
        <w:rPr>
          <w:sz w:val="20"/>
        </w:rPr>
        <w:t>7:00  apni masjidon ki re-planning ki.</w:t>
      </w:r>
      <w:r>
        <w:br/>
      </w:r>
      <w:r>
        <w:rPr>
          <w:sz w:val="20"/>
        </w:rPr>
        <w:t>7:06  is ka saboot bas chhapi hui kitabon mein maujood hai.</w:t>
      </w:r>
      <w:r>
        <w:br/>
      </w:r>
      <w:r>
        <w:rPr>
          <w:sz w:val="20"/>
        </w:rPr>
        <w:t>7:13  re-planning ki. aur re-planning mein bohat se maqamat jahan masjidain theen unhon ne faisla kiya ke masjidon mein ya koi park bana diya jaye ya hotel bana diya jaye ya</w:t>
      </w:r>
      <w:r>
        <w:br/>
      </w:r>
      <w:r>
        <w:rPr>
          <w:sz w:val="20"/>
        </w:rPr>
        <w:t>7:34  mukhtalif qism ki jo hoti hain zaruraten hain is ke mutabiq bana diya jaye. aur aisa kiya gaya.</w:t>
      </w:r>
      <w:r>
        <w:br/>
      </w:r>
      <w:r>
        <w:rPr>
          <w:sz w:val="20"/>
        </w:rPr>
        <w:t>7:43  aisa kiya gaya. hatta ke khud masjid haram jo hai us ke ain pas ek masjid thi jis ka naam tha masjid bilal.</w:t>
      </w:r>
      <w:r>
        <w:br/>
      </w:r>
      <w:r>
        <w:rPr>
          <w:sz w:val="20"/>
        </w:rPr>
        <w:t>7:55  yani jo masjid thay haram ke un ke naam par us ko utha diya gaya aur kisi doosri jagah masjid bilal ke naam se ek masjid bana di gayi.</w:t>
      </w:r>
      <w:r>
        <w:br/>
      </w:r>
      <w:r>
        <w:rPr>
          <w:sz w:val="20"/>
        </w:rPr>
        <w:t>8:13  re-required kiya gaya. main is se bari misal deta hoon aap ko ke re-location ka concept bilkul ain durust tha, ain islami tha.</w:t>
      </w:r>
    </w:p>
    <w:p>
      <w:pPr>
        <w:pStyle w:val="Heading2"/>
      </w:pPr>
      <w:r>
        <w:t>World is a testing ground for test</w:t>
      </w:r>
    </w:p>
    <w:p>
      <w:r>
        <w:rPr>
          <w:color w:val="666666"/>
          <w:sz w:val="18"/>
        </w:rPr>
        <w:t>Result Oriented Life 23 Jan, 08 - Maulana Wahiduddin Khan · 2m 09s · at 31:47 · https://youtu.be/eA6rtcPn-rY?t=1907</w:t>
      </w:r>
    </w:p>
    <w:p>
      <w:r>
        <w:rPr>
          <w:i/>
        </w:rPr>
        <w:t>“Why it is that God has given both faculties?”</w:t>
      </w:r>
    </w:p>
    <w:p>
      <w:r>
        <w:rPr>
          <w:sz w:val="20"/>
        </w:rPr>
        <w:t>31:47  why? why it is that god has given both the faculties? i would like to see that you can explain this by saying the crucial plan of god.</w:t>
      </w:r>
      <w:r>
        <w:br/>
      </w:r>
      <w:r>
        <w:rPr>
          <w:sz w:val="20"/>
        </w:rPr>
        <w:t>32:05  according to gods crucial plan, man was born for test. so, here in this world, we are in, in test.</w:t>
      </w:r>
      <w:r>
        <w:br/>
      </w:r>
      <w:r>
        <w:rPr>
          <w:sz w:val="20"/>
        </w:rPr>
        <w:t>32:16  das world is a testing ground. everything is a test paper. your friend are your test paper.</w:t>
      </w:r>
      <w:r>
        <w:br/>
      </w:r>
      <w:r>
        <w:rPr>
          <w:sz w:val="20"/>
        </w:rPr>
        <w:t>32:26  your family is your test paper. your money is your test paper. everything is a test paper.</w:t>
      </w:r>
      <w:r>
        <w:br/>
      </w:r>
      <w:r>
        <w:rPr>
          <w:sz w:val="20"/>
        </w:rPr>
        <w:t>32:35  your mind is your test paper. your body, your mind are your test paper. your house is your test paper.</w:t>
      </w:r>
      <w:r>
        <w:br/>
      </w:r>
      <w:r>
        <w:rPr>
          <w:sz w:val="20"/>
        </w:rPr>
        <w:t>32:46  your friend or foe both are your test paper.</w:t>
      </w:r>
      <w:r>
        <w:br/>
      </w:r>
      <w:r>
        <w:rPr>
          <w:sz w:val="20"/>
        </w:rPr>
        <w:t>32:53  so, you have to know this, this aspect of the crucial plan of god. all these things which you enjoy in this world are not as blessing.</w:t>
      </w:r>
      <w:r>
        <w:br/>
      </w:r>
      <w:r>
        <w:rPr>
          <w:sz w:val="20"/>
        </w:rPr>
        <w:t>33:07  nothing is as blessing. the blessing period is in the hereafter, in the world hereafter. this world is not for blessing.</w:t>
      </w:r>
      <w:r>
        <w:br/>
      </w:r>
      <w:r>
        <w:rPr>
          <w:sz w:val="20"/>
        </w:rPr>
        <w:t>33:19  god has divided our life into parts: pre death period and post death period. so, blessing period is.</w:t>
      </w:r>
      <w:r>
        <w:br/>
      </w:r>
      <w:r>
        <w:rPr>
          <w:sz w:val="20"/>
        </w:rPr>
        <w:t>33:29  so, blessing period lies in the, in the world hereafter. this world is not for blessing. this world is just for test.</w:t>
      </w:r>
      <w:r>
        <w:br/>
      </w:r>
      <w:r>
        <w:rPr>
          <w:sz w:val="20"/>
        </w:rPr>
        <w:t>33:43  so, everything here is test. poverty is a test. and if you are rich, if you are rich, then also you are in the test.</w:t>
      </w:r>
    </w:p>
    <w:p>
      <w:pPr>
        <w:pStyle w:val="Heading2"/>
      </w:pPr>
      <w:r>
        <w:t>Muslims blame enemies instead of examining their own lost wisdom</w:t>
      </w:r>
    </w:p>
    <w:p>
      <w:r>
        <w:rPr>
          <w:color w:val="666666"/>
          <w:sz w:val="18"/>
        </w:rPr>
        <w:t>Deep Thinking April 3, 2014 Maulana Wahiduddin Khan · 2m 34s · at 17:00 · https://youtu.be/1DvZY_4ddps?t=1020</w:t>
      </w:r>
    </w:p>
    <w:p>
      <w:r>
        <w:rPr>
          <w:i/>
        </w:rPr>
        <w:t>“Aaj kal Musalman jagah jagah shikayatein kar rahe hain”</w:t>
      </w:r>
    </w:p>
    <w:p>
      <w:r>
        <w:rPr>
          <w:sz w:val="20"/>
        </w:rPr>
        <w:t>16:59  gehri danishmandi ke</w:t>
      </w:r>
      <w:r>
        <w:br/>
      </w:r>
      <w:r>
        <w:rPr>
          <w:sz w:val="20"/>
        </w:rPr>
        <w:t>17:00  sath planning ki. aaj kal aap dekhiye, musalman jagah jagah shikayatein kar rahe hain, jagah jagah un ko museebatein pesh aa rahi hain, aur shikayat karte hain ke yeh log zalim hain, yeh log sazishi hain,</w:t>
      </w:r>
      <w:r>
        <w:br/>
      </w:r>
      <w:r>
        <w:rPr>
          <w:sz w:val="20"/>
        </w:rPr>
        <w:t>17:14  yeh log islam dushman hain. yeh sab galat baat hai. is hadith se sabit hota hai ke musalmanon mein tafaqqah khatm ho gaya hai, gehri gehri hikmat khatm ho gayi,</w:t>
      </w:r>
      <w:r>
        <w:br/>
      </w:r>
      <w:r>
        <w:rPr>
          <w:sz w:val="20"/>
        </w:rPr>
        <w:t>17:28  aur isi ki woh prize de rahe hain,</w:t>
      </w:r>
      <w:r>
        <w:br/>
      </w:r>
      <w:r>
        <w:rPr>
          <w:sz w:val="20"/>
        </w:rPr>
        <w:t>17:31  isi ki prize de rahe hain.</w:t>
      </w:r>
      <w:r>
        <w:br/>
      </w:r>
      <w:r>
        <w:rPr>
          <w:sz w:val="20"/>
        </w:rPr>
        <w:t>17:36  to jahan jahan musalmanon ko aise masail pesh aa rahe hain jis ko woh zulm ke taabeer karte hain, wahan un ko yeh sochna chahiye ke hum ne kahan hikmat kho di,</w:t>
      </w:r>
      <w:r>
        <w:br/>
      </w:r>
      <w:r>
        <w:rPr>
          <w:sz w:val="20"/>
        </w:rPr>
        <w:t>17:51  kahan hum ne tawaqqu se mehroom ho gaya, kahan aisa hua ke hum ne deep thinking se kaam nahi liya.</w:t>
      </w:r>
      <w:r>
        <w:br/>
      </w:r>
      <w:r>
        <w:rPr>
          <w:sz w:val="20"/>
        </w:rPr>
        <w:t>18:00  yeh sochna ke kaam hai, yeh soch, yeh sochna chahiye.</w:t>
      </w:r>
      <w:r>
        <w:br/>
      </w:r>
      <w:r>
        <w:rPr>
          <w:sz w:val="20"/>
        </w:rPr>
        <w:t>18:10  to yeh bohat hi zyada aham baat hai jo hadith riwayat ki gayi hai ke agar tum</w:t>
      </w:r>
      <w:r>
        <w:br/>
      </w:r>
      <w:r>
        <w:rPr>
          <w:sz w:val="20"/>
        </w:rPr>
        <w:t>18:19  rasool Allah ke namune ki pairwi karoge to tumhare andar tawaqqu aayega, deep thinking aayegi,</w:t>
      </w:r>
      <w:r>
        <w:br/>
      </w:r>
      <w:r>
        <w:rPr>
          <w:sz w:val="20"/>
        </w:rPr>
        <w:t>18:29  wise thinking aayegi, wisdom aayegi, hikmat aayegi.</w:t>
      </w:r>
      <w:r>
        <w:br/>
      </w:r>
      <w:r>
        <w:rPr>
          <w:sz w:val="20"/>
        </w:rPr>
        <w:t>18:38  aisi halat mein jab bhi aisa ho ke tum mehsoos karo ke tumhare par aise log ghalib aa gaye hain jo ke tum zalim samajhte ho, to kabhi bhi yeh mat samjho ke un ke woh zulmat tumhare par ghalib</w:t>
      </w:r>
      <w:r>
        <w:br/>
      </w:r>
      <w:r>
        <w:rPr>
          <w:sz w:val="20"/>
        </w:rPr>
        <w:t>18:54  ho gaye. nahi, is ka sabab hamesha yeh hoga ke adam tawaqqu tumhare apne andar, tumhare apne andar deep thinking ki kami,</w:t>
      </w:r>
      <w:r>
        <w:br/>
      </w:r>
      <w:r>
        <w:rPr>
          <w:sz w:val="20"/>
        </w:rPr>
        <w:t>19:07  tumhare apne andar gehri samajh ki kami, tumhare apne andar gehri planning ki kami.</w:t>
      </w:r>
      <w:r>
        <w:br/>
      </w:r>
      <w:r>
        <w:rPr>
          <w:sz w:val="20"/>
        </w:rPr>
        <w:t>19:19  kyunke jahan tawaqqu hoga, wahan gehri planning hogi.</w:t>
      </w:r>
      <w:r>
        <w:br/>
      </w:r>
      <w:r>
        <w:rPr>
          <w:sz w:val="20"/>
        </w:rPr>
        <w:t>19:24  jahan deep thinking hogi, wahan gehri planning hogi.</w:t>
      </w:r>
    </w:p>
    <w:p>
      <w:pPr>
        <w:pStyle w:val="Heading2"/>
      </w:pPr>
      <w:r>
        <w:t>Ontology's failure versus Quran's claim of purposeful creation</w:t>
      </w:r>
    </w:p>
    <w:p>
      <w:r>
        <w:rPr>
          <w:color w:val="666666"/>
          <w:sz w:val="18"/>
        </w:rPr>
        <w:t>The Philosophy of Creation 16 Oct 2011 · 1m 36s · at 2:17 · https://youtu.be/Bp5C5jpFz-o?t=137</w:t>
      </w:r>
    </w:p>
    <w:p>
      <w:r>
        <w:rPr>
          <w:i/>
        </w:rPr>
        <w:t>“Sara falsafiyana adab is sawal ka jawab nahi de saka”</w:t>
      </w:r>
    </w:p>
    <w:p>
      <w:r>
        <w:rPr>
          <w:sz w:val="20"/>
        </w:rPr>
        <w:t>2:17  dekhiye, quran mein hai surah al mominoon mein, chapter number 23 mein: "af khalaq af hasibtum innama khalaqnakum wa annakum ilayna la turjaun".</w:t>
      </w:r>
      <w:r>
        <w:br/>
      </w:r>
      <w:r>
        <w:rPr>
          <w:sz w:val="20"/>
        </w:rPr>
        <w:t>2:36  do you think we have created created you without purpose</w:t>
      </w:r>
      <w:r>
        <w:br/>
      </w:r>
      <w:r>
        <w:rPr>
          <w:sz w:val="20"/>
        </w:rPr>
        <w:t>2:44  ? kya tum samajhte ho ke hum ne tum ko paida kiya be maqsad, hbs? to quran ka yeh challenge hai ke Allah ki takhleeq jo hai, woh ba maqsad takhleeq hai, hbs nahi hai.</w:t>
      </w:r>
      <w:r>
        <w:br/>
      </w:r>
      <w:r>
        <w:rPr>
          <w:sz w:val="20"/>
        </w:rPr>
        <w:t>2:58  lekin poori tareekh mein jo philosophers hain, jo reformers hain, jo muslehain hain, jo thinkers hain, woh direct ya indirect yahi samajhte rahe ke kainat ka koi purpose nahi hai.</w:t>
      </w:r>
      <w:r>
        <w:br/>
      </w:r>
      <w:r>
        <w:rPr>
          <w:sz w:val="20"/>
        </w:rPr>
        <w:t>3:15  yeh bohat bara challenge hai deen toheed ke khilaaf</w:t>
      </w:r>
      <w:r>
        <w:br/>
      </w:r>
      <w:r>
        <w:rPr>
          <w:sz w:val="20"/>
        </w:rPr>
        <w:t>3:23  . hum yeh mante hain ke is kainat ko Allah ne paida kiya ba maani taur par, ba maqsad taur par. lekin mazhab se bahar jo studies hoti hain, philosophy mein, metaphysics mein,</w:t>
      </w:r>
      <w:r>
        <w:br/>
      </w:r>
      <w:r>
        <w:rPr>
          <w:sz w:val="20"/>
        </w:rPr>
        <w:t>3:39  aur doosre shobon mein, un ka mutafqa yeh yeh faisla hai ke is kainat ka koi maqsad nahi hai.</w:t>
      </w:r>
    </w:p>
    <w:p>
      <w:pPr>
        <w:pStyle w:val="Heading2"/>
      </w:pPr>
      <w:r>
        <w:t>Satan's refusal repeats as Muslim hostility to the West</w:t>
      </w:r>
    </w:p>
    <w:p>
      <w:r>
        <w:rPr>
          <w:color w:val="666666"/>
          <w:sz w:val="18"/>
        </w:rPr>
        <w:t>Realisation of God January 19, 2014 · 2m 20s · at 19:48 · https://youtu.be/uIn3AfDkk6Y?t=1188</w:t>
      </w:r>
    </w:p>
    <w:p>
      <w:r>
        <w:rPr>
          <w:i/>
        </w:rPr>
        <w:t>“This was the very first crime Satan committed”</w:t>
      </w:r>
    </w:p>
    <w:p>
      <w:r>
        <w:rPr>
          <w:sz w:val="20"/>
        </w:rPr>
        <w:t>19:48  dekhein, yeh sab se pehla yeh jurm shaitan ne kiya tha, Iblees ne.</w:t>
      </w:r>
      <w:r>
        <w:br/>
      </w:r>
      <w:r>
        <w:rPr>
          <w:sz w:val="20"/>
        </w:rPr>
        <w:t>19:56  kya hua tha? aap jante hain, Quran mein padha ke Allah taala ne hukum diya ke farishton ko sab ko ke Adam ke aage jhuk jao.</w:t>
      </w:r>
      <w:r>
        <w:br/>
      </w:r>
      <w:r>
        <w:rPr>
          <w:sz w:val="20"/>
        </w:rPr>
        <w:t>20:07  toh shaitan ne nahi jhuka, yaani us ne Allah Rab ul Alameen ki baṛai ka eteraaf nahi kiya.</w:t>
      </w:r>
      <w:r>
        <w:br/>
      </w:r>
      <w:r>
        <w:rPr>
          <w:sz w:val="20"/>
        </w:rPr>
        <w:t>20:15  yaani woh yeh nahi keh saka ke khudaaya tu malik hai, main tera banda hoon. jhukne ka matlab kya hai? jab aap jhukte hain Allah ke aage toh aap kehte hain ke khudaaya tu mera khaliq hai, main tera makhlooq hoon.</w:t>
      </w:r>
      <w:r>
        <w:br/>
      </w:r>
      <w:r>
        <w:rPr>
          <w:sz w:val="20"/>
        </w:rPr>
        <w:t>20:30  khudaaya tu mera malik hai, main tera banda hoon. khudaaya tu bada hai, main chhota hoon. khudaaya tu akbar hai, main asghar hoon. yeh shaitan na kar saka.</w:t>
      </w:r>
      <w:r>
        <w:br/>
      </w:r>
      <w:r>
        <w:rPr>
          <w:sz w:val="20"/>
        </w:rPr>
        <w:t>20:42  yeh poori tareekh mein yahi ho raha hai. amal dekhiye, Allah Rab ul Alameen ki koi kitaab bhi likhi gayi thi, amal yeh ho raha hai.</w:t>
      </w:r>
      <w:r>
        <w:br/>
      </w:r>
      <w:r>
        <w:rPr>
          <w:sz w:val="20"/>
        </w:rPr>
        <w:t>20:54  aur pehli baar Allah Rab ul Alameen ne Al Maghrib ko yeh tofeeq di ke woh uloom ko daryaft karein jin uloom mein yeh chupa hua tha, jis ko main keh raha hoon intellectual base framework.</w:t>
      </w:r>
      <w:r>
        <w:br/>
      </w:r>
      <w:r>
        <w:rPr>
          <w:sz w:val="20"/>
        </w:rPr>
        <w:t>21:11  isko jab unhon ne daryaft kar ke logon ke samne rakha toh us waqt dushman ban gaye apne kuch political asbab se, apne qaumi asbab se, political asbab se.</w:t>
      </w:r>
      <w:r>
        <w:br/>
      </w:r>
      <w:r>
        <w:rPr>
          <w:sz w:val="20"/>
        </w:rPr>
        <w:t>21:22  main kehta hoon ke musalmanon ke qaumi asbab mein koi haqeeqat nahi hai. musalmanon ke political asbab mein koi haqeeqat nahi hai. agar Al Maghrib ne musalmanon ke empire ko toda tha toh koi haqeeqat nahi hai.</w:t>
      </w:r>
      <w:r>
        <w:br/>
      </w:r>
      <w:r>
        <w:rPr>
          <w:sz w:val="20"/>
        </w:rPr>
        <w:t>21:37  main saaf kehta hoon, jis aasman ke neeche aur zameen ke upar sari kainat sun le yeh baat ke agar Al Maghrib ne musalmanon ke empire ko toda tha, musalmanon ki hukumat par apna ghalba qaim kiya</w:t>
      </w:r>
      <w:r>
        <w:br/>
      </w:r>
      <w:r>
        <w:rPr>
          <w:sz w:val="20"/>
        </w:rPr>
        <w:t>21:51  tha toh koi haqeeqat nahi hai in cheezon ki. ek lamha bhi aap ko is ko yaad rakhein toh yeh behad ek haq nahi aap ko yaad rakhein kyunke un ka jo doosra karname hai, us ko yaad kijiye.</w:t>
      </w:r>
    </w:p>
    <w:p>
      <w:pPr>
        <w:pStyle w:val="Heading2"/>
      </w:pPr>
      <w:r>
        <w:t>Why peace must come before justice, not after</w:t>
      </w:r>
    </w:p>
    <w:p>
      <w:r>
        <w:rPr>
          <w:color w:val="666666"/>
          <w:sz w:val="18"/>
        </w:rPr>
        <w:t>Islam A Religion of Peace January 7, 2010 Maulana Wahiduddin Khan · 2m 13s · at 30:56 · https://youtu.be/L3qaWEfRY6o?t=1856</w:t>
      </w:r>
    </w:p>
    <w:p>
      <w:r>
        <w:rPr>
          <w:i/>
        </w:rPr>
        <w:t>“Islam tries to establish peace, peace at any cost.”</w:t>
      </w:r>
    </w:p>
    <w:p>
      <w:r>
        <w:rPr>
          <w:sz w:val="20"/>
        </w:rPr>
        <w:t>30:56  deen islam tries to establish peace, peace at any cost. peace at any cost. there are some people who see those people who are engaged in violence in the name of jihad.</w:t>
      </w:r>
      <w:r>
        <w:br/>
      </w:r>
      <w:r>
        <w:rPr>
          <w:sz w:val="20"/>
        </w:rPr>
        <w:t>31:15  if you ask why you are engaged in violence, why? they would say that we want, want justice.</w:t>
      </w:r>
      <w:r>
        <w:br/>
      </w:r>
      <w:r>
        <w:rPr>
          <w:sz w:val="20"/>
        </w:rPr>
        <w:t>31:27  give us justice, i will give you peace. we are deprived of justice. so give us justice, i will, will give you peace.</w:t>
      </w:r>
      <w:r>
        <w:br/>
      </w:r>
      <w:r>
        <w:rPr>
          <w:sz w:val="20"/>
        </w:rPr>
        <w:t>31:39  but this is wrong proposition. because justice is part of opportunity and not part of peace.</w:t>
      </w:r>
      <w:r>
        <w:br/>
      </w:r>
      <w:r>
        <w:rPr>
          <w:sz w:val="20"/>
        </w:rPr>
        <w:t>31:50  the, the national, the formula, the, the law of nature is that first of all you have to establish peace.</w:t>
      </w:r>
      <w:r>
        <w:br/>
      </w:r>
      <w:r>
        <w:rPr>
          <w:sz w:val="20"/>
        </w:rPr>
        <w:t>32:00  then there are so many opportunities. and by availing this opportunities, you can achieve justice.</w:t>
      </w:r>
      <w:r>
        <w:br/>
      </w:r>
      <w:r>
        <w:rPr>
          <w:sz w:val="20"/>
        </w:rPr>
        <w:t>32:09  this is the formula of nature.</w:t>
      </w:r>
      <w:r>
        <w:br/>
      </w:r>
      <w:r>
        <w:rPr>
          <w:sz w:val="20"/>
        </w:rPr>
        <w:t>32:15  you can't not achieve justice with, with, with violence. not at all. no one in history was able to achieve justice through war, through violence.</w:t>
      </w:r>
      <w:r>
        <w:br/>
      </w:r>
      <w:r>
        <w:rPr>
          <w:sz w:val="20"/>
        </w:rPr>
        <w:t>32:30  justice is the result of your own endeavor, your own struggle. so the real formula according to islamic teaching is that first of all you have to establish peace at any cost.</w:t>
      </w:r>
      <w:r>
        <w:br/>
      </w:r>
      <w:r>
        <w:rPr>
          <w:sz w:val="20"/>
        </w:rPr>
        <w:t>32:46  because peace opens the door of opportunity. peace opens the door of opportunity. and by availing this opportunities, you can achieve all those things you, you want.</w:t>
      </w:r>
      <w:r>
        <w:br/>
      </w:r>
      <w:r>
        <w:rPr>
          <w:sz w:val="20"/>
        </w:rPr>
        <w:t>33:03  like, like justice and all other things.</w:t>
      </w:r>
    </w:p>
    <w:p>
      <w:pPr>
        <w:pStyle w:val="Heading2"/>
      </w:pPr>
      <w:r>
        <w:t>Spiritual corner, birds flying, freedom question, Rousseau</w:t>
      </w:r>
    </w:p>
    <w:p>
      <w:r>
        <w:rPr>
          <w:color w:val="666666"/>
          <w:sz w:val="18"/>
        </w:rPr>
        <w:t>Non Confrontational Method May 04, 2014 Maulana Wahiduddin Khan · 2m 00s · at 0:59 · https://youtu.be/uioEZUeFxLg?t=59</w:t>
      </w:r>
    </w:p>
    <w:p>
      <w:r>
        <w:rPr>
          <w:i/>
        </w:rPr>
        <w:t>“There's a corner behind my house that faces a park.”</w:t>
      </w:r>
    </w:p>
    <w:p>
      <w:r>
        <w:rPr>
          <w:sz w:val="20"/>
        </w:rPr>
        <w:t>0:59  c 29 jahan mein rehta hoon, is ke back mein aik corner hai jo face karta hai aik park ko۔</w:t>
      </w:r>
      <w:r>
        <w:br/>
      </w:r>
      <w:r>
        <w:rPr>
          <w:sz w:val="20"/>
        </w:rPr>
        <w:t>1:14  to aksar mein is corner par baithta hoon, is ko mein spiritual corner kehta hoon۔</w:t>
      </w:r>
      <w:r>
        <w:br/>
      </w:r>
      <w:r>
        <w:rPr>
          <w:sz w:val="20"/>
        </w:rPr>
        <w:t>1:22  to wahan par jo scene hai, woh yeh hai ke darakht hain, sabza hai, khula aasman hai۔</w:t>
      </w:r>
      <w:r>
        <w:br/>
      </w:r>
      <w:r>
        <w:rPr>
          <w:sz w:val="20"/>
        </w:rPr>
        <w:t>1:35  to wahan mein baitha hua tha, mein ne dekha ke oopar fiza mein chiriyaan urr rahi hain۔</w:t>
      </w:r>
      <w:r>
        <w:br/>
      </w:r>
      <w:r>
        <w:rPr>
          <w:sz w:val="20"/>
        </w:rPr>
        <w:t>1:47  bohat chiriyaan idhar se aa rahi hain, idhar se ja rahi hain۔</w:t>
      </w:r>
      <w:r>
        <w:br/>
      </w:r>
      <w:r>
        <w:rPr>
          <w:sz w:val="20"/>
        </w:rPr>
        <w:t>1:51  to mein ne socha ke is dunya mein kya azaadi, freedom, chirioun ke liye hai, insaan ke liye nahi hai؟</w:t>
      </w:r>
      <w:r>
        <w:br/>
      </w:r>
      <w:r>
        <w:rPr>
          <w:sz w:val="20"/>
        </w:rPr>
        <w:t>2:04  aik anokha sawal mere zehan mein aaya</w:t>
      </w:r>
      <w:r>
        <w:br/>
      </w:r>
      <w:r>
        <w:rPr>
          <w:sz w:val="20"/>
        </w:rPr>
        <w:t>2:12  ke chiriyaan jo hain, woh un ko freedom mila hua hai,</w:t>
      </w:r>
      <w:r>
        <w:br/>
      </w:r>
      <w:r>
        <w:rPr>
          <w:sz w:val="20"/>
        </w:rPr>
        <w:t>2:17  khuli fizaon mein urr rahi hain۔ to kya insaan ko freedom nahi؟ phir mujhe yaad aaya ke france ke philosopher ne kitaab likhi thi،</w:t>
      </w:r>
      <w:r>
        <w:br/>
      </w:r>
      <w:r>
        <w:rPr>
          <w:sz w:val="20"/>
        </w:rPr>
        <w:t>2:34  social contract۔ yeh kitaab shuru hui thi is sentence se: "man was born free, but i see him in chains۔"</w:t>
      </w:r>
      <w:r>
        <w:br/>
      </w:r>
      <w:r>
        <w:rPr>
          <w:sz w:val="20"/>
        </w:rPr>
        <w:t>2:48  insaan azaad paida hua tha, magar mein is ko zanjeeron mein jakra hua dekhta hoon۔</w:t>
      </w:r>
    </w:p>
    <w:p>
      <w:pPr>
        <w:pStyle w:val="Heading2"/>
      </w:pPr>
      <w:r>
        <w:t>the first and last dua of humanity</w:t>
      </w:r>
    </w:p>
    <w:p>
      <w:r>
        <w:rPr>
          <w:color w:val="666666"/>
          <w:sz w:val="18"/>
        </w:rPr>
        <w:t>Powerful Life-Changing Quranic Duas with Explanation (English) October 27, 2024 · 1m 30s · at 5:40 · https://youtu.be/4cYteSjPIKw?t=340</w:t>
      </w:r>
    </w:p>
    <w:p>
      <w:r>
        <w:rPr>
          <w:i/>
        </w:rPr>
        <w:t>“I will take the first dua, which was actually the first dua of humanity.”</w:t>
      </w:r>
    </w:p>
    <w:p>
      <w:r>
        <w:rPr>
          <w:sz w:val="20"/>
        </w:rPr>
        <w:t>5:40  so a'yiltakdafrst dua, vchazakchulida frst duaafdaahiyumanti. didua'vch Allah tatadmayandayu: "qala rabana zalamna anfusana, wal ataghfir lana wa tarhamna lanakun min al-khasir</w:t>
      </w:r>
      <w:r>
        <w:br/>
      </w:r>
      <w:r>
        <w:rPr>
          <w:sz w:val="20"/>
        </w:rPr>
        <w:t>6:00  in". O Lord, we wronged ourselves, and if You will not have mercy on us, and You will not forgive us and have mercy on us, we will be among the lost. So that's the prayer which Allah taught to Adam and Eve,</w:t>
      </w:r>
      <w:r>
        <w:br/>
      </w:r>
      <w:r>
        <w:rPr>
          <w:sz w:val="20"/>
        </w:rPr>
        <w:t>6:19  and we can see that that's the first dua of the humanity.</w:t>
      </w:r>
      <w:r>
        <w:br/>
      </w:r>
      <w:r>
        <w:rPr>
          <w:sz w:val="20"/>
        </w:rPr>
        <w:t>6:25  . But after thinking, we will realize that that's the last dua of the humanity as well. And on the Day of Judgment, standing before God, and witnessing His blessings, man can only confess and acknowledge his wrongdoings, his mistakes.</w:t>
      </w:r>
      <w:r>
        <w:br/>
      </w:r>
      <w:r>
        <w:rPr>
          <w:sz w:val="20"/>
        </w:rPr>
        <w:t>6:54  . so hivvilnatbia'bltusaynitheksptsiynagdsdua:"rab nazalamna anfusana, wal ataghfir lana wa tarhamna lanakun min al-khasirin".</w:t>
      </w:r>
    </w:p>
    <w:p>
      <w:pPr>
        <w:pStyle w:val="Heading2"/>
      </w:pPr>
      <w:r>
        <w:t>Noah preached truth patiently for 950 years</w:t>
      </w:r>
    </w:p>
    <w:p>
      <w:r>
        <w:rPr>
          <w:color w:val="666666"/>
          <w:sz w:val="18"/>
        </w:rPr>
        <w:t>The Prophetic Guidance February 18, 2007 · 1m 39s · at 53:32 · https://youtu.be/5K7MiAVqNNA?t=3212</w:t>
      </w:r>
    </w:p>
    <w:p>
      <w:r>
        <w:rPr>
          <w:i/>
        </w:rPr>
        <w:t>“Hazrat Nooh saadhe nau sau saal tak sachai phailate rahe”</w:t>
      </w:r>
    </w:p>
    <w:p>
      <w:r>
        <w:rPr>
          <w:sz w:val="20"/>
        </w:rPr>
        <w:t>53:32  phir aap dekhiye hazrat nuh ka zamana aata hai.</w:t>
      </w:r>
      <w:r>
        <w:br/>
      </w:r>
      <w:r>
        <w:rPr>
          <w:sz w:val="20"/>
        </w:rPr>
        <w:t>53:37  hazrat nuh jo nabi the. saade nau sau saal tak woh dunya mein rahe. aur logon ko sachai ki baat batate rahe.</w:t>
      </w:r>
      <w:r>
        <w:br/>
      </w:r>
      <w:r>
        <w:rPr>
          <w:sz w:val="20"/>
        </w:rPr>
        <w:t>53:48  saade nau sau saal tak. is mein ata himmat milti hai. ata hausla milti hai. ke sainkaron saal tak bhi agar mujhe zindagi mile to mujhe sachai ki baat phailate rehna hai phailate rehna hai phailate rehna hai.</w:t>
      </w:r>
      <w:r>
        <w:br/>
      </w:r>
      <w:r>
        <w:rPr>
          <w:sz w:val="20"/>
        </w:rPr>
        <w:t>54:04  kabhi kabhi bhi mayoosi mein nahi padna hai. kabhi niraash mein nahi padna hai.</w:t>
      </w:r>
      <w:r>
        <w:br/>
      </w:r>
      <w:r>
        <w:rPr>
          <w:sz w:val="20"/>
        </w:rPr>
        <w:t>54:11  bataiye niraash koi sawal nahi. mayoosi koi sawal nahi. sachai ki baat ko phailate raho phailate raho phailate raho. chahe sainkaron saal beet jayein.</w:t>
      </w:r>
      <w:r>
        <w:br/>
      </w:r>
      <w:r>
        <w:rPr>
          <w:sz w:val="20"/>
        </w:rPr>
        <w:t>54:22  kya is se bari koi baat ho sakti hai bataiye. hadon kya milta hai humein. is Allah ke bande ne saade nau sau saal tak aap zara ghor kijiye.</w:t>
      </w:r>
      <w:r>
        <w:br/>
      </w:r>
      <w:r>
        <w:rPr>
          <w:sz w:val="20"/>
        </w:rPr>
        <w:t>54:34  sachai ka paigham phailata raha woh dua karta raha. sum alamt lahum wa asrart lahum israra woh banda Khuda kehta hai ke maine in ko awami taur par kaha private mein kaha.</w:t>
      </w:r>
      <w:r>
        <w:br/>
      </w:r>
      <w:r>
        <w:rPr>
          <w:sz w:val="20"/>
        </w:rPr>
        <w:t>54:48  har jagah kaha har jagah bataya samjhaya un ko. is mein hum ko ek kitni bari roshni milti hai. ke sachai ka paigham aisi cheez nahi ke aap chhod dein do char din ke andar aur niraash mein pad jayein.</w:t>
      </w:r>
      <w:r>
        <w:br/>
      </w:r>
      <w:r>
        <w:rPr>
          <w:sz w:val="20"/>
        </w:rPr>
        <w:t>55:01  phailate rahiye phailate rahiye phailate rahiye. chahe saade nau sau saal beet jayein. kitna bara paigham hai jo hazrat nuh ke haan milta hai hum ko.</w:t>
      </w:r>
    </w:p>
    <w:p>
      <w:pPr>
        <w:pStyle w:val="Heading2"/>
      </w:pPr>
      <w:r>
        <w:t>Need for explanation fulfilling human desires</w:t>
      </w:r>
    </w:p>
    <w:p>
      <w:r>
        <w:rPr>
          <w:color w:val="666666"/>
          <w:sz w:val="18"/>
        </w:rPr>
        <w:t>Global Warming and Islam May 30, 2008 · 2m 45s · at 29:16 · https://youtu.be/aFMSQmrEfVU?t=1756</w:t>
      </w:r>
    </w:p>
    <w:p>
      <w:r>
        <w:rPr>
          <w:i/>
        </w:rPr>
        <w:t>“To humein ek meaningful explanation chahiye”</w:t>
      </w:r>
    </w:p>
    <w:p>
      <w:r>
        <w:rPr>
          <w:sz w:val="20"/>
        </w:rPr>
        <w:t>29:16  to hamein ek meaningful explanation chahiye jo is waqt ho raha hai, is ki meaningful explanation chahiye hamein.</w:t>
      </w:r>
      <w:r>
        <w:br/>
      </w:r>
      <w:r>
        <w:rPr>
          <w:sz w:val="20"/>
        </w:rPr>
        <w:t>29:31  to dekhen, ek yeh hai ke aap yeh manen. aap yeh manen ke aap yeh manen ke bas yahi zindagi thi.</w:t>
      </w:r>
      <w:r>
        <w:br/>
      </w:r>
      <w:r>
        <w:rPr>
          <w:sz w:val="20"/>
        </w:rPr>
        <w:t>29:41  right here, right now ka jo philosophy aaj kal chali hui hai, yahi zindagi thi. mar gaye, khatam. mar gaye, khatam. ek yeh hai. lekin yeh meaningful explanation nahin hai yeh.</w:t>
      </w:r>
      <w:r>
        <w:br/>
      </w:r>
      <w:r>
        <w:rPr>
          <w:sz w:val="20"/>
        </w:rPr>
        <w:t>29:54  is liye ke dekhen, aap insan ko dekhen. insan itnay saray desire le kar paida hota hai. is desire ka fulfillment nahin milta hai duniya mein.</w:t>
      </w:r>
      <w:r>
        <w:br/>
      </w:r>
      <w:r>
        <w:rPr>
          <w:sz w:val="20"/>
        </w:rPr>
        <w:t>30:05  aap sochiye ke aadmi chahta hai ke main duniya mein sukh ke sath rahoon. hamesha rahoon. mujhe koi problem na ho.</w:t>
      </w:r>
      <w:r>
        <w:br/>
      </w:r>
      <w:r>
        <w:rPr>
          <w:sz w:val="20"/>
        </w:rPr>
        <w:t>30:16  lekin chahe poor aadmi ho ya rich aadmi ho. aap dekhen, kisi ko bhi duniya mein sukh nahin. sab log tension mein jeete hain. sab log stress mein jeete hain.</w:t>
      </w:r>
      <w:r>
        <w:br/>
      </w:r>
      <w:r>
        <w:rPr>
          <w:sz w:val="20"/>
        </w:rPr>
        <w:t>30:26  sab ko bimariyan lag jati hain. sab ka accident kahin hota hai. aur phir aakhir mein mar jate hain. to unlimited desire le kar paida hua insan.</w:t>
      </w:r>
      <w:r>
        <w:br/>
      </w:r>
      <w:r>
        <w:rPr>
          <w:sz w:val="20"/>
        </w:rPr>
        <w:t>30:35  aur sirf limited desire us ki poori hui thi ke duniya se chala gaya. fulfillment nahin mila us ko. to yeh yeh jo explanation hai ke bas thoray din jeena hai to ab mar jana hai, is mein aap bataiye ke hamari jo desires hain, un ko fulfillment nahin mil raha yahan par, to yeh kaise aap keh sakte hain ke yeh meaningful explanation hai yeh?</w:t>
      </w:r>
      <w:r>
        <w:br/>
      </w:r>
      <w:r>
        <w:rPr>
          <w:sz w:val="20"/>
        </w:rPr>
        <w:t>30:59  meaningful explanation wahi ho sakta hai jis mein hamari jis mein hum ko fulfillment mile.</w:t>
      </w:r>
      <w:r>
        <w:br/>
      </w:r>
      <w:r>
        <w:rPr>
          <w:sz w:val="20"/>
        </w:rPr>
        <w:t>31:12  ke duniya mein har cheez jo hai, woh limited way mein hai. insan jo hai, unlimited desire ke sath paida hota hai.</w:t>
      </w:r>
      <w:r>
        <w:br/>
      </w:r>
      <w:r>
        <w:rPr>
          <w:sz w:val="20"/>
        </w:rPr>
        <w:t>31:22  lekin sirf limited had mein is ki desire poori hoti hain. kyunke meri meri desire to unlimited hain. duniya limited hai.yeh kitna bara contradiction hai.</w:t>
      </w:r>
      <w:r>
        <w:br/>
      </w:r>
      <w:r>
        <w:rPr>
          <w:sz w:val="20"/>
        </w:rPr>
        <w:t>31:35  meaningful explanation woh hai jo is contradiction ko no bata sake, is ka is ka koi hal bata sake.</w:t>
      </w:r>
      <w:r>
        <w:br/>
      </w:r>
      <w:r>
        <w:rPr>
          <w:sz w:val="20"/>
        </w:rPr>
        <w:t>31:46  jis explanation mein insan ko fulfillment ka yani jo is ka question hai, woh solve na ho, woh mein kahunga ke woh koi meaningful explanation nahi hai.</w:t>
      </w:r>
    </w:p>
    <w:p>
      <w:pPr>
        <w:pStyle w:val="Heading2"/>
      </w:pPr>
      <w:r>
        <w:t>Allah opens heart's lock for faith</w:t>
      </w:r>
    </w:p>
    <w:p>
      <w:r>
        <w:rPr>
          <w:color w:val="666666"/>
          <w:sz w:val="18"/>
        </w:rPr>
        <w:t>Importance of Patience November 24, 2006 · 2m 18s · at 20:24 · https://youtu.be/jHo62FykHlI?t=1224</w:t>
      </w:r>
    </w:p>
    <w:p>
      <w:r>
        <w:rPr>
          <w:i/>
        </w:rPr>
        <w:t>“Allah ne uske dil ke taale ko imaan ke liye khol diya”</w:t>
      </w:r>
    </w:p>
    <w:p>
      <w:r>
        <w:rPr>
          <w:sz w:val="20"/>
        </w:rPr>
        <w:t>20:24  Allah ne us ke dil ke taale ko imaan ke liye khol diya. yeh badi aham baat hai.</w:t>
      </w:r>
      <w:r>
        <w:br/>
      </w:r>
      <w:r>
        <w:rPr>
          <w:sz w:val="20"/>
        </w:rPr>
        <w:t>20:34  is se andaaza hota hai ke dilon par taale hote hain. jo imaan ko andar daakhil hone se roke rehte hain. yaani dil ke darwaazay band rehte hain.</w:t>
      </w:r>
      <w:r>
        <w:br/>
      </w:r>
      <w:r>
        <w:rPr>
          <w:sz w:val="20"/>
        </w:rPr>
        <w:t>20:45  khirkiyaan band rehti hain. zaahir hai ke kisi kamray mein agar aap khirkiyon ko band kar dein to kya hoga?</w:t>
      </w:r>
      <w:r>
        <w:br/>
      </w:r>
      <w:r>
        <w:rPr>
          <w:sz w:val="20"/>
        </w:rPr>
        <w:t>20:55  bahar ki hawa andar nahi aayegi. isi tarah se dilon ke taale bhi hote hain. dimaagh ke taale bhi hote hain.</w:t>
      </w:r>
      <w:r>
        <w:br/>
      </w:r>
      <w:r>
        <w:rPr>
          <w:sz w:val="20"/>
        </w:rPr>
        <w:t>21:08  agar woh taale lagay hue hon to bahar se imaan ki hawaayein chalengi lekin andar daakhil nahi hongi. yeh taale kya hain?</w:t>
      </w:r>
      <w:r>
        <w:br/>
      </w:r>
      <w:r>
        <w:rPr>
          <w:sz w:val="20"/>
        </w:rPr>
        <w:t>21:18  yeh taale wahi cheez hain jis ko hum shartiyyat kehte hain. yaani ta'assub.</w:t>
      </w:r>
      <w:r>
        <w:br/>
      </w:r>
      <w:r>
        <w:rPr>
          <w:sz w:val="20"/>
        </w:rPr>
        <w:t>21:31  sab se badi rukawat jo hai woh hai ta'assub. yaani baais, baais soch. aap kisi cheez ke liye baais ho jayein.</w:t>
      </w:r>
      <w:r>
        <w:br/>
      </w:r>
      <w:r>
        <w:rPr>
          <w:sz w:val="20"/>
        </w:rPr>
        <w:t>21:42  kisi cheez ke liye aap ko muta'assubana had tak us se ta'alluq ho jaye. to aap aise aadmi ka haal kya hota hai?</w:t>
      </w:r>
      <w:r>
        <w:br/>
      </w:r>
      <w:r>
        <w:rPr>
          <w:sz w:val="20"/>
        </w:rPr>
        <w:t>21:53  us ta'assubati khulay, yaani ta'assubati khulay ke bahar bahar to woh maanne ko tayyar hota hai.</w:t>
      </w:r>
      <w:r>
        <w:br/>
      </w:r>
      <w:r>
        <w:rPr>
          <w:sz w:val="20"/>
        </w:rPr>
        <w:t>22:03  lekin ta'assubati khulay ke andar maanne ko tayyar nahi hota. yeh ta'assub ya yeh baais jis ko kehte hain ta'assub kin baaton par hota hai?</w:t>
      </w:r>
      <w:r>
        <w:br/>
      </w:r>
      <w:r>
        <w:rPr>
          <w:sz w:val="20"/>
        </w:rPr>
        <w:t>22:18  yeh hota hai khandaani riwayat, biradari ki riwayat, qaumi riwayat, apna ana parasti, apna gharoor, apna fakhr, apni ananiyat.</w:t>
      </w:r>
      <w:r>
        <w:br/>
      </w:r>
      <w:r>
        <w:rPr>
          <w:sz w:val="20"/>
        </w:rPr>
        <w:t>22:37  yeh sab dil ke taale hain.</w:t>
      </w:r>
    </w:p>
    <w:p>
      <w:pPr>
        <w:pStyle w:val="Heading2"/>
      </w:pPr>
      <w:r>
        <w:t>Rose plant analogy ignore thorns</w:t>
      </w:r>
    </w:p>
    <w:p>
      <w:r>
        <w:rPr>
          <w:color w:val="666666"/>
          <w:sz w:val="18"/>
        </w:rPr>
        <w:t>Social Ethics December 13, 2007 - Maulana Wahiduddin Khan · 1m 48s · at 49:18 · https://youtu.be/COoLsUtnTHk?t=2958</w:t>
      </w:r>
    </w:p>
    <w:p>
      <w:r>
        <w:rPr>
          <w:i/>
        </w:rPr>
        <w:t>“It is a law of nature, if you see a rose plant.”</w:t>
      </w:r>
    </w:p>
    <w:p>
      <w:r>
        <w:rPr>
          <w:sz w:val="20"/>
        </w:rPr>
        <w:t>49:18  it is a law of nature you know if you see a rose plant you will find that every rose plant has a beautiful flowers beautiful flowers</w:t>
      </w:r>
      <w:r>
        <w:br/>
      </w:r>
      <w:r>
        <w:rPr>
          <w:sz w:val="20"/>
        </w:rPr>
        <w:t>49:36  but at the same time there are thorns there are thorns</w:t>
      </w:r>
      <w:r>
        <w:br/>
      </w:r>
      <w:r>
        <w:rPr>
          <w:sz w:val="20"/>
        </w:rPr>
        <w:t>49:45  so at every branch there are flowers at the same time there are thorns but this is law of nature you not do to any conspiracy</w:t>
      </w:r>
      <w:r>
        <w:br/>
      </w:r>
      <w:r>
        <w:rPr>
          <w:sz w:val="20"/>
        </w:rPr>
        <w:t>50:01  so what to do in such such situation we have to avoid</w:t>
      </w:r>
      <w:r>
        <w:br/>
      </w:r>
      <w:r>
        <w:rPr>
          <w:sz w:val="20"/>
        </w:rPr>
        <w:t>50:05  thorns and we have to to take flowers this is the only option fast if you try to eliminate all those thorns you will fail you will fail you will fail</w:t>
      </w:r>
      <w:r>
        <w:br/>
      </w:r>
      <w:r>
        <w:rPr>
          <w:sz w:val="20"/>
        </w:rPr>
        <w:t>50:23  it not possible to you it not possible for you to change the course of nature it not possible for you</w:t>
      </w:r>
      <w:r>
        <w:br/>
      </w:r>
      <w:r>
        <w:rPr>
          <w:sz w:val="20"/>
        </w:rPr>
        <w:t>50:34  you can not change the course of nature you can not change the law of god you can not change the divine law you have no power no no such power</w:t>
      </w:r>
      <w:r>
        <w:br/>
      </w:r>
      <w:r>
        <w:rPr>
          <w:sz w:val="20"/>
        </w:rPr>
        <w:t>50:51  so the best formula is avoid the thought and take the flowers the same formula is applicable in social affairs</w:t>
      </w:r>
    </w:p>
    <w:p>
      <w:pPr>
        <w:pStyle w:val="Heading2"/>
      </w:pPr>
      <w:r>
        <w:t>Quantum physics proves everything is unseen</w:t>
      </w:r>
    </w:p>
    <w:p>
      <w:r>
        <w:rPr>
          <w:color w:val="666666"/>
          <w:sz w:val="18"/>
        </w:rPr>
        <w:t>Unseen God July 30, 2017 Maulana Wahiduddin Khan · 2m 51s · at 5:17 · https://youtu.be/MOkCdGFAVR4?t=317</w:t>
      </w:r>
    </w:p>
    <w:p>
      <w:r>
        <w:rPr>
          <w:i/>
        </w:rPr>
        <w:t>“Yahan tak ke pehla shakhs ek German scientist tha: Max Planck”</w:t>
      </w:r>
    </w:p>
    <w:p>
      <w:r>
        <w:rPr>
          <w:sz w:val="20"/>
        </w:rPr>
        <w:t>5:17  yahan tak ke pehla shakhs aik German scientist tha: Max Planck. Max Planck jis ki maut hui hai 1947 mein.</w:t>
      </w:r>
      <w:r>
        <w:br/>
      </w:r>
      <w:r>
        <w:rPr>
          <w:sz w:val="20"/>
        </w:rPr>
        <w:t>5:30  yeh German scientist tha. is ne aik cheez daryaft ki jis ko kehte hain quantum physics.</w:t>
      </w:r>
      <w:r>
        <w:br/>
      </w:r>
      <w:r>
        <w:rPr>
          <w:sz w:val="20"/>
        </w:rPr>
        <w:t>5:40  is ko title diya jata hai ke: originator of quantum physics. chunancha is ko isi par Nobel prize bhi diya gaya.</w:t>
      </w:r>
      <w:r>
        <w:br/>
      </w:r>
      <w:r>
        <w:rPr>
          <w:sz w:val="20"/>
        </w:rPr>
        <w:t>5:53  to</w:t>
      </w:r>
      <w:r>
        <w:br/>
      </w:r>
      <w:r>
        <w:rPr>
          <w:sz w:val="20"/>
        </w:rPr>
        <w:t>5:57  phir is par bohat se scientists ke zehnon ne kaam kiya. yahan tak ke quantum physics aik established theory ban gayi science mein.</w:t>
      </w:r>
      <w:r>
        <w:br/>
      </w:r>
      <w:r>
        <w:rPr>
          <w:sz w:val="20"/>
        </w:rPr>
        <w:t>6:11  to quantum physics kya hai? quantum physics yeh hai ke jo cheezen hum dekhte hain woh bhi dikhai nahi deti.</w:t>
      </w:r>
      <w:r>
        <w:br/>
      </w:r>
      <w:r>
        <w:rPr>
          <w:sz w:val="20"/>
        </w:rPr>
        <w:t>6:19  yeh to yeh is ka asal hai. yeh bohat hi ajeeb baat hai. chunancha dekhen British scientist Sir Arthur Eddington ne aik kitaab chhapi.</w:t>
      </w:r>
      <w:r>
        <w:br/>
      </w:r>
      <w:r>
        <w:rPr>
          <w:sz w:val="20"/>
        </w:rPr>
        <w:t>6:36  aik kitaab likhi jo chhapi thi 1929 mein.</w:t>
      </w:r>
      <w:r>
        <w:br/>
      </w:r>
      <w:r>
        <w:rPr>
          <w:sz w:val="20"/>
        </w:rPr>
        <w:t>6:44  1929 mein. is kitaab ka title tha: the</w:t>
      </w:r>
      <w:r>
        <w:br/>
      </w:r>
      <w:r>
        <w:rPr>
          <w:sz w:val="20"/>
        </w:rPr>
        <w:t>6:52  science and the unseen world. the science and the unseen world. to is ne likha is kitaab mein ke jis mez par mein kaam kar raha hoon woh lakri ki mez hai.</w:t>
      </w:r>
      <w:r>
        <w:br/>
      </w:r>
      <w:r>
        <w:rPr>
          <w:sz w:val="20"/>
        </w:rPr>
        <w:t>7:12  lekin agar mein aur zyada aur zyada aur zyada janne ki koshish karoon to aakhir mein woh electron ka aik majmooa hai.</w:t>
      </w:r>
      <w:r>
        <w:br/>
      </w:r>
      <w:r>
        <w:rPr>
          <w:sz w:val="20"/>
        </w:rPr>
        <w:t>7:23  bataur dekhte hain woh lakri ki mez hai. lekin aakhri tajziye mein woh electron ka beshumar electron ka majmooa hai.</w:t>
      </w:r>
      <w:r>
        <w:br/>
      </w:r>
      <w:r>
        <w:rPr>
          <w:sz w:val="20"/>
        </w:rPr>
        <w:t>7:34  aur electron dikhai dete nahi. to kaha sirf Allah Subhana wa Ta'ala hi unseen nahi hai.</w:t>
      </w:r>
      <w:r>
        <w:br/>
      </w:r>
      <w:r>
        <w:rPr>
          <w:sz w:val="20"/>
        </w:rPr>
        <w:t>7:44  mez bhi unseen hai.</w:t>
      </w:r>
      <w:r>
        <w:br/>
      </w:r>
      <w:r>
        <w:rPr>
          <w:sz w:val="20"/>
        </w:rPr>
        <w:t>7:48  yeh kitaab is ki bohat hi zabardast kitaab hai. yeh likhi thi is ne 1929 mein.</w:t>
      </w:r>
      <w:r>
        <w:br/>
      </w:r>
      <w:r>
        <w:rPr>
          <w:sz w:val="20"/>
        </w:rPr>
        <w:t>7:58  to</w:t>
      </w:r>
      <w:r>
        <w:br/>
      </w:r>
      <w:r>
        <w:rPr>
          <w:sz w:val="20"/>
        </w:rPr>
        <w:t>8:02  kaha quran ne awwal din hi ishara kar diya tha</w:t>
      </w:r>
    </w:p>
    <w:p>
      <w:pPr>
        <w:pStyle w:val="Heading2"/>
      </w:pPr>
      <w:r>
        <w:t>Double standard: Muslims print anti-others books, decry cartoons</w:t>
      </w:r>
    </w:p>
    <w:p>
      <w:r>
        <w:rPr>
          <w:color w:val="666666"/>
          <w:sz w:val="18"/>
        </w:rPr>
        <w:t>Divine Law of Success October 14, 2012 · 1m 47s · at 1:23:20 · https://youtu.be/GdbQzSNdf70?t=5000</w:t>
      </w:r>
    </w:p>
    <w:p>
      <w:r>
        <w:rPr>
          <w:i/>
        </w:rPr>
        <w:t>“کارٹون چھاپیں تو چھاپیں گے، چھاپیں گے، وہ کیوں؟”</w:t>
      </w:r>
    </w:p>
    <w:p>
      <w:r>
        <w:rPr>
          <w:sz w:val="20"/>
        </w:rPr>
        <w:t>1:23:20  maulana, inka dosra sawal yeh hai ke kya freedeom ka matlab yeh hai ke log hamare nabi ka cartoon chhappen, phir hadith man raa min kum minkar ka matlab kya hoga?</w:t>
      </w:r>
      <w:r>
        <w:br/>
      </w:r>
      <w:r>
        <w:rPr>
          <w:sz w:val="20"/>
        </w:rPr>
        <w:t>1:23:33  isk a aise kya taluq? ise aise kya taluq? cartoon chhappen to chhappen ge, chhappen ge. woh kyun? aap keh rahe hain nam bar chhappen ge? woh</w:t>
      </w:r>
      <w:r>
        <w:br/>
      </w:r>
      <w:r>
        <w:rPr>
          <w:sz w:val="20"/>
        </w:rPr>
        <w:t>1:23:43  aap bhi kitab chhapte hain. yeh musalman jab se press press aaya hai duniya mein, khoob kitaben chhap rahe hain doosron ke khilaf, isaiyon ke khilaf, hinduo ke khilaf.</w:t>
      </w:r>
      <w:r>
        <w:br/>
      </w:r>
      <w:r>
        <w:rPr>
          <w:sz w:val="20"/>
        </w:rPr>
        <w:t>1:23:55  to woh jaiz hai aap ke liye? man raa? woh jaiz hai aap ke liye? man kum? mislan india mein kitab chhapati thi is zamane mein, hamare bachpan ke zamane mein, kufr tod yani hinduo ka jo deen hai,</w:t>
      </w:r>
      <w:r>
        <w:br/>
      </w:r>
      <w:r>
        <w:rPr>
          <w:sz w:val="20"/>
        </w:rPr>
        <w:t>1:24:10  iske khilaf thi woh kitab. kufr tod</w:t>
      </w:r>
      <w:r>
        <w:br/>
      </w:r>
      <w:r>
        <w:rPr>
          <w:sz w:val="20"/>
        </w:rPr>
        <w:t>1:24:13  to unke liye to yeh gustakhi thi, unke mazhab ki gustakhi thi. to aap ko haq hai ke aap kufr tod kitaben chhappen, unko haq nahin chahiye?</w:t>
      </w:r>
      <w:r>
        <w:br/>
      </w:r>
      <w:r>
        <w:rPr>
          <w:sz w:val="20"/>
        </w:rPr>
        <w:t>1:24:24  aap bhi baat kijiye, khoob kitaben chhapte hain, taqreeren karte hain. hamare darmiyan aise log bohat maqbool ho rahe hain jo khulm khula stage par unki mazaaq udate hain, unka isaiyon ka aur yehudiyon ka, khoob maqbool ho rahe hain. unko taliyan bajti hain.</w:t>
      </w:r>
      <w:r>
        <w:br/>
      </w:r>
      <w:r>
        <w:rPr>
          <w:sz w:val="20"/>
        </w:rPr>
        <w:t>1:24:39  to aap khud tazheek karen to isko aap sar chadhate hain, aise muqarreen ko. aur doosra agar karen to isko haq nahin karne ka.</w:t>
      </w:r>
      <w:r>
        <w:br/>
      </w:r>
      <w:r>
        <w:rPr>
          <w:sz w:val="20"/>
        </w:rPr>
        <w:t>1:24:48  to duniya musalmanon ke liye nahin banai gai hai, duniya sab ke liye banai gai hai. yaad rakhiye, yeh duniya musalmanon ke liye nahin banai gai ke musalmanon ko man apni degi. jo chahe karo, to doosron ko kuch karne ka haq nahin hai.</w:t>
      </w:r>
      <w:r>
        <w:br/>
      </w:r>
      <w:r>
        <w:rPr>
          <w:sz w:val="20"/>
        </w:rPr>
        <w:t>1:25:02  yeh bilashubah qoumi sarkashi hai, iska islam se koi taluq nahin.</w:t>
      </w:r>
    </w:p>
    <w:p>
      <w:pPr>
        <w:pStyle w:val="Heading2"/>
      </w:pPr>
      <w:r>
        <w:t>True meaning of Jihad</w:t>
      </w:r>
    </w:p>
    <w:p>
      <w:r>
        <w:rPr>
          <w:color w:val="666666"/>
          <w:sz w:val="18"/>
        </w:rPr>
        <w:t>Shantum Seth Group Q&amp;A EL 02 Feb, 08 - Maulana Wahiduddin Khan · 1m 32s · at 18:44 · https://youtu.be/97Uy6wSnQp8?t=1124</w:t>
      </w:r>
    </w:p>
    <w:p>
      <w:r>
        <w:rPr>
          <w:i/>
        </w:rPr>
        <w:t>“What does Jihad mean?”</w:t>
      </w:r>
    </w:p>
    <w:p>
      <w:r>
        <w:rPr>
          <w:sz w:val="20"/>
        </w:rPr>
        <w:t>18:44  . What does Jihad mean? Jihad is an Arabic word.</w:t>
      </w:r>
      <w:r>
        <w:br/>
      </w:r>
      <w:r>
        <w:rPr>
          <w:sz w:val="20"/>
        </w:rPr>
        <w:t>18:53  It literally means to strive, to struggle. So Jihad has nothing to do with violence or war.</w:t>
      </w:r>
      <w:r>
        <w:br/>
      </w:r>
      <w:r>
        <w:rPr>
          <w:sz w:val="20"/>
        </w:rPr>
        <w:t>19:07  Jihad simply means peaceful struggle.</w:t>
      </w:r>
      <w:r>
        <w:br/>
      </w:r>
      <w:r>
        <w:rPr>
          <w:sz w:val="20"/>
        </w:rPr>
        <w:t>19:12  There are very relevant verses in the Quran in this regard.</w:t>
      </w:r>
      <w:r>
        <w:br/>
      </w:r>
      <w:r>
        <w:rPr>
          <w:sz w:val="20"/>
        </w:rPr>
        <w:t>19:21  The Quran says, "wa jahidhum bihi jahadan kabira." It means that do great jihad with the help of the Quran.</w:t>
      </w:r>
      <w:r>
        <w:br/>
      </w:r>
      <w:r>
        <w:rPr>
          <w:sz w:val="20"/>
        </w:rPr>
        <w:t>19:37  Now, you know that the Quran is a book of ideology. The Quran is not a sword, not a gun, not a bomb.</w:t>
      </w:r>
      <w:r>
        <w:br/>
      </w:r>
      <w:r>
        <w:rPr>
          <w:sz w:val="20"/>
        </w:rPr>
        <w:t>19:49  So how can you do violent jihad through the Quran? It is not possible.</w:t>
      </w:r>
      <w:r>
        <w:br/>
      </w:r>
      <w:r>
        <w:rPr>
          <w:sz w:val="20"/>
        </w:rPr>
        <w:t>19:57  So jihad through the Quran means ideological campaign, peaceful struggle, non-confrontational activities.</w:t>
      </w:r>
      <w:r>
        <w:br/>
      </w:r>
      <w:r>
        <w:rPr>
          <w:sz w:val="20"/>
        </w:rPr>
        <w:t>20:09  That is jihad in Islam.</w:t>
      </w:r>
    </w:p>
    <w:p>
      <w:pPr>
        <w:pStyle w:val="Heading2"/>
      </w:pPr>
      <w:r>
        <w:t>Head covering is cultural not religious</w:t>
      </w:r>
    </w:p>
    <w:p>
      <w:r>
        <w:rPr>
          <w:color w:val="666666"/>
          <w:sz w:val="18"/>
        </w:rPr>
        <w:t>In conversation with Prof. Farida Khanam · 1m 58s · at 28:29 · https://youtu.be/65KKekibzU0?t=1709</w:t>
      </w:r>
    </w:p>
    <w:p>
      <w:r>
        <w:rPr>
          <w:i/>
        </w:rPr>
        <w:t>“Ke yahan sar dhakna mandatory tha”</w:t>
      </w:r>
    </w:p>
    <w:p>
      <w:r>
        <w:rPr>
          <w:sz w:val="20"/>
        </w:rPr>
        <w:t>28:29  ke yahan sar dhapna mandatory tha, khas tor par ibadat ke time. to bohat sara yeh sab jo hai na culture jo hai, religious culture jo develop hua hai, woh Yahudiyon se, Isaiyon se, un logon se India mein jo culture tha, Hindu mazhab mein to woh dhaka jata tha na. uss se poori tarah se kya kehte hain, woh jo gira hua hota hai, woh aise sar dhakte hain.</w:t>
      </w:r>
      <w:r>
        <w:br/>
      </w:r>
      <w:r>
        <w:rPr>
          <w:sz w:val="20"/>
        </w:rPr>
        <w:t>29:02  ghoonghat, ghoonghat rehta tha, yeh sab hai na. to asal mein Islam ho ya koi bhi religion ho, jo local culture hota hai, uss se woh mutasir hota hai. aur chunke Arab mein aisa tha ke jo Yahudi thay, un ko yeh samjha jata tha ke un ke paas to sare paighambar aate hain, un ke paas deen hai, to woh jo kuch karein, woh ek standard model ban jata tha. to un ki auratain woh bohat</w:t>
      </w:r>
      <w:r>
        <w:br/>
      </w:r>
      <w:r>
        <w:rPr>
          <w:sz w:val="20"/>
        </w:rPr>
        <w:t>29:32  zyada sarwar dhakti theen. aaj bhi un ke haan ek tabqa hai jo bohat zyada sarwar dhakta hai. to uss tareeqay se unhon ne Arab auraton ne bhi yeh sab culture se mutasir huin. to ab namaz ke liye to dhaka hi jata tha, ibadat ke liye to dhaka hi jata tha. to uss tareeqay se log jo hain, aisa jab doosri qomon se unhon ne yeh sab borrow kiya to phir ab, ab chunke ab 1500 saal guzar chuke hain,</w:t>
      </w:r>
      <w:r>
        <w:br/>
      </w:r>
      <w:r>
        <w:rPr>
          <w:sz w:val="20"/>
        </w:rPr>
        <w:t>30:02  to ab aisa lagta hai ke yahi Islam hai. halankay sab kuch jo aaj hum karte hain, woh sab kuch Islam nahin hota hai, balkay doosri qomon ka culture hota hai jo hum ne adopt kar liya hai aur ab uss ko Islamize kar liya hai. to aisa koi zaroori nahin hai, lekin orhein to behtar, acha hai. sar dhakein to acha hai, lekin mandatory nahin hai.</w:t>
      </w:r>
    </w:p>
    <w:p>
      <w:pPr>
        <w:pStyle w:val="Heading2"/>
      </w:pPr>
      <w:r>
        <w:t>Focus on hatred not bank job</w:t>
      </w:r>
    </w:p>
    <w:p>
      <w:r>
        <w:rPr>
          <w:color w:val="666666"/>
          <w:sz w:val="18"/>
        </w:rPr>
        <w:t>Love of God, Question and Answer 03 May 2009 · 2m 40s · at 10:14 · https://youtu.be/iwHKsGnU7gg?t=614</w:t>
      </w:r>
    </w:p>
    <w:p>
      <w:r>
        <w:rPr>
          <w:i/>
        </w:rPr>
        <w:t>“سب سے برا کام بینک کی نوکری نہیں ہے”</w:t>
      </w:r>
    </w:p>
    <w:p>
      <w:r>
        <w:rPr>
          <w:sz w:val="20"/>
        </w:rPr>
        <w:t>10:14  This question is from Mr. Muhammad Shoaib Khan bank mein naukri karna kaise hai? yani koi shakhs bank mein naukri karta hai to us ki kamai halaal hogi ya haraam</w:t>
      </w:r>
      <w:r>
        <w:br/>
      </w:r>
      <w:r>
        <w:rPr>
          <w:sz w:val="20"/>
        </w:rPr>
        <w:t>10:29  ? yeh sab bekar ke masle hain. samjhe aap? sab se bura kaam bank ki naukri nahi hai. sab se bura kaam woh hai jo har namazi ke dil mein bhi maujood hai, woh hai nafrat.</w:t>
      </w:r>
      <w:r>
        <w:br/>
      </w:r>
      <w:r>
        <w:rPr>
          <w:sz w:val="20"/>
        </w:rPr>
        <w:t>10:41  yeh ghair qaum hai. sab se buri cheez hai negative thinking, doosre se nafrat karna.</w:t>
      </w:r>
      <w:r>
        <w:br/>
      </w:r>
      <w:r>
        <w:rPr>
          <w:sz w:val="20"/>
        </w:rPr>
        <w:t>10:50  sab se buri cheez hai.</w:t>
      </w:r>
      <w:r>
        <w:br/>
      </w:r>
      <w:r>
        <w:rPr>
          <w:sz w:val="20"/>
        </w:rPr>
        <w:t>10:52  bank ki naukri karna na karna yeh koi kuch bhi nahi. jis mein aap ko rozi mil rahi hai, wahan rozi hasil kijiye. asal cheez jo hai ke aap jhoot na bolen.</w:t>
      </w:r>
      <w:r>
        <w:br/>
      </w:r>
      <w:r>
        <w:rPr>
          <w:sz w:val="20"/>
        </w:rPr>
        <w:t>11:01  jhoot. saare log aaj kal jhoot bolte hain. direct jhoot ya indirect jhoot. main to kisi ko nahi paya jhoot na bolta ho.</w:t>
      </w:r>
      <w:r>
        <w:br/>
      </w:r>
      <w:r>
        <w:rPr>
          <w:sz w:val="20"/>
        </w:rPr>
        <w:t>11:10  tahajjud parhne wale bhi jhoot bolte hain. direct jhoot kam bolenge lekin indirect jhoot sab jhoot bolte hain. jhoot bolna chhodiye.</w:t>
      </w:r>
      <w:r>
        <w:br/>
      </w:r>
      <w:r>
        <w:rPr>
          <w:sz w:val="20"/>
        </w:rPr>
        <w:t>11:20  nafrat chhodiye. aur violence chhodiye. doosron ke liye problem banna chhodiye. hadith mein aata hai, dekhiye ke wallah la yoman wallah la yoman wallah la yoman alladhi la yaman jar bawaf</w:t>
      </w:r>
      <w:r>
        <w:br/>
      </w:r>
      <w:r>
        <w:rPr>
          <w:sz w:val="20"/>
        </w:rPr>
        <w:t>11:37  is hadith ke mutabiq woh shakhs momin nahi hai jo doosre insano ke liye problem bane, nuisance create kare. yeh sab asal masle hain.</w:t>
      </w:r>
      <w:r>
        <w:br/>
      </w:r>
      <w:r>
        <w:rPr>
          <w:sz w:val="20"/>
        </w:rPr>
        <w:t>11:48  woh sab to banawati masle hain. insaan se mohabbat karna seekhiye, insaan ke sath khair khwahi kijiye.</w:t>
      </w:r>
      <w:r>
        <w:br/>
      </w:r>
      <w:r>
        <w:rPr>
          <w:sz w:val="20"/>
        </w:rPr>
        <w:t>11:58  har ek ko apne jaisa samhiye. aur yeh woh</w:t>
      </w:r>
      <w:r>
        <w:br/>
      </w:r>
      <w:r>
        <w:rPr>
          <w:sz w:val="20"/>
        </w:rPr>
        <w:t>12:07  be andekh kansept islam mein nahi hai. be andekh jo kansept hai, islam mein nahi hai. islam mein jo kansept hai, woh sab insaan hain.</w:t>
      </w:r>
      <w:r>
        <w:br/>
      </w:r>
      <w:r>
        <w:rPr>
          <w:sz w:val="20"/>
        </w:rPr>
        <w:t>12:17  jaise hum insaan, waise doosre insaan hain.</w:t>
      </w:r>
      <w:r>
        <w:br/>
      </w:r>
      <w:r>
        <w:rPr>
          <w:sz w:val="20"/>
        </w:rPr>
        <w:t>12:25  This question is from Mr. main is liye in sab baton par main nahi fatwa deta. bank ki mulazmat waghera, yeh shift of emphasis hai.</w:t>
      </w:r>
      <w:r>
        <w:br/>
      </w:r>
      <w:r>
        <w:rPr>
          <w:sz w:val="20"/>
        </w:rPr>
        <w:t>12:38  yani asal mein jahan zor dena chahiye, wahan zor nahi dete log aur kisi aur cheez par zor diye hue hain ke ja ke bank ki jo naukri na kar raha hai, woh bara acha aadmi hai. jo bank ki naukri kar raha hai, woh bura aadmi hai.</w:t>
      </w:r>
      <w:r>
        <w:br/>
      </w:r>
      <w:r>
        <w:rPr>
          <w:sz w:val="20"/>
        </w:rPr>
        <w:t>12:49  yeh hai shift of emphasis. yeh islam mein nahi hai.</w:t>
      </w:r>
    </w:p>
    <w:p>
      <w:pPr>
        <w:pStyle w:val="Heading2"/>
      </w:pPr>
      <w:r>
        <w:t>How the Vatican deal preserved the Pope's title</w:t>
      </w:r>
    </w:p>
    <w:p>
      <w:r>
        <w:rPr>
          <w:color w:val="666666"/>
          <w:sz w:val="18"/>
        </w:rPr>
        <w:t>Concept of Modesty in Islam (English) June 20, 2007 · 2m 55s · at 38:56 · https://youtu.be/mHQWcOA-2qo?t=2336</w:t>
      </w:r>
    </w:p>
    <w:p>
      <w:r>
        <w:rPr>
          <w:i/>
        </w:rPr>
        <w:t>“The Church agreed to adopt a reduced position of Pope.”</w:t>
      </w:r>
    </w:p>
    <w:p>
      <w:r>
        <w:rPr>
          <w:sz w:val="20"/>
        </w:rPr>
        <w:t>38:56  So the church agreed to adopt a reduced position of Pope.</w:t>
      </w:r>
      <w:r>
        <w:br/>
      </w:r>
      <w:r>
        <w:rPr>
          <w:sz w:val="20"/>
        </w:rPr>
        <w:t>39:06  سو چرچ واز الاٹڈ ا ویری سمال پیس اف لینڈ ان روم۔ دیر از کالڈ ویٹیکن۔ یو نو دا ایریا اف ویٹیکن سٹی؟</w:t>
      </w:r>
      <w:r>
        <w:br/>
      </w:r>
      <w:r>
        <w:rPr>
          <w:sz w:val="20"/>
        </w:rPr>
        <w:t>39:18  ویٹیکن سٹی از دا سیٹ اف پوپ۔</w:t>
      </w:r>
      <w:r>
        <w:br/>
      </w:r>
      <w:r>
        <w:rPr>
          <w:sz w:val="20"/>
        </w:rPr>
        <w:t>39:23  ویٹیکن سٹی از سپوز ٹو بی اینڈ انڈیپینڈنٹ کنٹری۔ اینڈ یو نو واٹ از دا ایریا اف دس دس ویٹیکن سٹی؟</w:t>
      </w:r>
      <w:r>
        <w:br/>
      </w:r>
      <w:r>
        <w:rPr>
          <w:sz w:val="20"/>
        </w:rPr>
        <w:t>39:39  میرلی ون 110 ایکر۔ دیٹس ال</w:t>
      </w:r>
      <w:r>
        <w:br/>
      </w:r>
      <w:r>
        <w:rPr>
          <w:sz w:val="20"/>
        </w:rPr>
        <w:t>39:46  110 ایکر، پریسائزلی 109 ایکر، پریسائزلی 109 ایکر۔</w:t>
      </w:r>
      <w:r>
        <w:br/>
      </w:r>
      <w:r>
        <w:rPr>
          <w:sz w:val="20"/>
        </w:rPr>
        <w:t>39:59  دیر از دا ایریا اف ویٹیکن سٹی، بٹ دا سیٹ اف پوپ۔</w:t>
      </w:r>
      <w:r>
        <w:br/>
      </w:r>
      <w:r>
        <w:rPr>
          <w:sz w:val="20"/>
        </w:rPr>
        <w:t>40:07  So they opted for reduced position, and the result was miraculous.</w:t>
      </w:r>
      <w:r>
        <w:br/>
      </w:r>
      <w:r>
        <w:rPr>
          <w:sz w:val="20"/>
        </w:rPr>
        <w:t>40:17  Now, Pope is the is now, the Pope is an spiritual ruler of the whole Christian world.</w:t>
      </w:r>
      <w:r>
        <w:br/>
      </w:r>
      <w:r>
        <w:rPr>
          <w:sz w:val="20"/>
        </w:rPr>
        <w:t>40:27  From Vatican City, Pope is able to organize all kind of Christian activities throughout the world: educational activities, social activities, and missionary activities.</w:t>
      </w:r>
      <w:r>
        <w:br/>
      </w:r>
      <w:r>
        <w:rPr>
          <w:sz w:val="20"/>
        </w:rPr>
        <w:t>40:44  سو الدو دا سیٹ اف پوپ از ویری ویری سمال، نو مور دین 109 ایکر۔</w:t>
      </w:r>
      <w:r>
        <w:br/>
      </w:r>
      <w:r>
        <w:rPr>
          <w:sz w:val="20"/>
        </w:rPr>
        <w:t>40:56  دیٹ از ویٹیکن سٹی۔ ائی ہیو سین دس ویٹیکن سٹی۔ اٹ از ویری سمال۔</w:t>
      </w:r>
      <w:r>
        <w:br/>
      </w:r>
      <w:r>
        <w:rPr>
          <w:sz w:val="20"/>
        </w:rPr>
        <w:t>41:04  But the most important part is that by taking backseat, they they were able to retain historical title Pope.</w:t>
      </w:r>
      <w:r>
        <w:br/>
      </w:r>
      <w:r>
        <w:rPr>
          <w:sz w:val="20"/>
        </w:rPr>
        <w:t>41:20  سو ایریا از ناٹ امپورٹنٹ، دا ہسٹوریکل ٹائٹل از امپورٹنٹ۔</w:t>
      </w:r>
      <w:r>
        <w:br/>
      </w:r>
      <w:r>
        <w:rPr>
          <w:sz w:val="20"/>
        </w:rPr>
        <w:t>41:28  ان دس کیس، ایریا از ناٹ امپورٹنٹ۔</w:t>
      </w:r>
      <w:r>
        <w:br/>
      </w:r>
      <w:r>
        <w:rPr>
          <w:sz w:val="20"/>
        </w:rPr>
        <w:t>41:34  The important thing is that by this policy of modesty. This was the policy of modesty. So by this policy of modesty, they were able to retain the historical title of Pope.</w:t>
      </w:r>
    </w:p>
    <w:p>
      <w:pPr>
        <w:pStyle w:val="Heading2"/>
      </w:pPr>
      <w:r>
        <w:t>Polygamy as a law of necessity, not the rule</w:t>
      </w:r>
    </w:p>
    <w:p>
      <w:r>
        <w:rPr>
          <w:color w:val="666666"/>
          <w:sz w:val="18"/>
        </w:rPr>
        <w:t>Islam Principles and Practice (English) September 8, 2007 Maulana Wahiduddin Khan · 2m 09s · at 20:30 · https://youtu.be/2wOdR0to6gs?t=1230</w:t>
      </w:r>
    </w:p>
    <w:p>
      <w:r>
        <w:rPr>
          <w:i/>
        </w:rPr>
        <w:t>“Why does Islam allow for multiple marriages?”</w:t>
      </w:r>
    </w:p>
    <w:p>
      <w:r>
        <w:rPr>
          <w:sz w:val="20"/>
        </w:rPr>
        <w:t>20:30  Maulana, if Islam gives equal status to men and women, then why does Islam allow for multiple marriages?</w:t>
      </w:r>
      <w:r>
        <w:br/>
      </w:r>
      <w:r>
        <w:rPr>
          <w:sz w:val="20"/>
        </w:rPr>
        <w:t>20:39  That is a law of neither the other is a law of necessity. It is not a general law.</w:t>
      </w:r>
      <w:r>
        <w:br/>
      </w:r>
      <w:r>
        <w:rPr>
          <w:sz w:val="20"/>
        </w:rPr>
        <w:t>20:48  It is under the law of necessity. Islam allows only in such a situation when women are surplus.</w:t>
      </w:r>
      <w:r>
        <w:br/>
      </w:r>
      <w:r>
        <w:rPr>
          <w:sz w:val="20"/>
        </w:rPr>
        <w:t>20:59  Otherwise, only one.</w:t>
      </w:r>
      <w:r>
        <w:br/>
      </w:r>
      <w:r>
        <w:rPr>
          <w:sz w:val="20"/>
        </w:rPr>
        <w:t>21:04  The national</w:t>
      </w:r>
      <w:r>
        <w:br/>
      </w:r>
      <w:r>
        <w:rPr>
          <w:sz w:val="20"/>
        </w:rPr>
        <w:t>21:09  marriage is one boy, one girl. And polygamy is a law of necessity.</w:t>
      </w:r>
      <w:r>
        <w:br/>
      </w:r>
      <w:r>
        <w:rPr>
          <w:sz w:val="20"/>
        </w:rPr>
        <w:t>21:21  Sometimes, women are in surplus. Then, Islam allows polygamy. Otherwise, not.</w:t>
      </w:r>
      <w:r>
        <w:br/>
      </w:r>
      <w:r>
        <w:rPr>
          <w:sz w:val="20"/>
        </w:rPr>
        <w:t>21:27  There is a historical example that after the Second World War in Germany, women became surplus.</w:t>
      </w:r>
      <w:r>
        <w:br/>
      </w:r>
      <w:r>
        <w:rPr>
          <w:sz w:val="20"/>
        </w:rPr>
        <w:t>21:38  So, it was difficult for women to have a boy, to have a husband.</w:t>
      </w:r>
      <w:r>
        <w:br/>
      </w:r>
      <w:r>
        <w:rPr>
          <w:sz w:val="20"/>
        </w:rPr>
        <w:t>21:48  So, what happened</w:t>
      </w:r>
      <w:r>
        <w:br/>
      </w:r>
      <w:r>
        <w:rPr>
          <w:sz w:val="20"/>
        </w:rPr>
        <w:t>21:51  ? Women</w:t>
      </w:r>
      <w:r>
        <w:br/>
      </w:r>
      <w:r>
        <w:rPr>
          <w:sz w:val="20"/>
        </w:rPr>
        <w:t>21:56  announced... women placed some boards on their homes that wanted an evening guest.</w:t>
      </w:r>
      <w:r>
        <w:br/>
      </w:r>
      <w:r>
        <w:rPr>
          <w:sz w:val="20"/>
        </w:rPr>
        <w:t>22:11  It means that Germany adopted sexual anarchy.</w:t>
      </w:r>
      <w:r>
        <w:br/>
      </w:r>
      <w:r>
        <w:rPr>
          <w:sz w:val="20"/>
        </w:rPr>
        <w:t>22:16  Islam opted for polygamy. So, in such a situation when women are surplus, you have only two options.</w:t>
      </w:r>
      <w:r>
        <w:br/>
      </w:r>
      <w:r>
        <w:rPr>
          <w:sz w:val="20"/>
        </w:rPr>
        <w:t>22:29  No third option is available. Either opt for polygamy or opt for sexual anarchy.</w:t>
      </w:r>
    </w:p>
    <w:p>
      <w:pPr>
        <w:pStyle w:val="Heading2"/>
      </w:pPr>
      <w:r>
        <w:t>Ismail's simple hunting life in the desert</w:t>
      </w:r>
    </w:p>
    <w:p>
      <w:r>
        <w:rPr>
          <w:color w:val="666666"/>
          <w:sz w:val="18"/>
        </w:rPr>
        <w:t>Historical Aspects of Hajj November 1, 2008 · 1m 48s · at 18:32 · https://youtu.be/-cHslxrgNeE?t=1112</w:t>
      </w:r>
    </w:p>
    <w:p>
      <w:r>
        <w:rPr>
          <w:i/>
        </w:rPr>
        <w:t>“Wahan koi sabzi nahi thi, koi phal nahi tha”</w:t>
      </w:r>
    </w:p>
    <w:p>
      <w:r>
        <w:rPr>
          <w:sz w:val="20"/>
        </w:rPr>
        <w:t>18:32  to dheere dheere Ismail jawan ho gaye. aur log khana kya tha</w:t>
      </w:r>
      <w:r>
        <w:br/>
      </w:r>
      <w:r>
        <w:rPr>
          <w:sz w:val="20"/>
        </w:rPr>
        <w:t>18:38  ? wahan par koi sabzi nahi thi. koi phal nahi tha. sirf kuch janwar hua karte hain jaise khargosh, jin ko rabbit kehte hain is ko.</w:t>
      </w:r>
      <w:r>
        <w:br/>
      </w:r>
      <w:r>
        <w:rPr>
          <w:sz w:val="20"/>
        </w:rPr>
        <w:t>18:48  to woh teer kaman se is ka shikar karte the Ismail.</w:t>
      </w:r>
      <w:r>
        <w:br/>
      </w:r>
      <w:r>
        <w:rPr>
          <w:sz w:val="20"/>
        </w:rPr>
        <w:t>18:53  jate the idhar udhar idhar udhar. ab koi ek mil gaya koi is qism ka koi janwar rabbit type ka.</w:t>
      </w:r>
      <w:r>
        <w:br/>
      </w:r>
      <w:r>
        <w:rPr>
          <w:sz w:val="20"/>
        </w:rPr>
        <w:t>19:03  is ko unhon ne pakra. is ko shikar kiya le aaye. to aisi aag par bhun kar ke kha lete the.</w:t>
      </w:r>
      <w:r>
        <w:br/>
      </w:r>
      <w:r>
        <w:rPr>
          <w:sz w:val="20"/>
        </w:rPr>
        <w:t>19:12  nah wahan koi tail tha nah masaleh tha. aaj kal jo hum ko sooraten mili hui hain woh sooraten wahan par maujood nahin theen.</w:t>
      </w:r>
      <w:r>
        <w:br/>
      </w:r>
      <w:r>
        <w:rPr>
          <w:sz w:val="20"/>
        </w:rPr>
        <w:t>19:20  aise bhun kar ke kha liya. aur pani pi liya. yahi khana in ka hua karta tha is zamane mein. aaj to afraat hai.</w:t>
      </w:r>
      <w:r>
        <w:br/>
      </w:r>
      <w:r>
        <w:rPr>
          <w:sz w:val="20"/>
        </w:rPr>
        <w:t>19:30  aaj aap jaen makka madina to wahan aap dekhen ke khane ki sari dunya ki cheezen wahan par maujood hain. to hazrat ibrahim ne dua ki thi us waqt ke aye khuda in logon ke liye to rizq ke darwaze khol de.</w:t>
      </w:r>
      <w:r>
        <w:br/>
      </w:r>
      <w:r>
        <w:rPr>
          <w:sz w:val="20"/>
        </w:rPr>
        <w:t>19:47  to waqai aise hi hua.</w:t>
      </w:r>
      <w:r>
        <w:br/>
      </w:r>
      <w:r>
        <w:rPr>
          <w:sz w:val="20"/>
        </w:rPr>
        <w:t>19:50  woh log jo us waqt wahan base thay ke pani bhi nahin tha to phir un ko pani allah ta'ala ne diya. aur pani aur bhuna hua gosht baghair mirch, baghair masaleh, baghair tail.</w:t>
      </w:r>
      <w:r>
        <w:br/>
      </w:r>
      <w:r>
        <w:rPr>
          <w:sz w:val="20"/>
        </w:rPr>
        <w:t>20:06  lekin aaj wahan par jab se petro dollar nikla hai to wahan har cheez ka ek bhandar aap dekhenge.</w:t>
      </w:r>
      <w:r>
        <w:br/>
      </w:r>
      <w:r>
        <w:rPr>
          <w:sz w:val="20"/>
        </w:rPr>
        <w:t>20:15  wahan ke market bhari hui hain khane ki cheezon se. phir kya hua?</w:t>
      </w:r>
    </w:p>
    <w:p>
      <w:pPr>
        <w:pStyle w:val="Heading2"/>
      </w:pPr>
      <w:r>
        <w:t>Quranic basis for consultative democracy in early Islam</w:t>
      </w:r>
    </w:p>
    <w:p>
      <w:r>
        <w:rPr>
          <w:color w:val="666666"/>
          <w:sz w:val="18"/>
        </w:rPr>
        <w:t>Islam &amp; Prophet of Islam 21 Oct, 2012 - Maulana Wahiduddin Khan · 1m 11s · at 36:12 · https://youtu.be/2hwtfOyNeS0?t=2172</w:t>
      </w:r>
    </w:p>
    <w:p>
      <w:r>
        <w:rPr>
          <w:i/>
        </w:rPr>
        <w:t>“The Quran says: their affairs are settled by consultation”</w:t>
      </w:r>
    </w:p>
    <w:p>
      <w:r>
        <w:rPr>
          <w:sz w:val="20"/>
        </w:rPr>
        <w:t>36:12  Rasool Allah ke zamane mein, Rasool Allah ke zariye se jo Quran utra tha, us mein yeh ayat thi ke "Amruho shura bainahum". Yani log, yani us mein wahi baat kahi gayi jis ko hum kehte hain democracy.</w:t>
      </w:r>
      <w:r>
        <w:br/>
      </w:r>
      <w:r>
        <w:rPr>
          <w:sz w:val="20"/>
        </w:rPr>
        <w:t>36:28  Yani democracy ke zariye baatein tay hon, logon ki rai se baatein tay hon. Is ayat ka tarjuma hai ke un ka muamla mashware se tay hota hai, consultancy se tay hota hai, yani democratic way mein tay hota hai.</w:t>
      </w:r>
      <w:r>
        <w:br/>
      </w:r>
      <w:r>
        <w:rPr>
          <w:sz w:val="20"/>
        </w:rPr>
        <w:t>36:41  To Rasool Allah se pehle jo daur tha, us mein democracy nahi thi, consultation nahi tha, bas ek badshah hota tha jo us ne keh diya wahi qanoon hai.</w:t>
      </w:r>
      <w:r>
        <w:br/>
      </w:r>
      <w:r>
        <w:rPr>
          <w:sz w:val="20"/>
        </w:rPr>
        <w:t>36:52  Rasool Allah ke baad jo nizam bane, yani Khilafat e Rashida bani, Umayyad period aaya, Ubaid period aaya, Ottoman Empire bana, uth Khilafat, uth Usmani Khilafat bani,</w:t>
      </w:r>
      <w:r>
        <w:br/>
      </w:r>
      <w:r>
        <w:rPr>
          <w:sz w:val="20"/>
        </w:rPr>
        <w:t>37:06  Abbasi Khilafat bani. Un sab pe agerche dynasty aa gayi thi, lekin is ke bawajood democracy maujood thi us mein.</w:t>
      </w:r>
      <w:r>
        <w:br/>
      </w:r>
      <w:r>
        <w:rPr>
          <w:sz w:val="20"/>
        </w:rPr>
        <w:t>37:14  Yani that was a democratic khilafat, khilafat democratic khilafat thi, woh kingship nahi thi, woh kingship nahi thi.</w:t>
      </w:r>
    </w:p>
    <w:p>
      <w:pPr>
        <w:pStyle w:val="Heading2"/>
      </w:pPr>
      <w:r>
        <w:t>Fighting caused principal to lose wisdom</w:t>
      </w:r>
    </w:p>
    <w:p>
      <w:r>
        <w:rPr>
          <w:color w:val="666666"/>
          <w:sz w:val="18"/>
        </w:rPr>
        <w:t>The Secret of Divine Wisdom I September 2,. 2012 Maulana Wahiduddin Khan · 2m 59s · at 12:14 · https://youtu.be/Y-UdfIX33As?t=734</w:t>
      </w:r>
    </w:p>
    <w:p>
      <w:r>
        <w:rPr>
          <w:i/>
        </w:rPr>
        <w:t>“Ek bade shahr mein ek school ke principal the unhone management se jhagda kar liya”</w:t>
      </w:r>
    </w:p>
    <w:p>
      <w:r>
        <w:rPr>
          <w:sz w:val="20"/>
        </w:rPr>
        <w:t>12:14  ek bade shahar mein jisko metropolitan city kaha jata hai wahan ek sahib hain.</w:t>
      </w:r>
      <w:r>
        <w:br/>
      </w:r>
      <w:r>
        <w:rPr>
          <w:sz w:val="20"/>
        </w:rPr>
        <w:t>12:23  to wahan wahan ke wahan ek wahan ek ek organization hai jo kai school chalati hai.</w:t>
      </w:r>
      <w:r>
        <w:br/>
      </w:r>
      <w:r>
        <w:rPr>
          <w:sz w:val="20"/>
        </w:rPr>
        <w:t>12:33  to ek school mein woh principal thay. kya kya unhon ne ke woh management se unhon ne jhagda kar liya.</w:t>
      </w:r>
      <w:r>
        <w:br/>
      </w:r>
      <w:r>
        <w:rPr>
          <w:sz w:val="20"/>
        </w:rPr>
        <w:t>12:44  jhagda itna barha ke yeh chalay gaye court mein chalay gaye. yaani larai jhagda kiya phir court tak muamla pohancha diya.</w:t>
      </w:r>
      <w:r>
        <w:br/>
      </w:r>
      <w:r>
        <w:rPr>
          <w:sz w:val="20"/>
        </w:rPr>
        <w:t>12:59  to in logon ne in ko nikaal diya. principal</w:t>
      </w:r>
      <w:r>
        <w:br/>
      </w:r>
      <w:r>
        <w:rPr>
          <w:sz w:val="20"/>
        </w:rPr>
        <w:t>13:03  police se hata diya. ab dono mein muamla yaani adalat mein chalne laga. isi darmiyan meri mulaqat un se hui.</w:t>
      </w:r>
      <w:r>
        <w:br/>
      </w:r>
      <w:r>
        <w:rPr>
          <w:sz w:val="20"/>
        </w:rPr>
        <w:t>13:17  main ne bohat sakht hammering in ki ki. bohat ziyada hammering ki. main ne kaha abhi aaj hi ja kar ke aap management se maafi mangiye.</w:t>
      </w:r>
      <w:r>
        <w:br/>
      </w:r>
      <w:r>
        <w:rPr>
          <w:sz w:val="20"/>
        </w:rPr>
        <w:t>13:29  aaj hi ja kar ke aap court se case utha lijiyey. management se maafi mang lijiyey.</w:t>
      </w:r>
      <w:r>
        <w:br/>
      </w:r>
      <w:r>
        <w:rPr>
          <w:sz w:val="20"/>
        </w:rPr>
        <w:t>13:38  phir main ne kaha ke dekhiye aap ke paas master degree hai. aap doctorate kijiye. is ko bhool jayen ke management aap ko dobara principly deta hai ke nahi deta hai.</w:t>
      </w:r>
      <w:r>
        <w:br/>
      </w:r>
      <w:r>
        <w:rPr>
          <w:sz w:val="20"/>
        </w:rPr>
        <w:t>13:50  aap is ki principly mat mangiyey. maafi mangiye bas.</w:t>
      </w:r>
      <w:r>
        <w:br/>
      </w:r>
      <w:r>
        <w:rPr>
          <w:sz w:val="20"/>
        </w:rPr>
        <w:t>13:55  maafi mangiye court se utha lijiyey woh aur aap apni education ko aur poora kijiye. doctorate degree haasil kijiye.</w:t>
      </w:r>
      <w:r>
        <w:br/>
      </w:r>
      <w:r>
        <w:rPr>
          <w:sz w:val="20"/>
        </w:rPr>
        <w:t>14:07  to khair woh naujawan aadmi thay. main zahir hai ke un ke liye baap se bhi ziyada bari umar ka tha. to baat maan gaye woh.</w:t>
      </w:r>
      <w:r>
        <w:br/>
      </w:r>
      <w:r>
        <w:rPr>
          <w:sz w:val="20"/>
        </w:rPr>
        <w:t>14:17  aur waqeatan ja kar unhon ne management se maafi mangi. court se case utha liya. aur is ke baad parhnay lagay woh.</w:t>
      </w:r>
      <w:r>
        <w:br/>
      </w:r>
      <w:r>
        <w:rPr>
          <w:sz w:val="20"/>
        </w:rPr>
        <w:t>14:28  to kya hua dekhiye ek dum saaray baat badal gayi. management ne dobara un ko re institute kiya. dobara un ko principal banaya.</w:t>
      </w:r>
      <w:r>
        <w:br/>
      </w:r>
      <w:r>
        <w:rPr>
          <w:sz w:val="20"/>
        </w:rPr>
        <w:t>14:37  aala hifazat yeh hua. lekin main ne un se kaha aap parhai choriye bas. parhtay rahay yahan tak ke un ko</w:t>
      </w:r>
      <w:r>
        <w:br/>
      </w:r>
      <w:r>
        <w:rPr>
          <w:sz w:val="20"/>
        </w:rPr>
        <w:t>14:46  doctorate ki degree mil gayi. ab is waqt is waqt jo hai woh poora jo group un ka hai us ke director hain woh.</w:t>
      </w:r>
      <w:r>
        <w:br/>
      </w:r>
      <w:r>
        <w:rPr>
          <w:sz w:val="20"/>
        </w:rPr>
        <w:t>14:58  director hain poore group un ka hai. kai institution chalatay hain woh. to jo larai jhagda kiya unhon ne to un ki aql khabt ho gayi.</w:t>
      </w:r>
      <w:r>
        <w:br/>
      </w:r>
      <w:r>
        <w:rPr>
          <w:sz w:val="20"/>
        </w:rPr>
        <w:t>15:09  ab kya hai? muqadma baazi karna hai. un ke khilaaf</w:t>
      </w:r>
    </w:p>
    <w:p>
      <w:pPr>
        <w:pStyle w:val="Heading2"/>
      </w:pPr>
      <w:r>
        <w:t>Spiritual lesson from Dhak tree</w:t>
      </w:r>
    </w:p>
    <w:p>
      <w:r>
        <w:rPr>
          <w:color w:val="666666"/>
          <w:sz w:val="18"/>
        </w:rPr>
        <w:t>Nature as a Role Mode May 21, 2006 · 3m 12s · at 6:32 · https://youtu.be/ppaB1Z2zXL8?t=392</w:t>
      </w:r>
    </w:p>
    <w:p>
      <w:r>
        <w:rPr>
          <w:i/>
        </w:rPr>
        <w:t>“Ek baar main safar kar raha tha junubi ki taraf.”</w:t>
      </w:r>
    </w:p>
    <w:p>
      <w:r>
        <w:rPr>
          <w:sz w:val="20"/>
        </w:rPr>
        <w:t>6:32  jaise misaal ke taur par ek baar mein safar kar raha tha janoobi taraf</w:t>
      </w:r>
      <w:r>
        <w:br/>
      </w:r>
      <w:r>
        <w:rPr>
          <w:sz w:val="20"/>
        </w:rPr>
        <w:t>6:43  train ke zariye. bohat pehle ki baat hai, hamari train ek janglat se guzri. is janglat mein maine dekha ke dono taraf dhak ke darakht thay.</w:t>
      </w:r>
      <w:r>
        <w:br/>
      </w:r>
      <w:r>
        <w:rPr>
          <w:sz w:val="20"/>
        </w:rPr>
        <w:t>6:59  aap mein se kai logon ne shayad dhak na dekha ho. dhak ek ajeeb o ghareeb darakht hota hai.</w:t>
      </w:r>
      <w:r>
        <w:br/>
      </w:r>
      <w:r>
        <w:rPr>
          <w:sz w:val="20"/>
        </w:rPr>
        <w:t>7:08  yani is ki ek lakri ki tarah se zameen par khara hota hai woh, jaise ek lakri. aur is lakri mein patiyan nikalti hain.</w:t>
      </w:r>
      <w:r>
        <w:br/>
      </w:r>
      <w:r>
        <w:rPr>
          <w:sz w:val="20"/>
        </w:rPr>
        <w:t>7:19  yeh jo peir aap jante hain ke jaise aam ka peir hai, aisa nahi hota woh.</w:t>
      </w:r>
      <w:r>
        <w:br/>
      </w:r>
      <w:r>
        <w:rPr>
          <w:sz w:val="20"/>
        </w:rPr>
        <w:t>7:25  to woh lakri ki manind hota hai woh, jis ko urdu mein kehte hain thand. to is mein patiyan nikalti hain. to pehle hari patiyan nikalti hain.</w:t>
      </w:r>
      <w:r>
        <w:br/>
      </w:r>
      <w:r>
        <w:rPr>
          <w:sz w:val="20"/>
        </w:rPr>
        <w:t>7:37  phir hari patiyan jhad jati hain. phir is thand mein bohat hi khoobsurat phool nikalte hain.</w:t>
      </w:r>
      <w:r>
        <w:br/>
      </w:r>
      <w:r>
        <w:rPr>
          <w:sz w:val="20"/>
        </w:rPr>
        <w:t>7:45  bohat hi baray baray lal rang ke phool.</w:t>
      </w:r>
      <w:r>
        <w:br/>
      </w:r>
      <w:r>
        <w:rPr>
          <w:sz w:val="20"/>
        </w:rPr>
        <w:t>7:49  to woh zamana wohi tha jab hamari train guzri wahan se. to sarak ke bahir dono taraf yani thand ki manind dhak ke darakht kharay hue thay.</w:t>
      </w:r>
      <w:r>
        <w:br/>
      </w:r>
      <w:r>
        <w:rPr>
          <w:sz w:val="20"/>
        </w:rPr>
        <w:t>8:03  aur is mein nihayat hi khoobsurat lal rang ke phool lage hue thay. is ko maine dekha to mujhe be ikhtiyar mein rone laga.</w:t>
      </w:r>
      <w:r>
        <w:br/>
      </w:r>
      <w:r>
        <w:rPr>
          <w:sz w:val="20"/>
        </w:rPr>
        <w:t>8:15  maine kaha ke khuda ya!</w:t>
      </w:r>
      <w:r>
        <w:br/>
      </w:r>
      <w:r>
        <w:rPr>
          <w:sz w:val="20"/>
        </w:rPr>
        <w:t>8:18  to ne is thand mein itnay khoobsurat phool ugaye hain. mein bhi ek thand hoon. mein bhi ek thand hoon.</w:t>
      </w:r>
      <w:r>
        <w:br/>
      </w:r>
      <w:r>
        <w:rPr>
          <w:sz w:val="20"/>
        </w:rPr>
        <w:t>8:30  to meri zindagi mein bhi isi tarah phool uga de. der tak train dhak ke darmiyan chalti rahi aur mein barabar yeh dua karta raha.</w:t>
      </w:r>
      <w:r>
        <w:br/>
      </w:r>
      <w:r>
        <w:rPr>
          <w:sz w:val="20"/>
        </w:rPr>
        <w:t>8:42  yeh hai rohani exploitation of nature ki ek misaal. ke nature mein ek mazhar maine dekha ke thand lakri mein khoobsurat phool.</w:t>
      </w:r>
      <w:r>
        <w:br/>
      </w:r>
      <w:r>
        <w:rPr>
          <w:sz w:val="20"/>
        </w:rPr>
        <w:t>8:54  is se maine ek tehreek liya. aur yeh dua meri zuban se nikalne lagi. bohat hi dard ke sath aur karb ke sath.</w:t>
      </w:r>
      <w:r>
        <w:br/>
      </w:r>
      <w:r>
        <w:rPr>
          <w:sz w:val="20"/>
        </w:rPr>
        <w:t>9:05  ke khuda ya! teri qudrat itni zyada hai ke tu thand mein khoobsurat phool uga sakta hai.</w:t>
      </w:r>
      <w:r>
        <w:br/>
      </w:r>
      <w:r>
        <w:rPr>
          <w:sz w:val="20"/>
        </w:rPr>
        <w:t>9:17  teri is qudrat ka karishma mein apni zindagi mein dekhna chahta hoon.</w:t>
      </w:r>
      <w:r>
        <w:br/>
      </w:r>
      <w:r>
        <w:rPr>
          <w:sz w:val="20"/>
        </w:rPr>
        <w:t>9:23  to mere thand wajood mein bhi aisay hi phool uga de.</w:t>
      </w:r>
      <w:r>
        <w:br/>
      </w:r>
      <w:r>
        <w:rPr>
          <w:sz w:val="20"/>
        </w:rPr>
        <w:t>9:30  yeh hai ek misaal is cheez ki jis ko mein kehta hoon rohani exploitation of nature.</w:t>
      </w:r>
    </w:p>
    <w:p>
      <w:pPr>
        <w:pStyle w:val="Heading2"/>
      </w:pPr>
      <w:r>
        <w:t>Prophet corrects eclipse superstition to signs of God</w:t>
      </w:r>
    </w:p>
    <w:p>
      <w:r>
        <w:rPr>
          <w:color w:val="666666"/>
          <w:sz w:val="18"/>
        </w:rPr>
        <w:t>Ikhwane Rasool from supersition to science -19-4-09 · 2m 36s · at 12:03 · https://youtu.be/f7E3bzA5h-M?t=723</w:t>
      </w:r>
    </w:p>
    <w:p>
      <w:r>
        <w:rPr>
          <w:i/>
        </w:rPr>
        <w:t>“To kya hua ke Madina mein”</w:t>
      </w:r>
    </w:p>
    <w:p>
      <w:r>
        <w:rPr>
          <w:sz w:val="20"/>
        </w:rPr>
        <w:t>12:03  aasman jo hai sog manata hai. ke bare aadmi ke marne par aasman sog manata hai to yeh eclipse hota hai. to kya hua ke madine mein jab aap the to aap ke haan ek beta paida hua tha is ka naam tha ibrahim.</w:t>
      </w:r>
      <w:r>
        <w:br/>
      </w:r>
      <w:r>
        <w:rPr>
          <w:sz w:val="20"/>
        </w:rPr>
        <w:t>12:21  mariya qibtiya is ki maan thi. sirf dhai saal ki umar mein in ka intiqal ho gaya. yaani bachche the tabhi. to aap wahan par log kehne lage kyunke aap ki position jo thi madine mein head of the state ki thi.</w:t>
      </w:r>
      <w:r>
        <w:br/>
      </w:r>
      <w:r>
        <w:rPr>
          <w:sz w:val="20"/>
        </w:rPr>
        <w:t>12:41  is waqt.</w:t>
      </w:r>
      <w:r>
        <w:br/>
      </w:r>
      <w:r>
        <w:rPr>
          <w:sz w:val="20"/>
        </w:rPr>
        <w:t>12:44  At that time he was head of the state of madina.</w:t>
      </w:r>
      <w:r>
        <w:br/>
      </w:r>
      <w:r>
        <w:rPr>
          <w:sz w:val="20"/>
        </w:rPr>
        <w:t>12:54  to logon ne kya kaha ke prophet ka yaani head of the state ka bachcha mar gaya is liye eclipse hua hai. isi superstition mein bola kuch logon ne jo chala raha tha pehle se.</w:t>
      </w:r>
      <w:r>
        <w:br/>
      </w:r>
      <w:r>
        <w:rPr>
          <w:sz w:val="20"/>
        </w:rPr>
        <w:t>13:10  to aap ne bilkul emergency call jis ko kehte hain emergency meeting ki aap ne. sab ko bulaya ke sab log masjid mein aa jayen.</w:t>
      </w:r>
      <w:r>
        <w:br/>
      </w:r>
      <w:r>
        <w:rPr>
          <w:sz w:val="20"/>
        </w:rPr>
        <w:t>13:20  zara sochiye ke is baat ko sochiye. itni si baat par aap ne emergency meeting bulai.</w:t>
      </w:r>
      <w:r>
        <w:br/>
      </w:r>
      <w:r>
        <w:rPr>
          <w:sz w:val="20"/>
        </w:rPr>
        <w:t>13:29  kitni is ko kitna importance diya aap ne is baat ko. ke log is ko superstition sense mein le rahe hain. to sab log akhatta hue.</w:t>
      </w:r>
      <w:r>
        <w:br/>
      </w:r>
      <w:r>
        <w:rPr>
          <w:sz w:val="20"/>
        </w:rPr>
        <w:t>13:39  is waqt aap ne ek wahan par ek khutba diya, ek lecture diya. aur kaha ke dekho yeh jo solar eclipse aur lunar eclipse hota hai kisi ki jine marne se koi talluq nahi hai.</w:t>
      </w:r>
      <w:r>
        <w:br/>
      </w:r>
      <w:r>
        <w:rPr>
          <w:sz w:val="20"/>
        </w:rPr>
        <w:t>13:56  koi talluq nahi hai.</w:t>
      </w:r>
      <w:r>
        <w:br/>
      </w:r>
      <w:r>
        <w:rPr>
          <w:sz w:val="20"/>
        </w:rPr>
        <w:t>14:02  aap ne farmaya ke aayatan min aayatillah woh khuda ki do nishaniyon mein se nishani hain.</w:t>
      </w:r>
      <w:r>
        <w:br/>
      </w:r>
      <w:r>
        <w:rPr>
          <w:sz w:val="20"/>
        </w:rPr>
        <w:t>14:12  Signs of God hain, SIGNS, Signs of God hain.</w:t>
      </w:r>
      <w:r>
        <w:br/>
      </w:r>
      <w:r>
        <w:rPr>
          <w:sz w:val="20"/>
        </w:rPr>
        <w:t>14:18  to jab aisa ho to khuda ko yaad karo. kisi badshah ke</w:t>
      </w:r>
      <w:r>
        <w:br/>
      </w:r>
      <w:r>
        <w:rPr>
          <w:sz w:val="20"/>
        </w:rPr>
        <w:t>14:26  se is ke sath koi talluq nahi, kisi bare aadmi se is ka koi talluq nahi koi. yeh khuda ke nishani hain, khuda ke Signs hain. to khuda ki badhai ko yaad karo, khuda ki Glory ko yaad karo.</w:t>
      </w:r>
    </w:p>
    <w:p>
      <w:pPr>
        <w:pStyle w:val="Heading2"/>
      </w:pPr>
      <w:r>
        <w:t>Believing in God 'on paper' isn't the real criterion</w:t>
      </w:r>
    </w:p>
    <w:p>
      <w:r>
        <w:rPr>
          <w:color w:val="666666"/>
          <w:sz w:val="18"/>
        </w:rPr>
        <w:t>Concept of God December 7, 2014 · 1m 34s · at 4:00 · https://youtu.be/dCgL9lp8EAo?t=240</w:t>
      </w:r>
    </w:p>
    <w:p>
      <w:r>
        <w:rPr>
          <w:i/>
        </w:rPr>
        <w:t>“People believe in God formally, but real awareness is rare”</w:t>
      </w:r>
    </w:p>
    <w:p>
      <w:r>
        <w:rPr>
          <w:sz w:val="20"/>
        </w:rPr>
        <w:t>4:00  khuda ko log formal tareeqe se toh mante hain, haqeeqi taur par kahin bhi khuda ka shaoor maujood nahi.</w:t>
      </w:r>
      <w:r>
        <w:br/>
      </w:r>
      <w:r>
        <w:rPr>
          <w:sz w:val="20"/>
        </w:rPr>
        <w:t>4:16  main aisa kyun keh raha hoon? is liye ke dekhiye, manne ka jo criterion hai, woh khuda, woh Quran mein bata diya gaya hai.</w:t>
      </w:r>
      <w:r>
        <w:br/>
      </w:r>
      <w:r>
        <w:rPr>
          <w:sz w:val="20"/>
        </w:rPr>
        <w:t>4:26  khuda ko manne wala kaun hai? is ka ek criterion hai.</w:t>
      </w:r>
      <w:r>
        <w:br/>
      </w:r>
      <w:r>
        <w:rPr>
          <w:sz w:val="20"/>
        </w:rPr>
        <w:t>4:33  woh surah al-baqarah mein, Quran ki surah al-baqarah mein in alfaz mein aaya hai: "walladhina amanu ashadd huban lillah".</w:t>
      </w:r>
      <w:r>
        <w:br/>
      </w:r>
      <w:r>
        <w:rPr>
          <w:sz w:val="20"/>
        </w:rPr>
        <w:t>4:46  jo khuda ko manne wale hain, un ko sab se zyada mohabbat ka talluq Allah se hota hai. Allah se un ko hubb shadeed hota hai.</w:t>
      </w:r>
      <w:r>
        <w:br/>
      </w:r>
      <w:r>
        <w:rPr>
          <w:sz w:val="20"/>
        </w:rPr>
        <w:t>4:58  yani English mein kahenge: "strong affection". jo Allah se manne wale hain, woh un ko Allah se strong affection ho jata hai.</w:t>
      </w:r>
      <w:r>
        <w:br/>
      </w:r>
      <w:r>
        <w:rPr>
          <w:sz w:val="20"/>
        </w:rPr>
        <w:t>5:12  yeh hai criterion.</w:t>
      </w:r>
      <w:r>
        <w:br/>
      </w:r>
      <w:r>
        <w:rPr>
          <w:sz w:val="20"/>
        </w:rPr>
        <w:t>5:15  aap is criterion par judge kijiye toh sari duniya mein shayad hi koi mile jo waqeatan khuda ko manne wala ho.</w:t>
      </w:r>
      <w:r>
        <w:br/>
      </w:r>
      <w:r>
        <w:rPr>
          <w:sz w:val="20"/>
        </w:rPr>
        <w:t>5:28  log bas forward taur par mante hain, lift service ke taur par mante hain.</w:t>
      </w:r>
    </w:p>
    <w:p>
      <w:pPr>
        <w:pStyle w:val="Heading2"/>
      </w:pPr>
      <w:r>
        <w:t>Who Yajuj Majuj really are, historically</w:t>
      </w:r>
    </w:p>
    <w:p>
      <w:r>
        <w:rPr>
          <w:color w:val="666666"/>
          <w:sz w:val="18"/>
        </w:rPr>
        <w:t>Beginning of The End April 20, 2008 · 2m 33s · at 8:18 · https://youtu.be/6atQ8muQDUk?t=498</w:t>
      </w:r>
    </w:p>
    <w:p>
      <w:r>
        <w:rPr>
          <w:i/>
        </w:rPr>
        <w:t>“Gog Magog ya Yajuj Majuj kaun log hain?”</w:t>
      </w:r>
    </w:p>
    <w:p>
      <w:r>
        <w:rPr>
          <w:sz w:val="20"/>
        </w:rPr>
        <w:t>8:18  asal mein ye log samajhte hain ke aaj yaajooj maajooj koi bohat hi anokhe cheez honge, un ke sir par seengh hon gi, un ke hath jo hain wo taar ki tarah lambe honge.</w:t>
      </w:r>
      <w:r>
        <w:br/>
      </w:r>
      <w:r>
        <w:rPr>
          <w:sz w:val="20"/>
        </w:rPr>
        <w:t>8:31  ye sab kuch bhi nahin. yaajooj maajooj hamare jaise hi insan.</w:t>
      </w:r>
      <w:r>
        <w:br/>
      </w:r>
      <w:r>
        <w:rPr>
          <w:sz w:val="20"/>
        </w:rPr>
        <w:t>8:40  to hazrat nooh se ye kahani shuru hoti hai.</w:t>
      </w:r>
      <w:r>
        <w:br/>
      </w:r>
      <w:r>
        <w:rPr>
          <w:sz w:val="20"/>
        </w:rPr>
        <w:t>8:43  aap jante hain ke hazrat nooh ke zamane mein flood aaya, ye mausam meso mesopotamia ke area mein jis ko hum iraq kehte hain.</w:t>
      </w:r>
      <w:r>
        <w:br/>
      </w:r>
      <w:r>
        <w:rPr>
          <w:sz w:val="20"/>
        </w:rPr>
        <w:t>8:54  pehle insan wahin hua karta tha. to thorre se insano ko chhod kar sare log is mein doob kar khatm ho gaye. to hazrat nooh ke do teen bete the: haam, saam, yaafath.</w:t>
      </w:r>
      <w:r>
        <w:br/>
      </w:r>
      <w:r>
        <w:rPr>
          <w:sz w:val="20"/>
        </w:rPr>
        <w:t>9:11  to haam aur saam jo hain ye asia mein base aur yaafath jo hain yahi log the jo europe mein base.</w:t>
      </w:r>
      <w:r>
        <w:br/>
      </w:r>
      <w:r>
        <w:rPr>
          <w:sz w:val="20"/>
        </w:rPr>
        <w:t>9:22  kyun ke jo kashti thi un ki, quran mein bataya gaya hai ke joodi pahad par thehri, wahin log utre. joodi pahad turki ke kust, turki ke kinare hai.</w:t>
      </w:r>
      <w:r>
        <w:br/>
      </w:r>
      <w:r>
        <w:rPr>
          <w:sz w:val="20"/>
        </w:rPr>
        <w:t>9:38  ab is ki satellite se is ki kashti bhi dekhi ja chuki hai. to yaafath jo the wo turki mein, phir russia mein un ki naslein gayeen,</w:t>
      </w:r>
      <w:r>
        <w:br/>
      </w:r>
      <w:r>
        <w:rPr>
          <w:sz w:val="20"/>
        </w:rPr>
        <w:t>9:52  phir britain mein, germany mein, france mein ye log phailay. yahi hain yaajooj maajooj, yani western nations jo hain wahi yaajooj maajooj hain.</w:t>
      </w:r>
      <w:r>
        <w:br/>
      </w:r>
      <w:r>
        <w:rPr>
          <w:sz w:val="20"/>
        </w:rPr>
        <w:t>10:03  is par detail agar aap janna chahenge references ke sath to main ek book likhi hai, maine 50 pages ki, is mein sare references hain, is ko aap dekh sakte hain, wo jaldi chhape gi.</w:t>
      </w:r>
      <w:r>
        <w:br/>
      </w:r>
      <w:r>
        <w:rPr>
          <w:sz w:val="20"/>
        </w:rPr>
        <w:t>10:16  is ko main likh chuka hoon lekin chhapne mein ek do mahina lagega abhi. to is mein sare references maine de diye hain. abhi main sirf narrative way mein bata raha hoon aap ko.</w:t>
      </w:r>
      <w:r>
        <w:br/>
      </w:r>
      <w:r>
        <w:rPr>
          <w:sz w:val="20"/>
        </w:rPr>
        <w:t>10:26  to ye log jo hain western europe jis ko hum kehte hain, ye western nations, inhi ki aulad hain ye.</w:t>
      </w:r>
      <w:r>
        <w:br/>
      </w:r>
      <w:r>
        <w:rPr>
          <w:sz w:val="20"/>
        </w:rPr>
        <w:t>10:37  to kya hua ke in ke do period hain: ek zulqarnain ke zamane ka aur doosra jab hatta fatah yaajooj o maajooj hai, yani jab khol diye gaye wo.</w:t>
      </w:r>
    </w:p>
    <w:p>
      <w:pPr>
        <w:pStyle w:val="Heading2"/>
      </w:pPr>
      <w:r>
        <w:t>fasting as silence, restraint, and Maryam's example</w:t>
      </w:r>
    </w:p>
    <w:p>
      <w:r>
        <w:rPr>
          <w:color w:val="666666"/>
          <w:sz w:val="18"/>
        </w:rPr>
        <w:t>Ramadan A Month of Study of the Quran August 23, 2009 · 2m 42s · at 1:34 · https://youtu.be/f90TVrzAOFs?t=94</w:t>
      </w:r>
    </w:p>
    <w:p>
      <w:r>
        <w:rPr>
          <w:i/>
        </w:rPr>
        <w:t>“Roze ko Quran mein 'saum' kaha gaya hai”</w:t>
      </w:r>
    </w:p>
    <w:p>
      <w:r>
        <w:rPr>
          <w:sz w:val="20"/>
        </w:rPr>
        <w:t>1:34  dekhein, pehli baat yeh hai ke roze ko quran mein som kaha gaya hai. rukna, restraint.</w:t>
      </w:r>
      <w:r>
        <w:br/>
      </w:r>
      <w:r>
        <w:rPr>
          <w:sz w:val="20"/>
        </w:rPr>
        <w:t>1:50  rukna kis cheez se? khane peene se, aur doosri cheezon se, saath saath bolne se bhi</w:t>
      </w:r>
      <w:r>
        <w:br/>
      </w:r>
      <w:r>
        <w:rPr>
          <w:sz w:val="20"/>
        </w:rPr>
        <w:t>2:00  dekhain, pichhli shariyat mein, yaani yahoodi ki shariyat mein, saum-e-sukoot hota tha. chup ka roza. woh islami shariyat mein bhi maujood hai.</w:t>
      </w:r>
      <w:r>
        <w:br/>
      </w:r>
      <w:r>
        <w:rPr>
          <w:sz w:val="20"/>
        </w:rPr>
        <w:t>2:12  is farq ke saath ke pehle tha saum-e-sukoot, ab hai ilt-e-kalaam. kam bolna ab bhi roze ka integral part hai.</w:t>
      </w:r>
      <w:r>
        <w:br/>
      </w:r>
      <w:r>
        <w:rPr>
          <w:sz w:val="20"/>
        </w:rPr>
        <w:t>2:27  jo log roza rakh kar khoob, bohat ziyada bolay hain, unhon ne roza nahi rakha.</w:t>
      </w:r>
      <w:r>
        <w:br/>
      </w:r>
      <w:r>
        <w:rPr>
          <w:sz w:val="20"/>
        </w:rPr>
        <w:t>2:37  kyun? yaani saum, yaani abstinence kyun? abstinence food se ka, abstinence nahi.</w:t>
      </w:r>
      <w:r>
        <w:br/>
      </w:r>
      <w:r>
        <w:rPr>
          <w:sz w:val="20"/>
        </w:rPr>
        <w:t>2:47  abstinence food se</w:t>
      </w:r>
      <w:r>
        <w:br/>
      </w:r>
      <w:r>
        <w:rPr>
          <w:sz w:val="20"/>
        </w:rPr>
        <w:t>2:57  worldy cheezon mein apne involvement ko kam karna. aadmi apni daily life mein worldy cheezon mein phansa rehta hai.</w:t>
      </w:r>
      <w:r>
        <w:br/>
      </w:r>
      <w:r>
        <w:rPr>
          <w:sz w:val="20"/>
        </w:rPr>
        <w:t>3:11  to roze ka mahina is liye hai ke worldy cheezon mein apni involvement ko aap kam karen.</w:t>
      </w:r>
      <w:r>
        <w:br/>
      </w:r>
      <w:r>
        <w:rPr>
          <w:sz w:val="20"/>
        </w:rPr>
        <w:t>3:17  misal ke taur par khana. aap raat ko khayen, din ko na khayen. to Ramzan mein khana chhodna nahi jaata.</w:t>
      </w:r>
      <w:r>
        <w:br/>
      </w:r>
      <w:r>
        <w:rPr>
          <w:sz w:val="20"/>
        </w:rPr>
        <w:t>3:26  khana kam kiya jaata hai. yaani din ko aap nahi khate, raat ko khate hain.</w:t>
      </w:r>
      <w:r>
        <w:br/>
      </w:r>
      <w:r>
        <w:rPr>
          <w:sz w:val="20"/>
        </w:rPr>
        <w:t>3:34  isi tarah se aaram mein kami hoti hai. routine tootta hai aadmi ka. isi tareeqay se bolna bhi kam hota hai.</w:t>
      </w:r>
      <w:r>
        <w:br/>
      </w:r>
      <w:r>
        <w:rPr>
          <w:sz w:val="20"/>
        </w:rPr>
        <w:t>3:44  kyun ke aap bolenge to sochenge nahi. kisi ne kaha hai ke "When I am speaking, I am not thinking." to roza is liye hai ke aap ziyada sochen.</w:t>
      </w:r>
      <w:r>
        <w:br/>
      </w:r>
      <w:r>
        <w:rPr>
          <w:sz w:val="20"/>
        </w:rPr>
        <w:t>3:58  bohat bolenge to aap sochenge kahan se.</w:t>
      </w:r>
      <w:r>
        <w:br/>
      </w:r>
      <w:r>
        <w:rPr>
          <w:sz w:val="20"/>
        </w:rPr>
        <w:t>4:04  Quran mein dekhiye, surah Maryam woh hai, yaani chapter number 19, is mein Hazrat Maryam, yaani Hazrat Masih ki walida, ke baray mein zikr hai ke unhon ne roza rakha.</w:t>
      </w:r>
    </w:p>
    <w:p>
      <w:pPr>
        <w:pStyle w:val="Heading2"/>
      </w:pPr>
      <w:r>
        <w:t>Believer vs non-believer uncertainty about death</w:t>
      </w:r>
    </w:p>
    <w:p>
      <w:r>
        <w:rPr>
          <w:color w:val="666666"/>
          <w:sz w:val="18"/>
        </w:rPr>
        <w:t>Death and The Sense of Urgency September 15, 2018 · 1m 43s · at 32:22 · https://youtu.be/XDP_1Q8dE18?t=1942</w:t>
      </w:r>
    </w:p>
    <w:p>
      <w:r>
        <w:rPr>
          <w:i/>
        </w:rPr>
        <w:t>“Moulana, yeh to sahi hai ke sense of urgency remains.”</w:t>
      </w:r>
    </w:p>
    <w:p>
      <w:r>
        <w:rPr>
          <w:sz w:val="20"/>
        </w:rPr>
        <w:t>32:22  molana, yeh to sahi hai ke sense of urgency remains. magar molana sahab, jaise aap ne kaha, woh Billy Graham ka article abhi bataya, to us mein bhi molana sahab ne bola ke "I am going to take a leap into the unknown".</w:t>
      </w:r>
      <w:r>
        <w:br/>
      </w:r>
      <w:r>
        <w:rPr>
          <w:sz w:val="20"/>
        </w:rPr>
        <w:t>32:36  to jaisa woh secular aadmi ke liye unknown hai, waisa humare liye bhi to unknown hai. aage ki, aage ki life, death ke baad ke hum kahan jayenge</w:t>
      </w:r>
      <w:r>
        <w:br/>
      </w:r>
      <w:r>
        <w:rPr>
          <w:sz w:val="20"/>
        </w:rPr>
        <w:t>32:46  ? nahi, farq to bohat hi bara hai. hmm, farq bohat hi bara hai.</w:t>
      </w:r>
      <w:r>
        <w:br/>
      </w:r>
      <w:r>
        <w:rPr>
          <w:sz w:val="20"/>
        </w:rPr>
        <w:t>32:54  bohat hi zyada bara hai.</w:t>
      </w:r>
      <w:r>
        <w:br/>
      </w:r>
      <w:r>
        <w:rPr>
          <w:sz w:val="20"/>
        </w:rPr>
        <w:t>32:59  kyunke real sense mein kya hai? woh to bazahir unknown hai, lekin jo believer hai, us ko yeh pata pata hai ke is ke baad do mein se ek hona hai ya hai hell ya paradise.</w:t>
      </w:r>
      <w:r>
        <w:br/>
      </w:r>
      <w:r>
        <w:rPr>
          <w:sz w:val="20"/>
        </w:rPr>
        <w:t>33:17  yeh non-believer nahi jaanta. yeh to bohat bara farq is se ho jata hai.</w:t>
      </w:r>
      <w:r>
        <w:br/>
      </w:r>
      <w:r>
        <w:rPr>
          <w:sz w:val="20"/>
        </w:rPr>
        <w:t>33:27  yani believer ki jo</w:t>
      </w:r>
      <w:r>
        <w:br/>
      </w:r>
      <w:r>
        <w:rPr>
          <w:sz w:val="20"/>
        </w:rPr>
        <w:t>33:32  uncertainty hai, phir bhi us ke paas ek goal hota hai. uncertainty for what? lekin non-believer ke paas sirf uncertainty hai, goal kuch bhi nahi.</w:t>
      </w:r>
      <w:r>
        <w:br/>
      </w:r>
      <w:r>
        <w:rPr>
          <w:sz w:val="20"/>
        </w:rPr>
        <w:t>33:50  hope, hope kuch kuch bhi nahi. na hope hai, na goal hai. to is wajah se believer ki jo uncertainty hai, woh to bohat hi bari cheez hai.</w:t>
      </w:r>
    </w:p>
    <w:p>
      <w:pPr>
        <w:pStyle w:val="Heading2"/>
      </w:pPr>
      <w:r>
        <w:t>Music and art aren't forbidden, but they're a costly distraction</w:t>
      </w:r>
    </w:p>
    <w:p>
      <w:r>
        <w:rPr>
          <w:color w:val="666666"/>
          <w:sz w:val="18"/>
        </w:rPr>
        <w:t>The Purpose of Creation March 30, 2008 · 2m 05s · at 1:23:48 · https://youtu.be/ORcTSPLvyn0?t=5028</w:t>
      </w:r>
    </w:p>
    <w:p>
      <w:r>
        <w:rPr>
          <w:i/>
        </w:rPr>
        <w:t>“Jo log music ko haram batate hain, woh ghulu karte hain”</w:t>
      </w:r>
    </w:p>
    <w:p>
      <w:r>
        <w:rPr>
          <w:sz w:val="20"/>
        </w:rPr>
        <w:t>1:23:48  dekhein, music aur art ke baray mein mein yeh kahunga</w:t>
      </w:r>
      <w:r>
        <w:br/>
      </w:r>
      <w:r>
        <w:rPr>
          <w:sz w:val="20"/>
        </w:rPr>
        <w:t>1:23:55  ke jo log is ko haram batate hain, wo wo ghulu karte hain.</w:t>
      </w:r>
      <w:r>
        <w:br/>
      </w:r>
      <w:r>
        <w:rPr>
          <w:sz w:val="20"/>
        </w:rPr>
        <w:t>1:24:04  to lekin aap yeh bhi samajh lijiyay ke aik hai haram aur halaal hona, lekin yeh kafi nahi hai.</w:t>
      </w:r>
      <w:r>
        <w:br/>
      </w:r>
      <w:r>
        <w:rPr>
          <w:sz w:val="20"/>
        </w:rPr>
        <w:t>1:24:16  hadith mein aata hai ke la yabdu al mutaqeen hatta mala yusbi hazarma. yeh samajh lo ke sirf yahi nahi ke cheezon mein koi cheez haram hoti hai, koi halaal hoti hai.</w:t>
      </w:r>
      <w:r>
        <w:br/>
      </w:r>
      <w:r>
        <w:rPr>
          <w:sz w:val="20"/>
        </w:rPr>
        <w:t>1:24:30  aik aur cheez hai jis ko mein kaha karta hoon distraction. distraction to yeh cheezein jo hain, mein nahi kehta ke wo haram hain, lekin wo distraction hai.</w:t>
      </w:r>
      <w:r>
        <w:br/>
      </w:r>
      <w:r>
        <w:rPr>
          <w:sz w:val="20"/>
        </w:rPr>
        <w:t>1:24:42  aur distraction jo hai, apne result ke aitbar se haram se bhi zyada kharab hai. wo apne time ko waste karte hain, aap apni energy ko waste karte hain.</w:t>
      </w:r>
      <w:r>
        <w:br/>
      </w:r>
      <w:r>
        <w:rPr>
          <w:sz w:val="20"/>
        </w:rPr>
        <w:t>1:24:53  aap acha, yeh is se bara koi loss hai is dunya mein? is se bara koi loss ho sakta hai?</w:t>
      </w:r>
      <w:r>
        <w:br/>
      </w:r>
      <w:r>
        <w:rPr>
          <w:sz w:val="20"/>
        </w:rPr>
        <w:t>1:25:03  wo to aap ne panch minute ke liye aap ne pi liya sharab, to panch minute aap ne haram kaam kiya. aur yahan to din din bhar log karte rehte hain, isi mein sunte rehte hain.</w:t>
      </w:r>
      <w:r>
        <w:br/>
      </w:r>
      <w:r>
        <w:rPr>
          <w:sz w:val="20"/>
        </w:rPr>
        <w:t>1:25:15  to baharhal, jahan tak maine samjha hai, music aur art jo hai, apne aap mein wo haram nahi hain, lekin wo source of distraction hai.</w:t>
      </w:r>
      <w:r>
        <w:br/>
      </w:r>
      <w:r>
        <w:rPr>
          <w:sz w:val="20"/>
        </w:rPr>
        <w:t>1:25:28  is sense mein mein kehta hoon ke is se aadmi ko bohat zyada bachna chahiye, nahi to is dunya mein is ka progress nahi hoga, is ka spiritual development nahi hoga,</w:t>
      </w:r>
      <w:r>
        <w:br/>
      </w:r>
      <w:r>
        <w:rPr>
          <w:sz w:val="20"/>
        </w:rPr>
        <w:t>1:25:42  koi bara kaam nahi kar sakega. wo</w:t>
      </w:r>
      <w:r>
        <w:br/>
      </w:r>
      <w:r>
        <w:rPr>
          <w:sz w:val="20"/>
        </w:rPr>
        <w:t>1:25:46  is sense mein mein kehta hoon ke woh is qabil hai ke aadmi is se bachey.</w:t>
      </w:r>
      <w:r>
        <w:br/>
      </w:r>
      <w:r>
        <w:rPr>
          <w:sz w:val="20"/>
        </w:rPr>
        <w:t>1:25:54  das question is from khalid ansari. some people believe that prophets are making any mistake.</w:t>
      </w:r>
    </w:p>
    <w:p>
      <w:pPr>
        <w:pStyle w:val="Heading2"/>
      </w:pPr>
      <w:r>
        <w:t>Suffering is the rule, avoiding hate is the real test</w:t>
      </w:r>
    </w:p>
    <w:p>
      <w:r>
        <w:rPr>
          <w:color w:val="666666"/>
          <w:sz w:val="18"/>
        </w:rPr>
        <w:t>Living in a World of Competition October 24, 2010 · 1m 41s · at 52:51 · https://youtu.be/0DRVM8YxM5U?t=3171</w:t>
      </w:r>
    </w:p>
    <w:p>
      <w:r>
        <w:rPr>
          <w:i/>
        </w:rPr>
        <w:t>“Ab iske baad kya hai? Aapko bachana hai nafrat se”</w:t>
      </w:r>
    </w:p>
    <w:p>
      <w:r>
        <w:rPr>
          <w:sz w:val="20"/>
        </w:rPr>
        <w:t>52:51  mere ilm ke mutabiq sari dunya ke musalman, without any exception, is is mein mubtala hain ke woh yeh jaana nahi inhone ke ke hamara dunya jo hai, world of competition hai.</w:t>
      </w:r>
      <w:r>
        <w:br/>
      </w:r>
      <w:r>
        <w:rPr>
          <w:sz w:val="20"/>
        </w:rPr>
        <w:t>53:04  is liye lazman aisa hoga ke koi kisi ko dhakka dega, kahin se kisi ko nuqsan pahunchega, kisi ko kuch hoga, kisi ko kuch hoga. Yeh hona hi hona hai, yeh hona hi hona hai.</w:t>
      </w:r>
      <w:r>
        <w:br/>
      </w:r>
      <w:r>
        <w:rPr>
          <w:sz w:val="20"/>
        </w:rPr>
        <w:t>53:16  to suffering paish aa gayi, suffering.</w:t>
      </w:r>
      <w:r>
        <w:br/>
      </w:r>
      <w:r>
        <w:rPr>
          <w:sz w:val="20"/>
        </w:rPr>
        <w:t>53:20  ab is ke baad kya hai? Aap ko bachana hai is baat se ke aap nafrat na karein, reaction na dikhayein, negative soch mein na padein.</w:t>
      </w:r>
      <w:r>
        <w:br/>
      </w:r>
      <w:r>
        <w:rPr>
          <w:sz w:val="20"/>
        </w:rPr>
        <w:t>53:32  warna kya hoga? Aap ke andar jannati shakhsiyat nahi banegi, paradise mein basane ke qabil nahi thehreinge.</w:t>
      </w:r>
      <w:r>
        <w:br/>
      </w:r>
      <w:r>
        <w:rPr>
          <w:sz w:val="20"/>
        </w:rPr>
        <w:t>53:41  aap paradise mein woh basaya jayega jo 100 percent positive ho. Yaad rakhiye,</w:t>
      </w:r>
      <w:r>
        <w:br/>
      </w:r>
      <w:r>
        <w:rPr>
          <w:sz w:val="20"/>
        </w:rPr>
        <w:t>53:48  aik ayat ke barabar bhi agar kisi ke andar negativity hai to woh jannat mein nahi jayega. Woh</w:t>
      </w:r>
      <w:r>
        <w:br/>
      </w:r>
      <w:r>
        <w:rPr>
          <w:sz w:val="20"/>
        </w:rPr>
        <w:t>53:56  to negativity kahan se aati hai? Bahar walon ke rawaiye se aati hai. Agar koi shakhs aap se pyara, muhtaram baithe, chaye pilaye aur khana khilaye to aap kyun nafrat kyun karega is se?</w:t>
      </w:r>
      <w:r>
        <w:br/>
      </w:r>
      <w:r>
        <w:rPr>
          <w:sz w:val="20"/>
        </w:rPr>
        <w:t>54:12  nafrat to jab bhi karte hain jab is se koi aap ko galat tajurba hota hai. To isi waqt to nafrat se bachana hai apne aap ko.</w:t>
      </w:r>
      <w:r>
        <w:br/>
      </w:r>
      <w:r>
        <w:rPr>
          <w:sz w:val="20"/>
        </w:rPr>
        <w:t>54:24  wohi to lamha hai jab aap apne aap ko nafrat se bachayein. Woh test ka hota hai, test ka mauqa.</w:t>
      </w:r>
    </w:p>
    <w:p>
      <w:pPr>
        <w:pStyle w:val="Heading2"/>
      </w:pPr>
      <w:r>
        <w:t>The Prophet standing in respect for a Jewish funeral</w:t>
      </w:r>
    </w:p>
    <w:p>
      <w:r>
        <w:rPr>
          <w:color w:val="666666"/>
          <w:sz w:val="18"/>
        </w:rPr>
        <w:t>Islam and Terrorism February 10, 2009 Maulana Wahiduddin Khan · 1m 45s · at 19:32 · https://youtu.be/vCEjp0w7Qjo?t=1172</w:t>
      </w:r>
    </w:p>
    <w:p>
      <w:r>
        <w:rPr>
          <w:i/>
        </w:rPr>
        <w:t>“One day, the Prophet saw a funeral procession pass by.”</w:t>
      </w:r>
    </w:p>
    <w:p>
      <w:r>
        <w:rPr>
          <w:sz w:val="20"/>
        </w:rPr>
        <w:t>19:32  One day, the Prophet saw a funeral procession</w:t>
      </w:r>
      <w:r>
        <w:br/>
      </w:r>
      <w:r>
        <w:rPr>
          <w:sz w:val="20"/>
        </w:rPr>
        <w:t>19:41  passing through a street in Madinah. The Prophet was seated at that time. And seeing the funeral procession, he stood up in respect.</w:t>
      </w:r>
      <w:r>
        <w:br/>
      </w:r>
      <w:r>
        <w:rPr>
          <w:sz w:val="20"/>
        </w:rPr>
        <w:t>19:56  So</w:t>
      </w:r>
      <w:r>
        <w:br/>
      </w:r>
      <w:r>
        <w:rPr>
          <w:sz w:val="20"/>
        </w:rPr>
        <w:t>19:58  one of his companions said, "O Prophet, it was the funeral of a Jew, not a Muslim.</w:t>
      </w:r>
      <w:r>
        <w:br/>
      </w:r>
      <w:r>
        <w:rPr>
          <w:sz w:val="20"/>
        </w:rPr>
        <w:t>20:09  It was the funeral of a Jew, not a Muslim." The Prophet replied, "Alaisat nafsan?</w:t>
      </w:r>
      <w:r>
        <w:br/>
      </w:r>
      <w:r>
        <w:rPr>
          <w:sz w:val="20"/>
        </w:rPr>
        <w:t>20:18  Alaisat nafsan? Was he not a human being? Was he not a human being</w:t>
      </w:r>
      <w:r>
        <w:br/>
      </w:r>
      <w:r>
        <w:rPr>
          <w:sz w:val="20"/>
        </w:rPr>
        <w:t>20:26  ?" You see, the Prophet discovered a commonality between himself and that Jewish person.</w:t>
      </w:r>
      <w:r>
        <w:br/>
      </w:r>
      <w:r>
        <w:rPr>
          <w:sz w:val="20"/>
        </w:rPr>
        <w:t>20:40  So Islamic principles are based on this commonality. According to Islam, every human being is a human being.</w:t>
      </w:r>
      <w:r>
        <w:br/>
      </w:r>
      <w:r>
        <w:rPr>
          <w:sz w:val="20"/>
        </w:rPr>
        <w:t>20:51  Every man is a man.</w:t>
      </w:r>
      <w:r>
        <w:br/>
      </w:r>
      <w:r>
        <w:rPr>
          <w:sz w:val="20"/>
        </w:rPr>
        <w:t>20:54  So all the men and women are sisters and brothers to each other. This is the Islamic principle.</w:t>
      </w:r>
      <w:r>
        <w:br/>
      </w:r>
      <w:r>
        <w:rPr>
          <w:sz w:val="20"/>
        </w:rPr>
        <w:t>21:03  "Ala kullukum baniyadam wa adwam min turab." It means all mankind are sisters and brothers to each other. So this was demonstrated by the Prophet himself.</w:t>
      </w:r>
    </w:p>
    <w:p>
      <w:pPr>
        <w:pStyle w:val="Heading2"/>
      </w:pPr>
      <w:r>
        <w:t>The temple of reason tames humans like tigers</w:t>
      </w:r>
    </w:p>
    <w:p>
      <w:r>
        <w:rPr>
          <w:color w:val="666666"/>
          <w:sz w:val="18"/>
        </w:rPr>
        <w:t>Spirituality in Daily Life October 4, 2008 · 1m 49s · at 40:13 · https://youtu.be/oeJR6tYqQVw?t=2413</w:t>
      </w:r>
    </w:p>
    <w:p>
      <w:r>
        <w:rPr>
          <w:i/>
        </w:rPr>
        <w:t>“Ek baat main aksar logon se kehta hun”</w:t>
      </w:r>
    </w:p>
    <w:p>
      <w:r>
        <w:rPr>
          <w:sz w:val="20"/>
        </w:rPr>
        <w:t>40:13  yeh main ne khud is ko apni aankh se dekha hai. Russia jab main gaya tha to wahan par main ne dekha ek ek aadmi tigers ko tape kiye hue tha, taqreeban yani ek ek dozen tiger the, woh tape kiye hue the.</w:t>
      </w:r>
      <w:r>
        <w:br/>
      </w:r>
      <w:r>
        <w:rPr>
          <w:sz w:val="20"/>
        </w:rPr>
        <w:t>40:28  main jaise woh kehta tha, wahi chalte the, woh sab. to main ne us ko research karna shuru</w:t>
      </w:r>
      <w:r>
        <w:br/>
      </w:r>
      <w:r>
        <w:rPr>
          <w:sz w:val="20"/>
        </w:rPr>
        <w:t>40:34  kiya ke yeh baat kya hai, kaise ek insan jo hai, us ke paas koi hathiyar nahi hai, ek ek enclosure mein tha, woh aadmi aur us mein sher sab the, woh us mein un ko jaise kehta tha, waise sher chalte the,</w:t>
      </w:r>
      <w:r>
        <w:br/>
      </w:r>
      <w:r>
        <w:rPr>
          <w:sz w:val="20"/>
        </w:rPr>
        <w:t>40:49  woh bilkul tape kiye hue the. un ko woh is par main ne research ki to pata chala ke nature ne ek bohat bara, bari cheez rakhi hai, beast mein, bea, bea, us ne beast animals,</w:t>
      </w:r>
      <w:r>
        <w:br/>
      </w:r>
      <w:r>
        <w:rPr>
          <w:sz w:val="20"/>
        </w:rPr>
        <w:t>41:03  woh kya hai? jo kunti hoti hai, us ko angrezi mein kehte hain temple, english mein temple kehte hain kunti.</w:t>
      </w:r>
      <w:r>
        <w:br/>
      </w:r>
      <w:r>
        <w:rPr>
          <w:sz w:val="20"/>
        </w:rPr>
        <w:t>41:14  to beast ki kunti bohat hi sensitive hoti hai, jaise dog hai, wolf hai, tiger hai, to un ki kunti bohat sensitive hoti hai.</w:t>
      </w:r>
      <w:r>
        <w:br/>
      </w:r>
      <w:r>
        <w:rPr>
          <w:sz w:val="20"/>
        </w:rPr>
        <w:t>41:26  kisi tarike se aap manage kar saken, kunti ko pakad lein, aap dekhen ke within second woh tape ho gaya,</w:t>
      </w:r>
      <w:r>
        <w:br/>
      </w:r>
      <w:r>
        <w:rPr>
          <w:sz w:val="20"/>
        </w:rPr>
        <w:t>41:36  yani us ki temple ya kunti ko jaise hi aap ne pakda, agar manage kar payen aap to bilkul tape ho jayega, aap ke bas mein ho jayega woh. to mera manna yeh hai, aur balkeh mera yeh experience hai,</w:t>
      </w:r>
      <w:r>
        <w:br/>
      </w:r>
      <w:r>
        <w:rPr>
          <w:sz w:val="20"/>
        </w:rPr>
        <w:t>41:51  insan ke andar bhi isi qism ka ek temple hai, woh kya hai? reason. aadmi reason ke aage bilkul surrender kar deta hai,</w:t>
      </w:r>
    </w:p>
    <w:p>
      <w:pPr>
        <w:pStyle w:val="Heading2"/>
      </w:pPr>
      <w:r>
        <w:t>Secret of a 30-person joint family staying together</w:t>
      </w:r>
    </w:p>
    <w:p>
      <w:r>
        <w:rPr>
          <w:color w:val="666666"/>
          <w:sz w:val="18"/>
        </w:rPr>
        <w:t>Fasting A Source of Spiritual Empowerment August 21, 2011 Maulana Wahiduddin Khan · 1m 51s · at 42:25 · https://youtu.be/Z0EbPlujcf0?t=2545</w:t>
      </w:r>
    </w:p>
    <w:p>
      <w:r>
        <w:rPr>
          <w:i/>
        </w:rPr>
        <w:t>“Main ek dafa gaya South India mein ek family”</w:t>
      </w:r>
    </w:p>
    <w:p>
      <w:r>
        <w:rPr>
          <w:sz w:val="20"/>
        </w:rPr>
        <w:t>42:25  mein aik dafa gaya South India mein aik family. sarbarah sabaq parha. to woh family mein taqreeban tees member thay.</w:t>
      </w:r>
      <w:r>
        <w:br/>
      </w:r>
      <w:r>
        <w:rPr>
          <w:sz w:val="20"/>
        </w:rPr>
        <w:t>42:38  tees aadmi ki family thi woh. ab bohat achhay tareeqay se woh log guzar rahe thay. bohat dinon se.</w:t>
      </w:r>
      <w:r>
        <w:br/>
      </w:r>
      <w:r>
        <w:rPr>
          <w:sz w:val="20"/>
        </w:rPr>
        <w:t>42:48  bohat dinon se bohat achhay tareeqay se. woh tajir family thi woh.</w:t>
      </w:r>
      <w:r>
        <w:br/>
      </w:r>
      <w:r>
        <w:rPr>
          <w:sz w:val="20"/>
        </w:rPr>
        <w:t>42:56  to mein ne un se poocha ke aap log aap ki family mein tees member hain taqreeban. aur itnay dinon se aap joint family chali ja rahi hai.</w:t>
      </w:r>
      <w:r>
        <w:br/>
      </w:r>
      <w:r>
        <w:rPr>
          <w:sz w:val="20"/>
        </w:rPr>
        <w:t>43:08  to is ka raaz kya hai?</w:t>
      </w:r>
      <w:r>
        <w:br/>
      </w:r>
      <w:r>
        <w:rPr>
          <w:sz w:val="20"/>
        </w:rPr>
        <w:t>43:14  to unhon ne yeh bataya tha. is ka raaz hai bardasht. bardasht Patience sabr o tahammul.</w:t>
      </w:r>
      <w:r>
        <w:br/>
      </w:r>
      <w:r>
        <w:rPr>
          <w:sz w:val="20"/>
        </w:rPr>
        <w:t>43:25  kyun ke dekhiye jab aap tees aadmi ke beech mein rahen gay. ya kisi baray samaj mein rahen gay.</w:t>
      </w:r>
      <w:r>
        <w:br/>
      </w:r>
      <w:r>
        <w:rPr>
          <w:sz w:val="20"/>
        </w:rPr>
        <w:t>43:36  to zaroor aisa hoga ke kuch na kuch aap ko kharab lag jaye. koi na kuch aisi paish aaye jo aap bhark uthen.</w:t>
      </w:r>
      <w:r>
        <w:br/>
      </w:r>
      <w:r>
        <w:rPr>
          <w:sz w:val="20"/>
        </w:rPr>
        <w:t>43:46  hona hi yeh hona hi hona hai. to kaisay nipta jaye is ko</w:t>
      </w:r>
      <w:r>
        <w:br/>
      </w:r>
      <w:r>
        <w:rPr>
          <w:sz w:val="20"/>
        </w:rPr>
        <w:t>43:52  ? roza batata hai ke sabr kar ke sabr kar ke is is ko deal karo. bhark kar nahi. kaisi ajeeb baat hai.</w:t>
      </w:r>
      <w:r>
        <w:br/>
      </w:r>
      <w:r>
        <w:rPr>
          <w:sz w:val="20"/>
        </w:rPr>
        <w:t>44:06  yani zindagi mein woh mawaqay jab aap aadmi bhark uthta hai. ya mushtael ho jata hai. jab woh react karta hai.</w:t>
      </w:r>
    </w:p>
    <w:p>
      <w:pPr>
        <w:pStyle w:val="Heading2"/>
      </w:pPr>
      <w:r>
        <w:t>Spirit of enquiry vs superstition: the eclipse story</w:t>
      </w:r>
    </w:p>
    <w:p>
      <w:r>
        <w:rPr>
          <w:color w:val="666666"/>
          <w:sz w:val="18"/>
        </w:rPr>
        <w:t>What is Right Thinking June 23, 2024 · 2m 17s · at 54:57 · https://youtu.be/ZOxcATnAqNs?t=3297</w:t>
      </w:r>
    </w:p>
    <w:p>
      <w:r>
        <w:rPr>
          <w:i/>
        </w:rPr>
        <w:t>“Science ki saari taraqqiyan spirit of enquiry se related hain”</w:t>
      </w:r>
    </w:p>
    <w:p>
      <w:r>
        <w:rPr>
          <w:sz w:val="20"/>
        </w:rPr>
        <w:t>54:57  kyun kay science ki sari taraqqi spirit of enquiry hi say related hai. kyun kay aadmi sochta hai kay aisa kyun hota hai? aisa kyun hota hai? to phir aadmi uskay upar tehqeeq karta hai. to ab kahanaat to lakhon saal say hamaray samnay thi. lekin uskay saray raaz ab aaj pata chalay kyun kay woh unkay andar jo european comedy thi comedy thi unkay andar yeh bohat ziyada tha tehkeek ka mizaj.</w:t>
      </w:r>
      <w:r>
        <w:br/>
      </w:r>
      <w:r>
        <w:rPr>
          <w:sz w:val="20"/>
        </w:rPr>
        <w:t>55:25  jo is inko spirit of enquiry kehtay hain to bohat ziyada tha. to is wajah say unho nay har har mamlay mein tehqeeq ki. to yeh main aik dilchasp waqai say khatam karti hoon. yeh is tareeqay say matlab yeh to aik waqai say beshumar aisi thay kay aadmi bejanay boojhay bila tehqeeq baat ko maan leta tha. ab misal kay tor par suraj giran hai. to suraj giran hota hi rehta tha.</w:t>
      </w:r>
      <w:r>
        <w:br/>
      </w:r>
      <w:r>
        <w:rPr>
          <w:sz w:val="20"/>
        </w:rPr>
        <w:t>55:55  ab tehqeeq hui kay kyun suraj giran hota hai? to pehlay zamanay mein cheen mein aik mashoor tha. to jab koi asdha jo hai bara saap ko asdha kehtay hain. ji. serpent. to woh usko nigal leta hai suraj ko. nigal leta hai. to wahan par aik bohat bara sa maidan tha. wahan saray log jama ho kar kay shor macha detay hain.</w:t>
      </w:r>
      <w:r>
        <w:br/>
      </w:r>
      <w:r>
        <w:rPr>
          <w:sz w:val="20"/>
        </w:rPr>
        <w:t>56:19  kehtay thay shor machanay say woh dar jata hai asdha to suraj ko nikal deta apno say. to aur hamesha aur woh kamyab hotay thay kyun kay uska to aik muddat hoti hai garam chhootnay ki to kehtay thay woh sab samajhtay thay hamaray shor machanay ki wajah say suraj garam khatam hua hai. to aisay hi har mamlay mein tha. is is zameen ko samajh rahay thay kay koi woh hai turtle kya kehtay hain kachhua? ji.</w:t>
      </w:r>
      <w:r>
        <w:br/>
      </w:r>
      <w:r>
        <w:rPr>
          <w:sz w:val="20"/>
        </w:rPr>
        <w:t>56:48  uskay upar zameen tiki hui hai. isi liye kay woh koi cheez research nahi kartay thay. to yeh spirit of enquiry zaroori hai. har aadmi ko is par amal karna chahiye. masha allah. bohat acha apa jaza kalla. humain apnay na janany ko janana banana chahiye and this all comes with the spirit of inquiry, spirit of learning.</w:t>
      </w:r>
      <w:r>
        <w:br/>
      </w:r>
      <w:r>
        <w:rPr>
          <w:sz w:val="20"/>
        </w:rPr>
        <w:t>57:14  so if you want to download Maulana Wahiduddin Khan sahib's book Taameer e Eht, it is available on CPA's website. we will be we'll be ending the session now. we'll be back next Sunday at 10:30AM. thank you.</w:t>
      </w:r>
    </w:p>
    <w:p>
      <w:pPr>
        <w:pStyle w:val="Heading2"/>
      </w:pPr>
      <w:r>
        <w:t>Hatred's origin: Satan's refusal to bow to Adam</w:t>
      </w:r>
    </w:p>
    <w:p>
      <w:r>
        <w:rPr>
          <w:color w:val="666666"/>
          <w:sz w:val="18"/>
        </w:rPr>
        <w:t>Lessons from Bombay Nov 30, 2008 · 3m 04s · at 12:28 · https://youtu.be/LiDznEqzaRI?t=748</w:t>
      </w:r>
    </w:p>
    <w:p>
      <w:r>
        <w:rPr>
          <w:i/>
        </w:rPr>
        <w:t>“Sabse pehle nafrat ka kisne shuru kiya?”</w:t>
      </w:r>
    </w:p>
    <w:p>
      <w:r>
        <w:rPr>
          <w:sz w:val="20"/>
        </w:rPr>
        <w:t>12:28  aap dekhiye, sab se pehle nafrat ka kis ne shuru kiya?</w:t>
      </w:r>
      <w:r>
        <w:br/>
      </w:r>
      <w:r>
        <w:rPr>
          <w:sz w:val="20"/>
        </w:rPr>
        <w:t>12:36  nafrat shuru kahan se hui? woh satan se shuru hui.</w:t>
      </w:r>
      <w:r>
        <w:br/>
      </w:r>
      <w:r>
        <w:rPr>
          <w:sz w:val="20"/>
        </w:rPr>
        <w:t>12:43  satan ka qissa aap ko pata hai, allah ta'ala ne jab adam ko paida kiya to us waqt farishte the, angels aur jinn the, aur shaitan jo hai jinon ka sardar.</w:t>
      </w:r>
      <w:r>
        <w:br/>
      </w:r>
      <w:r>
        <w:rPr>
          <w:sz w:val="20"/>
        </w:rPr>
        <w:t>13:01  shaitan koi alag cheez nahi hai, woh ek jinn hai. wa kana minal jinn quran majeed mein aya hai.</w:t>
      </w:r>
      <w:r>
        <w:br/>
      </w:r>
      <w:r>
        <w:rPr>
          <w:sz w:val="20"/>
        </w:rPr>
        <w:t>13:07  to khuda ne kaha ke farishton se bhi aur jinn se bhi ke tum adam ke age jhuk jao.</w:t>
      </w:r>
      <w:r>
        <w:br/>
      </w:r>
      <w:r>
        <w:rPr>
          <w:sz w:val="20"/>
        </w:rPr>
        <w:t>13:18  jhuk jao ka matlab yeh tha ke adam ko khuda ne di thi freedom, adam ki nasal ko, insaan ko freedom, to us ki freedom mein koi rukawat na pare. kyunke test ke liye thi yeh freedom.</w:t>
      </w:r>
      <w:r>
        <w:br/>
      </w:r>
      <w:r>
        <w:rPr>
          <w:sz w:val="20"/>
        </w:rPr>
        <w:t>13:29  jab rukawat ho gayi to test kaise hoga? to farishton se kaha gaya ke jhuk jao, jinn se kaha gaya ke jhuk jao.</w:t>
      </w:r>
      <w:r>
        <w:br/>
      </w:r>
      <w:r>
        <w:rPr>
          <w:sz w:val="20"/>
        </w:rPr>
        <w:t>13:37  to shaitan nahi jhuka.</w:t>
      </w:r>
      <w:r>
        <w:br/>
      </w:r>
      <w:r>
        <w:rPr>
          <w:sz w:val="20"/>
        </w:rPr>
        <w:t>13:41  to khuda ne kaha ke tum chunke mere hukum ko nahi mana, to tum ko main jahannum mein dalunga. la minka mimmam tab'aka allah ta'ala ne kaha ke tum ko aur tumhara jo sath chalenge, tumhare jaisa kaam karenge, un sab ko main jahannum mein dal dunga.</w:t>
      </w:r>
      <w:r>
        <w:br/>
      </w:r>
      <w:r>
        <w:rPr>
          <w:sz w:val="20"/>
        </w:rPr>
        <w:t>14:02  ab dekhiye ke shaitan ko usi waqt pata hoga ke mein jahannam mein jaunga, tab bhi apna rasta chhora nahi hoga. bohat ziyada sochne ki baat hai ke hate kitni buri cheez hai.</w:t>
      </w:r>
      <w:r>
        <w:br/>
      </w:r>
      <w:r>
        <w:rPr>
          <w:sz w:val="20"/>
        </w:rPr>
        <w:t>14:14  heet, is ko heet aa gaya adam se. mujhe adam ke aage jhukna nahi hai. heet itni buri cheez hai ke aadmi jahannam mein jaane ke tayyar ho jata hai.</w:t>
      </w:r>
      <w:r>
        <w:br/>
      </w:r>
      <w:r>
        <w:rPr>
          <w:sz w:val="20"/>
        </w:rPr>
        <w:t>14:29  quran mein saaf saaf khuda ne usi waqt bataya shaitan ko ke tum ne jab meri baat nahi mani aur adam ke aage tum nahi jhuke, to tum ko mein jahannam mein dalunga.</w:t>
      </w:r>
      <w:r>
        <w:br/>
      </w:r>
      <w:r>
        <w:rPr>
          <w:sz w:val="20"/>
        </w:rPr>
        <w:t>14:42  tab bhi woh nahi jhuka.</w:t>
      </w:r>
      <w:r>
        <w:br/>
      </w:r>
      <w:r>
        <w:rPr>
          <w:sz w:val="20"/>
        </w:rPr>
        <w:t>14:47  heet kitni buri cheez hai, kitni buri cheez hai. to wahi aaj dekhiye, aap musalmanon ka heet sab se dunya se heet karte hain.</w:t>
      </w:r>
      <w:r>
        <w:br/>
      </w:r>
      <w:r>
        <w:rPr>
          <w:sz w:val="20"/>
        </w:rPr>
        <w:t>14:58  woh</w:t>
      </w:r>
      <w:r>
        <w:br/>
      </w:r>
      <w:r>
        <w:rPr>
          <w:sz w:val="20"/>
        </w:rPr>
        <w:t>14:59  hindu se, yahud se, american se, christian se sab se heet.</w:t>
      </w:r>
      <w:r>
        <w:br/>
      </w:r>
      <w:r>
        <w:rPr>
          <w:sz w:val="20"/>
        </w:rPr>
        <w:t>15:06  to heet aati hai to aadmi bilkul aapas se bahar ho jata hai. to "could jump into hellfire" mein kar rahe hain woh, jis tarah shaitan "could jump into hellfire" mein kiya tha.</w:t>
      </w:r>
      <w:r>
        <w:br/>
      </w:r>
      <w:r>
        <w:rPr>
          <w:sz w:val="20"/>
        </w:rPr>
        <w:t>15:20  yani pehla, in pehla jis ne ke yeh kiya tha ke "kud jamajim hel fire" mein, wahi aaj ka musalman kar rahe hain.</w:t>
      </w:r>
    </w:p>
    <w:p>
      <w:pPr>
        <w:pStyle w:val="Heading2"/>
      </w:pPr>
      <w:r>
        <w:t>Becoming a true seeker by breaking your conditioning</w:t>
      </w:r>
    </w:p>
    <w:p>
      <w:r>
        <w:rPr>
          <w:color w:val="666666"/>
          <w:sz w:val="18"/>
        </w:rPr>
        <w:t>Material Science and Spiritual Science 20 May 2012 · 1m 41s · at 1:16:10 · https://youtu.be/4K6CxjThlxQ?t=4570</w:t>
      </w:r>
    </w:p>
    <w:p>
      <w:r>
        <w:rPr>
          <w:i/>
        </w:rPr>
        <w:t>“True seeker ban jaiye, sacha talashi”</w:t>
      </w:r>
    </w:p>
    <w:p>
      <w:r>
        <w:rPr>
          <w:sz w:val="20"/>
        </w:rPr>
        <w:t>1:16:10  true seeker ban jaiye true seeker sacha mutalashi aur sab se mushkil kaam hai true seeker banna log chunke conditioning mein jeete hain tarah tarah ki conditioning mein to true seeker nahi ban paate</w:t>
      </w:r>
      <w:r>
        <w:br/>
      </w:r>
      <w:r>
        <w:rPr>
          <w:sz w:val="20"/>
        </w:rPr>
        <w:t>1:16:29  to man jaddah wajadah jo aadmi sacha seeker ban jaye zaroor us ko sachai milegi agar nahi mili hai to samjhiye ke aap abhi tak true seeker nahi bane</w:t>
      </w:r>
      <w:r>
        <w:br/>
      </w:r>
      <w:r>
        <w:rPr>
          <w:sz w:val="20"/>
        </w:rPr>
        <w:t>1:16:45  aur sachai mil gayi insaan ko aap ka dil khud gawahi deta hai ke mujhe sachai mil gayi</w:t>
      </w:r>
      <w:r>
        <w:br/>
      </w:r>
      <w:r>
        <w:rPr>
          <w:sz w:val="20"/>
        </w:rPr>
        <w:t>1:16:54  jaise main jo bolta hoon agar mujhe sachai na mili to main is tarah</w:t>
      </w:r>
      <w:r>
        <w:br/>
      </w:r>
      <w:r>
        <w:rPr>
          <w:sz w:val="20"/>
        </w:rPr>
        <w:t>1:16:58  bol nahi sakta tha mujhe himmat nahi padti ke aise bolun mein jis tarah bolta hoon main jis tarah se sab ko condemn karta hoon poori poori history condemn karta hoon kis ko himmat hogi bolne ki agar sachai na mili hui to kaun jurrat karega poori poori history ko condemn kare wo to sachai milegi to aap ke dil mein bolegi ke sachai pa liya hai maine</w:t>
      </w:r>
      <w:r>
        <w:br/>
      </w:r>
      <w:r>
        <w:rPr>
          <w:sz w:val="20"/>
        </w:rPr>
        <w:t>1:17:24  to sab se pehle aap sachaa seeker baniye sachaa seeker conditioning ko todiye aakhri had tak jab tak yeh sab nahi hoga to kisi ko batane se sachai nahi milegi aap ko sachai khud aadmi discover karta hai kisi ko batane se us ko sachai nahi milti aisa nahi hota Maulana agla sawal aaya hai Hyderabad se Mr Muhammad Moin sa</w:t>
      </w:r>
    </w:p>
    <w:p>
      <w:pPr>
        <w:pStyle w:val="Heading2"/>
      </w:pPr>
      <w:r>
        <w:t>Democracy as power-sharing for Muslims</w:t>
      </w:r>
    </w:p>
    <w:p>
      <w:r>
        <w:rPr>
          <w:color w:val="666666"/>
          <w:sz w:val="18"/>
        </w:rPr>
        <w:t>Redefining Islam July 05, 2009 Maulana Wahiduddin Khan · 2m 56s · at 34:01 · https://youtu.be/JXY-MlXBy3Q?t=2041</w:t>
      </w:r>
    </w:p>
    <w:p>
      <w:r>
        <w:rPr>
          <w:i/>
        </w:rPr>
        <w:t>“Democracy ka matlab hai jamhooriyat”</w:t>
      </w:r>
    </w:p>
    <w:p>
      <w:r>
        <w:rPr>
          <w:sz w:val="20"/>
        </w:rPr>
        <w:t>34:01  Democracy ka matlab hai Jamhooriyat. Aur waqe'atan hai Democracy bohat bari nemat hai. Kyunke Democracy dekhen sari tareekh mein kya hua hai?</w:t>
      </w:r>
      <w:r>
        <w:br/>
      </w:r>
      <w:r>
        <w:rPr>
          <w:sz w:val="20"/>
        </w:rPr>
        <w:t>34:16  Political ladai. Hukoomat ke liye ladai. Power ke liye ladai. Sari tareekh mein. Poori History mein.</w:t>
      </w:r>
      <w:r>
        <w:br/>
      </w:r>
      <w:r>
        <w:rPr>
          <w:sz w:val="20"/>
        </w:rPr>
        <w:t>34:25  Democracy ne pehli baar yeh kiya ke Political Fighting ko khatm kar diya. Pehli baar yeh hua aisa hua hai.</w:t>
      </w:r>
      <w:r>
        <w:br/>
      </w:r>
      <w:r>
        <w:rPr>
          <w:sz w:val="20"/>
        </w:rPr>
        <w:t>34:35  Woh kya hai? Democracy kya hai? Government of the People by the People for the People.</w:t>
      </w:r>
      <w:r>
        <w:br/>
      </w:r>
      <w:r>
        <w:rPr>
          <w:sz w:val="20"/>
        </w:rPr>
        <w:t>34:44  Yaani jis ki Majority hai is ka Rule. Jis ki Majority hai is ka Rule. Pehle zamane mein Dynasty hoti thi. Yaani ek badshah hai, is ka beta badshah, is ka pota badshah.</w:t>
      </w:r>
      <w:r>
        <w:br/>
      </w:r>
      <w:r>
        <w:rPr>
          <w:sz w:val="20"/>
        </w:rPr>
        <w:t>34:58  To badshahi jo chalti thi woh woh chalti thi nasal se chalti thi. Jis ke sar par taaj woh badshah. Ab kya hai aap ko?</w:t>
      </w:r>
      <w:r>
        <w:br/>
      </w:r>
      <w:r>
        <w:rPr>
          <w:sz w:val="20"/>
        </w:rPr>
        <w:t>35:07  Daawat kijiye. Daawti kaam kijiye. Tableegh kijiye. Islam phailaiye. Agar aap ki Majority ho jayegi to aap hi ka Rule hai phir.</w:t>
      </w:r>
      <w:r>
        <w:br/>
      </w:r>
      <w:r>
        <w:rPr>
          <w:sz w:val="20"/>
        </w:rPr>
        <w:t>35:17  Ladne ki zaroorat hi nahin hai. Ladne ki zaroorat hi nahin hai. Ek taraf dawat ka rasta khul gaya. Doosri taraf Political jo jo is zamane mein jo Political Theory hai woh yeh hai ke jo Majority hai wohi Rule karegi.</w:t>
      </w:r>
      <w:r>
        <w:br/>
      </w:r>
      <w:r>
        <w:rPr>
          <w:sz w:val="20"/>
        </w:rPr>
        <w:t>35:32  To aap apni Majority banaiye. Kaun rokta hai aap ko?</w:t>
      </w:r>
      <w:r>
        <w:br/>
      </w:r>
      <w:r>
        <w:rPr>
          <w:sz w:val="20"/>
        </w:rPr>
        <w:t>35:39  kon rokta hai aap ko bataiye.</w:t>
      </w:r>
      <w:r>
        <w:br/>
      </w:r>
      <w:r>
        <w:rPr>
          <w:sz w:val="20"/>
        </w:rPr>
        <w:t>35:43  aur doosri baat agar Majority aap ki nahi hai tab bhi aap ke liye is waqt bohat bari Good Tiding hai, khushkhabri. kyun? Democracy ka matlab kya hai?</w:t>
      </w:r>
      <w:r>
        <w:br/>
      </w:r>
      <w:r>
        <w:rPr>
          <w:sz w:val="20"/>
        </w:rPr>
        <w:t>35:55  Power Sharing System. Power Sharing System. jaise ke mein is is Country ka Prime Minister nahi hoon lekin mein bhi is mein mera bhi Share hai is mein.</w:t>
      </w:r>
      <w:r>
        <w:br/>
      </w:r>
      <w:r>
        <w:rPr>
          <w:sz w:val="20"/>
        </w:rPr>
        <w:t>36:09  kyun ke mein aik Voter hoon. mein aik Voter hoon. pehle zamanay mein yeh to hota nahi tha. Vote ka System tha nahi pehle zamanay mein.</w:t>
      </w:r>
      <w:r>
        <w:br/>
      </w:r>
      <w:r>
        <w:rPr>
          <w:sz w:val="20"/>
        </w:rPr>
        <w:t>36:20  to jab mein aik Voter hoon to is ke mani yeh hai ke mein Power mein mera bhi aik hissa hai. to Democracy jo hai naam hai Power Sharing System ka.</w:t>
      </w:r>
      <w:r>
        <w:br/>
      </w:r>
      <w:r>
        <w:rPr>
          <w:sz w:val="20"/>
        </w:rPr>
        <w:t>36:33  yani saare log jo hain wo Sharer hain. sab ka hissa hai is ke andar. yahan koi badshah nahi, koi King nahi, koi Emperor nahi. to agar aap Majority mein hain to aap Rule karengay.</w:t>
      </w:r>
      <w:r>
        <w:br/>
      </w:r>
      <w:r>
        <w:rPr>
          <w:sz w:val="20"/>
        </w:rPr>
        <w:t>36:48  Majority mein nahi hain tab bhi aap Sharer banay rahengay, Sharer. to phir ladnay ki zaroorat kya hai?</w:t>
      </w:r>
    </w:p>
    <w:p>
      <w:pPr>
        <w:pStyle w:val="Heading2"/>
      </w:pPr>
      <w:r>
        <w:t>Complete system ideology leads to violence</w:t>
      </w:r>
    </w:p>
    <w:p>
      <w:r>
        <w:rPr>
          <w:color w:val="666666"/>
          <w:sz w:val="18"/>
        </w:rPr>
        <w:t>Problem of Dajjal 29 sept, 2019 - Maulana Wahiduddin Khan · 2m 30s · at 6:13 · https://youtu.be/PL-Kv-sE68w?t=373</w:t>
      </w:r>
    </w:p>
    <w:p>
      <w:r>
        <w:rPr>
          <w:i/>
        </w:rPr>
        <w:t>“Yeh hai dajjali, dajjaliyat. Wo kaise hua?”</w:t>
      </w:r>
    </w:p>
    <w:p>
      <w:r>
        <w:rPr>
          <w:sz w:val="20"/>
        </w:rPr>
        <w:t>6:13  yeh hai dajali, dajaliyat. woh kaise hua? kuch logon ne yeh nazariya nikala, Quran o Hadees mein kahin aisa nahi tha ke Islam aik system hai, mukammal system.</w:t>
      </w:r>
      <w:r>
        <w:br/>
      </w:r>
      <w:r>
        <w:rPr>
          <w:sz w:val="20"/>
        </w:rPr>
        <w:t>6:28  is system ko humein naafiz karna hai. yeh nazariya. to aap dekhiye ke jab Islam ki ta'beer aap system ki taraf se karein, aik hai ke Islam ko aap kahein ke personal behaviour, mein kya karoon, yeh hai Islam.</w:t>
      </w:r>
      <w:r>
        <w:br/>
      </w:r>
      <w:r>
        <w:rPr>
          <w:sz w:val="20"/>
        </w:rPr>
        <w:t>6:51  lekin jab aap yeh kahein ke Islam aik system hai, mukammal system hai, is ko naafiz karna hai, to foran hi woh mauzu ban jata hai tashaddud ka.</w:t>
      </w:r>
      <w:r>
        <w:br/>
      </w:r>
      <w:r>
        <w:rPr>
          <w:sz w:val="20"/>
        </w:rPr>
        <w:t>7:04  kyun ke naafiz kaise karein ge aap? aap chahte hain ke Islam ki hukoomat qaim karna. ab wahan to bohat si hukoomatein bani hui hain already. to sab ko ab ladna pare ga.</w:t>
      </w:r>
      <w:r>
        <w:br/>
      </w:r>
      <w:r>
        <w:rPr>
          <w:sz w:val="20"/>
        </w:rPr>
        <w:t>7:16  sab ko raaste se hatana pare ga. tab aap ke mumkin hoga ke aap Islam ki hukoomat qaim karein. to yeh in the big beginning hi mein, shuru hi mein Islam ban jata hai ladne phirne ka mazhab.</w:t>
      </w:r>
      <w:r>
        <w:br/>
      </w:r>
      <w:r>
        <w:rPr>
          <w:sz w:val="20"/>
        </w:rPr>
        <w:t>7:34  Allah ne kaha tha ke wallah yad'u ilal Islam. Quran mein hai wallah yad'u ilal Islam.</w:t>
      </w:r>
      <w:r>
        <w:br/>
      </w:r>
      <w:r>
        <w:rPr>
          <w:sz w:val="20"/>
        </w:rPr>
        <w:t>7:43  yani Allah pukarta hai salamti ki taraf, peace ki taraf. Lekin jab aap yeh kahein ke mujhe Islam ka nizam qaim karna hai to ladna parega aap ko sari dunya se ke har ek koi na koi system liye baitha hai, koi na koi hukoomat qaim karna hai is ko.</w:t>
      </w:r>
      <w:r>
        <w:br/>
      </w:r>
      <w:r>
        <w:rPr>
          <w:sz w:val="20"/>
        </w:rPr>
        <w:t>8:02  To aap is se ladna shuru kar dein ge kyun ke is ko rastay se hatayein aur aur mafrooha tor par be khayal khud aap Islam ki hukoomat qaim karein.</w:t>
      </w:r>
      <w:r>
        <w:br/>
      </w:r>
      <w:r>
        <w:rPr>
          <w:sz w:val="20"/>
        </w:rPr>
        <w:t>8:13  To yeh hai, yeh hai dajaliyat. Dajaliyat, dajaliyat yeh hai ke Islam to aaya hai ke insan Allah se mohabbat kare, Allah ko apna concern banaye,</w:t>
      </w:r>
      <w:r>
        <w:br/>
      </w:r>
      <w:r>
        <w:rPr>
          <w:sz w:val="20"/>
        </w:rPr>
        <w:t>8:30  woh Allah se dare, woh jannat ka musafir bane. Is liye Islam aaya hai. Lekin is interpretation ne Islam ko bana liya tashaddud ka mazhab.</w:t>
      </w:r>
    </w:p>
    <w:p>
      <w:pPr>
        <w:pStyle w:val="Heading2"/>
      </w:pPr>
      <w:r>
        <w:t>Fasting breaks habits and teaches desire management</w:t>
      </w:r>
    </w:p>
    <w:p>
      <w:r>
        <w:rPr>
          <w:color w:val="666666"/>
          <w:sz w:val="18"/>
        </w:rPr>
        <w:t>Ramadan and The Quran September 03, 2006 Maulana Wahiduddin Khan · 1m 54s · at 12:31 · https://youtu.be/LJU2AJuPQZc?t=751</w:t>
      </w:r>
    </w:p>
    <w:p>
      <w:r>
        <w:rPr>
          <w:i/>
        </w:rPr>
        <w:t>“Insaan ke andar tarah tarah ki desires hain”</w:t>
      </w:r>
    </w:p>
    <w:p>
      <w:r>
        <w:rPr>
          <w:sz w:val="20"/>
        </w:rPr>
        <w:t>12:31  aap jante hain ke insan ke andar tarah tarah ki desires hain, tarah tarah ki khwahishen hain. Isi mein se yeh bhi hai ke aadmi bhook lagti hai woh khata hai, pyas lagti hai woh pani peeta hai,</w:t>
      </w:r>
      <w:r>
        <w:br/>
      </w:r>
      <w:r>
        <w:rPr>
          <w:sz w:val="20"/>
        </w:rPr>
        <w:t>12:45  neend lagti hai woh sota hai. Roze mein yeh sare mamulat, sare habits toot jate hain.</w:t>
      </w:r>
      <w:r>
        <w:br/>
      </w:r>
      <w:r>
        <w:rPr>
          <w:sz w:val="20"/>
        </w:rPr>
        <w:t>12:56  sirf aisa nahi hota ke aap khana chhodna padta hai. Jisko kehte hain mamulat ya habits, woh sab toot jate hain.</w:t>
      </w:r>
      <w:r>
        <w:br/>
      </w:r>
      <w:r>
        <w:rPr>
          <w:sz w:val="20"/>
        </w:rPr>
        <w:t>13:09  routine aap ka baqi nahi rehta. Aur routine ka tootna khud apne aap mein ek bahut bada yani masla ban jata hai.</w:t>
      </w:r>
      <w:r>
        <w:br/>
      </w:r>
      <w:r>
        <w:rPr>
          <w:sz w:val="20"/>
        </w:rPr>
        <w:t>13:20  to is lihaz se agar mein kahoon to mein kahoon ga ke roza jo hai woh hai desire management ko sikhata hai aap ko.</w:t>
      </w:r>
      <w:r>
        <w:br/>
      </w:r>
      <w:r>
        <w:rPr>
          <w:sz w:val="20"/>
        </w:rPr>
        <w:t>13:31  how to manage your desires.</w:t>
      </w:r>
      <w:r>
        <w:br/>
      </w:r>
      <w:r>
        <w:rPr>
          <w:sz w:val="20"/>
        </w:rPr>
        <w:t>13:35  how to manage your desires. Ke jab aap ko desires satayein to aap kahein ke: khudaya, yeh to ne hi yeh desires mujhe di hain.</w:t>
      </w:r>
      <w:r>
        <w:br/>
      </w:r>
      <w:r>
        <w:rPr>
          <w:sz w:val="20"/>
        </w:rPr>
        <w:t>13:47  maine khud se desire ko create nahi kiya hai.</w:t>
      </w:r>
      <w:r>
        <w:br/>
      </w:r>
      <w:r>
        <w:rPr>
          <w:sz w:val="20"/>
        </w:rPr>
        <w:t>13:53  desire jo hai, aap jante hain ke animal mein nahi hoti. To aap khuda se yeh keh sakein ke: khudaya, yeh desire jo mere andar hain, maine khud se create nahi kiya.</w:t>
      </w:r>
      <w:r>
        <w:br/>
      </w:r>
      <w:r>
        <w:rPr>
          <w:sz w:val="20"/>
        </w:rPr>
        <w:t>14:07  tu ne hi diya hai is liye mere andar yeh sab desires hain. To khudaya, duniya mein mein in desires se roza rakhta hoon tere hukum se.</w:t>
      </w:r>
      <w:r>
        <w:br/>
      </w:r>
      <w:r>
        <w:rPr>
          <w:sz w:val="20"/>
        </w:rPr>
        <w:t>14:17  akhirat mein mujhe tofeeq de ke mein yeh sari desires meri fulfill ho sakein.</w:t>
      </w:r>
    </w:p>
    <w:p>
      <w:pPr>
        <w:pStyle w:val="Heading2"/>
      </w:pPr>
      <w:r>
        <w:t>Water as unique blessing from God</w:t>
      </w:r>
    </w:p>
    <w:p>
      <w:r>
        <w:rPr>
          <w:color w:val="666666"/>
          <w:sz w:val="18"/>
        </w:rPr>
        <w:t>Dars-e-Quran, Chapter 2, Verse 60 April 08, 2018 · 2m 31s · at 13:35 · https://youtu.be/0ACymzsx8vI?t=815</w:t>
      </w:r>
    </w:p>
    <w:p>
      <w:r>
        <w:rPr>
          <w:i/>
        </w:rPr>
        <w:t>“پانی کتنی بڑی بلیسنگ ہے۔”</w:t>
      </w:r>
    </w:p>
    <w:p>
      <w:r>
        <w:rPr>
          <w:sz w:val="20"/>
        </w:rPr>
        <w:t>13:35  woh hai ke pani kitni bari blessing hai. sab se pehle aap jantay hain ke jab solar system bana to zameen par pani nahi tha, sab desert hi desert tha.</w:t>
      </w:r>
      <w:r>
        <w:br/>
      </w:r>
      <w:r>
        <w:rPr>
          <w:sz w:val="20"/>
        </w:rPr>
        <w:t>13:50  to barish, Allah ne barish barsai, bohat barish hui aur samandar bhar gaye barish se, darya bhar gaye pani se.</w:t>
      </w:r>
      <w:r>
        <w:br/>
      </w:r>
      <w:r>
        <w:rPr>
          <w:sz w:val="20"/>
        </w:rPr>
        <w:t>14:02  to phir insaan ko moqa mila ke woh kheti kare, ghalla ugaye, phal ugaye, yani agriculture aur horticulture</w:t>
      </w:r>
      <w:r>
        <w:br/>
      </w:r>
      <w:r>
        <w:rPr>
          <w:sz w:val="20"/>
        </w:rPr>
        <w:t>14:16  ka daur aya. to is par shukar kar ke, is ko acknowledge kartay hue zindagi guzaro. yeh zameen par larai mat karo, nafrat mat karo,</w:t>
      </w:r>
      <w:r>
        <w:br/>
      </w:r>
      <w:r>
        <w:rPr>
          <w:sz w:val="20"/>
        </w:rPr>
        <w:t>14:32  aik doosray se mohabbat karna seekho, peaceful andaaz mein kaam karo. yeh hukum hua, pehle bhi yeh hukum tha, aaj bhi yeh hukum hai.</w:t>
      </w:r>
      <w:r>
        <w:br/>
      </w:r>
      <w:r>
        <w:rPr>
          <w:sz w:val="20"/>
        </w:rPr>
        <w:t>14:46  aur woh yeh waqay jo hai, sirf Moosa ke zamanay ki baat nahi, aaj ki baat bhi hai. aaj bhi hum pani par depend kartay hain, aaj bhi insaan pani par depend karta hai.</w:t>
      </w:r>
      <w:r>
        <w:br/>
      </w:r>
      <w:r>
        <w:rPr>
          <w:sz w:val="20"/>
        </w:rPr>
        <w:t>15:05  aap jantay hain ke Stephen Hawking aur doosray log yeh kehtay rahay ke humein aik aur planet dhoondhna paray ga ke wahan jahan pani ho, wahan hum jayen.</w:t>
      </w:r>
      <w:r>
        <w:br/>
      </w:r>
      <w:r>
        <w:rPr>
          <w:sz w:val="20"/>
        </w:rPr>
        <w:t>15:20  to so baras se insan dosre planet par pani ki khoj kar raha hai, lekin aaj tak kahin pani nahi mila.</w:t>
      </w:r>
      <w:r>
        <w:br/>
      </w:r>
      <w:r>
        <w:rPr>
          <w:sz w:val="20"/>
        </w:rPr>
        <w:t>15:33  yeh mars mein samjhte the ke mars mein pani hai, lekin aaj aakhir mein pata chala ke pani nahi hai wahan par. To jo dosre planet hain, jo hamare suraj ke gird ghumte hain,</w:t>
      </w:r>
      <w:r>
        <w:br/>
      </w:r>
      <w:r>
        <w:rPr>
          <w:sz w:val="20"/>
        </w:rPr>
        <w:t>15:48  is mein ek hi planet hai, yeh hamare jo earth hai, is jahan pani hai, woh yaad dilaya ke Allah ke is blessing ko yaad karo ke pure solar system mein ek hi planet hai jahan pani hai.</w:t>
      </w:r>
    </w:p>
    <w:p>
      <w:pPr>
        <w:pStyle w:val="Heading2"/>
      </w:pPr>
      <w:r>
        <w:t>later fiqh must be judged by Quran, not reverse</w:t>
      </w:r>
    </w:p>
    <w:p>
      <w:r>
        <w:rPr>
          <w:color w:val="666666"/>
          <w:sz w:val="18"/>
        </w:rPr>
        <w:t>Freedom of Thought in Islam 23 October, 2011 · 2m 14s · at 34:59 · https://youtu.be/aGbxRNNOKzo?t=2099</w:t>
      </w:r>
    </w:p>
    <w:p>
      <w:r>
        <w:rPr>
          <w:i/>
        </w:rPr>
        <w:t>“These rulings arose in the Abbasid era, not the Prophet's”</w:t>
      </w:r>
    </w:p>
    <w:p>
      <w:r>
        <w:rPr>
          <w:sz w:val="20"/>
        </w:rPr>
        <w:t>34:59  yaani Rasool Allah ke baad nahi. yeh sab masle Abbasi daur mein bane hain.</w:t>
      </w:r>
      <w:r>
        <w:br/>
      </w:r>
      <w:r>
        <w:rPr>
          <w:sz w:val="20"/>
        </w:rPr>
        <w:t>35:07  ke shayad satam ko maar dalo aur murtad ko maar dalo, yeh sab masle bane hain Abbasi daur mein. jabke fiqh bani.</w:t>
      </w:r>
      <w:r>
        <w:br/>
      </w:r>
      <w:r>
        <w:rPr>
          <w:sz w:val="20"/>
        </w:rPr>
        <w:t>35:18  to ek baat mein yahan yeh arz kar doon ke ek hadith, kuch hadithon mein jis mein aap ne teen zamanon ko authentic zamana bataya hai.</w:t>
      </w:r>
      <w:r>
        <w:br/>
      </w:r>
      <w:r>
        <w:rPr>
          <w:sz w:val="20"/>
        </w:rPr>
        <w:t>35:33  zamana risalat, zamana Sahaba, zamana Tabeen. in teen zamanon ko hamare ulama kehte hain qurun mashhood laha bil khair.</w:t>
      </w:r>
      <w:r>
        <w:br/>
      </w:r>
      <w:r>
        <w:rPr>
          <w:sz w:val="20"/>
        </w:rPr>
        <w:t>35:45  yani woh teen zamane jin ke bare mein rasool Allah ne yeh gawahi di hai ke woh khair ke zamane hain. to rasool Allah ka zamana, sahaba ka zamana, tabeen ka zamana.</w:t>
      </w:r>
      <w:r>
        <w:br/>
      </w:r>
      <w:r>
        <w:rPr>
          <w:sz w:val="20"/>
        </w:rPr>
        <w:t>35:57  is ke baad ke zamane ke bare mein koi aap ne gawahi nahi di hai.</w:t>
      </w:r>
      <w:r>
        <w:br/>
      </w:r>
      <w:r>
        <w:rPr>
          <w:sz w:val="20"/>
        </w:rPr>
        <w:t>36:01  to yeh jo hamare masle bane hain, fiqhi masle, yeh to baad ko bane hain. yani qurun mashhood laha bil khair ke baad bane hain abbasi daur mein.</w:t>
      </w:r>
      <w:r>
        <w:br/>
      </w:r>
      <w:r>
        <w:rPr>
          <w:sz w:val="20"/>
        </w:rPr>
        <w:t>36:14  is ke mani hain kya hain? ke baad ko banne wale masle jo hain, un ko hum judge karenge, quran o sunnat pe judge karenge. agar woh quran o sunnat ke mutabiq tha to manenge nahi, to us ko radd kar denge.</w:t>
      </w:r>
      <w:r>
        <w:br/>
      </w:r>
      <w:r>
        <w:rPr>
          <w:sz w:val="20"/>
        </w:rPr>
        <w:t>36:29  yeh hai.</w:t>
      </w:r>
      <w:r>
        <w:br/>
      </w:r>
      <w:r>
        <w:rPr>
          <w:sz w:val="20"/>
        </w:rPr>
        <w:t>36:34  to main dekh, yeh jo hai masle jo baad ko bane, woh qabil e radd hain, woh is liye nahi ke is ko hum liye phirien.</w:t>
      </w:r>
      <w:r>
        <w:br/>
      </w:r>
      <w:r>
        <w:rPr>
          <w:sz w:val="20"/>
        </w:rPr>
        <w:t>36:45  main manta hoon ke baad ke fuqaha ne yeh masle banaye, abbasi daur ke fuqaha ne. to hum is ko nahi manenge kyunke quran o hadith pe sabit nahi hota.</w:t>
      </w:r>
      <w:r>
        <w:br/>
      </w:r>
      <w:r>
        <w:rPr>
          <w:sz w:val="20"/>
        </w:rPr>
        <w:t>36:56  main ne aap ko abhi misaal di apostasy ke bare mein, irtidad ke bare mein. ke quran mein wazeh taur par zikr hai aise afraad ka case ka jo murtad ho jaye.</w:t>
      </w:r>
      <w:r>
        <w:br/>
      </w:r>
      <w:r>
        <w:rPr>
          <w:sz w:val="20"/>
        </w:rPr>
        <w:t>37:08  lekin wahan par saza nahi batai gayi.</w:t>
      </w:r>
    </w:p>
    <w:p>
      <w:pPr>
        <w:pStyle w:val="Heading2"/>
      </w:pPr>
      <w:r>
        <w:t>Patience is personality development</w:t>
      </w:r>
    </w:p>
    <w:p>
      <w:r>
        <w:rPr>
          <w:color w:val="666666"/>
          <w:sz w:val="18"/>
        </w:rPr>
        <w:t>Dars-e-Quran, Chapter 2, Verses 44-46, January 28, 2018 · 2m 33s · at 1:11:24 · https://youtu.be/3Kd5InuBtFA?t=4284</w:t>
      </w:r>
    </w:p>
    <w:p>
      <w:r>
        <w:rPr>
          <w:i/>
        </w:rPr>
        <w:t>“سب سے بڑی عبادت، اس کی بھی لمٹ رہے گی؟”</w:t>
      </w:r>
    </w:p>
    <w:p>
      <w:r>
        <w:rPr>
          <w:sz w:val="20"/>
        </w:rPr>
        <w:t>1:11:24  sab se bari ibadat, us ki bhi limit rahe gi? patience ki limit hi nahi koi hai. woh to sari zindagi ke liye "inma sabir ujru" baghair hisab. yeh Quran ki ayat hai. sab se bari bekhabri yeh hai ke log jante hi nahi ke sabr, sabr amal hai. yeh yaad</w:t>
      </w:r>
      <w:r>
        <w:br/>
      </w:r>
      <w:r>
        <w:rPr>
          <w:sz w:val="20"/>
        </w:rPr>
        <w:t>1:11:54  rakhein, yeh jo lafz hai ke baghair hisab, yani roze ke liye, namaz ke liye, na Umrah ke</w:t>
      </w:r>
      <w:r>
        <w:br/>
      </w:r>
      <w:r>
        <w:rPr>
          <w:sz w:val="20"/>
        </w:rPr>
        <w:t>1:12:00  liye, na haj ke liye, sirf sabr ke liye hai.</w:t>
      </w:r>
      <w:r>
        <w:br/>
      </w:r>
      <w:r>
        <w:rPr>
          <w:sz w:val="20"/>
        </w:rPr>
        <w:t>1:12:06  log umra ke liye toot pade hain.</w:t>
      </w:r>
      <w:r>
        <w:br/>
      </w:r>
      <w:r>
        <w:rPr>
          <w:sz w:val="20"/>
        </w:rPr>
        <w:t>1:12:12  makka mein jayen to sare sir saal wahan bheed rehti hai.</w:t>
      </w:r>
      <w:r>
        <w:br/>
      </w:r>
      <w:r>
        <w:rPr>
          <w:sz w:val="20"/>
        </w:rPr>
        <w:t>1:12:18  to kahan quran mein likha hua hai ke jo umra karenge, unko bila hisab kitab haj mile</w:t>
      </w:r>
      <w:r>
        <w:br/>
      </w:r>
      <w:r>
        <w:rPr>
          <w:sz w:val="20"/>
        </w:rPr>
        <w:t>1:12:24  ga? kahan likha hai? kahan likha hai? sab se bada sabr quran mein bataya gaya hai patience ke liye.</w:t>
      </w:r>
      <w:r>
        <w:br/>
      </w:r>
      <w:r>
        <w:rPr>
          <w:sz w:val="20"/>
        </w:rPr>
        <w:t>1:12:34  to sirf had kya hai? koi had hi nahi is ki.</w:t>
      </w:r>
      <w:r>
        <w:br/>
      </w:r>
      <w:r>
        <w:rPr>
          <w:sz w:val="20"/>
        </w:rPr>
        <w:t>1:12:44  دیکھیے، اصل بات کیا ہے؟ لوگوں کا معیار یعنی criterion بدل گیا ہے۔ patience</w:t>
      </w:r>
      <w:r>
        <w:br/>
      </w:r>
      <w:r>
        <w:rPr>
          <w:sz w:val="20"/>
        </w:rPr>
        <w:t>1:12:55  ka matlab hai process, process of personality development.</w:t>
      </w:r>
      <w:r>
        <w:br/>
      </w:r>
      <w:r>
        <w:rPr>
          <w:sz w:val="20"/>
        </w:rPr>
        <w:t>1:13:02  پیشنس کا مطلب ہے process of personality development.</w:t>
      </w:r>
      <w:r>
        <w:br/>
      </w:r>
      <w:r>
        <w:rPr>
          <w:sz w:val="20"/>
        </w:rPr>
        <w:t>1:13:10  to shakhsi irtiqaa, wo to hamesha jaari rahega, hamesha jaari rahega.</w:t>
      </w:r>
      <w:r>
        <w:br/>
      </w:r>
      <w:r>
        <w:rPr>
          <w:sz w:val="20"/>
        </w:rPr>
        <w:t>1:13:17  تو یاد رکھیے، patience جو ہے، یا صبر جو ہے، کوئی علیحدہ چ</w:t>
      </w:r>
      <w:r>
        <w:br/>
      </w:r>
      <w:r>
        <w:rPr>
          <w:sz w:val="20"/>
        </w:rPr>
        <w:t>1:13:25  yaz nahi hai, hamari zindagi ka part hai.</w:t>
      </w:r>
      <w:r>
        <w:br/>
      </w:r>
      <w:r>
        <w:rPr>
          <w:sz w:val="20"/>
        </w:rPr>
        <w:t>1:13:33  اور اس کا مطلب ہے process of intellectual development, جو process of personality development, اس کی کوئی حد</w:t>
      </w:r>
      <w:r>
        <w:br/>
      </w:r>
      <w:r>
        <w:rPr>
          <w:sz w:val="20"/>
        </w:rPr>
        <w:t>1:13:41  hi nahi hai.</w:t>
      </w:r>
      <w:r>
        <w:br/>
      </w:r>
      <w:r>
        <w:rPr>
          <w:sz w:val="20"/>
        </w:rPr>
        <w:t>1:13:49  wo to karna hi karna hai apni, kyunke personality development ka kaam to sari sari zindagi jaari rahega.</w:t>
      </w:r>
    </w:p>
    <w:p>
      <w:pPr>
        <w:pStyle w:val="Heading2"/>
      </w:pPr>
      <w:r>
        <w:t>Non-Muslim historians rate Islam more scientifically</w:t>
      </w:r>
    </w:p>
    <w:p>
      <w:r>
        <w:rPr>
          <w:color w:val="666666"/>
          <w:sz w:val="18"/>
        </w:rPr>
        <w:t>Role of Islam in History April 5, 2009 · 2m 53s · at 0:57 · https://youtu.be/_chXIaKrOH8?t=57</w:t>
      </w:r>
    </w:p>
    <w:p>
      <w:r>
        <w:rPr>
          <w:i/>
        </w:rPr>
        <w:t>“Muslim scholars ki kitaben sirf praise hoti hain”</w:t>
      </w:r>
    </w:p>
    <w:p>
      <w:r>
        <w:rPr>
          <w:sz w:val="20"/>
        </w:rPr>
        <w:t>0:57  is par bohat kitabein likhi gayi hain, yaani muslim scholars ne bhi likhi hain aur non muslim scholars ne bhi.</w:t>
      </w:r>
      <w:r>
        <w:br/>
      </w:r>
      <w:r>
        <w:rPr>
          <w:sz w:val="20"/>
        </w:rPr>
        <w:t>1:09  lekin maine jahan tak parha hai, muslim scholars ki kitabein sirf praise hoti hain, is mein scientific analysis nahi hota.</w:t>
      </w:r>
      <w:r>
        <w:br/>
      </w:r>
      <w:r>
        <w:rPr>
          <w:sz w:val="20"/>
        </w:rPr>
        <w:t>1:21  to is ko parh kar musalman to khush ho jatay hain, lekin wo aaj ka jo modern mind hai, jo scientific mind hai, wo address nahi hota.</w:t>
      </w:r>
      <w:r>
        <w:br/>
      </w:r>
      <w:r>
        <w:rPr>
          <w:sz w:val="20"/>
        </w:rPr>
        <w:t>1:33  albata jo non muslim se jo kitabein likhi hain, wo mujh ko zyada, yaani scientific maloom hoti hain.</w:t>
      </w:r>
      <w:r>
        <w:br/>
      </w:r>
      <w:r>
        <w:rPr>
          <w:sz w:val="20"/>
        </w:rPr>
        <w:t>1:47  to India ke ek scholar thay, un ka naam tha B.N. Roy. wo ek Bengali thay, Roy, R.O.Y., B.N. Roy.</w:t>
      </w:r>
      <w:r>
        <w:br/>
      </w:r>
      <w:r>
        <w:rPr>
          <w:sz w:val="20"/>
        </w:rPr>
        <w:t>1:59  to agarchay wo religious aadmi nahi thay, history ke aadmi thay,</w:t>
      </w:r>
      <w:r>
        <w:br/>
      </w:r>
      <w:r>
        <w:rPr>
          <w:sz w:val="20"/>
        </w:rPr>
        <w:t>2:07  lekin unhon ne kitab likhi is subject par. is kitab ka title yeh tha "The Historical Role of Islam".</w:t>
      </w:r>
      <w:r>
        <w:br/>
      </w:r>
      <w:r>
        <w:rPr>
          <w:sz w:val="20"/>
        </w:rPr>
        <w:t>2:23  is tarah aur bohat si aur kitabein likhi hain.</w:t>
      </w:r>
      <w:r>
        <w:br/>
      </w:r>
      <w:r>
        <w:rPr>
          <w:sz w:val="20"/>
        </w:rPr>
        <w:t>2:27  to Dr. Roy ne apni kitab mein</w:t>
      </w:r>
      <w:r>
        <w:br/>
      </w:r>
      <w:r>
        <w:rPr>
          <w:sz w:val="20"/>
        </w:rPr>
        <w:t>2:35  yeh likha hai Islam ke baray mein, bohat zyada is ko unhon ne acknowledge kiya hai, aur yeh likha hai ke Islam jo history mein jo change laya,</w:t>
      </w:r>
      <w:r>
        <w:br/>
      </w:r>
      <w:r>
        <w:rPr>
          <w:sz w:val="20"/>
        </w:rPr>
        <w:t>2:54  "that was most breakless of all breakless".</w:t>
      </w:r>
      <w:r>
        <w:br/>
      </w:r>
      <w:r>
        <w:rPr>
          <w:sz w:val="20"/>
        </w:rPr>
        <w:t>3:03  wo tamam moajzon mein sab se zyada bara moajza tha.</w:t>
      </w:r>
      <w:r>
        <w:br/>
      </w:r>
      <w:r>
        <w:rPr>
          <w:sz w:val="20"/>
        </w:rPr>
        <w:t>3:10  isi tarah se France ka ek historian tha, Henry Brien. is ki do kitabein khaas tor par Islam ke baray mein hain.</w:t>
      </w:r>
      <w:r>
        <w:br/>
      </w:r>
      <w:r>
        <w:rPr>
          <w:sz w:val="20"/>
        </w:rPr>
        <w:t>3:23  to us ne likha hai ke</w:t>
      </w:r>
      <w:r>
        <w:br/>
      </w:r>
      <w:r>
        <w:rPr>
          <w:sz w:val="20"/>
        </w:rPr>
        <w:t>3:28  "The advent of Islam changed the course of human history".</w:t>
      </w:r>
      <w:r>
        <w:br/>
      </w:r>
      <w:r>
        <w:rPr>
          <w:sz w:val="20"/>
        </w:rPr>
        <w:t>3:34  Islam changed the course of human history. The traditional order of history was overthrown.</w:t>
      </w:r>
      <w:r>
        <w:br/>
      </w:r>
      <w:r>
        <w:rPr>
          <w:sz w:val="20"/>
        </w:rPr>
        <w:t>3:44  to is tarah ke ki bohat si kitabein likhi gayi hain.</w:t>
      </w:r>
    </w:p>
    <w:p>
      <w:pPr>
        <w:pStyle w:val="Heading2"/>
      </w:pPr>
      <w:r>
        <w:t>Every hardship has double ease</w:t>
      </w:r>
    </w:p>
    <w:p>
      <w:r>
        <w:rPr>
          <w:color w:val="666666"/>
          <w:sz w:val="18"/>
        </w:rPr>
        <w:t>Take it as a Challenge I April 29, 2007 - Maulana Wahiduddin Khan · 2m 39s · at 12:30 · https://youtu.be/lYAJhDGliwQ?t=750</w:t>
      </w:r>
    </w:p>
    <w:p>
      <w:r>
        <w:rPr>
          <w:i/>
        </w:rPr>
        <w:t>“Inna ma'al usri yusra.”</w:t>
      </w:r>
    </w:p>
    <w:p>
      <w:r>
        <w:rPr>
          <w:sz w:val="20"/>
        </w:rPr>
        <w:t>12:30  ab is ayat ko le kar ke prophet ne, prophet sallallahu alaihi wasallam ne is ki ek comment, is ki ek woh ki, us ko explain kiya.</w:t>
      </w:r>
      <w:r>
        <w:br/>
      </w:r>
      <w:r>
        <w:rPr>
          <w:sz w:val="20"/>
        </w:rPr>
        <w:t>12:42  to is mein dekhen, is warth mein ease jo hai, ease ka word do baar aaya hai:</w:t>
      </w:r>
      <w:r>
        <w:br/>
      </w:r>
      <w:r>
        <w:rPr>
          <w:sz w:val="20"/>
        </w:rPr>
        <w:t>12:53  "with every hardship there is ease, with every hardship there is ease." to is se aap ne kya nikala?</w:t>
      </w:r>
      <w:r>
        <w:br/>
      </w:r>
      <w:r>
        <w:rPr>
          <w:sz w:val="20"/>
        </w:rPr>
        <w:t>12:59  is ko aap ne explain kiya is tarah se ke "li yaghlab yusrain, li yaghlab yusrain." yeh bohat anokha yeh explanation hai.</w:t>
      </w:r>
      <w:r>
        <w:br/>
      </w:r>
      <w:r>
        <w:rPr>
          <w:sz w:val="20"/>
        </w:rPr>
        <w:t>13:13  yaani one, is ka matlab yoon to samajh lijiye ke yahan par hardship aur ease ka word hai. ek matlab kya hai? ke "with every problem there are opportunities." pehla to aap ko yeh karna hai ke aap ise convert karen.</w:t>
      </w:r>
      <w:r>
        <w:br/>
      </w:r>
      <w:r>
        <w:rPr>
          <w:sz w:val="20"/>
        </w:rPr>
        <w:t>13:28  literal translation to yeh hai ke "with every hardship there is ease." lekin aap ko phir convert karna paray ga ke "with every problem there are solutions, with every problem there are opportunities." jab aap convert karen ge,</w:t>
      </w:r>
      <w:r>
        <w:br/>
      </w:r>
      <w:r>
        <w:rPr>
          <w:sz w:val="20"/>
        </w:rPr>
        <w:t>13:47  tab ja kar ke is ki gehrai, is ki deep meaning jo hai, woh samajh mein aye gi. phir is ko aur bhi convert kiya prophet ne.</w:t>
      </w:r>
      <w:r>
        <w:br/>
      </w:r>
      <w:r>
        <w:rPr>
          <w:sz w:val="20"/>
        </w:rPr>
        <w:t>13:58  aap ne kaha ke "li yaghlab yusrain." is se aap yeh liya ke ayat kehti hai, yeh yeh warth kehta hai ke "yusra ya opportunity double hai." yaani problem ek hai to opportunity double hai.</w:t>
      </w:r>
      <w:r>
        <w:br/>
      </w:r>
      <w:r>
        <w:rPr>
          <w:sz w:val="20"/>
        </w:rPr>
        <w:t>14:17  to aap ne kaha ke "li yaghlab yusrain." yaani "one hardship cannot overcome to opportunities." yeh is ka translation hai is hadith ka ke prophet ka yeh saying hai ke "one problem cannot overcome to opportunities."</w:t>
      </w:r>
      <w:r>
        <w:br/>
      </w:r>
      <w:r>
        <w:rPr>
          <w:sz w:val="20"/>
        </w:rPr>
        <w:t>14:42  ab yeh aaj tak koi</w:t>
      </w:r>
      <w:r>
        <w:br/>
      </w:r>
      <w:r>
        <w:rPr>
          <w:sz w:val="20"/>
        </w:rPr>
        <w:t>14:44  samjha nahi tha. hazar baras se kisi is mein aap dekh lijiyay jo bhi commentaries hain ke yeh kya matlab is ka hai ke do do yusra, yaani asar ek hai to double yusra wahan par hai.</w:t>
      </w:r>
      <w:r>
        <w:br/>
      </w:r>
      <w:r>
        <w:rPr>
          <w:sz w:val="20"/>
        </w:rPr>
        <w:t>15:00  yaani problem jo hai agar ek hai to solution double hai.</w:t>
      </w:r>
    </w:p>
    <w:p>
      <w:pPr>
        <w:pStyle w:val="Heading2"/>
      </w:pPr>
      <w:r>
        <w:t>Colonial loss of power fueled political Islam's appeal</w:t>
      </w:r>
    </w:p>
    <w:p>
      <w:r>
        <w:rPr>
          <w:color w:val="666666"/>
          <w:sz w:val="18"/>
        </w:rPr>
        <w:t>Islam and Peace May 03, 2015 · 2m 47s · at 4:41 · https://youtu.be/oLR98xFlQTc?t=281</w:t>
      </w:r>
    </w:p>
    <w:p>
      <w:r>
        <w:rPr>
          <w:i/>
        </w:rPr>
        <w:t>“Unnisvi sadi mein jo colonial powers duniya mein dakhil huin”</w:t>
      </w:r>
    </w:p>
    <w:p>
      <w:r>
        <w:rPr>
          <w:sz w:val="20"/>
        </w:rPr>
        <w:t>4:41  lekin 19veen sadi mein jo colonial powers dunya mein dakhil huin, to unhone musalmanon ko musalmanon se bhi un ka sabqa pesh aaya.</w:t>
      </w:r>
      <w:r>
        <w:br/>
      </w:r>
      <w:r>
        <w:rPr>
          <w:sz w:val="20"/>
        </w:rPr>
        <w:t>5:01  to is zamane mein musalmanon ki bohat si saltanaten thin, empower tha.</w:t>
      </w:r>
      <w:r>
        <w:br/>
      </w:r>
      <w:r>
        <w:rPr>
          <w:sz w:val="20"/>
        </w:rPr>
        <w:t>5:08  to</w:t>
      </w:r>
      <w:r>
        <w:br/>
      </w:r>
      <w:r>
        <w:rPr>
          <w:sz w:val="20"/>
        </w:rPr>
        <w:t>5:12  sare taqreeban sari dunya ke musalmanon ko is se asar pahuncha. yani muslim political dabdaba, musalmanon ka jo political dabdaba tha, wo khatm ho gaya.</w:t>
      </w:r>
      <w:r>
        <w:br/>
      </w:r>
      <w:r>
        <w:rPr>
          <w:sz w:val="20"/>
        </w:rPr>
        <w:t>5:27  to us waqt musalman jo jee rahe the, sense of loss mein. sari dunya ke musalman sense of loss, sense of political loss mein jee rahe the.</w:t>
      </w:r>
      <w:r>
        <w:br/>
      </w:r>
      <w:r>
        <w:rPr>
          <w:sz w:val="20"/>
        </w:rPr>
        <w:t>5:40  aur sari dunya mein mizaj tha ke how to regain our past glory. un halaat mein kuch logon ne jab yeh pesh kiya ke islam ek political system hai,</w:t>
      </w:r>
      <w:r>
        <w:br/>
      </w:r>
      <w:r>
        <w:rPr>
          <w:sz w:val="20"/>
        </w:rPr>
        <w:t>5:54  islam ek political nizam hai, islam ka maqsad yeh hai ke sari dunya mein islam ka rule qaim kiya jaye, to yeh logon ko bohat achha laga.</w:t>
      </w:r>
      <w:r>
        <w:br/>
      </w:r>
      <w:r>
        <w:rPr>
          <w:sz w:val="20"/>
        </w:rPr>
        <w:t>6:05  us waqt jo psyche thi, us psyche ke mutabiq un ko is ke andar bohat appeal nazar aayi. to bare paimane par logon ne is soch ko ikhtiyar kar liya.</w:t>
      </w:r>
      <w:r>
        <w:br/>
      </w:r>
      <w:r>
        <w:rPr>
          <w:sz w:val="20"/>
        </w:rPr>
        <w:t>6:20  jamaaten banin, idare bane, literature chhapa gaya mukhtalif zubanon mein, yeh sab hua. to musalmanon mein ek research resurgence aaya,</w:t>
      </w:r>
      <w:r>
        <w:br/>
      </w:r>
      <w:r>
        <w:rPr>
          <w:sz w:val="20"/>
        </w:rPr>
        <w:t>6:33  unhone chaha ke wo regain karen apni political glory ko. lekin aap jante hain ke politics ek aisi cheez hai jahan kabhi waqoo nahi hota.</w:t>
      </w:r>
      <w:r>
        <w:br/>
      </w:r>
      <w:r>
        <w:rPr>
          <w:sz w:val="20"/>
        </w:rPr>
        <w:t>6:48  koi na koi wahan occupy ki hui hota hai. political seat kabhi khali nahi hoti. koi hota hai jo wahan occupy ki hui ho.</w:t>
      </w:r>
      <w:r>
        <w:br/>
      </w:r>
      <w:r>
        <w:rPr>
          <w:sz w:val="20"/>
        </w:rPr>
        <w:t>6:58  to jab aap jab musalmanon ne yeh chaha ke islam ka rule qaim karen, sari dunya mein sari dunya mein islam ki hukumat qaim karen, to foran unhein mehsoos hua ke haan to koi occupy ki hui hai political seat ko.</w:t>
      </w:r>
      <w:r>
        <w:br/>
      </w:r>
      <w:r>
        <w:rPr>
          <w:sz w:val="20"/>
        </w:rPr>
        <w:t>7:16  to jab tak is ko un seat na kiya hai, jab tak is ko hataya na jaye, wo apne zehen mein jo un ke tha system, us ko wo nafiz nahi kar sakte.</w:t>
      </w:r>
    </w:p>
    <w:p>
      <w:pPr>
        <w:pStyle w:val="Heading2"/>
      </w:pPr>
      <w:r>
        <w:t>Intellectual sacrifice for new age faith</w:t>
      </w:r>
    </w:p>
    <w:p>
      <w:r>
        <w:rPr>
          <w:color w:val="666666"/>
          <w:sz w:val="18"/>
        </w:rPr>
        <w:t>From The Spiritual Tree 29 October, 2006 Maulana Wahiduddin Khan · 2m 30s · at 21:39 · https://youtu.be/UhWGNgyU7bA?t=1299</w:t>
      </w:r>
    </w:p>
    <w:p>
      <w:r>
        <w:rPr>
          <w:i/>
        </w:rPr>
        <w:t>“Naye zamane ka jo realization hai”</w:t>
      </w:r>
    </w:p>
    <w:p>
      <w:r>
        <w:rPr>
          <w:sz w:val="20"/>
        </w:rPr>
        <w:t>21:39  lekin yeh yaad rakhiye kay naye zamanay ka jo realization hai, naye zamanay ka jo yeh jo iman hai, iss kay liye bhi aik aur sacrifice chahiye.</w:t>
      </w:r>
      <w:r>
        <w:br/>
      </w:r>
      <w:r>
        <w:rPr>
          <w:sz w:val="20"/>
        </w:rPr>
        <w:t>21:52  aisa nahi hai kay muft mein mil jaye yeh. yeh hai intellectual sacrifice. woh thi physical sacrifice.</w:t>
      </w:r>
      <w:r>
        <w:br/>
      </w:r>
      <w:r>
        <w:rPr>
          <w:sz w:val="20"/>
        </w:rPr>
        <w:t>22:01  yeh hai intellectual sacrifice. intellectual sacrifice kiya hai? iss ko main aik lafz mein kahoon ga kay concentration. concentration.</w:t>
      </w:r>
      <w:r>
        <w:br/>
      </w:r>
      <w:r>
        <w:rPr>
          <w:sz w:val="20"/>
        </w:rPr>
        <w:t>22:13  duniya mein behtareen sari cheezain hain jo aap ko distract karti hain. har waqt apni taraf khinchti rehti hain. to aap ko bohat ziyada sacrifice karna parta hai distraction say apnay aap ko bachanay kay liye.</w:t>
      </w:r>
      <w:r>
        <w:br/>
      </w:r>
      <w:r>
        <w:rPr>
          <w:sz w:val="20"/>
        </w:rPr>
        <w:t>22:27  bohat ziyada. aap ka focus jo hai hamesha bana rahay Khuda kay oopar, Khuda ki blessing kay oopar, Khuda ki glory kay oopar.</w:t>
      </w:r>
      <w:r>
        <w:br/>
      </w:r>
      <w:r>
        <w:rPr>
          <w:sz w:val="20"/>
        </w:rPr>
        <w:t>22:38  yeh iss say bhi ziyada mushkil kaam hai. aisa nahi hai kay iss zamanay mein agar religious persecution nahi hai to mamla aasan ho gaya.</w:t>
      </w:r>
      <w:r>
        <w:br/>
      </w:r>
      <w:r>
        <w:rPr>
          <w:sz w:val="20"/>
        </w:rPr>
        <w:t>22:48  aasan nahi ho gaya. har lamha aap ko aik nayi sacrifice karna hai. materialism ka charm hai, consumerism ka charm hai, popularity ka charm hai.</w:t>
      </w:r>
      <w:r>
        <w:br/>
      </w:r>
      <w:r>
        <w:rPr>
          <w:sz w:val="20"/>
        </w:rPr>
        <w:t>23:01  aur fame ka charm hai, luxury ka charm hai, comfort ka charm hai. itnay saray naye charm aa gaye hain kay iss kay woh aap ko khinchty hain apni taraf.</w:t>
      </w:r>
      <w:r>
        <w:br/>
      </w:r>
      <w:r>
        <w:rPr>
          <w:sz w:val="20"/>
        </w:rPr>
        <w:t>23:12  iss say apnay aap ko nikalna, apnay aap ko detach karna bohat hi mushkil kaam hai. jab tak aap iss say aap detach na karain apnay aap ko, kabhi bhi aap yeh naya jo level hai realization ka woh aap nahi pa saktay.</w:t>
      </w:r>
      <w:r>
        <w:br/>
      </w:r>
      <w:r>
        <w:rPr>
          <w:sz w:val="20"/>
        </w:rPr>
        <w:t>23:31  to wahan sacrifice thi physical sense mein. yahan par sacrifice hai, yahan bhi agarchay yeh sacrifice hai intellectual sense mein.</w:t>
      </w:r>
      <w:r>
        <w:br/>
      </w:r>
      <w:r>
        <w:rPr>
          <w:sz w:val="20"/>
        </w:rPr>
        <w:t>23:42  misaal kay tor par main apnay baray mein batata hoon. har din main kai baar logon say kehta hoon kay I was wrong. you are right, I am wrong.</w:t>
      </w:r>
      <w:r>
        <w:br/>
      </w:r>
      <w:r>
        <w:rPr>
          <w:sz w:val="20"/>
        </w:rPr>
        <w:t>23:51  abhi aaj hi shaam ko main nay kaha kisi say. you are right, I am wrong. kyun main aisa kehta hoon? iss ka matlab nahi kay main ghalat hi ghalat hoon bilkul bhi.</w:t>
      </w:r>
      <w:r>
        <w:br/>
      </w:r>
      <w:r>
        <w:rPr>
          <w:sz w:val="20"/>
        </w:rPr>
        <w:t>24:00  yeh matlab nahi hai. yeh jantay huay kay main sahi hoon main kehta hoon kay I was wrong.</w:t>
      </w:r>
    </w:p>
    <w:p>
      <w:pPr>
        <w:pStyle w:val="Heading2"/>
      </w:pPr>
      <w:r>
        <w:t>Modern travel enables dawah dispersal</w:t>
      </w:r>
    </w:p>
    <w:p>
      <w:r>
        <w:rPr>
          <w:color w:val="666666"/>
          <w:sz w:val="18"/>
        </w:rPr>
        <w:t>Spirit of the Mission September 16, 2018 · 2m 46s · at 23:45 · https://youtu.be/rjiTU2v3U30?t=1425</w:t>
      </w:r>
    </w:p>
    <w:p>
      <w:r>
        <w:rPr>
          <w:i/>
        </w:rPr>
        <w:t>“اللہ تعالی نے یہ کیا کہ دنیا میں ایک نیا دور لایا”</w:t>
      </w:r>
    </w:p>
    <w:p>
      <w:r>
        <w:rPr>
          <w:sz w:val="20"/>
        </w:rPr>
        <w:t>23:45  Allah taala ne yeh kiya ke duniya mein ek naya daur laya. pehle zamane mein log safar karte the to talwar le ke chalte the, kyun ke self reserch ka mamla tha.</w:t>
      </w:r>
      <w:r>
        <w:br/>
      </w:r>
      <w:r>
        <w:rPr>
          <w:sz w:val="20"/>
        </w:rPr>
        <w:t>24:04  safar karne ke liye talwar zarori thi, self reserch defense ke liye. ab kya hai? aap ko sirf zarorat hai travel document ki.</w:t>
      </w:r>
      <w:r>
        <w:br/>
      </w:r>
      <w:r>
        <w:rPr>
          <w:sz w:val="20"/>
        </w:rPr>
        <w:t>24:17  ab is ko kehte hain travel document, yani passport aur visa. aap ke pas passport aur visa ho to jahan chahiye jaiye, jis country mein chahiye jaiye, raat ko jaiye, din ko jaiye.</w:t>
      </w:r>
      <w:r>
        <w:br/>
      </w:r>
      <w:r>
        <w:rPr>
          <w:sz w:val="20"/>
        </w:rPr>
        <w:t>24:38  to is tarike se yeh yeh expansion hua ke duniya ke taqreeban har mulk mein al-iman phail gaye.</w:t>
      </w:r>
      <w:r>
        <w:br/>
      </w:r>
      <w:r>
        <w:rPr>
          <w:sz w:val="20"/>
        </w:rPr>
        <w:t>24:51  duniya mein taqreeban 200 mulk hain, har mulk mein quran ko manane wale Allah ne pahuncha diye. ab un ke haan to speed agar bhari hui ho,</w:t>
      </w:r>
      <w:r>
        <w:br/>
      </w:r>
      <w:r>
        <w:rPr>
          <w:sz w:val="20"/>
        </w:rPr>
        <w:t>25:05  un ko un ko woh quran ko mante hain, lekin hamare haan jo chapterization hua hai, is mein sirf yeh jana hai unhon ne ke koi quran barkat ki kitab hai,</w:t>
      </w:r>
      <w:r>
        <w:br/>
      </w:r>
      <w:r>
        <w:rPr>
          <w:sz w:val="20"/>
        </w:rPr>
        <w:t>25:19  is ko apne paas rakhe raho ya ghar mein rakhe raho to barkat hogi. yeh hai chapterization ki ghalati.</w:t>
      </w:r>
      <w:r>
        <w:br/>
      </w:r>
      <w:r>
        <w:rPr>
          <w:sz w:val="20"/>
        </w:rPr>
        <w:t>25:32  nahi, agar woh yeh jaane ke quran to woh kitab hai jis ko hamein pahunchana hai, pahunchana hai, pahunchana hai,</w:t>
      </w:r>
      <w:r>
        <w:br/>
      </w:r>
      <w:r>
        <w:rPr>
          <w:sz w:val="20"/>
        </w:rPr>
        <w:t>25:44  is ka jo reward hai, woh pahunchane par hai. yeh nahi ke ji ghar mein rakha hua hai to reward mil jayega. quran ka jo reward jo milna hai, woh woh is par hai ke aap ne kitna pahunchaya.</w:t>
      </w:r>
      <w:r>
        <w:br/>
      </w:r>
      <w:r>
        <w:rPr>
          <w:sz w:val="20"/>
        </w:rPr>
        <w:t>26:00  yeh nahi ke taak mein rakhi hui hain, almari mein rakhi hui hain, is par nahi hai.</w:t>
      </w:r>
      <w:r>
        <w:br/>
      </w:r>
      <w:r>
        <w:rPr>
          <w:sz w:val="20"/>
        </w:rPr>
        <w:t>26:09  to Allah taala ne dekhiye, ek dispersal hua, sari duniya mein log pahunche. ab agar yeh speed maujood hoti, yeh speed to sari duniya mein achaanak misr pahunch jata.</w:t>
      </w:r>
      <w:r>
        <w:br/>
      </w:r>
      <w:r>
        <w:rPr>
          <w:sz w:val="20"/>
        </w:rPr>
        <w:t>26:26  likon lil alameen najrah ka matlab yahi hai.</w:t>
      </w:r>
    </w:p>
    <w:p>
      <w:pPr>
        <w:pStyle w:val="Heading2"/>
      </w:pPr>
      <w:r>
        <w:t>Prophetic form of Salat preserved</w:t>
      </w:r>
    </w:p>
    <w:p>
      <w:r>
        <w:rPr>
          <w:color w:val="666666"/>
          <w:sz w:val="18"/>
        </w:rPr>
        <w:t>Islamic Prayer (Part 2) (English) | February 27, 2007 | Maulana Wahiduddin Khan · 2m 07s · at 26:55 · https://youtu.be/xoh_XiWwRlI?t=1615</w:t>
      </w:r>
    </w:p>
    <w:p>
      <w:r>
        <w:rPr>
          <w:i/>
        </w:rPr>
        <w:t>“There are numerous hadith and ayat”</w:t>
      </w:r>
    </w:p>
    <w:p>
      <w:r>
        <w:rPr>
          <w:sz w:val="20"/>
        </w:rPr>
        <w:t>26:55  us hadith and ayat, or Quranic verses, which tell us the detail of Salat. The Prophet of Islam has said, "usallu kama raaytumuni usalli" you perform Salat</w:t>
      </w:r>
      <w:r>
        <w:br/>
      </w:r>
      <w:r>
        <w:rPr>
          <w:sz w:val="20"/>
        </w:rPr>
        <w:t>27:27  as you see myself performing Salat. So the present form of Salat is prophetic form. The companions of the Prophet saw Prophet's Salat and they followed it. Then</w:t>
      </w:r>
      <w:r>
        <w:br/>
      </w:r>
      <w:r>
        <w:rPr>
          <w:sz w:val="20"/>
        </w:rPr>
        <w:t>27:58  the companions of the companion saw the Salat of the companion and they followed it. Then after, then generation after generation, people used to follow this form. So the form we now follow is the form of Prophet without any</w:t>
      </w:r>
      <w:r>
        <w:br/>
      </w:r>
      <w:r>
        <w:rPr>
          <w:sz w:val="20"/>
        </w:rPr>
        <w:t>28:29  perversion, without any slightest perversion. So the form is preserved in its, in its originality. And then the spirit of Salat you can see in Quran and hadith.</w:t>
      </w:r>
    </w:p>
    <w:p>
      <w:pPr>
        <w:pStyle w:val="Heading2"/>
      </w:pPr>
      <w:r>
        <w:t>Choice in life is lesser evil, not no evil</w:t>
      </w:r>
    </w:p>
    <w:p>
      <w:r>
        <w:rPr>
          <w:color w:val="666666"/>
          <w:sz w:val="18"/>
        </w:rPr>
        <w:t>Lessons from My Journey to Agra October 27, 2013 · 1m 58s · at 1:13:32 · https://youtu.be/Gg2N0h4ETH8?t=4412</w:t>
      </w:r>
    </w:p>
    <w:p>
      <w:r>
        <w:rPr>
          <w:i/>
        </w:rPr>
        <w:t>“Jo shakhs chhota sharr bardasht nahi karta, bada sharr jhelta hai”</w:t>
      </w:r>
    </w:p>
    <w:p>
      <w:r>
        <w:rPr>
          <w:sz w:val="20"/>
        </w:rPr>
        <w:t>1:13:32  aur nahi to phir kya hoga? woh main ne ek hadith is mein naqal ki thi. ek sahabi ka qaul hai ke "malayurda bil qaleel mimma yati bis safheeyarada bil kaseer"</w:t>
      </w:r>
      <w:r>
        <w:br/>
      </w:r>
      <w:r>
        <w:rPr>
          <w:sz w:val="20"/>
        </w:rPr>
        <w:t>1:13:47  . yani jo aadmi chotay shar ko bardasht nahi karega ijtamai zindagi mein, us ko ijtamai zindagi ke baray shar ko bardasht karna padega.</w:t>
      </w:r>
      <w:r>
        <w:br/>
      </w:r>
      <w:r>
        <w:rPr>
          <w:sz w:val="20"/>
        </w:rPr>
        <w:t>1:13:59  yani social life mein jo option hai, woh hai less evil aur get evil ka. yani evil aur no evil ka option nahi hai.</w:t>
      </w:r>
      <w:r>
        <w:br/>
      </w:r>
      <w:r>
        <w:rPr>
          <w:sz w:val="20"/>
        </w:rPr>
        <w:t>1:14:08  is ko achi tarah samajh lijye. yeh sara yani jo misr mein jo kuch ho raha hai ya iraq aur pakistan mein jo kuch ho raha hai ya india mein jo kuch ho raha hai, har jagah hi apply hota hai formula ke zindagi mein jo hamein option hai,</w:t>
      </w:r>
      <w:r>
        <w:br/>
      </w:r>
      <w:r>
        <w:rPr>
          <w:sz w:val="20"/>
        </w:rPr>
        <w:t>1:14:27  between evil aur no evil nahi hai, balkay between get evil aur less evil hai.</w:t>
      </w:r>
      <w:r>
        <w:br/>
      </w:r>
      <w:r>
        <w:rPr>
          <w:sz w:val="20"/>
        </w:rPr>
        <w:t>1:14:35  aap ko less evil ko bardasht karna hi padega ta ke aap get evil se bacha sakein apne aap ko. kyunke no evil ki situation to kabhi pai hi nahi jayegi.</w:t>
      </w:r>
      <w:r>
        <w:br/>
      </w:r>
      <w:r>
        <w:rPr>
          <w:sz w:val="20"/>
        </w:rPr>
        <w:t>1:14:48  no evil ki situation chahe peghamabari duniya mein hon, tab bhi nahi ho sakti. tab bhi mumkin nahi hai aisa. kyunke ijtamai zindagi mein hamesha kuch na kuch hota rehta hai.</w:t>
      </w:r>
      <w:r>
        <w:br/>
      </w:r>
      <w:r>
        <w:rPr>
          <w:sz w:val="20"/>
        </w:rPr>
        <w:t>1:15:00  ijtamai zindagi mein namumkin hai ke kuch na kuch unwanted situation paida na ho. to main phir repeat karunga ke is duniya mein aadmi ke liye jo choice hai, woh between evil aur no evil nahi hai.</w:t>
      </w:r>
      <w:r>
        <w:br/>
      </w:r>
      <w:r>
        <w:rPr>
          <w:sz w:val="20"/>
        </w:rPr>
        <w:t>1:15:17  woh between get evil aur less evil hai. to aap less evil ka choice le lijye ta ke aap get evil se bacha sakein.</w:t>
      </w:r>
    </w:p>
    <w:p>
      <w:pPr>
        <w:pStyle w:val="Heading2"/>
      </w:pPr>
      <w:r>
        <w:t>the Prophet's first revelation and duty to warn others</w:t>
      </w:r>
    </w:p>
    <w:p>
      <w:r>
        <w:rPr>
          <w:color w:val="666666"/>
          <w:sz w:val="18"/>
        </w:rPr>
        <w:t>Belief and Wisdom August 10, 2008 · 2m 12s · at 5:08 · https://youtu.be/XZ-ITT8bvZg?t=308</w:t>
      </w:r>
    </w:p>
    <w:p>
      <w:r>
        <w:rPr>
          <w:i/>
        </w:rPr>
        <w:t>“Rasoolullah ko jab 610 AD mein pehli revelation aayi”</w:t>
      </w:r>
    </w:p>
    <w:p>
      <w:r>
        <w:rPr>
          <w:sz w:val="20"/>
        </w:rPr>
        <w:t>5:08  rasool Allah sallallahu alaihi wasallam ko jab 610 AD mein aap ko pehli revelation, aap ko pehla aaya aur aap par Khuda ne yeh zimmedari dali ke qum fa-andhir, logon ko warn kar do, logon ko bata do,</w:t>
      </w:r>
      <w:r>
        <w:br/>
      </w:r>
      <w:r>
        <w:rPr>
          <w:sz w:val="20"/>
        </w:rPr>
        <w:t>5:27  logon ko aagah kar do.</w:t>
      </w:r>
      <w:r>
        <w:br/>
      </w:r>
      <w:r>
        <w:rPr>
          <w:sz w:val="20"/>
        </w:rPr>
        <w:t>5:31  to aap ghar wapas aaye, yani aap ki jo ahliya thi khadija, wahan aaye to unhone mamool ke mutabiq bistar kar diya aur kaha ke aaram kijiye.</w:t>
      </w:r>
      <w:r>
        <w:br/>
      </w:r>
      <w:r>
        <w:rPr>
          <w:sz w:val="20"/>
        </w:rPr>
        <w:t>5:50  us waqt aap ne farmaya: "ae naraha ya khadija! ae khadija! ab aaram kahan?</w:t>
      </w:r>
      <w:r>
        <w:br/>
      </w:r>
      <w:r>
        <w:rPr>
          <w:sz w:val="20"/>
        </w:rPr>
        <w:t>6:03  ae khadija! ab aaram kahan?" is par maine socha to mere samajh mein yahi baat aai ke marifat apne saath responsibility lati hai dawat ki.</w:t>
      </w:r>
      <w:r>
        <w:br/>
      </w:r>
      <w:r>
        <w:rPr>
          <w:sz w:val="20"/>
        </w:rPr>
        <w:t>6:18  yani aap ko marifat ho gai, aap ek true seeker the makka mein.</w:t>
      </w:r>
      <w:r>
        <w:br/>
      </w:r>
      <w:r>
        <w:rPr>
          <w:sz w:val="20"/>
        </w:rPr>
        <w:t>6:27  quran mein hai ke "wa waidaka dhal al-alfadha" ke tum true seeker the, phir tum ko hum ne hidayat di.</w:t>
      </w:r>
      <w:r>
        <w:br/>
      </w:r>
      <w:r>
        <w:rPr>
          <w:sz w:val="20"/>
        </w:rPr>
        <w:t>6:38  yani chalis saal beet gaye aap ke sachai ki talash mein, phir Allah taala ne aap par sachai kholi, aap ko sachai ki marifat hui,</w:t>
      </w:r>
      <w:r>
        <w:br/>
      </w:r>
      <w:r>
        <w:rPr>
          <w:sz w:val="20"/>
        </w:rPr>
        <w:t>6:52  sachai ki discovery hui.</w:t>
      </w:r>
      <w:r>
        <w:br/>
      </w:r>
      <w:r>
        <w:rPr>
          <w:sz w:val="20"/>
        </w:rPr>
        <w:t>6:55  to isi waqt yeh bhi aaya, saath saath yeh sachai kya hai, yeh bhi bataya gaya. saath saath yeh bhi aaya ke "qum fa-andhir" doosron ko batao.</w:t>
      </w:r>
      <w:r>
        <w:br/>
      </w:r>
      <w:r>
        <w:rPr>
          <w:sz w:val="20"/>
        </w:rPr>
        <w:t>7:09  to isi liye aap ne kaha tha ke "ae nar raha ya khadija! ae khadija! ab rahat kahan?"</w:t>
      </w:r>
    </w:p>
    <w:p>
      <w:pPr>
        <w:pStyle w:val="Heading2"/>
      </w:pPr>
      <w:r>
        <w:t>Defining religious extremism versus moderation</w:t>
      </w:r>
    </w:p>
    <w:p>
      <w:r>
        <w:rPr>
          <w:color w:val="666666"/>
          <w:sz w:val="18"/>
        </w:rPr>
        <w:t>Model of Paradise June 22, 2014 · 2m 28s · at 43:58 · https://youtu.be/7jXD8E_dN-E?t=2638</w:t>
      </w:r>
    </w:p>
    <w:p>
      <w:r>
        <w:rPr>
          <w:i/>
        </w:rPr>
        <w:t>“Dekhein, moderation ya modernity koi bahut well-defined term nahi hai”</w:t>
      </w:r>
    </w:p>
    <w:p>
      <w:r>
        <w:rPr>
          <w:sz w:val="20"/>
        </w:rPr>
        <w:t>43:58  dekhein, moderation ya modernity koi bohat well-defined term nahi hai.</w:t>
      </w:r>
      <w:r>
        <w:br/>
      </w:r>
      <w:r>
        <w:rPr>
          <w:sz w:val="20"/>
        </w:rPr>
        <w:t>44:06  extremism ka to definition available hai magar modernity ka definition available nahi hai.</w:t>
      </w:r>
      <w:r>
        <w:br/>
      </w:r>
      <w:r>
        <w:rPr>
          <w:sz w:val="20"/>
        </w:rPr>
        <w:t>44:15  jahan tak mein jaanta hoon. Lekin</w:t>
      </w:r>
      <w:r>
        <w:br/>
      </w:r>
      <w:r>
        <w:rPr>
          <w:sz w:val="20"/>
        </w:rPr>
        <w:t>44:22  aam taur par jo yeh alfaaz istemal kiye jaate hain, us ke lehaz se mein is ki thori si wazahat karunga.</w:t>
      </w:r>
      <w:r>
        <w:br/>
      </w:r>
      <w:r>
        <w:rPr>
          <w:sz w:val="20"/>
        </w:rPr>
        <w:t>44:29  extremism ka matlab hai ghulu. Yani mazhab ki taleemat jo hain, us mein ghulu karna.</w:t>
      </w:r>
      <w:r>
        <w:br/>
      </w:r>
      <w:r>
        <w:rPr>
          <w:sz w:val="20"/>
        </w:rPr>
        <w:t>44:38  is ka koi extremist version nikalna. Jaise aik misaal deta hoon aap ko ke</w:t>
      </w:r>
      <w:r>
        <w:br/>
      </w:r>
      <w:r>
        <w:rPr>
          <w:sz w:val="20"/>
        </w:rPr>
        <w:t>44:50  wuzu hum karte hain to us mein hota hai ke saare jo aza hain, wuzu wale, woh sab dho jayen.</w:t>
      </w:r>
      <w:r>
        <w:br/>
      </w:r>
      <w:r>
        <w:rPr>
          <w:sz w:val="20"/>
        </w:rPr>
        <w:t>44:57  to aik sahab thay, un ko mehsoos hua ke aankh ke andar bhi pani dalna chahiye. To aankh ke andar pani dalne lagein.</w:t>
      </w:r>
      <w:r>
        <w:br/>
      </w:r>
      <w:r>
        <w:rPr>
          <w:sz w:val="20"/>
        </w:rPr>
        <w:t>45:06  aankh ke andar pani, woh samajhte thay ke is ke baghair wuzu nahi hoga. To aankh ke andar pani dalte dalte un ki aankh chali gayi, chali gayi.</w:t>
      </w:r>
      <w:r>
        <w:br/>
      </w:r>
      <w:r>
        <w:rPr>
          <w:sz w:val="20"/>
        </w:rPr>
        <w:t>45:15  woh nabina ho gaye. That is ghulu aur ya extremism. Abhi jo buq o haram jo hai, woh ghulu ki misaal</w:t>
      </w:r>
      <w:r>
        <w:br/>
      </w:r>
      <w:r>
        <w:rPr>
          <w:sz w:val="20"/>
        </w:rPr>
        <w:t>45:27  hai. Jitni bhi musalmanon mein is waqt chal rahi hain tehrikein, sab ghulu hi ki misalein hain. Sab ki sab. Yani Islam ki taleemat mein ghulu karna.</w:t>
      </w:r>
      <w:r>
        <w:br/>
      </w:r>
      <w:r>
        <w:rPr>
          <w:sz w:val="20"/>
        </w:rPr>
        <w:t>45:43  har taleem mein jo, jaise misaal ke taur par dekhen, ek jagah mein gaya to wahan par main chai aai aur aur biscuit aaya.</w:t>
      </w:r>
      <w:r>
        <w:br/>
      </w:r>
      <w:r>
        <w:rPr>
          <w:sz w:val="20"/>
        </w:rPr>
        <w:t>45:54  to main ne aisa kiya ke ek haath mein biscuit le liya, ek haath mein chai le liya. to thoda main aadat aisa kar raha tha ke main chai mein shakar nahin dalta.</w:t>
      </w:r>
      <w:r>
        <w:br/>
      </w:r>
      <w:r>
        <w:rPr>
          <w:sz w:val="20"/>
        </w:rPr>
        <w:t>46:06  to biscuit istemal karta hoon. thoda sa biscuit liya aur phir chai piya.</w:t>
      </w:r>
      <w:r>
        <w:br/>
      </w:r>
      <w:r>
        <w:rPr>
          <w:sz w:val="20"/>
        </w:rPr>
        <w:t>46:12  to bada is ka charcha hai. woh dekho, baayein haath se kha rahe hain. yeh hai ghalu. is ka naam ghalu hai. to har cheez mein yeh ghalu hai.</w:t>
      </w:r>
      <w:r>
        <w:br/>
      </w:r>
      <w:r>
        <w:rPr>
          <w:sz w:val="20"/>
        </w:rPr>
        <w:t>46:21  political ghalu, aqeedaadi ghalu, har cheez mein ghalu.</w:t>
      </w:r>
    </w:p>
    <w:p>
      <w:pPr>
        <w:pStyle w:val="Heading2"/>
      </w:pPr>
      <w:r>
        <w:t>Abel's refusal to retaliate</w:t>
      </w:r>
    </w:p>
    <w:p>
      <w:r>
        <w:rPr>
          <w:color w:val="666666"/>
          <w:sz w:val="18"/>
        </w:rPr>
        <w:t>Violence The Second Forbidden Tree 14 June 2009 - Maulana Wahiduddin Khan · 1m 16s · at 5:29 · https://youtu.be/WbN4l7eMBdU?t=329</w:t>
      </w:r>
    </w:p>
    <w:p>
      <w:r>
        <w:rPr>
          <w:i/>
        </w:rPr>
        <w:t>“Qabil was the killer, Habil was the victim”</w:t>
      </w:r>
    </w:p>
    <w:p>
      <w:r>
        <w:rPr>
          <w:sz w:val="20"/>
        </w:rPr>
        <w:t>5:29  yani Qabil jo Qabil jo tha, woh qatil tha, aur Habil jo tha, woh maqtool tha.</w:t>
      </w:r>
      <w:r>
        <w:br/>
      </w:r>
      <w:r>
        <w:rPr>
          <w:sz w:val="20"/>
        </w:rPr>
        <w:t>5:37  to jis ko woh maar chaha raha tha, maar na chahta tha, jo maqtool ho gaya, woh kehta hai us waqt 'la in bast alyadayka litaktulani ma'na bibastiy aliyadayka laaktulak, fa inni akhafu Allaha' ke agar tum ne apna hath badhaya mujh ko maarne ke liye,</w:t>
      </w:r>
      <w:r>
        <w:br/>
      </w:r>
      <w:r>
        <w:rPr>
          <w:sz w:val="20"/>
        </w:rPr>
        <w:t>6:06  to main tum ko maarne ke liye apna hath nahi badhaunga.</w:t>
      </w:r>
      <w:r>
        <w:br/>
      </w:r>
      <w:r>
        <w:rPr>
          <w:sz w:val="20"/>
        </w:rPr>
        <w:t>6:10  main Allah se darta hoon. to dekhiye, Quran mein jagah jagah yeh baat hai ke jannat mein jo re entry hogi, re entry woh hogi Allah se darne walon ke liye.</w:t>
      </w:r>
      <w:r>
        <w:br/>
      </w:r>
      <w:r>
        <w:rPr>
          <w:sz w:val="20"/>
        </w:rPr>
        <w:t>6:24  Allah se darne walon ke liye, mutaqeen ke liye.</w:t>
      </w:r>
      <w:r>
        <w:br/>
      </w:r>
      <w:r>
        <w:rPr>
          <w:sz w:val="20"/>
        </w:rPr>
        <w:t>6:31  aur yahan par bataya gaya ke Allah se darne wala jo hai, us waqt bhi woh hath nahi uthata jab ke qatil us ko maar na chahta hai.</w:t>
      </w:r>
      <w:r>
        <w:br/>
      </w:r>
      <w:r>
        <w:rPr>
          <w:sz w:val="20"/>
        </w:rPr>
        <w:t>6:41  badi ajeeb baat hai yeh.</w:t>
      </w:r>
    </w:p>
    <w:p>
      <w:pPr>
        <w:pStyle w:val="Heading2"/>
      </w:pPr>
      <w:r>
        <w:t>Debunking common myths about how to earn paradise</w:t>
      </w:r>
    </w:p>
    <w:p>
      <w:r>
        <w:rPr>
          <w:color w:val="666666"/>
          <w:sz w:val="18"/>
        </w:rPr>
        <w:t>Building a Heavenly Personality 15 April 2012 · 1m 58s · at 0:54 · https://youtu.be/4YO-sZSBFPI?t=54</w:t>
      </w:r>
    </w:p>
    <w:p>
      <w:r>
        <w:rPr>
          <w:i/>
        </w:rPr>
        <w:t>“Jannat is our goal, but how do we actually get it?”</w:t>
      </w:r>
    </w:p>
    <w:p>
      <w:r>
        <w:rPr>
          <w:sz w:val="20"/>
        </w:rPr>
        <w:t>0:54  dekhiye, jannat hum sab ka goal hai. hum mein se har shakhs chahta hai ke marne ke baad is ko jannat milay.</w:t>
      </w:r>
      <w:r>
        <w:br/>
      </w:r>
      <w:r>
        <w:rPr>
          <w:sz w:val="20"/>
        </w:rPr>
        <w:t>1:07  magar jannat kaise milegi? jannat ko paanay ki shart kya hai? is ke baray mein logon ke zehan waazeh nahin hain.</w:t>
      </w:r>
      <w:r>
        <w:br/>
      </w:r>
      <w:r>
        <w:rPr>
          <w:sz w:val="20"/>
        </w:rPr>
        <w:t>1:21  aksar log yeh samajhte hain ke saat taseeh parh lo to jannat mil jaayegi. takbeer e oola foot na ho to jannat mil jaayegi.</w:t>
      </w:r>
      <w:r>
        <w:br/>
      </w:r>
      <w:r>
        <w:rPr>
          <w:sz w:val="20"/>
        </w:rPr>
        <w:t>1:36  ishraaq aur chashat parho to jannat mil jaayegi. tahajjud parho to jannat mil jaayegi. chilla de do to jannat mil jaayegi.</w:t>
      </w:r>
      <w:r>
        <w:br/>
      </w:r>
      <w:r>
        <w:rPr>
          <w:sz w:val="20"/>
        </w:rPr>
        <w:t>1:47  kisi buzurg ka daaman thaam lo to jannat mil jaayegi. waghera waghera. is qism ke tamaam khayalaat bilashubha baseless hain, jin ka jannat se koi taalluq nahin.</w:t>
      </w:r>
      <w:r>
        <w:br/>
      </w:r>
      <w:r>
        <w:rPr>
          <w:sz w:val="20"/>
        </w:rPr>
        <w:t>2:07  boht ziyaada is baat ko samajh lijiye ke jannat ki price hamare bahar nahin hai, hamare andar hai. bahar ka koi amal ke aap ne haraamain ki ziyaarat kar li to jannat mil gayi?</w:t>
      </w:r>
      <w:r>
        <w:br/>
      </w:r>
      <w:r>
        <w:rPr>
          <w:sz w:val="20"/>
        </w:rPr>
        <w:t>2:23  hargiz hargiz aisa nahi hone wala hai. jannat paanay ki shart hum se bahar kuch nahi hai, hamare andar hai.</w:t>
      </w:r>
      <w:r>
        <w:br/>
      </w:r>
      <w:r>
        <w:rPr>
          <w:sz w:val="20"/>
        </w:rPr>
        <w:t>2:35  yani aap ke apne andar aik shakhsiyat banegi jis ko maine kaha ke jannati shakhsiyat. jannat mein basanay ke qabil aik insaan, woh jannat mein dakhil kiya jayega.</w:t>
      </w:r>
    </w:p>
    <w:p>
      <w:pPr>
        <w:pStyle w:val="Heading2"/>
      </w:pPr>
      <w:r>
        <w:t>Reflection on Prophet's modesty vs worldly praise</w:t>
      </w:r>
    </w:p>
    <w:p>
      <w:r>
        <w:rPr>
          <w:color w:val="666666"/>
          <w:sz w:val="18"/>
        </w:rPr>
        <w:t>Importance of Modesty 6 Oct, 2018 - Maulana Wahiduddin Khan · 2m 15s · at 3:27 · https://youtu.be/Ul3hRcfLGRM?t=207</w:t>
      </w:r>
    </w:p>
    <w:p>
      <w:r>
        <w:rPr>
          <w:i/>
        </w:rPr>
        <w:t>“Is hadith ko jab maine parha to mere man mein ek sawal aaya”</w:t>
      </w:r>
    </w:p>
    <w:p>
      <w:r>
        <w:rPr>
          <w:sz w:val="20"/>
        </w:rPr>
        <w:t>3:27  mashallah. dekhen ji, is hadith ko jab maine parha</w:t>
      </w:r>
      <w:r>
        <w:br/>
      </w:r>
      <w:r>
        <w:rPr>
          <w:sz w:val="20"/>
        </w:rPr>
        <w:t>3:40  to mere mann mein ek sawal aaya.</w:t>
      </w:r>
      <w:r>
        <w:br/>
      </w:r>
      <w:r>
        <w:rPr>
          <w:sz w:val="20"/>
        </w:rPr>
        <w:t>3:49  shayar logon ke jo bayan hain aur doosre logon ke bhi, is mein aksar rasool allah ke</w:t>
      </w:r>
      <w:r>
        <w:br/>
      </w:r>
      <w:r>
        <w:rPr>
          <w:sz w:val="20"/>
        </w:rPr>
        <w:t>4:05  yani is baat ko bohat badhate hain ke aap ko hukumat mili.</w:t>
      </w:r>
      <w:r>
        <w:br/>
      </w:r>
      <w:r>
        <w:rPr>
          <w:sz w:val="20"/>
        </w:rPr>
        <w:t>4:15  to</w:t>
      </w:r>
      <w:r>
        <w:br/>
      </w:r>
      <w:r>
        <w:rPr>
          <w:sz w:val="20"/>
        </w:rPr>
        <w:t>4:19  misal ke taur par ek shayar rasool allah ke bare mein kehta hai: aye khasa khasan-e-rasul, waqt-e-dua hai.</w:t>
      </w:r>
      <w:r>
        <w:br/>
      </w:r>
      <w:r>
        <w:rPr>
          <w:sz w:val="20"/>
        </w:rPr>
        <w:t>4:31  aise hi</w:t>
      </w:r>
      <w:r>
        <w:br/>
      </w:r>
      <w:r>
        <w:rPr>
          <w:sz w:val="20"/>
        </w:rPr>
        <w:t>4:34  shahanshah-e-konain, is tarah ke alfaaz bolte hain log. shahanshah-e-konain, badshah-e-kainat wagera.</w:t>
      </w:r>
      <w:r>
        <w:br/>
      </w:r>
      <w:r>
        <w:rPr>
          <w:sz w:val="20"/>
        </w:rPr>
        <w:t>4:49  to ba taur-e-waqia to yeh hua</w:t>
      </w:r>
      <w:r>
        <w:br/>
      </w:r>
      <w:r>
        <w:rPr>
          <w:sz w:val="20"/>
        </w:rPr>
        <w:t>4:53  ke aap ko arab mein political power mila.</w:t>
      </w:r>
      <w:r>
        <w:br/>
      </w:r>
      <w:r>
        <w:rPr>
          <w:sz w:val="20"/>
        </w:rPr>
        <w:t>5:00  lekin dekhne ki baat yeh hai ke aap ne manga kya cheez?</w:t>
      </w:r>
      <w:r>
        <w:br/>
      </w:r>
      <w:r>
        <w:rPr>
          <w:sz w:val="20"/>
        </w:rPr>
        <w:t>5:09  aap ne mangi allah se modesty. modesty.</w:t>
      </w:r>
      <w:r>
        <w:br/>
      </w:r>
      <w:r>
        <w:rPr>
          <w:sz w:val="20"/>
        </w:rPr>
        <w:t>5:21  kya lafz hai? tawazu</w:t>
      </w:r>
      <w:r>
        <w:br/>
      </w:r>
      <w:r>
        <w:rPr>
          <w:sz w:val="20"/>
        </w:rPr>
        <w:t>5:23  ? ji. tawazu. modesty. is par maine bohat socha. to meri samajh mein aaya ke modesty jo hai, woh insan ka basic character hai.</w:t>
      </w:r>
    </w:p>
    <w:p>
      <w:pPr>
        <w:pStyle w:val="Heading2"/>
      </w:pPr>
      <w:r>
        <w:t>Freud's theory that desire must never be restrained</w:t>
      </w:r>
    </w:p>
    <w:p>
      <w:r>
        <w:rPr>
          <w:color w:val="666666"/>
          <w:sz w:val="18"/>
        </w:rPr>
        <w:t>The Age of Deceiving Philosophies I 21 June 2009 · 1m 15s · at 28:07 · https://youtu.be/RZCs_8AtCTM?t=1687</w:t>
      </w:r>
    </w:p>
    <w:p>
      <w:r>
        <w:rPr>
          <w:i/>
        </w:rPr>
        <w:t>“Freud said desire must get unchecked fulfillment”</w:t>
      </w:r>
    </w:p>
    <w:p>
      <w:r>
        <w:rPr>
          <w:sz w:val="20"/>
        </w:rPr>
        <w:t>28:07  yeh 1939 mein is ki death hui. is ka kya nazariya tha? sigmund freud ka aik psychology ka expert tha, yeh bohat bohat hi zyada intelligent aadmi tha.</w:t>
      </w:r>
      <w:r>
        <w:br/>
      </w:r>
      <w:r>
        <w:rPr>
          <w:sz w:val="20"/>
        </w:rPr>
        <w:t>28:18  yeh is ne kya theory banai ke desire hai insan ke, desire</w:t>
      </w:r>
      <w:r>
        <w:br/>
      </w:r>
      <w:r>
        <w:rPr>
          <w:sz w:val="20"/>
        </w:rPr>
        <w:t>28:24  woh desire jo hai, unchecked us ko fulfillment milna chahiye, kyunke is ka talluq insaan ki personality growth se hai.</w:t>
      </w:r>
      <w:r>
        <w:br/>
      </w:r>
      <w:r>
        <w:rPr>
          <w:sz w:val="20"/>
        </w:rPr>
        <w:t>28:34  agar aap desire par check lagayenge to growth ruk jayega, to growth ruk jayega. itna phaila hai, itna phaila hai nazariya ke desire par check na lagao, ek dum total freedom de do aadmi ko.</w:t>
      </w:r>
      <w:r>
        <w:br/>
      </w:r>
      <w:r>
        <w:rPr>
          <w:sz w:val="20"/>
        </w:rPr>
        <w:t>28:48  main ek martaba london mein ek sahib ke haan gaya to un ke haan kitab rakhi hui thi. is mein likha hua tha ke agar tumhara bachcha, agar tumhare is mein khirki mein sheesha laga hua hai, tumhara bachcha us ko todta hai to roko mat us ko, todne do us ko, kyunke agar roko ge to is ka is ka growth ruk jayega,</w:t>
      </w:r>
      <w:r>
        <w:br/>
      </w:r>
      <w:r>
        <w:rPr>
          <w:sz w:val="20"/>
        </w:rPr>
        <w:t>29:14  is ka intellect, personality ka growth</w:t>
      </w:r>
      <w:r>
        <w:br/>
      </w:r>
      <w:r>
        <w:rPr>
          <w:sz w:val="20"/>
        </w:rPr>
        <w:t>29:17  ruk jayega. yeh kehti hai is ki stupid theory hai,</w:t>
      </w:r>
    </w:p>
    <w:p>
      <w:pPr>
        <w:pStyle w:val="Heading2"/>
      </w:pPr>
      <w:r>
        <w:t>why comfort and wealth never cure frustration</w:t>
      </w:r>
    </w:p>
    <w:p>
      <w:r>
        <w:rPr>
          <w:color w:val="666666"/>
          <w:sz w:val="18"/>
        </w:rPr>
        <w:t>Islam The Creator of the Modern Age October 17, 2021 Prof. Farida Khanam · 2m 25s · at 43:54 · https://youtu.be/tMr3Dz35onU?t=2634</w:t>
      </w:r>
    </w:p>
    <w:p>
      <w:r>
        <w:rPr>
          <w:i/>
        </w:rPr>
        <w:t>“Why is today's man frustrated despite having every comfort?”</w:t>
      </w:r>
    </w:p>
    <w:p>
      <w:r>
        <w:rPr>
          <w:sz w:val="20"/>
        </w:rPr>
        <w:t>43:54  apa yeh agla sawal hai mister asjad ali lucknow ka aaj ka insan frustration mein kyun jee raha hai halanke aaj sab se zyada aasaniyan hain</w:t>
      </w:r>
      <w:r>
        <w:br/>
      </w:r>
      <w:r>
        <w:rPr>
          <w:sz w:val="20"/>
        </w:rPr>
        <w:t>44:09  frustration asal mein hamesha rahegi is ko humein samajhna hai aur soch samajh kar ek zindagi guzarni hai</w:t>
      </w:r>
      <w:r>
        <w:br/>
      </w:r>
      <w:r>
        <w:rPr>
          <w:sz w:val="20"/>
        </w:rPr>
        <w:t>44:19  kyunki yeh duniya mein hum ko sab kuch milta hi nahi hamari desires bohat zyada hain is desire ke mutabiq kisi badshah ko bhi nahi milta to humein kaise mil jayega</w:t>
      </w:r>
      <w:r>
        <w:br/>
      </w:r>
      <w:r>
        <w:rPr>
          <w:sz w:val="20"/>
        </w:rPr>
        <w:t>44:32  to yeh duniya jo hai ek ideal world nahi hai sab se pehle to yeh samajhna hai to hamari desires jo hain wo sirf is liye rakhi gayi hain taake hum yeh jane ke is duniya mein agar hum khuda ki marzi ke mutabiq zindagi guzarenge to hamari desire ke mutabiq humein akhirat mein jagah milegi jannat mein jagah milegi</w:t>
      </w:r>
      <w:r>
        <w:br/>
      </w:r>
      <w:r>
        <w:rPr>
          <w:sz w:val="20"/>
        </w:rPr>
        <w:t>44:56  to log yeh samajhte hain in ko jab frustration hota hai to samajhte hain ke falan maadi cheez humein mil jayegi to humein sukoon mil jayega</w:t>
      </w:r>
      <w:r>
        <w:br/>
      </w:r>
      <w:r>
        <w:rPr>
          <w:sz w:val="20"/>
        </w:rPr>
        <w:t>45:06  kisi ke paas chhoti gadi hai to us ko badi gadi lega ke is mein sukoon mil jayega lekin jab wo le leta hai to us ko lagta hai ke is mein bhi sukoon nahi mila</w:t>
      </w:r>
      <w:r>
        <w:br/>
      </w:r>
      <w:r>
        <w:rPr>
          <w:sz w:val="20"/>
        </w:rPr>
        <w:t>45:16  kisi ke paas chhota ghar hai to bada ghar lega is mein bhi sukoon nahi log jo bollywood ke log hain wo roz ghar hi badalte rehte hain car badalte rehte hain kyunki is mein un ko sukoon milta nahi</w:t>
      </w:r>
      <w:r>
        <w:br/>
      </w:r>
      <w:r>
        <w:rPr>
          <w:sz w:val="20"/>
        </w:rPr>
        <w:t>45:27  dekhiye maadi cheezon mein koi sukoon hai hi nahi sukoon agar milega to aap ke paas koi mission hoga mission se aap judenge</w:t>
      </w:r>
      <w:r>
        <w:br/>
      </w:r>
      <w:r>
        <w:rPr>
          <w:sz w:val="20"/>
        </w:rPr>
        <w:t>45:37  koi bhi mission jis ko koi nobel mission hota hai chahe wo social work ka mission ho ya dawah mission ho koi nek nek mission ho acha kaam ho logon ki madad karna hai to is mission se aap judenge to is mein aap ko fulfillment mil sakta hai</w:t>
      </w:r>
      <w:r>
        <w:br/>
      </w:r>
      <w:r>
        <w:rPr>
          <w:sz w:val="20"/>
        </w:rPr>
        <w:t>45:54  aur doosre khuda ki yaad mein fulfillment fulfillment milta hai ke wo ek ek quran ki ayat hai hearts are comforted by the remembrance of god alone bible mein bhi yahi hai</w:t>
      </w:r>
      <w:r>
        <w:br/>
      </w:r>
      <w:r>
        <w:rPr>
          <w:sz w:val="20"/>
        </w:rPr>
        <w:t>46:10  to is tarike se humein ek acha kaam karen apni zindagi ko achhi jagah istemal karen aur khuda ki yaad karen</w:t>
      </w:r>
    </w:p>
    <w:p>
      <w:pPr>
        <w:pStyle w:val="Heading2"/>
      </w:pPr>
      <w:r>
        <w:t>To love God, discover blessings and drop all hate</w:t>
      </w:r>
    </w:p>
    <w:p>
      <w:r>
        <w:rPr>
          <w:color w:val="666666"/>
          <w:sz w:val="18"/>
        </w:rPr>
        <w:t>Love of God | Maulana Wahiduddin Khan |  4 October 2009 · 3m 31s · at 47:43 · https://youtu.be/dRR8aqMAVww?t=2863</w:t>
      </w:r>
    </w:p>
    <w:p>
      <w:r>
        <w:rPr>
          <w:i/>
        </w:rPr>
        <w:t>“You cannot fight the law of nature – love and hate together.”</w:t>
      </w:r>
    </w:p>
    <w:p>
      <w:r>
        <w:rPr>
          <w:sz w:val="20"/>
        </w:rPr>
        <w:t>47:43  ek baat yeh hai, doosri baat yeh hai ke is baat ko jaaniye ke aap law of nature se lad nahi sakte hain. yaani aap law of nature ladne ka matlab yeh hai ke aap aap chahein kaan se main bolne lagun aur zabaan se sunne lagun, there is impossible. to law of nature kya hai? woh yahi hai ke ek dil mein, ek seene mein do dil nahi ho sakte.</w:t>
      </w:r>
      <w:r>
        <w:br/>
      </w:r>
      <w:r>
        <w:rPr>
          <w:sz w:val="20"/>
        </w:rPr>
        <w:t>48:14  yaani ek hi dil mein mohabbat bhi ho, usi dil mein hate bhi ho, yeh impossible hai. to aap ko yeh jaanna padega ke agar aap ko Allah se mohabbat karna hai to doosron se hate bhi khatam karna hai. hate khatam, chahe koi excuse ho, chahe woh aap ke nazdeek zaalim ho, chahe woh aap ka conspirator ho, chahe us ne aap ke huqooq chheene hon, chahe us ne aap ko gaali di ho, chahe us ne Rasool Allah ko sh</w:t>
      </w:r>
      <w:r>
        <w:br/>
      </w:r>
      <w:r>
        <w:rPr>
          <w:sz w:val="20"/>
        </w:rPr>
        <w:t>48:44  tem kiya ho, kuch bhi kiya ho, kuch bhi kiya ho, kuch bhi kiya ho, aap ko use ignore karna padega. aap ko bhulana padega. aap ko us se hate apne dil mein nahi lana padega. tab aap is qabil honge ke Allah se mohabbat karen. yeh do, yeh two point formula, ek positive, ek negative. yeh positive</w:t>
      </w:r>
      <w:r>
        <w:br/>
      </w:r>
      <w:r>
        <w:rPr>
          <w:sz w:val="20"/>
        </w:rPr>
        <w:t>49:14  side yeh hai ke aap Allah ki blessing ko discover karen. is yeh discovery yahan se barhe, itna barhe ke har cheez jo aap ko mili hui hai, woh sab Khuda ka diya hua dikhai padne lage aap ko. aap aap ek glass pani piyein, lage ke Khuda ne mujhe bheja hai, pani mere paise se nahi, pani aaya hai, koi supply kar raha hai, supply kar raha hai, koi us se pani nahi aaya, yeh</w:t>
      </w:r>
      <w:r>
        <w:br/>
      </w:r>
      <w:r>
        <w:rPr>
          <w:sz w:val="20"/>
        </w:rPr>
        <w:t>49:45  barah e raast Allah ne pani diya hai. to kuch bhi, kuch bhi, kuch bhi, chahe aap ke beta beti ho, aap ki property ho, aap ka business ho, aap ki health ho, aap ka mind ho, aap aap ke andar speaking power ho, kuch bhi jo aap ke paas hai, yeh life support system jo hai, jis se aap faida utha rahe hain,</w:t>
      </w:r>
      <w:r>
        <w:br/>
      </w:r>
      <w:r>
        <w:rPr>
          <w:sz w:val="20"/>
        </w:rPr>
        <w:t>50:15  woh ho. har ek ko aap Khuda ki blessing samjhein, hundred percent, tab ja kar ke Allah se mohabbat paida hogi. aur doosri cheez yeh hai ke insaanon se aap nafrat ko chhodna padega, aap ko hundred percent chhodna padega. koi bhi excuse lena nahi padega. bil farz, suppose koi aadmi</w:t>
      </w:r>
      <w:r>
        <w:br/>
      </w:r>
      <w:r>
        <w:rPr>
          <w:sz w:val="20"/>
        </w:rPr>
        <w:t>50:45  zulm kar raha hai to us ko Khuda ke hawale hawale kijiye. koi conspiracy kar raha hai to Khuda ke hawale kar dijiye. koi aap se chheen raha hai to Khuda ke hawale kar dijiye. kisi ne bomb mara hai to Khuda ke hawale kijiye. kisi ne gun chalaya hai to Khuda ke hawale kijiye. yeh hai two point formula. aur nahi to phir us ke tayyar rahiye ke maut ke baad jab aap pahunchenge Allah ke saamne to wahan aap ko logon mein shumar nahi kiya jayega, aap ka jinhone</w:t>
      </w:r>
    </w:p>
    <w:p>
      <w:pPr>
        <w:pStyle w:val="Heading2"/>
      </w:pPr>
      <w:r>
        <w:t>Tiger telegram story shows the power of nonviolence</w:t>
      </w:r>
    </w:p>
    <w:p>
      <w:r>
        <w:rPr>
          <w:color w:val="666666"/>
          <w:sz w:val="18"/>
        </w:rPr>
        <w:t>The Concept of Spirituality In Islam - I January 27, 2006 Maulana Wahiduddin Khan · 2m 12s · at 8:20 · https://youtu.be/xnI_QVVDWgk?t=500</w:t>
      </w:r>
    </w:p>
    <w:p>
      <w:r>
        <w:rPr>
          <w:i/>
        </w:rPr>
        <w:t>“It is a story that one English magistrate...”</w:t>
      </w:r>
    </w:p>
    <w:p>
      <w:r>
        <w:rPr>
          <w:sz w:val="20"/>
        </w:rPr>
        <w:t>8:20  it is a story that one english</w:t>
      </w:r>
      <w:r>
        <w:br/>
      </w:r>
      <w:r>
        <w:rPr>
          <w:sz w:val="20"/>
        </w:rPr>
        <w:t>8:25  magistrate</w:t>
      </w:r>
      <w:r>
        <w:br/>
      </w:r>
      <w:r>
        <w:rPr>
          <w:sz w:val="20"/>
        </w:rPr>
        <w:t>8:30  send a message to his secretariat that perhaps the body boy</w:t>
      </w:r>
      <w:r>
        <w:br/>
      </w:r>
      <w:r>
        <w:rPr>
          <w:sz w:val="20"/>
        </w:rPr>
        <w:t>8:42  kindly wire instructions. kindly. at the time, there were no telephone,</w:t>
      </w:r>
      <w:r>
        <w:br/>
      </w:r>
      <w:r>
        <w:rPr>
          <w:sz w:val="20"/>
        </w:rPr>
        <w:t>8:51  no email. only telegram was the medium of conveying any message. so, he said in his message that kindly wire instructions how to kill a tiger non-violently.</w:t>
      </w:r>
      <w:r>
        <w:br/>
      </w:r>
      <w:r>
        <w:rPr>
          <w:sz w:val="20"/>
        </w:rPr>
        <w:t>9:11  it means that</w:t>
      </w:r>
      <w:r>
        <w:br/>
      </w:r>
      <w:r>
        <w:rPr>
          <w:sz w:val="20"/>
        </w:rPr>
        <w:t>9:17  people of freedom struggle were using war arm. so, we have justification to kill them through violent and gun. but now, there no justification</w:t>
      </w:r>
      <w:r>
        <w:br/>
      </w:r>
      <w:r>
        <w:rPr>
          <w:sz w:val="20"/>
        </w:rPr>
        <w:t>9:34  how we can kill a man who is</w:t>
      </w:r>
      <w:r>
        <w:br/>
      </w:r>
      <w:r>
        <w:rPr>
          <w:sz w:val="20"/>
        </w:rPr>
        <w:t>9:39  armless. he is coming peacefully.</w:t>
      </w:r>
      <w:r>
        <w:br/>
      </w:r>
      <w:r>
        <w:rPr>
          <w:sz w:val="20"/>
        </w:rPr>
        <w:t>9:46  So, he sent a message in these words, "Kindly wire instructions how to kill a tiger non-violently."</w:t>
      </w:r>
      <w:r>
        <w:br/>
      </w:r>
      <w:r>
        <w:rPr>
          <w:sz w:val="20"/>
        </w:rPr>
        <w:t>9:54  because ghazi showed the power of peace.</w:t>
      </w:r>
      <w:r>
        <w:br/>
      </w:r>
      <w:r>
        <w:rPr>
          <w:sz w:val="20"/>
        </w:rPr>
        <w:t>10:00  and i think it was unique role of ghazi.</w:t>
      </w:r>
      <w:r>
        <w:br/>
      </w:r>
      <w:r>
        <w:rPr>
          <w:sz w:val="20"/>
        </w:rPr>
        <w:t>10:04  and in india, we have get ghazi is our best asset. you know, in our world, everywhere there are violent, there are guns, there are bomb. ghazi is the only hope. in the form of ghazi, we can say that this is the way. this is the method.</w:t>
      </w:r>
      <w:r>
        <w:br/>
      </w:r>
      <w:r>
        <w:rPr>
          <w:sz w:val="20"/>
        </w:rPr>
        <w:t>10:29  so, ghazi is our greatest asset.</w:t>
      </w:r>
    </w:p>
    <w:p>
      <w:pPr>
        <w:pStyle w:val="Heading2"/>
      </w:pPr>
      <w:r>
        <w:t>Quran teaching movement produced no results</w:t>
      </w:r>
    </w:p>
    <w:p>
      <w:r>
        <w:rPr>
          <w:color w:val="666666"/>
          <w:sz w:val="18"/>
        </w:rPr>
        <w:t>Iman and the Quran March 29, 2009 Maulana Wahiduddin Khan · 1m 29s · at 7:42 · https://youtu.be/BoXolOS_aTk?t=462</w:t>
      </w:r>
    </w:p>
    <w:p>
      <w:r>
        <w:rPr>
          <w:i/>
        </w:rPr>
        <w:t>“پچھلے سو برس سے مسلمانوں میں بہت ساری movement چلی ہے”</w:t>
      </w:r>
    </w:p>
    <w:p>
      <w:r>
        <w:rPr>
          <w:sz w:val="20"/>
        </w:rPr>
        <w:t>7:42  pichhle so baras se musalmanon mein bohat sari movement chali hai. quran parho, quran parho, quran parho. is ki beginning yahan se hui lekin result kuch nahi.</w:t>
      </w:r>
      <w:r>
        <w:br/>
      </w:r>
      <w:r>
        <w:rPr>
          <w:sz w:val="20"/>
        </w:rPr>
        <w:t>7:57  kuch bhi result nahi. kitne logon se maine poocha jo ke quran ka dars dete hain. lambe lambe, barson baras dars dete hain.</w:t>
      </w:r>
      <w:r>
        <w:br/>
      </w:r>
      <w:r>
        <w:rPr>
          <w:sz w:val="20"/>
        </w:rPr>
        <w:t>8:07  un se poocha ke yeh bataiye ke quran se aap ki apni personality mein kya change aaya? kuch bata nahi sake woh.</w:t>
      </w:r>
      <w:r>
        <w:br/>
      </w:r>
      <w:r>
        <w:rPr>
          <w:sz w:val="20"/>
        </w:rPr>
        <w:t>8:18  yani quran ka dars deta hai ek aadmi pachees saal se. aur us se poocha gaya ke tumhari apni zindagi mein kya change aaya woh batao.</w:t>
      </w:r>
      <w:r>
        <w:br/>
      </w:r>
      <w:r>
        <w:rPr>
          <w:sz w:val="20"/>
        </w:rPr>
        <w:t>8:27  to kuch un ke paas is ka jawab nahi tha. phir us se poocha ke yeh bataiye ke quran ka gist kya hai? quran ka khulasa kya hai?</w:t>
      </w:r>
      <w:r>
        <w:br/>
      </w:r>
      <w:r>
        <w:rPr>
          <w:sz w:val="20"/>
        </w:rPr>
        <w:t>8:37  is ka bhi un ke paas koi jawab nahi tha. to dars mein kya hota hai, mein yahan se le kar america tak dekha hai mein ne. kuch aayatein padhein ge, us ke baad ek lecture dena shuru kar dein ge.</w:t>
      </w:r>
      <w:r>
        <w:br/>
      </w:r>
      <w:r>
        <w:rPr>
          <w:sz w:val="20"/>
        </w:rPr>
        <w:t>8:49  ek hawai lecture. kuch aayatein padhein ge, ek hawai lecture shuru kar dete hain. lekin un aayaton se koi maani matlab nahi hota.</w:t>
      </w:r>
      <w:r>
        <w:br/>
      </w:r>
      <w:r>
        <w:rPr>
          <w:sz w:val="20"/>
        </w:rPr>
        <w:t>9:00  to yeh quran ka is qism ka dars ka koi faida nahi hai. mein aap ko misaal deta hoon kuch.</w:t>
      </w:r>
    </w:p>
    <w:p>
      <w:pPr>
        <w:pStyle w:val="Heading2"/>
      </w:pPr>
      <w:r>
        <w:t>Follow ideology personally accept status quo</w:t>
      </w:r>
    </w:p>
    <w:p>
      <w:r>
        <w:rPr>
          <w:color w:val="666666"/>
          <w:sz w:val="18"/>
        </w:rPr>
        <w:t>Islam and Politics November 17, 2013 · 2m 58s · at 19:59 · https://youtu.be/2MiJJ1QzDRY?t=1199</w:t>
      </w:r>
    </w:p>
    <w:p>
      <w:r>
        <w:rPr>
          <w:i/>
        </w:rPr>
        <w:t>“Woh kya hai? Ke tumhara jo nazariya hai”</w:t>
      </w:r>
    </w:p>
    <w:p>
      <w:r>
        <w:rPr>
          <w:sz w:val="20"/>
        </w:rPr>
        <w:t>19:59  woh kya hai? ke tumhara jo nazariya hai, tum ne jis cheez ko discover kiya hai, us ko apni zindagi mein follow karo.</w:t>
      </w:r>
      <w:r>
        <w:br/>
      </w:r>
      <w:r>
        <w:rPr>
          <w:sz w:val="20"/>
        </w:rPr>
        <w:t>20:12  aap ne deen ko discover kiya hai to deen par khud ko aap qaim kar lein. apni zindagi mein us ko follow karein.</w:t>
      </w:r>
      <w:r>
        <w:br/>
      </w:r>
      <w:r>
        <w:rPr>
          <w:sz w:val="20"/>
        </w:rPr>
        <w:t>20:22  lekin jahan tak system ki baat hai, social system, political system ki baat hai, is mein aap status ko woh maan lein.</w:t>
      </w:r>
      <w:r>
        <w:br/>
      </w:r>
      <w:r>
        <w:rPr>
          <w:sz w:val="20"/>
        </w:rPr>
        <w:t>20:35  status ko maan lein to kya hoga? aap ko jo political power se bahar jo opportunities hain woh sab aap ke liye khul jayengi.</w:t>
      </w:r>
      <w:r>
        <w:br/>
      </w:r>
      <w:r>
        <w:rPr>
          <w:sz w:val="20"/>
        </w:rPr>
        <w:t>20:50  dekhein zindagi mein less than one percent dakhal hai politics ka aur more than ninety-nine percent jo hai woh politics ke bahar hai.</w:t>
      </w:r>
      <w:r>
        <w:br/>
      </w:r>
      <w:r>
        <w:rPr>
          <w:sz w:val="20"/>
        </w:rPr>
        <w:t>21:05  abhi aaj ke akhbaar mein padh raha tha main shchin tadolkar ka itna tha ke akhbaar bhara hua tha isi se.</w:t>
      </w:r>
      <w:r>
        <w:br/>
      </w:r>
      <w:r>
        <w:rPr>
          <w:sz w:val="20"/>
        </w:rPr>
        <w:t>21:15  to kya koi political yaani political position ki wajah se hai? yaani shchin tadolkar ko itna jo maqam mila hai ke is mein main ne radio mein suna ke kal jab woh jeete hain apna aakhri match to prime minister un ko dena chahte the mubarakbaad.</w:t>
      </w:r>
      <w:r>
        <w:br/>
      </w:r>
      <w:r>
        <w:rPr>
          <w:sz w:val="20"/>
        </w:rPr>
        <w:t>21:36  telephone jab kiya prime minister sahib ne to prime minister ko line mein rukna pada. yaani doosre telephone baat kar rahe the shchin.</w:t>
      </w:r>
      <w:r>
        <w:br/>
      </w:r>
      <w:r>
        <w:rPr>
          <w:sz w:val="20"/>
        </w:rPr>
        <w:t>21:47  yaani itni zabardast rush tha mubarakbaad dene walon ka ke prime minister ko bhi line mein khada hona pada. lekin kaun sa karmana un ka hai?</w:t>
      </w:r>
      <w:r>
        <w:br/>
      </w:r>
      <w:r>
        <w:rPr>
          <w:sz w:val="20"/>
        </w:rPr>
        <w:t>21:58  kya india ke woh political head the? ruler the india ke? politics koi matlab hi nahin un ka nahin. cricket ki duniya mein unhon ne chaubis saal saal cricket khela, wahan karname dikhaye to un ko aitmaad darja mil gaya.</w:t>
      </w:r>
      <w:r>
        <w:br/>
      </w:r>
      <w:r>
        <w:rPr>
          <w:sz w:val="20"/>
        </w:rPr>
        <w:t>22:17  woh bahar darthan banaye gaye aur pata nahin kya kya un ko aezazat diye gaye. to yeh sab politics ke bahar. is baat ko islam ne is ki point out kiya is cheez ko ke politics ke bahar to sab kuch hai.</w:t>
      </w:r>
      <w:r>
        <w:br/>
      </w:r>
      <w:r>
        <w:rPr>
          <w:sz w:val="20"/>
        </w:rPr>
        <w:t>22:32  politics to bahut thoda sa hai.</w:t>
      </w:r>
      <w:r>
        <w:br/>
      </w:r>
      <w:r>
        <w:rPr>
          <w:sz w:val="20"/>
        </w:rPr>
        <w:t>22:37  to is ka formula adjustment ka yeh bataya islam ne ke apni zaat ke mamle mein tum apna jo nazariya hai us ko ikhtiyar kar lo.</w:t>
      </w:r>
      <w:r>
        <w:br/>
      </w:r>
      <w:r>
        <w:rPr>
          <w:sz w:val="20"/>
        </w:rPr>
        <w:t>22:45  apni zaat ke mamle mein tum idealist ban jao. aur jahan tak mamla social life aur political life ka hai wahan par jo status quo hai us ko maan lo.</w:t>
      </w:r>
    </w:p>
    <w:p>
      <w:pPr>
        <w:pStyle w:val="Heading2"/>
      </w:pPr>
      <w:r>
        <w:t>Hindu professor moved by the true meaning of fasting</w:t>
      </w:r>
    </w:p>
    <w:p>
      <w:r>
        <w:rPr>
          <w:color w:val="666666"/>
          <w:sz w:val="18"/>
        </w:rPr>
        <w:t>Roza and The Quran August 15, 2010 · 2m 50s · at 32:49 · https://youtu.be/Aaby-dLkPL4?t=1969</w:t>
      </w:r>
    </w:p>
    <w:p>
      <w:r>
        <w:rPr>
          <w:i/>
        </w:rPr>
        <w:t>“ایک صاحب کالج میں گئے، پہلی رمضان کی بات ہے”</w:t>
      </w:r>
    </w:p>
    <w:p>
      <w:r>
        <w:rPr>
          <w:sz w:val="20"/>
        </w:rPr>
        <w:t>32:49  abhi mere paas ek telephone aaya ek sahab ka woh woh qalam kal parson aaya tha to pehli ramzan jo thi ko woh ek college mein gaye wahan sab hindu log they wahan par to woh jaate hain wahan par literature dene ke liye islami literature dene ke liye woh hamare saathi hain to ek college mein gaye woh</w:t>
      </w:r>
      <w:r>
        <w:br/>
      </w:r>
      <w:r>
        <w:rPr>
          <w:sz w:val="20"/>
        </w:rPr>
        <w:t>33:15  to wahan par unki mulaqat hui angrezi ka jo professor hai woh hindu hai zahir hai us se mulaqat hui to us ne poocha un se ke bhai aaj aaj aap logon ka suna hai ke roza hai pehla din to kya roze ka maqsad kya hai kis liye roza hai</w:t>
      </w:r>
      <w:r>
        <w:br/>
      </w:r>
      <w:r>
        <w:rPr>
          <w:sz w:val="20"/>
        </w:rPr>
        <w:t>33:35  to unhonein yahi hadees suna di ke roza khana peena chhodne ka naam nahi hai balkeh roza yeh hai ke tum behooda baaton ko chhod do gaali galoch ko chhod do manfi baaton ko chhod do</w:t>
      </w:r>
      <w:r>
        <w:br/>
      </w:r>
      <w:r>
        <w:rPr>
          <w:sz w:val="20"/>
        </w:rPr>
        <w:t>33:49  to woh alam they woh to us professor ko yeh cheez itni achhi lagi ke us ne bulaya apne apne students ko aur us ko saathi teacher</w:t>
      </w:r>
      <w:r>
        <w:br/>
      </w:r>
      <w:r>
        <w:rPr>
          <w:sz w:val="20"/>
        </w:rPr>
        <w:t>34:02  on ko bulaya ke dekho bhai yeh molvi sahab hain inka hamara lecture hoga khud hi khud ailaan kar diya ke inka hum lecture karwayein ge unhonein kaha ke nahi bhai main lecture nahi main aise hi aata hoon aap ko kitabein dene ke liye ke nahi nahi aap ka lecture hoga yani insaan ki nafsiyat jo hai us ko address kar gayi woh</w:t>
      </w:r>
      <w:r>
        <w:br/>
      </w:r>
      <w:r>
        <w:rPr>
          <w:sz w:val="20"/>
        </w:rPr>
        <w:t>34:27  insaan ka jo. ke woh samajhta tha ke roza yeh hai ke bhooke pyase pade raho koi purpose is ka nahi koi sense nahi hai is ka kyunke yeh bataya gaya ke woh to symbol hai woh symbol asal to yeh hai ke aap</w:t>
      </w:r>
      <w:r>
        <w:br/>
      </w:r>
      <w:r>
        <w:rPr>
          <w:sz w:val="20"/>
        </w:rPr>
        <w:t>34:46  in baaton ko chhoden jo buri baatein hain</w:t>
      </w:r>
      <w:r>
        <w:br/>
      </w:r>
      <w:r>
        <w:rPr>
          <w:sz w:val="20"/>
        </w:rPr>
        <w:t>34:49  bara akhlaq bara kalam behooda baat manfi soch gheebat karna tashaddud karna</w:t>
      </w:r>
      <w:r>
        <w:br/>
      </w:r>
      <w:r>
        <w:rPr>
          <w:sz w:val="20"/>
        </w:rPr>
        <w:t>35:01  to alamati taur par yeh cheez is cheez ki tarbiyat di jaati hai</w:t>
      </w:r>
      <w:r>
        <w:br/>
      </w:r>
      <w:r>
        <w:rPr>
          <w:sz w:val="20"/>
        </w:rPr>
        <w:t>35:09  to is ki fitrat ko bohat acha laga yeh yeh principle</w:t>
      </w:r>
      <w:r>
        <w:br/>
      </w:r>
      <w:r>
        <w:rPr>
          <w:sz w:val="20"/>
        </w:rPr>
        <w:t>35:13  hai aur israr kar ke is ne kaha ke nahi ap ko to mein apna telephone aya</w:t>
      </w:r>
      <w:r>
        <w:br/>
      </w:r>
      <w:r>
        <w:rPr>
          <w:sz w:val="20"/>
        </w:rPr>
        <w:t>35:17  kahunga ke bhai wahan par kya kahun ja kar ke woh israr kar rahe hain ke ap</w:t>
      </w:r>
      <w:r>
        <w:br/>
      </w:r>
      <w:r>
        <w:rPr>
          <w:sz w:val="20"/>
        </w:rPr>
        <w:t>35:20  ne lecture diye ja kar ke aur sare student hamare rahenge wahan par kuch teacher bhi rahen</w:t>
      </w:r>
      <w:r>
        <w:br/>
      </w:r>
      <w:r>
        <w:rPr>
          <w:sz w:val="20"/>
        </w:rPr>
        <w:t>35:25  ge aur waqai to lecture diya unhone</w:t>
      </w:r>
      <w:r>
        <w:br/>
      </w:r>
      <w:r>
        <w:rPr>
          <w:sz w:val="20"/>
        </w:rPr>
        <w:t>35:29  ek sham ko telephone aya ke itna khush hue itna khush hue log ke bohat khush hue</w:t>
      </w:r>
    </w:p>
    <w:p>
      <w:pPr>
        <w:pStyle w:val="Heading2"/>
      </w:pPr>
      <w:r>
        <w:t>Da'wah never leads to frustration</w:t>
      </w:r>
    </w:p>
    <w:p>
      <w:r>
        <w:rPr>
          <w:color w:val="666666"/>
          <w:sz w:val="18"/>
        </w:rPr>
        <w:t>Man and The Laws of Nature I 1 April 2012 - Maulana Wahiduddin Khan · 2m 20s · at 39:05 · https://youtu.be/pXgCS3J0VkU?t=2345</w:t>
      </w:r>
    </w:p>
    <w:p>
      <w:r>
        <w:rPr>
          <w:i/>
        </w:rPr>
        <w:t>“Da'wah work mein kabhi frustration nahi aata”</w:t>
      </w:r>
    </w:p>
    <w:p>
      <w:r>
        <w:rPr>
          <w:sz w:val="20"/>
        </w:rPr>
        <w:t>39:05  phir dekhiye, ek baat: da'wah work mein kabhi frustration nahin aata. aap dekhiye, dekhiye ke dono ko jo goal doosre log hote hain, goal to kahin na kahin un ko ja kar ke frustration aa jata hai.</w:t>
      </w:r>
      <w:r>
        <w:br/>
      </w:r>
      <w:r>
        <w:rPr>
          <w:sz w:val="20"/>
        </w:rPr>
        <w:t>39:20  ek aisi cheez ko woh goal banate hain jo kabhi milti hai, kabhi nahin milti.</w:t>
      </w:r>
      <w:r>
        <w:br/>
      </w:r>
      <w:r>
        <w:rPr>
          <w:sz w:val="20"/>
        </w:rPr>
        <w:t>39:25  misal ke taur par election mein, election mein aap party kabhi jeetti hai, kabhi haarti hai, business mein kabhi kabhi faida hota hai, kabhi loss hota hai.</w:t>
      </w:r>
      <w:r>
        <w:br/>
      </w:r>
      <w:r>
        <w:rPr>
          <w:sz w:val="20"/>
        </w:rPr>
        <w:t>39:34  har cheez mein kahin na kahin aa kar ke aap ko aisa hota hai ke kabhi nuqsan, kabhi faida, kabhi</w:t>
      </w:r>
      <w:r>
        <w:br/>
      </w:r>
      <w:r>
        <w:rPr>
          <w:sz w:val="20"/>
        </w:rPr>
        <w:t>39:42  in har maidan mein utaar charhaao. da'wah work aisi cheez hai aur is ki wajah se logon ke andar frustration aata hai. da'wah work ek aisi cheez hai jahan is qism ka experience hota hi nahin da'i ko.</w:t>
      </w:r>
      <w:r>
        <w:br/>
      </w:r>
      <w:r>
        <w:rPr>
          <w:sz w:val="20"/>
        </w:rPr>
        <w:t>39:57  kyun?</w:t>
      </w:r>
      <w:r>
        <w:br/>
      </w:r>
      <w:r>
        <w:rPr>
          <w:sz w:val="20"/>
        </w:rPr>
        <w:t>39:59  quran mein hai ke dawat ki jati hai allah ke liye, insan ke liye nahin. jis se darmian aap dawat kar rahe hain, woh agar qabool kar le aap ki baat ko, tab bhi aap faiday mein hain, na qabool kare, tab bhi aap faiday mein hain.</w:t>
      </w:r>
      <w:r>
        <w:br/>
      </w:r>
      <w:r>
        <w:rPr>
          <w:sz w:val="20"/>
        </w:rPr>
        <w:t>40:16  kyunki aap to allah ke ambassador hain, allah ki taraf se logon ko baat pohncha rahe hain.</w:t>
      </w:r>
      <w:r>
        <w:br/>
      </w:r>
      <w:r>
        <w:rPr>
          <w:sz w:val="20"/>
        </w:rPr>
        <w:t>40:22  to woh to aap pohnchate rahenge, pohnchate rahenge. dunya mein seven billion insan hain, to aap ki umar poori ho jayegi, aap aur pohncha nahin payenge. aap kaisi ajeeb baat hai!</w:t>
      </w:r>
      <w:r>
        <w:br/>
      </w:r>
      <w:r>
        <w:rPr>
          <w:sz w:val="20"/>
        </w:rPr>
        <w:t>40:34  da'wah work hota hai for the sake of god, for the sake of god. to is ma'ne hai ke kabhi apne frustration ka point nahin aata. doosri har cheez mein frustration hota hai.</w:t>
      </w:r>
      <w:r>
        <w:br/>
      </w:r>
      <w:r>
        <w:rPr>
          <w:sz w:val="20"/>
        </w:rPr>
        <w:t>40:47  main allah ke fazl se dawat ke field mein hoon, mujhe kabhi bhi frustration nahin, ek lamhe ke liye nahin.</w:t>
      </w:r>
      <w:r>
        <w:br/>
      </w:r>
      <w:r>
        <w:rPr>
          <w:sz w:val="20"/>
        </w:rPr>
        <w:t>40:56  aur doosre jitne bhi goal hote hain, doosre jitne bhi nishane hote hain, kahin na kahin is mein frustration aa jata hai. to yeh yeh dawat allah</w:t>
      </w:r>
    </w:p>
    <w:p>
      <w:pPr>
        <w:pStyle w:val="Heading2"/>
      </w:pPr>
      <w:r>
        <w:t>Fearing Israeli soldiers at Al-Aqsa, then a surprise</w:t>
      </w:r>
    </w:p>
    <w:p>
      <w:r>
        <w:rPr>
          <w:color w:val="666666"/>
          <w:sz w:val="18"/>
        </w:rPr>
        <w:t>Revival of Muslims March 08, 2015 · 2m 26s · at 35:07 · https://youtu.be/8ShFcr8YozI?t=2107</w:t>
      </w:r>
    </w:p>
    <w:p>
      <w:r>
        <w:rPr>
          <w:i/>
        </w:rPr>
        <w:t>“Jab pehli baar main gaya Falasteen ya Israel ke liye”</w:t>
      </w:r>
    </w:p>
    <w:p>
      <w:r>
        <w:rPr>
          <w:sz w:val="20"/>
        </w:rPr>
        <w:t>35:07  phir dekhen jab pehli bar mein gaya falasteen ya israil ke liye to wahan ek conference mein mujh ko bulaya gaya tha.</w:t>
      </w:r>
      <w:r>
        <w:br/>
      </w:r>
      <w:r>
        <w:rPr>
          <w:sz w:val="20"/>
        </w:rPr>
        <w:t>35:21  to</w:t>
      </w:r>
      <w:r>
        <w:br/>
      </w:r>
      <w:r>
        <w:rPr>
          <w:sz w:val="20"/>
        </w:rPr>
        <w:t>35:24  mein ne dawat un ko qabool kar li. lekin mein yeh sochta tha ke mein wahan zinda wapas nahi aaunga.</w:t>
      </w:r>
      <w:r>
        <w:br/>
      </w:r>
      <w:r>
        <w:rPr>
          <w:sz w:val="20"/>
        </w:rPr>
        <w:t>35:33  kyunke jo mein ne madrasay ki taleem ke zamanay se ab tak jo kuch suna tha, parha tha ke wahan par yahoodi dushman hain bilkul islam ke aur musalmanon ke.</w:t>
      </w:r>
      <w:r>
        <w:br/>
      </w:r>
      <w:r>
        <w:rPr>
          <w:sz w:val="20"/>
        </w:rPr>
        <w:t>35:46  to mein ne un se kaha ke mein conference mein aaunga lekin mujhe masjid aqsa ko dekhna hai.</w:t>
      </w:r>
      <w:r>
        <w:br/>
      </w:r>
      <w:r>
        <w:rPr>
          <w:sz w:val="20"/>
        </w:rPr>
        <w:t>35:54  to isi zamanay mein kuwait ka ek arabi parcha hua karta tha. masjid aqsa ki tasweer chhapi thi us ke front page par. to us mein dikhaya tha ke masjid aqsa ke bahar sangin banduqen liye hue israeli fauji khare hue hain.</w:t>
      </w:r>
      <w:r>
        <w:br/>
      </w:r>
      <w:r>
        <w:rPr>
          <w:sz w:val="20"/>
        </w:rPr>
        <w:t>36:13  to yeh mashhoor tha ke wahan khoonkhar bheriye ki tarah hotay hain woh israeli fauji. to mein sochta ke mein jaunga to maar dalunga.</w:t>
      </w:r>
      <w:r>
        <w:br/>
      </w:r>
      <w:r>
        <w:rPr>
          <w:sz w:val="20"/>
        </w:rPr>
        <w:t>36:22  lekin mujhe ek shauq tha ke is masjid aqsa ko dekhun. to unhon ne kaha ke theek hai, hum aap ko intizam karenge, aap ja ke dekhiye ga.</w:t>
      </w:r>
      <w:r>
        <w:br/>
      </w:r>
      <w:r>
        <w:rPr>
          <w:sz w:val="20"/>
        </w:rPr>
        <w:t>36:33  achha jab mein wahan gaya to israeli fauji thay wahan par. lekin unhon ne kuch mujhe kuch bura bura nahi kaha.</w:t>
      </w:r>
      <w:r>
        <w:br/>
      </w:r>
      <w:r>
        <w:rPr>
          <w:sz w:val="20"/>
        </w:rPr>
        <w:t>36:44  sirf itna hua ke us ne poocha: "Are you Muslim?" kya aap musalman hain? "Are you a Musalli?" kya aap namaz parhte hain?</w:t>
      </w:r>
      <w:r>
        <w:br/>
      </w:r>
      <w:r>
        <w:rPr>
          <w:sz w:val="20"/>
        </w:rPr>
        <w:t>36:55  phir us ne kaha ke jao, jao. kuch bhi nahi, na koi masjid ke charon taraf koi fauj nahi.</w:t>
      </w:r>
      <w:r>
        <w:br/>
      </w:r>
      <w:r>
        <w:rPr>
          <w:sz w:val="20"/>
        </w:rPr>
        <w:t>37:04  to is wajah se mujhe ke jis afsar mein mein jeeta tha, afsar kaise bana tha, yahi suna tha mein ne musalmanon ke mahol mein ke yahoodi baray dushman hain, woh to har waqt bheriye ki tarah rehte hain musalmanon ke liye.</w:t>
      </w:r>
      <w:r>
        <w:br/>
      </w:r>
      <w:r>
        <w:rPr>
          <w:sz w:val="20"/>
        </w:rPr>
        <w:t>37:21  aur wahan par masjid aqsa ko fauj ke zariye gher rakha hai. wahan jayenge to kuch bhi nahi. to mera afsar toota kaise?</w:t>
      </w:r>
      <w:r>
        <w:br/>
      </w:r>
      <w:r>
        <w:rPr>
          <w:sz w:val="20"/>
        </w:rPr>
        <w:t>37:32  interaction ke zariye.</w:t>
      </w:r>
    </w:p>
    <w:p>
      <w:pPr>
        <w:pStyle w:val="Heading2"/>
      </w:pPr>
      <w:r>
        <w:t>God's promise of believers who see without seeing</w:t>
      </w:r>
    </w:p>
    <w:p>
      <w:r>
        <w:rPr>
          <w:color w:val="666666"/>
          <w:sz w:val="18"/>
        </w:rPr>
        <w:t>Love of God May 3, 2009 Maulana Wahiduddin Khan · 1m 35s · at 9:39 · https://youtu.be/o6rerQQc8H4?t=579</w:t>
      </w:r>
    </w:p>
    <w:p>
      <w:r>
        <w:rPr>
          <w:i/>
        </w:rPr>
        <w:t>“Usne kaha ke nahi, aise mere bande niklenge”</w:t>
      </w:r>
    </w:p>
    <w:p>
      <w:r>
        <w:rPr>
          <w:sz w:val="20"/>
        </w:rPr>
        <w:t>9:39  us ne kaha ke nahi, aise mere bande niklenge</w:t>
      </w:r>
      <w:r>
        <w:br/>
      </w:r>
      <w:r>
        <w:rPr>
          <w:sz w:val="20"/>
        </w:rPr>
        <w:t>9:45  ke dekhen, baghair mujh par iman layenge, dekhen, baghair mujh se darenge, dekhen, baghair mujh ko yaad karenge, dekhen, baghair mere aage surrender kar denge.</w:t>
      </w:r>
      <w:r>
        <w:br/>
      </w:r>
      <w:r>
        <w:rPr>
          <w:sz w:val="20"/>
        </w:rPr>
        <w:t>9:58  yeh Khuda ne is waqt farishton ke samne yeh baat kahi,</w:t>
      </w:r>
      <w:r>
        <w:br/>
      </w:r>
      <w:r>
        <w:rPr>
          <w:sz w:val="20"/>
        </w:rPr>
        <w:t>10:03  goya ke Khuda ne ek umeed qaim ki insanon mein se ke bare mein ke jab yeh dunya mein insan phaila, salvation aayi,</w:t>
      </w:r>
      <w:r>
        <w:br/>
      </w:r>
      <w:r>
        <w:rPr>
          <w:sz w:val="20"/>
        </w:rPr>
        <w:t>10:16  ilm phaila, aur kya kya hua, kya kya hua, kya kya hua,</w:t>
      </w:r>
      <w:r>
        <w:br/>
      </w:r>
      <w:r>
        <w:rPr>
          <w:sz w:val="20"/>
        </w:rPr>
        <w:t>10:19  aur is mein se kuch log aise nikle, bande Allah taala ke, jinhone Khuda ko dekhe baghair discover kiya.</w:t>
      </w:r>
      <w:r>
        <w:br/>
      </w:r>
      <w:r>
        <w:rPr>
          <w:sz w:val="20"/>
        </w:rPr>
        <w:t>10:30  dekhe baghair Khuda ko discover kiya. dekhe baghair Khuda par yaqeen kiya. dekhe baghair Khuda ke surrender kar diya.</w:t>
      </w:r>
      <w:r>
        <w:br/>
      </w:r>
      <w:r>
        <w:rPr>
          <w:sz w:val="20"/>
        </w:rPr>
        <w:t>10:44  dekhe baghair unhone Khuda ke hukumon ko follow kiya.</w:t>
      </w:r>
      <w:r>
        <w:br/>
      </w:r>
      <w:r>
        <w:rPr>
          <w:sz w:val="20"/>
        </w:rPr>
        <w:t>10:49  to yeh woh log hain jinhone Khuda ki umeed ko poora kiya jo Khuda ne angel ke samne kaha tha. to Khuda is waqt pesh karega akhirat mein farishton ke samne ke dekho, yeh yeh bande hain,</w:t>
      </w:r>
      <w:r>
        <w:br/>
      </w:r>
      <w:r>
        <w:rPr>
          <w:sz w:val="20"/>
        </w:rPr>
        <w:t>11:03  tum kehte the ke jab fasad machayenge, khoon bahayenge, lekin dekho, isi mein aise bande bhi nikle. mujhe fakhr hai aise bandon ke upar.</w:t>
      </w:r>
    </w:p>
    <w:p>
      <w:pPr>
        <w:pStyle w:val="Heading2"/>
      </w:pPr>
      <w:r>
        <w:t>Paradise as the true home of peace</w:t>
      </w:r>
    </w:p>
    <w:p>
      <w:r>
        <w:rPr>
          <w:color w:val="666666"/>
          <w:sz w:val="18"/>
        </w:rPr>
        <w:t>On Death June 08, 2014 · 2m 10s · at 25:01 · https://youtu.be/p0lSKQ0edmw?t=1501</w:t>
      </w:r>
    </w:p>
    <w:p>
      <w:r>
        <w:rPr>
          <w:i/>
        </w:rPr>
        <w:t>“Quran ki ek aayat hai: wallahu yad'u ila dari's-salam”</w:t>
      </w:r>
    </w:p>
    <w:p>
      <w:r>
        <w:rPr>
          <w:sz w:val="20"/>
        </w:rPr>
        <w:t>25:01  woh aala quality quran mein batai hui hai. maslan dekhiye،</w:t>
      </w:r>
      <w:r>
        <w:br/>
      </w:r>
      <w:r>
        <w:rPr>
          <w:sz w:val="20"/>
        </w:rPr>
        <w:t>25:10  quran ki aik ayat hai</w:t>
      </w:r>
      <w:r>
        <w:br/>
      </w:r>
      <w:r>
        <w:rPr>
          <w:sz w:val="20"/>
        </w:rPr>
        <w:t>25:20  "wallāhīda'ū ilā dāri s-salāmi" ۔ "And God calls to the home of peace" ۔ Allah bulata hai home of peace ki taraf۔</w:t>
      </w:r>
      <w:r>
        <w:br/>
      </w:r>
      <w:r>
        <w:rPr>
          <w:sz w:val="20"/>
        </w:rPr>
        <w:t>25:30  is ka matlab kya hua؟ ke woh jo duniya hai, aakhirat ki duniya, khuda ke paros ki duniya, jannat ki duniya, wahan peace hi peace hai۔</w:t>
      </w:r>
      <w:r>
        <w:br/>
      </w:r>
      <w:r>
        <w:rPr>
          <w:sz w:val="20"/>
        </w:rPr>
        <w:t>25:43  peace jo hai, peace aap dictionary mein dekhen to likha rahega ke absence of war. dictionary mein likha rahega ke is ka matlab absence of war۔</w:t>
      </w:r>
      <w:r>
        <w:br/>
      </w:r>
      <w:r>
        <w:rPr>
          <w:sz w:val="20"/>
        </w:rPr>
        <w:t>25:56  lekin quran mein jo peace hai, woh is mani mein nahi hai ke ladai nahi hui to peace hai. nahi quran ka jo salam hai, woh bohat hi aik comprehensive word hai۔</w:t>
      </w:r>
      <w:r>
        <w:br/>
      </w:r>
      <w:r>
        <w:rPr>
          <w:sz w:val="20"/>
        </w:rPr>
        <w:t>26:12  woh saare positive attitude ko liye gaye hain. peace ka matlab yeh hai. yaani quran mein jo lafz hai, salam hai.</w:t>
      </w:r>
      <w:r>
        <w:br/>
      </w:r>
      <w:r>
        <w:rPr>
          <w:sz w:val="20"/>
        </w:rPr>
        <w:t>26:25  ek dua bhi isi tarah ki aati hai</w:t>
      </w:r>
      <w:r>
        <w:br/>
      </w:r>
      <w:r>
        <w:rPr>
          <w:sz w:val="20"/>
        </w:rPr>
        <w:t>26:28  "allahumma antas salam wa minkas salam" .</w:t>
      </w:r>
      <w:r>
        <w:br/>
      </w:r>
      <w:r>
        <w:rPr>
          <w:sz w:val="20"/>
        </w:rPr>
        <w:t>26:35  "ilaika yudassalam" . "adkhilna daraka daras salam" . "tabarak rabbana wa ta'alaita ya dhal jalali wal ikram" .</w:t>
      </w:r>
      <w:r>
        <w:br/>
      </w:r>
      <w:r>
        <w:rPr>
          <w:sz w:val="20"/>
        </w:rPr>
        <w:t>26:43  khudaya tu peace hai. peace tujh se aati hai.</w:t>
      </w:r>
      <w:r>
        <w:br/>
      </w:r>
      <w:r>
        <w:rPr>
          <w:sz w:val="20"/>
        </w:rPr>
        <w:t>26:52  peace teri taraf lotati hai. tu hum ko peace ke ghar mein dakhil kar de. tu yeh jo quran ka jo concept hai peace ka ya salam ka, that includes all kinds of positive attitude .</w:t>
      </w:r>
    </w:p>
    <w:p>
      <w:pPr>
        <w:pStyle w:val="Heading2"/>
      </w:pPr>
      <w:r>
        <w:t>A man who quit a mosque because the imam wept during prayer</w:t>
      </w:r>
    </w:p>
    <w:p>
      <w:r>
        <w:rPr>
          <w:color w:val="666666"/>
          <w:sz w:val="18"/>
        </w:rPr>
        <w:t>The Oneness of God 19 July, 2009 · 2m 25s · at 1:21:34 · https://youtu.be/dAjxTrRiz0g?t=4894</w:t>
      </w:r>
    </w:p>
    <w:p>
      <w:r>
        <w:rPr>
          <w:i/>
        </w:rPr>
        <w:t>“Ek sahib the jo bohot pabandi se aate the namaz parhne ke liye masjid mein”</w:t>
      </w:r>
    </w:p>
    <w:p>
      <w:r>
        <w:rPr>
          <w:sz w:val="20"/>
        </w:rPr>
        <w:t>1:21:34  jab mein rampur mein tha to wahan par jahri namaz mein parhaya karta tha. aik masjid thi, us mein jahri namaz ke maani hotay hain,</w:t>
      </w:r>
      <w:r>
        <w:br/>
      </w:r>
      <w:r>
        <w:rPr>
          <w:sz w:val="20"/>
        </w:rPr>
        <w:t>1:21:45  yani khaas tor par isha aur fajar ki namaz, jis mein buland awaz se quran ki tilawat ki jati hai. to isha ki namaz aur fajar ki namaz mein parhaya karta tha.</w:t>
      </w:r>
      <w:r>
        <w:br/>
      </w:r>
      <w:r>
        <w:rPr>
          <w:sz w:val="20"/>
        </w:rPr>
        <w:t>1:21:57  to aik sahab thay jo bohat pabandi se atay thay namaz parhne ke liye masjid mein. to kuch dinon ke baad masjid chhor di unhon ne ke mein is masjid mein nahin namaz parhoon ga.</w:t>
      </w:r>
      <w:r>
        <w:br/>
      </w:r>
      <w:r>
        <w:rPr>
          <w:sz w:val="20"/>
        </w:rPr>
        <w:t>1:22:10  to poocha gaya to unhon ne kaha ke mein jab qirat karta tha, qirat to mujhe aansu nikal partay thay quran ki qirat karte hue.</w:t>
      </w:r>
      <w:r>
        <w:br/>
      </w:r>
      <w:r>
        <w:rPr>
          <w:sz w:val="20"/>
        </w:rPr>
        <w:t>1:22:19  jaise mein qirat kiya, mein ne keh yom yafir al-baroo min akhi wa-ummi wa-abi wa-sahibatihi wa-bani li kullin minhum yom insaan yughni wujooh yom musfarah zaahiqah mustabshirah wa-wujooh yom ghawrah qatrah kaafirah al-fajr ab is tarah ke parhta tha mein namaz mein to aansu nikal padte the, dil tarap uthta tha.</w:t>
      </w:r>
      <w:r>
        <w:br/>
      </w:r>
      <w:r>
        <w:rPr>
          <w:sz w:val="20"/>
        </w:rPr>
        <w:t>1:22:46  to unhon ne kaha yeh kaun si namaz hai?</w:t>
      </w:r>
      <w:r>
        <w:br/>
      </w:r>
      <w:r>
        <w:rPr>
          <w:sz w:val="20"/>
        </w:rPr>
        <w:t>1:22:48  rone ki kya zaroorat hai namaz mein? yaani yeh baat sacha waqea hai. yeh to woh jante nahi the ke sahaba to namaz mein rote hi the, sahaba ki namaz hoti thi, namaz mein rote the.</w:t>
      </w:r>
      <w:r>
        <w:br/>
      </w:r>
      <w:r>
        <w:rPr>
          <w:sz w:val="20"/>
        </w:rPr>
        <w:t>1:23:01  woh kyun? jab aap quran ko padhenge, is mein is mein khuda ki badai, jannat ka charcha, jahannum ki aag, yeh sab padhenge to kaise na roenge aap?</w:t>
      </w:r>
      <w:r>
        <w:br/>
      </w:r>
      <w:r>
        <w:rPr>
          <w:sz w:val="20"/>
        </w:rPr>
        <w:t>1:23:14  aap ka dil kaise nahi tarpega?</w:t>
      </w:r>
      <w:r>
        <w:br/>
      </w:r>
      <w:r>
        <w:rPr>
          <w:sz w:val="20"/>
        </w:rPr>
        <w:t>1:23:18  to unhon ne wahan namaz padhna chhod diya ke yeh kaun si namaz hai? kyun? woh samajhte the namaz ke mani rituals, ek rituals hain, us ko ada kar lo bas.</w:t>
      </w:r>
      <w:r>
        <w:br/>
      </w:r>
      <w:r>
        <w:rPr>
          <w:sz w:val="20"/>
        </w:rPr>
        <w:t>1:23:28  yaani spirit-less namaz hoti hai logon ki, yeh saare musalmanon ki. kisi masjid mein chale jaiye, aap ja ke dekh lijiye, un ki ek ek baat se pata chalega ke namaz un ke liye kahin rituals hai, spirit-less rituals, ek be-rooh kuch rituals.</w:t>
      </w:r>
      <w:r>
        <w:br/>
      </w:r>
      <w:r>
        <w:rPr>
          <w:sz w:val="20"/>
        </w:rPr>
        <w:t>1:23:48  to un un ke andar kahan se hoga? woh sab baatein aayengi. to beharhaal, mein is mein mujhe zara bhi shakk nahi ke aaj jo islam hai logon ke andar, woh islam nahi hai, woh islam ke naam par ek culture hai.</w:t>
      </w:r>
    </w:p>
    <w:p>
      <w:pPr>
        <w:pStyle w:val="Heading2"/>
      </w:pPr>
      <w:r>
        <w:t>Yusuf's jealous brothers throw him in a well</w:t>
      </w:r>
    </w:p>
    <w:p>
      <w:r>
        <w:rPr>
          <w:color w:val="666666"/>
          <w:sz w:val="18"/>
        </w:rPr>
        <w:t>Lessons from The Story of Prophet Yusuf Part 2 June 5, 2022 · 1m 36s · at 0:46 · https://youtu.be/k1b1r4F2rnI?t=46</w:t>
      </w:r>
    </w:p>
    <w:p>
      <w:r>
        <w:rPr>
          <w:i/>
        </w:rPr>
        <w:t>“پرافٹ یوسف کے دس سوتیلے بھائی تھے جو ان سے حسد رکھتے تھے۔”</w:t>
      </w:r>
    </w:p>
    <w:p>
      <w:r>
        <w:rPr>
          <w:sz w:val="20"/>
        </w:rPr>
        <w:t>0:46  hain, aap sunayein? Alhamdulillah. Dr. sahib jaise pichhle session mein aap ne bataya ke Prophet Yusuf ke das sotayle bhai the jo un se hasad rakhte the.</w:t>
      </w:r>
      <w:r>
        <w:br/>
      </w:r>
      <w:r>
        <w:rPr>
          <w:sz w:val="20"/>
        </w:rPr>
        <w:t>0:58  aur is ka ilm Prophet Yaqoob ko bhi tha. aur Yusuf jab bachche the unhone jab khwab dekha tha aur unhone apne baap yani Prophet Yaqoob ko is ke bare mein bataya to unhone kaha ke apne bhaiyon se is ka zikr mat karna nahin to woh tumhare dushman ho jayen</w:t>
      </w:r>
      <w:r>
        <w:br/>
      </w:r>
      <w:r>
        <w:rPr>
          <w:sz w:val="20"/>
        </w:rPr>
        <w:t>1:18  ge. Asal mein Prophet Yaqoob dekh rahe the ke un ki aulaad mein sab se saaleh aur laiq aulaad Yusuf the.</w:t>
      </w:r>
      <w:r>
        <w:br/>
      </w:r>
      <w:r>
        <w:rPr>
          <w:sz w:val="20"/>
        </w:rPr>
        <w:t>1:27  aur un mein woh mustaqbil ke Nabi ki shakhsiyat ko dekh rahe the. Is liye un ka lagaav Yusuf se bohat zyada tha.</w:t>
      </w:r>
      <w:r>
        <w:br/>
      </w:r>
      <w:r>
        <w:rPr>
          <w:sz w:val="20"/>
        </w:rPr>
        <w:t>1:37  lekin jaisa aap ne pichhli baar bhi bataya ke bhaiyon mein jathay ki ahmiyat</w:t>
      </w:r>
      <w:r>
        <w:br/>
      </w:r>
      <w:r>
        <w:rPr>
          <w:sz w:val="20"/>
        </w:rPr>
        <w:t>1:43  zyada thi. To unhone socha ke hum Yusuf ko maidan se hi hata dete hain taake hamare baap ki tawajjuh poori tarah se hamare par aa jaye.</w:t>
      </w:r>
      <w:r>
        <w:br/>
      </w:r>
      <w:r>
        <w:rPr>
          <w:sz w:val="20"/>
        </w:rPr>
        <w:t>1:53  aur phir unhone aik shaitani plan bhi banaya jis ke tehat unhone Yusuf ko kuwein mein dhakel diya. Aur phir jaisa ke aap ne bataya ke aik qafila wahan se guzra us ne Yusuf ko kuwein se bahar nik</w:t>
      </w:r>
      <w:r>
        <w:br/>
      </w:r>
      <w:r>
        <w:rPr>
          <w:sz w:val="20"/>
        </w:rPr>
        <w:t>2:08  ala. To pichhla jo session tha hum ne yahin par is ko rok diya tha. Ab main chahunga ke is ke aage kya hua is ke bare mein aap hum sab ko bataein.</w:t>
      </w:r>
    </w:p>
    <w:p>
      <w:pPr>
        <w:pStyle w:val="Heading2"/>
      </w:pPr>
      <w:r>
        <w:t>Student testimonial about Spirit of Islam</w:t>
      </w:r>
    </w:p>
    <w:p>
      <w:r>
        <w:rPr>
          <w:color w:val="666666"/>
          <w:sz w:val="18"/>
        </w:rPr>
        <w:t>Deeper Meaning of Quran 17 05 2015 · 2m 29s · at 59:52 · https://youtu.be/_Cj6gds7nWI?t=3592</w:t>
      </w:r>
    </w:p>
    <w:p>
      <w:r>
        <w:rPr>
          <w:i/>
        </w:rPr>
        <w:t>“She is a sixth grade student in USA”</w:t>
      </w:r>
    </w:p>
    <w:p>
      <w:r>
        <w:rPr>
          <w:sz w:val="20"/>
        </w:rPr>
        <w:t>59:52  She is a sixth grade student in USA.</w:t>
      </w:r>
      <w:r>
        <w:br/>
      </w:r>
      <w:r>
        <w:rPr>
          <w:sz w:val="20"/>
        </w:rPr>
        <w:t>59:57  unhon ne likha hai "After reading this book, my life has changed drastically.</w:t>
      </w:r>
      <w:r>
        <w:br/>
      </w:r>
      <w:r>
        <w:rPr>
          <w:sz w:val="20"/>
        </w:rPr>
        <w:t>1:00:02  I love how this book explains the meaning of the Quran in scientific and current ways.</w:t>
      </w:r>
      <w:r>
        <w:br/>
      </w:r>
      <w:r>
        <w:rPr>
          <w:sz w:val="20"/>
        </w:rPr>
        <w:t>1:00:08  This book is so short and easy to read, but it has a lot of lessons.</w:t>
      </w:r>
      <w:r>
        <w:br/>
      </w:r>
      <w:r>
        <w:rPr>
          <w:sz w:val="20"/>
        </w:rPr>
        <w:t>1:00:13  I have learned the importance of prayer, peace, and patience.</w:t>
      </w:r>
      <w:r>
        <w:br/>
      </w:r>
      <w:r>
        <w:rPr>
          <w:sz w:val="20"/>
        </w:rPr>
        <w:t>1:00:18  After reading, I have realized why Islam is peaceful.</w:t>
      </w:r>
      <w:r>
        <w:br/>
      </w:r>
      <w:r>
        <w:rPr>
          <w:sz w:val="20"/>
        </w:rPr>
        <w:t>1:00:24  As I am in middle school, a lot of things occur like gossip.</w:t>
      </w:r>
      <w:r>
        <w:br/>
      </w:r>
      <w:r>
        <w:rPr>
          <w:sz w:val="20"/>
        </w:rPr>
        <w:t>1:00:28  Gossip is totally wrong.</w:t>
      </w:r>
      <w:r>
        <w:br/>
      </w:r>
      <w:r>
        <w:rPr>
          <w:sz w:val="20"/>
        </w:rPr>
        <w:t>1:00:32  Just because other people do it, I don't have to do it.</w:t>
      </w:r>
      <w:r>
        <w:br/>
      </w:r>
      <w:r>
        <w:rPr>
          <w:sz w:val="20"/>
        </w:rPr>
        <w:t>1:00:37  On the day of judgment, we have to give the response to our own bad deeds.</w:t>
      </w:r>
      <w:r>
        <w:br/>
      </w:r>
      <w:r>
        <w:rPr>
          <w:sz w:val="20"/>
        </w:rPr>
        <w:t>1:00:41  I have become more mature and have learned the meaning of right and wrong.</w:t>
      </w:r>
      <w:r>
        <w:br/>
      </w:r>
      <w:r>
        <w:rPr>
          <w:sz w:val="20"/>
        </w:rPr>
        <w:t>1:00:46  Recently, there was a vote going on where children had to vote.</w:t>
      </w:r>
      <w:r>
        <w:br/>
      </w:r>
      <w:r>
        <w:rPr>
          <w:sz w:val="20"/>
        </w:rPr>
        <w:t>1:00:50  I voted for this man who was humble and down to earth.</w:t>
      </w:r>
      <w:r>
        <w:br/>
      </w:r>
      <w:r>
        <w:rPr>
          <w:sz w:val="20"/>
        </w:rPr>
        <w:t>1:00:55  I have learned how much God loves us and how much He wants us to be on the right path. Now I love to pray because I know I am talking to God. I feel that if other kids read this book, their life will change as well. Firstly, thanks to God, then thanks to Maulana Wahiduddin Khan.</w:t>
      </w:r>
      <w:r>
        <w:br/>
      </w:r>
      <w:r>
        <w:rPr>
          <w:sz w:val="20"/>
        </w:rPr>
        <w:t>1:01:19  aur Maulana, yeh last Miss Sara Amin ne likha hai "Spirit of Islam benefited me by learning about</w:t>
      </w:r>
      <w:r>
        <w:br/>
      </w:r>
      <w:r>
        <w:rPr>
          <w:sz w:val="20"/>
        </w:rPr>
        <w:t>1:01:24  honesty, not to deny the truth, respect others, and treat everyone equally.</w:t>
      </w:r>
      <w:r>
        <w:br/>
      </w:r>
      <w:r>
        <w:rPr>
          <w:sz w:val="20"/>
        </w:rPr>
        <w:t>1:01:30  Honesty benefited me because if I am not being honest, then I have a guilty feeling inside and</w:t>
      </w:r>
      <w:r>
        <w:br/>
      </w:r>
      <w:r>
        <w:rPr>
          <w:sz w:val="20"/>
        </w:rPr>
        <w:t>1:01:36  I feel bad for not being honest.</w:t>
      </w:r>
      <w:r>
        <w:br/>
      </w:r>
      <w:r>
        <w:rPr>
          <w:sz w:val="20"/>
        </w:rPr>
        <w:t>1:01:42  Not to deny the truth benefited me because if you deny the truth, then you are not saying</w:t>
      </w:r>
      <w:r>
        <w:br/>
      </w:r>
      <w:r>
        <w:rPr>
          <w:sz w:val="20"/>
        </w:rPr>
        <w:t>1:01:48  the truth and you are going against God.</w:t>
      </w:r>
      <w:r>
        <w:br/>
      </w:r>
      <w:r>
        <w:rPr>
          <w:sz w:val="20"/>
        </w:rPr>
        <w:t>1:01:54  To conclude, Spirit of Islam has benefited me in many ways, such as honesty, not to deny the truth, respect others, and treat everyone equally. Maulana, agla sawal Bhopal se aaya hai Fawad Sahab ne kiya hai aur unhone aap se poocha hai ke What is the starting point of breaking one's conditioning so that the person can re-engineer his or her mind?</w:t>
      </w:r>
      <w:r>
        <w:br/>
      </w:r>
      <w:r>
        <w:rPr>
          <w:sz w:val="20"/>
        </w:rPr>
        <w:t>1:02:21  bhai, main to yahi samajhta hoon ke starting point muhasba hai yani introspection.</w:t>
      </w:r>
    </w:p>
    <w:p>
      <w:pPr>
        <w:pStyle w:val="Heading2"/>
      </w:pPr>
      <w:r>
        <w:t>Awe of creation leads to true dhikr</w:t>
      </w:r>
    </w:p>
    <w:p>
      <w:r>
        <w:rPr>
          <w:color w:val="666666"/>
          <w:sz w:val="18"/>
        </w:rPr>
        <w:t>The Road to Paradise (Part 2) 12 Sept, 2010 - Maulana Wahiduddin Khan · 1m 39s · at 50:54 · https://youtu.be/9zqaX9GqkvQ?t=3054</w:t>
      </w:r>
    </w:p>
    <w:p>
      <w:r>
        <w:rPr>
          <w:i/>
        </w:rPr>
        <w:t>“Kal main apne khad tha, suraj nikal raha tha”</w:t>
      </w:r>
    </w:p>
    <w:p>
      <w:r>
        <w:rPr>
          <w:sz w:val="20"/>
        </w:rPr>
        <w:t>50:54  to maine socha ke suraj itna bada hai, itna bada hai, aur is ke sath bahut sare planets hain, aur planets ke sath chand bhi kai jagah.</w:t>
      </w:r>
      <w:r>
        <w:br/>
      </w:r>
      <w:r>
        <w:rPr>
          <w:sz w:val="20"/>
        </w:rPr>
        <w:t>51:08  ab sara itne bade is mein ghoom rahe hain, itne bade is mein ghoom rahe hain, aur ek second ka farq nahin hota.</w:t>
      </w:r>
      <w:r>
        <w:br/>
      </w:r>
      <w:r>
        <w:rPr>
          <w:sz w:val="20"/>
        </w:rPr>
        <w:t>51:16  to ek dam mujhe yeh tharthari aa gayi, tharthari ke kitni taqat hogi Khuda ki. jaise meri aankhein band ho gayi, kaise main dekhun?</w:t>
      </w:r>
      <w:r>
        <w:br/>
      </w:r>
      <w:r>
        <w:rPr>
          <w:sz w:val="20"/>
        </w:rPr>
        <w:t>51:28  is itna terrible manzar laga mujhe, woh itna terrible ke dekhte dekhte mujhe ghabrahat hone lagi.</w:t>
      </w:r>
      <w:r>
        <w:br/>
      </w:r>
      <w:r>
        <w:rPr>
          <w:sz w:val="20"/>
        </w:rPr>
        <w:t>51:36  kitna bada suraj! aap jante hain, ek suraj ka ka mass itna zyada hai ke is mein 12 lakh zameenें is mein sama sakti hain.</w:t>
      </w:r>
      <w:r>
        <w:br/>
      </w:r>
      <w:r>
        <w:rPr>
          <w:sz w:val="20"/>
        </w:rPr>
        <w:t>51:46  12 lakh zameenें to suraj hai, aur itne sare planet hain, aur is mein chand hain, aur zameen hai.</w:t>
      </w:r>
      <w:r>
        <w:br/>
      </w:r>
      <w:r>
        <w:rPr>
          <w:sz w:val="20"/>
        </w:rPr>
        <w:t>51:55  ek dam sab ke sab ghoom rahe hain, revolve kar rahe hain. phir yeh ek kahkashan ke upar revolve kar rahe hain, phir yeh kahkashan bhi revolve kar rahi hai. yeh sochte sochte jaise mujhe laga ke mera meri aankhein band ho gayi, mujhe laga main gir padunga.</w:t>
      </w:r>
      <w:r>
        <w:br/>
      </w:r>
      <w:r>
        <w:rPr>
          <w:sz w:val="20"/>
        </w:rPr>
        <w:t>52:15  yeh yeh jo aap ko tajruba hota hai, yeh yeh jo experience hota hai, is waqt jo alfaaz nikal jayein, usi ka naam zikr hai. zikr Allah!</w:t>
      </w:r>
      <w:r>
        <w:br/>
      </w:r>
      <w:r>
        <w:rPr>
          <w:sz w:val="20"/>
        </w:rPr>
        <w:t>52:23  koi ungli pe hath girne ka naam hai. yeh Khuda ko kitna underestimate karenge aap?</w:t>
      </w:r>
    </w:p>
    <w:p>
      <w:pPr>
        <w:pStyle w:val="Heading2"/>
      </w:pPr>
      <w:r>
        <w:t>Ramadan agenda: bury complaints</w:t>
      </w:r>
    </w:p>
    <w:p>
      <w:r>
        <w:rPr>
          <w:color w:val="666666"/>
          <w:sz w:val="18"/>
        </w:rPr>
        <w:t>Bury Your Complaints This Ramazan April 26, 2020 Maulana Wahiduddin Khan · 1m 20s · at 10:08 · https://youtu.be/t2vt4rkgd_8?t=608</w:t>
      </w:r>
    </w:p>
    <w:p>
      <w:r>
        <w:rPr>
          <w:i/>
        </w:rPr>
        <w:t>“Aaj mein aap logon ko yahi agenda deta hoon”</w:t>
      </w:r>
    </w:p>
    <w:p>
      <w:r>
        <w:rPr>
          <w:sz w:val="20"/>
        </w:rPr>
        <w:t>10:08  to aaj mein aap logon ko is ramzan kay liye yahi</w:t>
      </w:r>
      <w:r>
        <w:br/>
      </w:r>
      <w:r>
        <w:rPr>
          <w:sz w:val="20"/>
        </w:rPr>
        <w:t>10:19  agenda deta hoon. yeh agenda ko aap mein say har shakhs pakray aur us par amal karay.</w:t>
      </w:r>
      <w:r>
        <w:br/>
      </w:r>
      <w:r>
        <w:rPr>
          <w:sz w:val="20"/>
        </w:rPr>
        <w:t>10:31  meri dua hai kay Allah taala aap kay iraday ko qabool farmaye. meri dua hai kay Allah taala aap ko is ka ajar ata farmaye.</w:t>
      </w:r>
      <w:r>
        <w:br/>
      </w:r>
      <w:r>
        <w:rPr>
          <w:sz w:val="20"/>
        </w:rPr>
        <w:t>10:55  is kay nateeja mein aap ko Allah</w:t>
      </w:r>
      <w:r>
        <w:br/>
      </w:r>
      <w:r>
        <w:rPr>
          <w:sz w:val="20"/>
        </w:rPr>
        <w:t>11:07  dunya mein aur akhirat mein kamyabi ata farmaye. assalam o alaikum wa rehmatullah.</w:t>
      </w:r>
    </w:p>
    <w:p>
      <w:pPr>
        <w:pStyle w:val="Heading2"/>
      </w:pPr>
      <w:r>
        <w:t>Realism lesson from dead tree</w:t>
      </w:r>
    </w:p>
    <w:p>
      <w:r>
        <w:rPr>
          <w:color w:val="666666"/>
          <w:sz w:val="18"/>
        </w:rPr>
        <w:t>Remembering Maulana Wahiduddin Khan January 1, 2023 · 1m 47s · at 50:59 · https://youtu.be/-NWNhYW850U?t=3059</w:t>
      </w:r>
    </w:p>
    <w:p>
      <w:r>
        <w:rPr>
          <w:i/>
        </w:rPr>
        <w:t>“Lekin vah shayad sookh gaya. Vah vah kissa kya hai aap? Vah uske baare mein”</w:t>
      </w:r>
    </w:p>
    <w:p>
      <w:r>
        <w:rPr>
          <w:sz w:val="20"/>
        </w:rPr>
        <w:t>50:59  Lekin woh shayad sookh gaya. Woh woh kissa kya hai aap? Woh uske bare mein bataye hum sabko. Asal mein jo aam ka baat toh ghar ke bahar tha. Walking distance par hi tha. Ji. Lekin ab unhone socha ke ek aam ka ped hamare ghar ke andar bhi hona chahiye. Toh agar woh gutli lagate hain aam ka toh woh toh bahut time hota hai taqreeban paanch das saal mein woh bada ped banta.</w:t>
      </w:r>
      <w:r>
        <w:br/>
      </w:r>
      <w:r>
        <w:rPr>
          <w:sz w:val="20"/>
        </w:rPr>
        <w:t>51:28  Toh unhone socha ke ek Khudwa ke bag se la ke andar lagwa de ped aur do din mein woh tayyar ho jayega. Bade shauk se do teen mazdoor lagaye gaye aur unhone khoda ek, ek ped jo ki paanch saal us par ho chuke the bada ped ho gaya tha. Toh woh khod kar unhone apne aangan mein lagwaya aur bade betabi se intezar karte rahe ke kal hara bhara ped ghar mein aangan mein dikhai dega. Ji.</w:t>
      </w:r>
      <w:r>
        <w:br/>
      </w:r>
      <w:r>
        <w:rPr>
          <w:sz w:val="20"/>
        </w:rPr>
        <w:t>51:57  Toh dekhiye woh sookhne lag gaya. Pehle din thoda kam sukha hua tha. Dusre din woh bilkul hi sookh gaya. Toh isse unko bahut hi jo shock laga na usse unhone bahut zabardast lesson liya ke haqeeqat pasandi ka lesson ke ek cheez jo nature mein paanch saal mein tayyar hogi woh hum do din mein nahi tayyar kar sakte.</w:t>
      </w:r>
      <w:r>
        <w:br/>
      </w:r>
      <w:r>
        <w:rPr>
          <w:sz w:val="20"/>
        </w:rPr>
        <w:t>52:20  Toh isi tarike se haqeeqat pasandi ko unhone bar bar apni writings mein likha hai ke Musalman jo hai tarike chalate hain dhuaadhaar tarike hain woh samajhte hain ke do din mein dhuaadhaar tarike se bahut bar bar dhuaadhaar tarike chalti rehti hain lekin woh hamesha kaha ke hamesha result oriented action hona chahiye. Ji. Emotional outburst ke tehat hamein koi kaam nahi karna chahiye.</w:t>
      </w:r>
      <w:r>
        <w:br/>
      </w:r>
      <w:r>
        <w:rPr>
          <w:sz w:val="20"/>
        </w:rPr>
        <w:t>52:46  Zindagi bhar kabhi bhi emotional outburst ke tehat koi kaam nahi kiya. Ek baar ek Burmi the Maulana ke class mein classmate. Toh jab Burma mein jo tehreek chali, Musalmanon ne jo tehreek chalayi thi apni alag state banane ki, toh woh unhone kaha chaliye aap bhi Burma chaliye hum log usmein shamil ho jayenge. Jo tehreek wahan chal rahi hai azaadi ki.</w:t>
      </w:r>
    </w:p>
    <w:p>
      <w:pPr>
        <w:pStyle w:val="Heading2"/>
      </w:pPr>
      <w:r>
        <w:t>story of a woman seeking separation, not adjustment</w:t>
      </w:r>
    </w:p>
    <w:p>
      <w:r>
        <w:rPr>
          <w:color w:val="666666"/>
          <w:sz w:val="18"/>
        </w:rPr>
        <w:t>Importance of Adjustment June 27, 2009 · 1m 28s · at 1:31 · https://youtu.be/Gp1zc2HPMRU?t=91</w:t>
      </w:r>
    </w:p>
    <w:p>
      <w:r>
        <w:rPr>
          <w:i/>
        </w:rPr>
        <w:t>“Recently I happened to meet a lady.”</w:t>
      </w:r>
    </w:p>
    <w:p>
      <w:r>
        <w:rPr>
          <w:sz w:val="20"/>
        </w:rPr>
        <w:t>1:31  recently, i happen to meet a lady. she was a married lady. she said that i am not comfortable with my husband, so i want separation.</w:t>
      </w:r>
      <w:r>
        <w:br/>
      </w:r>
      <w:r>
        <w:rPr>
          <w:sz w:val="20"/>
        </w:rPr>
        <w:t>1:53  i said no. separation is not an option. you have to make adjustment.</w:t>
      </w:r>
      <w:r>
        <w:br/>
      </w:r>
      <w:r>
        <w:rPr>
          <w:sz w:val="20"/>
        </w:rPr>
        <w:t>2:06  you have to opt for adjustment. she said no. it is 21st century.</w:t>
      </w:r>
      <w:r>
        <w:br/>
      </w:r>
      <w:r>
        <w:rPr>
          <w:sz w:val="20"/>
        </w:rPr>
        <w:t>2:18  we are living in an advanced century, and now there is no question of adjustment.</w:t>
      </w:r>
      <w:r>
        <w:br/>
      </w:r>
      <w:r>
        <w:rPr>
          <w:sz w:val="20"/>
        </w:rPr>
        <w:t>2:29  That's a wrong perception. Adjustment is not a matter of time.</w:t>
      </w:r>
      <w:r>
        <w:br/>
      </w:r>
      <w:r>
        <w:rPr>
          <w:sz w:val="20"/>
        </w:rPr>
        <w:t>2:41  it is not matter of 21st century or 41st century.</w:t>
      </w:r>
      <w:r>
        <w:br/>
      </w:r>
      <w:r>
        <w:rPr>
          <w:sz w:val="20"/>
        </w:rPr>
        <w:t>2:48  adjustment is an eternal value. adjustment is a universal culture.</w:t>
      </w:r>
    </w:p>
    <w:p>
      <w:pPr>
        <w:pStyle w:val="Heading2"/>
      </w:pPr>
      <w:r>
        <w:t>Salt-and-sugar analogy for reading Quran with the wrong mindset</w:t>
      </w:r>
    </w:p>
    <w:p>
      <w:r>
        <w:rPr>
          <w:color w:val="666666"/>
          <w:sz w:val="18"/>
        </w:rPr>
        <w:t>Dars-e-Quran July 30, 2007 · 1m 08s · at 54:25 · https://youtu.be/9D_8jxwLKlE?t=3265</w:t>
      </w:r>
    </w:p>
    <w:p>
      <w:r>
        <w:rPr>
          <w:i/>
        </w:rPr>
        <w:t>“Ek ton namak mein ek chammach shakkar daal do”</w:t>
      </w:r>
    </w:p>
    <w:p>
      <w:r>
        <w:rPr>
          <w:sz w:val="20"/>
        </w:rPr>
        <w:t>54:25  ek aadmi ne kaha ke agar aap</w:t>
      </w:r>
      <w:r>
        <w:br/>
      </w:r>
      <w:r>
        <w:rPr>
          <w:sz w:val="20"/>
        </w:rPr>
        <w:t>54:29  ek ton namak hain, namak jo hai woh ek ton hai aur us ke andar ek ek tola ke barabar ek chota sa yani ek ton namak hai aur ek ek tea spoon ke barabar is mein shakar daal dein.</w:t>
      </w:r>
      <w:r>
        <w:br/>
      </w:r>
      <w:r>
        <w:rPr>
          <w:sz w:val="20"/>
        </w:rPr>
        <w:t>54:48  aap</w:t>
      </w:r>
      <w:r>
        <w:br/>
      </w:r>
      <w:r>
        <w:rPr>
          <w:sz w:val="20"/>
        </w:rPr>
        <w:t>54:50  ti spoon ke barabar shakar hai aur pahaar ke barabar namak hai. ab wahan choti aayegi to namak se us ko koi matlab nahi hoga, bas woh shakar le legi.</w:t>
      </w:r>
      <w:r>
        <w:br/>
      </w:r>
      <w:r>
        <w:rPr>
          <w:sz w:val="20"/>
        </w:rPr>
        <w:t>55:06  namak ka pahaar use dikhai nahi dega, is se is se us ko koi food nahi milega, is se us ki rooh ko koi ghiza nahi milegi.</w:t>
      </w:r>
      <w:r>
        <w:br/>
      </w:r>
      <w:r>
        <w:rPr>
          <w:sz w:val="20"/>
        </w:rPr>
        <w:t>55:16  lekin is mein jo ek ek ti spoon jo is mein namak hai, bas us ko le lijiye. woh</w:t>
      </w:r>
      <w:r>
        <w:br/>
      </w:r>
      <w:r>
        <w:rPr>
          <w:sz w:val="20"/>
        </w:rPr>
        <w:t>55:24  yahi haal hota hai in logon ka jo galat zehn le kar quran ko parhte hain,</w:t>
      </w:r>
    </w:p>
    <w:p>
      <w:pPr>
        <w:pStyle w:val="Heading2"/>
      </w:pPr>
      <w:r>
        <w:t>Quranic formula for you your religion for me mine</w:t>
      </w:r>
    </w:p>
    <w:p>
      <w:r>
        <w:rPr>
          <w:color w:val="666666"/>
          <w:sz w:val="18"/>
        </w:rPr>
        <w:t>The Concept of Harmony in Islam July 20, 2007 · 2m 37s · at 13:27 · https://youtu.be/L2_iLI2vcP0?t=807</w:t>
      </w:r>
    </w:p>
    <w:p>
      <w:r>
        <w:rPr>
          <w:i/>
        </w:rPr>
        <w:t>“For you your religion, for me mine.”</w:t>
      </w:r>
    </w:p>
    <w:p>
      <w:r>
        <w:rPr>
          <w:sz w:val="20"/>
        </w:rPr>
        <w:t>13:27  in the both period, prophet followed the same formula. so when he was in makkah, he received this revelation in the quran:</w:t>
      </w:r>
      <w:r>
        <w:br/>
      </w:r>
      <w:r>
        <w:rPr>
          <w:sz w:val="20"/>
        </w:rPr>
        <w:t>13:39  "lakum deenukum waliya deen, lakum deenukum waliya deen, for you your religion, for me mine, for you your religion, for me mine." it is a beautiful formula of co existence.</w:t>
      </w:r>
      <w:r>
        <w:br/>
      </w:r>
      <w:r>
        <w:rPr>
          <w:sz w:val="20"/>
        </w:rPr>
        <w:t>14:03  i can see that this formula is based on this principle:</w:t>
      </w:r>
      <w:r>
        <w:br/>
      </w:r>
      <w:r>
        <w:rPr>
          <w:sz w:val="20"/>
        </w:rPr>
        <w:t>14:10  "follow one and respect all." if i try to formulate this principle, i can see that the formula was this divine formula was, or this quranic formula was:</w:t>
      </w:r>
      <w:r>
        <w:br/>
      </w:r>
      <w:r>
        <w:rPr>
          <w:sz w:val="20"/>
        </w:rPr>
        <w:t>14:32  "follow one and respect all, lakum deenukum waliya deen,</w:t>
      </w:r>
      <w:r>
        <w:br/>
      </w:r>
      <w:r>
        <w:rPr>
          <w:sz w:val="20"/>
        </w:rPr>
        <w:t>14:37  for you your religion, for me mine." this is the formula of co existence.</w:t>
      </w:r>
      <w:r>
        <w:br/>
      </w:r>
      <w:r>
        <w:rPr>
          <w:sz w:val="20"/>
        </w:rPr>
        <w:t>14:48  you know, in a society, where in a multi religion society, or in a multi cultural society, there is no other formula.</w:t>
      </w:r>
      <w:r>
        <w:br/>
      </w:r>
      <w:r>
        <w:rPr>
          <w:sz w:val="20"/>
        </w:rPr>
        <w:t>14:58  there is, there is no other feasible formula.</w:t>
      </w:r>
      <w:r>
        <w:br/>
      </w:r>
      <w:r>
        <w:rPr>
          <w:sz w:val="20"/>
        </w:rPr>
        <w:t>15:04  no other formula can be practiced in such a society. you can't not kill people, you can't not fight all the people.</w:t>
      </w:r>
      <w:r>
        <w:br/>
      </w:r>
      <w:r>
        <w:rPr>
          <w:sz w:val="20"/>
        </w:rPr>
        <w:t>15:17  it is impossible. so you have to live with harmony.</w:t>
      </w:r>
      <w:r>
        <w:br/>
      </w:r>
      <w:r>
        <w:rPr>
          <w:sz w:val="20"/>
        </w:rPr>
        <w:t>15:25  you have to follow this formula: "follow one and respect all." this is the formula of religious freedom</w:t>
      </w:r>
      <w:r>
        <w:br/>
      </w:r>
      <w:r>
        <w:rPr>
          <w:sz w:val="20"/>
        </w:rPr>
        <w:t>15:35  . this is formula of religious harmony. this is the formula of religious peace. this is the master formula of successful living in a society of such,</w:t>
      </w:r>
      <w:r>
        <w:br/>
      </w:r>
      <w:r>
        <w:rPr>
          <w:sz w:val="20"/>
        </w:rPr>
        <w:t>15:52  of a multi religion society. so this formula was adopted when prophet was in makkah,</w:t>
      </w:r>
    </w:p>
    <w:p>
      <w:pPr>
        <w:pStyle w:val="Heading2"/>
      </w:pPr>
      <w:r>
        <w:t>Any effective method must be peaceful and problem-free</w:t>
      </w:r>
    </w:p>
    <w:p>
      <w:r>
        <w:rPr>
          <w:color w:val="666666"/>
          <w:sz w:val="18"/>
        </w:rPr>
        <w:t>Interfaith Dialogue (English) February 1, 2014 Maulana Wahiduddin Khan · 1m 31s · at 28:01 · https://youtu.be/esM8RDj_new?t=1681</w:t>
      </w:r>
    </w:p>
    <w:p>
      <w:r>
        <w:rPr>
          <w:i/>
        </w:rPr>
        <w:t>“We have to adopt a peaceful method.”</w:t>
      </w:r>
    </w:p>
    <w:p>
      <w:r>
        <w:rPr>
          <w:sz w:val="20"/>
        </w:rPr>
        <w:t>28:01  Then, it is also very important that if we want to achieve some goal, we have to adopt a peaceful method</w:t>
      </w:r>
      <w:r>
        <w:br/>
      </w:r>
      <w:r>
        <w:rPr>
          <w:sz w:val="20"/>
        </w:rPr>
        <w:t>28:16  . Any method that creates problems, that creates hate, that promotes negative thinking, there is no method.</w:t>
      </w:r>
      <w:r>
        <w:br/>
      </w:r>
      <w:r>
        <w:rPr>
          <w:sz w:val="20"/>
        </w:rPr>
        <w:t>28:31  There is no method. Method is one that is totally peaceful method. Method is one.</w:t>
      </w:r>
      <w:r>
        <w:br/>
      </w:r>
      <w:r>
        <w:rPr>
          <w:sz w:val="20"/>
        </w:rPr>
        <w:t>28:40  If we follow it, it will not create any new problem.</w:t>
      </w:r>
      <w:r>
        <w:br/>
      </w:r>
      <w:r>
        <w:rPr>
          <w:sz w:val="20"/>
        </w:rPr>
        <w:t>28:47  Method must be highly peaceful, problem-free method.</w:t>
      </w:r>
      <w:r>
        <w:br/>
      </w:r>
      <w:r>
        <w:rPr>
          <w:sz w:val="20"/>
        </w:rPr>
        <w:t>28:59  Any method that is problem-free is method. Otherwise, it is not a method.</w:t>
      </w:r>
      <w:r>
        <w:br/>
      </w:r>
      <w:r>
        <w:rPr>
          <w:sz w:val="20"/>
        </w:rPr>
        <w:t>29:10  So, why I suggest in this regard is problem-free method.</w:t>
      </w:r>
      <w:r>
        <w:br/>
      </w:r>
      <w:r>
        <w:rPr>
          <w:sz w:val="20"/>
        </w:rPr>
        <w:t>29:21  There is no problem at all.</w:t>
      </w:r>
    </w:p>
    <w:p>
      <w:pPr>
        <w:pStyle w:val="Heading2"/>
      </w:pPr>
      <w:r>
        <w:t>Temporary phase of life like a journey</w:t>
      </w:r>
    </w:p>
    <w:p>
      <w:r>
        <w:rPr>
          <w:color w:val="666666"/>
          <w:sz w:val="18"/>
        </w:rPr>
        <w:t>The Concept of Death in Islam June 16, 2008 Maulana Wahiduddin Khan · 2m 04s · at 5:28 · https://youtu.be/cJZYpp3eP1Q?t=328</w:t>
      </w:r>
    </w:p>
    <w:p>
      <w:r>
        <w:rPr>
          <w:i/>
        </w:rPr>
        <w:t>“Ab aap sochiye ke ek aadmi agar safar kar raha hai”</w:t>
      </w:r>
    </w:p>
    <w:p>
      <w:r>
        <w:rPr>
          <w:sz w:val="20"/>
        </w:rPr>
        <w:t>5:28  ab aap sochiye ke ek aadmi agar safar kar raha hai, chahe bus se chal raha ho, car se, train se ya hawai jahaz se, to safar mein is ka kya haal hota hai?</w:t>
      </w:r>
      <w:r>
        <w:br/>
      </w:r>
      <w:r>
        <w:rPr>
          <w:sz w:val="20"/>
        </w:rPr>
        <w:t>5:42  safar ki halat mein jab woh hota hai to woh sab har cheez ko temporary samajhta hai.</w:t>
      </w:r>
      <w:r>
        <w:br/>
      </w:r>
      <w:r>
        <w:rPr>
          <w:sz w:val="20"/>
        </w:rPr>
        <w:t>5:53  jagah mili ya nahi mili,</w:t>
      </w:r>
      <w:r>
        <w:br/>
      </w:r>
      <w:r>
        <w:rPr>
          <w:sz w:val="20"/>
        </w:rPr>
        <w:t>5:58  khane ko theek se mila ya kam mila, aaram mila ya takleef mili, in sab ko woh ignore karta hai, sehta hai.</w:t>
      </w:r>
      <w:r>
        <w:br/>
      </w:r>
      <w:r>
        <w:rPr>
          <w:sz w:val="20"/>
        </w:rPr>
        <w:t>6:11  kyun? woh samajhta hai ke yeh kya hai? it is the temporary phase of my journey.</w:t>
      </w:r>
      <w:r>
        <w:br/>
      </w:r>
      <w:r>
        <w:rPr>
          <w:sz w:val="20"/>
        </w:rPr>
        <w:t>6:25  journey to bohat lambi hai, yeh to sirf ek temporary phase hai.</w:t>
      </w:r>
      <w:r>
        <w:br/>
      </w:r>
      <w:r>
        <w:rPr>
          <w:sz w:val="20"/>
        </w:rPr>
        <w:t>6:33  har musafir ka zehn yahi hota hai ke jab woh safar mein hota hai to woh apne safar ke is is muddat ko sirf ek temporary phase samajhta hai.</w:t>
      </w:r>
      <w:r>
        <w:br/>
      </w:r>
      <w:r>
        <w:rPr>
          <w:sz w:val="20"/>
        </w:rPr>
        <w:t>6:55  temporary phase samajhne ki wajah se har cheez ko woh</w:t>
      </w:r>
      <w:r>
        <w:br/>
      </w:r>
      <w:r>
        <w:rPr>
          <w:sz w:val="20"/>
        </w:rPr>
        <w:t>7:04  is tarah leta hai ke abhi thori der ke baad safar khatam ho jaye ga, is ke baad kuch nahi. mislan kuch saathi hote hain safar mein, woh bhi bas waqti hote hain,</w:t>
      </w:r>
      <w:r>
        <w:br/>
      </w:r>
      <w:r>
        <w:rPr>
          <w:sz w:val="20"/>
        </w:rPr>
        <w:t>7:19  koi life time ke saathi nahi hote, woh jo safar mein hote hain. to har cheez ko temporary samajh kar lena.</w:t>
      </w:r>
    </w:p>
    <w:p>
      <w:pPr>
        <w:pStyle w:val="Heading2"/>
      </w:pPr>
      <w:r>
        <w:t>Brothers beg for mercy, then discover it's Yusuf</w:t>
      </w:r>
    </w:p>
    <w:p>
      <w:r>
        <w:rPr>
          <w:color w:val="666666"/>
          <w:sz w:val="18"/>
        </w:rPr>
        <w:t>Understanding Sufism August 07, 2022 · 2m 51s · at 26:35 · https://youtu.be/DCJ11IpxcOA?t=1595</w:t>
      </w:r>
    </w:p>
    <w:p>
      <w:r>
        <w:rPr>
          <w:i/>
        </w:rPr>
        <w:t>“Bhai jo hain wo wapas Prophet Yusuf ke paas gaye”</w:t>
      </w:r>
    </w:p>
    <w:p>
      <w:r>
        <w:rPr>
          <w:sz w:val="20"/>
        </w:rPr>
        <w:t>26:35  hainphir doctor sahibiya hua ke bhai jo hain woh wapas Prophet Yusuf ke paas gaye aur woh bohat ziyada unko darkhwast karne lage ke aap Bani Amin ko chhod dein kyunke jo hamare walid sahib hain woh bohat ziyada ghamgeen ho chuke hain.</w:t>
      </w:r>
      <w:r>
        <w:br/>
      </w:r>
      <w:r>
        <w:rPr>
          <w:sz w:val="20"/>
        </w:rPr>
        <w:t>26:53  hmm. to phir kya hua doctor sahib iske bare mein bataein. phir saare bhai dobara balkeh teesri baar yeh safar third dozt th ye</w:t>
      </w:r>
      <w:r>
        <w:br/>
      </w:r>
      <w:r>
        <w:rPr>
          <w:sz w:val="20"/>
        </w:rPr>
        <w:t>27:02  to woh nikle aur pahunche wohahan Misr lambe safar ke baad aur wahan seedhe pahunche Hazrat Yusuf alehissalam ke saamne hazir hue aur gidgidane lage aur bohat hi bebasi aur ajzi ki haalat mein bole ke Bani Amin ko chho</w:t>
      </w:r>
      <w:r>
        <w:br/>
      </w:r>
      <w:r>
        <w:rPr>
          <w:sz w:val="20"/>
        </w:rPr>
        <w:t>27:22  d dein iska boodha baap ro ro ke andha ho gaya hai aur hamare ghar ke halaat bohat kharab hain aur jo yeh famine hai iski wajah se bohat pareshani hai khane peene ke liye nahi hai aur kaha ke aye naik shehzade hamare upar sadqa</w:t>
      </w:r>
      <w:r>
        <w:br/>
      </w:r>
      <w:r>
        <w:rPr>
          <w:sz w:val="20"/>
        </w:rPr>
        <w:t>27:39  karein wa tasaddaq 'alayna wa tasaddaq 'alayna ke sadqa karein aur jo log sadqa karte hain unko Allah reward deta hai yani unke paas paise bhi nahi the is asbar chuki halaat bohat kharab ho gaye the to yeh sab jab baatein suni to Yusuf alehissalam ka bheed dil bhar aaya aur unhone apna taaj utaar diya.</w:t>
      </w:r>
      <w:r>
        <w:br/>
      </w:r>
      <w:r>
        <w:rPr>
          <w:sz w:val="20"/>
        </w:rPr>
        <w:t>28:00  ji. to jab taaj utara to woh pehchan gaye. sachchai saamne aa gayi. haan woh pehchan gaye ke yeh yeh yeh Yusuf</w:t>
      </w:r>
      <w:r>
        <w:br/>
      </w:r>
      <w:r>
        <w:rPr>
          <w:sz w:val="20"/>
        </w:rPr>
        <w:t>28:08  hain. ji. ji. ji. lekin yeh doctor sahib jaise kahani se hum yeh jaante hain ke sachchai saamne aa gayi unhone apne shanakht ko jo hai reveal kar diya. reveal kar diya.</w:t>
      </w:r>
      <w:r>
        <w:br/>
      </w:r>
      <w:r>
        <w:rPr>
          <w:sz w:val="20"/>
        </w:rPr>
        <w:t>28:21  agar woh chahte to badla le sakte the kyunke unke saath jo unhone matlab jo roo ki thi woh extreme provocative thi lekin unhone apne bhaiyon ko maaf kar diya to doctor sahib iske aage kahani kaise badhi iske aage ka hissa kya hai iske bare mein bataein.</w:t>
      </w:r>
      <w:r>
        <w:br/>
      </w:r>
      <w:r>
        <w:rPr>
          <w:sz w:val="20"/>
        </w:rPr>
        <w:t>28:39  haan jab bhaiyon ko pata chala ke yeh Yusuf hai to woh hairan ho gaye aur woh bole ke kiya tum hi Yusuf ho to unhone kaha haan mein Yusuf hoon qala ana Yusuf wa hadha akhi mein Yusuf hoon aur yeh mera bhai hai yani Bani Amin ki taraf kaha qad manna Allah 'alayna Allah ta'ala ne hamare upar bada fazl kiya</w:t>
      </w:r>
      <w:r>
        <w:br/>
      </w:r>
      <w:r>
        <w:rPr>
          <w:sz w:val="20"/>
        </w:rPr>
        <w:t>28:59  to bhai saare hairan ho gaye aur bohat hi unhone bhi kaha ke unhone bhi itraaf kiya acknowledge kiya ke qalu wallahi laqad asraqak Allah 'alayna ke Khuda ki qasam Allah ne aapko hum se bohat ooncha utha diya aur kaha ke inna kunna khatieen ke hum hi qasoor war the hum hi gunahgar the</w:t>
      </w:r>
    </w:p>
    <w:p>
      <w:pPr>
        <w:pStyle w:val="Heading2"/>
      </w:pPr>
      <w:r>
        <w:t>Umar's anger and Quranic reminder</w:t>
      </w:r>
    </w:p>
    <w:p>
      <w:r>
        <w:rPr>
          <w:color w:val="666666"/>
          <w:sz w:val="18"/>
        </w:rPr>
        <w:t>Islah e Ummat August 10, 2014 · 2m 35s · at 21:14 · https://youtu.be/a7ohKq4Xf0Y?t=1274</w:t>
      </w:r>
    </w:p>
    <w:p>
      <w:r>
        <w:rPr>
          <w:i/>
        </w:rPr>
        <w:t>“Main aap ko misaal deta hoon ke iska matlab kya hai”</w:t>
      </w:r>
    </w:p>
    <w:p>
      <w:r>
        <w:rPr>
          <w:sz w:val="20"/>
        </w:rPr>
        <w:t>21:14  jaise</w:t>
      </w:r>
      <w:r>
        <w:br/>
      </w:r>
      <w:r>
        <w:rPr>
          <w:sz w:val="20"/>
        </w:rPr>
        <w:t>21:14  mein aap ko misaal deta hoon</w:t>
      </w:r>
      <w:r>
        <w:br/>
      </w:r>
      <w:r>
        <w:rPr>
          <w:sz w:val="20"/>
        </w:rPr>
        <w:t>21:17  ke is ka matlab kya hai</w:t>
      </w:r>
      <w:r>
        <w:br/>
      </w:r>
      <w:r>
        <w:rPr>
          <w:sz w:val="20"/>
        </w:rPr>
        <w:t>21:20  hazrat umar ke baray mein aik waqia aata hai</w:t>
      </w:r>
      <w:r>
        <w:br/>
      </w:r>
      <w:r>
        <w:rPr>
          <w:sz w:val="20"/>
        </w:rPr>
        <w:t>21:25  jab woh khalifa thay</w:t>
      </w:r>
      <w:r>
        <w:br/>
      </w:r>
      <w:r>
        <w:rPr>
          <w:sz w:val="20"/>
        </w:rPr>
        <w:t>21:28  madina mein khalifa thay woh</w:t>
      </w:r>
      <w:r>
        <w:br/>
      </w:r>
      <w:r>
        <w:rPr>
          <w:sz w:val="20"/>
        </w:rPr>
        <w:t>21:32  rasool Allah ke baad</w:t>
      </w:r>
      <w:r>
        <w:br/>
      </w:r>
      <w:r>
        <w:rPr>
          <w:sz w:val="20"/>
        </w:rPr>
        <w:t>21:35  to aik din jab aap ke khilaf khalifa ke isi se apne maqam par bethe hue thay aur</w:t>
      </w:r>
      <w:r>
        <w:br/>
      </w:r>
      <w:r>
        <w:rPr>
          <w:sz w:val="20"/>
        </w:rPr>
        <w:t>21:40  bhi log thay wahan par</w:t>
      </w:r>
      <w:r>
        <w:br/>
      </w:r>
      <w:r>
        <w:rPr>
          <w:sz w:val="20"/>
        </w:rPr>
        <w:t>21:42  to aik shakhs aaya is ka naam tha ayna</w:t>
      </w:r>
      <w:r>
        <w:br/>
      </w:r>
      <w:r>
        <w:rPr>
          <w:sz w:val="20"/>
        </w:rPr>
        <w:t>21:47  to aa kar ke seedhe kya kehta hai woh ke aye umar tum na hum ko kuch dete</w:t>
      </w:r>
      <w:r>
        <w:br/>
      </w:r>
      <w:r>
        <w:rPr>
          <w:sz w:val="20"/>
        </w:rPr>
        <w:t>21:54  ho aur na insaaf karte ho yani seedhe seedhe khalifa ko kehta hai woh ke</w:t>
      </w:r>
      <w:r>
        <w:br/>
      </w:r>
      <w:r>
        <w:rPr>
          <w:sz w:val="20"/>
        </w:rPr>
        <w:t>21:59  aye umar tum ko na kuch dete ho</w:t>
      </w:r>
      <w:r>
        <w:br/>
      </w:r>
      <w:r>
        <w:rPr>
          <w:sz w:val="20"/>
        </w:rPr>
        <w:t>22:04  aur na hamare sath justice karte ho</w:t>
      </w:r>
      <w:r>
        <w:br/>
      </w:r>
      <w:r>
        <w:rPr>
          <w:sz w:val="20"/>
        </w:rPr>
        <w:t>22:08  to riwayat mein hai ke hazrat umar ghussa aa gaye un ko ghazabnak ho gaye aur uthe jhapte us ki</w:t>
      </w:r>
      <w:r>
        <w:br/>
      </w:r>
      <w:r>
        <w:rPr>
          <w:sz w:val="20"/>
        </w:rPr>
        <w:t>22:18  taraf us mein hamak ka lafz hai hamak ka matlab hai us ki taraf qasd kiya us ki</w:t>
      </w:r>
      <w:r>
        <w:br/>
      </w:r>
      <w:r>
        <w:rPr>
          <w:sz w:val="20"/>
        </w:rPr>
        <w:t>22:25  taraf lapke</w:t>
      </w:r>
      <w:r>
        <w:br/>
      </w:r>
      <w:r>
        <w:rPr>
          <w:sz w:val="20"/>
        </w:rPr>
        <w:t>22:30  matlab us ko saza dein ya kuch bhi karein</w:t>
      </w:r>
      <w:r>
        <w:br/>
      </w:r>
      <w:r>
        <w:rPr>
          <w:sz w:val="20"/>
        </w:rPr>
        <w:t>22:37  to wahan par aik sahabi thay</w:t>
      </w:r>
      <w:r>
        <w:br/>
      </w:r>
      <w:r>
        <w:rPr>
          <w:sz w:val="20"/>
        </w:rPr>
        <w:t>22:42  unhon ne kaha ke aye Umar</w:t>
      </w:r>
      <w:r>
        <w:br/>
      </w:r>
      <w:r>
        <w:rPr>
          <w:sz w:val="20"/>
        </w:rPr>
        <w:t>22:48  unhon ne Quran ki aik aayat yaad dila di Hazrat Umar ko un sahabi ka naam tha Hurr bin Qais</w:t>
      </w:r>
      <w:r>
        <w:br/>
      </w:r>
      <w:r>
        <w:rPr>
          <w:sz w:val="20"/>
        </w:rPr>
        <w:t>22:59  to Hurr bin Qais ne kaha ke aye Umar Khuda ne kaha hai aik aayat hai وَعَرِضَ عَلَى الْجَاهِلِينَ</w:t>
      </w:r>
      <w:r>
        <w:br/>
      </w:r>
      <w:r>
        <w:rPr>
          <w:sz w:val="20"/>
        </w:rPr>
        <w:t>23:11  jahil ke matlab hote hain nadan</w:t>
      </w:r>
      <w:r>
        <w:br/>
      </w:r>
      <w:r>
        <w:rPr>
          <w:sz w:val="20"/>
        </w:rPr>
        <w:t>23:15  nadan se earaaz karo avoid karo</w:t>
      </w:r>
      <w:r>
        <w:br/>
      </w:r>
      <w:r>
        <w:rPr>
          <w:sz w:val="20"/>
        </w:rPr>
        <w:t>23:21  matlab nadan koi nadani ki baat kar de ga</w:t>
      </w:r>
      <w:r>
        <w:br/>
      </w:r>
      <w:r>
        <w:rPr>
          <w:sz w:val="20"/>
        </w:rPr>
        <w:t>23:24  to us ko saza mat do us ko avoid karo</w:t>
      </w:r>
      <w:r>
        <w:br/>
      </w:r>
      <w:r>
        <w:rPr>
          <w:sz w:val="20"/>
        </w:rPr>
        <w:t>23:28  to jaise hi unhon ne ayat parhi</w:t>
      </w:r>
      <w:r>
        <w:br/>
      </w:r>
      <w:r>
        <w:rPr>
          <w:sz w:val="20"/>
        </w:rPr>
        <w:t>23:32  umar fi alfor khare hue yani jhapta ke ja rahe the us ki taraf khare ho gaye</w:t>
      </w:r>
      <w:r>
        <w:br/>
      </w:r>
      <w:r>
        <w:rPr>
          <w:sz w:val="20"/>
        </w:rPr>
        <w:t>23:40  hadith mein aata hai ke wa kaafir in dayn kitaab allaha ke quran ki ayat parh diya to bilkul</w:t>
      </w:r>
      <w:r>
        <w:br/>
      </w:r>
      <w:r>
        <w:rPr>
          <w:sz w:val="20"/>
        </w:rPr>
        <w:t>23:46  uthe aa jate the</w:t>
      </w:r>
    </w:p>
    <w:p>
      <w:pPr>
        <w:pStyle w:val="Heading2"/>
      </w:pPr>
      <w:r>
        <w:t>What sabr really means, shown through Yusuf's life</w:t>
      </w:r>
    </w:p>
    <w:p>
      <w:r>
        <w:rPr>
          <w:color w:val="666666"/>
          <w:sz w:val="18"/>
        </w:rPr>
        <w:t>Lessons from The Best Story 9 May 2014 · 2m 47s · at 9:05 · https://youtu.be/35AxTJhKx4s?t=545</w:t>
      </w:r>
    </w:p>
    <w:p>
      <w:r>
        <w:rPr>
          <w:i/>
        </w:rPr>
        <w:t>“Sabr ka matlab hai insan ki taraf se jo kuch pesh aaye us par patience”</w:t>
      </w:r>
    </w:p>
    <w:p>
      <w:r>
        <w:rPr>
          <w:sz w:val="20"/>
        </w:rPr>
        <w:t>9:05  taqwa aur sabr ka matlab hai, yaani sabr ka matlab hai insaan ki taraf jo kuch pesh aaye, us par patience.</w:t>
      </w:r>
      <w:r>
        <w:br/>
      </w:r>
      <w:r>
        <w:rPr>
          <w:sz w:val="20"/>
        </w:rPr>
        <w:t>9:15  sabr ka talluq insaan se hai. sabr ka jo talluq hai, woh insaan se hai. yaani insaan ki taraf se jo kuch bhi pesh aaye, us par sabr karna.</w:t>
      </w:r>
      <w:r>
        <w:br/>
      </w:r>
      <w:r>
        <w:rPr>
          <w:sz w:val="20"/>
        </w:rPr>
        <w:t>9:27  yaani reaction nahi, negative thinking nahi, ghussa nahi, rage nahi, violence nahi.</w:t>
      </w:r>
      <w:r>
        <w:br/>
      </w:r>
      <w:r>
        <w:rPr>
          <w:sz w:val="20"/>
        </w:rPr>
        <w:t>9:36  to insaan ki taraf se jo kuch pesh aaye, us par unilateral sabr, unilateral patience. unilaterally aap, ab yaani positive attitude ko baqi rakhen.</w:t>
      </w:r>
      <w:r>
        <w:br/>
      </w:r>
      <w:r>
        <w:rPr>
          <w:sz w:val="20"/>
        </w:rPr>
        <w:t>9:51  yeh hua insaan ki taraf se. yeh hai sabr.</w:t>
      </w:r>
      <w:r>
        <w:br/>
      </w:r>
      <w:r>
        <w:rPr>
          <w:sz w:val="20"/>
        </w:rPr>
        <w:t>9:57  yeh bohat hi mushkil kaam hai. yaani unilateral tor par sabr par qaim rehna, yeh bohat mushkil kaam hai.</w:t>
      </w:r>
      <w:r>
        <w:br/>
      </w:r>
      <w:r>
        <w:rPr>
          <w:sz w:val="20"/>
        </w:rPr>
        <w:t>10:11  kyunke aap ko is mein apne emotion ko control karna parta hai. apne ghusse ko control karna parta hai. apne andar jo pressure pressure aata hai, us ko control karna parta hai.</w:t>
      </w:r>
      <w:r>
        <w:br/>
      </w:r>
      <w:r>
        <w:rPr>
          <w:sz w:val="20"/>
        </w:rPr>
        <w:t>10:23  negative thought aate hain, us ko aap ko control control karna parta hai.</w:t>
      </w:r>
      <w:r>
        <w:br/>
      </w:r>
      <w:r>
        <w:rPr>
          <w:sz w:val="20"/>
        </w:rPr>
        <w:t>10:28  to yeh kehne mein to saada si baat hai, lekin hai bohat hi mushkil kaam. to 40 saal ke douran unhon ne is baat ko, yaani is is par woh poore utre ke woh insaniyat ki taraf se jo kuch pesh aaye, us par woh sabr karne ke liye tayyar hain.</w:t>
      </w:r>
      <w:r>
        <w:br/>
      </w:r>
      <w:r>
        <w:rPr>
          <w:sz w:val="20"/>
        </w:rPr>
        <w:t>10:49  aur isi ka ek hissa yeh hai ke jin bhaiyon ne un ko dala tha kanwein mein, to baad ko jab ke unhein wahan food minister ko jo kehta hoon mein, yaani ziraat ka poora intezam</w:t>
      </w:r>
      <w:r>
        <w:br/>
      </w:r>
      <w:r>
        <w:rPr>
          <w:sz w:val="20"/>
        </w:rPr>
        <w:t>11:07  , us waqt misr jo tha, aaj ke misr se bara tha. yaani libya bhi shamil tha is mein, us waqt ke misr mein. to yaani greater egypt ka un ko woh de diya gaya, yaani agriculture ka sara maamla.</w:t>
      </w:r>
      <w:r>
        <w:br/>
      </w:r>
      <w:r>
        <w:rPr>
          <w:sz w:val="20"/>
        </w:rPr>
        <w:t>11:23  aur aap jante hain ke is zamane mein agriculture sab kuch hota tha. is zamane mein sari income, sari activities, sab agriculture se talluq rakhti thin.</w:t>
      </w:r>
      <w:r>
        <w:br/>
      </w:r>
      <w:r>
        <w:rPr>
          <w:sz w:val="20"/>
        </w:rPr>
        <w:t>11:38  to aakhir mein, jaisa ke aap jante honge, yeh qissa jo aaya hai ke un ke bhai wahan aaye aur aakhri marhale mein un ko khula ke yeh yusuf hain.</w:t>
      </w:r>
    </w:p>
    <w:p>
      <w:pPr>
        <w:pStyle w:val="Heading2"/>
      </w:pPr>
      <w:r>
        <w:t>Mocking the use of 'Hajji' as a status-symbol title</w:t>
      </w:r>
    </w:p>
    <w:p>
      <w:r>
        <w:rPr>
          <w:color w:val="666666"/>
          <w:sz w:val="18"/>
        </w:rPr>
        <w:t>The Spirit Hajj December 10, 2006 · 1m 34s · at 1:21:32 · https://youtu.be/ZpChhBy6lvU?t=4892</w:t>
      </w:r>
    </w:p>
    <w:p>
      <w:r>
        <w:rPr>
          <w:i/>
        </w:rPr>
        <w:t>“Mujhe Maulana Zakwan Nadwi ne ek qissa bataya”</w:t>
      </w:r>
    </w:p>
    <w:p>
      <w:r>
        <w:rPr>
          <w:sz w:val="20"/>
        </w:rPr>
        <w:t>1:21:32  lekin bad qismati yeh hai. ke. hajj aaj kal. ya toh log aik rasam samajhte hain is ko. aur.</w:t>
      </w:r>
      <w:r>
        <w:br/>
      </w:r>
      <w:r>
        <w:rPr>
          <w:sz w:val="20"/>
        </w:rPr>
        <w:t>1:21:42  aik ajeeb dilchasp baat yeh hai ke hajj ko aik status symbol bana bana liya hai aaj kal. koi hajj kar le toh samajhta hai ke mein ne koi bohat bara kaam kar liya.</w:t>
      </w:r>
      <w:r>
        <w:br/>
      </w:r>
      <w:r>
        <w:rPr>
          <w:sz w:val="20"/>
        </w:rPr>
        <w:t>1:21:52  mujhe. maulana zikwan nazvi ne aik qissa bataya. ke aik train mein do aadmi safar kar rahay thay do musalman.</w:t>
      </w:r>
      <w:r>
        <w:br/>
      </w:r>
      <w:r>
        <w:rPr>
          <w:sz w:val="20"/>
        </w:rPr>
        <w:t>1:22:00  toh baat honay lagi toh aik aadmi ne doosray se poocha. ke aap ka naam kya hai. toh unhon ne bataya ke mera naam hai haji abdulrehman.</w:t>
      </w:r>
      <w:r>
        <w:br/>
      </w:r>
      <w:r>
        <w:rPr>
          <w:sz w:val="20"/>
        </w:rPr>
        <w:t>1:22:11  haji abdulrehman. toh doosray ne poocha un ka naam. ke aap ka naam kya hai. toh unhon ne kaha ke. namazi abdulrahim.</w:t>
      </w:r>
      <w:r>
        <w:br/>
      </w:r>
      <w:r>
        <w:rPr>
          <w:sz w:val="20"/>
        </w:rPr>
        <w:t>1:22:22  toh woh ghussa ho gaye ke yeh yeh kon sa naam hai. namazi abdulrahim. toh mein ne kaha jaise haji abdulrahim waise namazi abdulrahim.</w:t>
      </w:r>
      <w:r>
        <w:br/>
      </w:r>
      <w:r>
        <w:rPr>
          <w:sz w:val="20"/>
        </w:rPr>
        <w:t>1:22:33  toh us ne kaha ke dekhiye. hajj aap ne kiya hai toh bara acha kaam kiya lekin. naam ke sath jor kar kehna ke haji abdulrahim alhajj abdulrahim yeh ghalat hai yeh.</w:t>
      </w:r>
      <w:r>
        <w:br/>
      </w:r>
      <w:r>
        <w:rPr>
          <w:sz w:val="20"/>
        </w:rPr>
        <w:t>1:22:43  agar yeh sahi ho toh humein namazi bhi jorna chahiye ke namazi abdulrahim namazi abdulrehman. toh kyun aisa hai. logon ne hajj ko status symbol bana liya hai.</w:t>
      </w:r>
      <w:r>
        <w:br/>
      </w:r>
      <w:r>
        <w:rPr>
          <w:sz w:val="20"/>
        </w:rPr>
        <w:t>1:22:55  aaj kal. aur asal jo hajj ka jo asal paigham hai. hajj ki jo asal rooh hai. isi ki taraf logon ka dhiyan nahi hai.</w:t>
      </w:r>
    </w:p>
    <w:p>
      <w:pPr>
        <w:pStyle w:val="Heading2"/>
      </w:pPr>
      <w:r>
        <w:t>Caliph Nasir's rain prayer during famine story</w:t>
      </w:r>
    </w:p>
    <w:p>
      <w:r>
        <w:rPr>
          <w:color w:val="666666"/>
          <w:sz w:val="18"/>
        </w:rPr>
        <w:t>LAILATAL-QADR &amp; ITIKAF English Quran Talk Senior CPS member Ms. Fathima Sarah May 5, 2021 · 1m 31s · at 11:34 · https://youtu.be/zziLL9KqmQs?t=694</w:t>
      </w:r>
    </w:p>
    <w:p>
      <w:r>
        <w:rPr>
          <w:i/>
        </w:rPr>
        <w:t>“Another incident is the great famine during Caliph Nasir's reign”</w:t>
      </w:r>
    </w:p>
    <w:p>
      <w:r>
        <w:rPr>
          <w:sz w:val="20"/>
        </w:rPr>
        <w:t>11:34  another incident is that of the great famine and the loss that happened during the reign of caliph nasir.</w:t>
      </w:r>
      <w:r>
        <w:br/>
      </w:r>
      <w:r>
        <w:rPr>
          <w:sz w:val="20"/>
        </w:rPr>
        <w:t>11:43  the caliph sent a messenger to khazi manzar, a judge, asking him to offer collective prayers for rain.</w:t>
      </w:r>
      <w:r>
        <w:br/>
      </w:r>
      <w:r>
        <w:rPr>
          <w:sz w:val="20"/>
        </w:rPr>
        <w:t>11:54  khazi manzar gathered the people in a field with him.</w:t>
      </w:r>
      <w:r>
        <w:br/>
      </w:r>
      <w:r>
        <w:rPr>
          <w:sz w:val="20"/>
        </w:rPr>
        <w:t>11:59  he asked the messenger of the caliph, "well, tell me what the caliph was doing when you left him?" the messenger said, "i have never before seen the caliph as humble as he is today.</w:t>
      </w:r>
      <w:r>
        <w:br/>
      </w:r>
      <w:r>
        <w:rPr>
          <w:sz w:val="20"/>
        </w:rPr>
        <w:t>12:15  he has taken off his crown and his seat on the ground in very simple and old cloth. he had tears in his eyes and he was praying in these words, 'o god,</w:t>
      </w:r>
      <w:r>
        <w:br/>
      </w:r>
      <w:r>
        <w:rPr>
          <w:sz w:val="20"/>
        </w:rPr>
        <w:t>12:29  my forelock is in your hand. are you punishing my people for my sins, even though your decisions are based on justice?'" hearing this, khazi manzar's face lit up.</w:t>
      </w:r>
      <w:r>
        <w:br/>
      </w:r>
      <w:r>
        <w:rPr>
          <w:sz w:val="20"/>
        </w:rPr>
        <w:t>12:43  he said, "it will definitely rain now, for when the king of the earth bows down before god, the king of heaven will shower his mercy."</w:t>
      </w:r>
      <w:r>
        <w:br/>
      </w:r>
      <w:r>
        <w:rPr>
          <w:sz w:val="20"/>
        </w:rPr>
        <w:t>12:55  when people reached their homes after praying, they saw that the sky was full of clouds and then it started raining.</w:t>
      </w:r>
    </w:p>
    <w:p>
      <w:pPr>
        <w:pStyle w:val="Heading2"/>
      </w:pPr>
      <w:r>
        <w:t>Law of nature requires time and planning</w:t>
      </w:r>
    </w:p>
    <w:p>
      <w:r>
        <w:rPr>
          <w:color w:val="666666"/>
          <w:sz w:val="18"/>
        </w:rPr>
        <w:t>Don't Be In A Hurry 09 Nov 2019 - Maulana Wahiduddin Khan · 2m 46s · at 8:06 · https://youtu.be/PzAaMFBJLL8?t=486</w:t>
      </w:r>
    </w:p>
    <w:p>
      <w:r>
        <w:rPr>
          <w:i/>
        </w:rPr>
        <w:t>“To is dunya mein garda ka jo khaliq hai”</w:t>
      </w:r>
    </w:p>
    <w:p>
      <w:r>
        <w:rPr>
          <w:sz w:val="20"/>
        </w:rPr>
        <w:t>8:06  is tarah nahi banta ke shou badtar se khara ho jaye woh, balke woh law of nature hai, us ke mutabiq hota hai.</w:t>
      </w:r>
      <w:r>
        <w:br/>
      </w:r>
      <w:r>
        <w:rPr>
          <w:sz w:val="20"/>
        </w:rPr>
        <w:t>8:21  to wahan se maine seekha ke chahe darakht ka mamla ho, chahe ek insan ki</w:t>
      </w:r>
      <w:r>
        <w:br/>
      </w:r>
      <w:r>
        <w:rPr>
          <w:sz w:val="20"/>
        </w:rPr>
        <w:t>8:32  tarbiyat ka mamla ho ya ek society banane ka mamla ho,</w:t>
      </w:r>
      <w:r>
        <w:br/>
      </w:r>
      <w:r>
        <w:rPr>
          <w:sz w:val="20"/>
        </w:rPr>
        <w:t>8:41  woh is ka jo time hai, woh amal dena parega. Is ke liye jo jo tayyari karna hai, jo kha dena hai, woh sab karna hoga.</w:t>
      </w:r>
      <w:r>
        <w:br/>
      </w:r>
      <w:r>
        <w:rPr>
          <w:sz w:val="20"/>
        </w:rPr>
        <w:t>8:59  tab insan ki personality banegi, tab society tayyar hogi.</w:t>
      </w:r>
      <w:r>
        <w:br/>
      </w:r>
      <w:r>
        <w:rPr>
          <w:sz w:val="20"/>
        </w:rPr>
        <w:t>9:09  to yeh maine apne zaati waqeye se jana. Us waqt mein chota tha, mas shauq mein aisa kiya tha, mein janta kuch nahi tha.</w:t>
      </w:r>
      <w:r>
        <w:br/>
      </w:r>
      <w:r>
        <w:rPr>
          <w:sz w:val="20"/>
        </w:rPr>
        <w:t>9:29  balke agar agar mein kahoon ke maine jo is ke baad jo tehreek chalai thi, chalai, us ki us ka us ko beginning isi waqeye se hui hai,</w:t>
      </w:r>
      <w:r>
        <w:br/>
      </w:r>
      <w:r>
        <w:rPr>
          <w:sz w:val="20"/>
        </w:rPr>
        <w:t>9:48  isi waqeye se.</w:t>
      </w:r>
      <w:r>
        <w:br/>
      </w:r>
      <w:r>
        <w:rPr>
          <w:sz w:val="20"/>
        </w:rPr>
        <w:t>9:53  aur mein India, India ki India ko as a developed society banana, India ko ek as a developed society banana ya Muslim ummat ko as a developed ummat banana,</w:t>
      </w:r>
      <w:r>
        <w:br/>
      </w:r>
      <w:r>
        <w:rPr>
          <w:sz w:val="20"/>
        </w:rPr>
        <w:t>10:13  yeh sab jo hai, maine isi se seekha</w:t>
      </w:r>
      <w:r>
        <w:br/>
      </w:r>
      <w:r>
        <w:rPr>
          <w:sz w:val="20"/>
        </w:rPr>
        <w:t>10:22  keh jo process hai, woh hamein</w:t>
      </w:r>
      <w:r>
        <w:br/>
      </w:r>
      <w:r>
        <w:rPr>
          <w:sz w:val="20"/>
        </w:rPr>
        <w:t>10:29  ikhtiyar karna parega.</w:t>
      </w:r>
      <w:r>
        <w:br/>
      </w:r>
      <w:r>
        <w:rPr>
          <w:sz w:val="20"/>
        </w:rPr>
        <w:t>10:34  kisi aur tareeqay se hum na nation bana sakte, na community bana sakte,</w:t>
      </w:r>
      <w:r>
        <w:br/>
      </w:r>
      <w:r>
        <w:rPr>
          <w:sz w:val="20"/>
        </w:rPr>
        <w:t>10:46  na kuch bana sakte.</w:t>
      </w:r>
    </w:p>
    <w:p>
      <w:pPr>
        <w:pStyle w:val="Heading2"/>
      </w:pPr>
      <w:r>
        <w:t>Minimum worship versus the deeper worship of Ihsan</w:t>
      </w:r>
    </w:p>
    <w:p>
      <w:r>
        <w:rPr>
          <w:color w:val="666666"/>
          <w:sz w:val="18"/>
        </w:rPr>
        <w:t>Love of God 19 Sept 2021 - Prof. Farida Khanam · 2m 02s · at 28:58 · https://youtu.be/mpGeGz_Cfrw?t=1738</w:t>
      </w:r>
    </w:p>
    <w:p>
      <w:r>
        <w:rPr>
          <w:i/>
        </w:rPr>
        <w:t>“Namaz, roza, hajj, zakat — samajh lijiye woh minimum qualification hai”</w:t>
      </w:r>
    </w:p>
    <w:p>
      <w:r>
        <w:rPr>
          <w:sz w:val="20"/>
        </w:rPr>
        <w:t>28:58  wada aur wazeh kar dein.</w:t>
      </w:r>
      <w:r>
        <w:br/>
      </w:r>
      <w:r>
        <w:rPr>
          <w:sz w:val="20"/>
        </w:rPr>
        <w:t>29:04  worship to dekhiye, jo hum logon ko batai gayi hai, namaz, roza, hajj, zakat, woh to samajh lijiye</w:t>
      </w:r>
      <w:r>
        <w:br/>
      </w:r>
      <w:r>
        <w:rPr>
          <w:sz w:val="20"/>
        </w:rPr>
        <w:t>29:10  ke woh minimum hai, minimum qualification hai Khuda se talluq ki.</w:t>
      </w:r>
      <w:r>
        <w:br/>
      </w:r>
      <w:r>
        <w:rPr>
          <w:sz w:val="20"/>
        </w:rPr>
        <w:t>29:16  lekin is ko jab hum aur zyada gehrai mein jayenge, is ki marifat wali hum worship karenge.</w:t>
      </w:r>
      <w:r>
        <w:br/>
      </w:r>
      <w:r>
        <w:rPr>
          <w:sz w:val="20"/>
        </w:rPr>
        <w:t>29:22  ek baar rasool Allah salallaho alaihi wasallam ke paas</w:t>
      </w:r>
      <w:r>
        <w:br/>
      </w:r>
      <w:r>
        <w:rPr>
          <w:sz w:val="20"/>
        </w:rPr>
        <w:t>29:29  kuch log baithe hue the to ek aadmi aaye, bohat hi saaf kapda pehne hue.</w:t>
      </w:r>
      <w:r>
        <w:br/>
      </w:r>
      <w:r>
        <w:rPr>
          <w:sz w:val="20"/>
        </w:rPr>
        <w:t>29:35  matlab is zamane mein woh koi gaadiyan aur car to hoti nahi thi, log safar karte the jo</w:t>
      </w:r>
      <w:r>
        <w:br/>
      </w:r>
      <w:r>
        <w:rPr>
          <w:sz w:val="20"/>
        </w:rPr>
        <w:t>29:41  aisi onton par, to safar mein kapde wupde kharab ho jate the.</w:t>
      </w:r>
      <w:r>
        <w:br/>
      </w:r>
      <w:r>
        <w:rPr>
          <w:sz w:val="20"/>
        </w:rPr>
        <w:t>29:47  to woh bohat saaf suthre kapde mein aaya aur us ne kuch sawalat puche.</w:t>
      </w:r>
      <w:r>
        <w:br/>
      </w:r>
      <w:r>
        <w:rPr>
          <w:sz w:val="20"/>
        </w:rPr>
        <w:t>29:53  is mein se ek sawal yeh tha ke: "tum ke Khuda ki worship aisa karo ke</w:t>
      </w:r>
      <w:r>
        <w:br/>
      </w:r>
      <w:r>
        <w:rPr>
          <w:sz w:val="20"/>
        </w:rPr>
        <w:t>29:59  jaise ke tum Khuda ko dekh rahe ho, aur agar tum Khuda ko dekh nahi rahe ho to</w:t>
      </w:r>
      <w:r>
        <w:br/>
      </w:r>
      <w:r>
        <w:rPr>
          <w:sz w:val="20"/>
        </w:rPr>
        <w:t>30:05  Khuda tum ko dekh raha hai." to yeh jo excellence, ehsan wala darja tha, to yeh tha marifat wala.</w:t>
      </w:r>
      <w:r>
        <w:br/>
      </w:r>
      <w:r>
        <w:rPr>
          <w:sz w:val="20"/>
        </w:rPr>
        <w:t>30:11  ek hai ke jo aam log worship karte hain ke unhon ne sab kuch yaad kiya hua hota</w:t>
      </w:r>
      <w:r>
        <w:br/>
      </w:r>
      <w:r>
        <w:rPr>
          <w:sz w:val="20"/>
        </w:rPr>
        <w:t>30:17  hai, us ko time time par woh padh lete hain, aur ek hai bohat hi ghaur o fikr</w:t>
      </w:r>
      <w:r>
        <w:br/>
      </w:r>
      <w:r>
        <w:rPr>
          <w:sz w:val="20"/>
        </w:rPr>
        <w:t>30:23  ke sath, bohat hi Khuda ko yaad karte hue, khushu o khuzu wali ibadat</w:t>
      </w:r>
      <w:r>
        <w:br/>
      </w:r>
      <w:r>
        <w:rPr>
          <w:sz w:val="20"/>
        </w:rPr>
        <w:t>30:29  karna.</w:t>
      </w:r>
      <w:r>
        <w:br/>
      </w:r>
      <w:r>
        <w:rPr>
          <w:sz w:val="20"/>
        </w:rPr>
        <w:t>30:34  to yeh hoti hai marifat wali worship.</w:t>
      </w:r>
      <w:r>
        <w:br/>
      </w:r>
      <w:r>
        <w:rPr>
          <w:sz w:val="20"/>
        </w:rPr>
        <w:t>30:38  to yeh khuda ki marifat hasil karne ke liye is ko bohat hi zyada gehrai se is mein jana hoga.</w:t>
      </w:r>
      <w:r>
        <w:br/>
      </w:r>
      <w:r>
        <w:rPr>
          <w:sz w:val="20"/>
        </w:rPr>
        <w:t>30:42  ibadat to wahi rahengi, lekin is ki spirit ko bohat zyada, bohat zyada spirit is ke andar</w:t>
      </w:r>
      <w:r>
        <w:br/>
      </w:r>
      <w:r>
        <w:rPr>
          <w:sz w:val="20"/>
        </w:rPr>
        <w:t>30:47  paida karna hoga.</w:t>
      </w:r>
      <w:r>
        <w:br/>
      </w:r>
      <w:r>
        <w:rPr>
          <w:sz w:val="20"/>
        </w:rPr>
        <w:t>30:51  tab hamare andar khuda ki marifat paida hogi.</w:t>
      </w:r>
      <w:r>
        <w:br/>
      </w:r>
      <w:r>
        <w:rPr>
          <w:sz w:val="20"/>
        </w:rPr>
        <w:t>30:56  jaise ke sahaba log karte the</w:t>
      </w:r>
    </w:p>
    <w:p>
      <w:pPr>
        <w:pStyle w:val="Heading2"/>
      </w:pPr>
      <w:r>
        <w:t>Old editor: sincerity is the rarest thing on earth</w:t>
      </w:r>
    </w:p>
    <w:p>
      <w:r>
        <w:rPr>
          <w:color w:val="666666"/>
          <w:sz w:val="18"/>
        </w:rPr>
        <w:t>The Glory Of God 5 February 2006 - Maulana Wahiduddin Khan · 2m 10s · at 24:11 · https://youtu.be/Yah55gLyV8I?t=1451</w:t>
      </w:r>
    </w:p>
    <w:p>
      <w:r>
        <w:rPr>
          <w:i/>
        </w:rPr>
        <w:t>“Amreeka se ek parcha nikalta tha, Plain Truth”</w:t>
      </w:r>
    </w:p>
    <w:p>
      <w:r>
        <w:rPr>
          <w:sz w:val="20"/>
        </w:rPr>
        <w:t>24:11  aik martaba America se aik percha nikalta tha, is ka naam tha Plain Truth.</w:t>
      </w:r>
      <w:r>
        <w:br/>
      </w:r>
      <w:r>
        <w:rPr>
          <w:sz w:val="20"/>
        </w:rPr>
        <w:t>24:20  mujhe nahi maloom ke ab nikalta hai ke nahi nikalta hai.</w:t>
      </w:r>
      <w:r>
        <w:br/>
      </w:r>
      <w:r>
        <w:rPr>
          <w:sz w:val="20"/>
        </w:rPr>
        <w:t>24:23  pehlay mein is ko barabar parhta tha.</w:t>
      </w:r>
      <w:r>
        <w:br/>
      </w:r>
      <w:r>
        <w:rPr>
          <w:sz w:val="20"/>
        </w:rPr>
        <w:t>24:28  Plain Truth.</w:t>
      </w:r>
      <w:r>
        <w:br/>
      </w:r>
      <w:r>
        <w:rPr>
          <w:sz w:val="20"/>
        </w:rPr>
        <w:t>24:32  shayad aik million copy chapti thi is ki aur bohat phailti thi har jagah. to is ka jo editor tha jab mar gaya, us waqt isi saal ka ho chuka tha.</w:t>
      </w:r>
      <w:r>
        <w:br/>
      </w:r>
      <w:r>
        <w:rPr>
          <w:sz w:val="20"/>
        </w:rPr>
        <w:t>24:44  to</w:t>
      </w:r>
      <w:r>
        <w:br/>
      </w:r>
      <w:r>
        <w:rPr>
          <w:sz w:val="20"/>
        </w:rPr>
        <w:t>24:45  apne marne se kuch pehle is ne</w:t>
      </w:r>
      <w:r>
        <w:br/>
      </w:r>
      <w:r>
        <w:rPr>
          <w:sz w:val="20"/>
        </w:rPr>
        <w:t>24:52  aik article likha jo Plain Truth mein chapa. is ko mein ne parha tha. to</w:t>
      </w:r>
      <w:r>
        <w:br/>
      </w:r>
      <w:r>
        <w:rPr>
          <w:sz w:val="20"/>
        </w:rPr>
        <w:t>25:00  us boodhay insaan ne jo American tha.</w:t>
      </w:r>
      <w:r>
        <w:br/>
      </w:r>
      <w:r>
        <w:rPr>
          <w:sz w:val="20"/>
        </w:rPr>
        <w:t>25:09  us ne likha tha ke agar koi mujh se pooche ke dunya mein sab se kam cheez kya hai? dunya mein sab se kam cheez kya hai?</w:t>
      </w:r>
      <w:r>
        <w:br/>
      </w:r>
      <w:r>
        <w:rPr>
          <w:sz w:val="20"/>
        </w:rPr>
        <w:t>25:23  to mein yeh nahi kahoon ga ke sona ya platinum, radium.</w:t>
      </w:r>
      <w:r>
        <w:br/>
      </w:r>
      <w:r>
        <w:rPr>
          <w:sz w:val="20"/>
        </w:rPr>
        <w:t>25:29  nahi. sab se kam cheez hai sincerity.</w:t>
      </w:r>
      <w:r>
        <w:br/>
      </w:r>
      <w:r>
        <w:rPr>
          <w:sz w:val="20"/>
        </w:rPr>
        <w:t>25:39  sincerity.</w:t>
      </w:r>
      <w:r>
        <w:br/>
      </w:r>
      <w:r>
        <w:rPr>
          <w:sz w:val="20"/>
        </w:rPr>
        <w:t>25:43  yaad rakhiye ke sincerity is the beginning of all kind of knowledge.</w:t>
      </w:r>
      <w:r>
        <w:br/>
      </w:r>
      <w:r>
        <w:rPr>
          <w:sz w:val="20"/>
        </w:rPr>
        <w:t>25:50  no sincerity, no discovery.</w:t>
      </w:r>
      <w:r>
        <w:br/>
      </w:r>
      <w:r>
        <w:rPr>
          <w:sz w:val="20"/>
        </w:rPr>
        <w:t>25:57  jab tak insaan sincere na ho, woh kisi bhi cheez ko discover nahi kar sakta. hatta ke cheunti ko bhi discover nahi kar sakta.</w:t>
      </w:r>
      <w:r>
        <w:br/>
      </w:r>
      <w:r>
        <w:rPr>
          <w:sz w:val="20"/>
        </w:rPr>
        <w:t>26:11  to sincerity zaroori hai sachai ko paanay ke liye. Khuda ko paanay ke liye. haqeeqat ko paanay ke liye.</w:t>
      </w:r>
    </w:p>
    <w:p>
      <w:pPr>
        <w:pStyle w:val="Heading2"/>
      </w:pPr>
      <w:r>
        <w:t>Ritual completion of Quran recitation without understanding is empty</w:t>
      </w:r>
    </w:p>
    <w:p>
      <w:r>
        <w:rPr>
          <w:color w:val="666666"/>
          <w:sz w:val="18"/>
        </w:rPr>
        <w:t>Ramadan and Roza July 14, 2013 · 2m 22s · at 37:37 · https://youtu.be/M2p3NR5pF7c?t=2257</w:t>
      </w:r>
    </w:p>
    <w:p>
      <w:r>
        <w:rPr>
          <w:i/>
        </w:rPr>
        <w:t>“Ramzan mein ek pur-israr lafz hai: khatm-e-Quran”</w:t>
      </w:r>
    </w:p>
    <w:p>
      <w:r>
        <w:rPr>
          <w:sz w:val="20"/>
        </w:rPr>
        <w:t>37:37  lekin amalan kya hai? ramzan ke zamane mein ek lafz hai, purasrar khatm-e-quran. ek purasrar lafz hai, khatm-e-quran.</w:t>
      </w:r>
      <w:r>
        <w:br/>
      </w:r>
      <w:r>
        <w:rPr>
          <w:sz w:val="20"/>
        </w:rPr>
        <w:t>37:48  yani foran foran foran foran foran foran padh kar khatm kar dena, yeh to kuch bhi nahi.</w:t>
      </w:r>
      <w:r>
        <w:br/>
      </w:r>
      <w:r>
        <w:rPr>
          <w:sz w:val="20"/>
        </w:rPr>
        <w:t>37:54  yani sare ramzan mein hi hota hai, log masjidon mein jama hote hain, taraveeh padhi jati hai aur quran foran foran foran foran foran padhaya jata hai aur samajhte hain ke hum ne quran khatm kar liya.</w:t>
      </w:r>
      <w:r>
        <w:br/>
      </w:r>
      <w:r>
        <w:rPr>
          <w:sz w:val="20"/>
        </w:rPr>
        <w:t>38:09  to is ke bare mein ek hadith maujood hai</w:t>
      </w:r>
      <w:r>
        <w:br/>
      </w:r>
      <w:r>
        <w:rPr>
          <w:sz w:val="20"/>
        </w:rPr>
        <w:t>38:11  sahih bukhari mein ke hazrat aisha ke zamane mein kuch log aisa karte the, foran foran padhte the aur foran foran khatm karte the.</w:t>
      </w:r>
      <w:r>
        <w:br/>
      </w:r>
      <w:r>
        <w:rPr>
          <w:sz w:val="20"/>
        </w:rPr>
        <w:t>38:22  to hazrat aisha se bataya gaya ke kuch log aisa karte hain. to unhone kya kaha? unhone kaha ke 'awlaika qara'u wa lam yaqra'u' yani unhone padha magar unhone nahi padha.</w:t>
      </w:r>
      <w:r>
        <w:br/>
      </w:r>
      <w:r>
        <w:rPr>
          <w:sz w:val="20"/>
        </w:rPr>
        <w:t>38:40  qara'u wa lam yaqra'u unhone padha magar unhone nahi padha. kyunke foran foran foran padh kar khatm karna, yeh to koi kaam hi nahi hai. yeh to koi kaam hi nahi hai.</w:t>
      </w:r>
      <w:r>
        <w:br/>
      </w:r>
      <w:r>
        <w:rPr>
          <w:sz w:val="20"/>
        </w:rPr>
        <w:t>38:52  kaam to hai mutala karna, ghor-o-fikr karna, is ke mani ko daryaft karna aur quran ke banat ki roshni mein apni zindagi ki, yani quran ke aaine mein apne aap ko dekhna.</w:t>
      </w:r>
      <w:r>
        <w:br/>
      </w:r>
      <w:r>
        <w:rPr>
          <w:sz w:val="20"/>
        </w:rPr>
        <w:t>39:07  jis tarah se aaine mein aap apna chehra dekhein aur chehre par dhabba ho to aaina batayega, phir us ko saaf karenge aap.</w:t>
      </w:r>
      <w:r>
        <w:br/>
      </w:r>
      <w:r>
        <w:rPr>
          <w:sz w:val="20"/>
        </w:rPr>
        <w:t>39:17  to kaha ke quran ke aaine mein apna chehra dekhna aur jahan jahan quran bataye ke dhabba hai, wahan wahan theek karna, us ki islaah karna.</w:t>
      </w:r>
      <w:r>
        <w:br/>
      </w:r>
      <w:r>
        <w:rPr>
          <w:sz w:val="20"/>
        </w:rPr>
        <w:t>39:30  to us waqt jo riwaj hai musalmanon mein khatm-e-quran ka, is ka koi talluq islam se nahi hai, kuch bhi talluq nahi hai islam se.</w:t>
      </w:r>
      <w:r>
        <w:br/>
      </w:r>
      <w:r>
        <w:rPr>
          <w:sz w:val="20"/>
        </w:rPr>
        <w:t>39:40  islam jo hai, jo chahta hai woh yeh ke aap quran ka mutala karein, quran ka ghor-o-fikr karein, quran ke mani ko daryaft karein, quran mein ke jo ahkam hain, us ki roshni mein aap ab us ko apne upar apply karein,</w:t>
      </w:r>
      <w:r>
        <w:br/>
      </w:r>
      <w:r>
        <w:rPr>
          <w:sz w:val="20"/>
        </w:rPr>
        <w:t>39:56  apply kar ke dekhein.</w:t>
      </w:r>
    </w:p>
    <w:p>
      <w:pPr>
        <w:pStyle w:val="Heading2"/>
      </w:pPr>
      <w:r>
        <w:t>proof that people actually read the Qurans they received</w:t>
      </w:r>
    </w:p>
    <w:p>
      <w:r>
        <w:rPr>
          <w:color w:val="666666"/>
          <w:sz w:val="18"/>
        </w:rPr>
        <w:t>Experience Sharing of CPS Member, Jaipur Literature Festival 2013 February 3, 2013 · 1m 26s · at 13:44 · https://youtu.be/ujlDnK5Wg3M?t=824</w:t>
      </w:r>
    </w:p>
    <w:p>
      <w:r>
        <w:rPr>
          <w:i/>
        </w:rPr>
        <w:t>“I kept wondering — do these people really read it or just keep it?”</w:t>
      </w:r>
    </w:p>
    <w:p>
      <w:r>
        <w:rPr>
          <w:sz w:val="20"/>
        </w:rPr>
        <w:t>13:44  Par ab jab ghar wapas aayi main to mere paas jitne Quran rakhe the, main ne sab bag mein daal diye. Aur just andar se jaise ek awaz aati hai ke bas mujhe dena hai aur mujhe pata hai main de dungi.</w:t>
      </w:r>
      <w:r>
        <w:br/>
      </w:r>
      <w:r>
        <w:rPr>
          <w:sz w:val="20"/>
        </w:rPr>
        <w:t>13:55  To wahan jaane se mujhe yeh himmat mili. Aur bahut baar hua jab aisa hota hai ke log chale jate hain aap ko ignore kar ke and they come back to you and they ask for</w:t>
      </w:r>
      <w:r>
        <w:br/>
      </w:r>
      <w:r>
        <w:rPr>
          <w:sz w:val="20"/>
        </w:rPr>
        <w:t>14:08  Quran. And there would be times when, you know, we were surrounded by people who would be asking for Quran. It was, I can't, you know, I don't have words to describe that feeling when there were people all around and they were extending their hands ke mujhe bhi do aur mujhe bhi do, mujhe bhi do.</w:t>
      </w:r>
      <w:r>
        <w:br/>
      </w:r>
      <w:r>
        <w:rPr>
          <w:sz w:val="20"/>
        </w:rPr>
        <w:t>14:25  We were running to each other for Quran. And</w:t>
      </w:r>
      <w:r>
        <w:br/>
      </w:r>
      <w:r>
        <w:rPr>
          <w:sz w:val="20"/>
        </w:rPr>
        <w:t>14:31  while I was giving away the Quran, I was constantly thinking ke kya yeh log sach mein padhte bhi hain ya sirf le ja ke rakh dete honge? To jaise mujhe mera jawab dene ke liye Allah taala ne mujhe dikhaya andar festival mein hum log gaye the.</w:t>
      </w:r>
      <w:r>
        <w:br/>
      </w:r>
      <w:r>
        <w:rPr>
          <w:sz w:val="20"/>
        </w:rPr>
        <w:t>14:45  To wahan pe there was this girl jisko main ne Quran diya tha.</w:t>
      </w:r>
      <w:r>
        <w:br/>
      </w:r>
      <w:r>
        <w:rPr>
          <w:sz w:val="20"/>
        </w:rPr>
        <w:t>14:49  So she was reading another book. And after a while I saw her, she had put down the other book and she was reading Quran. So that was one thing I saw.</w:t>
      </w:r>
      <w:r>
        <w:br/>
      </w:r>
      <w:r>
        <w:rPr>
          <w:sz w:val="20"/>
        </w:rPr>
        <w:t>14:59  And then there was this another old man who was sitting there, he was also reading Quran. So I got my proof that yes, people do take it and they read it also.</w:t>
      </w:r>
    </w:p>
    <w:p>
      <w:pPr>
        <w:pStyle w:val="Heading2"/>
      </w:pPr>
      <w:r>
        <w:t>Hadith on endless violence and its prediction</w:t>
      </w:r>
    </w:p>
    <w:p>
      <w:r>
        <w:rPr>
          <w:color w:val="666666"/>
          <w:sz w:val="18"/>
        </w:rPr>
        <w:t>Ideology of Life December 29, 2013 Maulana Wahiduddin Khan · 2m 30s · at 2:39 · https://youtu.be/N5psCFw23MI?t=159</w:t>
      </w:r>
    </w:p>
    <w:p>
      <w:r>
        <w:rPr>
          <w:i/>
        </w:rPr>
        <w:t>“to mujhe ek hadees yaad aayi”</w:t>
      </w:r>
    </w:p>
    <w:p>
      <w:r>
        <w:rPr>
          <w:sz w:val="20"/>
        </w:rPr>
        <w:t>2:39  aisa kyun? yeh koi simple baat nahin hai, yeh bohat hi bari baat hai. to mujhe aik hadith yaad aayi, is hadith mein ab bohat ajeeb tor par is ka explanation milta hai.</w:t>
      </w:r>
      <w:r>
        <w:br/>
      </w:r>
      <w:r>
        <w:rPr>
          <w:sz w:val="20"/>
        </w:rPr>
        <w:t>2:56  aik hadith hai ke: "as a wazir safe of your ummati lam yurf'a anha hatta yoom al qiyamah" ke meri ummat mein jab talwar dakhil hogi to woh qayamat tak phir nikle gi nahin.</w:t>
      </w:r>
      <w:r>
        <w:br/>
      </w:r>
      <w:r>
        <w:rPr>
          <w:sz w:val="20"/>
        </w:rPr>
        <w:t>3:15  to mein ne socha ke aakhir talwar agar dakhil hogi to kyun qayamat tak chalti rahe gi, kyun? jaisa ke aap dekh rahe hain aap, yahi to hai.</w:t>
      </w:r>
      <w:r>
        <w:br/>
      </w:r>
      <w:r>
        <w:rPr>
          <w:sz w:val="20"/>
        </w:rPr>
        <w:t>3:28  kyun ke hamesha aisa hota hai dekhen ke larai ka ek had hoti hai. First World War ki ek had thi, Second World War ki ek had thi. ek had par ja kar khatm ho gayi.</w:t>
      </w:r>
      <w:r>
        <w:br/>
      </w:r>
      <w:r>
        <w:rPr>
          <w:sz w:val="20"/>
        </w:rPr>
        <w:t>3:40  ya musalmanon mein kyun aisa hoga ke talwar chalti hi rahe gi, chalti hi rahe gi. is ko kehte hain justified militancy, justified violence.</w:t>
      </w:r>
      <w:r>
        <w:br/>
      </w:r>
      <w:r>
        <w:rPr>
          <w:sz w:val="20"/>
        </w:rPr>
        <w:t>3:58  yani musalmanon mein yeh yeh yeh prediction tha rasool Allah sal Allah alaih wasallam ka ke musalmanon mein ek ek ideology develop kare gi, system based ideology.</w:t>
      </w:r>
      <w:r>
        <w:br/>
      </w:r>
      <w:r>
        <w:rPr>
          <w:sz w:val="20"/>
        </w:rPr>
        <w:t>4:11  yani musalman yeh samajh len ke hamein dunya mein islami nizam qaim karna hai.</w:t>
      </w:r>
      <w:r>
        <w:br/>
      </w:r>
      <w:r>
        <w:rPr>
          <w:sz w:val="20"/>
        </w:rPr>
        <w:t>4:18  yani that was an innovation. yeh Islam mein kahin aisa nahi hai ke hamari duty hai ke hum dunya mein islami hukumat qaim karen. yeh aisi aisa kahin nahi hai.</w:t>
      </w:r>
      <w:r>
        <w:br/>
      </w:r>
      <w:r>
        <w:rPr>
          <w:sz w:val="20"/>
        </w:rPr>
        <w:t>4:30  to yeh prediction tha ke ek daur aayega ke musalmanon mein yeh zehan banega.</w:t>
      </w:r>
      <w:r>
        <w:br/>
      </w:r>
      <w:r>
        <w:rPr>
          <w:sz w:val="20"/>
        </w:rPr>
        <w:t>4:39  to is ke baad kya karenge woh? jab woh chahenge ke islami hukumat qaim karen to koi na koi tarjeeh qaim hogi. to is ko hatana hai, is ko depose karna hai, is ko overthrow karna hai.</w:t>
      </w:r>
      <w:r>
        <w:br/>
      </w:r>
      <w:r>
        <w:rPr>
          <w:sz w:val="20"/>
        </w:rPr>
        <w:t>4:52  to woh to hate ga nahi marzi se apni, to violence karenge. that is justified violence. yani insaaf qaim karne ke liye, justice qaim karne ke liye, islami hukumat qaim karne ke liye, Khuda ki hukumat qaim karne ke liye.</w:t>
      </w:r>
    </w:p>
    <w:p>
      <w:pPr>
        <w:pStyle w:val="Heading2"/>
      </w:pPr>
      <w:r>
        <w:t>Advice to a grieving mother: trust God, not people</w:t>
      </w:r>
    </w:p>
    <w:p>
      <w:r>
        <w:rPr>
          <w:color w:val="666666"/>
          <w:sz w:val="18"/>
        </w:rPr>
        <w:t>Love of God April 10, 2011 · 2m 24s · at 1:30:32 · https://youtu.be/Pt1wxMp7nvE?t=5432</w:t>
      </w:r>
    </w:p>
    <w:p>
      <w:r>
        <w:rPr>
          <w:i/>
        </w:rPr>
        <w:t>“میری دو لڑکیاں ہیں، یہ دونوں چھوٹی تھیں جب میں بیوہ ہو گئی”</w:t>
      </w:r>
    </w:p>
    <w:p>
      <w:r>
        <w:rPr>
          <w:sz w:val="20"/>
        </w:rPr>
        <w:t>1:30:32  Miss Fatima ne Bangalore se sawal kiya hai. unhon ne likha hai meri do larkiyan hain, yeh dono choti theen jab mein bewa ho gayi.</w:t>
      </w:r>
      <w:r>
        <w:br/>
      </w:r>
      <w:r>
        <w:rPr>
          <w:sz w:val="20"/>
        </w:rPr>
        <w:t>1:30:43  mein ne bachpan se in ko pala, in ko taleem di, in ki shadi ki, magar woh mujh se acha barta'o nahin karti hain.</w:t>
      </w:r>
      <w:r>
        <w:br/>
      </w:r>
      <w:r>
        <w:rPr>
          <w:sz w:val="20"/>
        </w:rPr>
        <w:t>1:30:53  yahan tak ke ab woh mujh se baat bhi nahin karti hain. mein bohat pareshan hoon. Maulana, mein kya karoon? aap un se kyun umeed rakhtay hain?</w:t>
      </w:r>
      <w:r>
        <w:br/>
      </w:r>
      <w:r>
        <w:rPr>
          <w:sz w:val="20"/>
        </w:rPr>
        <w:t>1:31:03  Allah se umeed kijiye, aur bachiyon se umeed kyun kartay hain?</w:t>
      </w:r>
      <w:r>
        <w:br/>
      </w:r>
      <w:r>
        <w:rPr>
          <w:sz w:val="20"/>
        </w:rPr>
        <w:t>1:31:10  Allah se umeed ki denay wala Allah hai, bachiyan denay wali nahin hain. mein yeh kahoon ga ke bachiyon ke muamlay mein aap sabr kijiye,</w:t>
      </w:r>
      <w:r>
        <w:br/>
      </w:r>
      <w:r>
        <w:rPr>
          <w:sz w:val="20"/>
        </w:rPr>
        <w:t>1:31:24  aur jo kuch aap ko chahiye, woh Allah se mangiye. yeh mein kahoon ga.</w:t>
      </w:r>
      <w:r>
        <w:br/>
      </w:r>
      <w:r>
        <w:rPr>
          <w:sz w:val="20"/>
        </w:rPr>
        <w:t>1:31:35  bachiyan dein, tab bhi kuch aap ko nahin milnay wala, na dein, tab bhi aap se kuch chheenay wala nahin hai. kyunke hadees ke mutabiq, Quran ke mutabiq, chheenay wala bhi Khuda hai, aur denay wala bhi Khuda hai.</w:t>
      </w:r>
      <w:r>
        <w:br/>
      </w:r>
      <w:r>
        <w:rPr>
          <w:sz w:val="20"/>
        </w:rPr>
        <w:t>1:31:47  to bachiyon ke dene aur chhenne se koi farq nahin padega. to bachiyon ka, yaani main samajhta hoon ke apne ko tension free banaiye.</w:t>
      </w:r>
      <w:r>
        <w:br/>
      </w:r>
      <w:r>
        <w:rPr>
          <w:sz w:val="20"/>
        </w:rPr>
        <w:t>1:31:59  bachiyon ko le kar aap tension mein jiyen, yeh to bahut hi bada nuksan hai.</w:t>
      </w:r>
      <w:r>
        <w:br/>
      </w:r>
      <w:r>
        <w:rPr>
          <w:sz w:val="20"/>
        </w:rPr>
        <w:t>1:32:06  mera to formula yeh hai ke save your self, apne ko bachao. doosre ki khatir aap log halak kyun karen?</w:t>
      </w:r>
      <w:r>
        <w:br/>
      </w:r>
      <w:r>
        <w:rPr>
          <w:sz w:val="20"/>
        </w:rPr>
        <w:t>1:32:16  yaani doosre ke khilaf ki khatir aap log kyun halak karen ke doosre bigad gaye? doosre hum ko expectations poore nahin hote? to theek hai, woh to ho gaya jo hua.</w:t>
      </w:r>
      <w:r>
        <w:br/>
      </w:r>
      <w:r>
        <w:rPr>
          <w:sz w:val="20"/>
        </w:rPr>
        <w:t>1:32:26  ab hum tension ke liye kyun baithe rahen?</w:t>
      </w:r>
      <w:r>
        <w:br/>
      </w:r>
      <w:r>
        <w:rPr>
          <w:sz w:val="20"/>
        </w:rPr>
        <w:t>1:32:29  to main yahi kahunga ke aap bachiyon ko bhula dijiye, un ke liye duaen kijiye ke Allah unhein hidayat de. aur jahan tak aap ka mamla hai, to apne ko jo aap ko jo kuch chahiye, us ke liye, us ke liye aap Khuda se dua kijiye.</w:t>
      </w:r>
      <w:r>
        <w:br/>
      </w:r>
      <w:r>
        <w:rPr>
          <w:sz w:val="20"/>
        </w:rPr>
        <w:t>1:32:45  apne haath paon ko istemal kijiye, aur Khuda se dua kijiye.</w:t>
      </w:r>
      <w:r>
        <w:br/>
      </w:r>
      <w:r>
        <w:rPr>
          <w:sz w:val="20"/>
        </w:rPr>
        <w:t>1:32:51  yahi ek hi tareeqa hai, aur koi doosra tareeqa nahin hai.</w:t>
      </w:r>
    </w:p>
    <w:p>
      <w:pPr>
        <w:pStyle w:val="Heading2"/>
      </w:pPr>
      <w:r>
        <w:t>Newton's patience and concentration built modern science</w:t>
      </w:r>
    </w:p>
    <w:p>
      <w:r>
        <w:rPr>
          <w:color w:val="666666"/>
          <w:sz w:val="18"/>
        </w:rPr>
        <w:t>Power of Peace June 6, 2010 Maulana Wahiduddin Khan · 2m 40s · at 3:06 · https://youtu.be/QNnouRoYI38?t=186</w:t>
      </w:r>
    </w:p>
    <w:p>
      <w:r>
        <w:rPr>
          <w:i/>
        </w:rPr>
        <w:t>“Newton ka naam bahut bara hai”</w:t>
      </w:r>
    </w:p>
    <w:p>
      <w:r>
        <w:rPr>
          <w:sz w:val="20"/>
        </w:rPr>
        <w:t>3:06  dekhein, newton ka naam bohat bara hai.</w:t>
      </w:r>
      <w:r>
        <w:br/>
      </w:r>
      <w:r>
        <w:rPr>
          <w:sz w:val="20"/>
        </w:rPr>
        <w:t>3:12  is ki death hui thi 1727 mein. 1727 mein. woh founder of modern science mana jata hai.</w:t>
      </w:r>
      <w:r>
        <w:br/>
      </w:r>
      <w:r>
        <w:rPr>
          <w:sz w:val="20"/>
        </w:rPr>
        <w:t>3:26  to is ke baray mein kaha jata hai ke jab chota tha woh, idhar udhar chup chap khara rehta tha. chup chap. to us ko kaha jata tha "wool gatherer".</w:t>
      </w:r>
      <w:r>
        <w:br/>
      </w:r>
      <w:r>
        <w:rPr>
          <w:sz w:val="20"/>
        </w:rPr>
        <w:t>3:40  "Wool gatherer".</w:t>
      </w:r>
      <w:r>
        <w:br/>
      </w:r>
      <w:r>
        <w:rPr>
          <w:sz w:val="20"/>
        </w:rPr>
        <w:t>3:43  baad ko maloom hua ke is ke andar concentration ki bohat zabardast taqat thi. Concentration. yani kisi aik point par bohat ziyada sochna.</w:t>
      </w:r>
      <w:r>
        <w:br/>
      </w:r>
      <w:r>
        <w:rPr>
          <w:sz w:val="20"/>
        </w:rPr>
        <w:t>3:58  dekhein, yeh sabr ke baghair nahi ho sakta. aap aik so aik cheezon se sabr karte hain, tab aap concentrate karte hain.</w:t>
      </w:r>
      <w:r>
        <w:br/>
      </w:r>
      <w:r>
        <w:rPr>
          <w:sz w:val="20"/>
        </w:rPr>
        <w:t>4:09  jaise aaj meri baat cheet hui aik aik lady se,</w:t>
      </w:r>
      <w:r>
        <w:br/>
      </w:r>
      <w:r>
        <w:rPr>
          <w:sz w:val="20"/>
        </w:rPr>
        <w:t>4:13  to unho ne kaha ke mera bachcha jab rota hai to mera dil tarpne lagta hai. maine kaha ke agar bachche ke rone par aap sabr karein to aap bohat bara faida milega aap ko.</w:t>
      </w:r>
      <w:r>
        <w:br/>
      </w:r>
      <w:r>
        <w:rPr>
          <w:sz w:val="20"/>
        </w:rPr>
        <w:t>4:26  bachcha jab rota hai to nature us ki exercise karwati hai. bachcha daur to sakta nahi, to wohi exercise us ki—rone se sara exercise hoti hai—yeh jo hai na, yeh sab.</w:t>
      </w:r>
      <w:r>
        <w:br/>
      </w:r>
      <w:r>
        <w:rPr>
          <w:sz w:val="20"/>
        </w:rPr>
        <w:t>4:38  haath paon maarta hai.</w:t>
      </w:r>
      <w:r>
        <w:br/>
      </w:r>
      <w:r>
        <w:rPr>
          <w:sz w:val="20"/>
        </w:rPr>
        <w:t>4:42  to bachche ka rona bachche ki exercise hai. ab chunke maein jo hain ya baap jo hain, sabr nahi kar paate, daurte hain us ko god mein le lete hain.</w:t>
      </w:r>
      <w:r>
        <w:br/>
      </w:r>
      <w:r>
        <w:rPr>
          <w:sz w:val="20"/>
        </w:rPr>
        <w:t>4:54  kya hua? unho ne us ko—us process ko—stop kar diya. Exercise ke process ko stop kar diya.</w:t>
      </w:r>
      <w:r>
        <w:br/>
      </w:r>
      <w:r>
        <w:rPr>
          <w:sz w:val="20"/>
        </w:rPr>
        <w:t>5:04  us ko kamzor bana diya.</w:t>
      </w:r>
      <w:r>
        <w:br/>
      </w:r>
      <w:r>
        <w:rPr>
          <w:sz w:val="20"/>
        </w:rPr>
        <w:t>5:07  to sabr ko jahan bhi aap dekhein, to mein newton ko keh raha tha ke newton jo hai, baad ko us ne poocha gaya tha, us ne kaha ke "I have no special sagacity; only the power of patient thought".</w:t>
      </w:r>
      <w:r>
        <w:br/>
      </w:r>
      <w:r>
        <w:rPr>
          <w:sz w:val="20"/>
        </w:rPr>
        <w:t>5:23  yani mere andar koi alag dhang ki liyaqat nahi hai, special qism ki. aik hi cheez mere andar hai ke bohat ziyada patiently sochna.</w:t>
      </w:r>
      <w:r>
        <w:br/>
      </w:r>
      <w:r>
        <w:rPr>
          <w:sz w:val="20"/>
        </w:rPr>
        <w:t>5:36  kisi aik cheez par focus kar ke patiently sochna, yeh meri taqat hai. is se woh founder of modern science ban gaya.</w:t>
      </w:r>
    </w:p>
    <w:p>
      <w:pPr>
        <w:pStyle w:val="Heading2"/>
      </w:pPr>
      <w:r>
        <w:t>Mission survives Maulana's death as a divine mission</w:t>
      </w:r>
    </w:p>
    <w:p>
      <w:r>
        <w:rPr>
          <w:color w:val="666666"/>
          <w:sz w:val="18"/>
        </w:rPr>
        <w:t>Chairperson, Prof. Farida Khanam's Addressal Peace Conference April 29-30, 2023 · 1m 49s · at 1:12 · https://youtu.be/ZuVp1fGsZOw?t=72</w:t>
      </w:r>
    </w:p>
    <w:p>
      <w:r>
        <w:rPr>
          <w:i/>
        </w:rPr>
        <w:t>“Maulana ke baad yeh pehla mauka hai itni tadaad mein”</w:t>
      </w:r>
    </w:p>
    <w:p>
      <w:r>
        <w:rPr>
          <w:sz w:val="20"/>
        </w:rPr>
        <w:t>1:12  suno yahin par molana ke sath program hua to sab yadein aa gayi, taza ho gayi yadein. to molana ki wafat ke baad yeh pehla mauka hai ke hum sab itni badi taadad mein yahan ikhatta hue hain. molana ke baad mujhe lagta tha ke ab is mission ki raftaar sust pad jayegi.</w:t>
      </w:r>
      <w:r>
        <w:br/>
      </w:r>
      <w:r>
        <w:rPr>
          <w:sz w:val="20"/>
        </w:rPr>
        <w:t>1:40  ab kya hoga? Sunday program kaise hoga? log kaise ikhatthe honge? lekin waqaiyan yeh hai ke yeh mission, yeh sabit karta hai ke yeh mission khudai mission hai ke pehle se bhi zyada ek strong team ban gayi, pehle se bhi zyada log kaam kar rahe hain. isse pata chalta hai ke allah hamare sath hai, farishte hamare sath hai.</w:t>
      </w:r>
      <w:r>
        <w:br/>
      </w:r>
      <w:r>
        <w:rPr>
          <w:sz w:val="20"/>
        </w:rPr>
        <w:t>2:10  warna aisa ho nahi sakta tha. aam taur par team bikhar jati hai. aisa nahi hota jahan ke koi worldly attraction na ho, to aisa nahi hota ke log phir bhi jude rahe hain. yahan kisi ka koi worldly interest nahi hai. sab log jo hain bilkul selflessly kaam kar rahe hain.</w:t>
      </w:r>
      <w:r>
        <w:br/>
      </w:r>
      <w:r>
        <w:rPr>
          <w:sz w:val="20"/>
        </w:rPr>
        <w:t>2:32  sab log volunteers hain, sirf huda ki raza hasil karne ke liye woh is mission mein lage hue hain aur unka wahi hai jo molana kehte the ke I will do spirit ke sath aap log kaam kariye to wahi tamam log isi tarah kaam kar rahe hain. kuch log yahan aaye hue hain aur bahut sare log kaam kar rahe hain jo yahan aa nahi sake hain. allah taalaah un sabki madad farmayein.</w:t>
      </w:r>
      <w:r>
        <w:br/>
      </w:r>
      <w:r>
        <w:rPr>
          <w:sz w:val="20"/>
        </w:rPr>
        <w:t>3:01  to yeh mujhe yaad aata hai ke isi tarike se jab rajat isar e salam ko jo logon ne samjha haqeeqat nahi thi lekin logon ne yahi samjha ke unko phansi de di gayi, saleeb par chadha diya gaya to unke jo hawari the, bahut zyada gamgeen baithe hue the.</w:t>
      </w:r>
    </w:p>
    <w:p>
      <w:pPr>
        <w:pStyle w:val="Heading2"/>
      </w:pPr>
      <w:r>
        <w:t>Pro-Islam vs pro-Muslim: ideological vs communal</w:t>
      </w:r>
    </w:p>
    <w:p>
      <w:r>
        <w:rPr>
          <w:color w:val="666666"/>
          <w:sz w:val="18"/>
        </w:rPr>
        <w:t>Q&amp;A 18 Mar 2013 Maulana Wahiduddin Khan · 1m 16s · at 16:16 · https://youtu.be/xnyDMlViqpg?t=976</w:t>
      </w:r>
    </w:p>
    <w:p>
      <w:r>
        <w:rPr>
          <w:i/>
        </w:rPr>
        <w:t>“Pro Muslim hota hai woh kaummi.”</w:t>
      </w:r>
    </w:p>
    <w:p>
      <w:r>
        <w:rPr>
          <w:sz w:val="20"/>
        </w:rPr>
        <w:t>16:16  pro muslim hota hai woh qaumi,</w:t>
      </w:r>
      <w:r>
        <w:br/>
      </w:r>
      <w:r>
        <w:rPr>
          <w:sz w:val="20"/>
        </w:rPr>
        <w:t>16:19  yaani logon ke andar jo hai mizaj qaumi mizaj hai.</w:t>
      </w:r>
      <w:r>
        <w:br/>
      </w:r>
      <w:r>
        <w:rPr>
          <w:sz w:val="20"/>
        </w:rPr>
        <w:t>16:25  qaumi mizaj hai.</w:t>
      </w:r>
      <w:r>
        <w:br/>
      </w:r>
      <w:r>
        <w:rPr>
          <w:sz w:val="20"/>
        </w:rPr>
        <w:t>16:26  islam ek bilkul ek ideology hai, pure ideology.</w:t>
      </w:r>
      <w:r>
        <w:br/>
      </w:r>
      <w:r>
        <w:rPr>
          <w:sz w:val="20"/>
        </w:rPr>
        <w:t>16:31  to pure islam ka matlab yeh hai ke aap khalis ek divine ideology ko lekar sochein.</w:t>
      </w:r>
      <w:r>
        <w:br/>
      </w:r>
      <w:r>
        <w:rPr>
          <w:sz w:val="20"/>
        </w:rPr>
        <w:t>16:37  aur pro muslim hai ke ek qaum hai, ek millat hai, usko lekar sochein aap.</w:t>
      </w:r>
      <w:r>
        <w:br/>
      </w:r>
      <w:r>
        <w:rPr>
          <w:sz w:val="20"/>
        </w:rPr>
        <w:t>16:42  to bilkul do alag soch ban jati hai.</w:t>
      </w:r>
      <w:r>
        <w:br/>
      </w:r>
      <w:r>
        <w:rPr>
          <w:sz w:val="20"/>
        </w:rPr>
        <w:t>16:45  jaise, jaise musalman aam taur par contain mein jeete hain, protest mein jeete hain, nafrat jeete hain, woh kyun</w:t>
      </w:r>
      <w:r>
        <w:br/>
      </w:r>
      <w:r>
        <w:rPr>
          <w:sz w:val="20"/>
        </w:rPr>
        <w:t>16:51  ? qaumi soch ki wajah se, qaumi mizaj ki wajah se.</w:t>
      </w:r>
      <w:r>
        <w:br/>
      </w:r>
      <w:r>
        <w:rPr>
          <w:sz w:val="20"/>
        </w:rPr>
        <w:t>16:54  agar aapke andar</w:t>
      </w:r>
      <w:r>
        <w:br/>
      </w:r>
      <w:r>
        <w:rPr>
          <w:sz w:val="20"/>
        </w:rPr>
        <w:t>16:58  khalis islami mizaj ho, to phir nafrat ki aur negativity ki koi guzaish us par nahi hoti.</w:t>
      </w:r>
      <w:r>
        <w:br/>
      </w:r>
      <w:r>
        <w:rPr>
          <w:sz w:val="20"/>
        </w:rPr>
        <w:t>17:06  dono bilkul do alag alag woh hain.</w:t>
      </w:r>
      <w:r>
        <w:br/>
      </w:r>
      <w:r>
        <w:rPr>
          <w:sz w:val="20"/>
        </w:rPr>
        <w:t>17:10  islami zehan se sochna aur muslim zehan se sochna, dono bilkul alag alag hain.</w:t>
      </w:r>
      <w:r>
        <w:br/>
      </w:r>
      <w:r>
        <w:rPr>
          <w:sz w:val="20"/>
        </w:rPr>
        <w:t>17:15  muslim zehan se sochne ke maane hain qaumi zehan.</w:t>
      </w:r>
      <w:r>
        <w:br/>
      </w:r>
      <w:r>
        <w:rPr>
          <w:sz w:val="20"/>
        </w:rPr>
        <w:t>17:18  qaumi zehan se sochna aur islami zehan ke maane hain, yaani khalis, yaani nazariya aur ideology ke aitbar</w:t>
      </w:r>
      <w:r>
        <w:br/>
      </w:r>
      <w:r>
        <w:rPr>
          <w:sz w:val="20"/>
        </w:rPr>
        <w:t>17:25  se sochna. to bahut fark hai.</w:t>
      </w:r>
      <w:r>
        <w:br/>
      </w:r>
      <w:r>
        <w:rPr>
          <w:sz w:val="20"/>
        </w:rPr>
        <w:t>17:33  maulana, unka ek aur sawal hai. unhone aapse poocha hai ke ek quran ki ayat ko waz karne ke liye, jisme yeh kaha gaya hai, "kuntum khaira ummat akhrajat lin naas," iska kya matlab</w:t>
      </w:r>
    </w:p>
    <w:p>
      <w:pPr>
        <w:pStyle w:val="Heading2"/>
      </w:pPr>
      <w:r>
        <w:t>Always examine your own heart for malice</w:t>
      </w:r>
    </w:p>
    <w:p>
      <w:r>
        <w:rPr>
          <w:color w:val="666666"/>
          <w:sz w:val="18"/>
        </w:rPr>
        <w:t>Hadith (English) March 27, 2007 Maulana Wahiduddin Khan · 1m 04s · at 17:04 · https://youtu.be/VnwRJbqn9tU?t=1024</w:t>
      </w:r>
    </w:p>
    <w:p>
      <w:r>
        <w:rPr>
          <w:i/>
        </w:rPr>
        <w:t>“The Prophet told his companion: always examine your heart”</w:t>
      </w:r>
    </w:p>
    <w:p>
      <w:r>
        <w:rPr>
          <w:sz w:val="20"/>
        </w:rPr>
        <w:t>17:04  The Prophet of Islam said to one of his companions that,</w:t>
      </w:r>
      <w:r>
        <w:br/>
      </w:r>
      <w:r>
        <w:rPr>
          <w:sz w:val="20"/>
        </w:rPr>
        <w:t>17:12  "in tasaddaqu fa tumsi</w:t>
      </w:r>
      <w:r>
        <w:br/>
      </w:r>
      <w:r>
        <w:rPr>
          <w:sz w:val="20"/>
        </w:rPr>
        <w:t>17:18  fainnahu min sunnati."</w:t>
      </w:r>
      <w:r>
        <w:br/>
      </w:r>
      <w:r>
        <w:rPr>
          <w:sz w:val="20"/>
        </w:rPr>
        <w:t>17:23  It means that</w:t>
      </w:r>
      <w:r>
        <w:br/>
      </w:r>
      <w:r>
        <w:rPr>
          <w:sz w:val="20"/>
        </w:rPr>
        <w:t>17:26  always</w:t>
      </w:r>
      <w:r>
        <w:br/>
      </w:r>
      <w:r>
        <w:rPr>
          <w:sz w:val="20"/>
        </w:rPr>
        <w:t>17:30  see your heart</w:t>
      </w:r>
      <w:r>
        <w:br/>
      </w:r>
      <w:r>
        <w:rPr>
          <w:sz w:val="20"/>
        </w:rPr>
        <w:t>17:34  . If you find there is no malice in your heart, if there is no revenge in your heart against anyone, then you are a true momin.</w:t>
      </w:r>
      <w:r>
        <w:br/>
      </w:r>
      <w:r>
        <w:rPr>
          <w:sz w:val="20"/>
        </w:rPr>
        <w:t>17:48  And it is this kind of people who will be - who will find entry into Paradise.</w:t>
      </w:r>
      <w:r>
        <w:br/>
      </w:r>
      <w:r>
        <w:rPr>
          <w:sz w:val="20"/>
        </w:rPr>
        <w:t>17:57  The Prophet said that always examine your heart.</w:t>
      </w:r>
    </w:p>
    <w:p>
      <w:pPr>
        <w:pStyle w:val="Heading2"/>
      </w:pPr>
      <w:r>
        <w:t>Colonial 'freedom or slavery' slogan was a false choice</w:t>
      </w:r>
    </w:p>
    <w:p>
      <w:r>
        <w:rPr>
          <w:color w:val="666666"/>
          <w:sz w:val="18"/>
        </w:rPr>
        <w:t>Living in Falsehood 25 Jan 2009 · 1m 53s · at 10:32 · https://youtu.be/Qt8VwwonU9k?t=632</w:t>
      </w:r>
    </w:p>
    <w:p>
      <w:r>
        <w:rPr>
          <w:i/>
        </w:rPr>
        <w:t>“In the colonial era, nationalist leaders rose everywhere”</w:t>
      </w:r>
    </w:p>
    <w:p>
      <w:r>
        <w:rPr>
          <w:sz w:val="20"/>
        </w:rPr>
        <w:t>10:32  jaise colonialism ka jo daur tha, colonial jo period tha, us zamane mein jagah jagah lead nationalist leader uthay.</w:t>
      </w:r>
      <w:r>
        <w:br/>
      </w:r>
      <w:r>
        <w:rPr>
          <w:sz w:val="20"/>
        </w:rPr>
        <w:t>10:43  har mulk mein jahan jahan colonial powers rule kar rahi theen, wahan nationalist log uthay. un ka nara kya tha?</w:t>
      </w:r>
      <w:r>
        <w:br/>
      </w:r>
      <w:r>
        <w:rPr>
          <w:sz w:val="20"/>
        </w:rPr>
        <w:t>10:53  "freedom, slavery or freedom? choose between the two." "slavery or freedom? choose between the two." ab logon ko bara acha laga, aur yeh leader bohat zyada popular ho gaye.</w:t>
      </w:r>
      <w:r>
        <w:br/>
      </w:r>
      <w:r>
        <w:rPr>
          <w:sz w:val="20"/>
        </w:rPr>
        <w:t>11:06  lekin result kya tha?</w:t>
      </w:r>
      <w:r>
        <w:br/>
      </w:r>
      <w:r>
        <w:rPr>
          <w:sz w:val="20"/>
        </w:rPr>
        <w:t>11:10  result yeh tha ke foreign rule ki jagah indigenus rule, home rule. yeh slavery aur freedom ka mamla nahi tha.</w:t>
      </w:r>
      <w:r>
        <w:br/>
      </w:r>
      <w:r>
        <w:rPr>
          <w:sz w:val="20"/>
        </w:rPr>
        <w:t>11:21  yeh tha ke foreigners rule karen ya apne desh ke log rule karen. to ab bhi wahi hai, aik janta jo hai, woh rule karti hai.</w:t>
      </w:r>
      <w:r>
        <w:br/>
      </w:r>
      <w:r>
        <w:rPr>
          <w:sz w:val="20"/>
        </w:rPr>
        <w:t>11:30  pehlay bhi, pehlay bhi rule karti thi. saath dush to nahi mil kar rule kar raha hai.</w:t>
      </w:r>
      <w:r>
        <w:br/>
      </w:r>
      <w:r>
        <w:rPr>
          <w:sz w:val="20"/>
        </w:rPr>
        <w:t>11:37  wo log jo power rakhte hain woh kam hotay hain, wohi rule karte hain. aur reduce ho kar aakhir mein bureaucracy rule karne lagti hai.</w:t>
      </w:r>
      <w:r>
        <w:br/>
      </w:r>
      <w:r>
        <w:rPr>
          <w:sz w:val="20"/>
        </w:rPr>
        <w:t>11:49  to "Slavery or freedom? Choose between the two." galat tha. yaani foreign rule ya mulki rule, is mein choice tha.</w:t>
      </w:r>
      <w:r>
        <w:br/>
      </w:r>
      <w:r>
        <w:rPr>
          <w:sz w:val="20"/>
        </w:rPr>
        <w:t>12:02  ab sab log attract ho kar is ki taraf daud pade.</w:t>
      </w:r>
      <w:r>
        <w:br/>
      </w:r>
      <w:r>
        <w:rPr>
          <w:sz w:val="20"/>
        </w:rPr>
        <w:t>12:07  to hamesha aisa hua ke aadmi ek ek ek beautiful idea banata hai jo realistic nahi hota, aur is mein woh jeene lagta hai.</w:t>
      </w:r>
    </w:p>
    <w:p>
      <w:pPr>
        <w:pStyle w:val="Heading2"/>
      </w:pPr>
      <w:r>
        <w:t>every worship has an outer form and inner spirit</w:t>
      </w:r>
    </w:p>
    <w:p>
      <w:r>
        <w:rPr>
          <w:color w:val="666666"/>
          <w:sz w:val="18"/>
        </w:rPr>
        <w:t>Message of Eid Al-Adha June 17, 2024 · 2m 16s · at 9:23 · https://youtu.be/klcwQ-RPPBE?t=563</w:t>
      </w:r>
    </w:p>
    <w:p>
      <w:r>
        <w:rPr>
          <w:i/>
        </w:rPr>
        <w:t>“Ek zahiri pehlu jise hum outer form keh sakte hain”</w:t>
      </w:r>
    </w:p>
    <w:p>
      <w:r>
        <w:rPr>
          <w:sz w:val="20"/>
        </w:rPr>
        <w:t>9:23  ek zahiri pehlu, jise hum outer form keh sakte hain aur ek batini jo inner spirit hai. to jaise insan kjisum ek outer pehlu hai aur aur jo soul hai wah inner hai, wah spirit hai. jo insan ki ki personality hai, body hai, wah ek form hai aur jo jo uski rooh hai, wah asal spirit hai.</w:t>
      </w:r>
      <w:r>
        <w:br/>
      </w:r>
      <w:r>
        <w:rPr>
          <w:sz w:val="20"/>
        </w:rPr>
        <w:t>9:50  chunki jab insan ki maut aati hai to maut ke baad jo cheez allah ki taraf badhti hai, wah uski rooh hai. body to yahin baqi reh jati hai jo ki ek vehicle ki tarah se hai. isi tarah se jo bhi ibadaten hain, ibadaat hain, haj, roza, namaz, zaqat, in sab ki ek ek form hai aur ek spirit hai, ek ek ek rooh hai.</w:t>
      </w:r>
      <w:r>
        <w:br/>
      </w:r>
      <w:r>
        <w:rPr>
          <w:sz w:val="20"/>
        </w:rPr>
        <w:t>10:17  to jaise roza hai, usmein khana peena chhodte hain hum aur ek ek waqt tak nahi khate. to yeh to ek form hai, ek zayri shakl hai. lekin jo roze ki spirit hai, wah hai, sabr aur shukr aur aisi namaz jismein hum ruku karte hain, sajda karte hain, tyam karte hain. to yeh bhi ek ziry form hai, outer shakl hai.</w:t>
      </w:r>
      <w:r>
        <w:br/>
      </w:r>
      <w:r>
        <w:rPr>
          <w:sz w:val="20"/>
        </w:rPr>
        <w:t>10:45  lekin jo namaz ki spirit hai, wah humility hai, tabaze hain. to isi tarah se idulza ki bhi ek shakl hai aur ek spirit hai. jaise hum do rakat namaz padhte hain, masjid jate hain, khudba sunte hain aur ek janwar ki qurbani karte hain.</w:t>
      </w:r>
      <w:r>
        <w:br/>
      </w:r>
      <w:r>
        <w:rPr>
          <w:sz w:val="20"/>
        </w:rPr>
        <w:t>11:11  yeh sari cheezen form hain, yeh yeh shakal hain, jaari shakal hain. Lekin Idul Azha ki jo spirit hai, woh sacrifice hai. Sacrifice ka matlab yeh nahi hai ki sirf janwar ko qurbani karna hai jaise aapne abhi bataya balki Quran mein aata hai ki Khuda ko janwar ka gosht aur khoon nahi pahunchta, Khuda ko taqwa pahunchta hai.</w:t>
      </w:r>
      <w:r>
        <w:br/>
      </w:r>
      <w:r>
        <w:rPr>
          <w:sz w:val="20"/>
        </w:rPr>
        <w:t>11:39  Yaani spirit jo aapke andar hoti hai, woh Allah ko matlab hai aur taqwa kya hai? Taqwa yaani andaruni jazba, jo inner feeling hai insaan ki, ki woh apni zaat ke bajaye Allah ko markaz tawajjuh banaye. Woh apni soch ke bajaye, Allah ki baat ko zyada ahmiyat de.</w:t>
      </w:r>
    </w:p>
    <w:p>
      <w:pPr>
        <w:pStyle w:val="Heading2"/>
      </w:pPr>
      <w:r>
        <w:t>Hadith on best sinners and Sahaba's humility</w:t>
      </w:r>
    </w:p>
    <w:p>
      <w:r>
        <w:rPr>
          <w:color w:val="666666"/>
          <w:sz w:val="18"/>
        </w:rPr>
        <w:t>The Quran 11 90 CPS Women Weekly Discussion 32 December 10, 2023 · 2m 25s · at 5:28 · https://youtu.be/GB7dNbRkNI4?t=328</w:t>
      </w:r>
    </w:p>
    <w:p>
      <w:r>
        <w:rPr>
          <w:i/>
        </w:rPr>
        <w:t>“हदीस में बताया, हर इंसान ख़ताकार है”</w:t>
      </w:r>
    </w:p>
    <w:p>
      <w:r>
        <w:rPr>
          <w:sz w:val="20"/>
        </w:rPr>
        <w:t>5:28  to hadith mein bataya gaya hai ki har insan khata kar hai aur sabse achha khata kar yani sinner woh</w:t>
      </w:r>
      <w:r>
        <w:br/>
      </w:r>
      <w:r>
        <w:rPr>
          <w:sz w:val="20"/>
        </w:rPr>
        <w:t>5:33  hai jo khata ke baad toba kare.</w:t>
      </w:r>
      <w:r>
        <w:br/>
      </w:r>
      <w:r>
        <w:rPr>
          <w:sz w:val="20"/>
        </w:rPr>
        <w:t>5:38  molana wahiduddin sahib kehte hain ki galti ka itraaf karna, accept karna, galti ko manna ek bahut bada</w:t>
      </w:r>
      <w:r>
        <w:br/>
      </w:r>
      <w:r>
        <w:rPr>
          <w:sz w:val="20"/>
        </w:rPr>
        <w:t>5:44  badi badak ka amal hai.</w:t>
      </w:r>
      <w:r>
        <w:br/>
      </w:r>
      <w:r>
        <w:rPr>
          <w:sz w:val="20"/>
        </w:rPr>
        <w:t>5:49  khuda ke muqable mein apni galti ka itraaf karna toba hai aur insan ke muqable mein usko galti</w:t>
      </w:r>
      <w:r>
        <w:br/>
      </w:r>
      <w:r>
        <w:rPr>
          <w:sz w:val="20"/>
        </w:rPr>
        <w:t>5:54  ka itraaf karna kehte hain yani apni galti ko manna kehte hain.</w:t>
      </w:r>
      <w:r>
        <w:br/>
      </w:r>
      <w:r>
        <w:rPr>
          <w:sz w:val="20"/>
        </w:rPr>
        <w:t>6:00  Asavere usool ki zindagi ka agar mutala kiya jaye to batate hain ke woh bahut zyada toba karne wale aur itraaf karne wale thay. Bahut sare aise waqiyat hain jahan unki koi ghalti nahi hoti thi. Qanooni hisab se unki koi ghalti nahi hoti thi. Phir bhi woh kehte thay mujhse ghalti hui, mujhko maaf kar do.</w:t>
      </w:r>
      <w:r>
        <w:br/>
      </w:r>
      <w:r>
        <w:rPr>
          <w:sz w:val="20"/>
        </w:rPr>
        <w:t>6:21  to Maulana sahib kehte hain ke iski wajah yeh hai ke yeh kehna ke main ghalti par tha, darasal apni modesty ko establish karna hota hai. Apni modesty ko qaim rakhna hai. Kyunke Islam, Islami aqeede ke mutabiq har insaan ke paas har waqt Khuda ke farishte hote hain. Jo uska record likhte rehte hain. Ek saccha momin is baat ka greedy hoga.</w:t>
      </w:r>
      <w:r>
        <w:br/>
      </w:r>
      <w:r>
        <w:rPr>
          <w:sz w:val="20"/>
        </w:rPr>
        <w:t>6:50  uske matlab bahut zyada uski uski cheez ki lalach ho gayi hai ke farishte apne record mein usko ek modest insaan ki hasiyat se likhen. Na ke ek circus insaan jo arrogant ho, jo bahut zyada ego mein rahe. Is insaan ki hasiyat se. To har insaan chahega ke hamari farishte hamara record ek achhe modest insaan ki hasiyat se jaane.</w:t>
      </w:r>
      <w:r>
        <w:br/>
      </w:r>
      <w:r>
        <w:rPr>
          <w:sz w:val="20"/>
        </w:rPr>
        <w:t>7:17  to is tarah yeh kehna ki main galti par tha jabki woh galti par na bhi ho to</w:t>
      </w:r>
      <w:r>
        <w:br/>
      </w:r>
      <w:r>
        <w:rPr>
          <w:sz w:val="20"/>
        </w:rPr>
        <w:t>7:24  momin ko farishton ki sohbat milti hai aur khud ko khuda ke aage jhukna, jhukakar momin ko taskeen</w:t>
      </w:r>
      <w:r>
        <w:br/>
      </w:r>
      <w:r>
        <w:rPr>
          <w:sz w:val="20"/>
        </w:rPr>
        <w:t>7:31  milti hai, satisfied ho jata hai, rehta hai woh aur jo insan apni galti ka aitraaf nahi kar</w:t>
      </w:r>
      <w:r>
        <w:br/>
      </w:r>
      <w:r>
        <w:rPr>
          <w:sz w:val="20"/>
        </w:rPr>
        <w:t>7:38  pata woh farishton se door ho jata hai aur woh sirf apne sarkishi ko sarkish jo hota hai</w:t>
      </w:r>
      <w:r>
        <w:br/>
      </w:r>
      <w:r>
        <w:rPr>
          <w:sz w:val="20"/>
        </w:rPr>
        <w:t>7:45  ego ke jazbat ko taskeen kar leta hai, satisfied kar leta hai.</w:t>
      </w:r>
      <w:r>
        <w:br/>
      </w:r>
      <w:r>
        <w:rPr>
          <w:sz w:val="20"/>
        </w:rPr>
        <w:t>7:53  to aakhir mein Maulana sahib ki line se khatm karti hoon ke Maulana sahib likhte hain ke ba maqsad aadmi ki pehchan yeh hai ke subah ko woh apna mansooba banaye, apni planning kare aur shaam ko woh apna muhasba kare, apna introspection kare. Yahi meri learning thi Shabina. Jaisa Kalyapa, kuch important important points jo aapne kaha ke apni galtiyon ko aitraaf karen.</w:t>
      </w:r>
    </w:p>
    <w:p>
      <w:pPr>
        <w:pStyle w:val="Heading2"/>
      </w:pPr>
      <w:r>
        <w:t>Michael Hart's book and the Prophet's non-political policy</w:t>
      </w:r>
    </w:p>
    <w:p>
      <w:r>
        <w:rPr>
          <w:color w:val="666666"/>
          <w:sz w:val="18"/>
        </w:rPr>
        <w:t>Peaceful Activism vs Violent Activism May 23, 2009 · 2m 27s · at 36:57 · https://youtu.be/LlwiET1Kb5w?t=2217</w:t>
      </w:r>
    </w:p>
    <w:p>
      <w:r>
        <w:rPr>
          <w:i/>
        </w:rPr>
        <w:t>“There's a well-known American scholar, Dr. Michael Hart.”</w:t>
      </w:r>
    </w:p>
    <w:p>
      <w:r>
        <w:rPr>
          <w:sz w:val="20"/>
        </w:rPr>
        <w:t>36:57  you know, there is a well known scholar of America, that is doctor Michael Hart.</w:t>
      </w:r>
      <w:r>
        <w:br/>
      </w:r>
      <w:r>
        <w:rPr>
          <w:sz w:val="20"/>
        </w:rPr>
        <w:t>37:08  he has published a book, the hundred, the hundred by doctor Michael Hart.</w:t>
      </w:r>
      <w:r>
        <w:br/>
      </w:r>
      <w:r>
        <w:rPr>
          <w:sz w:val="20"/>
        </w:rPr>
        <w:t>37:18  so, in this book, he places Prophet of Islam on the top. Again to his list, Prophet of Islam was supremely successful person.</w:t>
      </w:r>
      <w:r>
        <w:br/>
      </w:r>
      <w:r>
        <w:rPr>
          <w:sz w:val="20"/>
        </w:rPr>
        <w:t>37:33  Prophet of Islam was a man who achieved supremely success</w:t>
      </w:r>
      <w:r>
        <w:br/>
      </w:r>
      <w:r>
        <w:rPr>
          <w:sz w:val="20"/>
        </w:rPr>
        <w:t>37:39  . So, he was supremely successful person in the whole history, in both the, in both the religious and secular levels.</w:t>
      </w:r>
      <w:r>
        <w:br/>
      </w:r>
      <w:r>
        <w:rPr>
          <w:sz w:val="20"/>
        </w:rPr>
        <w:t>37:50  This is wording, but Dr. Michael Hart failed to refer the real cause of this success.</w:t>
      </w:r>
      <w:r>
        <w:br/>
      </w:r>
      <w:r>
        <w:rPr>
          <w:sz w:val="20"/>
        </w:rPr>
        <w:t>38:00  What was the secret behind success? How Prophet of Islam became super achiever?</w:t>
      </w:r>
      <w:r>
        <w:br/>
      </w:r>
      <w:r>
        <w:rPr>
          <w:sz w:val="20"/>
        </w:rPr>
        <w:t>38:09  He mentions that Prophet of Islam was super achiever, more than any other achiever.</w:t>
      </w:r>
      <w:r>
        <w:br/>
      </w:r>
      <w:r>
        <w:rPr>
          <w:sz w:val="20"/>
        </w:rPr>
        <w:t>38:19  But in this book, I failed to find the reason why he was able to achieve this kind of super achievement.</w:t>
      </w:r>
      <w:r>
        <w:br/>
      </w:r>
      <w:r>
        <w:rPr>
          <w:sz w:val="20"/>
        </w:rPr>
        <w:t>38:32  And this was due to this policy.</w:t>
      </w:r>
      <w:r>
        <w:br/>
      </w:r>
      <w:r>
        <w:rPr>
          <w:sz w:val="20"/>
        </w:rPr>
        <w:t>38:37  In short, the Prophet policy was, if I allow to coin a term, I would like to say that, that his policy was non political status quoism.</w:t>
      </w:r>
      <w:r>
        <w:br/>
      </w:r>
      <w:r>
        <w:rPr>
          <w:sz w:val="20"/>
        </w:rPr>
        <w:t>38:58  In politics, he always</w:t>
      </w:r>
      <w:r>
        <w:br/>
      </w:r>
      <w:r>
        <w:rPr>
          <w:sz w:val="20"/>
        </w:rPr>
        <w:t>39:05  opted for avoidance.</w:t>
      </w:r>
      <w:r>
        <w:br/>
      </w:r>
      <w:r>
        <w:rPr>
          <w:sz w:val="20"/>
        </w:rPr>
        <w:t>39:10  So, his policy was non political activism and political status quoism. Non political activism and political status quoism.</w:t>
      </w:r>
    </w:p>
    <w:p>
      <w:pPr>
        <w:pStyle w:val="Heading2"/>
      </w:pPr>
      <w:r>
        <w:t>Distributing Quran, need world media</w:t>
      </w:r>
    </w:p>
    <w:p>
      <w:r>
        <w:rPr>
          <w:color w:val="666666"/>
          <w:sz w:val="18"/>
        </w:rPr>
        <w:t>Maulana Addressal to the CPS Team at Nizamuddin Park January 18, 2015 · 1m 01s · at 10:48 · https://youtu.be/GLx-fj6TU8s?t=648</w:t>
      </w:r>
    </w:p>
    <w:p>
      <w:r>
        <w:rPr>
          <w:i/>
        </w:rPr>
        <w:t>“Ek naya process chalega apne aap.”</w:t>
      </w:r>
    </w:p>
    <w:p>
      <w:r>
        <w:rPr>
          <w:sz w:val="20"/>
        </w:rPr>
        <w:t>10:48  ? aik naya process chalega</w:t>
      </w:r>
      <w:r>
        <w:br/>
      </w:r>
      <w:r>
        <w:rPr>
          <w:sz w:val="20"/>
        </w:rPr>
        <w:t>10:52  apnay aap. to abhi hum quran distribute kar rahe hain, religion distribute kar rahe hain,</w:t>
      </w:r>
      <w:r>
        <w:br/>
      </w:r>
      <w:r>
        <w:rPr>
          <w:sz w:val="20"/>
        </w:rPr>
        <w:t>11:00  lekin abhi world media mein yeh baatein nahi aayi hain.</w:t>
      </w:r>
      <w:r>
        <w:br/>
      </w:r>
      <w:r>
        <w:rPr>
          <w:sz w:val="20"/>
        </w:rPr>
        <w:t>11:06  woh humein lana hai.</w:t>
      </w:r>
      <w:r>
        <w:br/>
      </w:r>
      <w:r>
        <w:rPr>
          <w:sz w:val="20"/>
        </w:rPr>
        <w:t>11:10  aur mein samajhta hoon ke world media mein yeh mission</w:t>
      </w:r>
      <w:r>
        <w:br/>
      </w:r>
      <w:r>
        <w:rPr>
          <w:sz w:val="20"/>
        </w:rPr>
        <w:t>11:16  aane ke qareeb pohanch chuka hai.</w:t>
      </w:r>
      <w:r>
        <w:br/>
      </w:r>
      <w:r>
        <w:rPr>
          <w:sz w:val="20"/>
        </w:rPr>
        <w:t>11:21  dekhiye, new york times ne, washington post ne,</w:t>
      </w:r>
      <w:r>
        <w:br/>
      </w:r>
      <w:r>
        <w:rPr>
          <w:sz w:val="20"/>
        </w:rPr>
        <w:t>11:29  time magazine ne</w:t>
      </w:r>
      <w:r>
        <w:br/>
      </w:r>
      <w:r>
        <w:rPr>
          <w:sz w:val="20"/>
        </w:rPr>
        <w:t>11:31  ab hamare afsaran ne lagaya hai.</w:t>
      </w:r>
      <w:r>
        <w:br/>
      </w:r>
      <w:r>
        <w:rPr>
          <w:sz w:val="20"/>
        </w:rPr>
        <w:t>11:33  india mein to sabza farm aata hai.</w:t>
      </w:r>
      <w:r>
        <w:br/>
      </w:r>
      <w:r>
        <w:rPr>
          <w:sz w:val="20"/>
        </w:rPr>
        <w:t>11:38  to ab humein kya karna hai?</w:t>
      </w:r>
    </w:p>
    <w:p>
      <w:pPr>
        <w:pStyle w:val="Heading2"/>
      </w:pPr>
      <w:r>
        <w:t>the Satanic Verses fatwa and its failure</w:t>
      </w:r>
    </w:p>
    <w:p>
      <w:r>
        <w:rPr>
          <w:color w:val="666666"/>
          <w:sz w:val="18"/>
        </w:rPr>
        <w:t>Freedom of Expression in Islam September 30, 2012 · 1m 23s · at 0:50 · https://youtu.be/S4mQpkoZITg?t=50</w:t>
      </w:r>
    </w:p>
    <w:p>
      <w:r>
        <w:rPr>
          <w:i/>
        </w:rPr>
        <w:t>“In 1988, Salman Rushdie wrote 'The Satanic Verses'”</w:t>
      </w:r>
    </w:p>
    <w:p>
      <w:r>
        <w:rPr>
          <w:sz w:val="20"/>
        </w:rPr>
        <w:t>0:50  dekhiye, 1988 mein Salman Rushdie ki kitaab "Satanic Verses" thi.</w:t>
      </w:r>
      <w:r>
        <w:br/>
      </w:r>
      <w:r>
        <w:rPr>
          <w:sz w:val="20"/>
        </w:rPr>
        <w:t>1:02  us ke baad ulama ne fatwa diya ke yeh fa'al qatl gardan zani hai.</w:t>
      </w:r>
      <w:r>
        <w:br/>
      </w:r>
      <w:r>
        <w:rPr>
          <w:sz w:val="20"/>
        </w:rPr>
        <w:t>1:16  jo aadmi is ko maar dale, us ko itna dollar inaam diya jayega. saare duniya ke tamam ulama is ke haq mein</w:t>
      </w:r>
      <w:r>
        <w:br/>
      </w:r>
      <w:r>
        <w:rPr>
          <w:sz w:val="20"/>
        </w:rPr>
        <w:t>1:28  bolne lage, sirf mein akela tha ke maine kaha ke yeh bilkul galat hai.</w:t>
      </w:r>
      <w:r>
        <w:br/>
      </w:r>
      <w:r>
        <w:rPr>
          <w:sz w:val="20"/>
        </w:rPr>
        <w:t>1:35  behral, rushdi ko to nahi maar sakay woh log, aur fatwa denay walay khatm ho gay.</w:t>
      </w:r>
      <w:r>
        <w:br/>
      </w:r>
      <w:r>
        <w:rPr>
          <w:sz w:val="20"/>
        </w:rPr>
        <w:t>1:42  acha, is kay baad phir aur qissay huay, jaisay denmark ka cartoon chapa, aur kuch qissay huay.</w:t>
      </w:r>
      <w:r>
        <w:br/>
      </w:r>
      <w:r>
        <w:rPr>
          <w:sz w:val="20"/>
        </w:rPr>
        <w:t>1:52  abhi haal mein amreeka mein film bani "innocence of muslims". to in waqiat ko lay kar pichlay taqreeban 25 saal say sari muslim dunya mein hangama jari hai</w:t>
      </w:r>
    </w:p>
    <w:p>
      <w:pPr>
        <w:pStyle w:val="Heading2"/>
      </w:pPr>
      <w:r>
        <w:t>Wealth and land are tests, not goals</w:t>
      </w:r>
    </w:p>
    <w:p>
      <w:r>
        <w:rPr>
          <w:color w:val="666666"/>
          <w:sz w:val="18"/>
        </w:rPr>
        <w:t>Purpose of Human Life I 2nd Dec. '12 · 4m 04s · at 4:14 · https://youtu.be/ilEf2fol6Gk?t=254</w:t>
      </w:r>
    </w:p>
    <w:p>
      <w:r>
        <w:rPr>
          <w:i/>
        </w:rPr>
        <w:t>“جان لو کہ تمہارے مال اور اولاد فتنہ ہیں”</w:t>
      </w:r>
    </w:p>
    <w:p>
      <w:r>
        <w:rPr>
          <w:sz w:val="20"/>
        </w:rPr>
        <w:t>4:14  wa alamoo innama amwalukum wa awladukum fitnah.</w:t>
      </w:r>
      <w:r>
        <w:br/>
      </w:r>
      <w:r>
        <w:rPr>
          <w:sz w:val="20"/>
        </w:rPr>
        <w:t>4:17  wa alamoo innama amwalukum wa awladukum fitnah, wa innallaha alimul alimeen. yeh ayat quran mein do jagah aayi hai, yani jaan lo ke tumhare maal, tumhare aulad, tumhare liye fitnah hain, ek test paper hain. aur Allah ke paas tumhare</w:t>
      </w:r>
      <w:r>
        <w:br/>
      </w:r>
      <w:r>
        <w:rPr>
          <w:sz w:val="20"/>
        </w:rPr>
        <w:t>4:47  liye bara ajr hai, zyada bara inaam, zyada bara reward. to quran mein mujhe yahi ayat mili jo aaj ke musalmanon ke liye batati hai guidance. woh kis tarah? aaj ke saare musalman, taqreeban sab ke sab, kahan apne ko involve kar rakha hai</w:t>
      </w:r>
      <w:r>
        <w:br/>
      </w:r>
      <w:r>
        <w:rPr>
          <w:sz w:val="20"/>
        </w:rPr>
        <w:t>5:17  unhon ne? inhi do cheezon mein. aulad aur maal. maal ke maani sirf paisa nahi, property shamil hai is mein. land shamil hai is mein. to yahan to kuch log hain jo ke maal kamane mein lage hue hain, kuch log hain jo kisi na kisi land ko le kar lad rahe hain ke yeh land hamein chahiye. chahe falasteen ho, chahe kash</w:t>
      </w:r>
      <w:r>
        <w:br/>
      </w:r>
      <w:r>
        <w:rPr>
          <w:sz w:val="20"/>
        </w:rPr>
        <w:t>5:47  meer ho, ya doosre maqamat par jo ladaiyan ho rahi hain, woh sab ladaiyan kahan hain? land ke liye hain. to musalman ya to maal kamane mein lage hue hain, ya land ko acquire karne mein lage hue hain. to "wa alamoo innama amwalukum wa awladukum fitnah". wa innallaha alimul azmi al azeem. yani tum is ko acquire bhi kar lo, pa bhi lo, to kya cheez pa</w:t>
      </w:r>
      <w:r>
        <w:br/>
      </w:r>
      <w:r>
        <w:rPr>
          <w:sz w:val="20"/>
        </w:rPr>
        <w:t>6:17  oge? test paper hi to milega. aur kya milega? Allah ke nazdeek maal aur land dono kya hain? test papers hain, imtehani parche hain. to sari qurbaniyan de kar, apne aap ko lita kar, jo mila to woh kya mila? test paper mila, inaam nahi mila. Allah ke paas bara</w:t>
      </w:r>
      <w:r>
        <w:br/>
      </w:r>
      <w:r>
        <w:rPr>
          <w:sz w:val="20"/>
        </w:rPr>
        <w:t>6:47  in'aam hai, is ke liye dauddo. wa libisna haza falya'muroon. woh kya hai? jannat, paradise. jis ke bare mein quran mein aaya hai ke "ayyuha al-samawat wa al-ard". ayyuha al-samawat wa al-ard. yeh sara zameen o aasman mein is ka, sara zameen o aasman is ka maidan hai. yaani yeh itni bari</w:t>
      </w:r>
      <w:r>
        <w:br/>
      </w:r>
      <w:r>
        <w:rPr>
          <w:sz w:val="20"/>
        </w:rPr>
        <w:t>7:17  hai, itni bari, jaise sari zameen aasman mein phaili hui ho. to aap ghor kijiye, is ayat ki roshni mein, ke Allah to aap ko bula raha hai is jannat ki taraf, jis ke charon taraf sare zameen o aasman ho. aap kahan lad rahe hain? chand paise ke</w:t>
      </w:r>
      <w:r>
        <w:br/>
      </w:r>
      <w:r>
        <w:rPr>
          <w:sz w:val="20"/>
        </w:rPr>
        <w:t>7:47  liye, chhote chhote land ke liye, woh bhi waqti taur par. yaani aaj mil bhi jaye to kal mar jayenge. aur jannat to abadi hai. is ko le kar main soch raha tha. to kal ka akhbar jo mujhe mila, kal ke akhbar mein ek item tha, bohat hi eye opener, chashm kusha.</w:t>
      </w:r>
    </w:p>
    <w:p>
      <w:pPr>
        <w:pStyle w:val="Heading2"/>
      </w:pPr>
      <w:r>
        <w:t>Practical wisdom missing in Islamic history</w:t>
      </w:r>
    </w:p>
    <w:p>
      <w:r>
        <w:rPr>
          <w:color w:val="666666"/>
          <w:sz w:val="18"/>
        </w:rPr>
        <w:t>Living a Complaint free life | July 28, 2018 · 2m 01s · at 32:46 · https://youtu.be/NBtOW5lVxQQ?t=1966</w:t>
      </w:r>
    </w:p>
    <w:p>
      <w:r>
        <w:rPr>
          <w:i/>
        </w:rPr>
        <w:t>“After many years of study, I understood something was leaking.”</w:t>
      </w:r>
    </w:p>
    <w:p>
      <w:r>
        <w:rPr>
          <w:sz w:val="20"/>
        </w:rPr>
        <w:t>32:46  ? dekhiye, yeh bohat dinon ke study ke baad mujhe samajh aayi hai ke Islam ki tareekh mein</w:t>
      </w:r>
      <w:r>
        <w:br/>
      </w:r>
      <w:r>
        <w:rPr>
          <w:sz w:val="20"/>
        </w:rPr>
        <w:t>32:54  ek cheez leak kar rahi thi, usi ki qeemat usay hum dekhte hain.</w:t>
      </w:r>
      <w:r>
        <w:br/>
      </w:r>
      <w:r>
        <w:rPr>
          <w:sz w:val="20"/>
        </w:rPr>
        <w:t>33:01  wo hai practical wisdom.</w:t>
      </w:r>
      <w:r>
        <w:br/>
      </w:r>
      <w:r>
        <w:rPr>
          <w:sz w:val="20"/>
        </w:rPr>
        <w:t>33:09  practical wisdom bohat hi meaningful term hai</w:t>
      </w:r>
      <w:r>
        <w:br/>
      </w:r>
      <w:r>
        <w:rPr>
          <w:sz w:val="20"/>
        </w:rPr>
        <w:t>33:16  English mein, lekin agar arabi mein is ka is ka koi equivalent nahin.</w:t>
      </w:r>
      <w:r>
        <w:br/>
      </w:r>
      <w:r>
        <w:rPr>
          <w:sz w:val="20"/>
        </w:rPr>
        <w:t>33:24  Urdu mein jo equivalent ho bola jata hai, wo hikmat e amli, wo bilkul wo gharaat kar deta hai.</w:t>
      </w:r>
      <w:r>
        <w:br/>
      </w:r>
      <w:r>
        <w:rPr>
          <w:sz w:val="20"/>
        </w:rPr>
        <w:t>33:32  woh practical wisdom ke wisdom hi ko khatam kar deta hai.</w:t>
      </w:r>
      <w:r>
        <w:br/>
      </w:r>
      <w:r>
        <w:rPr>
          <w:sz w:val="20"/>
        </w:rPr>
        <w:t>33:40  yani urdu ka jo hikmat e amli hai, woh practical wisdom ki wisdom hi ko khatam kar deta hai.</w:t>
      </w:r>
      <w:r>
        <w:br/>
      </w:r>
      <w:r>
        <w:rPr>
          <w:sz w:val="20"/>
        </w:rPr>
        <w:t>33:47  to yeh main samajhta hoon ke yeh silsila khud us zamane se chal raha hai jis zamane mein Siffin aur Jamal ki ladaiyan huin. Siffin ki Jamal ki ladaiyan mere nazdeek sirf is liye huin ke arabi zabaan mein practical wisdom ka koi equivalent nahin tha. woh explain kar sakte, woh chahte the explain karna ideal wisdom se. agar un ke paas practical wisdom ka</w:t>
      </w:r>
      <w:r>
        <w:br/>
      </w:r>
      <w:r>
        <w:rPr>
          <w:sz w:val="20"/>
        </w:rPr>
        <w:t>34:17  lafz hota to na safain hoti na jammal hoti.</w:t>
      </w:r>
    </w:p>
    <w:p>
      <w:pPr>
        <w:pStyle w:val="Heading2"/>
      </w:pPr>
      <w:r>
        <w:t>Businessman's income-tax analogy exposes half-hearted faith</w:t>
      </w:r>
    </w:p>
    <w:p>
      <w:r>
        <w:rPr>
          <w:color w:val="666666"/>
          <w:sz w:val="18"/>
        </w:rPr>
        <w:t>Dars e Quran December 5, 2006 Maulana Wahiduddin Khan · 1m 14s · at 1:57:30 · https://youtu.be/09Bs9GKXrL0?t=7050</w:t>
      </w:r>
    </w:p>
    <w:p>
      <w:r>
        <w:rPr>
          <w:i/>
        </w:rPr>
        <w:t>“تجارت کرنے والے سے پوچھا: انکم ٹیکس کے معاملے میں کیا ایسے ہی کرتے ہیں؟”</w:t>
      </w:r>
    </w:p>
    <w:p>
      <w:r>
        <w:rPr>
          <w:sz w:val="20"/>
        </w:rPr>
        <w:t>1:57:30  jaise ek tajir the, toh un ke samne sachai pesh ki gayi.</w:t>
      </w:r>
      <w:r>
        <w:br/>
      </w:r>
      <w:r>
        <w:rPr>
          <w:sz w:val="20"/>
        </w:rPr>
        <w:t>1:57:40  toh woh kisi dargah ko mante the ke bas dargah ki ja ke chadar charha denge, aur us ke baad theek ho jayega.</w:t>
      </w:r>
      <w:r>
        <w:br/>
      </w:r>
      <w:r>
        <w:rPr>
          <w:sz w:val="20"/>
        </w:rPr>
        <w:t>1:57:48  toh use bataya gaya jo tauheed ka masla hai, jo tauheed ka aqeedah hai, sahi taur par bataya gaya. toh unhon ne kaha, "arey bhai, tum kahan itni tafseel mein jaate ho?</w:t>
      </w:r>
      <w:r>
        <w:br/>
      </w:r>
      <w:r>
        <w:rPr>
          <w:sz w:val="20"/>
        </w:rPr>
        <w:t>1:58:01  itni tafseel mein jaane ki zarorat kya hai? bas chadar charha diya, bas ho gaya.</w:t>
      </w:r>
      <w:r>
        <w:br/>
      </w:r>
      <w:r>
        <w:rPr>
          <w:sz w:val="20"/>
        </w:rPr>
        <w:t>1:58:07  itni tafseel mein hum kyun jayen?" toh un se kaha gaya ke kya income tax ke kagazon ke mamle mein aap aise hi karte hain?</w:t>
      </w:r>
      <w:r>
        <w:br/>
      </w:r>
      <w:r>
        <w:rPr>
          <w:sz w:val="20"/>
        </w:rPr>
        <w:t>1:58:18  jab income tax ki notice aati hai, tab bhi aap yahi kehte hain ke bhai tafseel mein kaun jaye? tab toh aap daudte hain wakeel ke paas, aur us ko ek ek lafz samajhte hain, matlab comma full stop tak ka matlab samajhne ki koshish karte hain.</w:t>
      </w:r>
      <w:r>
        <w:br/>
      </w:r>
      <w:r>
        <w:rPr>
          <w:sz w:val="20"/>
        </w:rPr>
        <w:t>1:58:35  toh jo bhatka hua hai, main samajhta hoon ke uska case ziyada tar yahi hai ke woh sacha nahi hai.</w:t>
      </w:r>
    </w:p>
    <w:p>
      <w:pPr>
        <w:pStyle w:val="Heading2"/>
      </w:pPr>
      <w:r>
        <w:t>Palestine and the West: Arab unity hasn't brought success</w:t>
      </w:r>
    </w:p>
    <w:p>
      <w:r>
        <w:rPr>
          <w:color w:val="666666"/>
          <w:sz w:val="18"/>
        </w:rPr>
        <w:t>Muslim Unity March 15, 2014 Maulana Wahiduddin Khan · 1m 06s · at 4:39 · https://youtu.be/CZHU5z3SEjc?t=279</w:t>
      </w:r>
    </w:p>
    <w:p>
      <w:r>
        <w:rPr>
          <w:i/>
        </w:rPr>
        <w:t>“Falasteen ke issue par tamam Arab, sab mutahid hain”</w:t>
      </w:r>
    </w:p>
    <w:p>
      <w:r>
        <w:rPr>
          <w:sz w:val="20"/>
        </w:rPr>
        <w:t>4:39  aise hi dekhen, falasteen ke issue par tamam arab, jitne bhi arab hain, sab mutahid hain. to agar unka mawqaf durust ho to falasteen mein woh nakam kyun ho rahe hain?</w:t>
      </w:r>
      <w:r>
        <w:br/>
      </w:r>
      <w:r>
        <w:rPr>
          <w:sz w:val="20"/>
        </w:rPr>
        <w:t>4:54  agar unka mawqaf durust hota to zaroor unko falasteen mein kamyabi hoti. aise hi dekhen, maghribi qaumon ke bare mein sare musalman, shayad mein hi ek mustasna hoon, yeh samajhte hain ke sab maghribi qaumein muslim dushman hain,</w:t>
      </w:r>
      <w:r>
        <w:br/>
      </w:r>
      <w:r>
        <w:rPr>
          <w:sz w:val="20"/>
        </w:rPr>
        <w:t>5:13  islam ke khilaf hain. to agar yeh mawqaf durust hota to inhi ko taraqqi kyun ho rahi hai? wahi har jagah kyun dominate kar rahe hain?</w:t>
      </w:r>
      <w:r>
        <w:br/>
      </w:r>
      <w:r>
        <w:rPr>
          <w:sz w:val="20"/>
        </w:rPr>
        <w:t>5:24  musalman to sirf protest kar rahe hain, complaint kar rahe hain, shikayatein kar rahe hain. to yeh baat bazahatan galat hai ke ummat agar kisi issue par ek ho jaye,</w:t>
      </w:r>
    </w:p>
    <w:p>
      <w:pPr>
        <w:pStyle w:val="Heading2"/>
      </w:pPr>
      <w:r>
        <w:t>Speech miracle as faith revival</w:t>
      </w:r>
    </w:p>
    <w:p>
      <w:r>
        <w:rPr>
          <w:color w:val="666666"/>
          <w:sz w:val="18"/>
        </w:rPr>
        <w:t>Revival of Faith I 25 Sept, 2011 - Maulana Wahiduddin Khan · 1m 37s · at 24:34 · https://youtu.be/y8_SQ8dJ0w0?t=1474</w:t>
      </w:r>
    </w:p>
    <w:p>
      <w:r>
        <w:rPr>
          <w:i/>
        </w:rPr>
        <w:t>“Speech is the greatest miracle”</w:t>
      </w:r>
    </w:p>
    <w:p>
      <w:r>
        <w:rPr>
          <w:sz w:val="20"/>
        </w:rPr>
        <w:t>24:34  speech is the greatest miracle. ke kaise ek insaan bolta hai, kaise doosra insaan sunta hai.</w:t>
      </w:r>
      <w:r>
        <w:br/>
      </w:r>
      <w:r>
        <w:rPr>
          <w:sz w:val="20"/>
        </w:rPr>
        <w:t>24:43  yeh ek bohat hi bari science hai.</w:t>
      </w:r>
      <w:r>
        <w:br/>
      </w:r>
      <w:r>
        <w:rPr>
          <w:sz w:val="20"/>
        </w:rPr>
        <w:t>24:48  yaani mere mind mein ek idea aaya, woh idea lafzon mein dhala, phir zabaan par aaya, phir zabaan boli, phir woh lehron mein dhala, phir doosre kaan tak pahuncha.</w:t>
      </w:r>
      <w:r>
        <w:br/>
      </w:r>
      <w:r>
        <w:rPr>
          <w:sz w:val="20"/>
        </w:rPr>
        <w:t>24:59  is kaan ne lehron ko lafzon mein dhala, phir woh alfaaz dimaagh tak pahunche.</w:t>
      </w:r>
      <w:r>
        <w:br/>
      </w:r>
      <w:r>
        <w:rPr>
          <w:sz w:val="20"/>
        </w:rPr>
        <w:t>25:07  to yeh ek bohat bara process hai jo ek second mein sab hota rehta hai.</w:t>
      </w:r>
      <w:r>
        <w:br/>
      </w:r>
      <w:r>
        <w:rPr>
          <w:sz w:val="20"/>
        </w:rPr>
        <w:t>25:17  yaani aap ka insaan ka jo brain hai, har lamha woh active hai. kaha jata hai ke brain ke ek sarson ke barabar jo jagah hai, us ke andar har har har second</w:t>
      </w:r>
      <w:r>
        <w:br/>
      </w:r>
      <w:r>
        <w:rPr>
          <w:sz w:val="20"/>
        </w:rPr>
        <w:t>25:34  ek sau crore action aur interaction hota hai. tabhi to itni jaldi sab kaam ho raha hai.</w:t>
      </w:r>
      <w:r>
        <w:br/>
      </w:r>
      <w:r>
        <w:rPr>
          <w:sz w:val="20"/>
        </w:rPr>
        <w:t>25:45  ab is ko sochiye hain aap to khuda ki glory se aap bilkul samandar mein gharaq ho jayenge.</w:t>
      </w:r>
      <w:r>
        <w:br/>
      </w:r>
      <w:r>
        <w:rPr>
          <w:sz w:val="20"/>
        </w:rPr>
        <w:t>25:53  to yeh hai iman ko revive karna, iman ko taza karna. aur is ki koi farz nahi hai. abhi mein subah khada hua tha apne apne jo hum jis ko mein kehta hoon spiritual tree, mere ghar ke paas ghar</w:t>
      </w:r>
    </w:p>
    <w:p>
      <w:pPr>
        <w:pStyle w:val="Heading2"/>
      </w:pPr>
      <w:r>
        <w:t>Iblis gathers all devils at sea to hear their deeds</w:t>
      </w:r>
    </w:p>
    <w:p>
      <w:r>
        <w:rPr>
          <w:color w:val="666666"/>
          <w:sz w:val="18"/>
        </w:rPr>
        <w:t>Married Life April 29, 2017 Maulana Wahiduddin Khan · 1m 42s · at 1:46 · https://youtu.be/ONfOGL9_VHg?t=106</w:t>
      </w:r>
    </w:p>
    <w:p>
      <w:r>
        <w:rPr>
          <w:i/>
        </w:rPr>
        <w:t>“Ek hadith hai ke Iblees samandar par jalsa karta hai”</w:t>
      </w:r>
    </w:p>
    <w:p>
      <w:r>
        <w:rPr>
          <w:sz w:val="20"/>
        </w:rPr>
        <w:t>1:46  ek hadith hai ke iblis jo hai, yani iblis woh hai jo shayateen ka sardar hua hai,</w:t>
      </w:r>
      <w:r>
        <w:br/>
      </w:r>
      <w:r>
        <w:rPr>
          <w:sz w:val="20"/>
        </w:rPr>
        <w:t>2:00  to woh apna</w:t>
      </w:r>
      <w:r>
        <w:br/>
      </w:r>
      <w:r>
        <w:rPr>
          <w:sz w:val="20"/>
        </w:rPr>
        <w:t>2:05  jalsa karta hai samandar par. saare dunya ke shaitan ikattha hote hain, woh poochta hai ke tum ne kya kiya, tum ne kya kiya?</w:t>
      </w:r>
      <w:r>
        <w:br/>
      </w:r>
      <w:r>
        <w:rPr>
          <w:sz w:val="20"/>
        </w:rPr>
        <w:t>2:19  to har ek ko jo kuch batata hai ke maine kisi ka qatl karwa diya, maine kisi ka yeh kar diya, woh kar diya.</w:t>
      </w:r>
      <w:r>
        <w:br/>
      </w:r>
      <w:r>
        <w:rPr>
          <w:sz w:val="20"/>
        </w:rPr>
        <w:t>2:31  to iblis un ki baaton ko kuch dhyan nahi deta. ek shaitan aata hai, woh kehta hai ke main ek married couple jo the, un ke peeche lag gaya aur itna un ko aapas mein rift paida kiya ke talaq ho gayi.</w:t>
      </w:r>
      <w:r>
        <w:br/>
      </w:r>
      <w:r>
        <w:rPr>
          <w:sz w:val="20"/>
        </w:rPr>
        <w:t>2:57  to iblis kehta hai: "naam ant, haan to ne kaam kiya,</w:t>
      </w:r>
      <w:r>
        <w:br/>
      </w:r>
      <w:r>
        <w:rPr>
          <w:sz w:val="20"/>
        </w:rPr>
        <w:t>3:06  naam ant</w:t>
      </w:r>
      <w:r>
        <w:br/>
      </w:r>
      <w:r>
        <w:rPr>
          <w:sz w:val="20"/>
        </w:rPr>
        <w:t>3:07  " to is ka ma'ni yeh hai ke do aadmi shadi mein kar ke ek doosre se saathi banein, phir un mein talaq ho jaye to woh shaitan ki fateh hoti hai.</w:t>
      </w:r>
      <w:r>
        <w:br/>
      </w:r>
      <w:r>
        <w:rPr>
          <w:sz w:val="20"/>
        </w:rPr>
        <w:t>3:21  yani talaq shaitan ki fateh hai.</w:t>
      </w:r>
    </w:p>
    <w:p>
      <w:pPr>
        <w:pStyle w:val="Heading2"/>
      </w:pPr>
      <w:r>
        <w:t>Adam's response to Iblis</w:t>
      </w:r>
    </w:p>
    <w:p>
      <w:r>
        <w:rPr>
          <w:color w:val="666666"/>
          <w:sz w:val="18"/>
        </w:rPr>
        <w:t>ALRISALA SEPT 2017 - AUDIO · 2m 49s · at 0:02 · https://youtu.be/Vlx5p0jF8ew?t=2</w:t>
      </w:r>
    </w:p>
    <w:p>
      <w:r>
        <w:rPr>
          <w:i/>
        </w:rPr>
        <w:t>“Adam never complained, only repented.”</w:t>
      </w:r>
    </w:p>
    <w:p>
      <w:r>
        <w:rPr>
          <w:sz w:val="20"/>
        </w:rPr>
        <w:t>0:02  arsala, sitambar 2017. adam ki sunnat, adam aur iblis ka qissa. quran mein bar bar bayan hua hai, quran mein, allah rab ul alameen ki zuban se kaha gaya hai ke adam علیہ السلام ko jannat se nikalne wala iblis tha, al araf.</w:t>
      </w:r>
      <w:r>
        <w:br/>
      </w:r>
      <w:r>
        <w:rPr>
          <w:sz w:val="20"/>
        </w:rPr>
        <w:t>0:21  doosri taraf, quran ki kai ayaton mein adam علیہ السلام ka kirdaar bataya gaya hai, is maloom haqeeqat ke bawajood ke iblis ne adam ko behka kar jannat se nikala.</w:t>
      </w:r>
      <w:r>
        <w:br/>
      </w:r>
      <w:r>
        <w:rPr>
          <w:sz w:val="20"/>
        </w:rPr>
        <w:t>0:34  adam ne kabhi, ek bar bhi, yeh nahin kiya ke woh iblis ko dushman bata kar is ke khilaf shikayat aur ihtijaj ka toofan barpa kare, is ke khilaf bad duaen kare.</w:t>
      </w:r>
      <w:r>
        <w:br/>
      </w:r>
      <w:r>
        <w:rPr>
          <w:sz w:val="20"/>
        </w:rPr>
        <w:t>0:49  is ke bar aks, adam علیہ السلام ne jo kiya woh sirf tauba thi. unhon ne allah se yeh dua ki: "rabbana zalamna anfusana wa in lam taghfir lana wa tarhamna lanakoonanna minal khasireen" yani: "ae hamar</w:t>
      </w:r>
      <w:r>
        <w:br/>
      </w:r>
      <w:r>
        <w:rPr>
          <w:sz w:val="20"/>
        </w:rPr>
        <w:t>1:07  e rab! hum ne apni janon par zulm kiya, aur agar tu hum ko maaf na kare aur hum par reham na kare to hum ghata uthane walon mein se ho jayenge." quran ke is bayan se ek masla maloom hota hai,</w:t>
      </w:r>
      <w:r>
        <w:br/>
      </w:r>
      <w:r>
        <w:rPr>
          <w:sz w:val="20"/>
        </w:rPr>
        <w:t>1:22  woh yeh ke agar koi sabit shuda dushman maujood ho, kisi ne sazish kar ke nuqsan pohanchaya ho, tab bhi insan ko doosre ke khilaf shikayat ya ihtijaj nahin karna hai,</w:t>
      </w:r>
      <w:r>
        <w:br/>
      </w:r>
      <w:r>
        <w:rPr>
          <w:sz w:val="20"/>
        </w:rPr>
        <w:t>1:38  balkeh yeh sochna hai ke main is ki sazish ka shikar kyun bana. aise mauqe par doosron ko zimmedar thahraane ke bajaye apni is ghalti ko daryaft karna chahiye ke is ke bhatakne ka sabab kya tha.</w:t>
      </w:r>
      <w:r>
        <w:br/>
      </w:r>
      <w:r>
        <w:rPr>
          <w:sz w:val="20"/>
        </w:rPr>
        <w:t>1:53  is tarah ke mamle mein doosre ko bura batane se koi faida nahin. is ke bar aks, agar aadmi apni ghalti ko maney to is ka faida yeh hoga ke woh apni kamzori ko daryaft karega, aur is tarah us ko yeh mauqa milega ke woh apni islaah kar ke aindah apne aap ko nuqsan se bachaye.</w:t>
      </w:r>
      <w:r>
        <w:br/>
      </w:r>
      <w:r>
        <w:rPr>
          <w:sz w:val="20"/>
        </w:rPr>
        <w:t>2:16  doosre ke khilaf shikayat karna baaitbar natija apne waqt ko zaya karna hai. is ke bar aks, agar aadmi apni ghalti ko maney to us ko yeh mauqa hoga ke woh apni kamzori ko shaoori taur par jaane aur us ki islaah ke zariye apne ko durust kar le.</w:t>
      </w:r>
      <w:r>
        <w:br/>
      </w:r>
      <w:r>
        <w:rPr>
          <w:sz w:val="20"/>
        </w:rPr>
        <w:t>2:35  kisi ko dushman bata kar is ke khilaf hangama karna koi kaam hi nahin, kaam sirf yeh hai ke aadmi apni ghalti ko maney aur us ki islaah kare.</w:t>
      </w:r>
    </w:p>
    <w:p>
      <w:pPr>
        <w:pStyle w:val="Heading2"/>
      </w:pPr>
      <w:r>
        <w:t>Even atheist Stalin invoked God in crisis</w:t>
      </w:r>
    </w:p>
    <w:p>
      <w:r>
        <w:rPr>
          <w:color w:val="666666"/>
          <w:sz w:val="18"/>
        </w:rPr>
        <w:t>The Existence of God July 23, 2017 Maulana Wahiduddin Khan · 2m 05s · at 37:53 · https://youtu.be/shLM_JhG3iE?t=2273</w:t>
      </w:r>
    </w:p>
    <w:p>
      <w:r>
        <w:rPr>
          <w:i/>
        </w:rPr>
        <w:t>“Ek waqea mein ne padha tha, woh mein us waqt shaam mein bhi tha”</w:t>
      </w:r>
    </w:p>
    <w:p>
      <w:r>
        <w:rPr>
          <w:sz w:val="20"/>
        </w:rPr>
        <w:t>37:53  ek waqia main ne parha tha, woh main us waqt sham mein bhi tha ke second world war ke zamane mein bohat hi zabardast un ka crisis aaya tha bari taqaton ke liye.</w:t>
      </w:r>
      <w:r>
        <w:br/>
      </w:r>
      <w:r>
        <w:rPr>
          <w:sz w:val="20"/>
        </w:rPr>
        <w:t>38:07  to ek conference hui thi Yalta mein, Yalta ek jazeera hai Russia mein, to is mein Britain ka prime minister aur America ka President aur ek aur kaun,</w:t>
      </w:r>
      <w:r>
        <w:br/>
      </w:r>
      <w:r>
        <w:rPr>
          <w:sz w:val="20"/>
        </w:rPr>
        <w:t>38:29  teen ikhatta hue thay woh ghore karne ke liye. to expert logon ne ek, ek banaya tha ek, ek naqsha ke hamein kis tareeqe se muqabla karna hai Germany ka aur Japan ka,</w:t>
      </w:r>
      <w:r>
        <w:br/>
      </w:r>
      <w:r>
        <w:rPr>
          <w:sz w:val="20"/>
        </w:rPr>
        <w:t>38:46  yani mukhalif taqaton ka. to woh diya gaya parhne ke liye roos ke jo dictator tha, stalin, stalin ko diya gaya.</w:t>
      </w:r>
      <w:r>
        <w:br/>
      </w:r>
      <w:r>
        <w:rPr>
          <w:sz w:val="20"/>
        </w:rPr>
        <w:t>39:01  to stalin ne jo parha tha us ko, to main ne us mein report bhi parha tha ke parhte parhte us ke munh se nikla "May God prosper this order taken." yeh jumla shayad us ne roos mein kaha hoga lekin main ne parha tha english mein "May God prosper this order taken." yani khuda is mansoobe ko kamyab kare.</w:t>
      </w:r>
      <w:r>
        <w:br/>
      </w:r>
      <w:r>
        <w:rPr>
          <w:sz w:val="20"/>
        </w:rPr>
        <w:t>39:24  to aap jante hain god ko mante hi nahi the stalin, stalin to khuda ke munkir tha. to us ko parhte parhte us mein gharaq ho gaya woh.</w:t>
      </w:r>
      <w:r>
        <w:br/>
      </w:r>
      <w:r>
        <w:rPr>
          <w:sz w:val="20"/>
        </w:rPr>
        <w:t>39:36  to us ke, us ka andar ka insan bol utha. jab gharaq ho gaya to us ke andar ka insan bol utha ke itna acha plan hai, khuda us ko kamyab kare "May God prosper this order taken." to dekhen yeh parho sochne ki baat hai.</w:t>
      </w:r>
    </w:p>
    <w:p>
      <w:pPr>
        <w:pStyle w:val="Heading2"/>
      </w:pPr>
      <w:r>
        <w:t>Palestinian leader's answer is meaningless</w:t>
      </w:r>
    </w:p>
    <w:p>
      <w:r>
        <w:rPr>
          <w:color w:val="666666"/>
          <w:sz w:val="18"/>
        </w:rPr>
        <w:t>Q&amp;A 09 Nov 2008 - Maulana Wahiduddin Khan · 1m 46s · at 0:51 · https://youtu.be/iA8ELjlgPLU?t=51</w:t>
      </w:r>
    </w:p>
    <w:p>
      <w:r>
        <w:rPr>
          <w:i/>
        </w:rPr>
        <w:t>“Quran mein hai 'innama hiya kalimatun huwa qa'iluha'.”</w:t>
      </w:r>
    </w:p>
    <w:p>
      <w:r>
        <w:rPr>
          <w:sz w:val="20"/>
        </w:rPr>
        <w:t>0:51  Dekhiye, main ne abhi suna tha yeh un ka jawab. Quran mein hai ke "Innama hi kalimatu hu qailuha".</w:t>
      </w:r>
      <w:r>
        <w:br/>
      </w:r>
      <w:r>
        <w:rPr>
          <w:sz w:val="20"/>
        </w:rPr>
        <w:t>1:00  Yeh aadmi keh de baghair soyay samjhe yun hi ek baat. Koi is ka meaning nahi, koi matlab nahi hai.</w:t>
      </w:r>
      <w:r>
        <w:br/>
      </w:r>
      <w:r>
        <w:rPr>
          <w:sz w:val="20"/>
        </w:rPr>
        <w:t>1:10  Is liye ke land ke liye aap ladh rahe hain to land milna chahiye na? Har ladhai kisi end ke liye, kisi result ke liye hoti hai.</w:t>
      </w:r>
      <w:r>
        <w:br/>
      </w:r>
      <w:r>
        <w:rPr>
          <w:sz w:val="20"/>
        </w:rPr>
        <w:t>1:20  Jab shuru kiya tha ladhai unhon ne 1948 mein to Palestine ka more than 50 percent ke paas tha.</w:t>
      </w:r>
      <w:r>
        <w:br/>
      </w:r>
      <w:r>
        <w:rPr>
          <w:sz w:val="20"/>
        </w:rPr>
        <w:t>1:29  Aaj kuch bhi nahi, sab chhin gaya. To land ki ladhai ladh rahe hain aur land chhinwa rahe hain? Yeh ladhai hai yeh?</w:t>
      </w:r>
      <w:r>
        <w:br/>
      </w:r>
      <w:r>
        <w:rPr>
          <w:sz w:val="20"/>
        </w:rPr>
        <w:t>1:38  To yeh to sar ta pa ek ek stepped kaam hai. To kuch bhi nahi hai, nothing hai, nothing hai.</w:t>
      </w:r>
      <w:r>
        <w:br/>
      </w:r>
      <w:r>
        <w:rPr>
          <w:sz w:val="20"/>
        </w:rPr>
        <w:t>1:46  Na political hai na religious hai. Yeh stepped war hai yeh. Aap sochiye, koi bhi kaam, bas business aap karein to kis liye?</w:t>
      </w:r>
      <w:r>
        <w:br/>
      </w:r>
      <w:r>
        <w:rPr>
          <w:sz w:val="20"/>
        </w:rPr>
        <w:t>1:56  Aap ko income hogi, job aap karein to is liye ke aap ko salary milegi.</w:t>
      </w:r>
      <w:r>
        <w:br/>
      </w:r>
      <w:r>
        <w:rPr>
          <w:sz w:val="20"/>
        </w:rPr>
        <w:t>2:03  Koi bhi aap kaam karte hain to kisi is ka koi purpose hota hai. To land ki ladhai is liye ke ho hona chahiye ke land mile aap ko.</w:t>
      </w:r>
      <w:r>
        <w:br/>
      </w:r>
      <w:r>
        <w:rPr>
          <w:sz w:val="20"/>
        </w:rPr>
        <w:t>2:12  Nahi to land aap kho rahe hain. To now the time is to revise, to reassess</w:t>
      </w:r>
      <w:r>
        <w:br/>
      </w:r>
      <w:r>
        <w:rPr>
          <w:sz w:val="20"/>
        </w:rPr>
        <w:t>2:21  the whole thing. 60 saal beet gaye to ab unhein kehna chahiye ke humein sharm aati hai ke hum ne aisi ladhai ladi jo tha apne paas, woh bhi kho diya hum ne.</w:t>
      </w:r>
      <w:r>
        <w:br/>
      </w:r>
      <w:r>
        <w:rPr>
          <w:sz w:val="20"/>
        </w:rPr>
        <w:t>2:30  Ab to reassess karna hai, humein batao ke kya karein? Batao ke hum kya karein?</w:t>
      </w:r>
    </w:p>
    <w:p>
      <w:pPr>
        <w:pStyle w:val="Heading2"/>
      </w:pPr>
      <w:r>
        <w:t>Reflection on creation leads to love</w:t>
      </w:r>
    </w:p>
    <w:p>
      <w:r>
        <w:rPr>
          <w:color w:val="666666"/>
          <w:sz w:val="18"/>
        </w:rPr>
        <w:t>Divine Love 19 Oct, 2019 - Maulana Wahiduddin Khan · 2m 25s · at 17:29 · https://youtu.be/PBiwMk_tLH8?t=1049</w:t>
      </w:r>
    </w:p>
    <w:p>
      <w:r>
        <w:rPr>
          <w:i/>
        </w:rPr>
        <w:t>“Allah ki jo takhleeq hai, us mein jo wisdom hai”</w:t>
      </w:r>
    </w:p>
    <w:p>
      <w:r>
        <w:rPr>
          <w:sz w:val="20"/>
        </w:rPr>
        <w:t>17:29  takhleeq hai, is mein jo wisdom hai, is mein jo</w:t>
      </w:r>
      <w:r>
        <w:br/>
      </w:r>
      <w:r>
        <w:rPr>
          <w:sz w:val="20"/>
        </w:rPr>
        <w:t>17:38  anokhay, jo jo breakless cheezain hain, is par jo aadmi sochta hai,</w:t>
      </w:r>
      <w:r>
        <w:br/>
      </w:r>
      <w:r>
        <w:rPr>
          <w:sz w:val="20"/>
        </w:rPr>
        <w:t>17:53  misalan dekhen, dunya mein bohat saray test hain, test hamaray liye.</w:t>
      </w:r>
      <w:r>
        <w:br/>
      </w:r>
      <w:r>
        <w:rPr>
          <w:sz w:val="20"/>
        </w:rPr>
        <w:t>18:05  to aik taraf dunya mein test hai, doosri taraf insaan ke andar taqreeban das hazar test birds hain.</w:t>
      </w:r>
      <w:r>
        <w:br/>
      </w:r>
      <w:r>
        <w:rPr>
          <w:sz w:val="20"/>
        </w:rPr>
        <w:t>18:18  yani bahar jab test ke sources hain to andar bhi test birds hain. to maine socha ke agar</w:t>
      </w:r>
      <w:r>
        <w:br/>
      </w:r>
      <w:r>
        <w:rPr>
          <w:sz w:val="20"/>
        </w:rPr>
        <w:t>18:32  mere bahar test ke sources mojood hon, lekin mere andar test birds na hon to main yeh kaise enjoy karoon ga?</w:t>
      </w:r>
      <w:r>
        <w:br/>
      </w:r>
      <w:r>
        <w:rPr>
          <w:sz w:val="20"/>
        </w:rPr>
        <w:t>18:42  to do cheezain hain. yani aik aik taraf test ke sources hain, doosri taraf test birds hain.</w:t>
      </w:r>
      <w:r>
        <w:br/>
      </w:r>
      <w:r>
        <w:rPr>
          <w:sz w:val="20"/>
        </w:rPr>
        <w:t>18:54  to test birds hain, is liye hum in ko enjoy kar paate hain. to ab yeh maine socha ke khaliq ka kitna bara ehsan hai ke us ne aik taraf jab test ke sources paida kiye to usi ke sath hamare andar test birds bhi paida kiye thay.</w:t>
      </w:r>
      <w:r>
        <w:br/>
      </w:r>
      <w:r>
        <w:rPr>
          <w:sz w:val="20"/>
        </w:rPr>
        <w:t>19:22  agar aik hota aur doosri cheez na hoti to hum koi usay enjoy nahi kar sakte thay.</w:t>
      </w:r>
      <w:r>
        <w:br/>
      </w:r>
      <w:r>
        <w:rPr>
          <w:sz w:val="20"/>
        </w:rPr>
        <w:t>19:34  to is tarah se aadmi sochta hai to us ko allah se, khaliq se, rab se mohabbat paida hoti hai.</w:t>
      </w:r>
      <w:r>
        <w:br/>
      </w:r>
      <w:r>
        <w:rPr>
          <w:sz w:val="20"/>
        </w:rPr>
        <w:t>19:46  kisi aur tadbeer se main nahi samajhta ke mohabbat paida hogi.</w:t>
      </w:r>
    </w:p>
    <w:p>
      <w:pPr>
        <w:pStyle w:val="Heading2"/>
      </w:pPr>
      <w:r>
        <w:t>Need upright individuals for Islamic law</w:t>
      </w:r>
    </w:p>
    <w:p>
      <w:r>
        <w:rPr>
          <w:color w:val="666666"/>
          <w:sz w:val="18"/>
        </w:rPr>
        <w:t>The case of Present Muslims 13 Feb, 2011 - Maulana Wahiduddin Khan · 1m 16s · at 27:27 · https://youtu.be/t6KWTAnDEcs?t=1647</w:t>
      </w:r>
    </w:p>
    <w:p>
      <w:r>
        <w:rPr>
          <w:i/>
        </w:rPr>
        <w:t>“Scholars demanded Islamic law from President Dawood.”</w:t>
      </w:r>
    </w:p>
    <w:p>
      <w:r>
        <w:rPr>
          <w:sz w:val="20"/>
        </w:rPr>
        <w:t>27:27  main ne ek bar to parha tha ke Dawood sahib jab sadar the Pakistan ke, to ulma mutalba kar rahe the, wo ye nafaz Islami, nafaz Islami.</w:t>
      </w:r>
      <w:r>
        <w:br/>
      </w:r>
      <w:r>
        <w:rPr>
          <w:sz w:val="20"/>
        </w:rPr>
        <w:t>27:35  bara dhoom thi us zamane mein, nafaz Islami, yani shariat Islami ka nafaz. Ghor kijiye ke nafsi shariat Muhammad ka ye Quran mein aaya hi nahi.</w:t>
      </w:r>
      <w:r>
        <w:br/>
      </w:r>
      <w:r>
        <w:rPr>
          <w:sz w:val="20"/>
        </w:rPr>
        <w:t>27:47  huma waraq naseeha gasht mudda eijaz bana rakha hai logon ne. To ulma ka ek waqt mila Dawood sahib se ke sahib aap Islam nafaz kijiye Pakistan mein, Islami qanoon ko nafaz kijiye.</w:t>
      </w:r>
      <w:r>
        <w:br/>
      </w:r>
      <w:r>
        <w:rPr>
          <w:sz w:val="20"/>
        </w:rPr>
        <w:t>28:03  to Dawood al Haq ne kaha ke theek hai, aap mujhe do sau aise aadmi de dijiye jo non-purchasable hon, yani bikne na bikne wale, non-purchasable character un ka ho, to main nafaz kar deta hoon.</w:t>
      </w:r>
      <w:r>
        <w:br/>
      </w:r>
      <w:r>
        <w:rPr>
          <w:sz w:val="20"/>
        </w:rPr>
        <w:t>28:19  to ulma ne kaha ke hum kahan se layen? Dawood ne kaha ke main kahan se laoon? Aap ghor kijiye ke do sau aadmi non-purchasable Pakistan mein nahi the, to nafaz Islam nafaz kahan se ho jaye?</w:t>
      </w:r>
      <w:r>
        <w:br/>
      </w:r>
      <w:r>
        <w:rPr>
          <w:sz w:val="20"/>
        </w:rPr>
        <w:t>28:32  kahan se? Kya police ke dande se nafaz ho sakta hai Islam? Ye to bilkul absurd baat hai, deducibles baat hai, koi sar na pair is ka.</w:t>
      </w:r>
    </w:p>
    <w:p>
      <w:pPr>
        <w:pStyle w:val="Heading2"/>
      </w:pPr>
      <w:r>
        <w:t>Result of da'wah: two outcomes from Allah</w:t>
      </w:r>
    </w:p>
    <w:p>
      <w:r>
        <w:rPr>
          <w:color w:val="666666"/>
          <w:sz w:val="18"/>
        </w:rPr>
        <w:t>Interaction with umries 24 july, 2019 - Maulana Wahiduddin Khan · 2m 27s · at 3:36 · https://youtu.be/8d1GN1f_oMs?t=216</w:t>
      </w:r>
    </w:p>
    <w:p>
      <w:r>
        <w:rPr>
          <w:i/>
        </w:rPr>
        <w:t>“To tum yeh mat samjho ke yun hi shuru hui”</w:t>
      </w:r>
    </w:p>
    <w:p>
      <w:r>
        <w:rPr>
          <w:sz w:val="20"/>
        </w:rPr>
        <w:t>3:36  aisa nahi ke ura ja ke shuru kar de kuch. to is ke baray mein yeh farmaya ke yeh jo dawat hai, yeh Allah ki hayat se hai, Allah ki madad se hai.</w:t>
      </w:r>
      <w:r>
        <w:br/>
      </w:r>
      <w:r>
        <w:rPr>
          <w:sz w:val="20"/>
        </w:rPr>
        <w:t>3:52  to tum yeh mat samjho ke yeh yun hi shuru hui aur yun hi khatam ho jayegi. zaroor hai ke is ka koi nateeja nikle ga.</w:t>
      </w:r>
      <w:r>
        <w:br/>
      </w:r>
      <w:r>
        <w:rPr>
          <w:sz w:val="20"/>
        </w:rPr>
        <w:t>4:03  yani nateeja kya hoga? ya to daai ki madad Allah ko hasil hogi aur woh kamyab hoga. koi log zulm mein Allah taala daale ga</w:t>
      </w:r>
      <w:r>
        <w:br/>
      </w:r>
      <w:r>
        <w:rPr>
          <w:sz w:val="20"/>
        </w:rPr>
        <w:t>4:19  aur daai ke saathi ban jayenge. ya nahi to aisa hoga ke in logon ko</w:t>
      </w:r>
      <w:r>
        <w:br/>
      </w:r>
      <w:r>
        <w:rPr>
          <w:sz w:val="20"/>
        </w:rPr>
        <w:t>4:29  aur un ke dil aur sakht kar diye jayenge. taake woh Allah ke plan ke mutabiq, Allah ki pakar ki zard mein aa jayen.</w:t>
      </w:r>
      <w:r>
        <w:br/>
      </w:r>
      <w:r>
        <w:rPr>
          <w:sz w:val="20"/>
        </w:rPr>
        <w:t>4:42  to yeh aisi soorat e haal ke liye yeh ayat hai ke aisa nahi ho sakta ke yeh jo dawat uthi hai, yeh dawat yun hi lapet kar rakh di jaye.</w:t>
      </w:r>
      <w:r>
        <w:br/>
      </w:r>
      <w:r>
        <w:rPr>
          <w:sz w:val="20"/>
        </w:rPr>
        <w:t>4:58  yeh dawat is liye nahi uthi hai ke yun hi bas lapet kar rakh di jaye. is ka result nikle ga.</w:t>
      </w:r>
      <w:r>
        <w:br/>
      </w:r>
      <w:r>
        <w:rPr>
          <w:sz w:val="20"/>
        </w:rPr>
        <w:t>5:09  aur result yeh yeh hota hai is tarah ki haalat mein ke ya to jo sachay mutalashi hain, jo sachay talib e haq hain, un ko Allah ki madad aati hai aur woh daai ke saathi ban jatay hain aur jannat jannat ke mustahiq bante hain.</w:t>
      </w:r>
      <w:r>
        <w:br/>
      </w:r>
      <w:r>
        <w:rPr>
          <w:sz w:val="20"/>
        </w:rPr>
        <w:t>5:32  bante hain. ya phir aisa hota hai ke un ko aur aur ziyada sakht kar diya jata hai aur woh Allah ke farishtay un ko likh lete hain un ke baray mein ke yeh aadmi</w:t>
      </w:r>
      <w:r>
        <w:br/>
      </w:r>
      <w:r>
        <w:rPr>
          <w:sz w:val="20"/>
        </w:rPr>
        <w:t>5:50  dawat ko sunnay ke liye tayyar nahi hua. to Allah ki pakar ki zard mein aa jata hai. woh to dono mein se koi aik kaam zaroor hoga.</w:t>
      </w:r>
    </w:p>
    <w:p>
      <w:pPr>
        <w:pStyle w:val="Heading2"/>
      </w:pPr>
      <w:r>
        <w:t>Fajr prayer as Allah's guarantee and planning</w:t>
      </w:r>
    </w:p>
    <w:p>
      <w:r>
        <w:rPr>
          <w:color w:val="666666"/>
          <w:sz w:val="18"/>
        </w:rPr>
        <w:t>The Spirit of Namaz | May 21, 2017 · 2m 00s · at 19:25 · https://youtu.be/xN9SA_q272Y?t=1165</w:t>
      </w:r>
    </w:p>
    <w:p>
      <w:r>
        <w:rPr>
          <w:i/>
        </w:rPr>
        <w:t>“Jis ne fajr namaz padhi, woh Allah ki guarantee mein aa gaya.”</w:t>
      </w:r>
    </w:p>
    <w:p>
      <w:r>
        <w:rPr>
          <w:sz w:val="20"/>
        </w:rPr>
        <w:t>19:25  jis ne fajar ki namaz padhi, subah ki namaz, to woh allah ki guarantee mein aa gaya, yani din bhar ke liye. yeh kya cheez hai ke namaz to subah ki padhi aur aur din bhar allah ki guarantee mein aa gaya aadmi? yeh kya cheez hai? is par sochte hue mujhe ek bahut badi baat samajh mein aayi ke aap jante hain ke hum paanch waqt ki namaz padhte hain. pehli namaz fajar ki hoti hai, phir zuhr, asr, maghrib,</w:t>
      </w:r>
      <w:r>
        <w:br/>
      </w:r>
      <w:r>
        <w:rPr>
          <w:sz w:val="20"/>
        </w:rPr>
        <w:t>19:55  phir aakhir mein isha ki namaz.</w:t>
      </w:r>
      <w:r>
        <w:br/>
      </w:r>
      <w:r>
        <w:rPr>
          <w:sz w:val="20"/>
        </w:rPr>
        <w:t>20:01  to fajar ki namaz jo hai, wo beginning hai, is process ki beginning hai.</w:t>
      </w:r>
      <w:r>
        <w:br/>
      </w:r>
      <w:r>
        <w:rPr>
          <w:sz w:val="20"/>
        </w:rPr>
        <w:t>20:07  aik process jo hamein chalana hai character building ka, tazkiya ka.</w:t>
      </w:r>
      <w:r>
        <w:br/>
      </w:r>
      <w:r>
        <w:rPr>
          <w:sz w:val="20"/>
        </w:rPr>
        <w:t>20:13  yani quran ke lafzon mein kahein to aap tazkiya, secular world bolein to character building ka jo process</w:t>
      </w:r>
      <w:r>
        <w:br/>
      </w:r>
      <w:r>
        <w:rPr>
          <w:sz w:val="20"/>
        </w:rPr>
        <w:t>20:19  hai, woh process bohat hi zyada s</w:t>
      </w:r>
      <w:r>
        <w:br/>
      </w:r>
      <w:r>
        <w:rPr>
          <w:sz w:val="20"/>
        </w:rPr>
        <w:t>20:25  scientific hai, bohat ziyada scientific hai. yani fajar ki namaz aap ne parhi to aap ne aaj ke liye tazkiya ki planning ki ke aaj mujhe kis tarah tazkiya karna hai, aaj mujhe dawat ka kya kaam parhna hai, aaj mujhe kaun si kitabein study karna hai. that is planning, tazkiya planning. to fajar ki n</w:t>
      </w:r>
      <w:r>
        <w:br/>
      </w:r>
      <w:r>
        <w:rPr>
          <w:sz w:val="20"/>
        </w:rPr>
        <w:t>20:55  amaz aap ne parhi to aap ne tazkiya ki planning ki ke aaj mujhe hamd spirit ko kaise jagana hai, Allah ki glory ko kis tarah apne man mein bithana hai, insano ki humdardi ka jazba kis tarah aap andar inculcate karna hai. that is planning, tazkiya planning. to aap ne fajar ki namaz parhi to aap ne apne din bhar ki planning ki, tazkiya, tazkiya ke aitbar se</w:t>
      </w:r>
    </w:p>
    <w:p>
      <w:pPr>
        <w:pStyle w:val="Heading2"/>
      </w:pPr>
      <w:r>
        <w:t>explaining the evil eye and its only cure, prayer</w:t>
      </w:r>
    </w:p>
    <w:p>
      <w:r>
        <w:rPr>
          <w:color w:val="666666"/>
          <w:sz w:val="18"/>
        </w:rPr>
        <w:t>Ideology of Tawhid June 08, 2008 · 2m 34s · at 1:07:33 · https://youtu.be/RKhog0mmYGc?t=4053</w:t>
      </w:r>
    </w:p>
    <w:p>
      <w:r>
        <w:rPr>
          <w:i/>
        </w:rPr>
        <w:t>“Nazar lagna haq hai, iska ilaj sirf dua hai”</w:t>
      </w:r>
    </w:p>
    <w:p>
      <w:r>
        <w:rPr>
          <w:sz w:val="20"/>
        </w:rPr>
        <w:t>1:07:33  do buri nazar, khabees rooh and jadoo tona have any effect on well being and health of a human being?</w:t>
      </w:r>
      <w:r>
        <w:br/>
      </w:r>
      <w:r>
        <w:rPr>
          <w:sz w:val="20"/>
        </w:rPr>
        <w:t>1:07:42  what is the message of quran in this regard in view of surah al-falaq? kindly explain. dekhiye, yeh khabees rooh waghera ka to bilkul baseless baat hai.</w:t>
      </w:r>
      <w:r>
        <w:br/>
      </w:r>
      <w:r>
        <w:rPr>
          <w:sz w:val="20"/>
        </w:rPr>
        <w:t>1:07:56  aisa kuch bhi nahi hai. kahin koi khabees rooh nahi hai. koi yeh sab baatein jo mante hain log.</w:t>
      </w:r>
      <w:r>
        <w:br/>
      </w:r>
      <w:r>
        <w:rPr>
          <w:sz w:val="20"/>
        </w:rPr>
        <w:t>1:08:03  lekin nazar lagna chunaqay hadith mein hai, is liye mein is ko manta hoon. hadith mein hai ke al-ain haq, al-ain haq.</w:t>
      </w:r>
      <w:r>
        <w:br/>
      </w:r>
      <w:r>
        <w:rPr>
          <w:sz w:val="20"/>
        </w:rPr>
        <w:t>1:08:11  nazar lagna barhaq hai. to nazar lagna kya hai? kisi ko hasad ki nazar se dekhna. jo log bohat hasdi hotay hain, hasad walay, bohat ziyada, to woh jab dekhte hain kisi ko to bohat hasad ki nazar se dekhte hain.</w:t>
      </w:r>
      <w:r>
        <w:br/>
      </w:r>
      <w:r>
        <w:rPr>
          <w:sz w:val="20"/>
        </w:rPr>
        <w:t>1:08:27  to un se nazar lag jati hai.</w:t>
      </w:r>
      <w:r>
        <w:br/>
      </w:r>
      <w:r>
        <w:rPr>
          <w:sz w:val="20"/>
        </w:rPr>
        <w:t>1:08:30  yeh mein manta hoon. mujh ko bhi nazar lagi hai. lekin is ka tor hai. is ka tor hai. bilkul tor hai ke dua.</w:t>
      </w:r>
      <w:r>
        <w:br/>
      </w:r>
      <w:r>
        <w:rPr>
          <w:sz w:val="20"/>
        </w:rPr>
        <w:t>1:08:43  is ka tor hai dua. yani aisa nahi ke nazar aisi lagna aisi cheez hai ke hamare paas koi tor hi is ka na ho. hum jayein kisi woh so called jo experts hotay hain in cheezon ke, kuch bhi nahi hai.</w:t>
      </w:r>
      <w:r>
        <w:br/>
      </w:r>
      <w:r>
        <w:rPr>
          <w:sz w:val="20"/>
        </w:rPr>
        <w:t>1:08:57  aap khud hi nazar lagne ka ila</w:t>
      </w:r>
      <w:r>
        <w:br/>
      </w:r>
      <w:r>
        <w:rPr>
          <w:sz w:val="20"/>
        </w:rPr>
        <w:t>1:08:59  j ilaaj kar sakte hain. khud hi dua ke zariye se. to nazar lagna to main manta hoon. kyunke hadees mein al-ain haq.</w:t>
      </w:r>
      <w:r>
        <w:br/>
      </w:r>
      <w:r>
        <w:rPr>
          <w:sz w:val="20"/>
        </w:rPr>
        <w:t>1:09:09  baqi main un cheezon ko nahin manta. yeh sab bilkul kahaniyan hain. ek saahib ke paas main gaya. ek saahib jo isi ke abhi zinda honge, woh yaani isi ke woh hain.</w:t>
      </w:r>
      <w:r>
        <w:br/>
      </w:r>
      <w:r>
        <w:rPr>
          <w:sz w:val="20"/>
        </w:rPr>
        <w:t>1:09:20  woh expert bad roohein utarte hain. aur yeh sab jo hota hai na, kya kya cheez hai.</w:t>
      </w:r>
      <w:r>
        <w:br/>
      </w:r>
      <w:r>
        <w:rPr>
          <w:sz w:val="20"/>
        </w:rPr>
        <w:t>1:09:27  to mashhoor tha ke un ke un ke haan jinnaat aate hain. main gaya un ke haan to ek kamra tha. wahan baithe hue the akele. ab main bas do hi aadmi the.</w:t>
      </w:r>
      <w:r>
        <w:br/>
      </w:r>
      <w:r>
        <w:rPr>
          <w:sz w:val="20"/>
        </w:rPr>
        <w:t>1:09:36  main ne kaha suna hai ke aap ke paas jinnaat aate hain. to aaj bulaiye to jinnaat ko. main bhi dekhun un ki soorat. to hansne lage. woh kuch kaha nahin unhon ne.</w:t>
      </w:r>
      <w:r>
        <w:br/>
      </w:r>
      <w:r>
        <w:rPr>
          <w:sz w:val="20"/>
        </w:rPr>
        <w:t>1:09:47  lekin hans ke taal</w:t>
      </w:r>
      <w:r>
        <w:br/>
      </w:r>
      <w:r>
        <w:rPr>
          <w:sz w:val="20"/>
        </w:rPr>
        <w:t>1:09:49  diya. matlab yeh bilkul log aise log. per anami parind marida main paran yeh hota hai.</w:t>
      </w:r>
      <w:r>
        <w:br/>
      </w:r>
      <w:r>
        <w:rPr>
          <w:sz w:val="20"/>
        </w:rPr>
        <w:t>1:09:58  to nazar lagna zaroor barhaq hai. lekin is ka tod hai dua.</w:t>
      </w:r>
    </w:p>
    <w:p>
      <w:pPr>
        <w:pStyle w:val="Heading2"/>
      </w:pPr>
      <w:r>
        <w:t>Double standard and two minds</w:t>
      </w:r>
    </w:p>
    <w:p>
      <w:r>
        <w:rPr>
          <w:color w:val="666666"/>
          <w:sz w:val="18"/>
        </w:rPr>
        <w:t>Double Standards of Present-Day Muslims August 6, 2017 · 1m 25s · at 10:13 · https://youtu.be/k1NcZQpHTyg?t=613</w:t>
      </w:r>
    </w:p>
    <w:p>
      <w:r>
        <w:rPr>
          <w:i/>
        </w:rPr>
        <w:t>“Musalmanon ke andar double standard culture aa gaya hai”</w:t>
      </w:r>
    </w:p>
    <w:p>
      <w:r>
        <w:rPr>
          <w:sz w:val="20"/>
        </w:rPr>
        <w:t>10:13  yeh kya cheez hai? yeh bohat hi baray peymanay par, bohat deep level par Musalmanon ke andar double standard culture aa gaya hai. apni zaat ke liye kuch sochna aur qaum ke liye kuch sochna.</w:t>
      </w:r>
      <w:r>
        <w:br/>
      </w:r>
      <w:r>
        <w:rPr>
          <w:sz w:val="20"/>
        </w:rPr>
        <w:t>10:30  to mein samajhta hoon ke asal masla yahi hai, asal masla na ke zalim ka hai, na asal masla Israel ka hai, na asal masla kisi bhi hukoomat ka hai.</w:t>
      </w:r>
      <w:r>
        <w:br/>
      </w:r>
      <w:r>
        <w:rPr>
          <w:sz w:val="20"/>
        </w:rPr>
        <w:t>10:42  asal masla yeh hai ke Musalman aik taraf se double standard ho gaye hain, apni zaat ke liye kuch, qaum ke liye kuch. aur yaad rakhiye, jo log double standard ho jayein, un ko woh sab se mehroom ho jatay hain kis cheez se?</w:t>
      </w:r>
      <w:r>
        <w:br/>
      </w:r>
      <w:r>
        <w:rPr>
          <w:sz w:val="20"/>
        </w:rPr>
        <w:t>11:04  right thinking se. Quran mein dekhiye yeh hai ke ma Allah qalb, yahan dimagh ka hai.</w:t>
      </w:r>
      <w:r>
        <w:br/>
      </w:r>
      <w:r>
        <w:rPr>
          <w:sz w:val="20"/>
        </w:rPr>
        <w:t>11:16  aadmi ke andar do dimagh nahi hota, qalb ka maani heart nahi hai, qalb ka maani mind hai.</w:t>
      </w:r>
      <w:r>
        <w:br/>
      </w:r>
      <w:r>
        <w:rPr>
          <w:sz w:val="20"/>
        </w:rPr>
        <w:t>11:26  aadmi ke andar aik hi mind hota hai. jab aadmi do mind se soche to woh us ke andar kya hoga? confusion hoga, us ke andar yaani tarah tarah ki ghalat fehmiyan hongi.</w:t>
      </w:r>
    </w:p>
    <w:p>
      <w:pPr>
        <w:pStyle w:val="Heading2"/>
      </w:pPr>
      <w:r>
        <w:t>Need-based vs greed-based material culture</w:t>
      </w:r>
    </w:p>
    <w:p>
      <w:r>
        <w:rPr>
          <w:color w:val="666666"/>
          <w:sz w:val="18"/>
        </w:rPr>
        <w:t>Ancient Shirk or Modern Shirk February 1, 2008 Maulana Wahiduddin Khan · 2m 14s · at 33:36 · https://youtu.be/LB6iBYerQmw?t=2016</w:t>
      </w:r>
    </w:p>
    <w:p>
      <w:r>
        <w:rPr>
          <w:i/>
        </w:rPr>
        <w:t>“Ab is mein kahiye kya hai?”</w:t>
      </w:r>
    </w:p>
    <w:p>
      <w:r>
        <w:rPr>
          <w:sz w:val="20"/>
        </w:rPr>
        <w:t>33:36  Ab is mein kahiye kya hai? Agar aisa ho jaye to kya hoga? Material cheezon ko aap lenge bator need ke, greed ke nahin.</w:t>
      </w:r>
      <w:r>
        <w:br/>
      </w:r>
      <w:r>
        <w:rPr>
          <w:sz w:val="20"/>
        </w:rPr>
        <w:t>33:46  To greed lene ke maani kya hue? Ke orientation aap ka wahi ho gaya, soul concern aap ka wahi ho gaya.</w:t>
      </w:r>
      <w:r>
        <w:br/>
      </w:r>
      <w:r>
        <w:rPr>
          <w:sz w:val="20"/>
        </w:rPr>
        <w:t>33:54  Cheezon ko aap jab bator greed lene lage, is ka matlab kya hua? Ke aap ne apna soul concern cheezon hi ko bana liya.</w:t>
      </w:r>
      <w:r>
        <w:br/>
      </w:r>
      <w:r>
        <w:rPr>
          <w:sz w:val="20"/>
        </w:rPr>
        <w:t>34:06  Aur jab aap bator need lein, to is ke maani ke woh cheezein aap ke liye secondary hain.</w:t>
      </w:r>
      <w:r>
        <w:br/>
      </w:r>
      <w:r>
        <w:rPr>
          <w:sz w:val="20"/>
        </w:rPr>
        <w:t>34:13  Secondary hain. To khalq ko primary banana aur material cheezon ko secondary banana, yeh hota hai in ka tareeqa jo sachay rastay par hotay hain,</w:t>
      </w:r>
      <w:r>
        <w:br/>
      </w:r>
      <w:r>
        <w:rPr>
          <w:sz w:val="20"/>
        </w:rPr>
        <w:t>34:27  Jin ko hum tauheed kehte hain. Jo bhatkay hue rastay par hotay hain, bhatkay hue rastay par, woh zabaan se bol denge ke hum khalq ko maante hain, lafz service ke tor par.</w:t>
      </w:r>
      <w:r>
        <w:br/>
      </w:r>
      <w:r>
        <w:rPr>
          <w:sz w:val="20"/>
        </w:rPr>
        <w:t>34:39  Lekin sara orientation woh kar rahe hain kis par? Material cheezein, more and more, more and more, yaani greed.</w:t>
      </w:r>
      <w:r>
        <w:br/>
      </w:r>
      <w:r>
        <w:rPr>
          <w:sz w:val="20"/>
        </w:rPr>
        <w:t>34:51  Greed. To ek hai need, ek hai greed. Material cheezon ke maal maamle mein ek hai need, ek hai greed.</w:t>
      </w:r>
      <w:r>
        <w:br/>
      </w:r>
      <w:r>
        <w:rPr>
          <w:sz w:val="20"/>
        </w:rPr>
        <w:t>35:02  To jo log sirf formal tor par keh dein ke main khalq ko maanta hoon, lekin woh greed culture mein pade hue hon, to unhon ne nahin maana.</w:t>
      </w:r>
      <w:r>
        <w:br/>
      </w:r>
      <w:r>
        <w:rPr>
          <w:sz w:val="20"/>
        </w:rPr>
        <w:t>35:15  To material cheezon ke maamle mein ek hai need culture, ek greed culture,</w:t>
      </w:r>
      <w:r>
        <w:br/>
      </w:r>
      <w:r>
        <w:rPr>
          <w:sz w:val="20"/>
        </w:rPr>
        <w:t>35:20  Yaani need based culture ya greed based culture.</w:t>
      </w:r>
      <w:r>
        <w:br/>
      </w:r>
      <w:r>
        <w:rPr>
          <w:sz w:val="20"/>
        </w:rPr>
        <w:t>35:26  Material cheezon ke maamle mein yeh do tareeqay hain. Ek hai ke need based aur doosra hai greed based. To agar aap khalq ko apna supreme concern banayenge,</w:t>
      </w:r>
      <w:r>
        <w:br/>
      </w:r>
      <w:r>
        <w:rPr>
          <w:sz w:val="20"/>
        </w:rPr>
        <w:t>35:41  To aap ki zindagi material cheezon ke maamle mein need based hogi. Kyun ke aap ko time nahin.</w:t>
      </w:r>
    </w:p>
    <w:p>
      <w:pPr>
        <w:pStyle w:val="Heading2"/>
      </w:pPr>
      <w:r>
        <w:t>One man's story becomes a universal principle, closing dua</w:t>
      </w:r>
    </w:p>
    <w:p>
      <w:r>
        <w:rPr>
          <w:color w:val="666666"/>
          <w:sz w:val="18"/>
        </w:rPr>
        <w:t>Lessons from The Best Story 9 May 2014 · 3m 01s · at 27:09 · https://youtu.be/35AxTJhKx4s?t=1629</w:t>
      </w:r>
    </w:p>
    <w:p>
      <w:r>
        <w:rPr>
          <w:i/>
        </w:rPr>
        <w:t>“Surah Yusuf mein ek insan ka qissa shuru se aakhir tak chala”</w:t>
      </w:r>
    </w:p>
    <w:p>
      <w:r>
        <w:rPr>
          <w:sz w:val="20"/>
        </w:rPr>
        <w:t>27:09  aur jab main is par sochta hoon ke shuru se qissa ek insan chal raha hai Yusuf ka, aur aakhir mein jab bata rahe hain as a principle, to wahan generalize kar diya.</w:t>
      </w:r>
      <w:r>
        <w:br/>
      </w:r>
      <w:r>
        <w:rPr>
          <w:sz w:val="20"/>
        </w:rPr>
        <w:t>27:22  wa man yattaqi wa yudabbir fa inna Allaha la yudee'u ajra al-muslimeen ke jo log taqwa aur sabr ka saboot den, to un ko Allah taala bohat bari basic se nawazega.</w:t>
      </w:r>
      <w:r>
        <w:br/>
      </w:r>
      <w:r>
        <w:rPr>
          <w:sz w:val="20"/>
        </w:rPr>
        <w:t>27:40  to Quran ki is surah mein principle bhi bataya gaya hai, aur is principle ka practical form bhi bataya gaya hai.</w:t>
      </w:r>
      <w:r>
        <w:br/>
      </w:r>
      <w:r>
        <w:rPr>
          <w:sz w:val="20"/>
        </w:rPr>
        <w:t>27:51  yani jo law of nature hai, woh bhi bataya gaya hai, aur sath sath is ka ek practical jo form hai tareekh mein, us ko bhi bataya gaya hai taake insan har pehlu se us ko samajh sake.</w:t>
      </w:r>
      <w:r>
        <w:br/>
      </w:r>
      <w:r>
        <w:rPr>
          <w:sz w:val="20"/>
        </w:rPr>
        <w:t>28:10  ko</w:t>
      </w:r>
      <w:r>
        <w:br/>
      </w:r>
      <w:r>
        <w:rPr>
          <w:sz w:val="20"/>
        </w:rPr>
        <w:t>28:11  ee is ko doubt na rahe is mamle mein, koi doubt na rahe. to yeh aakhir mein jo ayat jo hai, general term mein jo ayat aayi hai, aakhir mein woh bohat hope is ke andar hai, bohat hope.</w:t>
      </w:r>
      <w:r>
        <w:br/>
      </w:r>
      <w:r>
        <w:rPr>
          <w:sz w:val="20"/>
        </w:rPr>
        <w:t>28:30  is ka matlab hai ke wahi aap ko bhi blessing mil sakti hai jo Yusuf ko mili. kaisi ajeeb baat hai yeh!</w:t>
      </w:r>
      <w:r>
        <w:br/>
      </w:r>
      <w:r>
        <w:rPr>
          <w:sz w:val="20"/>
        </w:rPr>
        <w:t>28:38  aakhir mein jo general term mein us ko kaha, to is ke matlab yeh hain ke wahi wahi blessing aap ko mil sakti hai jo Yusuf ko mili.</w:t>
      </w:r>
      <w:r>
        <w:br/>
      </w:r>
      <w:r>
        <w:rPr>
          <w:sz w:val="20"/>
        </w:rPr>
        <w:t>28:49  lekin yahan bhi main kahunga form alag hoga. matlab yeh nahi ke aap koi Misr hoga, koi badshah hoga, koi wahan ziraat hogi, aur phir wahan aap ko bithaya jayega kisi gaddi par.</w:t>
      </w:r>
      <w:r>
        <w:br/>
      </w:r>
      <w:r>
        <w:rPr>
          <w:sz w:val="20"/>
        </w:rPr>
        <w:t>29:01  aisa nahi hoga. jis tarah test ki shaklein alag alag hoti hain,</w:t>
      </w:r>
      <w:r>
        <w:br/>
      </w:r>
      <w:r>
        <w:rPr>
          <w:sz w:val="20"/>
        </w:rPr>
        <w:t>29:07  isi tarah se blessing ki shakalain bhi alag alag hoti hain.</w:t>
      </w:r>
      <w:r>
        <w:br/>
      </w:r>
      <w:r>
        <w:rPr>
          <w:sz w:val="20"/>
        </w:rPr>
        <w:t>29:12  aaj zamana badla hua hai, aaj aik naye daur mein hum hain. to aaj ke halaat mein test bhi mukhtalif qism ka hoga, aur aaj jo aap ko help Allah ki aayegi, jo blessing aayegi, woh ki woh woh bhi alag dhang ki hogi.</w:t>
      </w:r>
      <w:r>
        <w:br/>
      </w:r>
      <w:r>
        <w:rPr>
          <w:sz w:val="20"/>
        </w:rPr>
        <w:t>29:29  to meri dua hai ke Allah taala mujh ko aur aap ko tofeeq de ke hum Allah ke is blessing mein hissa daar banain, aur Allah ke qanoon ko samjhein,</w:t>
      </w:r>
      <w:r>
        <w:br/>
      </w:r>
      <w:r>
        <w:rPr>
          <w:sz w:val="20"/>
        </w:rPr>
        <w:t>29:41  aur jo Allah ne is mein message diya hai, is message ko pakrein. aqool qooli haaza wastaghfirullaha walakum ajmaeen.</w:t>
      </w:r>
    </w:p>
    <w:p>
      <w:pPr>
        <w:pStyle w:val="Heading2"/>
      </w:pPr>
      <w:r>
        <w:t>Worship as if seeing God</w:t>
      </w:r>
    </w:p>
    <w:p>
      <w:r>
        <w:rPr>
          <w:color w:val="666666"/>
          <w:sz w:val="18"/>
        </w:rPr>
        <w:t>Hadith Literature - Part-2 (English) March 08, 2007 Maulana Wahiduddin Khan · 1m 39s · at 12:58 · https://youtu.be/xFrbel0h2YQ?t=778</w:t>
      </w:r>
    </w:p>
    <w:p>
      <w:r>
        <w:rPr>
          <w:i/>
        </w:rPr>
        <w:t>“This Hadith tells us: Ta'budu Allaha ka'annaka tarah”</w:t>
      </w:r>
    </w:p>
    <w:p>
      <w:r>
        <w:rPr>
          <w:sz w:val="20"/>
        </w:rPr>
        <w:t>12:58  This Hadith tells us that, "Ta'budillah kanna katra." "Ta'budillah kanna katra." Perform worship as if you are seeing God.</w:t>
      </w:r>
      <w:r>
        <w:br/>
      </w:r>
      <w:r>
        <w:rPr>
          <w:sz w:val="20"/>
        </w:rPr>
        <w:t>13:23  This is the criterion of ibadah.</w:t>
      </w:r>
      <w:r>
        <w:br/>
      </w:r>
      <w:r>
        <w:rPr>
          <w:sz w:val="20"/>
        </w:rPr>
        <w:t>13:33  If your ibadah gives you this kind of spirituality, then you are doing ibadah.</w:t>
      </w:r>
      <w:r>
        <w:br/>
      </w:r>
      <w:r>
        <w:rPr>
          <w:sz w:val="20"/>
        </w:rPr>
        <w:t>13:43  Ibadah means living in the presence of God.</w:t>
      </w:r>
      <w:r>
        <w:br/>
      </w:r>
      <w:r>
        <w:rPr>
          <w:sz w:val="20"/>
        </w:rPr>
        <w:t>13:54  Living in the presence of God. So if your ibadah, your worship, is giving you this kind of spiritual experience, then you are doing ibadah. Otherwise, not.</w:t>
      </w:r>
      <w:r>
        <w:br/>
      </w:r>
      <w:r>
        <w:rPr>
          <w:sz w:val="20"/>
        </w:rPr>
        <w:t>14:14  So Prophet of Islam says, "Ta'budillah kanna katra." Perform ibadah, perform worship as if you are seeing God. So this Hadith tells us what is ibadah in Islam.</w:t>
      </w:r>
      <w:r>
        <w:br/>
      </w:r>
      <w:r>
        <w:rPr>
          <w:sz w:val="20"/>
        </w:rPr>
        <w:t>14:37  Then there is a Hadith, "Antahibba laa akhikam maa tuhibba laa nafsik." It means that adopt—it means that</w:t>
      </w:r>
    </w:p>
    <w:p>
      <w:pPr>
        <w:pStyle w:val="Heading2"/>
      </w:pPr>
      <w:r>
        <w:t>Prophet's mission incomplete, now we can complete</w:t>
      </w:r>
    </w:p>
    <w:p>
      <w:r>
        <w:rPr>
          <w:color w:val="666666"/>
          <w:sz w:val="18"/>
        </w:rPr>
        <w:t>Life of The Prophet of Islam (English) March 06, 2007 Maulana Wahiduddin Khan · 2m 54s · at 34:24 · https://youtu.be/u6RTh_UeP5M?t=2064</w:t>
      </w:r>
    </w:p>
    <w:p>
      <w:r>
        <w:rPr>
          <w:i/>
        </w:rPr>
        <w:t>“But you know, this mission was not completed during his lifetime”</w:t>
      </w:r>
    </w:p>
    <w:p>
      <w:r>
        <w:rPr>
          <w:sz w:val="20"/>
        </w:rPr>
        <w:t>34:24  but you know, this mission was not completed during his life time. his mission was to convey the divine message to all mankind.</w:t>
      </w:r>
      <w:r>
        <w:br/>
      </w:r>
      <w:r>
        <w:rPr>
          <w:sz w:val="20"/>
        </w:rPr>
        <w:t>34:40  but you know that during prophet life, this mission was not completed. then in later days, during khilafat, during umayyad period, abbasid period,</w:t>
      </w:r>
      <w:r>
        <w:br/>
      </w:r>
      <w:r>
        <w:rPr>
          <w:sz w:val="20"/>
        </w:rPr>
        <w:t>34:57  again, this mission was not completed because there was no communication, there was no media, there was no multimedia.</w:t>
      </w:r>
      <w:r>
        <w:br/>
      </w:r>
      <w:r>
        <w:rPr>
          <w:sz w:val="20"/>
        </w:rPr>
        <w:t>35:09  it was impossible to spread the message throughout the world. but now, it has become completely possible because now,</w:t>
      </w:r>
      <w:r>
        <w:br/>
      </w:r>
      <w:r>
        <w:rPr>
          <w:sz w:val="20"/>
        </w:rPr>
        <w:t>35:24  there are communication, there are transports, there are media. everything is now in our position.</w:t>
      </w:r>
      <w:r>
        <w:br/>
      </w:r>
      <w:r>
        <w:rPr>
          <w:sz w:val="20"/>
        </w:rPr>
        <w:t>35:36  so now, the time has come when</w:t>
      </w:r>
      <w:r>
        <w:br/>
      </w:r>
      <w:r>
        <w:rPr>
          <w:sz w:val="20"/>
        </w:rPr>
        <w:t>35:42  we have to complete the mission of the prophet. first time in history, we are living in an age where</w:t>
      </w:r>
      <w:r>
        <w:br/>
      </w:r>
      <w:r>
        <w:rPr>
          <w:sz w:val="20"/>
        </w:rPr>
        <w:t>35:57  it is possible for us to complete the mission of the prophet,</w:t>
      </w:r>
      <w:r>
        <w:br/>
      </w:r>
      <w:r>
        <w:rPr>
          <w:sz w:val="20"/>
        </w:rPr>
        <w:t>36:02  to spread his mission throughout the world. this mission left incomplete during his life time.</w:t>
      </w:r>
      <w:r>
        <w:br/>
      </w:r>
      <w:r>
        <w:rPr>
          <w:sz w:val="20"/>
        </w:rPr>
        <w:t>36:17  then during the khilafat period, umayyad period, abbasid period, this mission remain uncompleted, remain incomplete.</w:t>
      </w:r>
      <w:r>
        <w:br/>
      </w:r>
      <w:r>
        <w:rPr>
          <w:sz w:val="20"/>
        </w:rPr>
        <w:t>36:29  b</w:t>
      </w:r>
      <w:r>
        <w:br/>
      </w:r>
      <w:r>
        <w:rPr>
          <w:sz w:val="20"/>
        </w:rPr>
        <w:t>36:30  ut now, after the invention of media, after invention of modern, modern facilities,</w:t>
      </w:r>
      <w:r>
        <w:br/>
      </w:r>
      <w:r>
        <w:rPr>
          <w:sz w:val="20"/>
        </w:rPr>
        <w:t>36:42  it is first time in history that we can complete the prophetic mission</w:t>
      </w:r>
      <w:r>
        <w:br/>
      </w:r>
      <w:r>
        <w:rPr>
          <w:sz w:val="20"/>
        </w:rPr>
        <w:t>36:53  . so don't, we have to engage our self in this mission.</w:t>
      </w:r>
      <w:r>
        <w:br/>
      </w:r>
      <w:r>
        <w:rPr>
          <w:sz w:val="20"/>
        </w:rPr>
        <w:t>37:03  we have to abandon all other activities. we have to abandon all other activities like jihad, war, violence, political activities</w:t>
      </w:r>
    </w:p>
    <w:p>
      <w:pPr>
        <w:pStyle w:val="Heading2"/>
      </w:pPr>
      <w:r>
        <w:t>Creativity and tawassum in dawa</w:t>
      </w:r>
    </w:p>
    <w:p>
      <w:r>
        <w:rPr>
          <w:color w:val="666666"/>
          <w:sz w:val="18"/>
        </w:rPr>
        <w:t>Role of Dayee in the Modern Age Sept 22, 2012 - Maulana Wahiduddin Khan · 1m 50s · at 2:09 · https://youtu.be/kRdsp_EkGX4?t=129</w:t>
      </w:r>
    </w:p>
    <w:p>
      <w:r>
        <w:rPr>
          <w:i/>
        </w:rPr>
        <w:t>“Creativity pehli sifat hai daai ke liye.”</w:t>
      </w:r>
    </w:p>
    <w:p>
      <w:r>
        <w:rPr>
          <w:sz w:val="20"/>
        </w:rPr>
        <w:t>2:09  main samajhta hoon ke aaj ki duniya mein dawat ka kaam karne ke liye da'i ke andar sab se pehli sifat jo honi chahiye woh hai creativity.</w:t>
      </w:r>
      <w:r>
        <w:br/>
      </w:r>
      <w:r>
        <w:rPr>
          <w:sz w:val="20"/>
        </w:rPr>
        <w:t>2:27  creativity. is zamane mein sirf creative mind hi dawat ka matloob kaam kar sakta hai.</w:t>
      </w:r>
      <w:r>
        <w:br/>
      </w:r>
      <w:r>
        <w:rPr>
          <w:sz w:val="20"/>
        </w:rPr>
        <w:t>2:40  dawat koi announcement nahi hai. dawat koi fazail ki kahaniyan sunane ka naam nahi hai.</w:t>
      </w:r>
      <w:r>
        <w:br/>
      </w:r>
      <w:r>
        <w:rPr>
          <w:sz w:val="20"/>
        </w:rPr>
        <w:t>2:51  dawat koi barkat aur aashirwad dene ka naam nahi hai. dawat aaj ke mind ko address karne ka naam hai.</w:t>
      </w:r>
      <w:r>
        <w:br/>
      </w:r>
      <w:r>
        <w:rPr>
          <w:sz w:val="20"/>
        </w:rPr>
        <w:t>3:04  aur aaj ke mind ko wahi aadmi address kar sakta hai jis ke andar bohat ziyada creativity ho.</w:t>
      </w:r>
      <w:r>
        <w:br/>
      </w:r>
      <w:r>
        <w:rPr>
          <w:sz w:val="20"/>
        </w:rPr>
        <w:t>3:18  iska shaoor bohat jaga hua ho.</w:t>
      </w:r>
      <w:r>
        <w:br/>
      </w:r>
      <w:r>
        <w:rPr>
          <w:sz w:val="20"/>
        </w:rPr>
        <w:t>3:23  iske andar awakened mind paida ho chuka ho.</w:t>
      </w:r>
      <w:r>
        <w:br/>
      </w:r>
      <w:r>
        <w:rPr>
          <w:sz w:val="20"/>
        </w:rPr>
        <w:t>3:30  iske andar woh cheez ho jis ko quran mein kaha gaya hai tasawwum. tasawwum kya hai? wahi cheez hai jis ko aaj kal kaha jata hai creativity.</w:t>
      </w:r>
      <w:r>
        <w:br/>
      </w:r>
      <w:r>
        <w:rPr>
          <w:sz w:val="20"/>
        </w:rPr>
        <w:t>3:44  to jab tak yeh sifat na ho aadmi ke andar, woh haqeeqi ma'non mein dawat ka kaam nahi kar sakta.</w:t>
      </w:r>
    </w:p>
    <w:p>
      <w:pPr>
        <w:pStyle w:val="Heading2"/>
      </w:pPr>
      <w:r>
        <w:t>Islam preserved vs previous scriptures lost</w:t>
      </w:r>
    </w:p>
    <w:p>
      <w:r>
        <w:rPr>
          <w:color w:val="666666"/>
          <w:sz w:val="18"/>
        </w:rPr>
        <w:t>Islam:  A Historical Religion | July 23, 2008 · 1m 33s · at 1:15 · https://youtu.be/2EmX8Ubz6G8?t=75</w:t>
      </w:r>
    </w:p>
    <w:p>
      <w:r>
        <w:rPr>
          <w:i/>
        </w:rPr>
        <w:t>“Islam is a preserved religion.”</w:t>
      </w:r>
    </w:p>
    <w:p>
      <w:r>
        <w:rPr>
          <w:sz w:val="20"/>
        </w:rPr>
        <w:t>1:15  nahi hai ke islam koi naya mazhab hai ya islam koi superior mazhab hai.</w:t>
      </w:r>
      <w:r>
        <w:br/>
      </w:r>
      <w:r>
        <w:rPr>
          <w:sz w:val="20"/>
        </w:rPr>
        <w:t>1:25  aisa nahi hai.</w:t>
      </w:r>
      <w:r>
        <w:br/>
      </w:r>
      <w:r>
        <w:rPr>
          <w:sz w:val="20"/>
        </w:rPr>
        <w:t>1:36  wahid jo dawa hai, jo claim hai islam ka, woh yeh hai ke islam aik preserved religion hai.</w:t>
      </w:r>
      <w:r>
        <w:br/>
      </w:r>
      <w:r>
        <w:rPr>
          <w:sz w:val="20"/>
        </w:rPr>
        <w:t>1:46  nahnu nazzalna al dhikra wa inna lahu lahafizoon.</w:t>
      </w:r>
      <w:r>
        <w:br/>
      </w:r>
      <w:r>
        <w:rPr>
          <w:sz w:val="20"/>
        </w:rPr>
        <w:t>1:52  toh islam ke mutabiq khuda ne jo bhi mazhab insan ko diye, jo bhi paighambar aaye, un sab</w:t>
      </w:r>
      <w:r>
        <w:br/>
      </w:r>
      <w:r>
        <w:rPr>
          <w:sz w:val="20"/>
        </w:rPr>
        <w:t>1:58  ne aik hi mazhab ko bataya insan ko.</w:t>
      </w:r>
      <w:r>
        <w:br/>
      </w:r>
      <w:r>
        <w:rPr>
          <w:sz w:val="20"/>
        </w:rPr>
        <w:t>2:04  sab ka mazhab aik hi tha.</w:t>
      </w:r>
      <w:r>
        <w:br/>
      </w:r>
      <w:r>
        <w:rPr>
          <w:sz w:val="20"/>
        </w:rPr>
        <w:t>2:10  jo difference hai woh sirf aik hai,</w:t>
      </w:r>
      <w:r>
        <w:br/>
      </w:r>
      <w:r>
        <w:rPr>
          <w:sz w:val="20"/>
        </w:rPr>
        <w:t>2:16  woh yeh ke islam aik preserved religion hai.</w:t>
      </w:r>
      <w:r>
        <w:br/>
      </w:r>
      <w:r>
        <w:rPr>
          <w:sz w:val="20"/>
        </w:rPr>
        <w:t>2:23  dekhiye, sab se pehle peghambar jo thay woh Adam thay.</w:t>
      </w:r>
      <w:r>
        <w:br/>
      </w:r>
      <w:r>
        <w:rPr>
          <w:sz w:val="20"/>
        </w:rPr>
        <w:t>2:29  woh pehle insan bhi thay aur pehle peghambar bhi thay.</w:t>
      </w:r>
      <w:r>
        <w:br/>
      </w:r>
      <w:r>
        <w:rPr>
          <w:sz w:val="20"/>
        </w:rPr>
        <w:t>2:35  toh riwayat mein aata hai ke unko Khuda ne jo baatein batai theen, jo guidance di thi,</w:t>
      </w:r>
      <w:r>
        <w:br/>
      </w:r>
      <w:r>
        <w:rPr>
          <w:sz w:val="20"/>
        </w:rPr>
        <w:t>2:42  toh mitti ka unhon ne slate banaya,</w:t>
      </w:r>
    </w:p>
    <w:p>
      <w:pPr>
        <w:pStyle w:val="Heading2"/>
      </w:pPr>
      <w:r>
        <w:t>Gandhi's real mission: Hindu-Muslim harmony, not sameness</w:t>
      </w:r>
    </w:p>
    <w:p>
      <w:r>
        <w:rPr>
          <w:color w:val="666666"/>
          <w:sz w:val="18"/>
        </w:rPr>
        <w:t>Multi Religious Society and Islam (English) March 3, 2007 · 2m 12s · at 34:42 · https://youtu.be/13uSBqf_XHg?t=2082</w:t>
      </w:r>
    </w:p>
    <w:p>
      <w:r>
        <w:rPr>
          <w:i/>
        </w:rPr>
        <w:t>“Mahatma Gandhi's real mission for India after independence”</w:t>
      </w:r>
    </w:p>
    <w:p>
      <w:r>
        <w:rPr>
          <w:sz w:val="20"/>
        </w:rPr>
        <w:t>34:42  because he tried to eliminate the course of nature. and, who can change the course of nature?</w:t>
      </w:r>
      <w:r>
        <w:br/>
      </w:r>
      <w:r>
        <w:rPr>
          <w:sz w:val="20"/>
        </w:rPr>
        <w:t>34:55  in india,</w:t>
      </w:r>
      <w:r>
        <w:br/>
      </w:r>
      <w:r>
        <w:rPr>
          <w:sz w:val="20"/>
        </w:rPr>
        <w:t>35:00  in india, the greatest leader of india, mahatma gandhi, wanted to establish a society, a harmonious society in india, after the</w:t>
      </w:r>
      <w:r>
        <w:br/>
      </w:r>
      <w:r>
        <w:rPr>
          <w:sz w:val="20"/>
        </w:rPr>
        <w:t>35:19  freedom.</w:t>
      </w:r>
      <w:r>
        <w:br/>
      </w:r>
      <w:r>
        <w:rPr>
          <w:sz w:val="20"/>
        </w:rPr>
        <w:t>35:21  butt, unfortunately, he was shot dead in 1948.</w:t>
      </w:r>
      <w:r>
        <w:br/>
      </w:r>
      <w:r>
        <w:rPr>
          <w:sz w:val="20"/>
        </w:rPr>
        <w:t>35:30  before his death, he declared that,</w:t>
      </w:r>
      <w:r>
        <w:br/>
      </w:r>
      <w:r>
        <w:rPr>
          <w:sz w:val="20"/>
        </w:rPr>
        <w:t>35:38  he declared what was his mission in post independent India.</w:t>
      </w:r>
      <w:r>
        <w:br/>
      </w:r>
      <w:r>
        <w:rPr>
          <w:sz w:val="20"/>
        </w:rPr>
        <w:t>35:44  he said, "Hindus aur Musalman must learn to living in harmony." harmony.</w:t>
      </w:r>
      <w:r>
        <w:br/>
      </w:r>
      <w:r>
        <w:rPr>
          <w:sz w:val="20"/>
        </w:rPr>
        <w:t>36:01  he never said that they must eliminate all those differences in terms of culture, in terms of religion.</w:t>
      </w:r>
      <w:r>
        <w:br/>
      </w:r>
      <w:r>
        <w:rPr>
          <w:sz w:val="20"/>
        </w:rPr>
        <w:t>36:12  mahatma gandhi never said like this, that you have to eliminate all those differences that are prevalent in India in terms of culture, in terms of language, in terms of religion.</w:t>
      </w:r>
      <w:r>
        <w:br/>
      </w:r>
      <w:r>
        <w:rPr>
          <w:sz w:val="20"/>
        </w:rPr>
        <w:t>36:26  instead, he said that, "Hindus aur Musalmans should learn to living together in peace and harmony.</w:t>
      </w:r>
      <w:r>
        <w:br/>
      </w:r>
      <w:r>
        <w:rPr>
          <w:sz w:val="20"/>
        </w:rPr>
        <w:t>36:38  otherwise, i should die in the attempt." so, this is the best mission for indian leaders and indian thinkers.</w:t>
      </w:r>
    </w:p>
    <w:p>
      <w:pPr>
        <w:pStyle w:val="Heading2"/>
      </w:pPr>
      <w:r>
        <w:t>How to avoid negative thinking, a personal method</w:t>
      </w:r>
    </w:p>
    <w:p>
      <w:r>
        <w:rPr>
          <w:color w:val="666666"/>
          <w:sz w:val="18"/>
        </w:rPr>
        <w:t>Jihad Fillah June 23, 2013 · 2m 14s · at 1:02:05 · https://youtu.be/NRTno1eQTos?t=3725</w:t>
      </w:r>
    </w:p>
    <w:p>
      <w:r>
        <w:rPr>
          <w:i/>
        </w:rPr>
        <w:t>“I live with a hundred percent positive mind, always”</w:t>
      </w:r>
    </w:p>
    <w:p>
      <w:r>
        <w:rPr>
          <w:sz w:val="20"/>
        </w:rPr>
        <w:t>1:02:05  molana, agla sawal ahmedabad se hai mr waqas jain ka. unhon ne likha hai: "molana sahib, how can i avoid negative thinking?" i try hard to be positive, but i fail each time.</w:t>
      </w:r>
      <w:r>
        <w:br/>
      </w:r>
      <w:r>
        <w:rPr>
          <w:sz w:val="20"/>
        </w:rPr>
        <w:t>1:02:19  please guide me.</w:t>
      </w:r>
      <w:r>
        <w:br/>
      </w:r>
      <w:r>
        <w:rPr>
          <w:sz w:val="20"/>
        </w:rPr>
        <w:t>1:02:24  dekhein, apna main tajurba batata hoon.</w:t>
      </w:r>
      <w:r>
        <w:br/>
      </w:r>
      <w:r>
        <w:rPr>
          <w:sz w:val="20"/>
        </w:rPr>
        <w:t>1:02:29  main keh sakta hoon ke main hundred percent positive mind ke sath rehta hoon hamesha. to kyun?</w:t>
      </w:r>
      <w:r>
        <w:br/>
      </w:r>
      <w:r>
        <w:rPr>
          <w:sz w:val="20"/>
        </w:rPr>
        <w:t>1:02:38  kyun ke maine yeh paya ke negative thinking khud mere liye mujhe kill karti hai.</w:t>
      </w:r>
      <w:r>
        <w:br/>
      </w:r>
      <w:r>
        <w:rPr>
          <w:sz w:val="20"/>
        </w:rPr>
        <w:t>1:02:48  yani main negative hota hoon kisi doosre ko le kar ke, lekin nuksan uthata hoon. main</w:t>
      </w:r>
      <w:r>
        <w:br/>
      </w:r>
      <w:r>
        <w:rPr>
          <w:sz w:val="20"/>
        </w:rPr>
        <w:t>1:02:55  yeh yeh bari jab maine yeh discover kiya to maine kaha kisi doosre ki khatir. negative ko main</w:t>
      </w:r>
      <w:r>
        <w:br/>
      </w:r>
      <w:r>
        <w:rPr>
          <w:sz w:val="20"/>
        </w:rPr>
        <w:t>1:03:03  jab bhi ghussa hota hoon, kisi doosre ke khilaaf nafrat karta hoon to us ko to us ko to kuch bhi nahi hua.</w:t>
      </w:r>
      <w:r>
        <w:br/>
      </w:r>
      <w:r>
        <w:rPr>
          <w:sz w:val="20"/>
        </w:rPr>
        <w:t>1:03:12  is ka to kuch nahi bigra. bigra mera, bigra mera. kyun ke positive thinking rokhsat ho gayi aur positive mind agar nahi hua aadmi ke andar to sari bari bari baatein is se chhoot jaati hain.</w:t>
      </w:r>
      <w:r>
        <w:br/>
      </w:r>
      <w:r>
        <w:rPr>
          <w:sz w:val="20"/>
        </w:rPr>
        <w:t>1:03:27  positive mind hi woh mind hai jo bari bari baaton ko graph kar sakta hai.</w:t>
      </w:r>
      <w:r>
        <w:br/>
      </w:r>
      <w:r>
        <w:rPr>
          <w:sz w:val="20"/>
        </w:rPr>
        <w:t>1:03:34  positive mind ke baghair sachai ka development nahi ho sakta. to main ne socha ke aakhir mein negative koi doosre ke liye, yaani apna nuksan uthaoon, doosra to nuksan kuch bhi nahi hota.</w:t>
      </w:r>
      <w:r>
        <w:br/>
      </w:r>
      <w:r>
        <w:rPr>
          <w:sz w:val="20"/>
        </w:rPr>
        <w:t>1:03:49  kisi se nafrat karta hoon to kaha woh doosre ko nuksan ho gaya hai. k</w:t>
      </w:r>
      <w:r>
        <w:br/>
      </w:r>
      <w:r>
        <w:rPr>
          <w:sz w:val="20"/>
        </w:rPr>
        <w:t>1:03:52  chhe doosre ko kuch bhi nuksan nahi hua. nuksan to mera hua. meri positivity khatam ho gayi aur phir main is qabil nahi raha ke sachai mere dimagh mein jagah paaye.</w:t>
      </w:r>
      <w:r>
        <w:br/>
      </w:r>
      <w:r>
        <w:rPr>
          <w:sz w:val="20"/>
        </w:rPr>
        <w:t>1:04:05  isi liye mera formula hai ke "save your self". "save your self" ka formula jo hai yeh mujh ko bachata hai negativity se.</w:t>
      </w:r>
    </w:p>
    <w:p>
      <w:pPr>
        <w:pStyle w:val="Heading2"/>
      </w:pPr>
      <w:r>
        <w:t>Intense love of God requires discovering His blessings</w:t>
      </w:r>
    </w:p>
    <w:p>
      <w:r>
        <w:rPr>
          <w:color w:val="666666"/>
          <w:sz w:val="18"/>
        </w:rPr>
        <w:t>Physical Science or Divine Science I 25th Nov, 2012 - Maulana Wahiduddin Khan · 1m 43s · at 21:40 · https://youtu.be/NfJRGRN6OhE?t=1300</w:t>
      </w:r>
    </w:p>
    <w:p>
      <w:r>
        <w:rPr>
          <w:i/>
        </w:rPr>
        <w:t>“Allazina aamanu ashaddu hubban lillah — kuch ahem baatein hain”</w:t>
      </w:r>
    </w:p>
    <w:p>
      <w:r>
        <w:rPr>
          <w:sz w:val="20"/>
        </w:rPr>
        <w:t>21:40  phir dekhiye, kuch aur bohat hi aham baaten hain, bohat hi aham baaten hain.</w:t>
      </w:r>
      <w:r>
        <w:br/>
      </w:r>
      <w:r>
        <w:rPr>
          <w:sz w:val="20"/>
        </w:rPr>
        <w:t>21:48  quran mein hai ke</w:t>
      </w:r>
      <w:r>
        <w:br/>
      </w:r>
      <w:r>
        <w:rPr>
          <w:sz w:val="20"/>
        </w:rPr>
        <w:t>21:54  "allazina amanu ashadd huban lillah", yani iman wale hain, woh Allah se in ko bohat zyada mohabbat hoti hai.</w:t>
      </w:r>
      <w:r>
        <w:br/>
      </w:r>
      <w:r>
        <w:rPr>
          <w:sz w:val="20"/>
        </w:rPr>
        <w:t>22:06  mere ilm ke mutabiq hubb shadid jo hai, Allah se tareekh mein maujood hi nahi tha. science ne pehli bar hubb shadid ka data diya humein.</w:t>
      </w:r>
      <w:r>
        <w:br/>
      </w:r>
      <w:r>
        <w:rPr>
          <w:sz w:val="20"/>
        </w:rPr>
        <w:t>22:18  dekhiye, aap kisi se kahein ke bohat zyada mohabbat karo, to yeh hukum ki cheez nahi hai.</w:t>
      </w:r>
      <w:r>
        <w:br/>
      </w:r>
      <w:r>
        <w:rPr>
          <w:sz w:val="20"/>
        </w:rPr>
        <w:t>22:27  yani hukum karne se mohabbat nahi aati hai. mohabbat aati hai ke aap ko yeh daryaft ho ke mujh ko Khuda ne be panah nematoun se nawaza.</w:t>
      </w:r>
      <w:r>
        <w:br/>
      </w:r>
      <w:r>
        <w:rPr>
          <w:sz w:val="20"/>
        </w:rPr>
        <w:t>22:43  to nematoun ki</w:t>
      </w:r>
      <w:r>
        <w:br/>
      </w:r>
      <w:r>
        <w:rPr>
          <w:sz w:val="20"/>
        </w:rPr>
        <w:t>22:45  discovery se mohabbat aati hai. agar aap nematoun ko discover na karein to fiqhi hukum ke taur par mohabbat nahi aa sakti.</w:t>
      </w:r>
      <w:r>
        <w:br/>
      </w:r>
      <w:r>
        <w:rPr>
          <w:sz w:val="20"/>
        </w:rPr>
        <w:t>22:58  to jo nematein theen Allah taala ki, woh to in discovered pari hui theen.</w:t>
      </w:r>
      <w:r>
        <w:br/>
      </w:r>
      <w:r>
        <w:rPr>
          <w:sz w:val="20"/>
        </w:rPr>
        <w:t>23:04  to hubb shadid tareekh mein kabhi aai bhi nahi. yani mere ilm ke mutabiq, yani aise ho sakte hain aise log jo kahein goshay mein hon, lekin mere ilm ke mutabiq jo maine parha hai, suna hai,</w:t>
      </w:r>
      <w:r>
        <w:br/>
      </w:r>
      <w:r>
        <w:rPr>
          <w:sz w:val="20"/>
        </w:rPr>
        <w:t>23:18  puri tareekh mein hubb shadid ka phenomenon ghair maujood hai.</w:t>
      </w:r>
    </w:p>
    <w:p>
      <w:pPr>
        <w:pStyle w:val="Heading2"/>
      </w:pPr>
      <w:r>
        <w:t>From reading to listening age</w:t>
      </w:r>
    </w:p>
    <w:p>
      <w:r>
        <w:rPr>
          <w:color w:val="666666"/>
          <w:sz w:val="18"/>
        </w:rPr>
        <w:t>Develop A Universal Outlook September 27, 2020 Maulana Wahiduddin Khan · 2m 35s · at 13:36 · https://youtu.be/2_ilDB968dk?t=816</w:t>
      </w:r>
    </w:p>
    <w:p>
      <w:r>
        <w:rPr>
          <w:i/>
        </w:rPr>
        <w:t>“A strange thing opened to me yesterday.”</w:t>
      </w:r>
    </w:p>
    <w:p>
      <w:r>
        <w:rPr>
          <w:sz w:val="20"/>
        </w:rPr>
        <w:t>13:36  ek ajib gharib baat kal mujhe khuli ke</w:t>
      </w:r>
      <w:r>
        <w:br/>
      </w:r>
      <w:r>
        <w:rPr>
          <w:sz w:val="20"/>
        </w:rPr>
        <w:t>13:44  ab parhne ka daur nahin hai, ab sunne ka daur hai.</w:t>
      </w:r>
      <w:r>
        <w:br/>
      </w:r>
      <w:r>
        <w:rPr>
          <w:sz w:val="20"/>
        </w:rPr>
        <w:t>13:49  main sari zindagi</w:t>
      </w:r>
      <w:r>
        <w:br/>
      </w:r>
      <w:r>
        <w:rPr>
          <w:sz w:val="20"/>
        </w:rPr>
        <w:t>13:53  laga kar ke urdu mein tafsir tayyar ki, tafsir-ul-quran. to urdu janne wale to bohat hain dunya mein, lekin parhne wala koi nahin hai.</w:t>
      </w:r>
      <w:r>
        <w:br/>
      </w:r>
      <w:r>
        <w:rPr>
          <w:sz w:val="20"/>
        </w:rPr>
        <w:t>14:09  main sochta tha ke ab kya hoga? kal maine woh mazmoon parha jo maine likha tha us waqt, jab ke mere mere</w:t>
      </w:r>
      <w:r>
        <w:br/>
      </w:r>
      <w:r>
        <w:rPr>
          <w:sz w:val="20"/>
        </w:rPr>
        <w:t>14:27  electric burn ka waqia hua tha. electric burn to main hospital mein pada hua tha, aur mujhe yaad hai ke main us waqt shayad dead ho chuka tha,</w:t>
      </w:r>
      <w:r>
        <w:br/>
      </w:r>
      <w:r>
        <w:rPr>
          <w:sz w:val="20"/>
        </w:rPr>
        <w:t>14:42  lekin kahin na kahin mere mind mein mein</w:t>
      </w:r>
      <w:r>
        <w:br/>
      </w:r>
      <w:r>
        <w:rPr>
          <w:sz w:val="20"/>
        </w:rPr>
        <w:t>14:45  zinda tha. to main sochta tha ke Allah, mera waqt aakhri waqt aa gaya, ab kaun hai jo quran ki tafsir likhe?</w:t>
      </w:r>
      <w:r>
        <w:br/>
      </w:r>
      <w:r>
        <w:rPr>
          <w:sz w:val="20"/>
        </w:rPr>
        <w:t>15:00  to kya quran ki tafsir likhe baghair dunya khatm ho jayegi?</w:t>
      </w:r>
      <w:r>
        <w:br/>
      </w:r>
      <w:r>
        <w:rPr>
          <w:sz w:val="20"/>
        </w:rPr>
        <w:t>15:12  main rota tha aur dua karta tha. to quran ki tafsir tayyar hui, mukhtalif duaaon ne iske tarjume kiye. to ab parhne ka daur khatm ho gaya, aur phir main sochta tha ke ab jab parhne ka daur khatm hoga</w:t>
      </w:r>
      <w:r>
        <w:br/>
      </w:r>
      <w:r>
        <w:rPr>
          <w:sz w:val="20"/>
        </w:rPr>
        <w:t>15:30  to likhi hui kitab ko kaise pahunchega logon tak?</w:t>
      </w:r>
      <w:r>
        <w:br/>
      </w:r>
      <w:r>
        <w:rPr>
          <w:sz w:val="20"/>
        </w:rPr>
        <w:t>15:38  ab to kisi ko ab koi parhta hi nahin hai, ab to international ka daur hai,</w:t>
      </w:r>
      <w:r>
        <w:br/>
      </w:r>
      <w:r>
        <w:rPr>
          <w:sz w:val="20"/>
        </w:rPr>
        <w:t>15:47  yani sunne ka daur hai. aap ko parhne ki zaroorat nahin hai,</w:t>
      </w:r>
      <w:r>
        <w:br/>
      </w:r>
      <w:r>
        <w:rPr>
          <w:sz w:val="20"/>
        </w:rPr>
        <w:t>15:54  ek barhe doai hai, aur aap ko awaz aane lagegi.</w:t>
      </w:r>
      <w:r>
        <w:br/>
      </w:r>
      <w:r>
        <w:rPr>
          <w:sz w:val="20"/>
        </w:rPr>
        <w:t>16:06  to yeh touch button age hai,</w:t>
      </w:r>
    </w:p>
    <w:p>
      <w:pPr>
        <w:pStyle w:val="Heading2"/>
      </w:pPr>
      <w:r>
        <w:t>Muslims and Jews both have national movements</w:t>
      </w:r>
    </w:p>
    <w:p>
      <w:r>
        <w:rPr>
          <w:color w:val="666666"/>
          <w:sz w:val="18"/>
        </w:rPr>
        <w:t>Phenomenon of Degeneration February 21, 2010 Maulana Wahiduddin khan · 2m 55s · at 23:58 · https://youtu.be/_YCfYOVKfhs?t=1438</w:t>
      </w:r>
    </w:p>
    <w:p>
      <w:r>
        <w:rPr>
          <w:i/>
        </w:rPr>
        <w:t>“Ab musalmanon ne bhi chala rakha hai.”</w:t>
      </w:r>
    </w:p>
    <w:p>
      <w:r>
        <w:rPr>
          <w:sz w:val="20"/>
        </w:rPr>
        <w:t>23:58  ab musalmanon ne bhi chala rakha hai ke hamein woh qibla awwal par hamein qabza karna hai. kaha farq kya hai?</w:t>
      </w:r>
      <w:r>
        <w:br/>
      </w:r>
      <w:r>
        <w:rPr>
          <w:sz w:val="20"/>
        </w:rPr>
        <w:t>24:07  woh bhi qaumi, woh bhi qaumi. yahoodi tehreek bhi qaumi tehreek thi. muslim tehreek bhi qaumi tehreek hai. khuda ke deen se na is ka talluq na is ka koi talluq.</w:t>
      </w:r>
      <w:r>
        <w:br/>
      </w:r>
      <w:r>
        <w:rPr>
          <w:sz w:val="20"/>
        </w:rPr>
        <w:t>24:22  kyunke dekhiye agar musalmanon ki tehreek khuda ke deen</w:t>
      </w:r>
      <w:r>
        <w:br/>
      </w:r>
      <w:r>
        <w:rPr>
          <w:sz w:val="20"/>
        </w:rPr>
        <w:t>24:28  se is ka talluq hota toh jante hain kya hota?</w:t>
      </w:r>
      <w:r>
        <w:br/>
      </w:r>
      <w:r>
        <w:rPr>
          <w:sz w:val="20"/>
        </w:rPr>
        <w:t>24:35  tamam fuqaha yeh mante hain ke jihad ka aaghaz hota hai dawat se. pehle dawat, phir phir jihad.</w:t>
      </w:r>
      <w:r>
        <w:br/>
      </w:r>
      <w:r>
        <w:rPr>
          <w:sz w:val="20"/>
        </w:rPr>
        <w:t>24:48  mere paas badad al-mujtahid hai jo jis mein sar fuqaha ka rai batai gayi hai. aap aa kar dekh lijiye. toh kya arabon ne falasteen mein daawti kaam kiya?</w:t>
      </w:r>
      <w:r>
        <w:br/>
      </w:r>
      <w:r>
        <w:rPr>
          <w:sz w:val="20"/>
        </w:rPr>
        <w:t>25:00  yahudiyon ke samne? sare arab mil kar ke is mein lad rahe hain. yani falasteen ki ladai sare arabon ki ladai hai.</w:t>
      </w:r>
      <w:r>
        <w:br/>
      </w:r>
      <w:r>
        <w:rPr>
          <w:sz w:val="20"/>
        </w:rPr>
        <w:t>25:12  is ladai se pehle kya unhon ne yahudiyon par daawti kaam kiya?</w:t>
      </w:r>
      <w:r>
        <w:br/>
      </w:r>
      <w:r>
        <w:rPr>
          <w:sz w:val="20"/>
        </w:rPr>
        <w:t>25:19  in sare fuqaha ka is par ittefaq hai ke jihad se pehle dawat hai. phir aap ko dawat deni pare gi. phir woh waqt aye ga jab ke aap jihad karen.</w:t>
      </w:r>
      <w:r>
        <w:br/>
      </w:r>
      <w:r>
        <w:rPr>
          <w:sz w:val="20"/>
        </w:rPr>
        <w:t>25:30  toh falasteen mein jihad kyun ho raha hai? kya daawti kaam ho chuka hai? kuch bhi nahi hua. log jante bhi nahi ke yahoodi hamare badu hain.</w:t>
      </w:r>
      <w:r>
        <w:br/>
      </w:r>
      <w:r>
        <w:rPr>
          <w:sz w:val="20"/>
        </w:rPr>
        <w:t>25:42  ek arab nahi janta is haqeeqat ko ke yahoodi isi tarah badu hain. ya rasool Allah ke liye wahan ke log badu thay. arab mein dekhiye isai bhi thay, mushrik bhi thay, yahoodi bhi thay.</w:t>
      </w:r>
      <w:r>
        <w:br/>
      </w:r>
      <w:r>
        <w:rPr>
          <w:sz w:val="20"/>
        </w:rPr>
        <w:t>25:56  sab ko rasool Allah ne apne badu ke roop mein dekha.</w:t>
      </w:r>
      <w:r>
        <w:br/>
      </w:r>
      <w:r>
        <w:rPr>
          <w:sz w:val="20"/>
        </w:rPr>
        <w:t>26:03  yani makke mein, madine mein dono jagah aisa tha ke wahan par isai bhi thay, yahoodi bhi thay, mushrik bhi thay. rasool Allah ne un ko madu ki nazar nazar se dekha, un ko dawat di.</w:t>
      </w:r>
      <w:r>
        <w:br/>
      </w:r>
      <w:r>
        <w:rPr>
          <w:sz w:val="20"/>
        </w:rPr>
        <w:t>26:16  aisa nahi ke talwar le ke ladna shuru shuru kar diya unhon ne. aisa nahi, rasool Allah sallallahu alaihi wasallam ne kiya. toh rasool Allah ki nazar mein isai bhi badu tha, mushrik bhi badu thay, yahoodi bhi badu thay.</w:t>
      </w:r>
      <w:r>
        <w:br/>
      </w:r>
      <w:r>
        <w:rPr>
          <w:sz w:val="20"/>
        </w:rPr>
        <w:t>26:32  toh kya falasteen mein aisa kiya gaya? bas jihad chhod diya gaya? 48 mein jihad shuru kar diya gaya dawat ke baghair?</w:t>
      </w:r>
      <w:r>
        <w:br/>
      </w:r>
      <w:r>
        <w:rPr>
          <w:sz w:val="20"/>
        </w:rPr>
        <w:t>26:42  toh is ka Islam se kya talluq? Islam se kya talluq is ka? yeh toh qaumi ladai hai. is ke siwa aur kuch bhi nahi.</w:t>
      </w:r>
    </w:p>
    <w:p>
      <w:pPr>
        <w:pStyle w:val="Heading2"/>
      </w:pPr>
      <w:r>
        <w:t>hadith on anger: one small sentence, a lifelong change</w:t>
      </w:r>
    </w:p>
    <w:p>
      <w:r>
        <w:rPr>
          <w:color w:val="666666"/>
          <w:sz w:val="18"/>
        </w:rPr>
        <w:t>CPS Women Article Discussion 19 May 14, 2023 · 1m 35s · at 39:52 · https://youtu.be/IF_kPOoba7s?t=2392</w:t>
      </w:r>
    </w:p>
    <w:p>
      <w:r>
        <w:rPr>
          <w:i/>
        </w:rPr>
        <w:t>“रसूल अकरम ने कहा, ला ग़ज़बा, गुस्सा मत करिए”</w:t>
      </w:r>
    </w:p>
    <w:p>
      <w:r>
        <w:rPr>
          <w:sz w:val="20"/>
        </w:rPr>
        <w:t>39:52  to jo agar hum sirf yeh karen ki jaise aaj humne bees nabbe padh li, itne roze rakh li, itni ibadat kar li, hum sirf isi isi mein thak jaen rasool asar ne kaha ki la ghazba gussa mat kariye.</w:t>
      </w:r>
      <w:r>
        <w:br/>
      </w:r>
      <w:r>
        <w:rPr>
          <w:sz w:val="20"/>
        </w:rPr>
        <w:t>40:20  yeh bazahir to ek chhoti si cheez thi magar unki poori zindagi ke upar asar andaaz ho gayi.</w:t>
      </w:r>
      <w:r>
        <w:br/>
      </w:r>
      <w:r>
        <w:rPr>
          <w:sz w:val="20"/>
        </w:rPr>
        <w:t>40:46  kya gussa nahi karenge kisi bhi maamle mein.</w:t>
      </w:r>
      <w:r>
        <w:br/>
      </w:r>
      <w:r>
        <w:rPr>
          <w:sz w:val="20"/>
        </w:rPr>
        <w:t>41:12  article ko padhti hai aur phir jo mujhe samajh mein aap logon ki baaton se bhi aaya ki humein hamare har amal mein tabdili aana chahiye. to phir jaakar vah hum sahi uske asar maksad ko samajh lenge. shukriya.</w:t>
      </w:r>
      <w:r>
        <w:br/>
      </w:r>
      <w:r>
        <w:rPr>
          <w:sz w:val="20"/>
        </w:rPr>
        <w:t>41:27  shukriya ji jaza kala princess khan aapki baaton se mujhe yaad aa gaya main college ke zamane mein</w:t>
      </w:r>
    </w:p>
    <w:p>
      <w:pPr>
        <w:pStyle w:val="Heading2"/>
      </w:pPr>
      <w:r>
        <w:t>hadith: Prophet's night of tears and gratitude</w:t>
      </w:r>
    </w:p>
    <w:p>
      <w:r>
        <w:rPr>
          <w:color w:val="666666"/>
          <w:sz w:val="18"/>
        </w:rPr>
        <w:t>The Early Life of Prophet Muhammad November 28, 2021 Dr. Saniyasnain Khan · 2m 32s · at 40:23 · https://youtu.be/xjZAqfhmg1Y?t=2423</w:t>
      </w:r>
    </w:p>
    <w:p>
      <w:r>
        <w:rPr>
          <w:i/>
        </w:rPr>
        <w:t>“رسول اللہ نماز پڑھتے رہے اور روتے رہے”</w:t>
      </w:r>
    </w:p>
    <w:p>
      <w:r>
        <w:rPr>
          <w:sz w:val="20"/>
        </w:rPr>
        <w:t>40:23  ji, main ek cheez is mein add karna chahunga. rasool allah salallahu alaihi wasallam ka waqia hai jo zikr ko bhi elaborate karta hai, aur khuda ke sath kya talluq hona chahiye, us ko bhi elaborate karta hai.</w:t>
      </w:r>
      <w:r>
        <w:br/>
      </w:r>
      <w:r>
        <w:rPr>
          <w:sz w:val="20"/>
        </w:rPr>
        <w:t>40:38  aah, Ata ek tabi hain, woh kehte hain ke: "main Ubaid bin Umair ke sath Hazrat Aisha Razi</w:t>
      </w:r>
      <w:r>
        <w:br/>
      </w:r>
      <w:r>
        <w:rPr>
          <w:sz w:val="20"/>
        </w:rPr>
        <w:t>40:45  Allah anha ke pas gaya, aur un se kaha ke aap mujhe yeh bataiye ke Rasool Allah SAW ki kya khaas baat aap ko bohat achi lagi?"</w:t>
      </w:r>
      <w:r>
        <w:br/>
      </w:r>
      <w:r>
        <w:rPr>
          <w:sz w:val="20"/>
        </w:rPr>
        <w:t>40:49  Hazrat Aisha yeh sun kar rone lagin, aur unhone kaha ke: "Rasool Allah ki har baat achi</w:t>
      </w:r>
      <w:r>
        <w:br/>
      </w:r>
      <w:r>
        <w:rPr>
          <w:sz w:val="20"/>
        </w:rPr>
        <w:t>40:54  thi, lekin ek baat main tum ko batati hoon</w:t>
      </w:r>
      <w:r>
        <w:br/>
      </w:r>
      <w:r>
        <w:rPr>
          <w:sz w:val="20"/>
        </w:rPr>
        <w:t>41:00  ke ek raat Rasool Allah SAW ne kaha: 'Ae Aisha, aaj mujhe Allah ki ibadat</w:t>
      </w:r>
      <w:r>
        <w:br/>
      </w:r>
      <w:r>
        <w:rPr>
          <w:sz w:val="20"/>
        </w:rPr>
        <w:t>41:04  karni hai, mujhe distract nahi karna kisi kaam se apne.'"</w:t>
      </w:r>
      <w:r>
        <w:br/>
      </w:r>
      <w:r>
        <w:rPr>
          <w:sz w:val="20"/>
        </w:rPr>
        <w:t>41:09  Hazrat Aisha ne kaha: "theek hai, aap kijiye."</w:t>
      </w:r>
      <w:r>
        <w:br/>
      </w:r>
      <w:r>
        <w:rPr>
          <w:sz w:val="20"/>
        </w:rPr>
        <w:t>41:14  Rasool Allah SAW wuzu kar ke namaz ke liye khade ho gaye, aur rote rahe,</w:t>
      </w:r>
      <w:r>
        <w:br/>
      </w:r>
      <w:r>
        <w:rPr>
          <w:sz w:val="20"/>
        </w:rPr>
        <w:t>41:16  rasool Allah sal Allah alaihi wasallam wazoo kar ke namaz ke liye kharay hogaye, aur rotay rahe,</w:t>
      </w:r>
      <w:r>
        <w:br/>
      </w:r>
      <w:r>
        <w:rPr>
          <w:sz w:val="20"/>
        </w:rPr>
        <w:t>41:22  namaz parhte rahe, aur rote rahe, yahan tak ke bolne lage: "zameen bheeg gayi." phir us ke baad jab fajar ki namaz azan hui, aur Bilal uthane ke liye aaye, fajar se pehle rasool allah salallahu alaihi wasallam sote thay thori dair,</w:t>
      </w:r>
      <w:r>
        <w:br/>
      </w:r>
      <w:r>
        <w:rPr>
          <w:sz w:val="20"/>
        </w:rPr>
        <w:t>41:36  uthane ke liye aaye to dekha ke ro rahe hain. to kaha: "ae allah ke rasool, aap kyun itne thakte, thakate hain apne aap ko jabke allah taala ne aap ke aglay aur pichlay gunah maaf kar diye hain?" to rasool allah salallahu alaihi wasallam ne us waqt kaha: "kya main afla akun abdan shukra?</w:t>
      </w:r>
      <w:r>
        <w:br/>
      </w:r>
      <w:r>
        <w:rPr>
          <w:sz w:val="20"/>
        </w:rPr>
        <w:t>41:55  kya main shukr guzar banda na banu?" phir us ke baad kaha ke: "raat mujh par ek aisi ayat utri hai." us ke aage farmaya: "waylun liman qara'ahu wa lam yatafakkar fiha" ke jo wayl hai, us ke liye allah ki rehmat se doori hai, us ke liye jo us ko parhe aur us mein tafakkur na kare.</w:t>
      </w:r>
      <w:r>
        <w:br/>
      </w:r>
      <w:r>
        <w:rPr>
          <w:sz w:val="20"/>
        </w:rPr>
        <w:t>42:16  woh ayat kaun si thi? "inna fi khalqi samawati wal ardi wakhtilafi al laili wan nahar" ke beshak aasman o zameen ki paidaish mein, raat o din ke aanay janay mein, aql walon ke liye nishaniyan hain.</w:t>
      </w:r>
      <w:r>
        <w:br/>
      </w:r>
      <w:r>
        <w:rPr>
          <w:sz w:val="20"/>
        </w:rPr>
        <w:t>42:28  to rasool allah salallahu alaihi wasallam ka zikr kaisa hota tha, us se hum samajh sakte hain ke tadabbur o tafakkur, aasman o zameen ke wonders mein tadabbur o tafakkur, aur is tadabbur o tafakkur ke zariye khuda ko daryaft karna ke allah ke rasool, jis ke baray mein allah taala ne keh diya tha ke aap ke aglay aur pichlay gunah maaf hain, us ke bawajood shukr guzar banda ban kar aap rehna chahte hain.</w:t>
      </w:r>
    </w:p>
    <w:p>
      <w:pPr>
        <w:pStyle w:val="Heading2"/>
      </w:pPr>
      <w:r>
        <w:t>Whole universe follows God's command, solar system proof</w:t>
      </w:r>
    </w:p>
    <w:p>
      <w:r>
        <w:rPr>
          <w:color w:val="666666"/>
          <w:sz w:val="18"/>
        </w:rPr>
        <w:t>God Oriented Life (English) January 6, 2007 Maulana Wahiduddin Khan · 1m 55s · at 2:27 · https://youtu.be/kjKfha7l8uo?t=147</w:t>
      </w:r>
    </w:p>
    <w:p>
      <w:r>
        <w:rPr>
          <w:i/>
        </w:rPr>
        <w:t>“The whole universe and everything in it lives the same life”</w:t>
      </w:r>
    </w:p>
    <w:p>
      <w:r>
        <w:rPr>
          <w:sz w:val="20"/>
        </w:rPr>
        <w:t>2:27  Then I would like to begin with a Quranic verse.</w:t>
      </w:r>
      <w:r>
        <w:br/>
      </w:r>
      <w:r>
        <w:rPr>
          <w:sz w:val="20"/>
        </w:rPr>
        <w:t>2:39  Afaghayra din Allahi yabghuna wa lahul aslama min fis samawati wal ardi taw'an wa karhan wa ilayhi yurja'un.</w:t>
      </w:r>
      <w:r>
        <w:br/>
      </w:r>
      <w:r>
        <w:rPr>
          <w:sz w:val="20"/>
        </w:rPr>
        <w:t>2:49  It means that the whole universe and everything that is in our universe live the same life.</w:t>
      </w:r>
      <w:r>
        <w:br/>
      </w:r>
      <w:r>
        <w:rPr>
          <w:sz w:val="20"/>
        </w:rPr>
        <w:t>3:04  The whole universe is God oriented universe.</w:t>
      </w:r>
      <w:r>
        <w:br/>
      </w:r>
      <w:r>
        <w:rPr>
          <w:sz w:val="20"/>
        </w:rPr>
        <w:t>3:09  you can</w:t>
      </w:r>
      <w:r>
        <w:br/>
      </w:r>
      <w:r>
        <w:rPr>
          <w:sz w:val="20"/>
        </w:rPr>
        <w:t>3:14  we can take the example of solar system.</w:t>
      </w:r>
      <w:r>
        <w:br/>
      </w:r>
      <w:r>
        <w:rPr>
          <w:sz w:val="20"/>
        </w:rPr>
        <w:t>3:22  solar system what is solar system?</w:t>
      </w:r>
      <w:r>
        <w:br/>
      </w:r>
      <w:r>
        <w:rPr>
          <w:sz w:val="20"/>
        </w:rPr>
        <w:t>3:28  solar system means that sun is in the center and all the planets are revolving around it including our earth.</w:t>
      </w:r>
      <w:r>
        <w:br/>
      </w:r>
      <w:r>
        <w:rPr>
          <w:sz w:val="20"/>
        </w:rPr>
        <w:t>3:47  is called heliocentric system.</w:t>
      </w:r>
      <w:r>
        <w:br/>
      </w:r>
      <w:r>
        <w:rPr>
          <w:sz w:val="20"/>
        </w:rPr>
        <w:t>3:54  so this is a demonstration</w:t>
      </w:r>
      <w:r>
        <w:br/>
      </w:r>
      <w:r>
        <w:rPr>
          <w:sz w:val="20"/>
        </w:rPr>
        <w:t>3:59  of god oriented system. so the whole world is living in such a way.</w:t>
      </w:r>
      <w:r>
        <w:br/>
      </w:r>
      <w:r>
        <w:rPr>
          <w:sz w:val="20"/>
        </w:rPr>
        <w:t>4:10  the whole world is living a god oriented system like solar system. so it is a physical demonstration.</w:t>
      </w:r>
    </w:p>
    <w:p>
      <w:pPr>
        <w:pStyle w:val="Heading2"/>
      </w:pPr>
      <w:r>
        <w:t>Your body's organs are all receiving points from God</w:t>
      </w:r>
    </w:p>
    <w:p>
      <w:r>
        <w:rPr>
          <w:color w:val="666666"/>
          <w:sz w:val="18"/>
        </w:rPr>
        <w:t>Man and Paradise May 05, 2013 · 2m 36s · at 30:09 · https://youtu.be/VyFgim3pvts?t=1809</w:t>
      </w:r>
    </w:p>
    <w:p>
      <w:r>
        <w:rPr>
          <w:i/>
        </w:rPr>
        <w:t>“Insaan ke andar bohot se organ hain, kaha jata hai 78”</w:t>
      </w:r>
    </w:p>
    <w:p>
      <w:r>
        <w:rPr>
          <w:sz w:val="20"/>
        </w:rPr>
        <w:t>30:09  is ko sochte hue phir mein apni zaat ke baray mein socha. mein ne aap jante hain keh insaan ke andar bohat se organ hain.</w:t>
      </w:r>
      <w:r>
        <w:br/>
      </w:r>
      <w:r>
        <w:rPr>
          <w:sz w:val="20"/>
        </w:rPr>
        <w:t>30:21  kaha jata hai keh 78 organ hain. yeh 78 organ jab tak function karte hain, tab tak insaan zinda rehta hai.</w:t>
      </w:r>
      <w:r>
        <w:br/>
      </w:r>
      <w:r>
        <w:rPr>
          <w:sz w:val="20"/>
        </w:rPr>
        <w:t>30:32  aur function na kare toh mar jata hai.</w:t>
      </w:r>
      <w:r>
        <w:br/>
      </w:r>
      <w:r>
        <w:rPr>
          <w:sz w:val="20"/>
        </w:rPr>
        <w:t>30:36  misalan kaan aik organ hai, aankh aik organ hai, is tarah har cheez aik organ hai.</w:t>
      </w:r>
      <w:r>
        <w:br/>
      </w:r>
      <w:r>
        <w:rPr>
          <w:sz w:val="20"/>
        </w:rPr>
        <w:t>30:47  kidney aik organ hai, lung aik organ hai, heart aik organ hai.</w:t>
      </w:r>
      <w:r>
        <w:br/>
      </w:r>
      <w:r>
        <w:rPr>
          <w:sz w:val="20"/>
        </w:rPr>
        <w:t>30:55  mein ne socha keh organ jo hai, kya hai? yeh bhi receiving point hai, receiving point hai.</w:t>
      </w:r>
      <w:r>
        <w:br/>
      </w:r>
      <w:r>
        <w:rPr>
          <w:sz w:val="20"/>
        </w:rPr>
        <w:t>31:06  misalan hamare andar jo phephra hai, woh saans lene ke liye madad karta hai hamari. lekin saans kya hai?</w:t>
      </w:r>
      <w:r>
        <w:br/>
      </w:r>
      <w:r>
        <w:rPr>
          <w:sz w:val="20"/>
        </w:rPr>
        <w:t>31:17  bahar se oxygen supply ho raha hai, tab toh saans le paate hain. toh phephra receiving point hai aur oxygen supply ho raha hai bahar se.</w:t>
      </w:r>
      <w:r>
        <w:br/>
      </w:r>
      <w:r>
        <w:rPr>
          <w:sz w:val="20"/>
        </w:rPr>
        <w:t>31:30  aise hi dekhiye, aankh hai, woh bhi aik organ hai.</w:t>
      </w:r>
      <w:r>
        <w:br/>
      </w:r>
      <w:r>
        <w:rPr>
          <w:sz w:val="20"/>
        </w:rPr>
        <w:t>31:33  aankh dekhti hai, lekin kaise dekh paati hai? bahar se roshni aaye. agar bahar se roshni na aaye toh hum aankh rakhte hue blind hon ge.</w:t>
      </w:r>
      <w:r>
        <w:br/>
      </w:r>
      <w:r>
        <w:rPr>
          <w:sz w:val="20"/>
        </w:rPr>
        <w:t>31:46  toh aankh aik receiving point hai. jab bahar se light aati hai toh hum dekh paate hain.</w:t>
      </w:r>
      <w:r>
        <w:br/>
      </w:r>
      <w:r>
        <w:rPr>
          <w:sz w:val="20"/>
        </w:rPr>
        <w:t>31:54  kaan hai, dekhiye, kaan kab sun pata hai? jab keh fiza mein hawa ho.</w:t>
      </w:r>
      <w:r>
        <w:br/>
      </w:r>
      <w:r>
        <w:rPr>
          <w:sz w:val="20"/>
        </w:rPr>
        <w:t>32:03  toh kaan bhi aik receiving point hai. hawa ho toh aap sun payein ge, nahi toh sun payein ge. toh yeh 78 organ jo mere jism mein hain, woh sab receiving point hain.</w:t>
      </w:r>
      <w:r>
        <w:br/>
      </w:r>
      <w:r>
        <w:rPr>
          <w:sz w:val="20"/>
        </w:rPr>
        <w:t>32:16  supply to khuda se ki taraf se ho rahi hai. har ek ko energy supply ki ja rahi hai Allah ki taraf se. jitne bhi organ hain,</w:t>
      </w:r>
      <w:r>
        <w:br/>
      </w:r>
      <w:r>
        <w:rPr>
          <w:sz w:val="20"/>
        </w:rPr>
        <w:t>32:26  un ko supply ho rahi hai Allah ki taraf se.</w:t>
      </w:r>
      <w:r>
        <w:br/>
      </w:r>
      <w:r>
        <w:rPr>
          <w:sz w:val="20"/>
        </w:rPr>
        <w:t>32:29  jab supply band ho jati hai to organ ka function khatam ho jata hai aur insan mar jata hai. to kaisa ajeeb nizam hai, kaisa ajeeb Allah ka ka ki blessing hai.</w:t>
      </w:r>
    </w:p>
    <w:p>
      <w:pPr>
        <w:pStyle w:val="Heading2"/>
      </w:pPr>
      <w:r>
        <w:t>The Sufi uncle who personally funded Maulana's education</w:t>
      </w:r>
    </w:p>
    <w:p>
      <w:r>
        <w:rPr>
          <w:color w:val="666666"/>
          <w:sz w:val="18"/>
        </w:rPr>
        <w:t>Contribution of Sufism in India May 29, 2011 · 1m 10s · at 25:33 · https://youtu.be/lzxSaTnomio?t=1533</w:t>
      </w:r>
    </w:p>
    <w:p>
      <w:r>
        <w:rPr>
          <w:i/>
        </w:rPr>
        <w:t>“One elder in our family was a Sufi, Abdul Majeed”</w:t>
      </w:r>
    </w:p>
    <w:p>
      <w:r>
        <w:rPr>
          <w:sz w:val="20"/>
        </w:rPr>
        <w:t>25:33  to hamare khandan mein ek buzurg thay, un ko sofi abdul majeed. mere chacha bhi thay. wohi wohi ek hi shakhs tha poori poore khandan mein jo sofi tha, sofi abdul majeed.</w:t>
      </w:r>
      <w:r>
        <w:br/>
      </w:r>
      <w:r>
        <w:rPr>
          <w:sz w:val="20"/>
        </w:rPr>
        <w:t>25:50  to unhon ne zaati tor par mujhe madrasay mein dakhil karwaya, zaati tor par, aur khud sara kharcha apne zimay liya.</w:t>
      </w:r>
      <w:r>
        <w:br/>
      </w:r>
      <w:r>
        <w:rPr>
          <w:sz w:val="20"/>
        </w:rPr>
        <w:t>26:00  to sofi abdul majeed ki wajah se meri deeni taleem hui, arabi taleem hui,</w:t>
      </w:r>
      <w:r>
        <w:br/>
      </w:r>
      <w:r>
        <w:rPr>
          <w:sz w:val="20"/>
        </w:rPr>
        <w:t>26:11  islam ko barah e raast is ke jo sources hain, usay janne ka mujhe mauqa mila. yeh ek sofi ke shakhs ke zariye aisa hua.</w:t>
      </w:r>
      <w:r>
        <w:br/>
      </w:r>
      <w:r>
        <w:rPr>
          <w:sz w:val="20"/>
        </w:rPr>
        <w:t>26:24  to khud meri zaati tor par meri zindagi mein is tarah se ek sofi ka contribution hai.</w:t>
      </w:r>
      <w:r>
        <w:br/>
      </w:r>
      <w:r>
        <w:rPr>
          <w:sz w:val="20"/>
        </w:rPr>
        <w:t>26:32  aur main bohat zyada shukr ada karta hoon ke Allah taala ne mujhe aisa mauqa is naujawani ki umar mein mujhe main khud to koi choice le nahi sakta tha. jo khandan walay kar rahay thay, wohi main bhi karta.</w:t>
      </w:r>
    </w:p>
    <w:p>
      <w:pPr>
        <w:pStyle w:val="Heading2"/>
      </w:pPr>
      <w:r>
        <w:t>envy of others' means and why deeds matter most</w:t>
      </w:r>
    </w:p>
    <w:p>
      <w:r>
        <w:rPr>
          <w:color w:val="666666"/>
          <w:sz w:val="18"/>
        </w:rPr>
        <w:t>Good Relationships CPS Women Discussion 23 September 10, 2023 · 2m 08s · at 18:13 · https://youtu.be/5UlMoC6-jGU?t=1093</w:t>
      </w:r>
    </w:p>
    <w:p>
      <w:r>
        <w:rPr>
          <w:i/>
        </w:rPr>
        <w:t>“Some have great means, others very limited — envy creeps in”</w:t>
      </w:r>
    </w:p>
    <w:p>
      <w:r>
        <w:rPr>
          <w:sz w:val="20"/>
        </w:rPr>
        <w:t>18:13  kuch log ke paas bade bade means hote hain yaani zaraaye hote hain, kuch ke paas bahut limited</w:t>
      </w:r>
      <w:r>
        <w:br/>
      </w:r>
      <w:r>
        <w:rPr>
          <w:sz w:val="20"/>
        </w:rPr>
        <w:t>18:20  means hote hain aur aurat ho ya badh dono hi jab kisi ko apne se badha hua dekhte</w:t>
      </w:r>
      <w:r>
        <w:br/>
      </w:r>
      <w:r>
        <w:rPr>
          <w:sz w:val="20"/>
        </w:rPr>
        <w:t>18:28  hain to unmein jalan hasad ki hasad is tarah ki negative feelings develop hoti hain aur aapas mein</w:t>
      </w:r>
      <w:r>
        <w:br/>
      </w:r>
      <w:r>
        <w:rPr>
          <w:sz w:val="20"/>
        </w:rPr>
        <w:t>18:35  ek tilaf paida hote hain aur logon mein, rishtedaron mein, society mein complaint, adawaten, hatred wagairah jaisi negative</w:t>
      </w:r>
      <w:r>
        <w:br/>
      </w:r>
      <w:r>
        <w:rPr>
          <w:sz w:val="20"/>
        </w:rPr>
        <w:t>18:43  cheezein badhti rehti hain aur jisse poora mahaul kharab hota hai.</w:t>
      </w:r>
      <w:r>
        <w:br/>
      </w:r>
      <w:r>
        <w:rPr>
          <w:sz w:val="20"/>
        </w:rPr>
        <w:t>18:51  agar hum quran ki sixth chapter ale naam ki ek sau paisath ayat dekhein to quran mein yahan shaad hua hai aur wahi hai jisne tumhein zameen zameen mein ek doosre ka jaansheen banaya aur tummein se ek ka rutba doosre se buland kiya taaki woh aazbaen tumko apne diye hue mein tumhara rab jald sada dene wala aur bakhshne wala hai. 6.165.</w:t>
      </w:r>
      <w:r>
        <w:br/>
      </w:r>
      <w:r>
        <w:rPr>
          <w:sz w:val="20"/>
        </w:rPr>
        <w:t>19:21  To hamein yeh samajhna hai ki duniya mein ek insaan aur doosre insaan mein jo barabari nahin hai</w:t>
      </w:r>
      <w:r>
        <w:br/>
      </w:r>
      <w:r>
        <w:rPr>
          <w:sz w:val="20"/>
        </w:rPr>
        <w:t>19:29  aur yeh na barabari khuda ke creation plan ki bina hai to yeh hai aur hamari aazmal lena</w:t>
      </w:r>
      <w:r>
        <w:br/>
      </w:r>
      <w:r>
        <w:rPr>
          <w:sz w:val="20"/>
        </w:rPr>
        <w:t>19:38  chahiye aur islam ko samajhte hain to islam hamein bata diye duniya hi mein hamein yahan mili mili</w:t>
      </w:r>
      <w:r>
        <w:br/>
      </w:r>
      <w:r>
        <w:rPr>
          <w:sz w:val="20"/>
        </w:rPr>
        <w:t>19:46  hain yeh to yeh cheezein khatm ho jayengi.</w:t>
      </w:r>
      <w:r>
        <w:br/>
      </w:r>
      <w:r>
        <w:rPr>
          <w:sz w:val="20"/>
        </w:rPr>
        <w:t>19:55  to hamare saath to sirf hamare achhe amal ya bure amal jo bhi hain woh jayenge. agar achhe amal kiye hain to achhe bure amal kiye hain to bure aur usmein doosron se akhlaaq ki bahut important baat hai. to yeh duniya to bahut thode waqt ke liye hai. hum sab jaante hain asal cheez to aaqrat jo ki abdiya aur eternal hai.</w:t>
      </w:r>
      <w:r>
        <w:br/>
      </w:r>
      <w:r>
        <w:rPr>
          <w:sz w:val="20"/>
        </w:rPr>
        <w:t>20:21  allah hamein quran mein tarah tarah se guidance deta hai especially doosron ke talluqaat ki achhi relation rakhna.</w:t>
      </w:r>
    </w:p>
    <w:p>
      <w:pPr>
        <w:pStyle w:val="Heading2"/>
      </w:pPr>
      <w:r>
        <w:t>Global warming as grave irreversible problem</w:t>
      </w:r>
    </w:p>
    <w:p>
      <w:r>
        <w:rPr>
          <w:color w:val="666666"/>
          <w:sz w:val="18"/>
        </w:rPr>
        <w:t>Global Warming May 13, 2008 · 1m 10s · at 0:50 · https://youtu.be/AmgbF0n3lz4?t=50</w:t>
      </w:r>
    </w:p>
    <w:p>
      <w:r>
        <w:rPr>
          <w:i/>
        </w:rPr>
        <w:t>“About global warming media is full of it”</w:t>
      </w:r>
    </w:p>
    <w:p>
      <w:r>
        <w:rPr>
          <w:sz w:val="20"/>
        </w:rPr>
        <w:t>0:50  About global warming yani global warming ke bare mein mujhe kuch kehna hai aap sab log jante hain ke aaj kal media mein global warming ka bohat zyada charcha hai</w:t>
      </w:r>
      <w:r>
        <w:br/>
      </w:r>
      <w:r>
        <w:rPr>
          <w:sz w:val="20"/>
        </w:rPr>
        <w:t>1:14  das saal se to bohat ziyada hai</w:t>
      </w:r>
      <w:r>
        <w:br/>
      </w:r>
      <w:r>
        <w:rPr>
          <w:sz w:val="20"/>
        </w:rPr>
        <w:t>1:17  is liye ke sari dunya ke tamam</w:t>
      </w:r>
      <w:r>
        <w:br/>
      </w:r>
      <w:r>
        <w:rPr>
          <w:sz w:val="20"/>
        </w:rPr>
        <w:t>1:21  scientists, unanimously, are saying that</w:t>
      </w:r>
      <w:r>
        <w:br/>
      </w:r>
      <w:r>
        <w:rPr>
          <w:sz w:val="20"/>
        </w:rPr>
        <w:t>1:28  We are facing a grave grave problem that is that is global warming</w:t>
      </w:r>
      <w:r>
        <w:br/>
      </w:r>
      <w:r>
        <w:rPr>
          <w:sz w:val="20"/>
        </w:rPr>
        <w:t>1:34  aur ye jo process hai woh irreversible hai</w:t>
      </w:r>
      <w:r>
        <w:br/>
      </w:r>
      <w:r>
        <w:rPr>
          <w:sz w:val="20"/>
        </w:rPr>
        <w:t>1:41  yani hamari zameen jo hai</w:t>
      </w:r>
      <w:r>
        <w:br/>
      </w:r>
      <w:r>
        <w:rPr>
          <w:sz w:val="20"/>
        </w:rPr>
        <w:t>1:44  wo ziyada garam ho rahi hai</w:t>
      </w:r>
      <w:r>
        <w:br/>
      </w:r>
      <w:r>
        <w:rPr>
          <w:sz w:val="20"/>
        </w:rPr>
        <w:t>1:47  aur jante hain aap ke ye ziyada garam hona hamare liye</w:t>
      </w:r>
      <w:r>
        <w:br/>
      </w:r>
      <w:r>
        <w:rPr>
          <w:sz w:val="20"/>
        </w:rPr>
        <w:t>1:53  bohat bara problem create karta hai kyunke sara balance toot jata hai</w:t>
      </w:r>
    </w:p>
    <w:p>
      <w:pPr>
        <w:pStyle w:val="Heading2"/>
      </w:pPr>
      <w:r>
        <w:t>marifat as the purpose behind creation</w:t>
      </w:r>
    </w:p>
    <w:p>
      <w:r>
        <w:rPr>
          <w:color w:val="666666"/>
          <w:sz w:val="18"/>
        </w:rPr>
        <w:t>Introduction to Paradise December 18, 2022 · 1m 46s · at 1:24 · https://youtu.be/82pHJMz7OHs?t=84</w:t>
      </w:r>
    </w:p>
    <w:p>
      <w:r>
        <w:rPr>
          <w:i/>
        </w:rPr>
        <w:t>“To understand Paradise we must first understand God's creation plan”</w:t>
      </w:r>
    </w:p>
    <w:p>
      <w:r>
        <w:rPr>
          <w:sz w:val="20"/>
        </w:rPr>
        <w:t>1:24  Dekhiye, concept of Paradise ko samajhnay ke liye sab se pehle humein takhleeq ka maqsad samajhna hoga. To Khuda ka jo creation plan hai, us ko samajhna hoga. To is ko Quran mein aik ayat aayi hai وَمَا خَلَقْتُ الْجِنَّ وَالْإِنْسَ إِلَّا لِيَعْبُدُونَ to hum ne insaan ko aur jinn ko sirf apni ibadat ke liye paida kiya hai.</w:t>
      </w:r>
      <w:r>
        <w:br/>
      </w:r>
      <w:r>
        <w:rPr>
          <w:sz w:val="20"/>
        </w:rPr>
        <w:t>1:51  To ibadat ka matlab, jaisay Abdullah ibn Abbas ne explain kiya hai ke ibadat ka matlab hai marifat. To Khuda ki marifat hasil karna, isi ke liye insaan ko paida kiya gaya hai. To is ke liye Allah taala ne do khaas cheez rakheen ke hum kis tarah se Khuda ki marifat hasil karain.</w:t>
      </w:r>
      <w:r>
        <w:br/>
      </w:r>
      <w:r>
        <w:rPr>
          <w:sz w:val="20"/>
        </w:rPr>
        <w:t>2:14  sabse pehle to insaan ke andar jo dimagh hai, wah bahut hi uske andar la-mehud capacity hai ki wah soche, gaur kare, tadabbur kare. aur kis cheez par kare?</w:t>
      </w:r>
      <w:r>
        <w:br/>
      </w:r>
      <w:r>
        <w:rPr>
          <w:sz w:val="20"/>
        </w:rPr>
        <w:t>2:25  to iske liye Allah taala ne bahut badi kainat, bahut la-mehud kainat paida ki taaki insaan ke paas kisi cheez ki koi kami na rahe. jo elements hain, jo items hain marifat ke, wah insaan ko musalsal milte rahein.</w:t>
      </w:r>
      <w:r>
        <w:br/>
      </w:r>
      <w:r>
        <w:rPr>
          <w:sz w:val="20"/>
        </w:rPr>
        <w:t>2:43  to wah jo kainat mein jo Khuda ki jo sifaat hain, Khuda ki sifaat 99 names, attributes bataye gaye hain, lekin Khuda ki sifaat la-mehud hain. wah to human words ki limitations hoti hain, isliye 99 bataye gaye hain. to Khuda ki sifaat jo hai, uska izhaar hai kainat mein. to usi ko hamein discover karna hai.</w:t>
      </w:r>
    </w:p>
    <w:p>
      <w:pPr>
        <w:pStyle w:val="Heading2"/>
      </w:pPr>
      <w:r>
        <w:t>Shock absorber analogy for sabr</w:t>
      </w:r>
    </w:p>
    <w:p>
      <w:r>
        <w:rPr>
          <w:color w:val="666666"/>
          <w:sz w:val="18"/>
        </w:rPr>
        <w:t>Lessons from The Quran | December 24, 2005 | Maulana Wahiduddin Khan · 2m 34s · at 1:44:19 · https://youtu.be/1YOgdBErTfE?t=6259</w:t>
      </w:r>
    </w:p>
    <w:p>
      <w:r>
        <w:rPr>
          <w:i/>
        </w:rPr>
        <w:t>“A true man absorbs anger like a car's shock absorber”</w:t>
      </w:r>
    </w:p>
    <w:p>
      <w:r>
        <w:rPr>
          <w:sz w:val="20"/>
        </w:rPr>
        <w:t>1:44:19  ghuse ko aap ke upar undel de ga. lekin jo sacha insaan hai, us ko jab ghussa aaye ga to ghuse ko apnay andar hi andar pee le ga. is ki bohat achi misaal hai car mein jo aata hai, us ko kehte hain shock absorber. aap jantay hain ke agar aap tractor par safar karein to thori door janay ke baad aap thak jayein ge.</w:t>
      </w:r>
      <w:r>
        <w:br/>
      </w:r>
      <w:r>
        <w:rPr>
          <w:sz w:val="20"/>
        </w:rPr>
        <w:t>1:44:50  lekin jab aap achi car par safar karte hain to aap aram se sainkaron kilometer chale aate hain aur thakte nahi aap. kyun? is ka raaz yeh hai ke tractor mein shock absorber nahi hota jabke achi car mein shock absorber hota hai. yani jhatkay ko sehnay wala. agar aap kabhi sarak ke kinare</w:t>
      </w:r>
      <w:r>
        <w:br/>
      </w:r>
      <w:r>
        <w:rPr>
          <w:sz w:val="20"/>
        </w:rPr>
        <w:t>1:45:20  khare ho kar dekhein to aap payein ge ke jab tractor guzre ga to sarak ke oonche neeche se poora tractor ooncha neecha hota rahe ga. sarak ka har oonch neech poore poore tractor ko jhatka deta rahe ga. lekin achi car jab wahein guzarti hai to aap dekhein ge ke is ka pehia neecha ooncha hota hai. is ka body neecha ooncha nahi hota. yani achi car woh hai jo</w:t>
      </w:r>
      <w:r>
        <w:br/>
      </w:r>
      <w:r>
        <w:rPr>
          <w:sz w:val="20"/>
        </w:rPr>
        <w:t>1:45:51  sarak ke jhatkay ko apnay pehie par le le. woh musafir tak us ko pohnchnay na de. yeh hai shock absorber. isi tarah se sacha insaan woh hai, sacha insaan woh hai jo saray jhatkay ko, yani samajee jhatkay ko, social shocks jo hain, us ko apnay upar leta rahe. maslan ghussa</w:t>
      </w:r>
      <w:r>
        <w:br/>
      </w:r>
      <w:r>
        <w:rPr>
          <w:sz w:val="20"/>
        </w:rPr>
        <w:t>1:46:21  inteqam, lust, malice aur jalan, yeh sab kya hain? yeh sab jhatkay hain. samajee jhatkay hain. shocks hain. yeh parte hi parte hain, har aik ke upar parte hain, chahe woh sacha ho ya sacha na ho, acha ho ya bura ho. to sacha insaan jo hai, woh apnay seenay mein, sacha insaan ke seenay mein aik shock hai</w:t>
      </w:r>
    </w:p>
    <w:p>
      <w:pPr>
        <w:pStyle w:val="Heading2"/>
      </w:pPr>
      <w:r>
        <w:t>Mind as a super-computer: deleting bad memories</w:t>
      </w:r>
    </w:p>
    <w:p>
      <w:r>
        <w:rPr>
          <w:color w:val="666666"/>
          <w:sz w:val="18"/>
        </w:rPr>
        <w:t>The Problem of Misunderstanding January 1, 2008 · 2m 28s · at 11:47 · https://youtu.be/CTmUoJ714fg?t=707</w:t>
      </w:r>
    </w:p>
    <w:p>
      <w:r>
        <w:rPr>
          <w:i/>
        </w:rPr>
        <w:t>“If you type a matter in your computer but it's not good”</w:t>
      </w:r>
    </w:p>
    <w:p>
      <w:r>
        <w:rPr>
          <w:sz w:val="20"/>
        </w:rPr>
        <w:t>11:47  if you are using computer, let us take the example of computer. y</w:t>
      </w:r>
      <w:r>
        <w:br/>
      </w:r>
      <w:r>
        <w:rPr>
          <w:sz w:val="20"/>
        </w:rPr>
        <w:t>11:53  ou know, if you type up matter in your computer, but then you, then you feel that it is not good.</w:t>
      </w:r>
      <w:r>
        <w:br/>
      </w:r>
      <w:r>
        <w:rPr>
          <w:sz w:val="20"/>
        </w:rPr>
        <w:t>12:04  you want to, you want to delete it from the computer memory. then you touch a button.</w:t>
      </w:r>
      <w:r>
        <w:br/>
      </w:r>
      <w:r>
        <w:rPr>
          <w:sz w:val="20"/>
        </w:rPr>
        <w:t>12:14  simply, simple by touching a button, it is instantly deleted from the computer.</w:t>
      </w:r>
      <w:r>
        <w:br/>
      </w:r>
      <w:r>
        <w:rPr>
          <w:sz w:val="20"/>
        </w:rPr>
        <w:t>12:24  so is the case your mind that your mind is super computer. your mind is super computer.</w:t>
      </w:r>
      <w:r>
        <w:br/>
      </w:r>
      <w:r>
        <w:rPr>
          <w:sz w:val="20"/>
        </w:rPr>
        <w:t>12:36  if you know, every, every stress and tension is based on some kind of seed memory.</w:t>
      </w:r>
      <w:r>
        <w:br/>
      </w:r>
      <w:r>
        <w:rPr>
          <w:sz w:val="20"/>
        </w:rPr>
        <w:t>12:47  seed memory about past, about present, about future. seed memory, unwanted memory.</w:t>
      </w:r>
      <w:r>
        <w:br/>
      </w:r>
      <w:r>
        <w:rPr>
          <w:sz w:val="20"/>
        </w:rPr>
        <w:t>12:54  so if you, if you find some, some this kind of worry, this kind of, this kind of seed memory.</w:t>
      </w:r>
      <w:r>
        <w:br/>
      </w:r>
      <w:r>
        <w:rPr>
          <w:sz w:val="20"/>
        </w:rPr>
        <w:t>13:07  so it is very easy. delete it by touching a button. then mind is a super computer. mind has double capacity.</w:t>
      </w:r>
      <w:r>
        <w:br/>
      </w:r>
      <w:r>
        <w:rPr>
          <w:sz w:val="20"/>
        </w:rPr>
        <w:t>13:19  double capacity.</w:t>
      </w:r>
      <w:r>
        <w:br/>
      </w:r>
      <w:r>
        <w:rPr>
          <w:sz w:val="20"/>
        </w:rPr>
        <w:t>13:22  if you delete a matter in your, in your, if you delete a matter from your computer, it is deleted for ever.</w:t>
      </w:r>
      <w:r>
        <w:br/>
      </w:r>
      <w:r>
        <w:rPr>
          <w:sz w:val="20"/>
        </w:rPr>
        <w:t>13:33  it deleted for ever. but your memory has very strange type of quality. if you delete a matter from your memory.</w:t>
      </w:r>
      <w:r>
        <w:br/>
      </w:r>
      <w:r>
        <w:rPr>
          <w:sz w:val="20"/>
        </w:rPr>
        <w:t>13:43  so mind can delete it or forget it. at the same time, it can preserve it.</w:t>
      </w:r>
      <w:r>
        <w:br/>
      </w:r>
      <w:r>
        <w:rPr>
          <w:sz w:val="20"/>
        </w:rPr>
        <w:t>13:52  your mind has double capacity to preserve a memory in your, in your, in your subconscious mind.</w:t>
      </w:r>
      <w:r>
        <w:br/>
      </w:r>
      <w:r>
        <w:rPr>
          <w:sz w:val="20"/>
        </w:rPr>
        <w:t>14:03  at the same time, delete it from your conscious mind. so mind is a very strange capacity.</w:t>
      </w:r>
    </w:p>
    <w:p>
      <w:pPr>
        <w:pStyle w:val="Heading2"/>
      </w:pPr>
      <w:r>
        <w:t>A noisy concrete mixer reminds him paradise has no noise</w:t>
      </w:r>
    </w:p>
    <w:p>
      <w:r>
        <w:rPr>
          <w:color w:val="666666"/>
          <w:sz w:val="18"/>
        </w:rPr>
        <w:t>Paradise Culture January 12, 2014 · 1m 37s · at 18:19 · https://youtu.be/Z3A6r7XjE00?t=1099</w:t>
      </w:r>
    </w:p>
    <w:p>
      <w:r>
        <w:rPr>
          <w:i/>
        </w:rPr>
        <w:t>“Parson ki baat hai, main balcony mein baitha tha.”</w:t>
      </w:r>
    </w:p>
    <w:p>
      <w:r>
        <w:rPr>
          <w:sz w:val="20"/>
        </w:rPr>
        <w:t>18:19  parson ki baat hai. mein apne ghar mein, jo hamare samne jo balcony hai, wahan baitha hua tha.</w:t>
      </w:r>
      <w:r>
        <w:br/>
      </w:r>
      <w:r>
        <w:rPr>
          <w:sz w:val="20"/>
        </w:rPr>
        <w:t>18:30  to</w:t>
      </w:r>
      <w:r>
        <w:br/>
      </w:r>
      <w:r>
        <w:rPr>
          <w:sz w:val="20"/>
        </w:rPr>
        <w:t>18:33  subah ka waqt tha, bohat acha mausam tha. lekin hamare haan pass mein ghar ban rahe hain.</w:t>
      </w:r>
      <w:r>
        <w:br/>
      </w:r>
      <w:r>
        <w:rPr>
          <w:sz w:val="20"/>
        </w:rPr>
        <w:t>18:43  to wahan par woh bara sa jo hota hai, truck jis mein laga rehta hai, woh jis ko kehte hain concrete mixer, jis ko cement aur concrete mila ke chalate hain,</w:t>
      </w:r>
      <w:r>
        <w:br/>
      </w:r>
      <w:r>
        <w:rPr>
          <w:sz w:val="20"/>
        </w:rPr>
        <w:t>18:58  jo kehte hain concrete mixer, woh aaya aur woh chalu kiya gaya aur bohat shor, bohat shor.</w:t>
      </w:r>
      <w:r>
        <w:br/>
      </w:r>
      <w:r>
        <w:rPr>
          <w:sz w:val="20"/>
        </w:rPr>
        <w:t>19:08  ab ajib tabiyat ghabra gai</w:t>
      </w:r>
      <w:r>
        <w:br/>
      </w:r>
      <w:r>
        <w:rPr>
          <w:sz w:val="20"/>
        </w:rPr>
        <w:t>19:13  ke itna peaceful tha, yani peaceful nature mein baitha hua tha us waqt mein. us waqt aa kar ke wahan concrete mixer jo hai, woh shor karne laga.</w:t>
      </w:r>
      <w:r>
        <w:br/>
      </w:r>
      <w:r>
        <w:rPr>
          <w:sz w:val="20"/>
        </w:rPr>
        <w:t>19:26  to phir mujhe wohi yaad aaya ke jannat mein shor nahi hoga.</w:t>
      </w:r>
      <w:r>
        <w:br/>
      </w:r>
      <w:r>
        <w:rPr>
          <w:sz w:val="20"/>
        </w:rPr>
        <w:t>19:34  yeh bhi quran mein likha hua hai ke jannat mein shor nahi hoga, nuisance nahi hoga.</w:t>
      </w:r>
      <w:r>
        <w:br/>
      </w:r>
      <w:r>
        <w:rPr>
          <w:sz w:val="20"/>
        </w:rPr>
        <w:t>19:43  to woh woh waqea bazahir negative waqea tha. lekin agar aap ka shaoor develop ho to is is waqe ko aap convert kar ke aik positive item bana len ge.</w:t>
      </w:r>
    </w:p>
    <w:p>
      <w:pPr>
        <w:pStyle w:val="Heading2"/>
      </w:pPr>
      <w:r>
        <w:t>Why Muslims kill each other in Pakistan</w:t>
      </w:r>
    </w:p>
    <w:p>
      <w:r>
        <w:rPr>
          <w:color w:val="666666"/>
          <w:sz w:val="18"/>
        </w:rPr>
        <w:t>Political Interpretation of Islam September 4, 2007 · 1m 47s · at 2:22 · https://youtu.be/iwFh5kd1-Rw?t=142</w:t>
      </w:r>
    </w:p>
    <w:p>
      <w:r>
        <w:rPr>
          <w:i/>
        </w:rPr>
        <w:t>“To yeh musalman ne musalman ke against mein kiya”</w:t>
      </w:r>
    </w:p>
    <w:p>
      <w:r>
        <w:rPr>
          <w:sz w:val="20"/>
        </w:rPr>
        <w:t>2:22  to yah musalmān ne musalmān ke agīnst mein kiyā. to kisī ne mujh se pūchā ki yah kyā bāt hai ki pālistān mein itnā mār kāṭ rahe hain āpas mein,</w:t>
      </w:r>
      <w:r>
        <w:br/>
      </w:r>
      <w:r>
        <w:rPr>
          <w:sz w:val="20"/>
        </w:rPr>
        <w:t>2:36  hālaṅki pālistān banā thā islām ke nām par.</w:t>
      </w:r>
      <w:r>
        <w:br/>
      </w:r>
      <w:r>
        <w:rPr>
          <w:sz w:val="20"/>
        </w:rPr>
        <w:t>2:42  pālistān banā 1947 mein, islām ke nām par. 1947.</w:t>
      </w:r>
      <w:r>
        <w:br/>
      </w:r>
      <w:r>
        <w:rPr>
          <w:sz w:val="20"/>
        </w:rPr>
        <w:t>2:53  itnī lambī muddat guzar gaī, aur vahān par mār kāṭī chal rahī hai. pālistān banne ke bād jo pahle prāim minisṭar the vahān ke, navvābzādah liāqat ālī khān,</w:t>
      </w:r>
      <w:r>
        <w:br/>
      </w:r>
      <w:r>
        <w:rPr>
          <w:sz w:val="20"/>
        </w:rPr>
        <w:t>3:11  un ko karācī kī saṛak par golī mārakar ḳhatm kar diyā gayā.</w:t>
      </w:r>
      <w:r>
        <w:br/>
      </w:r>
      <w:r>
        <w:rPr>
          <w:sz w:val="20"/>
        </w:rPr>
        <w:t>3:17  to shurūʿ hī se yah mār kāṭ chal rahī hai, jo ab tak jārī hai. to unhon ne kahā ki yah kyā bāt hai ki pālistān banā islām ke nām par, aur vahān par itnī phaiṭiṅg, in phaiṭiṅg.</w:t>
      </w:r>
      <w:r>
        <w:br/>
      </w:r>
      <w:r>
        <w:rPr>
          <w:sz w:val="20"/>
        </w:rPr>
        <w:t>3:33  main ne kahā ki sab se baṛī, sab se baṛī mith yah hai ki pālistān islām ke nām par banā.</w:t>
      </w:r>
      <w:r>
        <w:br/>
      </w:r>
      <w:r>
        <w:rPr>
          <w:sz w:val="20"/>
        </w:rPr>
        <w:t>3:40  yah sab log yahī bolī bolte hain. sāre pālistān vāle yahī bolī bolte hain. hālaṅki yah to mith hai.</w:t>
      </w:r>
      <w:r>
        <w:br/>
      </w:r>
      <w:r>
        <w:rPr>
          <w:sz w:val="20"/>
        </w:rPr>
        <w:t>3:53  dekhiye, pakistan islam ke naam par nahi bana. pakistan political islam ke naam par bana.</w:t>
      </w:r>
      <w:r>
        <w:br/>
      </w:r>
      <w:r>
        <w:rPr>
          <w:sz w:val="20"/>
        </w:rPr>
        <w:t>4:04  islam alag cheez hai, aur political islam alag cheez hai.</w:t>
      </w:r>
    </w:p>
    <w:p>
      <w:pPr>
        <w:pStyle w:val="Heading2"/>
      </w:pPr>
      <w:r>
        <w:t>corrupt alliance of religious leaders and kings</w:t>
      </w:r>
    </w:p>
    <w:p>
      <w:r>
        <w:rPr>
          <w:color w:val="666666"/>
          <w:sz w:val="18"/>
        </w:rPr>
        <w:t>Islam The Creator of the Modern Age October 17, 2021 Prof. Farida Khanam · 2m 42s · at 15:45 · https://youtu.be/tMr3Dz35onU?t=945</w:t>
      </w:r>
    </w:p>
    <w:p>
      <w:r>
        <w:rPr>
          <w:i/>
        </w:rPr>
        <w:t>“Religious leaders and kings formed a corrupt alliance over the masses”</w:t>
      </w:r>
    </w:p>
    <w:p>
      <w:r>
        <w:rPr>
          <w:sz w:val="20"/>
        </w:rPr>
        <w:t>15:45  to taqaddus ka jo reverence ka jo sacredness ka jo nazariya tha, us se logon ko bahut faide jud gaye the.</w:t>
      </w:r>
      <w:r>
        <w:br/>
      </w:r>
      <w:r>
        <w:rPr>
          <w:sz w:val="20"/>
        </w:rPr>
        <w:t>15:53  asal mein ab misal ke taur par jo religious leaders the, to unki hegemony qaim ho gayi thi, unka ghalba qaim ho gaya tha.</w:t>
      </w:r>
      <w:r>
        <w:br/>
      </w:r>
      <w:r>
        <w:rPr>
          <w:sz w:val="20"/>
        </w:rPr>
        <w:t>16:02  tamam awam jo hain, unke under mein the, kyunke wo apne aap ko khuda ka representative mante the. to wo ek ek qism ka, wo ek intermediary ban gaye the, intermediary between god and man.</w:t>
      </w:r>
      <w:r>
        <w:br/>
      </w:r>
      <w:r>
        <w:rPr>
          <w:sz w:val="20"/>
        </w:rPr>
        <w:t>16:20  to is tarike se unka jo hai, itna zyada ghalba tha ke koi unke khilaf kuch bol nahi sakta tha. phir is ke baad wo apne power ka, apni daulat ka, daulat bahut jama ho gayi thi, to uska misuse karte the.</w:t>
      </w:r>
      <w:r>
        <w:br/>
      </w:r>
      <w:r>
        <w:rPr>
          <w:sz w:val="20"/>
        </w:rPr>
        <w:t>16:36  ab badshahon ke liye bhi wahi tha ke wo god king ban gaye the, khuda ke representative ban gaye the, kyunke har badi cheez ko awam puchte the.</w:t>
      </w:r>
      <w:r>
        <w:br/>
      </w:r>
      <w:r>
        <w:rPr>
          <w:sz w:val="20"/>
        </w:rPr>
        <w:t>16:46  to wo to bade lagte hi the, dekhne mein wahi shaan o shaukat se rehte the. iska aap dekhenge quran mein hai, jab firon ne hazrat musa se kaha tha: "ana rabbukum al a'la, main tumhara rab hoon".</w:t>
      </w:r>
      <w:r>
        <w:br/>
      </w:r>
      <w:r>
        <w:rPr>
          <w:sz w:val="20"/>
        </w:rPr>
        <w:t>17:00  to yeh wahi haal hua jo ek saying hai ke power corrupts and absolute power corrupts absolutely. to in logon ne bilkul hi corruption phaila rakha tha, kyunke in logon ke khilaf koi awaaz nahi uthti thi.</w:t>
      </w:r>
      <w:r>
        <w:br/>
      </w:r>
      <w:r>
        <w:rPr>
          <w:sz w:val="20"/>
        </w:rPr>
        <w:t>17:16  awam ke andar koi azadi nahi thi, unke andar equality nahi thi. sab kuch jo tha, wo elite class ke paas tha. to yeh jo nexus tha mazhabi peshwa aur badshahon ka, is ki wajah se inko zero nahi kiya ja pa raha tha.</w:t>
      </w:r>
      <w:r>
        <w:br/>
      </w:r>
      <w:r>
        <w:rPr>
          <w:sz w:val="20"/>
        </w:rPr>
        <w:t>17:31  aur ek poori poori empire, sassanid empire, roman empire, to yeh sari empires inki support par qaim thin, aur koi inka kuch kar nahi sakta tha.</w:t>
      </w:r>
      <w:r>
        <w:br/>
      </w:r>
      <w:r>
        <w:rPr>
          <w:sz w:val="20"/>
        </w:rPr>
        <w:t>17:42  jo jangain huin islam mein, to wo wahi isi liye huin ke yeh empire ko toda jaye, taake yeh jo mazhabi logon ne rasta band kar rakha hai, bilkul taraqqiyon ka, wo rasta khule, aur awam tak jo benefits hain, jo blessings hain, khuda ke mazhab ki, khuda ke tauheed ke concept ki, wo tamam duniya tak pahunche.</w:t>
      </w:r>
      <w:r>
        <w:br/>
      </w:r>
      <w:r>
        <w:rPr>
          <w:sz w:val="20"/>
        </w:rPr>
        <w:t>18:09  to yahi dono empire jo theen, woh bilkul road block ki tarah kaam kar rahi theen, kuch bhi karne nahi de deti theen awam ko. religious prosecution tha, koi bhi na mazhab ki field mein koi kuch kaam kar sakta tha, bas jo state religion tha, bas usi par chalna tha.</w:t>
      </w:r>
    </w:p>
    <w:p>
      <w:pPr>
        <w:pStyle w:val="Heading2"/>
      </w:pPr>
      <w:r>
        <w:t>Natural calamities as positive glad tidings from Quran</w:t>
      </w:r>
    </w:p>
    <w:p>
      <w:r>
        <w:rPr>
          <w:color w:val="666666"/>
          <w:sz w:val="18"/>
        </w:rPr>
        <w:t>Ism-e-Aazam October 10, 2020 Maulana Wahiduddin Khan · 2m 00s · at 0:38 · https://youtu.be/QvFCvQX50rk?t=38</w:t>
      </w:r>
    </w:p>
    <w:p>
      <w:r>
        <w:rPr>
          <w:i/>
        </w:rPr>
        <w:t>“Mera ek tajurba aap ko arz karta hoon”</w:t>
      </w:r>
    </w:p>
    <w:p>
      <w:r>
        <w:rPr>
          <w:sz w:val="20"/>
        </w:rPr>
        <w:t>0:38  mera ek tajruba aap ko arz karta hoon, woh yeh ke zindagi mein kuch</w:t>
      </w:r>
      <w:r>
        <w:br/>
      </w:r>
      <w:r>
        <w:rPr>
          <w:sz w:val="20"/>
        </w:rPr>
        <w:t>0:52  masail aise hain jo fitri taur par paida hote hain, misaal ke taur par maut, budhapa.</w:t>
      </w:r>
      <w:r>
        <w:br/>
      </w:r>
      <w:r>
        <w:rPr>
          <w:sz w:val="20"/>
        </w:rPr>
        <w:t>1:06  to</w:t>
      </w:r>
      <w:r>
        <w:br/>
      </w:r>
      <w:r>
        <w:rPr>
          <w:sz w:val="20"/>
        </w:rPr>
        <w:t>1:09  logon ka mizaj aam taur par yeh hai ke masaa'ib se ghabrate hain.</w:t>
      </w:r>
      <w:r>
        <w:br/>
      </w:r>
      <w:r>
        <w:rPr>
          <w:sz w:val="20"/>
        </w:rPr>
        <w:t>1:21  lekin main apna tajruba arz karunga</w:t>
      </w:r>
      <w:r>
        <w:br/>
      </w:r>
      <w:r>
        <w:rPr>
          <w:sz w:val="20"/>
        </w:rPr>
        <w:t>1:30  keh fitri masaib</w:t>
      </w:r>
      <w:r>
        <w:br/>
      </w:r>
      <w:r>
        <w:rPr>
          <w:sz w:val="20"/>
        </w:rPr>
        <w:t>1:34  ya</w:t>
      </w:r>
      <w:r>
        <w:br/>
      </w:r>
      <w:r>
        <w:rPr>
          <w:sz w:val="20"/>
        </w:rPr>
        <w:t>1:39  barhapa</w:t>
      </w:r>
      <w:r>
        <w:br/>
      </w:r>
      <w:r>
        <w:rPr>
          <w:sz w:val="20"/>
        </w:rPr>
        <w:t>1:45  aadmi ke liye</w:t>
      </w:r>
      <w:r>
        <w:br/>
      </w:r>
      <w:r>
        <w:rPr>
          <w:sz w:val="20"/>
        </w:rPr>
        <w:t>1:55  ek misbat tajruba hai, is liye keh is ko quran mein</w:t>
      </w:r>
      <w:r>
        <w:br/>
      </w:r>
      <w:r>
        <w:rPr>
          <w:sz w:val="20"/>
        </w:rPr>
        <w:t>2:09  khushkhabri kaha gaya hai. Yaani jo log</w:t>
      </w:r>
      <w:r>
        <w:br/>
      </w:r>
      <w:r>
        <w:rPr>
          <w:sz w:val="20"/>
        </w:rPr>
        <w:t>2:18  fitri masaib ko</w:t>
      </w:r>
      <w:r>
        <w:br/>
      </w:r>
      <w:r>
        <w:rPr>
          <w:sz w:val="20"/>
        </w:rPr>
        <w:t>2:25  misbat andaaz mein jheel sakein, to un ke liye yeh khushkhabri hai.</w:t>
      </w:r>
    </w:p>
    <w:p>
      <w:pPr>
        <w:pStyle w:val="Heading2"/>
      </w:pPr>
      <w:r>
        <w:t>Science as theology and Christians as role models</w:t>
      </w:r>
    </w:p>
    <w:p>
      <w:r>
        <w:rPr>
          <w:color w:val="666666"/>
          <w:sz w:val="18"/>
        </w:rPr>
        <w:t>Religion and The Modern Age February 26, 2006 Maulana Wahiduddin Khan · 2m 59s · at 14:43 · https://youtu.be/qiaRBqC0Wuk?t=883</w:t>
      </w:r>
    </w:p>
    <w:p>
      <w:r>
        <w:rPr>
          <w:i/>
        </w:rPr>
        <w:t>“Modern science is the new theology”</w:t>
      </w:r>
    </w:p>
    <w:p>
      <w:r>
        <w:rPr>
          <w:sz w:val="20"/>
        </w:rPr>
        <w:t>14:43  mera jo tajurba hai, us ki roshni mein main yahi kahunga ke modern science Islam ka ilm-e-kalam hai, modern science religion ki theology hai.</w:t>
      </w:r>
      <w:r>
        <w:br/>
      </w:r>
      <w:r>
        <w:rPr>
          <w:sz w:val="20"/>
        </w:rPr>
        <w:t>14:57  modern science hum ko woh supportive evidence deti hai jis ko le kar hum Islam ki dawat ko asar-o-zyada taqat ke saath duniya mein phaila sakein.</w:t>
      </w:r>
      <w:r>
        <w:br/>
      </w:r>
      <w:r>
        <w:rPr>
          <w:sz w:val="20"/>
        </w:rPr>
        <w:t>15:10  dekhein, yahan main aap ko ek ayat ka reference dunga, Quran ki ek ayat,</w:t>
      </w:r>
      <w:r>
        <w:br/>
      </w:r>
      <w:r>
        <w:rPr>
          <w:sz w:val="20"/>
        </w:rPr>
        <w:t>15:17  Quran ki Surah As-Saff, yani chapter number 61.</w:t>
      </w:r>
      <w:r>
        <w:br/>
      </w:r>
      <w:r>
        <w:rPr>
          <w:sz w:val="20"/>
        </w:rPr>
        <w:t>15:26  saff ka chapter number hai 61.</w:t>
      </w:r>
      <w:r>
        <w:br/>
      </w:r>
      <w:r>
        <w:rPr>
          <w:sz w:val="20"/>
        </w:rPr>
        <w:t>15:31  to 61 ki jo</w:t>
      </w:r>
      <w:r>
        <w:br/>
      </w:r>
      <w:r>
        <w:rPr>
          <w:sz w:val="20"/>
        </w:rPr>
        <w:t>15:34  aakhri warz hai, bilkul aakhri,</w:t>
      </w:r>
      <w:r>
        <w:br/>
      </w:r>
      <w:r>
        <w:rPr>
          <w:sz w:val="20"/>
        </w:rPr>
        <w:t>15:39  woh is tarah se hai</w:t>
      </w:r>
      <w:r>
        <w:br/>
      </w:r>
      <w:r>
        <w:rPr>
          <w:sz w:val="20"/>
        </w:rPr>
        <w:t>15:41  ke ya ayyuhal lazeena aamanoo kunwa ansaarullah</w:t>
      </w:r>
      <w:r>
        <w:br/>
      </w:r>
      <w:r>
        <w:rPr>
          <w:sz w:val="20"/>
        </w:rPr>
        <w:t>15:48  kamaa qaala yusuf ibn maryam al hawariyeen</w:t>
      </w:r>
      <w:r>
        <w:br/>
      </w:r>
      <w:r>
        <w:rPr>
          <w:sz w:val="20"/>
        </w:rPr>
        <w:t>15:51  man ansariyallah</w:t>
      </w:r>
      <w:r>
        <w:br/>
      </w:r>
      <w:r>
        <w:rPr>
          <w:sz w:val="20"/>
        </w:rPr>
        <w:t>15:54  qaal al hawariyeen nahnu ansaarullah</w:t>
      </w:r>
      <w:r>
        <w:br/>
      </w:r>
      <w:r>
        <w:rPr>
          <w:sz w:val="20"/>
        </w:rPr>
        <w:t>15:58  famaarat taa'ifatun min bani israil wa kafarat taa'ifah</w:t>
      </w:r>
      <w:r>
        <w:br/>
      </w:r>
      <w:r>
        <w:rPr>
          <w:sz w:val="20"/>
        </w:rPr>
        <w:t>16:02  fa'ayyadnal lazeena aamanoo 'alaa 'aduwwihim fa asbahoo zaahireen</w:t>
      </w:r>
      <w:r>
        <w:br/>
      </w:r>
      <w:r>
        <w:rPr>
          <w:sz w:val="20"/>
        </w:rPr>
        <w:t>16:07  yeh bohat hi important aayat hai aur bohat hi relevant</w:t>
      </w:r>
      <w:r>
        <w:br/>
      </w:r>
      <w:r>
        <w:rPr>
          <w:sz w:val="20"/>
        </w:rPr>
        <w:t>16:11  hai hamare aaj ki situation se,</w:t>
      </w:r>
      <w:r>
        <w:br/>
      </w:r>
      <w:r>
        <w:rPr>
          <w:sz w:val="20"/>
        </w:rPr>
        <w:t>16:17  bahut relevant hai hamari aaj ki situation se. yani chapter number 61 ki last verse is mein kaha gaya hai ke aye aye iman walo,</w:t>
      </w:r>
      <w:r>
        <w:br/>
      </w:r>
      <w:r>
        <w:rPr>
          <w:sz w:val="20"/>
        </w:rPr>
        <w:t>16:36  aye iman walo, tum ho jao Christ ke disciple ki tarah. zara gaur kijiye kitni ajib o ghareeb baat is ke andar hai.</w:t>
      </w:r>
      <w:r>
        <w:br/>
      </w:r>
      <w:r>
        <w:rPr>
          <w:sz w:val="20"/>
        </w:rPr>
        <w:t>16:48  yani Musalmanon ko kaha gaya hai ke Christ ke followers tumhare role model hain. bahut sochne ki baat hai yeh.</w:t>
      </w:r>
      <w:r>
        <w:br/>
      </w:r>
      <w:r>
        <w:rPr>
          <w:sz w:val="20"/>
        </w:rPr>
        <w:t>16:58  jisko shakk ho, woh Quran ke is chapter ko padh le. aye iman</w:t>
      </w:r>
      <w:r>
        <w:br/>
      </w:r>
      <w:r>
        <w:rPr>
          <w:sz w:val="20"/>
        </w:rPr>
        <w:t>17:05  lane, aye iman lane, is ka is ka literal translation yeh hai: aye iman walo, aye iman lane walo,</w:t>
      </w:r>
      <w:r>
        <w:br/>
      </w:r>
      <w:r>
        <w:rPr>
          <w:sz w:val="20"/>
        </w:rPr>
        <w:t>17:13  tum Allah ke helper bano. jis tarah Masih ne kaha, Christ ne apne disciples se ke tum log kya Allah ke helper bante ho?</w:t>
      </w:r>
      <w:r>
        <w:br/>
      </w:r>
      <w:r>
        <w:rPr>
          <w:sz w:val="20"/>
        </w:rPr>
        <w:t>17:27  unhon ne kaha ke haan, hum Allah ke helper bante hain. to woh Allah ke helper bane aur phir Allah ne unhein kamyabi di aur woh apne dushmanon par ghalib aa gaye.</w:t>
      </w:r>
    </w:p>
    <w:p>
      <w:pPr>
        <w:pStyle w:val="Heading2"/>
      </w:pPr>
      <w:r>
        <w:t>First revelation background in Hadith</w:t>
      </w:r>
    </w:p>
    <w:p>
      <w:r>
        <w:rPr>
          <w:color w:val="666666"/>
          <w:sz w:val="18"/>
        </w:rPr>
        <w:t>Hadith Literature - Part-1 (English) March 08, 2007 Maulana Wahiduddin Khan · 2m 43s · at 8:27 · https://youtu.be/vZSus8oBppM?t=507</w:t>
      </w:r>
    </w:p>
    <w:p>
      <w:r>
        <w:rPr>
          <w:i/>
        </w:rPr>
        <w:t>“If you want to know what happened during this first revelation”</w:t>
      </w:r>
    </w:p>
    <w:p>
      <w:r>
        <w:rPr>
          <w:sz w:val="20"/>
        </w:rPr>
        <w:t>8:27  So, if you want to know what happened during this first revelation, you will find that Quran says,</w:t>
      </w:r>
      <w:r>
        <w:br/>
      </w:r>
      <w:r>
        <w:rPr>
          <w:sz w:val="20"/>
        </w:rPr>
        <w:t>8:38  "Iqra bismil Rabbikal ladhi khalaq." Only one part of that revelation is described in the Quran, "Iqra bismil</w:t>
      </w:r>
      <w:r>
        <w:br/>
      </w:r>
      <w:r>
        <w:rPr>
          <w:sz w:val="20"/>
        </w:rPr>
        <w:t>8:50  Rabbikal ladhi khalaq." But the background is not mentioned in the Quran.</w:t>
      </w:r>
      <w:r>
        <w:br/>
      </w:r>
      <w:r>
        <w:rPr>
          <w:sz w:val="20"/>
        </w:rPr>
        <w:t>9:01  This was the first revelation the Prophet received when he was in the cave of Hira.</w:t>
      </w:r>
      <w:r>
        <w:br/>
      </w:r>
      <w:r>
        <w:rPr>
          <w:sz w:val="20"/>
        </w:rPr>
        <w:t>9:13  But the background is not mentioned in this revelation or in this chapter of the Quran. The background you will find in Hadith.</w:t>
      </w:r>
      <w:r>
        <w:br/>
      </w:r>
      <w:r>
        <w:rPr>
          <w:sz w:val="20"/>
        </w:rPr>
        <w:t>9:30  And without background, you cannot understand anything.</w:t>
      </w:r>
      <w:r>
        <w:br/>
      </w:r>
      <w:r>
        <w:rPr>
          <w:sz w:val="20"/>
        </w:rPr>
        <w:t>9:38  For example, in Hadith we read that when the Prophet was in Hira, Angel Jibril came to him</w:t>
      </w:r>
      <w:r>
        <w:br/>
      </w:r>
      <w:r>
        <w:rPr>
          <w:sz w:val="20"/>
        </w:rPr>
        <w:t>9:46  and said, "Ya Muhammad, Iqra.</w:t>
      </w:r>
      <w:r>
        <w:br/>
      </w:r>
      <w:r>
        <w:rPr>
          <w:sz w:val="20"/>
        </w:rPr>
        <w:t>9:55  Ya Muhammad, Iqra.</w:t>
      </w:r>
      <w:r>
        <w:br/>
      </w:r>
      <w:r>
        <w:rPr>
          <w:sz w:val="20"/>
        </w:rPr>
        <w:t>10:03  O Muhammad, read." Then the Prophet said, "Ma Ana Baqari, I cannot read." This dialogue was repeated no</w:t>
      </w:r>
      <w:r>
        <w:br/>
      </w:r>
      <w:r>
        <w:rPr>
          <w:sz w:val="20"/>
        </w:rPr>
        <w:t>10:11  less than three times.</w:t>
      </w:r>
      <w:r>
        <w:br/>
      </w:r>
      <w:r>
        <w:rPr>
          <w:sz w:val="20"/>
        </w:rPr>
        <w:t>10:20  And again and again, the Prophet said, "Ma Ana Baqari, I cannot read." Then the Angel embraced the Prophet.</w:t>
      </w:r>
      <w:r>
        <w:br/>
      </w:r>
      <w:r>
        <w:rPr>
          <w:sz w:val="20"/>
        </w:rPr>
        <w:t>10:28  And after this, the Prophet was able to read.</w:t>
      </w:r>
      <w:r>
        <w:br/>
      </w:r>
      <w:r>
        <w:rPr>
          <w:sz w:val="20"/>
        </w:rPr>
        <w:t>10:36  And he began reading, began reciting, "Iqra bismil Rabbikal ladhi khalaq, khalaqal lisan min alaq, Iqra wa Rabbukal</w:t>
      </w:r>
      <w:r>
        <w:br/>
      </w:r>
      <w:r>
        <w:rPr>
          <w:sz w:val="20"/>
        </w:rPr>
        <w:t>10:45  Akram, alladhi allam bil qalam, allamu al lisan maalam ya'lam." So, this is the revelation you can find</w:t>
      </w:r>
      <w:r>
        <w:br/>
      </w:r>
      <w:r>
        <w:rPr>
          <w:sz w:val="20"/>
        </w:rPr>
        <w:t>10:53  in the Quran.</w:t>
      </w:r>
      <w:r>
        <w:br/>
      </w:r>
      <w:r>
        <w:rPr>
          <w:sz w:val="20"/>
        </w:rPr>
        <w:t>11:01  But the background of this first revelation is mentioned only in the Hadith.</w:t>
      </w:r>
      <w:r>
        <w:br/>
      </w:r>
      <w:r>
        <w:rPr>
          <w:sz w:val="20"/>
        </w:rPr>
        <w:t>11:10  And without knowing the background, you cannot complete the picture of that moment.</w:t>
      </w:r>
    </w:p>
    <w:p>
      <w:pPr>
        <w:pStyle w:val="Heading2"/>
      </w:pPr>
      <w:r>
        <w:t>Islam promotes duty-conscious society</w:t>
      </w:r>
    </w:p>
    <w:p>
      <w:r>
        <w:rPr>
          <w:color w:val="666666"/>
          <w:sz w:val="18"/>
        </w:rPr>
        <w:t>Human History in Light of the Creation Plan of God 11 May, 2007 - Maulana Wahiduddin Khan · 2m 08s · at 14:36 · https://youtu.be/8m_jiYlUZ0c?t=876</w:t>
      </w:r>
    </w:p>
    <w:p>
      <w:r>
        <w:rPr>
          <w:i/>
        </w:rPr>
        <w:t>“Addu ilaihim haqqahum wa sallu Allah haqqakum.”</w:t>
      </w:r>
    </w:p>
    <w:p>
      <w:r>
        <w:rPr>
          <w:sz w:val="20"/>
        </w:rPr>
        <w:t>14:36  yani authority ko baray mein farmaya hai jo authority, political authority, un ka haq un ko do aur apna jo haq hai woh Khuda se mango.</w:t>
      </w:r>
      <w:r>
        <w:br/>
      </w:r>
      <w:r>
        <w:rPr>
          <w:sz w:val="20"/>
        </w:rPr>
        <w:t>14:50  apna haq un ko do, un ka un ka right un ko do, apna right Khuda se mango. is ka matlab kya hua? ke Islam duty conscious society banana chahta hai,</w:t>
      </w:r>
      <w:r>
        <w:br/>
      </w:r>
      <w:r>
        <w:rPr>
          <w:sz w:val="20"/>
        </w:rPr>
        <w:t>15:08  right conscious society nahi. yeh kitni bari baat hai!</w:t>
      </w:r>
      <w:r>
        <w:br/>
      </w:r>
      <w:r>
        <w:rPr>
          <w:sz w:val="20"/>
        </w:rPr>
        <w:t>15:16  aaj kal kya hai? har aadmi right ki boli bolta hai: right, right, right! apna haq, haq, haq! to jab aap sab right ki wali boli bolenge to kya hoga?</w:t>
      </w:r>
      <w:r>
        <w:br/>
      </w:r>
      <w:r>
        <w:rPr>
          <w:sz w:val="20"/>
        </w:rPr>
        <w:t>15:28  takrao hoga, nafratein hongi, protest ka mizaj banega,</w:t>
      </w:r>
      <w:r>
        <w:br/>
      </w:r>
      <w:r>
        <w:rPr>
          <w:sz w:val="20"/>
        </w:rPr>
        <w:t>15:33  complaint ka mizaj banega. har ek apna right chahta hai kisi aur se, kisi aur se apna right chahta hai. to poori society jo hai, do is mein bat jaati hai: aik woh jo right khoye hue hain, aik woh jis se right lena hai.</w:t>
      </w:r>
      <w:r>
        <w:br/>
      </w:r>
      <w:r>
        <w:rPr>
          <w:sz w:val="20"/>
        </w:rPr>
        <w:t>15:48  isko</w:t>
      </w:r>
      <w:r>
        <w:br/>
      </w:r>
      <w:r>
        <w:rPr>
          <w:sz w:val="20"/>
        </w:rPr>
        <w:t>15:49  ab takrao banta hai. lekin Islam mein jo bataya gaya hai ke addu ilaihim haqqah wasallo Allah haqqakum.</w:t>
      </w:r>
      <w:r>
        <w:br/>
      </w:r>
      <w:r>
        <w:rPr>
          <w:sz w:val="20"/>
        </w:rPr>
        <w:t>15:58  yani jo tum ko nahi mila hua, is mein Khuda se mango. Khuda se mangne kya hai? apni</w:t>
      </w:r>
      <w:r>
        <w:br/>
      </w:r>
      <w:r>
        <w:rPr>
          <w:sz w:val="20"/>
        </w:rPr>
        <w:t>16:06  apni struggle par bharosa karo, apni mehnat par bharosa karo aur apna jo tum ko jo right hai towards society, towards system, us ko ada karo.</w:t>
      </w:r>
      <w:r>
        <w:br/>
      </w:r>
      <w:r>
        <w:rPr>
          <w:sz w:val="20"/>
        </w:rPr>
        <w:t>16:20  agar logon mein yeh mizaj ho</w:t>
      </w:r>
      <w:r>
        <w:br/>
      </w:r>
      <w:r>
        <w:rPr>
          <w:sz w:val="20"/>
        </w:rPr>
        <w:t>16:22  ke hamein apni duty poora karna hai aur right ke liye hamein apne aap par bharosa karna hai, to poori society ban jayegi duty conscious society.</w:t>
      </w:r>
      <w:r>
        <w:br/>
      </w:r>
      <w:r>
        <w:rPr>
          <w:sz w:val="20"/>
        </w:rPr>
        <w:t>16:33  aur duty conscious society ka naam hai healthy society. healthy society Quran majeed mein aik ayat hai:</w:t>
      </w:r>
    </w:p>
    <w:p>
      <w:pPr>
        <w:pStyle w:val="Heading2"/>
      </w:pPr>
      <w:r>
        <w:t>God offers two worlds instead of paradise, man still yearns</w:t>
      </w:r>
    </w:p>
    <w:p>
      <w:r>
        <w:rPr>
          <w:color w:val="666666"/>
          <w:sz w:val="18"/>
        </w:rPr>
        <w:t>Return to Paradise May 30, 2009 · 2m 31s · at 52:59 · https://youtu.be/WnsvBfxBpVQ?t=3179</w:t>
      </w:r>
    </w:p>
    <w:p>
      <w:r>
        <w:rPr>
          <w:i/>
        </w:rPr>
        <w:t>“I can give you the whole world, this planet, not only one but two”</w:t>
      </w:r>
    </w:p>
    <w:p>
      <w:r>
        <w:rPr>
          <w:sz w:val="20"/>
        </w:rPr>
        <w:t>52:59  " then god almighty sees that: "as i can give you the whole world, this planet earth, not only one, but two, two, two planet, two planet, two world, where there are paris, where there are washington, where there are london,</w:t>
      </w:r>
      <w:r>
        <w:br/>
      </w:r>
      <w:r>
        <w:rPr>
          <w:sz w:val="20"/>
        </w:rPr>
        <w:t>53:19  where there are so many palaces and all that."</w:t>
      </w:r>
      <w:r>
        <w:br/>
      </w:r>
      <w:r>
        <w:rPr>
          <w:sz w:val="20"/>
        </w:rPr>
        <w:t>53:26  so god sees that: "i will give you two such world, but don't ask paradise from me."</w:t>
      </w:r>
      <w:r>
        <w:br/>
      </w:r>
      <w:r>
        <w:rPr>
          <w:sz w:val="20"/>
        </w:rPr>
        <w:t>53:39  so it is very, very, very, it has very lesson that that man who sees this world.</w:t>
      </w:r>
      <w:r>
        <w:br/>
      </w:r>
      <w:r>
        <w:rPr>
          <w:sz w:val="20"/>
        </w:rPr>
        <w:t>53:51  also, he is, he he has seen the paradise.</w:t>
      </w:r>
      <w:r>
        <w:br/>
      </w:r>
      <w:r>
        <w:rPr>
          <w:sz w:val="20"/>
        </w:rPr>
        <w:t>53:57  he has, he was living in this world, so he know this about this world. then he has also a glimpse of paradise.</w:t>
      </w:r>
      <w:r>
        <w:br/>
      </w:r>
      <w:r>
        <w:rPr>
          <w:sz w:val="20"/>
        </w:rPr>
        <w:t>54:07  after seeing both the world, he sees: "ya rab, kaifukon ishq abadak? ya rab, kaifukon ishq abadak?</w:t>
      </w:r>
      <w:r>
        <w:br/>
      </w:r>
      <w:r>
        <w:rPr>
          <w:sz w:val="20"/>
        </w:rPr>
        <w:t>54:21  o my lord, how i can be the most unfortunate man?"</w:t>
      </w:r>
      <w:r>
        <w:br/>
      </w:r>
      <w:r>
        <w:rPr>
          <w:sz w:val="20"/>
        </w:rPr>
        <w:t>54:29  why he sees like this? it is understandable, it is not mysterious, it is understandable.</w:t>
      </w:r>
      <w:r>
        <w:br/>
      </w:r>
      <w:r>
        <w:rPr>
          <w:sz w:val="20"/>
        </w:rPr>
        <w:t>54:39  you know, this world is a perfect world, and paradise is perfect world.</w:t>
      </w:r>
      <w:r>
        <w:br/>
      </w:r>
      <w:r>
        <w:rPr>
          <w:sz w:val="20"/>
        </w:rPr>
        <w:t>54:48  this world is a perfect world, less than ideal, and paradise is perfect world, and ideal world.</w:t>
      </w:r>
      <w:r>
        <w:br/>
      </w:r>
      <w:r>
        <w:rPr>
          <w:sz w:val="20"/>
        </w:rPr>
        <w:t>55:00  and it is a fact that no amount of imperfection can be equal to perfection.</w:t>
      </w:r>
      <w:r>
        <w:br/>
      </w:r>
      <w:r>
        <w:rPr>
          <w:sz w:val="20"/>
        </w:rPr>
        <w:t>55:10  perfect imperfection ki koi bhi miqdar perfection ka badal nahi ban sakti. in Urdu, I would like to see that imperfection ki koi bhi miqdar perfection ka badal nahi ban sakti.</w:t>
      </w:r>
    </w:p>
    <w:p>
      <w:pPr>
        <w:pStyle w:val="Heading2"/>
      </w:pPr>
      <w:r>
        <w:t>Hasan's uncle describes Prophet's reflective silence and speech</w:t>
      </w:r>
    </w:p>
    <w:p>
      <w:r>
        <w:rPr>
          <w:color w:val="666666"/>
          <w:sz w:val="18"/>
        </w:rPr>
        <w:t>The Noble Qualities of The Prophet Muhammad 7 September 2025 · 2m 23s · at 24:06 · https://youtu.be/o85acwpOiDw?t=1446</w:t>
      </w:r>
    </w:p>
    <w:p>
      <w:r>
        <w:rPr>
          <w:i/>
        </w:rPr>
        <w:t>“Hasan asked his uncle to describe the Messenger of Allah's speech”</w:t>
      </w:r>
    </w:p>
    <w:p>
      <w:r>
        <w:rPr>
          <w:sz w:val="20"/>
        </w:rPr>
        <w:t>24:06  So he said: "Kan Rasoolullah Sallallahu Alaihi Wasallam mut was ani da'im-ul-fikrah." It's a very beautiful description that the prophet was always reflective and concerned,</w:t>
      </w:r>
      <w:r>
        <w:br/>
      </w:r>
      <w:r>
        <w:rPr>
          <w:sz w:val="20"/>
        </w:rPr>
        <w:t>24:23  constantly depend on that and never rely on your own devices.</w:t>
      </w:r>
      <w:r>
        <w:br/>
      </w:r>
      <w:r>
        <w:rPr>
          <w:sz w:val="20"/>
        </w:rPr>
        <w:t>24:29  یعنی ہروقت گہرائیسےسوچنا اور فکر میں ڈوبا ڈوبےرہنا، اور ایسانہیںکہ جیسےلوگ ہاہوکرتےہیں،نا وہ صورت نہیںتھیرسولاللہ کی۔</w:t>
      </w:r>
      <w:r>
        <w:br/>
      </w:r>
      <w:r>
        <w:rPr>
          <w:sz w:val="20"/>
        </w:rPr>
        <w:t>24:45  رائٹ۔ متواسال احزان دائمالفکرہ،ہروقت غوروفکر کرتے رہتےتھے۔</w:t>
      </w:r>
      <w:r>
        <w:br/>
      </w:r>
      <w:r>
        <w:rPr>
          <w:sz w:val="20"/>
        </w:rPr>
        <w:t>24:53  طویل السق تی لا یتکلم فیغیر حاجہ، and the prophet remained silent for long periods, and only spoke when there was a need</w:t>
      </w:r>
      <w:r>
        <w:br/>
      </w:r>
      <w:r>
        <w:rPr>
          <w:sz w:val="20"/>
        </w:rPr>
        <w:t>25:07  ۔ یفتح الکلام وی ختمہ بسم اللہ تع الی ۔ ہیوڈ سٹارٹ ہز کنورسیشن اینڈ اینڈ اٹودبسماللہ ۔و یتکلم بجو ائم الکلم۔</w:t>
      </w:r>
      <w:r>
        <w:br/>
      </w:r>
      <w:r>
        <w:rPr>
          <w:sz w:val="20"/>
        </w:rPr>
        <w:t>25:21  ہی سپوکود کونس ائز کمپرینسو ورڈز ودڈیپمیننگ۔ کلام ہفصل لا فض ول ولا تقصیرا۔</w:t>
      </w:r>
      <w:r>
        <w:br/>
      </w:r>
      <w:r>
        <w:rPr>
          <w:sz w:val="20"/>
        </w:rPr>
        <w:t>25:33  ہزسپیچوازکلی ئر، بیلنسڈ، اینڈ نیدر ایکسیسونورلیکنگ۔ لیسا بال جافی والم ہین۔</w:t>
      </w:r>
      <w:r>
        <w:br/>
      </w:r>
      <w:r>
        <w:rPr>
          <w:sz w:val="20"/>
        </w:rPr>
        <w:t>25:43  ہیوازنیدر ہارشانٹون نور انسلٹنگ۔ ی عظم النعمہ،دسازویریامپورٹنٹ۔ یعظم النعمۃ و د قہ۔</w:t>
      </w:r>
      <w:r>
        <w:br/>
      </w:r>
      <w:r>
        <w:rPr>
          <w:sz w:val="20"/>
        </w:rPr>
        <w:t>25:54  ہی ایپریشیٹڈ دا بلیسنگز، ای ون افاٹازویریسمال ۔</w:t>
      </w:r>
      <w:r>
        <w:br/>
      </w:r>
      <w:r>
        <w:rPr>
          <w:sz w:val="20"/>
        </w:rPr>
        <w:t>26:01  یعنی کوئیبھی اگر بلیسنگکیچیزہے، چاہےوہچھوٹیسےچھوٹیہو، اس کیبھی اسکیبھی تعریفکرتے تھے،اوراسکےلیےبھی اللہ کاشکر اداکرتے تھے۔</w:t>
      </w:r>
      <w:r>
        <w:br/>
      </w:r>
      <w:r>
        <w:rPr>
          <w:sz w:val="20"/>
        </w:rPr>
        <w:t>26:13  تویہجو باتیں اسمیںائیہیں، ہند ابیحال رضیاللہعنہ، یہبہت ہیاہمہیں، اور ہمنے مول اناکیبھیزندگی میں انچیزوںکو دیکھاہے،تو بہت ہی اہم باتیںہیں،انکوہمیںاپناناچاہیے۔</w:t>
      </w:r>
    </w:p>
    <w:p>
      <w:pPr>
        <w:pStyle w:val="Heading2"/>
      </w:pPr>
      <w:r>
        <w:t>apostasy wars after the Prophet led to Quran compilation</w:t>
      </w:r>
    </w:p>
    <w:p>
      <w:r>
        <w:rPr>
          <w:color w:val="666666"/>
          <w:sz w:val="18"/>
        </w:rPr>
        <w:t>Ramadan and the Quran April 17, 2022 Prof. Farida Khanam · 1m 40s · at 12:21 · https://youtu.be/SszJCaNKkZw?t=741</w:t>
      </w:r>
    </w:p>
    <w:p>
      <w:r>
        <w:rPr>
          <w:i/>
        </w:rPr>
        <w:t>“रसूल्लाह के जाने के बाद जब इर्तिदाद हुआ”</w:t>
      </w:r>
    </w:p>
    <w:p>
      <w:r>
        <w:rPr>
          <w:sz w:val="20"/>
        </w:rPr>
        <w:t>12:21  lekin baad mein aisa hua ke rasoolullah sallallahu alaihi wasallam ke jaane ke baad jab huddah bar hui yani irtidad hua, bahut sare logon ne yeh samjha, jo naye naye log islam mein dakhil hue the, unhone socha ke tamam madad jo allah ki aati thi wah to rasool ke upar ki wajah se aati thi. ab hum zakat nahi denge kyunke wahan waise hi economic resources bahut kam the.</w:t>
      </w:r>
      <w:r>
        <w:br/>
      </w:r>
      <w:r>
        <w:rPr>
          <w:sz w:val="20"/>
        </w:rPr>
        <w:t>12:49  koi tha hum jihad nahi karenge, koi kaha tha hum zakat nahi denge. to is tarike se unhone deen ko taqreeban chhod diya tha. to hazrat abu bakr ne kaha ke hum deen mein koi kami beshi nahi hone denge. to phir jang hui usmein, ek jang thi, jange yamama.</w:t>
      </w:r>
      <w:r>
        <w:br/>
      </w:r>
      <w:r>
        <w:rPr>
          <w:sz w:val="20"/>
        </w:rPr>
        <w:t>13:08  to us jang mein bahut sare log mare gaye aur usmein kai sahaba jo the jinko poora quran yaad tha wo shaheed ho gaye. to us waqt hazrat umar ko yeh baat bahut zyada is par sochne lage kis tarike se agar hota raha to hamare jo huffaz hain wo khatm ho jayenge. to jisko unhone kaha jahab hai quran, quran khatm ho jayega.</w:t>
      </w:r>
      <w:r>
        <w:br/>
      </w:r>
      <w:r>
        <w:rPr>
          <w:sz w:val="20"/>
        </w:rPr>
        <w:t>13:38  to is tarike se wo hazrat abu bakr us waqt khaleefat hai. wo hazrat abu bakr ke paas gaye aur unhone yeh mashwara diya ke quran ko apni usmein batore khalifa to ek official copy banwa dein quran ki aur baqayda check karne ke baad. kyunke wo quran to likha hi hua tha.</w:t>
      </w:r>
      <w:r>
        <w:br/>
      </w:r>
      <w:r>
        <w:rPr>
          <w:sz w:val="20"/>
        </w:rPr>
        <w:t>14:01  asal masla tha ke sare jo likhe hue azza the wo sara jama karke usko check kiya jaye aur usko phir memory se check kiya jaye.</w:t>
      </w:r>
    </w:p>
    <w:p>
      <w:pPr>
        <w:pStyle w:val="Heading2"/>
      </w:pPr>
      <w:r>
        <w:t>Focus on Allah as criterion for truth</w:t>
      </w:r>
    </w:p>
    <w:p>
      <w:r>
        <w:rPr>
          <w:color w:val="666666"/>
          <w:sz w:val="18"/>
        </w:rPr>
        <w:t>Love of God 1 July 2017 - Maulana Wahiduddin Khan · 1m 49s · at 0:30 · https://youtu.be/wQNsSs2rCmc?t=30</w:t>
      </w:r>
    </w:p>
    <w:p>
      <w:r>
        <w:rPr>
          <w:i/>
        </w:rPr>
        <w:t>“Ek saheb ne mujhse poocha”</w:t>
      </w:r>
    </w:p>
    <w:p>
      <w:r>
        <w:rPr>
          <w:sz w:val="20"/>
        </w:rPr>
        <w:t>0:30  aik sahib ne mujh se poocha ke</w:t>
      </w:r>
      <w:r>
        <w:br/>
      </w:r>
      <w:r>
        <w:rPr>
          <w:sz w:val="20"/>
        </w:rPr>
        <w:t>0:37  aaj kal</w:t>
      </w:r>
      <w:r>
        <w:br/>
      </w:r>
      <w:r>
        <w:rPr>
          <w:sz w:val="20"/>
        </w:rPr>
        <w:t>0:42  bohat ziyada kitabein chhap chhap kar aa rahi hain Islam ke baray mein, aur bohat se bolnay walay paida ho gaye hain.</w:t>
      </w:r>
      <w:r>
        <w:br/>
      </w:r>
      <w:r>
        <w:rPr>
          <w:sz w:val="20"/>
        </w:rPr>
        <w:t>0:52  jaise dekhein, koi Islam par bol raha hai, koi Islam ki kitab phaila raha hai. to unhon ne kaha ke yeh to fida duhamah ka mamla hai,</w:t>
      </w:r>
      <w:r>
        <w:br/>
      </w:r>
      <w:r>
        <w:rPr>
          <w:sz w:val="20"/>
        </w:rPr>
        <w:t>1:10  yani itni ziyada bol, itni ziyada tehreerein, to hum kaise samjhein ke kaun is mein sachai wala hai,</w:t>
      </w:r>
      <w:r>
        <w:br/>
      </w:r>
      <w:r>
        <w:rPr>
          <w:sz w:val="20"/>
        </w:rPr>
        <w:t>1:24  kis ko humein apnana chahiye. maine is par socha ke is ka jawab kya ho sakta hai,</w:t>
      </w:r>
      <w:r>
        <w:br/>
      </w:r>
      <w:r>
        <w:rPr>
          <w:sz w:val="20"/>
        </w:rPr>
        <w:t>1:33  to meri samajh mein aaya ke is ka jawab sirf aik hai.</w:t>
      </w:r>
      <w:r>
        <w:br/>
      </w:r>
      <w:r>
        <w:rPr>
          <w:sz w:val="20"/>
        </w:rPr>
        <w:t>1:41  woh yeh hai ke</w:t>
      </w:r>
      <w:r>
        <w:br/>
      </w:r>
      <w:r>
        <w:rPr>
          <w:sz w:val="20"/>
        </w:rPr>
        <w:t>1:45  kisi ki kitab ya kisi ki baat ka focus kya hai, focus kya hai.</w:t>
      </w:r>
      <w:r>
        <w:br/>
      </w:r>
      <w:r>
        <w:rPr>
          <w:sz w:val="20"/>
        </w:rPr>
        <w:t>1:57  aap is ki taqreer ko sunen, is ki kitab ko parhen,</w:t>
      </w:r>
      <w:r>
        <w:br/>
      </w:r>
      <w:r>
        <w:rPr>
          <w:sz w:val="20"/>
        </w:rPr>
        <w:t>2:04  aur dekhen ke is ka focus kya hai. focus agar Allah hai, Allah Rabb-ul-'Alameen hai, tab to woh sahi samjhiye us ko.</w:t>
      </w:r>
    </w:p>
    <w:p>
      <w:pPr>
        <w:pStyle w:val="Heading2"/>
      </w:pPr>
      <w:r>
        <w:t>A team leader's duty: self-accountability and goodwill</w:t>
      </w:r>
    </w:p>
    <w:p>
      <w:r>
        <w:rPr>
          <w:color w:val="666666"/>
          <w:sz w:val="18"/>
        </w:rPr>
        <w:t>The Importance of Team Work February 5, 2012 · 2m 37s · at 1:17:21 · https://youtu.be/qBbwznqIqVw?t=4641</w:t>
      </w:r>
    </w:p>
    <w:p>
      <w:r>
        <w:rPr>
          <w:i/>
        </w:rPr>
        <w:t>“Team work ke leader ki zimmedari kya hai?”</w:t>
      </w:r>
    </w:p>
    <w:p>
      <w:r>
        <w:rPr>
          <w:sz w:val="20"/>
        </w:rPr>
        <w:t>1:17:21  unhon ne likha hai ke "team work ke leader ki zimmedari kya hai? is ke bare mein batayein."</w:t>
      </w:r>
      <w:r>
        <w:br/>
      </w:r>
      <w:r>
        <w:rPr>
          <w:sz w:val="20"/>
        </w:rPr>
        <w:t>1:17:30  main samajhta hoon ke team work mein jo leading role jis ka hoga, us ki zimmedari</w:t>
      </w:r>
      <w:r>
        <w:br/>
      </w:r>
      <w:r>
        <w:rPr>
          <w:sz w:val="20"/>
        </w:rPr>
        <w:t>1:17:38  ek to yeh hai ke woh bohat zyada</w:t>
      </w:r>
      <w:r>
        <w:br/>
      </w:r>
      <w:r>
        <w:rPr>
          <w:sz w:val="20"/>
        </w:rPr>
        <w:t>1:17:45  is ke andar ma'khaz ka jazba ho. hamesha sochta rahe ke main jo lead de raha hoon, woh sahi hai ya galat. yani Allah ne jo hukum diya hai quran o hadith mein, us ke mutabiq hai ke nahi.</w:t>
      </w:r>
      <w:r>
        <w:br/>
      </w:r>
      <w:r>
        <w:rPr>
          <w:sz w:val="20"/>
        </w:rPr>
        <w:t>1:18:01  to apna muhasba bohat zyada karna chahiye us ko. yani us ko super muhasba karna chahiye.</w:t>
      </w:r>
      <w:r>
        <w:br/>
      </w:r>
      <w:r>
        <w:rPr>
          <w:sz w:val="20"/>
        </w:rPr>
        <w:t>1:18:08  main samajhta hoon ke jo leading role jis ko mila hua hai, us ke zaroori ko apna super muhasba kare. aur doosri taraf jo jo log supportive role kar rahe hain, un ke liye bohat zyada khair khwahi is ke andar ho.</w:t>
      </w:r>
      <w:r>
        <w:br/>
      </w:r>
      <w:r>
        <w:rPr>
          <w:sz w:val="20"/>
        </w:rPr>
        <w:t>1:18:25  bohat zyada khair khwahi. Allah ki nisbat se bohat zyada muhasba, team ki nisbat se bohat zyada khair khwahi</w:t>
      </w:r>
      <w:r>
        <w:br/>
      </w:r>
      <w:r>
        <w:rPr>
          <w:sz w:val="20"/>
        </w:rPr>
        <w:t>1:18:33  . yeh sifat honi chahiye is insaan mein jo leading role kar raha ho.</w:t>
      </w:r>
      <w:r>
        <w:br/>
      </w:r>
      <w:r>
        <w:rPr>
          <w:sz w:val="20"/>
        </w:rPr>
        <w:t>1:18:43  kyun ke woh do ke beech mein hota hai. ek taraf Allah ka mamla, doosri taraf team ke members ka mamla. to Allah ki nisbat se us ko bohat zyada darna chahiye ke kahin Allah ka pakad na ho jaye us ki.</w:t>
      </w:r>
      <w:r>
        <w:br/>
      </w:r>
      <w:r>
        <w:rPr>
          <w:sz w:val="20"/>
        </w:rPr>
        <w:t>1:18:58  to us ko super muhasba karte rehna chahiye. aur sathiyon ki nisbat se us ko bohat hi zyada khair khwah hona chahiye.</w:t>
      </w:r>
      <w:r>
        <w:br/>
      </w:r>
      <w:r>
        <w:rPr>
          <w:sz w:val="20"/>
        </w:rPr>
        <w:t>1:19:08  un ki riayat kare, un ke liye duaein kare. lekin isi us ke sath mein yeh bhi keh doon ke ideal, yani ideal can not be achieved.</w:t>
      </w:r>
      <w:r>
        <w:br/>
      </w:r>
      <w:r>
        <w:rPr>
          <w:sz w:val="20"/>
        </w:rPr>
        <w:t>1:19:21  aap agar ideal se naapein to koi bhi aap ko us par utrega nahi.</w:t>
      </w:r>
      <w:r>
        <w:br/>
      </w:r>
      <w:r>
        <w:rPr>
          <w:sz w:val="20"/>
        </w:rPr>
        <w:t>1:19:28  to yeh to jo leading role kar raha hai, is ki maine zimmedari batai. lekin is ka matlab yeh nahi ke aap aik aik aik ya district le lein, is ko napte rahein aur phir is ko is ke khan gaam karein.</w:t>
      </w:r>
      <w:r>
        <w:br/>
      </w:r>
      <w:r>
        <w:rPr>
          <w:sz w:val="20"/>
        </w:rPr>
        <w:t>1:19:42  jaise Usman zamane mein hua. Hazrat Usman zamane mein yeh hua ke logon ne khud sakhta tor par aik ya district bana liya, aik mayar. aur is se napa to laga ke Usman is par nahi utar rahe hain, unhein qatal kar dala.</w:t>
      </w:r>
      <w:r>
        <w:br/>
      </w:r>
      <w:r>
        <w:rPr>
          <w:sz w:val="20"/>
        </w:rPr>
        <w:t>1:19:56  yeh bhi galat hai.</w:t>
      </w:r>
    </w:p>
    <w:p>
      <w:pPr>
        <w:pStyle w:val="Heading2"/>
      </w:pPr>
      <w:r>
        <w:t>Three levels of needs and proper use of oil wealth</w:t>
      </w:r>
    </w:p>
    <w:p>
      <w:r>
        <w:rPr>
          <w:color w:val="666666"/>
          <w:sz w:val="18"/>
        </w:rPr>
        <w:t>Dars-e-Quran, Ch. 2 Verse 54 | March 18, 2018 · 2m 05s · at 42:38 · https://youtu.be/xQ2LXsz1oTw?t=2558</w:t>
      </w:r>
    </w:p>
    <w:p>
      <w:r>
        <w:rPr>
          <w:i/>
        </w:rPr>
        <w:t>“Teen level maane jaate hain”</w:t>
      </w:r>
    </w:p>
    <w:p>
      <w:r>
        <w:rPr>
          <w:sz w:val="20"/>
        </w:rPr>
        <w:t>42:38  comfort aur luxury.</w:t>
      </w:r>
      <w:r>
        <w:br/>
      </w:r>
      <w:r>
        <w:rPr>
          <w:sz w:val="20"/>
        </w:rPr>
        <w:t>42:42  need, comfort aur luxury.</w:t>
      </w:r>
      <w:r>
        <w:br/>
      </w:r>
      <w:r>
        <w:rPr>
          <w:sz w:val="20"/>
        </w:rPr>
        <w:t>42:47  to need ke baghair poora intezam tumhara kar diya hai.</w:t>
      </w:r>
      <w:r>
        <w:br/>
      </w:r>
      <w:r>
        <w:rPr>
          <w:sz w:val="20"/>
        </w:rPr>
        <w:t>42:52  Need, need and N E E D did.</w:t>
      </w:r>
      <w:r>
        <w:br/>
      </w:r>
      <w:r>
        <w:rPr>
          <w:sz w:val="20"/>
        </w:rPr>
        <w:t>42:56  lekin jahan tak luxury ki baat hai, to luxury ka wada Allah ne nahi liya hai.</w:t>
      </w:r>
      <w:r>
        <w:br/>
      </w:r>
      <w:r>
        <w:rPr>
          <w:sz w:val="20"/>
        </w:rPr>
        <w:t>43:01  luxury ka wada Allah ne nahi liya.</w:t>
      </w:r>
      <w:r>
        <w:br/>
      </w:r>
      <w:r>
        <w:rPr>
          <w:sz w:val="20"/>
        </w:rPr>
        <w:t>43:05  chunancha kya hua?</w:t>
      </w:r>
      <w:r>
        <w:br/>
      </w:r>
      <w:r>
        <w:rPr>
          <w:sz w:val="20"/>
        </w:rPr>
        <w:t>43:10  jin logon ke, jin musalmanon ki zameen ke neeche tel ka samandar tha, to unhone luxury ke</w:t>
      </w:r>
      <w:r>
        <w:br/>
      </w:r>
      <w:r>
        <w:rPr>
          <w:sz w:val="20"/>
        </w:rPr>
        <w:t>43:17  item mein usko istemal karna shuru kar diya. Ayyashi.</w:t>
      </w:r>
      <w:r>
        <w:br/>
      </w:r>
      <w:r>
        <w:rPr>
          <w:sz w:val="20"/>
        </w:rPr>
        <w:t>43:25  to ab jo khabrein aa rahi hain, woh yeh ke unka dil ka zakhira hi khatam ho raha hai.</w:t>
      </w:r>
      <w:r>
        <w:br/>
      </w:r>
      <w:r>
        <w:rPr>
          <w:sz w:val="20"/>
        </w:rPr>
        <w:t>43:32  kyunki Allah ne isko luxury</w:t>
      </w:r>
      <w:r>
        <w:br/>
      </w:r>
      <w:r>
        <w:rPr>
          <w:sz w:val="20"/>
        </w:rPr>
        <w:t>43:40  ke liye nahi diya tha.</w:t>
      </w:r>
      <w:r>
        <w:br/>
      </w:r>
      <w:r>
        <w:rPr>
          <w:sz w:val="20"/>
        </w:rPr>
        <w:t>43:48  isko diya tha ke need ke baghair apni zarooraton ko poora karo aur iske baad sari</w:t>
      </w:r>
      <w:r>
        <w:br/>
      </w:r>
      <w:r>
        <w:rPr>
          <w:sz w:val="20"/>
        </w:rPr>
        <w:t>43:56  dolat Allah ke deen ko phailane mein, quran ko phailane mein, dawat o tablegh mein laga do.</w:t>
      </w:r>
      <w:r>
        <w:br/>
      </w:r>
      <w:r>
        <w:rPr>
          <w:sz w:val="20"/>
        </w:rPr>
        <w:t>44:05  aur isi ke sath yeh wada hai Allah taala ka ke</w:t>
      </w:r>
      <w:r>
        <w:br/>
      </w:r>
      <w:r>
        <w:rPr>
          <w:sz w:val="20"/>
        </w:rPr>
        <w:t>44:13  is mein main ek woh ek ek ek add karunga ke khud mujh par yeh guzra ke</w:t>
      </w:r>
      <w:r>
        <w:br/>
      </w:r>
      <w:r>
        <w:rPr>
          <w:sz w:val="20"/>
        </w:rPr>
        <w:t>44:20  jab main dawat ke maidan mein apne ko maine dala, bohat pehle apne aap ko bohat pehle</w:t>
      </w:r>
      <w:r>
        <w:br/>
      </w:r>
      <w:r>
        <w:rPr>
          <w:sz w:val="20"/>
        </w:rPr>
        <w:t>44:28  dala, to maine mehsoos, tumhare mutalea kiya, duniya ki qaumon ka mutalea kiya, tumhare mehsoos kiya ke</w:t>
      </w:r>
      <w:r>
        <w:br/>
      </w:r>
      <w:r>
        <w:rPr>
          <w:sz w:val="20"/>
        </w:rPr>
        <w:t>44:35  saare alam ke tak islam ko</w:t>
      </w:r>
    </w:p>
    <w:p>
      <w:pPr>
        <w:pStyle w:val="Heading2"/>
      </w:pPr>
      <w:r>
        <w:t>Sa'd ibn Ubadah's critical mistake</w:t>
      </w:r>
    </w:p>
    <w:p>
      <w:r>
        <w:rPr>
          <w:color w:val="666666"/>
          <w:sz w:val="18"/>
        </w:rPr>
        <w:t>A Matter of 30 Seconds | February 07, 2016 · 3m 03s · at 24:06 · https://youtu.be/_p-F9fi8yaA?t=1446</w:t>
      </w:r>
    </w:p>
    <w:p>
      <w:r>
        <w:rPr>
          <w:i/>
        </w:rPr>
        <w:t>“Ek crucial time aaya Sa'd ibn Ubadah ke liye.”</w:t>
      </w:r>
    </w:p>
    <w:p>
      <w:r>
        <w:rPr>
          <w:sz w:val="20"/>
        </w:rPr>
        <w:t>24:06  ader. bohat saath diya unhon ne, bohat ziyada saath diya. dono ne. aur bohat ziyada, yaani Islam mein itna ziyada unhon ne support diya ke woh Ansar kahay gaye. lekin kya hua? aik crucial time aaya Saad bin Ubada ke liye. Rasool Allah ki wafat ke baad yeh sawal paida hua ke kaun Khalifa ho? aap ki jagah par kaun liya jaye?</w:t>
      </w:r>
      <w:r>
        <w:br/>
      </w:r>
      <w:r>
        <w:rPr>
          <w:sz w:val="20"/>
        </w:rPr>
        <w:t>24:39  to yahan par Saad bin Ubada jo thay, un ki rai yeh ho gayi ke chounkay Madinah walon ne bohat ziyada support diya hai, un ki support se Islam re-establish hua Madinah mein. yaani Islam Madinah mein jo re-establish hua, to is mein Ansar ka haath tha. to Ansar ke leader ko Khalifa hona chahiye. yeh un ki soch thi. to apparently</w:t>
      </w:r>
      <w:r>
        <w:br/>
      </w:r>
      <w:r>
        <w:rPr>
          <w:sz w:val="20"/>
        </w:rPr>
        <w:t>25:09  he was right. magar doosra jo group tha, sahaba ka, woh keh raha tha nahi, Quran mein ayat hai ke yaani un ke affairs jo hain, mutual consultation se tay hon ge. their matters will be settled by mutual consultation. to wahan par jo shura hui, to shura mein majority ne Hazrat Abu Bakr ke haq mein</w:t>
      </w:r>
      <w:r>
        <w:br/>
      </w:r>
      <w:r>
        <w:rPr>
          <w:sz w:val="20"/>
        </w:rPr>
        <w:t>25:39  rai de di. to woh Khalifa ban gaye. to yeh Saad bin Ubada ko accept nahi hua. unhon ne bay'at nahi ki Hazrat Abu Bakr ke haath par. bay'at nahi ki. to ab poora Madinah un ke liye, poore Madinah mein woh aik unwanted personality ban gaye. unwanted. nateeja kya hua</w:t>
      </w:r>
      <w:r>
        <w:br/>
      </w:r>
      <w:r>
        <w:rPr>
          <w:sz w:val="20"/>
        </w:rPr>
        <w:t>26:09  ke woh under compulsion, unhon ne Madinah chhor diya aur Sham chalay gaye. is Sham mein aap jantay hain ke Arab se mila hua mulk hai. log bohat atay jatay thay wahan. aur gyarah saal, yaani bay'at ke gyarah saal baad un ki death hui. Sham mein. to gyarah saal tak unhon ne bay'at nahi ki. un ke baray mein aik riwayat hai ke jab un ki death</w:t>
      </w:r>
      <w:r>
        <w:br/>
      </w:r>
      <w:r>
        <w:rPr>
          <w:sz w:val="20"/>
        </w:rPr>
        <w:t>26:39  hui to farishtay ne kaha ke qatalna Saad bin Ubada. yaani farishtay ne yeh nahi kaha ke aaj hum ne un ki rooh qabz ki, yeh nahi kaha. qatalna Saad bin Ubada. ke aaj hum ne Saad bin Ubada ko qatal kar diya. aik sahabi, top ka sahabi. to kyunkay aik un ki zindagi mein aik crucial moment aaya,</w:t>
      </w:r>
    </w:p>
    <w:p>
      <w:pPr>
        <w:pStyle w:val="Heading2"/>
      </w:pPr>
      <w:r>
        <w:t>Prophet Yunus: anger, mistake, and returning in repentance</w:t>
      </w:r>
    </w:p>
    <w:p>
      <w:r>
        <w:rPr>
          <w:color w:val="666666"/>
          <w:sz w:val="18"/>
        </w:rPr>
        <w:t>The Purpose of Existence September9, 2012 · 1m 42s · at 31:51 · https://youtu.be/GB_OC-LeGCE?t=1911</w:t>
      </w:r>
    </w:p>
    <w:p>
      <w:r>
        <w:rPr>
          <w:i/>
        </w:rPr>
        <w:t>“Ek misal Yunus ki hai”</w:t>
      </w:r>
    </w:p>
    <w:p>
      <w:r>
        <w:rPr>
          <w:sz w:val="20"/>
        </w:rPr>
        <w:t>31:51  ab yeh dekhiye, ek misaal Yunus ki hai. Yunus</w:t>
      </w:r>
      <w:r>
        <w:br/>
      </w:r>
      <w:r>
        <w:rPr>
          <w:sz w:val="20"/>
        </w:rPr>
        <w:t>31:59  ibn Matta kaha jata hai, woh Iraq mein aaye, unhon ne in logon ko sachai ka paigham diya.</w:t>
      </w:r>
      <w:r>
        <w:br/>
      </w:r>
      <w:r>
        <w:rPr>
          <w:sz w:val="20"/>
        </w:rPr>
        <w:t>32:10  phir aisa waqt aaya ke woh "izhab maghadib fadar na Allah al-naqd", yaani logon ne mana nahi baat unki, to woh gussa ho gaye, unko chhod kar chale gaye. Woh lekin Allah ke hukm ke khilaf tha yeh,</w:t>
      </w:r>
      <w:r>
        <w:br/>
      </w:r>
      <w:r>
        <w:rPr>
          <w:sz w:val="20"/>
        </w:rPr>
        <w:t>32:27  kyunki Allah ke hukm yeh hai ke jab tak aap ahl-e-hujjat na kar len, aap ko haq nahi ek qaum ko chhodne ka.</w:t>
      </w:r>
      <w:r>
        <w:br/>
      </w:r>
      <w:r>
        <w:rPr>
          <w:sz w:val="20"/>
        </w:rPr>
        <w:t>32:37  to peshgi ke taur par chhod diya tha unhon ne, lekin jab woh Iraq se bahar aaye to unko ehsaas hua ke maine ghalati ki, maine ghalati ki.</w:t>
      </w:r>
      <w:r>
        <w:br/>
      </w:r>
      <w:r>
        <w:rPr>
          <w:sz w:val="20"/>
        </w:rPr>
        <w:t>32:48  to phir woh unhon ne istighfar kiya, maafi mangi, aur phir laute apni qaum ki taraf, yaani usi qaum ki taraf jisse woh gussa ho gaye the. Woh usi ki taraf laute.</w:t>
      </w:r>
      <w:r>
        <w:br/>
      </w:r>
      <w:r>
        <w:rPr>
          <w:sz w:val="20"/>
        </w:rPr>
        <w:t>33:03  isme ek example set kiya unhon ne: "agar tum kisi kisi ke khilaf ho jao, uske bare mein tumhein gussa paida ho jaye, tum usse taalluq tod lo, lekin jab tumhein ehsaas ho ke tumne ghalati ki thi to tumhein lautna chahiye dobara,</w:t>
      </w:r>
      <w:r>
        <w:br/>
      </w:r>
      <w:r>
        <w:rPr>
          <w:sz w:val="20"/>
        </w:rPr>
        <w:t>33:21  gusse ko khatm karke, apne negative jazbat ko khatm karke." Yeh ek bahut bada example set kiya unhon ne, ismein koi shaq nahi hai.</w:t>
      </w:r>
    </w:p>
    <w:p>
      <w:pPr>
        <w:pStyle w:val="Heading2"/>
      </w:pPr>
      <w:r>
        <w:t>Two paths self-study or a guide</w:t>
      </w:r>
    </w:p>
    <w:p>
      <w:r>
        <w:rPr>
          <w:color w:val="666666"/>
          <w:sz w:val="18"/>
        </w:rPr>
        <w:t>Q and A with Maulana on 'Purification of Soul' May 7, 2016 · 1m 11s · at 35:17 · https://youtu.be/j3O1QEDlfFc?t=2117</w:t>
      </w:r>
    </w:p>
    <w:p>
      <w:r>
        <w:rPr>
          <w:i/>
        </w:rPr>
        <w:t>“Insaan ko do mein se ek ka option hai.”</w:t>
      </w:r>
    </w:p>
    <w:p>
      <w:r>
        <w:rPr>
          <w:sz w:val="20"/>
        </w:rPr>
        <w:t>35:17  dekhiye, insaan ko do mein se ek ka option hai: ya to khud mehnat kar ke wo marifat</w:t>
      </w:r>
      <w:r>
        <w:br/>
      </w:r>
      <w:r>
        <w:rPr>
          <w:sz w:val="20"/>
        </w:rPr>
        <w:t>35:23  haasil kare, bohat study kare, bohat soche, nahin to kisi kisi ko murshid bana le, guide bana le.</w:t>
      </w:r>
      <w:r>
        <w:br/>
      </w:r>
      <w:r>
        <w:rPr>
          <w:sz w:val="20"/>
        </w:rPr>
        <w:t>35:29  agar aisa kare aadmi ke na to khud study kare, na to khud soche, aur na kisi ko</w:t>
      </w:r>
      <w:r>
        <w:br/>
      </w:r>
      <w:r>
        <w:rPr>
          <w:sz w:val="20"/>
        </w:rPr>
        <w:t>35:36  murshid banaye, to aadmi bhaag bhaag jayega.</w:t>
      </w:r>
      <w:r>
        <w:br/>
      </w:r>
      <w:r>
        <w:rPr>
          <w:sz w:val="20"/>
        </w:rPr>
        <w:t>35:42  do mein se ek kaam karna padta hai aadmi ko: ya to bahut zyada sochna, study karna, aur</w:t>
      </w:r>
      <w:r>
        <w:br/>
      </w:r>
      <w:r>
        <w:rPr>
          <w:sz w:val="20"/>
        </w:rPr>
        <w:t>35:49  apne mind ko tayyar karna, is ke liye bharpoor mehnat karna, nahi to phir kisi aise aadmi ko</w:t>
      </w:r>
      <w:r>
        <w:br/>
      </w:r>
      <w:r>
        <w:rPr>
          <w:sz w:val="20"/>
        </w:rPr>
        <w:t>35:55  jis par is ko aitmad ho ke aadmi sahi aadmi hai, us ko aap murshid bana len, apne</w:t>
      </w:r>
      <w:r>
        <w:br/>
      </w:r>
      <w:r>
        <w:rPr>
          <w:sz w:val="20"/>
        </w:rPr>
        <w:t>36:02  guide bana len.</w:t>
      </w:r>
      <w:r>
        <w:br/>
      </w:r>
      <w:r>
        <w:rPr>
          <w:sz w:val="20"/>
        </w:rPr>
        <w:t>36:08  There is no third option, yeh toh karna hi padega aapko.</w:t>
      </w:r>
      <w:r>
        <w:br/>
      </w:r>
      <w:r>
        <w:rPr>
          <w:sz w:val="20"/>
        </w:rPr>
        <w:t>36:15  ya to khud apna waqt lagaiye, nahi to kisi par trust kijiye.</w:t>
      </w:r>
      <w:r>
        <w:br/>
      </w:r>
      <w:r>
        <w:rPr>
          <w:sz w:val="20"/>
        </w:rPr>
        <w:t>36:21  There is no third option in this regard.</w:t>
      </w:r>
      <w:r>
        <w:br/>
      </w:r>
      <w:r>
        <w:rPr>
          <w:sz w:val="20"/>
        </w:rPr>
        <w:t>36:28  molana, anader question we have received just now from mr. ammar, and he wants to know from you that can purification of soul be done without the guidance of prophet?</w:t>
      </w:r>
    </w:p>
    <w:p>
      <w:pPr>
        <w:pStyle w:val="Heading2"/>
      </w:pPr>
      <w:r>
        <w:t>Creation plan: temporary test for eternal life</w:t>
      </w:r>
    </w:p>
    <w:p>
      <w:r>
        <w:rPr>
          <w:color w:val="666666"/>
          <w:sz w:val="18"/>
        </w:rPr>
        <w:t>Global Warming and Islam May 30, 2008 · 2m 55s · at 20:16 · https://youtu.be/aFMSQmrEfVU?t=1216</w:t>
      </w:r>
    </w:p>
    <w:p>
      <w:r>
        <w:rPr>
          <w:i/>
        </w:rPr>
        <w:t>“Ab sochney ki baat yeh hai ke kaise hum explain karein”</w:t>
      </w:r>
    </w:p>
    <w:p>
      <w:r>
        <w:rPr>
          <w:sz w:val="20"/>
        </w:rPr>
        <w:t>20:16  ab sochne ki baat yeh hai ke kaise hum explain karein? aisa kyun ho raha hai? yahan par main samajhta hoon ke jo islam ne jo creation plan of god bataya hai, us se yeh cheez explain hoti hai.</w:t>
      </w:r>
      <w:r>
        <w:br/>
      </w:r>
      <w:r>
        <w:rPr>
          <w:sz w:val="20"/>
        </w:rPr>
        <w:t>20:31  islam mein jo bataya gaya hai creation plan of god, woh kya hai? woh yeh hai</w:t>
      </w:r>
      <w:r>
        <w:br/>
      </w:r>
      <w:r>
        <w:rPr>
          <w:sz w:val="20"/>
        </w:rPr>
        <w:t>20:42  ke khuda ne insan ko banaya. yeh duniya jahan mein basaya gaya, yeh duniya sirf woh hai yani ek temporary period ke liye.</w:t>
      </w:r>
      <w:r>
        <w:br/>
      </w:r>
      <w:r>
        <w:rPr>
          <w:sz w:val="20"/>
        </w:rPr>
        <w:t>21:04  permanent settlement yahan nahi hamara kiya gaya hai. yani insan paida kiya gaya hai as an eternal being.</w:t>
      </w:r>
      <w:r>
        <w:br/>
      </w:r>
      <w:r>
        <w:rPr>
          <w:sz w:val="20"/>
        </w:rPr>
        <w:t>21:16  yani hum jab marte hain to marte khatam nahi hote, balkay maut ke baad hamein aik aik nai zindagi mil jati hai. Yani is dunya se is dunya mein hum chale aate hain.</w:t>
      </w:r>
      <w:r>
        <w:br/>
      </w:r>
      <w:r>
        <w:rPr>
          <w:sz w:val="20"/>
        </w:rPr>
        <w:t>21:27  aur science yeh keh rahi hai ke yeh dunya jo hai, woh woh aik woh hai yani peer world hai. Peer world.</w:t>
      </w:r>
      <w:r>
        <w:br/>
      </w:r>
      <w:r>
        <w:rPr>
          <w:sz w:val="20"/>
        </w:rPr>
        <w:t>21:35  yani aik aur dunya aisi hai. Yeh scientist log keh rahe hain ke yeh dunya aik peer world hai. Aik negative world hai, aik positive world hai.</w:t>
      </w:r>
      <w:r>
        <w:br/>
      </w:r>
      <w:r>
        <w:rPr>
          <w:sz w:val="20"/>
        </w:rPr>
        <w:t>21:46  to jo creation plan of God bataya gaya hai Islam mein, us ke mutabiq yeh hai ke hum is dunya mein rakhe gaye hain sirf is liye ke hamara yahan select yani yeh aik selecting ground hai.</w:t>
      </w:r>
      <w:r>
        <w:br/>
      </w:r>
      <w:r>
        <w:rPr>
          <w:sz w:val="20"/>
        </w:rPr>
        <w:t>22:02  yeh yani Khuda ne hamein freedom diya hai. Freedom de kar hamein woh dekh raha hai ke kaun is qabil hai ke is permanent world mein is ko basaya jaye.</w:t>
      </w:r>
      <w:r>
        <w:br/>
      </w:r>
      <w:r>
        <w:rPr>
          <w:sz w:val="20"/>
        </w:rPr>
        <w:t>22:14  yani freedom ko aik woh hai insan jo misuse karega. Aik woh insan jo hai jo freedom pa kar ke bhi yani theek theek rahega.</w:t>
      </w:r>
      <w:r>
        <w:br/>
      </w:r>
      <w:r>
        <w:rPr>
          <w:sz w:val="20"/>
        </w:rPr>
        <w:t>22:23  apni soch ke aitbar se, apni speech ke aitbar se, apne behavior ke aitbar se, apni dealing ke aitbar se, apni activities ke aitbar se.</w:t>
      </w:r>
      <w:r>
        <w:br/>
      </w:r>
      <w:r>
        <w:rPr>
          <w:sz w:val="20"/>
        </w:rPr>
        <w:t>22:32  jo log freedom ko misuse karenge, woh to reject kar diye jayenge. Woh rejected lot ban jayenge woh. Lekin jo freedom ko misuse nahi karenge, God ka jo plan hai, us ke mutabiq chalenge.</w:t>
      </w:r>
      <w:r>
        <w:br/>
      </w:r>
      <w:r>
        <w:rPr>
          <w:sz w:val="20"/>
        </w:rPr>
        <w:t>22:47  yani jo God ko discover karenge, discover kar ke us ke hukumon ko follow karenge. Jo life pattern banaya hai, bataya gaya hai, us ke mutabiq chalenge.</w:t>
      </w:r>
      <w:r>
        <w:br/>
      </w:r>
      <w:r>
        <w:rPr>
          <w:sz w:val="20"/>
        </w:rPr>
        <w:t>23:00  to kya ke woh qualify karenge is baat ke liye ke agli jo eternal world hai, jo ideal world hai, jo perfect world hai, us mein in ko basaya jaye.</w:t>
      </w:r>
    </w:p>
    <w:p>
      <w:pPr>
        <w:pStyle w:val="Heading2"/>
      </w:pPr>
      <w:r>
        <w:t>Arab scholar's warning against fighting Israel</w:t>
      </w:r>
    </w:p>
    <w:p>
      <w:r>
        <w:rPr>
          <w:color w:val="666666"/>
          <w:sz w:val="18"/>
        </w:rPr>
        <w:t>The Importance of Realistic Approach 2 January 2011 - Maulana Wahiduddin Khan · 2m 45s · at 42:32 · https://youtu.be/tIQjWjaktIY?t=2552</w:t>
      </w:r>
    </w:p>
    <w:p>
      <w:r>
        <w:rPr>
          <w:i/>
        </w:rPr>
        <w:t>“It was not the government but the Arab masses who started war.”</w:t>
      </w:r>
    </w:p>
    <w:p>
      <w:r>
        <w:rPr>
          <w:sz w:val="20"/>
        </w:rPr>
        <w:t>42:32  yani hukoomat ne nahin, awam muslim, yani arab awam ne ladaai chhed di. to wahan par ek aalim the, unhon ne kaha ke yeh mat kaam mat karo, tum yeh ladaai ka tareeqa nahin hai.</w:t>
      </w:r>
      <w:r>
        <w:br/>
      </w:r>
      <w:r>
        <w:rPr>
          <w:sz w:val="20"/>
        </w:rPr>
        <w:t>42:47  yahan bhi dekhen, wahi reels wali baat hai. yani kabhi bhi aisa nahin ho sakta ke aap ek regular army se lad kar ke jeeten.</w:t>
      </w:r>
      <w:r>
        <w:br/>
      </w:r>
      <w:r>
        <w:rPr>
          <w:sz w:val="20"/>
        </w:rPr>
        <w:t>42:58  yani israel ek regular army hai, india ek regular army hai, china ek regular army hai, to log lad rahe hain is se.</w:t>
      </w:r>
      <w:r>
        <w:br/>
      </w:r>
      <w:r>
        <w:rPr>
          <w:sz w:val="20"/>
        </w:rPr>
        <w:t>43:08  sinkingjang mein musalman lad rahe hain regular army se, falasteen mein lad rahe hain arab regular army se, kashmir mein lad rahe hain musalman regular army se.</w:t>
      </w:r>
      <w:r>
        <w:br/>
      </w:r>
      <w:r>
        <w:rPr>
          <w:sz w:val="20"/>
        </w:rPr>
        <w:t>43:20  yeh to yeh to paka pata hai ke jeet har ek kon jeetega, kon beshak yeh pata hai kon jeetega, kon haarega.</w:t>
      </w:r>
      <w:r>
        <w:br/>
      </w:r>
      <w:r>
        <w:rPr>
          <w:sz w:val="20"/>
        </w:rPr>
        <w:t>43:29  to yeh yahan bhi wahi baat hai ke yeh yeh jo lad rahe hain, jo log, unhon ne reality ko accept nahin kiya ke hum jeet nahin sakte, kyunke woh hai regular army,</w:t>
      </w:r>
      <w:r>
        <w:br/>
      </w:r>
      <w:r>
        <w:rPr>
          <w:sz w:val="20"/>
        </w:rPr>
        <w:t>43:44  woh ek establish state hai. to hum kaise jeetenge is se? lekin phir bhi lad jate hain, kyunke emotional ho gaye hain, romantic ho gaye hain.</w:t>
      </w:r>
      <w:r>
        <w:br/>
      </w:r>
      <w:r>
        <w:rPr>
          <w:sz w:val="20"/>
        </w:rPr>
        <w:t>43:56  jo high profile bolta hai, usi ke peeche daurte hain. to is arab aalim ne kaha ke tum mat ladaai chhero, tum jeet nahi sakte, tum jeet nahi, yeh yeh yeh jeet nahi sakte, tum kaise jeetoge?</w:t>
      </w:r>
      <w:r>
        <w:br/>
      </w:r>
      <w:r>
        <w:rPr>
          <w:sz w:val="20"/>
        </w:rPr>
        <w:t>44:15  israel ek state hai, us ke paas army hai, us ki peeth par bohat si taakatein hain,</w:t>
      </w:r>
      <w:r>
        <w:br/>
      </w:r>
      <w:r>
        <w:rPr>
          <w:sz w:val="20"/>
        </w:rPr>
        <w:t>44:22  tum larke jeetoge kaise? to us ko kaha gaya ke yeh to ghaddar hai, yeh israel ka agent hai, yeh america ka patto hai, yeh to baatein kahi gayi is ke baray mein.</w:t>
      </w:r>
      <w:r>
        <w:br/>
      </w:r>
      <w:r>
        <w:rPr>
          <w:sz w:val="20"/>
        </w:rPr>
        <w:t>44:36  to us ne yeh she'r kaha, aur us ke baad ka khatma ho gaya ke sajalam qoumi anni laghasham wa muhammad tetaadal sajalam qoumi anni laghasham wa muhammad tetaadal lail fa sab waasil meri qoum jaan legi ke maine is ko dhoka nahi diya.</w:t>
      </w:r>
      <w:r>
        <w:br/>
      </w:r>
      <w:r>
        <w:rPr>
          <w:sz w:val="20"/>
        </w:rPr>
        <w:t>45:06  raat kehti hai lambi, aur phir bhi subah ho kar rehti hai. kuch dair tak tum is dhoke mein rahoge ke main tum ko ghaddari kar raha hoon, dhoka de raha hoon. nahi, aakhir mein khulega yeh baat</w:t>
      </w:r>
    </w:p>
    <w:p>
      <w:pPr>
        <w:pStyle w:val="Heading2"/>
      </w:pPr>
      <w:r>
        <w:t>the Battle of the Trench as an act of avoidance</w:t>
      </w:r>
    </w:p>
    <w:p>
      <w:r>
        <w:rPr>
          <w:color w:val="666666"/>
          <w:sz w:val="18"/>
        </w:rPr>
        <w:t>Principle of Avoidance in Islam December 12, 2010 · 2m 53s · at 17:35 · https://youtu.be/W5DQnHPN1y4?t=1055</w:t>
      </w:r>
    </w:p>
    <w:p>
      <w:r>
        <w:rPr>
          <w:i/>
        </w:rPr>
        <w:t>“مدینہ میں بھی کیا ہوا؟ وہاں بھی اوائیڈنس”</w:t>
      </w:r>
    </w:p>
    <w:p>
      <w:r>
        <w:rPr>
          <w:sz w:val="20"/>
        </w:rPr>
        <w:t>17:35  madina mein bhi kiya hua? wahan bhi avoidance. mislan aik bar makka se woh log bara lashkar bana kar aaye.</w:t>
      </w:r>
      <w:r>
        <w:br/>
      </w:r>
      <w:r>
        <w:rPr>
          <w:sz w:val="20"/>
        </w:rPr>
        <w:t>17:48  to aap pata karte rehte thay. to pata chala ke woh lashkar le ke chale aa rahe hain makka se. to aap ne kaha ke chalo hum khandak khodte hain, trench.</w:t>
      </w:r>
      <w:r>
        <w:br/>
      </w:r>
      <w:r>
        <w:rPr>
          <w:sz w:val="20"/>
        </w:rPr>
        <w:t>18:01  aik mashoor hai ghazwa, ghazwa khandak ke naam se. to woh ghazwa nahi tha yani koi koi larai nahi hui thi is mein.</w:t>
      </w:r>
      <w:r>
        <w:br/>
      </w:r>
      <w:r>
        <w:rPr>
          <w:sz w:val="20"/>
        </w:rPr>
        <w:t>18:11  woh larai ko avoid karna tha.</w:t>
      </w:r>
      <w:r>
        <w:br/>
      </w:r>
      <w:r>
        <w:rPr>
          <w:sz w:val="20"/>
        </w:rPr>
        <w:t>18:16  madina aisa tha ke madine mein dekhiye teen taraf se penetration namumkin tha. teen taraf se ghire, khajooron ke bagh thay.</w:t>
      </w:r>
      <w:r>
        <w:br/>
      </w:r>
      <w:r>
        <w:rPr>
          <w:sz w:val="20"/>
        </w:rPr>
        <w:t>18:29  teen taraf se ghire bagh thay khajooron ke. teen taraf se koi penetrate nahi kar sakta tha. aik taraf se rasta tha sirf.</w:t>
      </w:r>
      <w:r>
        <w:br/>
      </w:r>
      <w:r>
        <w:rPr>
          <w:sz w:val="20"/>
        </w:rPr>
        <w:t>18:39  guzarne helicopter bhi nahi tha ke utar jaye aadmi urr kar ke. to jidhar khula tha udhar aap ne khandAK khodi. teen taraf to apne aap woh mehfooz tha.</w:t>
      </w:r>
      <w:r>
        <w:br/>
      </w:r>
      <w:r>
        <w:rPr>
          <w:sz w:val="20"/>
        </w:rPr>
        <w:t>18:51  aik taraf khula tha, khandAK khodi. khandAK kiya thi woh? khandAK avoid karna tha.</w:t>
      </w:r>
      <w:r>
        <w:br/>
      </w:r>
      <w:r>
        <w:rPr>
          <w:sz w:val="20"/>
        </w:rPr>
        <w:t>19:01  khandak kiya tha? avoid karna tha. khandAK matlab trench.</w:t>
      </w:r>
      <w:r>
        <w:br/>
      </w:r>
      <w:r>
        <w:rPr>
          <w:sz w:val="20"/>
        </w:rPr>
        <w:t>19:07  yani jab aap ne suna ke woh idhar se log aa rahe hain to aap ne sahaba ko ekatha kiya. aur aap mashwara kiya un se kiya kiya jaye. to aap ne kaha ke humein larai karna nahi hai.</w:t>
      </w:r>
      <w:r>
        <w:br/>
      </w:r>
      <w:r>
        <w:rPr>
          <w:sz w:val="20"/>
        </w:rPr>
        <w:t>19:19  to tum batao. to aik sahab thay jinka naam tha salman farsi. woh iran mein paida hue thay. phir islam mein aaye.</w:t>
      </w:r>
      <w:r>
        <w:br/>
      </w:r>
      <w:r>
        <w:rPr>
          <w:sz w:val="20"/>
        </w:rPr>
        <w:t>19:31  to unhon ne kaha ke hamare haan iran mein badshah log jab chahte hain larai na karna. to kiya karte hain?</w:t>
      </w:r>
      <w:r>
        <w:br/>
      </w:r>
      <w:r>
        <w:rPr>
          <w:sz w:val="20"/>
        </w:rPr>
        <w:t>19:39  khandak khodte hain.</w:t>
      </w:r>
      <w:r>
        <w:br/>
      </w:r>
      <w:r>
        <w:rPr>
          <w:sz w:val="20"/>
        </w:rPr>
        <w:t>19:43  khandak. yani apne aur dushman ke beech mein aik khandAK qaim kar diya. rok rok qaim kar diya.</w:t>
      </w:r>
      <w:r>
        <w:br/>
      </w:r>
      <w:r>
        <w:rPr>
          <w:sz w:val="20"/>
        </w:rPr>
        <w:t>19:58  to woh aap ne kaha bohat acha mashwara yeh to hai. aur khud bhi aap khandAK khodne mein shareek ho gaye.</w:t>
      </w:r>
      <w:r>
        <w:br/>
      </w:r>
      <w:r>
        <w:rPr>
          <w:sz w:val="20"/>
        </w:rPr>
        <w:t>20:08  khud bhi.</w:t>
      </w:r>
      <w:r>
        <w:br/>
      </w:r>
      <w:r>
        <w:rPr>
          <w:sz w:val="20"/>
        </w:rPr>
        <w:t>20:15  yani aaj kal ki zaban mein aap keh sakte hain ke woh buffer. khandaq kya tha? ek buffer tha woh. apne aur dushman ke beech mein buffer. chunancha larai nahi hui.</w:t>
      </w:r>
    </w:p>
    <w:p>
      <w:pPr>
        <w:pStyle w:val="Heading2"/>
      </w:pPr>
      <w:r>
        <w:t>What makes Tazkirul Quran's commentary style unique</w:t>
      </w:r>
    </w:p>
    <w:p>
      <w:r>
        <w:rPr>
          <w:color w:val="666666"/>
          <w:sz w:val="18"/>
        </w:rPr>
        <w:t>In Conversation with Dr. Saniyasnain Khan December 12, 2021 · 2m 16s · at 1:02:10 · https://youtu.be/9Lp76ckNRYE?t=3730</w:t>
      </w:r>
    </w:p>
    <w:p>
      <w:r>
        <w:rPr>
          <w:i/>
        </w:rPr>
        <w:t>“Tazkirul Quran ki khaas baat: har lafz ka spiritual content ubharna”</w:t>
      </w:r>
    </w:p>
    <w:p>
      <w:r>
        <w:rPr>
          <w:sz w:val="20"/>
        </w:rPr>
        <w:t>1:02:10  to tazkirul quran ka jo ek khaas imtiyazi pehlu hai woh yeh hai ke quran ka koi bhi</w:t>
      </w:r>
      <w:r>
        <w:br/>
      </w:r>
      <w:r>
        <w:rPr>
          <w:sz w:val="20"/>
        </w:rPr>
        <w:t>1:02:16  hissa humm maulana lete hain aur us ka jo spiritual content hai us ko ubharte hain</w:t>
      </w:r>
      <w:r>
        <w:br/>
      </w:r>
      <w:r>
        <w:rPr>
          <w:sz w:val="20"/>
        </w:rPr>
        <w:t>1:02:25  ji yahi tazkirul quran ki bohat hi intehai imtiyazi cheez hai to maine tazkirul quran kai bar</w:t>
      </w:r>
      <w:r>
        <w:br/>
      </w:r>
      <w:r>
        <w:rPr>
          <w:sz w:val="20"/>
        </w:rPr>
        <w:t>1:02:32  padhi hai mujhe behad pasand hai aap surah fatiha hi padhiye humm aap kabhi koi bhi tafseer</w:t>
      </w:r>
      <w:r>
        <w:br/>
      </w:r>
      <w:r>
        <w:rPr>
          <w:sz w:val="20"/>
        </w:rPr>
        <w:t>1:02:38  uthaiye aur compare kariye ke surah fatiha ki tafseer is mufassir ne kya ki hai aur maulana ne</w:t>
      </w:r>
      <w:r>
        <w:br/>
      </w:r>
      <w:r>
        <w:rPr>
          <w:sz w:val="20"/>
        </w:rPr>
        <w:t>1:02:45  kya ki hai humm to maulana ne to aisi tafseer ki hai surah fatiha ki poora darya samo</w:t>
      </w:r>
      <w:r>
        <w:br/>
      </w:r>
      <w:r>
        <w:rPr>
          <w:sz w:val="20"/>
        </w:rPr>
        <w:t>1:02:51  diya hai is ke andar aur is qadar zabardast hai woh sari</w:t>
      </w:r>
      <w:r>
        <w:br/>
      </w:r>
      <w:r>
        <w:rPr>
          <w:sz w:val="20"/>
        </w:rPr>
        <w:t>1:02:56  tazkir ul quran mein yahi khasiyat hai ke jo spiritual message hai quran ka chunchke quran ke bare mein</w:t>
      </w:r>
      <w:r>
        <w:br/>
      </w:r>
      <w:r>
        <w:rPr>
          <w:sz w:val="20"/>
        </w:rPr>
        <w:t>1:03:04  hadith mein aata hai</w:t>
      </w:r>
      <w:r>
        <w:br/>
      </w:r>
      <w:r>
        <w:rPr>
          <w:sz w:val="20"/>
        </w:rPr>
        <w:t>1:03:07  la tanqazi ajaibuhu ke is ke wonders kabhi khatam nahi honge ji aur hadith mein aata hai</w:t>
      </w:r>
      <w:r>
        <w:br/>
      </w:r>
      <w:r>
        <w:rPr>
          <w:sz w:val="20"/>
        </w:rPr>
        <w:t>1:03:13  ke likli aayat minha zahr o batn ke har aayat mein ek zahiri hissa hai ek outer hmm pehlu</w:t>
      </w:r>
      <w:r>
        <w:br/>
      </w:r>
      <w:r>
        <w:rPr>
          <w:sz w:val="20"/>
        </w:rPr>
        <w:t>1:03:21  hai aur ek inner pehlu hai ji asal jo pehlu hai woh inner pehlu hai hmm outer to</w:t>
      </w:r>
      <w:r>
        <w:br/>
      </w:r>
      <w:r>
        <w:rPr>
          <w:sz w:val="20"/>
        </w:rPr>
        <w:t>1:03:27  sirf lines hain hmm to quran ek choti kitab hai lekin is ke andar jo maaniyat ka jo</w:t>
      </w:r>
      <w:r>
        <w:br/>
      </w:r>
      <w:r>
        <w:rPr>
          <w:sz w:val="20"/>
        </w:rPr>
        <w:t>1:03:34  ek samandar hai hmm is tak pahunchna zaroori hai tabhi aap jo quran ke gehre meaning tak pahunch</w:t>
      </w:r>
      <w:r>
        <w:br/>
      </w:r>
      <w:r>
        <w:rPr>
          <w:sz w:val="20"/>
        </w:rPr>
        <w:t>1:03:41  sakenge</w:t>
      </w:r>
      <w:r>
        <w:br/>
      </w:r>
      <w:r>
        <w:rPr>
          <w:sz w:val="20"/>
        </w:rPr>
        <w:t>1:03:41  aur wohi real meaning hai ji warna quran ek bahut hi choti kitab hai agar dekha jaye bible</w:t>
      </w:r>
      <w:r>
        <w:br/>
      </w:r>
      <w:r>
        <w:rPr>
          <w:sz w:val="20"/>
        </w:rPr>
        <w:t>1:03:47  se compare kiya jaye i think its one sixth of the bible to quran choti kitab hai lekin</w:t>
      </w:r>
      <w:r>
        <w:br/>
      </w:r>
      <w:r>
        <w:rPr>
          <w:sz w:val="20"/>
        </w:rPr>
        <w:t>1:03:54  jab insan is pe ghor karta hai jaise aap ne kaha ke marifat ka nectar hmm to jab</w:t>
      </w:r>
      <w:r>
        <w:br/>
      </w:r>
      <w:r>
        <w:rPr>
          <w:sz w:val="20"/>
        </w:rPr>
        <w:t>1:04:00  ghor karta hai to woh nectar marifat ka woh daryaft kar pata hai to tazkir ul quran parhne se</w:t>
      </w:r>
      <w:r>
        <w:br/>
      </w:r>
      <w:r>
        <w:rPr>
          <w:sz w:val="20"/>
        </w:rPr>
        <w:t>1:04:07  yeh yeh insan ko</w:t>
      </w:r>
      <w:r>
        <w:br/>
      </w:r>
      <w:r>
        <w:rPr>
          <w:sz w:val="20"/>
        </w:rPr>
        <w:t>1:04:13  pata chalta hai ke quran ka real message kya hai hmm inner message kya hai jo deeper message</w:t>
      </w:r>
      <w:r>
        <w:br/>
      </w:r>
      <w:r>
        <w:rPr>
          <w:sz w:val="20"/>
        </w:rPr>
        <w:t>1:04:19  kya hai ji tabhi woh is ka faida hai warna woh koi gehra faida nahi hai ji to</w:t>
      </w:r>
      <w:r>
        <w:br/>
      </w:r>
      <w:r>
        <w:rPr>
          <w:sz w:val="20"/>
        </w:rPr>
        <w:t>1:04:25  tazkir ul quran to</w:t>
      </w:r>
    </w:p>
    <w:p>
      <w:pPr>
        <w:pStyle w:val="Heading2"/>
      </w:pPr>
      <w:r>
        <w:t>the soul gets a new, more refined body after death</w:t>
      </w:r>
    </w:p>
    <w:p>
      <w:r>
        <w:rPr>
          <w:color w:val="666666"/>
          <w:sz w:val="18"/>
        </w:rPr>
        <w:t>Death The Final Journey December 29, 2006 · 3m 00s · at 1:24:13 · https://youtu.be/RL6vMX7Lj1w?t=5053</w:t>
      </w:r>
    </w:p>
    <w:p>
      <w:r>
        <w:rPr>
          <w:i/>
        </w:rPr>
        <w:t>“Islam ka jo concept hai woh yeh hai ke hamara jism ek gaadi hai.”</w:t>
      </w:r>
    </w:p>
    <w:p>
      <w:r>
        <w:rPr>
          <w:sz w:val="20"/>
        </w:rPr>
        <w:t>1:24:13  daikhen, islam ka jo consept hai woh to yeh hai ke hamara jism ek gaari hai. pre death period ke liye yeh gaari mila hai humein.</w:t>
      </w:r>
      <w:r>
        <w:br/>
      </w:r>
      <w:r>
        <w:rPr>
          <w:sz w:val="20"/>
        </w:rPr>
        <w:t>1:24:24  post death period ke liye bhi ek ek aur zyada nafees gaari milega. kyunke post death period mein aap jante hain ke abdiyat hai.</w:t>
      </w:r>
      <w:r>
        <w:br/>
      </w:r>
      <w:r>
        <w:rPr>
          <w:sz w:val="20"/>
        </w:rPr>
        <w:t>1:24:35  to yahan par aarzai period hai hamara. to yeh gaari hamara hai. asal jo shakhsiyat hai woh yeh jism nahi hai.</w:t>
      </w:r>
      <w:r>
        <w:br/>
      </w:r>
      <w:r>
        <w:rPr>
          <w:sz w:val="20"/>
        </w:rPr>
        <w:t>1:24:44  woh andar ka insan jo hai woh hai.</w:t>
      </w:r>
      <w:r>
        <w:br/>
      </w:r>
      <w:r>
        <w:rPr>
          <w:sz w:val="20"/>
        </w:rPr>
        <w:t>1:24:47  to is shakhsiyat ke liye yeh gaari mila hai yahan. aur marne ke baad ek aur gaari milega jo zyada nafees hoga.</w:t>
      </w:r>
      <w:r>
        <w:br/>
      </w:r>
      <w:r>
        <w:rPr>
          <w:sz w:val="20"/>
        </w:rPr>
        <w:t>1:24:57  is mein jo abdi hoga aur jis mein poori poori poora hamein mil sake woh hoga. yeh consept diya gaya hai islam mein.</w:t>
      </w:r>
      <w:r>
        <w:br/>
      </w:r>
      <w:r>
        <w:rPr>
          <w:sz w:val="20"/>
        </w:rPr>
        <w:t>1:25:09  Maulana, he also wants to know that how does one know that there is something called hell or heaven after death. daikhen, aadmi ka jo shaoor hai ab us ko lijie.</w:t>
      </w:r>
      <w:r>
        <w:br/>
      </w:r>
      <w:r>
        <w:rPr>
          <w:sz w:val="20"/>
        </w:rPr>
        <w:t>1:25:26  aadmi ka shaoor chahta hai ke yani jo</w:t>
      </w:r>
      <w:r>
        <w:br/>
      </w:r>
      <w:r>
        <w:rPr>
          <w:sz w:val="20"/>
        </w:rPr>
        <w:t>1:25:37  jo achhe kaam kare us ko inaam mile. jo bura kaam kare use saza mile. har aadmi ka shaoor yeh chahta hai. yeh hamare andar interboon hai.</w:t>
      </w:r>
      <w:r>
        <w:br/>
      </w:r>
      <w:r>
        <w:rPr>
          <w:sz w:val="20"/>
        </w:rPr>
        <w:t>1:25:51  yani achhe ko achha inaam, bure ko bura saza. yeh hamare andar interboon hai. yahi is baat ka yani gawahi hai ya isi baat ka ek sa</w:t>
      </w:r>
      <w:r>
        <w:br/>
      </w:r>
      <w:r>
        <w:rPr>
          <w:sz w:val="20"/>
        </w:rPr>
        <w:t>1:26:05  boot hai ke aisa hona chahiye. main samajhta hoon. to is ko le kar ke jab hum sochte hain to science ka ek formula hai ke kisi bhi consept ko janchne ke liye is ka tareeqa yeh hai ke jo mutaliqa data hai un ko aap jama karen aur daikhen ke kya woh mutaliqa data jo hai woh is ke is se mutabiq hai use milap karte hain.</w:t>
      </w:r>
      <w:r>
        <w:br/>
      </w:r>
      <w:r>
        <w:rPr>
          <w:sz w:val="20"/>
        </w:rPr>
        <w:t>1:26:34  to main samajhta hoon ke jitne mutaliqa data hain is par aap is ko apply kar ke daikhen. to yahi consept samajh mein aata hai saensi.</w:t>
      </w:r>
      <w:r>
        <w:br/>
      </w:r>
      <w:r>
        <w:rPr>
          <w:sz w:val="20"/>
        </w:rPr>
        <w:t>1:26:43  ke ek jahannum ho, ek jannat ho. ek yani jahannum saza ke liye aur jannat jo hai woh woh inaam ke liye.</w:t>
      </w:r>
      <w:r>
        <w:br/>
      </w:r>
      <w:r>
        <w:rPr>
          <w:sz w:val="20"/>
        </w:rPr>
        <w:t>1:26:53  yani hamara hamari hamara jo zehn hai, hamari jo shaoor hai, hamari jo soch hai woh aisa hi ek dunya chahti hai.</w:t>
      </w:r>
      <w:r>
        <w:br/>
      </w:r>
      <w:r>
        <w:rPr>
          <w:sz w:val="20"/>
        </w:rPr>
        <w:t>1:27:03  to main samajhta hoon ke yeh apne aap mein ek gawahi hai ke yahi consept sahi hai.</w:t>
      </w:r>
    </w:p>
    <w:p>
      <w:pPr>
        <w:pStyle w:val="Heading2"/>
      </w:pPr>
      <w:r>
        <w:t>Maulana's travel writings: the bus driver and the ascending plane</w:t>
      </w:r>
    </w:p>
    <w:p>
      <w:r>
        <w:rPr>
          <w:color w:val="666666"/>
          <w:sz w:val="18"/>
        </w:rPr>
        <w:t>Importance of Travel in Religion July 28, 2024 · 1m 47s · at 1:09:38 · https://youtu.be/a5tfBcUSYXc?t=4178</w:t>
      </w:r>
    </w:p>
    <w:p>
      <w:r>
        <w:rPr>
          <w:i/>
        </w:rPr>
        <w:t>“The driver asked for a poem — Maulana said he wasn't a poet.”</w:t>
      </w:r>
    </w:p>
    <w:p>
      <w:r>
        <w:rPr>
          <w:sz w:val="20"/>
        </w:rPr>
        <w:t>1:09:38  To yeh concept Maulana ne hi diya, aur jaisa apa ne kaha hai ke Maulana ne khud safar kiya hai. Ji, aur safarnamay likhe, jaisa aap ko pata hai.</w:t>
      </w:r>
      <w:r>
        <w:br/>
      </w:r>
      <w:r>
        <w:rPr>
          <w:sz w:val="20"/>
        </w:rPr>
        <w:t>1:09:46  Ji, aur mujhe yaad hai ke Maulana Mewat ka safar, ek ek Mewat ka safar, ek ek kitaab hai.</w:t>
      </w:r>
      <w:r>
        <w:br/>
      </w:r>
      <w:r>
        <w:rPr>
          <w:sz w:val="20"/>
        </w:rPr>
        <w:t>1:09:56  To is mein likha hai ke woh safar aam taur se bus se hota tha. Ji, yahan se bus jaya karti thi Mewat. To batate hain ke main aage baitha hua tha driver ke seat ke pass aur baith ke likh raha tha.</w:t>
      </w:r>
      <w:r>
        <w:br/>
      </w:r>
      <w:r>
        <w:rPr>
          <w:sz w:val="20"/>
        </w:rPr>
        <w:t>1:10:11  To driver ne kaha ke Maulana sahib, koi shair suna</w:t>
      </w:r>
      <w:r>
        <w:br/>
      </w:r>
      <w:r>
        <w:rPr>
          <w:sz w:val="20"/>
        </w:rPr>
        <w:t>1:10:14  e. To unhon ne kaha, "Nahi, main shair shairi nahi karta." To driver ne kaha ke hamare khayal se to sare Musalman shair hote hain.</w:t>
      </w:r>
      <w:r>
        <w:br/>
      </w:r>
      <w:r>
        <w:rPr>
          <w:sz w:val="20"/>
        </w:rPr>
        <w:t>1:10:24  Ji, to aise hi main ek baar safar kar raha tha Maulana ke sath, shayad pehla safar tha US ka.</w:t>
      </w:r>
      <w:r>
        <w:br/>
      </w:r>
      <w:r>
        <w:rPr>
          <w:sz w:val="20"/>
        </w:rPr>
        <w:t>1:10:32  To main chunke pehli baar shayad jahaz mein baitha tha, to main idhar udhar dekh raha tha ke kaisa jahaz hota hai. Aur jab jahaz ura to maine dekha ke Maulana ne aise pair kiya is pe seat pe aur aise kuch likhne lage.</w:t>
      </w:r>
      <w:r>
        <w:br/>
      </w:r>
      <w:r>
        <w:rPr>
          <w:sz w:val="20"/>
        </w:rPr>
        <w:t>1:10:44  humm, to mein ne ghor se dekha ke kya likh rahe hain. to unhon ne likha tha ke jab hamara jahaz ura fiza mein to mujhe aisa laga ke ek bohat bari chirya meri rooh ko le ke aasman mein ur gayi.</w:t>
      </w:r>
      <w:r>
        <w:br/>
      </w:r>
      <w:r>
        <w:rPr>
          <w:sz w:val="20"/>
        </w:rPr>
        <w:t>1:11:00  masha Allah!</w:t>
      </w:r>
      <w:r>
        <w:br/>
      </w:r>
      <w:r>
        <w:rPr>
          <w:sz w:val="20"/>
        </w:rPr>
        <w:t>1:11:02  aur phir is ke baad akhirat aur aur aur is aur mujhe akhirat mein pohncha diya. phir is ke baad akhirat ki baatein likhne lage.</w:t>
      </w:r>
      <w:r>
        <w:br/>
      </w:r>
      <w:r>
        <w:rPr>
          <w:sz w:val="20"/>
        </w:rPr>
        <w:t>1:11:12  to yeh jo tajrubaat hain, yeh safar pe hote hain. ji, aur agar aap ka zehn bedar ho aur da'wati zehn ho to bohat hi unique qism ke tajrubaat hote hain safar mein.</w:t>
      </w:r>
    </w:p>
    <w:p>
      <w:pPr>
        <w:pStyle w:val="Heading2"/>
      </w:pPr>
      <w:r>
        <w:t>An unanswered prayer is a sign it wasn't accepted</w:t>
      </w:r>
    </w:p>
    <w:p>
      <w:r>
        <w:rPr>
          <w:color w:val="666666"/>
          <w:sz w:val="18"/>
        </w:rPr>
        <w:t>The Right Path May 24, 2015 · 2m 18s · at 20:32 · https://youtu.be/XrsNdAp9PJA?t=1232</w:t>
      </w:r>
    </w:p>
    <w:p>
      <w:r>
        <w:rPr>
          <w:i/>
        </w:rPr>
        <w:t>“Quran mein hai: namaz burey kaamon se rokti hai”</w:t>
      </w:r>
    </w:p>
    <w:p>
      <w:r>
        <w:rPr>
          <w:sz w:val="20"/>
        </w:rPr>
        <w:t>20:32  Achha, dekhiye, koi amal aap ka Allah ke haan qabool hua hua hai ya nahi, us ka aakhri faisla to aakhirat mein hoga.</w:t>
      </w:r>
      <w:r>
        <w:br/>
      </w:r>
      <w:r>
        <w:rPr>
          <w:sz w:val="20"/>
        </w:rPr>
        <w:t>20:47  Aap ka koi amal Allah ke haan qabool hua ya nahi, us ka aakhri faisla to aakhirat mein hoga. Lekin us ki kuch alamaten duniya hi mein paida ho jati hain.</w:t>
      </w:r>
      <w:r>
        <w:br/>
      </w:r>
      <w:r>
        <w:rPr>
          <w:sz w:val="20"/>
        </w:rPr>
        <w:t>21:01  Us ki kuch alamaten duniya hi mein paida ho jati hain. Masalan, main aap ko misaal deta hoon.</w:t>
      </w:r>
      <w:r>
        <w:br/>
      </w:r>
      <w:r>
        <w:rPr>
          <w:sz w:val="20"/>
        </w:rPr>
        <w:t>21:10  Quran mein hai ke in al-salata tanha 'an al-fashaa'i wa al-munkar</w:t>
      </w:r>
      <w:r>
        <w:br/>
      </w:r>
      <w:r>
        <w:rPr>
          <w:sz w:val="20"/>
        </w:rPr>
        <w:t>21:17  In al-salata tanha 'an al-fashaa'i wa al-munkar namaz aadmi ko rokti hai bure kamon se, fash aur munkar kamon se.</w:t>
      </w:r>
      <w:r>
        <w:br/>
      </w:r>
      <w:r>
        <w:rPr>
          <w:sz w:val="20"/>
        </w:rPr>
        <w:t>21:28  agar ek shakhs namaz bahut pabandi se parhe, panch waqt, lekin woh burai mein phansa hua ho, fash aur munkir kaam pe mulawwis ho, to is baat ka pehchan hai ke us ki namaz qabool nahi hui.</w:t>
      </w:r>
      <w:r>
        <w:br/>
      </w:r>
      <w:r>
        <w:rPr>
          <w:sz w:val="20"/>
        </w:rPr>
        <w:t>21:46  kyun ke namaz jab qabool hoti hai to Allah ki taraf se tofeeq aati hai aamal e saleh ki namaz.</w:t>
      </w:r>
      <w:r>
        <w:br/>
      </w:r>
      <w:r>
        <w:rPr>
          <w:sz w:val="20"/>
        </w:rPr>
        <w:t>21:54  jab qabool hoti hai to Allah ki taraf se tofeeq aati hai ke aadmi ke andar</w:t>
      </w:r>
      <w:r>
        <w:br/>
      </w:r>
      <w:r>
        <w:rPr>
          <w:sz w:val="20"/>
        </w:rPr>
        <w:t>21:58  khauf e Khuda paida ho, mohabbat e Khuda paida ho, buraiyon se bachne ka mizaj paida ho. Yeh tofeeq aati hai Allah ki taraf se.</w:t>
      </w:r>
      <w:r>
        <w:br/>
      </w:r>
      <w:r>
        <w:rPr>
          <w:sz w:val="20"/>
        </w:rPr>
        <w:t>22:09  to yeh ayat Surah Ankabut mein hai ke innal salata tanhaa 'anil fashaa'i wal munkar namaz rokti hai aadmi ko, namaz parhne wale ko, fash aur munkir kaamon se.</w:t>
      </w:r>
      <w:r>
        <w:br/>
      </w:r>
      <w:r>
        <w:rPr>
          <w:sz w:val="20"/>
        </w:rPr>
        <w:t>22:27  to ab jo shakhs namaz parhe, is ke bawajood woh fash aur munkir kaam mein mubtala ho, to is ke ma'ne kya hue? Us ki namaz Allah ne qabool nahi ki.</w:t>
      </w:r>
      <w:r>
        <w:br/>
      </w:r>
      <w:r>
        <w:rPr>
          <w:sz w:val="20"/>
        </w:rPr>
        <w:t>22:38  isi liye is ke andar koi change nahi aaya. Is ke andar woh sifat paida nahi huin jo namaziyon ke liye andar honi chahiye.</w:t>
      </w:r>
    </w:p>
    <w:p>
      <w:pPr>
        <w:pStyle w:val="Heading2"/>
      </w:pPr>
      <w:r>
        <w:t>Absolute vs relative truth</w:t>
      </w:r>
    </w:p>
    <w:p>
      <w:r>
        <w:rPr>
          <w:color w:val="666666"/>
          <w:sz w:val="18"/>
        </w:rPr>
        <w:t>Understanding Islam (In Conversation with Maulan) 15.5.2008 · 2m 25s · at 13:26 · https://youtu.be/0SGSOPSun0E?t=806</w:t>
      </w:r>
    </w:p>
    <w:p>
      <w:r>
        <w:rPr>
          <w:i/>
        </w:rPr>
        <w:t>“Dekhiyen, asal cheez yeh hai ke yahan par jo kuch log.”</w:t>
      </w:r>
    </w:p>
    <w:p>
      <w:r>
        <w:rPr>
          <w:sz w:val="20"/>
        </w:rPr>
        <w:t>13:26  Dekhein, asal cheez yeh hai ki yahan par jo kuch log yaani yeh do concepts hain religion ke.</w:t>
      </w:r>
      <w:r>
        <w:br/>
      </w:r>
      <w:r>
        <w:rPr>
          <w:sz w:val="20"/>
        </w:rPr>
        <w:t>13:37  Ek hai ki religion jo hai ya sachai. Sachai ek aisi cheez hai jis ko har aadmi alag alag discover karta hai. Yaani apni discovery ka naam hai sachai.</w:t>
      </w:r>
      <w:r>
        <w:br/>
      </w:r>
      <w:r>
        <w:rPr>
          <w:sz w:val="20"/>
        </w:rPr>
        <w:t>13:49  Yaani apne se bahar is ka koi aisi cheez nahi hai ki woh sab ke liye absolute truth ho. To do alag alag concepts hain.</w:t>
      </w:r>
      <w:r>
        <w:br/>
      </w:r>
      <w:r>
        <w:rPr>
          <w:sz w:val="20"/>
        </w:rPr>
        <w:t>13:58  Ek hai absolute truth ka concept aur ek hai ki ek relative cheez hai jis ko jahan sachai mil jaye wahi us ke liye sachai hai.</w:t>
      </w:r>
      <w:r>
        <w:br/>
      </w:r>
      <w:r>
        <w:rPr>
          <w:sz w:val="20"/>
        </w:rPr>
        <w:t>14:11  To main samajhta hoon ki jo log yeh kehte hain ki sachai absolute nahi hai to woh sach poochho to denial hai sachai ka ki sachai agar absolute nahi hai to phir sachai nahi hai.</w:t>
      </w:r>
      <w:r>
        <w:br/>
      </w:r>
      <w:r>
        <w:rPr>
          <w:sz w:val="20"/>
        </w:rPr>
        <w:t>14:22  woh aap ghore kijiye ke sachai jo hai agar wohi wohi absolute na ho to phir kya hua?</w:t>
      </w:r>
      <w:r>
        <w:br/>
      </w:r>
      <w:r>
        <w:rPr>
          <w:sz w:val="20"/>
        </w:rPr>
        <w:t>14:32  yani yani woh woh sachai thori hui. woh har aadmi ki apni yeh sachai alag alag ho to mein samajhta hoon ke woh sachai nahi hai.</w:t>
      </w:r>
      <w:r>
        <w:br/>
      </w:r>
      <w:r>
        <w:rPr>
          <w:sz w:val="20"/>
        </w:rPr>
        <w:t>14:41  woh woh selfishness hai. woh interest hai. woh apne hisab se aap ne ek cheez bana liya. aap kahenge yeh sachai hai. sachai nahi hai. woh aap ki apni desire pe chal rahe hain.</w:t>
      </w:r>
      <w:r>
        <w:br/>
      </w:r>
      <w:r>
        <w:rPr>
          <w:sz w:val="20"/>
        </w:rPr>
        <w:t>14:51  aap jis society mein aap hain us society se nibah karne ke liye aap ne ek baat ko maan liya. aap kehte hain ke yeh meri sachai hai. to aise aadmi ko yeh bolna chahiye ke mujhe is se koi matlab nahi.</w:t>
      </w:r>
      <w:r>
        <w:br/>
      </w:r>
      <w:r>
        <w:rPr>
          <w:sz w:val="20"/>
        </w:rPr>
        <w:t>15:02  sachai kya hai? mein to khane kamane ke liye zinda rahoon ga bas aur aur mujhe kuch rehna dena nahi hai. kyunke sachai agar hai to absolute hai.</w:t>
      </w:r>
      <w:r>
        <w:br/>
      </w:r>
      <w:r>
        <w:rPr>
          <w:sz w:val="20"/>
        </w:rPr>
        <w:t>15:12  sachai kabhi bhi relative nahi ho sakti hai. mein is ko manne ko tayyar nahi hoon ke sachai relative ho sakti hai. to phir kya cheez aisa absolute hai duniya mein?</w:t>
      </w:r>
      <w:r>
        <w:br/>
      </w:r>
      <w:r>
        <w:rPr>
          <w:sz w:val="20"/>
        </w:rPr>
        <w:t>15:24  phir to sachai se har har doosri cheez sachai se kam hai. to sachai mein dekh bilashuba absolute cheez hai.</w:t>
      </w:r>
      <w:r>
        <w:br/>
      </w:r>
      <w:r>
        <w:rPr>
          <w:sz w:val="20"/>
        </w:rPr>
        <w:t>15:35  woh ek hai. har ek ke liye wohi ek hi hai. har aadmi ka farz hai ke us sachai ko dhoondhe. woh us us sachai ko talash kare.</w:t>
      </w:r>
      <w:r>
        <w:br/>
      </w:r>
      <w:r>
        <w:rPr>
          <w:sz w:val="20"/>
        </w:rPr>
        <w:t>15:44  woh yeh farz hai. jo aisa nahi karega to Khuda ka pakda jayega. woh</w:t>
      </w:r>
    </w:p>
    <w:p>
      <w:pPr>
        <w:pStyle w:val="Heading2"/>
      </w:pPr>
      <w:r>
        <w:t>Natural support system as basis for love</w:t>
      </w:r>
    </w:p>
    <w:p>
      <w:r>
        <w:rPr>
          <w:color w:val="666666"/>
          <w:sz w:val="18"/>
        </w:rPr>
        <w:t>Fragments of Broken Heart | December 01, 2006 | Maulana Wahiduddin Khan · 2m 31s · at 42:32 · https://youtu.be/4uW2kggXMI8?t=2552</w:t>
      </w:r>
    </w:p>
    <w:p>
      <w:r>
        <w:rPr>
          <w:i/>
        </w:rPr>
        <w:t>“Dekhiye ideology of love kya hai”</w:t>
      </w:r>
    </w:p>
    <w:p>
      <w:r>
        <w:rPr>
          <w:sz w:val="20"/>
        </w:rPr>
        <w:t>42:32  ke dekhiye ideology of mohabbat kya hai؟ aik yeh hai ke aap khuda ka jo qudrati support system hai us ko samjhein۔ aap jante hain ke is dunya mein oxygen hai roshni hai sabza hai pani hai waghera waghera۔ yeh hai qudrati support</w:t>
      </w:r>
      <w:r>
        <w:br/>
      </w:r>
      <w:r>
        <w:rPr>
          <w:sz w:val="20"/>
        </w:rPr>
        <w:t>43:02  t system.</w:t>
      </w:r>
      <w:r>
        <w:br/>
      </w:r>
      <w:r>
        <w:rPr>
          <w:sz w:val="20"/>
        </w:rPr>
        <w:t>43:07  agar yeh support system na ho to hum ek minute zinda nahi reh sakte koi kaam nahi kar sakte.</w:t>
      </w:r>
      <w:r>
        <w:br/>
      </w:r>
      <w:r>
        <w:rPr>
          <w:sz w:val="20"/>
        </w:rPr>
        <w:t>43:12  na ghar bana sakte na motor car bana sakte na shehar bana sakte sab kuch nahi hoga.</w:t>
      </w:r>
      <w:r>
        <w:br/>
      </w:r>
      <w:r>
        <w:rPr>
          <w:sz w:val="20"/>
        </w:rPr>
        <w:t>43:17  misal ke tor par zameen mein kashish se qul jo hai agar woh kam ho to hamare yeh yeh</w:t>
      </w:r>
      <w:r>
        <w:br/>
      </w:r>
      <w:r>
        <w:rPr>
          <w:sz w:val="20"/>
        </w:rPr>
        <w:t>43:22  ghar hum hawa mein urenge.</w:t>
      </w:r>
      <w:r>
        <w:br/>
      </w:r>
      <w:r>
        <w:rPr>
          <w:sz w:val="20"/>
        </w:rPr>
        <w:t>43:27  agar oxygen jo supply ho rahi hai musalsal woh do</w:t>
      </w:r>
      <w:r>
        <w:br/>
      </w:r>
      <w:r>
        <w:rPr>
          <w:sz w:val="20"/>
        </w:rPr>
        <w:t>43:32  mint ke liye ruk jaye to sare log mar jayen. suraj ki roshni jo aa rahi hai hamare pas agar wo na aye to har taraf tareeki cha jayegi. hum aap aankh hogi hum kuch dekhenge nahi. to ye hai qudrati support system jo khuda ki taraf se aa raha hai. is par jab aap sochen to aap ko ek dilchasp ehsas hoga. khuda ki barkat ka ek ajib o gharib ehsas hoga ke kitna azim hai wo khuda jisne itni sari barkat ha</w:t>
      </w:r>
      <w:r>
        <w:br/>
      </w:r>
      <w:r>
        <w:rPr>
          <w:sz w:val="20"/>
        </w:rPr>
        <w:t>44:02  mein de di. itni sari barkat. is ki barkat na ho to hum ek second bhi dunya mein reh nahi sakte. to jab aap ke andar qudrati support system ka pura ehsas hoga to aap ko khuda se bepanah mohabbat paida hogi. bepanah aap ko khuda se jhuk jayenge is ke aage aap. ek ye hai. dusra hai jisko mein kehta hoon tehzibi</w:t>
      </w:r>
      <w:r>
        <w:br/>
      </w:r>
      <w:r>
        <w:rPr>
          <w:sz w:val="20"/>
        </w:rPr>
        <w:t>44:32  tahawun. tehzeebi tahawun.</w:t>
      </w:r>
      <w:r>
        <w:br/>
      </w:r>
      <w:r>
        <w:rPr>
          <w:sz w:val="20"/>
        </w:rPr>
        <w:t>44:37  yani insaan ki jo tarqqiyan hain insaan ne jo tehzeeb banayi hai us ke zariye se jo hamein mila hai.</w:t>
      </w:r>
      <w:r>
        <w:br/>
      </w:r>
      <w:r>
        <w:rPr>
          <w:sz w:val="20"/>
        </w:rPr>
        <w:t>44:42  aap jante hain ke jo kuch bhi hai jis ko hum hasil karte hain woh sab isi ke</w:t>
      </w:r>
      <w:r>
        <w:br/>
      </w:r>
      <w:r>
        <w:rPr>
          <w:sz w:val="20"/>
        </w:rPr>
        <w:t>44:48  zariye mila hai.</w:t>
      </w:r>
      <w:r>
        <w:br/>
      </w:r>
      <w:r>
        <w:rPr>
          <w:sz w:val="20"/>
        </w:rPr>
        <w:t>44:53  aap ghor kijiye ke yeh roshni yeh camera yeh imarat yeh kursi sab ke peeche kai kai hazar</w:t>
      </w:r>
      <w:r>
        <w:br/>
      </w:r>
      <w:r>
        <w:rPr>
          <w:sz w:val="20"/>
        </w:rPr>
        <w:t>44:58  saal ka jud o jahad hai.</w:t>
      </w:r>
    </w:p>
    <w:p>
      <w:pPr>
        <w:pStyle w:val="Heading2"/>
      </w:pPr>
      <w:r>
        <w:t>Quran chapter 81: guidance for whoever wishes to follow</w:t>
      </w:r>
    </w:p>
    <w:p>
      <w:r>
        <w:rPr>
          <w:color w:val="666666"/>
          <w:sz w:val="18"/>
        </w:rPr>
        <w:t>Month of Ramadan and The Quran 15 July 2012 · 1m 46s · at 18:14 · https://youtu.be/BxiaMbKdoo8?t=1094</w:t>
      </w:r>
    </w:p>
    <w:p>
      <w:r>
        <w:rPr>
          <w:i/>
        </w:rPr>
        <w:t>“قرآن کا چیپٹر نمبر ایٹی ون، التکبیر آپ کھولیے”</w:t>
      </w:r>
    </w:p>
    <w:p>
      <w:r>
        <w:rPr>
          <w:sz w:val="20"/>
        </w:rPr>
        <w:t>18:14  misal ke taur par dekhiye, main aap ko ek misal deta hoon. Quran ka chapter number eighty one, At-Takwir aap kholiye.</w:t>
      </w:r>
      <w:r>
        <w:br/>
      </w:r>
      <w:r>
        <w:rPr>
          <w:sz w:val="20"/>
        </w:rPr>
        <w:t>18:27  At-Takwir chapter number eighty one. is ke aakhir mein jaiye. yaani last but one verse ko lijiye.</w:t>
      </w:r>
      <w:r>
        <w:br/>
      </w:r>
      <w:r>
        <w:rPr>
          <w:sz w:val="20"/>
        </w:rPr>
        <w:t>18:40  woh hai inna huwal zikru lil aalameen. liman shaa minkum an yastaqeem.</w:t>
      </w:r>
      <w:r>
        <w:br/>
      </w:r>
      <w:r>
        <w:rPr>
          <w:sz w:val="20"/>
        </w:rPr>
        <w:t>18:50  is ka matlab yeh hai ke</w:t>
      </w:r>
      <w:r>
        <w:br/>
      </w:r>
      <w:r>
        <w:rPr>
          <w:sz w:val="20"/>
        </w:rPr>
        <w:t>18:56  Quran jo hai ek naseehat hai, yaad dehani hai, rehnuma kitaab hai.</w:t>
      </w:r>
      <w:r>
        <w:br/>
      </w:r>
      <w:r>
        <w:rPr>
          <w:sz w:val="20"/>
        </w:rPr>
        <w:t>19:05  is fard ke liye jo yeh chahe ke is ko apni zindagi ko sahi raaste pe chalana hai.</w:t>
      </w:r>
      <w:r>
        <w:br/>
      </w:r>
      <w:r>
        <w:rPr>
          <w:sz w:val="20"/>
        </w:rPr>
        <w:t>19:15  Quran is a book of guidance</w:t>
      </w:r>
      <w:r>
        <w:br/>
      </w:r>
      <w:r>
        <w:rPr>
          <w:sz w:val="20"/>
        </w:rPr>
        <w:t>19:21  to every one of you who wishes</w:t>
      </w:r>
      <w:r>
        <w:br/>
      </w:r>
      <w:r>
        <w:rPr>
          <w:sz w:val="20"/>
        </w:rPr>
        <w:t>19:27  to follow the straight path . ab aap dekhiye, ek fard ko Quran khitab kar raha hai, ek ek shakhs ko khitab kar raha hai.</w:t>
      </w:r>
      <w:r>
        <w:br/>
      </w:r>
      <w:r>
        <w:rPr>
          <w:sz w:val="20"/>
        </w:rPr>
        <w:t>19:37  aur woh bhi is mein wish ki shart laga rakhi hai.</w:t>
      </w:r>
      <w:r>
        <w:br/>
      </w:r>
      <w:r>
        <w:rPr>
          <w:sz w:val="20"/>
        </w:rPr>
        <w:t>19:42  woh ek fard, woh ek insan jo yeh chahe ke us ko Allah ke raste pe chalna hai, us ke liye Quran utra hai.</w:t>
      </w:r>
      <w:r>
        <w:br/>
      </w:r>
      <w:r>
        <w:rPr>
          <w:sz w:val="20"/>
        </w:rPr>
        <w:t>19:53  kaisi ajeeb baat hai.</w:t>
      </w:r>
    </w:p>
    <w:p>
      <w:pPr>
        <w:pStyle w:val="Heading2"/>
      </w:pPr>
      <w:r>
        <w:t>From rain gods to natural desalination</w:t>
      </w:r>
    </w:p>
    <w:p>
      <w:r>
        <w:rPr>
          <w:color w:val="666666"/>
          <w:sz w:val="18"/>
        </w:rPr>
        <w:t>Three Periods of History May 17, 2009 Maulana Wahiduddin Khan · 2m 58s · at 12:14 · https://youtu.be/iNS-3Yo58Gk?t=734</w:t>
      </w:r>
    </w:p>
    <w:p>
      <w:r>
        <w:rPr>
          <w:i/>
        </w:rPr>
        <w:t>“Pehle zamane mein rain god maane jaate the”</w:t>
      </w:r>
    </w:p>
    <w:p>
      <w:r>
        <w:rPr>
          <w:sz w:val="20"/>
        </w:rPr>
        <w:t>12:14  Jaise main ek misal deta hoon, aap jante hain ke har saal barish hoti hai. To pehle zamane mein rain god maane jate the, rain god yani barish ke devta.</w:t>
      </w:r>
      <w:r>
        <w:br/>
      </w:r>
      <w:r>
        <w:rPr>
          <w:sz w:val="20"/>
        </w:rPr>
        <w:t>12:31  Yeh samjha jata tha ke aasmanon mein barish ke devta hain, wahan se pani barsate hain, neeche pani aata hai.</w:t>
      </w:r>
      <w:r>
        <w:br/>
      </w:r>
      <w:r>
        <w:rPr>
          <w:sz w:val="20"/>
        </w:rPr>
        <w:t>12:39  Yeh tha traditional daur ka aqeedah, insan ka traditional period ka. Phir bohat baad ko insan ne daryaft kiya ke aisa nahi hai, koi devta, koi rain god nahi barish barsata.</w:t>
      </w:r>
      <w:r>
        <w:br/>
      </w:r>
      <w:r>
        <w:rPr>
          <w:sz w:val="20"/>
        </w:rPr>
        <w:t>12:56  Yeh ek process hai, process. Yani Khuda ne yeh duniya banai to sab se zyada jo cheez chahiye thi life ke liye, woh pani tha.</w:t>
      </w:r>
      <w:r>
        <w:br/>
      </w:r>
      <w:r>
        <w:rPr>
          <w:sz w:val="20"/>
        </w:rPr>
        <w:t>13:08  pani</w:t>
      </w:r>
      <w:r>
        <w:br/>
      </w:r>
      <w:r>
        <w:rPr>
          <w:sz w:val="20"/>
        </w:rPr>
        <w:t>13:10  to pani ko bohat hi abended miqdar mein is ne zameen par phaila diya, daryaaon ko aur ocean ko, seas ko bhar diya pani se.</w:t>
      </w:r>
      <w:r>
        <w:br/>
      </w:r>
      <w:r>
        <w:rPr>
          <w:sz w:val="20"/>
        </w:rPr>
        <w:t>13:23  lekin masla yeh tha ke woh muta'affan ho jayega, kharab ho jayega.</w:t>
      </w:r>
      <w:r>
        <w:br/>
      </w:r>
      <w:r>
        <w:rPr>
          <w:sz w:val="20"/>
        </w:rPr>
        <w:t>13:33  to Khuda ne is mein preservative ke taur par namak mila diya,</w:t>
      </w:r>
      <w:r>
        <w:br/>
      </w:r>
      <w:r>
        <w:rPr>
          <w:sz w:val="20"/>
        </w:rPr>
        <w:t>13:39  preservative ke taur par salt mila diya. to samundaron mein jo pani hai, unka 10 percent salt hai,</w:t>
      </w:r>
      <w:r>
        <w:br/>
      </w:r>
      <w:r>
        <w:rPr>
          <w:sz w:val="20"/>
        </w:rPr>
        <w:t>13:51  as a preservative. lekin insan salty pani ko to pee nahi sakta, istemal nahi kar sakta.</w:t>
      </w:r>
      <w:r>
        <w:br/>
      </w:r>
      <w:r>
        <w:rPr>
          <w:sz w:val="20"/>
        </w:rPr>
        <w:t>14:00  to kya ho? to phir kya hua ke aasman upar se suraj ki garmi aati hai, samundaron par</w:t>
      </w:r>
      <w:r>
        <w:br/>
      </w:r>
      <w:r>
        <w:rPr>
          <w:sz w:val="20"/>
        </w:rPr>
        <w:t>14:10  garmi se pani kholta hai, bhap ban kar urta hai. ab nature ne la kya rakha hai wahan par? nature la hai ke pani lighter hai, silt aur salt heavier hai.</w:t>
      </w:r>
      <w:r>
        <w:br/>
      </w:r>
      <w:r>
        <w:rPr>
          <w:sz w:val="20"/>
        </w:rPr>
        <w:t>14:26  to heavy hone ki wajah se salt neeche reh jata hai, aur light hone ki wajah se pani upar chala jata hai.</w:t>
      </w:r>
      <w:r>
        <w:br/>
      </w:r>
      <w:r>
        <w:rPr>
          <w:sz w:val="20"/>
        </w:rPr>
        <w:t>14:34  ab upar ja kar ke wahan bohat hi ek khaas level par pahunch kar ke ek khaas process hota hai, ek natural process.</w:t>
      </w:r>
      <w:r>
        <w:br/>
      </w:r>
      <w:r>
        <w:rPr>
          <w:sz w:val="20"/>
        </w:rPr>
        <w:t>14:45  to phir pani dobara downpour hota hai, neeche aata hai. that is desalination. yeh hai natural desalination, yani namak ko alag kar ke fresh pani ko aap ko lotana.</w:t>
      </w:r>
      <w:r>
        <w:br/>
      </w:r>
      <w:r>
        <w:rPr>
          <w:sz w:val="20"/>
        </w:rPr>
        <w:t>15:01  ab insan ne yeh jana jis cheez ko insan pehle attribute karta tha rain god ki taraf, ab maloom hua ke woh ek natural process hai.</w:t>
      </w:r>
    </w:p>
    <w:p>
      <w:pPr>
        <w:pStyle w:val="Heading2"/>
      </w:pPr>
      <w:r>
        <w:t>Seeing God's gift in every walk and car ride</w:t>
      </w:r>
    </w:p>
    <w:p>
      <w:r>
        <w:rPr>
          <w:color w:val="666666"/>
          <w:sz w:val="18"/>
        </w:rPr>
        <w:t>Ramadan The Month of Spiritual Training September 20, 2008 · 1m 26s · at 16:46 · https://youtu.be/VI9axojg6Ro?t=1006</w:t>
      </w:r>
    </w:p>
    <w:p>
      <w:r>
        <w:rPr>
          <w:i/>
        </w:rPr>
        <w:t>“Socho: Khuda ne mujhe do paon diye hain”</w:t>
      </w:r>
    </w:p>
    <w:p>
      <w:r>
        <w:rPr>
          <w:sz w:val="20"/>
        </w:rPr>
        <w:t>16:46  soch soch kar aati hain. jab aap zameen par chal rahe hon aur yeh sochein ke khuda ne mujhe do paon diye hain, yeh do paon na hota to kya karta mein?</w:t>
      </w:r>
      <w:r>
        <w:br/>
      </w:r>
      <w:r>
        <w:rPr>
          <w:sz w:val="20"/>
        </w:rPr>
        <w:t>16:58  kahin chalta.</w:t>
      </w:r>
      <w:r>
        <w:br/>
      </w:r>
      <w:r>
        <w:rPr>
          <w:sz w:val="20"/>
        </w:rPr>
        <w:t>17:00  zameen par mujhe ghasetna padta, ghaset ghaset ke chalna padta. to ab jab aap yeh sochenge to akad kahan se aayegi?</w:t>
      </w:r>
      <w:r>
        <w:br/>
      </w:r>
      <w:r>
        <w:rPr>
          <w:sz w:val="20"/>
        </w:rPr>
        <w:t>17:12  phir to shukr hi shukr aayega, phir to tawazu aayegi, phir to modesti aayegi. aise hi aap farz kijiye ke car par safar kar rahe hain, tab bhi yeh nahi ho sakta ke aap ko akad paida ho.</w:t>
      </w:r>
      <w:r>
        <w:br/>
      </w:r>
      <w:r>
        <w:rPr>
          <w:sz w:val="20"/>
        </w:rPr>
        <w:t>17:26  kyun? aap sochenge ke car kya cheez hai to aap ko samajh mein aayega ke khuda ne ek aisa ajeeb ghareeb ehsan kiya hai ke dead matter road par daud raha hai, mujh ko le kar ke.</w:t>
      </w:r>
      <w:r>
        <w:br/>
      </w:r>
      <w:r>
        <w:rPr>
          <w:sz w:val="20"/>
        </w:rPr>
        <w:t>17:43  yani car jo hai, us ko aap dismantle kar dijiye to kya hai? woh dead matter hai.</w:t>
      </w:r>
      <w:r>
        <w:br/>
      </w:r>
      <w:r>
        <w:rPr>
          <w:sz w:val="20"/>
        </w:rPr>
        <w:t>17:51  to aap sochen ke khuda ne dead matter ko mere liye aisa bana diya ke mujh ko road par le kar ke daud raha hai. to akad kahan se aayegi?</w:t>
      </w:r>
      <w:r>
        <w:br/>
      </w:r>
      <w:r>
        <w:rPr>
          <w:sz w:val="20"/>
        </w:rPr>
        <w:t>18:01  phir to shukr aayega, tawazu aayegi, modesti aayegi. aise hi aap hawai jahaz par chal rahe hain, tab bhi aap sochenge ke hawai jahaz bhi kya hai?</w:t>
      </w:r>
    </w:p>
    <w:p>
      <w:pPr>
        <w:pStyle w:val="Heading2"/>
      </w:pPr>
      <w:r>
        <w:t>Refusing negative reference for Prophet</w:t>
      </w:r>
    </w:p>
    <w:p>
      <w:r>
        <w:rPr>
          <w:color w:val="666666"/>
          <w:sz w:val="18"/>
        </w:rPr>
        <w:t>Importance of Focused Thinking March 7, 2010 Maulana Wahiduddin Khan · 2m 39s · at 11:59 · https://youtu.be/eD4bs3E5WHE?t=719</w:t>
      </w:r>
    </w:p>
    <w:p>
      <w:r>
        <w:rPr>
          <w:i/>
        </w:rPr>
        <w:t>“To bohat dinon ki study ke baad maine ek kitaab likhi, da Prophet of Peace.”</w:t>
      </w:r>
    </w:p>
    <w:p>
      <w:r>
        <w:rPr>
          <w:sz w:val="20"/>
        </w:rPr>
        <w:t>11:59  to bohat dinon ki study ke baad main ne aik kitab likhi, the prophet of peace. acha, jab yeh kitab tayar ho gayi to aik aik senior writer hamare pas aye,</w:t>
      </w:r>
      <w:r>
        <w:br/>
      </w:r>
      <w:r>
        <w:rPr>
          <w:sz w:val="20"/>
        </w:rPr>
        <w:t>12:17  un ko main ne bataya ke main ne is kitab tayar ki hai. to unhon ne jante hain kya kaha? yeh title flop ho jayega.</w:t>
      </w:r>
      <w:r>
        <w:br/>
      </w:r>
      <w:r>
        <w:rPr>
          <w:sz w:val="20"/>
        </w:rPr>
        <w:t>12:29  jo kitab chhapegi da profit of peace ke naam se, woh marketable nahin hogi, koi is ko dhyan nahin dega.</w:t>
      </w:r>
      <w:r>
        <w:br/>
      </w:r>
      <w:r>
        <w:rPr>
          <w:sz w:val="20"/>
        </w:rPr>
        <w:t>12:39  un ka kya suggestion tha ke aap is kitab ko thoda sa rearrange kar ke likhein aur is ka title likhiye, why bin laden was wrong.</w:t>
      </w:r>
      <w:r>
        <w:br/>
      </w:r>
      <w:r>
        <w:rPr>
          <w:sz w:val="20"/>
        </w:rPr>
        <w:t>12:53  why bin laden was wrong. dekhein, mera kya hai? islam ka key study mein negative response nahin kar sakta.</w:t>
      </w:r>
      <w:r>
        <w:br/>
      </w:r>
      <w:r>
        <w:rPr>
          <w:sz w:val="20"/>
        </w:rPr>
        <w:t>13:03  bin laden ek negative personality hai, bin laden negativity ka badshah hai. to mera dil yeh gawara nahin karta ke main kisi negative point of reference ko le kar ke islam ka mutala karoon.</w:t>
      </w:r>
      <w:r>
        <w:br/>
      </w:r>
      <w:r>
        <w:rPr>
          <w:sz w:val="20"/>
        </w:rPr>
        <w:t>13:21  bin laden ko le kar agar main likhoon rasool Allah par to that is negative point of reference. main to is ko gawara nahin karta.</w:t>
      </w:r>
      <w:r>
        <w:br/>
      </w:r>
      <w:r>
        <w:rPr>
          <w:sz w:val="20"/>
        </w:rPr>
        <w:t>13:30  main to ek saal tak kitab rakhi rahi kyunke mera jo focus tha woh sirf ek cheez par tha, rasool Allah ki seerat actual jo hai, us ko logon ke samne lana.</w:t>
      </w:r>
      <w:r>
        <w:br/>
      </w:r>
      <w:r>
        <w:rPr>
          <w:sz w:val="20"/>
        </w:rPr>
        <w:t>13:43  yeh rukon tha ke main ab unhon ne jo kaha media ko le kar ke ke media mein bin laden chhaya hua hai, bin laden ne mein media bohat hi un ko flash karta hai, bin laden ko.</w:t>
      </w:r>
      <w:r>
        <w:br/>
      </w:r>
      <w:r>
        <w:rPr>
          <w:sz w:val="20"/>
        </w:rPr>
        <w:t>13:57  to bin laden jo hai, already ek non personality ban gaya hai ke islam ko represent karne ke liye. to us ko le kar ke aap bolenge, aap jaldi se log padhenge.</w:t>
      </w:r>
      <w:r>
        <w:br/>
      </w:r>
      <w:r>
        <w:rPr>
          <w:sz w:val="20"/>
        </w:rPr>
        <w:t>14:10  lekin mera dil gawara nahin kiya ke main rasool Allah ki seerat ko bin laden ke reference se padhoon. ek negative, ek negative reference hai.</w:t>
      </w:r>
      <w:r>
        <w:br/>
      </w:r>
      <w:r>
        <w:rPr>
          <w:sz w:val="20"/>
        </w:rPr>
        <w:t>14:20  profit of islam was a positive personality in complete sense of the world. to us ko main ek negative personality ke reference se padhoon, yeh mera dil gawara nahin karta tha.</w:t>
      </w:r>
      <w:r>
        <w:br/>
      </w:r>
      <w:r>
        <w:rPr>
          <w:sz w:val="20"/>
        </w:rPr>
        <w:t>14:33  that was rukon for me.</w:t>
      </w:r>
    </w:p>
    <w:p>
      <w:pPr>
        <w:pStyle w:val="Heading2"/>
      </w:pPr>
      <w:r>
        <w:t>Quranic verse on creation matches big bang</w:t>
      </w:r>
    </w:p>
    <w:p>
      <w:r>
        <w:rPr>
          <w:color w:val="666666"/>
          <w:sz w:val="18"/>
        </w:rPr>
        <w:t>God Particle 8 July 2012 - Maulana Wahiduddin Khan · 3m 02s · at 26:39 · https://youtu.be/GajbNL2XS1o?t=1599</w:t>
      </w:r>
    </w:p>
    <w:p>
      <w:r>
        <w:rPr>
          <w:i/>
        </w:rPr>
        <w:t>“In the Quran, Surah Al-Anbiya chapter 21 says”</w:t>
      </w:r>
    </w:p>
    <w:p>
      <w:r>
        <w:rPr>
          <w:sz w:val="20"/>
        </w:rPr>
        <w:t>26:39  ke "Innas samawati wal arda kantā ratqan fafataqnahuma waja'alna min al-ma'i kulla shayin hayyin".</w:t>
      </w:r>
      <w:r>
        <w:br/>
      </w:r>
      <w:r>
        <w:rPr>
          <w:sz w:val="20"/>
        </w:rPr>
        <w:t>26:51  yeh hai chapter 21 verse 30</w:t>
      </w:r>
      <w:r>
        <w:br/>
      </w:r>
      <w:r>
        <w:rPr>
          <w:sz w:val="20"/>
        </w:rPr>
        <w:t>26:57  yani Al-Anbiya ki teesri ayat. to is ka, is ka matlab kya hai? is ka tarjuma yeh hai ke "The heavens and the earth were</w:t>
      </w:r>
      <w:r>
        <w:br/>
      </w:r>
      <w:r>
        <w:rPr>
          <w:sz w:val="20"/>
        </w:rPr>
        <w:t>27:14  joint together, then We split them asunder".</w:t>
      </w:r>
      <w:r>
        <w:br/>
      </w:r>
      <w:r>
        <w:rPr>
          <w:sz w:val="20"/>
        </w:rPr>
        <w:t>27:22  yani zameen aur aasman aapas mein jude hue the, phir hum ne is ko alag kar diya. aur phir hum ne pani bana se har cheez banai, zinda cheez.</w:t>
      </w:r>
      <w:r>
        <w:br/>
      </w:r>
      <w:r>
        <w:rPr>
          <w:sz w:val="20"/>
        </w:rPr>
        <w:t>27:34  is mein dekhiye, do lafz istemal hua hai: ratq aur fatq. yani zameen o aasman</w:t>
      </w:r>
      <w:r>
        <w:br/>
      </w:r>
      <w:r>
        <w:rPr>
          <w:sz w:val="20"/>
        </w:rPr>
        <w:t>27:42  is se pehle fatq ratq ki haalat mein the. ratq kehte hain Arabi mein, kehte hain munzamm al-ajza. jaise yeh hai, yeh munzamm al-ajza ek doosre mein juda hua.</w:t>
      </w:r>
      <w:r>
        <w:br/>
      </w:r>
      <w:r>
        <w:rPr>
          <w:sz w:val="20"/>
        </w:rPr>
        <w:t>27:57  muntazim al-ajza yani joint together. to kaisi ajeeb baat hai ke quran yeh keh raha hai ke ibtida mein poora zameen o aasman ka jo mass hai, jo madah hai,</w:t>
      </w:r>
      <w:r>
        <w:br/>
      </w:r>
      <w:r>
        <w:rPr>
          <w:sz w:val="20"/>
        </w:rPr>
        <w:t>28:14  poora ka poora aik aik hi wahid cheez mein aise juda hua tha. ratq ki halat mein tha, yani integrated form mein tha.</w:t>
      </w:r>
      <w:r>
        <w:br/>
      </w:r>
      <w:r>
        <w:rPr>
          <w:sz w:val="20"/>
        </w:rPr>
        <w:t>28:27  phir kya hua? fatq hua. fatq ka mani kehte hain kholna, disintegrate karna. yeh bohat hi ajeeb hui baat hai ke pehle ratq tha, phir fatq hua.</w:t>
      </w:r>
      <w:r>
        <w:br/>
      </w:r>
      <w:r>
        <w:rPr>
          <w:sz w:val="20"/>
        </w:rPr>
        <w:t>28:39  yani pehle sari universe integrated form mein thi, phir is mein disintegration hua.</w:t>
      </w:r>
      <w:r>
        <w:br/>
      </w:r>
      <w:r>
        <w:rPr>
          <w:sz w:val="20"/>
        </w:rPr>
        <w:t>28:48  to yeh ain wahi cheez hai jis ko baad ko science, science ne daryaft kiya big bang ki shakal mein. big bang ki theory yahi hai ke pehle poori kainat aik bohat bade cosmic ball ki surat mein thi.</w:t>
      </w:r>
      <w:r>
        <w:br/>
      </w:r>
      <w:r>
        <w:rPr>
          <w:sz w:val="20"/>
        </w:rPr>
        <w:t>29:04  bohat yani sare particle jo universe mein aaj hain, woh sab ke sab jure hue the. is ko kaha jata hai cosmic ball.</w:t>
      </w:r>
      <w:r>
        <w:br/>
      </w:r>
      <w:r>
        <w:rPr>
          <w:sz w:val="20"/>
        </w:rPr>
        <w:t>29:15  to is mein explosion hua. explosion hua, tab ja kar ke aisa hua ke sare particle bikhar gaye. yahi to hua. ratq tha, phir fatq hua.</w:t>
      </w:r>
      <w:r>
        <w:br/>
      </w:r>
      <w:r>
        <w:rPr>
          <w:sz w:val="20"/>
        </w:rPr>
        <w:t>29:25  ain wahi cheez hai. ratq tha, phir fatq hua. is ke baad farmaya ke "waj alna min al-mai kull shai hai" aur hum ne banaya pani se tamam zindagi zinda cheezon ko.</w:t>
      </w:r>
    </w:p>
    <w:p>
      <w:pPr>
        <w:pStyle w:val="Heading2"/>
      </w:pPr>
      <w:r>
        <w:t>Hadith on cautious piety explained</w:t>
      </w:r>
    </w:p>
    <w:p>
      <w:r>
        <w:rPr>
          <w:color w:val="666666"/>
          <w:sz w:val="18"/>
        </w:rPr>
        <w:t>How to Build a Strong Personality June 14, 2008 Maulana Wahiduddin Khan · 3m 00s · at 1:00 · https://youtu.be/bRWn96tpOIM?t=60</w:t>
      </w:r>
    </w:p>
    <w:p>
      <w:r>
        <w:rPr>
          <w:i/>
        </w:rPr>
        <w:t>“I read a hadith with an important point.”</w:t>
      </w:r>
    </w:p>
    <w:p>
      <w:r>
        <w:rPr>
          <w:sz w:val="20"/>
        </w:rPr>
        <w:t>1:00  yeh theme mujhe is tarah, yeh theme is tarah mere mind mein aayi ke maine ek hadith padhi.</w:t>
      </w:r>
      <w:r>
        <w:br/>
      </w:r>
      <w:r>
        <w:rPr>
          <w:sz w:val="20"/>
        </w:rPr>
        <w:t>1:12  ek hadith hai, is mein bohat important baat kahi gayi hai, aur is ka ta'alluq isi theme se hai. woh hadith, yaani peghambar e islam ka</w:t>
      </w:r>
      <w:r>
        <w:br/>
      </w:r>
      <w:r>
        <w:rPr>
          <w:sz w:val="20"/>
        </w:rPr>
        <w:t>1:26  qawl, is tarah hai ke: "la yablugh al-abd an yakoon min al-muttaqeen hattaida malaa baasbah, hadharmaa bah baas".</w:t>
      </w:r>
      <w:r>
        <w:br/>
      </w:r>
      <w:r>
        <w:rPr>
          <w:sz w:val="20"/>
        </w:rPr>
        <w:t>1:43  yaani koi insaan</w:t>
      </w:r>
      <w:r>
        <w:br/>
      </w:r>
      <w:r>
        <w:rPr>
          <w:sz w:val="20"/>
        </w:rPr>
        <w:t>1:50  baais insaan nahi ban sakta,</w:t>
      </w:r>
      <w:r>
        <w:br/>
      </w:r>
      <w:r>
        <w:rPr>
          <w:sz w:val="20"/>
        </w:rPr>
        <w:t>1:55  koi insaan mutqi insaan nahi ban sakta, yahan tak ke is ka yeh haal ho jaye ke woh</w:t>
      </w:r>
      <w:r>
        <w:br/>
      </w:r>
      <w:r>
        <w:rPr>
          <w:sz w:val="20"/>
        </w:rPr>
        <w:t>2:08  aisi cheezon ko bhi chhod de jis mein bazahir koi kharabi nahi hai, is dar se ke shayad is mein koi kharabi ho.</w:t>
      </w:r>
      <w:r>
        <w:br/>
      </w:r>
      <w:r>
        <w:rPr>
          <w:sz w:val="20"/>
        </w:rPr>
        <w:t>2:23  yaani itna kaishs ho, kaishs. to ek insaan woh hota hai jo careless ho, be parwahi ke sath har tarah ka kaam karta rahe,</w:t>
      </w:r>
      <w:r>
        <w:br/>
      </w:r>
      <w:r>
        <w:rPr>
          <w:sz w:val="20"/>
        </w:rPr>
        <w:t>2:42  jhoot bhi bole, sach bhi bole, yeh bhi kare, woh bhi kare. to yeh hai carelessness. doosra insaan woh hai jo bohat kaishs ho.</w:t>
      </w:r>
      <w:r>
        <w:br/>
      </w:r>
      <w:r>
        <w:rPr>
          <w:sz w:val="20"/>
        </w:rPr>
        <w:t>2:55  kaishs ka matlab hota hai muhtat, yaani koi bhi baat bolna ho, koi kaam karna ho to woh bohat zyada soche,</w:t>
      </w:r>
      <w:r>
        <w:br/>
      </w:r>
      <w:r>
        <w:rPr>
          <w:sz w:val="20"/>
        </w:rPr>
        <w:t>3:11  is ka har response well considered response ho.</w:t>
      </w:r>
      <w:r>
        <w:br/>
      </w:r>
      <w:r>
        <w:rPr>
          <w:sz w:val="20"/>
        </w:rPr>
        <w:t>3:19  woh ek responsible aadmi ki tarah behave kare.</w:t>
      </w:r>
      <w:r>
        <w:br/>
      </w:r>
      <w:r>
        <w:rPr>
          <w:sz w:val="20"/>
        </w:rPr>
        <w:t>3:27  to is hadith se maloom hua ke jo log kaishs honge, bohat zyada care karenge cheezon ka, to woh sirf yahi nahi karenge ke khuli khuli buraiyon se bachenge,</w:t>
      </w:r>
      <w:r>
        <w:br/>
      </w:r>
      <w:r>
        <w:rPr>
          <w:sz w:val="20"/>
        </w:rPr>
        <w:t>3:43  balkeh aisi cheezon se bhi bachenge jo dekhne mein bazahir, apparently, buri na dikhai deti hon, lekin phir bhi is mein koi shubah ho.</w:t>
      </w:r>
    </w:p>
    <w:p>
      <w:pPr>
        <w:pStyle w:val="Heading2"/>
      </w:pPr>
      <w:r>
        <w:t>You belong to God, so eat simply</w:t>
      </w:r>
    </w:p>
    <w:p>
      <w:r>
        <w:rPr>
          <w:color w:val="666666"/>
          <w:sz w:val="18"/>
        </w:rPr>
        <w:t>How To Realise God August 29, 2008 · 2m 46s · at 55:07 · https://youtu.be/cbjyJhhS1vI?t=3307</w:t>
      </w:r>
    </w:p>
    <w:p>
      <w:r>
        <w:rPr>
          <w:i/>
        </w:rPr>
        <w:t>“Raat mere paas telephone aaya ek sahab ka”</w:t>
      </w:r>
    </w:p>
    <w:p>
      <w:r>
        <w:rPr>
          <w:sz w:val="20"/>
        </w:rPr>
        <w:t>55:07  to unhon ne kaha ke woh infection ho gaya hai mere gale mein, aur mein antibiotic le raha hoon.</w:t>
      </w:r>
      <w:r>
        <w:br/>
      </w:r>
      <w:r>
        <w:rPr>
          <w:sz w:val="20"/>
        </w:rPr>
        <w:t>55:16  to mein samajh gaya ke kya qissa hai. woh bachpan se jis ko kehte hain lazeez ghizaein,</w:t>
      </w:r>
      <w:r>
        <w:br/>
      </w:r>
      <w:r>
        <w:rPr>
          <w:sz w:val="20"/>
        </w:rPr>
        <w:t>55:29  mein to ghiza ko lazzat ke liye nahi khata, tasty khane, woh tasty khane ke. to woh to mein samajh gaya ke tasty khane se yeh gala kharab hua hai.</w:t>
      </w:r>
      <w:r>
        <w:br/>
      </w:r>
      <w:r>
        <w:rPr>
          <w:sz w:val="20"/>
        </w:rPr>
        <w:t>55:44  to mein ne kaha aap ko</w:t>
      </w:r>
      <w:r>
        <w:br/>
      </w:r>
      <w:r>
        <w:rPr>
          <w:sz w:val="20"/>
        </w:rPr>
        <w:t>55:52  jis dawa ki zaroorat hai, woh woh nahi hai jo doctor ke haan milta hai, woh dawa khud aap ke paas hai,</w:t>
      </w:r>
      <w:r>
        <w:br/>
      </w:r>
      <w:r>
        <w:rPr>
          <w:sz w:val="20"/>
        </w:rPr>
        <w:t>55:59  woh ek aap apne ko badlein, aur aaj hi se yeh tay karein ke mujhe yeh so called lazeez khane nahi khane hain, tasty food ab nahi lena hai mujhe.</w:t>
      </w:r>
      <w:r>
        <w:br/>
      </w:r>
      <w:r>
        <w:rPr>
          <w:sz w:val="20"/>
        </w:rPr>
        <w:t>56:10  mein ne kaha ke mere mere sage bhai hain Aligarh mein, unhon ne mujhe gift bheja, khalais ghee, bade se dibbe mein bhara hua, aur bahut hi umda qism ka gajar ka halwa, bahut hi khushbudar, is mein to meway hain, kya kya,</w:t>
      </w:r>
      <w:r>
        <w:br/>
      </w:r>
      <w:r>
        <w:rPr>
          <w:sz w:val="20"/>
        </w:rPr>
        <w:t>56:26  khalais ghee aur gajar ka halwa.</w:t>
      </w:r>
      <w:r>
        <w:br/>
      </w:r>
      <w:r>
        <w:rPr>
          <w:sz w:val="20"/>
        </w:rPr>
        <w:t>56:28  mein ne kaha is ko chakh, mein ne chakha bhi nahi. mein ne aap yaqeen karein ke yaani itna le kar chaka bhi nahi, mein ne ke kya kaisa ghee hai, kaisa halwa hai.</w:t>
      </w:r>
      <w:r>
        <w:br/>
      </w:r>
      <w:r>
        <w:rPr>
          <w:sz w:val="20"/>
        </w:rPr>
        <w:t>56:41  to phir mein ne un se kaha ke dekhiye</w:t>
      </w:r>
      <w:r>
        <w:br/>
      </w:r>
      <w:r>
        <w:rPr>
          <w:sz w:val="20"/>
        </w:rPr>
        <w:t>56:46  Quran majeed ki ek aayat yaad rakhiye: "إن الله اشترى من المؤمنين أنفسهم ومالهم الجنة".</w:t>
      </w:r>
      <w:r>
        <w:br/>
      </w:r>
      <w:r>
        <w:rPr>
          <w:sz w:val="20"/>
        </w:rPr>
        <w:t>56:57  yeh Quran ki ek aayat hai ke Khuda ne khareed liya hai woh ahl-e-imaan ko, is liye ke un ko jannat hai akhirat mein.</w:t>
      </w:r>
      <w:r>
        <w:br/>
      </w:r>
      <w:r>
        <w:rPr>
          <w:sz w:val="20"/>
        </w:rPr>
        <w:t>57:06  aap khareeday hue insaan hain, Khuda ne aap ko khareed liya hai, aap apne nahi hain, aap Khuda ke hain. to kaisa aap khana khayein?</w:t>
      </w:r>
      <w:r>
        <w:br/>
      </w:r>
      <w:r>
        <w:rPr>
          <w:sz w:val="20"/>
        </w:rPr>
        <w:t>57:17  yeh aap ko, aap ko is mein koi choice nahi hai, aap ko saada khana khana padega taake gala kharab na ho, taake sehat kharab na ho, taake wazan na badhe,</w:t>
      </w:r>
      <w:r>
        <w:br/>
      </w:r>
      <w:r>
        <w:rPr>
          <w:sz w:val="20"/>
        </w:rPr>
        <w:t>57:27  taake aap Khuda ke deen ka kaam kar sakein.</w:t>
      </w:r>
      <w:r>
        <w:br/>
      </w:r>
      <w:r>
        <w:rPr>
          <w:sz w:val="20"/>
        </w:rPr>
        <w:t>57:33  to mein ne kaha aap, aap, mein aur aap, aur jo bhi yeh kehta hai ke mein sahab-e-imaan hoon, us ko Khuda ne khareed liya hai, woh khareeda hua insaan hai, us ko wahi kaam karna hai jo Khuda chahta hai, us ka apna koi choice nahi hai.</w:t>
      </w:r>
    </w:p>
    <w:p>
      <w:pPr>
        <w:pStyle w:val="Heading2"/>
      </w:pPr>
      <w:r>
        <w:t>Death as a reminder for the living</w:t>
      </w:r>
    </w:p>
    <w:p>
      <w:r>
        <w:rPr>
          <w:color w:val="666666"/>
          <w:sz w:val="18"/>
        </w:rPr>
        <w:t>On Death 20 July 2019 - Maulana Wahiduddin Khan · 1m 44s · at 9:34 · https://youtu.be/jiJMaIOYb84?t=574</w:t>
      </w:r>
    </w:p>
    <w:p>
      <w:r>
        <w:rPr>
          <w:i/>
        </w:rPr>
        <w:t>“Maut ek aisa reminder hai”</w:t>
      </w:r>
    </w:p>
    <w:p>
      <w:r>
        <w:rPr>
          <w:sz w:val="20"/>
        </w:rPr>
        <w:t>9:34  maut ek aisa reminder hai, ek aisa reminder hai</w:t>
      </w:r>
      <w:r>
        <w:br/>
      </w:r>
      <w:r>
        <w:rPr>
          <w:sz w:val="20"/>
        </w:rPr>
        <w:t>9:42  jo achaanak aata hai aur insaan ko batata hai</w:t>
      </w:r>
      <w:r>
        <w:br/>
      </w:r>
      <w:r>
        <w:rPr>
          <w:sz w:val="20"/>
        </w:rPr>
        <w:t>9:53  keh ab tumhara waqt khatm ho chuka hai, ab tumhein peshi hai tumhare khalq, khalq ke saamne.</w:t>
      </w:r>
      <w:r>
        <w:br/>
      </w:r>
      <w:r>
        <w:rPr>
          <w:sz w:val="20"/>
        </w:rPr>
        <w:t>10:02  ab chalo khalq ke saath saamne, ab khatm tumhara.</w:t>
      </w:r>
      <w:r>
        <w:br/>
      </w:r>
      <w:r>
        <w:rPr>
          <w:sz w:val="20"/>
        </w:rPr>
        <w:t>10:11  theek kaisa ajeeb lamha hoga</w:t>
      </w:r>
      <w:r>
        <w:br/>
      </w:r>
      <w:r>
        <w:rPr>
          <w:sz w:val="20"/>
        </w:rPr>
        <w:t>10:18  jo har insaan par aayega, shayad shia rasheed ho ya aur aur koi insaan ho.</w:t>
      </w:r>
      <w:r>
        <w:br/>
      </w:r>
      <w:r>
        <w:rPr>
          <w:sz w:val="20"/>
        </w:rPr>
        <w:t>10:32  to har maut, chahe kisi ki maut bhi ho, woh aadmi jo mara, mar gaya, woh to chala gaya, lekin rehne walon ke liye jo message chhodta hai,</w:t>
      </w:r>
      <w:r>
        <w:br/>
      </w:r>
      <w:r>
        <w:rPr>
          <w:sz w:val="20"/>
        </w:rPr>
        <w:t>10:50  chahe woh is insaan. to bhi isi tarah jaana aur jaane wala hai.</w:t>
      </w:r>
      <w:r>
        <w:br/>
      </w:r>
      <w:r>
        <w:rPr>
          <w:sz w:val="20"/>
        </w:rPr>
        <w:t>10:58  har marne wala khud to chala jata hai, lekin zinda logon ke liye woh message chhod jata hai ke tum ko bhi isi tarah jaana hai.</w:t>
      </w:r>
    </w:p>
    <w:p>
      <w:pPr>
        <w:pStyle w:val="Heading2"/>
      </w:pPr>
      <w:r>
        <w:t>the modern Muslim world never wrote for today's mind</w:t>
      </w:r>
    </w:p>
    <w:p>
      <w:r>
        <w:rPr>
          <w:color w:val="666666"/>
          <w:sz w:val="18"/>
        </w:rPr>
        <w:t>The Companions and the Hadith Scholars June 24, 2012 · 2m 25s · at 28:52 · https://youtu.be/Dj4QiYnxgBs?t=1732</w:t>
      </w:r>
    </w:p>
    <w:p>
      <w:r>
        <w:rPr>
          <w:i/>
        </w:rPr>
        <w:t>“Modern civilization mein ek bohot bara kaam karna tha”</w:t>
      </w:r>
    </w:p>
    <w:p>
      <w:r>
        <w:rPr>
          <w:sz w:val="20"/>
        </w:rPr>
        <w:t>28:52  modern civilization mein ek bohat bari kaam karna tha.</w:t>
      </w:r>
      <w:r>
        <w:br/>
      </w:r>
      <w:r>
        <w:rPr>
          <w:sz w:val="20"/>
        </w:rPr>
        <w:t>28:57  woh kya tha? aaj ke mind jo hai, aaj ke insaan ke jo mind hai, us ko address karne wala literature, aaj ke mind ko address karne wala islami literature, yeh bohat hi bara kaam tha.</w:t>
      </w:r>
      <w:r>
        <w:br/>
      </w:r>
      <w:r>
        <w:rPr>
          <w:sz w:val="20"/>
        </w:rPr>
        <w:t>29:13  bohat bara kaam tha. jis tarah se muhaddiseen ne is zamane ke lehaz se hadithon ko jama kiya aur book formon ko ikattha kiya,</w:t>
      </w:r>
      <w:r>
        <w:br/>
      </w:r>
      <w:r>
        <w:rPr>
          <w:sz w:val="20"/>
        </w:rPr>
        <w:t>29:23  aisi is zamane mein zaroorat thi ke daur haazir ko parha jae, modern civilization ko samjha jae, aaj ke taqaze ko samjha jae, daur jadeed ki zaban ko seekha jae aur phir ek taqatwar literature tayyar kiya jae jo aaj ke insaan ke mind ko address kar sake.</w:t>
      </w:r>
      <w:r>
        <w:br/>
      </w:r>
      <w:r>
        <w:rPr>
          <w:sz w:val="20"/>
        </w:rPr>
        <w:t>29:42  lekin yeh kaam nahi hua. yaani main wahid akela ek shakhs hoon jis ne is kaam mein apni koshish ko sirf kiya.</w:t>
      </w:r>
      <w:r>
        <w:br/>
      </w:r>
      <w:r>
        <w:rPr>
          <w:sz w:val="20"/>
        </w:rPr>
        <w:t>29:51  poora muslim world is se khali hai. kyun khali hai? kyun khali hai? yeh bohat sochne ki baat hai. yeh saada baat nahi hai.</w:t>
      </w:r>
      <w:r>
        <w:br/>
      </w:r>
      <w:r>
        <w:rPr>
          <w:sz w:val="20"/>
        </w:rPr>
        <w:t>30:03  is liye khali hai ke sare jo azan the, sare jo ulma the, woh log jo kuch kar sakte the, woh mashgool ho gaye political takrao mein.</w:t>
      </w:r>
      <w:r>
        <w:br/>
      </w:r>
      <w:r>
        <w:rPr>
          <w:sz w:val="20"/>
        </w:rPr>
        <w:t>30:13  woh sab nafrat karna, un se takrao karna, un ko mitana, isi mein lag gaye, is mein lag gaye.</w:t>
      </w:r>
      <w:r>
        <w:br/>
      </w:r>
      <w:r>
        <w:rPr>
          <w:sz w:val="20"/>
        </w:rPr>
        <w:t>30:25  sab ke sab one to all, sab ka jo hai wahid concern ban gaya kya? ke maghribi taqaton ko zair karna, western civilization ko shikast dena aur un se larr kar un ka khatma karna.</w:t>
      </w:r>
      <w:r>
        <w:br/>
      </w:r>
      <w:r>
        <w:rPr>
          <w:sz w:val="20"/>
        </w:rPr>
        <w:t>30:42  bas yahi.</w:t>
      </w:r>
      <w:r>
        <w:br/>
      </w:r>
      <w:r>
        <w:rPr>
          <w:sz w:val="20"/>
        </w:rPr>
        <w:t>30:43  to nateeja kya hua? nateeja kya hua ke woh kaam bilkul kar hi nahi sake jo matloob tha aaj. ab isi ko milaiye muhaddiseen se ke muhaddiseen ne jo kaam nahi kiya, us ko unhon ne kar dala.</w:t>
      </w:r>
      <w:r>
        <w:br/>
      </w:r>
      <w:r>
        <w:rPr>
          <w:sz w:val="20"/>
        </w:rPr>
        <w:t>31:00  muhaddiseen ke model mein jo kaam na karne wala tha, us ko unhon ne kar dala.</w:t>
      </w:r>
      <w:r>
        <w:br/>
      </w:r>
      <w:r>
        <w:rPr>
          <w:sz w:val="20"/>
        </w:rPr>
        <w:t>31:07  woh kya? muhaddiseen ke daur mein woh saare masle thay jis ko aaj hum kehte hain, jis ko hum aaj istemaar kehte hain.</w:t>
      </w:r>
    </w:p>
    <w:p>
      <w:pPr>
        <w:pStyle w:val="Heading2"/>
      </w:pPr>
      <w:r>
        <w:t>Qur'an's language proves it isn't the Prophet's own words</w:t>
      </w:r>
    </w:p>
    <w:p>
      <w:r>
        <w:rPr>
          <w:color w:val="666666"/>
          <w:sz w:val="18"/>
        </w:rPr>
        <w:t>In Conversation with Maulana Wahiduddin Khan English · 2m 04s · at 1:07:28 · https://youtu.be/QZrkP8Z3Fv8?t=4048</w:t>
      </w:r>
    </w:p>
    <w:p>
      <w:r>
        <w:rPr>
          <w:i/>
        </w:rPr>
        <w:t>“No, the Qur'an was revealed by God”</w:t>
      </w:r>
    </w:p>
    <w:p>
      <w:r>
        <w:rPr>
          <w:sz w:val="20"/>
        </w:rPr>
        <w:t>1:07:28  Maulana, is it not true that the Qur'an is the handiwork of Prophet Muhammad and not God? No, the Qur'an was revealed by God.</w:t>
      </w:r>
      <w:r>
        <w:br/>
      </w:r>
      <w:r>
        <w:rPr>
          <w:sz w:val="20"/>
        </w:rPr>
        <w:t>1:07:41  There is no doubt about it.</w:t>
      </w:r>
      <w:r>
        <w:br/>
      </w:r>
      <w:r>
        <w:rPr>
          <w:sz w:val="20"/>
        </w:rPr>
        <w:t>1:07:46  And a very simple verification of this fact is that if you know Arabic language and you read the Qur'an and Hadith both, so Hadith is sayings of the Prophet.</w:t>
      </w:r>
      <w:r>
        <w:br/>
      </w:r>
      <w:r>
        <w:rPr>
          <w:sz w:val="20"/>
        </w:rPr>
        <w:t>1:08:07  The Qur'an is the revealed</w:t>
      </w:r>
      <w:r>
        <w:br/>
      </w:r>
      <w:r>
        <w:rPr>
          <w:sz w:val="20"/>
        </w:rPr>
        <w:t>1:08:13  the Qur'an was received by the Prophet by revelation. So, you will find a great difference between great difference in the language of the Qur'an and the language of Hadith.</w:t>
      </w:r>
      <w:r>
        <w:br/>
      </w:r>
      <w:r>
        <w:rPr>
          <w:sz w:val="20"/>
        </w:rPr>
        <w:t>1:08:28  How can one person use two different languages?</w:t>
      </w:r>
      <w:r>
        <w:br/>
      </w:r>
      <w:r>
        <w:rPr>
          <w:sz w:val="20"/>
        </w:rPr>
        <w:t>1:08:36  It is impossible. One can speak</w:t>
      </w:r>
      <w:r>
        <w:br/>
      </w:r>
      <w:r>
        <w:rPr>
          <w:sz w:val="20"/>
        </w:rPr>
        <w:t>1:08:43  different languages like Russian, French, German. But here is the question of style. The style of the Qur'an is quite different from that of Hadith style.</w:t>
      </w:r>
      <w:r>
        <w:br/>
      </w:r>
      <w:r>
        <w:rPr>
          <w:sz w:val="20"/>
        </w:rPr>
        <w:t>1:08:56  Hadith seems to be a language of a human being. But the Qur'an seems to be a language of God</w:t>
      </w:r>
      <w:r>
        <w:br/>
      </w:r>
      <w:r>
        <w:rPr>
          <w:sz w:val="20"/>
        </w:rPr>
        <w:t>1:09:04  . So, everyone who knows the Arabic language will not doubt when he sees this difference between the two books.</w:t>
      </w:r>
      <w:r>
        <w:br/>
      </w:r>
      <w:r>
        <w:rPr>
          <w:sz w:val="20"/>
        </w:rPr>
        <w:t>1:09:18  Quite different. Very, very different. So, how can one speak in double style?</w:t>
      </w:r>
      <w:r>
        <w:br/>
      </w:r>
      <w:r>
        <w:rPr>
          <w:sz w:val="20"/>
        </w:rPr>
        <w:t>1:09:30  It is impossible.</w:t>
      </w:r>
    </w:p>
    <w:p>
      <w:pPr>
        <w:pStyle w:val="Heading2"/>
      </w:pPr>
      <w:r>
        <w:t>Government force can't end violence people see as justified</w:t>
      </w:r>
    </w:p>
    <w:p>
      <w:r>
        <w:rPr>
          <w:color w:val="666666"/>
          <w:sz w:val="18"/>
        </w:rPr>
        <w:t>Political Interpretation of Islam January 26, 2014 · 1m 25s · at 33:19 · https://youtu.be/hXKqLTQcOzw?t=1999</w:t>
      </w:r>
    </w:p>
    <w:p>
      <w:r>
        <w:rPr>
          <w:i/>
        </w:rPr>
        <w:t>“You can never end justified violence with government power”</w:t>
      </w:r>
    </w:p>
    <w:p>
      <w:r>
        <w:rPr>
          <w:sz w:val="20"/>
        </w:rPr>
        <w:t>33:19  to kabhi bhi yaad rakhiye, justified violence ko kabhi bhi aap hukoomat ki taqat say khatam nahi kar saktay.</w:t>
      </w:r>
      <w:r>
        <w:br/>
      </w:r>
      <w:r>
        <w:rPr>
          <w:sz w:val="20"/>
        </w:rPr>
        <w:t>33:30  is ke justification ko chheenana paray ga aap ko. jis justification ko lar raha hai, us ko chheenana paray ga</w:t>
      </w:r>
      <w:r>
        <w:br/>
      </w:r>
      <w:r>
        <w:rPr>
          <w:sz w:val="20"/>
        </w:rPr>
        <w:t>33:35  in se. woh dimagh se nikalna paray ga. un ke way of thinking ko badalna paray ga.</w:t>
      </w:r>
      <w:r>
        <w:br/>
      </w:r>
      <w:r>
        <w:rPr>
          <w:sz w:val="20"/>
        </w:rPr>
        <w:t>33:44  batana paray ga ke un ka interpretation jo hai, bilkul false hai, galat hai.</w:t>
      </w:r>
      <w:r>
        <w:br/>
      </w:r>
      <w:r>
        <w:rPr>
          <w:sz w:val="20"/>
        </w:rPr>
        <w:t>33:52  to yeh aik two fold mission hai. two fold mission.</w:t>
      </w:r>
      <w:r>
        <w:br/>
      </w:r>
      <w:r>
        <w:rPr>
          <w:sz w:val="20"/>
        </w:rPr>
        <w:t>33:58  yani aik taraf, yani muslim dunya ko bachanay ke liye, is volcano se bachanay ke liye, is waqt sab se bara kaam yahi hai ke aap aik two fold mission chalain.</w:t>
      </w:r>
      <w:r>
        <w:br/>
      </w:r>
      <w:r>
        <w:rPr>
          <w:sz w:val="20"/>
        </w:rPr>
        <w:t>34:15  sab se bara kaam. kyun ke muslim dunya bilkul tabahi ke aakhir karne puhanch chuki hai.</w:t>
      </w:r>
      <w:r>
        <w:br/>
      </w:r>
      <w:r>
        <w:rPr>
          <w:sz w:val="20"/>
        </w:rPr>
        <w:t>34:26  dekhiye, aik aik usool yeh hai ke bahir ke dushmanon se bachna aasan hai, andar ke dushmanon se bachna namumkin hai.</w:t>
      </w:r>
      <w:r>
        <w:br/>
      </w:r>
      <w:r>
        <w:rPr>
          <w:sz w:val="20"/>
        </w:rPr>
        <w:t>34:35  yeh andar ke dushman ban chukay hain. har mulk mein Islam ke naam par group banay huay hain. aur woh kahin sabversive activities kar rahay hain.</w:t>
      </w:r>
    </w:p>
    <w:p>
      <w:pPr>
        <w:pStyle w:val="Heading2"/>
      </w:pPr>
      <w:r>
        <w:t>Hasan Nizami's modesty impresses the Nawab of Hyderabad</w:t>
      </w:r>
    </w:p>
    <w:p>
      <w:r>
        <w:rPr>
          <w:color w:val="666666"/>
          <w:sz w:val="18"/>
        </w:rPr>
        <w:t>What is Dua (Only Lecture) April 26, 2009 Maulana Wahiduddin Khan · 2m 48s · at 49:55 · https://youtu.be/JxIR0o_C7GM?t=2995</w:t>
      </w:r>
    </w:p>
    <w:p>
      <w:r>
        <w:rPr>
          <w:i/>
        </w:rPr>
        <w:t>“Hasan Nizami jo the, bade achhe writer the”</w:t>
      </w:r>
    </w:p>
    <w:p>
      <w:r>
        <w:rPr>
          <w:sz w:val="20"/>
        </w:rPr>
        <w:t>49:55  main ne aik qissa parha, yeh Hasan Nizami jo thay, is ke jo dargah yahan par hai, to un ke bete thay jo Hazrat Ziauddin Owlia jo thay, un ke bete thay Hasan Nizami.</w:t>
      </w:r>
      <w:r>
        <w:br/>
      </w:r>
      <w:r>
        <w:rPr>
          <w:sz w:val="20"/>
        </w:rPr>
        <w:t>50:14  woh baray achhe writer thay aur khud bhi woh sufi peer thay. Woh to British period mein jo Nawab Hyderabad aik bar Delhi aaye,</w:t>
      </w:r>
      <w:r>
        <w:br/>
      </w:r>
      <w:r>
        <w:rPr>
          <w:sz w:val="20"/>
        </w:rPr>
        <w:t>50:25  aap jante hon ke in logon ka is zamane mein Raja aur Nawab logon ka salon hua karta tha. Salon train mein jora jata tha, un ko aik alag dibba hota tha, us mein chalte thay.</w:t>
      </w:r>
      <w:r>
        <w:br/>
      </w:r>
      <w:r>
        <w:rPr>
          <w:sz w:val="20"/>
        </w:rPr>
        <w:t>50:34  woh to un ki to poori gaari aayi thi jo Nizam Hyderabad ka apna railway tha, wahan railway system ka tha, apna khud ka.</w:t>
      </w:r>
      <w:r>
        <w:br/>
      </w:r>
      <w:r>
        <w:rPr>
          <w:sz w:val="20"/>
        </w:rPr>
        <w:t>50:44  to aik poora mulk tha. To khair, woh gaari aayi, thehri Nizamuddin, yeh yeh New Delhi railway station par British period mein.</w:t>
      </w:r>
      <w:r>
        <w:br/>
      </w:r>
      <w:r>
        <w:rPr>
          <w:sz w:val="20"/>
        </w:rPr>
        <w:t>50:56  to Hasan Nizami jo thay, woh un se milne ke liye station pohnch gaye thay. To ja kar ke dibbay ke paas khare hogaye.</w:t>
      </w:r>
      <w:r>
        <w:br/>
      </w:r>
      <w:r>
        <w:rPr>
          <w:sz w:val="20"/>
        </w:rPr>
        <w:t>51:08  ab police walay aaye to un ko daant tapar ke peechay bhaga diya. Woh usay pehchanen, kon aadmi hai, aik dam peechay khara kar diya. Ab bohat se log line mein khare hue thay milne ke liye Nawab sahib ke.</w:t>
      </w:r>
      <w:r>
        <w:br/>
      </w:r>
      <w:r>
        <w:rPr>
          <w:sz w:val="20"/>
        </w:rPr>
        <w:t>51:22  to pehle to to aage khare hue thay,</w:t>
      </w:r>
      <w:r>
        <w:br/>
      </w:r>
      <w:r>
        <w:rPr>
          <w:sz w:val="20"/>
        </w:rPr>
        <w:t>51:25  ab woh unhon ne koi larai bhadai nahin ki, koi daant tapar nahin ki, koi kali gol kuch nahin kiya, chup chap ja ke peechay khare hogaye. Bahut hi modest aadmi thay woh, kuch bhi police se jhagda nahin kiya,</w:t>
      </w:r>
      <w:r>
        <w:br/>
      </w:r>
      <w:r>
        <w:rPr>
          <w:sz w:val="20"/>
        </w:rPr>
        <w:t>51:41  peechay khare hogaye.</w:t>
      </w:r>
      <w:r>
        <w:br/>
      </w:r>
      <w:r>
        <w:rPr>
          <w:sz w:val="20"/>
        </w:rPr>
        <w:t>51:43  achha, Nawab Nawab Hyderabad jo thay, woh un ko pehchante thay by face. To jab woh apni salon se bahar aaye to nazar dorai to dekha ke Hasan Nizami peechay khare hain.</w:t>
      </w:r>
      <w:r>
        <w:br/>
      </w:r>
      <w:r>
        <w:rPr>
          <w:sz w:val="20"/>
        </w:rPr>
        <w:t>52:03  jante hain kya hua?</w:t>
      </w:r>
      <w:r>
        <w:br/>
      </w:r>
      <w:r>
        <w:rPr>
          <w:sz w:val="20"/>
        </w:rPr>
        <w:t>52:08  khud chal kar ke un ke paas pohanchay, woh Hasan Nizami ke paas.</w:t>
      </w:r>
      <w:r>
        <w:br/>
      </w:r>
      <w:r>
        <w:rPr>
          <w:sz w:val="20"/>
        </w:rPr>
        <w:t>52:13  Nawab Hyderabad jo thay, khud chal kar un ke paas pohanchay, un ko apne sath laye. Yeh hai modesty. Aaj kal kya hai, log larnay jhagnay lagte hain, zara si baat ho, larnay lagenge.</w:t>
      </w:r>
      <w:r>
        <w:br/>
      </w:r>
      <w:r>
        <w:rPr>
          <w:sz w:val="20"/>
        </w:rPr>
        <w:t>52:28  modesty khud mein bahut bari valuable cheez hai, lekin log is ki qeemat nahin jante.</w:t>
      </w:r>
    </w:p>
    <w:p>
      <w:pPr>
        <w:pStyle w:val="Heading2"/>
      </w:pPr>
      <w:r>
        <w:t>Sun, earth, moon size comparison reveals divine precision</w:t>
      </w:r>
    </w:p>
    <w:p>
      <w:r>
        <w:rPr>
          <w:color w:val="666666"/>
          <w:sz w:val="18"/>
        </w:rPr>
        <w:t>From Superstition to Science April 19, 2009 · 2m 50s · at 16:31 · https://youtu.be/GvCoNSjZlGE?t=991</w:t>
      </w:r>
    </w:p>
    <w:p>
      <w:r>
        <w:rPr>
          <w:i/>
        </w:rPr>
        <w:t>“Suraj ko Himalaya ke barabar maanein to zameen football ke barabar”</w:t>
      </w:r>
    </w:p>
    <w:p>
      <w:r>
        <w:rPr>
          <w:sz w:val="20"/>
        </w:rPr>
        <w:t>16:31  yani suraj ko agar aap himalaya pahad ke barabar manen to zameen football ke barabar hogi, ek gend ke barabar hogi.</w:t>
      </w:r>
      <w:r>
        <w:br/>
      </w:r>
      <w:r>
        <w:rPr>
          <w:sz w:val="20"/>
        </w:rPr>
        <w:t>16:43  aur phir chand to ek sarson ke barabar hoga, sarson se bhi chhota hoga. itna size mein difference hai. lekin kya hota hai?</w:t>
      </w:r>
      <w:r>
        <w:br/>
      </w:r>
      <w:r>
        <w:rPr>
          <w:sz w:val="20"/>
        </w:rPr>
        <w:t>16:52  moving state mein hai sab, move kar rahe hain.</w:t>
      </w:r>
      <w:r>
        <w:br/>
      </w:r>
      <w:r>
        <w:rPr>
          <w:sz w:val="20"/>
        </w:rPr>
        <w:t>16:58  to yeh ek phenomenon hai, bahut anokha phenomenon, astronomical phenomenon ke yeh is ko hum keh sakte hain ke well calculated positioning of three moving bodies in the space.</w:t>
      </w:r>
      <w:r>
        <w:br/>
      </w:r>
      <w:r>
        <w:rPr>
          <w:sz w:val="20"/>
        </w:rPr>
        <w:t>17:18  ke teen moving bodies jo hain, un ko bahut hi zyada right proportion mein, un ke distance ko aisa laya jata hai ke hum hamare dekhne mein barabar lagte hain.</w:t>
      </w:r>
      <w:r>
        <w:br/>
      </w:r>
      <w:r>
        <w:rPr>
          <w:sz w:val="20"/>
        </w:rPr>
        <w:t>17:29  wo agar hum ko dekhne mein barabar na lagen to grehan bhi nahi hoga. agar hum cheezon ko is ke asal real size ke aitbar se dekhen to kabhi grehan nahi hoga.</w:t>
      </w:r>
      <w:r>
        <w:br/>
      </w:r>
      <w:r>
        <w:rPr>
          <w:sz w:val="20"/>
        </w:rPr>
        <w:t>17:44  wo kahin bhi hon, samne hon ya peeche hon ya aage hon, to grehan nahi lage ga. kyun ke grehan naam hai hamare dekhne ka. space mein koi cheez nahi hoti, hamare dekhne ke lehaz se hoti hai.</w:t>
      </w:r>
      <w:r>
        <w:br/>
      </w:r>
      <w:r>
        <w:rPr>
          <w:sz w:val="20"/>
        </w:rPr>
        <w:t>17:59  to yeh hai well calculated positioning of three moving bodies in the space.</w:t>
      </w:r>
      <w:r>
        <w:br/>
      </w:r>
      <w:r>
        <w:rPr>
          <w:sz w:val="20"/>
        </w:rPr>
        <w:t>18:08  aaj ka jo insaan, jis ka framework scientific framework hai, jab is tarah se wo is ko leta hai to wahi baat jo rasool Allah ne kahi thi, us ko billion time zyada mehsoos hota hai ke kaisa ajeeb hai wo khuda.</w:t>
      </w:r>
      <w:r>
        <w:br/>
      </w:r>
      <w:r>
        <w:rPr>
          <w:sz w:val="20"/>
        </w:rPr>
        <w:t>18:24  us waqt bhi insaan ne jana tha ke kaisa ajeeb hai wo khuda jo roshan bodies ko roshni chheen leta hai, andhera kar deta hai.</w:t>
      </w:r>
      <w:r>
        <w:br/>
      </w:r>
      <w:r>
        <w:rPr>
          <w:sz w:val="20"/>
        </w:rPr>
        <w:t>18:34  is sense mein liya tha insan ne ke woh khuda kaisa ajeeb hai, kitni qudrat hai is ki ke roshan bodies jo hain, un mein andhera chha gaya.</w:t>
      </w:r>
      <w:r>
        <w:br/>
      </w:r>
      <w:r>
        <w:rPr>
          <w:sz w:val="20"/>
        </w:rPr>
        <w:t>18:46  kaisi ajeeb baat hai ke aaj jab insan is tarah sochta hai ke teen moving bodies itne ajeeb tareeqe se ek seedh mein laai jaati hain, ek seedh mein un ka distance e</w:t>
      </w:r>
      <w:r>
        <w:br/>
      </w:r>
      <w:r>
        <w:rPr>
          <w:sz w:val="20"/>
        </w:rPr>
        <w:t>19:01  sa hota hai, hamara dekhna is tarah hota hai ke woh teeno size mein barabar dikhai dete hain hum ko, aur phir guran parta hai.</w:t>
      </w:r>
      <w:r>
        <w:br/>
      </w:r>
      <w:r>
        <w:rPr>
          <w:sz w:val="20"/>
        </w:rPr>
        <w:t>19:12  to wahi cheez khuda ki glory ka ehsaas jo insan ko pehle hota tha, woh aaj billion time zyada hota hai.</w:t>
      </w:r>
    </w:p>
    <w:p>
      <w:pPr>
        <w:pStyle w:val="Heading2"/>
      </w:pPr>
      <w:r>
        <w:t>wrong-target theory: why Muslims turn to violence</w:t>
      </w:r>
    </w:p>
    <w:p>
      <w:r>
        <w:rPr>
          <w:color w:val="666666"/>
          <w:sz w:val="18"/>
        </w:rPr>
        <w:t>Peace and Violence June 06, 2009 · 2m 40s · at 5:13 · https://youtu.be/OUXCF-40RGY?t=313</w:t>
      </w:r>
    </w:p>
    <w:p>
      <w:r>
        <w:rPr>
          <w:i/>
        </w:rPr>
        <w:t>“Why do Muslims turn violent? According to my analysis...”</w:t>
      </w:r>
    </w:p>
    <w:p>
      <w:r>
        <w:rPr>
          <w:sz w:val="20"/>
        </w:rPr>
        <w:t>5:13  in Islamic scheme. so why Muslims turn violent?</w:t>
      </w:r>
      <w:r>
        <w:br/>
      </w:r>
      <w:r>
        <w:rPr>
          <w:sz w:val="20"/>
        </w:rPr>
        <w:t>5:25  according to my analysis, this is due to wrong target.</w:t>
      </w:r>
      <w:r>
        <w:br/>
      </w:r>
      <w:r>
        <w:rPr>
          <w:sz w:val="20"/>
        </w:rPr>
        <w:t>5:40  it is setting wrong target that leads through violence.</w:t>
      </w:r>
      <w:r>
        <w:br/>
      </w:r>
      <w:r>
        <w:rPr>
          <w:sz w:val="20"/>
        </w:rPr>
        <w:t>5:49  present muslims want justice, or they want to establish better system, or they want to get some rights.</w:t>
      </w:r>
      <w:r>
        <w:br/>
      </w:r>
      <w:r>
        <w:rPr>
          <w:sz w:val="20"/>
        </w:rPr>
        <w:t>6:09  i have read a lot of those literatures produced by these people</w:t>
      </w:r>
      <w:r>
        <w:br/>
      </w:r>
      <w:r>
        <w:rPr>
          <w:sz w:val="20"/>
        </w:rPr>
        <w:t>6:16  . also, happen to meet a number of those violent people. if you ask why you are violent, they will say</w:t>
      </w:r>
      <w:r>
        <w:br/>
      </w:r>
      <w:r>
        <w:rPr>
          <w:sz w:val="20"/>
        </w:rPr>
        <w:t>6:34  that we are denied of our rights. give our rights, and we will give you peace.</w:t>
      </w:r>
      <w:r>
        <w:br/>
      </w:r>
      <w:r>
        <w:rPr>
          <w:sz w:val="20"/>
        </w:rPr>
        <w:t>6:44  for example, we are denied of justice. so, give us justice, and will give you peace. this kind of</w:t>
      </w:r>
      <w:r>
        <w:br/>
      </w:r>
      <w:r>
        <w:rPr>
          <w:sz w:val="20"/>
        </w:rPr>
        <w:t>6:58  argument is completely wrong. completely wrong. because justice is not part of peace.</w:t>
      </w:r>
      <w:r>
        <w:br/>
      </w:r>
      <w:r>
        <w:rPr>
          <w:sz w:val="20"/>
        </w:rPr>
        <w:t>7:14  you cannot obtain justice from peace. no, peace only gives you opportunity, and then by availing all these opportunities,</w:t>
      </w:r>
      <w:r>
        <w:br/>
      </w:r>
      <w:r>
        <w:rPr>
          <w:sz w:val="20"/>
        </w:rPr>
        <w:t>7:29  you can achieve justice or any other thing in term of right or in term of system.</w:t>
      </w:r>
      <w:r>
        <w:br/>
      </w:r>
      <w:r>
        <w:rPr>
          <w:sz w:val="20"/>
        </w:rPr>
        <w:t>7:41  so,</w:t>
      </w:r>
      <w:r>
        <w:br/>
      </w:r>
      <w:r>
        <w:rPr>
          <w:sz w:val="20"/>
        </w:rPr>
        <w:t>7:47  the this thing, the very thinking is wrong.</w:t>
      </w:r>
    </w:p>
    <w:p>
      <w:pPr>
        <w:pStyle w:val="Heading2"/>
      </w:pPr>
      <w:r>
        <w:t>Literal meaning of the verse: no wages, no pretense</w:t>
      </w:r>
    </w:p>
    <w:p>
      <w:r>
        <w:rPr>
          <w:color w:val="666666"/>
          <w:sz w:val="18"/>
        </w:rPr>
        <w:t>Character of A Dayee January 29, 2014 · 2m 11s · at 1:18 · https://youtu.be/HiPTrIHGmTE?t=78</w:t>
      </w:r>
    </w:p>
    <w:p>
      <w:r>
        <w:rPr>
          <w:i/>
        </w:rPr>
        <w:t>“Is ayat ka lafzi tarjuma yeh hai”</w:t>
      </w:r>
    </w:p>
    <w:p>
      <w:r>
        <w:rPr>
          <w:sz w:val="20"/>
        </w:rPr>
        <w:t>1:18  Dekhiye is ayat ka jo lafzi tarjuma hai woh toh yeh hai ke paighambar ki zuban se yeh baat hai ke kaho, yani apne mukhatebeen se kaho ke main tum se is kaam par koi ajr nahi chahta, ajr ka matlab wages,</w:t>
      </w:r>
      <w:r>
        <w:br/>
      </w:r>
      <w:r>
        <w:rPr>
          <w:sz w:val="20"/>
        </w:rPr>
        <w:t>1:41  is par koi ajr, koi wages nahi chahta, aur main koi mutakallif aadmi nahi hoon.</w:t>
      </w:r>
      <w:r>
        <w:br/>
      </w:r>
      <w:r>
        <w:rPr>
          <w:sz w:val="20"/>
        </w:rPr>
        <w:t>1:53  is aayat ko is waqt aap samajh payenge jab aap</w:t>
      </w:r>
      <w:r>
        <w:br/>
      </w:r>
      <w:r>
        <w:rPr>
          <w:sz w:val="20"/>
        </w:rPr>
        <w:t>1:59  is ki gehrai mein utar kar use dekhen. asal mein yeh jo do hissa hai is aayat ka,</w:t>
      </w:r>
      <w:r>
        <w:br/>
      </w:r>
      <w:r>
        <w:rPr>
          <w:sz w:val="20"/>
        </w:rPr>
        <w:t>2:08  to ek hi haqeeqat ke do pehluon ko bayan kiya gaya hai. pehla tukda aur doosra tukda dono alag alag nahi hain, ek hi haqeeqat ke do pehlu hain.</w:t>
      </w:r>
      <w:r>
        <w:br/>
      </w:r>
      <w:r>
        <w:rPr>
          <w:sz w:val="20"/>
        </w:rPr>
        <w:t>2:24  pehla jo hissa hai ke kaho ke main tum se koi ajr nahi chahta, to yeh batata hai ke yeh ek selfless person ka kaam hai.</w:t>
      </w:r>
      <w:r>
        <w:br/>
      </w:r>
      <w:r>
        <w:rPr>
          <w:sz w:val="20"/>
        </w:rPr>
        <w:t>2:39  yani peghambar bata raha hai ke main tum se mujhe koi wages nahi lena hai, koi badla nahi lena hai, koi shohrat nahi lena hai tum se.</w:t>
      </w:r>
      <w:r>
        <w:br/>
      </w:r>
      <w:r>
        <w:rPr>
          <w:sz w:val="20"/>
        </w:rPr>
        <w:t>2:51  koi tumhari taraf se mujhe koi</w:t>
      </w:r>
      <w:r>
        <w:br/>
      </w:r>
      <w:r>
        <w:rPr>
          <w:sz w:val="20"/>
        </w:rPr>
        <w:t>2:57  kisi cheez ki umeed nahi rakh raha hoon main, tum yeh mujhe doge, woh mujhe doge.</w:t>
      </w:r>
      <w:r>
        <w:br/>
      </w:r>
      <w:r>
        <w:rPr>
          <w:sz w:val="20"/>
        </w:rPr>
        <w:t>3:03  to ya pehle lafz mein yeh baat kahi gayi ke peghambar ka jo kaam hai woh</w:t>
      </w:r>
      <w:r>
        <w:br/>
      </w:r>
      <w:r>
        <w:rPr>
          <w:sz w:val="20"/>
        </w:rPr>
        <w:t>3:17  is umeed mein nahi hai ke madu ki taraf se ya mukhateb ki taraf se is ko koi return milega. is maqsad se nahi hai.</w:t>
      </w:r>
    </w:p>
    <w:p>
      <w:pPr>
        <w:pStyle w:val="Heading2"/>
      </w:pPr>
      <w:r>
        <w:t>Two super news good and bad</w:t>
      </w:r>
    </w:p>
    <w:p>
      <w:r>
        <w:rPr>
          <w:color w:val="666666"/>
          <w:sz w:val="18"/>
        </w:rPr>
        <w:t>The Age of Opportunity Explosion December 2, 2018 Maulana Wahiduddin Khan · 3m 04s · at 38:47 · https://youtu.be/LqGWdCG81hc?t=2327</w:t>
      </w:r>
    </w:p>
    <w:p>
      <w:r>
        <w:rPr>
          <w:i/>
        </w:rPr>
        <w:t>“Today we suffer from good news and bad news simultaneously.”</w:t>
      </w:r>
    </w:p>
    <w:p>
      <w:r>
        <w:rPr>
          <w:sz w:val="20"/>
        </w:rPr>
        <w:t>38:47  to aaj ikkeeswein sadi mein back waqt hum do cheezon ka shikar hain. ek good news, ek bad news.</w:t>
      </w:r>
      <w:r>
        <w:br/>
      </w:r>
      <w:r>
        <w:rPr>
          <w:sz w:val="20"/>
        </w:rPr>
        <w:t>38:56  lekin yeh sab musalmanon ki apni galat soch ka nateeja hai.</w:t>
      </w:r>
      <w:r>
        <w:br/>
      </w:r>
      <w:r>
        <w:rPr>
          <w:sz w:val="20"/>
        </w:rPr>
        <w:t>39:03  fitna dohama koi fitna nahi. yeh soch ka fitna hai. yani galat zaavie se cheezon ko dekhne ka fitna hai.</w:t>
      </w:r>
      <w:r>
        <w:br/>
      </w:r>
      <w:r>
        <w:rPr>
          <w:sz w:val="20"/>
        </w:rPr>
        <w:t>39:15  bekhabari ka fitna hai. westophobia bekhabari ka fitna hai. yani fitna dohama se murad hai westophobia.</w:t>
      </w:r>
      <w:r>
        <w:br/>
      </w:r>
      <w:r>
        <w:rPr>
          <w:sz w:val="20"/>
        </w:rPr>
        <w:t>39:29  aur westophobia apni bekhabari ka nateeja hai. warna west to hamare liye ek blessing hai, Allah ki nemat hai.</w:t>
      </w:r>
      <w:r>
        <w:br/>
      </w:r>
      <w:r>
        <w:rPr>
          <w:sz w:val="20"/>
        </w:rPr>
        <w:t>39:45  jo aaj communication ka zamana hai, kitni badi nemat hai hamare liye. yeh kabhi aisa nahi tha.</w:t>
      </w:r>
      <w:r>
        <w:br/>
      </w:r>
      <w:r>
        <w:rPr>
          <w:sz w:val="20"/>
        </w:rPr>
        <w:t>39:57  abhi jab mein washroom mein gaya to aisa laga ke mein to hawai jahaz ke first class ke washroom mein hoon. yeh kya hai?</w:t>
      </w:r>
      <w:r>
        <w:br/>
      </w:r>
      <w:r>
        <w:rPr>
          <w:sz w:val="20"/>
        </w:rPr>
        <w:t>40:08  yeh west ka din hai. is qism ka washroom kisi badshah ke mahal mein nahi hota tha pehle zamane mein.</w:t>
      </w:r>
      <w:r>
        <w:br/>
      </w:r>
      <w:r>
        <w:rPr>
          <w:sz w:val="20"/>
        </w:rPr>
        <w:t>40:25  aaj ek aam insaan ke daftar mein hai.</w:t>
      </w:r>
      <w:r>
        <w:br/>
      </w:r>
      <w:r>
        <w:rPr>
          <w:sz w:val="20"/>
        </w:rPr>
        <w:t>40:32  to. to kahan hai woh fitna dohama? kahan hai woh</w:t>
      </w:r>
      <w:r>
        <w:br/>
      </w:r>
      <w:r>
        <w:rPr>
          <w:sz w:val="20"/>
        </w:rPr>
        <w:t>40:38  fitna of darkness? sab ujala hi ujala hai. sab misbat hi misbat hai. sab acha hi acha hai.</w:t>
      </w:r>
      <w:r>
        <w:br/>
      </w:r>
      <w:r>
        <w:rPr>
          <w:sz w:val="20"/>
        </w:rPr>
        <w:t>40:50  lekin musalmanon ki apni in aagahi ki wajah se. to hadis mein jo hai yaad rakhiye fitna dohama koi bayroni fitna nahi hoga.</w:t>
      </w:r>
      <w:r>
        <w:br/>
      </w:r>
      <w:r>
        <w:rPr>
          <w:sz w:val="20"/>
        </w:rPr>
        <w:t>41:08  bayroni fitna nahi hoga. musalmanon ki apni bekhabari ka fitna hoga.</w:t>
      </w:r>
      <w:r>
        <w:br/>
      </w:r>
      <w:r>
        <w:rPr>
          <w:sz w:val="20"/>
        </w:rPr>
        <w:t>41:16  aisa nahi ke sari duniya tareek ho jayegi. koi dikhai nahi dega.</w:t>
      </w:r>
      <w:r>
        <w:br/>
      </w:r>
      <w:r>
        <w:rPr>
          <w:sz w:val="20"/>
        </w:rPr>
        <w:t>41:22  fitna dohama ke maani hain darkness ka fitna. achi tarah yaad rakhiye Allah ki is duniya mein kabhi bhi darkness nahi ho sakta.</w:t>
      </w:r>
      <w:r>
        <w:br/>
      </w:r>
      <w:r>
        <w:rPr>
          <w:sz w:val="20"/>
        </w:rPr>
        <w:t>41:37  yeh to har taraf ujala ujala rahega qayamat tak. Allah noor hai, noor hai, noor hai. is ki takhleeq mein har taraf noor hi noor phaila hua hai.</w:t>
      </w:r>
    </w:p>
    <w:p>
      <w:pPr>
        <w:pStyle w:val="Heading2"/>
      </w:pPr>
      <w:r>
        <w:t>Syed Ahmed Shaheed's failure from skipping gradual reform</w:t>
      </w:r>
    </w:p>
    <w:p>
      <w:r>
        <w:rPr>
          <w:color w:val="666666"/>
          <w:sz w:val="18"/>
        </w:rPr>
        <w:t>Prophetic Wisdom November 13, 2022 · 1m 20s · at 19:05 · https://youtu.be/EUFD21PtjwM?t=1145</w:t>
      </w:r>
    </w:p>
    <w:p>
      <w:r>
        <w:rPr>
          <w:i/>
        </w:rPr>
        <w:t>“In 1827, Syed Ahmed Shaheed set up an Islamic state in Peshawar”</w:t>
      </w:r>
    </w:p>
    <w:p>
      <w:r>
        <w:rPr>
          <w:sz w:val="20"/>
        </w:rPr>
        <w:t>19:05  to mein ek misaal aap ko doon gi ke yeh 11 January 1827 mein Syed Ahmed Shaheed ne Peshawar mein islami hukumat qaim ki thi.</w:t>
      </w:r>
      <w:r>
        <w:br/>
      </w:r>
      <w:r>
        <w:rPr>
          <w:sz w:val="20"/>
        </w:rPr>
        <w:t>19:15  to wahan par Syed Sahab khud amir ul momineen thay aur un ke saaray jo unhon ne jagah jagah aamil kehte hain, governor ko jagah jagah wahan par apne aamil rakhe thay islami hukumat ke qayam ke liye.</w:t>
      </w:r>
      <w:r>
        <w:br/>
      </w:r>
      <w:r>
        <w:rPr>
          <w:sz w:val="20"/>
        </w:rPr>
        <w:t>19:32  to ab wahan par unhon ne kaam to kuch kiya nahi tha, logon ke andar mizaj saazi ke liye kaam nahi kiya tha. muashray mein, society mein jo kaam karna padta hai, logon ki soch badalni padti hai, woh sab kaam nahi kiya tha.</w:t>
      </w:r>
      <w:r>
        <w:br/>
      </w:r>
      <w:r>
        <w:rPr>
          <w:sz w:val="20"/>
        </w:rPr>
        <w:t>19:44  bas achaanak gaye aur wahan par islami qanoon naafiz karne ke liye poori muhim chala di. to hua kya? logon log mukhalif ho gaye aur logon ne un ke saare jo aamil thay, un ke saare jo log thay, un ko maar dala.</w:t>
      </w:r>
      <w:r>
        <w:br/>
      </w:r>
      <w:r>
        <w:rPr>
          <w:sz w:val="20"/>
        </w:rPr>
        <w:t>19:57  to</w:t>
      </w:r>
      <w:r>
        <w:br/>
      </w:r>
      <w:r>
        <w:rPr>
          <w:sz w:val="20"/>
        </w:rPr>
        <w:t>19:59  is tareeqay se hamein baghair hikmat e amli ke, baghair practical wisdom ke, hum koi bhi kaam nahi kar sakte. aur yahi hum ko rasool Allah sal Allah alaih wasallam ki life se aur aap ki teaching se hamein yahi usool milte hain.</w:t>
      </w:r>
      <w:r>
        <w:br/>
      </w:r>
      <w:r>
        <w:rPr>
          <w:sz w:val="20"/>
        </w:rPr>
        <w:t>20:16  to yeh bohat hi azeem hikmat nabvi hai ke hum har kaam jo hai, woh gradual approach se karen.</w:t>
      </w:r>
    </w:p>
    <w:p>
      <w:pPr>
        <w:pStyle w:val="Heading2"/>
      </w:pPr>
      <w:r>
        <w:t>Rethinking, airplane seat story, real acknowledgement of blessings</w:t>
      </w:r>
    </w:p>
    <w:p>
      <w:r>
        <w:rPr>
          <w:color w:val="666666"/>
          <w:sz w:val="18"/>
        </w:rPr>
        <w:t>Shukr Acknowledgment of God's Blessings April 21, 2020 · 2m 17s · at 6:27 · https://youtu.be/3iGMucsQXNk?t=387</w:t>
      </w:r>
    </w:p>
    <w:p>
      <w:r>
        <w:rPr>
          <w:i/>
        </w:rPr>
        <w:t>“Aap logon ko rethinking paida kijiye apne andar”</w:t>
      </w:r>
    </w:p>
    <w:p>
      <w:r>
        <w:rPr>
          <w:sz w:val="20"/>
        </w:rPr>
        <w:t>6:27  to mein aap logon ko yeh kahoon ga ke aap log</w:t>
      </w:r>
      <w:r>
        <w:br/>
      </w:r>
      <w:r>
        <w:rPr>
          <w:sz w:val="20"/>
        </w:rPr>
        <w:t>6:37  rethinking paida kijiye apne andar, rethinking. phir se sochna.</w:t>
      </w:r>
      <w:r>
        <w:br/>
      </w:r>
      <w:r>
        <w:rPr>
          <w:sz w:val="20"/>
        </w:rPr>
        <w:t>6:48  mislan aik martaba mein hua jahaz mein safar kar raha tha,</w:t>
      </w:r>
      <w:r>
        <w:br/>
      </w:r>
      <w:r>
        <w:rPr>
          <w:sz w:val="20"/>
        </w:rPr>
        <w:t>6:55  baith kar first class ka tha, to first class ke aik passenger jahaz mein jab baithe to bara shor o ghul karna shuru kiya unhon ne, kyunke un ki seat jo thi asal, us seat mein koi doosra baith gaya tha.</w:t>
      </w:r>
      <w:r>
        <w:br/>
      </w:r>
      <w:r>
        <w:rPr>
          <w:sz w:val="20"/>
        </w:rPr>
        <w:t>7:15  to aap sochen log</w:t>
      </w:r>
      <w:r>
        <w:br/>
      </w:r>
      <w:r>
        <w:rPr>
          <w:sz w:val="20"/>
        </w:rPr>
        <w:t>7:20  ke itni lambi muddat se hum Allah ki nematton se faida utha rahe hain lekin true sense mein kabhi hum ne iqrar hi nahi kiya.</w:t>
      </w:r>
      <w:r>
        <w:br/>
      </w:r>
      <w:r>
        <w:rPr>
          <w:sz w:val="20"/>
        </w:rPr>
        <w:t>7:33  agar log true sense mein, true sense mein shukr karen, yani acknowledge karen to mujhe yaqeen hai ke yeh halaat bohat jaldi idhar badal jayenge,</w:t>
      </w:r>
      <w:r>
        <w:br/>
      </w:r>
      <w:r>
        <w:rPr>
          <w:sz w:val="20"/>
        </w:rPr>
        <w:t>7:50  bohat jaldi badal jayenge.</w:t>
      </w:r>
      <w:r>
        <w:br/>
      </w:r>
      <w:r>
        <w:rPr>
          <w:sz w:val="20"/>
        </w:rPr>
        <w:t>7:54  kyunke yeh to warning hai, yaad dehani hai.</w:t>
      </w:r>
      <w:r>
        <w:br/>
      </w:r>
      <w:r>
        <w:rPr>
          <w:sz w:val="20"/>
        </w:rPr>
        <w:t>8:06  to mein dekhta hoon ke log, log jo hain, bohat si gustakhana tor par is ke</w:t>
      </w:r>
      <w:r>
        <w:br/>
      </w:r>
      <w:r>
        <w:rPr>
          <w:sz w:val="20"/>
        </w:rPr>
        <w:t>8:19  asbab batate hain, yeh sab woh sab. mein samajhta hoon ke asal sabab yeh hai ke insaan ne khaliq ki nematton ko khoob khoob istemal kiya lekin us ko iqrar hi nahi kiya, etiraf nahi kiya,</w:t>
      </w:r>
      <w:r>
        <w:br/>
      </w:r>
      <w:r>
        <w:rPr>
          <w:sz w:val="20"/>
        </w:rPr>
        <w:t>8:38  us ka shukr nahi ada kiya.</w:t>
      </w:r>
    </w:p>
    <w:p>
      <w:pPr>
        <w:pStyle w:val="Heading2"/>
      </w:pPr>
      <w:r>
        <w:t>Adam's story: 99 blessings vs one forbidden tree</w:t>
      </w:r>
    </w:p>
    <w:p>
      <w:r>
        <w:rPr>
          <w:color w:val="666666"/>
          <w:sz w:val="18"/>
        </w:rPr>
        <w:t>An Intellectual journey 1 May 2011 - Maulana Wahiduddin Khan · 2m 29s · at 19:59 · https://youtu.be/lnfjC7x_s2A?t=1199</w:t>
      </w:r>
    </w:p>
    <w:p>
      <w:r>
        <w:rPr>
          <w:i/>
        </w:rPr>
        <w:t>“Hazrat Aadam ko Allah ne paida kiya to Jannat de di”</w:t>
      </w:r>
    </w:p>
    <w:p>
      <w:r>
        <w:rPr>
          <w:sz w:val="20"/>
        </w:rPr>
        <w:t>19:59  Hazrat Adam ko Allah taala ne paida kiya to jannat de di aur kaha ke jannat mein khoob jaise chaho waise raho.</w:t>
      </w:r>
      <w:r>
        <w:br/>
      </w:r>
      <w:r>
        <w:rPr>
          <w:sz w:val="20"/>
        </w:rPr>
        <w:t>20:08  pura jannat tumhare liye khuli hui hai. lekin wahan par aik darakht tha, shajar mamnooa, yani forbidden tree.</w:t>
      </w:r>
      <w:r>
        <w:br/>
      </w:r>
      <w:r>
        <w:rPr>
          <w:sz w:val="20"/>
        </w:rPr>
        <w:t>20:19  is se is se bachao apne aap ko. don't approach this tree.</w:t>
      </w:r>
      <w:r>
        <w:br/>
      </w:r>
      <w:r>
        <w:rPr>
          <w:sz w:val="20"/>
        </w:rPr>
        <w:t>20:25  to goya ke 99 percent se zyada cheezein mili hui theen adam ko. ek percent se kam ek cheez thi, woh ek darakht.</w:t>
      </w:r>
      <w:r>
        <w:br/>
      </w:r>
      <w:r>
        <w:rPr>
          <w:sz w:val="20"/>
        </w:rPr>
        <w:t>20:37  woh ek darakht jo hai, jannat ki nematon mein one percent se bhi kam tha.</w:t>
      </w:r>
      <w:r>
        <w:br/>
      </w:r>
      <w:r>
        <w:rPr>
          <w:sz w:val="20"/>
        </w:rPr>
        <w:t>20:42  aur baqi jo mili hui thi, woh more than 99 percent tha. to un ka temptation jo hai, woh jaaga aur un ka shaitan ne un ko pakaya.</w:t>
      </w:r>
      <w:r>
        <w:br/>
      </w:r>
      <w:r>
        <w:rPr>
          <w:sz w:val="20"/>
        </w:rPr>
        <w:t>20:55  yeh quran majeed mein hai ke bhai asal cheez to yahi hai jis se un ko roka gaya hai.</w:t>
      </w:r>
      <w:r>
        <w:br/>
      </w:r>
      <w:r>
        <w:rPr>
          <w:sz w:val="20"/>
        </w:rPr>
        <w:t>21:01  is is is is yaani is forbidden tree ko itna barhaya, itna barhaya, itna barhaya hai ke bas sab kuch isi mein hai. to woh jo 99 percent mila hua tha, woh bhool gaya un ko aur ja kar unhon ne kha liya aur jannat se nikal diye gaye.</w:t>
      </w:r>
      <w:r>
        <w:br/>
      </w:r>
      <w:r>
        <w:rPr>
          <w:sz w:val="20"/>
        </w:rPr>
        <w:t>21:20  to maine kaha ke dekhein is mein kya sabak hai? sabak yeh hai ke har aadmi, har aadmi, har aadmi ko 99 item mile hue hain.</w:t>
      </w:r>
      <w:r>
        <w:br/>
      </w:r>
      <w:r>
        <w:rPr>
          <w:sz w:val="20"/>
        </w:rPr>
        <w:t>21:33  koi bhi aisa nahi hai jis ke jis ko</w:t>
      </w:r>
      <w:r>
        <w:br/>
      </w:r>
      <w:r>
        <w:rPr>
          <w:sz w:val="20"/>
        </w:rPr>
        <w:t>21:39  99 item blessing ke na mile hue hon. lekin kis koi na koi ek item us ko nahi mila hua hota hai. woh har ek ko, chahe woh president ho, chahe king ho, chahe koi baldi aadmi ho, ek item to miss karega.</w:t>
      </w:r>
      <w:r>
        <w:br/>
      </w:r>
      <w:r>
        <w:rPr>
          <w:sz w:val="20"/>
        </w:rPr>
        <w:t>21:53  har ek ko</w:t>
      </w:r>
      <w:r>
        <w:br/>
      </w:r>
      <w:r>
        <w:rPr>
          <w:sz w:val="20"/>
        </w:rPr>
        <w:t>21:55  phir bhi jannat mili thi un ko, yaani adam ko, phir bhi ek item, ek item miss kar raha tha.</w:t>
      </w:r>
      <w:r>
        <w:br/>
      </w:r>
      <w:r>
        <w:rPr>
          <w:sz w:val="20"/>
        </w:rPr>
        <w:t>22:04  yaani poore poore jannat un ko de di gayi thi jo hazaron empire se bari thi woh.</w:t>
      </w:r>
      <w:r>
        <w:br/>
      </w:r>
      <w:r>
        <w:rPr>
          <w:sz w:val="20"/>
        </w:rPr>
        <w:t>22:13  lekin ek item nahi tha. bas isi par unhon ne concentrate kar diya. bas yahin par sab kuch hai. yeh hai yeh hai yaani test aadmi ka ke to apna dhyan 99 percent par lagao,</w:t>
      </w:r>
    </w:p>
    <w:p>
      <w:pPr>
        <w:pStyle w:val="Heading2"/>
      </w:pPr>
      <w:r>
        <w:t>In the print age, handing out books makes dawah easy</w:t>
      </w:r>
    </w:p>
    <w:p>
      <w:r>
        <w:rPr>
          <w:color w:val="666666"/>
          <w:sz w:val="18"/>
        </w:rPr>
        <w:t>Physical Science or Divine Science I 25th Nov, 2012 - Maulana Wahiduddin Khan · 2m 04s · at 1:06:21 · https://youtu.be/NfJRGRN6OhE?t=3981</w:t>
      </w:r>
    </w:p>
    <w:p>
      <w:r>
        <w:rPr>
          <w:i/>
        </w:rPr>
        <w:t>“Dawat ka kaam koi masnui kaam nahi hai”</w:t>
      </w:r>
    </w:p>
    <w:p>
      <w:r>
        <w:rPr>
          <w:sz w:val="20"/>
        </w:rPr>
        <w:t>1:06:21  dekhiye, dawat ka jo kaam hai, wo koi masnooi kaam nahin hai. rozmarra ki zindagi mein dawat chalti rehti hai.</w:t>
      </w:r>
      <w:r>
        <w:br/>
      </w:r>
      <w:r>
        <w:rPr>
          <w:sz w:val="20"/>
        </w:rPr>
        <w:t>1:06:31  is zamane mein bohat aasan hoga jab ke hum predict press ke zamane mein hain. kitabein chhapi hui maujood hain, Quran ka translation aur doosri kitabein.</w:t>
      </w:r>
      <w:r>
        <w:br/>
      </w:r>
      <w:r>
        <w:rPr>
          <w:sz w:val="20"/>
        </w:rPr>
        <w:t>1:06:42  to har aurat aur mard rakhe apne paas in kitabon ko, aur jahan bhi kisi mulaqat ho, in ko de de.</w:t>
      </w:r>
      <w:r>
        <w:br/>
      </w:r>
      <w:r>
        <w:rPr>
          <w:sz w:val="20"/>
        </w:rPr>
        <w:t>1:06:51  abhi ek khatoon ka telephone aaya tha mere paas, unhon ne kaha ke main ek doctor se ilaaj karti thi, woh woh ghair muslim doctor,</w:t>
      </w:r>
      <w:r>
        <w:br/>
      </w:r>
      <w:r>
        <w:rPr>
          <w:sz w:val="20"/>
        </w:rPr>
        <w:t>1:07:04  woh top ka tha. woh to main us ko quran dekhne mein hichk hoti thi ke woh pata nahi kya samjhe us ko.</w:t>
      </w:r>
      <w:r>
        <w:br/>
      </w:r>
      <w:r>
        <w:rPr>
          <w:sz w:val="20"/>
        </w:rPr>
        <w:t>1:07:12  to ek din main ne, yaani un ka woh ilaaj karne ki jati thi, us ke haan ek din main ne himmat kar ke us ko quran pesh kar diya. to woh doctor, jo bohat hi bara doctor tha, woh khara ho gaya bilkul ke yeh quran hai,</w:t>
      </w:r>
      <w:r>
        <w:br/>
      </w:r>
      <w:r>
        <w:rPr>
          <w:sz w:val="20"/>
        </w:rPr>
        <w:t>1:07:26  aur us ko us ne aise kiya</w:t>
      </w:r>
      <w:r>
        <w:br/>
      </w:r>
      <w:r>
        <w:rPr>
          <w:sz w:val="20"/>
        </w:rPr>
        <w:t>1:07:30  to chup gaya. woh to aap doctor ke paas jate hain, aap shopping ke liye jate hain, yaani tarah tarah se ab family ke log milte hain aap se.</w:t>
      </w:r>
      <w:r>
        <w:br/>
      </w:r>
      <w:r>
        <w:rPr>
          <w:sz w:val="20"/>
        </w:rPr>
        <w:t>1:07:41  jo mile, us ko kitabein dijiye. sab se aasan kaam kitabein dena hai. hamare haan sir,</w:t>
      </w:r>
      <w:r>
        <w:br/>
      </w:r>
      <w:r>
        <w:rPr>
          <w:sz w:val="20"/>
        </w:rPr>
        <w:t>1:07:49  har zaban mein kitabein chhapi hui hain, chhoti bari, har qism ki. to har aadmi apni pocket mein, apne bag mein, apne purse mein kitabein rakhe, aur jahan koi mile, us ko deta rahe.</w:t>
      </w:r>
      <w:r>
        <w:br/>
      </w:r>
      <w:r>
        <w:rPr>
          <w:sz w:val="20"/>
        </w:rPr>
        <w:t>1:08:03  is zamane mein to bohat aasan hai da'wati kaam karna, kyunke hum predict press zamane mein hain.</w:t>
      </w:r>
      <w:r>
        <w:br/>
      </w:r>
      <w:r>
        <w:rPr>
          <w:sz w:val="20"/>
        </w:rPr>
        <w:t>1:08:09  pehlay zamane mein mushkil hota tha ke khud hi khud karna parta tha. ab to kitabein rakhi hain, woh dete rahiye. sab se aasan kaam hai, aap safar mein hain, tab bhi dijiye, kahin bhi hain, dijiye, dete rahiye un ko.</w:t>
      </w:r>
    </w:p>
    <w:p>
      <w:pPr>
        <w:pStyle w:val="Heading2"/>
      </w:pPr>
      <w:r>
        <w:t>Evil is challenge not evil</w:t>
      </w:r>
    </w:p>
    <w:p>
      <w:r>
        <w:rPr>
          <w:color w:val="666666"/>
          <w:sz w:val="18"/>
        </w:rPr>
        <w:t>Social Reform | December 22, 2013 | Maulana Wahiduddin Khan · 1m 01s · at 36:12 · https://youtu.be/kGP903BvDto?t=2172</w:t>
      </w:r>
    </w:p>
    <w:p>
      <w:r>
        <w:rPr>
          <w:i/>
        </w:rPr>
        <w:t>“To to evil kyun hai”</w:t>
      </w:r>
    </w:p>
    <w:p>
      <w:r>
        <w:rPr>
          <w:sz w:val="20"/>
        </w:rPr>
        <w:t>36:12  to to evil kyun hai? evil ko kyun khatam nahi karta woh? khuda hai to woh all powerful</w:t>
      </w:r>
      <w:r>
        <w:br/>
      </w:r>
      <w:r>
        <w:rPr>
          <w:sz w:val="20"/>
        </w:rPr>
        <w:t>36:17  hona chahiye us ko.</w:t>
      </w:r>
      <w:r>
        <w:br/>
      </w:r>
      <w:r>
        <w:rPr>
          <w:sz w:val="20"/>
        </w:rPr>
        <w:t>36:22  agar woh all powerful hai, to evil ko khatam kyun nahi karta? to jis cheez ko evil keh</w:t>
      </w:r>
      <w:r>
        <w:br/>
      </w:r>
      <w:r>
        <w:rPr>
          <w:sz w:val="20"/>
        </w:rPr>
        <w:t>36:27  rahe hain, woh evil nahi hai.</w:t>
      </w:r>
      <w:r>
        <w:br/>
      </w:r>
      <w:r>
        <w:rPr>
          <w:sz w:val="20"/>
        </w:rPr>
        <w:t>36:33  woh to khud kisi plan ka ek hissa hai.</w:t>
      </w:r>
      <w:r>
        <w:br/>
      </w:r>
      <w:r>
        <w:rPr>
          <w:sz w:val="20"/>
        </w:rPr>
        <w:t>36:38  chunki kisi plan ke mutabiq insan apni zindagi ka naqsha nahi banata, is liye takrao paida hota hai.</w:t>
      </w:r>
      <w:r>
        <w:br/>
      </w:r>
      <w:r>
        <w:rPr>
          <w:sz w:val="20"/>
        </w:rPr>
        <w:t>36:43  aur fasad paida hota hai.</w:t>
      </w:r>
      <w:r>
        <w:br/>
      </w:r>
      <w:r>
        <w:rPr>
          <w:sz w:val="20"/>
        </w:rPr>
        <w:t>36:48  to woh sari cheezain, jis ko hum fasad kehte hain, injustice kehte hain, zulm kehte hain, woh sab</w:t>
      </w:r>
      <w:r>
        <w:br/>
      </w:r>
      <w:r>
        <w:rPr>
          <w:sz w:val="20"/>
        </w:rPr>
        <w:t>36:53  insan ki azadi ki bina par hain.</w:t>
      </w:r>
      <w:r>
        <w:br/>
      </w:r>
      <w:r>
        <w:rPr>
          <w:sz w:val="20"/>
        </w:rPr>
        <w:t>36:58  woh evil nahi hain, woh woh woh woh challenge hain, woh musabqat hai, woh competition hai.</w:t>
      </w:r>
      <w:r>
        <w:br/>
      </w:r>
      <w:r>
        <w:rPr>
          <w:sz w:val="20"/>
        </w:rPr>
        <w:t>37:03  aur is liye hai ke yahi wahid tareeqa hai, yani progress ka aur development ka.</w:t>
      </w:r>
      <w:r>
        <w:br/>
      </w:r>
      <w:r>
        <w:rPr>
          <w:sz w:val="20"/>
        </w:rPr>
        <w:t>37:08  is ke baghair insan jo hai,</w:t>
      </w:r>
    </w:p>
    <w:p>
      <w:pPr>
        <w:pStyle w:val="Heading2"/>
      </w:pPr>
      <w:r>
        <w:t>Divine command: leave Egypt at night, sea will part</w:t>
      </w:r>
    </w:p>
    <w:p>
      <w:r>
        <w:rPr>
          <w:color w:val="666666"/>
          <w:sz w:val="18"/>
        </w:rPr>
        <w:t>Lessons from The Story of Prophet Moses Part 4, October 02, 2022 · 2m 23s · at 41:19 · https://youtu.be/nYYuJ3xvA80?t=2479</w:t>
      </w:r>
    </w:p>
    <w:p>
      <w:r>
        <w:rPr>
          <w:i/>
        </w:rPr>
        <w:t>“Raat ko mere bandon ko lekar nikal jao”</w:t>
      </w:r>
    </w:p>
    <w:p>
      <w:r>
        <w:rPr>
          <w:sz w:val="20"/>
        </w:rPr>
        <w:t>41:19  To iske bare mein hum sab ko bataein. Haan, jab Musa aleh salam ne poori koshish kar li, jise itmam hujjat kehte hain ji ke apni poori koshish kar li, Firon aur Firon ke logon ko paigham pahuncha diya, aur woh log bilkul sarkash bane rahe to Allah taala ne phir hukum diya Musa aleh salam ko ke ab tum Bani Israel ke logon ko le ke Misr se niklo aur Palestine ki taraf jao.</w:t>
      </w:r>
      <w:r>
        <w:br/>
      </w:r>
      <w:r>
        <w:rPr>
          <w:sz w:val="20"/>
        </w:rPr>
        <w:t>41:47  To Quran mein aata hai "wa awhayna ila Musa an asri ibadi" ke hum ne Musa aleh salam ko, Musa aleh salam ko Allah taala ne wahi ki ke tum raat ke waqt mere bando ko le ke niklo. "Asri" jo hai word "asra", "yasri", iska iska aur bhi jagah istemal hua hai jaise Quran mein aaya hai "subhan alladhi asra bi abdihi laylan min al masjid al haram ila al masjid al aqsa".</w:t>
      </w:r>
      <w:r>
        <w:br/>
      </w:r>
      <w:r>
        <w:rPr>
          <w:sz w:val="20"/>
        </w:rPr>
        <w:t>42:15  Jab rasool Allah sal Allah aleh wasallam ko miraj ka safar hua tha to wahan bhi yahi word yani "asra" ka matlab hai raat ko safar karne ka,</w:t>
      </w:r>
      <w:r>
        <w:br/>
      </w:r>
      <w:r>
        <w:rPr>
          <w:sz w:val="20"/>
        </w:rPr>
        <w:t>42:24  night travel by night. To Musa aleh salam ko Allah taala ne kaha ke raat ko niklo Bani Israel ke sath, yani bohat hi khamoshi aur razdari ke taur par niklo aur sab ko le ke Misr se bahar chale jao.</w:t>
      </w:r>
      <w:r>
        <w:br/>
      </w:r>
      <w:r>
        <w:rPr>
          <w:sz w:val="20"/>
        </w:rPr>
        <w:t>42:42  Aur Quran mein aata hai "fadrib lahum tareeqan fil bahri yas'a" ke samundar mein se ek sookha rasta banao ji.</w:t>
      </w:r>
      <w:r>
        <w:br/>
      </w:r>
      <w:r>
        <w:rPr>
          <w:sz w:val="20"/>
        </w:rPr>
        <w:t>42:52  Yani yeh sab baatein Allah taala ne Musa aleh salam ko pehle se bata di thi ke aisa hoga aur kaha ke "la la takhaf adrakan wala takhashsha" ke jo woh log peeche se ta'aqub kar rahe hain, peeche se aa rahe hain, aayenge, Firon aayega peeche se to uske liye daro mat aur kisi cheez se bhi</w:t>
      </w:r>
      <w:r>
        <w:br/>
      </w:r>
      <w:r>
        <w:rPr>
          <w:sz w:val="20"/>
        </w:rPr>
        <w:t>43:13  mat daro. To is tareeqe se Musa aleh salam ne Bani Israel ke logon se kaha ke Allah taala ne humein ijazat di hai ke ab hum yahan se niklen khamoshi se aur bohat hi razdari se is baat ko logon tak pahunchao ke ab waqt aa gaya hai ke hum ab Misr se nikal ke Palestine ki taraf jayen ji. Aur phir aisa hi hota hai ke woh le kar aage badhte hain ji.</w:t>
      </w:r>
      <w:r>
        <w:br/>
      </w:r>
      <w:r>
        <w:rPr>
          <w:sz w:val="20"/>
        </w:rPr>
        <w:t>43:38  To doctor sahib, kuch aur bataiye iske bare mein.</w:t>
      </w:r>
    </w:p>
    <w:p>
      <w:pPr>
        <w:pStyle w:val="Heading2"/>
      </w:pPr>
      <w:r>
        <w:t>Blame on leaders for supremacism</w:t>
      </w:r>
    </w:p>
    <w:p>
      <w:r>
        <w:rPr>
          <w:color w:val="666666"/>
          <w:sz w:val="18"/>
        </w:rPr>
        <w:t>Dars-e-Quran. Ch. 2, vv. 135-144 September 2, 2018 Maulana Wahiduddin Khan · 1m 31s · at 27:17 · https://youtu.be/rK0VmX1DgrY?t=1637</w:t>
      </w:r>
    </w:p>
    <w:p>
      <w:r>
        <w:rPr>
          <w:i/>
        </w:rPr>
        <w:t>“Main ilzam dunga musalmano ko nahin”</w:t>
      </w:r>
    </w:p>
    <w:p>
      <w:r>
        <w:rPr>
          <w:sz w:val="20"/>
        </w:rPr>
        <w:t>27:17  lekin mein ilzaam doon ga musalmanon ko nahi, un ke so called leaderon ka. jitnay bhi leader paida hue is zamanay mein, one to all, sab mein supramis,</w:t>
      </w:r>
      <w:r>
        <w:br/>
      </w:r>
      <w:r>
        <w:rPr>
          <w:sz w:val="20"/>
        </w:rPr>
        <w:t>27:32  muslim yani pride ka zehn diya. un ko</w:t>
      </w:r>
      <w:r>
        <w:br/>
      </w:r>
      <w:r>
        <w:rPr>
          <w:sz w:val="20"/>
        </w:rPr>
        <w:t>27:40  muslim supramisizm ka zehn diya. wohi hai ke hamara, hamara peghambar shaan shah e konain hai, yeh zehn zehn diya.</w:t>
      </w:r>
      <w:r>
        <w:br/>
      </w:r>
      <w:r>
        <w:rPr>
          <w:sz w:val="20"/>
        </w:rPr>
        <w:t>27:52  to sara jo blame jata hai, woh baad ke zamanay ke muslim leaderon ko. aur yahi hua yahood ke sath.</w:t>
      </w:r>
      <w:r>
        <w:br/>
      </w:r>
      <w:r>
        <w:rPr>
          <w:sz w:val="20"/>
        </w:rPr>
        <w:t>28:03  yahood mein jo jewish supramisizm aaya, musalman jo baad ke zamanay mein, musalman mein, baad ke zamanay mein yahood mein jo jewish supramisizm aaya, woh bhi yahood ke abaar o roohbaan, yahood ke ulama ke wajah se aaya.</w:t>
      </w:r>
      <w:r>
        <w:br/>
      </w:r>
      <w:r>
        <w:rPr>
          <w:sz w:val="20"/>
        </w:rPr>
        <w:t>28:24  yahood ke ulama ne yeh yeh zehn diya un ko.</w:t>
      </w:r>
      <w:r>
        <w:br/>
      </w:r>
      <w:r>
        <w:rPr>
          <w:sz w:val="20"/>
        </w:rPr>
        <w:t>28:32  to musalmanon ke khawas par zimmedari aati hai ke yeh zehn paida ho. awam to becharay kya jaane, jo un ke khawas batate hain, usi mein khud usi ka shikar hua.</w:t>
      </w:r>
    </w:p>
    <w:p>
      <w:pPr>
        <w:pStyle w:val="Heading2"/>
      </w:pPr>
      <w:r>
        <w:t>Position of women in Islam via a hadith</w:t>
      </w:r>
    </w:p>
    <w:p>
      <w:r>
        <w:rPr>
          <w:color w:val="666666"/>
          <w:sz w:val="18"/>
        </w:rPr>
        <w:t>Spirit of Hajj July 3, 2022 Prof. Farida Khanam · 1m 44s · at 12:40 · https://youtu.be/--Nez1VOcAQ?t=760</w:t>
      </w:r>
    </w:p>
    <w:p>
      <w:r>
        <w:rPr>
          <w:i/>
        </w:rPr>
        <w:t>“position of women in इस्लाम is so high, यहां देखिए कैसे”</w:t>
      </w:r>
    </w:p>
    <w:p>
      <w:r>
        <w:rPr>
          <w:sz w:val="20"/>
        </w:rPr>
        <w:t>12:40  Mashallah, aap aapne jo jaise abhi kaha ke Hazrat Hajra se humein inspiration leni hai aur apne aap ko dedicate karna hai unki tarah, usse ek cheez aur bade achhe se nikal ke aati hai aap ke position of women in Islam is so high. agar hum dekhen Islamic history mein jaise aaj Hazrat Hajra ke bare mein aapne bahut achhe se wazeh kiya, usi tarah se Hazrat Asia ka example Quran mein aaya hai.</w:t>
      </w:r>
      <w:r>
        <w:br/>
      </w:r>
      <w:r>
        <w:rPr>
          <w:sz w:val="20"/>
        </w:rPr>
        <w:t>13:08  Hazrat Khadija, Hazrat Aisha, Hazrat Umm Salma ne jinhone treaty of Hudaybiyyah mein bada pivotal role play kiya. In fact yahan pe aap main woh phir se dohrana chahunga. woh bahut hi beautiful hadith ki ek shakhs prophet ke paas aata hai aur kehta hai ke who deserves the, who deserves my best treatment? to teen dafa woh prophet se poochta hai aur har dafa prophet kehte hain your mother, your mother, your mother.</w:t>
      </w:r>
      <w:r>
        <w:br/>
      </w:r>
      <w:r>
        <w:rPr>
          <w:sz w:val="20"/>
        </w:rPr>
        <w:t>13:37  chauthi dafa prophet kehte hain your father. to isse itne achhe se wazeh hota hai ke yeh position of women in Islam is, is very high. In fact jaise aapne kaha ke humein inspiration lena hai. poori yeh jo Islamic revolution ki agar hum background ko dekhen to Hazrat Hajra se unke sacrifice se shuru hota hai.</w:t>
      </w:r>
      <w:r>
        <w:br/>
      </w:r>
      <w:r>
        <w:rPr>
          <w:sz w:val="20"/>
        </w:rPr>
        <w:t>13:59  to the common belief that position of women is unequal or is lower in Islam is highly misplaced. yeh sab baatein logon tak pahunchni chahiye. aaj aapne bahut achhe se isko wazeh kiya jaza kalla. ab aaj ka subject hai spirit of Haj aur jahan tak main samjhaun spirit of Haj is all about unity and solidarity.</w:t>
      </w:r>
      <w:r>
        <w:br/>
      </w:r>
      <w:r>
        <w:rPr>
          <w:sz w:val="20"/>
        </w:rPr>
        <w:t>14:24  so if a person performs Haj in the real spirit then he is able to do away with opposition and you know a person lives in unity and harmony even you know in a state of provocation. to aap main chahunga ke aap hum sab ko batayein what is the spirit of Haj? Maulana sahib ki ek kitab hai Haqeeqat e Haj. to usmein se main ek chhota sa quote saamne rakhti hoon aapke.</w:t>
      </w:r>
    </w:p>
    <w:p>
      <w:pPr>
        <w:pStyle w:val="Heading2"/>
      </w:pPr>
      <w:r>
        <w:t>Iman must enter thinking process not just words</w:t>
      </w:r>
    </w:p>
    <w:p>
      <w:r>
        <w:rPr>
          <w:color w:val="666666"/>
          <w:sz w:val="18"/>
        </w:rPr>
        <w:t>Faith in Action November 17, 2018 · 1m 43s · at 12:24 · https://youtu.be/weoRqHqTSKQ?t=744</w:t>
      </w:r>
    </w:p>
    <w:p>
      <w:r>
        <w:rPr>
          <w:i/>
        </w:rPr>
        <w:t>“To iman aap ke thinking process mein shaamil ho jaye”</w:t>
      </w:r>
    </w:p>
    <w:p>
      <w:r>
        <w:rPr>
          <w:sz w:val="20"/>
        </w:rPr>
        <w:t>12:24  toh imaan aap ke thinking process mein shaamil ho jaaye, tab imaan laana hua. Yeh jo hadees hai ke "man qala la ilaha illallah dakhala al jannah" jis ne kaha la ilaha illallah dakhala al jannah,</w:t>
      </w:r>
      <w:r>
        <w:br/>
      </w:r>
      <w:r>
        <w:rPr>
          <w:sz w:val="20"/>
        </w:rPr>
        <w:t>12:48  jis ne kaha ke la ilaha illallah toh woh jannat mein jayega, toh yeh lafz service ke maani mein nahi hai.</w:t>
      </w:r>
      <w:r>
        <w:br/>
      </w:r>
      <w:r>
        <w:rPr>
          <w:sz w:val="20"/>
        </w:rPr>
        <w:t>13:03  jaise aap farz ki jiye ke aap kahein kisi se ke "bismillah" keh kar khana khaao, ya aap ne kisi se kaha ke "bismillah" keh kar khana khaao,</w:t>
      </w:r>
      <w:r>
        <w:br/>
      </w:r>
      <w:r>
        <w:rPr>
          <w:sz w:val="20"/>
        </w:rPr>
        <w:t>13:19  toh "bismillah" "bismillah" toh khoob kahe aur khana na khaaye, na na breakfast le, na dinner, na subah ka khana, na shaam ka khana, bas "bismillah" "bismillah" "bismillah" toh ek ridiculous baat ho jayegi,</w:t>
      </w:r>
      <w:r>
        <w:br/>
      </w:r>
      <w:r>
        <w:rPr>
          <w:sz w:val="20"/>
        </w:rPr>
        <w:t>13:39  ridiculous baat ho jayegi. Toh aap la ilaha illallah keh kar ke Islam mein daakhil ho jaayein, lekin yeh la ilaha illallah ko apne thinking process shaamil na karein,</w:t>
      </w:r>
      <w:r>
        <w:br/>
      </w:r>
      <w:r>
        <w:rPr>
          <w:sz w:val="20"/>
        </w:rPr>
        <w:t>13:55  thinking process shaamil na karein toh ridiculous baat ho jayegi, woh koi matlab hi nahi banega is ka.</w:t>
      </w:r>
    </w:p>
    <w:p>
      <w:pPr>
        <w:pStyle w:val="Heading2"/>
      </w:pPr>
      <w:r>
        <w:t>Niagara Falls teaches nature's way</w:t>
      </w:r>
    </w:p>
    <w:p>
      <w:r>
        <w:rPr>
          <w:color w:val="666666"/>
          <w:sz w:val="18"/>
        </w:rPr>
        <w:t>Lessons from My Journey to Canada January 03, 2016 Maulana Wahiduddin Khan · 1m 39s · at 40:15 · https://youtu.be/Uh8DWul9IyY?t=2415</w:t>
      </w:r>
    </w:p>
    <w:p>
      <w:r>
        <w:rPr>
          <w:i/>
        </w:rPr>
        <w:t>“We went to see Niagara Falls, a huge waterfall that flows year-round.”</w:t>
      </w:r>
    </w:p>
    <w:p>
      <w:r>
        <w:rPr>
          <w:sz w:val="20"/>
        </w:rPr>
        <w:t>40:15  wahan par hum gaye nagra fall dekhne ke liye</w:t>
      </w:r>
      <w:r>
        <w:br/>
      </w:r>
      <w:r>
        <w:rPr>
          <w:sz w:val="20"/>
        </w:rPr>
        <w:t>40:20  nagra fall aap jante hain ke bohat hi bara abshar hai</w:t>
      </w:r>
      <w:r>
        <w:br/>
      </w:r>
      <w:r>
        <w:rPr>
          <w:sz w:val="20"/>
        </w:rPr>
        <w:t>40:25  جو سال بھر بہتا رہتا ہے تو Niagara Falls جو ہے کینیڈا کی پہچان بن گیا ہے جیسے</w:t>
      </w:r>
      <w:r>
        <w:br/>
      </w:r>
      <w:r>
        <w:rPr>
          <w:sz w:val="20"/>
        </w:rPr>
        <w:t>40:33  india ki pehchan himalaya hai</w:t>
      </w:r>
      <w:r>
        <w:br/>
      </w:r>
      <w:r>
        <w:rPr>
          <w:sz w:val="20"/>
        </w:rPr>
        <w:t>40:36  himalaya india ki pehchan hai</w:t>
      </w:r>
      <w:r>
        <w:br/>
      </w:r>
      <w:r>
        <w:rPr>
          <w:sz w:val="20"/>
        </w:rPr>
        <w:t>40:39  aise hi canada ki pehchan nigra fall hai yeh bohat hi bara abshar hai</w:t>
      </w:r>
      <w:r>
        <w:br/>
      </w:r>
      <w:r>
        <w:rPr>
          <w:sz w:val="20"/>
        </w:rPr>
        <w:t>40:48  to wahan aap dekha to laga ke yehi</w:t>
      </w:r>
      <w:r>
        <w:br/>
      </w:r>
      <w:r>
        <w:rPr>
          <w:sz w:val="20"/>
        </w:rPr>
        <w:t>40:52  یعنی جو ہے کینیڈا کو ڈومینیٹ کیے ہوئے ہیں وہاں Niagara Falls</w:t>
      </w:r>
      <w:r>
        <w:br/>
      </w:r>
      <w:r>
        <w:rPr>
          <w:sz w:val="20"/>
        </w:rPr>
        <w:t>40:58  aur keh raha hai ke nature ka tareeqa ikhtiyar</w:t>
      </w:r>
      <w:r>
        <w:br/>
      </w:r>
      <w:r>
        <w:rPr>
          <w:sz w:val="20"/>
        </w:rPr>
        <w:t>41:00  کرو نہیں کیونکہ Niagara Falls کیا ہے ایک phenomenon of nature ہے</w:t>
      </w:r>
      <w:r>
        <w:br/>
      </w:r>
      <w:r>
        <w:rPr>
          <w:sz w:val="20"/>
        </w:rPr>
        <w:t>41:07  Niagara Falls jo hai, phenomena of nature hai. To isko aap dekhen to aap kahen ke Niagara</w:t>
      </w:r>
      <w:r>
        <w:br/>
      </w:r>
      <w:r>
        <w:rPr>
          <w:sz w:val="20"/>
        </w:rPr>
        <w:t>41:13  fall ek bohat hi</w:t>
      </w:r>
      <w:r>
        <w:br/>
      </w:r>
      <w:r>
        <w:rPr>
          <w:sz w:val="20"/>
        </w:rPr>
        <w:t>41:18  parshor zaban mein keh raha hai</w:t>
      </w:r>
      <w:r>
        <w:br/>
      </w:r>
      <w:r>
        <w:rPr>
          <w:sz w:val="20"/>
        </w:rPr>
        <w:t>41:22  ke nature ka tareeqa ikhtiyar karo</w:t>
      </w:r>
      <w:r>
        <w:br/>
      </w:r>
      <w:r>
        <w:rPr>
          <w:sz w:val="20"/>
        </w:rPr>
        <w:t>41:26  tu gaya ke</w:t>
      </w:r>
      <w:r>
        <w:br/>
      </w:r>
      <w:r>
        <w:rPr>
          <w:sz w:val="20"/>
        </w:rPr>
        <w:t>41:28  کینیڈا کے مائنڈ کو بنایا ہے Niagara Falls نے یعنی نیچر نے</w:t>
      </w:r>
      <w:r>
        <w:br/>
      </w:r>
      <w:r>
        <w:rPr>
          <w:sz w:val="20"/>
        </w:rPr>
        <w:t>41:34  ایسا phenomena کہیں اور نہیں میرے خیال سے جیسا کہ Niagara Fall ہے وہاں پر</w:t>
      </w:r>
      <w:r>
        <w:br/>
      </w:r>
      <w:r>
        <w:rPr>
          <w:sz w:val="20"/>
        </w:rPr>
        <w:t>41:42  negra fall jo hai un ke zehen par aisi cheezen chha gaye ke ke fall nagra ke nature ka tareeqa ikhtiyar karo</w:t>
      </w:r>
    </w:p>
    <w:p>
      <w:pPr>
        <w:pStyle w:val="Heading2"/>
      </w:pPr>
      <w:r>
        <w:t>The blind man and the well: only urgent warnings matter now</w:t>
      </w:r>
    </w:p>
    <w:p>
      <w:r>
        <w:rPr>
          <w:color w:val="666666"/>
          <w:sz w:val="18"/>
        </w:rPr>
        <w:t>Problems of Misunderstanding May 10, 2009 · 1m 50s · at 46:43 · https://youtu.be/j3LgYzAfM5U?t=2803</w:t>
      </w:r>
    </w:p>
    <w:p>
      <w:r>
        <w:rPr>
          <w:i/>
        </w:rPr>
        <w:t>“A blind man is walking straight toward a well”</w:t>
      </w:r>
    </w:p>
    <w:p>
      <w:r>
        <w:rPr>
          <w:sz w:val="20"/>
        </w:rPr>
        <w:t>46:43  jab hum parhtay thay madrasay mein to balaghat ki kitab hoti hai, to us mein aik baat batayi gayi thi ke agar aik aadmi,</w:t>
      </w:r>
      <w:r>
        <w:br/>
      </w:r>
      <w:r>
        <w:rPr>
          <w:sz w:val="20"/>
        </w:rPr>
        <w:t>46:56  aik andha aadmi, aik blind aadmi, aik aik andha aadmi chala ja raha hai,</w:t>
      </w:r>
      <w:r>
        <w:br/>
      </w:r>
      <w:r>
        <w:rPr>
          <w:sz w:val="20"/>
        </w:rPr>
        <w:t>47:05  yani us mein yeh tha ke kaise mauqa ke lehaz se kaise bola jata hai, kaise warning di jati hai.</w:t>
      </w:r>
      <w:r>
        <w:br/>
      </w:r>
      <w:r>
        <w:rPr>
          <w:sz w:val="20"/>
        </w:rPr>
        <w:t>47:13  to is mein tha ke ek andha aadmi hai, woh chala ja raha hai aur saamne ek kunwaan hai, aur abhi yeh dar hai ke abhi ek ek minute mein woh kunwein mein gir jayega, woh kyunke dekh nahin raha hai, woh dekhe baghair chala ja raha hai.</w:t>
      </w:r>
      <w:r>
        <w:br/>
      </w:r>
      <w:r>
        <w:rPr>
          <w:sz w:val="20"/>
        </w:rPr>
        <w:t>47:28  woh</w:t>
      </w:r>
      <w:r>
        <w:br/>
      </w:r>
      <w:r>
        <w:rPr>
          <w:sz w:val="20"/>
        </w:rPr>
        <w:t>47:31  to is se yeh nahin kaha jayega ke aye hazrat, aye hazrat, aye sheikh, aye sheikh, arey aap jidhar ja rahe hain, idhar to ek kunwaan hai. Yeh sab nahin kaha jayega,</w:t>
      </w:r>
      <w:r>
        <w:br/>
      </w:r>
      <w:r>
        <w:rPr>
          <w:sz w:val="20"/>
        </w:rPr>
        <w:t>47:40  sirf yeh kaha jayega: "albir, albir, bir" maani kunwaan. Ek hi word bola jayega, sirf "albir, albir" ke tumhare saamne to kunwaan hai.</w:t>
      </w:r>
      <w:r>
        <w:br/>
      </w:r>
      <w:r>
        <w:rPr>
          <w:sz w:val="20"/>
        </w:rPr>
        <w:t>47:53  to ab jo soorat-e-haal hai, ab hamare paas time nahin hai, ab sirf "albir, albir" chalane ka waqt aa gaya hai. Har aadmi chalaye ke "albir, albir, kunwaan, kunwaan, kunwaan" qayamat, qayamat, qayamat.</w:t>
      </w:r>
      <w:r>
        <w:br/>
      </w:r>
      <w:r>
        <w:rPr>
          <w:sz w:val="20"/>
        </w:rPr>
        <w:t>48:09  ab to yahi bolna hai, yahi chalana hai, kuch aur karna nahin hai. Aap ke paas paisa hai to is ka bhi yahi masraf hai, aap ke paas taqat hai to is ka bhi yahi masraf hai, aap ke paas time hai to is ka bhi yahi masraf hai, aap ke paas ilm hai to is ka bhi yahi masraf hai.</w:t>
      </w:r>
      <w:r>
        <w:br/>
      </w:r>
      <w:r>
        <w:rPr>
          <w:sz w:val="20"/>
        </w:rPr>
        <w:t>48:28  koi doosra kaam karne ka waqt nahin raha. Ab</w:t>
      </w:r>
    </w:p>
    <w:p>
      <w:pPr>
        <w:pStyle w:val="Heading2"/>
      </w:pPr>
      <w:r>
        <w:t>Ali's courageous stand as a young boy</w:t>
      </w:r>
    </w:p>
    <w:p>
      <w:r>
        <w:rPr>
          <w:color w:val="666666"/>
          <w:sz w:val="18"/>
        </w:rPr>
        <w:t>Sahabah as a Role Model November 27, 2007 · 1m 43s · at 27:02 · https://youtu.be/bsaYmZAU8FY?t=1622</w:t>
      </w:r>
    </w:p>
    <w:p>
      <w:r>
        <w:rPr>
          <w:i/>
        </w:rPr>
        <w:t>“Ali aap ke chacha ke bete thay”</w:t>
      </w:r>
    </w:p>
    <w:p>
      <w:r>
        <w:rPr>
          <w:sz w:val="20"/>
        </w:rPr>
        <w:t>27:02  ali aap ke chacha ke bete the. aap ke chacha the abu talib, un ke bete the ali. to woh khare hue hain. to abu talib ne saath nahin diya lekin ali ne saath diya.</w:t>
      </w:r>
      <w:r>
        <w:br/>
      </w:r>
      <w:r>
        <w:rPr>
          <w:sz w:val="20"/>
        </w:rPr>
        <w:t>27:16  to jab yeh aisa hua ke senior log baithe hue hain, chup hain aur ek bachcha keh raha hai</w:t>
      </w:r>
      <w:r>
        <w:br/>
      </w:r>
      <w:r>
        <w:rPr>
          <w:sz w:val="20"/>
        </w:rPr>
        <w:t>27:24  ke mein aap ka saath doonga to aap ki zuban se nikla ant ya ali, ant ya ali. aye ali tum, aye ali tum.</w:t>
      </w:r>
      <w:r>
        <w:br/>
      </w:r>
      <w:r>
        <w:rPr>
          <w:sz w:val="20"/>
        </w:rPr>
        <w:t>27:34  yani barhon, bare, bare aur senior log to saath nahin de rahe hain. tum ek bachcha ho aur tum keh rahe ho ke mein saath doonga. itna bada mission hai, itna bada mission hai.</w:t>
      </w:r>
      <w:r>
        <w:br/>
      </w:r>
      <w:r>
        <w:rPr>
          <w:sz w:val="20"/>
        </w:rPr>
        <w:t>27:45  to aap ne farmaya ant ya ali, aye ali tum. is mein kya sabak mila? ke aap bachche hon, aap ke paas resources na hon,</w:t>
      </w:r>
      <w:r>
        <w:br/>
      </w:r>
      <w:r>
        <w:rPr>
          <w:sz w:val="20"/>
        </w:rPr>
        <w:t>28:01  aap ke paas woh cheezein na hon jo</w:t>
      </w:r>
      <w:r>
        <w:br/>
      </w:r>
      <w:r>
        <w:rPr>
          <w:sz w:val="20"/>
        </w:rPr>
        <w:t>28:08  bari samjhi jati hain, phir bhi aap sachai ke liye khare ho jao. hazrat ali ke paas is waqt kuch bhi nahin tha. sirf, sirf umar ki baat nahin thi ke aap chhote the aur kuch bhi nahin tha un ke paas.</w:t>
      </w:r>
      <w:r>
        <w:br/>
      </w:r>
      <w:r>
        <w:rPr>
          <w:sz w:val="20"/>
        </w:rPr>
        <w:t>28:22  na maal tha, na kuch tha, na kuch tha. jismani ke wasail ki parwah na karte hue sachai ke liye khara ho jana yeh misaal hai hazrat ali ke haan.</w:t>
      </w:r>
      <w:r>
        <w:br/>
      </w:r>
      <w:r>
        <w:rPr>
          <w:sz w:val="20"/>
        </w:rPr>
        <w:t>28:35  shandar misaal. aur phir allah taala ki madad un ko hui. unhon ne bare bare kaam kiye. hazrat ali ne bare bare kaam kiye.</w:t>
      </w:r>
    </w:p>
    <w:p>
      <w:pPr>
        <w:pStyle w:val="Heading2"/>
      </w:pPr>
      <w:r>
        <w:t>The real difference between a Muslim and a Momin</w:t>
      </w:r>
    </w:p>
    <w:p>
      <w:r>
        <w:rPr>
          <w:color w:val="666666"/>
          <w:sz w:val="18"/>
        </w:rPr>
        <w:t>Duties of Ummat-e-Wasat (The Middle Nation) September 25, 2022 · 1m 39s · at 57:20 · https://youtu.be/pIZGjyY5Zv4?t=3440</w:t>
      </w:r>
    </w:p>
    <w:p>
      <w:r>
        <w:rPr>
          <w:i/>
        </w:rPr>
        <w:t>“What is the difference between a Muslim and a Momin?”</w:t>
      </w:r>
    </w:p>
    <w:p>
      <w:r>
        <w:rPr>
          <w:sz w:val="20"/>
        </w:rPr>
        <w:t>57:20  unhon ne likha hai: "muslim aur momin mein kya farq hai? aur kya ah allah ki madad aur nasrat ah kis ke zyada qareeb hoti hai</w:t>
      </w:r>
      <w:r>
        <w:br/>
      </w:r>
      <w:r>
        <w:rPr>
          <w:sz w:val="20"/>
        </w:rPr>
        <w:t>57:31  ?" ah, is ke baray mein batayen. aur unhon ne comment bhi bheja hai ke allah ah ah aap aap ko, apa aap ko, aur cps ki team ko jaza de.</w:t>
      </w:r>
      <w:r>
        <w:br/>
      </w:r>
      <w:r>
        <w:rPr>
          <w:sz w:val="20"/>
        </w:rPr>
        <w:t>57:42  ameen. muslim ka literal maani to wahi hai: "one who has surrendered to god." literal maani to momin hi hai.</w:t>
      </w:r>
      <w:r>
        <w:br/>
      </w:r>
      <w:r>
        <w:rPr>
          <w:sz w:val="20"/>
        </w:rPr>
        <w:t>57:51  ji,</w:t>
      </w:r>
      <w:r>
        <w:br/>
      </w:r>
      <w:r>
        <w:rPr>
          <w:sz w:val="20"/>
        </w:rPr>
        <w:t>57:52  lekin ab kya hai ke by birth har aadmi jo chahe woh surrender kiye hue hon, na kiye hue hon, lekin ab muslim ghar mein paida ho gaya to woh muslim hai.</w:t>
      </w:r>
      <w:r>
        <w:br/>
      </w:r>
      <w:r>
        <w:rPr>
          <w:sz w:val="20"/>
        </w:rPr>
        <w:t>58:02  hmm, to isi liye quran mein bar bar momin ka lafz istemal hua hai. ji, muslim ka lafz wahin istemal hua jahan khuda ke surrender ke maani mein, submission ke maani mein mafhoom hai.</w:t>
      </w:r>
      <w:r>
        <w:br/>
      </w:r>
      <w:r>
        <w:rPr>
          <w:sz w:val="20"/>
        </w:rPr>
        <w:t>58:15  aur waise believer ka lafz istemal hua hai: momin.</w:t>
      </w:r>
      <w:r>
        <w:br/>
      </w:r>
      <w:r>
        <w:rPr>
          <w:sz w:val="20"/>
        </w:rPr>
        <w:t>58:19  to hum paidaishi taur par musalman ho sakte hain, lekin humein real sense mein musalman hona hai. real sense mein wahi hai: "one who has surrendered, one who has submitted to god's will." to is sense mein to dono aik hi cheez hain.</w:t>
      </w:r>
      <w:r>
        <w:br/>
      </w:r>
      <w:r>
        <w:rPr>
          <w:sz w:val="20"/>
        </w:rPr>
        <w:t>58:36  ji, balkay apa yeh yeh keh sakte hain, aur maulana ne is ka kahin zikr bhi kiya hai ke aik muslim ki identity is ke dawi hone par establish hoti hai.</w:t>
      </w:r>
      <w:r>
        <w:br/>
      </w:r>
      <w:r>
        <w:rPr>
          <w:sz w:val="20"/>
        </w:rPr>
        <w:t>58:45  ah, agar aap ne aap dawi nahi ban paye to your case is a case of missed opportunity ke aik bohat bari inaamaat lene ki aik opportunity aayi ke aap kuch aisa kaam kar rahe hain jo allah ka kaam hai, aur is mein aap aagay nahi barh rahay.</w:t>
      </w:r>
    </w:p>
    <w:p>
      <w:pPr>
        <w:pStyle w:val="Heading2"/>
      </w:pPr>
      <w:r>
        <w:t>Avoid pride in worship, practice modesty</w:t>
      </w:r>
    </w:p>
    <w:p>
      <w:r>
        <w:rPr>
          <w:color w:val="666666"/>
          <w:sz w:val="18"/>
        </w:rPr>
        <w:t>Ramadan and The Quran 14 oct 2005 - Maulana Wahiduddin Khan · 2m 50s · at 27:03 · https://youtu.be/t_Ciia8JlBk?t=1623</w:t>
      </w:r>
    </w:p>
    <w:p>
      <w:r>
        <w:rPr>
          <w:i/>
        </w:rPr>
        <w:t>“Ek hadith hai ki la yaqulanna ahadukum sumta Ramadana kull”</w:t>
      </w:r>
    </w:p>
    <w:p>
      <w:r>
        <w:rPr>
          <w:sz w:val="20"/>
        </w:rPr>
        <w:t>27:03  ek hadith hai ke la yqoolan ahadakum sumt ramzan kal</w:t>
      </w:r>
      <w:r>
        <w:br/>
      </w:r>
      <w:r>
        <w:rPr>
          <w:sz w:val="20"/>
        </w:rPr>
        <w:t>27:17  yeh bohat hi ajeeb baat hai. isko aap ghor se suniye. rasool Allah ne farmaya ke tum mein se koi shakhs hargiz aisa na kare ke woh yeh kahe ke maine poore ramzan ke roze rakhay.</w:t>
      </w:r>
      <w:r>
        <w:br/>
      </w:r>
      <w:r>
        <w:rPr>
          <w:sz w:val="20"/>
        </w:rPr>
        <w:t>27:31  badi sochne ki baat hai. yeh sahi hadith hai</w:t>
      </w:r>
      <w:r>
        <w:br/>
      </w:r>
      <w:r>
        <w:rPr>
          <w:sz w:val="20"/>
        </w:rPr>
        <w:t>27:35  ke aap ne farmaya ke tum mein se koi shakhs hargiz aisa na kare ke yeh kahe ke maine to ramzan ke sare roze rakh liye. isko samajhne ke liye aap thoda sa is mein aap ko izafa karna padega.</w:t>
      </w:r>
      <w:r>
        <w:br/>
      </w:r>
      <w:r>
        <w:rPr>
          <w:sz w:val="20"/>
        </w:rPr>
        <w:t>27:50  yani yeh jo aaj kal aap dekhte hain, kisi se poochein to kya kahega? alhamdulillah, mein to sare roze rakh liye.</w:t>
      </w:r>
      <w:r>
        <w:br/>
      </w:r>
      <w:r>
        <w:rPr>
          <w:sz w:val="20"/>
        </w:rPr>
        <w:t>27:59  alhamdulillah, mein to</w:t>
      </w:r>
      <w:r>
        <w:br/>
      </w:r>
      <w:r>
        <w:rPr>
          <w:sz w:val="20"/>
        </w:rPr>
        <w:t>28:03  sari taraveeh poori kar li. alhamdulillah, meri to koi tahajjud nagha nahi hui. yeh woh cheez ko mana kiya hai ya hadith mein? zara ghor farmayein.</w:t>
      </w:r>
      <w:r>
        <w:br/>
      </w:r>
      <w:r>
        <w:rPr>
          <w:sz w:val="20"/>
        </w:rPr>
        <w:t>28:16  yeh bohat hi ajeeb baat hai. yeh hadith lambi hai. yeh aap ne farmaya ke tum mein se koi shakhs hargiz yeh na kahe ke maine to</w:t>
      </w:r>
      <w:r>
        <w:br/>
      </w:r>
      <w:r>
        <w:rPr>
          <w:sz w:val="20"/>
        </w:rPr>
        <w:t>28:25  sare roze rakh liye. mein to sari raaton mein namazein parta raha. iska matlab yeh nahi ke tum roze ghata kar rakho.</w:t>
      </w:r>
      <w:r>
        <w:br/>
      </w:r>
      <w:r>
        <w:rPr>
          <w:sz w:val="20"/>
        </w:rPr>
        <w:t>28:38  30 din ke bajaye aap 20 din rakho. yeh matlab nahi hai iska. iska matlab hai ke yeh kehne ka andaaz</w:t>
      </w:r>
      <w:r>
        <w:br/>
      </w:r>
      <w:r>
        <w:rPr>
          <w:sz w:val="20"/>
        </w:rPr>
        <w:t>28:44  ke alhamdulillah, mere to koi roze nahi chhootay. alhamdulillah, mein jo sare tahajjud par dali, maine yeh yeh ek be hsi ka kalma hai. be hsi ka, naaz ka, fakhr ka kalma hai.</w:t>
      </w:r>
      <w:r>
        <w:br/>
      </w:r>
      <w:r>
        <w:rPr>
          <w:sz w:val="20"/>
        </w:rPr>
        <w:t>28:58  islam mein jo cheez hai, modesty.</w:t>
      </w:r>
      <w:r>
        <w:br/>
      </w:r>
      <w:r>
        <w:rPr>
          <w:sz w:val="20"/>
        </w:rPr>
        <w:t>29:02  modesty. is liye hadith mein yeh hai ke tum mein se kuch log, tum mein se tum par aisi raatein guzarni chahiye ke tum so jao aur tum namaz na parh sako.</w:t>
      </w:r>
      <w:r>
        <w:br/>
      </w:r>
      <w:r>
        <w:rPr>
          <w:sz w:val="20"/>
        </w:rPr>
        <w:t>29:16  tum par aisa din guzarna chahiye ke tumhara roze mein kuch gadbad ho jaye.</w:t>
      </w:r>
      <w:r>
        <w:br/>
      </w:r>
      <w:r>
        <w:rPr>
          <w:sz w:val="20"/>
        </w:rPr>
        <w:t>29:22  jaise ke farz kiye, maine pani piya bhool kar ke. aisa koi ho jaye bhool kar ke to kya hai? is se aap ko tawazu paida hogi ke mera roza kya hai?</w:t>
      </w:r>
      <w:r>
        <w:br/>
      </w:r>
      <w:r>
        <w:rPr>
          <w:sz w:val="20"/>
        </w:rPr>
        <w:t>29:34  mujh se to bhool kar mein ne pani pi liya. meri namaz kya hai? mein to</w:t>
      </w:r>
      <w:r>
        <w:br/>
      </w:r>
      <w:r>
        <w:rPr>
          <w:sz w:val="20"/>
        </w:rPr>
        <w:t>29:41  das din namaz parhi aur barahween din so gaya. yani yeh yeh tawazu, yeh modesty, kami ka ehsas Khuda ko matloob hai. yeh nahi ke aap bare fakhr ke sath kahein ke alhamdulillah.</w:t>
      </w:r>
    </w:p>
    <w:p>
      <w:pPr>
        <w:pStyle w:val="Heading2"/>
      </w:pPr>
      <w:r>
        <w:t>Officer who sent a hafiz to fast in his place</w:t>
      </w:r>
    </w:p>
    <w:p>
      <w:r>
        <w:rPr>
          <w:color w:val="666666"/>
          <w:sz w:val="18"/>
        </w:rPr>
        <w:t>The Spirit of Roza Sept 7, 2008 · 1m 41s · at 22:40 · https://youtu.be/C9G1oBdqoKk?t=1360</w:t>
      </w:r>
    </w:p>
    <w:p>
      <w:r>
        <w:rPr>
          <w:i/>
        </w:rPr>
        <w:t>“Ek bade afsar ke bangle ke bahar hafiz sahab Quran padhte the”</w:t>
      </w:r>
    </w:p>
    <w:p>
      <w:r>
        <w:rPr>
          <w:sz w:val="20"/>
        </w:rPr>
        <w:t>22:40  ek martaba main gaya ek bohat bade afsar ke haan bohat din ki baat hai to un ke bangle ke bahar ek main ne dekha ke subah ko ek sahab ate hain aur quran padhte hain.</w:t>
      </w:r>
      <w:r>
        <w:br/>
      </w:r>
      <w:r>
        <w:rPr>
          <w:sz w:val="20"/>
        </w:rPr>
        <w:t>22:51  hafiz sahab the woh padh ke chale aate hain. to main ne afsar sahab se poocha ke yeh kya mamla hai? roze ka zamana tha woh.</w:t>
      </w:r>
      <w:r>
        <w:br/>
      </w:r>
      <w:r>
        <w:rPr>
          <w:sz w:val="20"/>
        </w:rPr>
        <w:t>23:00  main ne kaha ke dekhiye hum roza to nahi rakh nahi sakte. hamare bas mein roza rakhna aaye nahi to hum ne ek hafiz sahab ko keh diya hai aa ke quran padh dete hain.</w:t>
      </w:r>
      <w:r>
        <w:br/>
      </w:r>
      <w:r>
        <w:rPr>
          <w:sz w:val="20"/>
        </w:rPr>
        <w:t>23:12  to main ne kaha astaghfirullah aap ne apne jahan aap office mein jahan aap afsar bane hue hain wahan bhi kisi ko bhej diya hai kahiye ke aap khud na jaiye.</w:t>
      </w:r>
      <w:r>
        <w:br/>
      </w:r>
      <w:r>
        <w:rPr>
          <w:sz w:val="20"/>
        </w:rPr>
        <w:t>23:25  ek bohat bada yani office tha is mein woh uhda mila hua tha un ko. railway ke ek bohat bade afsar the woh.</w:t>
      </w:r>
      <w:r>
        <w:br/>
      </w:r>
      <w:r>
        <w:rPr>
          <w:sz w:val="20"/>
        </w:rPr>
        <w:t>23:34  to main ne kaha aap khud na jaiye wahan bhej diye kisi ko. aur phir aap ko salary milti rahe gi aap ko sara bangla hi milta rahe ga. aisa kahin hota hai? roza khud rakhna padta hai.</w:t>
      </w:r>
      <w:r>
        <w:br/>
      </w:r>
      <w:r>
        <w:rPr>
          <w:sz w:val="20"/>
        </w:rPr>
        <w:t>23:46  jaise aap ko afsari khud karni padti hai. yani office ka kaam aap ko khud karna padta hai.</w:t>
      </w:r>
      <w:r>
        <w:br/>
      </w:r>
      <w:r>
        <w:rPr>
          <w:sz w:val="20"/>
        </w:rPr>
        <w:t>23:53  dusra aap ja ke wahan baith jayen kursi par to aap ko nahi is ka benefit bhi mile ga. to roza hamein kaise aisa ho sakta hai?</w:t>
      </w:r>
      <w:r>
        <w:br/>
      </w:r>
      <w:r>
        <w:rPr>
          <w:sz w:val="20"/>
        </w:rPr>
        <w:t>24:04  koi dusra aap ke badle mein kuch kar de aap ko roze ka sawab mil jaye. yeh to ek meaningless baat hai. to log sochte nahi baghair soch samjhe is tarah ke kaam karte rehte hain.</w:t>
      </w:r>
    </w:p>
    <w:p>
      <w:pPr>
        <w:pStyle w:val="Heading2"/>
      </w:pPr>
      <w:r>
        <w:t>Solar system's design points to a wise Creator</w:t>
      </w:r>
    </w:p>
    <w:p>
      <w:r>
        <w:rPr>
          <w:color w:val="666666"/>
          <w:sz w:val="18"/>
        </w:rPr>
        <w:t>The Message of Eid Al- Adha November 6, 2011 - Maulana Wahiduddin Khan · 2m 56s · at 9:50 · https://youtu.be/jRx-8VFlR9Q?t=590</w:t>
      </w:r>
    </w:p>
    <w:p>
      <w:r>
        <w:rPr>
          <w:i/>
        </w:rPr>
        <w:t>“Hamara jo solar system hai, nizam-e-shamsi”</w:t>
      </w:r>
    </w:p>
    <w:p>
      <w:r>
        <w:rPr>
          <w:sz w:val="20"/>
        </w:rPr>
        <w:t>9:50  yahan bhi aap dekhiye to science ne makhlooq ko liya aur khalique ko chhod diya. Misal ke taur par dekhiye, hamara jo solar system hai,</w:t>
      </w:r>
      <w:r>
        <w:br/>
      </w:r>
      <w:r>
        <w:rPr>
          <w:sz w:val="20"/>
        </w:rPr>
        <w:t>10:05  nizam shamsi,</w:t>
      </w:r>
      <w:r>
        <w:br/>
      </w:r>
      <w:r>
        <w:rPr>
          <w:sz w:val="20"/>
        </w:rPr>
        <w:t>10:09  woh kya hai? Solar system ek galaxy mein waqe hai.</w:t>
      </w:r>
      <w:r>
        <w:br/>
      </w:r>
      <w:r>
        <w:rPr>
          <w:sz w:val="20"/>
        </w:rPr>
        <w:t>10:17  wasee universe mein bahut sari kahkeshan hain jin ko galaxy kaha jata hai. In mein se ek galaxy woh hai jis mein hamara solar system waqe hai.</w:t>
      </w:r>
      <w:r>
        <w:br/>
      </w:r>
      <w:r>
        <w:rPr>
          <w:sz w:val="20"/>
        </w:rPr>
        <w:t>10:31  yeh bahut hi ajeeb baat hai ke poora solar system is galaxy ke corner par hai, kinare, is ke darmiyan mein nahin hai.</w:t>
      </w:r>
      <w:r>
        <w:br/>
      </w:r>
      <w:r>
        <w:rPr>
          <w:sz w:val="20"/>
        </w:rPr>
        <w:t>10:44  is galaxy mein bahut sare sitare hain, billions ya billion sitare hain, bahut hi zyada bade bade, bahut zyada garam.</w:t>
      </w:r>
      <w:r>
        <w:br/>
      </w:r>
      <w:r>
        <w:rPr>
          <w:sz w:val="20"/>
        </w:rPr>
        <w:t>10:54  to is galaxy ka jo darmiyani hissa hai, woh bahut zyada garam hai, bahut zyada heat hai is ke andar.</w:t>
      </w:r>
      <w:r>
        <w:br/>
      </w:r>
      <w:r>
        <w:rPr>
          <w:sz w:val="20"/>
        </w:rPr>
        <w:t>11:06  agar hamara solar system galaxy ke darmiyan mein hota to hum log pighal jate, hamara wajood na hota hamara.</w:t>
      </w:r>
      <w:r>
        <w:br/>
      </w:r>
      <w:r>
        <w:rPr>
          <w:sz w:val="20"/>
        </w:rPr>
        <w:t>11:17  lekin khalique ne solar system ko galaxy ke kinare rakh diya, jis ki wajah se hum ko bahut hi mo'tedil aur normal heat milti hai.</w:t>
      </w:r>
      <w:r>
        <w:br/>
      </w:r>
      <w:r>
        <w:rPr>
          <w:sz w:val="20"/>
        </w:rPr>
        <w:t>11:31  to scientist is ki daryaft to karta hai ke ke solar system mein kehte hain</w:t>
      </w:r>
      <w:r>
        <w:br/>
      </w:r>
      <w:r>
        <w:rPr>
          <w:sz w:val="20"/>
        </w:rPr>
        <w:t>11:43  planets hain, is ke is ki movement kaise hoti hai, is ka location kya hai.</w:t>
      </w:r>
      <w:r>
        <w:br/>
      </w:r>
      <w:r>
        <w:rPr>
          <w:sz w:val="20"/>
        </w:rPr>
        <w:t>11:53  lekin yeh jo pehlu hai ke itni zabardast is ke andar maanoiyat hai, yahi ek baat nahin, aisi millions aur billions baatein hain jo batati hain ke jo khalique hai is ka,</w:t>
      </w:r>
      <w:r>
        <w:br/>
      </w:r>
      <w:r>
        <w:rPr>
          <w:sz w:val="20"/>
        </w:rPr>
        <w:t>12:12  woh bahut hi zyada hakim hai. Yani everything is well designed, well planned.</w:t>
      </w:r>
      <w:r>
        <w:br/>
      </w:r>
      <w:r>
        <w:rPr>
          <w:sz w:val="20"/>
        </w:rPr>
        <w:t>12:20  to kyun aisa hai? Is ke ma'ne hain ke is ke peeche planner hain, is ke peeche designer hain. Lekin science ka woh subject nahin.</w:t>
      </w:r>
      <w:r>
        <w:br/>
      </w:r>
      <w:r>
        <w:rPr>
          <w:sz w:val="20"/>
        </w:rPr>
        <w:t>12:32  to science form ka, form ki tehqeeq karti hai. Is ke jo meaning hai, is ke andar jo wisdom hai, woh science ka subject nahin hai.</w:t>
      </w:r>
    </w:p>
    <w:p>
      <w:pPr>
        <w:pStyle w:val="Heading2"/>
      </w:pPr>
      <w:r>
        <w:t>Ta'if stoning and the Prophet's forgiving response</w:t>
      </w:r>
    </w:p>
    <w:p>
      <w:r>
        <w:rPr>
          <w:color w:val="666666"/>
          <w:sz w:val="18"/>
        </w:rPr>
        <w:t>The Issue of Shatm-e-Rasool (Abuse of the Prophet) December 19, 2021 Prof. Farida Khanam · 1m 52s · at 12:44 · https://youtu.be/ExQS_PHirUc?t=764</w:t>
      </w:r>
    </w:p>
    <w:p>
      <w:r>
        <w:rPr>
          <w:i/>
        </w:rPr>
        <w:t>“They stoned him at Ta'if until he bled”</w:t>
      </w:r>
    </w:p>
    <w:p>
      <w:r>
        <w:rPr>
          <w:sz w:val="20"/>
        </w:rPr>
        <w:t>12:44  taif ka aap log sab log jante hain ke kis tareeqe se logon ne aap ko pareshan kiya tha aur aap ko patthar maare the aur aap lahoo lahaan ho rahe the.</w:t>
      </w:r>
      <w:r>
        <w:br/>
      </w:r>
      <w:r>
        <w:rPr>
          <w:sz w:val="20"/>
        </w:rPr>
        <w:t>12:52  is ke bawajood aap ne kaha ke jab is ka pahadon ka farishta aaya aur kaha ke allah ne sab kuch dekh liya hai in ka jo unhon ne aap ke sath sulook kiya hai, to agar aap chahen to main in sab logon ko crush kar doon,</w:t>
      </w:r>
      <w:r>
        <w:br/>
      </w:r>
      <w:r>
        <w:rPr>
          <w:sz w:val="20"/>
        </w:rPr>
        <w:t>13:10  main pahadon ka farishta hoon, kyunke taif pahadon ke darmiyan tha. to aap ne kaha ke main umeed karta hoon ke un ki doosri nasal ek allah ki ibadat karegi.</w:t>
      </w:r>
      <w:r>
        <w:br/>
      </w:r>
      <w:r>
        <w:rPr>
          <w:sz w:val="20"/>
        </w:rPr>
        <w:t>13:21  to aap har waqt aap in logon ke liye hidayat ki dua karte the, kyunke logon ke dil jo hain, woh allah ki mutthi mein hain. to jab chahe allah in ko toufeeq de de, jab chahe allah taala in ka dil pher de aur woh hidayat ki taraf aa jayen.</w:t>
      </w:r>
      <w:r>
        <w:br/>
      </w:r>
      <w:r>
        <w:rPr>
          <w:sz w:val="20"/>
        </w:rPr>
        <w:t>13:39  to hamein isi liye hamein hamesha talif e qalb in ke sath karna hai, in ke jis ko hum kehte hain softening of the heart, aur in ko jo hai narmi se in ki baat karni hai, in ke react nahi karna hai, retaliate nahi karna hai, aur yahi rasool allah salallaho alaihi wasallam ka uswa hai.</w:t>
      </w:r>
      <w:r>
        <w:br/>
      </w:r>
      <w:r>
        <w:rPr>
          <w:sz w:val="20"/>
        </w:rPr>
        <w:t>13:58  to ek bar rasool allah salallaho alaihi wasallam kuch saman aaya tha, woh logon ko bant rahe the, to badu jo hote the, woh bahut hi uncouth type ke hote the,</w:t>
      </w:r>
      <w:r>
        <w:br/>
      </w:r>
      <w:r>
        <w:rPr>
          <w:sz w:val="20"/>
        </w:rPr>
        <w:t>14:08  bahut hi civilized nahi hote the. to woh kehne lage, "ae muhammad! ek badu aaya aur us ne kaha, ae muhammad!</w:t>
      </w:r>
      <w:r>
        <w:br/>
      </w:r>
      <w:r>
        <w:rPr>
          <w:sz w:val="20"/>
        </w:rPr>
        <w:t>14:17  adal se kaam lo, allah ki qasam, tum ne aaj tak insaaf nahi kiya." to rasool allah salallaho alaihi wasallam is par bhi ghussa nahi hue.</w:t>
      </w:r>
      <w:r>
        <w:br/>
      </w:r>
      <w:r>
        <w:rPr>
          <w:sz w:val="20"/>
        </w:rPr>
        <w:t>14:27  us ne kaha, "allah ki qasam, tum ne aaj tak insaaf nahi kiya." aap ne sirf yeh kaha ke "allah ki qasam, tum mujh se zyada insaaf karne wala nahi paoge."</w:t>
      </w:r>
    </w:p>
    <w:p>
      <w:pPr>
        <w:pStyle w:val="Heading2"/>
      </w:pPr>
      <w:r>
        <w:t>Ganga analogy for faith revival</w:t>
      </w:r>
    </w:p>
    <w:p>
      <w:r>
        <w:rPr>
          <w:color w:val="666666"/>
          <w:sz w:val="18"/>
        </w:rPr>
        <w:t>Revival of Faith I 25 Sept, 2011 - Maulana Wahiduddin Khan · 1m 35s · at 22:16 · https://youtu.be/y8_SQ8dJ0w0?t=1336</w:t>
      </w:r>
    </w:p>
    <w:p>
      <w:r>
        <w:rPr>
          <w:i/>
        </w:rPr>
        <w:t>“Mere body mein Ganga behti hai”</w:t>
      </w:r>
    </w:p>
    <w:p>
      <w:r>
        <w:rPr>
          <w:sz w:val="20"/>
        </w:rPr>
        <w:t>22:16  to main ne socha ke mere body mein ganga beh rahi hai. yeh khoon jo daud raha hai har waqt, yeh kya hai? red ganga hai yeh.</w:t>
      </w:r>
      <w:r>
        <w:br/>
      </w:r>
      <w:r>
        <w:rPr>
          <w:sz w:val="20"/>
        </w:rPr>
        <w:t>22:26  aur woh bhi polluted hota rehta hai. lekin jism ka ek nizam hai, jism ka ek system hai, har waqt purify karta hai pani ko.</w:t>
      </w:r>
      <w:r>
        <w:br/>
      </w:r>
      <w:r>
        <w:rPr>
          <w:sz w:val="20"/>
        </w:rPr>
        <w:t>22:35  woh</w:t>
      </w:r>
      <w:r>
        <w:br/>
      </w:r>
      <w:r>
        <w:rPr>
          <w:sz w:val="20"/>
        </w:rPr>
        <w:t>22:36  khoon ko. har aadmi ke jism mein ek bohat bara nizam hai, bohat bara system hai. blood purification ka.</w:t>
      </w:r>
      <w:r>
        <w:br/>
      </w:r>
      <w:r>
        <w:rPr>
          <w:sz w:val="20"/>
        </w:rPr>
        <w:t>22:48  woh nizam agar kaam na kare to aap jante hain ke phir woh woh jana chahta hai, dialysis farq karti hai, bari musibat hoti hai woh.</w:t>
      </w:r>
      <w:r>
        <w:br/>
      </w:r>
      <w:r>
        <w:rPr>
          <w:sz w:val="20"/>
        </w:rPr>
        <w:t>22:56  to aap mujhe, main ne socha ke mere jism pe ganga beh rahi hai. aur har waqt purify kiya ja raha hai is ko. lekin wahan satar arab rupay ka project banaya ja raha hai.</w:t>
      </w:r>
      <w:r>
        <w:br/>
      </w:r>
      <w:r>
        <w:rPr>
          <w:sz w:val="20"/>
        </w:rPr>
        <w:t>23:09  mujhe satar rupay bhi nahi mangta mera body mujh se.</w:t>
      </w:r>
      <w:r>
        <w:br/>
      </w:r>
      <w:r>
        <w:rPr>
          <w:sz w:val="20"/>
        </w:rPr>
        <w:t>23:12  satar paisa bhi nahi mangta. aur free mein purify kar raha hai. yeh hai khuda ka nizam. yeh khuda ka nizam hai.</w:t>
      </w:r>
      <w:r>
        <w:br/>
      </w:r>
      <w:r>
        <w:rPr>
          <w:sz w:val="20"/>
        </w:rPr>
        <w:t>23:25  to aap is tareeqay se jab sochte hain to aise item milte hain aap ko, aise item</w:t>
      </w:r>
      <w:r>
        <w:br/>
      </w:r>
      <w:r>
        <w:rPr>
          <w:sz w:val="20"/>
        </w:rPr>
        <w:t>23:31  jo aap ko allah ki yaad dilate hain. allah ki nemat'on ki yaad dilate hain. allah ki glory ki yaad dilate hain. wohi cheez aap ke liye iman ko taza karne ka zariya banti hai.</w:t>
      </w:r>
      <w:r>
        <w:br/>
      </w:r>
      <w:r>
        <w:rPr>
          <w:sz w:val="20"/>
        </w:rPr>
        <w:t>23:46  to yahi hai tajdeed iman. yahi hai revival of faith.</w:t>
      </w:r>
    </w:p>
    <w:p>
      <w:pPr>
        <w:pStyle w:val="Heading2"/>
      </w:pPr>
      <w:r>
        <w:t>A scientist claimed he found a flaw in gravity</w:t>
      </w:r>
    </w:p>
    <w:p>
      <w:r>
        <w:rPr>
          <w:color w:val="666666"/>
          <w:sz w:val="18"/>
        </w:rPr>
        <w:t>My Discovery of Truth January 8, 2006 Maulana Wahiduddin Khan · 1m 42s · at 45:59 · https://youtu.be/Q8ErBn6pGV8?t=2759</w:t>
      </w:r>
    </w:p>
    <w:p>
      <w:r>
        <w:rPr>
          <w:i/>
        </w:rPr>
        <w:t>“Ek European author ne kaha maine universe mein ek defect dhoonda”</w:t>
      </w:r>
    </w:p>
    <w:p>
      <w:r>
        <w:rPr>
          <w:sz w:val="20"/>
        </w:rPr>
        <w:t>45:59  aik sahib ne, aik european author ne, aik martaba aik bewakoofana baat aik kahi thi, aik ke mein ne aik defect ko nikala hai, aik aik defect ko discover kiya hai universe mein.</w:t>
      </w:r>
      <w:r>
        <w:br/>
      </w:r>
      <w:r>
        <w:rPr>
          <w:sz w:val="20"/>
        </w:rPr>
        <w:t>46:17  woh kya? woh woh aik ridiculous baat thi jis ko unhon ne defect bataya. unhon ne kaha ke zameen mein jo gravity hai, woh zyada hai.</w:t>
      </w:r>
      <w:r>
        <w:br/>
      </w:r>
      <w:r>
        <w:rPr>
          <w:sz w:val="20"/>
        </w:rPr>
        <w:t>46:31  yaani creator ko yahan par ghalti ho gayi calculate karne mein ke gravity itni zyada rakh di ke hum das pound ka bhi aik weight, aik aik aik cheez le kar chalte hain to hum thak jaate hain kuch door ja kar ke.</w:t>
      </w:r>
      <w:r>
        <w:br/>
      </w:r>
      <w:r>
        <w:rPr>
          <w:sz w:val="20"/>
        </w:rPr>
        <w:t>46:48  ab ye bilkul ahmaqana baat thi. is liye ke agar zameen ki gravity kam ho to hamari building hawa mein ure gi. ye hum jab chalenge sarak par to hum hawa mein uren ge, hamari carain nahi chal saken gi zameen par.</w:t>
      </w:r>
      <w:r>
        <w:br/>
      </w:r>
      <w:r>
        <w:rPr>
          <w:sz w:val="20"/>
        </w:rPr>
        <w:t>47:01  ye gravity jo hai, aap jante hain ke neeche se gravity, ooper se hawa ka dabaao,</w:t>
      </w:r>
      <w:r>
        <w:br/>
      </w:r>
      <w:r>
        <w:rPr>
          <w:sz w:val="20"/>
        </w:rPr>
        <w:t>47:09  yahi hai jo hum ko road par chalata hai, hamari caron ko dorata hai. aur yeh sab muntashir ho jaye, jaisay ke toofan mein woh patiyan muntashir ho jati hain.</w:t>
      </w:r>
      <w:r>
        <w:br/>
      </w:r>
      <w:r>
        <w:rPr>
          <w:sz w:val="20"/>
        </w:rPr>
        <w:t>47:23  to yeh aik is ridiculous baat thi. zameen ki jo gravity hai, jitni woh theek theek well calculated hai, na us se kam, na us se ziyada.</w:t>
      </w:r>
      <w:r>
        <w:br/>
      </w:r>
      <w:r>
        <w:rPr>
          <w:sz w:val="20"/>
        </w:rPr>
        <w:t>47:36  to is tarah ki cheezein</w:t>
      </w:r>
    </w:p>
    <w:p>
      <w:pPr>
        <w:pStyle w:val="Heading2"/>
      </w:pPr>
      <w:r>
        <w:t>camels in Quran replaced by airplanes for Hajj</w:t>
      </w:r>
    </w:p>
    <w:p>
      <w:r>
        <w:rPr>
          <w:color w:val="666666"/>
          <w:sz w:val="18"/>
        </w:rPr>
        <w:t>The Concept of Naskh in Quran July 18, 2007 · 2m 06s · at 5:04 · https://youtu.be/fXpiwXIo2As?t=304</w:t>
      </w:r>
    </w:p>
    <w:p>
      <w:r>
        <w:rPr>
          <w:i/>
        </w:rPr>
        <w:t>“اعلان کر دو کہ لوگ اونٹوں پر چڑھ کر آئیں”</w:t>
      </w:r>
    </w:p>
    <w:p>
      <w:r>
        <w:rPr>
          <w:sz w:val="20"/>
        </w:rPr>
        <w:t>5:04  to is waqt quran majeed mein hai ke ke logon mein ailaan kar do taake woh oonton par charh kar wahan pohnchen.</w:t>
      </w:r>
      <w:r>
        <w:br/>
      </w:r>
      <w:r>
        <w:rPr>
          <w:sz w:val="20"/>
        </w:rPr>
        <w:t>5:18  ali kull zaamirn</w:t>
      </w:r>
      <w:r>
        <w:br/>
      </w:r>
      <w:r>
        <w:rPr>
          <w:sz w:val="20"/>
        </w:rPr>
        <w:t>5:22  hazrat ibrahim ko allah taala ne farmaya ke logon ke darmiyan ailaan kar do, matlab makkah ke bahir, ke log oonton par sawar ho kar wahan aayen aur wahan par aa kar ke khuda ka zikr karen.</w:t>
      </w:r>
      <w:r>
        <w:br/>
      </w:r>
      <w:r>
        <w:rPr>
          <w:sz w:val="20"/>
        </w:rPr>
        <w:t>5:36  to aap bataiye ke kya aaj bhi log oonton par safar kar ke jayen ge hajj karne ke liye?</w:t>
      </w:r>
      <w:r>
        <w:br/>
      </w:r>
      <w:r>
        <w:rPr>
          <w:sz w:val="20"/>
        </w:rPr>
        <w:t>5:45  yani quran mein saaf saaf hai ke dabli oontniyon par charh kar log aayen ge, yeh door door ke maqam se aayen ge.</w:t>
      </w:r>
      <w:r>
        <w:br/>
      </w:r>
      <w:r>
        <w:rPr>
          <w:sz w:val="20"/>
        </w:rPr>
        <w:t>5:56  is ka matlab hai to ab koi bhi oont par ya oontni par safar kar ke nahi jata wahan, kyun ke is ko jora hai unhon ne situation se, age factor se.</w:t>
      </w:r>
      <w:r>
        <w:br/>
      </w:r>
      <w:r>
        <w:rPr>
          <w:sz w:val="20"/>
        </w:rPr>
        <w:t>6:12  to yeh ab goya ke yeh mun</w:t>
      </w:r>
      <w:r>
        <w:br/>
      </w:r>
      <w:r>
        <w:rPr>
          <w:sz w:val="20"/>
        </w:rPr>
        <w:t>6:14  sookh ho gaya, mansookh maani ab replace ho gaya. ab ab jo hai hawai jahaz replace ho kar ke is ne oont ki jagah le li.</w:t>
      </w:r>
      <w:r>
        <w:br/>
      </w:r>
      <w:r>
        <w:rPr>
          <w:sz w:val="20"/>
        </w:rPr>
        <w:t>6:26  pehle ship hua karte the, ab ship bhi, ab ship, ab ship se bhi log nahi jate, yani samandri safar bhi ab nahi karte.</w:t>
      </w:r>
      <w:r>
        <w:br/>
      </w:r>
      <w:r>
        <w:rPr>
          <w:sz w:val="20"/>
        </w:rPr>
        <w:t>6:36  ab to hawai jahaz se jate hain.</w:t>
      </w:r>
      <w:r>
        <w:br/>
      </w:r>
      <w:r>
        <w:rPr>
          <w:sz w:val="20"/>
        </w:rPr>
        <w:t>6:39  to is tarah se oont wahan par literal maani mein nahi liya jayega, is ka sense liya jayega, yani vehicle, sawari.</w:t>
      </w:r>
      <w:r>
        <w:br/>
      </w:r>
      <w:r>
        <w:rPr>
          <w:sz w:val="20"/>
        </w:rPr>
        <w:t>6:50  to pehle sawari thi oont, phir sawari hui aur badli. pani ke jahaz chalne lage to log us se jate the.</w:t>
      </w:r>
      <w:r>
        <w:br/>
      </w:r>
      <w:r>
        <w:rPr>
          <w:sz w:val="20"/>
        </w:rPr>
        <w:t>7:03  ab hawai jahaz jate hain jo bohat hi jald pohncha dete hain, to log hawai jahaz se jate hain.</w:t>
      </w:r>
    </w:p>
    <w:p>
      <w:pPr>
        <w:pStyle w:val="Heading2"/>
      </w:pPr>
      <w:r>
        <w:t>Only Quran presents prophet as a model for humanity</w:t>
      </w:r>
    </w:p>
    <w:p>
      <w:r>
        <w:rPr>
          <w:color w:val="666666"/>
          <w:sz w:val="18"/>
        </w:rPr>
        <w:t>Prophetic Model February 16, 2014 · 2m 20s · at 3:06 · https://youtu.be/ypIIqSmExzk?t=186</w:t>
      </w:r>
    </w:p>
    <w:p>
      <w:r>
        <w:rPr>
          <w:i/>
        </w:rPr>
        <w:t>“Dekhiye bazaahir yeh ek saada si baat maloom hoti hai”</w:t>
      </w:r>
    </w:p>
    <w:p>
      <w:r>
        <w:rPr>
          <w:sz w:val="20"/>
        </w:rPr>
        <w:t>3:06  dekhiye bazahir yeh ek saada si baat maloom hoti hai, lekin yeh bohat hi important baat hai. Aap bohat se mazhab dunya mein hain, mukhtalif mazahib ko padhiye, to kahin bhi aap ko yeh baat nahi milegi</w:t>
      </w:r>
      <w:r>
        <w:br/>
      </w:r>
      <w:r>
        <w:rPr>
          <w:sz w:val="20"/>
        </w:rPr>
        <w:t>3:26  ke in ka jo paighambar hai ya in ka jo bara buzurg hai, us ko kaha gaya ho ke yeh tumhare liye model hai.</w:t>
      </w:r>
      <w:r>
        <w:br/>
      </w:r>
      <w:r>
        <w:rPr>
          <w:sz w:val="20"/>
        </w:rPr>
        <w:t>3:37  is ka sabab kya hai? Is ka sabab yeh hai ke qaumon ne apne paighambar ko ya apne bare buzurg ko fazilat ke khane mein daal diya.</w:t>
      </w:r>
      <w:r>
        <w:br/>
      </w:r>
      <w:r>
        <w:rPr>
          <w:sz w:val="20"/>
        </w:rPr>
        <w:t>3:51  ajeeb ghareeb qism ke fazail un ke liye maan liye. To bas woh ek shakhs ki ahmiyat bana di unhon ne bohat zyada, aur us ke liye apne liye kuch nahi raha.</w:t>
      </w:r>
      <w:r>
        <w:br/>
      </w:r>
      <w:r>
        <w:rPr>
          <w:sz w:val="20"/>
        </w:rPr>
        <w:t>4:04  yeh sab mazahib mein hua hai. Aur rasool Allah ne bhi yeh apni ummat ko khabardar kiya tha ke la tutrooni kama atratan nisaa min qabl.</w:t>
      </w:r>
      <w:r>
        <w:br/>
      </w:r>
      <w:r>
        <w:rPr>
          <w:sz w:val="20"/>
        </w:rPr>
        <w:t>4:18  utrah ma'ni badhana charhana. Ke mujh ko tum badhana charhana mat is tarah se jis tarah se nasara ne badhaya charhaya apne paighambar ko.</w:t>
      </w:r>
      <w:r>
        <w:br/>
      </w:r>
      <w:r>
        <w:rPr>
          <w:sz w:val="20"/>
        </w:rPr>
        <w:t>4:33  to text mein to aisa nahi hai. Text mein to musalmanon ka ikhtiyar nahi tha ke woh badlen. Lekin amalan unhon ne apne paighambar ko wahi darja de diya jo pichhle daur mein hua tha.</w:t>
      </w:r>
      <w:r>
        <w:br/>
      </w:r>
      <w:r>
        <w:rPr>
          <w:sz w:val="20"/>
        </w:rPr>
        <w:t>4:45  yani bilkul Khuda ka darja. Ibadat Khuda buzurg to yeh qissa mukhtasar. Nateeja kya hua ke woh model nahi raha.</w:t>
      </w:r>
      <w:r>
        <w:br/>
      </w:r>
      <w:r>
        <w:rPr>
          <w:sz w:val="20"/>
        </w:rPr>
        <w:t>4:56  ab paighambar hamare liye sirf yeh reh gaya ke hum bare bare laqab bolen is ke liye. Shahanshah e konain, Sarwar e kainat, Fakhr e do alam, is tarah ke alfaaz bolen.</w:t>
      </w:r>
      <w:r>
        <w:br/>
      </w:r>
      <w:r>
        <w:rPr>
          <w:sz w:val="20"/>
        </w:rPr>
        <w:t>5:07  baqi yeh hai ke woh hamare liye namoona ho, rehmat ho, model ho, is hesiyat se paighambar ka darja nahi raha. Is liye aap dekhte hain ke musalmanon ko koi yeh yani kisi muamle mein pattern nahi maloom ke kya karen woh.</w:t>
      </w:r>
    </w:p>
    <w:p>
      <w:pPr>
        <w:pStyle w:val="Heading2"/>
      </w:pPr>
      <w:r>
        <w:t>why patience is essential for real worship</w:t>
      </w:r>
    </w:p>
    <w:p>
      <w:r>
        <w:rPr>
          <w:color w:val="666666"/>
          <w:sz w:val="18"/>
        </w:rPr>
        <w:t>Dars -e-Quran June 30, 2007 · 2m 57s · at 2:45 · https://youtu.be/I2HVuhH6eS8?t=165</w:t>
      </w:r>
    </w:p>
    <w:p>
      <w:r>
        <w:rPr>
          <w:i/>
        </w:rPr>
        <w:t>“صبر کے بغیر آدمی عبادت کا کام نہیں کر سکتا”</w:t>
      </w:r>
    </w:p>
    <w:p>
      <w:r>
        <w:rPr>
          <w:sz w:val="20"/>
        </w:rPr>
        <w:t>2:45  doosri cheez jo hai woh hai sabr. sabr ki ahmiyat yeh hai ke sabr ke baghair aadmi ibadat ka kaam nahi kar sakta.</w:t>
      </w:r>
      <w:r>
        <w:br/>
      </w:r>
      <w:r>
        <w:rPr>
          <w:sz w:val="20"/>
        </w:rPr>
        <w:t>2:59  yaani Khuda ke hukum par qaim nahi reh sakta. kyun?</w:t>
      </w:r>
      <w:r>
        <w:br/>
      </w:r>
      <w:r>
        <w:rPr>
          <w:sz w:val="20"/>
        </w:rPr>
        <w:t>3:06  is dunya ko khuda ne banaya hai darul imtihan ke taur par. yani testing ground ke taur par. is liye yahan par har qism ke asbab hain.</w:t>
      </w:r>
      <w:r>
        <w:br/>
      </w:r>
      <w:r>
        <w:rPr>
          <w:sz w:val="20"/>
        </w:rPr>
        <w:t>3:20  har qism ke asbab. yani aadmi ko bhagne ke liye har tarah, har taraf aise asbab maujood hain ke aadmi bhag jaye.</w:t>
      </w:r>
      <w:r>
        <w:br/>
      </w:r>
      <w:r>
        <w:rPr>
          <w:sz w:val="20"/>
        </w:rPr>
        <w:t>3:29  sirat e mustaqeem se hat jaye.</w:t>
      </w:r>
      <w:r>
        <w:br/>
      </w:r>
      <w:r>
        <w:rPr>
          <w:sz w:val="20"/>
        </w:rPr>
        <w:t>3:32  to bohat ziyada options hamesha maujood rehte hain. agar bohat se options na hon, sirf ek hi option ho to phir insan ka test nahi liya ja sakta.</w:t>
      </w:r>
      <w:r>
        <w:br/>
      </w:r>
      <w:r>
        <w:rPr>
          <w:sz w:val="20"/>
        </w:rPr>
        <w:t>3:47  jab yeh testing ground hai, jab yeh darul imtihan hai, to phir it is but natural ke yahan par har waqt aadmi ke samne kai options hon.</w:t>
      </w:r>
      <w:r>
        <w:br/>
      </w:r>
      <w:r>
        <w:rPr>
          <w:sz w:val="20"/>
        </w:rPr>
        <w:t>4:01  yahin par sabr ki zaroorat hoti hai. yani ek taraf aap ki khwahish kheench rahi hoti hai aap ko, aur doosri taraf principal ki baat hoti hai.</w:t>
      </w:r>
      <w:r>
        <w:br/>
      </w:r>
      <w:r>
        <w:rPr>
          <w:sz w:val="20"/>
        </w:rPr>
        <w:t>4:13  principal mein bazahir ghata dikhai deta hai, aur khwahish par chalne mein bazahir faida dikhai deta hai.</w:t>
      </w:r>
      <w:r>
        <w:br/>
      </w:r>
      <w:r>
        <w:rPr>
          <w:sz w:val="20"/>
        </w:rPr>
        <w:t>4:22  to yahan sabr hai jo aap ki khwahish par rok lagaye ga.</w:t>
      </w:r>
      <w:r>
        <w:br/>
      </w:r>
      <w:r>
        <w:rPr>
          <w:sz w:val="20"/>
        </w:rPr>
        <w:t>4:28  isi liye quran mein dekhiye, sabr ka zikr bar bar aya hai. sare quran mein agar aap dekhen to sabr ka maada</w:t>
      </w:r>
      <w:r>
        <w:br/>
      </w:r>
      <w:r>
        <w:rPr>
          <w:sz w:val="20"/>
        </w:rPr>
        <w:t>4:41  125 bar istemal hua hai pure quran mein.</w:t>
      </w:r>
      <w:r>
        <w:br/>
      </w:r>
      <w:r>
        <w:rPr>
          <w:sz w:val="20"/>
        </w:rPr>
        <w:t>4:48  quran mein kul suratein 114 hain, aur sabr ka maada quran mein 125 bar aya hai. aur jahan tak surah al baqarah ki baat hai to surah baqarah mein sabr ka maada 9 bar istemal hua hai.</w:t>
      </w:r>
      <w:r>
        <w:br/>
      </w:r>
      <w:r>
        <w:rPr>
          <w:sz w:val="20"/>
        </w:rPr>
        <w:t>5:04  9 bar. to is se andaza hota hai ke sabr ki ahmiyat kitni ziyada hai.</w:t>
      </w:r>
      <w:r>
        <w:br/>
      </w:r>
      <w:r>
        <w:rPr>
          <w:sz w:val="20"/>
        </w:rPr>
        <w:t>5:13  to insan ko agarche asal maqsad hai ibadat, yani khuda ka khuda ko maan kar us ki tabedari karna, khuda ke hukumon par chalna, har cheez mein, har mamle mein, to poori zindagi ko god oriented zindagi banana yeh hai ibadat.</w:t>
      </w:r>
    </w:p>
    <w:p>
      <w:pPr>
        <w:pStyle w:val="Heading2"/>
      </w:pPr>
      <w:r>
        <w:t>End double standard to solve problems</w:t>
      </w:r>
    </w:p>
    <w:p>
      <w:r>
        <w:rPr>
          <w:color w:val="666666"/>
          <w:sz w:val="18"/>
        </w:rPr>
        <w:t>Double Standards of Present-Day Muslims August 6, 2017 · 1m 36s · at 15:54 · https://youtu.be/k1NcZQpHTyg?t=954</w:t>
      </w:r>
    </w:p>
    <w:p>
      <w:r>
        <w:rPr>
          <w:i/>
        </w:rPr>
        <w:t>“To main samajhta hoon ke asal problem yahan hai”</w:t>
      </w:r>
    </w:p>
    <w:p>
      <w:r>
        <w:rPr>
          <w:sz w:val="20"/>
        </w:rPr>
        <w:t>15:54  to main samajhta hoon ke asal problem yahan hai ke musalman double standard ho gaye hain. Acha, dekhiye jab aap double standard ho jayein to aap ke andar spirit personality, integrated personality banti hai,</w:t>
      </w:r>
      <w:r>
        <w:br/>
      </w:r>
      <w:r>
        <w:rPr>
          <w:sz w:val="20"/>
        </w:rPr>
        <w:t>16:10  integrated personality nahi banti hai. To aap ke andar kya hoga? Yani self interest ke liye to bohat hoshiyar honge, aap self interest ke liye bohat hoshiyar honge.</w:t>
      </w:r>
      <w:r>
        <w:br/>
      </w:r>
      <w:r>
        <w:rPr>
          <w:sz w:val="20"/>
        </w:rPr>
        <w:t>16:23  iske ilawa har baat ke liye bewakoof honge, woh aap yani Allah ki marifat, farishton ka mamla, akhirat ka mamla, jannat ka mamla, dozakh ka mamla, qabr ka mamla, jis mamle mein se baat kijiye, maloom hoga ke to kuch yani marifat se khali insaan hai,</w:t>
      </w:r>
      <w:r>
        <w:br/>
      </w:r>
      <w:r>
        <w:rPr>
          <w:sz w:val="20"/>
        </w:rPr>
        <w:t>16:45  marifat se khali insaan hai. To apne family ke baray mein bohat hoshiyar aur baqi cheezon ke baray mein ghair hoshiyar.</w:t>
      </w:r>
      <w:r>
        <w:br/>
      </w:r>
      <w:r>
        <w:rPr>
          <w:sz w:val="20"/>
        </w:rPr>
        <w:t>16:57  to musalmanon ka jo unhon ne kaha tha ke yani main ne nabz kahan se shuru karein?</w:t>
      </w:r>
      <w:r>
        <w:br/>
      </w:r>
      <w:r>
        <w:rPr>
          <w:sz w:val="20"/>
        </w:rPr>
        <w:t>17:07  to shuru yahan se karein ke musalmanon ke andar se jo double standard culture aa gaya, us ko khatam karein.</w:t>
      </w:r>
      <w:r>
        <w:br/>
      </w:r>
      <w:r>
        <w:rPr>
          <w:sz w:val="20"/>
        </w:rPr>
        <w:t>17:16  yahan shuru karna hai, musalmanon ke andar jo aa gaya double standard culture, us ko khatam karein.</w:t>
      </w:r>
    </w:p>
    <w:p>
      <w:pPr>
        <w:pStyle w:val="Heading2"/>
      </w:pPr>
      <w:r>
        <w:t>Maulana interrogated at the Pakistan border, refuses to betray India</w:t>
      </w:r>
    </w:p>
    <w:p>
      <w:r>
        <w:rPr>
          <w:color w:val="666666"/>
          <w:sz w:val="18"/>
        </w:rPr>
        <w:t>Understanding Patriotism in Islam July 27, 2025 · 2m 47s · at 44:36 · https://youtu.be/xKCy0dkVfzw?t=2676</w:t>
      </w:r>
    </w:p>
    <w:p>
      <w:r>
        <w:rPr>
          <w:i/>
        </w:rPr>
        <w:t>“پاکستان بارڈر پر مولانا کو ایک میجر نے بلایا تفتیش کے لیے”</w:t>
      </w:r>
    </w:p>
    <w:p>
      <w:r>
        <w:rPr>
          <w:sz w:val="20"/>
        </w:rPr>
        <w:t>44:36  ab ek aakhri sawal mein aapse karunga jo Maulana ko le kar hai, aur Maulana ka ek tajurba tha ki Maulana ek martaba Pakistan gaye the, to Pakistan border par Maulana ko ek major ne bulaya tafteesh karne ke liye. is taluq se jo tajurba hai, woh aap humein batayen.</w:t>
      </w:r>
      <w:r>
        <w:br/>
      </w:r>
      <w:r>
        <w:rPr>
          <w:sz w:val="20"/>
        </w:rPr>
        <w:t>44:58  Maulana ke andar watan ki wafadari koot koot kar bhari hui thi.</w:t>
      </w:r>
      <w:r>
        <w:br/>
      </w:r>
      <w:r>
        <w:rPr>
          <w:sz w:val="20"/>
        </w:rPr>
        <w:t>45:06  to ek zabardast incident hai jisse aap logon ko yeh baat clear hogi ki 1971 mein Maulana ne Pakistan ka bazariya transfer kiya tha.</w:t>
      </w:r>
      <w:r>
        <w:br/>
      </w:r>
      <w:r>
        <w:rPr>
          <w:sz w:val="20"/>
        </w:rPr>
        <w:t>45:20  to jab wahan border par pahunche to ek call aaya aur usne kaha ki falan tent laga hua tha, wahan par aapko ek major sahab bula rahe hain.</w:t>
      </w:r>
      <w:r>
        <w:br/>
      </w:r>
      <w:r>
        <w:rPr>
          <w:sz w:val="20"/>
        </w:rPr>
        <w:t>45:31  to wahan jab khayme ke andar pahunche to ek bardi ek major baitha hua tha wahan par, aur usne Maulana se kaha: "India ke kuch raaz bataiye, foji raaz bataiye, kyunki woh zamanah tha jab bangladesh war ki tayyariyan ho rahi thin." to Maulana ne jawab diya: "Major sahab,</w:t>
      </w:r>
      <w:r>
        <w:br/>
      </w:r>
      <w:r>
        <w:rPr>
          <w:sz w:val="20"/>
        </w:rPr>
        <w:t>45:54  yeh samajh kar mujhse baat kijiye ki main India ka ek wafadar shehri hoon."</w:t>
      </w:r>
      <w:r>
        <w:br/>
      </w:r>
      <w:r>
        <w:rPr>
          <w:sz w:val="20"/>
        </w:rPr>
        <w:t>46:02  to us waqt matlab taqreeban aadha ghante tak usko bolte rahe, aur unko dar nahi laga ki agar woh fauji afsar khud hi likh hai ki agar woh fauji afsar mujhe goli maar deta to shayad meri maut is tarah waqe ho jati ki uski koi khabar bhi na banti.</w:t>
      </w:r>
      <w:r>
        <w:br/>
      </w:r>
      <w:r>
        <w:rPr>
          <w:sz w:val="20"/>
        </w:rPr>
        <w:t>46:22  to aadha ghante tak bolte rahe ki yeh koi aise kahin aap jang jeet jeet</w:t>
      </w:r>
      <w:r>
        <w:br/>
      </w:r>
      <w:r>
        <w:rPr>
          <w:sz w:val="20"/>
        </w:rPr>
        <w:t>46:28  sakte hain? koi bhi ki aap ek aam aadmi se poochhein ki foji raaz bataiye? to uske baad jo hai bilkul aur yeh bhi kaha ki aajkal ke zamaney mein foji raaz to defense minister ko bhi poora nahi maloom hota kahan kya hone wala hai.</w:t>
      </w:r>
      <w:r>
        <w:br/>
      </w:r>
      <w:r>
        <w:rPr>
          <w:sz w:val="20"/>
        </w:rPr>
        <w:t>46:46  to aap mujhse ek aam aadmi se aap foji raaz poochh rahe hain, isi tarah aap jang jeetenge? to phir uske baad baghair salam</w:t>
      </w:r>
      <w:r>
        <w:br/>
      </w:r>
      <w:r>
        <w:rPr>
          <w:sz w:val="20"/>
        </w:rPr>
        <w:t>46:54  kiye hue, aise zor zor se bol ke, baghair salam kiye hue bahar nikal aaye. to major bhi koi khaas raha hoga.</w:t>
      </w:r>
      <w:r>
        <w:br/>
      </w:r>
      <w:r>
        <w:rPr>
          <w:sz w:val="20"/>
        </w:rPr>
        <w:t>47:03  to major peeche peeche bahar aaya aur usne kaha: "Maulana sahab, humko aap hi jaise logon ki zaroorat hai." to usne bhi usko appreciate kiya.</w:t>
      </w:r>
      <w:r>
        <w:br/>
      </w:r>
      <w:r>
        <w:rPr>
          <w:sz w:val="20"/>
        </w:rPr>
        <w:t>47:17  to isi liye Maulana sahab, yeh Maulana sahab ne apni Hind Pak diary mein yeh waqea likha hai.</w:t>
      </w:r>
    </w:p>
    <w:p>
      <w:pPr>
        <w:pStyle w:val="Heading2"/>
      </w:pPr>
      <w:r>
        <w:t>how using intellect leads to knowing God</w:t>
      </w:r>
    </w:p>
    <w:p>
      <w:r>
        <w:rPr>
          <w:color w:val="666666"/>
          <w:sz w:val="18"/>
        </w:rPr>
        <w:t>Dars -e-Quran June 30, 2007 · 2m 28s · at 33:08 · https://youtu.be/I2HVuhH6eS8?t=1988</w:t>
      </w:r>
    </w:p>
    <w:p>
      <w:r>
        <w:rPr>
          <w:i/>
        </w:rPr>
        <w:t>“اے عقل والو! مجھ سے ڈرو”</w:t>
      </w:r>
    </w:p>
    <w:p>
      <w:r>
        <w:rPr>
          <w:sz w:val="20"/>
        </w:rPr>
        <w:t>33:08  wa attaqooni ya ulil albab aql walo! mujh se daro.</w:t>
      </w:r>
      <w:r>
        <w:br/>
      </w:r>
      <w:r>
        <w:rPr>
          <w:sz w:val="20"/>
        </w:rPr>
        <w:t>33:17  aql walo! mujh se daro. aql walo! taqwa ka tareeqa ikhtiyar karo. yeh bohat hi aham baat hai.</w:t>
      </w:r>
      <w:r>
        <w:br/>
      </w:r>
      <w:r>
        <w:rPr>
          <w:sz w:val="20"/>
        </w:rPr>
        <w:t>33:31  is se yeh maloom hua ke taqwa ka talluq aql se hai. khuda ke, khuda se dar kar dunya mein rehna, mutaqqi ban kar dunya mein rehna,</w:t>
      </w:r>
      <w:r>
        <w:br/>
      </w:r>
      <w:r>
        <w:rPr>
          <w:sz w:val="20"/>
        </w:rPr>
        <w:t>33:45  taqwa ka tareeqa ikhtiyar karna, is ka talluq kis se hai? aql se hai. aql kaise hai?</w:t>
      </w:r>
      <w:r>
        <w:br/>
      </w:r>
      <w:r>
        <w:rPr>
          <w:sz w:val="20"/>
        </w:rPr>
        <w:t>33:54  aql se. aadmi ke pure behavior ko insan ka mind control karta hai.</w:t>
      </w:r>
      <w:r>
        <w:br/>
      </w:r>
      <w:r>
        <w:rPr>
          <w:sz w:val="20"/>
        </w:rPr>
        <w:t>34:04  yeh body jo hai, yeh to body jo hai, yeh to mind ka vehicle hai. mind ki sawari hai. asal jo hai, woh to mind hai.</w:t>
      </w:r>
      <w:r>
        <w:br/>
      </w:r>
      <w:r>
        <w:rPr>
          <w:sz w:val="20"/>
        </w:rPr>
        <w:t>34:15  sara kaam mind ke zariye hota hai. aur mind jo hai, kya hai?</w:t>
      </w:r>
      <w:r>
        <w:br/>
      </w:r>
      <w:r>
        <w:rPr>
          <w:sz w:val="20"/>
        </w:rPr>
        <w:t>34:21  woh thinking capacity is ke andar be panah hai.</w:t>
      </w:r>
      <w:r>
        <w:br/>
      </w:r>
      <w:r>
        <w:rPr>
          <w:sz w:val="20"/>
        </w:rPr>
        <w:t>34:27  hamara mind is ke andar ek universe of thinking hai. woh sare universe ke barabar is ke andar thinking ki taqat pai jati hai.</w:t>
      </w:r>
      <w:r>
        <w:br/>
      </w:r>
      <w:r>
        <w:rPr>
          <w:sz w:val="20"/>
        </w:rPr>
        <w:t>34:43  to soch samajh kar ke jab aadmi ek ravaiyah banaye ga to woh bohat bari baat hogi is ke liye.</w:t>
      </w:r>
      <w:r>
        <w:br/>
      </w:r>
      <w:r>
        <w:rPr>
          <w:sz w:val="20"/>
        </w:rPr>
        <w:t>34:54  to taqwa mein aql ka talluq kis tarah se hai</w:t>
      </w:r>
      <w:r>
        <w:br/>
      </w:r>
      <w:r>
        <w:rPr>
          <w:sz w:val="20"/>
        </w:rPr>
        <w:t>34:57  ? is tarah se hai ke hum apni aql ko istemal kar ke ghor o fikr karte hain, sochte hain.</w:t>
      </w:r>
      <w:r>
        <w:br/>
      </w:r>
      <w:r>
        <w:rPr>
          <w:sz w:val="20"/>
        </w:rPr>
        <w:t>35:07  aur phir hum khuda ko discover karte hain. khuda ki marifat hasil karte hain. hum ko khuda ki daryaft hoti hai.</w:t>
      </w:r>
      <w:r>
        <w:br/>
      </w:r>
      <w:r>
        <w:rPr>
          <w:sz w:val="20"/>
        </w:rPr>
        <w:t>35:18  to marifat khuda ki kaise hoti hai? aql ke zariye hoti hai.</w:t>
      </w:r>
      <w:r>
        <w:br/>
      </w:r>
      <w:r>
        <w:rPr>
          <w:sz w:val="20"/>
        </w:rPr>
        <w:t>35:26  aql ko istemaal jab kareinge hum, tabhi hum ko marifat ka darja milega.</w:t>
      </w:r>
    </w:p>
    <w:p>
      <w:pPr>
        <w:pStyle w:val="Heading2"/>
      </w:pPr>
      <w:r>
        <w:t>the Abdullah ibn Ubayy scandal story</w:t>
      </w:r>
    </w:p>
    <w:p>
      <w:r>
        <w:rPr>
          <w:color w:val="666666"/>
          <w:sz w:val="18"/>
        </w:rPr>
        <w:t>Dars-e-Quran (Al-Baqarah (The Heifer) 2 7-19) July 26, 2015 · 1m 20s · at 25:29 · https://youtu.be/kSrW4z79AHE?t=1529</w:t>
      </w:r>
    </w:p>
    <w:p>
      <w:r>
        <w:rPr>
          <w:i/>
        </w:rPr>
        <w:t>“The worst example of hypocrite character: Abdullah ibn Ubayy”</w:t>
      </w:r>
    </w:p>
    <w:p>
      <w:r>
        <w:rPr>
          <w:sz w:val="20"/>
        </w:rPr>
        <w:t>25:29  Is ki bohat hi buri misaal woh hai, jo munafiqeen ka mein sab se bara maana jata tha. Yaani Abdullah Abi, woh bhi Islam laya tha.</w:t>
      </w:r>
      <w:r>
        <w:br/>
      </w:r>
      <w:r>
        <w:rPr>
          <w:sz w:val="20"/>
        </w:rPr>
        <w:t>25:39  Islam laane ke baad woh, woh yaani pakhtagi se qaim nahi raha. To Hazrat Aisha jo ek martaba aayi theen, ek naujawan sahabi ke saath, akeli, koi aur nahi tha us waqt.</w:t>
      </w:r>
      <w:r>
        <w:br/>
      </w:r>
      <w:r>
        <w:rPr>
          <w:sz w:val="20"/>
        </w:rPr>
        <w:t>25:55  to un ko jab, un ko jab dekha, us ne to ek jumla keh diya wallah ma najat minh wa ma naja minha .</w:t>
      </w:r>
      <w:r>
        <w:br/>
      </w:r>
      <w:r>
        <w:rPr>
          <w:sz w:val="20"/>
        </w:rPr>
        <w:t>26:06  ek bohat hi khatarnak jumla. ke khuda ki qasam, woh is se nahi bachi, woh is se nahi bacha. to bohat hi khatarnak jumla hai.</w:t>
      </w:r>
      <w:r>
        <w:br/>
      </w:r>
      <w:r>
        <w:rPr>
          <w:sz w:val="20"/>
        </w:rPr>
        <w:t>26:15  saare madine mein phail gaya yeh. yeh bohat hi ek, yani buri misaal un ke kirdaar ki hai.</w:t>
      </w:r>
      <w:r>
        <w:br/>
      </w:r>
      <w:r>
        <w:rPr>
          <w:sz w:val="20"/>
        </w:rPr>
        <w:t>26:23  to aisi baatein phailana, jis se jo rasool Allah ka mission tha, woh logon ke nazd mujtaba ho jaye. ke un ke ghar ke log aise hote hain, un ka kya aitbaar.</w:t>
      </w:r>
      <w:r>
        <w:br/>
      </w:r>
      <w:r>
        <w:rPr>
          <w:sz w:val="20"/>
        </w:rPr>
        <w:t>26:36  to aisi baat, jis se ke mission nazd mujtaba ho jaye. logon ko mission ke jo afraad hain, woh doubtfull ho jayein.</w:t>
      </w:r>
      <w:r>
        <w:br/>
      </w:r>
      <w:r>
        <w:rPr>
          <w:sz w:val="20"/>
        </w:rPr>
        <w:t>26:47  yeh yeh hai fasad fil ardh.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