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ethics · full transcripts with timestamps · exported 2026-09-21</w:t>
      </w:r>
    </w:p>
    <w:p>
      <w:pPr>
        <w:pStyle w:val="Heading2"/>
      </w:pPr>
      <w:r>
        <w:t>Western achievements demand gratitude</w:t>
      </w:r>
    </w:p>
    <w:p>
      <w:r>
        <w:rPr>
          <w:color w:val="666666"/>
          <w:sz w:val="18"/>
        </w:rPr>
        <w:t>Interaction with Umries 26 July, 2019 - Maulana Wahiduddin Khan · 1m 42s · at 14:20 · https://youtu.be/x26fUHWfzFg?t=860</w:t>
      </w:r>
    </w:p>
    <w:p>
      <w:r>
        <w:rPr>
          <w:i/>
        </w:rPr>
        <w:t>“Arey Maghrib ne itna bada kaam kiya hai”</w:t>
      </w:r>
    </w:p>
    <w:p>
      <w:r>
        <w:rPr>
          <w:sz w:val="20"/>
        </w:rPr>
        <w:t>14:20  arey maghrib ne itna bara kaam kiya hai jo poori tareekh mein kisi ne nahi kiya tha poori tareekh mein kisi ne nahi kiya tha</w:t>
      </w:r>
      <w:r>
        <w:br/>
      </w:r>
      <w:r>
        <w:rPr>
          <w:sz w:val="20"/>
        </w:rPr>
        <w:t>14:36  aur Allah rabb al-alameen ke wajood ko</w:t>
      </w:r>
      <w:r>
        <w:br/>
      </w:r>
      <w:r>
        <w:rPr>
          <w:sz w:val="20"/>
        </w:rPr>
        <w:t>14:41  qabil idrak banana unhon ne kiya hai</w:t>
      </w:r>
      <w:r>
        <w:br/>
      </w:r>
      <w:r>
        <w:rPr>
          <w:sz w:val="20"/>
        </w:rPr>
        <w:t>14:45  sari sciences jo hain wo yeh bata di hain ke is ko is dunya ka aik aik aik</w:t>
      </w:r>
      <w:r>
        <w:br/>
      </w:r>
      <w:r>
        <w:rPr>
          <w:sz w:val="20"/>
        </w:rPr>
        <w:t>14:53  khaliq hai khallaq hai razzaq hai allam hai</w:t>
      </w:r>
      <w:r>
        <w:br/>
      </w:r>
      <w:r>
        <w:rPr>
          <w:sz w:val="20"/>
        </w:rPr>
        <w:t>14:59  wo ne nahi kiya hai</w:t>
      </w:r>
      <w:r>
        <w:br/>
      </w:r>
      <w:r>
        <w:rPr>
          <w:sz w:val="20"/>
        </w:rPr>
        <w:t>15:01  bataiye is ke bare mein aap negative rahengay to aap ko kahan jagah milegi hain</w:t>
      </w:r>
      <w:r>
        <w:br/>
      </w:r>
      <w:r>
        <w:rPr>
          <w:sz w:val="20"/>
        </w:rPr>
        <w:t>15:09  nahi Quran mein hai ke Khuda khallaq hai razzaq hai allam hai</w:t>
      </w:r>
      <w:r>
        <w:br/>
      </w:r>
      <w:r>
        <w:rPr>
          <w:sz w:val="20"/>
        </w:rPr>
        <w:t>15:17  is ko aik</w:t>
      </w:r>
      <w:r>
        <w:br/>
      </w:r>
      <w:r>
        <w:rPr>
          <w:sz w:val="20"/>
        </w:rPr>
        <w:t>15:20  rational waqe kis</w:t>
      </w:r>
      <w:r>
        <w:br/>
      </w:r>
      <w:r>
        <w:rPr>
          <w:sz w:val="20"/>
        </w:rPr>
        <w:t>15:21  ne banaya hum ne nahi banaya mutakallim ne nahi banaya mutakallim mein jo baat karte rahe ke Khuda ka hath hai to kaisa hath hai paon hai to kaisa paon hai bekar baat hai bekar</w:t>
      </w:r>
      <w:r>
        <w:br/>
      </w:r>
      <w:r>
        <w:rPr>
          <w:sz w:val="20"/>
        </w:rPr>
        <w:t>15:36  jo aadmi maghrib ke bare mein negative ho mein to us ko bhed bakri hai woh</w:t>
      </w:r>
      <w:r>
        <w:br/>
      </w:r>
      <w:r>
        <w:rPr>
          <w:sz w:val="20"/>
        </w:rPr>
        <w:t>15:42  bilkul Maulana maghrib ke baghair hum log nothing hain sari hamari religions koi aadmi koi single aadmi jo zameen mein chal phir raha hai chahe arab ho ya non arab ho woh maghrib ka yani woh hai madion kya kehte hain is ko maqrooz hai maqrooz hai</w:t>
      </w:r>
    </w:p>
    <w:p>
      <w:pPr>
        <w:pStyle w:val="Heading2"/>
      </w:pPr>
      <w:r>
        <w:t>COVID patient weeps over 95 years of unpaid gratitude for breath</w:t>
      </w:r>
    </w:p>
    <w:p>
      <w:r>
        <w:rPr>
          <w:color w:val="666666"/>
          <w:sz w:val="18"/>
        </w:rPr>
        <w:t>Importance of Shukr (Thankfulness) July 24, 2022 · 2m 20s · at 59:26 · https://youtu.be/MgWNIv0k1sk?t=3566</w:t>
      </w:r>
    </w:p>
    <w:p>
      <w:r>
        <w:rPr>
          <w:i/>
        </w:rPr>
        <w:t>“Hamara jo hai oxygen, Allah ne saari duniya mein rakhi hai”</w:t>
      </w:r>
    </w:p>
    <w:p>
      <w:r>
        <w:rPr>
          <w:sz w:val="20"/>
        </w:rPr>
        <w:t>59:26  to is mein ek ab yeh khatam karungi, sirf ek is par ke jaise hamara hum oxygen, Allah taala ne saari duniya mein oxygen rakhi hui hai, hum saans le rahe hain.</w:t>
      </w:r>
      <w:r>
        <w:br/>
      </w:r>
      <w:r>
        <w:rPr>
          <w:sz w:val="20"/>
        </w:rPr>
        <w:t>59:37  hamein pata bhi nahi chal raha hai ke hum oxygen ki saans le rahe hain, aur oxygen itni bari cheez hai. to hum is ka shukr kaise ada karein? to abhi jab covid hua, aur Italy mein to bohat zyada hua tha, to yeh bohat viral hua tha, yeh message ke ek boodha aadmi tha, 95 year old,</w:t>
      </w:r>
      <w:r>
        <w:br/>
      </w:r>
      <w:r>
        <w:rPr>
          <w:sz w:val="20"/>
        </w:rPr>
        <w:t>59:56  to us ko hospitalize hona pada covid ki wajah se. to woh chand din woh hospital mein raha, aur us ko us ko ventilator us ne use kiya, phir woh acha hua.</w:t>
      </w:r>
      <w:r>
        <w:br/>
      </w:r>
      <w:r>
        <w:rPr>
          <w:sz w:val="20"/>
        </w:rPr>
        <w:t>1:00:09  jab acha hua to us ka jo bill aaya, woh paanch hazar euro tha. to woh bill dekh kar rone laga. to tamam jo doctors the, woh samajhne lage ke us ke paas paisa nahi, is liye ro raha hai.</w:t>
      </w:r>
      <w:r>
        <w:br/>
      </w:r>
      <w:r>
        <w:rPr>
          <w:sz w:val="20"/>
        </w:rPr>
        <w:t>1:00:21  unhone us ko samjhaya ke nahi, koi baat nahi,</w:t>
      </w:r>
      <w:r>
        <w:br/>
      </w:r>
      <w:r>
        <w:rPr>
          <w:sz w:val="20"/>
        </w:rPr>
        <w:t>1:00:24  hum log is ko dekh lenge, aap pareshan na hon. to us ne kaha ke dekhiye, yeh paise ki baat nahi hai, mere paas paisa hai, lekin main yeh soch raha tha ke main 95 saal se Khuda ki sehat bakhsh oxygen le raha hoon, aur main ne Khuda ka kabhi shukr ada nahi kiya.</w:t>
      </w:r>
      <w:r>
        <w:br/>
      </w:r>
      <w:r>
        <w:rPr>
          <w:sz w:val="20"/>
        </w:rPr>
        <w:t>1:00:44  to main kitna zyada, I hope to God, kitna zyada. to is baat se main ro raha hoon, na yeh ke mere paas paisa nahi hai.</w:t>
      </w:r>
      <w:r>
        <w:br/>
      </w:r>
      <w:r>
        <w:rPr>
          <w:sz w:val="20"/>
        </w:rPr>
        <w:t>1:00:53  to aap sochiye ke yeh rone ka maqam hai ke hum log jo hain, Khuda ki har cheez use kar rahe hain, aur Khuda ka shukr nahi ada kar rahe hain.</w:t>
      </w:r>
      <w:r>
        <w:br/>
      </w:r>
      <w:r>
        <w:rPr>
          <w:sz w:val="20"/>
        </w:rPr>
        <w:t>1:01:03  kyunke Khuda ka shukr hi price hai. agar hum ne price nahi di to hum user par qaraar diye jayenge, user par jo ke bilkul bilkul jis jis ka koi haq nahi hota, kisi cheez par qabza kar le.</w:t>
      </w:r>
      <w:r>
        <w:br/>
      </w:r>
      <w:r>
        <w:rPr>
          <w:sz w:val="20"/>
        </w:rPr>
        <w:t>1:01:16  jis ko Urdu mein kehte hain ghasabana qabza.</w:t>
      </w:r>
      <w:r>
        <w:br/>
      </w:r>
      <w:r>
        <w:rPr>
          <w:sz w:val="20"/>
        </w:rPr>
        <w:t>1:01:19  to is duniya par hamara ghasabana qabza hoga, agar hum Khuda ka shukr nahi ada karein. haan, thank you aap.</w:t>
      </w:r>
      <w:r>
        <w:br/>
      </w:r>
      <w:r>
        <w:rPr>
          <w:sz w:val="20"/>
        </w:rPr>
        <w:t>1:01:28  aaj aap ne bohat hi achay se hamein bohat si pyari pyari baatein shukr ke hawalay se bataein. jazak Allah. is duniya mein jo shakhs Allah ka shukr guzar banda ban kar rehna chahta hai, to us ko Shaitan ke fitnon ko pehchanna padega.</w:t>
      </w:r>
    </w:p>
    <w:p>
      <w:pPr>
        <w:pStyle w:val="Heading2"/>
      </w:pPr>
      <w:r>
        <w:t>kind outside, rude at home is not real good character</w:t>
      </w:r>
    </w:p>
    <w:p>
      <w:r>
        <w:rPr>
          <w:color w:val="666666"/>
          <w:sz w:val="18"/>
        </w:rPr>
        <w:t>Good Relationships CPS Women Discussion 23 September 10, 2023 · 1m 22s · at 15:57 · https://youtu.be/5UlMoC6-jGU?t=957</w:t>
      </w:r>
    </w:p>
    <w:p>
      <w:r>
        <w:rPr>
          <w:i/>
        </w:rPr>
        <w:t>“Some people show great virtues outside but not at home”</w:t>
      </w:r>
    </w:p>
    <w:p>
      <w:r>
        <w:rPr>
          <w:sz w:val="20"/>
        </w:rPr>
        <w:t>15:57  shuklim. Thank you so much doctor supina tapasand for giving us very important points at the society level as at how a man should behave in a society. like, i was going through this articles in solveda. monana has focused of the behavior of a man at home.</w:t>
      </w:r>
      <w:r>
        <w:br/>
      </w:r>
      <w:r>
        <w:rPr>
          <w:sz w:val="20"/>
        </w:rPr>
        <w:t>16:24  aksar yeh hum log dekhte hain ki kuch log bahar ke logon ke liye se bahut achhe tarike se milte hain, bahut apna good virtues dikhate hain, good, bahut achhe se baatein karte hain aur ghar mein unke jo relationship hain, apne bachchon se, apni mili se aur ghar walon se woh bahut bura hota hai. to in this case molana says behavior at home serves as the first criteria of human goodness.</w:t>
      </w:r>
      <w:r>
        <w:br/>
      </w:r>
      <w:r>
        <w:rPr>
          <w:sz w:val="20"/>
        </w:rPr>
        <w:t>16:50  if an individual is very courteous to other members of society but is rude at home, he will not be considered a good person. this is because it is home life and not the life outside the home which provides the real testing ground for the human personality. it's a very important point that should be noted down and i invite nazma apa to share her learning. zazaak alla, assalam allah.</w:t>
      </w:r>
      <w:r>
        <w:br/>
      </w:r>
      <w:r>
        <w:rPr>
          <w:sz w:val="20"/>
        </w:rPr>
        <w:t>17:19  haan, sab logon ne bahut achhi tarah se bataya. main bhi apni learning share kar rahi hoon. allah ne hamein quran ke through bahut guidance di hai especially do baaton mein aapke baadatt kya karna hai aur doosre se behtareen talluqar yani good relations. to isse hamein apne ko improve karna hai, apni personality ko develop karna hai.</w:t>
      </w:r>
    </w:p>
    <w:p>
      <w:pPr>
        <w:pStyle w:val="Heading2"/>
      </w:pPr>
      <w:r>
        <w:t>Difference between confidence and overconfidence</w:t>
      </w:r>
    </w:p>
    <w:p>
      <w:r>
        <w:rPr>
          <w:color w:val="666666"/>
          <w:sz w:val="18"/>
        </w:rPr>
        <w:t>Q&amp;A 03 Jan 2010 - Maulana Wahiduddin Khan · 2m 53s · at 40:03 · https://youtu.be/tEiK4snkN_Y?t=2403</w:t>
      </w:r>
    </w:p>
    <w:p>
      <w:r>
        <w:rPr>
          <w:i/>
        </w:rPr>
        <w:t>“Confidence is good but overconfidence is equally bad”</w:t>
      </w:r>
    </w:p>
    <w:p>
      <w:r>
        <w:rPr>
          <w:sz w:val="20"/>
        </w:rPr>
        <w:t>40:03  ek naujawan mujh se autograph lene ke liye apne woh diya. unhon ne diary to maine unki diary mein likh diya ke confidence is good, but over confidence is equally bad. confidence is good, but over confidence is equally bad. to dekhiye,</w:t>
      </w:r>
      <w:r>
        <w:br/>
      </w:r>
      <w:r>
        <w:rPr>
          <w:sz w:val="20"/>
        </w:rPr>
        <w:t>40:29  hota yeh hai ke zyada tar jo intelligent log hote hain, intelligent log woh aksar is ka shikar ho jate hain. confidence ka maane yeh hai ke aap apne ko jaane ke Allah ne mujhe ek body di hai, ek mind diya hai,</w:t>
      </w:r>
      <w:r>
        <w:br/>
      </w:r>
      <w:r>
        <w:rPr>
          <w:sz w:val="20"/>
        </w:rPr>
        <w:t>40:44  mujhe ek insan banaya hai. isko jaane, is se aapka ek confidence aayega. jaise aap chalte hain raste mein, to is liye chal pate hain ke aapko pata hai ke mere paas paon hain. agar aapko yeh pata na ho ke mere paas paon hain, to kyun chalenge?</w:t>
      </w:r>
      <w:r>
        <w:br/>
      </w:r>
      <w:r>
        <w:rPr>
          <w:sz w:val="20"/>
        </w:rPr>
        <w:t>40:59  aap nahi chal sakte. aap to confidence ka matlab yeh hai ke apni salahiyat ko jankar aap koi kaam karen. lekin over confidence kya hai?</w:t>
      </w:r>
      <w:r>
        <w:br/>
      </w:r>
      <w:r>
        <w:rPr>
          <w:sz w:val="20"/>
        </w:rPr>
        <w:t>41:11  ke aap apne ko us se zyada samajh lete hain ke aap hain.</w:t>
      </w:r>
      <w:r>
        <w:br/>
      </w:r>
      <w:r>
        <w:rPr>
          <w:sz w:val="20"/>
        </w:rPr>
        <w:t>41:18  maslan, main aag ko dekh sakta hoon, lekin main aag ko pakad nahi sakta haath se. to dekhna confidence hai, pakadna aur confidence hai.</w:t>
      </w:r>
      <w:r>
        <w:br/>
      </w:r>
      <w:r>
        <w:rPr>
          <w:sz w:val="20"/>
        </w:rPr>
        <w:t>41:30  to jo log zyada intelligent hote hain, aksar is galti mein mubtala hote hain ke apne ko zyada andaza kar lete hain. zyada andaza kar lete hain. to phir woh yahi log hain jo zindagi kuch achieve nahi kar paate. maine bahut se logon ko dekha hai ke bahut hi zaheen the, lekin kuch bhi achieve nahi kar sake.</w:t>
      </w:r>
      <w:r>
        <w:br/>
      </w:r>
      <w:r>
        <w:rPr>
          <w:sz w:val="20"/>
        </w:rPr>
        <w:t>41:53  koi badi badi baaten karte the, woh bade bade chhalang lagate the. woh</w:t>
      </w:r>
      <w:r>
        <w:br/>
      </w:r>
      <w:r>
        <w:rPr>
          <w:sz w:val="20"/>
        </w:rPr>
        <w:t>42:00  to kuch bhi aap ho, kehti hai intelligent aap ho, lekin aapki limitations hain. you have to know your limitations. to ek lafz main kahoon ke jo aadmi apni limitation ko jankar kaam kare, woh confidence ka case hai. jo aadmi apni limitation ko na jaane, woh aur confidence ka case hai.</w:t>
      </w:r>
      <w:r>
        <w:br/>
      </w:r>
      <w:r>
        <w:rPr>
          <w:sz w:val="20"/>
        </w:rPr>
        <w:t>42:27  yaani when you know your limitations, then your case is case of confidence. but when you don't know your limitations, then your case becomes over confidence. case of case of over confidence.</w:t>
      </w:r>
      <w:r>
        <w:br/>
      </w:r>
      <w:r>
        <w:rPr>
          <w:sz w:val="20"/>
        </w:rPr>
        <w:t>42:45  basic baat hai ke apni mahdudiyat ko jaanna, apni limitation ko jaanna, yahi hai demarcation. yahi dono ke darmiyan.</w:t>
      </w:r>
    </w:p>
    <w:p>
      <w:pPr>
        <w:pStyle w:val="Heading2"/>
      </w:pPr>
      <w:r>
        <w:t>99 blessings vs one missing focus</w:t>
      </w:r>
    </w:p>
    <w:p>
      <w:r>
        <w:rPr>
          <w:color w:val="666666"/>
          <w:sz w:val="18"/>
        </w:rPr>
        <w:t>From the Spiritual Tree 20 February 2011 - Maulana Wahiduddin Khan · 2m 58s · at 10:49 · https://youtu.be/FpBLnD-xv6A?t=649</w:t>
      </w:r>
    </w:p>
    <w:p>
      <w:r>
        <w:rPr>
          <w:i/>
        </w:rPr>
        <w:t>“Shukar karne wale ka matlab kya hai”</w:t>
      </w:r>
    </w:p>
    <w:p>
      <w:r>
        <w:rPr>
          <w:sz w:val="20"/>
        </w:rPr>
        <w:t>10:49  shukr karne wale ka matlab kya hai? wahi hai jo shaitan ki misaal mein dikhai deta hai. yaani aadmi ko 99 cheezain mili hui hain, ek cheez nahi mili hai.</w:t>
      </w:r>
      <w:r>
        <w:br/>
      </w:r>
      <w:r>
        <w:rPr>
          <w:sz w:val="20"/>
        </w:rPr>
        <w:t>11:03  yaani iblis ko ya jinnaat ko is waqt bhi 99 cheezain mili hui theen. ek cheez nahi mili thi jo Allah taala ne Adam ko de di thi.</w:t>
      </w:r>
      <w:r>
        <w:br/>
      </w:r>
      <w:r>
        <w:rPr>
          <w:sz w:val="20"/>
        </w:rPr>
        <w:t>11:15  bas isi par woh nashukra ho gaya. in great fulness mein pad gaya woh. yahi kahani hai saare insaan ki.</w:t>
      </w:r>
      <w:r>
        <w:br/>
      </w:r>
      <w:r>
        <w:rPr>
          <w:sz w:val="20"/>
        </w:rPr>
        <w:t>11:28  jo log demonstrations kar rahe hain mukhtalif tamam countries mein, aap TV par dekhiye unko. achhe kapde pehne hue, khoob tandurust.</w:t>
      </w:r>
      <w:r>
        <w:br/>
      </w:r>
      <w:r>
        <w:rPr>
          <w:sz w:val="20"/>
        </w:rPr>
        <w:t>11:39  har lehaz se well to do maloom hote hain. khud apne munh se bhi is ne keh diya ke main well to do hoon. ek cheez nahi mili hai ke freedom.</w:t>
      </w:r>
      <w:r>
        <w:br/>
      </w:r>
      <w:r>
        <w:rPr>
          <w:sz w:val="20"/>
        </w:rPr>
        <w:t>11:48  political freedom. bas political freedom nahi hai to bas goya ke kuch nahi hai. yaad rakhiye, nashukri is par nahi hoti ke aadmi sab kuch kho de.</w:t>
      </w:r>
      <w:r>
        <w:br/>
      </w:r>
      <w:r>
        <w:rPr>
          <w:sz w:val="20"/>
        </w:rPr>
        <w:t>12:00  nahi. sab kuch to mila hi rehta hai is ko. koi ek cheez nahi milti hai, isi par woh nashukra ho jata hai.</w:t>
      </w:r>
      <w:r>
        <w:br/>
      </w:r>
      <w:r>
        <w:rPr>
          <w:sz w:val="20"/>
        </w:rPr>
        <w:t>12:10  kabhi koi insaan aisa nahi ho sakta hai ke is se sab kuch chhin jaye.</w:t>
      </w:r>
      <w:r>
        <w:br/>
      </w:r>
      <w:r>
        <w:rPr>
          <w:sz w:val="20"/>
        </w:rPr>
        <w:t>12:19  aisa kabhi nahi hota. to poori tareekh mein yahi insaan ne kiya.</w:t>
      </w:r>
      <w:r>
        <w:br/>
      </w:r>
      <w:r>
        <w:rPr>
          <w:sz w:val="20"/>
        </w:rPr>
        <w:t>12:27  ke sab kuch mila rahega, sab kuch mila rahega, sab kuch mila rahega, lekin is ka saara focus chala jayega is ek cheez par jo is ko nahi mila hai.</w:t>
      </w:r>
      <w:r>
        <w:br/>
      </w:r>
      <w:r>
        <w:rPr>
          <w:sz w:val="20"/>
        </w:rPr>
        <w:t>12:39  to Quran mein bataya gaya hai ke</w:t>
      </w:r>
      <w:r>
        <w:br/>
      </w:r>
      <w:r>
        <w:rPr>
          <w:sz w:val="20"/>
        </w:rPr>
        <w:t>12:57  chahe koi badshah ho ya aam aadmi ho, in sau ke sau kisi ko bhi nahi milenge. paighambar ko bhi nahi.</w:t>
      </w:r>
      <w:r>
        <w:br/>
      </w:r>
      <w:r>
        <w:rPr>
          <w:sz w:val="20"/>
        </w:rPr>
        <w:t>13:07  to is ek cheez ko ignore karo. focus karo 99 par, ek par mat focus karo. shukr aur nashukri ka yeh khulasa hai.</w:t>
      </w:r>
      <w:r>
        <w:br/>
      </w:r>
      <w:r>
        <w:rPr>
          <w:sz w:val="20"/>
        </w:rPr>
        <w:t>13:21  yaani grateful hona aur ungrateful hona ka yeh khulasa hai. agar aap 99 par focus karenge to aap hamesha shukr ke thrill mein jiyenge, thrill.</w:t>
      </w:r>
      <w:r>
        <w:br/>
      </w:r>
      <w:r>
        <w:rPr>
          <w:sz w:val="20"/>
        </w:rPr>
        <w:t>13:34  aur agar aap ek par focus kiya aap ne to hamesha aap aap bas shikayat, protest, nafrat, inteqaam is mein jeene lagenge.</w:t>
      </w:r>
    </w:p>
    <w:p>
      <w:pPr>
        <w:pStyle w:val="Heading2"/>
      </w:pPr>
      <w:r>
        <w:t>Adam's example: admit the mistake, no excuses</w:t>
      </w:r>
    </w:p>
    <w:p>
      <w:r>
        <w:rPr>
          <w:color w:val="666666"/>
          <w:sz w:val="18"/>
        </w:rPr>
        <w:t>How to Build A Strong Personality June 14, 2008 · 2m 15s · at 44:51 · https://youtu.be/CEzRHSVoQlI?t=2691</w:t>
      </w:r>
    </w:p>
    <w:p>
      <w:r>
        <w:rPr>
          <w:i/>
        </w:rPr>
        <w:t>“Hamare ancestors the, yani Adam, jannat mein rakhe gaye the”</w:t>
      </w:r>
    </w:p>
    <w:p>
      <w:r>
        <w:rPr>
          <w:sz w:val="20"/>
        </w:rPr>
        <w:t>44:51  dekhiye, jo hamare ancestors the, yani Adam, Adam tamam insaanon ke baap kahe jaate hain.</w:t>
      </w:r>
      <w:r>
        <w:br/>
      </w:r>
      <w:r>
        <w:rPr>
          <w:sz w:val="20"/>
        </w:rPr>
        <w:t>45:02  to woh paradise mein rakhe gaye the, paida karne ke baad Khuda ne rakha tha. to wahan yeh tha ke ek forbidden tree hai, us ko mat khana, us ka phal mat khana.</w:t>
      </w:r>
      <w:r>
        <w:br/>
      </w:r>
      <w:r>
        <w:rPr>
          <w:sz w:val="20"/>
        </w:rPr>
        <w:t>45:17  to kisi wajah se unhone woh phal kha liya. to Khuda ne kaha ke "yeh kya kiya tum ne?</w:t>
      </w:r>
      <w:r>
        <w:br/>
      </w:r>
      <w:r>
        <w:rPr>
          <w:sz w:val="20"/>
        </w:rPr>
        <w:t>45:26  jo mana kiya tha maine, woh to unhone kyun kha liya?"</w:t>
      </w:r>
      <w:r>
        <w:br/>
      </w:r>
      <w:r>
        <w:rPr>
          <w:sz w:val="20"/>
        </w:rPr>
        <w:t>45:34  is waqt jo aata hai quran mein, unhon ne yani woh aur un ki biwi dono ne khaya tha. to unhon ne kaha ke "rabana zalamna anfusana".</w:t>
      </w:r>
      <w:r>
        <w:br/>
      </w:r>
      <w:r>
        <w:rPr>
          <w:sz w:val="20"/>
        </w:rPr>
        <w:t>45:46  khudaya, hum ne ghalti ki, hum zalim thehre, hum ne ghalti ki, hum se to apni ghalti ko seedhe seedhe unhon ne maan liya.</w:t>
      </w:r>
      <w:r>
        <w:br/>
      </w:r>
      <w:r>
        <w:rPr>
          <w:sz w:val="20"/>
        </w:rPr>
        <w:t>46:01  excuse pesh nahi kiya unhon ne. woh keh sakte the ke yeh reason, woh reason de kar ke apni is ghalti ko chhipane ki koshish kar sakte the,</w:t>
      </w:r>
      <w:r>
        <w:br/>
      </w:r>
      <w:r>
        <w:rPr>
          <w:sz w:val="20"/>
        </w:rPr>
        <w:t>46:15  jaisa ke log karte hain ke ek ghalti karenge aur us ke baad jab un se poocha jayega, yeh nahi kahenge ke "mujh se ghalti ho gayi, mujhe maaf karo".</w:t>
      </w:r>
      <w:r>
        <w:br/>
      </w:r>
      <w:r>
        <w:rPr>
          <w:sz w:val="20"/>
        </w:rPr>
        <w:t>46:32  balkeh us ke reason dena shuru karenge, excuse pesh karna shuru karenge.</w:t>
      </w:r>
      <w:r>
        <w:br/>
      </w:r>
      <w:r>
        <w:rPr>
          <w:sz w:val="20"/>
        </w:rPr>
        <w:t>46:39  to adam ne koi, adam ne aur hawa ne, yani adam ne aur un ki biwi ne, dono ne is waqt koi excuse pesh nahi kiya.</w:t>
      </w:r>
      <w:r>
        <w:br/>
      </w:r>
      <w:r>
        <w:rPr>
          <w:sz w:val="20"/>
        </w:rPr>
        <w:t>46:51  seedhe seedhe keh diya ke "rabana zalamna anfusana". hum dono ne bhaari ghalti ki hai, hamare paas koi uzr nahi hai.</w:t>
      </w:r>
      <w:r>
        <w:br/>
      </w:r>
      <w:r>
        <w:rPr>
          <w:sz w:val="20"/>
        </w:rPr>
        <w:t>47:02  yeh hai sahi tareeqa.</w:t>
      </w:r>
    </w:p>
    <w:p>
      <w:pPr>
        <w:pStyle w:val="Heading2"/>
      </w:pPr>
      <w:r>
        <w:t>Discovering God through contemplating His creation</w:t>
      </w:r>
    </w:p>
    <w:p>
      <w:r>
        <w:rPr>
          <w:color w:val="666666"/>
          <w:sz w:val="18"/>
        </w:rPr>
        <w:t>Don't Be Angry Culture January 15, 2012 · 2m 56s · at 1:26:39 · https://youtu.be/NrA3X8y_FLY?t=5199</w:t>
      </w:r>
    </w:p>
    <w:p>
      <w:r>
        <w:rPr>
          <w:i/>
        </w:rPr>
        <w:t>“God ko aap dekh to sakte nahi, kyunki wo beyond space and time hai”</w:t>
      </w:r>
    </w:p>
    <w:p>
      <w:r>
        <w:rPr>
          <w:sz w:val="20"/>
        </w:rPr>
        <w:t>1:26:39  Maulana, agla sawal aaya hai Delhi se Mr. Rama Katta Swamin ka. unhon ne likha hai: "Guru ji, please tell me how can I become the devotee of the great God?"</w:t>
      </w:r>
      <w:r>
        <w:br/>
      </w:r>
      <w:r>
        <w:rPr>
          <w:sz w:val="20"/>
        </w:rPr>
        <w:t>1:26:51  . dekhiye, is ka jo process hai, woh hai ke God ko aap dekh to sakte nahi hain, kyun ke God jo hai, beyond space and time hai.</w:t>
      </w:r>
      <w:r>
        <w:br/>
      </w:r>
      <w:r>
        <w:rPr>
          <w:sz w:val="20"/>
        </w:rPr>
        <w:t>1:27:06  lekin God ko discover karte hain aap is ke creation mein. yani ek hai creator, ek hai creation.</w:t>
      </w:r>
      <w:r>
        <w:br/>
      </w:r>
      <w:r>
        <w:rPr>
          <w:sz w:val="20"/>
        </w:rPr>
        <w:t>1:27:14  to creator ko aap aankhon se dekh nahin sakte hain, lekin us ke creation mein us ko aap discover kar sakte hain.</w:t>
      </w:r>
      <w:r>
        <w:br/>
      </w:r>
      <w:r>
        <w:rPr>
          <w:sz w:val="20"/>
        </w:rPr>
        <w:t>1:27:22  to jab aap creation mein sochte hain, creation mein study karte hain, to aap creator ko discover karte hain.</w:t>
      </w:r>
      <w:r>
        <w:br/>
      </w:r>
      <w:r>
        <w:rPr>
          <w:sz w:val="20"/>
        </w:rPr>
        <w:t>1:27:33  aur phir is se aap ko attachment hota hai, is se emotional contact banta hai. aur phir is ko apna, yani sab kuch banane bana bana lete hain aap.</w:t>
      </w:r>
      <w:r>
        <w:br/>
      </w:r>
      <w:r>
        <w:rPr>
          <w:sz w:val="20"/>
        </w:rPr>
        <w:t>1:27:45  to Khuda tak pahunchne ka rasta jo</w:t>
      </w:r>
      <w:r>
        <w:br/>
      </w:r>
      <w:r>
        <w:rPr>
          <w:sz w:val="20"/>
        </w:rPr>
        <w:t>1:27:49  yahi hai. creator tak pahunchne ka rasta, yani creation ke zariye jata hai. Through creation, you can discover God.</w:t>
      </w:r>
      <w:r>
        <w:br/>
      </w:r>
      <w:r>
        <w:rPr>
          <w:sz w:val="20"/>
        </w:rPr>
        <w:t>1:28:00  . is par bohat si kitabein hain, meri kitab bhi ek hai, is ko aap parh sakte hain: "God Arises" .</w:t>
      </w:r>
      <w:r>
        <w:br/>
      </w:r>
      <w:r>
        <w:rPr>
          <w:sz w:val="20"/>
        </w:rPr>
        <w:t>1:28:09  . main to rozana yahi karta hoon, jab main ek insaan ko dekhta hoon to sochta hoon, kaisa ajeeb hai yeh insaan.</w:t>
      </w:r>
      <w:r>
        <w:br/>
      </w:r>
      <w:r>
        <w:rPr>
          <w:sz w:val="20"/>
        </w:rPr>
        <w:t>1:28:18  to is is ke, is ke ek marvelous creation mein Khuda ko daryaft karta hoon. main drakht ko dekhta hoon, drakht bohat ajeeb lagta hai mujhe.</w:t>
      </w:r>
      <w:r>
        <w:br/>
      </w:r>
      <w:r>
        <w:rPr>
          <w:sz w:val="20"/>
        </w:rPr>
        <w:t>1:28:29  kaisa ajeeb hai drakht. to drakht ke andar main is ke, is ke, is ke creator ko daryaft karta hoon. aise hi suraj, chand aur sitare, galaxy, yeh sari cheezon mein sochta rehta hoon.</w:t>
      </w:r>
      <w:r>
        <w:br/>
      </w:r>
      <w:r>
        <w:rPr>
          <w:sz w:val="20"/>
        </w:rPr>
        <w:t>1:28:44  to is ke andar mujhe, yani yeh yeh creation ke ka phenomenon hai. is creation mein mujhe creator dikhai deta hai.</w:t>
      </w:r>
      <w:r>
        <w:br/>
      </w:r>
      <w:r>
        <w:rPr>
          <w:sz w:val="20"/>
        </w:rPr>
        <w:t>1:28:57  yahi process hai. jitna zyada aap sochenge, jitna zyada aap study karenge,</w:t>
      </w:r>
      <w:r>
        <w:br/>
      </w:r>
      <w:r>
        <w:rPr>
          <w:sz w:val="20"/>
        </w:rPr>
        <w:t>1:29:06  you can reach God through contemplation. . yahi ek hi rasta hai.</w:t>
      </w:r>
    </w:p>
    <w:p>
      <w:pPr>
        <w:pStyle w:val="Heading2"/>
      </w:pPr>
      <w:r>
        <w:t>Secret of a 30-person joint family staying together</w:t>
      </w:r>
    </w:p>
    <w:p>
      <w:r>
        <w:rPr>
          <w:color w:val="666666"/>
          <w:sz w:val="18"/>
        </w:rPr>
        <w:t>Fasting A Source of Spiritual Empowerment August 21, 2011 Maulana Wahiduddin Khan · 1m 51s · at 42:25 · https://youtu.be/Z0EbPlujcf0?t=2545</w:t>
      </w:r>
    </w:p>
    <w:p>
      <w:r>
        <w:rPr>
          <w:i/>
        </w:rPr>
        <w:t>“Main ek dafa gaya South India mein ek family”</w:t>
      </w:r>
    </w:p>
    <w:p>
      <w:r>
        <w:rPr>
          <w:sz w:val="20"/>
        </w:rPr>
        <w:t>42:25  mein aik dafa gaya South India mein aik family. sarbarah sabaq parha. to woh family mein taqreeban tees member thay.</w:t>
      </w:r>
      <w:r>
        <w:br/>
      </w:r>
      <w:r>
        <w:rPr>
          <w:sz w:val="20"/>
        </w:rPr>
        <w:t>42:38  tees aadmi ki family thi woh. ab bohat achhay tareeqay se woh log guzar rahe thay. bohat dinon se.</w:t>
      </w:r>
      <w:r>
        <w:br/>
      </w:r>
      <w:r>
        <w:rPr>
          <w:sz w:val="20"/>
        </w:rPr>
        <w:t>42:48  bohat dinon se bohat achhay tareeqay se. woh tajir family thi woh.</w:t>
      </w:r>
      <w:r>
        <w:br/>
      </w:r>
      <w:r>
        <w:rPr>
          <w:sz w:val="20"/>
        </w:rPr>
        <w:t>42:56  to mein ne un se poocha ke aap log aap ki family mein tees member hain taqreeban. aur itnay dinon se aap joint family chali ja rahi hai.</w:t>
      </w:r>
      <w:r>
        <w:br/>
      </w:r>
      <w:r>
        <w:rPr>
          <w:sz w:val="20"/>
        </w:rPr>
        <w:t>43:08  to is ka raaz kya hai?</w:t>
      </w:r>
      <w:r>
        <w:br/>
      </w:r>
      <w:r>
        <w:rPr>
          <w:sz w:val="20"/>
        </w:rPr>
        <w:t>43:14  to unhon ne yeh bataya tha. is ka raaz hai bardasht. bardasht Patience sabr o tahammul.</w:t>
      </w:r>
      <w:r>
        <w:br/>
      </w:r>
      <w:r>
        <w:rPr>
          <w:sz w:val="20"/>
        </w:rPr>
        <w:t>43:25  kyun ke dekhiye jab aap tees aadmi ke beech mein rahen gay. ya kisi baray samaj mein rahen gay.</w:t>
      </w:r>
      <w:r>
        <w:br/>
      </w:r>
      <w:r>
        <w:rPr>
          <w:sz w:val="20"/>
        </w:rPr>
        <w:t>43:36  to zaroor aisa hoga ke kuch na kuch aap ko kharab lag jaye. koi na kuch aisi paish aaye jo aap bhark uthen.</w:t>
      </w:r>
      <w:r>
        <w:br/>
      </w:r>
      <w:r>
        <w:rPr>
          <w:sz w:val="20"/>
        </w:rPr>
        <w:t>43:46  hona hi yeh hona hi hona hai. to kaisay nipta jaye is ko</w:t>
      </w:r>
      <w:r>
        <w:br/>
      </w:r>
      <w:r>
        <w:rPr>
          <w:sz w:val="20"/>
        </w:rPr>
        <w:t>43:52  ? roza batata hai ke sabr kar ke sabr kar ke is is ko deal karo. bhark kar nahi. kaisi ajeeb baat hai.</w:t>
      </w:r>
      <w:r>
        <w:br/>
      </w:r>
      <w:r>
        <w:rPr>
          <w:sz w:val="20"/>
        </w:rPr>
        <w:t>44:06  yani zindagi mein woh mawaqay jab aap aadmi bhark uthta hai. ya mushtael ho jata hai. jab woh react karta hai.</w:t>
      </w:r>
    </w:p>
    <w:p>
      <w:pPr>
        <w:pStyle w:val="Heading2"/>
      </w:pPr>
      <w:r>
        <w:t>Planning beats hard labor for business success</w:t>
      </w:r>
    </w:p>
    <w:p>
      <w:r>
        <w:rPr>
          <w:color w:val="666666"/>
          <w:sz w:val="18"/>
        </w:rPr>
        <w:t>Power of Peace June 6, 2010 Maulana Wahiduddin Khan · 1m 24s · at 42:19 · https://youtu.be/QNnouRoYI38?t=2539</w:t>
      </w:r>
    </w:p>
    <w:p>
      <w:r>
        <w:rPr>
          <w:i/>
        </w:rPr>
        <w:t>“Business mein sabse achi cheez hai hard labor, maine kaha”</w:t>
      </w:r>
    </w:p>
    <w:p>
      <w:r>
        <w:rPr>
          <w:sz w:val="20"/>
        </w:rPr>
        <w:t>42:19  ek martaba ek sahib se jo bohat woh achhe kamyab businessman the, to maine apne pichhle mindset mera jo tha, jo gaon mein bana tha woh wala, to maine kaha ke business mein sab se achhi cheez hai hard labor.</w:t>
      </w:r>
      <w:r>
        <w:br/>
      </w:r>
      <w:r>
        <w:rPr>
          <w:sz w:val="20"/>
        </w:rPr>
        <w:t>42:35  maine kaha main is se exchange karta hoon, baat cheet karta hoon, discuss karta hoon, is se mujh ko faida hota hai. to unhon ne kaha ke woh pehle ki baat hai, ab hard labor secondary cheez ban gayi hai.</w:t>
      </w:r>
      <w:r>
        <w:br/>
      </w:r>
      <w:r>
        <w:rPr>
          <w:sz w:val="20"/>
        </w:rPr>
        <w:t>42:50  ek kamyab tajar tha woh, parha likha tha woh. to main to gaon mein paida hua, wohi raha, to bas samajhta tha sab se badi cheez hai, kyunke woh agriculture ka zamana tha.</w:t>
      </w:r>
      <w:r>
        <w:br/>
      </w:r>
      <w:r>
        <w:rPr>
          <w:sz w:val="20"/>
        </w:rPr>
        <w:t>43:01  agriculture mein kya hai? mehnat karo, mehnat karo, mehnat karo, bas aur kya hai? to apne is mindset ko le kar ke maine kaha ke business mein sab se badi cheez jo hai kamyabi ke liye hard labor.</w:t>
      </w:r>
      <w:r>
        <w:br/>
      </w:r>
      <w:r>
        <w:rPr>
          <w:sz w:val="20"/>
        </w:rPr>
        <w:t>43:16  kaha ke nahi, nahi, nahi. planning sab se badi cheez hai.</w:t>
      </w:r>
      <w:r>
        <w:br/>
      </w:r>
      <w:r>
        <w:rPr>
          <w:sz w:val="20"/>
        </w:rPr>
        <w:t>43:21  planning number one par hai, hard labor number do par hai.</w:t>
      </w:r>
      <w:r>
        <w:br/>
      </w:r>
      <w:r>
        <w:rPr>
          <w:sz w:val="20"/>
        </w:rPr>
        <w:t>43:28  ab yeh kaise aadmi ko samajh mein aata hai? jab soche woh. jab ghusse mein aa jayenge to kuch nahi dikhai padega aap ko. to sabr ka sab se bada faida yeh hai ke aap wise planning kar paate hain.</w:t>
      </w:r>
    </w:p>
    <w:p>
      <w:pPr>
        <w:pStyle w:val="Heading2"/>
      </w:pPr>
      <w:r>
        <w:t>Dawah mindset instead of complaining in Palestine</w:t>
      </w:r>
    </w:p>
    <w:p>
      <w:r>
        <w:rPr>
          <w:color w:val="666666"/>
          <w:sz w:val="18"/>
        </w:rPr>
        <w:t>From The Spiritual Tree 28 Nov, 2010 - Maulana Wahiduddin Khan · 2m 19s · at 28:27 · https://youtu.be/LDMY7FjQRIE?t=1707</w:t>
      </w:r>
    </w:p>
    <w:p>
      <w:r>
        <w:rPr>
          <w:i/>
        </w:rPr>
        <w:t>“Jo waqea hai Filastin ka, sab se zyada zulm hai”</w:t>
      </w:r>
    </w:p>
    <w:p>
      <w:r>
        <w:rPr>
          <w:sz w:val="20"/>
        </w:rPr>
        <w:t>28:27  ab jis waqe ko dekhiye, jo vast waqe hai, vast waqe hai falasteen ka hai. sab se zyada logon ke nazdeek jo bas aur zulm hi zulm hai.</w:t>
      </w:r>
      <w:r>
        <w:br/>
      </w:r>
      <w:r>
        <w:rPr>
          <w:sz w:val="20"/>
        </w:rPr>
        <w:t>28:38  halanke zulm kya hai? kuch bhi nahi hai.</w:t>
      </w:r>
      <w:r>
        <w:br/>
      </w:r>
      <w:r>
        <w:rPr>
          <w:sz w:val="20"/>
        </w:rPr>
        <w:t>28:43  agar aap ke andar dawat wali soch ho, daai ki soch ho, daai. apne ko daai aur doosre ko mad'u samjhein aap.</w:t>
      </w:r>
      <w:r>
        <w:br/>
      </w:r>
      <w:r>
        <w:rPr>
          <w:sz w:val="20"/>
        </w:rPr>
        <w:t>28:53  to jab yahudi aaye falasteen mein to aap ko sochna chahiye tha ke to mad'u aa gaya hamare paas khud hi.</w:t>
      </w:r>
      <w:r>
        <w:br/>
      </w:r>
      <w:r>
        <w:rPr>
          <w:sz w:val="20"/>
        </w:rPr>
        <w:t>28:59  humein jaana tha different countries mein the yahudi bikhre hue hain. yahudi different countries mein bikhre hue the.</w:t>
      </w:r>
      <w:r>
        <w:br/>
      </w:r>
      <w:r>
        <w:rPr>
          <w:sz w:val="20"/>
        </w:rPr>
        <w:t>29:08  phir woh aaye falasteen mein. to aap sochte hain agar yeh to mad'u hamare paas khud hi aa gaya. ab dawat do.</w:t>
      </w:r>
      <w:r>
        <w:br/>
      </w:r>
      <w:r>
        <w:rPr>
          <w:sz w:val="20"/>
        </w:rPr>
        <w:t>29:18  un ke aane ke baad bhi aap hi majority mein thay falasteen mein. 1948 mein jab woh aaye wahan toh arab hi majority mein thay.</w:t>
      </w:r>
      <w:r>
        <w:br/>
      </w:r>
      <w:r>
        <w:rPr>
          <w:sz w:val="20"/>
        </w:rPr>
        <w:t>29:29  woh majority mein thay woh. toh aap agar arab log yeh sochte ke yeh madu hamare paas aa gaya, hamein dawat dena hai.</w:t>
      </w:r>
      <w:r>
        <w:br/>
      </w:r>
      <w:r>
        <w:rPr>
          <w:sz w:val="20"/>
        </w:rPr>
        <w:t>29:41  yeh nahi soch sake toh kya shikayat? aur shikayat se nafrat, nafrat se kya violence? wahan se kaha suicide bombing.</w:t>
      </w:r>
      <w:r>
        <w:br/>
      </w:r>
      <w:r>
        <w:rPr>
          <w:sz w:val="20"/>
        </w:rPr>
        <w:t>29:51  aur phir kya hua? jo mila tha woh bhi kho gaya. 1948 mein</w:t>
      </w:r>
      <w:r>
        <w:br/>
      </w:r>
      <w:r>
        <w:rPr>
          <w:sz w:val="20"/>
        </w:rPr>
        <w:t>29:58  aadha falasteen mila hua tha un ko. aadha. ab toh kuch bhi nahi hai. ab jo gaza patti jo hai, ya ariha, ariha jo hai, woh woh toh chota sa hai, bilkul kuch is mein hai hi nahi, kuch tabah.</w:t>
      </w:r>
      <w:r>
        <w:br/>
      </w:r>
      <w:r>
        <w:rPr>
          <w:sz w:val="20"/>
        </w:rPr>
        <w:t>30:14  bahar ki madad pe jeete hain woh log.</w:t>
      </w:r>
      <w:r>
        <w:br/>
      </w:r>
      <w:r>
        <w:rPr>
          <w:sz w:val="20"/>
        </w:rPr>
        <w:t>30:18  pehlay toh iqsaat musalman arab ko diya gaya tha, yerushalim arab ko diya gaya tha. sab kuch arab ke paas tha. toh soch ka mamla hai.</w:t>
      </w:r>
      <w:r>
        <w:br/>
      </w:r>
      <w:r>
        <w:rPr>
          <w:sz w:val="20"/>
        </w:rPr>
        <w:t>30:30  mein samajhta hoon ke dawat ka jo nuqta nazar hai, aadmi ko hundred percent positive thinker banata hai.</w:t>
      </w:r>
      <w:r>
        <w:br/>
      </w:r>
      <w:r>
        <w:rPr>
          <w:sz w:val="20"/>
        </w:rPr>
        <w:t>30:37  hundred percent positive thinker. abhi mere paas kashmir ke kuch log mile. mein ne kaha ke aap log saath baras lad rahe hain, yeh ladna phirna kya hai?</w:t>
      </w:r>
    </w:p>
    <w:p>
      <w:pPr>
        <w:pStyle w:val="Heading2"/>
      </w:pPr>
      <w:r>
        <w:t>Animals avoid collision following same principle</w:t>
      </w:r>
    </w:p>
    <w:p>
      <w:r>
        <w:rPr>
          <w:color w:val="666666"/>
          <w:sz w:val="18"/>
        </w:rPr>
        <w:t>Principle of Avoidance in Islam I 12 Dec, 2010 - Maulana Wahiduddin Khan · 1m 13s · at 14:48 · https://youtu.be/LcEmPmf5es0?t=888</w:t>
      </w:r>
    </w:p>
    <w:p>
      <w:r>
        <w:rPr>
          <w:i/>
        </w:rPr>
        <w:t>“Yahi animal mein yahi baat hai.”</w:t>
      </w:r>
    </w:p>
    <w:p>
      <w:r>
        <w:rPr>
          <w:sz w:val="20"/>
        </w:rPr>
        <w:t>14:48  yahi animal mein yahi baat hai. aap dekhiye ke aata hai TV par woh animal ke</w:t>
      </w:r>
      <w:r>
        <w:br/>
      </w:r>
      <w:r>
        <w:rPr>
          <w:sz w:val="20"/>
        </w:rPr>
        <w:t>15:02  zindagi ke bare mein. toh bohat yeh zamane mein bohat commentary banai gayi hai.</w:t>
      </w:r>
      <w:r>
        <w:br/>
      </w:r>
      <w:r>
        <w:rPr>
          <w:sz w:val="20"/>
        </w:rPr>
        <w:t>15:11  yani real life jo hai animal ki iski. toh main ne kai baar dekha isko. toh kya hota hai?</w:t>
      </w:r>
      <w:r>
        <w:br/>
      </w:r>
      <w:r>
        <w:rPr>
          <w:sz w:val="20"/>
        </w:rPr>
        <w:t>15:20  idhar se ek animal aa raha hai, idhar se doosra animal ja raha hai. toh dono state nahi chalte. wahi keep left aur keep right ka tareeqa ikhtiyar karte hain.</w:t>
      </w:r>
      <w:r>
        <w:br/>
      </w:r>
      <w:r>
        <w:rPr>
          <w:sz w:val="20"/>
        </w:rPr>
        <w:t>15:31  idhar nikal gaye, idhar nikal gaye.</w:t>
      </w:r>
      <w:r>
        <w:br/>
      </w:r>
      <w:r>
        <w:rPr>
          <w:sz w:val="20"/>
        </w:rPr>
        <w:t>15:37  kabhi bhi aisa nahi hota ke idhar se ek animal aa raha hai, idhar se ek ja raha hai, dono takrayein aapas mein. yani sher aur haathi takra jayein.</w:t>
      </w:r>
      <w:r>
        <w:br/>
      </w:r>
      <w:r>
        <w:rPr>
          <w:sz w:val="20"/>
        </w:rPr>
        <w:t>15:47  haathi idhar chala jayega aur sher idhar chala jayega.</w:t>
      </w:r>
      <w:r>
        <w:br/>
      </w:r>
      <w:r>
        <w:rPr>
          <w:sz w:val="20"/>
        </w:rPr>
        <w:t>15:52  yahi tareeqa Islam mein ikhtiyar kiya gaya hai. Rasool Allah S.A.W. poori zindagi jo hai woh avoidance par pesh karti hai. avoidance.</w:t>
      </w:r>
    </w:p>
    <w:p>
      <w:pPr>
        <w:pStyle w:val="Heading2"/>
      </w:pPr>
      <w:r>
        <w:t>Ideal partner myth causes divorce</w:t>
      </w:r>
    </w:p>
    <w:p>
      <w:r>
        <w:rPr>
          <w:color w:val="666666"/>
          <w:sz w:val="18"/>
        </w:rPr>
        <w:t>The Case of Present Day Muslims (In Conversation with Maulana) February 14, 2010 · 3m 02s · at 24:31 · https://youtu.be/Rw-5WYJKQtw?t=1471</w:t>
      </w:r>
    </w:p>
    <w:p>
      <w:r>
        <w:rPr>
          <w:i/>
        </w:rPr>
        <w:t>“I have written a book on this.”</w:t>
      </w:r>
    </w:p>
    <w:p>
      <w:r>
        <w:rPr>
          <w:sz w:val="20"/>
        </w:rPr>
        <w:t>24:31  dekhiye, main ne ek kitab likhi hai is par, us ko aap parh sakte hain. Ek hi reason hai, bas aur koi reason nahi hai.</w:t>
      </w:r>
      <w:r>
        <w:br/>
      </w:r>
      <w:r>
        <w:rPr>
          <w:sz w:val="20"/>
        </w:rPr>
        <w:t>24:41  do reason nahi hain. Youth age ka phenomena yeh hai. Youth age jo hai, romantic age hota hai. Har aadmi, har aadmi ka youth age romantic age hota hai.</w:t>
      </w:r>
      <w:r>
        <w:br/>
      </w:r>
      <w:r>
        <w:rPr>
          <w:sz w:val="20"/>
        </w:rPr>
        <w:t>24:56  mera bhi youth age romantic age tha. Allah taala ne mujhe bachaya is se. Main bhi isi daldal mein phansa hua tha. Is age mein har larki samajhti hai ke main ek ideal husband mujhe chahiye.</w:t>
      </w:r>
      <w:r>
        <w:br/>
      </w:r>
      <w:r>
        <w:rPr>
          <w:sz w:val="20"/>
        </w:rPr>
        <w:t>25:09  har larka chahta hai ke mujhe ek ideal wife chahiye. Aur yeh jo novel hain, yeh jo cinema hain, yeh sab batate hain ke aisa exist kar raha hai.</w:t>
      </w:r>
      <w:r>
        <w:br/>
      </w:r>
      <w:r>
        <w:rPr>
          <w:sz w:val="20"/>
        </w:rPr>
        <w:t>25:18  aisa yeh jhoota, yani false, un ko knowledge dete hain. False, aisa na koi ideal husband hai, na koi ideal wife hai, na koi ideal larki hai, na koi ideal larka hai.</w:t>
      </w:r>
      <w:r>
        <w:br/>
      </w:r>
      <w:r>
        <w:rPr>
          <w:sz w:val="20"/>
        </w:rPr>
        <w:t>25:30  lekin novel parh kar ke, movie dekh kar ke, aur TV dekh kar ke logon ke zehn mein consciously, unconsciously aata hai ke koi aisa ho sakta hai, koi aisi larki, aisa larka.</w:t>
      </w:r>
      <w:r>
        <w:br/>
      </w:r>
      <w:r>
        <w:rPr>
          <w:sz w:val="20"/>
        </w:rPr>
        <w:t>25:43  to woh love, ab love effort kisi se hua un ko, to is mein se oh mil gaya mujhe. Love effort jab hota hai to is mein se haan mil gaya mujhe, woh ideal pair mil gaya, lekin woh ideal pair tha hi nahi.</w:t>
      </w:r>
      <w:r>
        <w:br/>
      </w:r>
      <w:r>
        <w:rPr>
          <w:sz w:val="20"/>
        </w:rPr>
        <w:t>25:54  woh to jab real life mein ate hain, jab to pata chalta hai, oh yeh to real, yeh to ideal, ideal pair hai hi nahi. Yeh to woh mere mind mein jo basa hua tha, woh to hai hi nahi.</w:t>
      </w:r>
      <w:r>
        <w:br/>
      </w:r>
      <w:r>
        <w:rPr>
          <w:sz w:val="20"/>
        </w:rPr>
        <w:t>26:05  yeh to sare log isi mein mubtala hain. One to all, one to all sab mubtala hain, is mein bhi koi exception nahi hai.</w:t>
      </w:r>
      <w:r>
        <w:br/>
      </w:r>
      <w:r>
        <w:rPr>
          <w:sz w:val="20"/>
        </w:rPr>
        <w:t>26:17  is simple baat ko daryaft nahi kar kar sake ke ideal cannot be achieved. Koi larka ideal nahi, koi larki ideal nahi.</w:t>
      </w:r>
      <w:r>
        <w:br/>
      </w:r>
      <w:r>
        <w:rPr>
          <w:sz w:val="20"/>
        </w:rPr>
        <w:t>26:28  to yeh to bas aik mirage ka hai. mirage to aik adjustment karne ke liye hoti hai. bas to yeh to pehle janna chahiye hamein ke difference honge.</w:t>
      </w:r>
      <w:r>
        <w:br/>
      </w:r>
      <w:r>
        <w:rPr>
          <w:sz w:val="20"/>
        </w:rPr>
        <w:t>26:39  pehle janna chahiye ke woh less than ideal hoga. yeh shadi se pehle janna chahiye aap ko. nahi, koi batane wala nahi. yeh bhi meri discovery hai. yeh bhi meri discovery hai.</w:t>
      </w:r>
      <w:r>
        <w:br/>
      </w:r>
      <w:r>
        <w:rPr>
          <w:sz w:val="20"/>
        </w:rPr>
        <w:t>26:49  mein bata paya, but answer bhi nahi jata tha is ko. mujhe bhi aik se ziyada shadiyan karalin aur starting lock metro mein bhi nahi jate they.</w:t>
      </w:r>
      <w:r>
        <w:br/>
      </w:r>
      <w:r>
        <w:rPr>
          <w:sz w:val="20"/>
        </w:rPr>
        <w:t>26:58  unhone bhi shadi karali aik se ziyada. to koi janta nahi tha ke ideal husband aur ideal ideal wife ka koi wajood hi nahi hai.</w:t>
      </w:r>
      <w:r>
        <w:br/>
      </w:r>
      <w:r>
        <w:rPr>
          <w:sz w:val="20"/>
        </w:rPr>
        <w:t>27:08  koi to log jo jeete hain romances mein, novelain parhte hain, movie dekhte hain, tv dekhte hain, to yeh unconsciousy unke mind mein baith jata hai ke aisa koi hai.</w:t>
      </w:r>
      <w:r>
        <w:br/>
      </w:r>
      <w:r>
        <w:rPr>
          <w:sz w:val="20"/>
        </w:rPr>
        <w:t>27:20  aur jab woh late hain apne ghar mein, pata chalta hai ke nahi, yeh to woh hai nahi. to pehle se agar pata ho unko pehle se ke jo milega, woh less than ideal hi hoga, to khoob achhe tarike se unka guzara ho jaye.</w:t>
      </w:r>
    </w:p>
    <w:p>
      <w:pPr>
        <w:pStyle w:val="Heading2"/>
      </w:pPr>
      <w:r>
        <w:t>Magazine full of complaints, no gratitude to God</w:t>
      </w:r>
    </w:p>
    <w:p>
      <w:r>
        <w:rPr>
          <w:color w:val="666666"/>
          <w:sz w:val="18"/>
        </w:rPr>
        <w:t>Problem and Shukr March 15, 2015 · 1m 25s · at 10:20 · https://youtu.be/SPBsXjH1hzM?t=620</w:t>
      </w:r>
    </w:p>
    <w:p>
      <w:r>
        <w:rPr>
          <w:i/>
        </w:rPr>
        <w:t>“Kal mere paas ek Muslim mahnama aaya”</w:t>
      </w:r>
    </w:p>
    <w:p>
      <w:r>
        <w:rPr>
          <w:sz w:val="20"/>
        </w:rPr>
        <w:t>10:20  jaise kal mere paas ek Muslim mahnama aaya, mota sa number nikala unhon ne. sara parcha bhara hua hai shikayaton ke baad se.</w:t>
      </w:r>
      <w:r>
        <w:br/>
      </w:r>
      <w:r>
        <w:rPr>
          <w:sz w:val="20"/>
        </w:rPr>
        <w:t>10:34  jo hukumat ki taraf se yeh shikayat, woh shikayat. partiyon ki taraf se yeh shikayat, woh shikayat. majority company ki taraf se yeh shikayat, woh shikayat.</w:t>
      </w:r>
      <w:r>
        <w:br/>
      </w:r>
      <w:r>
        <w:rPr>
          <w:sz w:val="20"/>
        </w:rPr>
        <w:t>10:48  poore parche mein kahin bhi Khuda ka shukar ki baat nahi. woh mota sa hai, lekin poore parche mein kahin bhi Khuda ka shukar ki baat nahi. kyun?</w:t>
      </w:r>
      <w:r>
        <w:br/>
      </w:r>
      <w:r>
        <w:rPr>
          <w:sz w:val="20"/>
        </w:rPr>
        <w:t>10:58  dekhiye, yeh insan ki nafsiyaat hai ke jo cheez aap ko obsession ban jaye, obsession, woh aap ko blind banata hai. blind bana deta hai doosri cheezon ko samajhne ke liye.</w:t>
      </w:r>
      <w:r>
        <w:br/>
      </w:r>
      <w:r>
        <w:rPr>
          <w:sz w:val="20"/>
        </w:rPr>
        <w:t>11:10  to aap jeete hain nashukri ke obsession mein, nafrat ke obsession mein. ke hum ko hamare khilaf sazishien ho rahi hain, yeh obsession hai aap ka.</w:t>
      </w:r>
      <w:r>
        <w:br/>
      </w:r>
      <w:r>
        <w:rPr>
          <w:sz w:val="20"/>
        </w:rPr>
        <w:t>11:22  to yeh obsession aap ko doosri cheezon ke bare mein bekhabar bana dega. blind bana dega.</w:t>
      </w:r>
      <w:r>
        <w:br/>
      </w:r>
      <w:r>
        <w:rPr>
          <w:sz w:val="20"/>
        </w:rPr>
        <w:t>11:31  to yeh jo hadith hai "man lam yashkur al-nas" "man lam yashkur al-nas lam yashkur Allah" is ka matlab yeh hai ke jo aadmi insaan ke bare mein nashukri mein pad jaye ga to khuda ka shukr is se nikal jaye ga.</w:t>
      </w:r>
    </w:p>
    <w:p>
      <w:pPr>
        <w:pStyle w:val="Heading2"/>
      </w:pPr>
      <w:r>
        <w:t>No news is good news practical formula</w:t>
      </w:r>
    </w:p>
    <w:p>
      <w:r>
        <w:rPr>
          <w:color w:val="666666"/>
          <w:sz w:val="18"/>
        </w:rPr>
        <w:t>The Secret of Success 5 Feb, 2008 - Maulana Wahiduddin Khan · 2m 42s · at 5:39 · https://youtu.be/aI0KGyoK7NM?t=339</w:t>
      </w:r>
    </w:p>
    <w:p>
      <w:r>
        <w:rPr>
          <w:i/>
        </w:rPr>
        <w:t>“Jese ek maqoola hai, 'no news is good news'”</w:t>
      </w:r>
    </w:p>
    <w:p>
      <w:r>
        <w:rPr>
          <w:sz w:val="20"/>
        </w:rPr>
        <w:t>5:39  wohi dhal jata hai maqoolay mein ya kahawat mein. jaisay aik maqoola hai, "no news is good news".</w:t>
      </w:r>
      <w:r>
        <w:br/>
      </w:r>
      <w:r>
        <w:rPr>
          <w:sz w:val="20"/>
        </w:rPr>
        <w:t>5:52  mein samajhta hoon ke bohat hi pakka maqoola hai. mein jab bhi kahin bahar jata hoon to mein kehta hoon ke dekho, mein telephone nahi karunga, mein koi khat bhi nahi bhejunga.</w:t>
      </w:r>
      <w:r>
        <w:br/>
      </w:r>
      <w:r>
        <w:rPr>
          <w:sz w:val="20"/>
        </w:rPr>
        <w:t>6:08  bas yeh samajh lo ke agar koi khabar nahi aati hai, koi paigham nahi aata hai to sab kuch theek hai. kyunke agar koi baat bigre gi to foran paigham aayega.</w:t>
      </w:r>
      <w:r>
        <w:br/>
      </w:r>
      <w:r>
        <w:rPr>
          <w:sz w:val="20"/>
        </w:rPr>
        <w:t>6:26  jab bhi koi koi buri khabar hoti hai to foran woh bheji jati hai. lekin good news ko kya bhejna hai? to yeh yeh samajh lena ke jab khabar nahi aa rahi hai to good news hai.</w:t>
      </w:r>
      <w:r>
        <w:br/>
      </w:r>
      <w:r>
        <w:rPr>
          <w:sz w:val="20"/>
        </w:rPr>
        <w:t>6:43  to behtareen formula yeh hai ke "no news is good news". is zamanay mein safar bohat barh gaya hai. har ghar mein aap dekhte hain ke log bahar jatay hain.</w:t>
      </w:r>
      <w:r>
        <w:br/>
      </w:r>
      <w:r>
        <w:rPr>
          <w:sz w:val="20"/>
        </w:rPr>
        <w:t>6:54  kahin job ke liye, kahin taleem ke liye, kahin siyahat ke liye. to log ghar walay pareshan rehte hain ke aray bhai koi khabar nahi aayi, koi telephone nahi aaya.</w:t>
      </w:r>
      <w:r>
        <w:br/>
      </w:r>
      <w:r>
        <w:rPr>
          <w:sz w:val="20"/>
        </w:rPr>
        <w:t>7:06  koi khabar na aaye to achi khabar hai yeh. is liye pareshan honay ki zaroorat nahi hai. bas is formula ko pakar lijiye, "no news is good news".</w:t>
      </w:r>
      <w:r>
        <w:br/>
      </w:r>
      <w:r>
        <w:rPr>
          <w:sz w:val="20"/>
        </w:rPr>
        <w:t>7:23  kyunke agar koi baat bigre gi to zaroor khabar aayegi, zaroor telegram aayega, zaroor telephone aayega. to jab paigham nahi aaya hai wahan se to samajh lijiye ke sab theek hi theek hai.</w:t>
      </w:r>
      <w:r>
        <w:br/>
      </w:r>
      <w:r>
        <w:rPr>
          <w:sz w:val="20"/>
        </w:rPr>
        <w:t>7:37  behtareen formula yeh hai. behtareen formula hai ke "no news is good news". is zamanay mein har ghar ki zaroorat hai, kyunke har ghar se kuch log idhar jatay hain, udhar jatay hain.</w:t>
      </w:r>
      <w:r>
        <w:br/>
      </w:r>
      <w:r>
        <w:rPr>
          <w:sz w:val="20"/>
        </w:rPr>
        <w:t>7:50  phir log khawamkhwah pareshan hotay hain. pareshan honay ki koi zaroorat hi nahi. agar wahan se koi paigham nahi aa raha hai to samajh lijiye ke sab kuch theek thaak hai, sab kuch acha hai.</w:t>
      </w:r>
      <w:r>
        <w:br/>
      </w:r>
      <w:r>
        <w:rPr>
          <w:sz w:val="20"/>
        </w:rPr>
        <w:t>8:05  to aaj kal ki duniya mein jab ke safar bohat barh gaya hai</w:t>
      </w:r>
      <w:r>
        <w:br/>
      </w:r>
      <w:r>
        <w:rPr>
          <w:sz w:val="20"/>
        </w:rPr>
        <w:t>8:11  to har ghar ko chahiye ke bas is formula ko pakar le. "no news is good news".</w:t>
      </w:r>
    </w:p>
    <w:p>
      <w:pPr>
        <w:pStyle w:val="Heading2"/>
      </w:pPr>
      <w:r>
        <w:t>Anger resolved through explanation</w:t>
      </w:r>
    </w:p>
    <w:p>
      <w:r>
        <w:rPr>
          <w:color w:val="666666"/>
          <w:sz w:val="18"/>
        </w:rPr>
        <w:t>Don't Be Angry Culture January 15, 2012 Maulana Wahiduddin Khan · 2m 06s · at 15:50 · https://youtu.be/rY1Ikwmwwdk?t=950</w:t>
      </w:r>
    </w:p>
    <w:p>
      <w:r>
        <w:rPr>
          <w:i/>
        </w:rPr>
        <w:t>“To woh aadmi jo aaya tha baahar se”</w:t>
      </w:r>
    </w:p>
    <w:p>
      <w:r>
        <w:rPr>
          <w:sz w:val="20"/>
        </w:rPr>
        <w:t>15:50  us ko ghussa aa gaya. ghusse mein us ne kaha: "lain darab, lain darbat, lazarb, lazarb, lain daf'at, la tafa'an".</w:t>
      </w:r>
      <w:r>
        <w:br/>
      </w:r>
      <w:r>
        <w:rPr>
          <w:sz w:val="20"/>
        </w:rPr>
        <w:t>16:05  agar tum phir mujhe dhakka doge, main tum ko dhakka doon</w:t>
      </w:r>
      <w:r>
        <w:br/>
      </w:r>
      <w:r>
        <w:rPr>
          <w:sz w:val="20"/>
        </w:rPr>
        <w:t>16:08  ga. tum maroge to main tum ko maroonga. ghusse mein us ne kaha. to doosra aadmi ghussa nahin hua.</w:t>
      </w:r>
      <w:r>
        <w:br/>
      </w:r>
      <w:r>
        <w:rPr>
          <w:sz w:val="20"/>
        </w:rPr>
        <w:t>16:17  us ne is ko explain kiya. us ne kaha ke dekho, main door se aaya hoon. mujhe rasool Allah se kuch seekhna hai.</w:t>
      </w:r>
      <w:r>
        <w:br/>
      </w:r>
      <w:r>
        <w:rPr>
          <w:sz w:val="20"/>
        </w:rPr>
        <w:t>16:27  to main is kuch logon ne mujhe bheja hai. main jaldi kar raha tha. taake agar wahan andar bheed ho jaye gi to main nahin pahunch paunga.</w:t>
      </w:r>
      <w:r>
        <w:br/>
      </w:r>
      <w:r>
        <w:rPr>
          <w:sz w:val="20"/>
        </w:rPr>
        <w:t>16:38  to is liye main thoda mujh se jaldi ho gayi. is ki wajah se tum ko dhakka lag gaya. to wahi aadmi jis ne pehle ghusse mein kaha tha ke main tum ko maroonga, ek dam uska mood badal gaya.</w:t>
      </w:r>
      <w:r>
        <w:br/>
      </w:r>
      <w:r>
        <w:rPr>
          <w:sz w:val="20"/>
        </w:rPr>
        <w:t>16:55  achanak badal gaya.</w:t>
      </w:r>
      <w:r>
        <w:br/>
      </w:r>
      <w:r>
        <w:rPr>
          <w:sz w:val="20"/>
        </w:rPr>
        <w:t>16:58  us ne kaha ke: "wallah, la sharra min". pehle us ne kaha tha: "ya ashr al-rijal". wahi wahi shakhs ke munh se nikla tha: "ya ashr al-rijal".</w:t>
      </w:r>
      <w:r>
        <w:br/>
      </w:r>
      <w:r>
        <w:rPr>
          <w:sz w:val="20"/>
        </w:rPr>
        <w:t>17:11  ae bohat hi zyada bure aadmi. ae logon mein sab se zyada bure aadmi. lekin jab us ne explain kiya to wahi shakhs dobara kehta hai ke: "wallah, la sharra min".</w:t>
      </w:r>
      <w:r>
        <w:br/>
      </w:r>
      <w:r>
        <w:rPr>
          <w:sz w:val="20"/>
        </w:rPr>
        <w:t>17:28  khuda ki qasam, main hi sab se zyada bura hoon.</w:t>
      </w:r>
      <w:r>
        <w:br/>
      </w:r>
      <w:r>
        <w:rPr>
          <w:sz w:val="20"/>
        </w:rPr>
        <w:t>17:34  khuda ki qasam, main hi sab se zyada bura hoon. "wallah, la sharra min". ab yeh dekhiye, ghussa aaya is aadmi ko.</w:t>
      </w:r>
      <w:r>
        <w:br/>
      </w:r>
      <w:r>
        <w:rPr>
          <w:sz w:val="20"/>
        </w:rPr>
        <w:t>17:46  lekin jaise hi yeh baat explain ki gayi, foran woh maan gaya. apni ghalati ko tasleem kiya. aur maafi mangi.</w:t>
      </w:r>
    </w:p>
    <w:p>
      <w:pPr>
        <w:pStyle w:val="Heading2"/>
      </w:pPr>
      <w:r>
        <w:t>Why protest is forbidden in Islam</w:t>
      </w:r>
    </w:p>
    <w:p>
      <w:r>
        <w:rPr>
          <w:color w:val="666666"/>
          <w:sz w:val="18"/>
        </w:rPr>
        <w:t>Interaction February 22, 2020 Maulana Wahiduddin Khan · 2m 39s · at 37:42 · https://youtu.be/s4MIiunBRxI?t=2262</w:t>
      </w:r>
    </w:p>
    <w:p>
      <w:r>
        <w:rPr>
          <w:i/>
        </w:rPr>
        <w:t>“Protest is absolutely forbidden.”</w:t>
      </w:r>
    </w:p>
    <w:p>
      <w:r>
        <w:rPr>
          <w:sz w:val="20"/>
        </w:rPr>
        <w:t>37:42  htejaj. protest to behad hi haram hai. jayaz hi nahi hai wo.</w:t>
      </w:r>
      <w:r>
        <w:br/>
      </w:r>
      <w:r>
        <w:rPr>
          <w:sz w:val="20"/>
        </w:rPr>
        <w:t>37:49  usko main usko jayaz nahi samajhta. kyunki dekhiye, rasoolullah sallallahu alaihi wasallam ke zamane mein, aaj jo kuch musalmanon ke paas beet raha hai, usse hazar guna bada masla tha ke kaaba mein but. gaur kijiye ke isse bada burai kya ho sakti hai ke kaaba mein but. rasoolullah ne kabhi ek lafz bhi</w:t>
      </w:r>
      <w:r>
        <w:br/>
      </w:r>
      <w:r>
        <w:rPr>
          <w:sz w:val="20"/>
        </w:rPr>
        <w:t>38:10  us par koi ehtejaj nahi kiya. ehtejaj to mere hisab se haram hai. is zamane mein dekhiye, mere paas ek sahab aaye isi sawal ko lekar ke. ehtejaj. to maine kaha ke aap</w:t>
      </w:r>
      <w:r>
        <w:br/>
      </w:r>
      <w:r>
        <w:rPr>
          <w:sz w:val="20"/>
        </w:rPr>
        <w:t>38:27  is naye daur mein hain aap. aapka, aapki jo wo hai, jo aapki complaint jo hai, jo shikayat aapki hai, usko paper mein likhiye.</w:t>
      </w:r>
      <w:r>
        <w:br/>
      </w:r>
      <w:r>
        <w:rPr>
          <w:sz w:val="20"/>
        </w:rPr>
        <w:t>38:42  paper likh kar ke aap jo sahib-e-aamar hain, usko aap bhej dijiye. aap ja kar wahan jhanda le kar khade ho jaen, protest karen. iski kya zaroorat hai?</w:t>
      </w:r>
      <w:r>
        <w:br/>
      </w:r>
      <w:r>
        <w:rPr>
          <w:sz w:val="20"/>
        </w:rPr>
        <w:t>38:54  to main ehtejaj ko bilkul galat samajhta hoon. aap dua kijiye. aap unke paas writing mein bhejiye.</w:t>
      </w:r>
      <w:r>
        <w:br/>
      </w:r>
      <w:r>
        <w:rPr>
          <w:sz w:val="20"/>
        </w:rPr>
        <w:t>39:09  baqi ehtejaj ko main sahi nahi samajhta.</w:t>
      </w:r>
      <w:r>
        <w:br/>
      </w:r>
      <w:r>
        <w:rPr>
          <w:sz w:val="20"/>
        </w:rPr>
        <w:t>39:14  protest par kuch kehna chah rahi thi main. mere paas ek message aaya tha ke isi tarah jaise aaj bill aaya hai, usi tarah se abu jahl bhi bill le kar aaya tha. matlab ke makka se nikalna hai. to lekin dekhiye, hua kya?</w:t>
      </w:r>
      <w:r>
        <w:br/>
      </w:r>
      <w:r>
        <w:rPr>
          <w:sz w:val="20"/>
        </w:rPr>
        <w:t>39:29  fateh makka hui.</w:t>
      </w:r>
      <w:r>
        <w:br/>
      </w:r>
      <w:r>
        <w:rPr>
          <w:sz w:val="20"/>
        </w:rPr>
        <w:t>39:30  to musalman saare beech ki kadiyan bhool jaate hain.</w:t>
      </w:r>
      <w:r>
        <w:br/>
      </w:r>
      <w:r>
        <w:rPr>
          <w:sz w:val="20"/>
        </w:rPr>
        <w:t>39:34  khali fateh makka, fateh makka kar rahe hain.</w:t>
      </w:r>
      <w:r>
        <w:br/>
      </w:r>
      <w:r>
        <w:rPr>
          <w:sz w:val="20"/>
        </w:rPr>
        <w:t>39:36  rasoolullah sallallahu alaihi wasallam ne kis tarike se batchit ki, unke liye duaein ki, kis tarike se dabkar</w:t>
      </w:r>
      <w:r>
        <w:br/>
      </w:r>
      <w:r>
        <w:rPr>
          <w:sz w:val="20"/>
        </w:rPr>
        <w:t>39:43  sulh ki, wo sab baat hi nahi karte hain.</w:t>
      </w:r>
      <w:r>
        <w:br/>
      </w:r>
      <w:r>
        <w:rPr>
          <w:sz w:val="20"/>
        </w:rPr>
        <w:t>39:45  ab jab do bade-bade</w:t>
      </w:r>
      <w:r>
        <w:br/>
      </w:r>
      <w:r>
        <w:rPr>
          <w:sz w:val="20"/>
        </w:rPr>
        <w:t>39:48  lawyers bheje hain supreme court ne, to unse koi seedhi baat nahi kar raha hai.</w:t>
      </w:r>
      <w:r>
        <w:br/>
      </w:r>
      <w:r>
        <w:rPr>
          <w:sz w:val="20"/>
        </w:rPr>
        <w:t>39:54  khali apni shikayatein darj kar rahe hain.</w:t>
      </w:r>
      <w:r>
        <w:br/>
      </w:r>
      <w:r>
        <w:rPr>
          <w:sz w:val="20"/>
        </w:rPr>
        <w:t>39:56  sirf shikayat. kya rasoolullah sallallahu alaihi wasallam ne aisi shikayatein darj ki thi</w:t>
      </w:r>
      <w:r>
        <w:br/>
      </w:r>
      <w:r>
        <w:rPr>
          <w:sz w:val="20"/>
        </w:rPr>
        <w:t>40:00  n? har baat unki maankar sulah kar liya tha. ye log baat hi koi nahi maan rahe hain. bas apni shikayatein karte jaate hain. tarah tarah ke video mere paas aate rehte hain. to unki koi baat sun hi nahi rahe hain. bas sirf apni shikayat darj kar rahe hain. to aise fateh makka hoti hai. aadhi baat lete hain, aadhi chhod dete hain.</w:t>
      </w:r>
    </w:p>
    <w:p>
      <w:pPr>
        <w:pStyle w:val="Heading2"/>
      </w:pPr>
      <w:r>
        <w:t>Complaint erodes gratitude; angels leave when you complain</w:t>
      </w:r>
    </w:p>
    <w:p>
      <w:r>
        <w:rPr>
          <w:color w:val="666666"/>
          <w:sz w:val="18"/>
        </w:rPr>
        <w:t>Importance of Shukr (Thankfulness) July 24, 2022 · 2m 55s · at 36:11 · https://youtu.be/MgWNIv0k1sk?t=2171</w:t>
      </w:r>
    </w:p>
    <w:p>
      <w:r>
        <w:rPr>
          <w:i/>
        </w:rPr>
        <w:t>“Jab bhi hum kisi mushkil halaat mein padein, sabr karna hai”</w:t>
      </w:r>
    </w:p>
    <w:p>
      <w:r>
        <w:rPr>
          <w:sz w:val="20"/>
        </w:rPr>
        <w:t>36:11  jab bhi hum kisi mushkil haalaat mein par jayen to quran ki taleem ke mutabiq hamein sabr karna hai. kyunke sabr ki wajah se kya hota hai ke hamare andar negativity nahin paida hogi.</w:t>
      </w:r>
      <w:r>
        <w:br/>
      </w:r>
      <w:r>
        <w:rPr>
          <w:sz w:val="20"/>
        </w:rPr>
        <w:t>36:25  balkay hum sirf yeh sochen ge ke is maslay ka hal kya hai. aur hal aik nahin, das hal hotay hain. to is maslay ka ha</w:t>
      </w:r>
      <w:r>
        <w:br/>
      </w:r>
      <w:r>
        <w:rPr>
          <w:sz w:val="20"/>
        </w:rPr>
        <w:t>36:32  l kya hai, woh hum positive andaaz mein soch payein ge. aur agar hum ne is ko shikayat ke andaaz mein liya to hum bohat ziyada negative ho jayen ge.</w:t>
      </w:r>
      <w:r>
        <w:br/>
      </w:r>
      <w:r>
        <w:rPr>
          <w:sz w:val="20"/>
        </w:rPr>
        <w:t>36:43  to phir hamara dimagh jo hai, sahi right direction mein kaam hi nahin kare ga. to hum badla lena chahein ge.</w:t>
      </w:r>
      <w:r>
        <w:br/>
      </w:r>
      <w:r>
        <w:rPr>
          <w:sz w:val="20"/>
        </w:rPr>
        <w:t>36:53  badla lene mein hum aur apna nuqsan karein ge. to is wajah se hum bilkul positive ho kar hi kaam kar sakte hain.</w:t>
      </w:r>
      <w:r>
        <w:br/>
      </w:r>
      <w:r>
        <w:rPr>
          <w:sz w:val="20"/>
        </w:rPr>
        <w:t>37:01  maulana hamesha kehte thay ke agar hum koi waisi baat un ko batate, kisi ki shikayat ki baat batate ji to woh suntay hi nahin thay.</w:t>
      </w:r>
      <w:r>
        <w:br/>
      </w:r>
      <w:r>
        <w:rPr>
          <w:sz w:val="20"/>
        </w:rPr>
        <w:t>37:10  kehte thay ke main aik moment ke liye bhi apne andar aik state mein shukr ki state of feeling mein jeeta hoon.</w:t>
      </w:r>
      <w:r>
        <w:br/>
      </w:r>
      <w:r>
        <w:rPr>
          <w:sz w:val="20"/>
        </w:rPr>
        <w:t>37:19  aur aik moment ke liye bhi main shukr ka erosion nahin chahta. kyunke jahan shikayat aayi to wahan shukr ka erosion ho jaye ga.</w:t>
      </w:r>
      <w:r>
        <w:br/>
      </w:r>
      <w:r>
        <w:rPr>
          <w:sz w:val="20"/>
        </w:rPr>
        <w:t>37:29  to shukr jo hai, matlab agar hum aik shakir zindagi hamari hai, tabhi hamare paas farishtay atay hain.</w:t>
      </w:r>
      <w:r>
        <w:br/>
      </w:r>
      <w:r>
        <w:rPr>
          <w:sz w:val="20"/>
        </w:rPr>
        <w:t>37:39  tabhi hamein khuda ki madad milti hai. aur is ka bohat achi misaal hai hazrat abubakar wali ji ke kis tareeqay se jab unhon ne shikayat, unhon ne jawab dena shuru kiya to rasool Allah sal Allah alayh wasallam ne bataya ke farishta chala gaya.</w:t>
      </w:r>
      <w:r>
        <w:br/>
      </w:r>
      <w:r>
        <w:rPr>
          <w:sz w:val="20"/>
        </w:rPr>
        <w:t>37:53  to is se hamare liye bhi is mein sabaq hai ke hum aik positive life jayen ge to hamare paas farishtay ayen ge. farishtoon ki madad se hum apna har kaam kar sakte hain.</w:t>
      </w:r>
      <w:r>
        <w:br/>
      </w:r>
      <w:r>
        <w:rPr>
          <w:sz w:val="20"/>
        </w:rPr>
        <w:t>38:04  to shukr aur shikayat jama nahin ho sakte. agar hamare andar shikayat hai to hamare andar shukr nahin hoga. aur shukr hai to hamare andar shikayat nahin hogi.</w:t>
      </w:r>
      <w:r>
        <w:br/>
      </w:r>
      <w:r>
        <w:rPr>
          <w:sz w:val="20"/>
        </w:rPr>
        <w:t>38:15  to is tareeqay se jaise hamare andar shikayat aaye, usi waqt hum ko is ko de din khatam kar dena hai. kyunke agar hum ne shikayat ko apne dimagh mein rakha to jab hum soyen ge to phir woh hamare dimagh ka hissa ban jaye ga.</w:t>
      </w:r>
      <w:r>
        <w:br/>
      </w:r>
      <w:r>
        <w:rPr>
          <w:sz w:val="20"/>
        </w:rPr>
        <w:t>38:29  phir hum usi ke is mein sochte rahen ge, usi ke asar mein rahen ge. to hum usi waqt khatam kar lein. kisi bhi tareeqay se is ko explain kar lein ke is mein kabhi kabhi aisa bhi ho sakta hai ke hamari bhi kuch ghalti rahi ho.</w:t>
      </w:r>
      <w:r>
        <w:br/>
      </w:r>
      <w:r>
        <w:rPr>
          <w:sz w:val="20"/>
        </w:rPr>
        <w:t>38:43  to is ko explain kar ke woh dimagh se nikaal dein. aur khuda ki doosri jo blessings hain, us ko yaad karein.</w:t>
      </w:r>
      <w:r>
        <w:br/>
      </w:r>
      <w:r>
        <w:rPr>
          <w:sz w:val="20"/>
        </w:rPr>
        <w:t>38:51  to is tareeqay se shikayat ko kabhi bhi hamein apne dimagh mein rakhna nahin hai.</w:t>
      </w:r>
      <w:r>
        <w:br/>
      </w:r>
      <w:r>
        <w:rPr>
          <w:sz w:val="20"/>
        </w:rPr>
        <w:t>38:58  dimagh mein rakhen ge to hamare andar aik negative personality banay gi. negative personality banay gi to hamare andar shukr nahin paida hoga.</w:t>
      </w:r>
    </w:p>
    <w:p>
      <w:pPr>
        <w:pStyle w:val="Heading2"/>
      </w:pPr>
      <w:r>
        <w:t>Ego is satanic, duty is important</w:t>
      </w:r>
    </w:p>
    <w:p>
      <w:r>
        <w:rPr>
          <w:color w:val="666666"/>
          <w:sz w:val="18"/>
        </w:rPr>
        <w:t>Combined Efforts April 14, 2018 · 1m 24s · at 25:12 · https://youtu.be/0Sv4c7bEwX4?t=1512</w:t>
      </w:r>
    </w:p>
    <w:p>
      <w:r>
        <w:rPr>
          <w:i/>
        </w:rPr>
        <w:t>“Ego to shaitani feal hai”</w:t>
      </w:r>
    </w:p>
    <w:p>
      <w:r>
        <w:rPr>
          <w:sz w:val="20"/>
        </w:rPr>
        <w:t>25:12  ego aik baat dekhi. hmm, sahi word use kijiye. important kya cheez hai? ego important harghiz nahi hai.</w:t>
      </w:r>
      <w:r>
        <w:br/>
      </w:r>
      <w:r>
        <w:rPr>
          <w:sz w:val="20"/>
        </w:rPr>
        <w:t>25:21  ego to shaitani feal hai. ego to shaitani jazba hai. jo cheez important hai woh hai duty ka ehsas.</w:t>
      </w:r>
      <w:r>
        <w:br/>
      </w:r>
      <w:r>
        <w:rPr>
          <w:sz w:val="20"/>
        </w:rPr>
        <w:t>25:34  duty ka ehsas, mein ka ehsas nahi. ego ke maani mein ka ehsas aur duty ke maani kaam ka ehsas. jitna zyada duty ka ehsas hoga, utne zyada aadmi apne ko useful banayega.</w:t>
      </w:r>
      <w:r>
        <w:br/>
      </w:r>
      <w:r>
        <w:rPr>
          <w:sz w:val="20"/>
        </w:rPr>
        <w:t>25:51  aur jitna zyada mein ka ehsas hoga, utna hi woh girta chala jayega, girta chala jayega.</w:t>
      </w:r>
      <w:r>
        <w:br/>
      </w:r>
      <w:r>
        <w:rPr>
          <w:sz w:val="20"/>
        </w:rPr>
        <w:t>26:00  yeh to beautiful term hai yeh. yeh beautiful term hai. ego less speed ka naam hai confidence. jahan ego khatam ho jaye, wahan se confidence shuru hota hai.</w:t>
      </w:r>
      <w:r>
        <w:br/>
      </w:r>
      <w:r>
        <w:rPr>
          <w:sz w:val="20"/>
        </w:rPr>
        <w:t>26:17  dekhiye, ab objective tor par is ko dekhiye. objective har scientist, har artist, even woh even Darwin jo samjhaya tha ke sab se bara,</w:t>
      </w:r>
    </w:p>
    <w:p>
      <w:pPr>
        <w:pStyle w:val="Heading2"/>
      </w:pPr>
      <w:r>
        <w:t>Three prophets sent to teach non-confrontation</w:t>
      </w:r>
    </w:p>
    <w:p>
      <w:r>
        <w:rPr>
          <w:color w:val="666666"/>
          <w:sz w:val="18"/>
        </w:rPr>
        <w:t>The Importance of Non Confrontational Method, | August 29, 2010 · 2m 34s · at 7:53 · https://youtu.be/8ZGB0tWQtg8?t=473</w:t>
      </w:r>
    </w:p>
    <w:p>
      <w:r>
        <w:rPr>
          <w:i/>
        </w:rPr>
        <w:t>“The world's Muslims have no starting point.”</w:t>
      </w:r>
    </w:p>
    <w:p>
      <w:r>
        <w:rPr>
          <w:sz w:val="20"/>
        </w:rPr>
        <w:t>7:53  to sari duniya ke haal yeh hai ke logon ko starting point mila hi nahi hai.</w:t>
      </w:r>
      <w:r>
        <w:br/>
      </w:r>
      <w:r>
        <w:rPr>
          <w:sz w:val="20"/>
        </w:rPr>
        <w:t>7:57  to yeh faida hai as-sulhu khair.</w:t>
      </w:r>
      <w:r>
        <w:br/>
      </w:r>
      <w:r>
        <w:rPr>
          <w:sz w:val="20"/>
        </w:rPr>
        <w:t>8:01  dekhiye is ki ahmiyat itni zyada hai ke Allah taala ne teen paighambar isi ke liye bhejhe.</w:t>
      </w:r>
      <w:r>
        <w:br/>
      </w:r>
      <w:r>
        <w:rPr>
          <w:sz w:val="20"/>
        </w:rPr>
        <w:t>8:06  koi doosra kaam in ka paighambaron ka nahi tha, jahan tak main samajhta hoon.</w:t>
      </w:r>
      <w:r>
        <w:br/>
      </w:r>
      <w:r>
        <w:rPr>
          <w:sz w:val="20"/>
        </w:rPr>
        <w:t>8:10  bahut anokhi baat hai.</w:t>
      </w:r>
      <w:r>
        <w:br/>
      </w:r>
      <w:r>
        <w:rPr>
          <w:sz w:val="20"/>
        </w:rPr>
        <w:t>8:14  yeh meri aik discovery hai jo arz kar raha hoon.</w:t>
      </w:r>
      <w:r>
        <w:br/>
      </w:r>
      <w:r>
        <w:rPr>
          <w:sz w:val="20"/>
        </w:rPr>
        <w:t>8:19  yeh kitabon mein likha hua</w:t>
      </w:r>
      <w:r>
        <w:br/>
      </w:r>
      <w:r>
        <w:rPr>
          <w:sz w:val="20"/>
        </w:rPr>
        <w:t>8:23  nahi hai.</w:t>
      </w:r>
      <w:r>
        <w:br/>
      </w:r>
      <w:r>
        <w:rPr>
          <w:sz w:val="20"/>
        </w:rPr>
        <w:t>8:28  mein bohat din sochta tha, bohat din se, ke teen peghambar aisay hain ke jin ka koi daawati</w:t>
      </w:r>
      <w:r>
        <w:br/>
      </w:r>
      <w:r>
        <w:rPr>
          <w:sz w:val="20"/>
        </w:rPr>
        <w:t>8:33  role Quran mein bayan nahi kiya gaya hai.</w:t>
      </w:r>
      <w:r>
        <w:br/>
      </w:r>
      <w:r>
        <w:rPr>
          <w:sz w:val="20"/>
        </w:rPr>
        <w:t>8:38  dekhiye Hazrat Daud, Hazrat Sulaiman, Hazrat Yusuf, teeno peghambar thay.</w:t>
      </w:r>
      <w:r>
        <w:br/>
      </w:r>
      <w:r>
        <w:rPr>
          <w:sz w:val="20"/>
        </w:rPr>
        <w:t>8:43  inka koi bhi daawati role Quran mein bataya nahi gaya hai.</w:t>
      </w:r>
      <w:r>
        <w:br/>
      </w:r>
      <w:r>
        <w:rPr>
          <w:sz w:val="20"/>
        </w:rPr>
        <w:t>8:48  halankay doosray jitnay peghambar hain, sab ka daawati role hai.</w:t>
      </w:r>
      <w:r>
        <w:br/>
      </w:r>
      <w:r>
        <w:rPr>
          <w:sz w:val="20"/>
        </w:rPr>
        <w:t>8:53  jitnay peghambar hain, Hazrat Nuh hain, Hazrat Ibrahim hain, Hazrat Musa hain, Hazrat Isa hain, jitnay bhi hain,</w:t>
      </w:r>
      <w:r>
        <w:br/>
      </w:r>
      <w:r>
        <w:rPr>
          <w:sz w:val="20"/>
        </w:rPr>
        <w:t>8:58  Quran Majeed mein unke daawati role bataye gaye hain.</w:t>
      </w:r>
      <w:r>
        <w:br/>
      </w:r>
      <w:r>
        <w:rPr>
          <w:sz w:val="20"/>
        </w:rPr>
        <w:t>9:03  yeh teen peghambar aisay hain inka koi daawati role hi nahi.</w:t>
      </w:r>
      <w:r>
        <w:br/>
      </w:r>
      <w:r>
        <w:rPr>
          <w:sz w:val="20"/>
        </w:rPr>
        <w:t>9:08  aik zara sa, aik thora sa waqia hai Hazrat Yusuf ka ke jail mein jo qadi tha us</w:t>
      </w:r>
      <w:r>
        <w:br/>
      </w:r>
      <w:r>
        <w:rPr>
          <w:sz w:val="20"/>
        </w:rPr>
        <w:t>9:13  se unhon ne aik baat cheet ki.</w:t>
      </w:r>
      <w:r>
        <w:br/>
      </w:r>
      <w:r>
        <w:rPr>
          <w:sz w:val="20"/>
        </w:rPr>
        <w:t>9:18  to woh koi daawati role nahi kaha jayega.</w:t>
      </w:r>
      <w:r>
        <w:br/>
      </w:r>
      <w:r>
        <w:rPr>
          <w:sz w:val="20"/>
        </w:rPr>
        <w:t>9:23  to mein bohat din sochta tha ke aakhir teen peghambar jin ka zikr Quran mein aaya unka</w:t>
      </w:r>
      <w:r>
        <w:br/>
      </w:r>
      <w:r>
        <w:rPr>
          <w:sz w:val="20"/>
        </w:rPr>
        <w:t>9:28  koi daawati role bataya nahi gaya.</w:t>
      </w:r>
      <w:r>
        <w:br/>
      </w:r>
      <w:r>
        <w:rPr>
          <w:sz w:val="20"/>
        </w:rPr>
        <w:t>9:32  to kis liye bheje gaye thay yeh peghambar? Isi liye bheje gaye thay.</w:t>
      </w:r>
      <w:r>
        <w:br/>
      </w:r>
      <w:r>
        <w:rPr>
          <w:sz w:val="20"/>
        </w:rPr>
        <w:t>9:37  yeh batane ke liye ke dawat, pachaas, Islam mein fifty percent dawat hai, fifty percent jo hai method</w:t>
      </w:r>
      <w:r>
        <w:br/>
      </w:r>
      <w:r>
        <w:rPr>
          <w:sz w:val="20"/>
        </w:rPr>
        <w:t>9:41  ka mamla hai.</w:t>
      </w:r>
      <w:r>
        <w:br/>
      </w:r>
      <w:r>
        <w:rPr>
          <w:sz w:val="20"/>
        </w:rPr>
        <w:t>9:45  jo base karta hai sabr par.</w:t>
      </w:r>
      <w:r>
        <w:br/>
      </w:r>
      <w:r>
        <w:rPr>
          <w:sz w:val="20"/>
        </w:rPr>
        <w:t>9:50  takrao na karne par.</w:t>
      </w:r>
      <w:r>
        <w:br/>
      </w:r>
      <w:r>
        <w:rPr>
          <w:sz w:val="20"/>
        </w:rPr>
        <w:t>9:54  adjust karne par. Ji haan.</w:t>
      </w:r>
      <w:r>
        <w:br/>
      </w:r>
      <w:r>
        <w:rPr>
          <w:sz w:val="20"/>
        </w:rPr>
        <w:t>9:59  yani non-confrontational approach ki ahmiyat batane ke liye teen peghambar Allah ne bheje.</w:t>
      </w:r>
      <w:r>
        <w:br/>
      </w:r>
      <w:r>
        <w:rPr>
          <w:sz w:val="20"/>
        </w:rPr>
        <w:t>10:04  woh kaise? Dekhiye.</w:t>
      </w:r>
      <w:r>
        <w:br/>
      </w:r>
      <w:r>
        <w:rPr>
          <w:sz w:val="20"/>
        </w:rPr>
        <w:t>10:09  sab se pehle to Hazrat Daud ke zariye Allah Ta'ala ne yeh bataya ke yeh ibtila ke liye</w:t>
      </w:r>
      <w:r>
        <w:br/>
      </w:r>
      <w:r>
        <w:rPr>
          <w:sz w:val="20"/>
        </w:rPr>
        <w:t>10:13  hota hai iqtadar.</w:t>
      </w:r>
      <w:r>
        <w:br/>
      </w:r>
      <w:r>
        <w:rPr>
          <w:sz w:val="20"/>
        </w:rPr>
        <w:t>10:18  takra kar ke, lad kar ke tum iqtadar hasil bhi kar lo, tab bhi kya hai woh? tum</w:t>
      </w:r>
      <w:r>
        <w:br/>
      </w:r>
      <w:r>
        <w:rPr>
          <w:sz w:val="20"/>
        </w:rPr>
        <w:t>10:23  ne ek test paper hasil kiya.</w:t>
      </w:r>
    </w:p>
    <w:p>
      <w:pPr>
        <w:pStyle w:val="Heading2"/>
      </w:pPr>
      <w:r>
        <w:t>Three modern blessings lead to deep thinking</w:t>
      </w:r>
    </w:p>
    <w:p>
      <w:r>
        <w:rPr>
          <w:color w:val="666666"/>
          <w:sz w:val="18"/>
        </w:rPr>
        <w:t>Creative Marefat 8 April 2017 - Maulana Wahiduddin Khan · 1m 44s · at 14:59 · https://youtu.be/I2hKHNIQ-1U?t=899</w:t>
      </w:r>
    </w:p>
    <w:p>
      <w:r>
        <w:rPr>
          <w:i/>
        </w:rPr>
        <w:t>“Jab ye teeno baatein aap ke andar aa jayengi”</w:t>
      </w:r>
    </w:p>
    <w:p>
      <w:r>
        <w:rPr>
          <w:sz w:val="20"/>
        </w:rPr>
        <w:t>14:59  jab yeh teeno baatein aap ke andar aa jayen gi, yani jab aap in teeno baaton ke hawale se modern civilization jo hai, itni bari nemat hai, us ko acknowledge karen ge jis ko aap log dushman samjhe hue hain.</w:t>
      </w:r>
      <w:r>
        <w:br/>
      </w:r>
      <w:r>
        <w:rPr>
          <w:sz w:val="20"/>
        </w:rPr>
        <w:t>15:18  shayad dunya ke musalman is ko dushman samjhe hue hain, hatta ke jo log amreeka mein rehte hain, woh bhi kehte hain ke we are under siege. amreeka mein rehte hain, bohat hi aaram se aur that se, shandar zindagi un ki, wahan bhi kehte hain ke we are under siege.</w:t>
      </w:r>
      <w:r>
        <w:br/>
      </w:r>
      <w:r>
        <w:rPr>
          <w:sz w:val="20"/>
        </w:rPr>
        <w:t>15:38  to jab aap ke andar yeh baat bar bar mein yeh baat kehta hoon ke modern jo civilization hai, us ko discover kijiye as a blessing.</w:t>
      </w:r>
      <w:r>
        <w:br/>
      </w:r>
      <w:r>
        <w:rPr>
          <w:sz w:val="20"/>
        </w:rPr>
        <w:t>15:52  kyun kehta hoon main? kyun ke wisdom ka development nahin hoga aap ke andar, rizq nahin pahuncha aap ko. jo rizq maryam ko aata tha, woh rizq nahin pahunche ga aap ko.</w:t>
      </w:r>
      <w:r>
        <w:br/>
      </w:r>
      <w:r>
        <w:rPr>
          <w:sz w:val="20"/>
        </w:rPr>
        <w:t>16:03  darwaza band rahe ga, woh darwaza band rahe ga.</w:t>
      </w:r>
      <w:r>
        <w:br/>
      </w:r>
      <w:r>
        <w:rPr>
          <w:sz w:val="20"/>
        </w:rPr>
        <w:t>16:11  to bari cheez yeh nahin ke aap ko flat ka possession mil gaya ya ek nai car aap ke darwaze par khadi ho gayi, yeh bari cheez nahin hai.</w:t>
      </w:r>
      <w:r>
        <w:br/>
      </w:r>
      <w:r>
        <w:rPr>
          <w:sz w:val="20"/>
        </w:rPr>
        <w:t>16:22  bari cheez hai aap ke liye wisdom ke darwaze khulen, aala marifat ke darwaze khulen,</w:t>
      </w:r>
      <w:r>
        <w:br/>
      </w:r>
      <w:r>
        <w:rPr>
          <w:sz w:val="20"/>
        </w:rPr>
        <w:t>16:28  allah ki mohabbat, allah ke khauf ke darwaze khulen, to woh bari cheez hai. aur jab woh sab hoga, tab aap ko gehri soch aaye gi, gehri soch, deep thinking.</w:t>
      </w:r>
    </w:p>
    <w:p>
      <w:pPr>
        <w:pStyle w:val="Heading2"/>
      </w:pPr>
      <w:r>
        <w:t>Prophet's strategy of peace through patience</w:t>
      </w:r>
    </w:p>
    <w:p>
      <w:r>
        <w:rPr>
          <w:color w:val="666666"/>
          <w:sz w:val="18"/>
        </w:rPr>
        <w:t>Interview Session with Maulana Wahiduddin Khan English · 1m 30s · at 17:03 · https://youtu.be/oNKYrZsbzr4?t=1023</w:t>
      </w:r>
    </w:p>
    <w:p>
      <w:r>
        <w:rPr>
          <w:i/>
        </w:rPr>
        <w:t>“So was the case of the Prophet of Islam.”</w:t>
      </w:r>
    </w:p>
    <w:p>
      <w:r>
        <w:rPr>
          <w:sz w:val="20"/>
        </w:rPr>
        <w:t>17:03  So avail these opportunities, and then we'll find justice. So was the case of the Prophet of Islam. When the Prophet of Islam was in Mecca, he faced so many hostilities.</w:t>
      </w:r>
      <w:r>
        <w:br/>
      </w:r>
      <w:r>
        <w:rPr>
          <w:sz w:val="20"/>
        </w:rPr>
        <w:t>17:19  They became hostile. They wanted to kill the Prophet of Islam. So he migrated, and he settled in Medina.</w:t>
      </w:r>
      <w:r>
        <w:br/>
      </w:r>
      <w:r>
        <w:rPr>
          <w:sz w:val="20"/>
        </w:rPr>
        <w:t>17:30  But there was some attack from the Meccan side. So he wanted to establish peace.</w:t>
      </w:r>
      <w:r>
        <w:br/>
      </w:r>
      <w:r>
        <w:rPr>
          <w:sz w:val="20"/>
        </w:rPr>
        <w:t>17:41  He started negotiation. So they insisted that the Prophet must accept their conditions.</w:t>
      </w:r>
      <w:r>
        <w:br/>
      </w:r>
      <w:r>
        <w:rPr>
          <w:sz w:val="20"/>
        </w:rPr>
        <w:t>17:52  The Prophet accepted their conditions.</w:t>
      </w:r>
      <w:r>
        <w:br/>
      </w:r>
      <w:r>
        <w:rPr>
          <w:sz w:val="20"/>
        </w:rPr>
        <w:t>17:56  So he</w:t>
      </w:r>
      <w:r>
        <w:br/>
      </w:r>
      <w:r>
        <w:rPr>
          <w:sz w:val="20"/>
        </w:rPr>
        <w:t>18:00  established peace by accepting their conditions. It is called Hudaybiyah. Hudaybiyah was an agreement of peace.</w:t>
      </w:r>
      <w:r>
        <w:br/>
      </w:r>
      <w:r>
        <w:rPr>
          <w:sz w:val="20"/>
        </w:rPr>
        <w:t>18:10  And this peace was obtained by accepting all those conditions of the other party. So the Prophet said that if there is peace, there are opportunities</w:t>
      </w:r>
      <w:r>
        <w:br/>
      </w:r>
      <w:r>
        <w:rPr>
          <w:sz w:val="20"/>
        </w:rPr>
        <w:t>18:23  . So first of all, we have to establish peace at any cost. Then we will avail the opportunities. This was the strategy of the Prophet of Islam.</w:t>
      </w:r>
    </w:p>
    <w:p>
      <w:pPr>
        <w:pStyle w:val="Heading2"/>
      </w:pPr>
      <w:r>
        <w:t>Islam's four heads: belief, worship, ethics, and dealings</w:t>
      </w:r>
    </w:p>
    <w:p>
      <w:r>
        <w:rPr>
          <w:color w:val="666666"/>
          <w:sz w:val="18"/>
        </w:rPr>
        <w:t>Ethical Values in Islam, June 19, 2008 · 1m 39s · at 49:35 · https://youtu.be/2yPff80nSBY?t=2975</w:t>
      </w:r>
    </w:p>
    <w:p>
      <w:r>
        <w:rPr>
          <w:i/>
        </w:rPr>
        <w:t>“Islam has four big heads: belief, worship, ethics, dealings”</w:t>
      </w:r>
    </w:p>
    <w:p>
      <w:r>
        <w:rPr>
          <w:sz w:val="20"/>
        </w:rPr>
        <w:t>49:35  char bare head hain: aqeedah, ibadat, akhlaq, muamlaat.</w:t>
      </w:r>
      <w:r>
        <w:br/>
      </w:r>
      <w:r>
        <w:rPr>
          <w:sz w:val="20"/>
        </w:rPr>
        <w:t>49:47  aqeedah yeh hai ke aap ki jo ideology hai, jo religious ideology hai, us ko aqeedah kaha jata hai. to ideology ke aitbar se aap bohat hi ziyada aap ko yaqeen hasil ho apne apne is is sachai ko jis par jis ko aap mante hain.</w:t>
      </w:r>
      <w:r>
        <w:br/>
      </w:r>
      <w:r>
        <w:rPr>
          <w:sz w:val="20"/>
        </w:rPr>
        <w:t>50:13  ibadat jo hai, wo Khuda ke liye hoti hai.</w:t>
      </w:r>
      <w:r>
        <w:br/>
      </w:r>
      <w:r>
        <w:rPr>
          <w:sz w:val="20"/>
        </w:rPr>
        <w:t>50:20  Khuda ke liye worship karna, Khuda se dua karna, Khuda se contact barhana aur Khuda ki is tarah ibadat karna ke aap ko Khuda ka ke presence ka tajurba hone lage.</w:t>
      </w:r>
      <w:r>
        <w:br/>
      </w:r>
      <w:r>
        <w:rPr>
          <w:sz w:val="20"/>
        </w:rPr>
        <w:t>50:36  presence</w:t>
      </w:r>
      <w:r>
        <w:br/>
      </w:r>
      <w:r>
        <w:rPr>
          <w:sz w:val="20"/>
        </w:rPr>
        <w:t>50:43  , ta'abbud Allah karne ka tarah yani is tarah ibadat karo goya ke tum Khuda ko dekh rahe ho. kyun ke presence of God mein rehne ka naam ibadat hai.</w:t>
      </w:r>
      <w:r>
        <w:br/>
      </w:r>
      <w:r>
        <w:rPr>
          <w:sz w:val="20"/>
        </w:rPr>
        <w:t>50:55  yani ibadat means living in the presence of God.</w:t>
      </w:r>
      <w:r>
        <w:br/>
      </w:r>
      <w:r>
        <w:rPr>
          <w:sz w:val="20"/>
        </w:rPr>
        <w:t>51:03  jannat ke bare mein aata hai ke jannat Khuda ke paros ka naam hai. jannati log Khuda ke paros mein rahen ge.</w:t>
      </w:r>
    </w:p>
    <w:p>
      <w:pPr>
        <w:pStyle w:val="Heading2"/>
      </w:pPr>
      <w:r>
        <w:t>Prophet and permissible lies tawriya example</w:t>
      </w:r>
    </w:p>
    <w:p>
      <w:r>
        <w:rPr>
          <w:color w:val="666666"/>
          <w:sz w:val="18"/>
        </w:rPr>
        <w:t>Speaking Truth (In conversation with Maulan) · 2m 49s · at 23:03 · https://youtu.be/Fi3Z0-JgBac?t=1383</w:t>
      </w:r>
    </w:p>
    <w:p>
      <w:r>
        <w:rPr>
          <w:i/>
        </w:rPr>
        <w:t>“To aapko jhooth bolna chahiye”</w:t>
      </w:r>
    </w:p>
    <w:p>
      <w:r>
        <w:rPr>
          <w:sz w:val="20"/>
        </w:rPr>
        <w:t>23:03  to aapko jhoot bolna chahiye.</w:t>
      </w:r>
      <w:r>
        <w:br/>
      </w:r>
      <w:r>
        <w:rPr>
          <w:sz w:val="20"/>
        </w:rPr>
        <w:t>23:07  taaki lesser evil tak baat khatm ho jaye.</w:t>
      </w:r>
      <w:r>
        <w:br/>
      </w:r>
      <w:r>
        <w:rPr>
          <w:sz w:val="20"/>
        </w:rPr>
        <w:t>23:12  to prophet ka jahan taalluq hai, unke bare mein to aisi koi cheez mujhe nahin maloom hai.</w:t>
      </w:r>
      <w:r>
        <w:br/>
      </w:r>
      <w:r>
        <w:rPr>
          <w:sz w:val="20"/>
        </w:rPr>
        <w:t>23:17  lekin ek aur cheez usko kehte hain tauria.</w:t>
      </w:r>
      <w:r>
        <w:br/>
      </w:r>
      <w:r>
        <w:rPr>
          <w:sz w:val="20"/>
        </w:rPr>
        <w:t>23:21  tauria ka misaal sahaba ke yahan milti hai.</w:t>
      </w:r>
      <w:r>
        <w:br/>
      </w:r>
      <w:r>
        <w:rPr>
          <w:sz w:val="20"/>
        </w:rPr>
        <w:t>23:25  tauria jhoot nahin hota.</w:t>
      </w:r>
      <w:r>
        <w:br/>
      </w:r>
      <w:r>
        <w:rPr>
          <w:sz w:val="20"/>
        </w:rPr>
        <w:t>23:29  lekin wah is qism ka hota hai.</w:t>
      </w:r>
      <w:r>
        <w:br/>
      </w:r>
      <w:r>
        <w:rPr>
          <w:sz w:val="20"/>
        </w:rPr>
        <w:t>23:31  is se misaal deta hoon aapko.</w:t>
      </w:r>
      <w:r>
        <w:br/>
      </w:r>
      <w:r>
        <w:rPr>
          <w:sz w:val="20"/>
        </w:rPr>
        <w:t>23:35  ki prophet aur aapke saathi abu bakr siddiq</w:t>
      </w:r>
      <w:r>
        <w:br/>
      </w:r>
      <w:r>
        <w:rPr>
          <w:sz w:val="20"/>
        </w:rPr>
        <w:t>23:41  dono makka se madina gaye the ek saath migrate karke.</w:t>
      </w:r>
      <w:r>
        <w:br/>
      </w:r>
      <w:r>
        <w:rPr>
          <w:sz w:val="20"/>
        </w:rPr>
        <w:t>23:46  to yeh jo safar</w:t>
      </w:r>
      <w:r>
        <w:br/>
      </w:r>
      <w:r>
        <w:rPr>
          <w:sz w:val="20"/>
        </w:rPr>
        <w:t>23:47  tha, bahut hi risky safar tha.</w:t>
      </w:r>
      <w:r>
        <w:br/>
      </w:r>
      <w:r>
        <w:rPr>
          <w:sz w:val="20"/>
        </w:rPr>
        <w:t>23:51  aur wah log aapko pakadna chahte the.</w:t>
      </w:r>
      <w:r>
        <w:br/>
      </w:r>
      <w:r>
        <w:rPr>
          <w:sz w:val="20"/>
        </w:rPr>
        <w:t>23:54  aur unhone aadmi bheje ki pakad kar lao to humko itna tumko reward denge.</w:t>
      </w:r>
      <w:r>
        <w:br/>
      </w:r>
      <w:r>
        <w:rPr>
          <w:sz w:val="20"/>
        </w:rPr>
        <w:t>23:59  sau oont ka reward.</w:t>
      </w:r>
      <w:r>
        <w:br/>
      </w:r>
      <w:r>
        <w:rPr>
          <w:sz w:val="20"/>
        </w:rPr>
        <w:t>24:02  to ek aadmi</w:t>
      </w:r>
      <w:r>
        <w:br/>
      </w:r>
      <w:r>
        <w:rPr>
          <w:sz w:val="20"/>
        </w:rPr>
        <w:t>24:05  apna daudata hua apni sawari pahuncha aur dekha ki do aadmi ja rahe hain oont par.</w:t>
      </w:r>
      <w:r>
        <w:br/>
      </w:r>
      <w:r>
        <w:rPr>
          <w:sz w:val="20"/>
        </w:rPr>
        <w:t>24:12  to wahan gaya.</w:t>
      </w:r>
      <w:r>
        <w:br/>
      </w:r>
      <w:r>
        <w:rPr>
          <w:sz w:val="20"/>
        </w:rPr>
        <w:t>24:13  achha, wah aadmi pehchanta nahi tha.</w:t>
      </w:r>
      <w:r>
        <w:br/>
      </w:r>
      <w:r>
        <w:rPr>
          <w:sz w:val="20"/>
        </w:rPr>
        <w:t>24:16  to usko shak hua ki shayad yeh Muhammad hon.</w:t>
      </w:r>
      <w:r>
        <w:br/>
      </w:r>
      <w:r>
        <w:rPr>
          <w:sz w:val="20"/>
        </w:rPr>
        <w:t>24:21  to Abu Bakr Siddiq se poochta hai wah ki yeh kaun hain?</w:t>
      </w:r>
      <w:r>
        <w:br/>
      </w:r>
      <w:r>
        <w:rPr>
          <w:sz w:val="20"/>
        </w:rPr>
        <w:t>24:26  to sawal to uska yeh tha ki yeh batao ki muhammad hain ya nahin muhammad hain? sawal to yeh tha. lekin unhon ne thoda sa tauria kiya, yaani baat ko thoda sa badal kar jawab diya. unhon ne kaha ki rajulun yahdeeni. yaani ek aadmi hai jo hum ko guide karta hai. ab dekhiye, guide ka word wahan jo tha,</w:t>
      </w:r>
      <w:r>
        <w:br/>
      </w:r>
      <w:r>
        <w:rPr>
          <w:sz w:val="20"/>
        </w:rPr>
        <w:t>24:47  wah tha ki desert mein wahan par road nahi hua karti thi.</w:t>
      </w:r>
      <w:r>
        <w:br/>
      </w:r>
      <w:r>
        <w:rPr>
          <w:sz w:val="20"/>
        </w:rPr>
        <w:t>24:51  aise raste nahi hua karte the.</w:t>
      </w:r>
      <w:r>
        <w:br/>
      </w:r>
      <w:r>
        <w:rPr>
          <w:sz w:val="20"/>
        </w:rPr>
        <w:t>24:53  to log aam taur par ek guide ko lekar chalte the.</w:t>
      </w:r>
      <w:r>
        <w:br/>
      </w:r>
      <w:r>
        <w:rPr>
          <w:sz w:val="20"/>
        </w:rPr>
        <w:t>24:57  to aap guide ke do mayne hain.</w:t>
      </w:r>
      <w:r>
        <w:br/>
      </w:r>
      <w:r>
        <w:rPr>
          <w:sz w:val="20"/>
        </w:rPr>
        <w:t>24:59  ek to rasta batane wala.</w:t>
      </w:r>
      <w:r>
        <w:br/>
      </w:r>
      <w:r>
        <w:rPr>
          <w:sz w:val="20"/>
        </w:rPr>
        <w:t>25:02  ek hai sachchai batane wala.</w:t>
      </w:r>
      <w:r>
        <w:br/>
      </w:r>
      <w:r>
        <w:rPr>
          <w:sz w:val="20"/>
        </w:rPr>
        <w:t>25:05  to is mauqe par unhone tawriya ka jawab diya.</w:t>
      </w:r>
      <w:r>
        <w:br/>
      </w:r>
      <w:r>
        <w:rPr>
          <w:sz w:val="20"/>
        </w:rPr>
        <w:t>25:06  yaani ek aisa jawab jo bilkul jhoot to na ho, lekin</w:t>
      </w:r>
      <w:r>
        <w:br/>
      </w:r>
      <w:r>
        <w:rPr>
          <w:sz w:val="20"/>
        </w:rPr>
        <w:t>25:14  wah jo aadmi chahta hai ki humse pooch kar ke, to wah apna</w:t>
      </w:r>
      <w:r>
        <w:br/>
      </w:r>
      <w:r>
        <w:rPr>
          <w:sz w:val="20"/>
        </w:rPr>
        <w:t>25:22  kuch aur samajh le aur chala jaye.</w:t>
      </w:r>
      <w:r>
        <w:br/>
      </w:r>
      <w:r>
        <w:rPr>
          <w:sz w:val="20"/>
        </w:rPr>
        <w:t>25:24  kya hota hai, wah chala gaya wah.</w:t>
      </w:r>
      <w:r>
        <w:br/>
      </w:r>
      <w:r>
        <w:rPr>
          <w:sz w:val="20"/>
        </w:rPr>
        <w:t>25:25  wah samjha ki bhai, yeh koi rasta batane wala aadmi hai, guide.</w:t>
      </w:r>
      <w:r>
        <w:br/>
      </w:r>
      <w:r>
        <w:rPr>
          <w:sz w:val="20"/>
        </w:rPr>
        <w:t>25:28  to wah chhodkar chala gaya.</w:t>
      </w:r>
      <w:r>
        <w:br/>
      </w:r>
      <w:r>
        <w:rPr>
          <w:sz w:val="20"/>
        </w:rPr>
        <w:t>25:30  is ko kehte hain tawriya.</w:t>
      </w:r>
      <w:r>
        <w:br/>
      </w:r>
      <w:r>
        <w:rPr>
          <w:sz w:val="20"/>
        </w:rPr>
        <w:t>25:32  to</w:t>
      </w:r>
      <w:r>
        <w:br/>
      </w:r>
      <w:r>
        <w:rPr>
          <w:sz w:val="20"/>
        </w:rPr>
        <w:t>25:33  tauria to bilkul jayaz hai. lekin fiqh mein yeh masla maujood hai ki seedhe seedhe jhoot bol kar bhi agar jaan bachane ka masla ho, jaise jaan bachana hai, to jaan bachane ke liye aap jhoot bol sakte hain. yeh masla fiqh mein maujood hai.</w:t>
      </w:r>
    </w:p>
    <w:p>
      <w:pPr>
        <w:pStyle w:val="Heading2"/>
      </w:pPr>
      <w:r>
        <w:t>Don't provoke or you'll be attacked</w:t>
      </w:r>
    </w:p>
    <w:p>
      <w:r>
        <w:rPr>
          <w:color w:val="666666"/>
          <w:sz w:val="18"/>
        </w:rPr>
        <w:t>Dars-e-Quran, Chapter 2, Verses 44-46, January 28, 2018 · 2m 01s · at 17:00 · https://youtu.be/3Kd5InuBtFA?t=1020</w:t>
      </w:r>
    </w:p>
    <w:p>
      <w:r>
        <w:rPr>
          <w:i/>
        </w:rPr>
        <w:t>“مثلاً دیکھیے، آپ راستہ چل رہے ہیں”</w:t>
      </w:r>
    </w:p>
    <w:p>
      <w:r>
        <w:rPr>
          <w:sz w:val="20"/>
        </w:rPr>
        <w:t>17:00  hai. Is animal ko aap se kuch lena dena nahi hai. Woh khada hua hai, woh apni duniya mein hai. Woh lekin agar aap is animal ko kankri maarein to aap ko daudega, aap ko seeng maarne ke liye. Aap kankri maarein ge, woh seeng maarega. To yeh yeh zamana aisa hi hai ke agar aap kankri na maarein to koi bhi aap ko sen</w:t>
      </w:r>
      <w:r>
        <w:br/>
      </w:r>
      <w:r>
        <w:rPr>
          <w:sz w:val="20"/>
        </w:rPr>
        <w:t>17:30  g maarne wala nahi hai.</w:t>
      </w:r>
      <w:r>
        <w:br/>
      </w:r>
      <w:r>
        <w:rPr>
          <w:sz w:val="20"/>
        </w:rPr>
        <w:t>17:37  agar aap doosron par kankri na maarein to koi bhi aap ko seeng maarne wala nahi hai.</w:t>
      </w:r>
      <w:r>
        <w:br/>
      </w:r>
      <w:r>
        <w:rPr>
          <w:sz w:val="20"/>
        </w:rPr>
        <w:t>17:43  na kahein, na kahein goli aayegi, na bam aayega, na aap se koi ladai karega, kuch nahi.</w:t>
      </w:r>
      <w:r>
        <w:br/>
      </w:r>
      <w:r>
        <w:rPr>
          <w:sz w:val="20"/>
        </w:rPr>
        <w:t>17:49  kyun? mazhabi azaadi ka zamana hai yeh.</w:t>
      </w:r>
      <w:r>
        <w:br/>
      </w:r>
      <w:r>
        <w:rPr>
          <w:sz w:val="20"/>
        </w:rPr>
        <w:t>17:55  aaj universal level par saari qaumon ne</w:t>
      </w:r>
      <w:r>
        <w:br/>
      </w:r>
      <w:r>
        <w:rPr>
          <w:sz w:val="20"/>
        </w:rPr>
        <w:t>18:01  uno ke charter par sign kiya hai. aur yeh wada kiya hai ke ke hamare area mein koi mazhab ki buniyad par kisi ko koi roka nahi jayega. to yeh jo ayat hai ya aur jo aayatein hain jin mein jang ka reference hai, woh waqt</w:t>
      </w:r>
      <w:r>
        <w:br/>
      </w:r>
      <w:r>
        <w:rPr>
          <w:sz w:val="20"/>
        </w:rPr>
        <w:t>18:31  ti hai, woh waqti hai, eternal nahi hai.</w:t>
      </w:r>
      <w:r>
        <w:br/>
      </w:r>
      <w:r>
        <w:rPr>
          <w:sz w:val="20"/>
        </w:rPr>
        <w:t>18:38  woh agar farz ki jiye dobara woh soorat paida ho jaye, yaani regis prosecution ka daur duniya mein aa</w:t>
      </w:r>
      <w:r>
        <w:br/>
      </w:r>
      <w:r>
        <w:rPr>
          <w:sz w:val="20"/>
        </w:rPr>
        <w:t>18:44  jaye, ab to regis prosecution khatm ho chuka hai.</w:t>
      </w:r>
      <w:r>
        <w:br/>
      </w:r>
      <w:r>
        <w:rPr>
          <w:sz w:val="20"/>
        </w:rPr>
        <w:t>18:50  agar dobara duniya mein regis prosecution ka daur aa jaye to beshak aap us ko, us ko</w:t>
      </w:r>
      <w:r>
        <w:br/>
      </w:r>
      <w:r>
        <w:rPr>
          <w:sz w:val="20"/>
        </w:rPr>
        <w:t>18:56  phir se istemal kar sakte hain,</w:t>
      </w:r>
    </w:p>
    <w:p>
      <w:pPr>
        <w:pStyle w:val="Heading2"/>
      </w:pPr>
      <w:r>
        <w:t>30-year effort to publish in Times of India</w:t>
      </w:r>
    </w:p>
    <w:p>
      <w:r>
        <w:rPr>
          <w:color w:val="666666"/>
          <w:sz w:val="18"/>
        </w:rPr>
        <w:t>Realistic Approach March 30, 2014 Maulana Wahiduddin Khan · 3m 01s · at 7:14 · https://youtu.be/K36UonBsGlA?t=434</w:t>
      </w:r>
    </w:p>
    <w:p>
      <w:r>
        <w:rPr>
          <w:i/>
        </w:rPr>
        <w:t>“I came to Delhi in 1967.”</w:t>
      </w:r>
    </w:p>
    <w:p>
      <w:r>
        <w:rPr>
          <w:sz w:val="20"/>
        </w:rPr>
        <w:t>7:14  is se aap samjhiye ke masla kahan hai. main Delhi aaya 1967 mein. 1967 mein.</w:t>
      </w:r>
      <w:r>
        <w:br/>
      </w:r>
      <w:r>
        <w:rPr>
          <w:sz w:val="20"/>
        </w:rPr>
        <w:t>7:26  to us waqt se meri yeh soch yeh thi ke musalman jo parche nikaalte hain idhar udhar, is ki koi Value nahin. bahut se parche musalman nikaal rakhe hain English mein.</w:t>
      </w:r>
      <w:r>
        <w:br/>
      </w:r>
      <w:r>
        <w:rPr>
          <w:sz w:val="20"/>
        </w:rPr>
        <w:t>7:37  main English ki baat kar raha hoon. un ke kuch bhi 1% bhi un ki koi Value nahin hai. kyun? aap nikalte hain, aap parcha nikaalte hain ke log padhen.</w:t>
      </w:r>
      <w:r>
        <w:br/>
      </w:r>
      <w:r>
        <w:rPr>
          <w:sz w:val="20"/>
        </w:rPr>
        <w:t>7:51  General Public padhe. woh koi padhta hi nahin. is ki Readership jo hai unhi logon mein rehti hai jo nikaalte hain. khud hi nikaalte hain, khud hi padhte hain.</w:t>
      </w:r>
      <w:r>
        <w:br/>
      </w:r>
      <w:r>
        <w:rPr>
          <w:sz w:val="20"/>
        </w:rPr>
        <w:t>8:03  jo General Readership hai us ko is se koi matlab nahin. koi is ko padhta nahin. to mera shuru se yeh tha ke jo National Dailies hain, jo National Press hai us mein aana chahiye.</w:t>
      </w:r>
      <w:r>
        <w:br/>
      </w:r>
      <w:r>
        <w:rPr>
          <w:sz w:val="20"/>
        </w:rPr>
        <w:t>8:19  Community Press mein koi cheez chhapaye to is ki koi Value nahin hoti. to musalmanon ke jo parche hain woh sab un ko kaha jata hai Community Press.</w:t>
      </w:r>
      <w:r>
        <w:br/>
      </w:r>
      <w:r>
        <w:rPr>
          <w:sz w:val="20"/>
        </w:rPr>
        <w:t>8:28  koi Value nahin in ki. 1% bhi koi Value nahin hai. asal cheez hai ke jo National Press hai wahan chhapen aap ki cheezen. to log is ko jab main kehta tha log is ko Badness batate the.</w:t>
      </w:r>
      <w:r>
        <w:br/>
      </w:r>
      <w:r>
        <w:rPr>
          <w:sz w:val="20"/>
        </w:rPr>
        <w:t>8:42  Badness. woh kehte hain ke National Press jo hai woh to hamare to mutasir hai. is ko to hum se, hamare baare mein Negative hai woh kahan chhapayega?</w:t>
      </w:r>
      <w:r>
        <w:br/>
      </w:r>
      <w:r>
        <w:rPr>
          <w:sz w:val="20"/>
        </w:rPr>
        <w:t>8:54  One to All har aadmi yahi kehta tha ke aap ek aap ek aisa khwaab dekh rahe hain jo kabhi poora hone wala nahin hai. kyunke jo National Press hai woh aap ki cheez kabhi nahin chhapayega.</w:t>
      </w:r>
      <w:r>
        <w:br/>
      </w:r>
      <w:r>
        <w:rPr>
          <w:sz w:val="20"/>
        </w:rPr>
        <w:t>9:04  woh to mutasir hai. aap jaante hain ke India ka Top ka parcha hai Times of India. to main chahta tha ke mere mazameen Times of India chhapen.</w:t>
      </w:r>
      <w:r>
        <w:br/>
      </w:r>
      <w:r>
        <w:rPr>
          <w:sz w:val="20"/>
        </w:rPr>
        <w:t>9:17  to jaante hain maine kya kiya?</w:t>
      </w:r>
      <w:r>
        <w:br/>
      </w:r>
      <w:r>
        <w:rPr>
          <w:sz w:val="20"/>
        </w:rPr>
        <w:t>9:22  30 saal ki Effort ki tab ja ke parcha mera pehla mazmoon chhaapa tha Times of India mein. aur aaj Regular chhaapta hai.</w:t>
      </w:r>
      <w:r>
        <w:br/>
      </w:r>
      <w:r>
        <w:rPr>
          <w:sz w:val="20"/>
        </w:rPr>
        <w:t>9:31  30 saal ki Effort ke baad maine yeh kiya ke main Daily Times of India padhne laga. ek zamana tha ke main Daily 8 akhbaar padhta tha.</w:t>
      </w:r>
      <w:r>
        <w:br/>
      </w:r>
      <w:r>
        <w:rPr>
          <w:sz w:val="20"/>
        </w:rPr>
        <w:t>9:43  8 akhbar. is mein se aik Times of India hota tha.</w:t>
      </w:r>
      <w:r>
        <w:br/>
      </w:r>
      <w:r>
        <w:rPr>
          <w:sz w:val="20"/>
        </w:rPr>
        <w:t>9:48  to Daily mein Times of India parhta tha ke is ka Taste kya hai, is ki Requirement kya hai, is ka yani kin cheezon ko woh Select karta hai chhapne ke liye.</w:t>
      </w:r>
      <w:r>
        <w:br/>
      </w:r>
      <w:r>
        <w:rPr>
          <w:sz w:val="20"/>
        </w:rPr>
        <w:t>10:00  to 30 saal beet gaye yeh janne ke liye. aur bhejta tha un ke liye likhta tha mazmoon. pehla mazmoon jo chhaapa hai mera Times of India mein woh chhaapa hai 15 sitambar 1997 ko.</w:t>
      </w:r>
    </w:p>
    <w:p>
      <w:pPr>
        <w:pStyle w:val="Heading2"/>
      </w:pPr>
      <w:r>
        <w:t>The hidden-lie culture that breeds a weak personality</w:t>
      </w:r>
    </w:p>
    <w:p>
      <w:r>
        <w:rPr>
          <w:color w:val="666666"/>
          <w:sz w:val="18"/>
        </w:rPr>
        <w:t>Lessons from The Quran And Hadith · 2m 33s · at 20:01 · https://youtu.be/fBflSQEPstg?t=1201</w:t>
      </w:r>
    </w:p>
    <w:p>
      <w:r>
        <w:rPr>
          <w:i/>
        </w:rPr>
        <w:t>“Aajkal ek ajeeb culture chal para hai, 'nahi culture'.”</w:t>
      </w:r>
    </w:p>
    <w:p>
      <w:r>
        <w:rPr>
          <w:sz w:val="20"/>
        </w:rPr>
        <w:t>20:01  aaj kal mein dekhta hoon ek ajeeb culture duniya mein chala hua hai. aaj hi mein soch raha tha ke main ek article likhoon jis ka naam, jis ka caption ho "nahi culture".</w:t>
      </w:r>
      <w:r>
        <w:br/>
      </w:r>
      <w:r>
        <w:rPr>
          <w:sz w:val="20"/>
        </w:rPr>
        <w:t>20:15  nau nau culture. nahi culture.</w:t>
      </w:r>
      <w:r>
        <w:br/>
      </w:r>
      <w:r>
        <w:rPr>
          <w:sz w:val="20"/>
        </w:rPr>
        <w:t>20:18  kyun? aaj kal haal hai yeh hai ke jab bhi kisi se baat hoti hai to foran woh nahi keh deta hai. kuch bhi kahiye, nahi.</w:t>
      </w:r>
      <w:r>
        <w:br/>
      </w:r>
      <w:r>
        <w:rPr>
          <w:sz w:val="20"/>
        </w:rPr>
        <w:t>20:27  aur baat ko khud woh aitraf karega ke haan, alfaaz badal kar ke.</w:t>
      </w:r>
      <w:r>
        <w:br/>
      </w:r>
      <w:r>
        <w:rPr>
          <w:sz w:val="20"/>
        </w:rPr>
        <w:t>20:37  jaise ek lady se mulaqat hui to un ki baaton se maine mehsoos kiya ke un se aur un ke husband se kuch aapas mein nakhushgawari hai.</w:t>
      </w:r>
      <w:r>
        <w:br/>
      </w:r>
      <w:r>
        <w:rPr>
          <w:sz w:val="20"/>
        </w:rPr>
        <w:t>20:50  kuch taluqaat mein khinchao hai. kashidgi hai.</w:t>
      </w:r>
      <w:r>
        <w:br/>
      </w:r>
      <w:r>
        <w:rPr>
          <w:sz w:val="20"/>
        </w:rPr>
        <w:t>20:56  to maine un se kaha ke aap aisa lagta hai ke aap, aap ka, aap kuch sad lagti hain. kuch aap ke shadi shuda zindagi mein kuch problem hai, aisa lagta hai mujhe.</w:t>
      </w:r>
      <w:r>
        <w:br/>
      </w:r>
      <w:r>
        <w:rPr>
          <w:sz w:val="20"/>
        </w:rPr>
        <w:t>21:06  to woh kya hain? kaha nahi, nahi, nahi, bilkul theek, kuch nahi hai. aur baat ko jab maine scrutiny ki to khud hi unhone keh diya ke woh shadi ke baad kuch din tak to bohat theek tha.</w:t>
      </w:r>
      <w:r>
        <w:br/>
      </w:r>
      <w:r>
        <w:rPr>
          <w:sz w:val="20"/>
        </w:rPr>
        <w:t>21:20  ab kai baar aisa hota hai ke bol chaal band ho jati</w:t>
      </w:r>
      <w:r>
        <w:br/>
      </w:r>
      <w:r>
        <w:rPr>
          <w:sz w:val="20"/>
        </w:rPr>
        <w:t>21:23  hai. kai baar aisa hota hai ke woh kahin hain aur main kahin hoon. yani khud hi baat ko unhone maan liya, is baat ko. yeh sab ka haal main dekhta hoon, sab ka haal.</w:t>
      </w:r>
      <w:r>
        <w:br/>
      </w:r>
      <w:r>
        <w:rPr>
          <w:sz w:val="20"/>
        </w:rPr>
        <w:t>21:34  pehlay nahi kahain ge, is ko isi ko haan kar dein ge. to ek hota hai, yani khula jhoot.</w:t>
      </w:r>
      <w:r>
        <w:br/>
      </w:r>
      <w:r>
        <w:rPr>
          <w:sz w:val="20"/>
        </w:rPr>
        <w:t>21:45  ek hota hai chupa jhoot.</w:t>
      </w:r>
      <w:r>
        <w:br/>
      </w:r>
      <w:r>
        <w:rPr>
          <w:sz w:val="20"/>
        </w:rPr>
        <w:t>21:48  to main samajhta hoon ke chupa jhoot, main samajhta hoon ke khula jhoot to kam boltay hain log. lekin chupa jhoot to sabhi boltay hain.</w:t>
      </w:r>
      <w:r>
        <w:br/>
      </w:r>
      <w:r>
        <w:rPr>
          <w:sz w:val="20"/>
        </w:rPr>
        <w:t>21:58  bohat hi kam exception hon ge, bohat hi kam, bohat hi rare exception. to dekhiye, is tarah se jo nahi culture chal pada hai hamare haan, yani chupa jhoot bolnay ka culture,</w:t>
      </w:r>
      <w:r>
        <w:br/>
      </w:r>
      <w:r>
        <w:rPr>
          <w:sz w:val="20"/>
        </w:rPr>
        <w:t>22:14  is se kya hota hai?</w:t>
      </w:r>
      <w:r>
        <w:br/>
      </w:r>
      <w:r>
        <w:rPr>
          <w:sz w:val="20"/>
        </w:rPr>
        <w:t>22:18  weak personality banti hai aadmi ke andar. jab aap sachai pe kharay hon, aap sach bolain to aap ke andar strong per, aap ke andar strong personality banay gi.</w:t>
      </w:r>
    </w:p>
    <w:p>
      <w:pPr>
        <w:pStyle w:val="Heading2"/>
      </w:pPr>
      <w:r>
        <w:t>Political rule and moral conduct are entirely separate matters</w:t>
      </w:r>
    </w:p>
    <w:p>
      <w:r>
        <w:rPr>
          <w:color w:val="666666"/>
          <w:sz w:val="18"/>
        </w:rPr>
        <w:t>Ethical Values in Islam, June 19, 2008 · 2m 14s · at 42:04 · https://youtu.be/2yPff80nSBY?t=2524</w:t>
      </w:r>
    </w:p>
    <w:p>
      <w:r>
        <w:rPr>
          <w:i/>
        </w:rPr>
        <w:t>“Seizing political power to enforce morality is a jungle law”</w:t>
      </w:r>
    </w:p>
    <w:p>
      <w:r>
        <w:rPr>
          <w:sz w:val="20"/>
        </w:rPr>
        <w:t>42:04  Yani janglat ke qanoon ko insani zindagi mein nafiz karna hai.</w:t>
      </w:r>
      <w:r>
        <w:br/>
      </w:r>
      <w:r>
        <w:rPr>
          <w:sz w:val="20"/>
        </w:rPr>
        <w:t>42:10  To dekhiye, jo kaam karna hai, woh yeh nahi ke aap political role hasil karne ki koshish karen. Nahi, aap logon ke andar speed bharen, speed, moral speed.</w:t>
      </w:r>
      <w:r>
        <w:br/>
      </w:r>
      <w:r>
        <w:rPr>
          <w:sz w:val="20"/>
        </w:rPr>
        <w:t>42:24  Yani political role ko moral values ke support pe layen, yeh bilkul karne ka kaam nahi hai.</w:t>
      </w:r>
      <w:r>
        <w:br/>
      </w:r>
      <w:r>
        <w:rPr>
          <w:sz w:val="20"/>
        </w:rPr>
        <w:t>42:34  Political role ka mamla alag hai aur moral conduct ka mamla bilkul is se alag hai. To hamara sara zor hona chahiye kis par?</w:t>
      </w:r>
      <w:r>
        <w:br/>
      </w:r>
      <w:r>
        <w:rPr>
          <w:sz w:val="20"/>
        </w:rPr>
        <w:t>42:46  Logon ko educate karne par, logon ko train karne par, logon ko prepare karne par, moral values ko logon ke andar inculcate karne par.</w:t>
      </w:r>
      <w:r>
        <w:br/>
      </w:r>
      <w:r>
        <w:rPr>
          <w:sz w:val="20"/>
        </w:rPr>
        <w:t>42:55  Is par zor hona chahiye hamara.</w:t>
      </w:r>
      <w:r>
        <w:br/>
      </w:r>
      <w:r>
        <w:rPr>
          <w:sz w:val="20"/>
        </w:rPr>
        <w:t>43:02  Yani hamara jo</w:t>
      </w:r>
      <w:r>
        <w:br/>
      </w:r>
      <w:r>
        <w:rPr>
          <w:sz w:val="20"/>
        </w:rPr>
        <w:t>43:06  moral values ko batane ke baad jo doosra karne ka kaam hai, woh yeh nahi ke hukoomat par qabza karen aap aur phir flogging kar ke logon ko akhlaqi banayen.</w:t>
      </w:r>
      <w:r>
        <w:br/>
      </w:r>
      <w:r>
        <w:rPr>
          <w:sz w:val="20"/>
        </w:rPr>
        <w:t>43:20  Nahi, bilkul nahi.</w:t>
      </w:r>
      <w:r>
        <w:br/>
      </w:r>
      <w:r>
        <w:rPr>
          <w:sz w:val="20"/>
        </w:rPr>
        <w:t>43:22  Doosra jo karne ka kaam hai, woh hai logon ke andar speed bharna, logon ko educate karna, logon ke mind ko prepare karna.</w:t>
      </w:r>
      <w:r>
        <w:br/>
      </w:r>
      <w:r>
        <w:rPr>
          <w:sz w:val="20"/>
        </w:rPr>
        <w:t>43:32  Yeh hai doosri cheez.</w:t>
      </w:r>
      <w:r>
        <w:br/>
      </w:r>
      <w:r>
        <w:rPr>
          <w:sz w:val="20"/>
        </w:rPr>
        <w:t>43:40  To main samajhta hoon ke is baat ko bohat zyada dhyan ke sath janna chahiye, samajhna chahiye ke moral system ke sath jo cheez juri hui hai, woh education hai,</w:t>
      </w:r>
      <w:r>
        <w:br/>
      </w:r>
      <w:r>
        <w:rPr>
          <w:sz w:val="20"/>
        </w:rPr>
        <w:t>43:55  political role nahi hai.</w:t>
      </w:r>
      <w:r>
        <w:br/>
      </w:r>
      <w:r>
        <w:rPr>
          <w:sz w:val="20"/>
        </w:rPr>
        <w:t>43:59  Ethical system ya moral system ke sath jo cheez juri hui hai, jo is ka jo is ko support dene wali hai, support woh politics nahi hai, political role nahi hai.</w:t>
      </w:r>
      <w:r>
        <w:br/>
      </w:r>
      <w:r>
        <w:rPr>
          <w:sz w:val="20"/>
        </w:rPr>
        <w:t>44:13  woh woh hai education.</w:t>
      </w:r>
    </w:p>
    <w:p>
      <w:pPr>
        <w:pStyle w:val="Heading2"/>
      </w:pPr>
      <w:r>
        <w:t>Quran on envy and everyone's personal test from God</w:t>
      </w:r>
    </w:p>
    <w:p>
      <w:r>
        <w:rPr>
          <w:color w:val="666666"/>
          <w:sz w:val="18"/>
        </w:rPr>
        <w:t>Good Relationships CPS Women Discussion 23 September 10, 2023 · 2m 00s · at 10:14 · https://youtu.be/5UlMoC6-jGU?t=614</w:t>
      </w:r>
    </w:p>
    <w:p>
      <w:r>
        <w:rPr>
          <w:i/>
        </w:rPr>
        <w:t>“Quran says don't wish for what others have been given”</w:t>
      </w:r>
    </w:p>
    <w:p>
      <w:r>
        <w:rPr>
          <w:sz w:val="20"/>
        </w:rPr>
        <w:t>10:14  is wajah se, is farq se hum aksar negativity ya phir hasad ya maalesh is tarah ki emotions ko feel karne lagte hain. jaise ki Quran ki ayat surah Nisaah ki 32 mein bataya gaya hai ki aur tum aisi cheez ki tamanna na karo jismein Allah ne tummein tummein se ek ko doosre par badhai di hai.</w:t>
      </w:r>
      <w:r>
        <w:br/>
      </w:r>
      <w:r>
        <w:rPr>
          <w:sz w:val="20"/>
        </w:rPr>
        <w:t>10:41  mardon ke liye hissa hai apni kamai ka aur auraton ke liye hissa hai apni kamai ka. to iska saaf matlab yeh hai jaise aapko ne bataya ki aurat aur mard ka farq bhi ismein sahi ho raha hai ki ek ek hi family mein mard ko Allah taala ne physical power di. to agar woh usko misuse kar raha hai to woh uska test hai jiske liye woh apna test kharab kar raha hai.</w:t>
      </w:r>
      <w:r>
        <w:br/>
      </w:r>
      <w:r>
        <w:rPr>
          <w:sz w:val="20"/>
        </w:rPr>
        <w:t>11:05  to is ayat ko padhkar main yeh samajh paai ki hum is duniya mein ek doosre ke upar kisi na kisi cheez mein badai dekar bhejhe gaye hain. lekin yeh badai dekhkar jealousy karna is tarah ka ravaiyya humein nahi apnana hai. humein ek doosre ki hirs mein nahi rehna hai. balki humein is baat par tawajjoh deni hai ki hum amal kya kar rahe hain? hamara test paper jo uska doosre aadmi ka kuch aur test paper hai. hamara kuch aur test paper hai.</w:t>
      </w:r>
      <w:r>
        <w:br/>
      </w:r>
      <w:r>
        <w:rPr>
          <w:sz w:val="20"/>
        </w:rPr>
        <w:t>11:32  hum us test paper mein poore utar rahe hain ya nahi utar rahe hain? yeh hamara maqsad hona chahiye. yeh scheme of god hum samajh samajh lein. to ek bahut badi mujhe lagta hai jo society mein ajeeb si yeh problems hoti hain yeh bahut zyada sort out ho jayen. sabko clarity ho jaye.</w:t>
      </w:r>
      <w:r>
        <w:br/>
      </w:r>
      <w:r>
        <w:rPr>
          <w:sz w:val="20"/>
        </w:rPr>
        <w:t>11:49  har koi is apne is test ko jaane ka aur har koi usi ke liye amal karna shuru kar dega chance nahi kyunki woh apni jannat abhi bhi kama sakta hai.</w:t>
      </w:r>
      <w:r>
        <w:br/>
      </w:r>
      <w:r>
        <w:rPr>
          <w:sz w:val="20"/>
        </w:rPr>
        <w:t>12:14  to allahatala ne har ek ko jo jahan rakha hai wahin par usko test diya hai aur uska isko imkan diye hain ki woh har tarah ke amal kar sakein aur phir apne liye woh aafarat ke liye jannat bana sake ya zehan lo. to basically to bahut easy hai agar hum is tarah sochein aur yeh sochein ki agar mere paas yahan duniya mein kuch nahi diya gaya.</w:t>
      </w:r>
    </w:p>
    <w:p>
      <w:pPr>
        <w:pStyle w:val="Heading2"/>
      </w:pPr>
      <w:r>
        <w:t>Maulana's humility and modesty</w:t>
      </w:r>
    </w:p>
    <w:p>
      <w:r>
        <w:rPr>
          <w:color w:val="666666"/>
          <w:sz w:val="18"/>
        </w:rPr>
        <w:t>CPS Mission · 1m 49s · at 7:25 · https://youtu.be/Ial-p18iypI?t=445</w:t>
      </w:r>
    </w:p>
    <w:p>
      <w:r>
        <w:rPr>
          <w:i/>
        </w:rPr>
        <w:t>“Let me relate the modesty of Maulana sahib.”</w:t>
      </w:r>
    </w:p>
    <w:p>
      <w:r>
        <w:rPr>
          <w:sz w:val="20"/>
        </w:rPr>
        <w:t>7:25  . Let me relate to you the modesty of the man of this mission, Maulana Sahib. The recipient of several prominent national and international awards.</w:t>
      </w:r>
      <w:r>
        <w:br/>
      </w:r>
      <w:r>
        <w:rPr>
          <w:sz w:val="20"/>
        </w:rPr>
        <w:t>7:38  non is Islam's ambassador to the world. Wide traveled. Recognized by the secular world as a spiritual master.</w:t>
      </w:r>
      <w:r>
        <w:br/>
      </w:r>
      <w:r>
        <w:rPr>
          <w:sz w:val="20"/>
        </w:rPr>
        <w:t>7:48  the recipient of the latest Padma Vibhushan, the second highest civilian award conferred by the Government of India in January 2021.</w:t>
      </w:r>
      <w:r>
        <w:br/>
      </w:r>
      <w:r>
        <w:rPr>
          <w:sz w:val="20"/>
        </w:rPr>
        <w:t>7:58  When a scholar of such stature calls me in connection with the Spirit of Islam magazine which is published from our Bangalore center, he first inquires, do you have time to speak to me?</w:t>
      </w:r>
      <w:r>
        <w:br/>
      </w:r>
      <w:r>
        <w:rPr>
          <w:sz w:val="20"/>
        </w:rPr>
        <w:t>8:13  my God, me an ordinary member of this mission</w:t>
      </w:r>
      <w:r>
        <w:br/>
      </w:r>
      <w:r>
        <w:rPr>
          <w:sz w:val="20"/>
        </w:rPr>
        <w:t>8:17  , and Maulana Sahib his such regard for my time. This modesty can stamp only from a truly enlightened soul.</w:t>
      </w:r>
      <w:r>
        <w:br/>
      </w:r>
      <w:r>
        <w:rPr>
          <w:sz w:val="20"/>
        </w:rPr>
        <w:t>8:28  at times, Maulana Sahib was discussing mission project, and if he gave any opinion, he was listening to us with utmost care and importance</w:t>
      </w:r>
      <w:r>
        <w:br/>
      </w:r>
      <w:r>
        <w:rPr>
          <w:sz w:val="20"/>
        </w:rPr>
        <w:t>8:42  . with an intention of not disturbing Maulana Sahib, I would not call him on the phone. Once Maulana Sahib remarked, saying, don't you want my teachings?</w:t>
      </w:r>
      <w:r>
        <w:br/>
      </w:r>
      <w:r>
        <w:rPr>
          <w:sz w:val="20"/>
        </w:rPr>
        <w:t>8:53  I answer them, saying, Maulana Sahib, day and night, I am reading your articles to put them together in the Spirit of Islam magazine.</w:t>
      </w:r>
      <w:r>
        <w:br/>
      </w:r>
      <w:r>
        <w:rPr>
          <w:sz w:val="20"/>
        </w:rPr>
        <w:t>9:03  de ar da tichings far mi. Maulana sahib immediately said, I was wrong in the most humble tone and called upon God's blessings for me.</w:t>
      </w:r>
    </w:p>
    <w:p>
      <w:pPr>
        <w:pStyle w:val="Heading2"/>
      </w:pPr>
      <w:r>
        <w:t>Japan's avoidance led to economic superpower</w:t>
      </w:r>
    </w:p>
    <w:p>
      <w:r>
        <w:rPr>
          <w:color w:val="666666"/>
          <w:sz w:val="18"/>
        </w:rPr>
        <w:t>The Importance of Positive Attitude | November 01, 2007 · 2m 02s · at 24:32 · https://youtu.be/r4zLbCBxPyc?t=1472</w:t>
      </w:r>
    </w:p>
    <w:p>
      <w:r>
        <w:rPr>
          <w:i/>
        </w:rPr>
        <w:t>“Japan ki nai history shuru hoti hai Second World War ke baad”</w:t>
      </w:r>
    </w:p>
    <w:p>
      <w:r>
        <w:rPr>
          <w:sz w:val="20"/>
        </w:rPr>
        <w:t>24:32  japan ki.</w:t>
      </w:r>
      <w:r>
        <w:br/>
      </w:r>
      <w:r>
        <w:rPr>
          <w:sz w:val="20"/>
        </w:rPr>
        <w:t>24:36  japan mein World War, second World War ke baad america ne wahan ka ek bohat bara jazeera, kyunke</w:t>
      </w:r>
      <w:r>
        <w:br/>
      </w:r>
      <w:r>
        <w:rPr>
          <w:sz w:val="20"/>
        </w:rPr>
        <w:t>24:39  aap jante hain japan jo hai bohat se jazeera hain wahan.</w:t>
      </w:r>
      <w:r>
        <w:br/>
      </w:r>
      <w:r>
        <w:rPr>
          <w:sz w:val="20"/>
        </w:rPr>
        <w:t>24:42  bohat se jazeera hain, jazeeraon hi ka mulk hai woh.</w:t>
      </w:r>
      <w:r>
        <w:br/>
      </w:r>
      <w:r>
        <w:rPr>
          <w:sz w:val="20"/>
        </w:rPr>
        <w:t>24:46  ek jazeera is ka naam hai Okinawa.</w:t>
      </w:r>
      <w:r>
        <w:br/>
      </w:r>
      <w:r>
        <w:rPr>
          <w:sz w:val="20"/>
        </w:rPr>
        <w:t>24:49  is par qabza kar liya is ne.</w:t>
      </w:r>
      <w:r>
        <w:br/>
      </w:r>
      <w:r>
        <w:rPr>
          <w:sz w:val="20"/>
        </w:rPr>
        <w:t>24:53  aur apna adda bana liya wahan.</w:t>
      </w:r>
      <w:r>
        <w:br/>
      </w:r>
      <w:r>
        <w:rPr>
          <w:sz w:val="20"/>
        </w:rPr>
        <w:t>24:56  yani japan ka ek jazeera, ek Island.</w:t>
      </w:r>
      <w:r>
        <w:br/>
      </w:r>
      <w:r>
        <w:rPr>
          <w:sz w:val="20"/>
        </w:rPr>
        <w:t>24:59  ek bohat bara Island</w:t>
      </w:r>
      <w:r>
        <w:br/>
      </w:r>
      <w:r>
        <w:rPr>
          <w:sz w:val="20"/>
        </w:rPr>
        <w:t>25:03  jis ka naam hai Okinawa, is ko america ne qabza kar liya.</w:t>
      </w:r>
      <w:r>
        <w:br/>
      </w:r>
      <w:r>
        <w:rPr>
          <w:sz w:val="20"/>
        </w:rPr>
        <w:t>25:07  abhi tak qabza hai is ka.</w:t>
      </w:r>
      <w:r>
        <w:br/>
      </w:r>
      <w:r>
        <w:rPr>
          <w:sz w:val="20"/>
        </w:rPr>
        <w:t>25:10  lekin japan ne is okinawa ko phir se chhenne ke liye koi ladai nahi ki.</w:t>
      </w:r>
      <w:r>
        <w:br/>
      </w:r>
      <w:r>
        <w:rPr>
          <w:sz w:val="20"/>
        </w:rPr>
        <w:t>25:14  japan jo hai Atom Bomb ko bhula diya is ne.</w:t>
      </w:r>
      <w:r>
        <w:br/>
      </w:r>
      <w:r>
        <w:rPr>
          <w:sz w:val="20"/>
        </w:rPr>
        <w:t>25:18  america Atom Bomb chala raha tha in ke upar.</w:t>
      </w:r>
      <w:r>
        <w:br/>
      </w:r>
      <w:r>
        <w:rPr>
          <w:sz w:val="20"/>
        </w:rPr>
        <w:t>25:22  is ko bhula diya.</w:t>
      </w:r>
      <w:r>
        <w:br/>
      </w:r>
      <w:r>
        <w:rPr>
          <w:sz w:val="20"/>
        </w:rPr>
        <w:t>25:26  okinawa ko bhi bhula diya is ne.</w:t>
      </w:r>
      <w:r>
        <w:br/>
      </w:r>
      <w:r>
        <w:rPr>
          <w:sz w:val="20"/>
        </w:rPr>
        <w:t>25:30  aur is ke baad unhon ne kiya kiya? unhon ne kiya ke apne mulk ko</w:t>
      </w:r>
      <w:r>
        <w:br/>
      </w:r>
      <w:r>
        <w:rPr>
          <w:sz w:val="20"/>
        </w:rPr>
        <w:t>25:33  Educate karo. Apne mulk mein Industry chalao. Apne mulk ki technology ko barhao. Sensi, Scientific Development ko barhao. Is par lag gaye woh. Yeh tha, yeh tha wahi. Yaani Ignore karne wali Policy. Avoid karne wali Policy. Yaani Policy of Avoidance chalai unhon ne. Jabke doosre mulk ne Policy of Avoidance nahi chalai. Japan ne Policy of</w:t>
      </w:r>
      <w:r>
        <w:br/>
      </w:r>
      <w:r>
        <w:rPr>
          <w:sz w:val="20"/>
        </w:rPr>
        <w:t>26:03  Avoidance chalai.</w:t>
      </w:r>
      <w:r>
        <w:br/>
      </w:r>
      <w:r>
        <w:rPr>
          <w:sz w:val="20"/>
        </w:rPr>
        <w:t>26:10  aur aaj aap jante hain ke japan jo hai Economic Superpower bana hua hai.</w:t>
      </w:r>
      <w:r>
        <w:br/>
      </w:r>
      <w:r>
        <w:rPr>
          <w:sz w:val="20"/>
        </w:rPr>
        <w:t>26:16  Economic Superpower bana hua hai.</w:t>
      </w:r>
      <w:r>
        <w:br/>
      </w:r>
      <w:r>
        <w:rPr>
          <w:sz w:val="20"/>
        </w:rPr>
        <w:t>26:22  Policy of Avoidance chalane ke nateejay mein.</w:t>
      </w:r>
      <w:r>
        <w:br/>
      </w:r>
      <w:r>
        <w:rPr>
          <w:sz w:val="20"/>
        </w:rPr>
        <w:t>26:28  to main yeh keh raha hoon ke Positive Attitude jo hai woh aik Universal Principle hai.</w:t>
      </w:r>
    </w:p>
    <w:p>
      <w:pPr>
        <w:pStyle w:val="Heading2"/>
      </w:pPr>
      <w:r>
        <w:t>Saying 'I was wrong' transforms an angry coworker</w:t>
      </w:r>
    </w:p>
    <w:p>
      <w:r>
        <w:rPr>
          <w:color w:val="666666"/>
          <w:sz w:val="18"/>
        </w:rPr>
        <w:t>Power of Peace June 6, 2010 Maulana Wahiduddin Khan · 2m 31s · at 1:45:38 · https://youtu.be/QNnouRoYI38?t=6338</w:t>
      </w:r>
    </w:p>
    <w:p>
      <w:r>
        <w:rPr>
          <w:i/>
        </w:rPr>
        <w:t>“Hamare sathi ki cab mein ek lady bahut ghussa karti thi”</w:t>
      </w:r>
    </w:p>
    <w:p>
      <w:r>
        <w:rPr>
          <w:sz w:val="20"/>
        </w:rPr>
        <w:t>1:45:38  hai. Aaj ka qissa batata hoon main ke aaj hi hamare ek saathi hain, woh hamari member hain is team ki.</w:t>
      </w:r>
      <w:r>
        <w:br/>
      </w:r>
      <w:r>
        <w:rPr>
          <w:sz w:val="20"/>
        </w:rPr>
        <w:t>1:45:48  to un ka qissa mujhe maloom hua, woh kisi company mein kaam karti hain. To gaadi aati hai, us ko cab kehte hain, ghar se office laane ke liye.</w:t>
      </w:r>
      <w:r>
        <w:br/>
      </w:r>
      <w:r>
        <w:rPr>
          <w:sz w:val="20"/>
        </w:rPr>
        <w:t>1:45:59  to us mein chaar ladies hoti hain un ke saath aur bhi kuch. To ek lady aati hai, bohat woh ghasoor hai, jhagda karti hai.</w:t>
      </w:r>
      <w:r>
        <w:br/>
      </w:r>
      <w:r>
        <w:rPr>
          <w:sz w:val="20"/>
        </w:rPr>
        <w:t>1:46:08  koi zara sa bhi kuch keh de, bas lad jaati hai. Sab se us ki ladai rehti hai. Achha, woh hamesha der karti hai.</w:t>
      </w:r>
      <w:r>
        <w:br/>
      </w:r>
      <w:r>
        <w:rPr>
          <w:sz w:val="20"/>
        </w:rPr>
        <w:t>1:46:17  Yaani gaadi gayi, us ka khari hui, late aayegi. Ab sab log late pahunchenge wahan par. To Ijz ne us se kisi din keh diya ke bhai, aap der kar ke aati hain, time par aaiye.</w:t>
      </w:r>
      <w:r>
        <w:br/>
      </w:r>
      <w:r>
        <w:rPr>
          <w:sz w:val="20"/>
        </w:rPr>
        <w:t>1:46:29  bas ghussa ho gayi woh, lagi bolne, be-tahasha.</w:t>
      </w:r>
      <w:r>
        <w:br/>
      </w:r>
      <w:r>
        <w:rPr>
          <w:sz w:val="20"/>
        </w:rPr>
        <w:t>1:46:34  to unhon ne kiya kiya? jaldi se hath aise kar ke, bhai mujh ko maaf kijiye. mujh ko maaf kar dijiye, meri ghalti thi. kuch uss ko nahi boli.</w:t>
      </w:r>
      <w:r>
        <w:br/>
      </w:r>
      <w:r>
        <w:rPr>
          <w:sz w:val="20"/>
        </w:rPr>
        <w:t>1:46:46  bas mujh ko maaf kar dijiye, ghalti meri thi. I was wrong. jante hain, miracle ho gaya, miracle. wahi lady jo hai, uss ka aap uss se kiya hua?</w:t>
      </w:r>
      <w:r>
        <w:br/>
      </w:r>
      <w:r>
        <w:rPr>
          <w:sz w:val="20"/>
        </w:rPr>
        <w:t>1:46:58  uss ka consciousness hit ho gaya.</w:t>
      </w:r>
      <w:r>
        <w:br/>
      </w:r>
      <w:r>
        <w:rPr>
          <w:sz w:val="20"/>
        </w:rPr>
        <w:t>1:47:00  jo log uss ko bolte the, to uss ko uss ke ego ko hit karte the woh. to aur ghussa hoti thi woh. unhon ne aisa kar ke uss ke consciousness ko hit kar diya.</w:t>
      </w:r>
      <w:r>
        <w:br/>
      </w:r>
      <w:r>
        <w:rPr>
          <w:sz w:val="20"/>
        </w:rPr>
        <w:t>1:47:10  to unhon ne bataya keh das din ho gaye hain, ab theek time par aati hai woh. yani hamari gari khari hoti hai, to theek time par aa kar bant jati hai.</w:t>
      </w:r>
      <w:r>
        <w:br/>
      </w:r>
      <w:r>
        <w:rPr>
          <w:sz w:val="20"/>
        </w:rPr>
        <w:t>1:47:20  aur uss ne baat ko bas uss ne kaha keh bhai, aap ne mere sath bohat acha kiya, woh ghalti meri thi.</w:t>
      </w:r>
      <w:r>
        <w:br/>
      </w:r>
      <w:r>
        <w:rPr>
          <w:sz w:val="20"/>
        </w:rPr>
        <w:t>1:47:27  yani kabhi uss ne aisa nahi bola tha woh keh woh ghalti meri thi. to aap ne apni Ijz ko daryaft kijiye, tabhi aap yeh sab baatein kar payenge.</w:t>
      </w:r>
      <w:r>
        <w:br/>
      </w:r>
      <w:r>
        <w:rPr>
          <w:sz w:val="20"/>
        </w:rPr>
        <w:t>1:47:37  jo aadmi arguments mein jeeta ho, woh kaise aisa karega keh kahe keh sahib, mujhe maaf kijiye. to yeh mujh ko maaf kijiye, yeh bohat bari baat hai.</w:t>
      </w:r>
      <w:r>
        <w:br/>
      </w:r>
      <w:r>
        <w:rPr>
          <w:sz w:val="20"/>
        </w:rPr>
        <w:t>1:47:49  kisi ko down kar sakte hain aap</w:t>
      </w:r>
      <w:r>
        <w:br/>
      </w:r>
      <w:r>
        <w:rPr>
          <w:sz w:val="20"/>
        </w:rPr>
        <w:t>1:47:53  lekin yeh bari baat kehne ke liye bohat bara dil gurda chahiye, bohat bara hausla chahiye. aur phir discovery chahiye. tab aap kahan pate hain keh mujhe maaf kijiye, ghalti meri thi. to main samajhta hoon keh sab se bari taqat hai Ijz ki daryaft.</w:t>
      </w:r>
    </w:p>
    <w:p>
      <w:pPr>
        <w:pStyle w:val="Heading2"/>
      </w:pPr>
      <w:r>
        <w:t>Pampering causes children disobedience</w:t>
      </w:r>
    </w:p>
    <w:p>
      <w:r>
        <w:rPr>
          <w:color w:val="666666"/>
          <w:sz w:val="18"/>
        </w:rPr>
        <w:t>The Case of Present Day Muslims (In Conversation with Maulana) February 14, 2010 · 2m 47s · at 27:59 · https://youtu.be/Rw-5WYJKQtw?t=1679</w:t>
      </w:r>
    </w:p>
    <w:p>
      <w:r>
        <w:rPr>
          <w:i/>
        </w:rPr>
        <w:t>“Only one reason: pampering.”</w:t>
      </w:r>
    </w:p>
    <w:p>
      <w:r>
        <w:rPr>
          <w:sz w:val="20"/>
        </w:rPr>
        <w:t>27:59  yani unki auladen nalaik bhi hain aur naferman bhi. is ki kya wajah hai?</w:t>
      </w:r>
      <w:r>
        <w:br/>
      </w:r>
      <w:r>
        <w:rPr>
          <w:sz w:val="20"/>
        </w:rPr>
        <w:t>28:08  sirf aik wajah hai: pampering. sari zimmedari maa baap par hai. har maa baap pampering kar ke apne bachhon ko kharab karte hain.</w:t>
      </w:r>
      <w:r>
        <w:br/>
      </w:r>
      <w:r>
        <w:rPr>
          <w:sz w:val="20"/>
        </w:rPr>
        <w:t>28:22  bas aur koi wajah hai hi nahi doosri. apne bachhon ko easy money denge, easy car denge, easy luxury denge.</w:t>
      </w:r>
      <w:r>
        <w:br/>
      </w:r>
      <w:r>
        <w:rPr>
          <w:sz w:val="20"/>
        </w:rPr>
        <w:t>28:31  matlab unhein mehnat nahi karni padi aur free mein baap ne de diya. to sab se buri cheez jo hai, pampering.</w:t>
      </w:r>
      <w:r>
        <w:br/>
      </w:r>
      <w:r>
        <w:rPr>
          <w:sz w:val="20"/>
        </w:rPr>
        <w:t>28:41  bachhon ke andar realistic approach nahi aa pata. haqeeqat nahi samajh paate woh. bana kamaye mil gaya, bana pasina bahaye mil gaya, kuch bhi nahi kiya aur sab cheez mil gayi.</w:t>
      </w:r>
      <w:r>
        <w:br/>
      </w:r>
      <w:r>
        <w:rPr>
          <w:sz w:val="20"/>
        </w:rPr>
        <w:t>28:54  to to bigadenge, woh to bigadenge. aur koi maa baap is ke liye tayyar nahi ke mein pampering karta hoon. mein jis se baap se baat karta hoon na, ae hum to kuch nahi karte, hum kya karte hain?</w:t>
      </w:r>
      <w:r>
        <w:br/>
      </w:r>
      <w:r>
        <w:rPr>
          <w:sz w:val="20"/>
        </w:rPr>
        <w:t>29:06  wajah kya hai? bhai, woh samajhte hain ke humein to is ko dena chahiye hawai jahaz. to humein to aik aik cycle de di hai, humein to dena chahiye aik mahal, humein to aik flat de diya hai.</w:t>
      </w:r>
      <w:r>
        <w:br/>
      </w:r>
      <w:r>
        <w:rPr>
          <w:sz w:val="20"/>
        </w:rPr>
        <w:t>29:19  to koi maa baap is ko pakad nahi paate ke ke ah ke yani asal asal baat kya hai.</w:t>
      </w:r>
      <w:r>
        <w:br/>
      </w:r>
      <w:r>
        <w:rPr>
          <w:sz w:val="20"/>
        </w:rPr>
        <w:t>29:32  to jab tak maa baap pampering ko nahi chhodenge, tab tak bachhe bigadte hi rahenge. bachhon ka bigadna khatm nahi hoga. woh age jo ke hoti hai, jis ko kehte hain yani preparatory period.</w:t>
      </w:r>
      <w:r>
        <w:br/>
      </w:r>
      <w:r>
        <w:rPr>
          <w:sz w:val="20"/>
        </w:rPr>
        <w:t>29:45  bachhon ka jo preparatory period hai, usi mein inko pampering mil rahi hai.</w:t>
      </w:r>
      <w:r>
        <w:br/>
      </w:r>
      <w:r>
        <w:rPr>
          <w:sz w:val="20"/>
        </w:rPr>
        <w:t>29:53  to behal, mein is ko samajhta hoon ke</w:t>
      </w:r>
      <w:r>
        <w:br/>
      </w:r>
      <w:r>
        <w:rPr>
          <w:sz w:val="20"/>
        </w:rPr>
        <w:t>29:58  hadith mein aata hai ke apne bachhon ko namaz parhna sikhao. jab das saal ke ho jayen to to unhein maro.</w:t>
      </w:r>
      <w:r>
        <w:br/>
      </w:r>
      <w:r>
        <w:rPr>
          <w:sz w:val="20"/>
        </w:rPr>
        <w:t>30:08  fa darbah bil ghashrah, yeh hai na? fa darbah bil ghashrah. to log samajhte hain ke marna, marna nahi. hammering karo in ki.</w:t>
      </w:r>
      <w:r>
        <w:br/>
      </w:r>
      <w:r>
        <w:rPr>
          <w:sz w:val="20"/>
        </w:rPr>
        <w:t>30:19  yeh matlab nahi ke danda le ke maro in ko. yeh namaz ki baat nahi hai. yani language of pampering mat istemal karo.</w:t>
      </w:r>
      <w:r>
        <w:br/>
      </w:r>
      <w:r>
        <w:rPr>
          <w:sz w:val="20"/>
        </w:rPr>
        <w:t>30:27  language of hammering istemal karo. yeh matlab hai is ka. log jo hain, apne bachhon ke sath language of language of pampering istemal karte hain.</w:t>
      </w:r>
      <w:r>
        <w:br/>
      </w:r>
      <w:r>
        <w:rPr>
          <w:sz w:val="20"/>
        </w:rPr>
        <w:t>30:37  is hadith ka matlab yeh hai ke nahi, ladke bigad jayenge is se. tum un se language of hammering istemal karo. yeh matlab nahi ke sach much beat beat karo in ki.</w:t>
      </w:r>
    </w:p>
    <w:p>
      <w:pPr>
        <w:pStyle w:val="Heading2"/>
      </w:pPr>
      <w:r>
        <w:t>a neighbor's garbage conflict resolved through patience</w:t>
      </w:r>
    </w:p>
    <w:p>
      <w:r>
        <w:rPr>
          <w:color w:val="666666"/>
          <w:sz w:val="18"/>
        </w:rPr>
        <w:t>Good Relationships CPS Women Discussion 23 September 10, 2023 · 1m 55s · at 29:45 · https://youtu.be/5UlMoC6-jGU?t=1785</w:t>
      </w:r>
    </w:p>
    <w:p>
      <w:r>
        <w:rPr>
          <w:i/>
        </w:rPr>
        <w:t>“A neighbor's family kept dumping garbage right at her door”</w:t>
      </w:r>
    </w:p>
    <w:p>
      <w:r>
        <w:rPr>
          <w:sz w:val="20"/>
        </w:rPr>
        <w:t>29:45  Jaise ne abhi ek baat batai ki unke ghar ke bahar ek kooda phekate hain aur unhone kis tarah se uska ek hal nikala, use manage kiya aur shayad apne liye ek neki mein bhi naam likhvaya kyunki unhone usko lakar le kiya. Hamare hi pados mein aisa hi ek, aisa hi ek case hua.</w:t>
      </w:r>
      <w:r>
        <w:br/>
      </w:r>
      <w:r>
        <w:rPr>
          <w:sz w:val="20"/>
        </w:rPr>
        <w:t>30:05  Unke saath bhi yahi ho raha tha ki doosre jo family thi wah unke yahan kooda phek rahi thi aur is baat par wah unhone itna zyada thanga kiya, itna itna babela machaya, itna zyada logon ko ikattha kar liya. Hum sab sabhi poochne lagi bataiye main haq par hona, main haq par hona. To mujhe lagta hai ki hum hum us waqt par yeh bhi nahin keh paaye ki aap haft par nahin hain lekin humne kaha ki chhodie, badhaiye mat problem ko.</w:t>
      </w:r>
      <w:r>
        <w:br/>
      </w:r>
      <w:r>
        <w:rPr>
          <w:sz w:val="20"/>
        </w:rPr>
        <w:t>30:33  Aap jaisa bhi hai hum sab milkar aapko de denge. Aap isko hata liya karen kitna? To wah kehne lagi jab hum haft par hain to hum kyun jhuke hain? Yeh bahut bada kitna aajkal duniya mein phail gaya hai ki wah apne aap ko sahi samajhte hain aur uske baad jab wah sahi hote hain to wah bilkul bhi badalna nahin chahte. Chahe unko us wah itna bada bata diya jaye.</w:t>
      </w:r>
      <w:r>
        <w:br/>
      </w:r>
      <w:r>
        <w:rPr>
          <w:sz w:val="20"/>
        </w:rPr>
        <w:t>30:56  To hum sabko yeh baat jaan leni chahiye ki kai baar haq par hote hue bhi hum humein ek kadam peeche karna yeh bhi ek uswah hai aur yeh jaise ne bataya unki zindagi se sabit hai aapse le solam. Yeh main kehna chah rahi thi. Main ek hadish waise bata sakti hoon shavi. Ji.</w:t>
      </w:r>
      <w:r>
        <w:br/>
      </w:r>
      <w:r>
        <w:rPr>
          <w:sz w:val="20"/>
        </w:rPr>
        <w:t>31:16  Hadish hai na ki jaan lo ki napasandida baat par sabr karne mein bahut zyada bhalai hai aur sab ke saath allah ki madad aati hai aur takleef ke saath shadgi hai aur mushkil ke saath aasani hai. To agar hum is tarah ki hadish matlab wahin cheez hai ki musalman jo hai apne hadish par khair nahin kar sakte.</w:t>
      </w:r>
      <w:r>
        <w:br/>
      </w:r>
      <w:r>
        <w:rPr>
          <w:sz w:val="20"/>
        </w:rPr>
        <w:t>31:40  rasurilla ko itna karte hain lekin us par unke jo unki sirat hai unke itne zyada akhlaaf ka</w:t>
      </w:r>
    </w:p>
    <w:p>
      <w:pPr>
        <w:pStyle w:val="Heading2"/>
      </w:pPr>
      <w:r>
        <w:t>Sending a message in pre-tech era</w:t>
      </w:r>
    </w:p>
    <w:p>
      <w:r>
        <w:rPr>
          <w:color w:val="666666"/>
          <w:sz w:val="18"/>
        </w:rPr>
        <w:t>Interaction with Umries 26 July, 2019 - Maulana Wahiduddin Khan · 2m 25s · at 19:34 · https://youtu.be/x26fUHWfzFg?t=1174</w:t>
      </w:r>
    </w:p>
    <w:p>
      <w:r>
        <w:rPr>
          <w:i/>
        </w:rPr>
        <w:t>“Us zamane mein chalta tha woh woh telegraph”</w:t>
      </w:r>
    </w:p>
    <w:p>
      <w:r>
        <w:rPr>
          <w:sz w:val="20"/>
        </w:rPr>
        <w:t>19:34  us zamane mein chalta tha woh woh telegraph jo tikotra tikotra ka awaz deta tha aap log jante nahi honge tikotra kya cheez hai</w:t>
      </w:r>
      <w:r>
        <w:br/>
      </w:r>
      <w:r>
        <w:rPr>
          <w:sz w:val="20"/>
        </w:rPr>
        <w:t>19:51  to</w:t>
      </w:r>
      <w:r>
        <w:br/>
      </w:r>
      <w:r>
        <w:rPr>
          <w:sz w:val="20"/>
        </w:rPr>
        <w:t>19:54  to is zamane mein na telegraph tha badhiya mein na telephone tha koi zariya nahin the message ka</w:t>
      </w:r>
      <w:r>
        <w:br/>
      </w:r>
      <w:r>
        <w:rPr>
          <w:sz w:val="20"/>
        </w:rPr>
        <w:t>20:06  to barsaat ka zamana aa gaya aur naddi jo thi hamare gaon se woh mujhe baarh aa gayi</w:t>
      </w:r>
      <w:r>
        <w:br/>
      </w:r>
      <w:r>
        <w:rPr>
          <w:sz w:val="20"/>
        </w:rPr>
        <w:t>20:18  ab mujhe apne gaon se dilli message bhejane ke liye koi zariya nahi tha sirf yeh tha ke</w:t>
      </w:r>
      <w:r>
        <w:br/>
      </w:r>
      <w:r>
        <w:rPr>
          <w:sz w:val="20"/>
        </w:rPr>
        <w:t>20:26  mein apne gaon se saraiwo jaon aur saraiwo mein telephone to tha nahi</w:t>
      </w:r>
      <w:r>
        <w:br/>
      </w:r>
      <w:r>
        <w:rPr>
          <w:sz w:val="20"/>
        </w:rPr>
        <w:t>20:35  wahan ke wahan ke</w:t>
      </w:r>
      <w:r>
        <w:br/>
      </w:r>
      <w:r>
        <w:rPr>
          <w:sz w:val="20"/>
        </w:rPr>
        <w:t>20:39  post office mein telegraph hota tha wahi tikotra wala</w:t>
      </w:r>
      <w:r>
        <w:br/>
      </w:r>
      <w:r>
        <w:rPr>
          <w:sz w:val="20"/>
        </w:rPr>
        <w:t>20:44  is se pata hua woh message bhejega</w:t>
      </w:r>
      <w:r>
        <w:br/>
      </w:r>
      <w:r>
        <w:rPr>
          <w:sz w:val="20"/>
        </w:rPr>
        <w:t>20:50  to is baarh</w:t>
      </w:r>
      <w:r>
        <w:br/>
      </w:r>
      <w:r>
        <w:rPr>
          <w:sz w:val="20"/>
        </w:rPr>
        <w:t>20:52  ki wajah se wahan is zamane mein woh chalti thi pehle kashti to kashti bhi band ho gayi thi</w:t>
      </w:r>
      <w:r>
        <w:br/>
      </w:r>
      <w:r>
        <w:rPr>
          <w:sz w:val="20"/>
        </w:rPr>
        <w:t>21:02  nahin band nahin ho gayi thi choti kashti hua karti thi woh chalti thi</w:t>
      </w:r>
      <w:r>
        <w:br/>
      </w:r>
      <w:r>
        <w:rPr>
          <w:sz w:val="20"/>
        </w:rPr>
        <w:t>21:12  to mein ne yeh faisla kiya ke mere gaon se Sarawi jana hai aur wahan se post office ke zariye se yeh message bhejane hai ke aap woh kitab ko itna chhapiye</w:t>
      </w:r>
      <w:r>
        <w:br/>
      </w:r>
      <w:r>
        <w:rPr>
          <w:sz w:val="20"/>
        </w:rPr>
        <w:t>21:31  ab ghor kijiye ke mein nikla ghar apne ghar se to pani tha phir woh yaani nadiyon mein pani bhara hua tha to mujhe ghanton intezar karna tha ke woh kashti idhar se udhar jati thi phir idhar se udhar aati thi to ek chakar mein ghanton lagta tha</w:t>
      </w:r>
    </w:p>
    <w:p>
      <w:pPr>
        <w:pStyle w:val="Heading2"/>
      </w:pPr>
      <w:r>
        <w:t>What great artists and scientists share is patience</w:t>
      </w:r>
    </w:p>
    <w:p>
      <w:r>
        <w:rPr>
          <w:color w:val="666666"/>
          <w:sz w:val="18"/>
        </w:rPr>
        <w:t>Fasting A Source of Spiritual Empowerment August 21, 2011 Maulana Wahiduddin Khan · 2m 32s · at 36:16 · https://youtu.be/Z0EbPlujcf0?t=2176</w:t>
      </w:r>
    </w:p>
    <w:p>
      <w:r>
        <w:rPr>
          <w:i/>
        </w:rPr>
        <w:t>“Roze ko hadith mein kaha gaya hai Shahr-us-Sabr”</w:t>
      </w:r>
    </w:p>
    <w:p>
      <w:r>
        <w:rPr>
          <w:sz w:val="20"/>
        </w:rPr>
        <w:t>36:16  Phir dekhiye roze ko hadith mein kaha gaya hai shahr al sabr. Sabr ka mahina. Sabr ka matlab hai Patience.</w:t>
      </w:r>
      <w:r>
        <w:br/>
      </w:r>
      <w:r>
        <w:rPr>
          <w:sz w:val="20"/>
        </w:rPr>
        <w:t>36:28  Patience ka mahina. Dekhiye Patience jo hai zindagi mein yani sab se bari cheez hai.</w:t>
      </w:r>
      <w:r>
        <w:br/>
      </w:r>
      <w:r>
        <w:rPr>
          <w:sz w:val="20"/>
        </w:rPr>
        <w:t>36:37  Patience.</w:t>
      </w:r>
      <w:r>
        <w:br/>
      </w:r>
      <w:r>
        <w:rPr>
          <w:sz w:val="20"/>
        </w:rPr>
        <w:t>36:40  aaj subah mein radio par sun raha tha. to aik aik artist ka interview aa raha tha.</w:t>
      </w:r>
      <w:r>
        <w:br/>
      </w:r>
      <w:r>
        <w:rPr>
          <w:sz w:val="20"/>
        </w:rPr>
        <w:t>36:51  aaj hi subah ki baat hai.</w:t>
      </w:r>
      <w:r>
        <w:br/>
      </w:r>
      <w:r>
        <w:rPr>
          <w:sz w:val="20"/>
        </w:rPr>
        <w:t>36:55  aal india radio par. to is se poocha gaya is artist se.</w:t>
      </w:r>
      <w:r>
        <w:br/>
      </w:r>
      <w:r>
        <w:rPr>
          <w:sz w:val="20"/>
        </w:rPr>
        <w:t>37:06  ke what makes an artist a great artist?</w:t>
      </w:r>
      <w:r>
        <w:br/>
      </w:r>
      <w:r>
        <w:rPr>
          <w:sz w:val="20"/>
        </w:rPr>
        <w:t>37:11  koi artist bara artist kaise banta hai?</w:t>
      </w:r>
      <w:r>
        <w:br/>
      </w:r>
      <w:r>
        <w:rPr>
          <w:sz w:val="20"/>
        </w:rPr>
        <w:t>37:18  is ne kaha in a single word patience. patience sabr tahammul bardasht.</w:t>
      </w:r>
      <w:r>
        <w:br/>
      </w:r>
      <w:r>
        <w:rPr>
          <w:sz w:val="20"/>
        </w:rPr>
        <w:t>37:31  yani artist ko bara artist banne ke liye sab se bari cheez jo chahiye woh hai sabr tahammul bardasht. kyun?</w:t>
      </w:r>
      <w:r>
        <w:br/>
      </w:r>
      <w:r>
        <w:rPr>
          <w:sz w:val="20"/>
        </w:rPr>
        <w:t>37:42  aik lambi koshish karni parti hai.</w:t>
      </w:r>
      <w:r>
        <w:br/>
      </w:r>
      <w:r>
        <w:rPr>
          <w:sz w:val="20"/>
        </w:rPr>
        <w:t>37:47  kitne saare distractions se apne ko bachana parta hai. kitne mauqe par apne emotions ko kill karna parta hai. tab ja kar aap aik acha artist bante hain.</w:t>
      </w:r>
      <w:r>
        <w:br/>
      </w:r>
      <w:r>
        <w:rPr>
          <w:sz w:val="20"/>
        </w:rPr>
        <w:t>38:03  yeh baat poochi gayi newton se.</w:t>
      </w:r>
      <w:r>
        <w:br/>
      </w:r>
      <w:r>
        <w:rPr>
          <w:sz w:val="20"/>
        </w:rPr>
        <w:t>38:08  to is ne kaha ke acha scientist banne ke liye is ne bhi yeh kaha tha ke patience.</w:t>
      </w:r>
      <w:r>
        <w:br/>
      </w:r>
      <w:r>
        <w:rPr>
          <w:sz w:val="20"/>
        </w:rPr>
        <w:t>38:16  apne bare mein is ne kaha tha ke i have no special sagacity only the power of patient thought</w:t>
      </w:r>
      <w:r>
        <w:br/>
      </w:r>
      <w:r>
        <w:rPr>
          <w:sz w:val="20"/>
        </w:rPr>
        <w:t>38:25  . to dekhiye chahe art ka mamla ho. chahe science ka mamla ho. aur chahe deen ka mamla ho.</w:t>
      </w:r>
      <w:r>
        <w:br/>
      </w:r>
      <w:r>
        <w:rPr>
          <w:sz w:val="20"/>
        </w:rPr>
        <w:t>38:37  har mamle mein</w:t>
      </w:r>
      <w:r>
        <w:br/>
      </w:r>
      <w:r>
        <w:rPr>
          <w:sz w:val="20"/>
        </w:rPr>
        <w:t>38:41  aala darje tak pahunchne ke liye jo sab se bari cheez darkar hai woh hai patience</w:t>
      </w:r>
    </w:p>
    <w:p>
      <w:pPr>
        <w:pStyle w:val="Heading2"/>
      </w:pPr>
      <w:r>
        <w:t>Unity in diversity</w:t>
      </w:r>
    </w:p>
    <w:p>
      <w:r>
        <w:rPr>
          <w:color w:val="666666"/>
          <w:sz w:val="18"/>
        </w:rPr>
        <w:t>Q&amp;A 08 July 2007 - Maulana Wahiduddin Khan · 2m 57s · at 23:26 · https://youtu.be/k921gOjkIaw?t=1406</w:t>
      </w:r>
    </w:p>
    <w:p>
      <w:r>
        <w:rPr>
          <w:i/>
        </w:rPr>
        <w:t>“Unity ka yeh matlab hi galat hai jo aap le rahe hain.”</w:t>
      </w:r>
    </w:p>
    <w:p>
      <w:r>
        <w:rPr>
          <w:sz w:val="20"/>
        </w:rPr>
        <w:t>23:26  yunity ka yeh matlab hi galat hai jo aap le rahe hain. unity jo hai, unity in diversity hoti hai. yaad rakhiye, yeh sab yeh bhi ek myth hai.</w:t>
      </w:r>
      <w:r>
        <w:br/>
      </w:r>
      <w:r>
        <w:rPr>
          <w:sz w:val="20"/>
        </w:rPr>
        <w:t>23:35  log samajhte hain ke unity, unity, unity, unity kabhi na hui hai aur na kabhi ho sakti hai. ek hi formula hai: let us agree to disagree.</w:t>
      </w:r>
      <w:r>
        <w:br/>
      </w:r>
      <w:r>
        <w:rPr>
          <w:sz w:val="20"/>
        </w:rPr>
        <w:t>23:46  bas aur koi doosra formula nahi hai. kyunke uniformity nature mein nahi hai. ek scholar ne bahut sahi kaha ke nature abhors uniformity.</w:t>
      </w:r>
      <w:r>
        <w:br/>
      </w:r>
      <w:r>
        <w:rPr>
          <w:sz w:val="20"/>
        </w:rPr>
        <w:t>24:00  ab zara jab nature hi mein uniformity na ho to aap kahan se layenge? main samajhta hoon ke yeh differences jo hain, bahut hi yeh bhi ek blessing hai.</w:t>
      </w:r>
      <w:r>
        <w:br/>
      </w:r>
      <w:r>
        <w:rPr>
          <w:sz w:val="20"/>
        </w:rPr>
        <w:t>24:10  kyunke is ki wajah se daailaag aata hai, ekschainj aata hai. difrans of opinion na ho to aap daailaag kaise karenge? dekhiye, yeh bhi ek mith hai.</w:t>
      </w:r>
      <w:r>
        <w:br/>
      </w:r>
      <w:r>
        <w:rPr>
          <w:sz w:val="20"/>
        </w:rPr>
        <w:t>24:21  jo cheez evil hai, woh woh woh difrans nahi hai. woh hai ikstrimism. yaad rakhiye, ek hai difrans, ek hai ikstrimism.</w:t>
      </w:r>
      <w:r>
        <w:br/>
      </w:r>
      <w:r>
        <w:rPr>
          <w:sz w:val="20"/>
        </w:rPr>
        <w:t>24:33  to difference ek bahut blessing hai, bahut badi. kyunke without difference, without without difference, there is no dialogue, no exchange of thought, and no intellectual development.</w:t>
      </w:r>
      <w:r>
        <w:br/>
      </w:r>
      <w:r>
        <w:rPr>
          <w:sz w:val="20"/>
        </w:rPr>
        <w:t>24:48  kyunke bari hub ikstrimism hai. kisi maamle mein aap ikstrimist ban jayen to wahi bara hai. ke difrans hai to woh aadmi galat hai.</w:t>
      </w:r>
      <w:r>
        <w:br/>
      </w:r>
      <w:r>
        <w:rPr>
          <w:sz w:val="20"/>
        </w:rPr>
        <w:t>24:56  difrans hai to is ko maaro. difrans hai to is ko taal matol mat karo. to jab aap difrans ko is had tak le jayen to woh bari cheez hai.</w:t>
      </w:r>
      <w:r>
        <w:br/>
      </w:r>
      <w:r>
        <w:rPr>
          <w:sz w:val="20"/>
        </w:rPr>
        <w:t>25:10  warna ikhtilaf ya ya difrans jo hai, woh to bahut achhi cheez hai. isi liye hadees mein aata hai ke ikhtilaf amti rahma.</w:t>
      </w:r>
      <w:r>
        <w:br/>
      </w:r>
      <w:r>
        <w:rPr>
          <w:sz w:val="20"/>
        </w:rPr>
        <w:t>25:19  hamare muhaddiseen is par kehte hain ke sahib, yeh is mein zaeef hai aur is ki sanad kamzor hai. main samajhta hoon ke bahut hi sahi hadees yeh hai.</w:t>
      </w:r>
      <w:r>
        <w:br/>
      </w:r>
      <w:r>
        <w:rPr>
          <w:sz w:val="20"/>
        </w:rPr>
        <w:t>25:30  Ikhtilaf ke maani kya hain? Difference. Meri ummat ka difference meri ummat ki blessing hai. Kyunke difference ki wajah se logon mein exchange hoga, dialogue hoga, sochenge aur intellectual development ka process non-stop chalta rahega.</w:t>
      </w:r>
      <w:r>
        <w:br/>
      </w:r>
      <w:r>
        <w:rPr>
          <w:sz w:val="20"/>
        </w:rPr>
        <w:t>25:47  yeh matlab hai is ka. main abhi aisi yunity ko main nahi chahta insaan ke andar. main disunity ko chahta hoon.</w:t>
      </w:r>
      <w:r>
        <w:br/>
      </w:r>
      <w:r>
        <w:rPr>
          <w:sz w:val="20"/>
        </w:rPr>
        <w:t>25:56  jaise gender equality, yeh bhi ek myth hai. main kehta hoon gender inequality zyada natural hai. agar gender equality hogi to yeh uniformity aa jayegi.</w:t>
      </w:r>
      <w:r>
        <w:br/>
      </w:r>
      <w:r>
        <w:rPr>
          <w:sz w:val="20"/>
        </w:rPr>
        <w:t>26:08  to sab kya karenge? achha achha kapda padh ke baithe rahenge. log value nahi jaante exchange ki, discussion ki, dialogue ki value nahi jaante.</w:t>
      </w:r>
      <w:r>
        <w:br/>
      </w:r>
      <w:r>
        <w:rPr>
          <w:sz w:val="20"/>
        </w:rPr>
        <w:t>26:18  is liye aisi baaten karte hain.</w:t>
      </w:r>
    </w:p>
    <w:p>
      <w:pPr>
        <w:pStyle w:val="Heading2"/>
      </w:pPr>
      <w:r>
        <w:t>Drinking leftover water drop teaches gratitude</w:t>
      </w:r>
    </w:p>
    <w:p>
      <w:r>
        <w:rPr>
          <w:color w:val="666666"/>
          <w:sz w:val="18"/>
        </w:rPr>
        <w:t>The Importance of Shukr 19 Dec, 2010 - Maulana Wahiduddin Khan · 1m 50s · at 2:55 · https://youtu.be/F4mVn0DwH34?t=175</w:t>
      </w:r>
    </w:p>
    <w:p>
      <w:r>
        <w:rPr>
          <w:i/>
        </w:rPr>
        <w:t>“Kal main yahan Dilli mein ek international seminar mein gaya hua tha.”</w:t>
      </w:r>
    </w:p>
    <w:p>
      <w:r>
        <w:rPr>
          <w:sz w:val="20"/>
        </w:rPr>
        <w:t>2:55  yahi deen ka khulasa hai. yeh topic kal mere mind mein aaya. kal mein yahan Delhi mein ek international seminar mein gaya hua tha.</w:t>
      </w:r>
      <w:r>
        <w:br/>
      </w:r>
      <w:r>
        <w:rPr>
          <w:sz w:val="20"/>
        </w:rPr>
        <w:t>3:11  wahan meri ek speech thi.</w:t>
      </w:r>
      <w:r>
        <w:br/>
      </w:r>
      <w:r>
        <w:rPr>
          <w:sz w:val="20"/>
        </w:rPr>
        <w:t>3:18  to wahan par glass mein pani rakha hua tha, woh mein ne piya.</w:t>
      </w:r>
      <w:r>
        <w:br/>
      </w:r>
      <w:r>
        <w:rPr>
          <w:sz w:val="20"/>
        </w:rPr>
        <w:t>3:28  aakhir mein jab mujhe uthna tha to glass mein ne uthaya. is mein pani tha nahi.</w:t>
      </w:r>
      <w:r>
        <w:br/>
      </w:r>
      <w:r>
        <w:rPr>
          <w:sz w:val="20"/>
        </w:rPr>
        <w:t>3:39  to log jaldi se daure ke pani chahiye, pani dene ke liye. mein ne kaha nahi mujhe pani nahi chahiye, mujhe dekhna tha ke is glass mein koi koi qatra pani ka bach gaya to us ko mein khatam kar doon.</w:t>
      </w:r>
      <w:r>
        <w:br/>
      </w:r>
      <w:r>
        <w:rPr>
          <w:sz w:val="20"/>
        </w:rPr>
        <w:t>3:57  aadmi pani pita hai to koi na koi bach jata hai is mein. to is bache hue pani ko khatam karne ke liye mein ne woh glass uthaya. ke ek bhi drop agar is ke andar ho, ek boond, to mein us ko pi loon.</w:t>
      </w:r>
      <w:r>
        <w:br/>
      </w:r>
      <w:r>
        <w:rPr>
          <w:sz w:val="20"/>
        </w:rPr>
        <w:t>4:13  to logon ko bara taajjub hua ke aap ek drop ke liye</w:t>
      </w:r>
      <w:r>
        <w:br/>
      </w:r>
      <w:r>
        <w:rPr>
          <w:sz w:val="20"/>
        </w:rPr>
        <w:t>4:21  us ko peena chahte hain, hum to aadha glass chhod dete hain.</w:t>
      </w:r>
      <w:r>
        <w:br/>
      </w:r>
      <w:r>
        <w:rPr>
          <w:sz w:val="20"/>
        </w:rPr>
        <w:t>4:25  aadha glass piya, aadha glass chhod diya.</w:t>
      </w:r>
      <w:r>
        <w:br/>
      </w:r>
      <w:r>
        <w:rPr>
          <w:sz w:val="20"/>
        </w:rPr>
        <w:t>4:31  to yeh baat mere samajh mein aayi us waqt ke logon mein shaoor ka jazba nahi. pani kitni bari cheez hai, us ko log jante nahi.</w:t>
      </w:r>
    </w:p>
    <w:p>
      <w:pPr>
        <w:pStyle w:val="Heading2"/>
      </w:pPr>
      <w:r>
        <w:t>Repentance after mistake brings good</w:t>
      </w:r>
    </w:p>
    <w:p>
      <w:r>
        <w:rPr>
          <w:color w:val="666666"/>
          <w:sz w:val="18"/>
        </w:rPr>
        <w:t>Interaction February 22, 2020 Maulana Wahiduddin Khan · 1m 46s · at 3:30 · https://youtu.be/s4MIiunBRxI?t=210</w:t>
      </w:r>
    </w:p>
    <w:p>
      <w:r>
        <w:rPr>
          <w:i/>
        </w:rPr>
        <w:t>“A mistake is called lamam in Quran.”</w:t>
      </w:r>
    </w:p>
    <w:p>
      <w:r>
        <w:rPr>
          <w:sz w:val="20"/>
        </w:rPr>
        <w:t>3:30  ek galti ho jati hai, jisko Quran mein kaha hai lamm. Lamm maane pad jaana, galtiyan pad jaana hai. To agar ek galti ho jati hai, to wo insincere se us insaan ko</w:t>
      </w:r>
      <w:r>
        <w:br/>
      </w:r>
      <w:r>
        <w:rPr>
          <w:sz w:val="20"/>
        </w:rPr>
        <w:t>3:50  sincere insaan kaise dikhega?</w:t>
      </w:r>
      <w:r>
        <w:br/>
      </w:r>
      <w:r>
        <w:rPr>
          <w:sz w:val="20"/>
        </w:rPr>
        <w:t>3:53  kyunki har galti ke baad for repentance aata hai. By nature, ye aapki nature mein involved hai ki har galti ke baad repentance aata hai. To follow that repentance.</w:t>
      </w:r>
      <w:r>
        <w:br/>
      </w:r>
      <w:r>
        <w:rPr>
          <w:sz w:val="20"/>
        </w:rPr>
        <w:t>4:12  Sincere insaan jab galti karega, to foreign uske baad repentance aa jayega ki aah, hamari ye galti kar di. To jaante hain kya hai?</w:t>
      </w:r>
      <w:r>
        <w:br/>
      </w:r>
      <w:r>
        <w:rPr>
          <w:sz w:val="20"/>
        </w:rPr>
        <w:t>4:24  us insaan ke andar naya shauk, amal ka naya jazba, nayi spirit jagegi. Chalo, ab to ho gaya, ab nahi karunga.</w:t>
      </w:r>
      <w:r>
        <w:br/>
      </w:r>
      <w:r>
        <w:rPr>
          <w:sz w:val="20"/>
        </w:rPr>
        <w:t>4:37  ab to ho gaya, ab main koi naya kaam karunga, koi achhi baat karunga jo jisse wo wo cheez dhul jaye meri. To iske maane ye hain ki ye jo Allah ne kaha ki likh diya hai,</w:t>
      </w:r>
      <w:r>
        <w:br/>
      </w:r>
      <w:r>
        <w:rPr>
          <w:sz w:val="20"/>
        </w:rPr>
        <w:t>4:55  to iske maane ye hain ki likh to diya hai, lekin uska jo result niklega, good hamesha. Kyunki wo insaan galti, lamm ke taur par galti to cover ho jayegi usse. Sochega, sochega, sochega, ab usse ye galti ho gayi hai.</w:t>
      </w:r>
    </w:p>
    <w:p>
      <w:pPr>
        <w:pStyle w:val="Heading2"/>
      </w:pPr>
      <w:r>
        <w:t>Adjustment is the only option in life</w:t>
      </w:r>
    </w:p>
    <w:p>
      <w:r>
        <w:rPr>
          <w:color w:val="666666"/>
          <w:sz w:val="18"/>
        </w:rPr>
        <w:t>Adjustment the Only Option I January 26, 2010 · 2m 30s · at 0:06 · https://youtu.be/5jDoLit5NWU?t=6</w:t>
      </w:r>
    </w:p>
    <w:p>
      <w:r>
        <w:rPr>
          <w:i/>
        </w:rPr>
        <w:t>“Bismillah al-Rahman al-Raheem”</w:t>
      </w:r>
    </w:p>
    <w:p>
      <w:r>
        <w:rPr>
          <w:sz w:val="20"/>
        </w:rPr>
        <w:t>0:06  bismillah hir rahman nir rahim.</w:t>
      </w:r>
      <w:r>
        <w:br/>
      </w:r>
      <w:r>
        <w:rPr>
          <w:sz w:val="20"/>
        </w:rPr>
        <w:t>0:14  wa salla Allahu ala nabiyyi al-karim.</w:t>
      </w:r>
      <w:r>
        <w:br/>
      </w:r>
      <w:r>
        <w:rPr>
          <w:sz w:val="20"/>
        </w:rPr>
        <w:t>0:22  rabbi ishrah li sadri, wa yassir li amri, wah lul uqdatan min lisani, yafqahu qawli.</w:t>
      </w:r>
      <w:r>
        <w:br/>
      </w:r>
      <w:r>
        <w:rPr>
          <w:sz w:val="20"/>
        </w:rPr>
        <w:t>0:31  aaj ka topic hai: "adjustment the only option".</w:t>
      </w:r>
      <w:r>
        <w:br/>
      </w:r>
      <w:r>
        <w:rPr>
          <w:sz w:val="20"/>
        </w:rPr>
        <w:t>0:39  yani is duniya mein hamare liye ek hi option hai, woh hai adjustment.</w:t>
      </w:r>
      <w:r>
        <w:br/>
      </w:r>
      <w:r>
        <w:rPr>
          <w:sz w:val="20"/>
        </w:rPr>
        <w:t>0:47  agar hum adjustment karne ko tayyar na hon to phir koi doosra option hum apne aap create nahin kar sakte.</w:t>
      </w:r>
      <w:r>
        <w:br/>
      </w:r>
      <w:r>
        <w:rPr>
          <w:sz w:val="20"/>
        </w:rPr>
        <w:t>0:56  phir to yani disaster hai, tabahi hai.</w:t>
      </w:r>
      <w:r>
        <w:br/>
      </w:r>
      <w:r>
        <w:rPr>
          <w:sz w:val="20"/>
        </w:rPr>
        <w:t>1:04  jaise khana jo hai, food ke yani hamein food chahiye to food ke liye hamein jo khuda ne</w:t>
      </w:r>
      <w:r>
        <w:br/>
      </w:r>
      <w:r>
        <w:rPr>
          <w:sz w:val="20"/>
        </w:rPr>
        <w:t>1:12  paida kiya hai wahi lena hai.</w:t>
      </w:r>
      <w:r>
        <w:br/>
      </w:r>
      <w:r>
        <w:rPr>
          <w:sz w:val="20"/>
        </w:rPr>
        <w:t>1:21  patthar koi option nahi hai.</w:t>
      </w:r>
      <w:r>
        <w:br/>
      </w:r>
      <w:r>
        <w:rPr>
          <w:sz w:val="20"/>
        </w:rPr>
        <w:t>1:29  ya to khana khaiye ya mar jaiye.</w:t>
      </w:r>
      <w:r>
        <w:br/>
      </w:r>
      <w:r>
        <w:rPr>
          <w:sz w:val="20"/>
        </w:rPr>
        <w:t>1:37  aise hi ya to adjust kijiye ya suicide kar lijiye.</w:t>
      </w:r>
      <w:r>
        <w:br/>
      </w:r>
      <w:r>
        <w:rPr>
          <w:sz w:val="20"/>
        </w:rPr>
        <w:t>1:46  dekhiye, yeh bohat hi important baat hai.</w:t>
      </w:r>
      <w:r>
        <w:br/>
      </w:r>
      <w:r>
        <w:rPr>
          <w:sz w:val="20"/>
        </w:rPr>
        <w:t>1:54  yeh duniya kis ne banai hai? hum ne, aap ne to nahi banai hai.</w:t>
      </w:r>
      <w:r>
        <w:br/>
      </w:r>
      <w:r>
        <w:rPr>
          <w:sz w:val="20"/>
        </w:rPr>
        <w:t>2:02  to jo duniya banane wala hai, uska apna creation plan hai.</w:t>
      </w:r>
      <w:r>
        <w:br/>
      </w:r>
      <w:r>
        <w:rPr>
          <w:sz w:val="20"/>
        </w:rPr>
        <w:t>2:11  uske apne laws hain, jis ko hum kehte hain law of nature.</w:t>
      </w:r>
      <w:r>
        <w:br/>
      </w:r>
      <w:r>
        <w:rPr>
          <w:sz w:val="20"/>
        </w:rPr>
        <w:t>2:19  to bas wahi janna hai.</w:t>
      </w:r>
      <w:r>
        <w:br/>
      </w:r>
      <w:r>
        <w:rPr>
          <w:sz w:val="20"/>
        </w:rPr>
        <w:t>2:27  We have to discover those divine laws and we have to follow it.</w:t>
      </w:r>
      <w:r>
        <w:br/>
      </w:r>
      <w:r>
        <w:rPr>
          <w:sz w:val="20"/>
        </w:rPr>
        <w:t>2:36  There is no other option.</w:t>
      </w:r>
    </w:p>
    <w:p>
      <w:pPr>
        <w:pStyle w:val="Heading2"/>
      </w:pPr>
      <w:r>
        <w:t>Origin story of the Don't Be Angry hadith</w:t>
      </w:r>
    </w:p>
    <w:p>
      <w:r>
        <w:rPr>
          <w:color w:val="666666"/>
          <w:sz w:val="18"/>
        </w:rPr>
        <w:t>Don't Be Angry Culture January 15, 2012 · 1m 03s · at 2:01 · https://youtu.be/NrA3X8y_FLY?t=121</w:t>
      </w:r>
    </w:p>
    <w:p>
      <w:r>
        <w:rPr>
          <w:i/>
        </w:rPr>
        <w:t>“Ek riwayat mein aata hai ke ek sahabi Rasoolullah ke paas aaye”</w:t>
      </w:r>
    </w:p>
    <w:p>
      <w:r>
        <w:rPr>
          <w:sz w:val="20"/>
        </w:rPr>
        <w:t>2:01  ek riwayat mein aata hai ke ek sahabi rasool Allah ke paas aaye,</w:t>
      </w:r>
      <w:r>
        <w:br/>
      </w:r>
      <w:r>
        <w:rPr>
          <w:sz w:val="20"/>
        </w:rPr>
        <w:t>2:10  unhone ek sawal kiya. unhone kaha ke "ya rasool Allah, alimni kalimat aish biha wala tuksar alayya fa inna" .</w:t>
      </w:r>
      <w:r>
        <w:br/>
      </w:r>
      <w:r>
        <w:rPr>
          <w:sz w:val="20"/>
        </w:rPr>
        <w:t>2:28  is sawal ka tarjuma yeh hai ke "ae Allah ke rasool,</w:t>
      </w:r>
      <w:r>
        <w:br/>
      </w:r>
      <w:r>
        <w:rPr>
          <w:sz w:val="20"/>
        </w:rPr>
        <w:t>2:35  mujhe koi aisi baat bataiye jis mein mein jiyoon, aur woh lambi na ho ke mein bhool jaon".</w:t>
      </w:r>
      <w:r>
        <w:br/>
      </w:r>
      <w:r>
        <w:rPr>
          <w:sz w:val="20"/>
        </w:rPr>
        <w:t>2:46  to aap ne jawab diya: "la taghzab, don't be angry" . ghussa na karo.</w:t>
      </w:r>
      <w:r>
        <w:br/>
      </w:r>
      <w:r>
        <w:rPr>
          <w:sz w:val="20"/>
        </w:rPr>
        <w:t>2:56  isi lafz ko maine aaj ka title banaya hai: "la taghzab culture".</w:t>
      </w:r>
    </w:p>
    <w:p>
      <w:pPr>
        <w:pStyle w:val="Heading2"/>
      </w:pPr>
      <w:r>
        <w:t>Managing anger is the formula</w:t>
      </w:r>
    </w:p>
    <w:p>
      <w:r>
        <w:rPr>
          <w:color w:val="666666"/>
          <w:sz w:val="18"/>
        </w:rPr>
        <w:t>Don't Be Angry Culture January 15, 2012 Maulana Wahiduddin Khan · 1m 34s · at 58:09 · https://youtu.be/rY1Ikwmwwdk?t=3489</w:t>
      </w:r>
    </w:p>
    <w:p>
      <w:r>
        <w:rPr>
          <w:i/>
        </w:rPr>
        <w:t>“Ghusse ko manage karna seekhiye”</w:t>
      </w:r>
    </w:p>
    <w:p>
      <w:r>
        <w:rPr>
          <w:sz w:val="20"/>
        </w:rPr>
        <w:t>58:09  chahe dunya ka mamla ho, deen ka mamla ho, zaati mamla ho ya qaumi mamla ho. har jagah aap ko apne ko ghusse se bachana hai.</w:t>
      </w:r>
      <w:r>
        <w:br/>
      </w:r>
      <w:r>
        <w:rPr>
          <w:sz w:val="20"/>
        </w:rPr>
        <w:t>58:22  jaisa ke maine hadith aap ko pesh ki aap ki is khidmat mein. ke ghusse ko manage karna seekhiye. bajaye is ke ke ghusse ko aap doosron par dalna seekhein.</w:t>
      </w:r>
      <w:r>
        <w:br/>
      </w:r>
      <w:r>
        <w:rPr>
          <w:sz w:val="20"/>
        </w:rPr>
        <w:t>58:37  ghusse ko manage karna seekhiye. ghussa to aayega. hamein kya karna hai? ghusse ko manage karna. manage karne ke maane kya hain? control karna is ko.</w:t>
      </w:r>
      <w:r>
        <w:br/>
      </w:r>
      <w:r>
        <w:rPr>
          <w:sz w:val="20"/>
        </w:rPr>
        <w:t>58:47  apne andar zabt kar lena is ko. You have to manage your control. You have to manage your anger.</w:t>
      </w:r>
      <w:r>
        <w:br/>
      </w:r>
      <w:r>
        <w:rPr>
          <w:sz w:val="20"/>
        </w:rPr>
        <w:t>58:56  yeh formula hai. You have to manage your anger. yeh formula hai Islam ka.</w:t>
      </w:r>
      <w:r>
        <w:br/>
      </w:r>
      <w:r>
        <w:rPr>
          <w:sz w:val="20"/>
        </w:rPr>
        <w:t>59:05  yeh bohat hi ahem hai. har ek ke liye. har mamle ke liye. ke ghusse ko manage kijiye.</w:t>
      </w:r>
      <w:r>
        <w:br/>
      </w:r>
      <w:r>
        <w:rPr>
          <w:sz w:val="20"/>
        </w:rPr>
        <w:t>59:16  isi mein falah hai. dunya ki bhi, akhirat ki bhi. aur iman ki bhi. daawati aitbar se bhi aur doosre mamlaat mein bhi.</w:t>
      </w:r>
      <w:r>
        <w:br/>
      </w:r>
      <w:r>
        <w:rPr>
          <w:sz w:val="20"/>
        </w:rPr>
        <w:t>59:28  to ghusse ko manage karna yeh super formula hai. aap ke liye apne zindagi ke tamam mamlaat mein.</w:t>
      </w:r>
      <w:r>
        <w:br/>
      </w:r>
      <w:r>
        <w:rPr>
          <w:sz w:val="20"/>
        </w:rPr>
        <w:t>59:38  yahi mein kahunga.</w:t>
      </w:r>
    </w:p>
    <w:p>
      <w:pPr>
        <w:pStyle w:val="Heading2"/>
      </w:pPr>
      <w:r>
        <w:t>How to find opportunities in problems</w:t>
      </w:r>
    </w:p>
    <w:p>
      <w:r>
        <w:rPr>
          <w:color w:val="666666"/>
          <w:sz w:val="18"/>
        </w:rPr>
        <w:t>The Case of Present Day Muslims (In Conversation with Maulana) February 14, 2010 · 2m 40s · at 10:51 · https://youtu.be/Rw-5WYJKQtw?t=651</w:t>
      </w:r>
    </w:p>
    <w:p>
      <w:r>
        <w:rPr>
          <w:i/>
        </w:rPr>
        <w:t>“The most important thing is to save yourself from reaction.”</w:t>
      </w:r>
    </w:p>
    <w:p>
      <w:r>
        <w:rPr>
          <w:sz w:val="20"/>
        </w:rPr>
        <w:t>10:51  dekhen ek sab se aham baat hai ke reaction se apne ko bachaiye.</w:t>
      </w:r>
      <w:r>
        <w:br/>
      </w:r>
      <w:r>
        <w:rPr>
          <w:sz w:val="20"/>
        </w:rPr>
        <w:t>10:59  sab se aham baat yeh hai ke aap apne ko reaction se bachaye, bas reaction mein parein to woh dikhai nahi degi, opportunity dikhai nahi degi. mujhe bar bar aisa hua hai mere saath khud ke koi cheez hui, koi problem aaya to agar main main ne react kiya to opportunity mujhe dikhai nahi degi, main us ko kho doonga.</w:t>
      </w:r>
      <w:r>
        <w:br/>
      </w:r>
      <w:r>
        <w:rPr>
          <w:sz w:val="20"/>
        </w:rPr>
        <w:t>11:25  lekin main react na karoon, ja ke sochoon, namaz parhoon, dua karoon to khul jata hai ke bhai yeh mauqa hai to koi karo, us ko avel karo. to ek hi cheez hai jo key word hai is mein ke save yourself from reaction,</w:t>
      </w:r>
      <w:r>
        <w:br/>
      </w:r>
      <w:r>
        <w:rPr>
          <w:sz w:val="20"/>
        </w:rPr>
        <w:t>11:42  save yourself from reaction, yani instant reaction. yani foran aadmi bhadak kar ke react karta hai, is se bachiye apne aap ko aur soch soch ki taraf chale jaiye,</w:t>
      </w:r>
      <w:r>
        <w:br/>
      </w:r>
      <w:r>
        <w:rPr>
          <w:sz w:val="20"/>
        </w:rPr>
        <w:t>11:56  soch ki taraf chale jaiye. bombay ke ek sahib jo wahan principal the ek school mein, un ka hamare paas telephone aaya.</w:t>
      </w:r>
      <w:r>
        <w:br/>
      </w:r>
      <w:r>
        <w:rPr>
          <w:sz w:val="20"/>
        </w:rPr>
        <w:t>12:05  hamare wahan ke un ko principal ke ka koi masla paida hua un ka aur woh jhagda ho gaya management se aur us ke baad woh office jana chhod diya unhone.</w:t>
      </w:r>
      <w:r>
        <w:br/>
      </w:r>
      <w:r>
        <w:rPr>
          <w:sz w:val="20"/>
        </w:rPr>
        <w:t>12:20  to unhone kaha ke main kya karoon? main ne kaha kya karein ke wahi wahi wahi na kiye jo aap ne kiya, jo aap ne kiya isi ko na kijiye. ab jhagda kyon kiya aap ne?</w:t>
      </w:r>
      <w:r>
        <w:br/>
      </w:r>
      <w:r>
        <w:rPr>
          <w:sz w:val="20"/>
        </w:rPr>
        <w:t>12:30  ab nafrat kyon ki in se? ghussa kyon hue aap? ek baat thi us waqt aap kehte the bhai meri ghalti hui, bas baat khatam ho jati hai wahin par jo baat thi ek.</w:t>
      </w:r>
      <w:r>
        <w:br/>
      </w:r>
      <w:r>
        <w:rPr>
          <w:sz w:val="20"/>
        </w:rPr>
        <w:t>12:41  to aap keh dete hain ke management se ke bhai yeh meri ghalti thi, to baat wahin ke wahin khatam ho jati hai. ab aap ne jhagda kiya, aap ne ladai bhadai ki, aap ghussa hue to unhone mana, unhone ja ke dobara se kaha ke main ne kaha ke aap ja ke sorry kahiye, maaf mangiye.</w:t>
      </w:r>
      <w:r>
        <w:br/>
      </w:r>
      <w:r>
        <w:rPr>
          <w:sz w:val="20"/>
        </w:rPr>
        <w:t>12:58  ja ke woh maafi mangiye, unhone sab baat khatam ho gayi, sab baat khatam. to jab bhi koi aisa mamla pesh aaye to bas ek hi kaam kijiye, instant reaction se bachaiye apne aap ko aur chale jaiye is mein sochne mein chale jaiye, sochiye, sochiye, sochiye, sochiye.</w:t>
      </w:r>
      <w:r>
        <w:br/>
      </w:r>
      <w:r>
        <w:rPr>
          <w:sz w:val="20"/>
        </w:rPr>
        <w:t>13:20  aur yani hundred percent mein keh sakta hoon aap ko ke aap ko opportunity samne aa jayegi jo is se better hogi aap ke liye.</w:t>
      </w:r>
    </w:p>
    <w:p>
      <w:pPr>
        <w:pStyle w:val="Heading2"/>
      </w:pPr>
      <w:r>
        <w:t>Prophet's calm planning solves a narrow mountain pass</w:t>
      </w:r>
    </w:p>
    <w:p>
      <w:r>
        <w:rPr>
          <w:color w:val="666666"/>
          <w:sz w:val="18"/>
        </w:rPr>
        <w:t>Power of Peace June 6, 2010 Maulana Wahiduddin Khan · 2m 34s · at 49:34 · https://youtu.be/QNnouRoYI38?t=2974</w:t>
      </w:r>
    </w:p>
    <w:p>
      <w:r>
        <w:rPr>
          <w:i/>
        </w:rPr>
        <w:t>“Raste mein pahad aa gaya, barah hazar aadmi the”</w:t>
      </w:r>
    </w:p>
    <w:p>
      <w:r>
        <w:rPr>
          <w:sz w:val="20"/>
        </w:rPr>
        <w:t>49:34  rasool Allah ek martaba ja rahay thay makka se, woh taif. to rastay mein pahaar aa gaya.</w:t>
      </w:r>
      <w:r>
        <w:br/>
      </w:r>
      <w:r>
        <w:rPr>
          <w:sz w:val="20"/>
        </w:rPr>
        <w:t>49:43  pahaaron mein daray hotay hain. idhar bhi pahaar, idhar bhi pahaar, beech mein dara. to jis ko kehtay hain pass.</w:t>
      </w:r>
      <w:r>
        <w:br/>
      </w:r>
      <w:r>
        <w:rPr>
          <w:sz w:val="20"/>
        </w:rPr>
        <w:t>49:52  p a double s pass, dara. to woh daray jo hain itnay chauray nahi hotay. aap ke sath is waqt koi barah hazar aadmi thay. ab aisay phailay hue thay.</w:t>
      </w:r>
      <w:r>
        <w:br/>
      </w:r>
      <w:r>
        <w:rPr>
          <w:sz w:val="20"/>
        </w:rPr>
        <w:t>50:05  woh phailay hue thay. yani horizontal way mein phailay hue thay. barah hazar aap chalen, aap to phailay hue chalengay. ab wahan pohanchay to logon ne kaha ke bhai kya kya jaye, kaise itnay saray hum log hain.</w:t>
      </w:r>
      <w:r>
        <w:br/>
      </w:r>
      <w:r>
        <w:rPr>
          <w:sz w:val="20"/>
        </w:rPr>
        <w:t>50:17  aur yeh yeh pass jo hai, yeh dara jo hai, yeh to bohat tang hai.</w:t>
      </w:r>
      <w:r>
        <w:br/>
      </w:r>
      <w:r>
        <w:rPr>
          <w:sz w:val="20"/>
        </w:rPr>
        <w:t>50:22  to aap dekhen rasool Allah ka tareeqa kya tha.</w:t>
      </w:r>
      <w:r>
        <w:br/>
      </w:r>
      <w:r>
        <w:rPr>
          <w:sz w:val="20"/>
        </w:rPr>
        <w:t>50:27  bilkul yani apnay ko, yani apnay ko bohat hi thanday tareeqay se soch kar ke rai banana.</w:t>
      </w:r>
      <w:r>
        <w:br/>
      </w:r>
      <w:r>
        <w:rPr>
          <w:sz w:val="20"/>
        </w:rPr>
        <w:t>50:35  aik dam hamesha thanday mind se sochna. to aap ne kaha ke jantay ho is is rastay ka naam kya hai? to unhon ne kaha ke alzaiqa, is ka naam hai.</w:t>
      </w:r>
      <w:r>
        <w:br/>
      </w:r>
      <w:r>
        <w:rPr>
          <w:sz w:val="20"/>
        </w:rPr>
        <w:t>50:49  chounkay woh tang aik rasta tha, unhon ne is ka naam bhi rakh diya tha alzaiqa. tang. yeh naam tha</w:t>
      </w:r>
      <w:r>
        <w:br/>
      </w:r>
      <w:r>
        <w:rPr>
          <w:sz w:val="20"/>
        </w:rPr>
        <w:t>50:56  is ka. alzaiqa. Narrow lane. to aap ne kaha ke nahin. bil woh alsara.</w:t>
      </w:r>
      <w:r>
        <w:br/>
      </w:r>
      <w:r>
        <w:rPr>
          <w:sz w:val="20"/>
        </w:rPr>
        <w:t>51:06  yeh to chaura rasta hai. yeh to asan rasta hai. to unhon ne kaha ke woh kaise? ab log jo hain is is waqayay ko, woh jo jo samnay jo tha, usi mein unke uljhay hue thay.</w:t>
      </w:r>
      <w:r>
        <w:br/>
      </w:r>
      <w:r>
        <w:rPr>
          <w:sz w:val="20"/>
        </w:rPr>
        <w:t>51:21  is se bahar nikal kar ke, jis ko kehtay hain obsession. log obsession mein sochtay hain.</w:t>
      </w:r>
      <w:r>
        <w:br/>
      </w:r>
      <w:r>
        <w:rPr>
          <w:sz w:val="20"/>
        </w:rPr>
        <w:t>51:27  samnay aik dara hai, woh tang hai. bas isi ko le kar soch rahay hain, soch rahay hain, soch rahay hain. aap is se bahar aaiye. is obsession se bahar aaiye, tab samajh mein ayega aap ko.</w:t>
      </w:r>
      <w:r>
        <w:br/>
      </w:r>
      <w:r>
        <w:rPr>
          <w:sz w:val="20"/>
        </w:rPr>
        <w:t>51:36  to aap ne kaha ke bohat asan hai. ab tum phailay hue ho, yani horizontal way mein. ab tum vertical way mein aa jao. yani line bana lo.</w:t>
      </w:r>
      <w:r>
        <w:br/>
      </w:r>
      <w:r>
        <w:rPr>
          <w:sz w:val="20"/>
        </w:rPr>
        <w:t>51:49  yani line bana lo to do do aur char ki line bana kar ke sab ke sab aap par ho gaye.</w:t>
      </w:r>
      <w:r>
        <w:br/>
      </w:r>
      <w:r>
        <w:rPr>
          <w:sz w:val="20"/>
        </w:rPr>
        <w:t>51:57  to jo log bhark jayen, woh kabhi soch nahin paatay. jo bhark jayen, woh kabhi soch nahin paatay. aur jo na bharkay, woh soch paatay hain.</w:t>
      </w:r>
    </w:p>
    <w:p>
      <w:pPr>
        <w:pStyle w:val="Heading2"/>
      </w:pPr>
      <w:r>
        <w:t>Option of avoidance in negativity</w:t>
      </w:r>
    </w:p>
    <w:p>
      <w:r>
        <w:rPr>
          <w:color w:val="666666"/>
          <w:sz w:val="18"/>
        </w:rPr>
        <w:t>Journey of Divine Civilization | January 24, 2010 · 2m 34s · at 1:26:22 · https://youtu.be/QCWXCjeZxnc?t=5182</w:t>
      </w:r>
    </w:p>
    <w:p>
      <w:r>
        <w:rPr>
          <w:i/>
        </w:rPr>
        <w:t>“Dekhiye option ka maamla hai”</w:t>
      </w:r>
    </w:p>
    <w:p>
      <w:r>
        <w:rPr>
          <w:sz w:val="20"/>
        </w:rPr>
        <w:t>1:26:22  can't to achieve positive mind engineering? dekhiye, option ka mamla hai.</w:t>
      </w:r>
      <w:r>
        <w:br/>
      </w:r>
      <w:r>
        <w:rPr>
          <w:sz w:val="20"/>
        </w:rPr>
        <w:t>1:26:28  yeh option ka yani ek situation create hui, woh hai negative, unwanted.</w:t>
      </w:r>
      <w:r>
        <w:br/>
      </w:r>
      <w:r>
        <w:rPr>
          <w:sz w:val="20"/>
        </w:rPr>
        <w:t>1:26:35  to hamare do mein se ek option hai: ya to lad jayein.</w:t>
      </w:r>
      <w:r>
        <w:br/>
      </w:r>
      <w:r>
        <w:rPr>
          <w:sz w:val="20"/>
        </w:rPr>
        <w:t>1:26:41  ladne ke maani kya hote hain? aur problem badhana.</w:t>
      </w:r>
      <w:r>
        <w:br/>
      </w:r>
      <w:r>
        <w:rPr>
          <w:sz w:val="20"/>
        </w:rPr>
        <w:t>1:26:47  aap dekhein, jo bhi aadmi</w:t>
      </w:r>
      <w:r>
        <w:br/>
      </w:r>
      <w:r>
        <w:rPr>
          <w:sz w:val="20"/>
        </w:rPr>
        <w:t>1:26:53  اس کو excuse بناتا ہے، excuse بنا کے لڑتا ہے، تو کیا ہوتا ہے؟ heavy price دینا پڑتا</w:t>
      </w:r>
      <w:r>
        <w:br/>
      </w:r>
      <w:r>
        <w:rPr>
          <w:sz w:val="20"/>
        </w:rPr>
        <w:t>1:26:59  hai aap ko, aur zyada loss uthana padta hai aap ko.</w:t>
      </w:r>
      <w:r>
        <w:br/>
      </w:r>
      <w:r>
        <w:rPr>
          <w:sz w:val="20"/>
        </w:rPr>
        <w:t>1:27:06  lekin agar aap avoid karein to kuch bhi nahin, koi price nahin, koi price hi nahin.</w:t>
      </w:r>
      <w:r>
        <w:br/>
      </w:r>
      <w:r>
        <w:rPr>
          <w:sz w:val="20"/>
        </w:rPr>
        <w:t>1:27:12  hum to roz aisa karta hoon, aisa hota hai ke ek situation mere samne aati hai, use mere</w:t>
      </w:r>
      <w:r>
        <w:br/>
      </w:r>
      <w:r>
        <w:rPr>
          <w:sz w:val="20"/>
        </w:rPr>
        <w:t>1:27:19  andar negative thought aane lagte hain, ghussa aata hai, to usi waqt refuse kar deta hoon main.</w:t>
      </w:r>
      <w:r>
        <w:br/>
      </w:r>
      <w:r>
        <w:rPr>
          <w:sz w:val="20"/>
        </w:rPr>
        <w:t>1:27:25  to apne aap ko bacha leta hoon main. jaise maine misaal di aap ko he supreme court ke faisle ki. ab saare musalman is mein negative ban gaye hain. dekho, hamare mazhab mein dakhal diya ja raha hai. hamare mazhab ko ek aadmi ne aaj main ne paper mein padha ki ek saazish hai, ek conspiracy hai ki musalman democratic process mein hissa na le sakein. ab yeh kyon nahin? koi baat hi karte hain. upsid baat hai yeh. yeh supreme court ke judgment ko unhone yeh kaha</w:t>
      </w:r>
      <w:r>
        <w:br/>
      </w:r>
      <w:r>
        <w:rPr>
          <w:sz w:val="20"/>
        </w:rPr>
        <w:t>1:27:55  hai ke ek saazish hai, ek conspiracy hai ke musalman jo hain India mein ek jo democratic process</w:t>
      </w:r>
      <w:r>
        <w:br/>
      </w:r>
      <w:r>
        <w:rPr>
          <w:sz w:val="20"/>
        </w:rPr>
        <w:t>1:28:00  hai, us mein na aa sakein, un ko alag kar diya jaye.</w:t>
      </w:r>
      <w:r>
        <w:br/>
      </w:r>
      <w:r>
        <w:rPr>
          <w:sz w:val="20"/>
        </w:rPr>
        <w:t>1:28:04  bilkul lakhon baatein hain, is ko diffuse kijiye.</w:t>
      </w:r>
      <w:r>
        <w:br/>
      </w:r>
      <w:r>
        <w:rPr>
          <w:sz w:val="20"/>
        </w:rPr>
        <w:t>1:28:09  maine diffuse kiya ke is ka judgment jo hai supreme court ka, wo wo identification se taluq hai.</w:t>
      </w:r>
      <w:r>
        <w:br/>
      </w:r>
      <w:r>
        <w:rPr>
          <w:sz w:val="20"/>
        </w:rPr>
        <w:t>1:28:13  is ka yeh nahin ke musalman burqa pehnein ke na pehnein.</w:t>
      </w:r>
      <w:r>
        <w:br/>
      </w:r>
      <w:r>
        <w:rPr>
          <w:sz w:val="20"/>
        </w:rPr>
        <w:t>1:28:18  wo to un ka, un ko koi kuch bhi nahin kaha.</w:t>
      </w:r>
      <w:r>
        <w:br/>
      </w:r>
      <w:r>
        <w:rPr>
          <w:sz w:val="20"/>
        </w:rPr>
        <w:t>1:28:22  court ne that not that domain</w:t>
      </w:r>
      <w:r>
        <w:br/>
      </w:r>
      <w:r>
        <w:rPr>
          <w:sz w:val="20"/>
        </w:rPr>
        <w:t>1:28:27  । to identification ke liye unhein kehne ka haq hai. aap hajj pe jaate hain, tab bhi hota hai. safar karte hain bahar, tab bhi hota hai. passport mein hota hai. to wahi wahan bhi chahiye. paanch saal mein ek baar. to main ne diffuse kar diya us ko. mere andar koi nafrat nahin, koi main aisi boli nahin bola ki sab musalmanon ko democratic process alag karne ki is ki yeh conspiracy hai. to usi waqt deen deen aap diffuse kar dijiye. bas baat khatam ho jaati hai. yaani</w:t>
      </w:r>
    </w:p>
    <w:p>
      <w:pPr>
        <w:pStyle w:val="Heading2"/>
      </w:pPr>
      <w:r>
        <w:t>Two kinds of lies exploitative and compulsive</w:t>
      </w:r>
    </w:p>
    <w:p>
      <w:r>
        <w:rPr>
          <w:color w:val="666666"/>
          <w:sz w:val="18"/>
        </w:rPr>
        <w:t>Speaking Truth (In conversation with Maulan) · 1m 39s · at 4:41 · https://youtu.be/Fi3Z0-JgBac?t=281</w:t>
      </w:r>
    </w:p>
    <w:p>
      <w:r>
        <w:rPr>
          <w:i/>
        </w:rPr>
        <w:t>“Jhooth do qism ka hota hai”</w:t>
      </w:r>
    </w:p>
    <w:p>
      <w:r>
        <w:rPr>
          <w:sz w:val="20"/>
        </w:rPr>
        <w:t>4:41  jhoot do qism ka hota hai. ek hai aap doosre ko exploit karne ke liye jhoot bolen. woh to kabhi nahi bolna chahiye. aapko dikhai padega, agar main yahan par aisa keh diya maine jhoot, jhooti baat, to zyada faida main gain kar sakta hoon. to exploit karne ke liye jhoot bolna, yeh to har haal mein bura hai. lekin jo system hai,</w:t>
      </w:r>
      <w:r>
        <w:br/>
      </w:r>
      <w:r>
        <w:rPr>
          <w:sz w:val="20"/>
        </w:rPr>
        <w:t>5:10  us system ki wajah se kabhi compulsively aadmi ko jhoot bolna padta hai. to woh jaayaz hai.</w:t>
      </w:r>
      <w:r>
        <w:br/>
      </w:r>
      <w:r>
        <w:rPr>
          <w:sz w:val="20"/>
        </w:rPr>
        <w:t>5:21  jaise ke humne ek ghar liya,</w:t>
      </w:r>
      <w:r>
        <w:br/>
      </w:r>
      <w:r>
        <w:rPr>
          <w:sz w:val="20"/>
        </w:rPr>
        <w:t>5:24  toh teen saal tak uska recession nahi hua.</w:t>
      </w:r>
      <w:r>
        <w:br/>
      </w:r>
      <w:r>
        <w:rPr>
          <w:sz w:val="20"/>
        </w:rPr>
        <w:t>5:29  toh ek saahab aaye, unhone kaha ke aap teen saal se daud rahe hain aur kitna is par</w:t>
      </w:r>
      <w:r>
        <w:br/>
      </w:r>
      <w:r>
        <w:rPr>
          <w:sz w:val="20"/>
        </w:rPr>
        <w:t>5:34  paisa kharch kar diya hoga aap sawariyon mein, mujhe dijiye.</w:t>
      </w:r>
      <w:r>
        <w:br/>
      </w:r>
      <w:r>
        <w:rPr>
          <w:sz w:val="20"/>
        </w:rPr>
        <w:t>5:39  woh gaye aur unhone kuch sau-do sau rupaye diya aur recession karke chale aaye.</w:t>
      </w:r>
      <w:r>
        <w:br/>
      </w:r>
      <w:r>
        <w:rPr>
          <w:sz w:val="20"/>
        </w:rPr>
        <w:t>5:45  toh main samajhta hoon ke yeh jhoot toh jaayaz hai.</w:t>
      </w:r>
      <w:r>
        <w:br/>
      </w:r>
      <w:r>
        <w:rPr>
          <w:sz w:val="20"/>
        </w:rPr>
        <w:t>5:49  yaani under compulsion jo jhoot bolna pade,</w:t>
      </w:r>
      <w:r>
        <w:br/>
      </w:r>
      <w:r>
        <w:rPr>
          <w:sz w:val="20"/>
        </w:rPr>
        <w:t>5:53  woh jaayaz hai. aur jo jhoot bolna pade exploitation ke liye, zyada faida lene ke liye, doosron ko bewakoof banane ke liye, woh jaayaz nahi hai. sheikh saadi ne kaha tha ke "daroghe maslahat aamez bih az raasti fitna angez."</w:t>
      </w:r>
    </w:p>
    <w:p>
      <w:pPr>
        <w:pStyle w:val="Heading2"/>
      </w:pPr>
      <w:r>
        <w:t>Knowledge in nature not in heart</w:t>
      </w:r>
    </w:p>
    <w:p>
      <w:r>
        <w:rPr>
          <w:color w:val="666666"/>
          <w:sz w:val="18"/>
        </w:rPr>
        <w:t>Journey of Divine Civilization | January 24, 2010 · 1m 02s · at 3:20 · https://youtu.be/QCWXCjeZxnc?t=200</w:t>
      </w:r>
    </w:p>
    <w:p>
      <w:r>
        <w:rPr>
          <w:i/>
        </w:rPr>
        <w:t>“Sufiyon ne yeh samajh liya”</w:t>
      </w:r>
    </w:p>
    <w:p>
      <w:r>
        <w:rPr>
          <w:sz w:val="20"/>
        </w:rPr>
        <w:t>3:20  Sufia ne yeh samajh liya ke dil mein sari baatein hain, dil ko unfold karo to marifat</w:t>
      </w:r>
      <w:r>
        <w:br/>
      </w:r>
      <w:r>
        <w:rPr>
          <w:sz w:val="20"/>
        </w:rPr>
        <w:t>3:26  hazir ho jayegi.</w:t>
      </w:r>
      <w:r>
        <w:br/>
      </w:r>
      <w:r>
        <w:rPr>
          <w:sz w:val="20"/>
        </w:rPr>
        <w:t>3:32  yeh bilkul baseless baat thi ke dil mein to koi baat hai hi nahi.</w:t>
      </w:r>
      <w:r>
        <w:br/>
      </w:r>
      <w:r>
        <w:rPr>
          <w:sz w:val="20"/>
        </w:rPr>
        <w:t>3:39  Dil to sirf circulation of blood ka zariya hai, marifat is ke andar nahi hai.</w:t>
      </w:r>
      <w:r>
        <w:br/>
      </w:r>
      <w:r>
        <w:rPr>
          <w:sz w:val="20"/>
        </w:rPr>
        <w:t>3:45  to dil mein woh sari koshish karte rahe, unfold karein, woh unfold kuch bhi nahi hua.</w:t>
      </w:r>
      <w:r>
        <w:br/>
      </w:r>
      <w:r>
        <w:rPr>
          <w:sz w:val="20"/>
        </w:rPr>
        <w:t>3:51  yeh to nature mein unfold karna tha.</w:t>
      </w:r>
      <w:r>
        <w:br/>
      </w:r>
      <w:r>
        <w:rPr>
          <w:sz w:val="20"/>
        </w:rPr>
        <w:t>3:56  Khuda ki jo creation hai, us mein sari baatein thi Khuda ki.</w:t>
      </w:r>
      <w:r>
        <w:br/>
      </w:r>
      <w:r>
        <w:rPr>
          <w:sz w:val="20"/>
        </w:rPr>
        <w:t>4:00  yani khalq apni takhleeq mein numayan hua tha.</w:t>
      </w:r>
      <w:r>
        <w:br/>
      </w:r>
      <w:r>
        <w:rPr>
          <w:sz w:val="20"/>
        </w:rPr>
        <w:t>4:04  Creator apni creation mein numayan hua tha.</w:t>
      </w:r>
      <w:r>
        <w:br/>
      </w:r>
      <w:r>
        <w:rPr>
          <w:sz w:val="20"/>
        </w:rPr>
        <w:t>4:09  wahan par unfold karna tha.</w:t>
      </w:r>
      <w:r>
        <w:br/>
      </w:r>
      <w:r>
        <w:rPr>
          <w:sz w:val="20"/>
        </w:rPr>
        <w:t>4:13  bada ajeeb baat hai ke yeh kaam Musalmanon ne sarrre hi se nahi kiya.</w:t>
      </w:r>
      <w:r>
        <w:br/>
      </w:r>
      <w:r>
        <w:rPr>
          <w:sz w:val="20"/>
        </w:rPr>
        <w:t>4:17  bahut ajeeb baat maloom hoti hai ke jo maqsad hayat tha ke marifat ko unfold karna,</w:t>
      </w:r>
    </w:p>
    <w:p>
      <w:pPr>
        <w:pStyle w:val="Heading2"/>
      </w:pPr>
      <w:r>
        <w:t>Hadith explained: ingratitude to people blinds you to blessings</w:t>
      </w:r>
    </w:p>
    <w:p>
      <w:r>
        <w:rPr>
          <w:color w:val="666666"/>
          <w:sz w:val="18"/>
        </w:rPr>
        <w:t>Problem and Shukr March 15, 2015 · 1m 29s · at 8:50 · https://youtu.be/SPBsXjH1hzM?t=530</w:t>
      </w:r>
    </w:p>
    <w:p>
      <w:r>
        <w:rPr>
          <w:i/>
        </w:rPr>
        <w:t>“Man lam yashkur an-naas lam yashkur Allah”</w:t>
      </w:r>
    </w:p>
    <w:p>
      <w:r>
        <w:rPr>
          <w:sz w:val="20"/>
        </w:rPr>
        <w:t>8:50  al-Tirmidhi jo hadith ki ek kitab hai, yani chha kitaben jo siha kayati hain, un mein se ek hai woh. to is mein ek riwayat in alfaz mein aayi hai: "man lam yashkur al-nas lam yashkur Allah".</w:t>
      </w:r>
      <w:r>
        <w:br/>
      </w:r>
      <w:r>
        <w:rPr>
          <w:sz w:val="20"/>
        </w:rPr>
        <w:t>9:08  "man lam yashkur al-nas lam yashkur Allah".</w:t>
      </w:r>
      <w:r>
        <w:br/>
      </w:r>
      <w:r>
        <w:rPr>
          <w:sz w:val="20"/>
        </w:rPr>
        <w:t>9:12  jo shakhs</w:t>
      </w:r>
      <w:r>
        <w:br/>
      </w:r>
      <w:r>
        <w:rPr>
          <w:sz w:val="20"/>
        </w:rPr>
        <w:t>9:16  insan ka shukar nahi karega, woh Allah ka shukar bhi nahi karega. is ko bhi bohat dinon se sochta tha kya matlab hai is ka.</w:t>
      </w:r>
      <w:r>
        <w:br/>
      </w:r>
      <w:r>
        <w:rPr>
          <w:sz w:val="20"/>
        </w:rPr>
        <w:t>9:28  is ka matlab yeh hai ke jo aadmi insan ke bare mein nashukri mein jiye ga, nashukri mein, yani complaint mein jiye ga, nafrat mein jiye ga, ghusse mein jiye ga, nashukri mein jiye ga, insan ke bare mein,</w:t>
      </w:r>
      <w:r>
        <w:br/>
      </w:r>
      <w:r>
        <w:rPr>
          <w:sz w:val="20"/>
        </w:rPr>
        <w:t>9:44  to is ki poori personality negative ho jayegi.</w:t>
      </w:r>
      <w:r>
        <w:br/>
      </w:r>
      <w:r>
        <w:rPr>
          <w:sz w:val="20"/>
        </w:rPr>
        <w:t>9:49  to bazahir aap apni personality ko negative banayenge insan ki nisbat se, lekin woh extend kar ke Allah tak pohnchegi.</w:t>
      </w:r>
      <w:r>
        <w:br/>
      </w:r>
      <w:r>
        <w:rPr>
          <w:sz w:val="20"/>
        </w:rPr>
        <w:t>10:00  to kya hoga? nashukri mein ka obsession ban jayega aap ka. yani shikayat, nashukri, negative thinking, yeh aap ka obsession ban jayega.</w:t>
      </w:r>
      <w:r>
        <w:br/>
      </w:r>
      <w:r>
        <w:rPr>
          <w:sz w:val="20"/>
        </w:rPr>
        <w:t>10:11  is obsession ki wajah se kuch dikhai nahi dega aap ko ke nematton mein Allah taala ne rakha aap ko.</w:t>
      </w:r>
    </w:p>
    <w:p>
      <w:pPr>
        <w:pStyle w:val="Heading2"/>
      </w:pPr>
      <w:r>
        <w:t>Complaints about a system are really complaints about people</w:t>
      </w:r>
    </w:p>
    <w:p>
      <w:r>
        <w:rPr>
          <w:color w:val="666666"/>
          <w:sz w:val="18"/>
        </w:rPr>
        <w:t>Problem and Shukr March 15, 2015 · 2m 01s · at 53:38 · https://youtu.be/SPBsXjH1hzM?t=3218</w:t>
      </w:r>
    </w:p>
    <w:p>
      <w:r>
        <w:rPr>
          <w:i/>
        </w:rPr>
        <w:t>“Yeh to aapne sirf lafz badal diya, system kaun banata hai?”</w:t>
      </w:r>
    </w:p>
    <w:p>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p>
    <w:p>
      <w:pPr>
        <w:pStyle w:val="Heading2"/>
      </w:pPr>
      <w:r>
        <w:t>Iron becomes steel through fire: trials refine human character</w:t>
      </w:r>
    </w:p>
    <w:p>
      <w:r>
        <w:rPr>
          <w:color w:val="666666"/>
          <w:sz w:val="18"/>
        </w:rPr>
        <w:t>CPS Women Article Discussion 17 February 5, 2023 · 1m 45s · at 52:05 · https://youtu.be/YwT3btklNZk?t=3125</w:t>
      </w:r>
    </w:p>
    <w:p>
      <w:r>
        <w:rPr>
          <w:i/>
        </w:rPr>
        <w:t>“लोहा कच्ची धात की तरह ज़मीन से निकलता है, फिर स्टील बनता है”</w:t>
      </w:r>
    </w:p>
    <w:p>
      <w:r>
        <w:rPr>
          <w:sz w:val="20"/>
        </w:rPr>
        <w:t>52:05  yahi hai us samay. Doctor Safina kya compute kar denge terpan hoga? haan kar dijiye, dua kar lijiye. achha. aur saamne ek lohe ki misaal se yeh bhi bataya hai ke loha jo hai kachhi dhaat ki tarah se aur ki shakal mein zameen se nikalta hai.</w:t>
      </w:r>
      <w:r>
        <w:br/>
      </w:r>
      <w:r>
        <w:rPr>
          <w:sz w:val="20"/>
        </w:rPr>
        <w:t>52:31  toh woh bahut hi saare halaat se guzarte hue machine se aankh se guzarte hue tak jaakar woh steel banta hai. toh isi tarah se Maulana saamne usko refresh kiya tha ke band lekar bataya tha ke insaan koi isi duniya mein bahut saare halaat, bahut saare mushkilat se guzarna padta hai. logon ke talak tazrabaad, nafrat shikayat aur bahut saari takleefon se guzarna padta hai.</w:t>
      </w:r>
      <w:r>
        <w:br/>
      </w:r>
      <w:r>
        <w:rPr>
          <w:sz w:val="20"/>
        </w:rPr>
        <w:t>53:00  kuda ke kanoon ke mutabiq hain. jo jo bhi uske saath halaat pesh aate hain insaanon ki taraf se toh aazaadi ki bina par aate hain aur bhi uske saath jo bhi halaat aate hain toh woh tarah tarah ke halaat guzarnay se guzarnay ke baad yeh insaan ke liye zaroori hai. yeh Allah ka kanoon hai.</w:t>
      </w:r>
      <w:r>
        <w:br/>
      </w:r>
      <w:r>
        <w:rPr>
          <w:sz w:val="20"/>
        </w:rPr>
        <w:t>53:21  yeh insaan ke test hain aur in halaat se guzarnay ke liye insaan ke paas sabse important cheez jo hoti hai woh sabr aur bardaasht honi chahiye. toh usi ke zariye insaan apne potential ko actual banata hai aur phir jaakar woh ashraf ul makhlokaat ka darja paata hai jaise ke insaan potentially ashraf ul makhlokaat hai magar yeh darja usko jab bhi milega jab woh apne potential ko actualize kare.</w:t>
      </w:r>
      <w:r>
        <w:br/>
      </w:r>
      <w:r>
        <w:rPr>
          <w:sz w:val="20"/>
        </w:rPr>
        <w:t>53:50  to yeh jo hai jaise samajh mein aata tha yeh rohe wala jo vishal molana ne diya.</w:t>
      </w:r>
    </w:p>
    <w:p>
      <w:pPr>
        <w:pStyle w:val="Heading2"/>
      </w:pPr>
      <w:r>
        <w:t>Qiyamat triggers when no God-conscious left</w:t>
      </w:r>
    </w:p>
    <w:p>
      <w:r>
        <w:rPr>
          <w:color w:val="666666"/>
          <w:sz w:val="18"/>
        </w:rPr>
        <w:t>Q&amp;A 24 May 2009 Maulana Wahiduddin Khan · 2m 56s · at 14:51 · https://youtu.be/Ek6Ct3LZGOs?t=891</w:t>
      </w:r>
    </w:p>
    <w:p>
      <w:r>
        <w:rPr>
          <w:i/>
        </w:rPr>
        <w:t>“Dekhiye, jahan tak main jaanta hoon.”</w:t>
      </w:r>
    </w:p>
    <w:p>
      <w:r>
        <w:rPr>
          <w:sz w:val="20"/>
        </w:rPr>
        <w:t>14:51  dekhen, jahan tak mein janta hoon, jo padha hai maine,</w:t>
      </w:r>
      <w:r>
        <w:br/>
      </w:r>
      <w:r>
        <w:rPr>
          <w:sz w:val="20"/>
        </w:rPr>
        <w:t>14:58  to woh yahi hai jaisa ke hadith mein aaya hai ke qayamat bure logon par aayegi. hadith mein aata hai ke is waqt tak qayamat nahin aayegi jab tak dunya mein Allah Allah karne wale log baqi hain.</w:t>
      </w:r>
      <w:r>
        <w:br/>
      </w:r>
      <w:r>
        <w:rPr>
          <w:sz w:val="20"/>
        </w:rPr>
        <w:t>15:13  ek bhi Allah Allah karne wala baqi hai to qayamat nahin aayegi.</w:t>
      </w:r>
      <w:r>
        <w:br/>
      </w:r>
      <w:r>
        <w:rPr>
          <w:sz w:val="20"/>
        </w:rPr>
        <w:t>15:17  dekhen, is hadith ka matlab be log nahin samajhte. yeh is se matlab discussion nahin hai ke ungliyon par Allah Allah Allah Allah Allah Allah ke bas ruki rahegi.</w:t>
      </w:r>
      <w:r>
        <w:br/>
      </w:r>
      <w:r>
        <w:rPr>
          <w:sz w:val="20"/>
        </w:rPr>
        <w:t>15:26  yeh bilkul absent baat hai. nahin, is ka matlab yeh hai ke Allah ko apna concern banane wale</w:t>
      </w:r>
      <w:r>
        <w:br/>
      </w:r>
      <w:r>
        <w:rPr>
          <w:sz w:val="20"/>
        </w:rPr>
        <w:t>15:35  log jab dunya mein nahin rahenge, Allah ko priority base pe lene wale jab dunya mein nahin rahenge, Allah se sahi maano mein darne wale dunya mein nahin rahenge to qayamat aa jayegi.</w:t>
      </w:r>
      <w:r>
        <w:br/>
      </w:r>
      <w:r>
        <w:rPr>
          <w:sz w:val="20"/>
        </w:rPr>
        <w:t>15:49  kyun? yeh dunya jo hai, yeh koi</w:t>
      </w:r>
      <w:r>
        <w:br/>
      </w:r>
      <w:r>
        <w:rPr>
          <w:sz w:val="20"/>
        </w:rPr>
        <w:t>15:53  hamara yani hamari property nahin hai. yeh jo planet hai, yeh jo life support system hai, yahan par itni sari jo hamari cheezen hain, di gayi hain hum ko.</w:t>
      </w:r>
      <w:r>
        <w:br/>
      </w:r>
      <w:r>
        <w:rPr>
          <w:sz w:val="20"/>
        </w:rPr>
        <w:t>16:06  yeh koi hum, yeh koi hum, is ka hum matlab right ke nahin mili hain.</w:t>
      </w:r>
      <w:r>
        <w:br/>
      </w:r>
      <w:r>
        <w:rPr>
          <w:sz w:val="20"/>
        </w:rPr>
        <w:t>16:12  yeh test ke liye mili hain. yaad rakhen, koi bhi cheez kisi ko right ke taur par nahin mili, sirf test ke liye. test ka matlab kya hai?</w:t>
      </w:r>
      <w:r>
        <w:br/>
      </w:r>
      <w:r>
        <w:rPr>
          <w:sz w:val="20"/>
        </w:rPr>
        <w:t>16:22  yeh dekhne ke liye ke kaun sacha hai, kaun jhootha hai, kaun apni</w:t>
      </w:r>
      <w:r>
        <w:br/>
      </w:r>
      <w:r>
        <w:rPr>
          <w:sz w:val="20"/>
        </w:rPr>
        <w:t>16:31  freedom ko misuse karta hai, kaun is ko proper tareeqe se use karta hai. to is hadith ka matlab mein yeh samjhaun ke jo woh hai ke ek bhi aadmi Allah Allah karne wala jab na rahe to Khuda dekh raha hai, dekh raha hai, dekh raha hai.</w:t>
      </w:r>
      <w:r>
        <w:br/>
      </w:r>
      <w:r>
        <w:rPr>
          <w:sz w:val="20"/>
        </w:rPr>
        <w:t>16:48  is ka selection ka jo kaam hai, woh chal raha hai. yahan tak jab Khuda dekhega ke ab woh doori close ho gaya, ab koi aadmi jo paida hoga dunya mein, sirf bigdega, woh banne wala hai hi nahin.</w:t>
      </w:r>
      <w:r>
        <w:br/>
      </w:r>
      <w:r>
        <w:rPr>
          <w:sz w:val="20"/>
        </w:rPr>
        <w:t>17:03  woh</w:t>
      </w:r>
      <w:r>
        <w:br/>
      </w:r>
      <w:r>
        <w:rPr>
          <w:sz w:val="20"/>
        </w:rPr>
        <w:t>17:07  to Khuda watch kar raha hai, Khuda ke angel watch kar rahe hain. to jab Khuda ka yeh faisla hoga ke ab koi aadmi aisa paida hone wala nahin hai, kyunke itna culture itna bigad chuka hai, society itni bigad chuki hai, conditionen itni kharab ho chuki hain</w:t>
      </w:r>
      <w:r>
        <w:br/>
      </w:r>
      <w:r>
        <w:rPr>
          <w:sz w:val="20"/>
        </w:rPr>
        <w:t>17:29  ke jo aayega, usi mein condition hota rahega.</w:t>
      </w:r>
      <w:r>
        <w:br/>
      </w:r>
      <w:r>
        <w:rPr>
          <w:sz w:val="20"/>
        </w:rPr>
        <w:t>17:34  to jab yeh haal, jab yeh hoga to qayamat aa jayegi, kyunke iske baad koi kyun rahe duniya mein? yeh yeh duniya ko phir bhi rahe. yeh duniya justification kho denge log.</w:t>
      </w:r>
    </w:p>
    <w:p>
      <w:pPr>
        <w:pStyle w:val="Heading2"/>
      </w:pPr>
      <w:r>
        <w:t>Two types of planning and Japan example</w:t>
      </w:r>
    </w:p>
    <w:p>
      <w:r>
        <w:rPr>
          <w:color w:val="666666"/>
          <w:sz w:val="18"/>
        </w:rPr>
        <w:t>Patience and Creative Thinking April 20, 2020 Maulana Wahiduddin Khan · 3m 01s · at 16:34 · https://youtu.be/zhpSQwyj_6Q?t=994</w:t>
      </w:r>
    </w:p>
    <w:p>
      <w:r>
        <w:rPr>
          <w:i/>
        </w:rPr>
        <w:t>“Ek planning yeh hai jo mabni par reaction ho”</w:t>
      </w:r>
    </w:p>
    <w:p>
      <w:r>
        <w:rPr>
          <w:sz w:val="20"/>
        </w:rPr>
        <w:t>16:34  mabni par reaction ho, aap bhark uthe, ghussa ho gaye, negative thought aap ko dara gaya, aur us ki buniyad par aap ne kuch planning kar dali.</w:t>
      </w:r>
      <w:r>
        <w:br/>
      </w:r>
      <w:r>
        <w:rPr>
          <w:sz w:val="20"/>
        </w:rPr>
        <w:t>16:47  aur ek hai ke aap apni bharke rahen,</w:t>
      </w:r>
      <w:r>
        <w:br/>
      </w:r>
      <w:r>
        <w:rPr>
          <w:sz w:val="20"/>
        </w:rPr>
        <w:t>16:52  aap ne koi reaction nahin dikhaya, socha, socha, socha, sochte sochte aap ne khamosh planning ki.</w:t>
      </w:r>
      <w:r>
        <w:br/>
      </w:r>
      <w:r>
        <w:rPr>
          <w:sz w:val="20"/>
        </w:rPr>
        <w:t>17:02  aise hi log kaamyaab hote hain.</w:t>
      </w:r>
      <w:r>
        <w:br/>
      </w:r>
      <w:r>
        <w:rPr>
          <w:sz w:val="20"/>
        </w:rPr>
        <w:t>17:14  isi ki misaal mein deta hoon,</w:t>
      </w:r>
      <w:r>
        <w:br/>
      </w:r>
      <w:r>
        <w:rPr>
          <w:sz w:val="20"/>
        </w:rPr>
        <w:t>17:21  japan par jab</w:t>
      </w:r>
      <w:r>
        <w:br/>
      </w:r>
      <w:r>
        <w:rPr>
          <w:sz w:val="20"/>
        </w:rPr>
        <w:t>17:30  america ne atom gira diya, do atom,</w:t>
      </w:r>
      <w:r>
        <w:br/>
      </w:r>
      <w:r>
        <w:rPr>
          <w:sz w:val="20"/>
        </w:rPr>
        <w:t>17:38  to saare japan mein ghussa chha gaya, ghussa.</w:t>
      </w:r>
      <w:r>
        <w:br/>
      </w:r>
      <w:r>
        <w:rPr>
          <w:sz w:val="20"/>
        </w:rPr>
        <w:t>17:49  to japaniyon ka zehan o sakhti yeh tha</w:t>
      </w:r>
      <w:r>
        <w:br/>
      </w:r>
      <w:r>
        <w:rPr>
          <w:sz w:val="20"/>
        </w:rPr>
        <w:t>17:57  ke hum badla lenge, badla lenge. to us waqt un ki logic yeh thi ke hum ne, hamari air force</w:t>
      </w:r>
      <w:r>
        <w:br/>
      </w:r>
      <w:r>
        <w:rPr>
          <w:sz w:val="20"/>
        </w:rPr>
        <w:t>18:21  abhi bhi</w:t>
      </w:r>
      <w:r>
        <w:br/>
      </w:r>
      <w:r>
        <w:rPr>
          <w:sz w:val="20"/>
        </w:rPr>
        <w:t>18:26  hamare paas hai,</w:t>
      </w:r>
      <w:r>
        <w:br/>
      </w:r>
      <w:r>
        <w:rPr>
          <w:sz w:val="20"/>
        </w:rPr>
        <w:t>18:31  hamari bhaari taaqat ab bhi hamare paas hai.</w:t>
      </w:r>
      <w:r>
        <w:br/>
      </w:r>
      <w:r>
        <w:rPr>
          <w:sz w:val="20"/>
        </w:rPr>
        <w:t>18:37  to hum apni taaqat ko istemaal kar ke</w:t>
      </w:r>
      <w:r>
        <w:br/>
      </w:r>
      <w:r>
        <w:rPr>
          <w:sz w:val="20"/>
        </w:rPr>
        <w:t>18:46  america ko tabaah kar sakte hain,</w:t>
      </w:r>
      <w:r>
        <w:br/>
      </w:r>
      <w:r>
        <w:rPr>
          <w:sz w:val="20"/>
        </w:rPr>
        <w:t>18:53  lekin japan mein kuch bohat hi zyada samajhdaar log the, unhone kaha ke</w:t>
      </w:r>
      <w:r>
        <w:br/>
      </w:r>
      <w:r>
        <w:rPr>
          <w:sz w:val="20"/>
        </w:rPr>
        <w:t>19:07  america chup hi rahega, tum kuch karoge to woh bhi kuch karenge.</w:t>
      </w:r>
      <w:r>
        <w:br/>
      </w:r>
      <w:r>
        <w:rPr>
          <w:sz w:val="20"/>
        </w:rPr>
        <w:t>19:16  to ab jo hai karna yeh hai ke hum apni taaqat ko bachayein,</w:t>
      </w:r>
      <w:r>
        <w:br/>
      </w:r>
      <w:r>
        <w:rPr>
          <w:sz w:val="20"/>
        </w:rPr>
        <w:t>19:23  reaction na karein,</w:t>
      </w:r>
      <w:r>
        <w:br/>
      </w:r>
      <w:r>
        <w:rPr>
          <w:sz w:val="20"/>
        </w:rPr>
        <w:t>19:28  khamosh planning karein.</w:t>
      </w:r>
    </w:p>
    <w:p>
      <w:pPr>
        <w:pStyle w:val="Heading2"/>
      </w:pPr>
      <w:r>
        <w:t>From seeker to discovering Quran</w:t>
      </w:r>
    </w:p>
    <w:p>
      <w:r>
        <w:rPr>
          <w:color w:val="666666"/>
          <w:sz w:val="18"/>
        </w:rPr>
        <w:t>Interview Session with Maulana Wahiduddin Khan English · 1m 35s · at 0:23 · https://youtu.be/oNKYrZsbzr4?t=23</w:t>
      </w:r>
    </w:p>
    <w:p>
      <w:r>
        <w:rPr>
          <w:i/>
        </w:rPr>
        <w:t>“I am a different kind of person.”</w:t>
      </w:r>
    </w:p>
    <w:p>
      <w:r>
        <w:rPr>
          <w:sz w:val="20"/>
        </w:rPr>
        <w:t>0:23  I am a different kind of person. I was educated in some religious seminary, and also I learned English, and I educated all those other subjects</w:t>
      </w:r>
      <w:r>
        <w:br/>
      </w:r>
      <w:r>
        <w:rPr>
          <w:sz w:val="20"/>
        </w:rPr>
        <w:t>0:40  after completing my education in madrasa, that is, seminary. So I discovered for some time I was an agnostic person, agnostic.</w:t>
      </w:r>
      <w:r>
        <w:br/>
      </w:r>
      <w:r>
        <w:rPr>
          <w:sz w:val="20"/>
        </w:rPr>
        <w:t>0:58  I lose I'm not that kind of religious person.</w:t>
      </w:r>
      <w:r>
        <w:br/>
      </w:r>
      <w:r>
        <w:rPr>
          <w:sz w:val="20"/>
        </w:rPr>
        <w:t>1:06  So after a long study, I rediscovered my faith, although I was born in a Muslim family, and also I was educated in some Arabic madrasa.</w:t>
      </w:r>
      <w:r>
        <w:br/>
      </w:r>
      <w:r>
        <w:rPr>
          <w:sz w:val="20"/>
        </w:rPr>
        <w:t>1:21  But I felt that my nature is somewhat different. I wanted to know directly what is truth</w:t>
      </w:r>
      <w:r>
        <w:br/>
      </w:r>
      <w:r>
        <w:rPr>
          <w:sz w:val="20"/>
        </w:rPr>
        <w:t>1:32  . Then after a long study, I discovered that what I'm seeking, that is, Qur'an.</w:t>
      </w:r>
      <w:r>
        <w:br/>
      </w:r>
      <w:r>
        <w:rPr>
          <w:sz w:val="20"/>
        </w:rPr>
        <w:t>1:41  In the Qur'an, I found the answers of my</w:t>
      </w:r>
      <w:r>
        <w:br/>
      </w:r>
      <w:r>
        <w:rPr>
          <w:sz w:val="20"/>
        </w:rPr>
        <w:t>1:48  seeking. So basically, I was a seeker person, seeker. I started my life as a seeker. Then I discovered Qur'an as the truth.</w:t>
      </w:r>
    </w:p>
    <w:p>
      <w:pPr>
        <w:pStyle w:val="Heading2"/>
      </w:pPr>
      <w:r>
        <w:t>A mother in America begging: save our children from leaving Islam</w:t>
      </w:r>
    </w:p>
    <w:p>
      <w:r>
        <w:rPr>
          <w:color w:val="666666"/>
          <w:sz w:val="18"/>
        </w:rPr>
        <w:t>Is Islam in Danger, January 10, 2007 · 2m 28s · at 32:21 · https://youtu.be/1vrUjeA7508?t=1941</w:t>
      </w:r>
    </w:p>
    <w:p>
      <w:r>
        <w:rPr>
          <w:i/>
        </w:rPr>
        <w:t>“ایک بار میں امریکہ میں تھا”</w:t>
      </w:r>
    </w:p>
    <w:p>
      <w:r>
        <w:rPr>
          <w:sz w:val="20"/>
        </w:rPr>
        <w:t>32:21  to ek baar main america mein tha. to wahan par ek bohat. ek sanatkar the, ek musalman.</w:t>
      </w:r>
      <w:r>
        <w:br/>
      </w:r>
      <w:r>
        <w:rPr>
          <w:sz w:val="20"/>
        </w:rPr>
        <w:t>32:34  jo hijrat kar ke wahan gaye, wahan base. aur un ki computer industry hai bohat bari. to un ke haan meri sham ko unhon ne dinner par bulaya tha aur bhi kai log the.</w:t>
      </w:r>
      <w:r>
        <w:br/>
      </w:r>
      <w:r>
        <w:rPr>
          <w:sz w:val="20"/>
        </w:rPr>
        <w:t>32:49  to dinner ke baad mujh se kaha gaya ke begum sahib aap se milna chahti hain. yani jo industry ke jo malik the un ki biwi.</w:t>
      </w:r>
      <w:r>
        <w:br/>
      </w:r>
      <w:r>
        <w:rPr>
          <w:sz w:val="20"/>
        </w:rPr>
        <w:t>33:03  un ka bohat bara ghar tha.</w:t>
      </w:r>
      <w:r>
        <w:br/>
      </w:r>
      <w:r>
        <w:rPr>
          <w:sz w:val="20"/>
        </w:rPr>
        <w:t>33:07  to ek kamre mein mujhe le jaya gaya. wahan begum sahib aayeen. to wahan main tha aur woh tha bas do aadmi.</w:t>
      </w:r>
      <w:r>
        <w:br/>
      </w:r>
      <w:r>
        <w:rPr>
          <w:sz w:val="20"/>
        </w:rPr>
        <w:t>33:19  to main samajhta tha ke woh mujh se kuch poochegi. kuch un ko sawalat honge. islam ke bare mein kuch un ko mujh se janna hoga.</w:t>
      </w:r>
      <w:r>
        <w:br/>
      </w:r>
      <w:r>
        <w:rPr>
          <w:sz w:val="20"/>
        </w:rPr>
        <w:t>33:30  lekin jante hain hua kya? jab woh aayeen aur kursi par baithin to ek dam rone lagin. rone lagin bilkul.</w:t>
      </w:r>
      <w:r>
        <w:br/>
      </w:r>
      <w:r>
        <w:rPr>
          <w:sz w:val="20"/>
        </w:rPr>
        <w:t>33:44  unki awaz jaise band ho gayi ho, munh se bol na nikalti ho.</w:t>
      </w:r>
      <w:r>
        <w:br/>
      </w:r>
      <w:r>
        <w:rPr>
          <w:sz w:val="20"/>
        </w:rPr>
        <w:t>33:50  to rote rote phir unhon ne kaha ke Maulana sahib.</w:t>
      </w:r>
      <w:r>
        <w:br/>
      </w:r>
      <w:r>
        <w:rPr>
          <w:sz w:val="20"/>
        </w:rPr>
        <w:t>33:57  bachchon ko</w:t>
      </w:r>
      <w:r>
        <w:br/>
      </w:r>
      <w:r>
        <w:rPr>
          <w:sz w:val="20"/>
        </w:rPr>
        <w:t>34:03  bachaiye. hamare bachche islam se door chale gaye. hamare bachchon ko bachaiye.</w:t>
      </w:r>
      <w:r>
        <w:br/>
      </w:r>
      <w:r>
        <w:rPr>
          <w:sz w:val="20"/>
        </w:rPr>
        <w:t>34:21  bas ek kahawat chali gayi. dua kijiye. haan un ka keh dua kijiye. hamare bachchon ke liye dua kijiye ke woh phir deen ki taraf loot aayen.</w:t>
      </w:r>
      <w:r>
        <w:br/>
      </w:r>
      <w:r>
        <w:rPr>
          <w:sz w:val="20"/>
        </w:rPr>
        <w:t>34:34  is tarah ka mere saath bar bar hua hai. bar bar. jahan bhi main jata hoon. jitne walidain hain.</w:t>
      </w:r>
      <w:r>
        <w:br/>
      </w:r>
      <w:r>
        <w:rPr>
          <w:sz w:val="20"/>
        </w:rPr>
        <w:t>34:44  woh apne bachchon ke bare mein yahi shikayat karte hain.</w:t>
      </w:r>
    </w:p>
    <w:p>
      <w:pPr>
        <w:pStyle w:val="Heading2"/>
      </w:pPr>
      <w:r>
        <w:t>Yusuf story imagines mobile phone in past</w:t>
      </w:r>
    </w:p>
    <w:p>
      <w:r>
        <w:rPr>
          <w:color w:val="666666"/>
          <w:sz w:val="18"/>
        </w:rPr>
        <w:t>From The Spiritual Tree 28 Nov, 2010 - Maulana Wahiduddin Khan · 1m 58s · at 17:12 · https://youtu.be/LDMY7FjQRIE?t=1032</w:t>
      </w:r>
    </w:p>
    <w:p>
      <w:r>
        <w:rPr>
          <w:i/>
        </w:rPr>
        <w:t>“Quran mein ek bahut ajeeb qissa hai”</w:t>
      </w:r>
    </w:p>
    <w:p>
      <w:r>
        <w:rPr>
          <w:sz w:val="20"/>
        </w:rPr>
        <w:t>17:12  quran majeed mein dekhiye, ek bohat ajeeb qissa hai. Hazrat Yaqoob ka, Hazrat Yusuf ka.</w:t>
      </w:r>
      <w:r>
        <w:br/>
      </w:r>
      <w:r>
        <w:rPr>
          <w:sz w:val="20"/>
        </w:rPr>
        <w:t>17:21  Hazrat Yaqoob ke bete thay Yusuf. Jin se riwalri hui kuch logon ko.</w:t>
      </w:r>
      <w:r>
        <w:br/>
      </w:r>
      <w:r>
        <w:rPr>
          <w:sz w:val="20"/>
        </w:rPr>
        <w:t>17:29  Unhon ne un ko kunwein mein daal diya. Jis mein pani nahi hota, aisa kunwaan, sookha kunwaan. Us waqt un ki umar barah saal thi Hazrat Yusuf ki.</w:t>
      </w:r>
      <w:r>
        <w:br/>
      </w:r>
      <w:r>
        <w:rPr>
          <w:sz w:val="20"/>
        </w:rPr>
        <w:t>17:42  Barah saal ki.</w:t>
      </w:r>
      <w:r>
        <w:br/>
      </w:r>
      <w:r>
        <w:rPr>
          <w:sz w:val="20"/>
        </w:rPr>
        <w:t>17:46  Is ke baad kya hua? Yani taqreeban pachees saal tak baap un ka be khabar hai ke mera beta kahan gaya.</w:t>
      </w:r>
      <w:r>
        <w:br/>
      </w:r>
      <w:r>
        <w:rPr>
          <w:sz w:val="20"/>
        </w:rPr>
        <w:t>17:58  Bible mein bees saal likha hai ke bees saal. Ke main samajhta hoon ke bees saal se kuch zyada hona chahiye. To bees saal ya pachees saal tak Hazrat Yaqoob jo baap thay un ke, woh be khabar rahe.</w:t>
      </w:r>
      <w:r>
        <w:br/>
      </w:r>
      <w:r>
        <w:rPr>
          <w:sz w:val="20"/>
        </w:rPr>
        <w:t>18:12  Aur Quran mein hai ke un</w:t>
      </w:r>
      <w:r>
        <w:br/>
      </w:r>
      <w:r>
        <w:rPr>
          <w:sz w:val="20"/>
        </w:rPr>
        <w:t>18:16  ki aankhein jo hain jaati rahin. Kamzor ho gayin, zu'f-e-basar ho gaya. Rote rote un ke haan kamzor ho gayin, theek se dikhai nahi deta tha.</w:t>
      </w:r>
      <w:r>
        <w:br/>
      </w:r>
      <w:r>
        <w:rPr>
          <w:sz w:val="20"/>
        </w:rPr>
        <w:t>18:26  Ab ghor kijiye ke bees pachees saal tak jo rota rahe, kya anjaam hoga is ka?</w:t>
      </w:r>
      <w:r>
        <w:br/>
      </w:r>
      <w:r>
        <w:rPr>
          <w:sz w:val="20"/>
        </w:rPr>
        <w:t>18:34  Ab aap sochiye ke agar mobile ka zamana hota woh to kya hota? Jab Hazrat Yusuf, Hazrat Yusuf, aaj kal har ek ki jeb mein mobile hota hai.</w:t>
      </w:r>
      <w:r>
        <w:br/>
      </w:r>
      <w:r>
        <w:rPr>
          <w:sz w:val="20"/>
        </w:rPr>
        <w:t>18:44  Sabzi farosh aur safai ke Ramzan, sab ki jeb mein mobile hai. To Hazrat Yusuf ki jeb mein agar mobile hota,</w:t>
      </w:r>
      <w:r>
        <w:br/>
      </w:r>
      <w:r>
        <w:rPr>
          <w:sz w:val="20"/>
        </w:rPr>
        <w:t>18:52  Jab kunwein mein daala tha un ke jo un ke mukhalifeen ne, to mobile nikalte jeb se aur telephone karte hain apne baap ko ke main is ko kunwein mein hoon.</w:t>
      </w:r>
      <w:r>
        <w:br/>
      </w:r>
      <w:r>
        <w:rPr>
          <w:sz w:val="20"/>
        </w:rPr>
        <w:t>19:07  Phir tareekh doosri hoti.</w:t>
      </w:r>
    </w:p>
    <w:p>
      <w:pPr>
        <w:pStyle w:val="Heading2"/>
      </w:pPr>
      <w:r>
        <w:t>Everyone practices patience at home, no excuse</w:t>
      </w:r>
    </w:p>
    <w:p>
      <w:r>
        <w:rPr>
          <w:color w:val="666666"/>
          <w:sz w:val="18"/>
        </w:rPr>
        <w:t>Religious Understanding October 18, 2015 Maulana Wahiduddin Khan · 1m 34s · at 44:32 · https://youtu.be/yt5TAVhva6E?t=2672</w:t>
      </w:r>
    </w:p>
    <w:p>
      <w:r>
        <w:rPr>
          <w:i/>
        </w:rPr>
        <w:t>“Ghar mein aap sabr karte hain.”</w:t>
      </w:r>
    </w:p>
    <w:p>
      <w:r>
        <w:rPr>
          <w:sz w:val="20"/>
        </w:rPr>
        <w:t>44:32  ghar mein aap sabr karte hi karte hain. har maa, har baap ghar mein sabr karte hi karte hain. nahi to ghar mein roz larai ho. to kis ne aap ko mana kiya hai ke aap bahar bhi sabr karain?</w:t>
      </w:r>
      <w:r>
        <w:br/>
      </w:r>
      <w:r>
        <w:rPr>
          <w:sz w:val="20"/>
        </w:rPr>
        <w:t>44:46  yani ghar mein bachcha agar chaye ki pyali tod de to aap sabr kar lete hain. aur bahar zara si koi baat ho jati hai, aap wahan londay khare hotay hain.</w:t>
      </w:r>
      <w:r>
        <w:br/>
      </w:r>
      <w:r>
        <w:rPr>
          <w:sz w:val="20"/>
        </w:rPr>
        <w:t>44:56  to yeh to, yeh to uzar nahi hai. yeh to, yani double character hai. yeh to munafiqat hai ke ghar mein aap sabr karte hain aur bahar kehte hain ke main sabr nahi karne ko tayar hoon.</w:t>
      </w:r>
      <w:r>
        <w:br/>
      </w:r>
      <w:r>
        <w:rPr>
          <w:sz w:val="20"/>
        </w:rPr>
        <w:t>45:08  to munafiqat hai. aur inner munafiqat hai.</w:t>
      </w:r>
      <w:r>
        <w:br/>
      </w:r>
      <w:r>
        <w:rPr>
          <w:sz w:val="20"/>
        </w:rPr>
        <w:t>45:16  father class farmandar, aap ghor kijiye ke kon insan hai jis ko sabr karna na aata ho? kon insan hai jo sabr karna na aata ho? har aadmi ko aata hai.</w:t>
      </w:r>
      <w:r>
        <w:br/>
      </w:r>
      <w:r>
        <w:rPr>
          <w:sz w:val="20"/>
        </w:rPr>
        <w:t>45:26  ghar mein har aadmi sabr karte hi karta hai. na kare to ghar ujad jaye.</w:t>
      </w:r>
      <w:r>
        <w:br/>
      </w:r>
      <w:r>
        <w:rPr>
          <w:sz w:val="20"/>
        </w:rPr>
        <w:t>45:38  main ek ghar, ek sahib ke ghar mein baitha tha. main</w:t>
      </w:r>
      <w:r>
        <w:br/>
      </w:r>
      <w:r>
        <w:rPr>
          <w:sz w:val="20"/>
        </w:rPr>
        <w:t>45:43  koi chhota bachcha, woh gend khel raha tha. to gend un ka munh par laga, un ke baap ke munh par laga ke. to hansne lagay.</w:t>
      </w:r>
      <w:r>
        <w:br/>
      </w:r>
      <w:r>
        <w:rPr>
          <w:sz w:val="20"/>
        </w:rPr>
        <w:t>45:53  to bachcha agar phere, phenke to aap ko munh par lag ja kar ke to aap hansne lagtay hain. aur road par agar koi kahin se koi aa jaye, koi konkri to aap ghussa ho jatay hain.</w:t>
      </w:r>
    </w:p>
    <w:p>
      <w:pPr>
        <w:pStyle w:val="Heading2"/>
      </w:pPr>
      <w:r>
        <w:t>Paradise has no problems but pleasant activities</w:t>
      </w:r>
    </w:p>
    <w:p>
      <w:r>
        <w:rPr>
          <w:color w:val="666666"/>
          <w:sz w:val="18"/>
        </w:rPr>
        <w:t>Speaking Truth (In conversation with Maulan) · 2m 21s · at 8:05 · https://youtu.be/Fi3Z0-JgBac?t=485</w:t>
      </w:r>
    </w:p>
    <w:p>
      <w:r>
        <w:rPr>
          <w:i/>
        </w:rPr>
        <w:t>“Dekhiye, ek hai problem, ek hai activities”</w:t>
      </w:r>
    </w:p>
    <w:p>
      <w:r>
        <w:rPr>
          <w:sz w:val="20"/>
        </w:rPr>
        <w:t>8:05  dekhiye, ek hai problem,</w:t>
      </w:r>
      <w:r>
        <w:br/>
      </w:r>
      <w:r>
        <w:rPr>
          <w:sz w:val="20"/>
        </w:rPr>
        <w:t>8:07  ek hai activities.</w:t>
      </w:r>
      <w:r>
        <w:br/>
      </w:r>
      <w:r>
        <w:rPr>
          <w:sz w:val="20"/>
        </w:rPr>
        <w:t>8:11  problem ka matlab yeh hai ki hum</w:t>
      </w:r>
      <w:r>
        <w:br/>
      </w:r>
      <w:r>
        <w:rPr>
          <w:sz w:val="20"/>
        </w:rPr>
        <w:t>8:15  dar mein zindagi guzaren</w:t>
      </w:r>
      <w:r>
        <w:br/>
      </w:r>
      <w:r>
        <w:rPr>
          <w:sz w:val="20"/>
        </w:rPr>
        <w:t>8:18  aur logon ke buraiyon se bachne ka khauf hamein laga hua ho.</w:t>
      </w:r>
      <w:r>
        <w:br/>
      </w:r>
      <w:r>
        <w:rPr>
          <w:sz w:val="20"/>
        </w:rPr>
        <w:t>8:26  toh quran mein hai ki "la khaufun alaihim wala hum yahzaroon."</w:t>
      </w:r>
      <w:r>
        <w:br/>
      </w:r>
      <w:r>
        <w:rPr>
          <w:sz w:val="20"/>
        </w:rPr>
        <w:t>8:32  unko na dar hoga aur na andesha hoga.</w:t>
      </w:r>
      <w:r>
        <w:br/>
      </w:r>
      <w:r>
        <w:rPr>
          <w:sz w:val="20"/>
        </w:rPr>
        <w:t>8:38  unhein na takleef hogi</w:t>
      </w:r>
      <w:r>
        <w:br/>
      </w:r>
      <w:r>
        <w:rPr>
          <w:sz w:val="20"/>
        </w:rPr>
        <w:t>8:40  aur na gham hoga.</w:t>
      </w:r>
      <w:r>
        <w:br/>
      </w:r>
      <w:r>
        <w:rPr>
          <w:sz w:val="20"/>
        </w:rPr>
        <w:t>8:43  baqi jahan tak activities ki baat hai,</w:t>
      </w:r>
      <w:r>
        <w:br/>
      </w:r>
      <w:r>
        <w:rPr>
          <w:sz w:val="20"/>
        </w:rPr>
        <w:t>8:46  to quran mein hai ke</w:t>
      </w:r>
      <w:r>
        <w:br/>
      </w:r>
      <w:r>
        <w:rPr>
          <w:sz w:val="20"/>
        </w:rPr>
        <w:t>8:49  "wuhum fi shughlin faaquhoon."</w:t>
      </w:r>
      <w:r>
        <w:br/>
      </w:r>
      <w:r>
        <w:rPr>
          <w:sz w:val="20"/>
        </w:rPr>
        <w:t>8:54  yaani bohat hi pleasant activities.</w:t>
      </w:r>
      <w:r>
        <w:br/>
      </w:r>
      <w:r>
        <w:rPr>
          <w:sz w:val="20"/>
        </w:rPr>
        <w:t>9:01  saari activities hongi.</w:t>
      </w:r>
      <w:r>
        <w:br/>
      </w:r>
      <w:r>
        <w:rPr>
          <w:sz w:val="20"/>
        </w:rPr>
        <w:t>9:03  jaise hum meeting karte hain, wahan bhi meeting hogi.</w:t>
      </w:r>
      <w:r>
        <w:br/>
      </w:r>
      <w:r>
        <w:rPr>
          <w:sz w:val="20"/>
        </w:rPr>
        <w:t>9:06  hum safar karte hain, wahan bhi safar hoga.</w:t>
      </w:r>
      <w:r>
        <w:br/>
      </w:r>
      <w:r>
        <w:rPr>
          <w:sz w:val="20"/>
        </w:rPr>
        <w:t>9:09  lekin wahan ke aeroplane mein jab hum baithenge, to up and down ka hamein experience nahi hoga.</w:t>
      </w:r>
      <w:r>
        <w:br/>
      </w:r>
      <w:r>
        <w:rPr>
          <w:sz w:val="20"/>
        </w:rPr>
        <w:t>9:18  aap jante hain ke jahazon mein aksar aisa hota hai ke isko kehte hain down draft,</w:t>
      </w:r>
      <w:r>
        <w:br/>
      </w:r>
      <w:r>
        <w:rPr>
          <w:sz w:val="20"/>
        </w:rPr>
        <w:t>9:24  up draft, down draft. isko kehte hain up draft, down draft. kyunke air ka dabav kahin ghat jata hai, kahin badh jata hai. kahin pocket hote hain. to jahaz achanak neeche aa jata hai.</w:t>
      </w:r>
      <w:r>
        <w:br/>
      </w:r>
      <w:r>
        <w:rPr>
          <w:sz w:val="20"/>
        </w:rPr>
        <w:t>9:39  to yeh sab wahan nahi hoga. train hai to yahan aap jante hain ke accident ho jate hain. woh gaadi jo hai, derail ho jati hai. patri utar jati hai. to yeh sab challenge nahi hai. ek hai challenge, ek hai problem.</w:t>
      </w:r>
      <w:r>
        <w:br/>
      </w:r>
      <w:r>
        <w:rPr>
          <w:sz w:val="20"/>
        </w:rPr>
        <w:t>9:56  to wahan problem nahi hoga. baqi pleasant way mein har cheez hogi wahan par. pleasant way mein har cheez hogi.</w:t>
      </w:r>
      <w:r>
        <w:br/>
      </w:r>
      <w:r>
        <w:rPr>
          <w:sz w:val="20"/>
        </w:rPr>
        <w:t>10:09  har cheez hogi wahan par. discussion hoga, competition hoga, daud-dhoop hogi. saari pleasant activities wahan par hongi. lekin jo unnecessary problems jo hain, woh wahan par nahi honge.</w:t>
      </w:r>
    </w:p>
    <w:p>
      <w:pPr>
        <w:pStyle w:val="Heading2"/>
      </w:pPr>
      <w:r>
        <w:t>Full explanation of jihad's true Quranic meaning</w:t>
      </w:r>
    </w:p>
    <w:p>
      <w:r>
        <w:rPr>
          <w:color w:val="666666"/>
          <w:sz w:val="18"/>
        </w:rPr>
        <w:t>Don't Be Angry Culture January 15, 2012 · 1m 52s · at 1:23:19 · https://youtu.be/NrA3X8y_FLY?t=4999</w:t>
      </w:r>
    </w:p>
    <w:p>
      <w:r>
        <w:rPr>
          <w:i/>
        </w:rPr>
        <w:t>“Jihad ka mani koshish hai, bas aur kuch nahi”</w:t>
      </w:r>
    </w:p>
    <w:p>
      <w:r>
        <w:rPr>
          <w:sz w:val="20"/>
        </w:rPr>
        <w:t>1:23:19  maulana, agla sawal aaya hai Mr. Waseem Qureshi ka Delhi se. unhon ne likha hai: "Maulana sahib, I just want to know what is the right definition of jihad according to you?"</w:t>
      </w:r>
      <w:r>
        <w:br/>
      </w:r>
      <w:r>
        <w:rPr>
          <w:sz w:val="20"/>
        </w:rPr>
        <w:t>1:23:32  jihad ka matlab koshish hai. jihad ka matlab hai struggle, bas aur kuch nahi. jihad ka matlab qitaal nahi hai. jo is ko kahe qitaal, woh sarkashi karta hai.</w:t>
      </w:r>
      <w:r>
        <w:br/>
      </w:r>
      <w:r>
        <w:rPr>
          <w:sz w:val="20"/>
        </w:rPr>
        <w:t>1:23:47  yani kisi bhi achhe kaam ke liye jo koshish karte hain, wahi jihad hai. ladna bhidna ek alag cheez hai, is ka jihad se koi taaluq nahi hai.</w:t>
      </w:r>
      <w:r>
        <w:br/>
      </w:r>
      <w:r>
        <w:rPr>
          <w:sz w:val="20"/>
        </w:rPr>
        <w:t>1:23:57  mein ek hi ayat aap ko bataoon, ja kar quran mein ja kar parhiye, aap surah furqan mein:</w:t>
      </w:r>
      <w:r>
        <w:br/>
      </w:r>
      <w:r>
        <w:rPr>
          <w:sz w:val="20"/>
        </w:rPr>
        <w:t>1:24:03  "Wajاهدhum bih jahadan kabira". yani quran ke zariye jihad karo, jihad kabir. to aap jante hain, quran jo hai, koi koi talwar to nahi, bandook to nahi, bomb nahi.</w:t>
      </w:r>
      <w:r>
        <w:br/>
      </w:r>
      <w:r>
        <w:rPr>
          <w:sz w:val="20"/>
        </w:rPr>
        <w:t>1:24:16  to quran ke zariye jihad ka matlab kya hoga? yani peaceful koshish, yeh matlab banenge. to jihad ka matlab hai kisi achhe kaam ke liye peaceful struggle, yahi jihad hai.</w:t>
      </w:r>
      <w:r>
        <w:br/>
      </w:r>
      <w:r>
        <w:rPr>
          <w:sz w:val="20"/>
        </w:rPr>
        <w:t>1:24:33  jihad ke matlab har giz har giz qitaal nahi hain. jihad ke matlab koshish hai. to jihad ka matlab hai kisi achhe kaam ke liye peaceful koshish karna, bas isi ka naam jihad hai.</w:t>
      </w:r>
      <w:r>
        <w:br/>
      </w:r>
      <w:r>
        <w:rPr>
          <w:sz w:val="20"/>
        </w:rPr>
        <w:t>1:24:50  meri ek kitaab hai: "True Jihad", is ko aap parh lijiye. True Jihad mein yeh baatein aap pa sakte</w:t>
      </w:r>
      <w:r>
        <w:br/>
      </w:r>
      <w:r>
        <w:rPr>
          <w:sz w:val="20"/>
        </w:rPr>
        <w:t>1:24:57  hain. is ke ilawa meri ek kitaab chhapi hai, yani "Prophet of Peace", is mein bhi aap yeh baatein pa sakte hain. Maulana, agla sawal ek school student ka aaya hai jinka naam hai Bilal Pradhan.</w:t>
      </w:r>
    </w:p>
    <w:p>
      <w:pPr>
        <w:pStyle w:val="Heading2"/>
      </w:pPr>
      <w:r>
        <w:t>Prophet's dua and its meaning</w:t>
      </w:r>
    </w:p>
    <w:p>
      <w:r>
        <w:rPr>
          <w:color w:val="666666"/>
          <w:sz w:val="18"/>
        </w:rPr>
        <w:t>The Concept of Shukr in Islam | June 17, 2008 · 3m 01s · at 46:11 · https://youtu.be/ySbCs4MRNXU?t=2771</w:t>
      </w:r>
    </w:p>
    <w:p>
      <w:r>
        <w:rPr>
          <w:i/>
        </w:rPr>
        <w:t>“Rasool Allah ne dua ki: Rabbi ja'alni laka shakkar.”</w:t>
      </w:r>
    </w:p>
    <w:p>
      <w:r>
        <w:rPr>
          <w:sz w:val="20"/>
        </w:rPr>
        <w:t>46:11  cheezon ko explain karna na jaanein aap apni negativity ko khatam nahi kar sakte.</w:t>
      </w:r>
      <w:r>
        <w:br/>
      </w:r>
      <w:r>
        <w:rPr>
          <w:sz w:val="20"/>
        </w:rPr>
        <w:t>46:18  aur jab tak aap apni negativity ko khatam na karein aap ke andar super shukr nahi aa sakta hai.</w:t>
      </w:r>
      <w:r>
        <w:br/>
      </w:r>
      <w:r>
        <w:rPr>
          <w:sz w:val="20"/>
        </w:rPr>
        <w:t>46:26  dekhiye ek hadees hai, lambi hadees.</w:t>
      </w:r>
      <w:r>
        <w:br/>
      </w:r>
      <w:r>
        <w:rPr>
          <w:sz w:val="20"/>
        </w:rPr>
        <w:t>46:34  yani rasool Allah sal Allah alaihi wasallam ki ek dua is mein hai.</w:t>
      </w:r>
      <w:r>
        <w:br/>
      </w:r>
      <w:r>
        <w:rPr>
          <w:sz w:val="20"/>
        </w:rPr>
        <w:t>46:42  woh musnad ahmad mein aayi hai aur tirmizi mein aayi hai, ibn majah mein aayi hai.</w:t>
      </w:r>
      <w:r>
        <w:br/>
      </w:r>
      <w:r>
        <w:rPr>
          <w:sz w:val="20"/>
        </w:rPr>
        <w:t>46:49  yeh hadees yani yeh dua.</w:t>
      </w:r>
      <w:r>
        <w:br/>
      </w:r>
      <w:r>
        <w:rPr>
          <w:sz w:val="20"/>
        </w:rPr>
        <w:t>46:57  is dua ka ek part yeh hai ke rasool Allah ne kaha ke rab j'alni laka shakkara.</w:t>
      </w:r>
      <w:r>
        <w:br/>
      </w:r>
      <w:r>
        <w:rPr>
          <w:sz w:val="20"/>
        </w:rPr>
        <w:t>47:04  bohat ajeeb baat hai is ko sochiye ke rasool Allah ne dua karte hue kaha ke rab j'alni l</w:t>
      </w:r>
      <w:r>
        <w:br/>
      </w:r>
      <w:r>
        <w:rPr>
          <w:sz w:val="20"/>
        </w:rPr>
        <w:t>47:12  ka shakkara. aye khuda mujh ko bohat zyada shukr karne wala bana. shakkara ma'ni bohat shukr karne wala. is mein ek exaggeration hai ye. yani superlative degree mein kaha gaya hai shukr. rab j'alni laka shakkara. aye khuda mujh ko bohat zyada shukr karne wala bana. is ka matlab kya hua? ke jo shukr chahiye</w:t>
      </w:r>
      <w:r>
        <w:br/>
      </w:r>
      <w:r>
        <w:rPr>
          <w:sz w:val="20"/>
        </w:rPr>
        <w:t>47:42  iye wohi shukr hai jo jis mein aadmi shakkara ban gaya ho.</w:t>
      </w:r>
      <w:r>
        <w:br/>
      </w:r>
      <w:r>
        <w:rPr>
          <w:sz w:val="20"/>
        </w:rPr>
        <w:t>47:46  bohat ziyada shukr karne wala ban gaya ho.</w:t>
      </w:r>
      <w:r>
        <w:br/>
      </w:r>
      <w:r>
        <w:rPr>
          <w:sz w:val="20"/>
        </w:rPr>
        <w:t>47:50  is ka matlab kya hai? is ka matlab nahi ke shukr shukr shukr shukr shukr shukr shukr shukr aap ginein.</w:t>
      </w:r>
      <w:r>
        <w:br/>
      </w:r>
      <w:r>
        <w:rPr>
          <w:sz w:val="20"/>
        </w:rPr>
        <w:t>47:54  ek lakh baar.</w:t>
      </w:r>
      <w:r>
        <w:br/>
      </w:r>
      <w:r>
        <w:rPr>
          <w:sz w:val="20"/>
        </w:rPr>
        <w:t>47:59  koi log samjhein ge ke is ka matlab hai ke ek lakh baar shukr ka sab gino.</w:t>
      </w:r>
      <w:r>
        <w:br/>
      </w:r>
      <w:r>
        <w:rPr>
          <w:sz w:val="20"/>
        </w:rPr>
        <w:t>48:03  yeh matlab nahi hai is ka.</w:t>
      </w:r>
      <w:r>
        <w:br/>
      </w:r>
      <w:r>
        <w:rPr>
          <w:sz w:val="20"/>
        </w:rPr>
        <w:t>48:07  yeh to yani bohat hi yani mazaaq hai ke khuda</w:t>
      </w:r>
      <w:r>
        <w:br/>
      </w:r>
      <w:r>
        <w:rPr>
          <w:sz w:val="20"/>
        </w:rPr>
        <w:t>48:12  jo hai us se khush ho jaye ke hum shukr shukr shukr shukr shukr shukr kar rahe hain.</w:t>
      </w:r>
      <w:r>
        <w:br/>
      </w:r>
      <w:r>
        <w:rPr>
          <w:sz w:val="20"/>
        </w:rPr>
        <w:t>48:16  is se to insaan bhi nahi khush ho ga.</w:t>
      </w:r>
      <w:r>
        <w:br/>
      </w:r>
      <w:r>
        <w:rPr>
          <w:sz w:val="20"/>
        </w:rPr>
        <w:t>48:20  is se to insan bhi khush nahi ho sakta.</w:t>
      </w:r>
      <w:r>
        <w:br/>
      </w:r>
      <w:r>
        <w:rPr>
          <w:sz w:val="20"/>
        </w:rPr>
        <w:t>48:25  kisi character sahib ka aik aik aik chaprasi ho.</w:t>
      </w:r>
      <w:r>
        <w:br/>
      </w:r>
      <w:r>
        <w:rPr>
          <w:sz w:val="20"/>
        </w:rPr>
        <w:t>48:29  woh chaprasi jo hai character sahib, character sahib, character sahib, character sahib, character sahib, to kya woh khush</w:t>
      </w:r>
      <w:r>
        <w:br/>
      </w:r>
      <w:r>
        <w:rPr>
          <w:sz w:val="20"/>
        </w:rPr>
        <w:t>48:33  ho jaye ga aisa karne se? woh woh to kaam se khush ho ga.</w:t>
      </w:r>
      <w:r>
        <w:br/>
      </w:r>
      <w:r>
        <w:rPr>
          <w:sz w:val="20"/>
        </w:rPr>
        <w:t>48:37  character jo hai woh kaam se khush ho ga. aisa nahi</w:t>
      </w:r>
      <w:r>
        <w:br/>
      </w:r>
      <w:r>
        <w:rPr>
          <w:sz w:val="20"/>
        </w:rPr>
        <w:t>48:42  ke is ke naam ko aap jap naam ka jap kar rahe hain.</w:t>
      </w:r>
      <w:r>
        <w:br/>
      </w:r>
      <w:r>
        <w:rPr>
          <w:sz w:val="20"/>
        </w:rPr>
        <w:t>48:47  to rasool Allah ne jo dua ki ke khuda ya mujhe shukar bana.</w:t>
      </w:r>
      <w:r>
        <w:br/>
      </w:r>
      <w:r>
        <w:rPr>
          <w:sz w:val="20"/>
        </w:rPr>
        <w:t>48:52  bohat ziyada shukar karne wala bana.</w:t>
      </w:r>
      <w:r>
        <w:br/>
      </w:r>
      <w:r>
        <w:rPr>
          <w:sz w:val="20"/>
        </w:rPr>
        <w:t>48:57  to is ka matlab yahi tha ke mujhe yeh yeh yeh cheez de ke capacity de ke mein</w:t>
      </w:r>
      <w:r>
        <w:br/>
      </w:r>
      <w:r>
        <w:rPr>
          <w:sz w:val="20"/>
        </w:rPr>
        <w:t>49:02  sochun, sochun, sochun aur soch soch kar ke woh item nikalun, shukar ka item har cheez mein.</w:t>
      </w:r>
      <w:r>
        <w:br/>
      </w:r>
      <w:r>
        <w:rPr>
          <w:sz w:val="20"/>
        </w:rPr>
        <w:t>49:07  yani baal aur naakhun se le kar ke solar system aur galaxy tak mujhe shukar dikhai de.</w:t>
      </w:r>
    </w:p>
    <w:p>
      <w:pPr>
        <w:pStyle w:val="Heading2"/>
      </w:pPr>
      <w:r>
        <w:t>Palestine partition rejection and status quo lesson</w:t>
      </w:r>
    </w:p>
    <w:p>
      <w:r>
        <w:rPr>
          <w:color w:val="666666"/>
          <w:sz w:val="18"/>
        </w:rPr>
        <w:t>Principle of Avoidance in Islam I 12 Dec, 2010 - Maulana Wahiduddin Khan · 2m 41s · at 24:41 · https://youtu.be/LcEmPmf5es0?t=1481</w:t>
      </w:r>
    </w:p>
    <w:p>
      <w:r>
        <w:rPr>
          <w:i/>
        </w:rPr>
        <w:t>“Aaj kal ye Israel ka jo masla hai.”</w:t>
      </w:r>
    </w:p>
    <w:p>
      <w:r>
        <w:rPr>
          <w:sz w:val="20"/>
        </w:rPr>
        <w:t>24:41  aaj kal yeh is Israel ka jo masla hai, Israel ka, Arab ka. tou tamam Arab ka kya maang hai? kya kehte hain woh?</w:t>
      </w:r>
      <w:r>
        <w:br/>
      </w:r>
      <w:r>
        <w:rPr>
          <w:sz w:val="20"/>
        </w:rPr>
        <w:t>24:50  keh Israel jo hai ninety six seven ki had per wapas jaye. ninety six seven woh had hai keh jahan</w:t>
      </w:r>
      <w:r>
        <w:br/>
      </w:r>
      <w:r>
        <w:rPr>
          <w:sz w:val="20"/>
        </w:rPr>
        <w:t>24:59  Balfour jo commission tha us ne jo partition kiya tha. partition mein us ne roughly aadha aadha de diya tha. aadha Arabon ko, aadha jo ko.</w:t>
      </w:r>
      <w:r>
        <w:br/>
      </w:r>
      <w:r>
        <w:rPr>
          <w:sz w:val="20"/>
        </w:rPr>
        <w:t>25:11  woh hai ninety seven, ninety sixty seven ki had.</w:t>
      </w:r>
      <w:r>
        <w:br/>
      </w:r>
      <w:r>
        <w:rPr>
          <w:sz w:val="20"/>
        </w:rPr>
        <w:t>25:16  aadha un ke paas, aadha un ke paas. to ab to arabon ke paas kuch bhi nahi hai. thoda sa yani do thode, do chhote chhote tukde hain.</w:t>
      </w:r>
      <w:r>
        <w:br/>
      </w:r>
      <w:r>
        <w:rPr>
          <w:sz w:val="20"/>
        </w:rPr>
        <w:t>25:31  un ke paas do chhote chhote tukde hain bas. ek ghaza patti hai, ek ariha hai.</w:t>
      </w:r>
      <w:r>
        <w:br/>
      </w:r>
      <w:r>
        <w:rPr>
          <w:sz w:val="20"/>
        </w:rPr>
        <w:t>25:38  to saare arab duniya kya kehti hai? ke israel sixity seven ki had par wapas jaye. yahan par ek sawal yeh hai ke ninty forty eight mein jab partition hua tha to wahi to mila hua tha aap ko.</w:t>
      </w:r>
      <w:r>
        <w:br/>
      </w:r>
      <w:r>
        <w:rPr>
          <w:sz w:val="20"/>
        </w:rPr>
        <w:t>25:55  is waqt kyun nahi qabool kar liya aap ne?</w:t>
      </w:r>
      <w:r>
        <w:br/>
      </w:r>
      <w:r>
        <w:rPr>
          <w:sz w:val="20"/>
        </w:rPr>
        <w:t>25:59  jis cheez ki mang aaj aap kar rahe hain saath baras ke baad wo to aap ko mila hi hua tha. forty eight mein. to kyun nahi qabool kiya aap ne?</w:t>
      </w:r>
      <w:r>
        <w:br/>
      </w:r>
      <w:r>
        <w:rPr>
          <w:sz w:val="20"/>
        </w:rPr>
        <w:t>26:09  to us waqt josh mein the wo. hum yahood ko nikal den yahan se.</w:t>
      </w:r>
      <w:r>
        <w:br/>
      </w:r>
      <w:r>
        <w:rPr>
          <w:sz w:val="20"/>
        </w:rPr>
        <w:t>26:15  narmi fi al-bahr. to yeh kya tha? yeh haqeeqat ke khilaf chalna tha. avoidance ka matlab hai realistic approach.</w:t>
      </w:r>
      <w:r>
        <w:br/>
      </w:r>
      <w:r>
        <w:rPr>
          <w:sz w:val="20"/>
        </w:rPr>
        <w:t>26:28  realism.</w:t>
      </w:r>
      <w:r>
        <w:br/>
      </w:r>
      <w:r>
        <w:rPr>
          <w:sz w:val="20"/>
        </w:rPr>
        <w:t>26:33  ek martaba ek ek sahib, ek professor sahib ne mujh se poocha islam ka matlab. unhone kaha islam means realism. to bohat taajjub un ko hua.</w:t>
      </w:r>
      <w:r>
        <w:br/>
      </w:r>
      <w:r>
        <w:rPr>
          <w:sz w:val="20"/>
        </w:rPr>
        <w:t>26:42  sahib means realism.</w:t>
      </w:r>
      <w:r>
        <w:br/>
      </w:r>
      <w:r>
        <w:rPr>
          <w:sz w:val="20"/>
        </w:rPr>
        <w:t>26:48  realism matlab yeh hai ke aap jo Allah taala ka creation plan hai us ko manna. wo yeh hai ke har ek apni dor laga raha hai, har ek kahin na kahin aap ko challenge de raha hai.</w:t>
      </w:r>
      <w:r>
        <w:br/>
      </w:r>
      <w:r>
        <w:rPr>
          <w:sz w:val="20"/>
        </w:rPr>
        <w:t>27:02  to aap is ka kya karenge? ladenge?</w:t>
      </w:r>
      <w:r>
        <w:br/>
      </w:r>
      <w:r>
        <w:rPr>
          <w:sz w:val="20"/>
        </w:rPr>
        <w:t>27:06  kahin aap sulah karenge, kahin avoid karenge, kahin baat cheet karenge? to dekhiye ninty forty eight mein agar arabon ne us waqt ke status quo kama liya hota to kuch bhi nahi hota.</w:t>
      </w:r>
    </w:p>
    <w:p>
      <w:pPr>
        <w:pStyle w:val="Heading2"/>
      </w:pPr>
      <w:r>
        <w:t>Natural support and gratitude to God</w:t>
      </w:r>
    </w:p>
    <w:p>
      <w:r>
        <w:rPr>
          <w:color w:val="666666"/>
          <w:sz w:val="18"/>
        </w:rPr>
        <w:t>Moral Values in Islam 10 July, 2008 - Maulana Wahiduddin Khan · 2m 41s · at 38:21 · https://youtu.be/IdBtIDNiLUg?t=2301</w:t>
      </w:r>
    </w:p>
    <w:p>
      <w:r>
        <w:rPr>
          <w:i/>
        </w:rPr>
        <w:t>“In this world, we are living between two boundaries.”</w:t>
      </w:r>
    </w:p>
    <w:p>
      <w:r>
        <w:rPr>
          <w:sz w:val="20"/>
        </w:rPr>
        <w:t>38:21  you know, in this world, we are living between two boundaries,</w:t>
      </w:r>
      <w:r>
        <w:br/>
      </w:r>
      <w:r>
        <w:rPr>
          <w:sz w:val="20"/>
        </w:rPr>
        <w:t>38:31  between two helping system. one is natural support system and the second is civilizational support system.</w:t>
      </w:r>
      <w:r>
        <w:br/>
      </w:r>
      <w:r>
        <w:rPr>
          <w:sz w:val="20"/>
        </w:rPr>
        <w:t>38:48  by natural support system, i mean sun light and this planet earth and water and mountain and air and oxygen and food</w:t>
      </w:r>
      <w:r>
        <w:br/>
      </w:r>
      <w:r>
        <w:rPr>
          <w:sz w:val="20"/>
        </w:rPr>
        <w:t>39:11  and all those things which are necessary for our life, livelihood for our life.</w:t>
      </w:r>
      <w:r>
        <w:br/>
      </w:r>
      <w:r>
        <w:rPr>
          <w:sz w:val="20"/>
        </w:rPr>
        <w:t>39:21  so, this is natural support system. who has provided this?</w:t>
      </w:r>
      <w:r>
        <w:br/>
      </w:r>
      <w:r>
        <w:rPr>
          <w:sz w:val="20"/>
        </w:rPr>
        <w:t>39:28  it is God who has provided this. natural support system remind us the boundaries of God.</w:t>
      </w:r>
      <w:r>
        <w:br/>
      </w:r>
      <w:r>
        <w:rPr>
          <w:sz w:val="20"/>
        </w:rPr>
        <w:t>39:38  when we enjoy sun light, when we enjoy fresh air, when we enjoy food, when we enjoy water, we remember God.</w:t>
      </w:r>
      <w:r>
        <w:br/>
      </w:r>
      <w:r>
        <w:rPr>
          <w:sz w:val="20"/>
        </w:rPr>
        <w:t>39:51  so, there are millions and billions things that is natural support system.</w:t>
      </w:r>
      <w:r>
        <w:br/>
      </w:r>
      <w:r>
        <w:rPr>
          <w:sz w:val="20"/>
        </w:rPr>
        <w:t>40:01  every, every leaf of a tree is a part of that natural support system.</w:t>
      </w:r>
      <w:r>
        <w:br/>
      </w:r>
      <w:r>
        <w:rPr>
          <w:sz w:val="20"/>
        </w:rPr>
        <w:t>40:12  so, this natural support system remind us the blessings of God</w:t>
      </w:r>
      <w:r>
        <w:br/>
      </w:r>
      <w:r>
        <w:rPr>
          <w:sz w:val="20"/>
        </w:rPr>
        <w:t>40:19  . we feel that if there were no water, no air, no sun light, no food, then it was not possible to live in this planet earth.</w:t>
      </w:r>
      <w:r>
        <w:br/>
      </w:r>
      <w:r>
        <w:rPr>
          <w:sz w:val="20"/>
        </w:rPr>
        <w:t>40:36  so, when we think about natural support system, we inculcate in our self thanks giving towards God.</w:t>
      </w:r>
      <w:r>
        <w:br/>
      </w:r>
      <w:r>
        <w:rPr>
          <w:sz w:val="20"/>
        </w:rPr>
        <w:t>40:48  so, we acknowledge God: "O God, you have giving us all these things, otherwise not possible for us to live in this world."</w:t>
      </w:r>
    </w:p>
    <w:p>
      <w:pPr>
        <w:pStyle w:val="Heading2"/>
      </w:pPr>
      <w:r>
        <w:t>Advise without awakening ego</w:t>
      </w:r>
    </w:p>
    <w:p>
      <w:r>
        <w:rPr>
          <w:color w:val="666666"/>
          <w:sz w:val="18"/>
        </w:rPr>
        <w:t>The Case of Present Day Muslims (In Conversation with Maulana) February 14, 2010 · 1m 27s · at 37:05 · https://youtu.be/Rw-5WYJKQtw?t=2225</w:t>
      </w:r>
    </w:p>
    <w:p>
      <w:r>
        <w:rPr>
          <w:i/>
        </w:rPr>
        <w:t>“Its meaning is that you should not play the role of Satan.”</w:t>
      </w:r>
    </w:p>
    <w:p>
      <w:r>
        <w:rPr>
          <w:sz w:val="20"/>
        </w:rPr>
        <w:t>37:05  hmm, is ka matlab yeh hai ke shaitan ke yani is ke mamle mein to shaitan ka role na ada karo.</w:t>
      </w:r>
      <w:r>
        <w:br/>
      </w:r>
      <w:r>
        <w:rPr>
          <w:sz w:val="20"/>
        </w:rPr>
        <w:t>37:15  yani is ke andar jo ego baitha hua hai, us ko mat jagao. agar aap narmi se kahin to is ka conscious jaage ga. ego jo hai, woh represent karta hai shaitan ko aur conscious ego represent karta hai malaika ko.</w:t>
      </w:r>
      <w:r>
        <w:br/>
      </w:r>
      <w:r>
        <w:rPr>
          <w:sz w:val="20"/>
        </w:rPr>
        <w:t>37:31  har har aadmi ke dil mein, dil mein har aadmi ke seenay mein aik conscious hai, aik ego hai. to agar aap narmi se samjhayein, is ke liye dua karein to is ka conscious jaage ga.</w:t>
      </w:r>
      <w:r>
        <w:br/>
      </w:r>
      <w:r>
        <w:rPr>
          <w:sz w:val="20"/>
        </w:rPr>
        <w:t>37:44  is kaam ko chhod de ga woh. lekin agar laga hai bura bhala karne, us ko laanat taan karne to ego jaag pare ga. to ego ko mat jagao.</w:t>
      </w:r>
      <w:r>
        <w:br/>
      </w:r>
      <w:r>
        <w:rPr>
          <w:sz w:val="20"/>
        </w:rPr>
        <w:t>37:54  is ka matlab yeh hai doosra agar lafz badal dein aap to aap ne farmaya ke is ke conscious ko jagao. is ke ego ko mat jagao. conscious ko jagao ge to baat ko maan le ga.</w:t>
      </w:r>
      <w:r>
        <w:br/>
      </w:r>
      <w:r>
        <w:rPr>
          <w:sz w:val="20"/>
        </w:rPr>
        <w:t>38:03  ego ko jagao ge to woh to bhadkaye ga, ladai chhod de ga. to aap is ke lafz badal dein to matlab is ka yahi hai ke kisi ko burai mein dekho to is ke conscious ko jagao.</w:t>
      </w:r>
      <w:r>
        <w:br/>
      </w:r>
      <w:r>
        <w:rPr>
          <w:sz w:val="20"/>
        </w:rPr>
        <w:t>38:15  is ke ego ko mat jagao hargiz. tumhara galat rawaiyya, tumhara galat andaaz baat kehne ka, is ke ego ko bharka de ga.</w:t>
      </w:r>
      <w:r>
        <w:br/>
      </w:r>
      <w:r>
        <w:rPr>
          <w:sz w:val="20"/>
        </w:rPr>
        <w:t>38:25  to phir to to aur door ho jayega. yeh matlab hai is ka.</w:t>
      </w:r>
    </w:p>
    <w:p>
      <w:pPr>
        <w:pStyle w:val="Heading2"/>
      </w:pPr>
      <w:r>
        <w:t>Qur'an on managing anger to earn paradise</w:t>
      </w:r>
    </w:p>
    <w:p>
      <w:r>
        <w:rPr>
          <w:color w:val="666666"/>
          <w:sz w:val="18"/>
        </w:rPr>
        <w:t>Lessons from The Quran And Hadith · 3m 03s · at 35:13 · https://youtu.be/fBflSQEPstg?t=2113</w:t>
      </w:r>
    </w:p>
    <w:p>
      <w:r>
        <w:rPr>
          <w:i/>
        </w:rPr>
        <w:t>“Quran: when angry, they forgive, not that they never feel it.”</w:t>
      </w:r>
    </w:p>
    <w:p>
      <w:r>
        <w:rPr>
          <w:sz w:val="20"/>
        </w:rPr>
        <w:t>35:13  wa izaa ma ghadiboo hum yaghfiroon jab unhein ghussa aata hai to maaf kar dete hain. is ka matlab nahi ke ghussa hi nahi aaya to maaf kar diya.</w:t>
      </w:r>
      <w:r>
        <w:br/>
      </w:r>
      <w:r>
        <w:rPr>
          <w:sz w:val="20"/>
        </w:rPr>
        <w:t>35:23  wa izaa ma gha</w:t>
      </w:r>
      <w:r>
        <w:br/>
      </w:r>
      <w:r>
        <w:rPr>
          <w:sz w:val="20"/>
        </w:rPr>
        <w:t>35:24  iboo jab unhein ghussa aata hai to maaf kar dete hain.</w:t>
      </w:r>
      <w:r>
        <w:br/>
      </w:r>
      <w:r>
        <w:rPr>
          <w:sz w:val="20"/>
        </w:rPr>
        <w:t>35:30  isi tarah se Quran mein hai ke wal kazibeen al ghaiz wal afina anil naas yani ghusse ko pee jane wale.</w:t>
      </w:r>
      <w:r>
        <w:br/>
      </w:r>
      <w:r>
        <w:rPr>
          <w:sz w:val="20"/>
        </w:rPr>
        <w:t>35:43  wal kazibeen al ghaiz ghusse ko pee jane wale.</w:t>
      </w:r>
      <w:r>
        <w:br/>
      </w:r>
      <w:r>
        <w:rPr>
          <w:sz w:val="20"/>
        </w:rPr>
        <w:t>35:47  dekhein, yahan yeh nahi farmaya ke wal faqidena al ghaiz. faqidena ka matlab hota hai na hona.</w:t>
      </w:r>
      <w:r>
        <w:br/>
      </w:r>
      <w:r>
        <w:rPr>
          <w:sz w:val="20"/>
        </w:rPr>
        <w:t>35:57  yani aise log jin ke andar ghussa na ho. nahi, farmaya ke wal kazibeen al ghaiz woh saaya maroof hai, pee gaye.</w:t>
      </w:r>
      <w:r>
        <w:br/>
      </w:r>
      <w:r>
        <w:rPr>
          <w:sz w:val="20"/>
        </w:rPr>
        <w:t>36:07  woh saaya magar bhadke nahi. woh saaya magar mushtael nahi hue.</w:t>
      </w:r>
      <w:r>
        <w:br/>
      </w:r>
      <w:r>
        <w:rPr>
          <w:sz w:val="20"/>
        </w:rPr>
        <w:t>36:15  to insaan to Khuda ne aisa insaan nahi banaya hai jin ke ghusse hi na aaye.</w:t>
      </w:r>
      <w:r>
        <w:br/>
      </w:r>
      <w:r>
        <w:rPr>
          <w:sz w:val="20"/>
        </w:rPr>
        <w:t>36:24  ghusse hi na aaye, yeh nahi hai.</w:t>
      </w:r>
      <w:r>
        <w:br/>
      </w:r>
      <w:r>
        <w:rPr>
          <w:sz w:val="20"/>
        </w:rPr>
        <w:t>36:30  ghussa to aayega lekin ghusse ko andar hi andar minus karna parega.</w:t>
      </w:r>
      <w:r>
        <w:br/>
      </w:r>
      <w:r>
        <w:rPr>
          <w:sz w:val="20"/>
        </w:rPr>
        <w:t>36:40  you have to know the art of anger management</w:t>
      </w:r>
      <w:r>
        <w:br/>
      </w:r>
      <w:r>
        <w:rPr>
          <w:sz w:val="20"/>
        </w:rPr>
        <w:t>36:46  to saare jazbaat aayenge, aap ko minus karna padega.</w:t>
      </w:r>
      <w:r>
        <w:br/>
      </w:r>
      <w:r>
        <w:rPr>
          <w:sz w:val="20"/>
        </w:rPr>
        <w:t>36:53  nafrat ke jazbaat aayenge, hasad ke jazbaat aayenge, ishtia'al bhadkega dil ke andar. saare manfi jazbaat dil ke andar aayenge lekin aap ko minus karna padega.</w:t>
      </w:r>
      <w:r>
        <w:br/>
      </w:r>
      <w:r>
        <w:rPr>
          <w:sz w:val="20"/>
        </w:rPr>
        <w:t>37:06  yeh minus karna jo hai, yeh misbat ravaiyya hai. aur jinke andar misbat ravaiyya ho, wahi woh log hain jo jannat mein jayenge.</w:t>
      </w:r>
      <w:r>
        <w:br/>
      </w:r>
      <w:r>
        <w:rPr>
          <w:sz w:val="20"/>
        </w:rPr>
        <w:t>37:20  quran mein aata hai ke la yasma'oona fiya laghwatan wa la ta'seeman illa qeelan salaman salaman jannat mein har taraf peace hi peace hoga.</w:t>
      </w:r>
      <w:r>
        <w:br/>
      </w:r>
      <w:r>
        <w:rPr>
          <w:sz w:val="20"/>
        </w:rPr>
        <w:t>37:35  jannat ek peace heaven hai. jannat darussalam hai. hum ko apne andar</w:t>
      </w:r>
      <w:r>
        <w:br/>
      </w:r>
      <w:r>
        <w:rPr>
          <w:sz w:val="20"/>
        </w:rPr>
        <w:t>37:46  aman se bhari hui shakhsiyat banana hai. mohabbat se bhari hui shakhsiyat banana hai. tab bhi hum ko jannat mein jagah milegi.</w:t>
      </w:r>
    </w:p>
    <w:p>
      <w:pPr>
        <w:pStyle w:val="Heading2"/>
      </w:pPr>
      <w:r>
        <w:t>Historical idols in Kaaba and removal</w:t>
      </w:r>
    </w:p>
    <w:p>
      <w:r>
        <w:rPr>
          <w:color w:val="666666"/>
          <w:sz w:val="18"/>
        </w:rPr>
        <w:t>Q&amp;A 24 May 2009 Maulana Wahiduddin Khan · 2m 01s · at 3:35 · https://youtu.be/Ek6Ct3LZGOs?t=215</w:t>
      </w:r>
    </w:p>
    <w:p>
      <w:r>
        <w:rPr>
          <w:i/>
        </w:rPr>
        <w:t>“Dekhiye, aaj toh kuch bhi nahi hai.”</w:t>
      </w:r>
    </w:p>
    <w:p>
      <w:r>
        <w:rPr>
          <w:sz w:val="20"/>
        </w:rPr>
        <w:t>3:35  dekhen, aaj to kuch bhi nahi hai, lekin yani seven century ke first quarter mein jab Rasool Allah wahan aaye, us waqt Kaba mein 360 but rakhe hue the.</w:t>
      </w:r>
      <w:r>
        <w:br/>
      </w:r>
      <w:r>
        <w:rPr>
          <w:sz w:val="20"/>
        </w:rPr>
        <w:t>3:52  us waqt. woh bhi Hindu guard nahi the, woh yeh bhi galat hai. Hindu guard nahi the. woh Arab tribes ke guard the. Laat aur Uzza, Manat, yeh sab.</w:t>
      </w:r>
      <w:r>
        <w:br/>
      </w:r>
      <w:r>
        <w:rPr>
          <w:sz w:val="20"/>
        </w:rPr>
        <w:t>4:05  Arabon mein 360 tribes the, chhote chhote.</w:t>
      </w:r>
      <w:r>
        <w:br/>
      </w:r>
      <w:r>
        <w:rPr>
          <w:sz w:val="20"/>
        </w:rPr>
        <w:t>4:11  to har har qabeelay ka, qabeelay qabeelay ka but ek juda tha. kisi ka Hubal tha, kisi ka Safa tha. to har qabeela apna ek but tha, us ko poochta tha woh.</w:t>
      </w:r>
      <w:r>
        <w:br/>
      </w:r>
      <w:r>
        <w:rPr>
          <w:sz w:val="20"/>
        </w:rPr>
        <w:t>4:21  to Quraish ne, Quraish jo leader the,</w:t>
      </w:r>
      <w:r>
        <w:br/>
      </w:r>
      <w:r>
        <w:rPr>
          <w:sz w:val="20"/>
        </w:rPr>
        <w:t>4:27  unhon ne kya kiya? har qabeelay ka but la kar Kaba pe rakh diya. to to jo jitne bhi log the, har type ke, woh barabar aate rehte the apne buton ki ziyarat ke liye, us ko nazrana chadhane ke liye.</w:t>
      </w:r>
      <w:r>
        <w:br/>
      </w:r>
      <w:r>
        <w:rPr>
          <w:sz w:val="20"/>
        </w:rPr>
        <w:t>4:45  to Makkah walon ko bohat faida is se hota tha. is se ek ek ek barabar ek ek tourism qaim ho gaya tha wahan.</w:t>
      </w:r>
      <w:r>
        <w:br/>
      </w:r>
      <w:r>
        <w:rPr>
          <w:sz w:val="20"/>
        </w:rPr>
        <w:t>4:54  tourism. is se bazaar lagte the wahan par un ko. tarah tarah ke commercial faide the.</w:t>
      </w:r>
      <w:r>
        <w:br/>
      </w:r>
      <w:r>
        <w:rPr>
          <w:sz w:val="20"/>
        </w:rPr>
        <w:t>5:04  to yeh ek waqea hai ke us waqt, yani 610 mein, wahan par but rakhe hue the Kaba mein. jis ko ke taqreeban 20 saal ke baad wahan se sab, jab saare ke saare log Islam mein aa gaye, sab ke sab,</w:t>
      </w:r>
      <w:r>
        <w:br/>
      </w:r>
      <w:r>
        <w:rPr>
          <w:sz w:val="20"/>
        </w:rPr>
        <w:t>5:19  to phir is ka koi matlab nahi raha. use nikaal diye gaye, woh saaf kar diya gaya.</w:t>
      </w:r>
      <w:r>
        <w:br/>
      </w:r>
      <w:r>
        <w:rPr>
          <w:sz w:val="20"/>
        </w:rPr>
        <w:t>5:24  ab wahan kuch bhi nahi hai. jo aisa kahe, woh galat kehta hai. kuch Hindu jo hai, jo black stone wahan par hai, Hajar al-Aswad, us ko us ko kehte hain ke woh yani idol.</w:t>
      </w:r>
    </w:p>
    <w:p>
      <w:pPr>
        <w:pStyle w:val="Heading2"/>
      </w:pPr>
      <w:r>
        <w:t>Practical wisdom: leave dirty practice</w:t>
      </w:r>
    </w:p>
    <w:p>
      <w:r>
        <w:rPr>
          <w:color w:val="666666"/>
          <w:sz w:val="18"/>
        </w:rPr>
        <w:t>Anger An Obstacle to wisdom 5 Jan 2020 - Maulana Wahiduddin Khan · 2m 01s · at 12:51 · https://youtu.be/q0VPtCsiYrI?t=771</w:t>
      </w:r>
    </w:p>
    <w:p>
      <w:r>
        <w:rPr>
          <w:i/>
        </w:rPr>
        <w:t>“Warj fahjur.”</w:t>
      </w:r>
    </w:p>
    <w:p>
      <w:r>
        <w:rPr>
          <w:sz w:val="20"/>
        </w:rPr>
        <w:t>12:51  is mein yeh tha ke: "warj fahjur</w:t>
      </w:r>
      <w:r>
        <w:br/>
      </w:r>
      <w:r>
        <w:rPr>
          <w:sz w:val="20"/>
        </w:rPr>
        <w:t>12:58  ya ayyuhal muddathir qum fanẓur wa rabbaka fakabbir wa thiyabaka faṭahhir warj fājur".</w:t>
      </w:r>
      <w:r>
        <w:br/>
      </w:r>
      <w:r>
        <w:rPr>
          <w:sz w:val="20"/>
        </w:rPr>
        <w:t>13:10  to warj fājur ka matlab kya hai?</w:t>
      </w:r>
      <w:r>
        <w:br/>
      </w:r>
      <w:r>
        <w:rPr>
          <w:sz w:val="20"/>
        </w:rPr>
        <w:t>13:19  warj fājur ka matlab yahi hai ke jo masail paish aayen, masail un ko hikmana andaaz mein hal karo.</w:t>
      </w:r>
      <w:r>
        <w:br/>
      </w:r>
      <w:r>
        <w:rPr>
          <w:sz w:val="20"/>
        </w:rPr>
        <w:t>13:37  hikmana andaaz mein. yani hikmana andaaz ka matlab yeh hai baghair lade hue.</w:t>
      </w:r>
      <w:r>
        <w:br/>
      </w:r>
      <w:r>
        <w:rPr>
          <w:sz w:val="20"/>
        </w:rPr>
        <w:t>13:46  kyun ke jab bhi masail aate hain samne to aadmi kya karta hai? ghussa karta hai, ladta hai, nafrat karta hai.</w:t>
      </w:r>
      <w:r>
        <w:br/>
      </w:r>
      <w:r>
        <w:rPr>
          <w:sz w:val="20"/>
        </w:rPr>
        <w:t>13:56  chahta hai ke is ka meta daloon mein. yeh ruj hua.</w:t>
      </w:r>
      <w:r>
        <w:br/>
      </w:r>
      <w:r>
        <w:rPr>
          <w:sz w:val="20"/>
        </w:rPr>
        <w:t>14:06  to ruj ke maani dictionary ke aitbar se hai gandagi. lekin main samajhta hoon ke yahan ruj ka matlab yeh hai dirty practice.</w:t>
      </w:r>
      <w:r>
        <w:br/>
      </w:r>
      <w:r>
        <w:rPr>
          <w:sz w:val="20"/>
        </w:rPr>
        <w:t>14:21  ke dirty practice ko chodo.</w:t>
      </w:r>
      <w:r>
        <w:br/>
      </w:r>
      <w:r>
        <w:rPr>
          <w:sz w:val="20"/>
        </w:rPr>
        <w:t>14:27  dirty practice ko chodo.</w:t>
      </w:r>
      <w:r>
        <w:br/>
      </w:r>
      <w:r>
        <w:rPr>
          <w:sz w:val="20"/>
        </w:rPr>
        <w:t>14:32  to is ka ulta kya hai? hamesha positive</w:t>
      </w:r>
      <w:r>
        <w:br/>
      </w:r>
      <w:r>
        <w:rPr>
          <w:sz w:val="20"/>
        </w:rPr>
        <w:t>14:41  thinking par qaim raho.</w:t>
      </w:r>
      <w:r>
        <w:br/>
      </w:r>
      <w:r>
        <w:rPr>
          <w:sz w:val="20"/>
        </w:rPr>
        <w:t>14:47  positivity ko kabhi nahi chodo.</w:t>
      </w:r>
    </w:p>
    <w:p>
      <w:pPr>
        <w:pStyle w:val="Heading2"/>
      </w:pPr>
      <w:r>
        <w:t>The golden rule as the simplest universal moral teaching</w:t>
      </w:r>
    </w:p>
    <w:p>
      <w:r>
        <w:rPr>
          <w:color w:val="666666"/>
          <w:sz w:val="18"/>
        </w:rPr>
        <w:t>Ethical Values in Islam, June 19, 2008 · 2m 57s · at 2:49 · https://youtu.be/2yPff80nSBY?t=169</w:t>
      </w:r>
    </w:p>
    <w:p>
      <w:r>
        <w:rPr>
          <w:i/>
        </w:rPr>
        <w:t>“A very basic human value exists in every religion”</w:t>
      </w:r>
    </w:p>
    <w:p>
      <w:r>
        <w:rPr>
          <w:sz w:val="20"/>
        </w:rPr>
        <w:t>2:49  jaise misaal ke taur par dekhiye, ek bohat hi basic human value jo hai, har mazhab mein hai. Woh Quran mein hai, woh Gita mein hai, woh Bible mein hai.</w:t>
      </w:r>
      <w:r>
        <w:br/>
      </w:r>
      <w:r>
        <w:rPr>
          <w:sz w:val="20"/>
        </w:rPr>
        <w:t>3:01  woh kya? Woh yeh hai ke jo kuch tum apne liye pasand karte ho, wahi doosre ke liye pasand karo.</w:t>
      </w:r>
      <w:r>
        <w:br/>
      </w:r>
      <w:r>
        <w:rPr>
          <w:sz w:val="20"/>
        </w:rPr>
        <w:t>3:20  jo cheez tumhe khud napasanad ho, us ko doosre ke liye bhi napasanad samjho.</w:t>
      </w:r>
      <w:r>
        <w:br/>
      </w:r>
      <w:r>
        <w:rPr>
          <w:sz w:val="20"/>
        </w:rPr>
        <w:t>3:29  isi ko shayar ne kaha tha ke na karo kisi se, na karo bhool kar kisi se tum sulook aisa ke jo tum se koi karta tumhein nagawar hota.</w:t>
      </w:r>
      <w:r>
        <w:br/>
      </w:r>
      <w:r>
        <w:rPr>
          <w:sz w:val="20"/>
        </w:rPr>
        <w:t>3:49  to yeh dekhiye, sab se zyada main samajhta hoon ke sab se zyada sada yeh teaching hai.</w:t>
      </w:r>
      <w:r>
        <w:br/>
      </w:r>
      <w:r>
        <w:rPr>
          <w:sz w:val="20"/>
        </w:rPr>
        <w:t>4:03  kyun? Har aadmi ko pata hai ke mujhe kya pasand hai, kya pasand nahi hai.</w:t>
      </w:r>
      <w:r>
        <w:br/>
      </w:r>
      <w:r>
        <w:rPr>
          <w:sz w:val="20"/>
        </w:rPr>
        <w:t>4:10  koi chahe padha likha ho, be padha likha ho, poor ho, rich ho, dekhne wala ho, be aankh wala ho, koi bhi, koi bhi, koi bhi.</w:t>
      </w:r>
      <w:r>
        <w:br/>
      </w:r>
      <w:r>
        <w:rPr>
          <w:sz w:val="20"/>
        </w:rPr>
        <w:t>4:23  har ek ko yeh pata hai ke mujhe kya acha lagta hai aur mujhe kya acha nahi lagta.</w:t>
      </w:r>
      <w:r>
        <w:br/>
      </w:r>
      <w:r>
        <w:rPr>
          <w:sz w:val="20"/>
        </w:rPr>
        <w:t>4:31  misalan mere bare mein koi, koi mujhe, misalan mujhe koi badnaam kare, jis ko kehte hain character assassination, to kis ko acha lagega?</w:t>
      </w:r>
      <w:r>
        <w:br/>
      </w:r>
      <w:r>
        <w:rPr>
          <w:sz w:val="20"/>
        </w:rPr>
        <w:t>4:46  sab ko bura lagega. To mujhe bura lagta hai jab mera koi, jis ko kehte hain Urdu mein kardar kashi, character assassination, koi kare,</w:t>
      </w:r>
      <w:r>
        <w:br/>
      </w:r>
      <w:r>
        <w:rPr>
          <w:sz w:val="20"/>
        </w:rPr>
        <w:t>4:59  mere par aib lagaye, to mujhe bura lagta hai. To isi se samajhna chahiye ke doosre ko bura lagega. Aise hi dekhiye, kisi se maamla hua, time par us ne paisa ada kar diya,</w:t>
      </w:r>
      <w:r>
        <w:br/>
      </w:r>
      <w:r>
        <w:rPr>
          <w:sz w:val="20"/>
        </w:rPr>
        <w:t>5:16  theek theek jo terms and conditions jo tay hui theen, us ke mutabiq us ne sari dealing ki, to hum ko bara acha lagega. To hum bhi doosre ke sath aise hi karein.</w:t>
      </w:r>
      <w:r>
        <w:br/>
      </w:r>
      <w:r>
        <w:rPr>
          <w:sz w:val="20"/>
        </w:rPr>
        <w:t>5:30  jab wada ho jaye to us ko poora karen. jo conditions tay ho jayen, us ko hum poora karen. to yeh bohat hi simple tareeqa hai yeh janney ka ke basic human value kya hai.</w:t>
      </w:r>
    </w:p>
    <w:p>
      <w:pPr>
        <w:pStyle w:val="Heading2"/>
      </w:pPr>
      <w:r>
        <w:t>Overcoming negativity through gratitude</w:t>
      </w:r>
    </w:p>
    <w:p>
      <w:r>
        <w:rPr>
          <w:color w:val="666666"/>
          <w:sz w:val="18"/>
        </w:rPr>
        <w:t>Ramadan Q and A Session with Prof. Farida Khanam 27th March' 2022 · 2m 17s · at 21:12 · https://youtu.be/M_pJVGZWKIM?t=1272</w:t>
      </w:r>
    </w:p>
    <w:p>
      <w:r>
        <w:rPr>
          <w:i/>
        </w:rPr>
        <w:t>“Main aapko batati hoon Maulana sahab ke aakhri saal”</w:t>
      </w:r>
    </w:p>
    <w:p>
      <w:r>
        <w:rPr>
          <w:sz w:val="20"/>
        </w:rPr>
        <w:t>21:12  main aapko batati hoon ki mauran sahab ke aakhiri saal mein bahut bimar rahe hain phir saans lena</w:t>
      </w:r>
      <w:r>
        <w:br/>
      </w:r>
      <w:r>
        <w:rPr>
          <w:sz w:val="20"/>
        </w:rPr>
        <w:t>21:18  bhi unko mushkil ho raha tha lekin ek lafz bhi wo nahi bolte the ki mujhe pareshani hai</w:t>
      </w:r>
      <w:r>
        <w:br/>
      </w:r>
      <w:r>
        <w:rPr>
          <w:sz w:val="20"/>
        </w:rPr>
        <w:t>21:24  main takleef mein hoon bolte hi nahi to kuch to phir hum hamari samajh mein bhi nahi aata</w:t>
      </w:r>
      <w:r>
        <w:br/>
      </w:r>
      <w:r>
        <w:rPr>
          <w:sz w:val="20"/>
        </w:rPr>
        <w:t>21:30  tha ki wo itne bimar hain kyunki wo kuch bolte nahi the bilkul hi nahi bolte the kuch</w:t>
      </w:r>
      <w:r>
        <w:br/>
      </w:r>
      <w:r>
        <w:rPr>
          <w:sz w:val="20"/>
        </w:rPr>
        <w:t>21:36  bhi aur aakhiri waqt tak bas positivity positivity ki baat karte rahe to maine kuch socha ki jo</w:t>
      </w:r>
      <w:r>
        <w:br/>
      </w:r>
      <w:r>
        <w:rPr>
          <w:sz w:val="20"/>
        </w:rPr>
        <w:t>21:42  kuch natala ki taraf se hamein mila hua hai hazaron lakhon cheezein mili hui hain agar aap us</w:t>
      </w:r>
      <w:r>
        <w:br/>
      </w:r>
      <w:r>
        <w:rPr>
          <w:sz w:val="20"/>
        </w:rPr>
        <w:t>21:48  par shukr ada karein to hamare shukr kabhi khatm hi nahi hoga ki hum jo cheez na mili</w:t>
      </w:r>
      <w:r>
        <w:br/>
      </w:r>
      <w:r>
        <w:rPr>
          <w:sz w:val="20"/>
        </w:rPr>
        <w:t>21:54  hui hai uski na shukri karein.</w:t>
      </w:r>
      <w:r>
        <w:br/>
      </w:r>
      <w:r>
        <w:rPr>
          <w:sz w:val="20"/>
        </w:rPr>
        <w:t>22:01  ab farsh kariye ke hum hum health mili hui hai, humein pura life support system mila hua hai, humein ek aisi duniya mili hui hai jahan hamari saari zaroortein poori ho rahi hain.</w:t>
      </w:r>
      <w:r>
        <w:br/>
      </w:r>
      <w:r>
        <w:rPr>
          <w:sz w:val="20"/>
        </w:rPr>
        <w:t>22:28  zyada kitna bada hai kitna kitna majestic aur kitna matlab usmein kida ki creation usmein nazar aati thi. farz kariye ke koi healthy bachcha aata hai unke paas wah unka bachcha nahi kisi ka bachcha hai to usko dekhkar wah khuda ko yaad karte the. har cheez ko dekhkar khuda ko sukhi pattii ko bhi dekhkar khuda ko yaad karte the ke khuda aisa sukhi pattii ka bhi model isse behtar koi nahi bana sakta.</w:t>
      </w:r>
      <w:r>
        <w:br/>
      </w:r>
      <w:r>
        <w:rPr>
          <w:sz w:val="20"/>
        </w:rPr>
        <w:t>22:57  haas ki ek blade ka model isse behtar koi nahi bana sakta to agar aap bahut zyada khuda</w:t>
      </w:r>
      <w:r>
        <w:br/>
      </w:r>
      <w:r>
        <w:rPr>
          <w:sz w:val="20"/>
        </w:rPr>
        <w:t>23:03  mein shukr karne wale banenge to aapki negativity khud ba khud khatm ho jayegi kyunki hum hamein bas yahi</w:t>
      </w:r>
      <w:r>
        <w:br/>
      </w:r>
      <w:r>
        <w:rPr>
          <w:sz w:val="20"/>
        </w:rPr>
        <w:t>23:09  sochna chahiye ki aakhir mein hum jannat mein jagah paaye aur marana kehte the ki negative aadmi ko</w:t>
      </w:r>
      <w:r>
        <w:br/>
      </w:r>
      <w:r>
        <w:rPr>
          <w:sz w:val="20"/>
        </w:rPr>
        <w:t>23:16  jagah jannat mein nahi milegi to yeh itna bada risk hai itna bada risk hai ki har haalat</w:t>
      </w:r>
      <w:r>
        <w:br/>
      </w:r>
      <w:r>
        <w:rPr>
          <w:sz w:val="20"/>
        </w:rPr>
        <w:t>23:22  mein aapko apni negativity khatm kar deni hai.</w:t>
      </w:r>
      <w:r>
        <w:br/>
      </w:r>
      <w:r>
        <w:rPr>
          <w:sz w:val="20"/>
        </w:rPr>
        <w:t>23:29  aur shabanu wants to ask a question. please go ahead shabanu. aslam likho mujhe sawal ramzan se related to nahi hai. hamari cps ki group ke discussion se related hai. mujhe doctor safeena ne ek explanation mein humein bataya ahia islam ki ka koi reference diya tha. i'm so sorry mujhe ayat yaad nahi hai.</w:t>
      </w:r>
    </w:p>
    <w:p>
      <w:pPr>
        <w:pStyle w:val="Heading2"/>
      </w:pPr>
      <w:r>
        <w:t>The tree and seed parable: success is a slow natural process</w:t>
      </w:r>
    </w:p>
    <w:p>
      <w:r>
        <w:rPr>
          <w:color w:val="666666"/>
          <w:sz w:val="18"/>
        </w:rPr>
        <w:t>CPS Women Article Discussion 17 February 5, 2023 · 2m 50s · at 28:30 · https://youtu.be/YwT3btklNZk?t=1710</w:t>
      </w:r>
    </w:p>
    <w:p>
      <w:r>
        <w:rPr>
          <w:i/>
        </w:rPr>
        <w:t>“मौलाना साहब ने एक पेड़ को मरा हुआ देखा — तब उन्हें फ़ितरत के कानून का राज़ समझ आया”</w:t>
      </w:r>
    </w:p>
    <w:p>
      <w:r>
        <w:rPr>
          <w:sz w:val="20"/>
        </w:rPr>
        <w:t>28:30  to mujhe molana sahab ki ek baat yaad aayi ki unhone ek ped ko jab unhone dekha ki woh ped mar gaya, khatm ho gaya tab woh jaan paaye ki fitrat ke qanoon ke saath hi kamyabi hai poori tarah se.</w:t>
      </w:r>
      <w:r>
        <w:br/>
      </w:r>
      <w:r>
        <w:rPr>
          <w:sz w:val="20"/>
        </w:rPr>
        <w:t>28:58  aap aap usko aur thoda sa bataiye.</w:t>
      </w:r>
      <w:r>
        <w:br/>
      </w:r>
      <w:r>
        <w:rPr>
          <w:sz w:val="20"/>
        </w:rPr>
        <w:t>29:05  aapne thunk se yaad nahi aa raha.</w:t>
      </w:r>
      <w:r>
        <w:br/>
      </w:r>
      <w:r>
        <w:rPr>
          <w:sz w:val="20"/>
        </w:rPr>
        <w:t>29:12  to usko Maulana sahab ne likha na ki ek beej jo hai beach ka bhi process hai usko</w:t>
      </w:r>
      <w:r>
        <w:br/>
      </w:r>
      <w:r>
        <w:rPr>
          <w:sz w:val="20"/>
        </w:rPr>
        <w:t>29:19  aise kaise likha hai ki matlab ek beej dala jata hai woh dheere dheere phir grow karta hai</w:t>
      </w:r>
      <w:r>
        <w:br/>
      </w:r>
      <w:r>
        <w:rPr>
          <w:sz w:val="20"/>
        </w:rPr>
        <w:t>29:26  phir woh darkht banta hai.</w:t>
      </w:r>
      <w:r>
        <w:br/>
      </w:r>
      <w:r>
        <w:rPr>
          <w:sz w:val="20"/>
        </w:rPr>
        <w:t>29:34  to ek bahut hi matlab ek aisa poora bahut poore saare log saari gaaynath usme jutti hai tab phir jaakar jo hai ek besha hota hai ek ek ped banta hai. to mujhe bhi clear se yaad nahi hai lekin yeh bahut bhi achha unka tha aur bhi unhone us jagah kai jagah uske baare mein likha hai.</w:t>
      </w:r>
      <w:r>
        <w:br/>
      </w:r>
      <w:r>
        <w:rPr>
          <w:sz w:val="20"/>
        </w:rPr>
        <w:t>30:01  matlab uski ped ke ke jo unhone nikalwaya tha ped uske mutabik unhone kai jagah likha hai. kai cheez likhi hai. aur koi apni learning bataya bataya hai na? matlab woh bata rahe the ki beej beej ka dard banna koi koi incident nahi hai koi tafaqi baat nahi hai.</w:t>
      </w:r>
      <w:r>
        <w:br/>
      </w:r>
      <w:r>
        <w:rPr>
          <w:sz w:val="20"/>
        </w:rPr>
        <w:t>30:25  isi tarah ek shakhs ka kamyab hona bhi hai koi tafaqi baat nahi hai jo ek lineen bhi likhi hai usme ki matlab ek shakhs aise hi nahi kamyab haan haan haan. hum log apni life mein hamesha aapko rakhte hain jaise jaada aaya to hum sardi ka intezar karte hain. hum jaade ke baad garmi ka sabr karte hain kya saalon? aur sardi mein garmi ka intezar hota hai. to yeh mujhe lagta hai ki hum sabki shuru se training allah taala ne sabr ke liye hi ki hai.</w:t>
      </w:r>
      <w:r>
        <w:br/>
      </w:r>
      <w:r>
        <w:rPr>
          <w:sz w:val="20"/>
        </w:rPr>
        <w:t>30:54  bas magar insaan jaldbaaz hai bas aur wali baat hai. bilkul. hamari fatrah mein hai jaldbaazi. isliye hum gadbad kar dete hain. bilkul. gaaynath mein sab cheez se nishal dekar bahut achhe se yeh cheez samajh aati hai ki gaaynath ko dekar ki aise hi koi tafaak se nahi hoti. aise hi insaan ki bhi koi kamyab tabhi hota hai, koi tafaqi baat nahi hai.</w:t>
      </w:r>
      <w:r>
        <w:br/>
      </w:r>
      <w:r>
        <w:rPr>
          <w:sz w:val="20"/>
        </w:rPr>
        <w:t>31:20  koi usoolon ki pabandi ke baad hi koi insaan kamyab ho sakta hai aur koi aaj to bahut</w:t>
      </w:r>
    </w:p>
    <w:p>
      <w:pPr>
        <w:pStyle w:val="Heading2"/>
      </w:pPr>
      <w:r>
        <w:t>Passive smoking as a model for extending moral responsibility</w:t>
      </w:r>
    </w:p>
    <w:p>
      <w:r>
        <w:rPr>
          <w:color w:val="666666"/>
          <w:sz w:val="18"/>
        </w:rPr>
        <w:t>Ethical Values in Islam, June 19, 2008 · 1m 24s · at 22:04 · https://youtu.be/2yPff80nSBY?t=1324</w:t>
      </w:r>
    </w:p>
    <w:p>
      <w:r>
        <w:rPr>
          <w:i/>
        </w:rPr>
        <w:t>“You're smoking, but you're making me a passive smoker”</w:t>
      </w:r>
    </w:p>
    <w:p>
      <w:r>
        <w:rPr>
          <w:sz w:val="20"/>
        </w:rPr>
        <w:t>22:04  hamaray bachpan mein, hum aaj kal boya jata hai aik lafz "passive smoking".</w:t>
      </w:r>
      <w:r>
        <w:br/>
      </w:r>
      <w:r>
        <w:rPr>
          <w:sz w:val="20"/>
        </w:rPr>
        <w:t>22:12  hamaray bachpan mein log cigarette peetay thay, bohat kam tha, zamanay mein riwaj, lekin "passive smoking" ka lafz hum nay kabhi nahi suna tha bachpan mein.</w:t>
      </w:r>
      <w:r>
        <w:br/>
      </w:r>
      <w:r>
        <w:rPr>
          <w:sz w:val="20"/>
        </w:rPr>
        <w:t>22:23  ab har aadmi janta hai "passive smoking"</w:t>
      </w:r>
      <w:r>
        <w:br/>
      </w:r>
      <w:r>
        <w:rPr>
          <w:sz w:val="20"/>
        </w:rPr>
        <w:t>22:26  . yani aik aadmi agar cigarette pi raha hai to khud to woh direct tor par apnay phephron ko nuqsan pohncha raha hai pi kar kay, lekin woh jo dhuan niklta hai, us say woh dhuan fiza mein aata hai aur phir fiza kay zariye mujh tak bhi pohanchta hai.</w:t>
      </w:r>
      <w:r>
        <w:br/>
      </w:r>
      <w:r>
        <w:rPr>
          <w:sz w:val="20"/>
        </w:rPr>
        <w:t>22:51  yani aap active smoking kar rahay hain aur mujh ko aap passive smoker bana rahay hain.</w:t>
      </w:r>
      <w:r>
        <w:br/>
      </w:r>
      <w:r>
        <w:rPr>
          <w:sz w:val="20"/>
        </w:rPr>
        <w:t>23:01  doosra aadmi active smoking kar raha hai aur apnay parosi ko passive smoker bana raha hai, to ab moral values ko yahan tak extend karna paray ga.</w:t>
      </w:r>
      <w:r>
        <w:br/>
      </w:r>
      <w:r>
        <w:rPr>
          <w:sz w:val="20"/>
        </w:rPr>
        <w:t>23:14  moral values ko yahan tak extend karna paray ga</w:t>
      </w:r>
      <w:r>
        <w:br/>
      </w:r>
      <w:r>
        <w:rPr>
          <w:sz w:val="20"/>
        </w:rPr>
        <w:t>23:17  kay aap ko yeh ijazat nahi hai kay apna shauq poora karnay kay liye aap cigarette piyein aur doosron ko passive smoker banayein.</w:t>
      </w:r>
    </w:p>
    <w:p>
      <w:pPr>
        <w:pStyle w:val="Heading2"/>
      </w:pPr>
      <w:r>
        <w:t>Worship is gratitude and spirituality</w:t>
      </w:r>
    </w:p>
    <w:p>
      <w:r>
        <w:rPr>
          <w:color w:val="666666"/>
          <w:sz w:val="18"/>
        </w:rPr>
        <w:t>Prayer for the Country April 05, 2020 Maulana Wahiduddin Khan · 1m 42s · at 22:49 · https://youtu.be/9Fh70tItjlQ?t=1369</w:t>
      </w:r>
    </w:p>
    <w:p>
      <w:r>
        <w:rPr>
          <w:i/>
        </w:rPr>
        <w:t>“Humans and jinn were created for worship.”</w:t>
      </w:r>
    </w:p>
    <w:p>
      <w:r>
        <w:rPr>
          <w:sz w:val="20"/>
        </w:rPr>
        <w:t>22:49  haan, insaan aur jinn ko allah ne paida kiya hai ibaadat ke liye. ibaadat ka matlab hai allah ka shukr karna. allah ki nematoun ka eteraaf karna.</w:t>
      </w:r>
      <w:r>
        <w:br/>
      </w:r>
      <w:r>
        <w:rPr>
          <w:sz w:val="20"/>
        </w:rPr>
        <w:t>23:00  ikhraaj karna. isi ke liye paida kiya gaya.</w:t>
      </w:r>
      <w:r>
        <w:br/>
      </w:r>
      <w:r>
        <w:rPr>
          <w:sz w:val="20"/>
        </w:rPr>
        <w:t>23:06  yeh nahi ke aadmi</w:t>
      </w:r>
      <w:r>
        <w:br/>
      </w:r>
      <w:r>
        <w:rPr>
          <w:sz w:val="20"/>
        </w:rPr>
        <w:t>23:11  negative participant chalaye.</w:t>
      </w:r>
      <w:r>
        <w:br/>
      </w:r>
      <w:r>
        <w:rPr>
          <w:sz w:val="20"/>
        </w:rPr>
        <w:t>23:18  aisa nahi hai.</w:t>
      </w:r>
      <w:r>
        <w:br/>
      </w:r>
      <w:r>
        <w:rPr>
          <w:sz w:val="20"/>
        </w:rPr>
        <w:t>23:23  to ibaadat ka kya tareeqa hona chahiye jo hamare haan riwaj hai formal worship ka? wahi ibaadat hai ya ibaadat jo informal worship hoti hai?</w:t>
      </w:r>
      <w:r>
        <w:br/>
      </w:r>
      <w:r>
        <w:rPr>
          <w:sz w:val="20"/>
        </w:rPr>
        <w:t>23:36  is ke bare mein kuch bataiye.</w:t>
      </w:r>
      <w:r>
        <w:br/>
      </w:r>
      <w:r>
        <w:rPr>
          <w:sz w:val="20"/>
        </w:rPr>
        <w:t>23:38  dekhiye, ibaadat jo hai woh</w:t>
      </w:r>
      <w:r>
        <w:br/>
      </w:r>
      <w:r>
        <w:rPr>
          <w:sz w:val="20"/>
        </w:rPr>
        <w:t>23:43  spirituality ka naam hai. aap ka dil allah ki</w:t>
      </w:r>
      <w:r>
        <w:br/>
      </w:r>
      <w:r>
        <w:rPr>
          <w:sz w:val="20"/>
        </w:rPr>
        <w:t>23:50  ko yaad kar ke spirituality ka jazba paida ho. allah ki nematoun ko aap yaad karen. aap ghor kijiye ke suraj ki roshni,</w:t>
      </w:r>
      <w:r>
        <w:br/>
      </w:r>
      <w:r>
        <w:rPr>
          <w:sz w:val="20"/>
        </w:rPr>
        <w:t>24:04  barish ka pani, is tarah ki beshumar cheezen hum ko free mein mili hui hain.</w:t>
      </w:r>
      <w:r>
        <w:br/>
      </w:r>
      <w:r>
        <w:rPr>
          <w:sz w:val="20"/>
        </w:rPr>
        <w:t>24:15  to in cheezon ki ikhraaj karna yahi ibaadat hai.</w:t>
      </w:r>
    </w:p>
    <w:p>
      <w:pPr>
        <w:pStyle w:val="Heading2"/>
      </w:pPr>
      <w:r>
        <w:t>Sixty years of 'Hate India' campaign blocking peace with Pakistan</w:t>
      </w:r>
    </w:p>
    <w:p>
      <w:r>
        <w:rPr>
          <w:color w:val="666666"/>
          <w:sz w:val="18"/>
        </w:rPr>
        <w:t>Ethical Values in Islam, June 19, 2008 · 1m 58s · at 17:51 · https://youtu.be/2yPff80nSBY?t=1071</w:t>
      </w:r>
    </w:p>
    <w:p>
      <w:r>
        <w:rPr>
          <w:i/>
        </w:rPr>
        <w:t>“For 60 years Pakistan ran a 'Hate India' campaign”</w:t>
      </w:r>
    </w:p>
    <w:p>
      <w:r>
        <w:rPr>
          <w:sz w:val="20"/>
        </w:rPr>
        <w:t>17:51  aisi dehi Kashmir mein 60 baras se Pakistan mein aik nafrat, hate India campaign chali hui thi.</w:t>
      </w:r>
      <w:r>
        <w:br/>
      </w:r>
      <w:r>
        <w:rPr>
          <w:sz w:val="20"/>
        </w:rPr>
        <w:t>18:00  hate India campaign.</w:t>
      </w:r>
      <w:r>
        <w:br/>
      </w:r>
      <w:r>
        <w:rPr>
          <w:sz w:val="20"/>
        </w:rPr>
        <w:t>18:02  ab pichle 60 baras mein aap dekhiye, Pakistan ke papers, Pakistan ki TV, to aap payen ke bas hate India, hate India, hate India.</w:t>
      </w:r>
      <w:r>
        <w:br/>
      </w:r>
      <w:r>
        <w:rPr>
          <w:sz w:val="20"/>
        </w:rPr>
        <w:t>18:13  ab jo present government hai Pakistan ki, woh chahti hai India se adjust karna. kyun ke commercial sense mein bohat nuqsan uthaya Pakistan ne.</w:t>
      </w:r>
      <w:r>
        <w:br/>
      </w:r>
      <w:r>
        <w:rPr>
          <w:sz w:val="20"/>
        </w:rPr>
        <w:t>18:26  business itna zabardast, Pakistan aur India dono neighbor country hain,</w:t>
      </w:r>
      <w:r>
        <w:br/>
      </w:r>
      <w:r>
        <w:rPr>
          <w:sz w:val="20"/>
        </w:rPr>
        <w:t>18:32  bohat zabardast business dono mein ho sakta hai, bohat zabardast business.</w:t>
      </w:r>
      <w:r>
        <w:br/>
      </w:r>
      <w:r>
        <w:rPr>
          <w:sz w:val="20"/>
        </w:rPr>
        <w:t>18:40  lekin yaani billion, trillion dollar ka nuqsan kiya in logon ne. aap chahte hain ke adjust karen, lekin apne mulk ke logon ko, jo awam ko ya masses ko, unhon ne India ke khilaaf negative thought se bhar rakha hai.</w:t>
      </w:r>
      <w:r>
        <w:br/>
      </w:r>
      <w:r>
        <w:rPr>
          <w:sz w:val="20"/>
        </w:rPr>
        <w:t>19:02  yaani wahan Bharat ka lafz aik, aik bohat hi, aik jaise lagta hai ke koi buri cheez hai. Bharat to kaise kuch bhi nahi hoga?</w:t>
      </w:r>
      <w:r>
        <w:br/>
      </w:r>
      <w:r>
        <w:rPr>
          <w:sz w:val="20"/>
        </w:rPr>
        <w:t>19:11  woh koshish kar rahe hain, lekin no result.</w:t>
      </w:r>
      <w:r>
        <w:br/>
      </w:r>
      <w:r>
        <w:rPr>
          <w:sz w:val="20"/>
        </w:rPr>
        <w:t>19:16  to agar aap ko India ko, Pakistan ko, dono jagah ki baat mein kahoon ga ke India agar chahta hai ke Pakistan se achhe taluqat bana kar rahe, Pakistan chahta hai ke India ke sath achhe taluqat ban kar rahe, to dono ko aik doosre ke baray mein yeh karna pare ga ke apne logon ko is se bachayen ke un ka seena hate se bhar jaye, nafrat se bhar jaye.</w:t>
      </w:r>
      <w:r>
        <w:br/>
      </w:r>
      <w:r>
        <w:rPr>
          <w:sz w:val="20"/>
        </w:rPr>
        <w:t>19:43  to phir kuch bhi nahi hoga, kuch bhi nahi hoga.</w:t>
      </w:r>
    </w:p>
    <w:p>
      <w:pPr>
        <w:pStyle w:val="Heading2"/>
      </w:pPr>
      <w:r>
        <w:t>Prophet Muhammad as a true seeker</w:t>
      </w:r>
    </w:p>
    <w:p>
      <w:r>
        <w:rPr>
          <w:color w:val="666666"/>
          <w:sz w:val="18"/>
        </w:rPr>
        <w:t>How to Find Truth | August 8, 2007 · 3m 08s · at 13:31 · https://youtu.be/YaxWNPN2K5A?t=811</w:t>
      </w:r>
    </w:p>
    <w:p>
      <w:r>
        <w:rPr>
          <w:i/>
        </w:rPr>
        <w:t>“Prophet Muhammad was a true seeker, intellectual discontentment”</w:t>
      </w:r>
    </w:p>
    <w:p>
      <w:r>
        <w:rPr>
          <w:sz w:val="20"/>
        </w:rPr>
        <w:t>13:31  Let's take the first, that is, seeking spirit.</w:t>
      </w:r>
      <w:r>
        <w:br/>
      </w:r>
      <w:r>
        <w:rPr>
          <w:sz w:val="20"/>
        </w:rPr>
        <w:t>13:40  Quran says about the Prophet of Islam, Muhammad Sallallahu Alaihi Wasallam.</w:t>
      </w:r>
      <w:r>
        <w:br/>
      </w:r>
      <w:r>
        <w:rPr>
          <w:sz w:val="20"/>
        </w:rPr>
        <w:t>13:48  Muhammad, peace be upon him, was born in, in the first quarter of seventh century, namely 570 AD.</w:t>
      </w:r>
      <w:r>
        <w:br/>
      </w:r>
      <w:r>
        <w:rPr>
          <w:sz w:val="20"/>
        </w:rPr>
        <w:t>13:56  So he was born in Mecca.</w:t>
      </w:r>
      <w:r>
        <w:br/>
      </w:r>
      <w:r>
        <w:rPr>
          <w:sz w:val="20"/>
        </w:rPr>
        <w:t>14:04  Mecca was his hometown.</w:t>
      </w:r>
      <w:r>
        <w:br/>
      </w:r>
      <w:r>
        <w:rPr>
          <w:sz w:val="20"/>
        </w:rPr>
        <w:t>14:09  There was his family.</w:t>
      </w:r>
      <w:r>
        <w:br/>
      </w:r>
      <w:r>
        <w:rPr>
          <w:sz w:val="20"/>
        </w:rPr>
        <w:t>14:14  There were his relatives.</w:t>
      </w:r>
      <w:r>
        <w:br/>
      </w:r>
      <w:r>
        <w:rPr>
          <w:sz w:val="20"/>
        </w:rPr>
        <w:t>14:19  There was a society.</w:t>
      </w:r>
      <w:r>
        <w:br/>
      </w:r>
      <w:r>
        <w:rPr>
          <w:sz w:val="20"/>
        </w:rPr>
        <w:t>14:24  There was a culture.</w:t>
      </w:r>
      <w:r>
        <w:br/>
      </w:r>
      <w:r>
        <w:rPr>
          <w:sz w:val="20"/>
        </w:rPr>
        <w:t>14:29  So everything was there.</w:t>
      </w:r>
      <w:r>
        <w:br/>
      </w:r>
      <w:r>
        <w:rPr>
          <w:sz w:val="20"/>
        </w:rPr>
        <w:t>14:33  But the prophet of Islam became discontented. So he,</w:t>
      </w:r>
      <w:r>
        <w:br/>
      </w:r>
      <w:r>
        <w:rPr>
          <w:sz w:val="20"/>
        </w:rPr>
        <w:t>14:38  He was unable to move the society.</w:t>
      </w:r>
      <w:r>
        <w:br/>
      </w:r>
      <w:r>
        <w:rPr>
          <w:sz w:val="20"/>
        </w:rPr>
        <w:t>14:45  unable to enjoy the culture.</w:t>
      </w:r>
      <w:r>
        <w:br/>
      </w:r>
      <w:r>
        <w:rPr>
          <w:sz w:val="20"/>
        </w:rPr>
        <w:t>14:51  So he used to go to, to, to a, to a, to a cave that is Hira.</w:t>
      </w:r>
      <w:r>
        <w:br/>
      </w:r>
      <w:r>
        <w:rPr>
          <w:sz w:val="20"/>
        </w:rPr>
        <w:t>14:57  Hira was a mountain.</w:t>
      </w:r>
      <w:r>
        <w:br/>
      </w:r>
      <w:r>
        <w:rPr>
          <w:sz w:val="20"/>
        </w:rPr>
        <w:t>15:04  And there was a queue that is called</w:t>
      </w:r>
      <w:r>
        <w:br/>
      </w:r>
      <w:r>
        <w:rPr>
          <w:sz w:val="20"/>
        </w:rPr>
        <w:t>15:10  Cave of Hira.</w:t>
      </w:r>
      <w:r>
        <w:br/>
      </w:r>
      <w:r>
        <w:rPr>
          <w:sz w:val="20"/>
        </w:rPr>
        <w:t>15:16  So he used to go to the, to that cave.</w:t>
      </w:r>
      <w:r>
        <w:br/>
      </w:r>
      <w:r>
        <w:rPr>
          <w:sz w:val="20"/>
        </w:rPr>
        <w:t>15:22  And he used to spend several days in this Hira.</w:t>
      </w:r>
      <w:r>
        <w:br/>
      </w:r>
      <w:r>
        <w:rPr>
          <w:sz w:val="20"/>
        </w:rPr>
        <w:t>15:28  Why? Because, because the Quran says, "Zalika hudan."</w:t>
      </w:r>
      <w:r>
        <w:br/>
      </w:r>
      <w:r>
        <w:rPr>
          <w:sz w:val="20"/>
        </w:rPr>
        <w:t>15:34  This Quranic verse is about the Prophet of Islam.</w:t>
      </w:r>
      <w:r>
        <w:br/>
      </w:r>
      <w:r>
        <w:rPr>
          <w:sz w:val="20"/>
        </w:rPr>
        <w:t>15:40  "Zal faha" it means that Quran, it means that, that God found that. You are a true seeker. You are a zal. Zal means true seeker, intellectually discontented person.</w:t>
      </w:r>
      <w:r>
        <w:br/>
      </w:r>
      <w:r>
        <w:rPr>
          <w:sz w:val="20"/>
        </w:rPr>
        <w:t>16:10  in he provide, provided you guidance. so due to this intellectual discontentment, he used to go to Hira. Some people say that in Hira he used to go to meditation, but it is wrong. It was not meditation. Instead, it was</w:t>
      </w:r>
    </w:p>
    <w:p>
      <w:pPr>
        <w:pStyle w:val="Heading2"/>
      </w:pPr>
      <w:r>
        <w:t>Complaint culture vs genuine gratitude</w:t>
      </w:r>
    </w:p>
    <w:p>
      <w:r>
        <w:rPr>
          <w:color w:val="666666"/>
          <w:sz w:val="18"/>
        </w:rPr>
        <w:t>Creative Marefat 8 April 2017 - Maulana Wahiduddin Khan · 1m 40s · at 9:00 · https://youtu.be/I2hKHNIQ-1U?t=540</w:t>
      </w:r>
    </w:p>
    <w:p>
      <w:r>
        <w:rPr>
          <w:i/>
        </w:rPr>
        <w:t>“To kabhi bhi aap negative na hon”</w:t>
      </w:r>
    </w:p>
    <w:p>
      <w:r>
        <w:rPr>
          <w:sz w:val="20"/>
        </w:rPr>
        <w:t>9:00  to kabhi bhi aap negative na hon. maslan aap dekhiye jo log service karte hain kisi company mein, jis se miliye, kuch na kuch shikayat ki baat bole ga woh.</w:t>
      </w:r>
      <w:r>
        <w:br/>
      </w:r>
      <w:r>
        <w:rPr>
          <w:sz w:val="20"/>
        </w:rPr>
        <w:t>9:12  kisi chahe woh top ka ho is mein, tab bhi kuch na kuch shikayat ki boli bole ga. halankay woh to woh to woh kaam kar raha hai, woh company woh kaam kar rahi hai jo Hazrat Maryam ke liye Zakariya ne kiya tha.</w:t>
      </w:r>
      <w:r>
        <w:br/>
      </w:r>
      <w:r>
        <w:rPr>
          <w:sz w:val="20"/>
        </w:rPr>
        <w:t>9:25  yani ek kaam bhi economic base de rahi hai. Hazrat Maryam ke liye Zakariya economic base ban gaye. woh bhi bohat mamooli darja batayein.</w:t>
      </w:r>
      <w:r>
        <w:br/>
      </w:r>
      <w:r>
        <w:rPr>
          <w:sz w:val="20"/>
        </w:rPr>
        <w:t>9:36  ek choti si kothri banati thi, woh subah shaam un ko khana mil jata tha. aap to that se rehte hain,</w:t>
      </w:r>
      <w:r>
        <w:br/>
      </w:r>
      <w:r>
        <w:rPr>
          <w:sz w:val="20"/>
        </w:rPr>
        <w:t>9:43  model flat pe rehte hain, car par chalte hain, hawa jahaz safar karte hain, bank balance aap ke paas hai. to aap ko jo company aap de rahi hai, wo is se bohat zyada hai jo Maryam ko Hazrat Zakariya de rahe the.</w:t>
      </w:r>
      <w:r>
        <w:br/>
      </w:r>
      <w:r>
        <w:rPr>
          <w:sz w:val="20"/>
        </w:rPr>
        <w:t>9:57  lekin shikayat phir bhi</w:t>
      </w:r>
      <w:r>
        <w:br/>
      </w:r>
      <w:r>
        <w:rPr>
          <w:sz w:val="20"/>
        </w:rPr>
        <w:t>10:01  shikayat. bas jhoota Alhamdulillah har har aadmi karega. aaj kal ya jis se main milta hoon to baat baat par Alhamdulillah, Alhamdulillah mujhe bohat ghussa aata hai ke jhoota Alhamdulillah hai, jhoota Alhamdulillah.</w:t>
      </w:r>
      <w:r>
        <w:br/>
      </w:r>
      <w:r>
        <w:rPr>
          <w:sz w:val="20"/>
        </w:rPr>
        <w:t>10:15  kisi ne ab tak mujhe aisa aadmi nahi mila jo company ki mein jo us ko job mila ho, us par Alhamdulillah kahe.</w:t>
      </w:r>
      <w:r>
        <w:br/>
      </w:r>
      <w:r>
        <w:rPr>
          <w:sz w:val="20"/>
        </w:rPr>
        <w:t>10:23  koi aisa hi nahi mila. communication pe kisi ne Alhamdulillah nahi kaha, modern civilization pe kisi ne Alhamdulillah nahi kaha, par jhoot jhoot par bol rahe hain, Alhamdulillah sachai par nahi bol rahe.</w:t>
      </w:r>
    </w:p>
    <w:p>
      <w:pPr>
        <w:pStyle w:val="Heading2"/>
      </w:pPr>
      <w:r>
        <w:t>Islam is about love not problem</w:t>
      </w:r>
    </w:p>
    <w:p>
      <w:r>
        <w:rPr>
          <w:color w:val="666666"/>
          <w:sz w:val="18"/>
        </w:rPr>
        <w:t>Islam in Daily Life I 26 Dec, 2010 - Maulana Wahiduddin Khan · 2m 55s · at 1:22 · https://youtu.be/S7ahMQ1iyp0?t=82</w:t>
      </w:r>
    </w:p>
    <w:p>
      <w:r>
        <w:rPr>
          <w:i/>
        </w:rPr>
        <w:t>“Iska main aaghaz karunga apne do tajurbe se”</w:t>
      </w:r>
    </w:p>
    <w:p>
      <w:r>
        <w:rPr>
          <w:sz w:val="20"/>
        </w:rPr>
        <w:t>1:22  is ka main aaghaaz karunga apne do tajrube se.</w:t>
      </w:r>
      <w:r>
        <w:br/>
      </w:r>
      <w:r>
        <w:rPr>
          <w:sz w:val="20"/>
        </w:rPr>
        <w:t>1:29  ek baar, kai saal pehle ki baat hai,</w:t>
      </w:r>
      <w:r>
        <w:br/>
      </w:r>
      <w:r>
        <w:rPr>
          <w:sz w:val="20"/>
        </w:rPr>
        <w:t>1:36  Hyderabad mein ek Hindu Muslim dialogue rakha gaya.</w:t>
      </w:r>
      <w:r>
        <w:br/>
      </w:r>
      <w:r>
        <w:rPr>
          <w:sz w:val="20"/>
        </w:rPr>
        <w:t>1:46  Hindu ki numaindagi kar rahe the Mr. Haroon Shori, jo baad ko minister bane. Islam ki numaindagi mein kar raha tha.</w:t>
      </w:r>
      <w:r>
        <w:br/>
      </w:r>
      <w:r>
        <w:rPr>
          <w:sz w:val="20"/>
        </w:rPr>
        <w:t>2:00  toh is ka jo topic rakha gaya tha, woh tha: "Living with Islam in India".</w:t>
      </w:r>
      <w:r>
        <w:br/>
      </w:r>
      <w:r>
        <w:rPr>
          <w:sz w:val="20"/>
        </w:rPr>
        <w:t>2:13  "Living with Islam in India".</w:t>
      </w:r>
      <w:r>
        <w:br/>
      </w:r>
      <w:r>
        <w:rPr>
          <w:sz w:val="20"/>
        </w:rPr>
        <w:t>2:19  toh Haroon Shori sahab ne jo baatein kaheen, woh aisi theen jaise ke: "Living with problem Islam in India".</w:t>
      </w:r>
      <w:r>
        <w:br/>
      </w:r>
      <w:r>
        <w:rPr>
          <w:sz w:val="20"/>
        </w:rPr>
        <w:t>2:32  yaani ek aisa mazhab jo problem hai, us ke saath kaise India mein rahein?</w:t>
      </w:r>
      <w:r>
        <w:br/>
      </w:r>
      <w:r>
        <w:rPr>
          <w:sz w:val="20"/>
        </w:rPr>
        <w:t>2:41  toh maine kaha ke dekhein, yeh jo hai, Musalmanon ke kuch baaton ko le kar yeh image bani hai ke Islam ek problem religion hai.</w:t>
      </w:r>
      <w:r>
        <w:br/>
      </w:r>
      <w:r>
        <w:rPr>
          <w:sz w:val="20"/>
        </w:rPr>
        <w:t>2:54  theek hai? ek Musalmanon ko alag kar ke dekhein aap, toh Islam jo hai,</w:t>
      </w:r>
      <w:r>
        <w:br/>
      </w:r>
      <w:r>
        <w:rPr>
          <w:sz w:val="20"/>
        </w:rPr>
        <w:t>3:00  woh no problem religion hai.</w:t>
      </w:r>
      <w:r>
        <w:br/>
      </w:r>
      <w:r>
        <w:rPr>
          <w:sz w:val="20"/>
        </w:rPr>
        <w:t>3:04  yaani ulta hai. so you have to differentiate between Islam and Muslims. you have to judge Muslims in the light of Islamic teachings, and not vice versa.</w:t>
      </w:r>
      <w:r>
        <w:br/>
      </w:r>
      <w:r>
        <w:rPr>
          <w:sz w:val="20"/>
        </w:rPr>
        <w:t>3:19  toh maine bataya ke "Living with Islam in India" ek negative tone mein hai yeh topic. lekin sahi baat yeh hai ke Islam ke saath rehna,</w:t>
      </w:r>
      <w:r>
        <w:br/>
      </w:r>
      <w:r>
        <w:rPr>
          <w:sz w:val="20"/>
        </w:rPr>
        <w:t>3:36  peace ke saath rehna hai, tolerance ke saath rehna hai,</w:t>
      </w:r>
      <w:r>
        <w:br/>
      </w:r>
      <w:r>
        <w:rPr>
          <w:sz w:val="20"/>
        </w:rPr>
        <w:t>3:40  compeshn ke sath rehna hai.</w:t>
      </w:r>
      <w:r>
        <w:br/>
      </w:r>
      <w:r>
        <w:rPr>
          <w:sz w:val="20"/>
        </w:rPr>
        <w:t>3:45  to mein ne apni baat ka, ab islam ki spirit ko lete hue, mein ne baat shuru ki to mein ne kaha ke dekhen, yeh koi debate nahi hai.</w:t>
      </w:r>
      <w:r>
        <w:br/>
      </w:r>
      <w:r>
        <w:rPr>
          <w:sz w:val="20"/>
        </w:rPr>
        <w:t>3:59  yeh pyar ka, pyar ke sath exchange hai. mein ne kaha ke mister haroon shori ke pas bhi pyar ki batain hongi to woh kahein, mein islam ko le kar pyar ki batain kahunga.</w:t>
      </w:r>
      <w:r>
        <w:br/>
      </w:r>
      <w:r>
        <w:rPr>
          <w:sz w:val="20"/>
        </w:rPr>
        <w:t>4:11  to yeh pyar ke sath, yani zindagi jo hai poori,</w:t>
      </w:r>
    </w:p>
    <w:p>
      <w:pPr>
        <w:pStyle w:val="Heading2"/>
      </w:pPr>
      <w:r>
        <w:t>Hadith: the heart, meaning the mind, is the root</w:t>
      </w:r>
    </w:p>
    <w:p>
      <w:r>
        <w:rPr>
          <w:color w:val="666666"/>
          <w:sz w:val="18"/>
        </w:rPr>
        <w:t>Human Values · 1m 22s · at 13:20 · https://youtu.be/Art0kheDD40?t=800</w:t>
      </w:r>
    </w:p>
    <w:p>
      <w:r>
        <w:rPr>
          <w:i/>
        </w:rPr>
        <w:t>“Aadmi ke body mein ek tukda hai, agar wo theek ho jaye”</w:t>
      </w:r>
    </w:p>
    <w:p>
      <w:r>
        <w:rPr>
          <w:sz w:val="20"/>
        </w:rPr>
        <w:t>13:20  ke aadmi ke body mein aik aik tukra hai, woh theek ho jaye to sab theek hai, woh theek na ho to sab bigar jaye ga, aur woh hai dil.</w:t>
      </w:r>
      <w:r>
        <w:br/>
      </w:r>
      <w:r>
        <w:rPr>
          <w:sz w:val="20"/>
        </w:rPr>
        <w:t>13:33  to dil ka matlab hai, mein us ko mind ke maenay mein leta hoon. yeh aik dictionary expression hai ke dil ka lafz bolte hain, matlab hota hai mind.</w:t>
      </w:r>
      <w:r>
        <w:br/>
      </w:r>
      <w:r>
        <w:rPr>
          <w:sz w:val="20"/>
        </w:rPr>
        <w:t>13:45  to is ka matlab hai ke islam ne jo bataya hai mujhe hai ke aap parhen ge quran ko, hadith ko to aap dekhen ge wahan par honest ko bohat zor diya gaya hai, sachai par bohat ziyada perfect kiya gaya hai,</w:t>
      </w:r>
      <w:r>
        <w:br/>
      </w:r>
      <w:r>
        <w:rPr>
          <w:sz w:val="20"/>
        </w:rPr>
        <w:t>13:58  peace ko bohat ziyada kaha gaya hai, intolerance ko bohat ziyada zor diya gaya hai, yeh sari cheezain hain. mohabbat, sachai, honest, justice, sab.</w:t>
      </w:r>
      <w:r>
        <w:br/>
      </w:r>
      <w:r>
        <w:rPr>
          <w:sz w:val="20"/>
        </w:rPr>
        <w:t>14:10  lekin aap ne kaha ke jarr jo hai woh yahan par hai. jarr jo hai woh mind mein hai. agar tum mind ko badal pao ge tab sab cheezain badlen gi.</w:t>
      </w:r>
      <w:r>
        <w:br/>
      </w:r>
      <w:r>
        <w:rPr>
          <w:sz w:val="20"/>
        </w:rPr>
        <w:t>14:21  mind ko nahi badal pao ge to cheezain nahi badlen gi. yeh hai mein ne apni study mein jo mein ne paya hai woh yeh paya hai. to mein aik martaba yahan par delhi mein aik jagah aik meri speech thi to mein ne kaha mujh se woh unhon ne kaha ke aap aik aik book tayyar kijiye modern values par.</w:t>
      </w:r>
    </w:p>
    <w:p>
      <w:pPr>
        <w:pStyle w:val="Heading2"/>
      </w:pPr>
      <w:r>
        <w:t>Unilateral approach resolves family disputes</w:t>
      </w:r>
    </w:p>
    <w:p>
      <w:r>
        <w:rPr>
          <w:color w:val="666666"/>
          <w:sz w:val="18"/>
        </w:rPr>
        <w:t>Putting End to Complaints April 22, 2020 Maulana Wahiduddin Khan · 2m 09s · at 40:11 · https://youtu.be/jwchAfcFrkM?t=2411</w:t>
      </w:r>
    </w:p>
    <w:p>
      <w:r>
        <w:rPr>
          <w:i/>
        </w:rPr>
        <w:t>“Dekhiye, main family ke baare mein jaanta hoon kya hota hai”</w:t>
      </w:r>
    </w:p>
    <w:p>
      <w:r>
        <w:rPr>
          <w:sz w:val="20"/>
        </w:rPr>
        <w:t>40:11  dekhen, mein family ke bare mein janta hoon kya hota hai, dua ke baghair yeh sab masla hal ho sakta hai, woh hai yak tarfa family ke mamle mein jitne bhi jagah niza' hote hain,</w:t>
      </w:r>
      <w:r>
        <w:br/>
      </w:r>
      <w:r>
        <w:rPr>
          <w:sz w:val="20"/>
        </w:rPr>
        <w:t>40:31  yeh ke aik fareeq karta hai, yeh aik doosre fareeq karta hai, woh kuch nahi. aap agar aik fareeq hon toh bas keh dijiye ke "meri koi rai nahi hai, jo aap chahen kijiye,</w:t>
      </w:r>
      <w:r>
        <w:br/>
      </w:r>
      <w:r>
        <w:rPr>
          <w:sz w:val="20"/>
        </w:rPr>
        <w:t>40:47  mujhe qabool hogi, jo faisla aap log keh dein, mujhe qabool hai, bas masla khatam."</w:t>
      </w:r>
      <w:r>
        <w:br/>
      </w:r>
      <w:r>
        <w:rPr>
          <w:sz w:val="20"/>
        </w:rPr>
        <w:t>40:56  maulana sahib, jo aap kehte hain ke "you are right, i am wrong." muzaffar nagar mein aik family hai, abhi bhi woh family hai muzaffar nagar mein, toh unke chaar bhai bhai thay, mein gaya hoon unke ghar toh wahan par kya hua</w:t>
      </w:r>
      <w:r>
        <w:br/>
      </w:r>
      <w:r>
        <w:rPr>
          <w:sz w:val="20"/>
        </w:rPr>
        <w:t>41:17  ke</w:t>
      </w:r>
      <w:r>
        <w:br/>
      </w:r>
      <w:r>
        <w:rPr>
          <w:sz w:val="20"/>
        </w:rPr>
        <w:t>41:21  niza' hui, yeh mera woh, woh unka, woh unka jo bara bhai jo tha, bara bhai us ne kaha "dekho bhai, mera koi haq haq nahi hai, jo do le lo, woh tumhara, jo reh jaye woh mera,</w:t>
      </w:r>
      <w:r>
        <w:br/>
      </w:r>
      <w:r>
        <w:rPr>
          <w:sz w:val="20"/>
        </w:rPr>
        <w:t>41:37  mein unke ghar ja ke aik raat raha hoon,</w:t>
      </w:r>
      <w:r>
        <w:br/>
      </w:r>
      <w:r>
        <w:rPr>
          <w:sz w:val="20"/>
        </w:rPr>
        <w:t>41:40  mein janta hoon, bara bhai bohat hi samajhdar tha, mere paas aaye hain aik martaba, unhon ne kaha ja ke dekho bhai, mera koi haq nahi hai, jo tum lo le lo, woh tumhara, jo chhod do woh mera,</w:t>
      </w:r>
      <w:r>
        <w:br/>
      </w:r>
      <w:r>
        <w:rPr>
          <w:sz w:val="20"/>
        </w:rPr>
        <w:t>41:57  aaj tak woh log bohat hi achhe tareeqe se reh rahe hain aur taraqqi kar rahe hain, taraqqi hain, mein gaya hoon aik raat raha hoon muzaffar nagar mein, yeh yahi aik hi hal hai."</w:t>
      </w:r>
    </w:p>
    <w:p>
      <w:pPr>
        <w:pStyle w:val="Heading2"/>
      </w:pPr>
      <w:r>
        <w:t>Universe designed for humans</w:t>
      </w:r>
    </w:p>
    <w:p>
      <w:r>
        <w:rPr>
          <w:color w:val="666666"/>
          <w:sz w:val="18"/>
        </w:rPr>
        <w:t>Q&amp;A 08 July 2007 - Maulana Wahiduddin Khan · 2m 36s · at 4:00 · https://youtu.be/k921gOjkIaw?t=240</w:t>
      </w:r>
    </w:p>
    <w:p>
      <w:r>
        <w:rPr>
          <w:i/>
        </w:rPr>
        <w:t>“Abhi dekhiye, ek latest discovery ye hui.”</w:t>
      </w:r>
    </w:p>
    <w:p>
      <w:r>
        <w:rPr>
          <w:sz w:val="20"/>
        </w:rPr>
        <w:t>4:00  sach much ehsas ho ke kitni bari blessing khuda ki hai. abhi dekhiye, aik latest discovery yeh hui ke aik bohat bari galaxy abhi discover hui hai.</w:t>
      </w:r>
      <w:r>
        <w:br/>
      </w:r>
      <w:r>
        <w:rPr>
          <w:sz w:val="20"/>
        </w:rPr>
        <w:t>4:12  yani itni bari universe pehle se thi jis ko aaj hum abhi tak woh hum is ko nap nahi sakay. ab aik nai nai galaxy, galaxy aap jante hain, galaxy bohat hi bari dunya hoti hai hamari zameen is ke muqable mein to yani kisi ginti mein nahi aati.</w:t>
      </w:r>
      <w:r>
        <w:br/>
      </w:r>
      <w:r>
        <w:rPr>
          <w:sz w:val="20"/>
        </w:rPr>
        <w:t>4:31  billion billion zameenें bhi kam hain is is ke liye. to itni greatness jo khuda ki hai, aur phir sab kis ke liye? aik insan ke liye.</w:t>
      </w:r>
      <w:r>
        <w:br/>
      </w:r>
      <w:r>
        <w:rPr>
          <w:sz w:val="20"/>
        </w:rPr>
        <w:t>4:45  abhi mein aik tv par aik aik program aa raha tha to yeh log jo space mein jate hain, in ko bohat ajib experience hota hai ke dunya mein itni sari kahkashan hain, itne ziyada stars hain, planets hain, solar system hai,</w:t>
      </w:r>
      <w:r>
        <w:br/>
      </w:r>
      <w:r>
        <w:rPr>
          <w:sz w:val="20"/>
        </w:rPr>
        <w:t>5:01  lekin har taraf life less world hai. kahin bhi kuch nahi, kuch bhi nahi, kahin siwaye ya to aag hai ya ya pathar samajh liye.</w:t>
      </w:r>
      <w:r>
        <w:br/>
      </w:r>
      <w:r>
        <w:rPr>
          <w:sz w:val="20"/>
        </w:rPr>
        <w:t>5:13  planets kya hain? woh pathar hain, stars kya hain? aag hain, aur is ka is ka kuch nahi. sirf zameen jo hai, choti si zameen, yeh planet earth, yahin par sab kuch hai.</w:t>
      </w:r>
      <w:r>
        <w:br/>
      </w:r>
      <w:r>
        <w:rPr>
          <w:sz w:val="20"/>
        </w:rPr>
        <w:t>5:24  to is ne aik word use kiya tha ke woh "right materials at right place".</w:t>
      </w:r>
      <w:r>
        <w:br/>
      </w:r>
      <w:r>
        <w:rPr>
          <w:sz w:val="20"/>
        </w:rPr>
        <w:t>5:37  yeh sari chezen yani oxygen hai, water hai, sun light hai, aur yeh billion billion chezen hain jis ki wajah se hum dunya mein zinda hain,</w:t>
      </w:r>
      <w:r>
        <w:br/>
      </w:r>
      <w:r>
        <w:rPr>
          <w:sz w:val="20"/>
        </w:rPr>
        <w:t>5:50  aur sab kuch insan ke liye. jahan insan hai, wahin yeh sari chezen hain. jahan insan nahi hai, wahan kuch bhi nahi hai.</w:t>
      </w:r>
      <w:r>
        <w:br/>
      </w:r>
      <w:r>
        <w:rPr>
          <w:sz w:val="20"/>
        </w:rPr>
        <w:t>6:01  to kaha is ki anokhi baat hai ke aap sochen ke khuda ka kitna bara ehsan hai ke sari universe mein jo chezen nahi khuda ne provide kin, woh mere liye provide ki hain.</w:t>
      </w:r>
      <w:r>
        <w:br/>
      </w:r>
      <w:r>
        <w:rPr>
          <w:sz w:val="20"/>
        </w:rPr>
        <w:t>6:13  bas mein bol raha hoon, aap sun rahe hain, yeh sirf yahi possible hai, kahin aur nahi possible hai. aap chand par aisa nahi kar sakte, aap aap aap bolen to koi sune, kyunke wahan air nahi hai.</w:t>
      </w:r>
      <w:r>
        <w:br/>
      </w:r>
      <w:r>
        <w:rPr>
          <w:sz w:val="20"/>
        </w:rPr>
        <w:t>6:26  aap sochen ke sari universe mein kahin yeh phenomena nahi hai. aik admi bolay, doosra admi sune to aap ko itna bara thrill aye ga ke aap bilkul zuban band ho jaye gi.</w:t>
      </w:r>
    </w:p>
    <w:p>
      <w:pPr>
        <w:pStyle w:val="Heading2"/>
      </w:pPr>
      <w:r>
        <w:t>Struggle and forgiveness yield greater reward</w:t>
      </w:r>
    </w:p>
    <w:p>
      <w:r>
        <w:rPr>
          <w:color w:val="666666"/>
          <w:sz w:val="18"/>
        </w:rPr>
        <w:t>Double Reward 15 Feb 2020 - Maulana Wahiduddin Khan · 2m 13s · at 1:40 · https://youtu.be/Os-Kuq1-wAk?t=100</w:t>
      </w:r>
    </w:p>
    <w:p>
      <w:r>
        <w:rPr>
          <w:i/>
        </w:rPr>
        <w:t>“Jab aadmi koi aisa kaam kare jismein usko zyada struggle karna pade.”</w:t>
      </w:r>
    </w:p>
    <w:p>
      <w:r>
        <w:rPr>
          <w:sz w:val="20"/>
        </w:rPr>
        <w:t>1:40  ziyada reward hai. is per ghor karte hue yeh samajh mein aaya ke jab aadmi koi aisa kaam kare jis mein us ko ziyada struggle karna pare,</w:t>
      </w:r>
      <w:r>
        <w:br/>
      </w:r>
      <w:r>
        <w:rPr>
          <w:sz w:val="20"/>
        </w:rPr>
        <w:t>1:59  to us waqt is ka mind ziyada activate hota hai.</w:t>
      </w:r>
      <w:r>
        <w:br/>
      </w:r>
      <w:r>
        <w:rPr>
          <w:sz w:val="20"/>
        </w:rPr>
        <w:t>2:06  is ka mind ziyada activate hota hai. misaal ke taur par dekhiye,</w:t>
      </w:r>
      <w:r>
        <w:br/>
      </w:r>
      <w:r>
        <w:rPr>
          <w:sz w:val="20"/>
        </w:rPr>
        <w:t>2:15  koi,</w:t>
      </w:r>
      <w:r>
        <w:br/>
      </w:r>
      <w:r>
        <w:rPr>
          <w:sz w:val="20"/>
        </w:rPr>
        <w:t>2:19  koi government aap ko haq ke sath aap</w:t>
      </w:r>
      <w:r>
        <w:br/>
      </w:r>
      <w:r>
        <w:rPr>
          <w:sz w:val="20"/>
        </w:rPr>
        <w:t>2:27  ko takleef de, aap pe zulm kare, us waqt aap us ke zulm ke bawajood us ke liye duaen karen, us ko Allah ka paigham pohanchayen,</w:t>
      </w:r>
      <w:r>
        <w:br/>
      </w:r>
      <w:r>
        <w:rPr>
          <w:sz w:val="20"/>
        </w:rPr>
        <w:t>2:45  to aap ko double mehnat karni parti hai.</w:t>
      </w:r>
      <w:r>
        <w:br/>
      </w:r>
      <w:r>
        <w:rPr>
          <w:sz w:val="20"/>
        </w:rPr>
        <w:t>2:53  kyunke aap ne apne mind ko negative se positive ki taraf le aate hain, negative se positive ki taraf le aate hain,</w:t>
      </w:r>
      <w:r>
        <w:br/>
      </w:r>
      <w:r>
        <w:rPr>
          <w:sz w:val="20"/>
        </w:rPr>
        <w:t>3:05  un wanted ko wanted banate hain.</w:t>
      </w:r>
      <w:r>
        <w:br/>
      </w:r>
      <w:r>
        <w:rPr>
          <w:sz w:val="20"/>
        </w:rPr>
        <w:t>3:13  kisi government se, kisi mulk se, kisi party se aap ko dukh pohanche, aur us ko aap maaf karen, maaf kar ke us ke liye acha badla den us ko,</w:t>
      </w:r>
      <w:r>
        <w:br/>
      </w:r>
      <w:r>
        <w:rPr>
          <w:sz w:val="20"/>
        </w:rPr>
        <w:t>3:32  jis ke mani aap ne ziyada struggle kiya, aap ke mind ko ziyada struggle, mehnat karni pari. to is bana par is ka sawab ziyada hota hai.</w:t>
      </w:r>
    </w:p>
    <w:p>
      <w:pPr>
        <w:pStyle w:val="Heading2"/>
      </w:pPr>
      <w:r>
        <w:t>Fifty years of daily introspection to remove negativity</w:t>
      </w:r>
    </w:p>
    <w:p>
      <w:r>
        <w:rPr>
          <w:color w:val="666666"/>
          <w:sz w:val="18"/>
        </w:rPr>
        <w:t>Human Values · 1m 55s · at 8:27 · https://youtu.be/Art0kheDD40?t=507</w:t>
      </w:r>
    </w:p>
    <w:p>
      <w:r>
        <w:rPr>
          <w:i/>
        </w:rPr>
        <w:t>“Positive thinking bahut zaroori hai, lekin pehle negativity khatam karni padegi”</w:t>
      </w:r>
    </w:p>
    <w:p>
      <w:r>
        <w:rPr>
          <w:sz w:val="20"/>
        </w:rPr>
        <w:t>8:27  is tarah dekhein, positive thinking. positive thinking boht hi zaroori hai. dekhein, hum samaj mein jaate hain, society mein rehte hain, to hum sab log jaante hain in baaton ke bar bar hamein provocative situation samna karta hai.</w:t>
      </w:r>
      <w:r>
        <w:br/>
      </w:r>
      <w:r>
        <w:rPr>
          <w:sz w:val="20"/>
        </w:rPr>
        <w:t>8:45  koi in ko hamein provoke karta hai, koi in ko hamein ghussa dilata hai,</w:t>
      </w:r>
      <w:r>
        <w:br/>
      </w:r>
      <w:r>
        <w:rPr>
          <w:sz w:val="20"/>
        </w:rPr>
        <w:t>8:51  kahin ke hamein in marked situation mein gir jaate hain. isi wajah se aap dekhein, society mein har aadmi ek jaisa negative thought hota hai.</w:t>
      </w:r>
      <w:r>
        <w:br/>
      </w:r>
      <w:r>
        <w:rPr>
          <w:sz w:val="20"/>
        </w:rPr>
        <w:t>8:59  jis ko bhi dekhein, agar woh kuch achhi si baatein kar raha ho, aap us ko scrutiny kijiye, to parodiye andar se niklega ke woh bhi negative thought le hue tha.</w:t>
      </w:r>
      <w:r>
        <w:br/>
      </w:r>
      <w:r>
        <w:rPr>
          <w:sz w:val="20"/>
        </w:rPr>
        <w:t>9:13  to har aadmi negative thought ke saath jee raha hai.</w:t>
      </w:r>
      <w:r>
        <w:br/>
      </w:r>
      <w:r>
        <w:rPr>
          <w:sz w:val="20"/>
        </w:rPr>
        <w:t>9:17  isi liye is negativity ko khatam karna parega. tab ja kar positive thinking aayegi.</w:t>
      </w:r>
      <w:r>
        <w:br/>
      </w:r>
      <w:r>
        <w:rPr>
          <w:sz w:val="20"/>
        </w:rPr>
        <w:t>9:28  jaise main introspection karta rehta hoon, daily apna, daily, taake jitne negative item hain mere mind mein, us ko nikaloon. yeh main pachas baras se kam se kam yeh kar raha hoon, jab se maine samjha hai is baat ko.</w:t>
      </w:r>
      <w:r>
        <w:br/>
      </w:r>
      <w:r>
        <w:rPr>
          <w:sz w:val="20"/>
        </w:rPr>
        <w:t>9:43  to daily mein yeh karta hoon ke apne mind mein jo thousand and thousand negative item hain, us ko nikalta hoon, through introspection.</w:t>
      </w:r>
      <w:r>
        <w:br/>
      </w:r>
      <w:r>
        <w:rPr>
          <w:sz w:val="20"/>
        </w:rPr>
        <w:t>9:56  tab ja kar aati hai positive thinking.</w:t>
      </w:r>
      <w:r>
        <w:br/>
      </w:r>
      <w:r>
        <w:rPr>
          <w:sz w:val="20"/>
        </w:rPr>
        <w:t>9:59  to jab positive thinking aayegi, tabhi aap ka positive behavior hoga society mein. yeh sab cheezein jab tak na hon, isi ko maine kaha hai prerequisites.</w:t>
      </w:r>
      <w:r>
        <w:br/>
      </w:r>
      <w:r>
        <w:rPr>
          <w:sz w:val="20"/>
        </w:rPr>
        <w:t>10:12  yaani modern values ko society mein translate karne ke liye zaroori hai ke pehle aap logon ko prepare karein.</w:t>
      </w:r>
    </w:p>
    <w:p>
      <w:pPr>
        <w:pStyle w:val="Heading2"/>
      </w:pPr>
      <w:r>
        <w:t>World as a custom-made blessing from God</w:t>
      </w:r>
    </w:p>
    <w:p>
      <w:r>
        <w:rPr>
          <w:color w:val="666666"/>
          <w:sz w:val="18"/>
        </w:rPr>
        <w:t>Problem and Shukr March 15, 2015 · 2m 05s · at 5:55 · https://youtu.be/SPBsXjH1hzM?t=355</w:t>
      </w:r>
    </w:p>
    <w:p>
      <w:r>
        <w:rPr>
          <w:i/>
        </w:rPr>
        <w:t>“Allah ka shukr karne ka matlab kya hai? Yeh duniya di hai”</w:t>
      </w:r>
    </w:p>
    <w:p>
      <w:r>
        <w:rPr>
          <w:sz w:val="20"/>
        </w:rPr>
        <w:t>5:55  to dekhiye, Allah ka shukr karne ka matlab kya hai? Allah ka shukr karna hai aap ko yeh dunya di hai Allah taala ne.</w:t>
      </w:r>
      <w:r>
        <w:br/>
      </w:r>
      <w:r>
        <w:rPr>
          <w:sz w:val="20"/>
        </w:rPr>
        <w:t>6:07  yeh jo zameen hai, yeh zameen mein bahut sare halaat hain, wo halaat agar na rahein to aap zameen par reh nahi sakte. is ke andar bahut hi, bahut hi yani right proportion mein yahan par wo hai kashish, yani gravity.</w:t>
      </w:r>
      <w:r>
        <w:br/>
      </w:r>
      <w:r>
        <w:rPr>
          <w:sz w:val="20"/>
        </w:rPr>
        <w:t>6:33  jo gravitational pull zameen ke andar hai, wo bahut hi right proportion mein hai. is tarah se suraj ki roshni bahut hi right proportion mein aap ki taraf aati hai.</w:t>
      </w:r>
      <w:r>
        <w:br/>
      </w:r>
      <w:r>
        <w:rPr>
          <w:sz w:val="20"/>
        </w:rPr>
        <w:t>6:46  barish hoti hai, wo bhi bahut hi right proportion mein hoti hai. agar zara sa proportion bigad jaye to aap sara mamla kharab ho jayega aap ka.</w:t>
      </w:r>
      <w:r>
        <w:br/>
      </w:r>
      <w:r>
        <w:rPr>
          <w:sz w:val="20"/>
        </w:rPr>
        <w:t>6:56  to poori kainat ko Allah taala ne aap ke liye custom made corner bana diya.</w:t>
      </w:r>
      <w:r>
        <w:br/>
      </w:r>
      <w:r>
        <w:rPr>
          <w:sz w:val="20"/>
        </w:rPr>
        <w:t>7:01  kisi scientist ne sahi kaha hai ke "Universe is a custom made universe". poori universe ko Allah ne insaan ke liye custom made universe bana diya.</w:t>
      </w:r>
      <w:r>
        <w:br/>
      </w:r>
      <w:r>
        <w:rPr>
          <w:sz w:val="20"/>
        </w:rPr>
        <w:t>7:14  jis ka tajurba har lamha insan ko hota hai.</w:t>
      </w:r>
      <w:r>
        <w:br/>
      </w:r>
      <w:r>
        <w:rPr>
          <w:sz w:val="20"/>
        </w:rPr>
        <w:t>7:19  is ko light chahiye to suraj light de raha hai. is ko oxygen chahiye to hawa oxygen pohncha rahi hai. is ko ghiza chahiye to zameen mein ghizayen ug rahi hain.</w:t>
      </w:r>
      <w:r>
        <w:br/>
      </w:r>
      <w:r>
        <w:rPr>
          <w:sz w:val="20"/>
        </w:rPr>
        <w:t>7:31  is ko phal chahiye to drakht se phal latak rahe hain. billion billion cheezen hain jo insan ke liye Allah ne paida ki hain.</w:t>
      </w:r>
      <w:r>
        <w:br/>
      </w:r>
      <w:r>
        <w:rPr>
          <w:sz w:val="20"/>
        </w:rPr>
        <w:t>7:44  to yeh cheezen aap ko batati hain ke Allah ka shukar kar ke is dunya mein raho. yeh world tumhare liye blessing ki dunya hai.</w:t>
      </w:r>
      <w:r>
        <w:br/>
      </w:r>
      <w:r>
        <w:rPr>
          <w:sz w:val="20"/>
        </w:rPr>
        <w:t>7:54  yeh dunya jo hai tumhare liye blessing ki dunya hai. to shukar ke ehsas mein jiyo.</w:t>
      </w:r>
    </w:p>
    <w:p>
      <w:pPr>
        <w:pStyle w:val="Heading2"/>
      </w:pPr>
      <w:r>
        <w:t>Civilization support and gratitude to humanity</w:t>
      </w:r>
    </w:p>
    <w:p>
      <w:r>
        <w:rPr>
          <w:color w:val="666666"/>
          <w:sz w:val="18"/>
        </w:rPr>
        <w:t>Moral Values in Islam 10 July, 2008 - Maulana Wahiduddin Khan · 2m 52s · at 42:31 · https://youtu.be/IdBtIDNiLUg?t=2551</w:t>
      </w:r>
    </w:p>
    <w:p>
      <w:r>
        <w:rPr>
          <w:i/>
        </w:rPr>
        <w:t>“Then we have civilization support.”</w:t>
      </w:r>
    </w:p>
    <w:p>
      <w:r>
        <w:rPr>
          <w:sz w:val="20"/>
        </w:rPr>
        <w:t>42:31  deen you, do you know, we have civilizational support</w:t>
      </w:r>
      <w:r>
        <w:br/>
      </w:r>
      <w:r>
        <w:rPr>
          <w:sz w:val="20"/>
        </w:rPr>
        <w:t>42:42  . all those things we, we use like, like dress, like glass, like building, like, like road, like motor car.</w:t>
      </w:r>
      <w:r>
        <w:br/>
      </w:r>
      <w:r>
        <w:rPr>
          <w:sz w:val="20"/>
        </w:rPr>
        <w:t>42:59  all these things are, are, are contribution of civilization.</w:t>
      </w:r>
      <w:r>
        <w:br/>
      </w:r>
      <w:r>
        <w:rPr>
          <w:sz w:val="20"/>
        </w:rPr>
        <w:t>43:09  what is, what is civilization?</w:t>
      </w:r>
      <w:r>
        <w:br/>
      </w:r>
      <w:r>
        <w:rPr>
          <w:sz w:val="20"/>
        </w:rPr>
        <w:t>43:12  civilization is a joint human effort. you know, man invented wheel.</w:t>
      </w:r>
      <w:r>
        <w:br/>
      </w:r>
      <w:r>
        <w:rPr>
          <w:sz w:val="20"/>
        </w:rPr>
        <w:t>43:23  man invented wheel. before wheel, there was nothing.</w:t>
      </w:r>
      <w:r>
        <w:br/>
      </w:r>
      <w:r>
        <w:rPr>
          <w:sz w:val="20"/>
        </w:rPr>
        <w:t>43:32  man was compelled to, to walk on his legs. then man invented wheel. then there were cart, there were horse cart, bullock cart.</w:t>
      </w:r>
      <w:r>
        <w:br/>
      </w:r>
      <w:r>
        <w:rPr>
          <w:sz w:val="20"/>
        </w:rPr>
        <w:t>43:47  then after a great, great effort, man invented motor car, airplane and ship and rockets, all those things.</w:t>
      </w:r>
      <w:r>
        <w:br/>
      </w:r>
      <w:r>
        <w:rPr>
          <w:sz w:val="20"/>
        </w:rPr>
        <w:t>44:04  so, after, after several thousand years, man was able to invent all these things.</w:t>
      </w:r>
      <w:r>
        <w:br/>
      </w:r>
      <w:r>
        <w:rPr>
          <w:sz w:val="20"/>
        </w:rPr>
        <w:t>44:17  now, we, now, we enjoy all these things.</w:t>
      </w:r>
      <w:r>
        <w:br/>
      </w:r>
      <w:r>
        <w:rPr>
          <w:sz w:val="20"/>
        </w:rPr>
        <w:t>44:26  so, here we can see that what is the civilizational support towards my life.</w:t>
      </w:r>
      <w:r>
        <w:br/>
      </w:r>
      <w:r>
        <w:rPr>
          <w:sz w:val="20"/>
        </w:rPr>
        <w:t>44:38  this civilizational support is necessary for me to live in this earth.</w:t>
      </w:r>
      <w:r>
        <w:br/>
      </w:r>
      <w:r>
        <w:rPr>
          <w:sz w:val="20"/>
        </w:rPr>
        <w:t>44:49  my dress, my furniture, my house, my car, all these things are contributions from civilization.</w:t>
      </w:r>
      <w:r>
        <w:br/>
      </w:r>
      <w:r>
        <w:rPr>
          <w:sz w:val="20"/>
        </w:rPr>
        <w:t>45:01  so, when i think about this civilizational support, civilizational contribution, my heart is full with things thanksgiving towards humanity.</w:t>
      </w:r>
      <w:r>
        <w:br/>
      </w:r>
      <w:r>
        <w:rPr>
          <w:sz w:val="20"/>
        </w:rPr>
        <w:t>45:16  i acknowledge humanity.</w:t>
      </w:r>
    </w:p>
    <w:p>
      <w:pPr>
        <w:pStyle w:val="Heading2"/>
      </w:pPr>
      <w:r>
        <w:t>Why tell the truth when lying pays off right now</w:t>
      </w:r>
    </w:p>
    <w:p>
      <w:r>
        <w:rPr>
          <w:color w:val="666666"/>
          <w:sz w:val="18"/>
        </w:rPr>
        <w:t>Ethical Values in Islam, June 19, 2008 · 1m 30s · at 32:13 · https://youtu.be/2yPff80nSBY?t=1933</w:t>
      </w:r>
    </w:p>
    <w:p>
      <w:r>
        <w:rPr>
          <w:i/>
        </w:rPr>
        <w:t>“So why should a person tell the truth?”</w:t>
      </w:r>
    </w:p>
    <w:p>
      <w:r>
        <w:rPr>
          <w:sz w:val="20"/>
        </w:rPr>
        <w:t>32:13  to sach kyun bole aadmi? to</w:t>
      </w:r>
      <w:r>
        <w:br/>
      </w:r>
      <w:r>
        <w:rPr>
          <w:sz w:val="20"/>
        </w:rPr>
        <w:t>32:17  yeh jo concept hai world hereafter ka, woh yeh batata hai ke is duniya mein agar tum ne sahi sahi zindagi guzari,</w:t>
      </w:r>
      <w:r>
        <w:br/>
      </w:r>
      <w:r>
        <w:rPr>
          <w:sz w:val="20"/>
        </w:rPr>
        <w:t>32:31  sachi zindagi guzari, to tum ko maut ke baad akhirat ki duniya mein eternal paradise milegi, eternal pleasure milega.</w:t>
      </w:r>
      <w:r>
        <w:br/>
      </w:r>
      <w:r>
        <w:rPr>
          <w:sz w:val="20"/>
        </w:rPr>
        <w:t>32:44  yeh kitna bara incentive hai. to bad character ke liye foran samne punishment ka aa jata hai, dar.</w:t>
      </w:r>
      <w:r>
        <w:br/>
      </w:r>
      <w:r>
        <w:rPr>
          <w:sz w:val="20"/>
        </w:rPr>
        <w:t>32:56  aur good conduct, good, good, good conduct ke liye, yani har aadmi har mauqe par do ke beech mein rehta hai: ya to good conduct ya bad conduct, acha kirdaar ya bura kirdaar.</w:t>
      </w:r>
      <w:r>
        <w:br/>
      </w:r>
      <w:r>
        <w:rPr>
          <w:sz w:val="20"/>
        </w:rPr>
        <w:t>33:14  to har mauqe par is ko andar se yeh baat is ka conscious batata hai ke yeh saada baat nahi hai.</w:t>
      </w:r>
      <w:r>
        <w:br/>
      </w:r>
      <w:r>
        <w:rPr>
          <w:sz w:val="20"/>
        </w:rPr>
        <w:t>33:28  agar tum achai ki taraf jaoge to tum ko bohat bara reward milega, paradise ki shakal mein.</w:t>
      </w:r>
      <w:r>
        <w:br/>
      </w:r>
      <w:r>
        <w:rPr>
          <w:sz w:val="20"/>
        </w:rPr>
        <w:t>33:38  burai ki taraf jaoge to phir bohat bara punishment milega, hell ki shakal mein.</w:t>
      </w:r>
    </w:p>
    <w:p>
      <w:pPr>
        <w:pStyle w:val="Heading2"/>
      </w:pPr>
      <w:r>
        <w:t>Prophet's lesson on not beating servants</w:t>
      </w:r>
    </w:p>
    <w:p>
      <w:r>
        <w:rPr>
          <w:color w:val="666666"/>
          <w:sz w:val="18"/>
        </w:rPr>
        <w:t>The Concept of Justice in Islam May 03, 2007 · 2m 26s · at 37:16 · https://youtu.be/DY5SY8H554c?t=2236</w:t>
      </w:r>
    </w:p>
    <w:p>
      <w:r>
        <w:rPr>
          <w:i/>
        </w:rPr>
        <w:t>“Once the Prophet saw a companion beating his servant.”</w:t>
      </w:r>
    </w:p>
    <w:p>
      <w:r>
        <w:rPr>
          <w:sz w:val="20"/>
        </w:rPr>
        <w:t>37:16  The name of this companion was Abu Mas'ud.</w:t>
      </w:r>
      <w:r>
        <w:br/>
      </w:r>
      <w:r>
        <w:rPr>
          <w:sz w:val="20"/>
        </w:rPr>
        <w:t>37:20  So Abu Mas'ud was beating his servant. He became angry and he started beating that servant.</w:t>
      </w:r>
      <w:r>
        <w:br/>
      </w:r>
      <w:r>
        <w:rPr>
          <w:sz w:val="20"/>
        </w:rPr>
        <w:t>37:32  So the Prophet saw him</w:t>
      </w:r>
      <w:r>
        <w:br/>
      </w:r>
      <w:r>
        <w:rPr>
          <w:sz w:val="20"/>
        </w:rPr>
        <w:t>37:37  . Then the Prophet said, "Alam Aba Mas'ud. Lallaho akhdar 'alayka min ka ala hadal ghulam."</w:t>
      </w:r>
      <w:r>
        <w:br/>
      </w:r>
      <w:r>
        <w:rPr>
          <w:sz w:val="20"/>
        </w:rPr>
        <w:t>37:51  He said that, "O Abu Mas'ud,</w:t>
      </w:r>
      <w:r>
        <w:br/>
      </w:r>
      <w:r>
        <w:rPr>
          <w:sz w:val="20"/>
        </w:rPr>
        <w:t>37:58  God is more powerful upon you than you upon this servant." And God will, it means that God will punish you.</w:t>
      </w:r>
      <w:r>
        <w:br/>
      </w:r>
      <w:r>
        <w:rPr>
          <w:sz w:val="20"/>
        </w:rPr>
        <w:t>38:14  And you cannot save yourself from God's punishment because He is all-powerful.</w:t>
      </w:r>
      <w:r>
        <w:br/>
      </w:r>
      <w:r>
        <w:rPr>
          <w:sz w:val="20"/>
        </w:rPr>
        <w:t>38:24  So Abu Mas'ud accepted his mistake. He said, "Sorry."</w:t>
      </w:r>
      <w:r>
        <w:br/>
      </w:r>
      <w:r>
        <w:rPr>
          <w:sz w:val="20"/>
        </w:rPr>
        <w:t>38:35  And he wanted forgiveness from that servant. So in this Hadith, you can say that if we want</w:t>
      </w:r>
      <w:r>
        <w:br/>
      </w:r>
      <w:r>
        <w:rPr>
          <w:sz w:val="20"/>
        </w:rPr>
        <w:t>38:56  in this Hadith, you can say that if we want to save ourselves from God's punishment, we have to save others from our punishment.</w:t>
      </w:r>
      <w:r>
        <w:br/>
      </w:r>
      <w:r>
        <w:rPr>
          <w:sz w:val="20"/>
        </w:rPr>
        <w:t>39:12  So according to this teaching, just behavior becomes a personal interest of every man and woman.</w:t>
      </w:r>
      <w:r>
        <w:br/>
      </w:r>
      <w:r>
        <w:rPr>
          <w:sz w:val="20"/>
        </w:rPr>
        <w:t>39:29  Then I would like to narrate a very relevant story. A very relevant story.</w:t>
      </w:r>
    </w:p>
    <w:p>
      <w:pPr>
        <w:pStyle w:val="Heading2"/>
      </w:pPr>
      <w:r>
        <w:t>The challenge of living in true gratitude</w:t>
      </w:r>
    </w:p>
    <w:p>
      <w:r>
        <w:rPr>
          <w:color w:val="666666"/>
          <w:sz w:val="18"/>
        </w:rPr>
        <w:t>What is Shukr (Gratitude) January 30, 2014 Maulana Wahiduddin Khan · 1m 57s · at 3:40 · https://youtu.be/V4LkYRRzQ3E?t=220</w:t>
      </w:r>
    </w:p>
    <w:p>
      <w:r>
        <w:rPr>
          <w:i/>
        </w:rPr>
        <w:t>“To shukr ki nafsiyat mein jeena ek behad mushkil kaam hai”</w:t>
      </w:r>
    </w:p>
    <w:p>
      <w:r>
        <w:rPr>
          <w:sz w:val="20"/>
        </w:rPr>
        <w:t>3:40  to shukr ke, shukr ki nafsiyat mein jeena, is dunya mein, jis dunya mein aap hain, ek behad mushkil kaam hai.</w:t>
      </w:r>
      <w:r>
        <w:br/>
      </w:r>
      <w:r>
        <w:rPr>
          <w:sz w:val="20"/>
        </w:rPr>
        <w:t>3:55  har aadmi ka yeh tajurba hai ke dunya mein is ko rehna parta hai, musalsal tor par, nakhushgawar halaat mein.</w:t>
      </w:r>
      <w:r>
        <w:br/>
      </w:r>
      <w:r>
        <w:rPr>
          <w:sz w:val="20"/>
        </w:rPr>
        <w:t>4:05  yahan har waqt koi na koi Provocation hota hai. koi na koi Negative Experience hota hai.</w:t>
      </w:r>
      <w:r>
        <w:br/>
      </w:r>
      <w:r>
        <w:rPr>
          <w:sz w:val="20"/>
        </w:rPr>
        <w:t>4:17  kisi na kisi nuqsan ka tajurba hota hai. koi na koi aisi baat keh deta hai jis se aadmi ko ghussa aa jata hai.</w:t>
      </w:r>
      <w:r>
        <w:br/>
      </w:r>
      <w:r>
        <w:rPr>
          <w:sz w:val="20"/>
        </w:rPr>
        <w:t>4:29  yani dunya mein aadmi ek Social Life, yani ek Society ke andar rehta hai. aur jahan Society hai, jahan Social Life hai, wahan par lazman Problem hai.</w:t>
      </w:r>
      <w:r>
        <w:br/>
      </w:r>
      <w:r>
        <w:rPr>
          <w:sz w:val="20"/>
        </w:rPr>
        <w:t>4:44  yeh ek har aadmi janta hai is baat ko.</w:t>
      </w:r>
      <w:r>
        <w:br/>
      </w:r>
      <w:r>
        <w:rPr>
          <w:sz w:val="20"/>
        </w:rPr>
        <w:t>4:51  yani Social Life means Living in Problems.</w:t>
      </w:r>
      <w:r>
        <w:br/>
      </w:r>
      <w:r>
        <w:rPr>
          <w:sz w:val="20"/>
        </w:rPr>
        <w:t>4:55  to ab sawal yeh hai ke jo aadmi har waqt Problem mein jeeta ho, har waqt is ko kuch na kuch Negative Experience ho raha ho, kuch na kuch Unpleasant Situation pesh aa rahi ho, to shukr kare kaise ho?</w:t>
      </w:r>
      <w:r>
        <w:br/>
      </w:r>
      <w:r>
        <w:rPr>
          <w:sz w:val="20"/>
        </w:rPr>
        <w:t>5:12  haqeeqi shukr. to lip service karega, alhamdulillah, alhamdulillah. lekin allah ta'ala ko lip service mutloob nahin hai.</w:t>
      </w:r>
      <w:r>
        <w:br/>
      </w:r>
      <w:r>
        <w:rPr>
          <w:sz w:val="20"/>
        </w:rPr>
        <w:t>5:22  yani shukr ka yeh bohat hi zyada, yani strange underestimation hai ke lip service ko shukr samajh liya jaye.</w:t>
      </w:r>
    </w:p>
    <w:p>
      <w:pPr>
        <w:pStyle w:val="Heading2"/>
      </w:pPr>
      <w:r>
        <w:t>envy of others' means and why deeds matter most</w:t>
      </w:r>
    </w:p>
    <w:p>
      <w:r>
        <w:rPr>
          <w:color w:val="666666"/>
          <w:sz w:val="18"/>
        </w:rPr>
        <w:t>Good Relationships CPS Women Discussion 23 September 10, 2023 · 2m 08s · at 18:13 · https://youtu.be/5UlMoC6-jGU?t=1093</w:t>
      </w:r>
    </w:p>
    <w:p>
      <w:r>
        <w:rPr>
          <w:i/>
        </w:rPr>
        <w:t>“Some have great means, others very limited — envy creeps in”</w:t>
      </w:r>
    </w:p>
    <w:p>
      <w:r>
        <w:rPr>
          <w:sz w:val="20"/>
        </w:rPr>
        <w:t>18:13  kuch log ke paas bade bade means hote hain yaani zaraaye hote hain, kuch ke paas bahut limited</w:t>
      </w:r>
      <w:r>
        <w:br/>
      </w:r>
      <w:r>
        <w:rPr>
          <w:sz w:val="20"/>
        </w:rPr>
        <w:t>18:20  means hote hain aur aurat ho ya badh dono hi jab kisi ko apne se badha hua dekhte</w:t>
      </w:r>
      <w:r>
        <w:br/>
      </w:r>
      <w:r>
        <w:rPr>
          <w:sz w:val="20"/>
        </w:rPr>
        <w:t>18:28  hain to unmein jalan hasad ki hasad is tarah ki negative feelings develop hoti hain aur aapas mein</w:t>
      </w:r>
      <w:r>
        <w:br/>
      </w:r>
      <w:r>
        <w:rPr>
          <w:sz w:val="20"/>
        </w:rPr>
        <w:t>18:35  ek tilaf paida hote hain aur logon mein, rishtedaron mein, society mein complaint, adawaten, hatred wagairah jaisi negative</w:t>
      </w:r>
      <w:r>
        <w:br/>
      </w:r>
      <w:r>
        <w:rPr>
          <w:sz w:val="20"/>
        </w:rPr>
        <w:t>18:43  cheezein badhti rehti hain aur jisse poora mahaul kharab hota hai.</w:t>
      </w:r>
      <w:r>
        <w:br/>
      </w:r>
      <w:r>
        <w:rPr>
          <w:sz w:val="20"/>
        </w:rPr>
        <w:t>18:51  agar hum quran ki sixth chapter ale naam ki ek sau paisath ayat dekhein to quran mein yahan shaad hua hai aur wahi hai jisne tumhein zameen zameen mein ek doosre ka jaansheen banaya aur tummein se ek ka rutba doosre se buland kiya taaki woh aazbaen tumko apne diye hue mein tumhara rab jald sada dene wala aur bakhshne wala hai. 6.165.</w:t>
      </w:r>
      <w:r>
        <w:br/>
      </w:r>
      <w:r>
        <w:rPr>
          <w:sz w:val="20"/>
        </w:rPr>
        <w:t>19:21  To hamein yeh samajhna hai ki duniya mein ek insaan aur doosre insaan mein jo barabari nahin hai</w:t>
      </w:r>
      <w:r>
        <w:br/>
      </w:r>
      <w:r>
        <w:rPr>
          <w:sz w:val="20"/>
        </w:rPr>
        <w:t>19:29  aur yeh na barabari khuda ke creation plan ki bina hai to yeh hai aur hamari aazmal lena</w:t>
      </w:r>
      <w:r>
        <w:br/>
      </w:r>
      <w:r>
        <w:rPr>
          <w:sz w:val="20"/>
        </w:rPr>
        <w:t>19:38  chahiye aur islam ko samajhte hain to islam hamein bata diye duniya hi mein hamein yahan mili mili</w:t>
      </w:r>
      <w:r>
        <w:br/>
      </w:r>
      <w:r>
        <w:rPr>
          <w:sz w:val="20"/>
        </w:rPr>
        <w:t>19:46  hain yeh to yeh cheezein khatm ho jayengi.</w:t>
      </w:r>
      <w:r>
        <w:br/>
      </w:r>
      <w:r>
        <w:rPr>
          <w:sz w:val="20"/>
        </w:rPr>
        <w:t>19:55  to hamare saath to sirf hamare achhe amal ya bure amal jo bhi hain woh jayenge. agar achhe amal kiye hain to achhe bure amal kiye hain to bure aur usmein doosron se akhlaaq ki bahut important baat hai. to yeh duniya to bahut thode waqt ke liye hai. hum sab jaante hain asal cheez to aaqrat jo ki abdiya aur eternal hai.</w:t>
      </w:r>
      <w:r>
        <w:br/>
      </w:r>
      <w:r>
        <w:rPr>
          <w:sz w:val="20"/>
        </w:rPr>
        <w:t>20:21  allah hamein quran mein tarah tarah se guidance deta hai especially doosron ke talluqaat ki achhi relation rakhna.</w:t>
      </w:r>
    </w:p>
    <w:p>
      <w:pPr>
        <w:pStyle w:val="Heading2"/>
      </w:pPr>
      <w:r>
        <w:t>Maryam's story teaches universal blessings</w:t>
      </w:r>
    </w:p>
    <w:p>
      <w:r>
        <w:rPr>
          <w:color w:val="666666"/>
          <w:sz w:val="18"/>
        </w:rPr>
        <w:t>Creative Marefat 8 April 2017 - Maulana Wahiduddin Khan · 2m 34s · at 2:08 · https://youtu.be/I2hKHNIQ-1U?t=128</w:t>
      </w:r>
    </w:p>
    <w:p>
      <w:r>
        <w:rPr>
          <w:i/>
        </w:rPr>
        <w:t>“Hazrat Maryam jo thi, unki maan ka naam tha Hanna”</w:t>
      </w:r>
    </w:p>
    <w:p>
      <w:r>
        <w:rPr>
          <w:sz w:val="20"/>
        </w:rPr>
        <w:t>2:08  extra ordinary matlab samajh samajh lega. Isko jaise aaj mujhe quran ki ek ayat is par soch raha tha, mein woh hai ke Hazrat Maryam jo theen, unki maan ka naam tha Hanna, bible ke mutabiq.</w:t>
      </w:r>
      <w:r>
        <w:br/>
      </w:r>
      <w:r>
        <w:rPr>
          <w:sz w:val="20"/>
        </w:rPr>
        <w:t>2:26  to Hanna ne yeh ek nazar kiya, unko pregnant ho gayi.</w:t>
      </w:r>
      <w:r>
        <w:br/>
      </w:r>
      <w:r>
        <w:rPr>
          <w:sz w:val="20"/>
        </w:rPr>
        <w:t>2:36  woh nazar kiya ke mere mera bachcha jab paida hoga to usko mein deen ke liye waqf kar doonga.</w:t>
      </w:r>
      <w:r>
        <w:br/>
      </w:r>
      <w:r>
        <w:rPr>
          <w:sz w:val="20"/>
        </w:rPr>
        <w:t>2:48  to jab delivery hui to Maryam paida hui, yani ladki paida hui.</w:t>
      </w:r>
      <w:r>
        <w:br/>
      </w:r>
      <w:r>
        <w:rPr>
          <w:sz w:val="20"/>
        </w:rPr>
        <w:t>2:59  to unka laima se ke Khuda yeh to ladki paida ho gayi, ladka hota to mein waqf karti.</w:t>
      </w:r>
      <w:r>
        <w:br/>
      </w:r>
      <w:r>
        <w:rPr>
          <w:sz w:val="20"/>
        </w:rPr>
        <w:t>3:12  to iske baad jo waqiyat hain, ismein se yeh ayat aati hai ke "fataqabbalahu rabbuhu biqabulihasan wa anbat ha nabatan hasanatan wa kaffalahu zakariyya".</w:t>
      </w:r>
      <w:r>
        <w:br/>
      </w:r>
      <w:r>
        <w:rPr>
          <w:sz w:val="20"/>
        </w:rPr>
        <w:t>3:29  yeh ayat hai surah Aal-e-Imran mein. Yani Allah ne unko accept kar liya, acha accept karne wala, achhe tareeqe se accept kar liya, yani Hazrat Maryam ko.</w:t>
      </w:r>
      <w:r>
        <w:br/>
      </w:r>
      <w:r>
        <w:rPr>
          <w:sz w:val="20"/>
        </w:rPr>
        <w:t>3:44  aur unko</w:t>
      </w:r>
      <w:r>
        <w:br/>
      </w:r>
      <w:r>
        <w:rPr>
          <w:sz w:val="20"/>
        </w:rPr>
        <w:t>3:45  unka yeh baat kiya, yani unki upbringing bohat achhi ki.</w:t>
      </w:r>
      <w:r>
        <w:br/>
      </w:r>
      <w:r>
        <w:rPr>
          <w:sz w:val="20"/>
        </w:rPr>
        <w:t>3:53  aur</w:t>
      </w:r>
      <w:r>
        <w:br/>
      </w:r>
      <w:r>
        <w:rPr>
          <w:sz w:val="20"/>
        </w:rPr>
        <w:t>3:59  aur Zakariya ne unki kifaalat ki. Teen lafz ismein aaye hain ke usko mujhe padh raha tha to mujhe samajh mein aaya ke agar aap padhne wala creative mind hai to apni kahani padhega uske andar</w:t>
      </w:r>
      <w:r>
        <w:br/>
      </w:r>
      <w:r>
        <w:rPr>
          <w:sz w:val="20"/>
        </w:rPr>
        <w:t>4:17  ke mujh mujh par yeh bhi to hai. Yani goya ke Allah Rabb-ul-Alameen ne jo blessing Maryam ko di thi, woh use mujhe bhi di thi.</w:t>
      </w:r>
      <w:r>
        <w:br/>
      </w:r>
      <w:r>
        <w:rPr>
          <w:sz w:val="20"/>
        </w:rPr>
        <w:t>4:31  phir yeh discover karega ke Allah Ta'ala ki saari blessing jo pehle zamane mein thi, kuch logon ko mili thi, ab woh universalize ho gayi</w:t>
      </w:r>
    </w:p>
    <w:p>
      <w:pPr>
        <w:pStyle w:val="Heading2"/>
      </w:pPr>
      <w:r>
        <w:t>focus on common ground to build good relationships</w:t>
      </w:r>
    </w:p>
    <w:p>
      <w:r>
        <w:rPr>
          <w:color w:val="666666"/>
          <w:sz w:val="18"/>
        </w:rPr>
        <w:t>Good Relationships CPS Women Discussion 23 September 10, 2023 · 2m 44s · at 36:43 · https://youtu.be/5UlMoC6-jGU?t=2203</w:t>
      </w:r>
    </w:p>
    <w:p>
      <w:r>
        <w:rPr>
          <w:i/>
        </w:rPr>
        <w:t>“Good relationships grow by discussing common ground, not uncommon ground”</w:t>
      </w:r>
    </w:p>
    <w:p>
      <w:r>
        <w:rPr>
          <w:sz w:val="20"/>
        </w:rPr>
        <w:t>36:43  Woh yeh hai ki acche samaj banane ke liye good relationship zaroori hai aur hum creation plan of god ko samajhne se humko maloom hota hai ki good relationships also part of it aur Maulana sahib, one of his, mentioned one of his lectures.</w:t>
      </w:r>
      <w:r>
        <w:br/>
      </w:r>
      <w:r>
        <w:rPr>
          <w:sz w:val="20"/>
        </w:rPr>
        <w:t>37:06  Usmein Maulana ne chapter three verse 64 mein kaha ki aaiye kitab walon aaiye hamari aur tumhari common topic mein. Toh professor ne ahl-e-kitab ko bolte hain ki aao hum hamari aur tumhari jo topic hai, common topic hai, usi par charcha karenge.</w:t>
      </w:r>
      <w:r>
        <w:br/>
      </w:r>
      <w:r>
        <w:rPr>
          <w:sz w:val="20"/>
        </w:rPr>
        <w:t>37:33  Yahan Maulana ne bola hai ki jab koi relationship mein two two parts hote hain. Ek hota hai common aur ek uncommon. Agar hum common topic mein charcha karne se hamari jo friendship hai, relationship hai woh badhti hai, qaim rehti hai.</w:t>
      </w:r>
      <w:r>
        <w:br/>
      </w:r>
      <w:r>
        <w:rPr>
          <w:sz w:val="20"/>
        </w:rPr>
        <w:t>37:52  Jab hum uncommon ground par jaakar discuss karne se woh relationship toot jaati hai toh hum hum yeh karni chahiye ki common topics ko related karke charcha karni chahiye. Tab hamare andar itna maturity aayegi ki uncommon mein bhi hum discuss kar saken. Yeh Maulana ki lecture hai.</w:t>
      </w:r>
      <w:r>
        <w:br/>
      </w:r>
      <w:r>
        <w:rPr>
          <w:sz w:val="20"/>
        </w:rPr>
        <w:t>38:14  Aur number four is aise daees hum jo CPS mission hai divine mission, hum sab daees hain. Daees ko zaroorat hai ki good relationship maintain karni chahiye. Toh hum sab se acche relations karne se hi hum khuda ki paigham doosron tak pahunch jaate hain aur jo hamari role hai daee role woh effectively play kar sakte hain.</w:t>
      </w:r>
      <w:r>
        <w:br/>
      </w:r>
      <w:r>
        <w:rPr>
          <w:sz w:val="20"/>
        </w:rPr>
        <w:t>38:43  iska example hai jab musal ehsaal ne firoun ke paas jaane ka uda ne gum diya tab firoun</w:t>
      </w:r>
      <w:r>
        <w:br/>
      </w:r>
      <w:r>
        <w:rPr>
          <w:sz w:val="20"/>
        </w:rPr>
        <w:t>38:50  ne bola hai ki aap firoun ke paas jao aur unse bahut smoothly baat karo ki firan ek</w:t>
      </w:r>
      <w:r>
        <w:br/>
      </w:r>
      <w:r>
        <w:rPr>
          <w:sz w:val="20"/>
        </w:rPr>
        <w:t>38:57  arrogant tha lekin khuda ne yeh hukm diya ke tum unse bohat achhe zubaan se, achhe tareeqe se</w:t>
      </w:r>
      <w:r>
        <w:br/>
      </w:r>
      <w:r>
        <w:rPr>
          <w:sz w:val="20"/>
        </w:rPr>
        <w:t>39:05  baat karo ke saamne wala insaan kitna bhi bure ho hamare ko bahar ki misses dene ke liye,</w:t>
      </w:r>
      <w:r>
        <w:br/>
      </w:r>
      <w:r>
        <w:rPr>
          <w:sz w:val="20"/>
        </w:rPr>
        <w:t>39:12  unse achhe relationship maintain karne ke liye unse bohat achhi taraf baat karni chahiye aur adjustment also part</w:t>
      </w:r>
      <w:r>
        <w:br/>
      </w:r>
      <w:r>
        <w:rPr>
          <w:sz w:val="20"/>
        </w:rPr>
        <w:t>39:19  of good relationship.</w:t>
      </w:r>
      <w:r>
        <w:br/>
      </w:r>
      <w:r>
        <w:rPr>
          <w:sz w:val="20"/>
        </w:rPr>
        <w:t>39:27  Toh adjustment aur yeh jo raazi yeh dono good relationship yeh do cheezon se badhti jaati hai aur film rehti hai aur ek verse hai quran mein chapter 31 verse 18.</w:t>
      </w:r>
    </w:p>
    <w:p>
      <w:pPr>
        <w:pStyle w:val="Heading2"/>
      </w:pPr>
      <w:r>
        <w:t>hadith on not hurting others, praying to be a mercy</w:t>
      </w:r>
    </w:p>
    <w:p>
      <w:r>
        <w:rPr>
          <w:color w:val="666666"/>
          <w:sz w:val="18"/>
        </w:rPr>
        <w:t>Good Relationships CPS Women Discussion 23 September 10, 2023 · 1m 49s · at 43:01 · https://youtu.be/5UlMoC6-jGU?t=2581</w:t>
      </w:r>
    </w:p>
    <w:p>
      <w:r>
        <w:rPr>
          <w:i/>
        </w:rPr>
        <w:t>“Don't trouble God's servants or expose their hidden faults”</w:t>
      </w:r>
    </w:p>
    <w:p>
      <w:r>
        <w:rPr>
          <w:sz w:val="20"/>
        </w:rPr>
        <w:t>43:01  Toh yahan conclude karne ke liye mere paas ek hadith hai ki Vaigambar ne farmaya ki tum log Khuda ke bando ko takleef na do aur unko aar na dilao aur unki posheeda baaton ko talash na karo. Musnad Ahmad. Tum Maulana sahib ne likha hai ki accha insani samaj banane ke liye zaroori hai ki logon ke andar akhlaqi ehsaas zinda ho.</w:t>
      </w:r>
      <w:r>
        <w:br/>
      </w:r>
      <w:r>
        <w:rPr>
          <w:sz w:val="20"/>
        </w:rPr>
        <w:t>43:27  Har aadmi ko chahiye ki woh samaj ke andar is tarah rahe ki usse kisi ko takleef na pahunche. Aisa har qaul aur amal goya doosron ko satana hai aur jo aadmi doosre insano ko sataye, woh ek bekeemat aadmi hai.</w:t>
      </w:r>
      <w:r>
        <w:br/>
      </w:r>
      <w:r>
        <w:rPr>
          <w:sz w:val="20"/>
        </w:rPr>
        <w:t>43:56  Khuda ki nazar mein bhi aur bando ki nazar mein bhi. Toh yeh line bahut hi dara dene wali hai. Main Allah taala se dua karti hoon ki Allah taala hum sab ek doosre ke liye rehmat bane. Ek doosre ke liye museebat na bane taaki hum aakhir mein be keemat na thehrein. Khuda ki nazar mein keemat wale ban jaaye. Amin.</w:t>
      </w:r>
      <w:r>
        <w:br/>
      </w:r>
      <w:r>
        <w:rPr>
          <w:sz w:val="20"/>
        </w:rPr>
        <w:t>44:23  Thank you Apa ki mujhe abhi bhi Apa ki baat se yeh yaad aaya jab hum ek doosre se milte hain toh hum salaam karte hain. Assalamu alaikum. This is a very important. Iska meaning hai peace be upon you. Yeh humein ek doosre se kehna chahiye, chahe hum kisi se bhi mile. Toh ise ek hamari bahut hi good relationship ki shuruaat hoti hai jab hum kisi ko salaam karte hain.</w:t>
      </w:r>
      <w:r>
        <w:br/>
      </w:r>
      <w:r>
        <w:rPr>
          <w:sz w:val="20"/>
        </w:rPr>
        <w:t>44:50  Toh jaise ki quran ne kaha hai ki when you meet each other, offer good wishes and blessings for safety. One who conveys to you a message of safety and security and also when a courteous greeting is offered to you, meet it with a greeting, still more courteous or at least of equal courtesy. This is the verse of surah al-nisa chapter four verse 86.</w:t>
      </w:r>
    </w:p>
    <w:p>
      <w:pPr>
        <w:pStyle w:val="Heading2"/>
      </w:pPr>
      <w:r>
        <w:t>Learning daily to control anger</w:t>
      </w:r>
    </w:p>
    <w:p>
      <w:r>
        <w:rPr>
          <w:color w:val="666666"/>
          <w:sz w:val="18"/>
        </w:rPr>
        <w:t>Anger An Obstacle to wisdom 5 Jan 2020 - Maulana Wahiduddin Khan · 2m 13s · at 5:47 · https://youtu.be/q0VPtCsiYrI?t=347</w:t>
      </w:r>
    </w:p>
    <w:p>
      <w:r>
        <w:rPr>
          <w:i/>
        </w:rPr>
        <w:t>“Ghusse ko rokne wale ban jaiye.”</w:t>
      </w:r>
    </w:p>
    <w:p>
      <w:r>
        <w:rPr>
          <w:sz w:val="20"/>
        </w:rPr>
        <w:t>5:47  non anger mein bhi jaane ki koshish kijiye. ghussa ko rok rokne wale ban jaiye.</w:t>
      </w:r>
      <w:r>
        <w:br/>
      </w:r>
      <w:r>
        <w:rPr>
          <w:sz w:val="20"/>
        </w:rPr>
        <w:t>5:57  aur phir dekhiye, kya farq hota hai aap ke is mein.</w:t>
      </w:r>
      <w:r>
        <w:br/>
      </w:r>
      <w:r>
        <w:rPr>
          <w:sz w:val="20"/>
        </w:rPr>
        <w:t>6:03  ek is mahine mein aur ek is mahine mein.</w:t>
      </w:r>
      <w:r>
        <w:br/>
      </w:r>
      <w:r>
        <w:rPr>
          <w:sz w:val="20"/>
        </w:rPr>
        <w:t>6:11  to unhone bataya ke waqia yeh hai ke jab maine ek unka ke maine aap kahan se lauta main hain to maine ek diary bana li.</w:t>
      </w:r>
      <w:r>
        <w:br/>
      </w:r>
      <w:r>
        <w:rPr>
          <w:sz w:val="20"/>
        </w:rPr>
        <w:t>6:23  to daily mein likhne laga sirf ek baat ke aaj maine nayi baat kya seekhi.</w:t>
      </w:r>
      <w:r>
        <w:br/>
      </w:r>
      <w:r>
        <w:rPr>
          <w:sz w:val="20"/>
        </w:rPr>
        <w:t>6:35  maine unse kaha tha ke chhoti ho, bari ho, uski riyazat kijiye. nayi ho.</w:t>
      </w:r>
      <w:r>
        <w:br/>
      </w:r>
      <w:r>
        <w:rPr>
          <w:sz w:val="20"/>
        </w:rPr>
        <w:t>6:43  jise Japan mein kaha jata hai ke har din ek nayi baat seekhein. chahe woh sui ke nake mein dhaga dalne ka ek naya tareeqa hi kyun na ho.</w:t>
      </w:r>
      <w:r>
        <w:br/>
      </w:r>
      <w:r>
        <w:rPr>
          <w:sz w:val="20"/>
        </w:rPr>
        <w:t>6:58  to unse maine kaha ke dekhiye, aap ek mahina. to unhone bataya tha khud hi ke rozana main ghussa mein rehta hoon.</w:t>
      </w:r>
      <w:r>
        <w:br/>
      </w:r>
      <w:r>
        <w:rPr>
          <w:sz w:val="20"/>
        </w:rPr>
        <w:t>7:11  to maine kaha ke ek din kisi tarah se control kijiye aap.</w:t>
      </w:r>
      <w:r>
        <w:br/>
      </w:r>
      <w:r>
        <w:rPr>
          <w:sz w:val="20"/>
        </w:rPr>
        <w:t>7:18  aur ek din aap ek notebook rakhiye ke ek din</w:t>
      </w:r>
      <w:r>
        <w:br/>
      </w:r>
      <w:r>
        <w:rPr>
          <w:sz w:val="20"/>
        </w:rPr>
        <w:t>7:27  nahi, ek mahina. ek mahina. har din aap ne kya nayi baat seekhi. aur ek mahine aap ne jo kiya tha woh phir compare kijiye us ko.</w:t>
      </w:r>
      <w:r>
        <w:br/>
      </w:r>
      <w:r>
        <w:rPr>
          <w:sz w:val="20"/>
        </w:rPr>
        <w:t>7:44  to jab mahina pura ho gaya, woh mere paas aaye. to unhon ne kaha ke ek mahine mein itna seekha main ne jo das saal mein bhi nahin seekha tha.</w:t>
      </w:r>
    </w:p>
    <w:p>
      <w:pPr>
        <w:pStyle w:val="Heading2"/>
      </w:pPr>
      <w:r>
        <w:t>Love and warmth of gathering</w:t>
      </w:r>
    </w:p>
    <w:p>
      <w:r>
        <w:rPr>
          <w:color w:val="666666"/>
          <w:sz w:val="18"/>
        </w:rPr>
        <w:t>Dr Naseem Siddiqui Memorial Part 1 · 1m 27s · at 17:16 · https://youtu.be/q-kccRjp1iU?t=1036</w:t>
      </w:r>
    </w:p>
    <w:p>
      <w:r>
        <w:rPr>
          <w:i/>
        </w:rPr>
        <w:t>“At the very outset, let me say this loud and clear”</w:t>
      </w:r>
    </w:p>
    <w:p>
      <w:r>
        <w:rPr>
          <w:sz w:val="20"/>
        </w:rPr>
        <w:t>17:16  At the very outset, let me say this loud and clear, that this gathering today brings so much</w:t>
      </w:r>
      <w:r>
        <w:br/>
      </w:r>
      <w:r>
        <w:rPr>
          <w:sz w:val="20"/>
        </w:rPr>
        <w:t>17:22  love and warmth that it makes me miss Taimiyah even more.</w:t>
      </w:r>
      <w:r>
        <w:br/>
      </w:r>
      <w:r>
        <w:rPr>
          <w:sz w:val="20"/>
        </w:rPr>
        <w:t>17:29  He was the brand ambassador of life and happiness and much, much more.</w:t>
      </w:r>
      <w:r>
        <w:br/>
      </w:r>
      <w:r>
        <w:rPr>
          <w:sz w:val="20"/>
        </w:rPr>
        <w:t>17:36  Good evening and Assalamualaikum.</w:t>
      </w:r>
      <w:r>
        <w:br/>
      </w:r>
      <w:r>
        <w:rPr>
          <w:sz w:val="20"/>
        </w:rPr>
        <w:t>17:42  mera naam Saima hai aur main doctor MN siddiqui ki bahu hoon.</w:t>
      </w:r>
      <w:r>
        <w:br/>
      </w:r>
      <w:r>
        <w:rPr>
          <w:sz w:val="20"/>
        </w:rPr>
        <w:t>17:49  vahi bahu jisko apne class ke student se milwana chahte the Taimiyah.</w:t>
      </w:r>
      <w:r>
        <w:br/>
      </w:r>
      <w:r>
        <w:rPr>
          <w:sz w:val="20"/>
        </w:rPr>
        <w:t>17:56  jab mujhse milte the, kehte the ki main jab-jab class mein kehta hoon ki meri bahu radio mirchi</w:t>
      </w:r>
      <w:r>
        <w:br/>
      </w:r>
      <w:r>
        <w:rPr>
          <w:sz w:val="20"/>
        </w:rPr>
        <w:t>18:02  mein aati hai, to baki waqt to mera yakin karte hain, us waqt nahin karte.</w:t>
      </w:r>
      <w:r>
        <w:br/>
      </w:r>
      <w:r>
        <w:rPr>
          <w:sz w:val="20"/>
        </w:rPr>
        <w:t>18:09  to kisi roz mere sath chalna aur mere student se milna.</w:t>
      </w:r>
      <w:r>
        <w:br/>
      </w:r>
      <w:r>
        <w:rPr>
          <w:sz w:val="20"/>
        </w:rPr>
        <w:t>18:16  Taimiyah, aaj main bhi hoon, aapki class bhi hai, aapke colleagues bhi hain, aur aap nahin.</w:t>
      </w:r>
      <w:r>
        <w:br/>
      </w:r>
      <w:r>
        <w:rPr>
          <w:sz w:val="20"/>
        </w:rPr>
        <w:t>18:22  Taimiyah se main pehli bar tab mili thi jab Suhail aur meri nishbat ki baat honi thi.</w:t>
      </w:r>
      <w:r>
        <w:br/>
      </w:r>
      <w:r>
        <w:rPr>
          <w:sz w:val="20"/>
        </w:rPr>
        <w:t>18:29  As it happens, Ammi-Abbu had told me ki vo family ke senior most member hain aur adab se pesh aana.</w:t>
      </w:r>
      <w:r>
        <w:br/>
      </w:r>
      <w:r>
        <w:rPr>
          <w:sz w:val="20"/>
        </w:rPr>
        <w:t>18:36  I had decided that I'll behave myself.</w:t>
      </w:r>
      <w:r>
        <w:br/>
      </w:r>
      <w:r>
        <w:rPr>
          <w:sz w:val="20"/>
        </w:rPr>
        <w:t>18:43  magar jaise hi vo darwaze se andar aaye, jis tarah se unhone meri maa, meri saas, aur mujhe</w:t>
      </w:r>
    </w:p>
    <w:p>
      <w:pPr>
        <w:pStyle w:val="Heading2"/>
      </w:pPr>
      <w:r>
        <w:t>Two principles: individual idealist, social realist</w:t>
      </w:r>
    </w:p>
    <w:p>
      <w:r>
        <w:rPr>
          <w:color w:val="666666"/>
          <w:sz w:val="18"/>
        </w:rPr>
        <w:t>Adjustment the Only Option I January 26, 2010 · 2m 14s · at 2:36 · https://youtu.be/5jDoLit5NWU?t=156</w:t>
      </w:r>
    </w:p>
    <w:p>
      <w:r>
        <w:rPr>
          <w:i/>
        </w:rPr>
        <w:t>“There is no other option”</w:t>
      </w:r>
    </w:p>
    <w:p>
      <w:r>
        <w:rPr>
          <w:sz w:val="20"/>
        </w:rPr>
        <w:t>2:36  There is no other option.</w:t>
      </w:r>
      <w:r>
        <w:br/>
      </w:r>
      <w:r>
        <w:rPr>
          <w:sz w:val="20"/>
        </w:rPr>
        <w:t>2:43  to duniya ke banane wale ne dekhiye, do bohat hi basic principles is duniya mein rakh diye hain.</w:t>
      </w:r>
      <w:r>
        <w:br/>
      </w:r>
      <w:r>
        <w:rPr>
          <w:sz w:val="20"/>
        </w:rPr>
        <w:t>2:50  ek hai individual life ke liye, ek hai social life ke liye.</w:t>
      </w:r>
      <w:r>
        <w:br/>
      </w:r>
      <w:r>
        <w:rPr>
          <w:sz w:val="20"/>
        </w:rPr>
        <w:t>2:58  hamari life is duniya mein two fold hoti hai.</w:t>
      </w:r>
      <w:r>
        <w:br/>
      </w:r>
      <w:r>
        <w:rPr>
          <w:sz w:val="20"/>
        </w:rPr>
        <w:t>3:05  ek akele ki, aur yeh ke hum ek samaj mein hote hain, ek society mein hote hain, doosron</w:t>
      </w:r>
      <w:r>
        <w:br/>
      </w:r>
      <w:r>
        <w:rPr>
          <w:sz w:val="20"/>
        </w:rPr>
        <w:t>3:13  ke beech mein hote hain.</w:t>
      </w:r>
      <w:r>
        <w:br/>
      </w:r>
      <w:r>
        <w:rPr>
          <w:sz w:val="20"/>
        </w:rPr>
        <w:t>3:20  to yaad rakhiye, khuda ne dono ke liye ek law set kar diya hai, pehle din se.</w:t>
      </w:r>
      <w:r>
        <w:br/>
      </w:r>
      <w:r>
        <w:rPr>
          <w:sz w:val="20"/>
        </w:rPr>
        <w:t>3:28  wala tabdila li khalqi allahi khuda ne apna jo creation plan ke waqt jo bana diya hai, us mein</w:t>
      </w:r>
      <w:r>
        <w:br/>
      </w:r>
      <w:r>
        <w:rPr>
          <w:sz w:val="20"/>
        </w:rPr>
        <w:t>3:35  koi badlav nahi, koi change nahi.</w:t>
      </w:r>
      <w:r>
        <w:br/>
      </w:r>
      <w:r>
        <w:rPr>
          <w:sz w:val="20"/>
        </w:rPr>
        <w:t>3:43  to individual ke liye kya hai? woh hai idealism.</w:t>
      </w:r>
      <w:r>
        <w:br/>
      </w:r>
      <w:r>
        <w:rPr>
          <w:sz w:val="20"/>
        </w:rPr>
        <w:t>3:50  Individual life ke liye hai idealism, aur social life ke liye hai pragmatism. bas.</w:t>
      </w:r>
      <w:r>
        <w:br/>
      </w:r>
      <w:r>
        <w:rPr>
          <w:sz w:val="20"/>
        </w:rPr>
        <w:t>3:57  There is no third law.</w:t>
      </w:r>
      <w:r>
        <w:br/>
      </w:r>
      <w:r>
        <w:rPr>
          <w:sz w:val="20"/>
        </w:rPr>
        <w:t>4:05  aap ko apne personal mamle mein ideal par chalne ki koshish karna hai.</w:t>
      </w:r>
      <w:r>
        <w:br/>
      </w:r>
      <w:r>
        <w:rPr>
          <w:sz w:val="20"/>
        </w:rPr>
        <w:t>4:12  kyun ke aap ki zindagi apni zindagi hai.</w:t>
      </w:r>
      <w:r>
        <w:br/>
      </w:r>
      <w:r>
        <w:rPr>
          <w:sz w:val="20"/>
        </w:rPr>
        <w:t>4:20  apne aap ko aap discipline mein rakh sakte hain.</w:t>
      </w:r>
      <w:r>
        <w:br/>
      </w:r>
      <w:r>
        <w:rPr>
          <w:sz w:val="20"/>
        </w:rPr>
        <w:t>4:27  apne aap par aap ka control hai.</w:t>
      </w:r>
      <w:r>
        <w:br/>
      </w:r>
      <w:r>
        <w:rPr>
          <w:sz w:val="20"/>
        </w:rPr>
        <w:t>4:35  to jo bhi ideals hain, jo me'yari usool hain, us ko follow karna hai aap ko.</w:t>
      </w:r>
      <w:r>
        <w:br/>
      </w:r>
      <w:r>
        <w:rPr>
          <w:sz w:val="20"/>
        </w:rPr>
        <w:t>4:42  to kya karna hai? In your personal life be idealist.</w:t>
      </w:r>
      <w:r>
        <w:br/>
      </w:r>
      <w:r>
        <w:rPr>
          <w:sz w:val="20"/>
        </w:rPr>
        <w:t>4:50  Idealist.</w:t>
      </w:r>
    </w:p>
    <w:p>
      <w:pPr>
        <w:pStyle w:val="Heading2"/>
      </w:pPr>
      <w:r>
        <w:t>Adam's restricted freedom in Paradise</w:t>
      </w:r>
    </w:p>
    <w:p>
      <w:r>
        <w:rPr>
          <w:color w:val="666666"/>
          <w:sz w:val="18"/>
        </w:rPr>
        <w:t>Fasting I 9th May 07 · 2m 34s · at 6:48 · https://youtu.be/FU1JoXdA9us?t=408</w:t>
      </w:r>
    </w:p>
    <w:p>
      <w:r>
        <w:rPr>
          <w:i/>
        </w:rPr>
        <w:t>“You know, when God Almighty created Adam, He settled him in Paradise”</w:t>
      </w:r>
    </w:p>
    <w:p>
      <w:r>
        <w:rPr>
          <w:sz w:val="20"/>
        </w:rPr>
        <w:t xml:space="preserve">6:48  </w:t>
      </w:r>
      <w:r>
        <w:br/>
      </w:r>
      <w:r>
        <w:rPr>
          <w:sz w:val="20"/>
        </w:rPr>
        <w:t>6:55  You know, when God Almighty created Adam, He settled him in Paradise.</w:t>
      </w:r>
      <w:r>
        <w:br/>
      </w:r>
      <w:r>
        <w:rPr>
          <w:sz w:val="20"/>
        </w:rPr>
        <w:t>7:01  Perhaps it was a temporary form of Paradise.</w:t>
      </w:r>
      <w:r>
        <w:br/>
      </w:r>
      <w:r>
        <w:rPr>
          <w:sz w:val="20"/>
        </w:rPr>
        <w:t>7:07  According to the Biblical account, it was a garden in Eden.</w:t>
      </w:r>
      <w:r>
        <w:br/>
      </w:r>
      <w:r>
        <w:rPr>
          <w:sz w:val="20"/>
        </w:rPr>
        <w:t>7:14  Eden is a countr</w:t>
      </w:r>
      <w:r>
        <w:br/>
      </w:r>
      <w:r>
        <w:rPr>
          <w:sz w:val="20"/>
        </w:rPr>
        <w:t>7:20  y. So according to Biblical account, it was like a large kind of farmhouse. But this is not mentioned in the Quran. In the Quran, the word is Jannah. So Adam was settled in Jannah, maybe in some part of the Jannah, or in</w:t>
      </w:r>
      <w:r>
        <w:br/>
      </w:r>
      <w:r>
        <w:rPr>
          <w:sz w:val="20"/>
        </w:rPr>
        <w:t>7:50  a temporary kind of Paradise.</w:t>
      </w:r>
      <w:r>
        <w:br/>
      </w:r>
      <w:r>
        <w:rPr>
          <w:sz w:val="20"/>
        </w:rPr>
        <w:t>8:00  So at that time, God Almighty said to Adam: "Uskun anta buzojika, you and your wife, settle here</w:t>
      </w:r>
      <w:r>
        <w:br/>
      </w:r>
      <w:r>
        <w:rPr>
          <w:sz w:val="20"/>
        </w:rPr>
        <w:t>8:11  in this Paradise." But there was</w:t>
      </w:r>
      <w:r>
        <w:br/>
      </w:r>
      <w:r>
        <w:rPr>
          <w:sz w:val="20"/>
        </w:rPr>
        <w:t>8:22  one more direction: "La taqraba hadhi shajara." Don't approach this tree.</w:t>
      </w:r>
      <w:r>
        <w:br/>
      </w:r>
      <w:r>
        <w:rPr>
          <w:sz w:val="20"/>
        </w:rPr>
        <w:t>8:32  So in that Paradise, there was a forbidden tree.</w:t>
      </w:r>
      <w:r>
        <w:br/>
      </w:r>
      <w:r>
        <w:rPr>
          <w:sz w:val="20"/>
        </w:rPr>
        <w:t>8:42  In that Paradise, there was a</w:t>
      </w:r>
      <w:r>
        <w:br/>
      </w:r>
      <w:r>
        <w:rPr>
          <w:sz w:val="20"/>
        </w:rPr>
        <w:t>8:52  forbidden tree.</w:t>
      </w:r>
      <w:r>
        <w:br/>
      </w:r>
      <w:r>
        <w:rPr>
          <w:sz w:val="20"/>
        </w:rPr>
        <w:t>8:59  So Adam was free in this Paradise, but he was not free to approach this tree.</w:t>
      </w:r>
      <w:r>
        <w:br/>
      </w:r>
      <w:r>
        <w:rPr>
          <w:sz w:val="20"/>
        </w:rPr>
        <w:t>9:07  So this was freedom, but a restricted freedom.</w:t>
      </w:r>
      <w:r>
        <w:br/>
      </w:r>
      <w:r>
        <w:rPr>
          <w:sz w:val="20"/>
        </w:rPr>
        <w:t>9:15  According to the Quranic account, Adam was completely free in this Paradise, but</w:t>
      </w:r>
    </w:p>
    <w:p>
      <w:pPr>
        <w:pStyle w:val="Heading2"/>
      </w:pPr>
      <w:r>
        <w:t>Job market credit card analogy and story</w:t>
      </w:r>
    </w:p>
    <w:p>
      <w:r>
        <w:rPr>
          <w:color w:val="666666"/>
          <w:sz w:val="18"/>
        </w:rPr>
        <w:t>The Secret of Success 5 Feb, 2008 - Maulana Wahiduddin Khan · 3m 03s · at 0:28 · https://youtu.be/aI0KGyoK7NM?t=28</w:t>
      </w:r>
    </w:p>
    <w:p>
      <w:r>
        <w:rPr>
          <w:i/>
        </w:rPr>
        <w:t>“Ek sahab se baat ho rahi thi, ek naujawan se”</w:t>
      </w:r>
    </w:p>
    <w:p>
      <w:r>
        <w:rPr>
          <w:sz w:val="20"/>
        </w:rPr>
        <w:t>0:28  ek sahib se baat ho rahi thi, ek naujawan se,</w:t>
      </w:r>
      <w:r>
        <w:br/>
      </w:r>
      <w:r>
        <w:rPr>
          <w:sz w:val="20"/>
        </w:rPr>
        <w:t>0:35  to maine kaha ke woh naujawan</w:t>
      </w:r>
      <w:r>
        <w:br/>
      </w:r>
      <w:r>
        <w:rPr>
          <w:sz w:val="20"/>
        </w:rPr>
        <w:t>0:43  rozgar ki talash mein thay. to maine kaha ke dekhiye, agar ek aadmi ke paas</w:t>
      </w:r>
      <w:r>
        <w:br/>
      </w:r>
      <w:r>
        <w:rPr>
          <w:sz w:val="20"/>
        </w:rPr>
        <w:t>0:54  bank ka credit card hai aur woh jata hai shopping karne ke liye kisi shopping center mein, to woh bohat</w:t>
      </w:r>
      <w:r>
        <w:br/>
      </w:r>
      <w:r>
        <w:rPr>
          <w:sz w:val="20"/>
        </w:rPr>
        <w:t>1:07  satisfied rehta hai ke main jo cheez chahunga wahan khareed loonga, kyunke mere paas credit card maujood hai.</w:t>
      </w:r>
      <w:r>
        <w:br/>
      </w:r>
      <w:r>
        <w:rPr>
          <w:sz w:val="20"/>
        </w:rPr>
        <w:t>1:19  to maine kaha ke isi tarah se job market mein bhi ek credit card hota hai, woh kya hai? honesty and hardworking.</w:t>
      </w:r>
      <w:r>
        <w:br/>
      </w:r>
      <w:r>
        <w:rPr>
          <w:sz w:val="20"/>
        </w:rPr>
        <w:t>1:32  maine kaha ke agar aap ke andar yeh do quality hon, honesty aur hardworking, yani danadari aur mehnat, to samjhiye ke job market ka credit card aap ke paas maujood hai.</w:t>
      </w:r>
      <w:r>
        <w:br/>
      </w:r>
      <w:r>
        <w:rPr>
          <w:sz w:val="20"/>
        </w:rPr>
        <w:t>1:56  aap jis jagah bhi jayenge, log aap ko accept karenge,</w:t>
      </w:r>
      <w:r>
        <w:br/>
      </w:r>
      <w:r>
        <w:rPr>
          <w:sz w:val="20"/>
        </w:rPr>
        <w:t>2:05  kyunke dunya ko aap ki zaroorat hai. maine kaha ke aap jaiye market mein, kahin se kahiye ke bhai main free mein kaam karunga, mujhe ek mahina kaam karne ke liye do, ek mahina rahiye wahan,</w:t>
      </w:r>
      <w:r>
        <w:br/>
      </w:r>
      <w:r>
        <w:rPr>
          <w:sz w:val="20"/>
        </w:rPr>
        <w:t>2:22  aur yeh dikha dijiye ke aap honest bhi hain aur hard worker bhi hain. to aise hi kiya unhone. kisi dukan mein gaye, kaha unhone kaha ke theek hai, aap raho hamare haan ek mahina.</w:t>
      </w:r>
      <w:r>
        <w:br/>
      </w:r>
      <w:r>
        <w:rPr>
          <w:sz w:val="20"/>
        </w:rPr>
        <w:t>2:34  to unhone is tarah se kaam kiya, honesty ke sath aur hardworking ke sath, ke woh abhi mahina poora nahi hua tha, sirf das din hue thay, unhone baqayda rakh liya unko,</w:t>
      </w:r>
      <w:r>
        <w:br/>
      </w:r>
      <w:r>
        <w:rPr>
          <w:sz w:val="20"/>
        </w:rPr>
        <w:t>2:47  aur ma'qool salary unko muqarrar kar di. to yaad rakhiye, jis tarah se aap ke paas credit card ho ya cash payment ka saman aap ke paas ho, to aap shopping center mein jate hain, bohat itminan ke sath,</w:t>
      </w:r>
      <w:r>
        <w:br/>
      </w:r>
      <w:r>
        <w:rPr>
          <w:sz w:val="20"/>
        </w:rPr>
        <w:t>3:07  jo chahte hain wahan se khareed lete hain. aise hi apne andar yeh do quality paida kijiye, honesty aur hardworking.</w:t>
      </w:r>
      <w:r>
        <w:br/>
      </w:r>
      <w:r>
        <w:rPr>
          <w:sz w:val="20"/>
        </w:rPr>
        <w:t>3:18  jo kaam kijiye, dil laga kar kijiye. jo kaam kijiye, poori mehnat ke sath kijiye. bas har jagah aap wanted ban jayenge.</w:t>
      </w:r>
    </w:p>
    <w:p>
      <w:pPr>
        <w:pStyle w:val="Heading2"/>
      </w:pPr>
      <w:r>
        <w:t>Patience as positive wisdom</w:t>
      </w:r>
    </w:p>
    <w:p>
      <w:r>
        <w:rPr>
          <w:color w:val="666666"/>
          <w:sz w:val="18"/>
        </w:rPr>
        <w:t>Interview Session with Maulana Wahiduddin Khan English · 2m 16s · at 21:27 · https://youtu.be/oNKYrZsbzr4?t=1287</w:t>
      </w:r>
    </w:p>
    <w:p>
      <w:r>
        <w:rPr>
          <w:i/>
        </w:rPr>
        <w:t>“Patience is not a negative thing.”</w:t>
      </w:r>
    </w:p>
    <w:p>
      <w:r>
        <w:rPr>
          <w:sz w:val="20"/>
        </w:rPr>
        <w:t>21:27  And I would like to add that patience is not a negative thing.</w:t>
      </w:r>
      <w:r>
        <w:br/>
      </w:r>
      <w:r>
        <w:rPr>
          <w:sz w:val="20"/>
        </w:rPr>
        <w:t>21:36  It is completely a positive thing. Why? Because in this world, you are living with other people.</w:t>
      </w:r>
      <w:r>
        <w:br/>
      </w:r>
      <w:r>
        <w:rPr>
          <w:sz w:val="20"/>
        </w:rPr>
        <w:t>21:46  Their tastes are different. Their interest is different. But there are some unpleasant situations every time.</w:t>
      </w:r>
      <w:r>
        <w:br/>
      </w:r>
      <w:r>
        <w:rPr>
          <w:sz w:val="20"/>
        </w:rPr>
        <w:t>21:56  You cannot find a nervous situation every time. So what to do? The only way to live in this world successfully is by keeping patience.</w:t>
      </w:r>
      <w:r>
        <w:br/>
      </w:r>
      <w:r>
        <w:rPr>
          <w:sz w:val="20"/>
        </w:rPr>
        <w:t>22:16  You cannot stop other people who think according to their own. Everybody is free.</w:t>
      </w:r>
      <w:r>
        <w:br/>
      </w:r>
      <w:r>
        <w:rPr>
          <w:sz w:val="20"/>
        </w:rPr>
        <w:t>22:25  So how can we abolish that freedom? God gave them freedom. Freedom is theirright.</w:t>
      </w:r>
      <w:r>
        <w:br/>
      </w:r>
      <w:r>
        <w:rPr>
          <w:sz w:val="20"/>
        </w:rPr>
        <w:t>22:34  So we cannot abolish that freedom. So we have to be tolerant. You have to be patient. So patience means wisdom of lif</w:t>
      </w:r>
      <w:r>
        <w:br/>
      </w:r>
      <w:r>
        <w:rPr>
          <w:sz w:val="20"/>
        </w:rPr>
        <w:t>22:46  e. In a world where everybody is free, everybody</w:t>
      </w:r>
      <w:r>
        <w:br/>
      </w:r>
      <w:r>
        <w:rPr>
          <w:sz w:val="20"/>
        </w:rPr>
        <w:t>22:56  is striving for his own interests, in such a world, there is no way except patience because we cannot abolish their freedom.</w:t>
      </w:r>
      <w:r>
        <w:br/>
      </w:r>
      <w:r>
        <w:rPr>
          <w:sz w:val="20"/>
        </w:rPr>
        <w:t>23:08  Everybody is free.</w:t>
      </w:r>
      <w:r>
        <w:br/>
      </w:r>
      <w:r>
        <w:rPr>
          <w:sz w:val="20"/>
        </w:rPr>
        <w:t>23:10  So it is the greatest wisdom to keep patience so that you will be able to work peacefully.</w:t>
      </w:r>
      <w:r>
        <w:br/>
      </w:r>
      <w:r>
        <w:rPr>
          <w:sz w:val="20"/>
        </w:rPr>
        <w:t>23:26  And as I already said, according to the law of nature, every time there are opportunities, enormous opportunities, opportunities are an integral part of life.</w:t>
      </w:r>
    </w:p>
    <w:p>
      <w:pPr>
        <w:pStyle w:val="Heading2"/>
      </w:pPr>
      <w:r>
        <w:t>Landlord's impatience over a beard ruins his family</w:t>
      </w:r>
    </w:p>
    <w:p>
      <w:r>
        <w:rPr>
          <w:color w:val="666666"/>
          <w:sz w:val="18"/>
        </w:rPr>
        <w:t>Importance of Patience in Islam December 11, 2022 · 1m 24s · at 26:34 · https://youtu.be/Cy59II1dC-I?t=1594</w:t>
      </w:r>
    </w:p>
    <w:p>
      <w:r>
        <w:rPr>
          <w:i/>
        </w:rPr>
        <w:t>“Three big landlords lived in our village”</w:t>
      </w:r>
    </w:p>
    <w:p>
      <w:r>
        <w:rPr>
          <w:sz w:val="20"/>
        </w:rPr>
        <w:t>26:34  aisi kitni misalein hain. Hamare gaon mein teen bade-bade zamindar rehte the. To jo log gaon ke hain, wah jaante hain ke gaon mein koi aata hai, jaise koi bahu aayi ya koi mehman aaya ya haj karke aate the, to wah jo bhi tohfa hota tha, gift hota tha, wah poore gaon ko baanta jaata tha. Usko baina kehte the. To wah gift jo hai, na wah baantne gaye.</w:t>
      </w:r>
      <w:r>
        <w:br/>
      </w:r>
      <w:r>
        <w:rPr>
          <w:sz w:val="20"/>
        </w:rPr>
        <w:t>27:01  koi ek baantne jaata tha, to baantne gaye. To to jis jiska gift tha, na uske daadhi nahin thi. To wah ek zamindar ne kaha ke main daadhi mundo ka baina nahin leta. Ab gaon mein us zamane mein dekhiye ke izzat nafs bahut badi cheez thi. Unko laga ke hamari to beizzati ho gayi. Ab wah itni zabardast ladai hui, itni ladai hui ke gaon mein qatl-o-bal tak ho jaate the. Itni ladai hui ke wah bilkul barbaad ho gaye. Bahut b</w:t>
      </w:r>
      <w:r>
        <w:br/>
      </w:r>
      <w:r>
        <w:rPr>
          <w:sz w:val="20"/>
        </w:rPr>
        <w:t>27:31  ade zamindar aur barbaad ho gaye. Ab unki next generation ne bahar gayi aur kaam waam karke phir dobara ghar ko sambhala. To yeh hota hai ke sabr na karne aur sabr karne mein kya fark hai. To hum is duniya mein dekhiye, hamein bahut mukhtasar si muddat mili hui hai. Kuch maloom nahin kab kaun chala jaaye is duniya se. To is duniya mein hum aaye hain apna taskiya karne ke liye,</w:t>
      </w:r>
    </w:p>
    <w:p>
      <w:pPr>
        <w:pStyle w:val="Heading2"/>
      </w:pPr>
      <w:r>
        <w:t>China's patience in regaining Hong Kong</w:t>
      </w:r>
    </w:p>
    <w:p>
      <w:r>
        <w:rPr>
          <w:color w:val="666666"/>
          <w:sz w:val="18"/>
        </w:rPr>
        <w:t>Power of Patience | June 16, 2010 | Maulana Wahiduddin Khan · 2m 31s · at 31:38 · https://youtu.be/FlWqljdLKHE?t=1898</w:t>
      </w:r>
    </w:p>
    <w:p>
      <w:r>
        <w:rPr>
          <w:i/>
        </w:rPr>
        <w:t>“Another example of patience: Hong Kong.”</w:t>
      </w:r>
    </w:p>
    <w:p>
      <w:r>
        <w:rPr>
          <w:sz w:val="20"/>
        </w:rPr>
        <w:t>31:38  e sabri ka nuqsan kiya hota hai yani barah saal aap sabar nahi kiya aap ne to kitna</w:t>
      </w:r>
      <w:r>
        <w:br/>
      </w:r>
      <w:r>
        <w:rPr>
          <w:sz w:val="20"/>
        </w:rPr>
        <w:t>31:48  bara nuqsan uthana para aap ko ab doosri misaal lijiye sabar ki woh misaal hai Hong Kong ki</w:t>
      </w:r>
      <w:r>
        <w:br/>
      </w:r>
      <w:r>
        <w:rPr>
          <w:sz w:val="20"/>
        </w:rPr>
        <w:t>31:58  Hong Kong dekhiye China ka aik hissa hai colonialism ke zamanay mein British ne is ko lease par le liya</w:t>
      </w:r>
      <w:r>
        <w:br/>
      </w:r>
      <w:r>
        <w:rPr>
          <w:sz w:val="20"/>
        </w:rPr>
        <w:t>32:09  jab yeh log East India Company aai different countries pahunchi to is ne Hong Kong ko China se</w:t>
      </w:r>
      <w:r>
        <w:br/>
      </w:r>
      <w:r>
        <w:rPr>
          <w:sz w:val="20"/>
        </w:rPr>
        <w:t>32:19  lease par le liya yeh lease khatam hoti thi nineteen ninety-seven mein unnees sau satanoo mein to Cheeni</w:t>
      </w:r>
      <w:r>
        <w:br/>
      </w:r>
      <w:r>
        <w:rPr>
          <w:sz w:val="20"/>
        </w:rPr>
        <w:t>32:29  government ne is se pehle barabar negotiation shuru kiya British se lekin kabhi aisa nahi kiya ke is</w:t>
      </w:r>
      <w:r>
        <w:br/>
      </w:r>
      <w:r>
        <w:rPr>
          <w:sz w:val="20"/>
        </w:rPr>
        <w:t>32:39  par qabza kar lein bohat aasan tha un ke liye kyun ke Hong Kong to China ke ka aik part tha wahan bohat aasani se army pher sakte the aur British to England mein hain Europe mein hain bohat door to jab chahte wohi kaam kar sakte the jo Nasser ne Suez mein kiya magar nahin kar sake unhon ne unhon ne toda nahin is agreement ko baat karte rahe ke jaise agreement khatam ho foran aap</w:t>
      </w:r>
      <w:r>
        <w:br/>
      </w:r>
      <w:r>
        <w:rPr>
          <w:sz w:val="20"/>
        </w:rPr>
        <w:t>33:09  ko wapas jana hai yani negotiation ka jo point tha woh yeh tha ke unnees sau satanoo mein</w:t>
      </w:r>
      <w:r>
        <w:br/>
      </w:r>
      <w:r>
        <w:rPr>
          <w:sz w:val="20"/>
        </w:rPr>
        <w:t>33:16  jab patte ki yeh lease ki muddat khatam ho to aap wapas chale jayen aap chunancha yahi hua</w:t>
      </w:r>
      <w:r>
        <w:br/>
      </w:r>
      <w:r>
        <w:rPr>
          <w:sz w:val="20"/>
        </w:rPr>
        <w:t>33:24  bilkul theek us waqt jis din ke lease khatam hui hai woh wapas chale gaye aur Hong Kong</w:t>
      </w:r>
      <w:r>
        <w:br/>
      </w:r>
      <w:r>
        <w:rPr>
          <w:sz w:val="20"/>
        </w:rPr>
        <w:t>33:31  China qabzay mein aa gaya yani China</w:t>
      </w:r>
      <w:r>
        <w:br/>
      </w:r>
      <w:r>
        <w:rPr>
          <w:sz w:val="20"/>
        </w:rPr>
        <w:t>33:39  ne kuch bhi nuqsan na uthaya aur Hong Kong ko mil gaya aur arbon ne kuch bhi nahi</w:t>
      </w:r>
      <w:r>
        <w:br/>
      </w:r>
      <w:r>
        <w:rPr>
          <w:sz w:val="20"/>
        </w:rPr>
        <w:t>33:46  paya aur falasteen ko kho diya yeh bilkul historical baat keh raha hoon mein yeh koi khitab nahi</w:t>
      </w:r>
      <w:r>
        <w:br/>
      </w:r>
      <w:r>
        <w:rPr>
          <w:sz w:val="20"/>
        </w:rPr>
        <w:t>33:54  oratory nahi koi taqreer nahi yeh to us ko kehte hain patience sabr subhan sehilta bardasht tahammul to</w:t>
      </w:r>
      <w:r>
        <w:br/>
      </w:r>
      <w:r>
        <w:rPr>
          <w:sz w:val="20"/>
        </w:rPr>
        <w:t>34:02  aap ne dekha ke misriyon</w:t>
      </w:r>
    </w:p>
    <w:p>
      <w:pPr>
        <w:pStyle w:val="Heading2"/>
      </w:pPr>
      <w:r>
        <w:t>Fiction about Pluto and Earth</w:t>
      </w:r>
    </w:p>
    <w:p>
      <w:r>
        <w:rPr>
          <w:color w:val="666666"/>
          <w:sz w:val="18"/>
        </w:rPr>
        <w:t>Dr Naseem Siddiqui Memorial Part 1 · 1m 04s · at 38:43 · https://youtu.be/q-kccRjp1iU?t=2323</w:t>
      </w:r>
    </w:p>
    <w:p>
      <w:r>
        <w:rPr>
          <w:i/>
        </w:rPr>
        <w:t>“The story says, he has written a fiction when Jessica”</w:t>
      </w:r>
    </w:p>
    <w:p>
      <w:r>
        <w:rPr>
          <w:sz w:val="20"/>
        </w:rPr>
        <w:t>38:43  the story says, he has written a fiction, when jessica was in school, she was taught there are eight planets.</w:t>
      </w:r>
      <w:r>
        <w:br/>
      </w:r>
      <w:r>
        <w:rPr>
          <w:sz w:val="20"/>
        </w:rPr>
        <w:t>38:50  she got married and had a boy.</w:t>
      </w:r>
      <w:r>
        <w:br/>
      </w:r>
      <w:r>
        <w:rPr>
          <w:sz w:val="20"/>
        </w:rPr>
        <w:t>38:57  she named him pluto.</w:t>
      </w:r>
      <w:r>
        <w:br/>
      </w:r>
      <w:r>
        <w:rPr>
          <w:sz w:val="20"/>
        </w:rPr>
        <w:t>39:04  just about the same time, the ninth planet was discovered, and it was also named pluto.</w:t>
      </w:r>
      <w:r>
        <w:br/>
      </w:r>
      <w:r>
        <w:rPr>
          <w:sz w:val="20"/>
        </w:rPr>
        <w:t>39:11  jessica was very happy as her pluto was older than the planet pluto.</w:t>
      </w:r>
      <w:r>
        <w:br/>
      </w:r>
      <w:r>
        <w:rPr>
          <w:sz w:val="20"/>
        </w:rPr>
        <w:t>39:18  when pluto went to school, he was taught that there are nine planets.</w:t>
      </w:r>
      <w:r>
        <w:br/>
      </w:r>
      <w:r>
        <w:rPr>
          <w:sz w:val="20"/>
        </w:rPr>
        <w:t>39:25  pluto said to his teacher, "my very educated mother just showed us nine planets.</w:t>
      </w:r>
      <w:r>
        <w:br/>
      </w:r>
      <w:r>
        <w:rPr>
          <w:sz w:val="20"/>
        </w:rPr>
        <w:t>39:32  my m, very v, educator, all these words are m, v, e, m, j, s, u, n planets."</w:t>
      </w:r>
      <w:r>
        <w:br/>
      </w:r>
      <w:r>
        <w:rPr>
          <w:sz w:val="20"/>
        </w:rPr>
        <w:t>39:39  the teacher asked, "what are they?</w:t>
      </w:r>
      <w:r>
        <w:br/>
      </w:r>
      <w:r>
        <w:rPr>
          <w:sz w:val="20"/>
        </w:rPr>
        <w:t>39:47  " pluto replied, "ye jo word hai m, v, e, m, j, s, u, n planet, these are</w:t>
      </w:r>
    </w:p>
    <w:p>
      <w:pPr>
        <w:pStyle w:val="Heading2"/>
      </w:pPr>
      <w:r>
        <w:t>True meaning of gratitude: acknowledgment and paying the price</w:t>
      </w:r>
    </w:p>
    <w:p>
      <w:r>
        <w:rPr>
          <w:color w:val="666666"/>
          <w:sz w:val="18"/>
        </w:rPr>
        <w:t>Importance of Shukr (Thankfulness) July 24, 2022 · 2m 17s · at 1:05 · https://youtu.be/MgWNIv0k1sk?t=65</w:t>
      </w:r>
    </w:p>
    <w:p>
      <w:r>
        <w:rPr>
          <w:i/>
        </w:rPr>
        <w:t>“Shukr Quran ki row se bohot important hai”</w:t>
      </w:r>
    </w:p>
    <w:p>
      <w:r>
        <w:rPr>
          <w:sz w:val="20"/>
        </w:rPr>
        <w:t>1:05  apa, sab se pehla sawal to yahi hai ke shukr ka jo basic matlab hai woh yeh hai ke etraf. lekin is ke kya maani hain, is ko agar aap elaborate way mein hum sab ko samjha saken ke shukr kya hai?</w:t>
      </w:r>
      <w:r>
        <w:br/>
      </w:r>
      <w:r>
        <w:rPr>
          <w:sz w:val="20"/>
        </w:rPr>
        <w:t>1:22  shukr jo hai bohat hi zyada important hai quran ki ro se, kyun ke quran mein jo sab se pehli ayat hai woh hai alhamdulillah rabbil alameen.</w:t>
      </w:r>
      <w:r>
        <w:br/>
      </w:r>
      <w:r>
        <w:rPr>
          <w:sz w:val="20"/>
        </w:rPr>
        <w:t>1:34  alhamdulillah ke maani hain, aise is ka tarjuma kiya jata hai praise ke maani mein, lekin is ka asal maani hai acknowledgement.</w:t>
      </w:r>
      <w:r>
        <w:br/>
      </w:r>
      <w:r>
        <w:rPr>
          <w:sz w:val="20"/>
        </w:rPr>
        <w:t>1:43  yani tamam cheezain jo insan ko is dunya mein mili hui hain, woh khuda ki di hui hain, khuda ki blessings hain.</w:t>
      </w:r>
      <w:r>
        <w:br/>
      </w:r>
      <w:r>
        <w:rPr>
          <w:sz w:val="20"/>
        </w:rPr>
        <w:t>1:53  to khuda ko hamari kisi cheez ki koi zaroorat nahi hai,</w:t>
      </w:r>
      <w:r>
        <w:br/>
      </w:r>
      <w:r>
        <w:rPr>
          <w:sz w:val="20"/>
        </w:rPr>
        <w:t>1:58  bas sirf yeh hai ke hamein khuda ka shukr ada karna hai, aur dil se khuda ka shukr ada karna hai. wohi tamam blessings ki jo hai, wohi price hai.</w:t>
      </w:r>
      <w:r>
        <w:br/>
      </w:r>
      <w:r>
        <w:rPr>
          <w:sz w:val="20"/>
        </w:rPr>
        <w:t>2:10  to without paying the price we will become user. user matlab hum koi cheez ko istemal kar rahe hain aur is par hamara koi haq nahi hai.</w:t>
      </w:r>
      <w:r>
        <w:br/>
      </w:r>
      <w:r>
        <w:rPr>
          <w:sz w:val="20"/>
        </w:rPr>
        <w:t>2:21  to is tarah se jo alhamdulillah rabbil alameen quran ki pehli verse hai, is se pata chalta hai ke insan ko kitna zyada nematoun ka gehra ehsas hona chahiye.</w:t>
      </w:r>
      <w:r>
        <w:br/>
      </w:r>
      <w:r>
        <w:rPr>
          <w:sz w:val="20"/>
        </w:rPr>
        <w:t>2:36  kyun ke aaj kal jo log hain, woh alhamdulillah chala hua hai, jis ko hum takiya kalam kehte hain, catch phrase kehte hain, is se kaam nahi chalega.</w:t>
      </w:r>
      <w:r>
        <w:br/>
      </w:r>
      <w:r>
        <w:rPr>
          <w:sz w:val="20"/>
        </w:rPr>
        <w:t>2:45  woh</w:t>
      </w:r>
      <w:r>
        <w:br/>
      </w:r>
      <w:r>
        <w:rPr>
          <w:sz w:val="20"/>
        </w:rPr>
        <w:t>2:46  dil ki gehraiyon se khuda ke liye hamd karna, khuda ki shukr ada karna, khuda ki nematoun ka zikr karna, is ka charcha karna, tab yeh jo hota hai, is ka jo price tabhi hai jab hum is tarah se khuda ki nematoun ka zikr karen.</w:t>
      </w:r>
      <w:r>
        <w:br/>
      </w:r>
      <w:r>
        <w:rPr>
          <w:sz w:val="20"/>
        </w:rPr>
        <w:t>3:07  to is tarah se jo hai, hum jabhi hum khuda ki blessings ko hum istemal karne ke qabil thehrenge jab hum is ka poore maani mein is ka khuda ka shukr ada karen.</w:t>
      </w:r>
    </w:p>
    <w:p>
      <w:pPr>
        <w:pStyle w:val="Heading2"/>
      </w:pPr>
      <w:r>
        <w:t>Friend and colleague of Naseem Bhai</w:t>
      </w:r>
    </w:p>
    <w:p>
      <w:r>
        <w:rPr>
          <w:color w:val="666666"/>
          <w:sz w:val="18"/>
        </w:rPr>
        <w:t>Dr Naseem Siddiqui Memorial Part 1 · 2m 31s · at 41:59 · https://youtu.be/q-kccRjp1iU?t=2519</w:t>
      </w:r>
    </w:p>
    <w:p>
      <w:r>
        <w:rPr>
          <w:i/>
        </w:rPr>
        <w:t>“I am one of those fortunate people who have had the opportunity”</w:t>
      </w:r>
    </w:p>
    <w:p>
      <w:r>
        <w:rPr>
          <w:sz w:val="20"/>
        </w:rPr>
        <w:t>41:59  I am one of those fortunate people who have had the opportunity of relating as a friend, colleague,</w:t>
      </w:r>
      <w:r>
        <w:br/>
      </w:r>
      <w:r>
        <w:rPr>
          <w:sz w:val="20"/>
        </w:rPr>
        <w:t>42:10  very closely with Naseem Bhai and Najma Ji at the Central Institute of Education in the University of Delhi.</w:t>
      </w:r>
      <w:r>
        <w:br/>
      </w:r>
      <w:r>
        <w:rPr>
          <w:sz w:val="20"/>
        </w:rPr>
        <w:t>42:22  Naseem Bhai was part of the extended faculty.</w:t>
      </w:r>
      <w:r>
        <w:br/>
      </w:r>
      <w:r>
        <w:rPr>
          <w:sz w:val="20"/>
        </w:rPr>
        <w:t>42:33  Rarely have I seen, um, men, I'm particularly emphasizing men here, men with such gentleness, dignity, grace, generosity.</w:t>
      </w:r>
      <w:r>
        <w:br/>
      </w:r>
      <w:r>
        <w:rPr>
          <w:sz w:val="20"/>
        </w:rPr>
        <w:t>42:45  Um, and rarely, very rarely have anybody seen a couple like, uh, Najma Ji and, uh, Naseem Bhai.</w:t>
      </w:r>
      <w:r>
        <w:br/>
      </w:r>
      <w:r>
        <w:rPr>
          <w:sz w:val="20"/>
        </w:rPr>
        <w:t>42:57  It's, um, I'm, I'm sure that, um, Naseem Bhai will continue to live through all of us, all</w:t>
      </w:r>
      <w:r>
        <w:br/>
      </w:r>
      <w:r>
        <w:rPr>
          <w:sz w:val="20"/>
        </w:rPr>
        <w:t>43:08  of us who have been touched and inspired by him in more ways than one.</w:t>
      </w:r>
      <w:r>
        <w:br/>
      </w:r>
      <w:r>
        <w:rPr>
          <w:sz w:val="20"/>
        </w:rPr>
        <w:t>43:20  His life has been one of seamlessness between spaces, seamlessness between profession and personal, the space, professional space</w:t>
      </w:r>
      <w:r>
        <w:br/>
      </w:r>
      <w:r>
        <w:rPr>
          <w:sz w:val="20"/>
        </w:rPr>
        <w:t>43:31  and personal space, seamlessness between, um, even science and spirituality.</w:t>
      </w:r>
      <w:r>
        <w:br/>
      </w:r>
      <w:r>
        <w:rPr>
          <w:sz w:val="20"/>
        </w:rPr>
        <w:t>43:43  Um, I've marveled at the manner in which we could see in Naseem Saab the integrity that Eric</w:t>
      </w:r>
      <w:r>
        <w:br/>
      </w:r>
      <w:r>
        <w:rPr>
          <w:sz w:val="20"/>
        </w:rPr>
        <w:t>43:55  Ericsson talks about associated with old age.</w:t>
      </w:r>
      <w:r>
        <w:br/>
      </w:r>
      <w:r>
        <w:rPr>
          <w:sz w:val="20"/>
        </w:rPr>
        <w:t>44:06  He's a role model and an inspiration.</w:t>
      </w:r>
      <w:r>
        <w:br/>
      </w:r>
      <w:r>
        <w:rPr>
          <w:sz w:val="20"/>
        </w:rPr>
        <w:t>44:18  I wish I could grow like him.</w:t>
      </w:r>
      <w:r>
        <w:br/>
      </w:r>
      <w:r>
        <w:rPr>
          <w:sz w:val="20"/>
        </w:rPr>
        <w:t>44:30  Uh, I would consider myself most fortunate.</w:t>
      </w:r>
    </w:p>
    <w:p>
      <w:pPr>
        <w:pStyle w:val="Heading2"/>
      </w:pPr>
      <w:r>
        <w:t>Prophets Ibrahim, Noah and Yunus' extreme patience</w:t>
      </w:r>
    </w:p>
    <w:p>
      <w:r>
        <w:rPr>
          <w:color w:val="666666"/>
          <w:sz w:val="18"/>
        </w:rPr>
        <w:t>Importance of Patience in Islam December 11, 2022 · 2m 02s · at 43:41 · https://youtu.be/Cy59II1dC-I?t=2621</w:t>
      </w:r>
    </w:p>
    <w:p>
      <w:r>
        <w:rPr>
          <w:i/>
        </w:rPr>
        <w:t>“Look at Prophet Ibrahim, thrown into the fire”</w:t>
      </w:r>
    </w:p>
    <w:p>
      <w:r>
        <w:rPr>
          <w:sz w:val="20"/>
        </w:rPr>
        <w:t>43:41  hai. Ab Hazrat Ibrahim (AS) ko dekhiye ke logon ne jab aapne kaha ke Khuda ek hai,</w:t>
      </w:r>
      <w:r>
        <w:br/>
      </w:r>
      <w:r>
        <w:rPr>
          <w:sz w:val="20"/>
        </w:rPr>
        <w:t>43:48  to logon ne unko</w:t>
      </w:r>
      <w:r>
        <w:br/>
      </w:r>
      <w:r>
        <w:rPr>
          <w:sz w:val="20"/>
        </w:rPr>
        <w:t>43:50  aag mein daal diya.</w:t>
      </w:r>
      <w:r>
        <w:br/>
      </w:r>
      <w:r>
        <w:rPr>
          <w:sz w:val="20"/>
        </w:rPr>
        <w:t>43:51  Allah taala ne woh aag ko thanda kar diya, lekin unhone to aag mein dala.</w:t>
      </w:r>
      <w:r>
        <w:br/>
      </w:r>
      <w:r>
        <w:rPr>
          <w:sz w:val="20"/>
        </w:rPr>
        <w:t>43:56  to is tarike se, lekin unhone koi jang nahi ki, koi kuch nahi kiya, na koi bura bhala</w:t>
      </w:r>
      <w:r>
        <w:br/>
      </w:r>
      <w:r>
        <w:rPr>
          <w:sz w:val="20"/>
        </w:rPr>
        <w:t>44:01  kaha. Ya to paighambar dua karte the ya paighambar woh jagah chhodkar doosri jagah chale jaate the aur</w:t>
      </w:r>
      <w:r>
        <w:br/>
      </w:r>
      <w:r>
        <w:rPr>
          <w:sz w:val="20"/>
        </w:rPr>
        <w:t>44:08  wahan par doosri jagah kaam karte the, jahan ke halaat zyada favorable hote the.</w:t>
      </w:r>
      <w:r>
        <w:br/>
      </w:r>
      <w:r>
        <w:rPr>
          <w:sz w:val="20"/>
        </w:rPr>
        <w:t>44:14  ab hazrat nuh alaihi salam ko lijiye ki 900 saal tak kaam karte rahe aur tamam log unka mazak udate rahe. khud unke beton mein se bhi sabne saath nahi diya. to aap sochiye ki kitna zyada in logon ne sabr kiya. hum to chand din bhi sabr nahi kar paate hain aur woh 900 saal tak unhone sabr kiya. to is tarike se hamein tamam paigambaron se yahi milta hai,</w:t>
      </w:r>
      <w:r>
        <w:br/>
      </w:r>
      <w:r>
        <w:rPr>
          <w:sz w:val="20"/>
        </w:rPr>
        <w:t>44:41  yahi sabak milta</w:t>
      </w:r>
      <w:r>
        <w:br/>
      </w:r>
      <w:r>
        <w:rPr>
          <w:sz w:val="20"/>
        </w:rPr>
        <w:t>44:42  hai. Hazrat Yunus (AS) ne ek ijtihadi ghalti ki, woh sabr unhone kiya, lekin mukammal sabr na kar</w:t>
      </w:r>
      <w:r>
        <w:br/>
      </w:r>
      <w:r>
        <w:rPr>
          <w:sz w:val="20"/>
        </w:rPr>
        <w:t>44:53  sake. Unhone chhod diya. Woh samjhe ke ab hamari qaum jo hai, hamari baat sunne ke liye tayyar nahi hai. Toh woh chhodkar chale gaye. Toh unko wel machhli ne nigal liya. Phir uske baad unhone maafi mangi Allah taala se. Phir unhone machhli ne jaakar sahil par unko nikala aur phir woh wapas basti mein gaye. Aur phir woh basti walon ne dekha ke unko time chahiye</w:t>
      </w:r>
      <w:r>
        <w:br/>
      </w:r>
      <w:r>
        <w:rPr>
          <w:sz w:val="20"/>
        </w:rPr>
        <w:t>45:15  tha. Basti wale jo hain, jab woh chale gaye, toh basti wale unka intezar karne lage ke bahut nek aadmi tha aur humne uski baat nahi suni, woh chala gaya. Toh jab woh aaye, toh unhone unki baat bahut hi seriously suni aur tamam ke tamam log unke follower ban gaye. Toh isiliye humein karna padta hai,</w:t>
      </w:r>
      <w:r>
        <w:br/>
      </w:r>
      <w:r>
        <w:rPr>
          <w:sz w:val="20"/>
        </w:rPr>
        <w:t>45:35  sabr karna padta hai. Kyunki logon ko time chahiye. Toh kai baar aisa hota hai ke unko nahi samajh mein aata. Seriously, unhe samajh mein nahi</w:t>
      </w:r>
    </w:p>
    <w:p>
      <w:pPr>
        <w:pStyle w:val="Heading2"/>
      </w:pPr>
      <w:r>
        <w:t>Gandhi's non-violence defeated the British empire</w:t>
      </w:r>
    </w:p>
    <w:p>
      <w:r>
        <w:rPr>
          <w:color w:val="666666"/>
          <w:sz w:val="18"/>
        </w:rPr>
        <w:t>Power of Peace June 6, 2010 Maulana Wahiduddin Khan · 2m 58s · at 1:02:22 · https://youtu.be/QNnouRoYI38?t=3742</w:t>
      </w:r>
    </w:p>
    <w:p>
      <w:r>
        <w:rPr>
          <w:i/>
        </w:rPr>
        <w:t>“Sabr ke zariye atyachar se lada ja sakta hai”</w:t>
      </w:r>
    </w:p>
    <w:p>
      <w:r>
        <w:rPr>
          <w:sz w:val="20"/>
        </w:rPr>
        <w:t>1:02:22  This question is from Mr. Shahnawaz Siddiqui from New Delhi. kya sabr kay zariye aatish aatish gawah se lara ja sakta hai?</w:t>
      </w:r>
      <w:r>
        <w:br/>
      </w:r>
      <w:r>
        <w:rPr>
          <w:sz w:val="20"/>
        </w:rPr>
        <w:t>1:02:35  zarur lara sakta hai, koi larta hi nahi. koi larta hi nahi. larta kon hai? Mahatma Gandhi nay dikha diya hai.</w:t>
      </w:r>
      <w:r>
        <w:br/>
      </w:r>
      <w:r>
        <w:rPr>
          <w:sz w:val="20"/>
        </w:rPr>
        <w:t>1:02:45  is mulk mein aap jantay hain atharah sau satavan se logon nay larr kar ke angrezon ko nikalna chaha. ulma bhi lartay rahay, swar chand darboz bhi lartay rahay, aur yeh tilak bhi lartay rahay, sab larr larr kar ke.</w:t>
      </w:r>
      <w:r>
        <w:br/>
      </w:r>
      <w:r>
        <w:rPr>
          <w:sz w:val="20"/>
        </w:rPr>
        <w:t>1:02:58  angrez nahi nikal paaye woh.</w:t>
      </w:r>
      <w:r>
        <w:br/>
      </w:r>
      <w:r>
        <w:rPr>
          <w:sz w:val="20"/>
        </w:rPr>
        <w:t>1:03:01  na ulma nikal paaye, na swar chand darboz nikal paaye, na tilak nikal paaye. aur Gandhi aaye to unhon nay nikal diya. unhon nay yaani sabr ki policy chalayi.</w:t>
      </w:r>
      <w:r>
        <w:br/>
      </w:r>
      <w:r>
        <w:rPr>
          <w:sz w:val="20"/>
        </w:rPr>
        <w:t>1:03:14  Non-violence, aain sa. woh itnay taqatwar thay ke woh angrezon ko jana pada.</w:t>
      </w:r>
      <w:r>
        <w:br/>
      </w:r>
      <w:r>
        <w:rPr>
          <w:sz w:val="20"/>
        </w:rPr>
        <w:t>1:03:24  is se pehle aap ko aik mein ne aik sunaya tha qissa ke jis jab gandhi ne ailaan kiya anees sau anees mein ghaliban, ya anees sau bees mein shayad, ke ab hum azaadi ki ladaai ladenge bana hathiyaar ke.</w:t>
      </w:r>
      <w:r>
        <w:br/>
      </w:r>
      <w:r>
        <w:rPr>
          <w:sz w:val="20"/>
        </w:rPr>
        <w:t>1:03:42  yaani violence nahi karenge, non-violence. yaani non-violent activism chalayenge. to angrezon ko samajh mein aaya ke ab kya karein hum.</w:t>
      </w:r>
      <w:r>
        <w:br/>
      </w:r>
      <w:r>
        <w:rPr>
          <w:sz w:val="20"/>
        </w:rPr>
        <w:t>1:03:53  to is zamane mein telephone nahi hota tha, yeh telegram hua karta tha. to aik angrez collector ne taar bheja apne secretariat ko ke aap batayein ke hum kaise aise aadmi se kaise ladien jo hathiyaar istemaal nahi karta.</w:t>
      </w:r>
      <w:r>
        <w:br/>
      </w:r>
      <w:r>
        <w:rPr>
          <w:sz w:val="20"/>
        </w:rPr>
        <w:t>1:04:08  to unhone kaha tha kindly wire instructions how to kill a tiger non-violently kyunke agar doosra aadmi aa raha hai hathiyaar le kar to ab bhi hathiyaar chalate the.</w:t>
      </w:r>
      <w:r>
        <w:br/>
      </w:r>
      <w:r>
        <w:rPr>
          <w:sz w:val="20"/>
        </w:rPr>
        <w:t>1:04:20  ab is ne to kuch nahi, kapda bhi utaar diya, hathiyaar bhi chhod diya. to aap kaise maarein is ko? to aap dekhiye ke kis tarah se woh jeet ho gayi is ki.</w:t>
      </w:r>
      <w:r>
        <w:br/>
      </w:r>
      <w:r>
        <w:rPr>
          <w:sz w:val="20"/>
        </w:rPr>
        <w:t>1:04:32  aur hadith mein hai dekhiye yahi baat. innalaha yu'ti al-rifqa ma la yu'ti al-'unf is ka matlab hai God grants to non-violence.</w:t>
      </w:r>
      <w:r>
        <w:br/>
      </w:r>
      <w:r>
        <w:rPr>
          <w:sz w:val="20"/>
        </w:rPr>
        <w:t>1:04:45  What He does not grant to violence.</w:t>
      </w:r>
      <w:r>
        <w:br/>
      </w:r>
      <w:r>
        <w:rPr>
          <w:sz w:val="20"/>
        </w:rPr>
        <w:t>1:04:49  logon ki himmat nahi hai is ka is ka is ka tajruba karne ki. log darte hain. himmat hi nahi hai tajruba karne ki. unhein misalein maujood hain.</w:t>
      </w:r>
      <w:r>
        <w:br/>
      </w:r>
      <w:r>
        <w:rPr>
          <w:sz w:val="20"/>
        </w:rPr>
        <w:t>1:04:58  japan ne tajruba kiya, mahatma gandhi ne tajruba kiya, rasool Allah salallahu alaihi wasallam ne tajruba kiya. lekin himmat kahan logon ke andar hai? log to ghusse mein hain, nafrat mein hain, inteqaam mein hain.</w:t>
      </w:r>
      <w:r>
        <w:br/>
      </w:r>
      <w:r>
        <w:rPr>
          <w:sz w:val="20"/>
        </w:rPr>
        <w:t>1:05:09  baat maaro, kaato, yeh jaante hain khaali. yaani sabr ke saath planning karna yeh unko aata hi nahi hai logon ko.</w:t>
      </w:r>
    </w:p>
    <w:p>
      <w:pPr>
        <w:pStyle w:val="Heading2"/>
      </w:pPr>
      <w:r>
        <w:t>Global openness makes fighting unnecessary</w:t>
      </w:r>
    </w:p>
    <w:p>
      <w:r>
        <w:rPr>
          <w:color w:val="666666"/>
          <w:sz w:val="18"/>
        </w:rPr>
        <w:t>The Importance of Non Confrontational Method, | August 29, 2010 · 1m 00s · at 23:11 · https://youtu.be/8ZGB0tWQtg8?t=1391</w:t>
      </w:r>
    </w:p>
    <w:p>
      <w:r>
        <w:rPr>
          <w:i/>
        </w:rPr>
        <w:t>“You can go anywhere and do any work, so why fight?”</w:t>
      </w:r>
    </w:p>
    <w:p>
      <w:r>
        <w:rPr>
          <w:sz w:val="20"/>
        </w:rPr>
        <w:t>23:11  East se West tak, North se South tak jahan chahen jaiye, jo chahen kaam kijiye. To famastqamu lakum fastaqimu lahum yeh aayat jo hai aaj yeh global level par yeh qaim ho gayi hai. To phir ladai kis liye? Jahan jahan musalman ladai chhede hue hain, maslan Kashmir hai, Palestine hai, Bosnia, Chechnya, Xinjiang</w:t>
      </w:r>
      <w:r>
        <w:br/>
      </w:r>
      <w:r>
        <w:rPr>
          <w:sz w:val="20"/>
        </w:rPr>
        <w:t>23:41  , Burma, filpain, jahan jahan bhi.</w:t>
      </w:r>
      <w:r>
        <w:br/>
      </w:r>
      <w:r>
        <w:rPr>
          <w:sz w:val="20"/>
        </w:rPr>
        <w:t>23:47  America ne dushmani dushman bana rakha hai wahan bhi.</w:t>
      </w:r>
      <w:r>
        <w:br/>
      </w:r>
      <w:r>
        <w:rPr>
          <w:sz w:val="20"/>
        </w:rPr>
        <w:t>23:53  to har jagah, har jagah, har jagah aaya hai jo chahen kaam kijiye.</w:t>
      </w:r>
      <w:r>
        <w:br/>
      </w:r>
      <w:r>
        <w:rPr>
          <w:sz w:val="20"/>
        </w:rPr>
        <w:t>23:59  dawati kaam to super kaam hai, aap jahan chahen wahan kijiye, koi rukawat nahin hai.</w:t>
      </w:r>
      <w:r>
        <w:br/>
      </w:r>
      <w:r>
        <w:rPr>
          <w:sz w:val="20"/>
        </w:rPr>
        <w:t>24:05  to yeh ayat jo hai fama istaqamu lakum fastaqimu lahum yeh jo hai aaj aik da</w:t>
      </w:r>
    </w:p>
    <w:p>
      <w:pPr>
        <w:pStyle w:val="Heading2"/>
      </w:pPr>
      <w:r>
        <w:t>Ambulance in Poland story of gratitude</w:t>
      </w:r>
    </w:p>
    <w:p>
      <w:r>
        <w:rPr>
          <w:color w:val="666666"/>
          <w:sz w:val="18"/>
        </w:rPr>
        <w:t>Interaction with Umries 26 July, 2019 - Maulana Wahiduddin Khan · 1m 50s · at 29:44 · https://youtu.be/x26fUHWfzFg?t=1784</w:t>
      </w:r>
    </w:p>
    <w:p>
      <w:r>
        <w:rPr>
          <w:i/>
        </w:rPr>
        <w:t>“To wahan jo hamaare mezbaan the unhonne foran telephone kiya”</w:t>
      </w:r>
    </w:p>
    <w:p>
      <w:r>
        <w:rPr>
          <w:sz w:val="20"/>
        </w:rPr>
        <w:t>29:44  to wahan jo hamare mezban the unhon ne foran telephone kiya hospital mein aur yaqeen kijiye with in minute ambulance aa gaya yeh unhi ke nizam hai</w:t>
      </w:r>
      <w:r>
        <w:br/>
      </w:r>
      <w:r>
        <w:rPr>
          <w:sz w:val="20"/>
        </w:rPr>
        <w:t>30:04  yani minton mein aa gaya aur unhon ne foran ke foran mujhe litaya is mein aik bara sa woh tha aur check kiya wohin par le nahi gaye kahin sara saman se lais tha woh ambulance jo tha us mein sara saman tha mein check kiya yeh kya woh kya woh kya aur mein theek ho gaya</w:t>
      </w:r>
      <w:r>
        <w:br/>
      </w:r>
      <w:r>
        <w:rPr>
          <w:sz w:val="20"/>
        </w:rPr>
        <w:t>30:29  to becharay is zamanay mein agar yeh hota hota to qabil marta bhi na hain</w:t>
      </w:r>
      <w:r>
        <w:br/>
      </w:r>
      <w:r>
        <w:rPr>
          <w:sz w:val="20"/>
        </w:rPr>
        <w:t>30:36  ji yeh to yeh to haan bohat sahi baat hai hona woh ghanton tarpa hoga tarpa hoga haan medical face</w:t>
      </w:r>
      <w:r>
        <w:br/>
      </w:r>
      <w:r>
        <w:rPr>
          <w:sz w:val="20"/>
        </w:rPr>
        <w:t>30:47  latiz mein khoon baha hoga</w:t>
      </w:r>
      <w:r>
        <w:br/>
      </w:r>
      <w:r>
        <w:rPr>
          <w:sz w:val="20"/>
        </w:rPr>
        <w:t>30:51  ab kaha ke minton mein ambulance aa gayi doctor is mein thay is mein doctor baqa trained doctor thay is mein mujhe foran strech pe stretcher pe le gaye check kiya dawayein dein aik do minute theek kar diya yeh pata hi kiya itne bare ehsan ko na manen aap to aap bheer bakri se bure hain hain</w:t>
      </w:r>
      <w:r>
        <w:br/>
      </w:r>
      <w:r>
        <w:rPr>
          <w:sz w:val="20"/>
        </w:rPr>
        <w:t>31:19  bilkul sahi baat hai yeh qissa poland ka jo ziyada tarqi yafta nahi hai aur agar yeh qissa agar hua hota paris mein to london mein to aur ziyada tezi se kaam hota</w:t>
      </w:r>
    </w:p>
    <w:p>
      <w:pPr>
        <w:pStyle w:val="Heading2"/>
      </w:pPr>
      <w:r>
        <w:t>Contradiction between nature and mind causes stress</w:t>
      </w:r>
    </w:p>
    <w:p>
      <w:r>
        <w:rPr>
          <w:color w:val="666666"/>
          <w:sz w:val="18"/>
        </w:rPr>
        <w:t>Ancient Shirk or Modern Shirk February 1, 2008 Maulana Wahiduddin Khan · 2m 56s · at 13:24 · https://youtu.be/LB6iBYerQmw?t=804</w:t>
      </w:r>
    </w:p>
    <w:p>
      <w:r>
        <w:rPr>
          <w:i/>
        </w:rPr>
        <w:t>“Present man is living in contradiction and result is in tension”</w:t>
      </w:r>
    </w:p>
    <w:p>
      <w:r>
        <w:rPr>
          <w:sz w:val="20"/>
        </w:rPr>
        <w:t>13:24  Yani present man is living in contradiction and result is in tension.</w:t>
      </w:r>
      <w:r>
        <w:br/>
      </w:r>
      <w:r>
        <w:rPr>
          <w:sz w:val="20"/>
        </w:rPr>
        <w:t>13:32  And the direct result of this contradiction is tension and stress. Aaj ka insaan jeeta hai tazad mein, contradiction mein.</w:t>
      </w:r>
      <w:r>
        <w:br/>
      </w:r>
      <w:r>
        <w:rPr>
          <w:sz w:val="20"/>
        </w:rPr>
        <w:t>13:43  Isi ka barah e raast nateeja hai tension aur stress. Woh kaise? Is ko ghor kijiye.</w:t>
      </w:r>
      <w:r>
        <w:br/>
      </w:r>
      <w:r>
        <w:rPr>
          <w:sz w:val="20"/>
        </w:rPr>
        <w:t>13:52  Dekhiye, jaisa ke main ne arz kiya, insaan by birth ek nature le kar paida hua hai. Woh nature hai tashakkur, gratitude, acknowledge karna.</w:t>
      </w:r>
      <w:r>
        <w:br/>
      </w:r>
      <w:r>
        <w:rPr>
          <w:sz w:val="20"/>
        </w:rPr>
        <w:t>14:08  Insaan ki nature mein yeh cheez introven hai. Nature mein introven hai ke kisi se kuch mile to us ko acknowledge kare.</w:t>
      </w:r>
      <w:r>
        <w:br/>
      </w:r>
      <w:r>
        <w:rPr>
          <w:sz w:val="20"/>
        </w:rPr>
        <w:t>14:20  Kisi se kuch mile to us ka etraf kare.</w:t>
      </w:r>
      <w:r>
        <w:br/>
      </w:r>
      <w:r>
        <w:rPr>
          <w:sz w:val="20"/>
        </w:rPr>
        <w:t>14:26  To agar aap etraf na karein to kya hoga? Aap contradiction mein jeene lagen ge.</w:t>
      </w:r>
      <w:r>
        <w:br/>
      </w:r>
      <w:r>
        <w:rPr>
          <w:sz w:val="20"/>
        </w:rPr>
        <w:t>14:33  Yani aap ko kisi se ek bara gift mila, kisi se ek bari blessing mile, kisi se aap ko bohat bara faida mile, lekin aap us ko acknowledge na karein,</w:t>
      </w:r>
      <w:r>
        <w:br/>
      </w:r>
      <w:r>
        <w:rPr>
          <w:sz w:val="20"/>
        </w:rPr>
        <w:t>14:51  is ka eteraaf na karein to kya hoga? aap ke andar aik bohat zabardast qism ki kashmakash shuru ho jayegi.</w:t>
      </w:r>
      <w:r>
        <w:br/>
      </w:r>
      <w:r>
        <w:rPr>
          <w:sz w:val="20"/>
        </w:rPr>
        <w:t>14:58  aap ki nature chahegi acknowledge karna, lekin aap ka jo argument mind hai, woh acknowledge nahi karega. to nature mein aur aap ke argument mind mein aik kashmakash shuru ho jayegi.</w:t>
      </w:r>
      <w:r>
        <w:br/>
      </w:r>
      <w:r>
        <w:rPr>
          <w:sz w:val="20"/>
        </w:rPr>
        <w:t>15:14  aik complex create hoga. to isi ka naam hai tension. nature kahegi acknowledge karo, lekin aap apni barhai ko baqi rakhne ke liye acknowledge nahi karenge</w:t>
      </w:r>
      <w:r>
        <w:br/>
      </w:r>
      <w:r>
        <w:rPr>
          <w:sz w:val="20"/>
        </w:rPr>
        <w:t>15:28  to isi ka naam hai tension. arabic mein aik woh hai ke itta shar man ahsanti lae.</w:t>
      </w:r>
      <w:r>
        <w:br/>
      </w:r>
      <w:r>
        <w:rPr>
          <w:sz w:val="20"/>
        </w:rPr>
        <w:t>15:41  itta shar man ahsanti lae. yaani tum ne agar kisi ke sath, aadmi ke sath ehsaan kiya hai, yaani good behaviour kiya hai, us ko kuch bari cheez de di hai to us ke shar se bacho, us ki burai se bacho.</w:t>
      </w:r>
      <w:r>
        <w:br/>
      </w:r>
      <w:r>
        <w:rPr>
          <w:sz w:val="20"/>
        </w:rPr>
        <w:t>15:58  kyun?</w:t>
      </w:r>
      <w:r>
        <w:br/>
      </w:r>
      <w:r>
        <w:rPr>
          <w:sz w:val="20"/>
        </w:rPr>
        <w:t>15:59  hota yahi hai ke aadmi agar aap ke dene ko acknowledge kar le to phir woh shar nahi phailayega.</w:t>
      </w:r>
      <w:r>
        <w:br/>
      </w:r>
      <w:r>
        <w:rPr>
          <w:sz w:val="20"/>
        </w:rPr>
        <w:t>16:10  kyunki us ki nature address ho gayi. jab acknowledge kar liya us ne to us ki nature address ho gayi, woh tension free ho gaya.</w:t>
      </w:r>
    </w:p>
    <w:p>
      <w:pPr>
        <w:pStyle w:val="Heading2"/>
      </w:pPr>
      <w:r>
        <w:t>American convert Steve Skiller's disappointment with Muslims</w:t>
      </w:r>
    </w:p>
    <w:p>
      <w:r>
        <w:rPr>
          <w:color w:val="666666"/>
          <w:sz w:val="18"/>
        </w:rPr>
        <w:t>Realistic Approach March 30, 2014 Maulana Wahiduddin Khan · 1m 50s · at 15:34 · https://youtu.be/K36UonBsGlA?t=934</w:t>
      </w:r>
    </w:p>
    <w:p>
      <w:r>
        <w:rPr>
          <w:i/>
        </w:rPr>
        <w:t>“There was a man in America named Steve Skiller. He accepted Islam.”</w:t>
      </w:r>
    </w:p>
    <w:p>
      <w:r>
        <w:rPr>
          <w:sz w:val="20"/>
        </w:rPr>
        <w:t>15:34  to amreeka mein ek shakhs tha is ka naam tha Steve Skiller. Steve Skiller is ne Islam qabool kiya.</w:t>
      </w:r>
      <w:r>
        <w:br/>
      </w:r>
      <w:r>
        <w:rPr>
          <w:sz w:val="20"/>
        </w:rPr>
        <w:t>15:43  apna naam is ne rakha Mustafa. Mustafa. to jab mein purani dilli mein hua karta tha, Jamaid Building mein to mere paas chand baar aaye the woh.</w:t>
      </w:r>
      <w:r>
        <w:br/>
      </w:r>
      <w:r>
        <w:rPr>
          <w:sz w:val="20"/>
        </w:rPr>
        <w:t>15:54  yahan aane ke baad to un se mulaqat nahin hui. to wahan unhon ne mujh se kaha tha ke Islam qabool karne ke baad mein arab mulkon mein gaya.</w:t>
      </w:r>
      <w:r>
        <w:br/>
      </w:r>
      <w:r>
        <w:rPr>
          <w:sz w:val="20"/>
        </w:rPr>
        <w:t>16:06  arab mulkon mein yaani muslim Countries mein. aur gyarah saal tak mein un ke darmiyan raha. gyarah saal tak. aur is ne arabi seekh li.</w:t>
      </w:r>
      <w:r>
        <w:br/>
      </w:r>
      <w:r>
        <w:rPr>
          <w:sz w:val="20"/>
        </w:rPr>
        <w:t>16:18  yaani baqayda arabi bolta tha woh. to is ne ek mulaqat mein kaha tha is ki aankhon mein aansu aa gaye the ke gyarah saal tak musalmanon ke tajrube ke baad mein itna ghamgeen hua, itna ghamgeen hua ke mera jee chaha ke mein Islam chhod doon.</w:t>
      </w:r>
      <w:r>
        <w:br/>
      </w:r>
      <w:r>
        <w:rPr>
          <w:sz w:val="20"/>
        </w:rPr>
        <w:t>16:41  ab tak is ke alfaaz mujhe yaad hain. is ne kaha tha</w:t>
      </w:r>
      <w:r>
        <w:br/>
      </w:r>
      <w:r>
        <w:rPr>
          <w:sz w:val="20"/>
        </w:rPr>
        <w:t>16:59  yaani mein bohat zyada ghamgeen hua yahan tak ke mujhe khayal hua ke mein Islam hi chhod doon.</w:t>
      </w:r>
      <w:r>
        <w:br/>
      </w:r>
      <w:r>
        <w:rPr>
          <w:sz w:val="20"/>
        </w:rPr>
        <w:t>17:10  to Islam ko Text mein parha is ne Quran aur Hadees mein to Islam ne is ko Attract kiya. aur jab woh musalmanon mein gaya to woh bohat zyada bad dil ho gaya.</w:t>
      </w:r>
    </w:p>
    <w:p>
      <w:pPr>
        <w:pStyle w:val="Heading2"/>
      </w:pPr>
      <w:r>
        <w:t>Hadith explanation on mixing vs solitude</w:t>
      </w:r>
    </w:p>
    <w:p>
      <w:r>
        <w:rPr>
          <w:color w:val="666666"/>
          <w:sz w:val="18"/>
        </w:rPr>
        <w:t>Combined Efforts April 14, 2018 · 1m 24s · at 0:46 · https://youtu.be/0Sv4c7bEwX4?t=46</w:t>
      </w:r>
    </w:p>
    <w:p>
      <w:r>
        <w:rPr>
          <w:i/>
        </w:rPr>
        <w:t>“Al-mu'min alladhi yukhalitu al-nas”</w:t>
      </w:r>
    </w:p>
    <w:p>
      <w:r>
        <w:rPr>
          <w:sz w:val="20"/>
        </w:rPr>
        <w:t>0:46  an ibn umar, an an nabi sallallahu alaihi wasallam qala: "al momin alladhi yukhalit an nas wa yasbiru ala azaahim a'zamu ajran min alladhi la yukhalituhum wa la yasbiru ala azaahim." qala hajjaj: "khairun min alladhi la yukhalituhum." tarjama</w:t>
      </w:r>
      <w:r>
        <w:br/>
      </w:r>
      <w:r>
        <w:rPr>
          <w:sz w:val="20"/>
        </w:rPr>
        <w:t>1:06  h padhiye. musnad ahmad, hadith number 5022. ibn umar se riwayat hai: nabi sallallahu alaihi wasallam ne kaha: "wo momin jo logon se milta julta hai aur us ki takleef par sabr karta hai,</w:t>
      </w:r>
      <w:r>
        <w:br/>
      </w:r>
      <w:r>
        <w:rPr>
          <w:sz w:val="20"/>
        </w:rPr>
        <w:t>1:20  zyada ajr wala hai us se jo logon se nahi milta aur un ki takleef par sabr nahi karta." ek riwayat mein hai ke un se behtar hai jo un se nahi milta.</w:t>
      </w:r>
      <w:r>
        <w:br/>
      </w:r>
      <w:r>
        <w:rPr>
          <w:sz w:val="20"/>
        </w:rPr>
        <w:t>1:34  dekhiye,</w:t>
      </w:r>
      <w:r>
        <w:br/>
      </w:r>
      <w:r>
        <w:rPr>
          <w:sz w:val="20"/>
        </w:rPr>
        <w:t>1:38  is hadith mein ek bohat anokhi baat kahi gayi hai.</w:t>
      </w:r>
      <w:r>
        <w:br/>
      </w:r>
      <w:r>
        <w:rPr>
          <w:sz w:val="20"/>
        </w:rPr>
        <w:t>1:44  yani hadith mein jo baat kahi gayi woh to yeh hai ke ek insaan woh hai jo alag alag, akele akele rehta hai, akele akele.</w:t>
      </w:r>
      <w:r>
        <w:br/>
      </w:r>
      <w:r>
        <w:rPr>
          <w:sz w:val="20"/>
        </w:rPr>
        <w:t>1:54  iska koi bara ajr nahi hai, bara reward nahi hai. lekin jo mil kar kaam karta hai, sath ساتھ rehta hai, iska ajr bohat zyada hai, iska reward bohat zyada hai.</w:t>
      </w:r>
    </w:p>
    <w:p>
      <w:pPr>
        <w:pStyle w:val="Heading2"/>
      </w:pPr>
      <w:r>
        <w:t>What increased rizq for a believer really means</w:t>
      </w:r>
    </w:p>
    <w:p>
      <w:r>
        <w:rPr>
          <w:color w:val="666666"/>
          <w:sz w:val="18"/>
        </w:rPr>
        <w:t>Fasting A Source of Spiritual Empowerment August 21, 2011 Maulana Wahiduddin Khan · 2m 54s · at 6:22 · https://youtu.be/Z0EbPlujcf0?t=382</w:t>
      </w:r>
    </w:p>
    <w:p>
      <w:r>
        <w:rPr>
          <w:i/>
        </w:rPr>
        <w:t>“Rizq badhne ka matlab kya hai?”</w:t>
      </w:r>
    </w:p>
    <w:p>
      <w:r>
        <w:rPr>
          <w:sz w:val="20"/>
        </w:rPr>
        <w:t>6:22  ab yahan sawal yeh hai ke rizq badhne ka matlab kya hai?</w:t>
      </w:r>
      <w:r>
        <w:br/>
      </w:r>
      <w:r>
        <w:rPr>
          <w:sz w:val="20"/>
        </w:rPr>
        <w:t>6:29  aam taur par log yeh samajhte hain ke sehri ke waqt mein khoob khane peene ki dhoom hoti hai iftar ke waqt khoob khane peene ki dhoom hoti hai.</w:t>
      </w:r>
      <w:r>
        <w:br/>
      </w:r>
      <w:r>
        <w:rPr>
          <w:sz w:val="20"/>
        </w:rPr>
        <w:t>6:39  to yahi matlab hai is ka ke roze ke mahine mein khane peena khoob hota hai.</w:t>
      </w:r>
      <w:r>
        <w:br/>
      </w:r>
      <w:r>
        <w:rPr>
          <w:sz w:val="20"/>
        </w:rPr>
        <w:t>6:53  aap jayen wahan arab jayen to wahan makkah madinah mein aap dekhenge ke wahan par ek ek tareeqa hai us ko kehte hain "iftar al-sa'im".</w:t>
      </w:r>
      <w:r>
        <w:br/>
      </w:r>
      <w:r>
        <w:rPr>
          <w:sz w:val="20"/>
        </w:rPr>
        <w:t>7:07  yani wahan par log paisa dete hain ghareeb mulkon ke liye afrique walon ke liye ashiya walon ke liye iftar al-sa'im ke naam par</w:t>
      </w:r>
      <w:r>
        <w:br/>
      </w:r>
      <w:r>
        <w:rPr>
          <w:sz w:val="20"/>
        </w:rPr>
        <w:t>7:16  ke paisa lo hamari taraf se aur apne mulk mein khana paka kar pakwa kar iftar ke waqt rozedaron ko khila do.</w:t>
      </w:r>
      <w:r>
        <w:br/>
      </w:r>
      <w:r>
        <w:rPr>
          <w:sz w:val="20"/>
        </w:rPr>
        <w:t>7:28  to yeh hai dhoom to aam taur par log samajhte hain ke roze mein sehri ke waqt aur iftar ke waqt khoob khane peene ki dhoom machti hai.</w:t>
      </w:r>
      <w:r>
        <w:br/>
      </w:r>
      <w:r>
        <w:rPr>
          <w:sz w:val="20"/>
        </w:rPr>
        <w:t>7:38  to bohat hi barkat ki baat hai yeh woh is se murad hai lekin yeh bilkul galat hai.</w:t>
      </w:r>
      <w:r>
        <w:br/>
      </w:r>
      <w:r>
        <w:rPr>
          <w:sz w:val="20"/>
        </w:rPr>
        <w:t>7:46  aap ghor kijiye ke jo lafz hai is mein "rizq al-khalq" nahi hai ke logon ka rizq badha diya jata hai.</w:t>
      </w:r>
      <w:r>
        <w:br/>
      </w:r>
      <w:r>
        <w:rPr>
          <w:sz w:val="20"/>
        </w:rPr>
        <w:t>7:57  balkeh hai "rizq al-momin" momin ka rizq badha diya jata hai to zahir hai ke yahan par rizq ka mafhoom momin ke lihaz se mutayyan kiya jayega.</w:t>
      </w:r>
      <w:r>
        <w:br/>
      </w:r>
      <w:r>
        <w:rPr>
          <w:sz w:val="20"/>
        </w:rPr>
        <w:t>8:09  agar mahaz insan ka lafz hota to insan ki nisbat se aap is ka matlab mutayyan karte lekin jab momin ka lafz hai to momin ki nisbat se aap is ka lafz</w:t>
      </w:r>
      <w:r>
        <w:br/>
      </w:r>
      <w:r>
        <w:rPr>
          <w:sz w:val="20"/>
        </w:rPr>
        <w:t>8:25  is ka matlab</w:t>
      </w:r>
      <w:r>
        <w:br/>
      </w:r>
      <w:r>
        <w:rPr>
          <w:sz w:val="20"/>
        </w:rPr>
        <w:t>8:29  mutayyan karenge to momin kya hai</w:t>
      </w:r>
      <w:r>
        <w:br/>
      </w:r>
      <w:r>
        <w:rPr>
          <w:sz w:val="20"/>
        </w:rPr>
        <w:t>8:34  momin woh hai jisko allah ki discovery hoti hai momin woh hai jo allah ki marifat mein jeeta hai.</w:t>
      </w:r>
      <w:r>
        <w:br/>
      </w:r>
      <w:r>
        <w:rPr>
          <w:sz w:val="20"/>
        </w:rPr>
        <w:t>8:49  momin woh hai jisko allah ki qurbat ki talash hoti hai.</w:t>
      </w:r>
      <w:r>
        <w:br/>
      </w:r>
      <w:r>
        <w:rPr>
          <w:sz w:val="20"/>
        </w:rPr>
        <w:t>8:57  momin woh hai jo har waqt subah sham yeh sochta hai ke kaise mere andar woh personality bane ke main akhirat mein jannat mein dakhle ka mustahiq qarar paun.</w:t>
      </w:r>
    </w:p>
    <w:p>
      <w:pPr>
        <w:pStyle w:val="Heading2"/>
      </w:pPr>
      <w:r>
        <w:t>Cousin forced into impromptu speech</w:t>
      </w:r>
    </w:p>
    <w:p>
      <w:r>
        <w:rPr>
          <w:color w:val="666666"/>
          <w:sz w:val="18"/>
        </w:rPr>
        <w:t>Combined Efforts April 14, 2018 · 3m 08s · at 9:06 · https://youtu.be/0Sv4c7bEwX4?t=546</w:t>
      </w:r>
    </w:p>
    <w:p>
      <w:r>
        <w:rPr>
          <w:i/>
        </w:rPr>
        <w:t>“Mere ek cousin the, Iqbal Ahmad Suhail”</w:t>
      </w:r>
    </w:p>
    <w:p>
      <w:r>
        <w:rPr>
          <w:sz w:val="20"/>
        </w:rPr>
        <w:t>9:06  is mein sochte hue mujhe aik waqia yaad aa gaya apni family ka. hamare aik cousin the, iqbal ahmed sohail, yani urdu mein is ko kehte hain chacha zad bhai,</w:t>
      </w:r>
      <w:r>
        <w:br/>
      </w:r>
      <w:r>
        <w:rPr>
          <w:sz w:val="20"/>
        </w:rPr>
        <w:t>9:23  english mein kehte hain cousin. to un ko hum log to watan udhra tha, to udhra mein paida hue woh.</w:t>
      </w:r>
      <w:r>
        <w:br/>
      </w:r>
      <w:r>
        <w:rPr>
          <w:sz w:val="20"/>
        </w:rPr>
        <w:t>9:37  phir un ki shadi hui banaras mein, to banaras mein wahan queens college tha. to wahan par unhon ne matric kiya aur b.a. kiya banaras mein queens college mein.</w:t>
      </w:r>
      <w:r>
        <w:br/>
      </w:r>
      <w:r>
        <w:rPr>
          <w:sz w:val="20"/>
        </w:rPr>
        <w:t>9:54  phir wahan se chale gaye aligarh, aligarh mein m.a. aur ll.b. kiya. to yeh 1914 ki baat hai, 1914 ki ke aligarh mein aaye the, woh un ka naam tha khwaja kamaluddin.</w:t>
      </w:r>
      <w:r>
        <w:br/>
      </w:r>
      <w:r>
        <w:rPr>
          <w:sz w:val="20"/>
        </w:rPr>
        <w:t>10:13  woh europe mein rehte the, rehte the woh england, england mein. woh england mein rehte the, yani india, indian the woh, lekin woh missionary work karte the,</w:t>
      </w:r>
      <w:r>
        <w:br/>
      </w:r>
      <w:r>
        <w:rPr>
          <w:sz w:val="20"/>
        </w:rPr>
        <w:t>10:27  quran ko phailate the, islam ko phailate the, missionary work. to rehte the england mein. to 1914 mein woh dilli, woh aligarh university aaye aur stage hall wahan par hai.</w:t>
      </w:r>
      <w:r>
        <w:br/>
      </w:r>
      <w:r>
        <w:rPr>
          <w:sz w:val="20"/>
        </w:rPr>
        <w:t>10:50  stage hall mein un ki speech hui, is ka topic tha arabi umm-ul-lisana hai. woh arabi bhi jante the, lekin english achi jante the, dono zuban mein.</w:t>
      </w:r>
      <w:r>
        <w:br/>
      </w:r>
      <w:r>
        <w:rPr>
          <w:sz w:val="20"/>
        </w:rPr>
        <w:t>11:06  to stage hall mein un ki taqreer hui aur bohat achhe speaker the woh.</w:t>
      </w:r>
      <w:r>
        <w:br/>
      </w:r>
      <w:r>
        <w:rPr>
          <w:sz w:val="20"/>
        </w:rPr>
        <w:t>11:15  to bohat taliyan baji. to jo larkay the, un ko aik aik joke soojha, joke ke iqbal sohail sahib use parhte the.</w:t>
      </w:r>
      <w:r>
        <w:br/>
      </w:r>
      <w:r>
        <w:rPr>
          <w:sz w:val="20"/>
        </w:rPr>
        <w:t>11:27  wahan aik junior aadmi the, wahan us waqt woh un se kam umar thi un ki. to jab un ki taqreer khatam hui taliyon ke sath,</w:t>
      </w:r>
      <w:r>
        <w:br/>
      </w:r>
      <w:r>
        <w:rPr>
          <w:sz w:val="20"/>
        </w:rPr>
        <w:t>11:41  to achaanak unhon ne iqbal sohail ko le ke ja ke wahan khara kar diya. ab iqbal sohail bolen ge is topic par, bilkul extra pour bolna tha un ko, extra pour.</w:t>
      </w:r>
      <w:r>
        <w:br/>
      </w:r>
      <w:r>
        <w:rPr>
          <w:sz w:val="20"/>
        </w:rPr>
        <w:t>11:57  to aisi surat mein aadmi ke liye choice nahi rehta, bhag nahi sakta woh. kaise bhage ga stage se? to lage bolne woh, yani baghair kisi preparation ke.</w:t>
      </w:r>
    </w:p>
    <w:p>
      <w:pPr>
        <w:pStyle w:val="Heading2"/>
      </w:pPr>
      <w:r>
        <w:t>Living evil vs dead evil: the Kaaba curtain story</w:t>
      </w:r>
    </w:p>
    <w:p>
      <w:r>
        <w:rPr>
          <w:color w:val="666666"/>
          <w:sz w:val="18"/>
        </w:rPr>
        <w:t>Problem and Shukr March 15, 2015 · 1m 49s · at 47:46 · https://youtu.be/SPBsXjH1hzM?t=2866</w:t>
      </w:r>
    </w:p>
    <w:p>
      <w:r>
        <w:rPr>
          <w:i/>
        </w:rPr>
        <w:t>“Ek hai living evil, ek hai dead evil”</w:t>
      </w:r>
    </w:p>
    <w:p>
      <w:r>
        <w:rPr>
          <w:sz w:val="20"/>
        </w:rPr>
        <w:t>47:46  aik hai living evil, aik hai dead evil. main aap ko misaal deta hoon.</w:t>
      </w:r>
      <w:r>
        <w:br/>
      </w:r>
      <w:r>
        <w:rPr>
          <w:sz w:val="20"/>
        </w:rPr>
        <w:t>47:53  rasool allah ne jab makkah fateh kiya aur kaaba par aap ko poora ikhtiyar hasil ho gaya to us waqt kaaba ke oopar aik parda dala hua tha.</w:t>
      </w:r>
      <w:r>
        <w:br/>
      </w:r>
      <w:r>
        <w:rPr>
          <w:sz w:val="20"/>
        </w:rPr>
        <w:t>48:05  aik parda, yeh parda mushrikeen ne dala tha. yani mushrikeen ka paisa, mushrikeen ki sab kuch mushrikeen ka tha, woh is dala hua tha.</w:t>
      </w:r>
      <w:r>
        <w:br/>
      </w:r>
      <w:r>
        <w:rPr>
          <w:sz w:val="20"/>
        </w:rPr>
        <w:t>48:17  aaj kal jo mizaj hai musalmanon ka, kya kahengay? yeh mushrikeen ka parda hai, is ko hatao. rasool allah ne nahi hataya is ko, kyunke ab woh, ab woh un ka iqtadar khatm ho gaya tha.</w:t>
      </w:r>
      <w:r>
        <w:br/>
      </w:r>
      <w:r>
        <w:rPr>
          <w:sz w:val="20"/>
        </w:rPr>
        <w:t>48:29  ab woh koi living problem hi tha, woh parda.</w:t>
      </w:r>
      <w:r>
        <w:br/>
      </w:r>
      <w:r>
        <w:rPr>
          <w:sz w:val="20"/>
        </w:rPr>
        <w:t>48:33  baad ko kya hua ke aik عورت wahan par, woh jo dhool dena, woh loban jala kar kya karte hain, woh wahan kar rahi thi.</w:t>
      </w:r>
      <w:r>
        <w:br/>
      </w:r>
      <w:r>
        <w:rPr>
          <w:sz w:val="20"/>
        </w:rPr>
        <w:t>48:43  is se parde mein aag lag gayi to parda jal gaya to ab aik aik aik aik real problem ban gaya ke parde ko doosray replace kiya jaye.</w:t>
      </w:r>
      <w:r>
        <w:br/>
      </w:r>
      <w:r>
        <w:rPr>
          <w:sz w:val="20"/>
        </w:rPr>
        <w:t>48:55  to jab tak parda koi problem, yani koi living evil nahi tha, us waqt aap ne is waqe rakha. aur jab dekha ke parda to jal gaya to ab aik naya parda dalna hai, to phir aap ne wahan par aik naya parda dhalwaya.</w:t>
      </w:r>
      <w:r>
        <w:br/>
      </w:r>
      <w:r>
        <w:rPr>
          <w:sz w:val="20"/>
        </w:rPr>
        <w:t>49:09  to is baat ko bohat, yani aur bhi misalein hain is ki ke islam living living evil ko problem samajhta hai, dead evil ko islam problem nahi samajhta.</w:t>
      </w:r>
      <w:r>
        <w:br/>
      </w:r>
      <w:r>
        <w:rPr>
          <w:sz w:val="20"/>
        </w:rPr>
        <w:t>49:23  dead evil ko nazar andaz karna yeh islam ka tareeqa hai, aur living evil ke baray mein ab sochna paray ga hamein ke hum kya kya karein. hmm.</w:t>
      </w:r>
    </w:p>
    <w:p>
      <w:pPr>
        <w:pStyle w:val="Heading2"/>
      </w:pPr>
      <w:r>
        <w:t>Two responses to conflict: instant reaction or patient restraint</w:t>
      </w:r>
    </w:p>
    <w:p>
      <w:r>
        <w:rPr>
          <w:color w:val="666666"/>
          <w:sz w:val="18"/>
        </w:rPr>
        <w:t>CPS Women Article Discussion 17 February 5, 2023 · 1m 39s · at 11:24 · https://youtu.be/YwT3btklNZk?t=684</w:t>
      </w:r>
    </w:p>
    <w:p>
      <w:r>
        <w:rPr>
          <w:i/>
        </w:rPr>
        <w:t>“अगर हमें किसी से इख़्तिलाफ़ है तो एक तरीक़ा है बेसबरी से फ़ौरन लड़ना”</w:t>
      </w:r>
    </w:p>
    <w:p>
      <w:r>
        <w:rPr>
          <w:sz w:val="20"/>
        </w:rPr>
        <w:t>11:24  isliye maulana ne yahan explain kiya hai ki agar hamein kisi se khilaf hai to ek tareeqa to</w:t>
      </w:r>
      <w:r>
        <w:br/>
      </w:r>
      <w:r>
        <w:rPr>
          <w:sz w:val="20"/>
        </w:rPr>
        <w:t>11:31  yeh hai ki hum besabri se fauran usse ladne lage kyunki ekdam insaan react karta hai aur lade</w:t>
      </w:r>
      <w:r>
        <w:br/>
      </w:r>
      <w:r>
        <w:rPr>
          <w:sz w:val="20"/>
        </w:rPr>
        <w:t>11:39  to yeh aur hamein zindagi mein yeh tazrabaad bhi hum dekhte hain ki besabri ki ravish se waqt</w:t>
      </w:r>
      <w:r>
        <w:br/>
      </w:r>
      <w:r>
        <w:rPr>
          <w:sz w:val="20"/>
        </w:rPr>
        <w:t>11:47  ko, waqt ki paise ki barbadi hoti hai, pareshani alag hoti hai aur natija bhi hamari tabahi ki</w:t>
      </w:r>
      <w:r>
        <w:br/>
      </w:r>
      <w:r>
        <w:rPr>
          <w:sz w:val="20"/>
        </w:rPr>
        <w:t>11:54  taraf hamein natija le jaate hain aur phir insaan ko khamosh hi hona padta hai yaani majbooran vah</w:t>
      </w:r>
      <w:r>
        <w:br/>
      </w:r>
      <w:r>
        <w:rPr>
          <w:sz w:val="20"/>
        </w:rPr>
        <w:t>12:02  khamosh hota hai.</w:t>
      </w:r>
      <w:r>
        <w:br/>
      </w:r>
      <w:r>
        <w:rPr>
          <w:sz w:val="20"/>
        </w:rPr>
        <w:t>12:10  To agar shuru mein hi insan aql se kaam le lein aur ekdam se react na karein, suffer karein, soch samajhkar koi positive action le to behtar result denge lenge. Isi liye sabr jo hai usko bahaduri kaha gaya hai.</w:t>
      </w:r>
      <w:r>
        <w:br/>
      </w:r>
      <w:r>
        <w:rPr>
          <w:sz w:val="20"/>
        </w:rPr>
        <w:t>12:29  Ab kyunki yahan apne ko foreign react karne par hum control karna padta hai to aur gussa aaye to use pee jana padta hai isi liye isko bahadari kah kah rahe hain aur besabri jisme hum foreign react kar lete hain uske negative results nikalte hain aur isi liye use buzurgi kehlata hai.</w:t>
      </w:r>
      <w:r>
        <w:br/>
      </w:r>
      <w:r>
        <w:rPr>
          <w:sz w:val="20"/>
        </w:rPr>
        <w:t>12:54  Kehte hain to Maulana kehte hain ki buzurgi ka doosra naam munafqat hai. To munafqat se to hamein bahut bachna hai.</w:t>
      </w:r>
      <w:r>
        <w:br/>
      </w:r>
      <w:r>
        <w:rPr>
          <w:sz w:val="20"/>
        </w:rPr>
        <w:t>13:03  To jo ek bahut badi ikhlaafi sifat hai to Allah se, Allah se dua hai hamari ke doosron ki create ki bhi problems se hum apne ko hamein sabr karein aur sath aqlmandi ke use jackal karna seekhein aur Maulana ne CPS ke members ko kaafi had tak yeh sikha diya hai.</w:t>
      </w:r>
    </w:p>
    <w:p>
      <w:pPr>
        <w:pStyle w:val="Heading2"/>
      </w:pPr>
      <w:r>
        <w:t>First chance lost, second chance key</w:t>
      </w:r>
    </w:p>
    <w:p>
      <w:r>
        <w:rPr>
          <w:color w:val="666666"/>
          <w:sz w:val="18"/>
        </w:rPr>
        <w:t>Dars-e-Quran, Chapter 2, Verse 37 | January  07, 2018 · 1m 30s · at 21:35 · https://youtu.be/ao6Cr57KuEM?t=1295</w:t>
      </w:r>
    </w:p>
    <w:p>
      <w:r>
        <w:rPr>
          <w:i/>
        </w:rPr>
        <w:t>“Adam ke qisse mein ye sabq hai ke aadmi ke liye muqaddar hai”</w:t>
      </w:r>
    </w:p>
    <w:p>
      <w:r>
        <w:rPr>
          <w:sz w:val="20"/>
        </w:rPr>
        <w:t>21:35  dobara daryaft kare, aur phir apni condition shuru kar de.</w:t>
      </w:r>
      <w:r>
        <w:br/>
      </w:r>
      <w:r>
        <w:rPr>
          <w:sz w:val="20"/>
        </w:rPr>
        <w:t>21:41  phir apni condition shuru kar de.</w:t>
      </w:r>
      <w:r>
        <w:br/>
      </w:r>
      <w:r>
        <w:rPr>
          <w:sz w:val="20"/>
        </w:rPr>
        <w:t>21:47  to mein samajhta hoon ke Adam ke qisse mein yeh sabak bhi hai ke aadmi ke liye muqaddar</w:t>
      </w:r>
      <w:r>
        <w:br/>
      </w:r>
      <w:r>
        <w:rPr>
          <w:sz w:val="20"/>
        </w:rPr>
        <w:t>21:53  hai ke woh first chance ko kho de.</w:t>
      </w:r>
      <w:r>
        <w:br/>
      </w:r>
      <w:r>
        <w:rPr>
          <w:sz w:val="20"/>
        </w:rPr>
        <w:t>21:59  aadmi ke liye muqaddar</w:t>
      </w:r>
      <w:r>
        <w:br/>
      </w:r>
      <w:r>
        <w:rPr>
          <w:sz w:val="20"/>
        </w:rPr>
        <w:t>22:05  hai ke woh first chance ko kho de. is ki kamyabi ka raaz yeh hai ke woh second chance ko na khoye. agar aadmi first chance ko khota hai to that is due to law, the law of nature. first chance ko khona woh ek normal baat hai. to aadmi ko chahiye ke woh discover kare ke us ke liye second chance kya</w:t>
      </w:r>
      <w:r>
        <w:br/>
      </w:r>
      <w:r>
        <w:rPr>
          <w:sz w:val="20"/>
        </w:rPr>
        <w:t>22:35  hai, is second chance ko avail kare.</w:t>
      </w:r>
      <w:r>
        <w:br/>
      </w:r>
      <w:r>
        <w:rPr>
          <w:sz w:val="20"/>
        </w:rPr>
        <w:t>22:41  to kaha ke Adam ka pehle marhale mein jannat ko khona, phir dobara jannat mein entry milna, yeh</w:t>
      </w:r>
      <w:r>
        <w:br/>
      </w:r>
      <w:r>
        <w:rPr>
          <w:sz w:val="20"/>
        </w:rPr>
        <w:t>22:47  ek poori tareekh ke liye ek sabak hai ke tum first chance ko khoge is duniya mein.</w:t>
      </w:r>
      <w:r>
        <w:br/>
      </w:r>
      <w:r>
        <w:rPr>
          <w:sz w:val="20"/>
        </w:rPr>
        <w:t>22:53  tumhari kamyabi ko raaz yeh hai ke tum second chance ko avail kar sako.</w:t>
      </w:r>
      <w:r>
        <w:br/>
      </w:r>
      <w:r>
        <w:rPr>
          <w:sz w:val="20"/>
        </w:rPr>
        <w:t>22:59  second chance ko avail karna na bhoolo.</w:t>
      </w:r>
    </w:p>
    <w:p>
      <w:pPr>
        <w:pStyle w:val="Heading2"/>
      </w:pPr>
      <w:r>
        <w:t>US anger after 9/11 failed</w:t>
      </w:r>
    </w:p>
    <w:p>
      <w:r>
        <w:rPr>
          <w:color w:val="666666"/>
          <w:sz w:val="18"/>
        </w:rPr>
        <w:t>Don't Be Angry Culture January 15, 2012 Maulana Wahiduddin Khan · 2m 22s · at 40:57 · https://youtu.be/rY1Ikwmwwdk?t=2457</w:t>
      </w:r>
    </w:p>
    <w:p>
      <w:r>
        <w:rPr>
          <w:i/>
        </w:rPr>
        <w:t>“Is ki taza misaal deta hoon aap ko: United States of America”</w:t>
      </w:r>
    </w:p>
    <w:p>
      <w:r>
        <w:rPr>
          <w:sz w:val="20"/>
        </w:rPr>
        <w:t>40:57  is ki taza misaal mein deta hoon aap ko. taza misaal United States of America ki hai. aap jante hain ke nine eleven ka jo waqea hua tha, us ke baad America ke leader ghusa ho gaye.</w:t>
      </w:r>
      <w:r>
        <w:br/>
      </w:r>
      <w:r>
        <w:rPr>
          <w:sz w:val="20"/>
        </w:rPr>
        <w:t>41:14  bahut. kyunke woh jo tower tha New York mein, woh mein ne dekha hai, is par mein charha bhi hoon. woh America ka pride tha.</w:t>
      </w:r>
      <w:r>
        <w:br/>
      </w:r>
      <w:r>
        <w:rPr>
          <w:sz w:val="20"/>
        </w:rPr>
        <w:t>41:27  woh America ka pride tha woh.</w:t>
      </w:r>
      <w:r>
        <w:br/>
      </w:r>
      <w:r>
        <w:rPr>
          <w:sz w:val="20"/>
        </w:rPr>
        <w:t>41:32  to jab is ko hawa jahaz takra kar ke is ko tod diya gaya to kya keh America ke pride ko tod diya gaya.</w:t>
      </w:r>
      <w:r>
        <w:br/>
      </w:r>
      <w:r>
        <w:rPr>
          <w:sz w:val="20"/>
        </w:rPr>
        <w:t>41:44  ab Amrici log ghussa ho gaye. unhon ne kaha ke hum in logon se inteqam len ge. yeh baatein baqayda maujood hain ke inteqam lene ka jazba bharka America walon mein.</w:t>
      </w:r>
      <w:r>
        <w:br/>
      </w:r>
      <w:r>
        <w:rPr>
          <w:sz w:val="20"/>
        </w:rPr>
        <w:t>41:57  acha is ke baad hamla kiya.</w:t>
      </w:r>
      <w:r>
        <w:br/>
      </w:r>
      <w:r>
        <w:rPr>
          <w:sz w:val="20"/>
        </w:rPr>
        <w:t>42:02  Bush ke zamanay mein.</w:t>
      </w:r>
      <w:r>
        <w:br/>
      </w:r>
      <w:r>
        <w:rPr>
          <w:sz w:val="20"/>
        </w:rPr>
        <w:t>42:07  aur jooti taqat thi America ne laga di. aur itni yani itni bari larai ladni pari America ko ke is mein five trillion dollar kharch ho gaye is ke.</w:t>
      </w:r>
      <w:r>
        <w:br/>
      </w:r>
      <w:r>
        <w:rPr>
          <w:sz w:val="20"/>
        </w:rPr>
        <w:t>42:22  paanch trillion dollar. yani paanch kharab dollar. lekin aaj aap ko pata hai ke America apne maqsad ko achieve nahi kar saka, wapas ja raha hai.</w:t>
      </w:r>
      <w:r>
        <w:br/>
      </w:r>
      <w:r>
        <w:rPr>
          <w:sz w:val="20"/>
        </w:rPr>
        <w:t>42:36  yeh sab log jante hain. is ke kitne fauji maare gaye, kitna paisa nuqsan hua. khud America ki economy jo hai woh hil gayi bilkul.</w:t>
      </w:r>
      <w:r>
        <w:br/>
      </w:r>
      <w:r>
        <w:rPr>
          <w:sz w:val="20"/>
        </w:rPr>
        <w:t>42:48  aap jante hain. kyun? ghusse ke tehat ek faisla kiya tha super power ne. to yaad rakhen super power bhi agar ghusse mein ek faisla kare to is ka faisla bhi ghalati ghalat hi hoga.</w:t>
      </w:r>
      <w:r>
        <w:br/>
      </w:r>
      <w:r>
        <w:rPr>
          <w:sz w:val="20"/>
        </w:rPr>
        <w:t>43:06  koi afford nahi kar sakta ghusse ko, chahe super power ho, chahe ek aam insan ho. yeh kitni bari baat hai.</w:t>
      </w:r>
    </w:p>
    <w:p>
      <w:pPr>
        <w:pStyle w:val="Heading2"/>
      </w:pPr>
      <w:r>
        <w:t>Forgiveness gives opportunity for greater reward</w:t>
      </w:r>
    </w:p>
    <w:p>
      <w:r>
        <w:rPr>
          <w:color w:val="666666"/>
          <w:sz w:val="18"/>
        </w:rPr>
        <w:t>Double Reward 15 Feb 2020 - Maulana Wahiduddin Khan · 3m 00s · at 7:08 · https://youtu.be/Os-Kuq1-wAk?t=428</w:t>
      </w:r>
    </w:p>
    <w:p>
      <w:r>
        <w:rPr>
          <w:i/>
        </w:rPr>
        <w:t>“Is mein dekhiye, bahut zyada sochne ki baat hai ke Rasulullah ko Allah ne hukum diya”</w:t>
      </w:r>
    </w:p>
    <w:p>
      <w:r>
        <w:rPr>
          <w:sz w:val="20"/>
        </w:rPr>
        <w:t>7:08  is mein dekhiye, bohat ziyada sochne ki baat hai ke Rasool Allah ko Allah ne hukum diya ke tum aisa karo, yani jo zulm kare us ko maaf karo,</w:t>
      </w:r>
      <w:r>
        <w:br/>
      </w:r>
      <w:r>
        <w:rPr>
          <w:sz w:val="20"/>
        </w:rPr>
        <w:t>7:23  jo bura sulook kare us ka acha sulook karo.</w:t>
      </w:r>
      <w:r>
        <w:br/>
      </w:r>
      <w:r>
        <w:rPr>
          <w:sz w:val="20"/>
        </w:rPr>
        <w:t>7:30  is ka na mani ke jab koi aadmi aap ke sath galat sulook kare to aap ko mauqa de raha hai ke aap ziyada sawab kamayen,</w:t>
      </w:r>
      <w:r>
        <w:br/>
      </w:r>
      <w:r>
        <w:rPr>
          <w:sz w:val="20"/>
        </w:rPr>
        <w:t>7:44  ziyada sawab kamayen. kaisi ajib baat hai. log kya karte hain ke shikayat de ke baith jate hain, udas ho jate hain, ghussa ho jate hain,</w:t>
      </w:r>
      <w:r>
        <w:br/>
      </w:r>
      <w:r>
        <w:rPr>
          <w:sz w:val="20"/>
        </w:rPr>
        <w:t>7:58  shikayat de ke baithte hain. lekin jahan shikayat de ke baithte hain log, wahan un ke liye ek aur mauqa chupa hua hai,</w:t>
      </w:r>
      <w:r>
        <w:br/>
      </w:r>
      <w:r>
        <w:rPr>
          <w:sz w:val="20"/>
        </w:rPr>
        <w:t>8:10  woh yeh ke is ko maaf karen. maaf karne ke baad to sirf yeh nahin hai ke maaf kiya, maaf kiya keh diya. nahin, acha sulook karna.</w:t>
      </w:r>
      <w:r>
        <w:br/>
      </w:r>
      <w:r>
        <w:rPr>
          <w:sz w:val="20"/>
        </w:rPr>
        <w:t>8:21  misalan aap is ko islami kitaben den parhne ke liye, quran den parhne ke liye,</w:t>
      </w:r>
      <w:r>
        <w:br/>
      </w:r>
      <w:r>
        <w:rPr>
          <w:sz w:val="20"/>
        </w:rPr>
        <w:t>8:35  is tarah ka muamla karen aap.</w:t>
      </w:r>
      <w:r>
        <w:br/>
      </w:r>
      <w:r>
        <w:rPr>
          <w:sz w:val="20"/>
        </w:rPr>
        <w:t>8:43  to main sochta hoon ke yeh jo reaction karte hain log, woh bilkul hi khud apne khilaf hai, woh reaction ka tareeqa khud apne khilaf hai.</w:t>
      </w:r>
      <w:r>
        <w:br/>
      </w:r>
      <w:r>
        <w:rPr>
          <w:sz w:val="20"/>
        </w:rPr>
        <w:t>9:01  ek reaction ka tareeqa ek, ek, ek chance ko kho dena hai, ek upper choti ko kho dena hai,</w:t>
      </w:r>
      <w:r>
        <w:br/>
      </w:r>
      <w:r>
        <w:rPr>
          <w:sz w:val="20"/>
        </w:rPr>
        <w:t>9:16  zyada bara sawab paani ke mauqe ko kho dena hai.</w:t>
      </w:r>
      <w:r>
        <w:br/>
      </w:r>
      <w:r>
        <w:rPr>
          <w:sz w:val="20"/>
        </w:rPr>
        <w:t>9:30  to main sochta hoon ke hum mein se har ek ko chahiye ke woh</w:t>
      </w:r>
      <w:r>
        <w:br/>
      </w:r>
      <w:r>
        <w:rPr>
          <w:sz w:val="20"/>
        </w:rPr>
        <w:t>9:38  apni ek mustahkam aadat bana le, aadat ke react nahin karega, negative nahin karega.</w:t>
      </w:r>
      <w:r>
        <w:br/>
      </w:r>
      <w:r>
        <w:rPr>
          <w:sz w:val="20"/>
        </w:rPr>
        <w:t>9:53  kyun ke woh wohi to sab se bara reward paane ka mauqa hota hai.</w:t>
      </w:r>
    </w:p>
    <w:p>
      <w:pPr>
        <w:pStyle w:val="Heading2"/>
      </w:pPr>
      <w:r>
        <w:t>Ancient nature worship and its characteristics</w:t>
      </w:r>
    </w:p>
    <w:p>
      <w:r>
        <w:rPr>
          <w:color w:val="666666"/>
          <w:sz w:val="18"/>
        </w:rPr>
        <w:t>Ancient Shirk or Modern Shirk February 1, 2008 Maulana Wahiduddin Khan · 2m 57s · at 4:23 · https://youtu.be/LB6iBYerQmw?t=263</w:t>
      </w:r>
    </w:p>
    <w:p>
      <w:r>
        <w:rPr>
          <w:i/>
        </w:rPr>
        <w:t>“To qadeem zamane mein kya tha? Aaj kya hai?”</w:t>
      </w:r>
    </w:p>
    <w:p>
      <w:r>
        <w:rPr>
          <w:sz w:val="20"/>
        </w:rPr>
        <w:t>4:23  to qadeem zamane mein kya tha? aaj kya hai? pehle zamane mein kya tha? aur ab kya hai?</w:t>
      </w:r>
      <w:r>
        <w:br/>
      </w:r>
      <w:r>
        <w:rPr>
          <w:sz w:val="20"/>
        </w:rPr>
        <w:t>4:31  dekhiye, pehle zamane mein yeh tha ke aadmi nature ko worship karta tha, jis ko kehte hain nature worship.</w:t>
      </w:r>
      <w:r>
        <w:br/>
      </w:r>
      <w:r>
        <w:rPr>
          <w:sz w:val="20"/>
        </w:rPr>
        <w:t>4:44  pehla hazaron saal tak insaan nature worship mein pada raha. yani woh dekhta tha ke ab usko daryaaon se paani mil raha hai, to daryaaon ko poojne laga.</w:t>
      </w:r>
      <w:r>
        <w:br/>
      </w:r>
      <w:r>
        <w:rPr>
          <w:sz w:val="20"/>
        </w:rPr>
        <w:t>4:58  woh dekhta tha ke mujhe aasman se baarish ho rahi hai, to baarish ke ek God usne farz kiya aur usko poojne laga. woh dekhta tha ke suraj se mujh ko roshni mil rahi hai, to suraj ko usne God samajh liya.</w:t>
      </w:r>
      <w:r>
        <w:br/>
      </w:r>
      <w:r>
        <w:rPr>
          <w:sz w:val="20"/>
        </w:rPr>
        <w:t>5:13  yeh hai nature. yeh sab kuch jo hamare aas paas hai, woh nature hai. to aadmi ko sab kuch nature se to mil raha hai.</w:t>
      </w:r>
      <w:r>
        <w:br/>
      </w:r>
      <w:r>
        <w:rPr>
          <w:sz w:val="20"/>
        </w:rPr>
        <w:t>5:25  chalne ke liye aadmi kahan chalega?</w:t>
      </w:r>
      <w:r>
        <w:br/>
      </w:r>
      <w:r>
        <w:rPr>
          <w:sz w:val="20"/>
        </w:rPr>
        <w:t>5:28  space mein to nahi chal sakta woh. usko zameen chahiye. zameen hai tab chalenge aap. aap fiza mein ya space mein nahi chal sakte.</w:t>
      </w:r>
      <w:r>
        <w:br/>
      </w:r>
      <w:r>
        <w:rPr>
          <w:sz w:val="20"/>
        </w:rPr>
        <w:t>5:39  to zameen ko aadmi ne samajh liya ke yahi guard hai. phir us ko pani chahiye, oxygen chahiye, hawa chahiye, roshni chahiye, khana chahiye.</w:t>
      </w:r>
      <w:r>
        <w:br/>
      </w:r>
      <w:r>
        <w:rPr>
          <w:sz w:val="20"/>
        </w:rPr>
        <w:t>5:54  yeh sari cheezein hain jis ko hum kehte hain, jis ko kaha jata hai life support system. to life support system ke baghair to aap jee nahi sakte dunya mein.</w:t>
      </w:r>
      <w:r>
        <w:br/>
      </w:r>
      <w:r>
        <w:rPr>
          <w:sz w:val="20"/>
        </w:rPr>
        <w:t>6:07  aadmi kaise jiye ga? agar woh inkar kar de pani peene se, inkar kar de khana khane se, woh inkar kar de zameen par chalne se, woh inkar kar de suraj ki roshni mein dekhne se,</w:t>
      </w:r>
      <w:r>
        <w:br/>
      </w:r>
      <w:r>
        <w:rPr>
          <w:sz w:val="20"/>
        </w:rPr>
        <w:t>6:21  to zahir hai ke aisa aadmi jee nahi sakta.</w:t>
      </w:r>
      <w:r>
        <w:br/>
      </w:r>
      <w:r>
        <w:rPr>
          <w:sz w:val="20"/>
        </w:rPr>
        <w:t>6:25  to yeh sari cheezein jin se aadmi faida utha raha tha aur janta tha ke is ke baghair meri zindagi zindagi nahi hai,</w:t>
      </w:r>
      <w:r>
        <w:br/>
      </w:r>
      <w:r>
        <w:rPr>
          <w:sz w:val="20"/>
        </w:rPr>
        <w:t>6:37  to isi ko us ne samjha ke bas yahi hai jis ko mujhe worship karna chahiye. to us ko hum kehte hain mazhab ki zaban mein us ko kaha jata hai shirk.</w:t>
      </w:r>
      <w:r>
        <w:br/>
      </w:r>
      <w:r>
        <w:rPr>
          <w:sz w:val="20"/>
        </w:rPr>
        <w:t>6:51  yani is ne alag kar diya khaliq ko aur creature ko,</w:t>
      </w:r>
      <w:r>
        <w:br/>
      </w:r>
      <w:r>
        <w:rPr>
          <w:sz w:val="20"/>
        </w:rPr>
        <w:t>6:56  paida karne wale ko aur paida ki hui cheezon ko, banane wale ko aur bani hui cheezon ko alag kar diya.</w:t>
      </w:r>
      <w:r>
        <w:br/>
      </w:r>
      <w:r>
        <w:rPr>
          <w:sz w:val="20"/>
        </w:rPr>
        <w:t>7:06  to insaan ki fitrat andar se jo gratitude pesh karna chahti thi, jo tashakkur pesh karna chahti thi, jo acknowledge karna chahti thi, jo itraaf karna chahti thi,</w:t>
      </w:r>
    </w:p>
    <w:p>
      <w:pPr>
        <w:pStyle w:val="Heading2"/>
      </w:pPr>
      <w:r>
        <w:t>Intellectual power beats weapons: USSR and US examples</w:t>
      </w:r>
    </w:p>
    <w:p>
      <w:r>
        <w:rPr>
          <w:color w:val="666666"/>
          <w:sz w:val="18"/>
        </w:rPr>
        <w:t>Don't Be Angry Culture January 15, 2012 · 2m 45s · at 58:30 · https://youtu.be/NrA3X8y_FLY?t=3510</w:t>
      </w:r>
    </w:p>
    <w:p>
      <w:r>
        <w:rPr>
          <w:i/>
        </w:rPr>
        <w:t>“Fikri quwwat hi badi taqat hai, hathiyar ki taqat koi taqat nahi”</w:t>
      </w:r>
    </w:p>
    <w:p>
      <w:r>
        <w:rPr>
          <w:sz w:val="20"/>
        </w:rPr>
        <w:t>58:30  Maulana, yeh sawal aaya hai Tamil Nadu se Maulana Farhad Ahmed Salafi sahib ka. Unhon ne likha hai: "Fikri quwwat ko kamtar samajhna aur Weapons ki taqat ko badh tak samajhna kahan tak sahi hai?" Kuch bhi sahi nahi hai.</w:t>
      </w:r>
      <w:r>
        <w:br/>
      </w:r>
      <w:r>
        <w:rPr>
          <w:sz w:val="20"/>
        </w:rPr>
        <w:t>58:51  yeh to galat hi galat hai. Fikri taqat hi badi taqat hai.</w:t>
      </w:r>
      <w:r>
        <w:br/>
      </w:r>
      <w:r>
        <w:rPr>
          <w:sz w:val="20"/>
        </w:rPr>
        <w:t>58:59  hathiyar ki taqat koi taqat nahi hai. Yaad rakhiye, poori tareekh mein koi ek bhi misaal aisi nahi hai ke asleha ki taqat se, yani hathiyar ki taqat se, kabhi kisi ne koi badi kamyabi paayi ho.</w:t>
      </w:r>
      <w:r>
        <w:br/>
      </w:r>
      <w:r>
        <w:rPr>
          <w:sz w:val="20"/>
        </w:rPr>
        <w:t>59:17  Recently misalein dekhiye, do Super Power the: Roos aur America.</w:t>
      </w:r>
      <w:r>
        <w:br/>
      </w:r>
      <w:r>
        <w:rPr>
          <w:sz w:val="20"/>
        </w:rPr>
        <w:t>59:24  Roos jo hai, apne Super Power ke zoom mein aur apne hathiyar ke zoom mein dakhil ho gaya Afghanistan mein. Samajhta tha ke hathiyar ke zor par woh apne Afghanistan par qabza kar lega.</w:t>
      </w:r>
      <w:r>
        <w:br/>
      </w:r>
      <w:r>
        <w:rPr>
          <w:sz w:val="20"/>
        </w:rPr>
        <w:t>59:39  Lekin aap jante hain ke Roos ko nakami hui, wapas jana pada is ko.</w:t>
      </w:r>
      <w:r>
        <w:br/>
      </w:r>
      <w:r>
        <w:rPr>
          <w:sz w:val="20"/>
        </w:rPr>
        <w:t>59:45  Isi tarah se America, jo Super Power tha, woh ghus gaya Iraq mein hathiyar le kar ke.</w:t>
      </w:r>
      <w:r>
        <w:br/>
      </w:r>
      <w:r>
        <w:rPr>
          <w:sz w:val="20"/>
        </w:rPr>
        <w:t>59:54  Lekin wahan pe wapas jana pada is ko. To poori tareekh mein</w:t>
      </w:r>
      <w:r>
        <w:br/>
      </w:r>
      <w:r>
        <w:rPr>
          <w:sz w:val="20"/>
        </w:rPr>
        <w:t>1:00:02  kabhi bhi hathiyar ke zariye koi bari taqat nahi mili hai. Is ke bar aks fiqah ki taqat. Fiqah ki taqat ko wasee tar mani mein lijiyye.</w:t>
      </w:r>
      <w:r>
        <w:br/>
      </w:r>
      <w:r>
        <w:rPr>
          <w:sz w:val="20"/>
        </w:rPr>
        <w:t>1:00:12  Yaani Ideology, Education, Peaceful Activities, yeh sab fiqah ki taqat hai.</w:t>
      </w:r>
      <w:r>
        <w:br/>
      </w:r>
      <w:r>
        <w:rPr>
          <w:sz w:val="20"/>
        </w:rPr>
        <w:t>1:00:20  Fiqah ki taqat ko kisi mehdood mani mein mat lijiyye.</w:t>
      </w:r>
      <w:r>
        <w:br/>
      </w:r>
      <w:r>
        <w:rPr>
          <w:sz w:val="20"/>
        </w:rPr>
        <w:t>1:00:26  Is ko wasee tar mani mein lijiyye. Ideology ko istemal karna, nazariye ko istemal karna, Education ko istemal karna, Peaceful Activities ko istemal karna, yeh hai fiqah ki taqat.</w:t>
      </w:r>
      <w:r>
        <w:br/>
      </w:r>
      <w:r>
        <w:rPr>
          <w:sz w:val="20"/>
        </w:rPr>
        <w:t>1:00:42  Yaani ek hai Peaceful Activism, ek hai Violent Activism. To fiqah ki taqat ka matlab hai Peaceful Activism ka tareeqa ikhtiyar karna.</w:t>
      </w:r>
      <w:r>
        <w:br/>
      </w:r>
      <w:r>
        <w:rPr>
          <w:sz w:val="20"/>
        </w:rPr>
        <w:t>1:00:57  Aur is ka ulta hai Violent Activism. Yaani tashaddud ke zariye se kamyabi hasil karne ki koshish karna.</w:t>
      </w:r>
      <w:r>
        <w:br/>
      </w:r>
      <w:r>
        <w:rPr>
          <w:sz w:val="20"/>
        </w:rPr>
        <w:t>1:01:05  To zindagi, yaani tareekh batati hai ke kabhi bhi Violent Activism kisi ke liye mufeed nahi hua hai.</w:t>
      </w:r>
    </w:p>
    <w:p>
      <w:pPr>
        <w:pStyle w:val="Heading2"/>
      </w:pPr>
      <w:r>
        <w:t>Spiritual tree vs worldly protests</w:t>
      </w:r>
    </w:p>
    <w:p>
      <w:r>
        <w:rPr>
          <w:color w:val="666666"/>
          <w:sz w:val="18"/>
        </w:rPr>
        <w:t>From the Spiritual Tree 20 February 2011 - Maulana Wahiduddin Khan · 1m 56s · at 0:41 · https://youtu.be/FpBLnD-xv6A?t=41</w:t>
      </w:r>
    </w:p>
    <w:p>
      <w:r>
        <w:rPr>
          <w:i/>
        </w:rPr>
        <w:t>“Aaj subah ko main apne spiritual tree ke samne baitha tha”</w:t>
      </w:r>
    </w:p>
    <w:p>
      <w:r>
        <w:rPr>
          <w:sz w:val="20"/>
        </w:rPr>
        <w:t>0:41  aaj subah ko main apne spiritual tree ke samne baitha tha</w:t>
      </w:r>
      <w:r>
        <w:br/>
      </w:r>
      <w:r>
        <w:rPr>
          <w:sz w:val="20"/>
        </w:rPr>
        <w:t>0:50  to ek taraf aaj ke papers mein news thi ke middle east mein bohat hungama ho raha hai.</w:t>
      </w:r>
      <w:r>
        <w:br/>
      </w:r>
      <w:r>
        <w:rPr>
          <w:sz w:val="20"/>
        </w:rPr>
        <w:t>1:04  to is mein aisi heading thi ke "popular revolt", "anti-regime demonstration", yeh sab tha.</w:t>
      </w:r>
      <w:r>
        <w:br/>
      </w:r>
      <w:r>
        <w:rPr>
          <w:sz w:val="20"/>
        </w:rPr>
        <w:t>1:15  bohat se log mare gaye, bohat se log zakhmi hue. taqreeban pure middle east mein, muslim countries mein yeh phail gaya hai.</w:t>
      </w:r>
      <w:r>
        <w:br/>
      </w:r>
      <w:r>
        <w:rPr>
          <w:sz w:val="20"/>
        </w:rPr>
        <w:t>1:30  december 2010 mein yemen se shuru hua, ab february 2011 hai, aur ruk nahi raha hai.</w:t>
      </w:r>
      <w:r>
        <w:br/>
      </w:r>
      <w:r>
        <w:rPr>
          <w:sz w:val="20"/>
        </w:rPr>
        <w:t>1:45  kyunke is mein wahan ke head of the state jo hai, un ko chhodna pada, iqtadar 30 saal ke baad.</w:t>
      </w:r>
      <w:r>
        <w:br/>
      </w:r>
      <w:r>
        <w:rPr>
          <w:sz w:val="20"/>
        </w:rPr>
        <w:t>1:56  phir egypt mein bhi 30 saal ke baad wahan ke jo ruler the, un ko hatna pada. yahi sab jagah hone ja raha hai shayad.</w:t>
      </w:r>
      <w:r>
        <w:br/>
      </w:r>
      <w:r>
        <w:rPr>
          <w:sz w:val="20"/>
        </w:rPr>
        <w:t>2:07  to ek taraf yeh tha, doosri taraf mere samne spiritual tree tha. woh hara bhara khada hua tha, "no complaint, no protest, no negative thinking" ki ek tasweer bana hua tha.</w:t>
      </w:r>
      <w:r>
        <w:br/>
      </w:r>
      <w:r>
        <w:rPr>
          <w:sz w:val="20"/>
        </w:rPr>
        <w:t>2:26  phir maine socha ke jab summer ka mausam aayega, jab patiyan jhad jayengi, tab bhi aise hi rahega yeh.</w:t>
      </w:r>
    </w:p>
    <w:p>
      <w:pPr>
        <w:pStyle w:val="Heading2"/>
      </w:pPr>
      <w:r>
        <w:t>Driving analogy, ego, and unawareness of awareness</w:t>
      </w:r>
    </w:p>
    <w:p>
      <w:r>
        <w:rPr>
          <w:color w:val="666666"/>
          <w:sz w:val="18"/>
        </w:rPr>
        <w:t>Principle of Avoidance in Islam I 12 Dec, 2010 - Maulana Wahiduddin Khan · 2m 34s · at 1:48 · https://youtu.be/LcEmPmf5es0?t=108</w:t>
      </w:r>
    </w:p>
    <w:p>
      <w:r>
        <w:rPr>
          <w:i/>
        </w:rPr>
        <w:t>“To is ko maine misaal di ke aap road par chaltay hain.”</w:t>
      </w:r>
    </w:p>
    <w:p>
      <w:r>
        <w:rPr>
          <w:sz w:val="20"/>
        </w:rPr>
        <w:t>1:48  to is ko main ne misaal di ke aap road par chalte hain to aap keep left ka usool ikhtiyar karte hain, keep left ka principle.</w:t>
      </w:r>
      <w:r>
        <w:br/>
      </w:r>
      <w:r>
        <w:rPr>
          <w:sz w:val="20"/>
        </w:rPr>
        <w:t>2:01  apni gaadi ko aap baayein chalate hain,</w:t>
      </w:r>
      <w:r>
        <w:br/>
      </w:r>
      <w:r>
        <w:rPr>
          <w:sz w:val="20"/>
        </w:rPr>
        <w:t>2:05  keep straight nahin chalate aap, seedhe daurayein apni gaadi, keep straight. kyun?</w:t>
      </w:r>
      <w:r>
        <w:br/>
      </w:r>
      <w:r>
        <w:rPr>
          <w:sz w:val="20"/>
        </w:rPr>
        <w:t>2:14  is liye aap ko idhar wali idhar se aane wali gaadi se e'raaz karna hai, takraao na ho. to daily aap road par yahi karte hain</w:t>
      </w:r>
      <w:r>
        <w:br/>
      </w:r>
      <w:r>
        <w:rPr>
          <w:sz w:val="20"/>
        </w:rPr>
        <w:t>2:24  ke avoid karte hain, tab aap apni manzil par pahunch paate hain. avoid dhak rahe hain to takraao ho, accident ho, hospital bhi jaayein, kuch bhi ho jayega.</w:t>
      </w:r>
      <w:r>
        <w:br/>
      </w:r>
      <w:r>
        <w:rPr>
          <w:sz w:val="20"/>
        </w:rPr>
        <w:t>2:43  to main ne kaha ke aap ek usool jis ko jaante hain road par, usi usool ko aap zindagi mein nahin jaante.</w:t>
      </w:r>
      <w:r>
        <w:br/>
      </w:r>
      <w:r>
        <w:rPr>
          <w:sz w:val="20"/>
        </w:rPr>
        <w:t>2:55  kyun ke aap ke saamne ek car hoti hai,</w:t>
      </w:r>
      <w:r>
        <w:br/>
      </w:r>
      <w:r>
        <w:rPr>
          <w:sz w:val="20"/>
        </w:rPr>
        <w:t>3:00  insaan nahin hota bazahir. to yeh main ne kaha ke yeh sab ego ka masla hai. car mister non ego hai, to is se aap ko ego clash nahin hota.</w:t>
      </w:r>
      <w:r>
        <w:br/>
      </w:r>
      <w:r>
        <w:rPr>
          <w:sz w:val="20"/>
        </w:rPr>
        <w:t>3:13  insaan se jab maamla pada to ego clash ho jata hai.</w:t>
      </w:r>
      <w:r>
        <w:br/>
      </w:r>
      <w:r>
        <w:rPr>
          <w:sz w:val="20"/>
        </w:rPr>
        <w:t>3:17  do ego ka takraao, ek aap ka ego, ek doosre ka ego. to jab aap e'raaz nahin karna chahte to haqeeqatan aap egoist hote hain us waqt.</w:t>
      </w:r>
      <w:r>
        <w:br/>
      </w:r>
      <w:r>
        <w:rPr>
          <w:sz w:val="20"/>
        </w:rPr>
        <w:t>3:34  to aap dekhiye ke car jo hai mister non ego hai,</w:t>
      </w:r>
      <w:r>
        <w:br/>
      </w:r>
      <w:r>
        <w:rPr>
          <w:sz w:val="20"/>
        </w:rPr>
        <w:t>3:39  tab to aap ko problem nahin aata, bohat aasani se aap e'raaz karte hain.</w:t>
      </w:r>
      <w:r>
        <w:br/>
      </w:r>
      <w:r>
        <w:rPr>
          <w:sz w:val="20"/>
        </w:rPr>
        <w:t>3:46  aur jaise hi aap insaan se maamla pada to aap kehte hain ke e'raaz avoid kab tak karein? to main ne kaha ke wahi kijiye jo aap road par car mein chalte hue karte hain.</w:t>
      </w:r>
      <w:r>
        <w:br/>
      </w:r>
      <w:r>
        <w:rPr>
          <w:sz w:val="20"/>
        </w:rPr>
        <w:t>4:03  kyun ke apne jaanne se bekhabar hain aap. jis baat ko aap jaante hain road par safar ke maamle mein, usi ko aap nahin jaante insaan ke saath rehne ke maamle mein.</w:t>
      </w:r>
      <w:r>
        <w:br/>
      </w:r>
      <w:r>
        <w:rPr>
          <w:sz w:val="20"/>
        </w:rPr>
        <w:t>4:19  to yeh baat usey kehte hue mere dimaagh se ek ek naya jumla nikla jo</w:t>
      </w:r>
    </w:p>
    <w:p>
      <w:pPr>
        <w:pStyle w:val="Heading2"/>
      </w:pPr>
      <w:r>
        <w:t>Gratitude comes from thinking and reflection</w:t>
      </w:r>
    </w:p>
    <w:p>
      <w:r>
        <w:rPr>
          <w:color w:val="666666"/>
          <w:sz w:val="18"/>
        </w:rPr>
        <w:t>Q&amp;A 03 Jan 2010 - Maulana Wahiduddin Khan · 1m 04s · at 0:29 · https://youtu.be/tEiK4snkN_Y?t=29</w:t>
      </w:r>
    </w:p>
    <w:p>
      <w:r>
        <w:rPr>
          <w:i/>
        </w:rPr>
        <w:t>“Dekhiye shukr jo hai gratefulness jo hai woh sochne se aati hai”</w:t>
      </w:r>
    </w:p>
    <w:p>
      <w:r>
        <w:rPr>
          <w:sz w:val="20"/>
        </w:rPr>
        <w:t>0:29  Dekhiye, shukr jo hai, gratefulness jo hai, woh sochne se aati hai. Sochenge nahi to shukr bhi nahi ayega. Jaise maine abhi glass ko dekha,</w:t>
      </w:r>
      <w:r>
        <w:br/>
      </w:r>
      <w:r>
        <w:rPr>
          <w:sz w:val="20"/>
        </w:rPr>
        <w:t>0:48  to main socha ki dekhiye, gilaas bol nahin sakta.</w:t>
      </w:r>
      <w:r>
        <w:br/>
      </w:r>
      <w:r>
        <w:rPr>
          <w:sz w:val="20"/>
        </w:rPr>
        <w:t>0:54  speech jo hai, specially khuda ne di hai insaan ko. yeh socha maine, to mere dil mein kaha ki kitna allah taala ke blessing hai</w:t>
      </w:r>
      <w:r>
        <w:br/>
      </w:r>
      <w:r>
        <w:rPr>
          <w:sz w:val="20"/>
        </w:rPr>
        <w:t>1:06  ki bolna jo hai, na mountain ko mila, na ocean ko mila, na galaxy koi bol sakti hai, na solar system bol sakta, na gilaas bol sakta. aur insaan ko khuda ne bolne ki taaqat di. is tarah sochne se</w:t>
      </w:r>
      <w:r>
        <w:br/>
      </w:r>
      <w:r>
        <w:rPr>
          <w:sz w:val="20"/>
        </w:rPr>
        <w:t>1:23  shukr aata hai, gratefulness aata hai. nahin sochenge to kuch bhi nahin.</w:t>
      </w:r>
      <w:r>
        <w:br/>
      </w:r>
      <w:r>
        <w:rPr>
          <w:sz w:val="20"/>
        </w:rPr>
        <w:t>1:33  aaj subah ek telephone ek saahab se baat ho rahi thi,</w:t>
      </w:r>
    </w:p>
    <w:p>
      <w:pPr>
        <w:pStyle w:val="Heading2"/>
      </w:pPr>
      <w:r>
        <w:t>Incentive of paradise for morality</w:t>
      </w:r>
    </w:p>
    <w:p>
      <w:r>
        <w:rPr>
          <w:color w:val="666666"/>
          <w:sz w:val="18"/>
        </w:rPr>
        <w:t>Moral Values in Islam 10 July, 2008 - Maulana Wahiduddin Khan · 2m 40s · at 52:12 · https://youtu.be/IdBtIDNiLUg?t=3132</w:t>
      </w:r>
    </w:p>
    <w:p>
      <w:r>
        <w:rPr>
          <w:i/>
        </w:rPr>
        <w:t>“According to Islamic belief, you will be rewarded for your good conduct.”</w:t>
      </w:r>
    </w:p>
    <w:p>
      <w:r>
        <w:rPr>
          <w:sz w:val="20"/>
        </w:rPr>
        <w:t>52:12  according to Islamic belief, according to the Islamic belief, you will be rewarded for your good conduct.</w:t>
      </w:r>
      <w:r>
        <w:br/>
      </w:r>
      <w:r>
        <w:rPr>
          <w:sz w:val="20"/>
        </w:rPr>
        <w:t>52:30  in the very first chapter, you read Maliki yawm al-din, Alhamdulillah Rabbil 'alamin, Maliki yawm al-din,</w:t>
      </w:r>
      <w:r>
        <w:br/>
      </w:r>
      <w:r>
        <w:rPr>
          <w:sz w:val="20"/>
        </w:rPr>
        <w:t>52:42  Lord of, Lord of the Day of Judgment</w:t>
      </w:r>
      <w:r>
        <w:br/>
      </w:r>
      <w:r>
        <w:rPr>
          <w:sz w:val="20"/>
        </w:rPr>
        <w:t>52:47  , lord of da day of judgment. it means that one day, you will be in the world hereafter.</w:t>
      </w:r>
      <w:r>
        <w:br/>
      </w:r>
      <w:r>
        <w:rPr>
          <w:sz w:val="20"/>
        </w:rPr>
        <w:t>52:59  then you will meet your god.</w:t>
      </w:r>
      <w:r>
        <w:br/>
      </w:r>
      <w:r>
        <w:rPr>
          <w:sz w:val="20"/>
        </w:rPr>
        <w:t>53:03  and if you have keep all these good conducts, all these good behavior, then god will reward you in term of paradise.</w:t>
      </w:r>
      <w:r>
        <w:br/>
      </w:r>
      <w:r>
        <w:rPr>
          <w:sz w:val="20"/>
        </w:rPr>
        <w:t>53:21  so, in islam, there is a very powerful incentive behind moral conduct.</w:t>
      </w:r>
      <w:r>
        <w:br/>
      </w:r>
      <w:r>
        <w:rPr>
          <w:sz w:val="20"/>
        </w:rPr>
        <w:t>53:34  in islam, there is a very, very powerful incentive, powerful motivation</w:t>
      </w:r>
      <w:r>
        <w:br/>
      </w:r>
      <w:r>
        <w:rPr>
          <w:sz w:val="20"/>
        </w:rPr>
        <w:t>53:44  that if i will do good in the society, i will find great, great blessings from god in term of eternal paradise.</w:t>
      </w:r>
      <w:r>
        <w:br/>
      </w:r>
      <w:r>
        <w:rPr>
          <w:sz w:val="20"/>
        </w:rPr>
        <w:t>54:01  paradise, eternal, in paradise, there is eternal bliss, eternal happiness, eternal pleasure.</w:t>
      </w:r>
      <w:r>
        <w:br/>
      </w:r>
      <w:r>
        <w:rPr>
          <w:sz w:val="20"/>
        </w:rPr>
        <w:t>54:15  so, this is a strong incentive.</w:t>
      </w:r>
      <w:r>
        <w:br/>
      </w:r>
      <w:r>
        <w:rPr>
          <w:sz w:val="20"/>
        </w:rPr>
        <w:t>54:21  islam provides an incentive, a motivation.</w:t>
      </w:r>
      <w:r>
        <w:br/>
      </w:r>
      <w:r>
        <w:rPr>
          <w:sz w:val="20"/>
        </w:rPr>
        <w:t>54:33  it was this, it was this contribution of islam that islam was able to establish a better society first time in the world history.</w:t>
      </w:r>
    </w:p>
    <w:p>
      <w:pPr>
        <w:pStyle w:val="Heading2"/>
      </w:pPr>
      <w:r>
        <w:t>Sincerity includes objectivity and unbiased thinking</w:t>
      </w:r>
    </w:p>
    <w:p>
      <w:r>
        <w:rPr>
          <w:color w:val="666666"/>
          <w:sz w:val="18"/>
        </w:rPr>
        <w:t>How to Find Truth | August 8, 2007 · 3m 02s · at 24:19 · https://youtu.be/YaxWNPN2K5A?t=1459</w:t>
      </w:r>
    </w:p>
    <w:p>
      <w:r>
        <w:rPr>
          <w:i/>
        </w:rPr>
        <w:t>“Sincerity is a very comprehensive word”</w:t>
      </w:r>
    </w:p>
    <w:p>
      <w:r>
        <w:rPr>
          <w:sz w:val="20"/>
        </w:rPr>
        <w:t>24:19  Perishin is common to all men, men and women.</w:t>
      </w:r>
      <w:r>
        <w:br/>
      </w:r>
      <w:r>
        <w:rPr>
          <w:sz w:val="20"/>
        </w:rPr>
        <w:t>24:27  So this is the first condition.</w:t>
      </w:r>
      <w:r>
        <w:br/>
      </w:r>
      <w:r>
        <w:rPr>
          <w:sz w:val="20"/>
        </w:rPr>
        <w:t>24:35  Seeking spirit is the first condition.</w:t>
      </w:r>
      <w:r>
        <w:br/>
      </w:r>
      <w:r>
        <w:rPr>
          <w:sz w:val="20"/>
        </w:rPr>
        <w:t>24:42  Deen, the second condition is sincerity. Sincerity,</w:t>
      </w:r>
      <w:r>
        <w:br/>
      </w:r>
      <w:r>
        <w:rPr>
          <w:sz w:val="20"/>
        </w:rPr>
        <w:t>24:50  Sincerity is a very comprehensive word.</w:t>
      </w:r>
      <w:r>
        <w:br/>
      </w:r>
      <w:r>
        <w:rPr>
          <w:sz w:val="20"/>
        </w:rPr>
        <w:t>25:00  One who is sincere, he, he will be a very serious person.</w:t>
      </w:r>
      <w:r>
        <w:br/>
      </w:r>
      <w:r>
        <w:rPr>
          <w:sz w:val="20"/>
        </w:rPr>
        <w:t>25:10  sincere, sincere person is, is a,</w:t>
      </w:r>
      <w:r>
        <w:br/>
      </w:r>
      <w:r>
        <w:rPr>
          <w:sz w:val="20"/>
        </w:rPr>
        <w:t>25:20  as a person who has objective thinking.</w:t>
      </w:r>
      <w:r>
        <w:br/>
      </w:r>
      <w:r>
        <w:rPr>
          <w:sz w:val="20"/>
        </w:rPr>
        <w:t>25:26  Sincerity is included objectivity.</w:t>
      </w:r>
      <w:r>
        <w:br/>
      </w:r>
      <w:r>
        <w:rPr>
          <w:sz w:val="20"/>
        </w:rPr>
        <w:t>25:32  One who is sincere, is also an unbiased person.</w:t>
      </w:r>
      <w:r>
        <w:br/>
      </w:r>
      <w:r>
        <w:rPr>
          <w:sz w:val="20"/>
        </w:rPr>
        <w:t>25:38  Bias and sincerity both cannot go together.</w:t>
      </w:r>
      <w:r>
        <w:br/>
      </w:r>
      <w:r>
        <w:rPr>
          <w:sz w:val="20"/>
        </w:rPr>
        <w:t>25:44  So by this end</w:t>
      </w:r>
      <w:r>
        <w:br/>
      </w:r>
      <w:r>
        <w:rPr>
          <w:sz w:val="20"/>
        </w:rPr>
        <w:t>25:50  partiality and surface thinking and cheap taste and subjectivity, all these things are against the sincerity. sincerity makes you a person who is an objective thinker who is an</w:t>
      </w:r>
      <w:r>
        <w:br/>
      </w:r>
      <w:r>
        <w:rPr>
          <w:sz w:val="20"/>
        </w:rPr>
        <w:t>26:20  unbiased, who has unbiased mind, who has high thinking.</w:t>
      </w:r>
      <w:r>
        <w:br/>
      </w:r>
      <w:r>
        <w:rPr>
          <w:sz w:val="20"/>
        </w:rPr>
        <w:t>26:30  So all the positive, so all the positive qualities, all the high intellectual qualities are an integral part of sincerity.</w:t>
      </w:r>
      <w:r>
        <w:br/>
      </w:r>
      <w:r>
        <w:rPr>
          <w:sz w:val="20"/>
        </w:rPr>
        <w:t>26:41  A sincere person</w:t>
      </w:r>
      <w:r>
        <w:br/>
      </w:r>
      <w:r>
        <w:rPr>
          <w:sz w:val="20"/>
        </w:rPr>
        <w:t>26:51  can not afford to live in partiality.</w:t>
      </w:r>
      <w:r>
        <w:br/>
      </w:r>
      <w:r>
        <w:rPr>
          <w:sz w:val="20"/>
        </w:rPr>
        <w:t>26:59  A sincere person cannot afford to live in hate.</w:t>
      </w:r>
      <w:r>
        <w:br/>
      </w:r>
      <w:r>
        <w:rPr>
          <w:sz w:val="20"/>
        </w:rPr>
        <w:t>27:07  sincere person cannot afford to live in negativity.</w:t>
      </w:r>
      <w:r>
        <w:br/>
      </w:r>
      <w:r>
        <w:rPr>
          <w:sz w:val="20"/>
        </w:rPr>
        <w:t>27:14  A sincere person cannot afford to live in selfishness.</w:t>
      </w:r>
    </w:p>
    <w:p>
      <w:pPr>
        <w:pStyle w:val="Heading2"/>
      </w:pPr>
      <w:r>
        <w:t>Brilliant people fail due to ego</w:t>
      </w:r>
    </w:p>
    <w:p>
      <w:r>
        <w:rPr>
          <w:color w:val="666666"/>
          <w:sz w:val="18"/>
        </w:rPr>
        <w:t>Combined Efforts April 14, 2018 · 2m 21s · at 13:52 · https://youtu.be/0Sv4c7bEwX4?t=832</w:t>
      </w:r>
    </w:p>
    <w:p>
      <w:r>
        <w:rPr>
          <w:i/>
        </w:rPr>
        <w:t>“Bada kaam sirf brilliant log karte hain”</w:t>
      </w:r>
    </w:p>
    <w:p>
      <w:r>
        <w:rPr>
          <w:sz w:val="20"/>
        </w:rPr>
        <w:t>13:52  bara kaam, dekhiye is baat ko samjhiye, bara kaam sirf brilliant log karte hain, zaheen log.</w:t>
      </w:r>
      <w:r>
        <w:br/>
      </w:r>
      <w:r>
        <w:rPr>
          <w:sz w:val="20"/>
        </w:rPr>
        <w:t>14:01  aur har brilliant aadmi egoist hota hai,</w:t>
      </w:r>
      <w:r>
        <w:br/>
      </w:r>
      <w:r>
        <w:rPr>
          <w:sz w:val="20"/>
        </w:rPr>
        <w:t>14:08  har without exception. bara kaam sirf brilliant log karte hain, intelligent bohat zyada jo ho.</w:t>
      </w:r>
      <w:r>
        <w:br/>
      </w:r>
      <w:r>
        <w:rPr>
          <w:sz w:val="20"/>
        </w:rPr>
        <w:t>14:19  lekin jo jitna brilliant hoga, utna egoist hoga wo. to sath kaam nahin kar sakta. yeh jo poori history hai, yeh poori history ke koi brilliant aadmi koi bara kaam nahin kar saka,</w:t>
      </w:r>
      <w:r>
        <w:br/>
      </w:r>
      <w:r>
        <w:rPr>
          <w:sz w:val="20"/>
        </w:rPr>
        <w:t>14:33  kyunke mil ke kaam karne ko tayyar nahin hua wo. aap koi nahin yeh bata sakta hai aadmi jis din siwaye scientists ke ke is scientists mein ego nahin hota, wahan wahan to mathematics hoti hai.</w:t>
      </w:r>
      <w:r>
        <w:br/>
      </w:r>
      <w:r>
        <w:rPr>
          <w:sz w:val="20"/>
        </w:rPr>
        <w:t>14:50  yani mathematics ne replace kar diya hai ego ko. to science mein chunke ego nahin chalte, wahan mathematics chalti hai, to wahan par takrao nahin hota.</w:t>
      </w:r>
      <w:r>
        <w:br/>
      </w:r>
      <w:r>
        <w:rPr>
          <w:sz w:val="20"/>
        </w:rPr>
        <w:t>15:05  is liye wo log bare bare kaam kar paate hain. lekin humanities mein aap jante hain ke yeh humanities ka subject hai, spirituality aur mazhab islam.</w:t>
      </w:r>
      <w:r>
        <w:br/>
      </w:r>
      <w:r>
        <w:rPr>
          <w:sz w:val="20"/>
        </w:rPr>
        <w:t>15:20  to aap ghor kijiye ke science mein to bare bare kaam hue, newton ne bohat bara kaam kiya, einstein ne bohat bara kaam kiya, rutherford ne bohat bara kaam kiya.</w:t>
      </w:r>
      <w:r>
        <w:br/>
      </w:r>
      <w:r>
        <w:rPr>
          <w:sz w:val="20"/>
        </w:rPr>
        <w:t>15:34  lekin humanities mein koi aasan nahin milega aap ko, kyunke aapas mein takra ladte rehte hain, ego, ego, ego clash hota rehta hai.</w:t>
      </w:r>
      <w:r>
        <w:br/>
      </w:r>
      <w:r>
        <w:rPr>
          <w:sz w:val="20"/>
        </w:rPr>
        <w:t>15:43  to beharhal jo yeh jo nahin gaye, iqbal, iqbal ahmad sohail sahib jo nahin gaye, to na to iqbal sahib koi bara kaam kar sake, na kamaluddin, khwaja kamaluddin bara kaam kar sake.</w:t>
      </w:r>
      <w:r>
        <w:br/>
      </w:r>
      <w:r>
        <w:rPr>
          <w:sz w:val="20"/>
        </w:rPr>
        <w:t>16:02  donon mein se koi bhi bara kaam nahin karta, donon agar ekatha ho jaate to do brain ekatha hote to kitna bara kaam ho sakta tha.</w:t>
      </w:r>
    </w:p>
    <w:p>
      <w:pPr>
        <w:pStyle w:val="Heading2"/>
      </w:pPr>
      <w:r>
        <w:t>The boy who sat backward and said 'me not'</w:t>
      </w:r>
    </w:p>
    <w:p>
      <w:r>
        <w:rPr>
          <w:color w:val="666666"/>
          <w:sz w:val="18"/>
        </w:rPr>
        <w:t>Is Islam in Danger, January 10, 2007 · 2m 48s · at 36:25 · https://youtu.be/1vrUjeA7508?t=2185</w:t>
      </w:r>
    </w:p>
    <w:p>
      <w:r>
        <w:rPr>
          <w:i/>
        </w:rPr>
        <w:t>“ایک بہت ہی دلچسپ کہانی میں عرض کروں گا آپ کو”</w:t>
      </w:r>
    </w:p>
    <w:p>
      <w:r>
        <w:rPr>
          <w:sz w:val="20"/>
        </w:rPr>
        <w:t>36:25  ek bahut hi dilchasp kahani main arz karunga aap ko. bab bedos mein. ek bar main gaya. bab bedos ek bahut hi khoobsurat jazeera hai.</w:t>
      </w:r>
      <w:r>
        <w:br/>
      </w:r>
      <w:r>
        <w:rPr>
          <w:sz w:val="20"/>
        </w:rPr>
        <w:t>36:40  to wahan musalman bhi hain. kuch. to unhon ne musalmanon ne ek jalsa rakha, ek meeting rakhi.</w:t>
      </w:r>
      <w:r>
        <w:br/>
      </w:r>
      <w:r>
        <w:rPr>
          <w:sz w:val="20"/>
        </w:rPr>
        <w:t>36:52  is mein mujhe adakar karna tha.</w:t>
      </w:r>
      <w:r>
        <w:br/>
      </w:r>
      <w:r>
        <w:rPr>
          <w:sz w:val="20"/>
        </w:rPr>
        <w:t>36:56  to main gaya. ek kursi thi wahan main baitha hua tha aur log ekatha the.</w:t>
      </w:r>
      <w:r>
        <w:br/>
      </w:r>
      <w:r>
        <w:rPr>
          <w:sz w:val="20"/>
        </w:rPr>
        <w:t>37:05  to main ne dekha ke ek ladka aata hai. apne baap ke sath. aur woh gate par baith jata hai woh.</w:t>
      </w:r>
      <w:r>
        <w:br/>
      </w:r>
      <w:r>
        <w:rPr>
          <w:sz w:val="20"/>
        </w:rPr>
        <w:t>37:14  baap ko kehta hai andar chalo. woh jata nahi. baith jata hai. baithta kaise hai? idhar munh kar ke. yani main yahan baitha hoon.</w:t>
      </w:r>
      <w:r>
        <w:br/>
      </w:r>
      <w:r>
        <w:rPr>
          <w:sz w:val="20"/>
        </w:rPr>
        <w:t>37:24  woh gate par baitha hua hai. munh uska idhar hai. us ki peeth meri taraf hai. meri taraf peeth kar ke hai, munh doosri taraf kar ke baith gaya woh.</w:t>
      </w:r>
      <w:r>
        <w:br/>
      </w:r>
      <w:r>
        <w:rPr>
          <w:sz w:val="20"/>
        </w:rPr>
        <w:t>37:34  to main ne kisi se poocha ke bhai yeh kya hai? yeh kya mamla hai? to unhon ne kaha ke woh ladka jo hai baap ne kaha ke chalo molana sahib aaye hain tum bhi kuch baat suno.</w:t>
      </w:r>
      <w:r>
        <w:br/>
      </w:r>
      <w:r>
        <w:rPr>
          <w:sz w:val="20"/>
        </w:rPr>
        <w:t>37:46  to us ne kaha kya? Me not. Me not.</w:t>
      </w:r>
      <w:r>
        <w:br/>
      </w:r>
      <w:r>
        <w:rPr>
          <w:sz w:val="20"/>
        </w:rPr>
        <w:t>37:55  bahut hi aam uska yeh.</w:t>
      </w:r>
      <w:r>
        <w:br/>
      </w:r>
      <w:r>
        <w:rPr>
          <w:sz w:val="20"/>
        </w:rPr>
        <w:t>37:59  jawab tha ke me not. mere liye sab cheezein nahi hain. jao tum suno</w:t>
      </w:r>
      <w:r>
        <w:br/>
      </w:r>
      <w:r>
        <w:rPr>
          <w:sz w:val="20"/>
        </w:rPr>
        <w:t>38:04  mujhe ko is se koi matlab nahin hai. tumhare islam se mujhe koi lena dena nahin hai. woh islam par bolenge to mujhe islam par sunna bhi nahin hai.</w:t>
      </w:r>
      <w:r>
        <w:br/>
      </w:r>
      <w:r>
        <w:rPr>
          <w:sz w:val="20"/>
        </w:rPr>
        <w:t>38:17  me not. to poori poori nai nasl keh rahi hai ke me not.</w:t>
      </w:r>
      <w:r>
        <w:br/>
      </w:r>
      <w:r>
        <w:rPr>
          <w:sz w:val="20"/>
        </w:rPr>
        <w:t>38:23  hamare woh log jo pichhle riwayat mein pale badhe. jin ke baal safed ho gaye hain. to pichhle zamane mein pale badhe.</w:t>
      </w:r>
      <w:r>
        <w:br/>
      </w:r>
      <w:r>
        <w:rPr>
          <w:sz w:val="20"/>
        </w:rPr>
        <w:t>38:33  to un ke andar islam se mohabbat hai. islam ko apna mazhab samajhte hain woh. lekin jo nai nasl hai. woh India se le kar America, Europe tak kehti hai me not.</w:t>
      </w:r>
      <w:r>
        <w:br/>
      </w:r>
      <w:r>
        <w:rPr>
          <w:sz w:val="20"/>
        </w:rPr>
        <w:t>38:46  yeh tumhara mazhab mere liye nahin hai.</w:t>
      </w:r>
      <w:r>
        <w:br/>
      </w:r>
      <w:r>
        <w:rPr>
          <w:sz w:val="20"/>
        </w:rPr>
        <w:t>38:50  saare log pareshan hain.</w:t>
      </w:r>
      <w:r>
        <w:br/>
      </w:r>
      <w:r>
        <w:rPr>
          <w:sz w:val="20"/>
        </w:rPr>
        <w:t>38:53  isi ko woh kehte hain ke islam khatre mein hai. muslim ummah khatre mein hai. muslim army khatre mein hai.</w:t>
      </w:r>
      <w:r>
        <w:br/>
      </w:r>
      <w:r>
        <w:rPr>
          <w:sz w:val="20"/>
        </w:rPr>
        <w:t>39:02  khatre mein kaun hai? islam nahin hai. maine is pe bohat socha ke woh jo kehta hai ke me not is ka kya matlab hai?</w:t>
      </w:r>
    </w:p>
    <w:p>
      <w:pPr>
        <w:pStyle w:val="Heading2"/>
      </w:pPr>
      <w:r>
        <w:t>Rich man's ego humbled by old age</w:t>
      </w:r>
    </w:p>
    <w:p>
      <w:r>
        <w:rPr>
          <w:color w:val="666666"/>
          <w:sz w:val="18"/>
        </w:rPr>
        <w:t>The Quran 11 90 CPS Women Weekly Discussion 32 December 10, 2023 · 1m 45s · at 39:30 · https://youtu.be/GB7dNbRkNI4?t=2370</w:t>
      </w:r>
    </w:p>
    <w:p>
      <w:r>
        <w:rPr>
          <w:i/>
        </w:rPr>
        <w:t>“एक साहब थे जो पैसे के घमंड में जिए”</w:t>
      </w:r>
    </w:p>
    <w:p>
      <w:r>
        <w:rPr>
          <w:sz w:val="20"/>
        </w:rPr>
        <w:t>39:30  jis par ek mujhe ek ek waqia yaad aa raha hai ki ek the ek sahab to woh jo hain kaafi paise wale the to unhone poori zindagi bahut zyada ego apne paise ke kham mein zindagi guzara.</w:t>
      </w:r>
      <w:r>
        <w:br/>
      </w:r>
      <w:r>
        <w:rPr>
          <w:sz w:val="20"/>
        </w:rPr>
        <w:t>39:48  bahut zyada ab jaise hota hai na ki jahaz ekdam aasman mein jab upar chala jata hai to waqt nahi mein ekdam khilamen rehta hai. phir woh dheere dheere jab neeche aata hai to phir thoda thaqqat phir neeche phir neeche phir aata hi yeh zameen par aa hi jata hai.</w:t>
      </w:r>
      <w:r>
        <w:br/>
      </w:r>
      <w:r>
        <w:rPr>
          <w:sz w:val="20"/>
        </w:rPr>
        <w:t>40:17  to ek waqt aata hai insaan ke paas bhi ki woh phir apne us apne us level par</w:t>
      </w:r>
      <w:r>
        <w:br/>
      </w:r>
      <w:r>
        <w:rPr>
          <w:sz w:val="20"/>
        </w:rPr>
        <w:t>40:26  aa jata hai jo uski haiysiyat hai us par aa jata hai ki woh samajh jata hai ki</w:t>
      </w:r>
      <w:r>
        <w:br/>
      </w:r>
      <w:r>
        <w:rPr>
          <w:sz w:val="20"/>
        </w:rPr>
        <w:t>40:36  haan koi sab kuch galat hi kar diya.</w:t>
      </w:r>
      <w:r>
        <w:br/>
      </w:r>
      <w:r>
        <w:rPr>
          <w:sz w:val="20"/>
        </w:rPr>
        <w:t>40:46  to aise hi unka bhi budhapa aaya bahut zyada takleef ke din ko ja raha to phir unhone</w:t>
      </w:r>
      <w:r>
        <w:br/>
      </w:r>
      <w:r>
        <w:rPr>
          <w:sz w:val="20"/>
        </w:rPr>
        <w:t>40:55  matlab woh aur na paisa tha unke paas sab kuch khatm ho chuka tha.</w:t>
      </w:r>
      <w:r>
        <w:br/>
      </w:r>
      <w:r>
        <w:rPr>
          <w:sz w:val="20"/>
        </w:rPr>
        <w:t>41:05  lataan unko ekdam neeche ekdam kar hi diya tha.</w:t>
      </w:r>
      <w:r>
        <w:br/>
      </w:r>
      <w:r>
        <w:rPr>
          <w:sz w:val="20"/>
        </w:rPr>
        <w:t>41:15  achchhi yahi kahna tha.</w:t>
      </w:r>
    </w:p>
    <w:p>
      <w:pPr>
        <w:pStyle w:val="Heading2"/>
      </w:pPr>
      <w:r>
        <w:t>hadith of the garbage-throwing woman and a modern parallel</w:t>
      </w:r>
    </w:p>
    <w:p>
      <w:r>
        <w:rPr>
          <w:color w:val="666666"/>
          <w:sz w:val="18"/>
        </w:rPr>
        <w:t>Good Relationships CPS Women Discussion 23 September 10, 2023 · 1m 55s · at 24:00 · https://youtu.be/5UlMoC6-jGU?t=1440</w:t>
      </w:r>
    </w:p>
    <w:p>
      <w:r>
        <w:rPr>
          <w:i/>
        </w:rPr>
        <w:t>“A woman used to throw garbage on the Prophet daily”</w:t>
      </w:r>
    </w:p>
    <w:p>
      <w:r>
        <w:rPr>
          <w:sz w:val="20"/>
        </w:rPr>
        <w:t>24:00  Unke liye yeh hai aur doosri cheez hai ek mujhe bhi ek apna ek waqt share karna tha ki jaise hadish hai na ki rasool ullah sangh ke paas hai upar ek poora phekati thi ek aurat aur roz phekati thi usi raaste se. Ek baar wah nahin pheka usne to wah gaye uski khairiyat lene ke liye ki wah kya matlab usko kya hua jisne kooda nahin pheka.</w:t>
      </w:r>
      <w:r>
        <w:br/>
      </w:r>
      <w:r>
        <w:rPr>
          <w:sz w:val="20"/>
        </w:rPr>
        <w:t>24:26  To kitna bada ismein yahi aala hai khilaf hai aur isi par maine ek baar ek ek maine</w:t>
      </w:r>
      <w:r>
        <w:br/>
      </w:r>
      <w:r>
        <w:rPr>
          <w:sz w:val="20"/>
        </w:rPr>
        <w:t>24:33  koshish kiya tha kuch karne ki ki mere ghar ke saamne ek rehte hain.</w:t>
      </w:r>
      <w:r>
        <w:br/>
      </w:r>
      <w:r>
        <w:rPr>
          <w:sz w:val="20"/>
        </w:rPr>
        <w:t>24:40  To bilkul mere gate ke unke gate ekdam saamne hi hai.</w:t>
      </w:r>
      <w:r>
        <w:br/>
      </w:r>
      <w:r>
        <w:rPr>
          <w:sz w:val="20"/>
        </w:rPr>
        <w:t>24:47  To unhone wah unki bees saal pehle ki baat hai ki wah apne poora nikalti thi aur mere</w:t>
      </w:r>
      <w:r>
        <w:br/>
      </w:r>
      <w:r>
        <w:rPr>
          <w:sz w:val="20"/>
        </w:rPr>
        <w:t>24:54  gate par aise phenk deti thi.</w:t>
      </w:r>
      <w:r>
        <w:br/>
      </w:r>
      <w:r>
        <w:rPr>
          <w:sz w:val="20"/>
        </w:rPr>
        <w:t>25:02  To maine jo hai kya kiya ki wah kooda wah to khatm ho gayi unki bahu bhi ab aise hi mere gate par kooda phekati hai. Matlab ek mahaul ek bana hua hai wah petition unka unke ghar ka. Maine socha ki mere gate mein kooda pada rehta hai kharab lagta tha to maine jo bahar jo swiffer aata hai usse maine bataya tum mere extra paisa le liya karo aur yeh kooda mera utha diya karo. To wah mera chalta hai ki wah wah paisa mujhse leta hai unka poora uthane ke liye.</w:t>
      </w:r>
      <w:r>
        <w:br/>
      </w:r>
      <w:r>
        <w:rPr>
          <w:sz w:val="20"/>
        </w:rPr>
        <w:t>25:32  To yeh is tarah ke akhlaakh par yeh jo asurullah sangh ki aadesh thi usi par mujhe yeh wali cheez maine karne ki koshish kiya. To aisi tarah se asul ullah sangh ka bahut sari cheezein hain jo hum jinse hum seekh sakte hain behtar ikhlah aur ek tarfa ikhlah, alah ikhlah. Jaise ek ek wah hai tha na</w:t>
      </w:r>
      <w:r>
        <w:br/>
      </w:r>
      <w:r>
        <w:rPr>
          <w:sz w:val="20"/>
        </w:rPr>
        <w:t>25:55  ki dua aur etraaf ki baat par likha hai Maulana sahab ne ki jab ek makka ke musalman</w:t>
      </w:r>
    </w:p>
    <w:p>
      <w:pPr>
        <w:pStyle w:val="Heading2"/>
      </w:pPr>
      <w:r>
        <w:t>Polygamy is an exceptional rule</w:t>
      </w:r>
    </w:p>
    <w:p>
      <w:r>
        <w:rPr>
          <w:color w:val="666666"/>
          <w:sz w:val="18"/>
        </w:rPr>
        <w:t>Journey of Divine Civilization | January 24, 2010 · 2m 00s · at 1:19:19 · https://youtu.be/QCWXCjeZxnc?t=4759</w:t>
      </w:r>
    </w:p>
    <w:p>
      <w:r>
        <w:rPr>
          <w:i/>
        </w:rPr>
        <w:t>“Polygamy jo hai woh general rule nahi hai woh exceptional rule hai”</w:t>
      </w:r>
    </w:p>
    <w:p>
      <w:r>
        <w:rPr>
          <w:sz w:val="20"/>
        </w:rPr>
        <w:t>1:19:19  it is not a fair thing.</w:t>
      </w:r>
      <w:r>
        <w:br/>
      </w:r>
      <w:r>
        <w:rPr>
          <w:sz w:val="20"/>
        </w:rPr>
        <w:t>1:19:24  maulana kindly throw some light on this.</w:t>
      </w:r>
      <w:r>
        <w:br/>
      </w:r>
      <w:r>
        <w:rPr>
          <w:sz w:val="20"/>
        </w:rPr>
        <w:t>1:19:29  dekhein, polygamy jo hai, woh general rule nahi hai, woh exceptional rule hai.</w:t>
      </w:r>
      <w:r>
        <w:br/>
      </w:r>
      <w:r>
        <w:rPr>
          <w:sz w:val="20"/>
        </w:rPr>
        <w:t>1:19:34  us waqt ke jab ke aurtein surplus ho jayen, surplus ho jayen.</w:t>
      </w:r>
      <w:r>
        <w:br/>
      </w:r>
      <w:r>
        <w:rPr>
          <w:sz w:val="20"/>
        </w:rPr>
        <w:t>1:19:39  aisa nahi ke ab khwamkhwa log chacha shadi karen.</w:t>
      </w:r>
      <w:r>
        <w:br/>
      </w:r>
      <w:r>
        <w:rPr>
          <w:sz w:val="20"/>
        </w:rPr>
        <w:t>1:19:44  ek martaba mujh se yeh poocha gaya hai ek ek ghair mus</w:t>
      </w:r>
      <w:r>
        <w:br/>
      </w:r>
      <w:r>
        <w:rPr>
          <w:sz w:val="20"/>
        </w:rPr>
        <w:t>1:19:49  limon ke jalse mein ke sahib, aap ke haan to chacha shadiyan ho waghera.</w:t>
      </w:r>
      <w:r>
        <w:br/>
      </w:r>
      <w:r>
        <w:rPr>
          <w:sz w:val="20"/>
        </w:rPr>
        <w:t>1:19:54  maine kaha ke dekhiye, chacha shadiyan possible hi nahi hain, kyunke nature jo hai, ek equilibrium maintain karti hai.</w:t>
      </w:r>
      <w:r>
        <w:br/>
      </w:r>
      <w:r>
        <w:rPr>
          <w:sz w:val="20"/>
        </w:rPr>
        <w:t>1:19:59  hamesha jitne mard hote hain, aurtein jitne mard hote hain, aurtein to char shadi aap kahan se karen</w:t>
      </w:r>
      <w:r>
        <w:br/>
      </w:r>
      <w:r>
        <w:rPr>
          <w:sz w:val="20"/>
        </w:rPr>
        <w:t>1:20:04  ge? ke musalmanon ne koi factory to banayi nahi hai ke wahan ladkiyan banayi jati hain.</w:t>
      </w:r>
      <w:r>
        <w:br/>
      </w:r>
      <w:r>
        <w:rPr>
          <w:sz w:val="20"/>
        </w:rPr>
        <w:t>1:20:09  ja ke char shadi khareed lo, char ladkiyan khareed lo.</w:t>
      </w:r>
      <w:r>
        <w:br/>
      </w:r>
      <w:r>
        <w:rPr>
          <w:sz w:val="20"/>
        </w:rPr>
        <w:t>1:20:14  maine kaha yeh ek ek river hai, river,</w:t>
      </w:r>
      <w:r>
        <w:br/>
      </w:r>
      <w:r>
        <w:rPr>
          <w:sz w:val="20"/>
        </w:rPr>
        <w:t>1:20:19  kiyunke hamare paas koi factory nahin hai ke hum wahan ladkiyan supply karte hain. woh nature to supply nahin kar rahi hai. nature jo hai, zyada ladkiyan supply nahin kar rahi. hamare paas koi factory nahin hai. nature ka yeh yeh baqayda research ho chuki hai is par ke nature hamesha equilibrium maintain karti hai. jitne mard hote hain, auratein more or less. to maine kaha ke dekhiye, Germany mein aam taur par ladaiyon ke baad aisa hota hai. yeh bhi Quran</w:t>
      </w:r>
      <w:r>
        <w:br/>
      </w:r>
      <w:r>
        <w:rPr>
          <w:sz w:val="20"/>
        </w:rPr>
        <w:t>1:20:49  mein jo aaya tha, hukum ladai ke baad aaya tha jab Madine mein auratein surplus ho gayi theen, kyunke ladai mein mard zyada mare jate hain. tab yeh aaya tha, yeh yeh koi aam hukum nahin hai. yeh to maine kaha dekhiye, Germany mein second world war ke baad kya hua ke ke bahut se mard mare gaye, logon ko husband nahin milte the. to wahan par kya hua ke auraton ne board laga diya apne ghar ke samne ke "wanted an evening guest". to that was s</w:t>
      </w:r>
    </w:p>
    <w:p>
      <w:pPr>
        <w:pStyle w:val="Heading2"/>
      </w:pPr>
      <w:r>
        <w:t>every mistake forces a choice: weak or strong personality</w:t>
      </w:r>
    </w:p>
    <w:p>
      <w:r>
        <w:rPr>
          <w:color w:val="666666"/>
          <w:sz w:val="18"/>
        </w:rPr>
        <w:t>How to Build A Strong Personality June 14, 2008 · 2m 46s · at 52:32 · https://youtu.be/CEzRHSVoQlI?t=3152</w:t>
      </w:r>
    </w:p>
    <w:p>
      <w:r>
        <w:rPr>
          <w:i/>
        </w:rPr>
        <w:t>“Jab bhi aap se koi galti ho jaye, do option hote hain”</w:t>
      </w:r>
    </w:p>
    <w:p>
      <w:r>
        <w:rPr>
          <w:sz w:val="20"/>
        </w:rPr>
        <w:t>52:32  dekhein, yeh saada baat nahi hai. jab aap apni ghalati ko, jab aap se koi ghalati ho jaye, us waqt aap ke samne do option hota hai.</w:t>
      </w:r>
      <w:r>
        <w:br/>
      </w:r>
      <w:r>
        <w:rPr>
          <w:sz w:val="20"/>
        </w:rPr>
        <w:t>52:46  ek yeh hai ke aap apni ghalati ko na maanein, tarah tarah se is ko aap</w:t>
      </w:r>
      <w:r>
        <w:br/>
      </w:r>
      <w:r>
        <w:rPr>
          <w:sz w:val="20"/>
        </w:rPr>
        <w:t>52:54  ko nikalen, aise bahane ke aap ko apni ghalati ko na manna pade. aur doosra yeh ke seedhe seedhe maan lein. agar aap apni ghalati ko na maanein, bahane nikalen, excuse pesh karein to aap ke andar weak personality janam legi.</w:t>
      </w:r>
      <w:r>
        <w:br/>
      </w:r>
      <w:r>
        <w:rPr>
          <w:sz w:val="20"/>
        </w:rPr>
        <w:t>53:18  yaad rakhiye, jab bhi aap koi ghalati karein to aap do option ke beech mein ho jate hain hamesha.</w:t>
      </w:r>
      <w:r>
        <w:br/>
      </w:r>
      <w:r>
        <w:rPr>
          <w:sz w:val="20"/>
        </w:rPr>
        <w:t>53:28  agar aap ne saaf tareeqe se apni ghalati maan li, bilkul openly apni ghalati maan li to aap ne apne andar strong personality paida ki.</w:t>
      </w:r>
      <w:r>
        <w:br/>
      </w:r>
      <w:r>
        <w:rPr>
          <w:sz w:val="20"/>
        </w:rPr>
        <w:t>53:46  strong personality ko apne andar aap ne,</w:t>
      </w:r>
      <w:r>
        <w:br/>
      </w:r>
      <w:r>
        <w:rPr>
          <w:sz w:val="20"/>
        </w:rPr>
        <w:t>53:52  apne apni apni personality ko aap ne strong personality banaya.</w:t>
      </w:r>
      <w:r>
        <w:br/>
      </w:r>
      <w:r>
        <w:rPr>
          <w:sz w:val="20"/>
        </w:rPr>
        <w:t>53:59  is ka, is ke bajaye agar aap yeh kiya ke aap lage excuse pesh karne ya ghalati kahein ke "nahi, ghalati to nahi</w:t>
      </w:r>
      <w:r>
        <w:br/>
      </w:r>
      <w:r>
        <w:rPr>
          <w:sz w:val="20"/>
        </w:rPr>
        <w:t>54:08  hai", yeh tarah tarah se is ko explain karein ke "theek hai, kuch na kuch" to aap ne apne andar weak personality paida ki.</w:t>
      </w:r>
      <w:r>
        <w:br/>
      </w:r>
      <w:r>
        <w:rPr>
          <w:sz w:val="20"/>
        </w:rPr>
        <w:t>54:23  to har waqt aadmi do mein se ek ke beech mein hota hai,</w:t>
      </w:r>
      <w:r>
        <w:br/>
      </w:r>
      <w:r>
        <w:rPr>
          <w:sz w:val="20"/>
        </w:rPr>
        <w:t>54:28  yaani ek qism ka behavior is ke andar weak personality paida karta hai aur doosre qism ka behavior is ke andar strong personality paida karta hai.</w:t>
      </w:r>
      <w:r>
        <w:br/>
      </w:r>
      <w:r>
        <w:rPr>
          <w:sz w:val="20"/>
        </w:rPr>
        <w:t>54:42  aur yeh saada baat nahi hai. dunya se agar aakhirat tak is ka hamein price deni parti hai, agar dunya mein kisi ne weak personality banai to phir woh paradise mein jagah nahi paye ga.</w:t>
      </w:r>
      <w:r>
        <w:br/>
      </w:r>
      <w:r>
        <w:rPr>
          <w:sz w:val="20"/>
        </w:rPr>
        <w:t>54:59  paradise weak personality walon ke liye nahi hai.</w:t>
      </w:r>
      <w:r>
        <w:br/>
      </w:r>
      <w:r>
        <w:rPr>
          <w:sz w:val="20"/>
        </w:rPr>
        <w:t>55:05  aur agar aap ne apne andar strong personality banai to aap ka selection hoga paradise ke liye. to dekhen, kitna bara masla hai.</w:t>
      </w:r>
    </w:p>
    <w:p>
      <w:pPr>
        <w:pStyle w:val="Heading2"/>
      </w:pPr>
      <w:r>
        <w:t>Education is universal not Muslim or Hindu</w:t>
      </w:r>
    </w:p>
    <w:p>
      <w:r>
        <w:rPr>
          <w:color w:val="666666"/>
          <w:sz w:val="18"/>
        </w:rPr>
        <w:t>Q&amp;A 03 Jan 2010 - Maulana Wahiduddin Khan · 2m 27s · at 10:52 · https://youtu.be/tEiK4snkN_Y?t=652</w:t>
      </w:r>
    </w:p>
    <w:p>
      <w:r>
        <w:rPr>
          <w:i/>
        </w:rPr>
        <w:t>“Main to dekhiye education ko na Muslim samajhta hoon na Hindu”</w:t>
      </w:r>
    </w:p>
    <w:p>
      <w:r>
        <w:rPr>
          <w:sz w:val="20"/>
        </w:rPr>
        <w:t>10:52  main to dekhiye, education ko na muslim samajhta hoon, na hindu samajhta hoon. main hindu university ke naam ko galat samajhta hoon, aur muslim university ke naam ko galat samajhta hoon. uska naam hona chahiye aligarh university, uska naam hona chahiye banaras university.</w:t>
      </w:r>
      <w:r>
        <w:br/>
      </w:r>
      <w:r>
        <w:rPr>
          <w:sz w:val="20"/>
        </w:rPr>
        <w:t>11:08  education koi mazhab nahi hota, yaad rakhiye. yeh galat soch wahan par aayi hai ki muslim education, muslim university, muslim college, is kehte hain ki musalman cell mein jeene lage. cell mein,</w:t>
      </w:r>
      <w:r>
        <w:br/>
      </w:r>
      <w:r>
        <w:rPr>
          <w:sz w:val="20"/>
        </w:rPr>
        <w:t>11:26  cell mein jeene lage. ghetto banav karane ka mizaj unke andar aa gaya. main main manta hoon education fateh sek education ko. education khoob padho, khoob padho, lekin education fateh sek education. muslim education concept w nahi tha spain mein aur baghdad mein.</w:t>
      </w:r>
      <w:r>
        <w:br/>
      </w:r>
      <w:r>
        <w:rPr>
          <w:sz w:val="20"/>
        </w:rPr>
        <w:t>11:46  wahan to education fateh sek education. haal hi mein likha hai ki wo harimi khilafat mein voton par lat kar chale jaate the misr yunan ke daftar. harimi khilafat mein voton par lat kar chale jaate the misr yunan ke daftar.</w:t>
      </w:r>
      <w:r>
        <w:br/>
      </w:r>
      <w:r>
        <w:rPr>
          <w:sz w:val="20"/>
        </w:rPr>
        <w:t>12:04  yani misr yunan mein secular philosophers ne, secular mind ne jo baat, jo kitabein taiyar ki thi, wo yahan laya gaya. usko tarjuma kiya gaya. dawah tarjuma wahan qaim hua. saare ulum, saare ilm ko seekho. ulum wasan. yeh islamize karna</w:t>
      </w:r>
      <w:r>
        <w:br/>
      </w:r>
      <w:r>
        <w:rPr>
          <w:sz w:val="20"/>
        </w:rPr>
        <w:t>12:25  education ko madarsa chalaiye. aap madarse bhi theek hain. main iska, isko manta hoon ki madarse mein honi chahiye deeni taaleem. wo theek hai bilkul, lekin university aur college mein secular education honi chahiye. nateeja kya hai ki aaj muslim university ka mayar duniya mein</w:t>
      </w:r>
      <w:r>
        <w:br/>
      </w:r>
      <w:r>
        <w:rPr>
          <w:sz w:val="20"/>
        </w:rPr>
        <w:t>12:44  bahut ghata hua hai. had tak arab countries mein logon ne mujhe bataya ki wahan jaate hain, unki degree lekar ke, to phir se unka imtehan hota hai.</w:t>
      </w:r>
      <w:r>
        <w:br/>
      </w:r>
      <w:r>
        <w:rPr>
          <w:sz w:val="20"/>
        </w:rPr>
        <w:t>12:56  jabki delhi university ko nahi hota hai dobara imtehan. to main samajhta hoon ki yeh koi achha kaam nahi hua ki unhone hindu university banayi, unhone muslim university banayi. bas aligarh university honi chahiye, banaras university honi chahiye. ilm ko ilm ke liye seekhna chahiye. ilm ko ilm ke liye seekh. tabhi bade dhyan paida honge aapke yahan.</w:t>
      </w:r>
    </w:p>
    <w:p>
      <w:pPr>
        <w:pStyle w:val="Heading2"/>
      </w:pPr>
      <w:r>
        <w:t>Prerequisites for moral values</w:t>
      </w:r>
    </w:p>
    <w:p>
      <w:r>
        <w:rPr>
          <w:color w:val="666666"/>
          <w:sz w:val="18"/>
        </w:rPr>
        <w:t>Moral Values in Islam 10 July, 2008 - Maulana Wahiduddin Khan · 1m 34s · at 7:59 · https://youtu.be/IdBtIDNiLUg?t=479</w:t>
      </w:r>
    </w:p>
    <w:p>
      <w:r>
        <w:rPr>
          <w:i/>
        </w:rPr>
        <w:t>“There are prerequisites before adopting value system.”</w:t>
      </w:r>
    </w:p>
    <w:p>
      <w:r>
        <w:rPr>
          <w:sz w:val="20"/>
        </w:rPr>
        <w:t>7:59  So, here I would like to add that: there are prerequisites before adapting value system.</w:t>
      </w:r>
      <w:r>
        <w:br/>
      </w:r>
      <w:r>
        <w:rPr>
          <w:sz w:val="20"/>
        </w:rPr>
        <w:t>8:13  There are prerequisites. I mean that we first inculcate the spirit of values, then one will adapt all these values.</w:t>
      </w:r>
      <w:r>
        <w:br/>
      </w:r>
      <w:r>
        <w:rPr>
          <w:sz w:val="20"/>
        </w:rPr>
        <w:t>8:32  without inculcating the spirit, which I call prerequisite, no one is going to utter all these value system.</w:t>
      </w:r>
      <w:r>
        <w:br/>
      </w:r>
      <w:r>
        <w:rPr>
          <w:sz w:val="20"/>
        </w:rPr>
        <w:t>8:43  So, this is prerequisite. So, one is: what are those moral values?</w:t>
      </w:r>
      <w:r>
        <w:br/>
      </w:r>
      <w:r>
        <w:rPr>
          <w:sz w:val="20"/>
        </w:rPr>
        <w:t>8:54  What is the list of those moral values?</w:t>
      </w:r>
      <w:r>
        <w:br/>
      </w:r>
      <w:r>
        <w:rPr>
          <w:sz w:val="20"/>
        </w:rPr>
        <w:t>9:01  din, di adar kvischan iz:</w:t>
      </w:r>
      <w:r>
        <w:br/>
      </w:r>
      <w:r>
        <w:rPr>
          <w:sz w:val="20"/>
        </w:rPr>
        <w:t>9:06  wai ai adaap al diz valius?</w:t>
      </w:r>
      <w:r>
        <w:br/>
      </w:r>
      <w:r>
        <w:rPr>
          <w:sz w:val="20"/>
        </w:rPr>
        <w:t>9:09  So, it is prerequisite of moral values. I think that Islam gives us these prerequisites.</w:t>
      </w:r>
      <w:r>
        <w:br/>
      </w:r>
      <w:r>
        <w:rPr>
          <w:sz w:val="20"/>
        </w:rPr>
        <w:t>9:28  islam gvuz as</w:t>
      </w:r>
      <w:r>
        <w:br/>
      </w:r>
      <w:r>
        <w:rPr>
          <w:sz w:val="20"/>
        </w:rPr>
        <w:t>9:33  all those things that are required to inculcate in human mind as a prerequisite.</w:t>
      </w:r>
    </w:p>
    <w:p>
      <w:pPr>
        <w:pStyle w:val="Heading2"/>
      </w:pPr>
      <w:r>
        <w:t>Art of war equals art of life</w:t>
      </w:r>
    </w:p>
    <w:p>
      <w:r>
        <w:rPr>
          <w:color w:val="666666"/>
          <w:sz w:val="18"/>
        </w:rPr>
        <w:t>Art of War and Islam · 2m 38s · at 0:35 · https://youtu.be/LvYP_pf17S0?t=35</w:t>
      </w:r>
    </w:p>
    <w:p>
      <w:r>
        <w:rPr>
          <w:i/>
        </w:rPr>
        <w:t>“Yesterday I was asked to address a meeting”</w:t>
      </w:r>
    </w:p>
    <w:p>
      <w:r>
        <w:rPr>
          <w:sz w:val="20"/>
        </w:rPr>
        <w:t>0:35  yesterday i was asked to address a meeting at</w:t>
      </w:r>
      <w:r>
        <w:br/>
      </w:r>
      <w:r>
        <w:rPr>
          <w:sz w:val="20"/>
        </w:rPr>
        <w:t>0:47  sai international center of new delhi.</w:t>
      </w:r>
      <w:r>
        <w:br/>
      </w:r>
      <w:r>
        <w:rPr>
          <w:sz w:val="20"/>
        </w:rPr>
        <w:t>0:56  in this talk i referred to a saying of a general.</w:t>
      </w:r>
      <w:r>
        <w:br/>
      </w:r>
      <w:r>
        <w:rPr>
          <w:sz w:val="20"/>
        </w:rPr>
        <w:t>1:08  this british general says about the art of war</w:t>
      </w:r>
      <w:r>
        <w:br/>
      </w:r>
      <w:r>
        <w:rPr>
          <w:sz w:val="20"/>
        </w:rPr>
        <w:t>1:16  . what is the art of war?</w:t>
      </w:r>
      <w:r>
        <w:br/>
      </w:r>
      <w:r>
        <w:rPr>
          <w:sz w:val="20"/>
        </w:rPr>
        <w:t>1:21  what is the secret of successful war? so he says that</w:t>
      </w:r>
      <w:r>
        <w:br/>
      </w:r>
      <w:r>
        <w:rPr>
          <w:sz w:val="20"/>
        </w:rPr>
        <w:t>1:31  the most effective—it is his wording—the most effective</w:t>
      </w:r>
      <w:r>
        <w:br/>
      </w:r>
      <w:r>
        <w:rPr>
          <w:sz w:val="20"/>
        </w:rPr>
        <w:t>1:43  armed forces are those who</w:t>
      </w:r>
      <w:r>
        <w:br/>
      </w:r>
      <w:r>
        <w:rPr>
          <w:sz w:val="20"/>
        </w:rPr>
        <w:t>1:53  fight without anger or hate.</w:t>
      </w:r>
      <w:r>
        <w:br/>
      </w:r>
      <w:r>
        <w:rPr>
          <w:sz w:val="20"/>
        </w:rPr>
        <w:t>2:03  i said that referring to this saying of a general, i said that this is not simply the art of war, but it is the art of life.</w:t>
      </w:r>
      <w:r>
        <w:br/>
      </w:r>
      <w:r>
        <w:rPr>
          <w:sz w:val="20"/>
        </w:rPr>
        <w:t>2:26  this is the only formula of successful life in this earth.</w:t>
      </w:r>
      <w:r>
        <w:br/>
      </w:r>
      <w:r>
        <w:rPr>
          <w:sz w:val="20"/>
        </w:rPr>
        <w:t>2:40  then it is not a formula of a military general. it is a formula of nature.</w:t>
      </w:r>
      <w:r>
        <w:br/>
      </w:r>
      <w:r>
        <w:rPr>
          <w:sz w:val="20"/>
        </w:rPr>
        <w:t>2:52  it is a formula of nature. and as islam is a religion of nature, as islam is a religion of nature, so this formula is also an islamic formula.</w:t>
      </w:r>
    </w:p>
    <w:p>
      <w:pPr>
        <w:pStyle w:val="Heading2"/>
      </w:pPr>
      <w:r>
        <w:t>One man one mission vs one man to mission</w:t>
      </w:r>
    </w:p>
    <w:p>
      <w:r>
        <w:rPr>
          <w:color w:val="666666"/>
          <w:sz w:val="18"/>
        </w:rPr>
        <w:t>Understanding Islam (In Conversation with Maulana) June 20, 2010 Maulana Wahidudidn Khan · 1m 42s · at 11:38 · https://youtu.be/7UylaPL-iO8?t=698</w:t>
      </w:r>
    </w:p>
    <w:p>
      <w:r>
        <w:rPr>
          <w:i/>
        </w:rPr>
        <w:t>“Dekhiye, har ek se, har ek ko aisa nahi karna hai”</w:t>
      </w:r>
    </w:p>
    <w:p>
      <w:r>
        <w:rPr>
          <w:sz w:val="20"/>
        </w:rPr>
        <w:t>11:38  maulana, das question is from miss sadia khan from new delhi. how can somebody become one man to mission?</w:t>
      </w:r>
      <w:r>
        <w:br/>
      </w:r>
      <w:r>
        <w:rPr>
          <w:sz w:val="20"/>
        </w:rPr>
        <w:t>11:48  it is often difficult to draw the line. that is, it is difficult to balance work and missionary activities.</w:t>
      </w:r>
      <w:r>
        <w:br/>
      </w:r>
      <w:r>
        <w:rPr>
          <w:sz w:val="20"/>
        </w:rPr>
        <w:t>12:07  dekhiye, har ek se, har ek ko aisa nahi karna hai ke woh one man one mission bane. har ek ko nahi karna hai.</w:t>
      </w:r>
      <w:r>
        <w:br/>
      </w:r>
      <w:r>
        <w:rPr>
          <w:sz w:val="20"/>
        </w:rPr>
        <w:t>12:16  har ek ko to sirf one man to mission banna hai. yaani koi koi aisa aadmi hota hai ke apne ko dedicate kar deta hai.</w:t>
      </w:r>
      <w:r>
        <w:br/>
      </w:r>
      <w:r>
        <w:rPr>
          <w:sz w:val="20"/>
        </w:rPr>
        <w:t>12:27  to woh to koi karoron mein ek hota hai. baqi logon se wahi one man to mission hi matloob hai, wahi bas.</w:t>
      </w:r>
      <w:r>
        <w:br/>
      </w:r>
      <w:r>
        <w:rPr>
          <w:sz w:val="20"/>
        </w:rPr>
        <w:t>12:37  ke fifty percent, fifty fifty ka woh rakhen. fifty percent aap ne khana kamana, fifty percent dawat ka kaam karna.</w:t>
      </w:r>
      <w:r>
        <w:br/>
      </w:r>
      <w:r>
        <w:rPr>
          <w:sz w:val="20"/>
        </w:rPr>
        <w:t>12:47  one man one mission jo hai sab log nahi ho sakte. yeh impossible hai. ab kyunke is ke liye, is ke liye to bas sirf yeh hai ke ek junoon chahiye, ek madness chahiye.</w:t>
      </w:r>
      <w:r>
        <w:br/>
      </w:r>
      <w:r>
        <w:rPr>
          <w:sz w:val="20"/>
        </w:rPr>
        <w:t>13:00  to sab log agar mad ban jayen to dunya ka kaam hi khatam ho jayega.</w:t>
      </w:r>
      <w:r>
        <w:br/>
      </w:r>
      <w:r>
        <w:rPr>
          <w:sz w:val="20"/>
        </w:rPr>
        <w:t>13:06  to koi koi aisa hota hai jo one man one mission ban jata hai, baqi to wahi one man to mission wale hote hain. aur woh bhi Allah taala ke haan maqbool bande hain, un ko bhi Allah taala ke haan inaam milega.</w:t>
      </w:r>
    </w:p>
    <w:p>
      <w:pPr>
        <w:pStyle w:val="Heading2"/>
      </w:pPr>
      <w:r>
        <w:t>Why the Quran scatters moral teachings across every chapter</w:t>
      </w:r>
    </w:p>
    <w:p>
      <w:r>
        <w:rPr>
          <w:color w:val="666666"/>
          <w:sz w:val="18"/>
        </w:rPr>
        <w:t>Ethical Values in Islam, June 19, 2008 · 3m 01s · at 54:18 · https://youtu.be/2yPff80nSBY?t=3258</w:t>
      </w:r>
    </w:p>
    <w:p>
      <w:r>
        <w:rPr>
          <w:i/>
        </w:rPr>
        <w:t>“No chapter of the Quran is organized by subject”</w:t>
      </w:r>
    </w:p>
    <w:p>
      <w:r>
        <w:rPr>
          <w:sz w:val="20"/>
        </w:rPr>
        <w:t>54:18  quran mein koi ek surah aisi nahi hai jahan ke iska naam ho ke islam ka ikhlaqi nizam ya ethical system main islam.</w:t>
      </w:r>
      <w:r>
        <w:br/>
      </w:r>
      <w:r>
        <w:rPr>
          <w:sz w:val="20"/>
        </w:rPr>
        <w:t>54:33  aisa koi chapter nahi hai quran majeed mein.</w:t>
      </w:r>
      <w:r>
        <w:br/>
      </w:r>
      <w:r>
        <w:rPr>
          <w:sz w:val="20"/>
        </w:rPr>
        <w:t>54:36  aam taur par jo insani kitabein hoti hain, is mein aisa hota hai: chapter, chapter, chapter, chapter ke ek chapter rahe ga ek aspect par, doosra chapter rahe ga agle aspect par, teesra chapter rahe ga kisi aur aspect par.</w:t>
      </w:r>
      <w:r>
        <w:br/>
      </w:r>
      <w:r>
        <w:rPr>
          <w:sz w:val="20"/>
        </w:rPr>
        <w:t>54:53  to aspect wise jo hai, woh chapter banaye jate hain kitab ke. quran mein aisa nahi hai.</w:t>
      </w:r>
      <w:r>
        <w:br/>
      </w:r>
      <w:r>
        <w:rPr>
          <w:sz w:val="20"/>
        </w:rPr>
        <w:t>55:03  koi ek war, koi ek, koi ek chapter aisa nahi hai quran majeed ka. quran mein 114 chapter hain jin ko surah kaha jata hai.</w:t>
      </w:r>
      <w:r>
        <w:br/>
      </w:r>
      <w:r>
        <w:rPr>
          <w:sz w:val="20"/>
        </w:rPr>
        <w:t>55:12  surah to 114 chapter mein se aisa nahi hai ke koi ek chapter aisa ho jis ka naam ho ke ikhlaqi taleemat, moral teachings.</w:t>
      </w:r>
      <w:r>
        <w:br/>
      </w:r>
      <w:r>
        <w:rPr>
          <w:sz w:val="20"/>
        </w:rPr>
        <w:t>55:24  aisa nahi hai.</w:t>
      </w:r>
      <w:r>
        <w:br/>
      </w:r>
      <w:r>
        <w:rPr>
          <w:sz w:val="20"/>
        </w:rPr>
        <w:t>55:27  aap ko poore quran, poora quran ko parh kar aap ko janna parta hai ke islam ki moral teachings kya hain.</w:t>
      </w:r>
      <w:r>
        <w:br/>
      </w:r>
      <w:r>
        <w:rPr>
          <w:sz w:val="20"/>
        </w:rPr>
        <w:t>55:40  poore quran ko parh kar janna chahta hai. maslan quran ki ek ayat hai: "watwasu bis sabri watwasu bir rahm"</w:t>
      </w:r>
      <w:r>
        <w:br/>
      </w:r>
      <w:r>
        <w:rPr>
          <w:sz w:val="20"/>
        </w:rPr>
        <w:t>55:53  yani logon ko tayyar karna, samajh bujha kar ke ke aapas mein woh reham dili ke sath rahen, humdardi ke sath rahen, wal bishr ban kar rahen.</w:t>
      </w:r>
      <w:r>
        <w:br/>
      </w:r>
      <w:r>
        <w:rPr>
          <w:sz w:val="20"/>
        </w:rPr>
        <w:t>56:08  yeh ek ayat hai quran majeed ki.</w:t>
      </w:r>
      <w:r>
        <w:br/>
      </w:r>
      <w:r>
        <w:rPr>
          <w:sz w:val="20"/>
        </w:rPr>
        <w:t>56:13  yani jahan bhi aap hon, chahe family mein hon, aap society mein hon, aap kisi jahan bhi hon, kisi aap institution mein hon, to ek doosre ka well wisher ban kar aap ko rehna hai.</w:t>
      </w:r>
      <w:r>
        <w:br/>
      </w:r>
      <w:r>
        <w:rPr>
          <w:sz w:val="20"/>
        </w:rPr>
        <w:t>56:30  ab yeh ek chapter ki ek ayat mein aisa hai.</w:t>
      </w:r>
      <w:r>
        <w:br/>
      </w:r>
      <w:r>
        <w:rPr>
          <w:sz w:val="20"/>
        </w:rPr>
        <w:t>56:35  is tarah se aap jab quran ko padhenge to different chapter mein aap ko moral teachings aap ko bikhri hui milengi.</w:t>
      </w:r>
      <w:r>
        <w:br/>
      </w:r>
      <w:r>
        <w:rPr>
          <w:sz w:val="20"/>
        </w:rPr>
        <w:t>56:45  in ko aap ikattha kar ke samajh sakte hain. in ka khulasa maine aap ke samne bayan kiya.</w:t>
      </w:r>
      <w:r>
        <w:br/>
      </w:r>
      <w:r>
        <w:rPr>
          <w:sz w:val="20"/>
        </w:rPr>
        <w:t>56:55  quran ka tareeqa yahi hai. yani quran ka tareeqa chap subject ko le kar nahi hai.</w:t>
      </w:r>
      <w:r>
        <w:br/>
      </w:r>
      <w:r>
        <w:rPr>
          <w:sz w:val="20"/>
        </w:rPr>
        <w:t>57:02  quran ke jo chapters hain, woh subject wise nahi hain balke zindagi ke different aspect ko deal kiya gaya hai har chapter mein.</w:t>
      </w:r>
      <w:r>
        <w:br/>
      </w:r>
      <w:r>
        <w:rPr>
          <w:sz w:val="20"/>
        </w:rPr>
        <w:t>57:13  yani ek hi chapter mein mukhtalif baatein aap ko mil jayengi.</w:t>
      </w:r>
    </w:p>
    <w:p>
      <w:pPr>
        <w:pStyle w:val="Heading2"/>
      </w:pPr>
      <w:r>
        <w:t>Remembering Allah to gain closeness</w:t>
      </w:r>
    </w:p>
    <w:p>
      <w:r>
        <w:rPr>
          <w:color w:val="666666"/>
          <w:sz w:val="18"/>
        </w:rPr>
        <w:t>Prayer for the Country April 05, 2020 Maulana Wahiduddin Khan · 1m 27s · at 12:17 · https://youtu.be/9Fh70tItjlQ?t=737</w:t>
      </w:r>
    </w:p>
    <w:p>
      <w:r>
        <w:rPr>
          <w:i/>
        </w:rPr>
        <w:t>“I think the best way is to remember Allah.”</w:t>
      </w:r>
    </w:p>
    <w:p>
      <w:r>
        <w:rPr>
          <w:sz w:val="20"/>
        </w:rPr>
        <w:t>12:17  mein samajhta hoon ke sab se acha zariya Allah ko yaad karna hai.</w:t>
      </w:r>
      <w:r>
        <w:br/>
      </w:r>
      <w:r>
        <w:rPr>
          <w:sz w:val="20"/>
        </w:rPr>
        <w:t>12:25  yaad karne ki baat yeh hai ke hum</w:t>
      </w:r>
      <w:r>
        <w:br/>
      </w:r>
      <w:r>
        <w:rPr>
          <w:sz w:val="20"/>
        </w:rPr>
        <w:t>12:36  Allah ki baaton ko yaad karein. Allah ko ziyada se ziyada, Allah ka jo jalal o kamal hai,</w:t>
      </w:r>
      <w:r>
        <w:br/>
      </w:r>
      <w:r>
        <w:rPr>
          <w:sz w:val="20"/>
        </w:rPr>
        <w:t>12:49  is ko ziyada se ziyada sochein.</w:t>
      </w:r>
      <w:r>
        <w:br/>
      </w:r>
      <w:r>
        <w:rPr>
          <w:sz w:val="20"/>
        </w:rPr>
        <w:t>12:54  Allah ki jo nematein hain, un ko ziyada se ziyada. Allah ki jo sifat hain,</w:t>
      </w:r>
      <w:r>
        <w:br/>
      </w:r>
      <w:r>
        <w:rPr>
          <w:sz w:val="20"/>
        </w:rPr>
        <w:t>13:07  is ko ziyada se ziyada logon ko batayein. mein ne apni tafsir mein yahi kiya hai. meri tafsir isi ki tafsir hai.</w:t>
      </w:r>
      <w:r>
        <w:br/>
      </w:r>
      <w:r>
        <w:rPr>
          <w:sz w:val="20"/>
        </w:rPr>
        <w:t>13:22  is ka naam hai "Tazkir ul Quran".</w:t>
      </w:r>
      <w:r>
        <w:br/>
      </w:r>
      <w:r>
        <w:rPr>
          <w:sz w:val="20"/>
        </w:rPr>
        <w:t>13:26  to aap ko agar moqa ho to meri tafsir "Tazkir ul Quran" parhein. is mein aap ko aise bohat ayat milein gi jin ko aap logon ko jama kar ke un ke samne un ka charcha karein.</w:t>
      </w:r>
    </w:p>
    <w:p>
      <w:pPr>
        <w:pStyle w:val="Heading2"/>
      </w:pPr>
      <w:r>
        <w:t>People rarely admit their own mistakes</w:t>
      </w:r>
    </w:p>
    <w:p>
      <w:r>
        <w:rPr>
          <w:color w:val="666666"/>
          <w:sz w:val="18"/>
        </w:rPr>
        <w:t>The Quran 11 90 CPS Women Weekly Discussion 32 December 10, 2023 · 2m 03s · at 3:25 · https://youtu.be/GB7dNbRkNI4?t=205</w:t>
      </w:r>
    </w:p>
    <w:p>
      <w:r>
        <w:rPr>
          <w:i/>
        </w:rPr>
        <w:t>“किसी इंसान से ग़लती हो तो मानने को तैयार नहीं होता”</w:t>
      </w:r>
    </w:p>
    <w:p>
      <w:r>
        <w:rPr>
          <w:sz w:val="20"/>
        </w:rPr>
        <w:t>3:25  aksar aisa hota hai ke kisi insaan ke muqable mein ek insaan se ghalti hoti hai to insaan apna apni jo ghalti manne ko tayyar nahi hota. Bahut kam log hote hain jo foreign apni ghalti ko mante hain. Zyada tar log ghalti mante nahi hain, itraaf nahi karte kyunke apne ego ki wajah se ya phir majboora na maafi mangkar baat ko khatm kar diya jata hai. To iska matlab insaan ke andar ghalti ka pachtawa nahi hai.</w:t>
      </w:r>
      <w:r>
        <w:br/>
      </w:r>
      <w:r>
        <w:rPr>
          <w:sz w:val="20"/>
        </w:rPr>
        <w:t>3:54  agar aisa kar raha hai insaan ke woh majbooran ghalti maan raha hai, ehsaas nahi hai, Khuda ka dar nahi hai. To Maulana sahib ne bahut hi aala tareeqe se is baat ko hamein bataya hai ke insaan sirf zuban se maafi mangkar ya sirf itraaf karke baat ko yeh matlab yeh na samjhe ke khatm ho gayi hai. Yeh to karna hi hai.</w:t>
      </w:r>
      <w:r>
        <w:br/>
      </w:r>
      <w:r>
        <w:rPr>
          <w:sz w:val="20"/>
        </w:rPr>
        <w:t>4:19  insaan ka aala character yeh hona chahiye ke woh apni jo woh matlab ke woh agar usne kisi ka dil dukhaya hai apni zuban se ya kisi tareeqe se, to uske baad woh us insaan ke sath apni jo hai apna connection mazboot kare, apni mohabbat ka rishta badhane ki koshish kare. Uske liye aur acha kaam kare, uski madad kare, uski fikr kare.</w:t>
      </w:r>
      <w:r>
        <w:br/>
      </w:r>
      <w:r>
        <w:rPr>
          <w:sz w:val="20"/>
        </w:rPr>
        <w:t>4:44  taake uska dil jo hai us se jo bhi takleef hui ho, uske dil par jo dhabba lag gaya ho uski taraf se jo takleef hui ho to usko woh woh uski mohabbat aur uska fikr jo hai usko saaf kar dein. Us se uska dil saaf ho jaye.</w:t>
      </w:r>
      <w:r>
        <w:br/>
      </w:r>
      <w:r>
        <w:rPr>
          <w:sz w:val="20"/>
        </w:rPr>
        <w:t>5:03  to iska matlab hua ke insaan ke mamle mein bhi ghalti ho jaane ke baad ek insaan ko shiddat se pachtawa hona aur itraaf karna yeh insaan ki khud ki zaroorat hai taake farishton ke jo record hain, farishte jo record banate hain uska naam us mein likha ja sake ke woh ek modest insaan hai. Zaroori hota hai ke hum apna itraaf karen, uske sath woh karen.</w:t>
      </w:r>
      <w:r>
        <w:br/>
      </w:r>
      <w:r>
        <w:rPr>
          <w:sz w:val="20"/>
        </w:rPr>
        <w:t>5:28  to hadith mein bataya gaya hai ki har insan khata kar hai aur sabse achha khata kar yani sinner woh</w:t>
      </w:r>
    </w:p>
    <w:p>
      <w:pPr>
        <w:pStyle w:val="Heading2"/>
      </w:pPr>
      <w:r>
        <w:t>Recognizing paradise house in this world</w:t>
      </w:r>
    </w:p>
    <w:p>
      <w:r>
        <w:rPr>
          <w:color w:val="666666"/>
          <w:sz w:val="18"/>
        </w:rPr>
        <w:t>Creative Marefat 8 April 2017 - Maulana Wahiduddin Khan · 2m 23s · at 18:07 · https://youtu.be/I2hKHNIQ-1U?t=1087</w:t>
      </w:r>
    </w:p>
    <w:p>
      <w:r>
        <w:rPr>
          <w:i/>
        </w:rPr>
        <w:t>“Main soch raha tha ek hadees par”</w:t>
      </w:r>
    </w:p>
    <w:p>
      <w:r>
        <w:rPr>
          <w:sz w:val="20"/>
        </w:rPr>
        <w:t>18:07  main soch raha tha ek hadith par, ek hadith hai ke aadmi jab akhirat mein pahunche ga to jannat mein woh apne makan ko is se bhi zyada pehchane ga jitna woh dunya mein apne ghar ko pehchanta tha.</w:t>
      </w:r>
      <w:r>
        <w:br/>
      </w:r>
      <w:r>
        <w:rPr>
          <w:sz w:val="20"/>
        </w:rPr>
        <w:t>18:24  to main socha, aise kaise hoga? dunya mein jo ghar hai, woh us ko aadmi khoob pehchanta hai, us se bhi zyada pehchane ga woh jannat mein apne ghar ko, kyun ke dunya mein dekh chuka hoga us ko.</w:t>
      </w:r>
      <w:r>
        <w:br/>
      </w:r>
      <w:r>
        <w:rPr>
          <w:sz w:val="20"/>
        </w:rPr>
        <w:t>18:36  woh dunya mein apne ghar ko dekh hue hain, usay aap foran pehchan lete hain, wahin apni gaari khadi kar dete hain.</w:t>
      </w:r>
      <w:r>
        <w:br/>
      </w:r>
      <w:r>
        <w:rPr>
          <w:sz w:val="20"/>
        </w:rPr>
        <w:t>18:46  aise jannat wale ghar ko bhi aap dunya mein pehchan chuke hon ge. woh kaise? dunya mein aap ka ghar ek building, ek ek structure ke roop mein hai.</w:t>
      </w:r>
      <w:r>
        <w:br/>
      </w:r>
      <w:r>
        <w:rPr>
          <w:sz w:val="20"/>
        </w:rPr>
        <w:t>18:59  us ko achi tarah suniye ke dunya mein aap ka jo ghar hai, woh ek building, ek structure ke roop mein hai,</w:t>
      </w:r>
      <w:r>
        <w:br/>
      </w:r>
      <w:r>
        <w:rPr>
          <w:sz w:val="20"/>
        </w:rPr>
        <w:t>19:08  aur jannat mein aap ka jo ghar hai, woh doctor ke roop mein hai. har cheez mein is ka doctor hai,</w:t>
      </w:r>
      <w:r>
        <w:br/>
      </w:r>
      <w:r>
        <w:rPr>
          <w:sz w:val="20"/>
        </w:rPr>
        <w:t>19:17  har cheez mein is ka doctor hai.</w:t>
      </w:r>
      <w:r>
        <w:br/>
      </w:r>
      <w:r>
        <w:rPr>
          <w:sz w:val="20"/>
        </w:rPr>
        <w:t>19:24  misalan aaj subah jab mein bahar baitha aur suraj nikla to mujhe yaad aaya ke saare musalman cheekh rahe hain, "darkness!</w:t>
      </w:r>
      <w:r>
        <w:br/>
      </w:r>
      <w:r>
        <w:rPr>
          <w:sz w:val="20"/>
        </w:rPr>
        <w:t>19:33  darkness!</w:t>
      </w:r>
      <w:r>
        <w:br/>
      </w:r>
      <w:r>
        <w:rPr>
          <w:sz w:val="20"/>
        </w:rPr>
        <w:t>19:34  yaani zulm hai, saazish hai. to kaha, "suraj nikla hua hai, chal raha hai!" aur aur aawaz le ke, "aray! it's darkness! hot dar</w:t>
      </w:r>
      <w:r>
        <w:br/>
      </w:r>
      <w:r>
        <w:rPr>
          <w:sz w:val="20"/>
        </w:rPr>
        <w:t>19:43  kness!" yeh suraj nikla hua hai aur aawaz laga rahe hain ek darkness ki. is had par ke sath aadmi dunya mein jannat ke doctor ko daryaft nahi kar sakta.</w:t>
      </w:r>
      <w:r>
        <w:br/>
      </w:r>
      <w:r>
        <w:rPr>
          <w:sz w:val="20"/>
        </w:rPr>
        <w:t>20:00  jannat ki jo nematein hongi, jannat ki jo Allah ki rehmaten hongi, jannat mein jo kalmaat honge, jo wisdom hogi, us woh doctor ke roop mein</w:t>
      </w:r>
    </w:p>
    <w:p>
      <w:pPr>
        <w:pStyle w:val="Heading2"/>
      </w:pPr>
      <w:r>
        <w:t>Entertainment during Ramadan</w:t>
      </w:r>
    </w:p>
    <w:p>
      <w:r>
        <w:rPr>
          <w:color w:val="666666"/>
          <w:sz w:val="18"/>
        </w:rPr>
        <w:t>Ramadan Q and A Session with Prof. Farida Khanam 27th March' 2022 · 2m 10s · at 11:43 · https://youtu.be/M_pJVGZWKIM?t=703</w:t>
      </w:r>
    </w:p>
    <w:p>
      <w:r>
        <w:rPr>
          <w:i/>
        </w:rPr>
        <w:t>“Today is the media age, and we often”</w:t>
      </w:r>
    </w:p>
    <w:p>
      <w:r>
        <w:rPr>
          <w:sz w:val="20"/>
        </w:rPr>
        <w:t>11:43  to main aajkal aise hi karti hoon. sochne lagti hoon ke maine kya galat kaam kiya hai? to phir wah samajh mein aa jata hai. shukriya asar. today is the media age, and we often, like, we do contemplate, we do read quran in our twenty four hours life, daily life.</w:t>
      </w:r>
      <w:r>
        <w:br/>
      </w:r>
      <w:r>
        <w:rPr>
          <w:sz w:val="20"/>
        </w:rPr>
        <w:t>12:04  and some of the time we do surf the internet, go through the social media where a lot of the besides this there are certain sites of learning, and there are certain sites of entertainment. so as you're saying, during ramzan, we should abstain ourselves from these kind of distractions. i would like to ask you one question regarding these distractions during the month of ramzan.</w:t>
      </w:r>
      <w:r>
        <w:br/>
      </w:r>
      <w:r>
        <w:rPr>
          <w:sz w:val="20"/>
        </w:rPr>
        <w:t>12:31  like, those sites which we do cross and serve for some kind of entertainment. it right to do during the month of ramzan or you should completely abstain yourself from any kind of entertainment? bilkul, waqti taur par koi cheez nazar aa gayi usse kuch nahi hoga agar aap der tak dekhenge na tab aapka mind divert ho jata hai mind ko divert mat hone dijiye.</w:t>
      </w:r>
      <w:r>
        <w:br/>
      </w:r>
      <w:r>
        <w:rPr>
          <w:sz w:val="20"/>
        </w:rPr>
        <w:t>12:59  waqti taur par darasal ek do minute ke liye ho gaya do char minute ke liye ho gaya do char panch minute se nahi aapka koi problem hoga lekin agar aap der der tak usmein lag hi rahenge na tab aapka mind divert ho jayega distraction ho jayega aur wah jo aapne itne dinon ibadat ki hai uska jo spiritual effect hota hai wah khatm ho jayega to yeh habit nahi banani uski.</w:t>
      </w:r>
      <w:r>
        <w:br/>
      </w:r>
      <w:r>
        <w:rPr>
          <w:sz w:val="20"/>
        </w:rPr>
        <w:t>13:24  habit nahi banani hai waqtitoor par to ab bachche hote hain aaj mein bachchon se baat kar leta hai wah koi deeni aisi baat nahi hoti hai koi bhi baat kar leta hai usse bhi tension door hota hai to lekin waqti hona chahiye der der tak usi mein laga rahe hain jaise sharpen karne jate hain bahut der der tak usi mein lage rehte hain der der tak lage rehne se wah spiritual effect chala jata hai matlab mera aisa tazurba hai muktikol par nahi hota.</w:t>
      </w:r>
      <w:r>
        <w:br/>
      </w:r>
      <w:r>
        <w:rPr>
          <w:sz w:val="20"/>
        </w:rPr>
        <w:t>13:53  yes, aap thank you so much. i got my answer. any ladies want to come and ask any question? shavina i have a question. i'm sorry i joined late. abhi bhi inka case mein hai. mera sawal yeh hai ke i want to do an academic study of the quran. like i used to study in my college underlining, taking notes, doing reference us tarah se hum padhna chahte hain quran.</w:t>
      </w:r>
    </w:p>
    <w:p>
      <w:pPr>
        <w:pStyle w:val="Heading2"/>
      </w:pPr>
      <w:r>
        <w:t>Maulana's habit of saying I was wrong</w:t>
      </w:r>
    </w:p>
    <w:p>
      <w:r>
        <w:rPr>
          <w:color w:val="666666"/>
          <w:sz w:val="18"/>
        </w:rPr>
        <w:t>The Quran 11 90 CPS Women Weekly Discussion 32 December 10, 2023 · 1m 23s · at 25:50 · https://youtu.be/GB7dNbRkNI4?t=1550</w:t>
      </w:r>
    </w:p>
    <w:p>
      <w:r>
        <w:rPr>
          <w:i/>
        </w:rPr>
        <w:t>“मौलाना साहब हमें अक्सर कहते थे, I was wrong”</w:t>
      </w:r>
    </w:p>
    <w:p>
      <w:r>
        <w:rPr>
          <w:sz w:val="20"/>
        </w:rPr>
        <w:t>25:50  aur koi ladies hain jo apni learning ko share karna chahengi? main kuch kehna chah rahi hoon Shavina. ji ji bilkul. jaise aapki baat par hi mujhe yaad aa raha hai akar Maulana sahab to hum sabko aksar kaha karte the I was wrong kehne ka ke jaldi se I was wrong keh dijiye. But jaise aapko mehsoos hokar aapki ghalti hai bhi ya nahi bhi tab bhi aap yeh mauka na gawaein apni modesty ko banaye rakhne ke liye.</w:t>
      </w:r>
      <w:r>
        <w:br/>
      </w:r>
      <w:r>
        <w:rPr>
          <w:sz w:val="20"/>
        </w:rPr>
        <w:t>26:15  to yahan par jaise in logon ke discussion se mujhe yeh samajh aya ke log waqt ghalti ka aitraf kar lete hain lekin uske bawajood woh patch up karne ki koshish karte hain, cover up karne ki koshish karte hain cheezon ko. jaise aap apne ka baat ko ghalt karke batana. woh woh bhi karte hain ke apni ghalti ko mante hue bhi woh is tarah se pesh karte hain poora situation ke mehsoos hokar yeh ghalti to thi magar aise aise aise ho gaya tha aur yeh ho gaya tha apne aap ko save karte hain.</w:t>
      </w:r>
      <w:r>
        <w:br/>
      </w:r>
      <w:r>
        <w:rPr>
          <w:sz w:val="20"/>
        </w:rPr>
        <w:t>26:45  to yahan par mujhe lagta hai ke yeh bhi bohat hi zyada sensitive ek cheez hai ke humein bohat honestly agar hum to wah wah pay karna chahte hain to bohat honest hokar jaise apni ekadh cheez ko bayan karein aur us mein koi bhi cover up karne ka bilkul bhi hamara woh na ho irada. bas yeh kehna chahti thi. Maulana kehte hain then even if you have a best excuse do not give. yeh bohat famous coverb bhi hai.</w:t>
      </w:r>
      <w:r>
        <w:br/>
      </w:r>
      <w:r>
        <w:rPr>
          <w:sz w:val="20"/>
        </w:rPr>
        <w:t>27:13  to main chahoongi ke aur koi ladies hain jo apni learning share karna chahti hain? Aisha Yusra, please. Assalam o alaikum. yeh jo verse se maine yeh samajh payi ke Allah se maafi mang ho, Allah taala maaf karne wala hai.</w:t>
      </w:r>
    </w:p>
    <w:p>
      <w:pPr>
        <w:pStyle w:val="Heading2"/>
      </w:pPr>
      <w:r>
        <w:t>Flight experience as point of reference for afterlife</w:t>
      </w:r>
    </w:p>
    <w:p>
      <w:r>
        <w:rPr>
          <w:color w:val="666666"/>
          <w:sz w:val="18"/>
        </w:rPr>
        <w:t>An Intellectual journey 1 May 2011 - Maulana Wahiduddin Khan · 2m 01s · at 5:39 · https://youtu.be/lnfjC7x_s2A?t=339</w:t>
      </w:r>
    </w:p>
    <w:p>
      <w:r>
        <w:rPr>
          <w:i/>
        </w:rPr>
        <w:t>“Ab dekhiye, main aap ko apna ek experience bataata hoon”</w:t>
      </w:r>
    </w:p>
    <w:p>
      <w:r>
        <w:rPr>
          <w:sz w:val="20"/>
        </w:rPr>
        <w:t>5:39  jab main yahan se rawana hua aur airport mein pahuncha</w:t>
      </w:r>
      <w:r>
        <w:br/>
      </w:r>
      <w:r>
        <w:rPr>
          <w:sz w:val="20"/>
        </w:rPr>
        <w:t>5:47  to airport se hum jahaz mein safar, safar hue, jahaz mein sawar hue. Yeh waqea mere liye aik aik symbolic sense mein zindagi aur maut ka tajurba ban gaya.</w:t>
      </w:r>
      <w:r>
        <w:br/>
      </w:r>
      <w:r>
        <w:rPr>
          <w:sz w:val="20"/>
        </w:rPr>
        <w:t>6:04  main socha ke khuda ya isi tarah</w:t>
      </w:r>
      <w:r>
        <w:br/>
      </w:r>
      <w:r>
        <w:rPr>
          <w:sz w:val="20"/>
        </w:rPr>
        <w:t>6:07  aik din mera safar hayat khatam hoga.</w:t>
      </w:r>
      <w:r>
        <w:br/>
      </w:r>
      <w:r>
        <w:rPr>
          <w:sz w:val="20"/>
        </w:rPr>
        <w:t>6:14  firishte aayenge aur aik aur sawari par mujhe bitha denge, jo sawari ja rahi hogi is dunya se kisi aur dunya ki taraf.</w:t>
      </w:r>
      <w:r>
        <w:br/>
      </w:r>
      <w:r>
        <w:rPr>
          <w:sz w:val="20"/>
        </w:rPr>
        <w:t>6:29  ab yeh main sochne laga.</w:t>
      </w:r>
      <w:r>
        <w:br/>
      </w:r>
      <w:r>
        <w:rPr>
          <w:sz w:val="20"/>
        </w:rPr>
        <w:t>6:33  isi mein soch mein raha ke kaisa ajeeb woh din hoga jab ke maut ke firishte aayenge, mujhe</w:t>
      </w:r>
      <w:r>
        <w:br/>
      </w:r>
      <w:r>
        <w:rPr>
          <w:sz w:val="20"/>
        </w:rPr>
        <w:t>6:46  yani aik aur sawari bitha denge. Woh aik hoga goya ke aik aik explosion hoga, compulsory explosion is dunya se.</w:t>
      </w:r>
      <w:r>
        <w:br/>
      </w:r>
      <w:r>
        <w:rPr>
          <w:sz w:val="20"/>
        </w:rPr>
        <w:t>7:00  chalo ab yahan tumhein rehne ka waqt khatam ho gaya. Ab aik jahaz mein, aik maut ke jahaz mein mujhe baithna hoga. Woh kahan jayega? Kuch pata nahin.</w:t>
      </w:r>
      <w:r>
        <w:br/>
      </w:r>
      <w:r>
        <w:rPr>
          <w:sz w:val="20"/>
        </w:rPr>
        <w:t>7:11  yeh sab sochta raha mein. to ab mind ko mein activate kiye hue tha. mind ko activate kiye hue tha is jo khuda ka jo creation plan hai.</w:t>
      </w:r>
      <w:r>
        <w:br/>
      </w:r>
      <w:r>
        <w:rPr>
          <w:sz w:val="20"/>
        </w:rPr>
        <w:t>7:25  poora mind mera creation plan of god ko soch raha tha.</w:t>
      </w:r>
      <w:r>
        <w:br/>
      </w:r>
      <w:r>
        <w:rPr>
          <w:sz w:val="20"/>
        </w:rPr>
        <w:t>7:29  zindagi aur maut, maut ke baad ek aur duniya. to is ka nateeja kya hua? dekhiye, ek bahut badi Allah taala ne mujhe blessing di.</w:t>
      </w:r>
    </w:p>
    <w:p>
      <w:pPr>
        <w:pStyle w:val="Heading2"/>
      </w:pPr>
      <w:r>
        <w:t>Sabr as silent planning with personal example</w:t>
      </w:r>
    </w:p>
    <w:p>
      <w:r>
        <w:rPr>
          <w:color w:val="666666"/>
          <w:sz w:val="18"/>
        </w:rPr>
        <w:t>Patience and Creative Thinking April 20, 2020 Maulana Wahiduddin Khan · 2m 40s · at 10:55 · https://youtu.be/zhpSQwyj_6Q?t=655</w:t>
      </w:r>
    </w:p>
    <w:p>
      <w:r>
        <w:rPr>
          <w:i/>
        </w:rPr>
        <w:t>“Sabr ke maani, sabr kya cheez hai?”</w:t>
      </w:r>
    </w:p>
    <w:p>
      <w:r>
        <w:rPr>
          <w:sz w:val="20"/>
        </w:rPr>
        <w:t>10:55  sabr ke maani, sabr kya cheez hai? sabr naam hai khamosh</w:t>
      </w:r>
      <w:r>
        <w:br/>
      </w:r>
      <w:r>
        <w:rPr>
          <w:sz w:val="20"/>
        </w:rPr>
        <w:t>11:02  planning. sabr naam hai khamosh planning ka.</w:t>
      </w:r>
      <w:r>
        <w:br/>
      </w:r>
      <w:r>
        <w:rPr>
          <w:sz w:val="20"/>
        </w:rPr>
        <w:t>11:14  sabr koi buzdi nahi hai, sabr koi buzdi ki baat nahi hai.</w:t>
      </w:r>
      <w:r>
        <w:br/>
      </w:r>
      <w:r>
        <w:rPr>
          <w:sz w:val="20"/>
        </w:rPr>
        <w:t>11:29  sabr naam hai khamosh planning ka, yaani reaction na karne ka.</w:t>
      </w:r>
      <w:r>
        <w:br/>
      </w:r>
      <w:r>
        <w:rPr>
          <w:sz w:val="20"/>
        </w:rPr>
        <w:t>11:43  main ne apne zaati satah par is ka barha tajruba kiya hai.</w:t>
      </w:r>
      <w:r>
        <w:br/>
      </w:r>
      <w:r>
        <w:rPr>
          <w:sz w:val="20"/>
        </w:rPr>
        <w:t>11:51  mere saath kai baar aisa hua ke kuch logon ne</w:t>
      </w:r>
      <w:r>
        <w:br/>
      </w:r>
      <w:r>
        <w:rPr>
          <w:sz w:val="20"/>
        </w:rPr>
        <w:t>12:03  ghalat saboot, ghalt saboot kiya, to main ne reaction nahi kiya</w:t>
      </w:r>
      <w:r>
        <w:br/>
      </w:r>
      <w:r>
        <w:rPr>
          <w:sz w:val="20"/>
        </w:rPr>
        <w:t>12:15  balkeh khamosh planning ka raasta ikhtiyar kiya.</w:t>
      </w:r>
      <w:r>
        <w:br/>
      </w:r>
      <w:r>
        <w:rPr>
          <w:sz w:val="20"/>
        </w:rPr>
        <w:t>12:23  to Allah ke fazl se mujhe kamyabi hasil hui.</w:t>
      </w:r>
      <w:r>
        <w:br/>
      </w:r>
      <w:r>
        <w:rPr>
          <w:sz w:val="20"/>
        </w:rPr>
        <w:t>12:33  hum qaumi satah par to yeh kaam nahi kar sakte ke qaum ki baag dor hamare haath mein nahi, nahi hai.</w:t>
      </w:r>
      <w:r>
        <w:br/>
      </w:r>
      <w:r>
        <w:rPr>
          <w:sz w:val="20"/>
        </w:rPr>
        <w:t>12:43  qaum ki baag dor hamare haath mein nahin hai, lekin anfaradi satah par hum kar sakte hain aisa.</w:t>
      </w:r>
      <w:r>
        <w:br/>
      </w:r>
      <w:r>
        <w:rPr>
          <w:sz w:val="20"/>
        </w:rPr>
        <w:t>13:02  mein aap logon ko dawat deta hoon ke agarchay qaumi satah par baag dor aap ke haath mein nahin hai, lekin khandANI satah par, anfaradi satah par,</w:t>
      </w:r>
      <w:r>
        <w:br/>
      </w:r>
      <w:r>
        <w:rPr>
          <w:sz w:val="20"/>
        </w:rPr>
        <w:t>13:19  yaqeenan aap</w:t>
      </w:r>
      <w:r>
        <w:br/>
      </w:r>
      <w:r>
        <w:rPr>
          <w:sz w:val="20"/>
        </w:rPr>
        <w:t>13:24  apni taqdeer khud bana sakte hain.</w:t>
      </w:r>
    </w:p>
    <w:p>
      <w:pPr>
        <w:pStyle w:val="Heading2"/>
      </w:pPr>
      <w:r>
        <w:t>Historical mistake of reacting to Western powers</w:t>
      </w:r>
    </w:p>
    <w:p>
      <w:r>
        <w:rPr>
          <w:color w:val="666666"/>
          <w:sz w:val="18"/>
        </w:rPr>
        <w:t>The Case of Present Day Muslims (In Conversation with Maulana) February 14, 2010 · 2m 40s · at 21:04 · https://youtu.be/Rw-5WYJKQtw?t=1264</w:t>
      </w:r>
    </w:p>
    <w:p>
      <w:r>
        <w:rPr>
          <w:i/>
        </w:rPr>
        <w:t>“There came a very critical moment in Muslim history.”</w:t>
      </w:r>
    </w:p>
    <w:p>
      <w:r>
        <w:rPr>
          <w:sz w:val="20"/>
        </w:rPr>
        <w:t>21:04  woh to mein ne arz kar diya ke bohat hi critical moment aaya tha musalmanon ki history mein, jo atharveen sadi ke aakhir mein, unneesveen sadi ke shuru mein,</w:t>
      </w:r>
      <w:r>
        <w:br/>
      </w:r>
      <w:r>
        <w:rPr>
          <w:sz w:val="20"/>
        </w:rPr>
        <w:t>21:17  ke musalmanon ka political empire khatam ho gaya. that was a critical junction. to wahin par ghalati hui hai.</w:t>
      </w:r>
      <w:r>
        <w:br/>
      </w:r>
      <w:r>
        <w:rPr>
          <w:sz w:val="20"/>
        </w:rPr>
        <w:t>21:27  jo kisi farsi shair ka shair hai ke "khishta e awal ko nihayat memar kaj ta sariya mero dewar kaj" yani neev agar tedhi ho jaye to upar to tedha sari dewar rahe gi.</w:t>
      </w:r>
      <w:r>
        <w:br/>
      </w:r>
      <w:r>
        <w:rPr>
          <w:sz w:val="20"/>
        </w:rPr>
        <w:t>21:39  to wahan par logon ko jo karna tha, kya ke yeh rona le kar nahi baith jate? Woh ke sahib, dekho yeh western powers jo hain, unhon ne hamari hukoomat ko khatam kar diya.</w:t>
      </w:r>
      <w:r>
        <w:br/>
      </w:r>
      <w:r>
        <w:rPr>
          <w:sz w:val="20"/>
        </w:rPr>
        <w:t>21:51  nahi, western powers jo layen opportunities, un ko discover karo, un ko avail karo. To sare ke sare musalman, one to all, arab, non arab, jitne bhi hain, isi mein heet heet mein lag gaye aur khud apne muslim leaders se bhi ladne lage ke yeh un ke agent banen ge.</w:t>
      </w:r>
      <w:r>
        <w:br/>
      </w:r>
      <w:r>
        <w:rPr>
          <w:sz w:val="20"/>
        </w:rPr>
        <w:t>22:13  ab dekhen, mukhtalif muslim countries mein apne musalman leaders se kyun lad rahe hain log? Jis jis muslim country mein dekhiye ke wahan ke jo islamist hain, woh apne muslim hukoomat, yani hukoomat se lad rahe hain.</w:t>
      </w:r>
      <w:r>
        <w:br/>
      </w:r>
      <w:r>
        <w:rPr>
          <w:sz w:val="20"/>
        </w:rPr>
        <w:t>22:27  zahir hai ke western, western, yani west ke agent hain yeh. To yeh yeh wahin se mamla bigra hai ke yani opportunity based thinking ke bajaye in ke paas grohi ko soch kar ke usi par negative ho gaye hain.</w:t>
      </w:r>
      <w:r>
        <w:br/>
      </w:r>
      <w:r>
        <w:rPr>
          <w:sz w:val="20"/>
        </w:rPr>
        <w:t>22:45  woh abhi tak wohi hain, woh abhi tak wohi hain. Abhi tak musalmanon mein koi hamare mashriq ke sath koi nahi hai jo batata ho musalmanon ko ke tum kyun past mein jee rahe ho?</w:t>
      </w:r>
      <w:r>
        <w:br/>
      </w:r>
      <w:r>
        <w:rPr>
          <w:sz w:val="20"/>
        </w:rPr>
        <w:t>22:55  ab haal to is se bohat zyada acha hai, present is se bohat zyada acha hai. Present mein jo musalmanon ko mil raha hai, woh to is se billion time zyada hai.</w:t>
      </w:r>
      <w:r>
        <w:br/>
      </w:r>
      <w:r>
        <w:rPr>
          <w:sz w:val="20"/>
        </w:rPr>
        <w:t>23:04  tum kyun past ko le kar baithe hue ho? Koi ek aadmi nahi mere ilm ke, hamari is is CPS ke bahir koi hai to mujhe naam bataiye is ka.</w:t>
      </w:r>
      <w:r>
        <w:br/>
      </w:r>
      <w:r>
        <w:rPr>
          <w:sz w:val="20"/>
        </w:rPr>
        <w:t>23:16  log kehte hain ke aap logon par kyun tanqeed karte hain? To naam batao un ka, koi naam batao un ka. Main tumhare nazdeek agar koi hai aisa dunya mein, koi hai hi nahi.</w:t>
      </w:r>
      <w:r>
        <w:br/>
      </w:r>
      <w:r>
        <w:rPr>
          <w:sz w:val="20"/>
        </w:rPr>
        <w:t>23:27  to basic baat yeh hai ke log abhi abhi is yani is is jo gayi hui, yani jo glory thi pehle, past glory, us se bahir nahi nikal paye hain aur present mein jo un ke liye opportunities hain, us ko dekh nahi paye hain.</w:t>
      </w:r>
    </w:p>
    <w:p>
      <w:pPr>
        <w:pStyle w:val="Heading2"/>
      </w:pPr>
      <w:r>
        <w:t>why negative guesses about people are sinful</w:t>
      </w:r>
    </w:p>
    <w:p>
      <w:r>
        <w:rPr>
          <w:color w:val="666666"/>
          <w:sz w:val="18"/>
        </w:rPr>
        <w:t>How to Build A Strong Personality June 14, 2008 · 2m 44s · at 25:23 · https://youtu.be/CEzRHSVoQlI?t=1523</w:t>
      </w:r>
    </w:p>
    <w:p>
      <w:r>
        <w:rPr>
          <w:i/>
        </w:rPr>
        <w:t>“Doosra remark wo hai jo negative remark ho”</w:t>
      </w:r>
    </w:p>
    <w:p>
      <w:r>
        <w:rPr>
          <w:sz w:val="20"/>
        </w:rPr>
        <w:t>25:23  doosra remark woh hai jo negative remark ho. negative remark</w:t>
      </w:r>
      <w:r>
        <w:br/>
      </w:r>
      <w:r>
        <w:rPr>
          <w:sz w:val="20"/>
        </w:rPr>
        <w:t>25:29  yaani kisi ke baare mein aisi baat kehna jis ko woh sune to us ko bura lagay.</w:t>
      </w:r>
      <w:r>
        <w:br/>
      </w:r>
      <w:r>
        <w:rPr>
          <w:sz w:val="20"/>
        </w:rPr>
        <w:t>25:38  negative remark dena kisi ke baare mein, is ki definition yeh hogi ke jis ko woh aadmi sune to us ko bura lagay.</w:t>
      </w:r>
      <w:r>
        <w:br/>
      </w:r>
      <w:r>
        <w:rPr>
          <w:sz w:val="20"/>
        </w:rPr>
        <w:t>25:49  jaise ke ek aadmi hai, woh chal raha hai. ab woh ek suppose, woh ek coat pehne hue hai.</w:t>
      </w:r>
      <w:r>
        <w:br/>
      </w:r>
      <w:r>
        <w:rPr>
          <w:sz w:val="20"/>
        </w:rPr>
        <w:t>25:59  aap kahein ke mujhe lagta hai ke yeh coat jo hai, is ne falan store se chura li hai. yeh negative remark hua, kyunke aap ko pata to tha nahi ke woh coat chura kar laya hai woh ya khareed kar ke laya hai.</w:t>
      </w:r>
      <w:r>
        <w:br/>
      </w:r>
      <w:r>
        <w:rPr>
          <w:sz w:val="20"/>
        </w:rPr>
        <w:t>26:14  to agar aap yeh kahein ke yeh aadmi jo hai, mujhe lagta hai ke yeh coat chura kar laya hai falan store se, to woh sune ga to bura lagay ga us ko. zaahir hai, woh ghussa hoga.</w:t>
      </w:r>
      <w:r>
        <w:br/>
      </w:r>
      <w:r>
        <w:rPr>
          <w:sz w:val="20"/>
        </w:rPr>
        <w:t>26:25  to yeh hai negative remark.</w:t>
      </w:r>
      <w:r>
        <w:br/>
      </w:r>
      <w:r>
        <w:rPr>
          <w:sz w:val="20"/>
        </w:rPr>
        <w:t>26:28  to quran mein dekhiye, remark pass karne ki do qismein batai gayi hain. ek hai negative remark, ek hai positive remark.</w:t>
      </w:r>
      <w:r>
        <w:br/>
      </w:r>
      <w:r>
        <w:rPr>
          <w:sz w:val="20"/>
        </w:rPr>
        <w:t>26:39  to positive remark kisi ke baare mein bhi aap de sakte hain, yes ke base par. yaani poori jankari aap ko nahi hai, phir bhi aap us ke baare mein ek baat keh</w:t>
      </w:r>
      <w:r>
        <w:br/>
      </w:r>
      <w:r>
        <w:rPr>
          <w:sz w:val="20"/>
        </w:rPr>
        <w:t>26:52  rahe hain. to agar woh positive remark hai, yaani musbat remark hai, to is par aap ki pakar nahi hogi.</w:t>
      </w:r>
      <w:r>
        <w:br/>
      </w:r>
      <w:r>
        <w:rPr>
          <w:sz w:val="20"/>
        </w:rPr>
        <w:t>27:03  lekin agar woh negative remark hai,</w:t>
      </w:r>
      <w:r>
        <w:br/>
      </w:r>
      <w:r>
        <w:rPr>
          <w:sz w:val="20"/>
        </w:rPr>
        <w:t>27:09  tab to zaroor pakad hogi. is zamane mein, aaj kal jo hai, negative remark ki bohat hi well known surat woh hai jis ko kehte hain character assassination.</w:t>
      </w:r>
      <w:r>
        <w:br/>
      </w:r>
      <w:r>
        <w:rPr>
          <w:sz w:val="20"/>
        </w:rPr>
        <w:t>27:24  character assassination yani kisi ke character ke bare mein aisi baat kehna jis se us ki image kharab hoti ho.</w:t>
      </w:r>
      <w:r>
        <w:br/>
      </w:r>
      <w:r>
        <w:rPr>
          <w:sz w:val="20"/>
        </w:rPr>
        <w:t>27:35  jis se us ki image kharab hoti ho, to woh negative remark hai. aur negative remark bhi ek zan ke base par hota hai, ek guman ke base par hota hai.</w:t>
      </w:r>
      <w:r>
        <w:br/>
      </w:r>
      <w:r>
        <w:rPr>
          <w:sz w:val="20"/>
        </w:rPr>
        <w:t>27:46  lekin woh aisa remark kharab hai, woh gunah hai.</w:t>
      </w:r>
      <w:r>
        <w:br/>
      </w:r>
      <w:r>
        <w:rPr>
          <w:sz w:val="20"/>
        </w:rPr>
        <w:t>27:51  to guess ke base par kehni ki do qismein huin. ek yeh hai ke aap kisi ke bare mein positive remark dein to woh haram nahi hai. aur doosra yeh hai ke aap kisi ke bare mein negative remark dein to woh haram hai.</w:t>
      </w:r>
    </w:p>
    <w:p>
      <w:pPr>
        <w:pStyle w:val="Heading2"/>
      </w:pPr>
      <w:r>
        <w:t>Rethinking the fall of Ottoman Empire</w:t>
      </w:r>
    </w:p>
    <w:p>
      <w:r>
        <w:rPr>
          <w:color w:val="666666"/>
          <w:sz w:val="18"/>
        </w:rPr>
        <w:t>Indian Muslims May 18, 2014 Maulana Wahiduddin Khan · 2m 33s · at 22:33 · https://youtu.be/jHtuZ4UgvEw?t=1353</w:t>
      </w:r>
    </w:p>
    <w:p>
      <w:r>
        <w:rPr>
          <w:i/>
        </w:rPr>
        <w:t>“First World War ke baad Uthmani khilafat toot gayi”</w:t>
      </w:r>
    </w:p>
    <w:p>
      <w:r>
        <w:rPr>
          <w:sz w:val="20"/>
        </w:rPr>
        <w:t>22:33  first world war ke baad Usmani Khilafat jo qaim thi, woh toot gayi. Khilafat Usmani jo thi, jis ka markaz Turki tha, woh toot gayi.</w:t>
      </w:r>
      <w:r>
        <w:br/>
      </w:r>
      <w:r>
        <w:rPr>
          <w:sz w:val="20"/>
        </w:rPr>
        <w:t>22:47  to saare Musalmanon mein, India nahin, saari duniya ke Musalmanon ne is ko suqoot Khilafat kaha. aur har jagah is ko tragedy samajhne mein liya gaya.</w:t>
      </w:r>
      <w:r>
        <w:br/>
      </w:r>
      <w:r>
        <w:rPr>
          <w:sz w:val="20"/>
        </w:rPr>
        <w:t>22:59  tragedy. haalanke yeh bilkul jhooti baat thi. dekhiye, Khilafat Usmani tooti to is ke baad kya hua? bohat saare Muslim country ban gaye.</w:t>
      </w:r>
      <w:r>
        <w:br/>
      </w:r>
      <w:r>
        <w:rPr>
          <w:sz w:val="20"/>
        </w:rPr>
        <w:t>23:12  yaani woh saara ilaaqa jo pehle Turki se kuch log rule kar rahe the aur ek ek Turkish empire qaim thi, woh toot gayi.</w:t>
      </w:r>
      <w:r>
        <w:br/>
      </w:r>
      <w:r>
        <w:rPr>
          <w:sz w:val="20"/>
        </w:rPr>
        <w:t>23:23  to toot gayi ka matlab kya hua? jin mulkon mein in ka rule tha, woh sab alag alag state ban gaye. maslan Saudi Arab, Arab Emarat, Misr, Lebanon, Palestine, Sham waghera waghera sab.</w:t>
      </w:r>
      <w:r>
        <w:br/>
      </w:r>
      <w:r>
        <w:rPr>
          <w:sz w:val="20"/>
        </w:rPr>
        <w:t>23:38  to to aap ko is mein pareshani kya hai? is mein pareshani kya hai? woh phir bhi Muslim mulk maujood hain, phir bhi wahan Musalmanon ki hukoomat hai.</w:t>
      </w:r>
      <w:r>
        <w:br/>
      </w:r>
      <w:r>
        <w:rPr>
          <w:sz w:val="20"/>
        </w:rPr>
        <w:t>23:49  aur is se bari baat mein kehta hoon ke mein in mulkon mein safar kiya hai, mein ne. mein kehta hoon ke Khilafat Usmani jo zamane mein qaim thi, us ke muqable mein aaj yeh mulk hazar guna zyada taraqqi ki hui hai.</w:t>
      </w:r>
      <w:r>
        <w:br/>
      </w:r>
      <w:r>
        <w:rPr>
          <w:sz w:val="20"/>
        </w:rPr>
        <w:t>24:04  aap ka shaq ho to kisi bhi mulk mein jaiye. aap Turki jaiye, Turki mein aaj hazar guna zyada taraqqi hui hai. aap Saudi Arab mein jaiye, hazar guna zyada taraqqi hui hai.</w:t>
      </w:r>
      <w:r>
        <w:br/>
      </w:r>
      <w:r>
        <w:rPr>
          <w:sz w:val="20"/>
        </w:rPr>
        <w:t>24:17  baaz mulkon mein Musalman aapas mein lad rahe hain, jaise Palestine mein, Iraq mein, Pakistan mein, woh alag baat hai.</w:t>
      </w:r>
      <w:r>
        <w:br/>
      </w:r>
      <w:r>
        <w:rPr>
          <w:sz w:val="20"/>
        </w:rPr>
        <w:t>24:27  to is mein mayoosi ki kya baat hai? shikayat ki kya baat hai? is ko suqoot kyun kehte hain aap? yeh to ek naye emergency kahiye. ek naye daur taraqqi kahiye.</w:t>
      </w:r>
      <w:r>
        <w:br/>
      </w:r>
      <w:r>
        <w:rPr>
          <w:sz w:val="20"/>
        </w:rPr>
        <w:t>24:39  lekin yahi hamare saare rehnumaon ne one to all yeh zehan diya. mayoosi ka, shikayat ka. to poori poori millat isi mein jee rahi hai.</w:t>
      </w:r>
      <w:r>
        <w:br/>
      </w:r>
      <w:r>
        <w:rPr>
          <w:sz w:val="20"/>
        </w:rPr>
        <w:t>24:51  yeh nahin kisi ne bataya ke bhai agar Usmani empire toot gaya to is mein nuqsan kya hai? ab bhi hamare saare mulkon mein Muslim hukoomaten qaim hain aur taraqqi kar rahi hain.</w:t>
      </w:r>
    </w:p>
    <w:p>
      <w:pPr>
        <w:pStyle w:val="Heading2"/>
      </w:pPr>
      <w:r>
        <w:t>Hatred taught at home makes good neighborly behavior impossible</w:t>
      </w:r>
    </w:p>
    <w:p>
      <w:r>
        <w:rPr>
          <w:color w:val="666666"/>
          <w:sz w:val="18"/>
        </w:rPr>
        <w:t>Ethical Values in Islam, June 19, 2008 · 2m 18s · at 10:36 · https://youtu.be/2yPff80nSBY?t=636</w:t>
      </w:r>
    </w:p>
    <w:p>
      <w:r>
        <w:rPr>
          <w:i/>
        </w:rPr>
        <w:t>“If you fill your family's hearts with hate for neighbors”</w:t>
      </w:r>
    </w:p>
    <w:p>
      <w:r>
        <w:rPr>
          <w:sz w:val="20"/>
        </w:rPr>
        <w:t>10:36  itni zyada saada nahi hai. jaise main ek misaal doon aap ko ke</w:t>
      </w:r>
      <w:r>
        <w:br/>
      </w:r>
      <w:r>
        <w:rPr>
          <w:sz w:val="20"/>
        </w:rPr>
        <w:t>10:45  aap aik family mein rehte hain, aik society mein rehte hain, aik country mein rehte hain, to agar aap doosron ke khilaaf heat phailayen, to wahan par jin logon ko aap influence karenge, jin ke dil mein heat bharenge,</w:t>
      </w:r>
      <w:r>
        <w:br/>
      </w:r>
      <w:r>
        <w:rPr>
          <w:sz w:val="20"/>
        </w:rPr>
        <w:t>11:03  woh kabhi bhi moral values ko follow nahin kar sakte, kabhi bhi nahin.</w:t>
      </w:r>
      <w:r>
        <w:br/>
      </w:r>
      <w:r>
        <w:rPr>
          <w:sz w:val="20"/>
        </w:rPr>
        <w:t>11:08  misalan aik ghar hai, is ghar ke logon ko, jo members hain aap ki family ke, un ke dil mein aap parosi ke liye heat bharen, din raat yeh batayen ke parosi baray kharab log hain, baray gande log hain,</w:t>
      </w:r>
      <w:r>
        <w:br/>
      </w:r>
      <w:r>
        <w:rPr>
          <w:sz w:val="20"/>
        </w:rPr>
        <w:t>11:24  yeh bohat hi baray log hain. to apne family members ko aap ne yeh kiya ke parosi ke baray mein un ke dil mein heat bhar diya.</w:t>
      </w:r>
      <w:r>
        <w:br/>
      </w:r>
      <w:r>
        <w:rPr>
          <w:sz w:val="20"/>
        </w:rPr>
        <w:t>11:37  ab aap agar kahain ke parosiyon ke sath acha sulook karo, to aap ka kehna bilkul, yaani meaningless hoga. to agar aap chahte hain ke aap apne parosi ke sath acha sulook karen,</w:t>
      </w:r>
      <w:r>
        <w:br/>
      </w:r>
      <w:r>
        <w:rPr>
          <w:sz w:val="20"/>
        </w:rPr>
        <w:t>11:55  to aap ko is se bachna paray ga ke apne family mein, apne family members mein, aap parosi ke baray mein heat bharen.</w:t>
      </w:r>
      <w:r>
        <w:br/>
      </w:r>
      <w:r>
        <w:rPr>
          <w:sz w:val="20"/>
        </w:rPr>
        <w:t>12:05  yeh bilkul ho nahin sakta hai, kabhi bhi. to karna to yeh hai ke parosiyon ke sath aap acha sulook karen, good behaviour aap ka ho, lekin aap ko chalna wahan se paray ga ke parosiyon ke baray mein negative thought agar aata hai aap ke ghar mein,</w:t>
      </w:r>
      <w:r>
        <w:br/>
      </w:r>
      <w:r>
        <w:rPr>
          <w:sz w:val="20"/>
        </w:rPr>
        <w:t>12:22  to aap jaldi se is ko door karen.</w:t>
      </w:r>
      <w:r>
        <w:br/>
      </w:r>
      <w:r>
        <w:rPr>
          <w:sz w:val="20"/>
        </w:rPr>
        <w:t>12:27  bohat si baaten aisi hoti rehti hain apne rishtedaron ke baray mein, parosiyon ke baray mein, relatives ke baray mein, hoti rehti hain barabar.</w:t>
      </w:r>
      <w:r>
        <w:br/>
      </w:r>
      <w:r>
        <w:rPr>
          <w:sz w:val="20"/>
        </w:rPr>
        <w:t>12:39  to jab bhi aisa ho ke is qism ka charchah ho, to isi waqt roken aap is ko. logon ke dil mein negative thought na aanay den, kyun ke agar woh aa gaya to phir, phir, phir border buruz nahin chalegi.</w:t>
      </w:r>
    </w:p>
    <w:p>
      <w:pPr>
        <w:pStyle w:val="Heading2"/>
      </w:pPr>
      <w:r>
        <w:t>Age of beautification and compulsion to greed</w:t>
      </w:r>
    </w:p>
    <w:p>
      <w:r>
        <w:rPr>
          <w:color w:val="666666"/>
          <w:sz w:val="18"/>
        </w:rPr>
        <w:t>Ancient Shirk or Modern Shirk February 1, 2008 Maulana Wahiduddin Khan · 2m 35s · at 40:24 · https://youtu.be/LB6iBYerQmw?t=2424</w:t>
      </w:r>
    </w:p>
    <w:p>
      <w:r>
        <w:rPr>
          <w:i/>
        </w:rPr>
        <w:t>“To yeh age hai, age of beautification”</w:t>
      </w:r>
    </w:p>
    <w:p>
      <w:r>
        <w:rPr>
          <w:sz w:val="20"/>
        </w:rPr>
        <w:t>40:24  har cheez ka beautification. to yeh age hai, age of beautification.</w:t>
      </w:r>
      <w:r>
        <w:br/>
      </w:r>
      <w:r>
        <w:rPr>
          <w:sz w:val="20"/>
        </w:rPr>
        <w:t>40:35  to cheezon ko aisa beautify kar diya gaya hai ke insaan is se ooper uth nahi pata. isi ki taraf dor rahe hain, isi ki taraf dor rahe hain. isi se aaj kal ke zamane mein greed paida hui hai.</w:t>
      </w:r>
      <w:r>
        <w:br/>
      </w:r>
      <w:r>
        <w:rPr>
          <w:sz w:val="20"/>
        </w:rPr>
        <w:t>40:46  pehlay zamane mein itni greed nahi thi kyunke cheezon ko itna beautify nahi kiya gaya tha. abhi bhi agar aap idhar udhar safar karein, duniya mein jayein to aap kahin pohnchenge shehar mein aur kaha jayega ke yahan par king ka mahal hai.</w:t>
      </w:r>
      <w:r>
        <w:br/>
      </w:r>
      <w:r>
        <w:rPr>
          <w:sz w:val="20"/>
        </w:rPr>
        <w:t>41:02  jab wahan pohnchenge to king ka mahal kya hoga? patharon ka ek bangam, ek khara hua ek structure. to jis building ko pehlay ke zamane ka insaan kehta tha palace, aaj ke insaan ke liye woh patharon ka ek ek bangam structure hai.</w:t>
      </w:r>
      <w:r>
        <w:br/>
      </w:r>
      <w:r>
        <w:rPr>
          <w:sz w:val="20"/>
        </w:rPr>
        <w:t>41:20  lekin aaj jo banti hain buildingein, woh kitni beautiful hoti hain. to pehlay zamane mein chalta tha aadmi bail gaadi par, is mein koi beauty nahi thi.</w:t>
      </w:r>
      <w:r>
        <w:br/>
      </w:r>
      <w:r>
        <w:rPr>
          <w:sz w:val="20"/>
        </w:rPr>
        <w:t>41:31  aaj chalta hai car par, is mein bohat zyada beauty hai. to har cheez ko is zamane mein beautify kar diya gaya hai. har cheez ko. is wajah se koi insaan afford nahi kar pata ke is ko woh ignore kare.</w:t>
      </w:r>
      <w:r>
        <w:br/>
      </w:r>
      <w:r>
        <w:rPr>
          <w:sz w:val="20"/>
        </w:rPr>
        <w:t>41:46  kaise ignore karega woh? isi se greed culture paida hua hai. pehlay jo tha, woh duniya mein need culture tha, need based culture.</w:t>
      </w:r>
      <w:r>
        <w:br/>
      </w:r>
      <w:r>
        <w:rPr>
          <w:sz w:val="20"/>
        </w:rPr>
        <w:t>41:59  ab insaan afford nahi kar pata ke woh need based culture par jiye. is ko yani compulsively jana parta hai greed based culture par.</w:t>
      </w:r>
      <w:r>
        <w:br/>
      </w:r>
      <w:r>
        <w:rPr>
          <w:sz w:val="20"/>
        </w:rPr>
        <w:t>42:13  to is zamane mein mein ek yeh kahunga ke compulso greed ka culture aa gaya hai duniya mein. pehlay agar compulso need ka culture tha to ab compulso greed ka culture hai.</w:t>
      </w:r>
      <w:r>
        <w:br/>
      </w:r>
      <w:r>
        <w:rPr>
          <w:sz w:val="20"/>
        </w:rPr>
        <w:t>42:30  pehlay aap kya karte? kuch cheez hi nahi thi ke jis mein aap daudein. bilkul simple qism ke kapre hote thay, saada qism ki, mamooli qism ki charpai hoti thi, mamooli qism ka ghar hota tha.</w:t>
      </w:r>
      <w:r>
        <w:br/>
      </w:r>
      <w:r>
        <w:rPr>
          <w:sz w:val="20"/>
        </w:rPr>
        <w:t>42:43  kuch cheez hi nahi hai jis mein aap dorain. to aap under compulsive need par rehte thay. under compulsive need par rehte thay.</w:t>
      </w:r>
      <w:r>
        <w:br/>
      </w:r>
      <w:r>
        <w:rPr>
          <w:sz w:val="20"/>
        </w:rPr>
        <w:t>42:56  ab under compulsive aap ko grade par jana parta hai.</w:t>
      </w:r>
    </w:p>
    <w:p>
      <w:pPr>
        <w:pStyle w:val="Heading2"/>
      </w:pPr>
      <w:r>
        <w:t>Bhagalpur riot: reacting to slogan escalates</w:t>
      </w:r>
    </w:p>
    <w:p>
      <w:r>
        <w:rPr>
          <w:color w:val="666666"/>
          <w:sz w:val="18"/>
        </w:rPr>
        <w:t>The Importance of Positive Attitude | November 01, 2007 · 2m 32s · at 30:07 · https://youtu.be/r4zLbCBxPyc?t=1807</w:t>
      </w:r>
    </w:p>
    <w:p>
      <w:r>
        <w:rPr>
          <w:i/>
        </w:rPr>
        <w:t>“Bhagalpur ka fasad, woh mere paas laaye”</w:t>
      </w:r>
    </w:p>
    <w:p>
      <w:r>
        <w:rPr>
          <w:sz w:val="20"/>
        </w:rPr>
        <w:t>30:07  bhagalpur ka fasaad.</w:t>
      </w:r>
      <w:r>
        <w:br/>
      </w:r>
      <w:r>
        <w:rPr>
          <w:sz w:val="20"/>
        </w:rPr>
        <w:t>30:12  woh mere paas laye, is kitab ka ek copy mujhe diya unhon ne.</w:t>
      </w:r>
      <w:r>
        <w:br/>
      </w:r>
      <w:r>
        <w:rPr>
          <w:sz w:val="20"/>
        </w:rPr>
        <w:t>30:16  yani khud jo author the is ke, is ka bata raha hoon aap ko.</w:t>
      </w:r>
      <w:r>
        <w:br/>
      </w:r>
      <w:r>
        <w:rPr>
          <w:sz w:val="20"/>
        </w:rPr>
        <w:t>30:21  to maine is ko dekha to sara musalmanon ko nuksan bataya hua tha.</w:t>
      </w:r>
      <w:r>
        <w:br/>
      </w:r>
      <w:r>
        <w:rPr>
          <w:sz w:val="20"/>
        </w:rPr>
        <w:t>30:25  itne ghar jal gaye, itne aadmi mar gaye, itni dukanein loot li gayeen.</w:t>
      </w:r>
      <w:r>
        <w:br/>
      </w:r>
      <w:r>
        <w:rPr>
          <w:sz w:val="20"/>
        </w:rPr>
        <w:t>30:30  sara jo tha woh yahi tha bas, bhara hua.</w:t>
      </w:r>
      <w:r>
        <w:br/>
      </w:r>
      <w:r>
        <w:rPr>
          <w:sz w:val="20"/>
        </w:rPr>
        <w:t>30:34  to maine un se poocha ke yeh bataiye ke fasaad shuru kahan se hua?</w:t>
      </w:r>
      <w:r>
        <w:br/>
      </w:r>
      <w:r>
        <w:rPr>
          <w:sz w:val="20"/>
        </w:rPr>
        <w:t>30:39  to woh batate nahi the.</w:t>
      </w:r>
      <w:r>
        <w:br/>
      </w:r>
      <w:r>
        <w:rPr>
          <w:sz w:val="20"/>
        </w:rPr>
        <w:t>30:42  phir maine ulta un ke kuch pages ko to is mein likha hua tha ek jagah.</w:t>
      </w:r>
      <w:r>
        <w:br/>
      </w:r>
      <w:r>
        <w:rPr>
          <w:sz w:val="20"/>
        </w:rPr>
        <w:t>30:46  ke ek waqia hua.</w:t>
      </w:r>
      <w:r>
        <w:br/>
      </w:r>
      <w:r>
        <w:rPr>
          <w:sz w:val="20"/>
        </w:rPr>
        <w:t>30:50  is par musalmanon ne ek step liya.</w:t>
      </w:r>
      <w:r>
        <w:br/>
      </w:r>
      <w:r>
        <w:rPr>
          <w:sz w:val="20"/>
        </w:rPr>
        <w:t>30:54  aur phir fasaad shuru ho gaya.</w:t>
      </w:r>
      <w:r>
        <w:br/>
      </w:r>
      <w:r>
        <w:rPr>
          <w:sz w:val="20"/>
        </w:rPr>
        <w:t>30:57  ab step kya tha? woh kis baat par tha? yeh nahi tha is mein.</w:t>
      </w:r>
      <w:r>
        <w:br/>
      </w:r>
      <w:r>
        <w:rPr>
          <w:sz w:val="20"/>
        </w:rPr>
        <w:t>31:01  yani ek waqia hua.</w:t>
      </w:r>
      <w:r>
        <w:br/>
      </w:r>
      <w:r>
        <w:rPr>
          <w:sz w:val="20"/>
        </w:rPr>
        <w:t>31:05  aur phir step liya unhon ne. to f</w:t>
      </w:r>
      <w:r>
        <w:br/>
      </w:r>
      <w:r>
        <w:rPr>
          <w:sz w:val="20"/>
        </w:rPr>
        <w:t>31:09  saad shuru ho gaya.</w:t>
      </w:r>
      <w:r>
        <w:br/>
      </w:r>
      <w:r>
        <w:rPr>
          <w:sz w:val="20"/>
        </w:rPr>
        <w:t>31:13  woh waqia kya tha? ke jo juloos nikla tha us ne nara laga diya tha ke "jai maa</w:t>
      </w:r>
      <w:r>
        <w:br/>
      </w:r>
      <w:r>
        <w:rPr>
          <w:sz w:val="20"/>
        </w:rPr>
        <w:t>31:17  kali bhagalpur karo khali".</w:t>
      </w:r>
      <w:r>
        <w:br/>
      </w:r>
      <w:r>
        <w:rPr>
          <w:sz w:val="20"/>
        </w:rPr>
        <w:t>31:22  bhagalpur nahi, woh is market ka naam tha, us mohalle ka naam jahan musalman rehte the.</w:t>
      </w:r>
      <w:r>
        <w:br/>
      </w:r>
      <w:r>
        <w:rPr>
          <w:sz w:val="20"/>
        </w:rPr>
        <w:t>31:26  to is par musalmanon ne ek Step liya aur fasaad shuru ho gaya.</w:t>
      </w:r>
      <w:r>
        <w:br/>
      </w:r>
      <w:r>
        <w:rPr>
          <w:sz w:val="20"/>
        </w:rPr>
        <w:t>31:31  main ne kaha woh Step kya tha woh? to bohat mushkil se unhon ne bataya ke unhon ne</w:t>
      </w:r>
      <w:r>
        <w:br/>
      </w:r>
      <w:r>
        <w:rPr>
          <w:sz w:val="20"/>
        </w:rPr>
        <w:t>31:35  dasti bam mara.</w:t>
      </w:r>
      <w:r>
        <w:br/>
      </w:r>
      <w:r>
        <w:rPr>
          <w:sz w:val="20"/>
        </w:rPr>
        <w:t>31:39  Dasty bomb mara. To main ne kaha yeh Step liya hai? Bhai yeh to kaha hai ke fasad ko bharkaya hai ke yeh? Step kya hai yeh? Yeh Step to nahi hai yeh. Jab aap, unhon ne nara lagaya. Ke "khali karo". Aap ne bomb maar diya. To yeh Step nahi kaha jayega. Yeh fasad ko bharkana kaha jayega. Yeh aag par tel chhidakna kaha jayega.</w:t>
      </w:r>
      <w:r>
        <w:br/>
      </w:r>
      <w:r>
        <w:rPr>
          <w:sz w:val="20"/>
        </w:rPr>
        <w:t>32:09  to is tarah se main ne to unhon ne kaha ke kya karte? musalman, jab aisa naarah laga</w:t>
      </w:r>
      <w:r>
        <w:br/>
      </w:r>
      <w:r>
        <w:rPr>
          <w:sz w:val="20"/>
        </w:rPr>
        <w:t>32:14  rahe the woh.</w:t>
      </w:r>
      <w:r>
        <w:br/>
      </w:r>
      <w:r>
        <w:rPr>
          <w:sz w:val="20"/>
        </w:rPr>
        <w:t>32:18  ke "khali karo".</w:t>
      </w:r>
      <w:r>
        <w:br/>
      </w:r>
      <w:r>
        <w:rPr>
          <w:sz w:val="20"/>
        </w:rPr>
        <w:t>32:22  to hum ne kaha ke aap ne Step liya, bam mara, fasaad hua, yeh hua, woh hua.</w:t>
      </w:r>
      <w:r>
        <w:br/>
      </w:r>
      <w:r>
        <w:rPr>
          <w:sz w:val="20"/>
        </w:rPr>
        <w:t>32:27  to kya musalman wahan se bhag gaye? kaha ke nahi, musalman abhi bhi wahan par hain alhamdulillah.</w:t>
      </w:r>
      <w:r>
        <w:br/>
      </w:r>
      <w:r>
        <w:rPr>
          <w:sz w:val="20"/>
        </w:rPr>
        <w:t>32:31  to main ne kaha abhi bhi jab hain to aap naaray bharkane ki kya zaroorat thi? jo log</w:t>
      </w:r>
      <w:r>
        <w:br/>
      </w:r>
      <w:r>
        <w:rPr>
          <w:sz w:val="20"/>
        </w:rPr>
        <w:t>32:36  itne kamzor hain ke</w:t>
      </w:r>
    </w:p>
    <w:p>
      <w:pPr>
        <w:pStyle w:val="Heading2"/>
      </w:pPr>
      <w:r>
        <w:t>Patience prevents self-defense reaction</w:t>
      </w:r>
    </w:p>
    <w:p>
      <w:r>
        <w:rPr>
          <w:color w:val="666666"/>
          <w:sz w:val="18"/>
        </w:rPr>
        <w:t>Become Alert at Satan's Negative Influence Dec 14 2019 - Maulana Wahiduddin Khan · 1m 28s · at 8:52 · https://youtu.be/njCxCpiLQ60?t=532</w:t>
      </w:r>
    </w:p>
    <w:p>
      <w:r>
        <w:rPr>
          <w:i/>
        </w:rPr>
        <w:t>“Baat to yahi hai”</w:t>
      </w:r>
    </w:p>
    <w:p>
      <w:r>
        <w:rPr>
          <w:sz w:val="20"/>
        </w:rPr>
        <w:t>8:52  baat to yahi hai. baat to yahi hai. aise mauqe par insan ka,</w:t>
      </w:r>
      <w:r>
        <w:br/>
      </w:r>
      <w:r>
        <w:rPr>
          <w:sz w:val="20"/>
        </w:rPr>
        <w:t>9:07  insan ka, insan par self defence jalwa aa jata hai.</w:t>
      </w:r>
      <w:r>
        <w:br/>
      </w:r>
      <w:r>
        <w:rPr>
          <w:sz w:val="20"/>
        </w:rPr>
        <w:t>9:17  woh us ko self respect ka masla bana leta hai. aur bajaye haq knowledge karne ke, woh apne ko bachane ki fikr mein lag jata hai.</w:t>
      </w:r>
      <w:r>
        <w:br/>
      </w:r>
      <w:r>
        <w:rPr>
          <w:sz w:val="20"/>
        </w:rPr>
        <w:t>9:34  mere khayal se to aise hi hota hai.</w:t>
      </w:r>
      <w:r>
        <w:br/>
      </w:r>
      <w:r>
        <w:rPr>
          <w:sz w:val="20"/>
        </w:rPr>
        <w:t>9:40  to is se sabr, is se aadmi ko bachata hai.</w:t>
      </w:r>
      <w:r>
        <w:br/>
      </w:r>
      <w:r>
        <w:rPr>
          <w:sz w:val="20"/>
        </w:rPr>
        <w:t>9:48  yeh sabr ki sab se oonchi qism hai.</w:t>
      </w:r>
      <w:r>
        <w:br/>
      </w:r>
      <w:r>
        <w:rPr>
          <w:sz w:val="20"/>
        </w:rPr>
        <w:t>10:00  jo aadmi apne aap ko</w:t>
      </w:r>
      <w:r>
        <w:br/>
      </w:r>
      <w:r>
        <w:rPr>
          <w:sz w:val="20"/>
        </w:rPr>
        <w:t>10:04  is mani mein sabr wala bana le to wohi kamyab hai.</w:t>
      </w:r>
      <w:r>
        <w:br/>
      </w:r>
      <w:r>
        <w:rPr>
          <w:sz w:val="20"/>
        </w:rPr>
        <w:t>10:17  wohi kamyab hai.</w:t>
      </w:r>
    </w:p>
    <w:p>
      <w:pPr>
        <w:pStyle w:val="Heading2"/>
      </w:pPr>
      <w:r>
        <w:t>the tongue is the most dangerous part of the body</w:t>
      </w:r>
    </w:p>
    <w:p>
      <w:r>
        <w:rPr>
          <w:color w:val="666666"/>
          <w:sz w:val="18"/>
        </w:rPr>
        <w:t>How to Build A Strong Personality June 14, 2008 · 3m 05s · at 29:10 · https://youtu.be/CEzRHSVoQlI?t=1750</w:t>
      </w:r>
    </w:p>
    <w:p>
      <w:r>
        <w:rPr>
          <w:i/>
        </w:rPr>
        <w:t>“Zaban bohot zyada important hai insan ke body mein”</w:t>
      </w:r>
    </w:p>
    <w:p>
      <w:r>
        <w:rPr>
          <w:sz w:val="20"/>
        </w:rPr>
        <w:t>29:10  woh speech ka ek fana hota hai. speech, yeh zaban jo hai, bohat zyada, bohat zyada important hai insan ke body mein.</w:t>
      </w:r>
      <w:r>
        <w:br/>
      </w:r>
      <w:r>
        <w:rPr>
          <w:sz w:val="20"/>
        </w:rPr>
        <w:t>29:24  Rasool Allah ne ek sahabi ko, apne ek contemporary musalman ko</w:t>
      </w:r>
      <w:r>
        <w:br/>
      </w:r>
      <w:r>
        <w:rPr>
          <w:sz w:val="20"/>
        </w:rPr>
        <w:t>29:33  dekha ke woh kuch bol raha hai,</w:t>
      </w:r>
      <w:r>
        <w:br/>
      </w:r>
      <w:r>
        <w:rPr>
          <w:sz w:val="20"/>
        </w:rPr>
        <w:t>29:39  carefree andaaz mein. to aap ne kaha ke apni zaban se bacho, apni zaban se bacho.</w:t>
      </w:r>
      <w:r>
        <w:br/>
      </w:r>
      <w:r>
        <w:rPr>
          <w:sz w:val="20"/>
        </w:rPr>
        <w:t>29:50  to us ne poocha ke humein apni zaban se hi bachna hai?</w:t>
      </w:r>
      <w:r>
        <w:br/>
      </w:r>
      <w:r>
        <w:rPr>
          <w:sz w:val="20"/>
        </w:rPr>
        <w:t>29:54  to aap ne kaha ke yahi zaban jo hai, yahi to ko jahannum mein le jayegi. illa hasaida al-sunatihim zaban ki kheti hi to tum ko jahannum mein le jayegi.</w:t>
      </w:r>
      <w:r>
        <w:br/>
      </w:r>
      <w:r>
        <w:rPr>
          <w:sz w:val="20"/>
        </w:rPr>
        <w:t>30:09  to kheti se kya murad hai? zaban ki kheti se murad zahir hai ke positive remark murad nahi hai, is se murad hai negative remark.</w:t>
      </w:r>
      <w:r>
        <w:br/>
      </w:r>
      <w:r>
        <w:rPr>
          <w:sz w:val="20"/>
        </w:rPr>
        <w:t>30:19  to aap apni zaban ko istemal karne ke mamle mein cautious na hon, muhtat na hon, kuch bhi keh diya karein kisi ke bare mein ke main to janta hoon ke yeh jhoota aadmi hai,</w:t>
      </w:r>
      <w:r>
        <w:br/>
      </w:r>
      <w:r>
        <w:rPr>
          <w:sz w:val="20"/>
        </w:rPr>
        <w:t>30:33  main janta hoon ke yeh corrupt aadmi hai, main to janta hoon ke yeh expatrator aadmi hai. aise log bolte rehte hain,</w:t>
      </w:r>
      <w:r>
        <w:br/>
      </w:r>
      <w:r>
        <w:rPr>
          <w:sz w:val="20"/>
        </w:rPr>
        <w:t>30:44  bolte rehte hain. aise hi</w:t>
      </w:r>
      <w:r>
        <w:br/>
      </w:r>
      <w:r>
        <w:rPr>
          <w:sz w:val="20"/>
        </w:rPr>
        <w:t>30:47  misalan main hinduo ke jalse mein jata hoon bohat dinon se, to ab mere bare mein kuch logon ne kiya propaganda kiya ke yeh to pro hindu hain aur anti muslim hain.</w:t>
      </w:r>
      <w:r>
        <w:br/>
      </w:r>
      <w:r>
        <w:rPr>
          <w:sz w:val="20"/>
        </w:rPr>
        <w:t>31:00  yani pro hindu aur anti muslim hain. yeh kisi ne nahi kiya ke mujh se aage poocha ke wahan ja kar aap kya karte hain? main ne kaha ke main Islam ki baatein kehta hoon, aur kya kehta hoon?</w:t>
      </w:r>
      <w:r>
        <w:br/>
      </w:r>
      <w:r>
        <w:rPr>
          <w:sz w:val="20"/>
        </w:rPr>
        <w:t>31:14  yeh zamana free inquiry ka zamana hai, janne ka zamana hai. log cheezon ke bare mein janna chahte hain.</w:t>
      </w:r>
      <w:r>
        <w:br/>
      </w:r>
      <w:r>
        <w:rPr>
          <w:sz w:val="20"/>
        </w:rPr>
        <w:t>31:25  to log chahte hain ke Islam kya hai? chahe hindu ho ya isai ho, koi bhi ho, woh janna chahta hai ke Islam kya hai. to main wahan ja kar ke batata hoon un ko simple way mein ke Islam yeh hai.</w:t>
      </w:r>
      <w:r>
        <w:br/>
      </w:r>
      <w:r>
        <w:rPr>
          <w:sz w:val="20"/>
        </w:rPr>
        <w:t>31:42  to agar woh mujh se poochte to main batata ke main wahan jata hoon, yani Islam ko introduce karne ke liye, lekin na poocha, na telephone kiya.</w:t>
      </w:r>
      <w:r>
        <w:br/>
      </w:r>
      <w:r>
        <w:rPr>
          <w:sz w:val="20"/>
        </w:rPr>
        <w:t>31:52  apne aap lage logon se bata kehne keh dekho, yeh to hinduo ke jalsay mein jatay hain, yeh to pro hindu hain aur anti muslim hain. yeh hai gas se bolna.</w:t>
      </w:r>
      <w:r>
        <w:br/>
      </w:r>
      <w:r>
        <w:rPr>
          <w:sz w:val="20"/>
        </w:rPr>
        <w:t>32:05  to gas se agar aap bolen to bohat ziyada sochein keh aap jo bolne ja rahe hain, woh negative hai ya positive hai.</w:t>
      </w:r>
    </w:p>
    <w:p>
      <w:pPr>
        <w:pStyle w:val="Heading2"/>
      </w:pPr>
      <w:r>
        <w:t>Hadith on ijtihad reward and closed door</w:t>
      </w:r>
    </w:p>
    <w:p>
      <w:r>
        <w:rPr>
          <w:color w:val="666666"/>
          <w:sz w:val="18"/>
        </w:rPr>
        <w:t>The Importance of Ijtihad August 1, 2010 · 1m 57s · at 37:33 · https://youtu.be/3q98aQ-j2ks?t=2253</w:t>
      </w:r>
    </w:p>
    <w:p>
      <w:r>
        <w:rPr>
          <w:i/>
        </w:rPr>
        <w:t>“Dekhiye, Bukhari mein ek riwayat hai ijtihad ke bare mein.”</w:t>
      </w:r>
    </w:p>
    <w:p>
      <w:r>
        <w:rPr>
          <w:sz w:val="20"/>
        </w:rPr>
        <w:t>37:33  dekhiye, bukhari mein ek riwayat hai ijtihad ke bare mein.</w:t>
      </w:r>
      <w:r>
        <w:br/>
      </w:r>
      <w:r>
        <w:rPr>
          <w:sz w:val="20"/>
        </w:rPr>
        <w:t>37:40  bukhari mein riwayat hai ke ek shakhs jab ijtihad karta hai</w:t>
      </w:r>
      <w:r>
        <w:br/>
      </w:r>
      <w:r>
        <w:rPr>
          <w:sz w:val="20"/>
        </w:rPr>
        <w:t>37:48  to woh ijtihad is ka khata galat bhi ho sakta hai, sahi ho sakta hai. Yani sahi ijtihad bhi hoga is ka aur galat ijtihad bhi hoga, dono imkan hain.</w:t>
      </w:r>
      <w:r>
        <w:br/>
      </w:r>
      <w:r>
        <w:rPr>
          <w:sz w:val="20"/>
        </w:rPr>
        <w:t>37:59  yani khata ka bhi aur sawab ka bhi. Almushtahid ikhtalaf waise</w:t>
      </w:r>
      <w:r>
        <w:br/>
      </w:r>
      <w:r>
        <w:rPr>
          <w:sz w:val="20"/>
        </w:rPr>
        <w:t>38:05  to hadith mein aata hai ke agar is ne ijtihad kiya aur is ka is ka sahi tha to is ko double sawab mile ga. Aur agar is ne ijtihad kiya aur ijtihad mein ghalati kar gaya woh to is ko ek sawab mile ga.</w:t>
      </w:r>
      <w:r>
        <w:br/>
      </w:r>
      <w:r>
        <w:rPr>
          <w:sz w:val="20"/>
        </w:rPr>
        <w:t>38:21  is ka matlab kya hai? Yeh usloob Rasool Allah ne kyun ikhtiyar kiya? Is par ghor kijiye</w:t>
      </w:r>
      <w:r>
        <w:br/>
      </w:r>
      <w:r>
        <w:rPr>
          <w:sz w:val="20"/>
        </w:rPr>
        <w:t>38:27  ke Rasool Allah ne aisa kyun kaha ke tum ijtihad karne mein agar ghalati kar jao to tum ko ek sawab mile ga aur sahi ijtihad tumhara double sawab mile ga?</w:t>
      </w:r>
      <w:r>
        <w:br/>
      </w:r>
      <w:r>
        <w:rPr>
          <w:sz w:val="20"/>
        </w:rPr>
        <w:t>38:40  aisa kyun farmaya?</w:t>
      </w:r>
      <w:r>
        <w:br/>
      </w:r>
      <w:r>
        <w:rPr>
          <w:sz w:val="20"/>
        </w:rPr>
        <w:t>38:44  aap is ka matlab yeh hai ke you have to exercise ijtihad at any cost.</w:t>
      </w:r>
      <w:r>
        <w:br/>
      </w:r>
      <w:r>
        <w:rPr>
          <w:sz w:val="20"/>
        </w:rPr>
        <w:t>38:54  kitni ahem baat hai yeh!</w:t>
      </w:r>
      <w:r>
        <w:br/>
      </w:r>
      <w:r>
        <w:rPr>
          <w:sz w:val="20"/>
        </w:rPr>
        <w:t>39:00  yani exercise ijtihad even at the risk of wrong ijtihad.</w:t>
      </w:r>
      <w:r>
        <w:br/>
      </w:r>
      <w:r>
        <w:rPr>
          <w:sz w:val="20"/>
        </w:rPr>
        <w:t>39:08  galat ijtihad ka khatra ho tab bhi ijtihad karo. Wahan woh hamare ab scholar logon ne kiya kar kiya ke chunke ijtihad mutlaq ki salahiyat ab logon mein nahi hai, ijtihad ghalati kar jayenge to ijtihad darwaza band.</w:t>
      </w:r>
      <w:r>
        <w:br/>
      </w:r>
      <w:r>
        <w:rPr>
          <w:sz w:val="20"/>
        </w:rPr>
        <w:t>39:22  phir ulta kar liya unhon ne. Sare scholar jitne hain woh kehte hain ke ab sirf muqaiyad ijtihad jaiz hai.</w:t>
      </w:r>
    </w:p>
    <w:p>
      <w:pPr>
        <w:pStyle w:val="Heading2"/>
      </w:pPr>
      <w:r>
        <w:t>Hyderabad royal road closure and reality acceptance</w:t>
      </w:r>
    </w:p>
    <w:p>
      <w:r>
        <w:rPr>
          <w:color w:val="666666"/>
          <w:sz w:val="18"/>
        </w:rPr>
        <w:t>Principle of Avoidance in Islam I 12 Dec, 2010 - Maulana Wahiduddin Khan · 2m 18s · at 36:32 · https://youtu.be/LcEmPmf5es0?t=2192</w:t>
      </w:r>
    </w:p>
    <w:p>
      <w:r>
        <w:rPr>
          <w:i/>
        </w:rPr>
        <w:t>“Nintey forty-seven se pehle main gaya tha Hyderabad.”</w:t>
      </w:r>
    </w:p>
    <w:p>
      <w:r>
        <w:rPr>
          <w:sz w:val="20"/>
        </w:rPr>
        <w:t>36:32  jo daudane, jo aisa kare ke doosri gaadi ko band karna chahe to woh chalne wala bhi nahi. mein apna ek ek ek dilchasp tajruba arz karta hoon.</w:t>
      </w:r>
      <w:r>
        <w:br/>
      </w:r>
      <w:r>
        <w:rPr>
          <w:sz w:val="20"/>
        </w:rPr>
        <w:t>36:43  ninety forty seven se pehle mein gaya tha Hyderabad. jab wahan nawab ki riyasat thi qaim.</w:t>
      </w:r>
      <w:r>
        <w:br/>
      </w:r>
      <w:r>
        <w:rPr>
          <w:sz w:val="20"/>
        </w:rPr>
        <w:t>36:52  ninety forty seven se pehle.</w:t>
      </w:r>
      <w:r>
        <w:br/>
      </w:r>
      <w:r>
        <w:rPr>
          <w:sz w:val="20"/>
        </w:rPr>
        <w:t>36:56  to ek road par mein paidal chal raha tha. achaanak mein ne dekha ke saare road par police wale phail gaye hain. aur sab ko hata rahe hain police.</w:t>
      </w:r>
      <w:r>
        <w:br/>
      </w:r>
      <w:r>
        <w:rPr>
          <w:sz w:val="20"/>
        </w:rPr>
        <w:t>37:07  danday liye gaye hain.</w:t>
      </w:r>
      <w:r>
        <w:br/>
      </w:r>
      <w:r>
        <w:rPr>
          <w:sz w:val="20"/>
        </w:rPr>
        <w:t>37:08  to mujh ko aur sab logon ko unhone side ke raston, galiyon mein daal diya. jo road thi, main road, us ko ek dam khaali kar diya unhone.</w:t>
      </w:r>
      <w:r>
        <w:br/>
      </w:r>
      <w:r>
        <w:rPr>
          <w:sz w:val="20"/>
        </w:rPr>
        <w:t>37:20  mein jaanta tha nahi tha ke kya ho raha hai yeh. to koi bhi aadmi chahe paidal ho ya rickshaw par ho.</w:t>
      </w:r>
      <w:r>
        <w:br/>
      </w:r>
      <w:r>
        <w:rPr>
          <w:sz w:val="20"/>
        </w:rPr>
        <w:t>37:30  is waqt zayada tar rikshay sawari karte thay log. to sab side ke raston mein, side galiyon mein, side ke road par daal diye gaye.</w:t>
      </w:r>
      <w:r>
        <w:br/>
      </w:r>
      <w:r>
        <w:rPr>
          <w:sz w:val="20"/>
        </w:rPr>
        <w:t>37:39  aur road par bilkul khali kar diye yahan se wahan tak. ab mein dekh raha tha, tamasha dekh raha tha. phir</w:t>
      </w:r>
      <w:r>
        <w:br/>
      </w:r>
      <w:r>
        <w:rPr>
          <w:sz w:val="20"/>
        </w:rPr>
        <w:t>37:47  teen car zahir huin. teen carain. aur tezi se aayi idhar se aur phir idhar chali gayi. maloom hua ke is mein beech mein nawab hyderabad hain.</w:t>
      </w:r>
      <w:r>
        <w:br/>
      </w:r>
      <w:r>
        <w:rPr>
          <w:sz w:val="20"/>
        </w:rPr>
        <w:t>38:02  aage ek car hai un ki</w:t>
      </w:r>
      <w:r>
        <w:br/>
      </w:r>
      <w:r>
        <w:rPr>
          <w:sz w:val="20"/>
        </w:rPr>
        <w:t>38:04  aur peechay ek car hai un ki. in ka amla hai, in ki security hai. phir jab baad ko mein hyderabad gaya to ab kuch bhi nahin.</w:t>
      </w:r>
      <w:r>
        <w:br/>
      </w:r>
      <w:r>
        <w:rPr>
          <w:sz w:val="20"/>
        </w:rPr>
        <w:t>38:16  ab nawab sahab ke bete atay hain, jatay hain to koi road khali nahin ki aati.</w:t>
      </w:r>
      <w:r>
        <w:br/>
      </w:r>
      <w:r>
        <w:rPr>
          <w:sz w:val="20"/>
        </w:rPr>
        <w:t>38:22  jo doosray chalte hain waisay un ko bhi chalna parta hai. to agar aap aisa karein to woh chalne wala nahin hai woh. khuda ki dunya mein agar aap ba-khud chand din aisa karein ke sab ki gariyan rok dein, sab ke rastay band kar dein</w:t>
      </w:r>
      <w:r>
        <w:br/>
      </w:r>
      <w:r>
        <w:rPr>
          <w:sz w:val="20"/>
        </w:rPr>
        <w:t>38:40  to chalne wala nahin hai, woh toot jaye ga woh. kyun? There is again the creation plan of God.</w:t>
      </w:r>
    </w:p>
    <w:p>
      <w:pPr>
        <w:pStyle w:val="Heading2"/>
      </w:pPr>
      <w:r>
        <w:t>Acknowledging wrong leads to growth</w:t>
      </w:r>
    </w:p>
    <w:p>
      <w:r>
        <w:rPr>
          <w:color w:val="666666"/>
          <w:sz w:val="18"/>
        </w:rPr>
        <w:t>Dars-e-Quran, Chapter 2, Verse 37 | January  07, 2018 · 1m 31s · at 10:54 · https://youtu.be/ao6Cr57KuEM?t=654</w:t>
      </w:r>
    </w:p>
    <w:p>
      <w:r>
        <w:rPr>
          <w:i/>
        </w:rPr>
        <w:t>“Kaisi ajeeb baat hai? To is ayat se ye sabq milta hai”</w:t>
      </w:r>
    </w:p>
    <w:p>
      <w:r>
        <w:rPr>
          <w:sz w:val="20"/>
        </w:rPr>
        <w:t>10:54  kaisi ajib baat hai? to is is ayat se ye sabak milta hai ke etiraf mein, acknowledge karne mein, I was wrong kehne ka kya hai? acknowledge karna hai, etiraf karna hai. to acknowledge karne mein, etiraf karne mein kabhi bhi aap peeche na</w:t>
      </w:r>
      <w:r>
        <w:br/>
      </w:r>
      <w:r>
        <w:rPr>
          <w:sz w:val="20"/>
        </w:rPr>
        <w:t>11:24  rahiye. foran keh dijiye ke ye baat mere liye nai hai, ye baat mujhe ajib maloom hui, main is se pehle nahi janta tha is baat ko. to agar aap ke andar ye mizaj ho, ye spirit ho, to ab kya hoga? aap ki creativity barhe gi, aap</w:t>
      </w:r>
      <w:r>
        <w:br/>
      </w:r>
      <w:r>
        <w:rPr>
          <w:sz w:val="20"/>
        </w:rPr>
        <w:t>11:54  کا intellectual development، intellectual development بڑھے گا، آپ کی spiritual development بڑھے گا۔</w:t>
      </w:r>
      <w:r>
        <w:br/>
      </w:r>
      <w:r>
        <w:rPr>
          <w:sz w:val="20"/>
        </w:rPr>
        <w:t>12:04  har aitbaar se aap grow karenge, grow karenge, grow karenge.</w:t>
      </w:r>
      <w:r>
        <w:br/>
      </w:r>
      <w:r>
        <w:rPr>
          <w:sz w:val="20"/>
        </w:rPr>
        <w:t>12:15  aur agar aap ke andar yeh mizaj na ho, I was wrong kehne ka, to aap</w:t>
      </w:r>
    </w:p>
    <w:p>
      <w:pPr>
        <w:pStyle w:val="Heading2"/>
      </w:pPr>
      <w:r>
        <w:t>Sawm trains desire and ego management</w:t>
      </w:r>
    </w:p>
    <w:p>
      <w:r>
        <w:rPr>
          <w:color w:val="666666"/>
          <w:sz w:val="18"/>
        </w:rPr>
        <w:t>Fasting I 9th May 07 · 3m 02s · at 16:32 · https://youtu.be/FU1JoXdA9us?t=992</w:t>
      </w:r>
    </w:p>
    <w:p>
      <w:r>
        <w:rPr>
          <w:i/>
        </w:rPr>
        <w:t>“Then, you know, man has many mean desires, different kinds of desires”</w:t>
      </w:r>
    </w:p>
    <w:p>
      <w:r>
        <w:rPr>
          <w:sz w:val="20"/>
        </w:rPr>
        <w:t>16:32  self-interest or other kinds of desires.</w:t>
      </w:r>
      <w:r>
        <w:br/>
      </w:r>
      <w:r>
        <w:rPr>
          <w:sz w:val="20"/>
        </w:rPr>
        <w:t>16:38  So these desires are given to man not as an evil.</w:t>
      </w:r>
      <w:r>
        <w:br/>
      </w:r>
      <w:r>
        <w:rPr>
          <w:sz w:val="20"/>
        </w:rPr>
        <w:t>16:44  These desires are also as a test paper.</w:t>
      </w:r>
      <w:r>
        <w:br/>
      </w:r>
      <w:r>
        <w:rPr>
          <w:sz w:val="20"/>
        </w:rPr>
        <w:t>16:50  And we have to control these desires.</w:t>
      </w:r>
      <w:r>
        <w:br/>
      </w:r>
      <w:r>
        <w:rPr>
          <w:sz w:val="20"/>
        </w:rPr>
        <w:t>16:56  And Sawm only prepares us</w:t>
      </w:r>
      <w:r>
        <w:br/>
      </w:r>
      <w:r>
        <w:rPr>
          <w:sz w:val="20"/>
        </w:rPr>
        <w:t xml:space="preserve">17:02  </w:t>
      </w:r>
      <w:r>
        <w:br/>
      </w:r>
      <w:r>
        <w:rPr>
          <w:sz w:val="20"/>
        </w:rPr>
        <w:t>17:08  Sawm enables us to control these desires.</w:t>
      </w:r>
      <w:r>
        <w:br/>
      </w:r>
      <w:r>
        <w:rPr>
          <w:sz w:val="20"/>
        </w:rPr>
        <w:t>17:14  Here, I would like to say that these things are not evil, but they have two aspects, positive</w:t>
      </w:r>
      <w:r>
        <w:br/>
      </w:r>
      <w:r>
        <w:rPr>
          <w:sz w:val="20"/>
        </w:rPr>
        <w:t>17:21  aspect and negative aspect.</w:t>
      </w:r>
      <w:r>
        <w:br/>
      </w:r>
      <w:r>
        <w:rPr>
          <w:sz w:val="20"/>
        </w:rPr>
        <w:t>17:27  Let us take the example of ego. Everyone</w:t>
      </w:r>
      <w:r>
        <w:br/>
      </w:r>
      <w:r>
        <w:rPr>
          <w:sz w:val="20"/>
        </w:rPr>
        <w:t>17:33  has ego.</w:t>
      </w:r>
      <w:r>
        <w:br/>
      </w:r>
      <w:r>
        <w:rPr>
          <w:sz w:val="20"/>
        </w:rPr>
        <w:t>17:38  Everybody is born with ego.</w:t>
      </w:r>
      <w:r>
        <w:br/>
      </w:r>
      <w:r>
        <w:rPr>
          <w:sz w:val="20"/>
        </w:rPr>
        <w:t>17:43  Ego is a part of human life.</w:t>
      </w:r>
      <w:r>
        <w:br/>
      </w:r>
      <w:r>
        <w:rPr>
          <w:sz w:val="20"/>
        </w:rPr>
        <w:t>17:48  But ego is not an evil.</w:t>
      </w:r>
      <w:r>
        <w:br/>
      </w:r>
      <w:r>
        <w:rPr>
          <w:sz w:val="20"/>
        </w:rPr>
        <w:t>17:53  There are two aspects of ego, positive or negative.</w:t>
      </w:r>
      <w:r>
        <w:br/>
      </w:r>
      <w:r>
        <w:rPr>
          <w:sz w:val="20"/>
        </w:rPr>
        <w:t>17:58  The positive aspect of ego is that it gives you determin</w:t>
      </w:r>
      <w:r>
        <w:br/>
      </w:r>
      <w:r>
        <w:rPr>
          <w:sz w:val="20"/>
        </w:rPr>
        <w:t>18:03  ation.</w:t>
      </w:r>
      <w:r>
        <w:br/>
      </w:r>
      <w:r>
        <w:rPr>
          <w:sz w:val="20"/>
        </w:rPr>
        <w:t>18:08  It gives you assertion.</w:t>
      </w:r>
      <w:r>
        <w:br/>
      </w:r>
      <w:r>
        <w:rPr>
          <w:sz w:val="20"/>
        </w:rPr>
        <w:t>18:13  Without ego, you cannot assert.</w:t>
      </w:r>
      <w:r>
        <w:br/>
      </w:r>
      <w:r>
        <w:rPr>
          <w:sz w:val="20"/>
        </w:rPr>
        <w:t>18:18  So ego is the source of determinism.</w:t>
      </w:r>
      <w:r>
        <w:br/>
      </w:r>
      <w:r>
        <w:rPr>
          <w:sz w:val="20"/>
        </w:rPr>
        <w:t>18:23  This is the positive point of ego.</w:t>
      </w:r>
      <w:r>
        <w:br/>
      </w:r>
      <w:r>
        <w:rPr>
          <w:sz w:val="20"/>
        </w:rPr>
        <w:t>18:28  But the negative point is that sometimes your ego is so</w:t>
      </w:r>
      <w:r>
        <w:br/>
      </w:r>
      <w:r>
        <w:rPr>
          <w:sz w:val="20"/>
        </w:rPr>
        <w:t>18:33  inflammated that you become arrogant.</w:t>
      </w:r>
      <w:r>
        <w:br/>
      </w:r>
      <w:r>
        <w:rPr>
          <w:sz w:val="20"/>
        </w:rPr>
        <w:t>18:43  So if your ego turns into arrogance, then it is the negative aspect of ego.</w:t>
      </w:r>
      <w:r>
        <w:br/>
      </w:r>
      <w:r>
        <w:rPr>
          <w:sz w:val="20"/>
        </w:rPr>
        <w:t>18:54  But if it gives you assertion and determinism, then it is the positive aspect of ego. So</w:t>
      </w:r>
      <w:r>
        <w:br/>
      </w:r>
      <w:r>
        <w:rPr>
          <w:sz w:val="20"/>
        </w:rPr>
        <w:t>19:04  Sawm enables you to manage your ego.</w:t>
      </w:r>
      <w:r>
        <w:br/>
      </w:r>
      <w:r>
        <w:rPr>
          <w:sz w:val="20"/>
        </w:rPr>
        <w:t>19:14  When you, in Sawm, in the during fasting, you are trained to manage your desires, desires of drink,</w:t>
      </w:r>
      <w:r>
        <w:br/>
      </w:r>
      <w:r>
        <w:rPr>
          <w:sz w:val="20"/>
        </w:rPr>
        <w:t>19:24  desires of food</w:t>
      </w:r>
    </w:p>
    <w:p>
      <w:pPr>
        <w:pStyle w:val="Heading2"/>
      </w:pPr>
      <w:r>
        <w:t>Modern religious freedom is gift from the West</w:t>
      </w:r>
    </w:p>
    <w:p>
      <w:r>
        <w:rPr>
          <w:color w:val="666666"/>
          <w:sz w:val="18"/>
        </w:rPr>
        <w:t>Realistic Approach March 30, 2014 Maulana Wahiduddin Khan · 1m 11s · at 36:45 · https://youtu.be/K36UonBsGlA?t=2205</w:t>
      </w:r>
    </w:p>
    <w:p>
      <w:r>
        <w:rPr>
          <w:i/>
        </w:rPr>
        <w:t>“In the time of the Prophet, there was beatings and persecution.”</w:t>
      </w:r>
    </w:p>
    <w:p>
      <w:r>
        <w:rPr>
          <w:sz w:val="20"/>
        </w:rPr>
        <w:t>36:45  Rasool Allah ke zamanay mein shuru mein hua maar peet hoti thi. kyunke woh zaman tha Religious Persecution ka zamanay. mazhabi jabr ka zamanay.</w:t>
      </w:r>
      <w:r>
        <w:br/>
      </w:r>
      <w:r>
        <w:rPr>
          <w:sz w:val="20"/>
        </w:rPr>
        <w:t>36:55  ab saari duniya mein Religious Freedom ka zamanay hai.</w:t>
      </w:r>
      <w:r>
        <w:br/>
      </w:r>
      <w:r>
        <w:rPr>
          <w:sz w:val="20"/>
        </w:rPr>
        <w:t>37:02  aise hi dekhiye aap jab nikle duniya mein Islam phailanay ke liye to kahin jangal haa'il tha, kahin samandar rukawat tha, kahin koi mulk rukawat tha.</w:t>
      </w:r>
      <w:r>
        <w:br/>
      </w:r>
      <w:r>
        <w:rPr>
          <w:sz w:val="20"/>
        </w:rPr>
        <w:t>37:15  aaj Modern Communication ke zamanay mein hum yahan bol rahe hain aur saari duniya mein log sun rahe hain. kaisa ajeeb hai. kabhi is se pehle mumkin nahi tha ke ek daa'i ek maqam par bolay aur saari duniya mein us ko suna jaye.</w:t>
      </w:r>
      <w:r>
        <w:br/>
      </w:r>
      <w:r>
        <w:rPr>
          <w:sz w:val="20"/>
        </w:rPr>
        <w:t>37:30  yeh kis ne kiya? yeh daur kaun laya? yeh ahl-e-maghrib laye. ahl-e-maghrib yeh laye yeh daur ke ab na jangal rukawat hai, na samandar rukawat hai,</w:t>
      </w:r>
      <w:r>
        <w:br/>
      </w:r>
      <w:r>
        <w:rPr>
          <w:sz w:val="20"/>
        </w:rPr>
        <w:t>37:45  na koi hukoomat rukawat hai. deewarein sab toot gayeen. saari deewarein toot chuki hain. aap ek jagah boliye aur saari duniya mein awaaz suni jayegi.</w:t>
      </w:r>
    </w:p>
    <w:p>
      <w:pPr>
        <w:pStyle w:val="Heading2"/>
      </w:pPr>
      <w:r>
        <w:t>Ignore provocation, live unilaterally</w:t>
      </w:r>
    </w:p>
    <w:p>
      <w:r>
        <w:rPr>
          <w:color w:val="666666"/>
          <w:sz w:val="18"/>
        </w:rPr>
        <w:t>Art of War and Islam · 2m 28s · at 4:57 · https://youtu.be/LvYP_pf17S0?t=297</w:t>
      </w:r>
    </w:p>
    <w:p>
      <w:r>
        <w:rPr>
          <w:i/>
        </w:rPr>
        <w:t>“Once a man came to the Prophet of Islam”</w:t>
      </w:r>
    </w:p>
    <w:p>
      <w:r>
        <w:rPr>
          <w:sz w:val="20"/>
        </w:rPr>
        <w:t>4:57  Once a man came to the Prophet of Islam, he said, "O Prophet, give me a master advice by which I may be able to address, I may be able to manage all the affairs of my life." The Prophet said,</w:t>
      </w:r>
      <w:r>
        <w:br/>
      </w:r>
      <w:r>
        <w:rPr>
          <w:sz w:val="20"/>
        </w:rPr>
        <w:t>5:18  "La tağzab." Don't be angry.</w:t>
      </w:r>
      <w:r>
        <w:br/>
      </w:r>
      <w:r>
        <w:rPr>
          <w:sz w:val="20"/>
        </w:rPr>
        <w:t>5:24  Now you know that</w:t>
      </w:r>
      <w:r>
        <w:br/>
      </w:r>
      <w:r>
        <w:rPr>
          <w:sz w:val="20"/>
        </w:rPr>
        <w:t>5:33  anger is not a normal phenomenon. Anger is the outcome of an abnormal situation.</w:t>
      </w:r>
      <w:r>
        <w:br/>
      </w:r>
      <w:r>
        <w:rPr>
          <w:sz w:val="20"/>
        </w:rPr>
        <w:t>5:47  What is anger?</w:t>
      </w:r>
      <w:r>
        <w:br/>
      </w:r>
      <w:r>
        <w:rPr>
          <w:sz w:val="20"/>
        </w:rPr>
        <w:t>5:49  When you face some unwanted situation, when one hits your ego, when one</w:t>
      </w:r>
      <w:r>
        <w:br/>
      </w:r>
      <w:r>
        <w:rPr>
          <w:sz w:val="20"/>
        </w:rPr>
        <w:t>6:07  provokes you, then you become angry.</w:t>
      </w:r>
      <w:r>
        <w:br/>
      </w:r>
      <w:r>
        <w:rPr>
          <w:sz w:val="20"/>
        </w:rPr>
        <w:t>6:13  So when the Prophet said that "La tağzab, don't be angry," it means that it means that</w:t>
      </w:r>
      <w:r>
        <w:br/>
      </w:r>
      <w:r>
        <w:rPr>
          <w:sz w:val="20"/>
        </w:rPr>
        <w:t>6:27  don't be angry even when provoked.</w:t>
      </w:r>
      <w:r>
        <w:br/>
      </w:r>
      <w:r>
        <w:rPr>
          <w:sz w:val="20"/>
        </w:rPr>
        <w:t>6:32  So the formula of life is that</w:t>
      </w:r>
      <w:r>
        <w:br/>
      </w:r>
      <w:r>
        <w:rPr>
          <w:sz w:val="20"/>
        </w:rPr>
        <w:t>6:38  ignore provocation and</w:t>
      </w:r>
      <w:r>
        <w:br/>
      </w:r>
      <w:r>
        <w:rPr>
          <w:sz w:val="20"/>
        </w:rPr>
        <w:t>6:46  try to live</w:t>
      </w:r>
      <w:r>
        <w:br/>
      </w:r>
      <w:r>
        <w:rPr>
          <w:sz w:val="20"/>
        </w:rPr>
        <w:t>6:48  a positive life</w:t>
      </w:r>
      <w:r>
        <w:br/>
      </w:r>
      <w:r>
        <w:rPr>
          <w:sz w:val="20"/>
        </w:rPr>
        <w:t>6:51  on a unilateral basis.</w:t>
      </w:r>
      <w:r>
        <w:br/>
      </w:r>
      <w:r>
        <w:rPr>
          <w:sz w:val="20"/>
        </w:rPr>
        <w:t>6:59  Ignore provocation and live a life of</w:t>
      </w:r>
      <w:r>
        <w:br/>
      </w:r>
      <w:r>
        <w:rPr>
          <w:sz w:val="20"/>
        </w:rPr>
        <w:t>7:09  ignore</w:t>
      </w:r>
      <w:r>
        <w:br/>
      </w:r>
      <w:r>
        <w:rPr>
          <w:sz w:val="20"/>
        </w:rPr>
        <w:t>7:13  provocation and adopt positive behavior on a unilateral basis.</w:t>
      </w:r>
    </w:p>
    <w:p>
      <w:pPr>
        <w:pStyle w:val="Heading2"/>
      </w:pPr>
      <w:r>
        <w:t>Why Maulana emphasized controlling anger</w:t>
      </w:r>
    </w:p>
    <w:p>
      <w:r>
        <w:rPr>
          <w:color w:val="666666"/>
          <w:sz w:val="18"/>
        </w:rPr>
        <w:t>Importance of Patience in Islam December 11, 2022 · 2m 35s · at 57:17 · https://youtu.be/Cy59II1dC-I?t=3437</w:t>
      </w:r>
    </w:p>
    <w:p>
      <w:r>
        <w:rPr>
          <w:i/>
        </w:rPr>
        <w:t>“Maulana always emphasized controlling anger”</w:t>
      </w:r>
    </w:p>
    <w:p>
      <w:r>
        <w:rPr>
          <w:sz w:val="20"/>
        </w:rPr>
        <w:t>57:17  । Unhone likha ke Maulana Wahiduddin Khan sahab gusse par qabu karne ke liye bahut zor diya karte the. To aisa kyun hai, iske bare mein bataye. Aapne aaj kafi baatein share kari jo iska jawab deti hain. Lekin kuch aur aap agar ismein add karna chahe ke Maulana sahab kyun itna zyada emphasize karte the.</w:t>
      </w:r>
      <w:r>
        <w:br/>
      </w:r>
      <w:r>
        <w:rPr>
          <w:sz w:val="20"/>
        </w:rPr>
        <w:t>57:39  Ek ek cheez to mujhe ekdam fauran yaad aati hai aapka ke woh kehte the ke jab aap kisi ki baat se gussa ho rahe hain, to iska matlab yeh hai that you are allowing that person to dictate you. So don't get dictated by that person, kyunke phir aapki sochne ki kshamta, aapki jo creativity hai, woh sab khatm ho jati hai. To kuch aur aap ismein aap batana chahe. Ismein dono ba</w:t>
      </w:r>
      <w:r>
        <w:br/>
      </w:r>
      <w:r>
        <w:rPr>
          <w:sz w:val="20"/>
        </w:rPr>
        <w:t>58:07  at hai. Ek to ke agar hum gussa ho rahe hain, to wohi jo maine abhi bataya tha ke utni der hum Khuda ka shukr ada nahi kar rahe hain. Phir gussa ho rahe hain, to iska matlab hai ke hum us insaan ke sachche maane mein well-wisher nahi hain. Ab bilkul ek misaal main dungi, jaise maa aur bachcha hota hai, chhota bachcha hota hai. To bachcha maa ko maar bhi deta hai, tab bhi maa usko lekar god mein laga leti hai, god mein le</w:t>
      </w:r>
      <w:r>
        <w:br/>
      </w:r>
      <w:r>
        <w:rPr>
          <w:sz w:val="20"/>
        </w:rPr>
        <w:t>58:34  leti hai, kyunke woh sachmuch dil se usse usko chahti hai. To humko ab tamam insano se ek hamare do kaam hain. Ek to Khuda se mohabbat aur tamam insaan, jo ke Khuda ke bande hain, tamam insano se humko mohabbat honi chahiye. Unka humein well-wisher hona chahiye.</w:t>
      </w:r>
      <w:r>
        <w:br/>
      </w:r>
      <w:r>
        <w:rPr>
          <w:sz w:val="20"/>
        </w:rPr>
        <w:t>58:54  Agar hum unki baat par gussa ho gaye, to iska matlab hamare andar koi kami hai ke hum unke sachche well-wisher nahi hain. Aur agar hum sachche well-wisher nahi hain, to hum aur hum kaise apni baat usko pahuncha sakte hain?</w:t>
      </w:r>
      <w:r>
        <w:br/>
      </w:r>
      <w:r>
        <w:rPr>
          <w:sz w:val="20"/>
        </w:rPr>
        <w:t>59:06  To uski baat ko hum, humein apni baat ko pahunchane ke liye, humein uska sachcha well-wisher banna padega. Tabhi hamari baat uske dil tak pahunchegi. To yeh Maulana kabhi isiliye gussa nahi hote the. Aakhir waqt tak woh positivity ki baat karte rahe</w:t>
      </w:r>
      <w:r>
        <w:br/>
      </w:r>
      <w:r>
        <w:rPr>
          <w:sz w:val="20"/>
        </w:rPr>
        <w:t>59:23  । Balki mujhe to aakhri lafz yahi yaad hai, positivity, jo unhone kaha. To aakhri waqt tak woh bilkul woh kehte the ke insaan ko 100% apni positive personality banani hai, tabhi humein jannat accept karegi. To yeh to bahut hi badi baat hai. Humein ismein darna chahiye ke zara bhi hamare andar negativity na ho, warna jannat humein accept nahi karegi. Jannat, jo ke Darus Salam kaha gaya hai, na peace home of peace. To</w:t>
      </w:r>
    </w:p>
    <w:p>
      <w:pPr>
        <w:pStyle w:val="Heading2"/>
      </w:pPr>
      <w:r>
        <w:t>Stop negativity give positive guidance</w:t>
      </w:r>
    </w:p>
    <w:p>
      <w:r>
        <w:rPr>
          <w:color w:val="666666"/>
          <w:sz w:val="18"/>
        </w:rPr>
        <w:t>Indian Muslims May 18, 2014 Maulana Wahiduddin Khan · 2m 02s · at 43:52 · https://youtu.be/jHtuZ4UgvEw?t=2632</w:t>
      </w:r>
    </w:p>
    <w:p>
      <w:r>
        <w:rPr>
          <w:i/>
        </w:rPr>
        <w:t>“Negative boli ko haraam samjhiye”</w:t>
      </w:r>
    </w:p>
    <w:p>
      <w:r>
        <w:rPr>
          <w:sz w:val="20"/>
        </w:rPr>
        <w:t>43:52  mayoosi ki baat bolne ko haram samjho. hadith mein aata hai ke man kan yu'min billahi wal yawm al akhir falyqul khairan aw layasbut. jo aadmi Allah par, rasool par iman rakhta ho,</w:t>
      </w:r>
      <w:r>
        <w:br/>
      </w:r>
      <w:r>
        <w:rPr>
          <w:sz w:val="20"/>
        </w:rPr>
        <w:t>44:10  to us ko negative baat hargiz na bole. bolna hai to positive baat bole, warna chup rahe.</w:t>
      </w:r>
      <w:r>
        <w:br/>
      </w:r>
      <w:r>
        <w:rPr>
          <w:sz w:val="20"/>
        </w:rPr>
        <w:t>44:22  yani bolna ho to positive baat bole. agar us ke paas positive baat nahin hai to chup rahe. negative baat bolne se acha hai ke khamoshi ikhtiyar kare aadmi.</w:t>
      </w:r>
      <w:r>
        <w:br/>
      </w:r>
      <w:r>
        <w:rPr>
          <w:sz w:val="20"/>
        </w:rPr>
        <w:t>44:35  to us waqt musalmanon ko isi qism ki lead dene ki zaroorat hai. isi qism ki lead dene ki zaroorat hai taake musalmanon ko roshni nazar aaye, roshni.</w:t>
      </w:r>
      <w:r>
        <w:br/>
      </w:r>
      <w:r>
        <w:rPr>
          <w:sz w:val="20"/>
        </w:rPr>
        <w:t>44:49  bright future dikhai de un ko. aik naya emergency un ko dikhai de. un ko lage ke hum ko hamare aik aik naya daur hayat shuru hua hai hamare liye.</w:t>
      </w:r>
      <w:r>
        <w:br/>
      </w:r>
      <w:r>
        <w:rPr>
          <w:sz w:val="20"/>
        </w:rPr>
        <w:t>45:00  jo pehle se bhi behtar hai.</w:t>
      </w:r>
      <w:r>
        <w:br/>
      </w:r>
      <w:r>
        <w:rPr>
          <w:sz w:val="20"/>
        </w:rPr>
        <w:t>45:06  yahi baat saare musalmanon ko batana hai. taake un ki mayoosi khatm ho, un ka frustration khatm ho, un ka qunoot khatm ho.</w:t>
      </w:r>
      <w:r>
        <w:br/>
      </w:r>
      <w:r>
        <w:rPr>
          <w:sz w:val="20"/>
        </w:rPr>
        <w:t>45:18  aur naye hosle ke sath woh is mulk mein apni zindagi ka naqsha banayein. apni planning ko naye hosle ke sath is mulk mein karein.</w:t>
      </w:r>
      <w:r>
        <w:br/>
      </w:r>
      <w:r>
        <w:rPr>
          <w:sz w:val="20"/>
        </w:rPr>
        <w:t>45:36  mein apne sathiyon se aur sab logon se yahi kehta hoon ke musalmanon ko aik naya hosla dijiye, nayi roshni dijiye.</w:t>
      </w:r>
      <w:r>
        <w:br/>
      </w:r>
      <w:r>
        <w:rPr>
          <w:sz w:val="20"/>
        </w:rPr>
        <w:t>45:47  un ko aik nayi himmat dijiye, naya vision dijiye.</w:t>
      </w:r>
    </w:p>
    <w:p>
      <w:pPr>
        <w:pStyle w:val="Heading2"/>
      </w:pPr>
      <w:r>
        <w:t>No hierarchy in mission: Hajj story</w:t>
      </w:r>
    </w:p>
    <w:p>
      <w:r>
        <w:rPr>
          <w:color w:val="666666"/>
          <w:sz w:val="18"/>
        </w:rPr>
        <w:t>CPS Mission · 1m 06s · at 9:23 · https://youtu.be/Ial-p18iypI?t=563</w:t>
      </w:r>
    </w:p>
    <w:p>
      <w:r>
        <w:rPr>
          <w:i/>
        </w:rPr>
        <w:t>“This happened during my Hajj pilgrimage.”</w:t>
      </w:r>
    </w:p>
    <w:p>
      <w:r>
        <w:rPr>
          <w:sz w:val="20"/>
        </w:rPr>
        <w:t>9:23  This happened during my Hajj pilgrimage. In a group, there was a scholar, and I had carried translations of the Quran books and copies of dua or supplications to share it with the people in a group</w:t>
      </w:r>
      <w:r>
        <w:br/>
      </w:r>
      <w:r>
        <w:rPr>
          <w:sz w:val="20"/>
        </w:rPr>
        <w:t>9:39  . At one point of time, I was distributing copies of a dua to the group, and the scholar happened to be seated with them.</w:t>
      </w:r>
      <w:r>
        <w:br/>
      </w:r>
      <w:r>
        <w:rPr>
          <w:sz w:val="20"/>
        </w:rPr>
        <w:t>9:48  So, following the rules of good manners, I handed him a copy. Well, others thanked me, the scholar got offended and asked me in an angry tone the reason for giving it to him.</w:t>
      </w:r>
      <w:r>
        <w:br/>
      </w:r>
      <w:r>
        <w:rPr>
          <w:sz w:val="20"/>
        </w:rPr>
        <w:t>10:02  ai ansard ham, sing, hazrat, hazrat is a title of respect which we use. said, hazrat, to seek your approval to know if I am giving the right thing to others.</w:t>
      </w:r>
      <w:r>
        <w:br/>
      </w:r>
      <w:r>
        <w:rPr>
          <w:sz w:val="20"/>
        </w:rPr>
        <w:t>10:14  he read it and returned it to me, saying, okay, you may give it. And throughout the pilgrimage, he stayed away from all of us.</w:t>
      </w:r>
      <w:r>
        <w:br/>
      </w:r>
      <w:r>
        <w:rPr>
          <w:sz w:val="20"/>
        </w:rPr>
        <w:t>10:27  there is no hierarchy in our mission</w:t>
      </w:r>
    </w:p>
    <w:p>
      <w:pPr>
        <w:pStyle w:val="Heading2"/>
      </w:pPr>
      <w:r>
        <w:t>Resolving Quran's contradiction: gratitude to God, patience with people</w:t>
      </w:r>
    </w:p>
    <w:p>
      <w:r>
        <w:rPr>
          <w:color w:val="666666"/>
          <w:sz w:val="18"/>
        </w:rPr>
        <w:t>Problem and Shukr March 15, 2015 · 1m 44s · at 3:24 · https://youtu.be/SPBsXjH1hzM?t=204</w:t>
      </w:r>
    </w:p>
    <w:p>
      <w:r>
        <w:rPr>
          <w:i/>
        </w:rPr>
        <w:t>“Allah ke fazl se aaj hi subah mujhe iska jawab mila”</w:t>
      </w:r>
    </w:p>
    <w:p>
      <w:r>
        <w:rPr>
          <w:sz w:val="20"/>
        </w:rPr>
        <w:t>3:24  wo jawab yeh hai</w:t>
      </w:r>
      <w:r>
        <w:br/>
      </w:r>
      <w:r>
        <w:rPr>
          <w:sz w:val="20"/>
        </w:rPr>
        <w:t>3:29  ke insaan ko dunya mein do mukhtalif pehluon ke darmiyan rehna padta hai. ek taraf yeh ke Allah ke muqable mein iska response kya ho, doosri taraf insaanon ke bare mein iska response kya ho.</w:t>
      </w:r>
      <w:r>
        <w:br/>
      </w:r>
      <w:r>
        <w:rPr>
          <w:sz w:val="20"/>
        </w:rPr>
        <w:t>3:47  yani ek taraf hum rehte hain society mein, insaanon ke darmiyan, to hamara response insaanon ke bare mein kya ho?</w:t>
      </w:r>
      <w:r>
        <w:br/>
      </w:r>
      <w:r>
        <w:rPr>
          <w:sz w:val="20"/>
        </w:rPr>
        <w:t>3:56  doosri taraf hum Allah ki rububiyat mein jeete hain, to Allah ke muqable mein hamara response kya ho?</w:t>
      </w:r>
      <w:r>
        <w:br/>
      </w:r>
      <w:r>
        <w:rPr>
          <w:sz w:val="20"/>
        </w:rPr>
        <w:t>4:06  to is par sochte hue meri samajh aayi ke insaan ko Allah taala ne ek aisi zindagi di hai jis mein back waqt isko do taqazon ke darmiyan jeena padta hai.</w:t>
      </w:r>
      <w:r>
        <w:br/>
      </w:r>
      <w:r>
        <w:rPr>
          <w:sz w:val="20"/>
        </w:rPr>
        <w:t>4:22  yani Allah ki nisbat se shukr, insaan ki nisbat se problem ka tajruba. to kya karna hai?</w:t>
      </w:r>
      <w:r>
        <w:br/>
      </w:r>
      <w:r>
        <w:rPr>
          <w:sz w:val="20"/>
        </w:rPr>
        <w:t>4:33  jo Quran mein aaya hai ke sabr karo, sabr karo, sabr karo, bahut zyada sabr ki baat hai. to sabr aap kis ke bare mein karenge? Allah ke khilaf. Allah ke mamle mein sabr ka koi sawal nahi hai.</w:t>
      </w:r>
      <w:r>
        <w:br/>
      </w:r>
      <w:r>
        <w:rPr>
          <w:sz w:val="20"/>
        </w:rPr>
        <w:t>4:45  to Allah ke mamle mein shukr, insaan ke mamle mein sabr, yeh meri samajh mein aaya.</w:t>
      </w:r>
      <w:r>
        <w:br/>
      </w:r>
      <w:r>
        <w:rPr>
          <w:sz w:val="20"/>
        </w:rPr>
        <w:t>4:54  insaan ko shukr ke ehsas mein jeena hai, Allah ki nisbat se. aur insaan ko sabr ke, sabr karte hue rehna hai insani dunya mein.</w:t>
      </w:r>
    </w:p>
    <w:p>
      <w:pPr>
        <w:pStyle w:val="Heading2"/>
      </w:pPr>
      <w:r>
        <w:t>Inferential argument now as valid as direct</w:t>
      </w:r>
    </w:p>
    <w:p>
      <w:r>
        <w:rPr>
          <w:color w:val="666666"/>
          <w:sz w:val="18"/>
        </w:rPr>
        <w:t>How to Find Truth | August 8, 2007 · 3m 31s · at 51:33 · https://youtu.be/YaxWNPN2K5A?t=3093</w:t>
      </w:r>
    </w:p>
    <w:p>
      <w:r>
        <w:rPr>
          <w:i/>
        </w:rPr>
        <w:t>“Inferential argument is as valid as direct argument”</w:t>
      </w:r>
    </w:p>
    <w:p>
      <w:r>
        <w:rPr>
          <w:sz w:val="20"/>
        </w:rPr>
        <w:t>51:33  al argument is as valid as direct argument. Now, the inferential argument is as valid as the direct argument. So, so what is the matter? The argument of of believers was base</w:t>
      </w:r>
      <w:r>
        <w:br/>
      </w:r>
      <w:r>
        <w:rPr>
          <w:sz w:val="20"/>
        </w:rPr>
        <w:t>52:03  d in this formula: where there is design, there is designer. there is called argument from design. So, the traditional argument about the existence of God was based on argument. There is called argument from design. It means that where there is a</w:t>
      </w:r>
      <w:r>
        <w:br/>
      </w:r>
      <w:r>
        <w:rPr>
          <w:sz w:val="20"/>
        </w:rPr>
        <w:t>52:33  There is a design, there is a designer.</w:t>
      </w:r>
      <w:r>
        <w:br/>
      </w:r>
      <w:r>
        <w:rPr>
          <w:sz w:val="20"/>
        </w:rPr>
        <w:t>52:39  So, this kind of argument was inferential argument.</w:t>
      </w:r>
      <w:r>
        <w:br/>
      </w:r>
      <w:r>
        <w:rPr>
          <w:sz w:val="20"/>
        </w:rPr>
        <w:t>52:45  This kind of argument was an inferential argument.</w:t>
      </w:r>
      <w:r>
        <w:br/>
      </w:r>
      <w:r>
        <w:rPr>
          <w:sz w:val="20"/>
        </w:rPr>
        <w:t>52:51  So, this kind of argument was not acceptable to previous people.</w:t>
      </w:r>
      <w:r>
        <w:br/>
      </w:r>
      <w:r>
        <w:rPr>
          <w:sz w:val="20"/>
        </w:rPr>
        <w:t>52:57  to previous people, previous people were belly</w:t>
      </w:r>
      <w:r>
        <w:br/>
      </w:r>
      <w:r>
        <w:rPr>
          <w:sz w:val="20"/>
        </w:rPr>
        <w:t>53:03  winning that argument must be direct argument.</w:t>
      </w:r>
      <w:r>
        <w:br/>
      </w:r>
      <w:r>
        <w:rPr>
          <w:sz w:val="20"/>
        </w:rPr>
        <w:t>53:09  It is this, it is this philosophy that is called logical positivism.</w:t>
      </w:r>
      <w:r>
        <w:br/>
      </w:r>
      <w:r>
        <w:rPr>
          <w:sz w:val="20"/>
        </w:rPr>
        <w:t>53:15  So, according to logical positivism, inferential argument was not was not valid.</w:t>
      </w:r>
      <w:r>
        <w:br/>
      </w:r>
      <w:r>
        <w:rPr>
          <w:sz w:val="20"/>
        </w:rPr>
        <w:t>53:21  Inferential argument was not valid.</w:t>
      </w:r>
      <w:r>
        <w:br/>
      </w:r>
      <w:r>
        <w:rPr>
          <w:sz w:val="20"/>
        </w:rPr>
        <w:t>53:27  But now, after the spirit</w:t>
      </w:r>
      <w:r>
        <w:br/>
      </w:r>
      <w:r>
        <w:rPr>
          <w:sz w:val="20"/>
        </w:rPr>
        <w:t>53:33  of atom, everything changed.</w:t>
      </w:r>
      <w:r>
        <w:br/>
      </w:r>
      <w:r>
        <w:rPr>
          <w:sz w:val="20"/>
        </w:rPr>
        <w:t>53:40  Now, now, according to Bertrand Russell, there are knowledge of knowledge are of two categories: knowledge of things,</w:t>
      </w:r>
      <w:r>
        <w:br/>
      </w:r>
      <w:r>
        <w:rPr>
          <w:sz w:val="20"/>
        </w:rPr>
        <w:t>53:48  Knowledge of truth.</w:t>
      </w:r>
      <w:r>
        <w:br/>
      </w:r>
      <w:r>
        <w:rPr>
          <w:sz w:val="20"/>
        </w:rPr>
        <w:t>53:55  So, as far as the knowledge of things is concerned, you can, you can establish direct argument.</w:t>
      </w:r>
      <w:r>
        <w:br/>
      </w:r>
      <w:r>
        <w:rPr>
          <w:sz w:val="20"/>
        </w:rPr>
        <w:t>54:03  But as far as the truth is concerned, you are compelled to use the inferential argument.</w:t>
      </w:r>
      <w:r>
        <w:br/>
      </w:r>
      <w:r>
        <w:rPr>
          <w:sz w:val="20"/>
        </w:rPr>
        <w:t>54:13  So, Bertrand admits in his book Human Knowledge.</w:t>
      </w:r>
      <w:r>
        <w:br/>
      </w:r>
      <w:r>
        <w:rPr>
          <w:sz w:val="20"/>
        </w:rPr>
        <w:t>54:23  Bertrand Russell and all other philosophers admit that now, in post</w:t>
      </w:r>
      <w:r>
        <w:br/>
      </w:r>
      <w:r>
        <w:rPr>
          <w:sz w:val="20"/>
        </w:rPr>
        <w:t>54:33  Einstein era, inferential argument is as valid as direct argument.</w:t>
      </w:r>
      <w:r>
        <w:br/>
      </w:r>
      <w:r>
        <w:rPr>
          <w:sz w:val="20"/>
        </w:rPr>
        <w:t>54:39  So, when I said to that gentleman that the same argument, the same criterion which you have to</w:t>
      </w:r>
      <w:r>
        <w:br/>
      </w:r>
      <w:r>
        <w:rPr>
          <w:sz w:val="20"/>
        </w:rPr>
        <w:t>54:46  prove anything else.</w:t>
      </w:r>
      <w:r>
        <w:br/>
      </w:r>
      <w:r>
        <w:rPr>
          <w:sz w:val="20"/>
        </w:rPr>
        <w:t>54:52  So, I referred that now, we are living in post-scientific.</w:t>
      </w:r>
      <w:r>
        <w:br/>
      </w:r>
      <w:r>
        <w:rPr>
          <w:sz w:val="20"/>
        </w:rPr>
        <w:t>54:58  Now, now, we are living in</w:t>
      </w:r>
    </w:p>
    <w:p>
      <w:pPr>
        <w:pStyle w:val="Heading2"/>
      </w:pPr>
      <w:r>
        <w:t>Hindu audience amazed by Islamic peace</w:t>
      </w:r>
    </w:p>
    <w:p>
      <w:r>
        <w:rPr>
          <w:color w:val="666666"/>
          <w:sz w:val="18"/>
        </w:rPr>
        <w:t>Islam in Daily Life I 26 Dec, 2010 - Maulana Wahiduddin Khan · 2m 40s · at 5:05 · https://youtu.be/S7ahMQ1iyp0?t=305</w:t>
      </w:r>
    </w:p>
    <w:p>
      <w:r>
        <w:rPr>
          <w:i/>
        </w:rPr>
        <w:t>“Uske baad doosra experience jo kehna chahta hoon”</w:t>
      </w:r>
    </w:p>
    <w:p>
      <w:r>
        <w:rPr>
          <w:sz w:val="20"/>
        </w:rPr>
        <w:t>5:05  is ke baad doosra experience mein jo kehna chahta hoon, mein gaya wahan</w:t>
      </w:r>
      <w:r>
        <w:br/>
      </w:r>
      <w:r>
        <w:rPr>
          <w:sz w:val="20"/>
        </w:rPr>
        <w:t>5:14  rishi kesh. rishi kesh mein bhi ek conference thi jo hindu logon ne kiya tha. to wahan mujhe bulaya gaya tha.</w:t>
      </w:r>
      <w:r>
        <w:br/>
      </w:r>
      <w:r>
        <w:rPr>
          <w:sz w:val="20"/>
        </w:rPr>
        <w:t>5:26  wahan bhi mujhe islam par batana tha.</w:t>
      </w:r>
      <w:r>
        <w:br/>
      </w:r>
      <w:r>
        <w:rPr>
          <w:sz w:val="20"/>
        </w:rPr>
        <w:t>5:31  to mein ne kuch waqiat ya kuch hadisain bataein wahan par. mislan yeh bataya mein ne ke prophet aleh-e-salam ne kaha ke:</w:t>
      </w:r>
      <w:r>
        <w:br/>
      </w:r>
      <w:r>
        <w:rPr>
          <w:sz w:val="20"/>
        </w:rPr>
        <w:t>5:47  "Al-muslim man salima al-nas bi-lisanih wa yadih".</w:t>
      </w:r>
      <w:r>
        <w:br/>
      </w:r>
      <w:r>
        <w:rPr>
          <w:sz w:val="20"/>
        </w:rPr>
        <w:t>5:55  "A true muslim is one by whose hands and tongue people are safe". yani sacha momin woh hai jo is tarah rahe society mein ke logon ko is se takleef na pohanchay, na is ke hath se, na is ki zuban se.</w:t>
      </w:r>
      <w:r>
        <w:br/>
      </w:r>
      <w:r>
        <w:rPr>
          <w:sz w:val="20"/>
        </w:rPr>
        <w:t>6:16  ya no problem person par kar rahe hain. phir ek aur hadith hai, ab mein ne le kar bataya ke dekhen, islam mein sirf do tareeqay jo hain, woh accepted hain.</w:t>
      </w:r>
      <w:r>
        <w:br/>
      </w:r>
      <w:r>
        <w:rPr>
          <w:sz w:val="20"/>
        </w:rPr>
        <w:t>6:32  baqi jo hai, woh galat hai.</w:t>
      </w:r>
      <w:r>
        <w:br/>
      </w:r>
      <w:r>
        <w:rPr>
          <w:sz w:val="20"/>
        </w:rPr>
        <w:t>6:36  ek yeh hai ke aap society mein giver person ban kar rahen.</w:t>
      </w:r>
      <w:r>
        <w:br/>
      </w:r>
      <w:r>
        <w:rPr>
          <w:sz w:val="20"/>
        </w:rPr>
        <w:t>6:46  hadith mein aata hai ke: "Lau tanfa' fa la tadurruhu". yani agar tum logon ko faida na pohancha sako to kam se kam nuksan na pohanchao.</w:t>
      </w:r>
      <w:r>
        <w:br/>
      </w:r>
      <w:r>
        <w:rPr>
          <w:sz w:val="20"/>
        </w:rPr>
        <w:t>6:57  yeh do darjay hain. yani ya to aap giver person ban kar rahen,</w:t>
      </w:r>
      <w:r>
        <w:br/>
      </w:r>
      <w:r>
        <w:rPr>
          <w:sz w:val="20"/>
        </w:rPr>
        <w:t>7:04  ya kam se kam no problem person ban kar rahen.</w:t>
      </w:r>
      <w:r>
        <w:br/>
      </w:r>
      <w:r>
        <w:rPr>
          <w:sz w:val="20"/>
        </w:rPr>
        <w:t>7:09  kisi ajeeb taleem hai: "Lau tanfa' fa la tadurruhu". agar tum doosron ko faida na pohancha sako to kam se kam nuksan to na pohanchao.</w:t>
      </w:r>
      <w:r>
        <w:br/>
      </w:r>
      <w:r>
        <w:rPr>
          <w:sz w:val="20"/>
        </w:rPr>
        <w:t>7:20  is ka matlab yeh hua ke tum samajh ke andar ya to</w:t>
      </w:r>
      <w:r>
        <w:br/>
      </w:r>
      <w:r>
        <w:rPr>
          <w:sz w:val="20"/>
        </w:rPr>
        <w:t>7:28  giver person ban kar raho, ya no problem person ban kar raho. yeh batain un ko bari ajeeb lagti theen.</w:t>
      </w:r>
      <w:r>
        <w:br/>
      </w:r>
      <w:r>
        <w:rPr>
          <w:sz w:val="20"/>
        </w:rPr>
        <w:t>7:39  woh to samajhte hain ke islam naam hai larai jhagray ka.</w:t>
      </w:r>
    </w:p>
    <w:p>
      <w:pPr>
        <w:pStyle w:val="Heading2"/>
      </w:pPr>
      <w:r>
        <w:t>Story of freedom and retaliation</w:t>
      </w:r>
    </w:p>
    <w:p>
      <w:r>
        <w:rPr>
          <w:color w:val="666666"/>
          <w:sz w:val="18"/>
        </w:rPr>
        <w:t>Dars-e-Quran, Chapter 2, Verses 44-46, January 28, 2018 · 2m 02s · at 19:32 · https://youtu.be/3Kd5InuBtFA?t=1172</w:t>
      </w:r>
    </w:p>
    <w:p>
      <w:r>
        <w:rPr>
          <w:i/>
        </w:rPr>
        <w:t>“امریکہ کو جب آزادی ملی تو ایک امریکن اپنے گھر سے نکلا”</w:t>
      </w:r>
    </w:p>
    <w:p>
      <w:r>
        <w:rPr>
          <w:sz w:val="20"/>
        </w:rPr>
        <w:t>19:32  apne ghar se nikla aur road par woh chal raha tha, apna hath aise aise karte hue.</w:t>
      </w:r>
      <w:r>
        <w:br/>
      </w:r>
      <w:r>
        <w:rPr>
          <w:sz w:val="20"/>
        </w:rPr>
        <w:t>19:40  kisi ne kaha ke tum yeh sab kyun kar rahe ho? us ne aisa karte karte use kisi</w:t>
      </w:r>
      <w:r>
        <w:br/>
      </w:r>
      <w:r>
        <w:rPr>
          <w:sz w:val="20"/>
        </w:rPr>
        <w:t>19:47  ki naak par hit kar diya kar diya tha.</w:t>
      </w:r>
      <w:r>
        <w:br/>
      </w:r>
      <w:r>
        <w:rPr>
          <w:sz w:val="20"/>
        </w:rPr>
        <w:t>19:55  koi road par chalne wala aadmi, yaani password bhai, guzra to us ki note is hit hit ho gayi.</w:t>
      </w:r>
      <w:r>
        <w:br/>
      </w:r>
      <w:r>
        <w:rPr>
          <w:sz w:val="20"/>
        </w:rPr>
        <w:t>20:03  تو اس نے کہا کہ تم نے کیوں میری ناک پر مارا؟ What is this nonsense? تو</w:t>
      </w:r>
      <w:r>
        <w:br/>
      </w:r>
      <w:r>
        <w:rPr>
          <w:sz w:val="20"/>
        </w:rPr>
        <w:t>20:11  us ne kaha ke aaj aaj mein free hoon, America azaad hai.</w:t>
      </w:r>
      <w:r>
        <w:br/>
      </w:r>
      <w:r>
        <w:rPr>
          <w:sz w:val="20"/>
        </w:rPr>
        <w:t>20:18  to mein apni azadi ko celebrate kar raha hoon.</w:t>
      </w:r>
      <w:r>
        <w:br/>
      </w:r>
      <w:r>
        <w:rPr>
          <w:sz w:val="20"/>
        </w:rPr>
        <w:t>20:26  is aadmi ne politely kaha, "as yaar free, but</w:t>
      </w:r>
      <w:r>
        <w:br/>
      </w:r>
      <w:r>
        <w:rPr>
          <w:sz w:val="20"/>
        </w:rPr>
        <w:t>20:34  "Your freedom ends where my nose begins." بس یہی شرط ہے آج کی دنیا کی۔</w:t>
      </w:r>
      <w:r>
        <w:br/>
      </w:r>
      <w:r>
        <w:rPr>
          <w:sz w:val="20"/>
        </w:rPr>
        <w:t>20:41  best yeh illustration hai ke aaj ki duniya kya hai.</w:t>
      </w:r>
      <w:r>
        <w:br/>
      </w:r>
      <w:r>
        <w:rPr>
          <w:sz w:val="20"/>
        </w:rPr>
        <w:t>20:49  aap kisi ki nose ko hit na kijiye to aap ko total freedom hai.</w:t>
      </w:r>
      <w:r>
        <w:br/>
      </w:r>
      <w:r>
        <w:rPr>
          <w:sz w:val="20"/>
        </w:rPr>
        <w:t>20:56  jis tarah musalman shikayat karte hain ke america ne gulf war kyun ki, kyun musalmanon ko</w:t>
      </w:r>
      <w:r>
        <w:br/>
      </w:r>
      <w:r>
        <w:rPr>
          <w:sz w:val="20"/>
        </w:rPr>
        <w:t>21:04  pakad dhakad ki.</w:t>
      </w:r>
      <w:r>
        <w:br/>
      </w:r>
      <w:r>
        <w:rPr>
          <w:sz w:val="20"/>
        </w:rPr>
        <w:t>21:12  یہ بھول جاتے ہیں کہ اس وقت ہوا جب کہ مسلمانوں نے امریکہ کی industrial nerves کو ہٹ کیا تھا۔</w:t>
      </w:r>
      <w:r>
        <w:br/>
      </w:r>
      <w:r>
        <w:rPr>
          <w:sz w:val="20"/>
        </w:rPr>
        <w:t>21:19  911 kya tha? 911 kya tha? woh tha america ki industrial nose ko hit karna.</w:t>
      </w:r>
      <w:r>
        <w:br/>
      </w:r>
      <w:r>
        <w:rPr>
          <w:sz w:val="20"/>
        </w:rPr>
        <w:t>21:27  new york ka jo tower tha, ut</w:t>
      </w:r>
    </w:p>
    <w:p>
      <w:pPr>
        <w:pStyle w:val="Heading2"/>
      </w:pPr>
      <w:r>
        <w:t>Modern shirk: dependence on nature without God</w:t>
      </w:r>
    </w:p>
    <w:p>
      <w:r>
        <w:rPr>
          <w:color w:val="666666"/>
          <w:sz w:val="18"/>
        </w:rPr>
        <w:t>Ancient Shirk or Modern Shirk February 1, 2008 Maulana Wahiduddin Khan · 2m 53s · at 8:02 · https://youtu.be/LB6iBYerQmw?t=482</w:t>
      </w:r>
    </w:p>
    <w:p>
      <w:r>
        <w:rPr>
          <w:i/>
        </w:rPr>
        <w:t>“Lekin kya Khuda ko na maan kar bhi?”</w:t>
      </w:r>
    </w:p>
    <w:p>
      <w:r>
        <w:rPr>
          <w:sz w:val="20"/>
        </w:rPr>
        <w:t>8:02  lekin kya Khuda ko na man kar ke bhi woh yeh karega ke nature ko na maney?</w:t>
      </w:r>
      <w:r>
        <w:br/>
      </w:r>
      <w:r>
        <w:rPr>
          <w:sz w:val="20"/>
        </w:rPr>
        <w:t>8:08  aap Khuda ko na manen, mazhab ko na manen, tab bhi aap chalenge isi zameen par, tab bhi aap saans lenge isi hawa mein, tab bhi aap khana lenge isi soil se, tab bhi aap pani ke liye isi jo pani barta hai,</w:t>
      </w:r>
      <w:r>
        <w:br/>
      </w:r>
      <w:r>
        <w:rPr>
          <w:sz w:val="20"/>
        </w:rPr>
        <w:t>8:29  nadiyon mein behta hai aur chashmon se milta hai, isi se aap pani lenge.</w:t>
      </w:r>
      <w:r>
        <w:br/>
      </w:r>
      <w:r>
        <w:rPr>
          <w:sz w:val="20"/>
        </w:rPr>
        <w:t>8:35  to kya ke khaliq ko na man kar ke bhi aap makhlooq ko to manenge? aap khaliq ko hadaf kar sakte hain lekin makhlooq ko aap hadaf nahi kar sakte.</w:t>
      </w:r>
      <w:r>
        <w:br/>
      </w:r>
      <w:r>
        <w:rPr>
          <w:sz w:val="20"/>
        </w:rPr>
        <w:t>8:48  khaliq ek tasawwurati cheez hai, ek idea hai. khaliq ko aap ko bator idea manna padta hai, bator ek concept, ek idea, ek ideology.</w:t>
      </w:r>
      <w:r>
        <w:br/>
      </w:r>
      <w:r>
        <w:rPr>
          <w:sz w:val="20"/>
        </w:rPr>
        <w:t>9:00  to is ko to aap keh sakte hain ke main nahi manta.</w:t>
      </w:r>
      <w:r>
        <w:br/>
      </w:r>
      <w:r>
        <w:rPr>
          <w:sz w:val="20"/>
        </w:rPr>
        <w:t>9:04  lekin yeh jo zindagi hai, is ko batane ke liye aap ko life support system chahiye. aap ko pani chahiye, khana chahiye, roshni chahiye, sari cheezein chahiye.</w:t>
      </w:r>
      <w:r>
        <w:br/>
      </w:r>
      <w:r>
        <w:rPr>
          <w:sz w:val="20"/>
        </w:rPr>
        <w:t>9:15  to ab bhi dobara kya hua ke aadmi ne khaliq ko to minus kiya lekin woh makhlooq ko minus na kar saka.</w:t>
      </w:r>
      <w:r>
        <w:br/>
      </w:r>
      <w:r>
        <w:rPr>
          <w:sz w:val="20"/>
        </w:rPr>
        <w:t>9:28  lekin is ne worship ka naam nahi liya. pehle ek insaan kehta tha ke main worship karta hoon.</w:t>
      </w:r>
      <w:r>
        <w:br/>
      </w:r>
      <w:r>
        <w:rPr>
          <w:sz w:val="20"/>
        </w:rPr>
        <w:t>9:36  yani nature ki ko worship ke naam par woh apna concern banaye hue tha. samajhta tha ke jab main is ki worship karunga to mujhe is se milta rahega, woh khud mere nature khush rahe gi.</w:t>
      </w:r>
      <w:r>
        <w:br/>
      </w:r>
      <w:r>
        <w:rPr>
          <w:sz w:val="20"/>
        </w:rPr>
        <w:t>9:52  yeh sari cheezein jin ko gods bana liya, with us ball ji, to us ko khush karne ke liye us ki worship karta raha taake woh cheezein barabar mujhe supply hoti rahen.</w:t>
      </w:r>
      <w:r>
        <w:br/>
      </w:r>
      <w:r>
        <w:rPr>
          <w:sz w:val="20"/>
        </w:rPr>
        <w:t>10:09  ab kya hai? ab yeh yeh hai ke ab woh nature ko inhone bajaye worship ke entertainment ka zariya bana liya.</w:t>
      </w:r>
      <w:r>
        <w:br/>
      </w:r>
      <w:r>
        <w:rPr>
          <w:sz w:val="20"/>
        </w:rPr>
        <w:t>10:17  yani ek shabda mein yeh kahoon ga ke pehle zamane mein nature jo thi, woh object of worship thi insaan ke liye.</w:t>
      </w:r>
      <w:r>
        <w:br/>
      </w:r>
      <w:r>
        <w:rPr>
          <w:sz w:val="20"/>
        </w:rPr>
        <w:t>10:27  object of worship. Ab woh insaan ke liye object of entertainment hai. Itna hi farq hua hai. Ab bhi insaan sab kuch is nature par karta hai.</w:t>
      </w:r>
      <w:r>
        <w:br/>
      </w:r>
      <w:r>
        <w:rPr>
          <w:sz w:val="20"/>
        </w:rPr>
        <w:t>10:43  nature ke baghair is ki koi life nahin. Lekin pehle aadmi jo karta tha, woh kya karta tha? Ke nature ko woh object of worship banaye hue tha.</w:t>
      </w:r>
    </w:p>
    <w:p>
      <w:pPr>
        <w:pStyle w:val="Heading2"/>
      </w:pPr>
      <w:r>
        <w:t>Self-accounting and stopping hammering</w:t>
      </w:r>
    </w:p>
    <w:p>
      <w:r>
        <w:rPr>
          <w:color w:val="666666"/>
          <w:sz w:val="18"/>
        </w:rPr>
        <w:t>Interaction February 22, 2020 Maulana Wahiduddin Khan · 2m 33s · at 15:44 · https://youtu.be/s4MIiunBRxI?t=944</w:t>
      </w:r>
    </w:p>
    <w:p>
      <w:r>
        <w:rPr>
          <w:i/>
        </w:rPr>
        <w:t>“No one else can answer that but you.”</w:t>
      </w:r>
    </w:p>
    <w:p>
      <w:r>
        <w:rPr>
          <w:sz w:val="20"/>
        </w:rPr>
        <w:t>15:44  dekhiye, main samajhta hoon ki koi aadmi, doosra, other than you, iska jawab nahi de sakta. kyunki</w:t>
      </w:r>
      <w:r>
        <w:br/>
      </w:r>
      <w:r>
        <w:rPr>
          <w:sz w:val="20"/>
        </w:rPr>
        <w:t>15:58  muhasaba andar se bolta hai. aap kuch sensitive hon, to apne aap aapka andar ka insaan bolega, bolega, bolega. nahi to kuch nahi bolega. to aapko apne</w:t>
      </w:r>
      <w:r>
        <w:br/>
      </w:r>
      <w:r>
        <w:rPr>
          <w:sz w:val="20"/>
        </w:rPr>
        <w:t>16:18  vishwas ko develop karna padega. main samajhta hoon ki koi doosra aadmi aapko kuch nahi de sakta. aapko khud discover karna padega.</w:t>
      </w:r>
      <w:r>
        <w:br/>
      </w:r>
      <w:r>
        <w:rPr>
          <w:sz w:val="20"/>
        </w:rPr>
        <w:t>16:39  main apni zindagi ke bahut se qisse bata deta hoon aapko ki maine soch kar nikala, soch kar nikala. maslan, aap mein se aksar log jaante honge ki pehle main bahut hammering karta tha logon ki.</w:t>
      </w:r>
      <w:r>
        <w:br/>
      </w:r>
      <w:r>
        <w:rPr>
          <w:sz w:val="20"/>
        </w:rPr>
        <w:t>16:56  bahut zyada hammering karta tha. to main samajhta tha ki hammering jo main karta hoon, main bahut achhi baat hai wo. bahut achhi baat hai wo. to maine ek quran ki ek ayat padhi. wahan par atak gaya.</w:t>
      </w:r>
      <w:r>
        <w:br/>
      </w:r>
      <w:r>
        <w:rPr>
          <w:sz w:val="20"/>
        </w:rPr>
        <w:t>17:14  atak gaya wahan par.</w:t>
      </w:r>
      <w:r>
        <w:br/>
      </w:r>
      <w:r>
        <w:rPr>
          <w:sz w:val="20"/>
        </w:rPr>
        <w:t>17:21  agar tum hote shadeed kal wale, to log tumse bikhar jaate. to maine socha ki ye cheez jo hai, quran ye nahi kaha hai ki ye to aisa karna haram hai,</w:t>
      </w:r>
      <w:r>
        <w:br/>
      </w:r>
      <w:r>
        <w:rPr>
          <w:sz w:val="20"/>
        </w:rPr>
        <w:t>17:38  ghair-akhlaqi hai. nahi, ye kaha hai ki log tumse door ho jaate. to allah taala ne yahan result ko hawala diya, akhlaq ka nahi hawala diya.</w:t>
      </w:r>
      <w:r>
        <w:br/>
      </w:r>
      <w:r>
        <w:rPr>
          <w:sz w:val="20"/>
        </w:rPr>
        <w:t>17:53  akhlaq ka nahi hawala diya. to isko jaanchon result ke aitbaar se ki agar koi insaan aisa ho jo usse galat result,</w:t>
      </w:r>
      <w:r>
        <w:br/>
      </w:r>
      <w:r>
        <w:rPr>
          <w:sz w:val="20"/>
        </w:rPr>
        <w:t>18:07  uske baad bhi, to hammering ke baad bhi wo tumse achha sabak le, to uske saath</w:t>
      </w:r>
      <w:r>
        <w:br/>
      </w:r>
      <w:r>
        <w:rPr>
          <w:sz w:val="20"/>
        </w:rPr>
        <w:t>18:14  mat aisa karo.</w:t>
      </w:r>
    </w:p>
    <w:p>
      <w:pPr>
        <w:pStyle w:val="Heading2"/>
      </w:pPr>
      <w:r>
        <w:t>Tazkiya as training for the afterlife</w:t>
      </w:r>
    </w:p>
    <w:p>
      <w:r>
        <w:rPr>
          <w:color w:val="666666"/>
          <w:sz w:val="18"/>
        </w:rPr>
        <w:t>Religious Understanding October 18, 2015 Maulana Wahiduddin Khan · 2m 57s · at 11:55 · https://youtu.be/yt5TAVhva6E?t=715</w:t>
      </w:r>
    </w:p>
    <w:p>
      <w:r>
        <w:rPr>
          <w:i/>
        </w:rPr>
        <w:t>“Aise hi aaj mein soch raha tha ke Quran mein hai.”</w:t>
      </w:r>
    </w:p>
    <w:p>
      <w:r>
        <w:rPr>
          <w:sz w:val="20"/>
        </w:rPr>
        <w:t>11:55  aise hi aaj mein soch raha tha ke Quran mein hai: "zalika jaza mantazka".</w:t>
      </w:r>
      <w:r>
        <w:br/>
      </w:r>
      <w:r>
        <w:rPr>
          <w:sz w:val="20"/>
        </w:rPr>
        <w:t>12:04  yani jannat is ke liye hai jo tazkiyah kare.</w:t>
      </w:r>
      <w:r>
        <w:br/>
      </w:r>
      <w:r>
        <w:rPr>
          <w:sz w:val="20"/>
        </w:rPr>
        <w:t>12:09  to is ka matlab log yeh samajhte hain ke yahan tazkiyah kiya, wahan jannat ka ghar mil gaya jahan hoorein hain aur jahan meway hain. lekin yeh jo maine kaha ke yeh awam ke darje ka form hai, yeh khawas ke darje ka nahi hai.</w:t>
      </w:r>
      <w:r>
        <w:br/>
      </w:r>
      <w:r>
        <w:rPr>
          <w:sz w:val="20"/>
        </w:rPr>
        <w:t>12:30  is ki wajah kya hai? jo taleem yafta log hote hain, un ka jo un ki jo vocabulary hoti hai, woh different hoti hai</w:t>
      </w:r>
      <w:r>
        <w:br/>
      </w:r>
      <w:r>
        <w:rPr>
          <w:sz w:val="20"/>
        </w:rPr>
        <w:t>12:38  ke woh zindagi mein dekhte hain ke hum hum ko koi position mili hai jis se pehle hum ne university mein parha, college mein parha, apni training karai to phir hum ko aisa hua.</w:t>
      </w:r>
      <w:r>
        <w:br/>
      </w:r>
      <w:r>
        <w:rPr>
          <w:sz w:val="20"/>
        </w:rPr>
        <w:t>12:53  to training ka result hota hai, woh jo un ko jo position mili hai. to yeh jo kaha jata hai ke dunya mein amal, akhirat mein jaza, yeh vocabulary un ki nahi hai.</w:t>
      </w:r>
      <w:r>
        <w:br/>
      </w:r>
      <w:r>
        <w:rPr>
          <w:sz w:val="20"/>
        </w:rPr>
        <w:t>13:08  un ki vocabulary doosri hai ke pehle training aur phir position. to mujhe samajh aaya ke yeh yeh yeh jo ayat hai, is ka matlab yeh hai ke dunya jo hai aap ke liye yahan aap ne koi preparation karne ki jagah hai,</w:t>
      </w:r>
      <w:r>
        <w:br/>
      </w:r>
      <w:r>
        <w:rPr>
          <w:sz w:val="20"/>
        </w:rPr>
        <w:t>13:30  role play karne ki jagah nahi hai. jaza ke maani hain role play karna.</w:t>
      </w:r>
      <w:r>
        <w:br/>
      </w:r>
      <w:r>
        <w:rPr>
          <w:sz w:val="20"/>
        </w:rPr>
        <w:t>13:37  to yahan ek sacha momin mukhtalif marhalon se guzarta hai, museebaton se, museebat se aaram se, kabhi aaram, kabhi khushi, kabhi museebat, kabhi takleef.</w:t>
      </w:r>
      <w:r>
        <w:br/>
      </w:r>
      <w:r>
        <w:rPr>
          <w:sz w:val="20"/>
        </w:rPr>
        <w:t>13:51  yeh sara process jis ko hum kehte hain ke imtehan ka process, to is mein us ki ek personality banti hai,</w:t>
      </w:r>
      <w:r>
        <w:br/>
      </w:r>
      <w:r>
        <w:rPr>
          <w:sz w:val="20"/>
        </w:rPr>
        <w:t>14:01  us ki ek personality banti hai. to woh us ko main kahunga ke woh tarbiyat ka marhala hai, koi training ka marhala hai.</w:t>
      </w:r>
      <w:r>
        <w:br/>
      </w:r>
      <w:r>
        <w:rPr>
          <w:sz w:val="20"/>
        </w:rPr>
        <w:t>14:11  is training se guzar kar ke phir woh daur aata hai jahan jannat hai, to wahan us ko ek role milega. us training ki bina par un ko ek role milega.</w:t>
      </w:r>
      <w:r>
        <w:br/>
      </w:r>
      <w:r>
        <w:rPr>
          <w:sz w:val="20"/>
        </w:rPr>
        <w:t>14:23  to woh ek ideal dunya hai, perfect dunya hai.</w:t>
      </w:r>
      <w:r>
        <w:br/>
      </w:r>
      <w:r>
        <w:rPr>
          <w:sz w:val="20"/>
        </w:rPr>
        <w:t>14:26  is ke lehaz se wohi aadmi jo dunya mein apne competent sabit kare, usi ko wahan role milega.</w:t>
      </w:r>
      <w:r>
        <w:br/>
      </w:r>
      <w:r>
        <w:rPr>
          <w:sz w:val="20"/>
        </w:rPr>
        <w:t>14:37  to dunya goya training ki jagah hai aur akhirat jo hai woh training ke mutabiq role play karne ki jagah hai.</w:t>
      </w:r>
    </w:p>
    <w:p>
      <w:pPr>
        <w:pStyle w:val="Heading2"/>
      </w:pPr>
      <w:r>
        <w:t>Hadith: Process to achieve taste of faith</w:t>
      </w:r>
    </w:p>
    <w:p>
      <w:r>
        <w:rPr>
          <w:color w:val="666666"/>
          <w:sz w:val="18"/>
        </w:rPr>
        <w:t>Religious Understanding October 18, 2015 Maulana Wahiduddin Khan · 2m 36s · at 7:48 · https://youtu.be/yt5TAVhva6E?t=468</w:t>
      </w:r>
    </w:p>
    <w:p>
      <w:r>
        <w:rPr>
          <w:i/>
        </w:rPr>
        <w:t>“Ek hadith hai.”</w:t>
      </w:r>
    </w:p>
    <w:p>
      <w:r>
        <w:rPr>
          <w:sz w:val="20"/>
        </w:rPr>
        <w:t>7:48  "zaak ta'am al eeman man raliya billahi rabban wa bil islami deenan wa bi muhammadin rasoolan".</w:t>
      </w:r>
      <w:r>
        <w:br/>
      </w:r>
      <w:r>
        <w:rPr>
          <w:sz w:val="20"/>
        </w:rPr>
        <w:t>7:57  imaan ka mazaa chakhha us shakhs ne jo raazi ho gaya Allah par ko rabb maan kar, aur Islam ko apna deen maan kar, aur Muhammad ko apna rasool maan kar.</w:t>
      </w:r>
      <w:r>
        <w:br/>
      </w:r>
      <w:r>
        <w:rPr>
          <w:sz w:val="20"/>
        </w:rPr>
        <w:t>8:13  yahan pe dekhen raazi hone se is ko zaa'iqah mila. is ka matlab kya hai? to aam aadmi ziyada sochega nahin, woh is theek samajh le ga bas.</w:t>
      </w:r>
      <w:r>
        <w:br/>
      </w:r>
      <w:r>
        <w:rPr>
          <w:sz w:val="20"/>
        </w:rPr>
        <w:t>8:27  lekin jo parha likha aadmi hai woh sochega ke izhaar raazi hone se mazaa zaa'iqah kaise mil gaya? to dekhen yahan in lafzon ko bilkul literature mein na leejiyay, balkay is pe ghaur keejiyay.</w:t>
      </w:r>
      <w:r>
        <w:br/>
      </w:r>
      <w:r>
        <w:rPr>
          <w:sz w:val="20"/>
        </w:rPr>
        <w:t>8:50  yahan matlab hai raazi hone ka,</w:t>
      </w:r>
      <w:r>
        <w:br/>
      </w:r>
      <w:r>
        <w:rPr>
          <w:sz w:val="20"/>
        </w:rPr>
        <w:t>8:57  raazi hona goya nateeje ki baat hai, result. is ke peechay ek process hai, process is mein bataya nahin gaya hai, result bataya gaya hai.</w:t>
      </w:r>
      <w:r>
        <w:br/>
      </w:r>
      <w:r>
        <w:rPr>
          <w:sz w:val="20"/>
        </w:rPr>
        <w:t>9:11  to raazi hoga ka matlab yeh hai jis ne ghaur o fikr kiya, jis ne socha, aur us ko</w:t>
      </w:r>
      <w:r>
        <w:br/>
      </w:r>
      <w:r>
        <w:rPr>
          <w:sz w:val="20"/>
        </w:rPr>
        <w:t>9:22  ma'rifat ke darjay mein Islam haasil hua.</w:t>
      </w:r>
      <w:r>
        <w:br/>
      </w:r>
      <w:r>
        <w:rPr>
          <w:sz w:val="20"/>
        </w:rPr>
        <w:t>9:28  raazi hone ka matlab hai ke us ko ma'rifat ke darjay mein Islam haasil hua.</w:t>
      </w:r>
      <w:r>
        <w:br/>
      </w:r>
      <w:r>
        <w:rPr>
          <w:sz w:val="20"/>
        </w:rPr>
        <w:t>9:38  to yeh jo Islam hota hai, ma'rifat ka darjay wala Islam, is mein intellectual level par bohat zabardast ek ek joy milta hai, ek</w:t>
      </w:r>
      <w:r>
        <w:br/>
      </w:r>
      <w:r>
        <w:rPr>
          <w:sz w:val="20"/>
        </w:rPr>
        <w:t>9:54  ek aisi cheez milti hai jis ko lafzon mein bayan karna mushkil hai.</w:t>
      </w:r>
      <w:r>
        <w:br/>
      </w:r>
      <w:r>
        <w:rPr>
          <w:sz w:val="20"/>
        </w:rPr>
        <w:t>9:59  to is ka matlab hai is hadith ka ke woh log jo tadabbur karein, ghor o fikr karein, cheezon se sabak lein, to un ko marifat ke darje ka deen milega.</w:t>
      </w:r>
      <w:r>
        <w:br/>
      </w:r>
      <w:r>
        <w:rPr>
          <w:sz w:val="20"/>
        </w:rPr>
        <w:t>10:16  yani Allah ko Rabbul Alameen jab manenge to woh marifat ke darje ka manna hoga, sirf aqeeday ke darje ka manna nahi.</w:t>
      </w:r>
    </w:p>
    <w:p>
      <w:pPr>
        <w:pStyle w:val="Heading2"/>
      </w:pPr>
      <w:r>
        <w:t>Truth makes brave, falsehood makes coward</w:t>
      </w:r>
    </w:p>
    <w:p>
      <w:r>
        <w:rPr>
          <w:color w:val="666666"/>
          <w:sz w:val="18"/>
        </w:rPr>
        <w:t>How to Develop Spiritual Personality July 16, 2006 Maulana Wahiduddin Khan · 1m 53s · at 45:56 · https://youtu.be/nxFUXRFboW4?t=2756</w:t>
      </w:r>
    </w:p>
    <w:p>
      <w:r>
        <w:rPr>
          <w:i/>
        </w:rPr>
        <w:t>“Abbasiyat period mein ek khaleefa ka ek beta tha.”</w:t>
      </w:r>
    </w:p>
    <w:p>
      <w:r>
        <w:rPr>
          <w:sz w:val="20"/>
        </w:rPr>
        <w:t>45:56  is ko to restrict is point mein ek aap ko ek qissa batata hoon. Abbasid period mein ek khalifa ka ek beta tha.</w:t>
      </w:r>
      <w:r>
        <w:br/>
      </w:r>
      <w:r>
        <w:rPr>
          <w:sz w:val="20"/>
        </w:rPr>
        <w:t>46:09  to woh kisi budhiya ke ghar mein gaya aur wahan us ne badtamii ki wahan us ne pareshan kiya budhiya ko. to budhiya khalifa ke paas aayi aur kaha ke aage beta hamare ghar mein ghus gaya aur aap ko pareshan kiya aise aise kiya us ne.</w:t>
      </w:r>
      <w:r>
        <w:br/>
      </w:r>
      <w:r>
        <w:rPr>
          <w:sz w:val="20"/>
        </w:rPr>
        <w:t>46:27  to budhiya to to khalifa ne apne bete ko bulaya. ek taraf beta khara kiya ek taraf budhiya ko khara kiya. aur budhiya se kaha ke bolo kya tumhari shikayat hai?</w:t>
      </w:r>
      <w:r>
        <w:br/>
      </w:r>
      <w:r>
        <w:rPr>
          <w:sz w:val="20"/>
        </w:rPr>
        <w:t>46:40  woh boli. aur phir bete se kaha ke tum batao kya tumhare paas is ka is ke bare mein kya kahna hai tum ko. to woh kahne laga kuch.</w:t>
      </w:r>
      <w:r>
        <w:br/>
      </w:r>
      <w:r>
        <w:rPr>
          <w:sz w:val="20"/>
        </w:rPr>
        <w:t>46:51  ab wahan par aisa hua ke budhiya khoob zor zor se bol rahi thi. aur woh jo beta tha khalifa ka woh dheere dheere bolta tha. to wazir sahib khare hue the wahan par.</w:t>
      </w:r>
      <w:r>
        <w:br/>
      </w:r>
      <w:r>
        <w:rPr>
          <w:sz w:val="20"/>
        </w:rPr>
        <w:t>47:04  yani khalifa ke wazir. to unhon ne budhiya se kaha ke dekho ye shahzada hai aise mat bolo. dheere dheere bolo.</w:t>
      </w:r>
      <w:r>
        <w:br/>
      </w:r>
      <w:r>
        <w:rPr>
          <w:sz w:val="20"/>
        </w:rPr>
        <w:t>47:13  to khalifa ne kaha ke is ko bolne do.</w:t>
      </w:r>
      <w:r>
        <w:br/>
      </w:r>
      <w:r>
        <w:rPr>
          <w:sz w:val="20"/>
        </w:rPr>
        <w:t>47:22  badi ajeeb baat kahi us ne. ke sach ne budhiya ko bahadur bana diya hai. aur jhooth ne is shahzade ko buzdil bana diya hai.</w:t>
      </w:r>
      <w:r>
        <w:br/>
      </w:r>
      <w:r>
        <w:rPr>
          <w:sz w:val="20"/>
        </w:rPr>
        <w:t>47:36  bahut hi ajeeb baat ye hai. khalifa ne kaha ke sach ne budhiya ko bahadur bana diya hai. aur jhooth ne is shahzade ko buzdil bana diya hai.</w:t>
      </w:r>
    </w:p>
    <w:p>
      <w:pPr>
        <w:pStyle w:val="Heading2"/>
      </w:pPr>
      <w:r>
        <w:t>Surrendering ego is the key to sustaining true gratitude</w:t>
      </w:r>
    </w:p>
    <w:p>
      <w:r>
        <w:rPr>
          <w:color w:val="666666"/>
          <w:sz w:val="18"/>
        </w:rPr>
        <w:t>Importance of Shukr (Thankfulness) July 24, 2022 · 2m 49s · at 50:31 · https://youtu.be/MgWNIv0k1sk?t=3031</w:t>
      </w:r>
    </w:p>
    <w:p>
      <w:r>
        <w:rPr>
          <w:i/>
        </w:rPr>
        <w:t>“Tab hi fariste hamare paas aayenge”</w:t>
      </w:r>
    </w:p>
    <w:p>
      <w:r>
        <w:rPr>
          <w:sz w:val="20"/>
        </w:rPr>
        <w:t>50:31  karni hai. Wahi hamare andar woh shukr wali personality ko develop karenge. To hum jo shukr ki personality develop nahi kar sakte, woh jo main reason hai, woh hamare andar hai: ego.</w:t>
      </w:r>
      <w:r>
        <w:br/>
      </w:r>
      <w:r>
        <w:rPr>
          <w:sz w:val="20"/>
        </w:rPr>
        <w:t>50:46  Ego hamare andar itna zyada hota hai ke jahan kisi ne koi baat kahi, bas hum bhadak uthte hain. To agar hum apne ego ko khatm kar dein to hum kyun bhadkenge?</w:t>
      </w:r>
      <w:r>
        <w:br/>
      </w:r>
      <w:r>
        <w:rPr>
          <w:sz w:val="20"/>
        </w:rPr>
        <w:t>50:56  Jaise Maulana kehte the ke "Main apne aap ko chunti ke barabar bhi nahi samajh</w:t>
      </w:r>
      <w:r>
        <w:br/>
      </w:r>
      <w:r>
        <w:rPr>
          <w:sz w:val="20"/>
        </w:rPr>
        <w:t>51:00  ta." Agar hum apne aap ko chunti ke barabar bhi nahi samjhein to koi hamein kitna bhi bura bhala kehta rahe, hum kyun kyun bhadkenge? Hum woh apna ego khatm karna hai.</w:t>
      </w:r>
      <w:r>
        <w:br/>
      </w:r>
      <w:r>
        <w:rPr>
          <w:sz w:val="20"/>
        </w:rPr>
        <w:t>51:12  Kyunke do ego is kainat mein nahi chal sakte. Ego to asal Khuda ka ego hai na? To ek Hadees mein aaya hai ke "Jo mere kibr ki chadar ko lena chahega, main us ko zaleel kar doonga." To Khuda ka ego hai.</w:t>
      </w:r>
      <w:r>
        <w:br/>
      </w:r>
      <w:r>
        <w:rPr>
          <w:sz w:val="20"/>
        </w:rPr>
        <w:t>51:26  Hamein jo kuch hai, woh Khuda ke dene se mila hua hai.</w:t>
      </w:r>
      <w:r>
        <w:br/>
      </w:r>
      <w:r>
        <w:rPr>
          <w:sz w:val="20"/>
        </w:rPr>
        <w:t>51:30  To hamein to hamara apna kuch hai hi nahi. To kis baat ka ego? Jo ek cheez jo hamein Khuda ne di hai, to mili hui hai.</w:t>
      </w:r>
      <w:r>
        <w:br/>
      </w:r>
      <w:r>
        <w:rPr>
          <w:sz w:val="20"/>
        </w:rPr>
        <w:t>51:38  Aur jab chahe, woh Khuda hum se chheen sakta hai. To hamein is maqsad ke liye, apne jazba-e-shukr ki hifazat ke liye, apne ego ko khatm karna hai.</w:t>
      </w:r>
      <w:r>
        <w:br/>
      </w:r>
      <w:r>
        <w:rPr>
          <w:sz w:val="20"/>
        </w:rPr>
        <w:t>51:47  Ego ko surrender karna hai. Islam ke maani hi yahi hain: "Submitting to God. Surrender to God</w:t>
      </w:r>
      <w:r>
        <w:br/>
      </w:r>
      <w:r>
        <w:rPr>
          <w:sz w:val="20"/>
        </w:rPr>
        <w:t>51:55  ." To surrender ka matlab yahi hai: ego ko surrender karna. Aur sirf aur sirf Khuda ki baṛai mein jeena. Ji to Aapa samajh aa raha hai ke jannat ki qeemat shukr hai.</w:t>
      </w:r>
      <w:r>
        <w:br/>
      </w:r>
      <w:r>
        <w:rPr>
          <w:sz w:val="20"/>
        </w:rPr>
        <w:t>52:08  Aur jannat usi ko milegi jo is qeemat ko ada karega. Aur Quran mein bhi Aapa jannat ko le kar yeh zikr aaya hai ke "Tum jahan bhi dekhoge, azeem nem'at aur badshahi dek</w:t>
      </w:r>
      <w:r>
        <w:br/>
      </w:r>
      <w:r>
        <w:rPr>
          <w:sz w:val="20"/>
        </w:rPr>
        <w:t>52:21  hoge." To yeh bohat zaroori ho jata hai Aapa ke hum apne andar yeh shukr ka ehsaas, shukr ke feeling ko safeguard kar ke hamesha chalein.</w:t>
      </w:r>
      <w:r>
        <w:br/>
      </w:r>
      <w:r>
        <w:rPr>
          <w:sz w:val="20"/>
        </w:rPr>
        <w:t>52:31  to wo kaise kar sakte hain? is ke bare mein bhi bataein. to shukr ke safeguard karne ke liye wahi hai jo ke hum har halat mein Khuda ki barhai mein jaein.</w:t>
      </w:r>
      <w:r>
        <w:br/>
      </w:r>
      <w:r>
        <w:rPr>
          <w:sz w:val="20"/>
        </w:rPr>
        <w:t>52:43  ji apni barhai ko khatam kar dein aur Khuda ki barhai mein jaein. phir shukriya shukr hai.</w:t>
      </w:r>
      <w:r>
        <w:br/>
      </w:r>
      <w:r>
        <w:rPr>
          <w:sz w:val="20"/>
        </w:rPr>
        <w:t>52:50  kyunke hamari hazaron lakhon cheezein hain jo hamare paas hain, wo Khuda se mili hui hain. phir hum kyun nahi shukr karein ge? jaise ek baar, ek baar maine ek car mein dekha, peeche likha hua tha:</w:t>
      </w:r>
      <w:r>
        <w:br/>
      </w:r>
      <w:r>
        <w:rPr>
          <w:sz w:val="20"/>
        </w:rPr>
        <w:t>53:05  "Dad's gift." to ek cheez baap ne di, ab bete ko itna zyada is ka acknowledgement hua, us ne acknowledge itna zyada kiya ke us ne car pe hi likh diya: "Dad's gift." to</w:t>
      </w:r>
    </w:p>
    <w:p>
      <w:pPr>
        <w:pStyle w:val="Heading2"/>
      </w:pPr>
      <w:r>
        <w:t>Personalization of blessings leads to cosmic gratitude</w:t>
      </w:r>
    </w:p>
    <w:p>
      <w:r>
        <w:rPr>
          <w:color w:val="666666"/>
          <w:sz w:val="18"/>
        </w:rPr>
        <w:t>An Intellectual journey 1 May 2011 - Maulana Wahiduddin Khan · 1m 50s · at 9:37 · https://youtu.be/lnfjC7x_s2A?t=577</w:t>
      </w:r>
    </w:p>
    <w:p>
      <w:r>
        <w:rPr>
          <w:i/>
        </w:rPr>
        <w:t>“Jab shukar ke item ko aap personalize kar saken”</w:t>
      </w:r>
    </w:p>
    <w:p>
      <w:r>
        <w:rPr>
          <w:sz w:val="20"/>
        </w:rPr>
        <w:t>9:37  jab shukr ke item ko aap personalize kar sakein, personalize kar sakein. yani yeh sab jo hua, us ko aap apne andar utarein ke mere liye yeh duniya banayi gayi, mere liye infrastructure diya gaya, mere liye saman rakha gaya, mere liye bicycle bani, mere liye car bani, mere liye hawai jahaz bana.</w:t>
      </w:r>
      <w:r>
        <w:br/>
      </w:r>
      <w:r>
        <w:rPr>
          <w:sz w:val="20"/>
        </w:rPr>
        <w:t>10:00  in sari baaton ko aap personalize kar sakein, apni satah par la sakein. to kya hota hai? universal shukr aata hai.</w:t>
      </w:r>
      <w:r>
        <w:br/>
      </w:r>
      <w:r>
        <w:rPr>
          <w:sz w:val="20"/>
        </w:rPr>
        <w:t>10:12  shukr ka ek yani ek himalaya shukr aata hai, warna to ek chhota shukr rahega. ek shukr ka ek zara aap ke andar rahega.</w:t>
      </w:r>
      <w:r>
        <w:br/>
      </w:r>
      <w:r>
        <w:rPr>
          <w:sz w:val="20"/>
        </w:rPr>
        <w:t>10:23  yani aap ne apne liye ek car khareedi, farz ki jiye,</w:t>
      </w:r>
      <w:r>
        <w:br/>
      </w:r>
      <w:r>
        <w:rPr>
          <w:sz w:val="20"/>
        </w:rPr>
        <w:t>10:29  to itna shukr aap ko aayega. lekin poori humanity ko jo mil raha hai, poori mankind ko jo mil raha hai, us ko aap personalize karein to kya hoga?</w:t>
      </w:r>
      <w:r>
        <w:br/>
      </w:r>
      <w:r>
        <w:rPr>
          <w:sz w:val="20"/>
        </w:rPr>
        <w:t>10:40  yani shukr ka ek samandar, oceanic shukr aaya aap ke andar. to mein Allah ke fazl se personalize karta hoon. mein yeh nahi sochta mujhe kya mila.</w:t>
      </w:r>
      <w:r>
        <w:br/>
      </w:r>
      <w:r>
        <w:rPr>
          <w:sz w:val="20"/>
        </w:rPr>
        <w:t>10:50  yeh kabhi nahi sochta mein insaan ko kya mila. zahir hai ke hawai jahaz ki industry maine nahi lagayi, mein kisi hawai jahaz ka malik nahi hoon.</w:t>
      </w:r>
      <w:r>
        <w:br/>
      </w:r>
      <w:r>
        <w:rPr>
          <w:sz w:val="20"/>
        </w:rPr>
        <w:t>11:01  lekin poori aviation industry jaise lagti hai ke woh mere liye hai. sab poori us ko unhon ne personalize kar liya.</w:t>
      </w:r>
      <w:r>
        <w:br/>
      </w:r>
      <w:r>
        <w:rPr>
          <w:sz w:val="20"/>
        </w:rPr>
        <w:t>11:09  to oceanic shukr paida hua. itni badi civilization, itna bada process chala, kahan se kahan pahuncha, woh sab mere mind mein aa ke personalize ho gaya.</w:t>
      </w:r>
    </w:p>
    <w:p>
      <w:pPr>
        <w:pStyle w:val="Heading2"/>
      </w:pPr>
      <w:r>
        <w:t>Copernicus proved a theory wrong, not the religion</w:t>
      </w:r>
    </w:p>
    <w:p>
      <w:r>
        <w:rPr>
          <w:color w:val="666666"/>
          <w:sz w:val="18"/>
        </w:rPr>
        <w:t>Is Islam in Danger, January 10, 2007 · 2m 50s · at 25:43 · https://youtu.be/1vrUjeA7508?t=1543</w:t>
      </w:r>
    </w:p>
    <w:p>
      <w:r>
        <w:rPr>
          <w:i/>
        </w:rPr>
        <w:t>“کوپرنیکس نے ثابت کیا کہ زمین مرکز میں نہیں ہے، سورج مرکز میں ہے”</w:t>
      </w:r>
    </w:p>
    <w:p>
      <w:r>
        <w:rPr>
          <w:sz w:val="20"/>
        </w:rPr>
        <w:t>25:43  Copernicus khud bohat bara zaheen tha. Mahar falakiyat tha woh. To Copernicus ne is ko sabit kiya keh zameen markaz mein nahi hai, suraj markaz mein hai.</w:t>
      </w:r>
      <w:r>
        <w:br/>
      </w:r>
      <w:r>
        <w:rPr>
          <w:sz w:val="20"/>
        </w:rPr>
        <w:t>25:56  aur suraj ke gird zameen aur sare satellite ghoomte hain. Isi ko aur tarraqi di Kepler ne aur Newton ne. To yeh cheez achhi tarah qaim ho gayi.</w:t>
      </w:r>
      <w:r>
        <w:br/>
      </w:r>
      <w:r>
        <w:rPr>
          <w:sz w:val="20"/>
        </w:rPr>
        <w:t>26:06  yaani Copernicus ki theory ko le kar Kepler ne aage barhaya, phir Newton ne</w:t>
      </w:r>
      <w:r>
        <w:br/>
      </w:r>
      <w:r>
        <w:rPr>
          <w:sz w:val="20"/>
        </w:rPr>
        <w:t>26:10  aagay barhaya. yahan tak ke yeh cheez qaim ho gayi ke heliocentric theory sahi hai, geocentric theory galat hai.</w:t>
      </w:r>
      <w:r>
        <w:br/>
      </w:r>
      <w:r>
        <w:rPr>
          <w:sz w:val="20"/>
        </w:rPr>
        <w:t>26:20  ab is ko leejie aap is misaal ko. ke jab geocentric theory galat sabit hui, heliocentric theory sahi sabit hui.</w:t>
      </w:r>
      <w:r>
        <w:br/>
      </w:r>
      <w:r>
        <w:rPr>
          <w:sz w:val="20"/>
        </w:rPr>
        <w:t>26:33  to yeh aik falakiyat ki baat thi.</w:t>
      </w:r>
      <w:r>
        <w:br/>
      </w:r>
      <w:r>
        <w:rPr>
          <w:sz w:val="20"/>
        </w:rPr>
        <w:t>26:37  yani arastoo ki theory ya talmi ki theory galat sabit hui thi. lekin church ne kya samjha ke hazrat masih ka mazhab galat sabit ho gaya hai.</w:t>
      </w:r>
      <w:r>
        <w:br/>
      </w:r>
      <w:r>
        <w:rPr>
          <w:sz w:val="20"/>
        </w:rPr>
        <w:t>26:49  is ko samjhiye achay tarike se.</w:t>
      </w:r>
      <w:r>
        <w:br/>
      </w:r>
      <w:r>
        <w:rPr>
          <w:sz w:val="20"/>
        </w:rPr>
        <w:t>26:54  ke jo cheez galat sabit hui thi woh tha arastoo ka nazariya ya talmi ka nazariya.</w:t>
      </w:r>
      <w:r>
        <w:br/>
      </w:r>
      <w:r>
        <w:rPr>
          <w:sz w:val="20"/>
        </w:rPr>
        <w:t>26:59  yani talmi ne geocentric theory ko pesh kiya. arastoo ne geocentric theory ko apna liya. aur bohat se log is ko mannay lagay.</w:t>
      </w:r>
      <w:r>
        <w:br/>
      </w:r>
      <w:r>
        <w:rPr>
          <w:sz w:val="20"/>
        </w:rPr>
        <w:t>27:10  to geocentric theory kuch philosophers ki theory thi. na ke mazhab ki theory.</w:t>
      </w:r>
      <w:r>
        <w:br/>
      </w:r>
      <w:r>
        <w:rPr>
          <w:sz w:val="20"/>
        </w:rPr>
        <w:t>27:19  to jab copernicus ne ya kepler ne ya newton ne is ko galat sabit kiya ya galileo ne. to jo cheez galat sabit hui woh kya thi?</w:t>
      </w:r>
      <w:r>
        <w:br/>
      </w:r>
      <w:r>
        <w:rPr>
          <w:sz w:val="20"/>
        </w:rPr>
        <w:t>27:29  woh thi geocentric theory. kuch philosophers ki. na ke mazhab, na ke isaiyat, na ke hazrat masih alaihi assalam ka diya hua aqeedah.</w:t>
      </w:r>
      <w:r>
        <w:br/>
      </w:r>
      <w:r>
        <w:rPr>
          <w:sz w:val="20"/>
        </w:rPr>
        <w:t>27:42  lekin church ne is mein uljha diya. yani church ka apna isai nazariya galat sabit ho raha tha.</w:t>
      </w:r>
      <w:r>
        <w:br/>
      </w:r>
      <w:r>
        <w:rPr>
          <w:sz w:val="20"/>
        </w:rPr>
        <w:t>27:51  na ke hazrat masih ka diya hua</w:t>
      </w:r>
      <w:r>
        <w:br/>
      </w:r>
      <w:r>
        <w:rPr>
          <w:sz w:val="20"/>
        </w:rPr>
        <w:t>27:54  yani mazhab. is ko to darasal farq</w:t>
      </w:r>
      <w:r>
        <w:br/>
      </w:r>
      <w:r>
        <w:rPr>
          <w:sz w:val="20"/>
        </w:rPr>
        <w:t>28:03  isai nazariya aur woh isai nazariya jo hazrat masih ne di thi. to bohat lambi muddat tak woh yahi samajhtay rahay ke yeh galat hai.</w:t>
      </w:r>
      <w:r>
        <w:br/>
      </w:r>
      <w:r>
        <w:rPr>
          <w:sz w:val="20"/>
        </w:rPr>
        <w:t>28:19  kyun ke is ko manay gay to isai nazariya galat sabit ho jaye ga.</w:t>
      </w:r>
      <w:r>
        <w:br/>
      </w:r>
      <w:r>
        <w:rPr>
          <w:sz w:val="20"/>
        </w:rPr>
        <w:t>28:22  agar woh samajh letay is baat ko us waqt ke hum ne jo nazariya banaya hai isai nazariye ka woh galat sabit ho raha hai. na ke hazrat masih ka mazhab. to koi larai na hoti.</w:t>
      </w:r>
    </w:p>
    <w:p>
      <w:pPr>
        <w:pStyle w:val="Heading2"/>
      </w:pPr>
      <w:r>
        <w:t>Two levels of faith: giver or no-problem person</w:t>
      </w:r>
    </w:p>
    <w:p>
      <w:r>
        <w:rPr>
          <w:color w:val="666666"/>
          <w:sz w:val="18"/>
        </w:rPr>
        <w:t>Lessons from The Quran And Hadith · 2m 02s · at 27:40 · https://youtu.be/fBflSQEPstg?t=1660</w:t>
      </w:r>
    </w:p>
    <w:p>
      <w:r>
        <w:rPr>
          <w:i/>
        </w:rPr>
        <w:t>“Hadith: whoever harms their neighbor is not a true believer.”</w:t>
      </w:r>
    </w:p>
    <w:p>
      <w:r>
        <w:rPr>
          <w:sz w:val="20"/>
        </w:rPr>
        <w:t>27:40  hadith mein aata hai ke wa Allah la yu'manu wa Allah la yu'manu wa Allah la yu'manu alladhi la ya'manu jarehu bawa'iqu Khuda ki qasam, woh momin nahi hai.</w:t>
      </w:r>
      <w:r>
        <w:br/>
      </w:r>
      <w:r>
        <w:rPr>
          <w:sz w:val="20"/>
        </w:rPr>
        <w:t>27:52  Khuda ki qasam, woh momin nahi hai. Khuda ki qasam, woh momin nahi hai. ab teen baar farmaya. phir aap ne farmaya ke alladhi la ya'manu jarehu bawa'iqu</w:t>
      </w:r>
      <w:r>
        <w:br/>
      </w:r>
      <w:r>
        <w:rPr>
          <w:sz w:val="20"/>
        </w:rPr>
        <w:t>28:03  yaani jo apne padosi ke liye problem create kare, woh momin nahi hai.</w:t>
      </w:r>
      <w:r>
        <w:br/>
      </w:r>
      <w:r>
        <w:rPr>
          <w:sz w:val="20"/>
        </w:rPr>
        <w:t>28:10  is se maine yeh samjha hai ke imaan ke do darje hain. ek minimum, ek maximum.</w:t>
      </w:r>
      <w:r>
        <w:br/>
      </w:r>
      <w:r>
        <w:rPr>
          <w:sz w:val="20"/>
        </w:rPr>
        <w:t>28:19  maximum kya hai? wa amma ma yanfa'u alnnasi fa in kuntum fi alrrdi yeh Quran mein hai.</w:t>
      </w:r>
      <w:r>
        <w:br/>
      </w:r>
      <w:r>
        <w:rPr>
          <w:sz w:val="20"/>
        </w:rPr>
        <w:t>28:25  imaan ka maximum darja yeh hai ke aap doosron ke liye nafe banen. samajh ke liye giver banen. aur minimum darja yeh hai ke aap no problem person bankar ke samajh mein reh saken.</w:t>
      </w:r>
      <w:r>
        <w:br/>
      </w:r>
      <w:r>
        <w:rPr>
          <w:sz w:val="20"/>
        </w:rPr>
        <w:t>28:43  har aadmi samaj mein rehta hai, muashre mein rehta hai, society mein rehta hai. Akele kisi island mein to aap reh nahin sakte.</w:t>
      </w:r>
      <w:r>
        <w:br/>
      </w:r>
      <w:r>
        <w:rPr>
          <w:sz w:val="20"/>
        </w:rPr>
        <w:t>28:54  To aap ke liye imaan ke sirf do darje hain. Teesra koi darja nahin hai. Maximum yeh hai ke aap samaj ke giver member ban kar rahen.</w:t>
      </w:r>
      <w:r>
        <w:br/>
      </w:r>
      <w:r>
        <w:rPr>
          <w:sz w:val="20"/>
        </w:rPr>
        <w:t>29:11  Society ke giver member ban kar rahen. Aur minimum kya hai? Minimum yeh hai ke aap ek no problem person ban kar rahen society mein.</w:t>
      </w:r>
      <w:r>
        <w:br/>
      </w:r>
      <w:r>
        <w:rPr>
          <w:sz w:val="20"/>
        </w:rPr>
        <w:t>29:25  Ya to no problem person baniye ya giver person baniye. Iske alawa koi teesra darja imaan ka nahin hai.</w:t>
      </w:r>
      <w:r>
        <w:br/>
      </w:r>
      <w:r>
        <w:rPr>
          <w:sz w:val="20"/>
        </w:rPr>
        <w:t>29:37  Koi teesra darja imaan ka nahin hai.</w:t>
      </w:r>
    </w:p>
    <w:p>
      <w:pPr>
        <w:pStyle w:val="Heading2"/>
      </w:pPr>
      <w:r>
        <w:t>Patience saves a marriage from impulsive divorce</w:t>
      </w:r>
    </w:p>
    <w:p>
      <w:r>
        <w:rPr>
          <w:color w:val="666666"/>
          <w:sz w:val="18"/>
        </w:rPr>
        <w:t>Power of Peace June 6, 2010 Maulana Wahiduddin Khan · 1m 31s · at 44:51 · https://youtu.be/QNnouRoYI38?t=2691</w:t>
      </w:r>
    </w:p>
    <w:p>
      <w:r>
        <w:rPr>
          <w:i/>
        </w:rPr>
        <w:t>“Ek sahab aaye, biwi ko talaq dena chahte the”</w:t>
      </w:r>
    </w:p>
    <w:p>
      <w:r>
        <w:rPr>
          <w:sz w:val="20"/>
        </w:rPr>
        <w:t>44:51  jab bhi kahin baat bigadti hai, jab kahin breakdown hota hai, jo be sabri ki wajah se hota hai. mere paas ek sahib aaye ke unhon ne kaha main apni biwi ko talaq dena chahta hoon.</w:t>
      </w:r>
      <w:r>
        <w:br/>
      </w:r>
      <w:r>
        <w:rPr>
          <w:sz w:val="20"/>
        </w:rPr>
        <w:t>45:03  yeh baat, woh baat, duniya bhar ki baat. to maine kaha theek hai. talaq dene ke liye aap ek hi baithak mein talaq, talaq, talaq mat kijiye. islam ka tareeqa hai, us ko pakriye.</w:t>
      </w:r>
      <w:r>
        <w:br/>
      </w:r>
      <w:r>
        <w:rPr>
          <w:sz w:val="20"/>
        </w:rPr>
        <w:t>45:14  pehla mahine mein kahiye ke main tum ko ek talaq deta hoon.</w:t>
      </w:r>
      <w:r>
        <w:br/>
      </w:r>
      <w:r>
        <w:rPr>
          <w:sz w:val="20"/>
        </w:rPr>
        <w:t>45:19  dusra mahine kahiye ke maine tum ko talaq diya. teesra mahine mein us ko finalize kijiye. kai log mere paas aaye, main is tarah un ko bataya to phir lote nahi woh.</w:t>
      </w:r>
      <w:r>
        <w:br/>
      </w:r>
      <w:r>
        <w:rPr>
          <w:sz w:val="20"/>
        </w:rPr>
        <w:t>45:30  kyunke woh sab apna aap ne compromise kar liya hai logon ne. ghussa khatam ho gaya, baat theek ho gayi. ghusse mein baat bigadti hai aur sabr mein baat banti hai.</w:t>
      </w:r>
      <w:r>
        <w:br/>
      </w:r>
      <w:r>
        <w:rPr>
          <w:sz w:val="20"/>
        </w:rPr>
        <w:t>45:44  ghusse se baat bigadti hai aur sabr ke sath baat banti hai.</w:t>
      </w:r>
      <w:r>
        <w:br/>
      </w:r>
      <w:r>
        <w:rPr>
          <w:sz w:val="20"/>
        </w:rPr>
        <w:t>45:49  jo bhi log talaq, talaq karte hain, woh sab ghusse mein hota hai, ghusse mein. agar woh bardasht kar lein aur aur planning ke tehat karein, planning kar ke to to to talaq denge nahi.</w:t>
      </w:r>
      <w:r>
        <w:br/>
      </w:r>
      <w:r>
        <w:rPr>
          <w:sz w:val="20"/>
        </w:rPr>
        <w:t>46:06  talaq denge nahi.</w:t>
      </w:r>
      <w:r>
        <w:br/>
      </w:r>
      <w:r>
        <w:rPr>
          <w:sz w:val="20"/>
        </w:rPr>
        <w:t>46:10  aisi laraiyan hain jo lar jatay hain dhara dhar. to agar sochen to larai na karen.</w:t>
      </w:r>
      <w:r>
        <w:br/>
      </w:r>
      <w:r>
        <w:rPr>
          <w:sz w:val="20"/>
        </w:rPr>
        <w:t>46:17  sochen to larai na karen.</w:t>
      </w:r>
    </w:p>
    <w:p>
      <w:pPr>
        <w:pStyle w:val="Heading2"/>
      </w:pPr>
      <w:r>
        <w:t>the gap between claiming and following the Prophet's example</w:t>
      </w:r>
    </w:p>
    <w:p>
      <w:r>
        <w:rPr>
          <w:color w:val="666666"/>
          <w:sz w:val="18"/>
        </w:rPr>
        <w:t>Good Relationships CPS Women Discussion 23 September 10, 2023 · 1m 31s · at 28:14 · https://youtu.be/5UlMoC6-jGU?t=1694</w:t>
      </w:r>
    </w:p>
    <w:p>
      <w:r>
        <w:rPr>
          <w:i/>
        </w:rPr>
        <w:t>“We call Prophet Muhammad our role model but don't follow him”</w:t>
      </w:r>
    </w:p>
    <w:p>
      <w:r>
        <w:rPr>
          <w:sz w:val="20"/>
        </w:rPr>
        <w:t>28:14  Papa you are very very true in saying this ki aaj agar musalmanon mein kami hai to prophet muhammad ko wah apna role model kehte to hain, kehte hain lekin mante nahin hain. We have often often seen in our society.</w:t>
      </w:r>
      <w:r>
        <w:br/>
      </w:r>
      <w:r>
        <w:rPr>
          <w:sz w:val="20"/>
        </w:rPr>
        <w:t>28:30  Hum jinke saath uthte hain, baithte hain, zara si tal vital ho jati hai, kuch situation mein fark aa jata hai, wah ekdam apne us par aa jate hain and they start abusing aur aise aise words bolte hain ki ek shock lagta hai ki yeh banda jo abhi itna achha bana hua tha achanak se us ki personality ka doosra roop nazar aata hai. We often see this kind of thing happening in our society.</w:t>
      </w:r>
      <w:r>
        <w:br/>
      </w:r>
      <w:r>
        <w:rPr>
          <w:sz w:val="20"/>
        </w:rPr>
        <w:t>28:56  To question hota hai wahan ki prophet mohammad jo hamare role model hain, hum unko kitna follow karte hain? Unki zindagi ko bilkul follow nahin karte hain. Unse bada example bilkul nahin ho sakta. Jaise ki aapne abhi ansar aur mahajdin ke bare mein ek beautiful example diya hai.</w:t>
      </w:r>
      <w:r>
        <w:br/>
      </w:r>
      <w:r>
        <w:rPr>
          <w:sz w:val="20"/>
        </w:rPr>
        <w:t>29:15  Hum sabke liye har ek ek musalmanon ke liye sabak hai ismein ki hum kaise doosri member of the society ke liye hum kis tarah se contribute kar sakte hain aur ek conducive mahaul bana sakte hain doosre logon ke liye. To main ab invite karti hoon aur logon ko apni kuch learning ko share karne ke liye ya phir? Doctor safeena kuch keh rahi hai? Ok, aap. Shabhina.</w:t>
      </w:r>
      <w:r>
        <w:br/>
      </w:r>
      <w:r>
        <w:rPr>
          <w:sz w:val="20"/>
        </w:rPr>
        <w:t>29:45  Jaise ne abhi ek baat batai ki unke ghar ke bahar ek kooda phekate hain aur unhone kis tarah se uska ek hal nikala, use manage kiya aur shayad apne liye ek neki mein bhi naam likhvaya kyunki unhone usko lakar le kiya. Hamare hi pados mein aisa hi ek, aisa hi ek case hua.</w:t>
      </w:r>
    </w:p>
    <w:p>
      <w:pPr>
        <w:pStyle w:val="Heading2"/>
      </w:pPr>
      <w:r>
        <w:t>Managing emotions through Khadija's example</w:t>
      </w:r>
    </w:p>
    <w:p>
      <w:r>
        <w:rPr>
          <w:color w:val="666666"/>
          <w:sz w:val="18"/>
        </w:rPr>
        <w:t>How to Develop Spiritual Personality July 16, 2006 Maulana Wahiduddin Khan · 3m 01s · at 21:56 · https://youtu.be/nxFUXRFboW4?t=1316</w:t>
      </w:r>
    </w:p>
    <w:p>
      <w:r>
        <w:rPr>
          <w:i/>
        </w:rPr>
        <w:t>“Yani manage karne ka key technique kya hai?”</w:t>
      </w:r>
    </w:p>
    <w:p>
      <w:r>
        <w:rPr>
          <w:sz w:val="20"/>
        </w:rPr>
        <w:t>21:56  yani manage karne ka ki technique kya hai? main apna aaj ka qissa batata hoon jo abhi kal ki baat hai. dekhiye main is colony mein aaya bohat pehle 1983 mein.</w:t>
      </w:r>
      <w:r>
        <w:br/>
      </w:r>
      <w:r>
        <w:rPr>
          <w:sz w:val="20"/>
        </w:rPr>
        <w:t>22:13  to wahan bohat peace tha yahan par. bohat kam aisa hota tha ki koi car chale aur woh horn ki aawaz sunne ko mile. bohat peace tha.</w:t>
      </w:r>
      <w:r>
        <w:br/>
      </w:r>
      <w:r>
        <w:rPr>
          <w:sz w:val="20"/>
        </w:rPr>
        <w:t>22:23  ab aaj kal yeh haal hai ki har waqt carain daudti hain. har waqt horn bajte hain. aur double horn. peeche hato gaadi tab bhi horn bajega.</w:t>
      </w:r>
      <w:r>
        <w:br/>
      </w:r>
      <w:r>
        <w:rPr>
          <w:sz w:val="20"/>
        </w:rPr>
        <w:t>22:32  gaadi ke andar woh cassette bajega. gharaaz yeh ki car jo hai woh shor pollution ka tool ban gayi hai aaj kal.</w:t>
      </w:r>
      <w:r>
        <w:br/>
      </w:r>
      <w:r>
        <w:rPr>
          <w:sz w:val="20"/>
        </w:rPr>
        <w:t>22:43  car jo hai shor pollution ka tool ban gayi hai. to main bohat disturb rehta tha is se. bohat zyada disturb rehta tha.</w:t>
      </w:r>
      <w:r>
        <w:br/>
      </w:r>
      <w:r>
        <w:rPr>
          <w:sz w:val="20"/>
        </w:rPr>
        <w:t>22:54  aur sochta tha ki yahan se bhaag jaaun kahin. main bhaag ke jaaun to kahaan jaaun? phir maine kaise manage kiya? is ko arz karta hoon.</w:t>
      </w:r>
      <w:r>
        <w:br/>
      </w:r>
      <w:r>
        <w:rPr>
          <w:sz w:val="20"/>
        </w:rPr>
        <w:t>23:06  hadith mein aata hai ki jab Rasool Allah sallallahu alaihi wa sallam Prophet of Islam Makkah mein the to aap jaante hain ki Makkah mein log aap ko bohat pareshan karte the.</w:t>
      </w:r>
      <w:r>
        <w:br/>
      </w:r>
      <w:r>
        <w:rPr>
          <w:sz w:val="20"/>
        </w:rPr>
        <w:t>23:20  aur yeh pareshani bhi thi aap ko ki wahan ke ladke aa kar shor karte the aap ke ghar ke saamne. khwah makhwah shor. pareshan karne ke liye.</w:t>
      </w:r>
      <w:r>
        <w:br/>
      </w:r>
      <w:r>
        <w:rPr>
          <w:sz w:val="20"/>
        </w:rPr>
        <w:t>23:30  aur bade log, senior log to mana nahi karte the. kyun ki dekhiye jab samaj mein aisa ho ki aap mutanazia ban jayen to bade log jo hain is mein ghair mutasir ban jate hain.</w:t>
      </w:r>
      <w:r>
        <w:br/>
      </w:r>
      <w:r>
        <w:rPr>
          <w:sz w:val="20"/>
        </w:rPr>
        <w:t>23:45  aur chhote jo hain ladke woh tamasha karte hain woh. to Makkah mein aap ke ghar ke paas aa kar sab shor karte the.</w:t>
      </w:r>
      <w:r>
        <w:br/>
      </w:r>
      <w:r>
        <w:rPr>
          <w:sz w:val="20"/>
        </w:rPr>
        <w:t>23:55  Hazrat Khadija jo khatoon thin woh pareshan rehti thin. to hadith mein aata hai ki ek din aisa hua ki farishte aaye aap ke paas.</w:t>
      </w:r>
      <w:r>
        <w:br/>
      </w:r>
      <w:r>
        <w:rPr>
          <w:sz w:val="20"/>
        </w:rPr>
        <w:t>24:07  to farishte ko Prophet to dekhte the lekin Khadija nahi dekhti thin. to Rasool Allah ne kaha ki dekho yeh Khuda ka farishta aaya hai.</w:t>
      </w:r>
      <w:r>
        <w:br/>
      </w:r>
      <w:r>
        <w:rPr>
          <w:sz w:val="20"/>
        </w:rPr>
        <w:t>24:20  woh tum ko salam keh raha hai. yani Khadija jo aap ki biwi thin unhon ne kaha ki yeh farishta aaya hai Khuda ki taraf se aur tum ko salam keh raha hai.</w:t>
      </w:r>
      <w:r>
        <w:br/>
      </w:r>
      <w:r>
        <w:rPr>
          <w:sz w:val="20"/>
        </w:rPr>
        <w:t>24:34  aur tum ko ek achhi khabar le kar aaya hai Khuda ki taraf se. khushkhabri.</w:t>
      </w:r>
      <w:r>
        <w:br/>
      </w:r>
      <w:r>
        <w:rPr>
          <w:sz w:val="20"/>
        </w:rPr>
        <w:t>24:42  woh kya? ke tumhare liye jannat mein khuda ne ek bahut achha ghar banaya hai. aur us ki sifat yeh batayi ke "la sakhab fiha wa la nasab".</w:t>
      </w:r>
    </w:p>
    <w:p>
      <w:pPr>
        <w:pStyle w:val="Heading2"/>
      </w:pPr>
      <w:r>
        <w:t>Three conditions of repentance in Islam</w:t>
      </w:r>
    </w:p>
    <w:p>
      <w:r>
        <w:rPr>
          <w:color w:val="666666"/>
          <w:sz w:val="18"/>
        </w:rPr>
        <w:t>Understanding Islam (In Conversation with Maulana) June 20, 2010 Maulana Wahidudidn Khan · 2m 25s · at 13:40 · https://youtu.be/7UylaPL-iO8?t=820</w:t>
      </w:r>
    </w:p>
    <w:p>
      <w:r>
        <w:rPr>
          <w:i/>
        </w:rPr>
        <w:t>“Dekhiye, Quran mein hai keh jo toba karta hai”</w:t>
      </w:r>
    </w:p>
    <w:p>
      <w:r>
        <w:rPr>
          <w:sz w:val="20"/>
        </w:rPr>
        <w:t>13:40  dekhiye, Quran mein hai ke jo tauba karta hai to us ki tauba maaf ho jati hai. tauba ka maani hai lotna, paltna.</w:t>
      </w:r>
      <w:r>
        <w:br/>
      </w:r>
      <w:r>
        <w:rPr>
          <w:sz w:val="20"/>
        </w:rPr>
        <w:t>13:52  to toba ke liye ulama ne teen shartein batai hain. toba, toba mein is ko english mein keh sakte hain woh introspection,</w:t>
      </w:r>
      <w:r>
        <w:br/>
      </w:r>
      <w:r>
        <w:rPr>
          <w:sz w:val="20"/>
        </w:rPr>
        <w:t>14:05  repentance, introspection. to toba ki teen shartein batai hain. number one, nadamat. al tobat al naddm kaha gaya hai.</w:t>
      </w:r>
      <w:r>
        <w:br/>
      </w:r>
      <w:r>
        <w:rPr>
          <w:sz w:val="20"/>
        </w:rPr>
        <w:t>14:16  yani repentance. ke bohat ziyada ehsas ho ke maine ghalati kar dali. bohat ziyada ehsas ho ke maine ghalati kar dali. bohat ziyada ehsas.</w:t>
      </w:r>
      <w:r>
        <w:br/>
      </w:r>
      <w:r>
        <w:rPr>
          <w:sz w:val="20"/>
        </w:rPr>
        <w:t>14:27  isi ko hum repentance, yani pehli shart hai, sab se bari shart balkeh hai, repentance. yeh hadith mein aata hai ke al tobat al naddm.</w:t>
      </w:r>
      <w:r>
        <w:br/>
      </w:r>
      <w:r>
        <w:rPr>
          <w:sz w:val="20"/>
        </w:rPr>
        <w:t>14:36  ke toba ki harkat nadamat hai, sharmindagi hai. doosri cheez kya hai ke yeh, yeh ahad karna hai ke ab mein aisa nahi karunga.</w:t>
      </w:r>
      <w:r>
        <w:br/>
      </w:r>
      <w:r>
        <w:rPr>
          <w:sz w:val="20"/>
        </w:rPr>
        <w:t>14:49  yani ek hai sharminda hona, doosra yeh ke yeh tay karna hai ke ab mein aisa nahi karne wala hoon. ek baar to ghalati ho gayi, ho gayi. once was inf.</w:t>
      </w:r>
      <w:r>
        <w:br/>
      </w:r>
      <w:r>
        <w:rPr>
          <w:sz w:val="20"/>
        </w:rPr>
        <w:t>15:00  teesri shart yeh hai ke agar insan ka muamla hai, maslan insan ka hum ne paisa loot liya hai. to uska paisa lotana, us ko maar kar zakhmi kar diya to uska dawa ilaj ka intizam karna,</w:t>
      </w:r>
      <w:r>
        <w:br/>
      </w:r>
      <w:r>
        <w:rPr>
          <w:sz w:val="20"/>
        </w:rPr>
        <w:t>15:14  compensate karna. yeh khuda ke muamle mein hua to us ko hum compensate nahi kar sakte. insan ke muamle mein agar hua to hum compensate karenge.</w:t>
      </w:r>
      <w:r>
        <w:br/>
      </w:r>
      <w:r>
        <w:rPr>
          <w:sz w:val="20"/>
        </w:rPr>
        <w:t>15:25  to toba ki teen shartein hain. number one, nadim hona jis ko repentance kaha jata hai. doosra, yeh pakka irada karna, bohat hi determination ke sath ke ab mein aisi ghaltiyan nahi karunga.</w:t>
      </w:r>
      <w:r>
        <w:br/>
      </w:r>
      <w:r>
        <w:rPr>
          <w:sz w:val="20"/>
        </w:rPr>
        <w:t>15:43  khuda aap mujhe maaf kar de. aur teesra yeh hai ke agar insan ke sath ghalati hui hai aur insan ko koi nuqsan pohanchaya aap ne to compensate karna hai us ko.</w:t>
      </w:r>
      <w:r>
        <w:br/>
      </w:r>
      <w:r>
        <w:rPr>
          <w:sz w:val="20"/>
        </w:rPr>
        <w:t>15:53  yeh teen shartein hain. aur jo aadmi yeh shartein pura kar de to khula hua hai, quran majeed mein likha hua hai ke us ko Allah taala maaf kar deta hai.</w:t>
      </w:r>
    </w:p>
    <w:p>
      <w:pPr>
        <w:pStyle w:val="Heading2"/>
      </w:pPr>
      <w:r>
        <w:t>Custom-made universe inspires gratitude</w:t>
      </w:r>
    </w:p>
    <w:p>
      <w:r>
        <w:rPr>
          <w:color w:val="666666"/>
          <w:sz w:val="18"/>
        </w:rPr>
        <w:t>Anger An Obstacle to wisdom 5 Jan 2020 - Maulana Wahiduddin Khan · 2m 51s · at 21:55 · https://youtu.be/q0VPtCsiYrI?t=1315</w:t>
      </w:r>
    </w:p>
    <w:p>
      <w:r>
        <w:rPr>
          <w:i/>
        </w:rPr>
        <w:t>“Custom-made universe, what an amazing thing!”</w:t>
      </w:r>
    </w:p>
    <w:p>
      <w:r>
        <w:rPr>
          <w:sz w:val="20"/>
        </w:rPr>
        <w:t>21:55  ek custom made universe aap ko di. kaisi ajib baat hai!</w:t>
      </w:r>
      <w:r>
        <w:br/>
      </w:r>
      <w:r>
        <w:rPr>
          <w:sz w:val="20"/>
        </w:rPr>
        <w:t>22:04  custom made universe. custom made kehte hain, dekhiye, yeh jo joote banane wali companiyan jo hain, to jo log bohat zyada shaukeen hote hain, woh apne paon ka naap dete hain ja kar ke un ke karkhane mein.</w:t>
      </w:r>
      <w:r>
        <w:br/>
      </w:r>
      <w:r>
        <w:rPr>
          <w:sz w:val="20"/>
        </w:rPr>
        <w:t>22:26  to theek aap ke paon ke mutabiq ek jora tayyar kiya jata hai.</w:t>
      </w:r>
      <w:r>
        <w:br/>
      </w:r>
      <w:r>
        <w:rPr>
          <w:sz w:val="20"/>
        </w:rPr>
        <w:t>22:35  yani ek to karkhane ke aitbar se chezen banti hain, dher ke dher, aur ek joota, jora, ek jora theek aap ke paon ke lihaz se,</w:t>
      </w:r>
      <w:r>
        <w:br/>
      </w:r>
      <w:r>
        <w:rPr>
          <w:sz w:val="20"/>
        </w:rPr>
        <w:t>22:50  is ko kehte hain custom made shoe.</w:t>
      </w:r>
      <w:r>
        <w:br/>
      </w:r>
      <w:r>
        <w:rPr>
          <w:sz w:val="20"/>
        </w:rPr>
        <w:t>22:56  to isi tarike se yeh dunya jo hai, ek custom made dunya.</w:t>
      </w:r>
      <w:r>
        <w:br/>
      </w:r>
      <w:r>
        <w:rPr>
          <w:sz w:val="20"/>
        </w:rPr>
        <w:t>23:05  jaise mein pehli bar jab gaya tha America, amuman New York ke airport pe utra aur bahar aya to maine dekha ke bahar ki dunya mein bhi,</w:t>
      </w:r>
      <w:r>
        <w:br/>
      </w:r>
      <w:r>
        <w:rPr>
          <w:sz w:val="20"/>
        </w:rPr>
        <w:t>23:24  jis tarah India mein, main jab maine chora</w:t>
      </w:r>
      <w:r>
        <w:br/>
      </w:r>
      <w:r>
        <w:rPr>
          <w:sz w:val="20"/>
        </w:rPr>
        <w:t>23:31  New Delhi airport ko to yahan mujhe aakhri waqt tak</w:t>
      </w:r>
      <w:r>
        <w:br/>
      </w:r>
      <w:r>
        <w:rPr>
          <w:sz w:val="20"/>
        </w:rPr>
        <w:t>23:44  har cheez supply ho rahi thi.</w:t>
      </w:r>
      <w:r>
        <w:br/>
      </w:r>
      <w:r>
        <w:rPr>
          <w:sz w:val="20"/>
        </w:rPr>
        <w:t>23:48  aakhri waqt tak.</w:t>
      </w:r>
      <w:r>
        <w:br/>
      </w:r>
      <w:r>
        <w:rPr>
          <w:sz w:val="20"/>
        </w:rPr>
        <w:t>23:53  phir jab mein pahuncha America aur New York, New York, New York airport pe utra to hairat angiz taur par mujh se pehle wahan woh sab cheez maujood thi jo mujhe chahiye.</w:t>
      </w:r>
      <w:r>
        <w:br/>
      </w:r>
      <w:r>
        <w:rPr>
          <w:sz w:val="20"/>
        </w:rPr>
        <w:t>24:14  woh sab se pehle.</w:t>
      </w:r>
      <w:r>
        <w:br/>
      </w:r>
      <w:r>
        <w:rPr>
          <w:sz w:val="20"/>
        </w:rPr>
        <w:t>24:22  halanke maine to paida nahi kiya tha America ko. yeh to Allah tha jis ne paida kiya America ko aur sab cheez wahan pehle maujood kar di.</w:t>
      </w:r>
      <w:r>
        <w:br/>
      </w:r>
      <w:r>
        <w:rPr>
          <w:sz w:val="20"/>
        </w:rPr>
        <w:t>24:41  to ek custom made universe.</w:t>
      </w:r>
    </w:p>
    <w:p>
      <w:pPr>
        <w:pStyle w:val="Heading2"/>
      </w:pPr>
      <w:r>
        <w:t>Breaking fast with only water at a Hindu conference</w:t>
      </w:r>
    </w:p>
    <w:p>
      <w:r>
        <w:rPr>
          <w:color w:val="666666"/>
          <w:sz w:val="18"/>
        </w:rPr>
        <w:t>Fasting A Source of Spiritual Empowerment August 21, 2011 Maulana Wahiduddin Khan · 2m 13s · at 23:18 · https://youtu.be/Z0EbPlujcf0?t=1398</w:t>
      </w:r>
    </w:p>
    <w:p>
      <w:r>
        <w:rPr>
          <w:i/>
        </w:rPr>
        <w:t>“Ek baar Dilli mein Hindu logon ki ek conference thi”</w:t>
      </w:r>
    </w:p>
    <w:p>
      <w:r>
        <w:rPr>
          <w:sz w:val="20"/>
        </w:rPr>
        <w:t>23:18  aise hi ek bar Dilli mein jab main aaya to Dilli mein ek bar Ramzan ke mahine mein Hindu logon ki ek conference thi.</w:t>
      </w:r>
      <w:r>
        <w:br/>
      </w:r>
      <w:r>
        <w:rPr>
          <w:sz w:val="20"/>
        </w:rPr>
        <w:t>23:30  Hindu logon ki conference thi isi Dilli mein. Mujhe bulaya gaya. Ab wo thi Ramzan ke mahine mein sham ke waqt.</w:t>
      </w:r>
      <w:r>
        <w:br/>
      </w:r>
      <w:r>
        <w:rPr>
          <w:sz w:val="20"/>
        </w:rPr>
        <w:t>23:41  wahan main shareek hua.</w:t>
      </w:r>
      <w:r>
        <w:br/>
      </w:r>
      <w:r>
        <w:rPr>
          <w:sz w:val="20"/>
        </w:rPr>
        <w:t>23:47  to wahan par sab Hindu log the. Un ko pata hi nahi tha ke iftar chahiye Musalman ko. To behal main shareek hua is mein.</w:t>
      </w:r>
      <w:r>
        <w:br/>
      </w:r>
      <w:r>
        <w:rPr>
          <w:sz w:val="20"/>
        </w:rPr>
        <w:t>24:01  aur sham ka waqt aaya to wahan kuch khana peena nahi. Ab mujhe iftar to karna tha. Sirf pani wahan tha, sirf pani.</w:t>
      </w:r>
      <w:r>
        <w:br/>
      </w:r>
      <w:r>
        <w:rPr>
          <w:sz w:val="20"/>
        </w:rPr>
        <w:t>24:13  yahi Asaf Ali Road ka waqia yeh hai.</w:t>
      </w:r>
      <w:r>
        <w:br/>
      </w:r>
      <w:r>
        <w:rPr>
          <w:sz w:val="20"/>
        </w:rPr>
        <w:t>24:18  to sahib sham ko, acha wo garmi May June ka mahina tha. Aur sham ko bohat pyas lag rahi thi mujhe. To khana to kuch tha nahi.</w:t>
      </w:r>
      <w:r>
        <w:br/>
      </w:r>
      <w:r>
        <w:rPr>
          <w:sz w:val="20"/>
        </w:rPr>
        <w:t>24:29  pani tha. To main ne pani piya. Ek glass, do glass, teen glass, char glass, pata nahi shayad das glass pi gaya main. Kyun ke bhook ki jagah pe shayad mujhe pani peena tha.</w:t>
      </w:r>
      <w:r>
        <w:br/>
      </w:r>
      <w:r>
        <w:rPr>
          <w:sz w:val="20"/>
        </w:rPr>
        <w:t>24:44  pani peeta hi gaya main.</w:t>
      </w:r>
      <w:r>
        <w:br/>
      </w:r>
      <w:r>
        <w:rPr>
          <w:sz w:val="20"/>
        </w:rPr>
        <w:t>24:47  is waqt andaza hua ke yeh pani kya cheez hai. Abhi to aap ke pas pani har waqt maujood rehta hai.</w:t>
      </w:r>
      <w:r>
        <w:br/>
      </w:r>
      <w:r>
        <w:rPr>
          <w:sz w:val="20"/>
        </w:rPr>
        <w:t>24:57  jab chahe pi lijiye.</w:t>
      </w:r>
      <w:r>
        <w:br/>
      </w:r>
      <w:r>
        <w:rPr>
          <w:sz w:val="20"/>
        </w:rPr>
        <w:t>25:01  jab din bhar pani nahi mila to pyas ka bura haal tha. Bura haal tha pyas ka.</w:t>
      </w:r>
      <w:r>
        <w:br/>
      </w:r>
      <w:r>
        <w:rPr>
          <w:sz w:val="20"/>
        </w:rPr>
        <w:t>25:10  to pani peeta chala gaya main.</w:t>
      </w:r>
      <w:r>
        <w:br/>
      </w:r>
      <w:r>
        <w:rPr>
          <w:sz w:val="20"/>
        </w:rPr>
        <w:t>25:14  to dekhiye ramzan ka mahina yeh sab tajrube karvata hai. yeh sab tajrube karvata hai. ramzan ka mahina Full of Experiences yani Month of Experiences hai.</w:t>
      </w:r>
    </w:p>
    <w:p>
      <w:pPr>
        <w:pStyle w:val="Heading2"/>
      </w:pPr>
      <w:r>
        <w:t>Maulana's anger and his response method</w:t>
      </w:r>
    </w:p>
    <w:p>
      <w:r>
        <w:rPr>
          <w:color w:val="666666"/>
          <w:sz w:val="18"/>
        </w:rPr>
        <w:t>Understanding Islam (In Conversation with Maulana) June 20, 2010 Maulana Wahidudidn Khan · 2m 05s · at 3:03 · https://youtu.be/7UylaPL-iO8?t=183</w:t>
      </w:r>
    </w:p>
    <w:p>
      <w:r>
        <w:rPr>
          <w:i/>
        </w:rPr>
        <w:t>“Mujhe ghusa aata hai jab aadmi principal ke khilaf kare”</w:t>
      </w:r>
    </w:p>
    <w:p>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r>
        <w:br/>
      </w:r>
      <w:r>
        <w:rPr>
          <w:sz w:val="20"/>
        </w:rPr>
        <w:t>3:38  ek kuch second ya kuch minute mein sochta hoon ke kya main is position mein hoon ke is aadmi se main kahoon woh maan le meri baat?</w:t>
      </w:r>
      <w:r>
        <w:br/>
      </w:r>
      <w:r>
        <w:rPr>
          <w:sz w:val="20"/>
        </w:rPr>
        <w:t>3:48  tab to main kahunga us ko. Hammering bhi kar sakta hoon main is ki. Lekin agar aisa nahi hai to chup ho jaunga.</w:t>
      </w:r>
      <w:r>
        <w:br/>
      </w:r>
      <w:r>
        <w:rPr>
          <w:sz w:val="20"/>
        </w:rPr>
        <w:t>3:59  jaise abhi dekhen, ek misaal, ek bahut achhi misaal saamne aayi. Abhi do hafte ki baat hai. Ek sahab mere paas aaye, bahut padhe likhe aadmi hain woh.</w:t>
      </w:r>
      <w:r>
        <w:br/>
      </w:r>
      <w:r>
        <w:rPr>
          <w:sz w:val="20"/>
        </w:rPr>
        <w:t>4:11  to aaj kal jo riwaj hai na bolne ka, khwah makhwah bohat bohat ziyada bolte hain. idhar udhar ki baat hai. to woh lage idhar udhar ki baatein bolne.</w:t>
      </w:r>
      <w:r>
        <w:br/>
      </w:r>
      <w:r>
        <w:rPr>
          <w:sz w:val="20"/>
        </w:rPr>
        <w:t>4:24  to maine assess kiya ke kya main un par moassar ho sakta hoon? to mera guman tha ke moassar main ho sakta hoon. to aaj main un ki ek mild hammering ki maine.</w:t>
      </w:r>
      <w:r>
        <w:br/>
      </w:r>
      <w:r>
        <w:rPr>
          <w:sz w:val="20"/>
        </w:rPr>
        <w:t>4:33  main ne kaha ke aap Allah taala ne zaheen paida kiya aap ko, achhi taleem aap ko dilai. to aap isi mein zindagi guzarte hain, apni ho ha karte hain? khwah makhwah ziyada bolte hain?</w:t>
      </w:r>
      <w:r>
        <w:br/>
      </w:r>
      <w:r>
        <w:rPr>
          <w:sz w:val="20"/>
        </w:rPr>
        <w:t>4:46  main ne kaha aap yaad rakhiye, meri pehli mulaqat aap se hai lekin main keh raha hoon ke aap ziyada bolte hain. to pehli baat yeh hai ke aap kam bolna seekhiye.</w:t>
      </w:r>
      <w:r>
        <w:br/>
      </w:r>
      <w:r>
        <w:rPr>
          <w:sz w:val="20"/>
        </w:rPr>
        <w:t>4:57  kyun ke kaha jata hai ke "When I am speaking, I am not thinking." kam bolenge to ziyada sochenge. to Allah ke fazl se unhon ne qabool kar liya, usi waqt chup ho gaye woh.</w:t>
      </w:r>
    </w:p>
    <w:p>
      <w:pPr>
        <w:pStyle w:val="Heading2"/>
      </w:pPr>
      <w:r>
        <w:t>Mercy from God requires mercy to people</w:t>
      </w:r>
    </w:p>
    <w:p>
      <w:r>
        <w:rPr>
          <w:color w:val="666666"/>
          <w:sz w:val="18"/>
        </w:rPr>
        <w:t>The Concept of Justice in Islam May 03, 2007 · 2m 24s · at 32:44 · https://youtu.be/DY5SY8H554c?t=1964</w:t>
      </w:r>
    </w:p>
    <w:p>
      <w:r>
        <w:rPr>
          <w:i/>
        </w:rPr>
        <w:t>“If you want mercy from God, you have to be merciful to people.”</w:t>
      </w:r>
    </w:p>
    <w:p>
      <w:r>
        <w:rPr>
          <w:sz w:val="20"/>
        </w:rPr>
        <w:t>32:44  if you want mercy from God, you have to be merciful to people.</w:t>
      </w:r>
      <w:r>
        <w:br/>
      </w:r>
      <w:r>
        <w:rPr>
          <w:sz w:val="20"/>
        </w:rPr>
        <w:t>32:58  Everyone wants mercy from God. But the condition is that you have to be merciful to other people.</w:t>
      </w:r>
      <w:r>
        <w:br/>
      </w:r>
      <w:r>
        <w:rPr>
          <w:sz w:val="20"/>
        </w:rPr>
        <w:t>33:10  Otherwise, you will not be able to find mercy from God.</w:t>
      </w:r>
      <w:r>
        <w:br/>
      </w:r>
      <w:r>
        <w:rPr>
          <w:sz w:val="20"/>
        </w:rPr>
        <w:t>33:21  So God is merciful</w:t>
      </w:r>
      <w:r>
        <w:br/>
      </w:r>
      <w:r>
        <w:rPr>
          <w:sz w:val="20"/>
        </w:rPr>
        <w:t>33:24  . But you have to be merciful also. There is a Hadith, "Taqallaqu ba akhlaqillah." Adopt the character of God.</w:t>
      </w:r>
      <w:r>
        <w:br/>
      </w:r>
      <w:r>
        <w:rPr>
          <w:sz w:val="20"/>
        </w:rPr>
        <w:t>33:39  God is merciful. So you have to be merciful.</w:t>
      </w:r>
      <w:r>
        <w:br/>
      </w:r>
      <w:r>
        <w:rPr>
          <w:sz w:val="20"/>
        </w:rPr>
        <w:t>33:44  God is passionate. So you have to be passionate. God is a giver. So you have to be a giver.</w:t>
      </w:r>
      <w:r>
        <w:br/>
      </w:r>
      <w:r>
        <w:rPr>
          <w:sz w:val="20"/>
        </w:rPr>
        <w:t>33:57  God is the source of justice. So you have to be the source of justice.</w:t>
      </w:r>
      <w:r>
        <w:br/>
      </w:r>
      <w:r>
        <w:rPr>
          <w:sz w:val="20"/>
        </w:rPr>
        <w:t>34:06  So this teaching makes just behavior everyone's own interest.</w:t>
      </w:r>
      <w:r>
        <w:br/>
      </w:r>
      <w:r>
        <w:rPr>
          <w:sz w:val="20"/>
        </w:rPr>
        <w:t>34:19  Everyone's own interest.</w:t>
      </w:r>
      <w:r>
        <w:br/>
      </w:r>
      <w:r>
        <w:rPr>
          <w:sz w:val="20"/>
        </w:rPr>
        <w:t>34:24  If we want to find</w:t>
      </w:r>
      <w:r>
        <w:br/>
      </w:r>
      <w:r>
        <w:rPr>
          <w:sz w:val="20"/>
        </w:rPr>
        <w:t>34:31  justice from God, if we want to find mercy from God, so we have to adopt a mercy culture, a mercy character.</w:t>
      </w:r>
      <w:r>
        <w:br/>
      </w:r>
      <w:r>
        <w:rPr>
          <w:sz w:val="20"/>
        </w:rPr>
        <w:t>34:50  You have to adopt this kind of character in ourselves. You have to be merciful to others. So this is very important.</w:t>
      </w:r>
      <w:r>
        <w:br/>
      </w:r>
      <w:r>
        <w:rPr>
          <w:sz w:val="20"/>
        </w:rPr>
        <w:t>35:03  It is very important.</w:t>
      </w:r>
    </w:p>
    <w:p>
      <w:pPr>
        <w:pStyle w:val="Heading2"/>
      </w:pPr>
      <w:r>
        <w:t>Water is essential gold cannot replace it</w:t>
      </w:r>
    </w:p>
    <w:p>
      <w:r>
        <w:rPr>
          <w:color w:val="666666"/>
          <w:sz w:val="18"/>
        </w:rPr>
        <w:t>The Importance of Shukr 19 Dec, 2010 - Maulana Wahiduddin Khan · 2m 19s · at 5:41 · https://youtu.be/F4mVn0DwH34?t=341</w:t>
      </w:r>
    </w:p>
    <w:p>
      <w:r>
        <w:rPr>
          <w:i/>
        </w:rPr>
        <w:t>“Paani agar na piyein aap to aap mar jayen.”</w:t>
      </w:r>
    </w:p>
    <w:p>
      <w:r>
        <w:rPr>
          <w:sz w:val="20"/>
        </w:rPr>
        <w:t>5:41  Pani agar na piyen aap to aap mar jayen. Pani na ho to fasal na ho gayen. Yani pani par zindagi ka inhisaar hai.</w:t>
      </w:r>
      <w:r>
        <w:br/>
      </w:r>
      <w:r>
        <w:rPr>
          <w:sz w:val="20"/>
        </w:rPr>
        <w:t>5:56  To jab yeh sochen aap ke kaise Allah taala ne ke liye mumkin hua ke do gases, hydrogen aur oxygen, alag alag gases hain woh,</w:t>
      </w:r>
      <w:r>
        <w:br/>
      </w:r>
      <w:r>
        <w:rPr>
          <w:sz w:val="20"/>
        </w:rPr>
        <w:t>6:09  In ko mila kar Khuda ne pani bana diya. Yani gas ko liquid form mein tabdeel kar diya. Aur itna faida is mein hai.</w:t>
      </w:r>
      <w:r>
        <w:br/>
      </w:r>
      <w:r>
        <w:rPr>
          <w:sz w:val="20"/>
        </w:rPr>
        <w:t>6:20  To aap yeh sochen to ek dam aap ka seena shukr se bhar jayega.</w:t>
      </w:r>
      <w:r>
        <w:br/>
      </w:r>
      <w:r>
        <w:rPr>
          <w:sz w:val="20"/>
        </w:rPr>
        <w:t>6:30  Aap compare kar ke sochen, aap ko pyaas lagi hui hai, gala sookha hua hai.</w:t>
      </w:r>
      <w:r>
        <w:br/>
      </w:r>
      <w:r>
        <w:rPr>
          <w:sz w:val="20"/>
        </w:rPr>
        <w:t>6:39  Pani ki bohat zyada aap ko talab hai. Aur pani mil nahi raha hai.</w:t>
      </w:r>
      <w:r>
        <w:br/>
      </w:r>
      <w:r>
        <w:rPr>
          <w:sz w:val="20"/>
        </w:rPr>
        <w:t>6:47  To us waqt aap ko koi sona de de, bohat sara. Sone ka pahaad de de koi. To aap kya kahenge?</w:t>
      </w:r>
      <w:r>
        <w:br/>
      </w:r>
      <w:r>
        <w:rPr>
          <w:sz w:val="20"/>
        </w:rPr>
        <w:t>6:57  Aap kahenge bhai sona to pani ka substitute nahi hai.</w:t>
      </w:r>
      <w:r>
        <w:br/>
      </w:r>
      <w:r>
        <w:rPr>
          <w:sz w:val="20"/>
        </w:rPr>
        <w:t>7:06  Gold can not be taken as water. Drinking water jo hai is ka badal sona nahi hai.</w:t>
      </w:r>
      <w:r>
        <w:br/>
      </w:r>
      <w:r>
        <w:rPr>
          <w:sz w:val="20"/>
        </w:rPr>
        <w:t>7:17  Gold is not like drinking water. Yani gold jo hai aap ki pyaas ko nahi bujha sakta.</w:t>
      </w:r>
      <w:r>
        <w:br/>
      </w:r>
      <w:r>
        <w:rPr>
          <w:sz w:val="20"/>
        </w:rPr>
        <w:t>7:28  Chahay kitna hi zyada aap ke paas ho. Aap daudenge pani ke liye. To jis waqt aap ko pani na mile tab samajh mein aata hai ke pani kya cheez hai.</w:t>
      </w:r>
      <w:r>
        <w:br/>
      </w:r>
      <w:r>
        <w:rPr>
          <w:sz w:val="20"/>
        </w:rPr>
        <w:t>7:43  To agar aap sochen ke pani itni badi nemat hai ke pani ke baghair zindagi hi nahi.</w:t>
      </w:r>
      <w:r>
        <w:br/>
      </w:r>
      <w:r>
        <w:rPr>
          <w:sz w:val="20"/>
        </w:rPr>
        <w:t>7:52  Tab aap ko niklega aap ki zuban se Alhamdulillah Rabb al-Alameen.</w:t>
      </w:r>
    </w:p>
    <w:p>
      <w:pPr>
        <w:pStyle w:val="Heading2"/>
      </w:pPr>
      <w:r>
        <w:t>Childhood moonsighting memory teaches life's rise and fall</w:t>
      </w:r>
    </w:p>
    <w:p>
      <w:r>
        <w:rPr>
          <w:color w:val="666666"/>
          <w:sz w:val="18"/>
        </w:rPr>
        <w:t>Fasting A Source of Spiritual Empowerment August 21, 2011 Maulana Wahiduddin Khan · 2m 32s · at 14:11 · https://youtu.be/Z0EbPlujcf0?t=851</w:t>
      </w:r>
    </w:p>
    <w:p>
      <w:r>
        <w:rPr>
          <w:i/>
        </w:rPr>
        <w:t>“Aajkal Dilli mein to chand bahut kam dikhaya jata hai”</w:t>
      </w:r>
    </w:p>
    <w:p>
      <w:r>
        <w:rPr>
          <w:sz w:val="20"/>
        </w:rPr>
        <w:t>14:11  To aaj kal Dilli mein to chand bohat kam dikhaya jata hai. Lekin hum log jab thay is se pehle UP mein raha karte hain hum gaon mein.</w:t>
      </w:r>
      <w:r>
        <w:br/>
      </w:r>
      <w:r>
        <w:rPr>
          <w:sz w:val="20"/>
        </w:rPr>
        <w:t>14:21  To gaon mein matlab saaf hota tha. Ufuq par ya fiza mein koi pollution nahi hua karta tha.</w:t>
      </w:r>
      <w:r>
        <w:br/>
      </w:r>
      <w:r>
        <w:rPr>
          <w:sz w:val="20"/>
        </w:rPr>
        <w:t>14:30  To chand saaf dikhai deta tha. To hum log chhat par charh jatay thay.</w:t>
      </w:r>
      <w:r>
        <w:br/>
      </w:r>
      <w:r>
        <w:rPr>
          <w:sz w:val="20"/>
        </w:rPr>
        <w:t>14:37  Ab dekh rahay hain, dekh rahay hain, dekh rahay hain yahan tak ke achaanak aik bareek chand dikhai diya. To ajeeb qism ka joy hota tha. Ajeeb qism ka joy.</w:t>
      </w:r>
      <w:r>
        <w:br/>
      </w:r>
      <w:r>
        <w:rPr>
          <w:sz w:val="20"/>
        </w:rPr>
        <w:t>14:51  Ke yeh chand hai jo is baat ki khabar de raha hai ke Ramzan ka mahina aa gaya.</w:t>
      </w:r>
      <w:r>
        <w:br/>
      </w:r>
      <w:r>
        <w:rPr>
          <w:sz w:val="20"/>
        </w:rPr>
        <w:t>14:58  To us waqt hum itna ziyada, yaani mein yeh baat kar raha hoon naujawani ki umar ki,</w:t>
      </w:r>
      <w:r>
        <w:br/>
      </w:r>
      <w:r>
        <w:rPr>
          <w:sz w:val="20"/>
        </w:rPr>
        <w:t>15:05  Ab mein sochta hoon to chand ka tuloo hona koi saada baat nahi hai. Yaani jab aap dekhte hain chand ki pehli tareekh to bohat saray waqiat bhi le kar aata hai.</w:t>
      </w:r>
      <w:r>
        <w:br/>
      </w:r>
      <w:r>
        <w:rPr>
          <w:sz w:val="20"/>
        </w:rPr>
        <w:t>15:22  Woh kya? Yeh chand barhega, barhega, barhega yahan tak ke chaudhveen ka chand ban jaye ga. Phir woh ghatay ga, ghatay ga, ghatay ga yahan tak ke khatam ho jaye ga.</w:t>
      </w:r>
      <w:r>
        <w:br/>
      </w:r>
      <w:r>
        <w:rPr>
          <w:sz w:val="20"/>
        </w:rPr>
        <w:t>15:34  To yeh kya hua? Yeh bhi aik bohat bara tajurba hai. Is liye bataya, yeh bataya ke dunya mein urooj bhi hai aur zawal bhi hai.</w:t>
      </w:r>
      <w:r>
        <w:br/>
      </w:r>
      <w:r>
        <w:rPr>
          <w:sz w:val="20"/>
        </w:rPr>
        <w:t>15:47  Is dunya mein aap ameer bhi honge, ghareeb bhi honge. Is dunya mein aap ke paas political power bhi aye ga, aap political power chhin bhi jaye ga.</w:t>
      </w:r>
      <w:r>
        <w:br/>
      </w:r>
      <w:r>
        <w:rPr>
          <w:sz w:val="20"/>
        </w:rPr>
        <w:t>15:59  To is ka matlab kya hua?</w:t>
      </w:r>
      <w:r>
        <w:br/>
      </w:r>
      <w:r>
        <w:rPr>
          <w:sz w:val="20"/>
        </w:rPr>
        <w:t>16:01  Ke chand ka dekhna aap ko aik bohat bara sabak deta hai. Ke zindagi mein tawazun ko barqarar rakho.</w:t>
      </w:r>
      <w:r>
        <w:br/>
      </w:r>
      <w:r>
        <w:rPr>
          <w:sz w:val="20"/>
        </w:rPr>
        <w:t>16:11  Utaar charhao se disturb na ho. Kyun ke hota hi hota hai yeh. Yeh hoga. Sab ke sath hua, tumhare sath bhi hoga.</w:t>
      </w:r>
      <w:r>
        <w:br/>
      </w:r>
      <w:r>
        <w:rPr>
          <w:sz w:val="20"/>
        </w:rPr>
        <w:t>16:23  Aadmi jawan hota hai, phir boorha ho jata hai, phir mar jata hai.</w:t>
      </w:r>
      <w:r>
        <w:br/>
      </w:r>
      <w:r>
        <w:rPr>
          <w:sz w:val="20"/>
        </w:rPr>
        <w:t>16:27  To yeh jo changes hain ya tabdeeliyan hain, urooj o zawal hain, yeh aik law of nature hain. Kaisa ajeeb sabak diya hai yeh chand ne.</w:t>
      </w:r>
    </w:p>
    <w:p>
      <w:pPr>
        <w:pStyle w:val="Heading2"/>
      </w:pPr>
      <w:r>
        <w:t>Compare present with pre-1947 to be grateful</w:t>
      </w:r>
    </w:p>
    <w:p>
      <w:r>
        <w:rPr>
          <w:color w:val="666666"/>
          <w:sz w:val="18"/>
        </w:rPr>
        <w:t>The Importance of Shukr 19 Dec, 2010 - Maulana Wahiduddin Khan · 1m 20s · at 16:37 · https://youtu.be/F4mVn0DwH34?t=997</w:t>
      </w:r>
    </w:p>
    <w:p>
      <w:r>
        <w:rPr>
          <w:i/>
        </w:rPr>
        <w:t>“Main bahut se Musalmaano se poocha bahut se Musalmaano se yeh bataaiye.”</w:t>
      </w:r>
    </w:p>
    <w:p>
      <w:r>
        <w:rPr>
          <w:sz w:val="20"/>
        </w:rPr>
        <w:t>16:37  main bohat se musalmanon se poocha, bohat se musalmanon se yeh bataiye ke unnis sau sentalis mein india aazad hua. is se pehle aap ki family ki economic condition kya thi?</w:t>
      </w:r>
      <w:r>
        <w:br/>
      </w:r>
      <w:r>
        <w:rPr>
          <w:sz w:val="20"/>
        </w:rPr>
        <w:t>16:50  aur aaj kya hai? har ek ne yeh bataya ke aaj bohat behtar hai. to sawal yeh hai ke jab behtar hai to shukr karo.</w:t>
      </w:r>
      <w:r>
        <w:br/>
      </w:r>
      <w:r>
        <w:rPr>
          <w:sz w:val="20"/>
        </w:rPr>
        <w:t>17:03  anees so sentalis se pehle jab aap ki family ki economic condition bohat hi mamooli thi. maslan us waqt kache ghar mein thay to aaj pakke ghar mein hain.</w:t>
      </w:r>
      <w:r>
        <w:br/>
      </w:r>
      <w:r>
        <w:rPr>
          <w:sz w:val="20"/>
        </w:rPr>
        <w:t>17:14  us waqt bicycle par chalte thay to aaj car par chalte hain. us waqt message dene ke liye khud daurna parta tha, aaj mobile jeeb mein hai. aisi hazaron cheezen.</w:t>
      </w:r>
      <w:r>
        <w:br/>
      </w:r>
      <w:r>
        <w:rPr>
          <w:sz w:val="20"/>
        </w:rPr>
        <w:t>17:27  to har ek yeh kahega ke aaj hum anees so sentalis se pehle wale zamane ke muqable mein bohat behtar hain.</w:t>
      </w:r>
      <w:r>
        <w:br/>
      </w:r>
      <w:r>
        <w:rPr>
          <w:sz w:val="20"/>
        </w:rPr>
        <w:t>17:35  to phir shukr karo. phir nashukri kis liye? phir shikayat kis liye? log compare kar ke dekhte nahi.</w:t>
      </w:r>
      <w:r>
        <w:br/>
      </w:r>
      <w:r>
        <w:rPr>
          <w:sz w:val="20"/>
        </w:rPr>
        <w:t>17:46  yani aap ghore kijiye ke ek aise zamane mein hum hain jahan bohat bara sawab le sakte hain hum. sacha shukr karne ka sawab</w:t>
      </w:r>
    </w:p>
    <w:p>
      <w:pPr>
        <w:pStyle w:val="Heading2"/>
      </w:pPr>
      <w:r>
        <w:t>Story of lip service gratitude</w:t>
      </w:r>
    </w:p>
    <w:p>
      <w:r>
        <w:rPr>
          <w:color w:val="666666"/>
          <w:sz w:val="18"/>
        </w:rPr>
        <w:t>The Concept of Shukr in Islam | June 17, 2008 · 2m 01s · at 10:31 · https://youtu.be/ySbCs4MRNXU?t=631</w:t>
      </w:r>
    </w:p>
    <w:p>
      <w:r>
        <w:rPr>
          <w:i/>
        </w:rPr>
        <w:t>“Ek sahib the jo gaon mein rehte the, phir bade shahr gaye.”</w:t>
      </w:r>
    </w:p>
    <w:p>
      <w:r>
        <w:rPr>
          <w:sz w:val="20"/>
        </w:rPr>
        <w:t>10:31  bolte rehte hain.</w:t>
      </w:r>
      <w:r>
        <w:br/>
      </w:r>
      <w:r>
        <w:rPr>
          <w:sz w:val="20"/>
        </w:rPr>
        <w:t>10:36  jaise ek sahab the, woh gaon mein rehte the.</w:t>
      </w:r>
      <w:r>
        <w:br/>
      </w:r>
      <w:r>
        <w:rPr>
          <w:sz w:val="20"/>
        </w:rPr>
        <w:t>10:41  toh un ke paas mamooli ghar tha, kacha ghar.</w:t>
      </w:r>
      <w:r>
        <w:br/>
      </w:r>
      <w:r>
        <w:rPr>
          <w:sz w:val="20"/>
        </w:rPr>
        <w:t>10:47  wahan par road bhi nahi thi, gaadi bhi nahi thi, kuch bhi nahi tha, bijli bhi nahi thi.</w:t>
      </w:r>
      <w:r>
        <w:br/>
      </w:r>
      <w:r>
        <w:rPr>
          <w:sz w:val="20"/>
        </w:rPr>
        <w:t>10:52  aise hi rehte the mamooli haalat mein.</w:t>
      </w:r>
      <w:r>
        <w:br/>
      </w:r>
      <w:r>
        <w:rPr>
          <w:sz w:val="20"/>
        </w:rPr>
        <w:t>10:57  toh un ke ek rishtedar, ek relative,</w:t>
      </w:r>
      <w:r>
        <w:br/>
      </w:r>
      <w:r>
        <w:rPr>
          <w:sz w:val="20"/>
        </w:rPr>
        <w:t>11:02  kabhi chale gaye kisi bade shehar mein.</w:t>
      </w:r>
      <w:r>
        <w:br/>
      </w:r>
      <w:r>
        <w:rPr>
          <w:sz w:val="20"/>
        </w:rPr>
        <w:t>11:06  wahan unhone business kiya aur paisa kamaya.</w:t>
      </w:r>
      <w:r>
        <w:br/>
      </w:r>
      <w:r>
        <w:rPr>
          <w:sz w:val="20"/>
        </w:rPr>
        <w:t>11:11  ghar banaya wahan par unhone.</w:t>
      </w:r>
      <w:r>
        <w:br/>
      </w:r>
      <w:r>
        <w:rPr>
          <w:sz w:val="20"/>
        </w:rPr>
        <w:t>11:15  aur wahan par un ki car khareed li unhone.</w:t>
      </w:r>
      <w:r>
        <w:br/>
      </w:r>
      <w:r>
        <w:rPr>
          <w:sz w:val="20"/>
        </w:rPr>
        <w:t>11:19  to yeh apne is rishtedar se milne ke liye gaye.</w:t>
      </w:r>
      <w:r>
        <w:br/>
      </w:r>
      <w:r>
        <w:rPr>
          <w:sz w:val="20"/>
        </w:rPr>
        <w:t>11:24  to wahan par woh reh gaye ek aadh mahina.</w:t>
      </w:r>
      <w:r>
        <w:br/>
      </w:r>
      <w:r>
        <w:rPr>
          <w:sz w:val="20"/>
        </w:rPr>
        <w:t>11:28  to jab wapas aaye to baat baat mein kehte thay ke khuda ka shukar apni gaari</w:t>
      </w:r>
      <w:r>
        <w:br/>
      </w:r>
      <w:r>
        <w:rPr>
          <w:sz w:val="20"/>
        </w:rPr>
        <w:t>11:32  , khuda ka shukar apna ghar.</w:t>
      </w:r>
      <w:r>
        <w:br/>
      </w:r>
      <w:r>
        <w:rPr>
          <w:sz w:val="20"/>
        </w:rPr>
        <w:t>11:36  baat baat mein.</w:t>
      </w:r>
      <w:r>
        <w:br/>
      </w:r>
      <w:r>
        <w:rPr>
          <w:sz w:val="20"/>
        </w:rPr>
        <w:t>11:40  khuda ka shukar apni gaari, khuda ka shukar apna ghar.</w:t>
      </w:r>
      <w:r>
        <w:br/>
      </w:r>
      <w:r>
        <w:rPr>
          <w:sz w:val="20"/>
        </w:rPr>
        <w:t>11:44  to jab tak woh wahan ja kar ke is ghar mein is gaari mein baithe nahi thay, tab</w:t>
      </w:r>
      <w:r>
        <w:br/>
      </w:r>
      <w:r>
        <w:rPr>
          <w:sz w:val="20"/>
        </w:rPr>
        <w:t>11:47  tak woh jante nahi thay ke shukar kya hai.</w:t>
      </w:r>
      <w:r>
        <w:br/>
      </w:r>
      <w:r>
        <w:rPr>
          <w:sz w:val="20"/>
        </w:rPr>
        <w:t>11:51  tab tak un ke liye shukar jo hai lip service tha.</w:t>
      </w:r>
      <w:r>
        <w:br/>
      </w:r>
      <w:r>
        <w:rPr>
          <w:sz w:val="20"/>
        </w:rPr>
        <w:t>11:55  tab bhi bolte thay yeh sab shukar aur fazal aur alhamdulillah yeh sab bolte thay tab bhi.</w:t>
      </w:r>
      <w:r>
        <w:br/>
      </w:r>
      <w:r>
        <w:rPr>
          <w:sz w:val="20"/>
        </w:rPr>
        <w:t>11:59  lekin woh tab un</w:t>
      </w:r>
      <w:r>
        <w:br/>
      </w:r>
      <w:r>
        <w:rPr>
          <w:sz w:val="20"/>
        </w:rPr>
        <w:t>12:02  ke liye sirf lip service tha.</w:t>
      </w:r>
      <w:r>
        <w:br/>
      </w:r>
      <w:r>
        <w:rPr>
          <w:sz w:val="20"/>
        </w:rPr>
        <w:t>12:07  ab woh jab woh cheez mil gayi to woh keh rahe hain bar bar Allah ka fazal, Allah</w:t>
      </w:r>
      <w:r>
        <w:br/>
      </w:r>
      <w:r>
        <w:rPr>
          <w:sz w:val="20"/>
        </w:rPr>
        <w:t>12:11  ka shukar apni gaari, Allah ka shukar apna ghar.</w:t>
      </w:r>
      <w:r>
        <w:br/>
      </w:r>
      <w:r>
        <w:rPr>
          <w:sz w:val="20"/>
        </w:rPr>
        <w:t>12:15  yeh woh shukar nahi hai.</w:t>
      </w:r>
      <w:r>
        <w:br/>
      </w:r>
      <w:r>
        <w:rPr>
          <w:sz w:val="20"/>
        </w:rPr>
        <w:t>12:20  woh shukar jo khuda ko chahiye woh to bohat bari cheez hai.</w:t>
      </w:r>
      <w:r>
        <w:br/>
      </w:r>
      <w:r>
        <w:rPr>
          <w:sz w:val="20"/>
        </w:rPr>
        <w:t>12:24  woh soch kar aata hai.</w:t>
      </w:r>
      <w:r>
        <w:br/>
      </w:r>
      <w:r>
        <w:rPr>
          <w:sz w:val="20"/>
        </w:rPr>
        <w:t>12:28  ek bohat bara intellectual process</w:t>
      </w:r>
      <w:r>
        <w:br/>
      </w:r>
      <w:r>
        <w:rPr>
          <w:sz w:val="20"/>
        </w:rPr>
        <w:t>12:33  chalta hai aap ke mind mein.</w:t>
      </w:r>
    </w:p>
    <w:p>
      <w:pPr>
        <w:pStyle w:val="Heading2"/>
      </w:pPr>
      <w:r>
        <w:t>Difference between God's rope and human favor</w:t>
      </w:r>
    </w:p>
    <w:p>
      <w:r>
        <w:rPr>
          <w:color w:val="666666"/>
          <w:sz w:val="18"/>
        </w:rPr>
        <w:t>Power of Peace June 6, 2010 Maulana Wahiduddin Khan · 2m 15s · at 1:51:26 · https://youtu.be/QNnouRoYI38?t=6686</w:t>
      </w:r>
    </w:p>
    <w:p>
      <w:r>
        <w:rPr>
          <w:i/>
        </w:rPr>
        <w:t>“Hablallah ke maane hote hain Allah ki rassi”</w:t>
      </w:r>
    </w:p>
    <w:p>
      <w:r>
        <w:rPr>
          <w:sz w:val="20"/>
        </w:rPr>
        <w:t>1:51:26  Aap dunya ke bloosher banen. Dunya ke andar aap ek giver member ban kar zindagi guzaren waghera. To aap ko ek darja</w:t>
      </w:r>
      <w:r>
        <w:br/>
      </w:r>
      <w:r>
        <w:rPr>
          <w:sz w:val="20"/>
        </w:rPr>
        <w:t>1:51:36  milta hai. Yeh law of nature, yani yeh hai divine law. Aaj kal musalmanon ko to hablullah nahi mila hua hai.</w:t>
      </w:r>
      <w:r>
        <w:br/>
      </w:r>
      <w:r>
        <w:rPr>
          <w:sz w:val="20"/>
        </w:rPr>
        <w:t>1:51:45  Ab jo hota hai, woh insaan ke upar hota hai. Jaise abhi kal parson yahan par jo muzahira hua tha, woh sara tha woh human rights ko le kar ke.</w:t>
      </w:r>
      <w:r>
        <w:br/>
      </w:r>
      <w:r>
        <w:rPr>
          <w:sz w:val="20"/>
        </w:rPr>
        <w:t>1:51:56  Yani human rights se in ko mil raha hai mandate. Khuda se nahi mil raha hai.</w:t>
      </w:r>
      <w:r>
        <w:br/>
      </w:r>
      <w:r>
        <w:rPr>
          <w:sz w:val="20"/>
        </w:rPr>
        <w:t>1:52:03  To ek hai Khuda ke diye hue qanoon, Khuda ki sunnat Allah ki buniyad par aap kuch kar rahe hon, us se kuch mil raha ho aap ko. To woh to mili nahi raha musalmanon ko.</w:t>
      </w:r>
      <w:r>
        <w:br/>
      </w:r>
      <w:r>
        <w:rPr>
          <w:sz w:val="20"/>
        </w:rPr>
        <w:t>1:52:12  Woh sirf political partiyon ka saath le kar ke ya woh human rights ka naam le kar ke yeh sab shor shar hangamay ho rahe hain.</w:t>
      </w:r>
      <w:r>
        <w:br/>
      </w:r>
      <w:r>
        <w:rPr>
          <w:sz w:val="20"/>
        </w:rPr>
        <w:t>1:52:25  To main to samajhta hoon is waqt jo musalman hain, shayad dunya mein woh hablunnas par hain, woh hablullah par nahi hain. Hablullah par hotay to yeh halatain hi hoti hain in ki.</w:t>
      </w:r>
      <w:r>
        <w:br/>
      </w:r>
      <w:r>
        <w:rPr>
          <w:sz w:val="20"/>
        </w:rPr>
        <w:t>1:52:35  Saray musalman main samajhta hoon ke hablunnas par hain is waqt. Yani insanon ne jo norm muqarrar kiya hai, insaan ek ek hai divine norm. Divine norm par aap kharay hon to woh hablullah par kharay hue aap.</w:t>
      </w:r>
      <w:r>
        <w:br/>
      </w:r>
      <w:r>
        <w:rPr>
          <w:sz w:val="20"/>
        </w:rPr>
        <w:t>1:52:47  Aur jo human norm hai, us par kh</w:t>
      </w:r>
      <w:r>
        <w:br/>
      </w:r>
      <w:r>
        <w:rPr>
          <w:sz w:val="20"/>
        </w:rPr>
        <w:t>1:52:50  ray hon. Jaise ke United Nations ka jo qanoon hai ya human rights ka jo mamla hai aur jo qanoon hain aur jo partiyan hain, un ka favor milta hai kisi ko.</w:t>
      </w:r>
      <w:r>
        <w:br/>
      </w:r>
      <w:r>
        <w:rPr>
          <w:sz w:val="20"/>
        </w:rPr>
        <w:t>1:53:03  Inhi sab cheezon par kharay hotay hain aap. Yani to isi ko main yani human norm kehta hoon. To woh hablunnas hai woh.</w:t>
      </w:r>
      <w:r>
        <w:br/>
      </w:r>
      <w:r>
        <w:rPr>
          <w:sz w:val="20"/>
        </w:rPr>
        <w:t>1:53:12  To aaj kal to main yahi chahta hoon, samajhta hoon musalmanon ko hablunnas mila hua hai, hablullah nahi mila hua.</w:t>
      </w:r>
    </w:p>
    <w:p>
      <w:pPr>
        <w:pStyle w:val="Heading2"/>
      </w:pPr>
      <w:r>
        <w:t>Prophet's teaching of patience over protest</w:t>
      </w:r>
    </w:p>
    <w:p>
      <w:r>
        <w:rPr>
          <w:color w:val="666666"/>
          <w:sz w:val="18"/>
        </w:rPr>
        <w:t>From the Spiritual Tree 20 February 2011 - Maulana Wahiduddin Khan · 2m 13s · at 25:55 · https://youtu.be/FpBLnD-xv6A?t=1555</w:t>
      </w:r>
    </w:p>
    <w:p>
      <w:r>
        <w:rPr>
          <w:i/>
        </w:rPr>
        <w:t>“When the Prophet was in Mecca, companions complained”</w:t>
      </w:r>
    </w:p>
    <w:p>
      <w:r>
        <w:rPr>
          <w:sz w:val="20"/>
        </w:rPr>
        <w:t>25:55  Makkah ka Rasool Allah Sal Allahu Alaihi Wasallam ne Makkah mein jab yaani seventh century ke first quarter mein to kuch Sahaba ne shikayat ki ke hum ko sataya ja raha hai.</w:t>
      </w:r>
      <w:r>
        <w:br/>
      </w:r>
      <w:r>
        <w:rPr>
          <w:sz w:val="20"/>
        </w:rPr>
        <w:t>26:07  kyun ke Makkah mein us waqt us waqt mushrikeen ka ghalba tha.</w:t>
      </w:r>
      <w:r>
        <w:br/>
      </w:r>
      <w:r>
        <w:rPr>
          <w:sz w:val="20"/>
        </w:rPr>
        <w:t>26:13  Ahl-e-iman ka ghalba nahi tha. to woh satate the kamzor musalmanon ko. to is tarah shikayat ki unhon ne.</w:t>
      </w:r>
      <w:r>
        <w:br/>
      </w:r>
      <w:r>
        <w:rPr>
          <w:sz w:val="20"/>
        </w:rPr>
        <w:t>26:25  to aap ne kya farmaya? arz hua hai ke "sabr ya Ali ya Asir".</w:t>
      </w:r>
      <w:r>
        <w:br/>
      </w:r>
      <w:r>
        <w:rPr>
          <w:sz w:val="20"/>
        </w:rPr>
        <w:t>26:33  sabr karo, sabr karo. kyun ke tum ko jannat milegi. chand din sar kar ke, chand din sabr kar ke abadi jannat milne wali hai.</w:t>
      </w:r>
      <w:r>
        <w:br/>
      </w:r>
      <w:r>
        <w:rPr>
          <w:sz w:val="20"/>
        </w:rPr>
        <w:t>26:43  yeh nahi kaha aap ne ke chalo utho, ladna hai humein zalimon se. ikatthe ho jao sab log. hangama hangama karna hai.</w:t>
      </w:r>
      <w:r>
        <w:br/>
      </w:r>
      <w:r>
        <w:rPr>
          <w:sz w:val="20"/>
        </w:rPr>
        <w:t>26:55  yaani wahan par jab shikayatein keen yeh logon ne is tarah ki to aap ne koi negative boli nahi boli. un ke khilaf nafrat nahi phailai.</w:t>
      </w:r>
      <w:r>
        <w:br/>
      </w:r>
      <w:r>
        <w:rPr>
          <w:sz w:val="20"/>
        </w:rPr>
        <w:t>27:05  un ke khilaf hangama khara karne ke liye nahi kaha kisi ko. un ke khilaf ladne ke liye nahi kaha. farmaya ke "sabr ya Ali ya Asir".</w:t>
      </w:r>
      <w:r>
        <w:br/>
      </w:r>
      <w:r>
        <w:rPr>
          <w:sz w:val="20"/>
        </w:rPr>
        <w:t>27:18  sabr se kaam lo, patience se kaam lo.</w:t>
      </w:r>
      <w:r>
        <w:br/>
      </w:r>
      <w:r>
        <w:rPr>
          <w:sz w:val="20"/>
        </w:rPr>
        <w:t>27:24  in jalan ko nazar andaaz karo. kyun ke tum ko to bohat bari cheez milne wali hai. aur woh jannat hai. yaani ek paisa kho kar ke tum trillion, trillion, trillion dollar paane wale ho.</w:t>
      </w:r>
      <w:r>
        <w:br/>
      </w:r>
      <w:r>
        <w:rPr>
          <w:sz w:val="20"/>
        </w:rPr>
        <w:t>27:39  to aap ne focus ko hata diya. yaani nashukri se hata kar shukr par daal diya focus ko. yaani woh log jo hain jo Makkah mein sataya ja rahe the to us se nashukri paida ho rahi thi.</w:t>
      </w:r>
      <w:r>
        <w:br/>
      </w:r>
      <w:r>
        <w:rPr>
          <w:sz w:val="20"/>
        </w:rPr>
        <w:t>27:53  ghussa aa raha tha, nafrat aa rahi thi. negative sentiment aa rahe the. us se har focus, focus hata diya aap ne. focus jannat ki taraf daal diya.</w:t>
      </w:r>
      <w:r>
        <w:br/>
      </w:r>
      <w:r>
        <w:rPr>
          <w:sz w:val="20"/>
        </w:rPr>
        <w:t>28:03  yeh hai Rasool Allah Sal Allahu Alaihi Wasallam ka namuna.</w:t>
      </w:r>
      <w:r>
        <w:br/>
      </w:r>
      <w:r>
        <w:rPr>
          <w:sz w:val="20"/>
        </w:rPr>
        <w:t>28:09  to yahi to un ke paas Quran tha, un ke paas hadith thi, un ke paas Rasool Allah ki sunnat thi. woh woh bhi to bata rahi thi sab baatein. to American scholar ki kitaab jo hai us ko, us ko, us ko is ne trigger kar diya.</w:t>
      </w:r>
    </w:p>
    <w:p>
      <w:pPr>
        <w:pStyle w:val="Heading2"/>
      </w:pPr>
      <w:r>
        <w:t>the Ansar's unmatched generosity toward the Muhajireen</w:t>
      </w:r>
    </w:p>
    <w:p>
      <w:r>
        <w:rPr>
          <w:color w:val="666666"/>
          <w:sz w:val="18"/>
        </w:rPr>
        <w:t>Good Relationships CPS Women Discussion 23 September 10, 2023 · 2m 19s · at 25:55 · https://youtu.be/5UlMoC6-jGU?t=1555</w:t>
      </w:r>
    </w:p>
    <w:p>
      <w:r>
        <w:rPr>
          <w:i/>
        </w:rPr>
        <w:t>“When the Muhajireen reached Madina, the Ansar's generosity was unmatched”</w:t>
      </w:r>
    </w:p>
    <w:p>
      <w:r>
        <w:rPr>
          <w:sz w:val="20"/>
        </w:rPr>
        <w:t>25:55  ki dua aur etraaf ki baat par likha hai Maulana sahab ne ki jab ek makka ke musalman</w:t>
      </w:r>
      <w:r>
        <w:br/>
      </w:r>
      <w:r>
        <w:rPr>
          <w:sz w:val="20"/>
        </w:rPr>
        <w:t>26:05  jab mahazir ki hasiyat se madina mein aaye to rasullah sallaha ne farmaaya is moqaat ki tafsir, sirat</w:t>
      </w:r>
      <w:r>
        <w:br/>
      </w:r>
      <w:r>
        <w:rPr>
          <w:sz w:val="20"/>
        </w:rPr>
        <w:t>26:15  ki kitabon mein maujood hai.</w:t>
      </w:r>
      <w:r>
        <w:br/>
      </w:r>
      <w:r>
        <w:rPr>
          <w:sz w:val="20"/>
        </w:rPr>
        <w:t>26:26  Is maamle mein ansar ne ek tarfa aur vajah se kamale ehsar ka subudh ya uski koi doosri misaar poori tareekh mein nahin milti hai. To us par mahaaj, ansal ke aala suluk se khud mahaazreen ke behad mutasir the. To manasha likhte hain ki is hadith se nehat ahum islami usool maloom hota hai.</w:t>
      </w:r>
      <w:r>
        <w:br/>
      </w:r>
      <w:r>
        <w:rPr>
          <w:sz w:val="20"/>
        </w:rPr>
        <w:t>26:47  woh yeh ki zaid ko bakar se kuch mile, jo hai ajar mil jayega.</w:t>
      </w:r>
      <w:r>
        <w:br/>
      </w:r>
      <w:r>
        <w:rPr>
          <w:sz w:val="20"/>
        </w:rPr>
        <w:t>26:54  to rasool Allah ne unse kaha tha na ki jab tak tum unki inki tareef karo aur Allah</w:t>
      </w:r>
      <w:r>
        <w:br/>
      </w:r>
      <w:r>
        <w:rPr>
          <w:sz w:val="20"/>
        </w:rPr>
        <w:t>27:01  se unke liye dua karte raho.</w:t>
      </w:r>
      <w:r>
        <w:br/>
      </w:r>
      <w:r>
        <w:rPr>
          <w:sz w:val="20"/>
        </w:rPr>
        <w:t>27:08  yeh sabse bada ajar hai.</w:t>
      </w:r>
      <w:r>
        <w:br/>
      </w:r>
      <w:r>
        <w:rPr>
          <w:sz w:val="20"/>
        </w:rPr>
        <w:t>27:15  matlab yeh sabse badi cheez hogi.</w:t>
      </w:r>
      <w:r>
        <w:br/>
      </w:r>
      <w:r>
        <w:rPr>
          <w:sz w:val="20"/>
        </w:rPr>
        <w:t>27:22  to isi ko Maulana sahab ne likha bemaal wale ke paas bhi dene ke liye ek cheez maujood</w:t>
      </w:r>
      <w:r>
        <w:br/>
      </w:r>
      <w:r>
        <w:rPr>
          <w:sz w:val="20"/>
        </w:rPr>
        <w:t>27:29  hai aur dua aur woh dua aur ek taraf hai.</w:t>
      </w:r>
      <w:r>
        <w:br/>
      </w:r>
      <w:r>
        <w:rPr>
          <w:sz w:val="20"/>
        </w:rPr>
        <w:t>27:36  maine sahi se padha nahi tha isko.</w:t>
      </w:r>
      <w:r>
        <w:br/>
      </w:r>
      <w:r>
        <w:rPr>
          <w:sz w:val="20"/>
        </w:rPr>
        <w:t>27:43  to woh jo hai yeh cheez se bhi bahut samajh mein aata hai ki aadmi khali woh cheez</w:t>
      </w:r>
      <w:r>
        <w:br/>
      </w:r>
      <w:r>
        <w:rPr>
          <w:sz w:val="20"/>
        </w:rPr>
        <w:t>27:53  kisi ke paas nahi hoti hai.</w:t>
      </w:r>
      <w:r>
        <w:br/>
      </w:r>
      <w:r>
        <w:rPr>
          <w:sz w:val="20"/>
        </w:rPr>
        <w:t>28:03  to yeh hota hai matlab asli, aala, akhla, yeh mujhe samajh mein aaya.</w:t>
      </w:r>
      <w:r>
        <w:br/>
      </w:r>
      <w:r>
        <w:rPr>
          <w:sz w:val="20"/>
        </w:rPr>
        <w:t>28:14  Papa you are very very true in saying this ki aaj agar musalmanon mein kami hai to prophet muhammad ko wah apna role model kehte to hain, kehte hain lekin mante nahin hain. We have often often seen in our society.</w:t>
      </w:r>
    </w:p>
    <w:p>
      <w:pPr>
        <w:pStyle w:val="Heading2"/>
      </w:pPr>
      <w:r>
        <w:t>Sabr defined: a positive attitude tested by life and death, richly rewarded</w:t>
      </w:r>
    </w:p>
    <w:p>
      <w:r>
        <w:rPr>
          <w:color w:val="666666"/>
          <w:sz w:val="18"/>
        </w:rPr>
        <w:t>CPS Women Article Discussion 17 February 5, 2023 · 1m 53s · at 15:30 · https://youtu.be/YwT3btklNZk?t=930</w:t>
      </w:r>
    </w:p>
    <w:p>
      <w:r>
        <w:rPr>
          <w:i/>
        </w:rPr>
        <w:t>“सब्र किसी मनफ़ी चीज़ का नाम नहीं, यह एक मुस्बत रवैया है”</w:t>
      </w:r>
    </w:p>
    <w:p>
      <w:r>
        <w:rPr>
          <w:sz w:val="20"/>
        </w:rPr>
        <w:t>15:30  Sab bahadvi hain. Kamyab zindagi ke shuru mein ek aham musool sabr hain. Sabr ek badi sirf'at hai. Sabr kisi manfi cheez ka naam nahi, yeh sada sar ek musbat ravaiya hai. Sabr ka matlab hai jazbati rad'amal ke bajaye surya faisle ke tehat apna mansubah banaye yani har malahla mein insan ko sabr ki zaroorat hoti hai.</w:t>
      </w:r>
      <w:r>
        <w:br/>
      </w:r>
      <w:r>
        <w:rPr>
          <w:sz w:val="20"/>
        </w:rPr>
        <w:t>15:56  Surya Mulk mein alag tala farmate hain, Allazi khalaqal mauta wal hayata, liyabluwakum ayyukum ahsan amal. Woh jisne maut zindagi ko paida kiya taaki tumhara imtehan lekar dekhein ki tum mein se kaun achha kaam karta hai. Woh achha kaam achha insan banne ke liye sabr zaroori hai. Sabr ka matlab napasandida situation mein apne aap ko manfi jazbat se control kare.</w:t>
      </w:r>
      <w:r>
        <w:br/>
      </w:r>
      <w:r>
        <w:rPr>
          <w:sz w:val="20"/>
        </w:rPr>
        <w:t>16:24  hadish mein aata hai jitni badi sabr, jitni badi musibat, gam aur pareshani itni bada azar aswab hota hai.</w:t>
      </w:r>
      <w:r>
        <w:br/>
      </w:r>
      <w:r>
        <w:rPr>
          <w:sz w:val="20"/>
        </w:rPr>
        <w:t>16:31  sabr ek badi daulat hai.</w:t>
      </w:r>
      <w:r>
        <w:br/>
      </w:r>
      <w:r>
        <w:rPr>
          <w:sz w:val="20"/>
        </w:rPr>
        <w:t>16:39  sabr karne walon ko allah pasand karte hain.</w:t>
      </w:r>
      <w:r>
        <w:br/>
      </w:r>
      <w:r>
        <w:rPr>
          <w:sz w:val="20"/>
        </w:rPr>
        <w:t>16:47  quran mein bar bar sabr ka zikr hai.</w:t>
      </w:r>
      <w:r>
        <w:br/>
      </w:r>
      <w:r>
        <w:rPr>
          <w:sz w:val="20"/>
        </w:rPr>
        <w:t>16:55  par twarkal karen. yeh do sipati goya ki jannat ki qeemat hai. in do in dono sipaton ki begaya ki shakhs ke liye jannat ka dakhla mumken nahi hai. yahi articles hum samajh payen. yahi mein learning hai. jaza ka lash ab number based. bahut short mein aapne acche se bataya.</w:t>
      </w:r>
      <w:r>
        <w:br/>
      </w:r>
      <w:r>
        <w:rPr>
          <w:sz w:val="20"/>
        </w:rPr>
        <w:t>17:23  sabr aur iraz ka sabse bada example jo hai sulah hai.</w:t>
      </w:r>
    </w:p>
    <w:p>
      <w:pPr>
        <w:pStyle w:val="Heading2"/>
      </w:pPr>
      <w:r>
        <w:t>Thrilling gratitude: feeling every blessing as brand new</w:t>
      </w:r>
    </w:p>
    <w:p>
      <w:r>
        <w:rPr>
          <w:color w:val="666666"/>
          <w:sz w:val="18"/>
        </w:rPr>
        <w:t>Importance of Shukr (Thankfulness) July 24, 2022 · 2m 20s · at 56:24 · https://youtu.be/MgWNIv0k1sk?t=3384</w:t>
      </w:r>
    </w:p>
    <w:p>
      <w:r>
        <w:rPr>
          <w:i/>
        </w:rPr>
        <w:t>“Hum log to normal shukr karte thay”</w:t>
      </w:r>
    </w:p>
    <w:p>
      <w:r>
        <w:rPr>
          <w:sz w:val="20"/>
        </w:rPr>
        <w:t>56:24  Allah Kareem CPS team ki madadgar ho. Ameen." apa, aakhri sawal yahi hai ke kya shukr do tareeqe ke hain?</w:t>
      </w:r>
      <w:r>
        <w:br/>
      </w:r>
      <w:r>
        <w:rPr>
          <w:sz w:val="20"/>
        </w:rPr>
        <w:t>56:33  ek normal shukr aur thrilling shukr. Maulana ne ye lafz bada istemal kiya hai, to main chahunga ke is ke bare mein aap hum sab ko bataein.</w:t>
      </w:r>
      <w:r>
        <w:br/>
      </w:r>
      <w:r>
        <w:rPr>
          <w:sz w:val="20"/>
        </w:rPr>
        <w:t>56:43  to hum log to normal shukr karte the, Maulana ne hum logon ko thrilling shukr bataya. kyunke wo har waqt thrilling shukr mein hi rehte the.</w:t>
      </w:r>
      <w:r>
        <w:br/>
      </w:r>
      <w:r>
        <w:rPr>
          <w:sz w:val="20"/>
        </w:rPr>
        <w:t>56:54  misal ke taur par, hamara Nizamuddin mein jo ghar hai, wo chalis saal pehle hamein ye ghar hum logon ne liya tha. to shuru shuru mein, koi bhi naya ghar hota hai to shuru shuru mein logon ko bohat fascination hota hai, bohat acha lagta hai.</w:t>
      </w:r>
      <w:r>
        <w:br/>
      </w:r>
      <w:r>
        <w:rPr>
          <w:sz w:val="20"/>
        </w:rPr>
        <w:t>57:10  dheere dheere woh use to ho jaate hain. to Maulana ne kaha ke "main rozana, mujhe aisa lagta hai ke aaj hi mujhe yeh ghar mila hai." to is tareeqe se woh apne shukr ko thrilling shukr bana dete ke har blessing, aur phir woh blessing ko generalize kar dete.</w:t>
      </w:r>
      <w:r>
        <w:br/>
      </w:r>
      <w:r>
        <w:rPr>
          <w:sz w:val="20"/>
        </w:rPr>
        <w:t>57:26  kisi ko koi blessing mili</w:t>
      </w:r>
      <w:r>
        <w:br/>
      </w:r>
      <w:r>
        <w:rPr>
          <w:sz w:val="20"/>
        </w:rPr>
        <w:t>57:28  hai to is ko bhi, woh is ko bhi woh karte the, apne oopar is ko lete the. ke misaal ke taur par, kisi ko koi cheez mili hai to woh keh dete hain: "Allah taala ne itna bara jo hai, itna zyada dene wala hai, Khuda itna zyada insaan ko chahta hai." to woh is is se bhi Khuda ka shukr haasil karte the.</w:t>
      </w:r>
      <w:r>
        <w:br/>
      </w:r>
      <w:r>
        <w:rPr>
          <w:sz w:val="20"/>
        </w:rPr>
        <w:t>57:54  to isi tarah, jaise misaal ke taur par, suraj ki roshni, suraj nikal raha hai to is ko aisa un ko lagta tha ke jaise suraj mere hi liye nikal raha hai, jaise hawaein Allah ne mere hi liye chalai hain.</w:t>
      </w:r>
      <w:r>
        <w:br/>
      </w:r>
      <w:r>
        <w:rPr>
          <w:sz w:val="20"/>
        </w:rPr>
        <w:t>58:05  to jab hum is tareeqe se is ko particular banayenge, tab lagega ke yeh tab bara shukr lagega. agar lagega ke yeh to roz suraj nikalta hai, roz hawaein chalti hain, to is se woh itna bara shukr nahi aa sakta hai.</w:t>
      </w:r>
      <w:r>
        <w:br/>
      </w:r>
      <w:r>
        <w:rPr>
          <w:sz w:val="20"/>
        </w:rPr>
        <w:t>58:20  to hamein asbaab ke parde ko phaadna hai, tabhi hamein jo hai woh woh shukr hamare andar paida hoga.</w:t>
      </w:r>
      <w:r>
        <w:br/>
      </w:r>
      <w:r>
        <w:rPr>
          <w:sz w:val="20"/>
        </w:rPr>
        <w:t>58:29  aur wahi shukr jo hai, deen daari ki asal spirit hai, aur wahi shukr jo hai, jannat ki qeemat hai. kyunke hum logon ne pehle to, main jab sirf kitabon ka translation karti thi, tab bhi main ne itna baaton ko nahi samjhata.</w:t>
      </w:r>
    </w:p>
    <w:p>
      <w:pPr>
        <w:pStyle w:val="Heading2"/>
      </w:pPr>
      <w:r>
        <w:t>Missing sehri taught him the true value of food</w:t>
      </w:r>
    </w:p>
    <w:p>
      <w:r>
        <w:rPr>
          <w:color w:val="666666"/>
          <w:sz w:val="18"/>
        </w:rPr>
        <w:t>Fasting A Source of Spiritual Empowerment August 21, 2011 Maulana Wahiduddin Khan · 2m 40s · at 18:48 · https://youtu.be/Z0EbPlujcf0?t=1128</w:t>
      </w:r>
    </w:p>
    <w:p>
      <w:r>
        <w:rPr>
          <w:i/>
        </w:rPr>
        <w:t>“Ek baar aisa hua jab main UP mein tha”</w:t>
      </w:r>
    </w:p>
    <w:p>
      <w:r>
        <w:rPr>
          <w:sz w:val="20"/>
        </w:rPr>
        <w:t>18:48  ek baar aisa hua jab mein UP mein tha. to subah ko neend nahi khuli. yaani subah ko dawn se pehle neend khulna chahiye.</w:t>
      </w:r>
      <w:r>
        <w:br/>
      </w:r>
      <w:r>
        <w:rPr>
          <w:sz w:val="20"/>
        </w:rPr>
        <w:t>19:06  tab aap kha bhi sakte hain. dawn ke baad agar neend khulegi to nahi kha sakte aap. to meri neend nahi khuli. to mein sehri nahi kha saka.</w:t>
      </w:r>
      <w:r>
        <w:br/>
      </w:r>
      <w:r>
        <w:rPr>
          <w:sz w:val="20"/>
        </w:rPr>
        <w:t>19:17  us din mujhe sehri ke baghair roza rakhna pada. kyunke sehri na khana yeh aadmi ke liye Excuse nahi hai.</w:t>
      </w:r>
      <w:r>
        <w:br/>
      </w:r>
      <w:r>
        <w:rPr>
          <w:sz w:val="20"/>
        </w:rPr>
        <w:t>19:27  agar aap sehri na kha sakein to aisa nahi ke ab Excuse mil gaya aap ko. aap sehri roza na rakhein aap. to roza rakhna pada mujhe.</w:t>
      </w:r>
      <w:r>
        <w:br/>
      </w:r>
      <w:r>
        <w:rPr>
          <w:sz w:val="20"/>
        </w:rPr>
        <w:t>19:36  ab us din jo hai laga ke ek din ka khana jo chuta hai mujh se, sirf ek din ka.</w:t>
      </w:r>
      <w:r>
        <w:br/>
      </w:r>
      <w:r>
        <w:rPr>
          <w:sz w:val="20"/>
        </w:rPr>
        <w:t>19:47  to kitna sakht hai woh. to mein socha ke agar umar bhar ke khana chhoot jaye.</w:t>
      </w:r>
      <w:r>
        <w:br/>
      </w:r>
      <w:r>
        <w:rPr>
          <w:sz w:val="20"/>
        </w:rPr>
        <w:t>19:57  hamesha ke liye chhoot jaye khana.</w:t>
      </w:r>
      <w:r>
        <w:br/>
      </w:r>
      <w:r>
        <w:rPr>
          <w:sz w:val="20"/>
        </w:rPr>
        <w:t>20:00  yaani maut ke baad Khuda agar hum ko ek aisi chattan par chhod de. farishta maut ke baad le aap ko aur le aakar ke ek chattan par daal de.</w:t>
      </w:r>
      <w:r>
        <w:br/>
      </w:r>
      <w:r>
        <w:rPr>
          <w:sz w:val="20"/>
        </w:rPr>
        <w:t>20:11  jahan khana pani na ho. to kahe ke bas pade raho yahin aaj. koi takleef doosri nahi di jayegi tum ko. koi tum ko marne nahi aayega.</w:t>
      </w:r>
      <w:r>
        <w:br/>
      </w:r>
      <w:r>
        <w:rPr>
          <w:sz w:val="20"/>
        </w:rPr>
        <w:t>20:21  tum ko jalane nahi aayega. kuch bhi karne nahi aayega tum ko. bas khali yeh hai ke khana peena nahi milega.</w:t>
      </w:r>
      <w:r>
        <w:br/>
      </w:r>
      <w:r>
        <w:rPr>
          <w:sz w:val="20"/>
        </w:rPr>
        <w:t>20:32  to kya alam hoga? hatta ke phir mein ne socha ke farz kiye ke mujh ko dunya ka sab se acha mahal mil jaye. lekin is mein khana peena na ho.</w:t>
      </w:r>
      <w:r>
        <w:br/>
      </w:r>
      <w:r>
        <w:rPr>
          <w:sz w:val="20"/>
        </w:rPr>
        <w:t>20:45  sab se acha Palace.</w:t>
      </w:r>
      <w:r>
        <w:br/>
      </w:r>
      <w:r>
        <w:rPr>
          <w:sz w:val="20"/>
        </w:rPr>
        <w:t>20:51  jaise Emperor ke Palace hua karte the. sab se acha Palace mil jaye to bilkul tumhare Disposal par hai yeh Palace. lekin wahan khana peena nahi hai.</w:t>
      </w:r>
      <w:r>
        <w:br/>
      </w:r>
      <w:r>
        <w:rPr>
          <w:sz w:val="20"/>
        </w:rPr>
        <w:t>21:03  to ek din ka jo mujhe khana chuta to sab cheez bekar lagne lagi. Palace bhi bekar.</w:t>
      </w:r>
      <w:r>
        <w:br/>
      </w:r>
      <w:r>
        <w:rPr>
          <w:sz w:val="20"/>
        </w:rPr>
        <w:t>21:16  sab kuch bekar.</w:t>
      </w:r>
      <w:r>
        <w:br/>
      </w:r>
      <w:r>
        <w:rPr>
          <w:sz w:val="20"/>
        </w:rPr>
        <w:t>21:21  to qadar o qeemat maloom hui khane ki. ke Allah Ta'ala ne</w:t>
      </w:r>
    </w:p>
    <w:p>
      <w:pPr>
        <w:pStyle w:val="Heading2"/>
      </w:pPr>
      <w:r>
        <w:t>Spirit of inquiry leads to steam power</w:t>
      </w:r>
    </w:p>
    <w:p>
      <w:r>
        <w:rPr>
          <w:color w:val="666666"/>
          <w:sz w:val="18"/>
        </w:rPr>
        <w:t>Journey of Divine Civilization | January 24, 2010 · 2m 34s · at 17:30 · https://youtu.be/QCWXCjeZxnc?t=1050</w:t>
      </w:r>
    </w:p>
    <w:p>
      <w:r>
        <w:rPr>
          <w:i/>
        </w:rPr>
        <w:t>“Sab se pehli cheez jo insaan ko strike hui”</w:t>
      </w:r>
    </w:p>
    <w:p>
      <w:r>
        <w:rPr>
          <w:sz w:val="20"/>
        </w:rPr>
        <w:t>17:30  sab se pehle, jahan tak maine samjha hai, sab se pehli cheez jo insaan ko strike hui,</w:t>
      </w:r>
      <w:r>
        <w:br/>
      </w:r>
      <w:r>
        <w:rPr>
          <w:sz w:val="20"/>
        </w:rPr>
        <w:t>17:34  jo jani insaan ne, woh tha spirit of inquiry.</w:t>
      </w:r>
      <w:r>
        <w:br/>
      </w:r>
      <w:r>
        <w:rPr>
          <w:sz w:val="20"/>
        </w:rPr>
        <w:t>17:38  yahan se journey shuru hoti hai.</w:t>
      </w:r>
      <w:r>
        <w:br/>
      </w:r>
      <w:r>
        <w:rPr>
          <w:sz w:val="20"/>
        </w:rPr>
        <w:t>17:43  journey ke baad yeh jo chalna tha, hamein peghambar ke diye hue nazariyat ko, aqaaid ko reestablish</w:t>
      </w:r>
      <w:r>
        <w:br/>
      </w:r>
      <w:r>
        <w:rPr>
          <w:sz w:val="20"/>
        </w:rPr>
        <w:t>17:47  karna, through scientific evidence.</w:t>
      </w:r>
      <w:r>
        <w:br/>
      </w:r>
      <w:r>
        <w:rPr>
          <w:sz w:val="20"/>
        </w:rPr>
        <w:t>17:51  yeh jo karna tha humein.</w:t>
      </w:r>
      <w:r>
        <w:br/>
      </w:r>
      <w:r>
        <w:rPr>
          <w:sz w:val="20"/>
        </w:rPr>
        <w:t>17:56  to is ka shuru kahan se shuru hua hai?</w:t>
      </w:r>
      <w:r>
        <w:br/>
      </w:r>
      <w:r>
        <w:rPr>
          <w:sz w:val="20"/>
        </w:rPr>
        <w:t>18:00  maine is se pehle arz kiya tha ke ke stone age mein, primitive age mein, do aadmi</w:t>
      </w:r>
      <w:r>
        <w:br/>
      </w:r>
      <w:r>
        <w:rPr>
          <w:sz w:val="20"/>
        </w:rPr>
        <w:t>18:06  lad gaye, aur pathar, us zamane se pathar hua karta tha.</w:t>
      </w:r>
      <w:r>
        <w:br/>
      </w:r>
      <w:r>
        <w:rPr>
          <w:sz w:val="20"/>
        </w:rPr>
        <w:t>18:13  ek doosre pe pathar phenka, unhon ne pathar takra gaya, sparking hui.</w:t>
      </w:r>
      <w:r>
        <w:br/>
      </w:r>
      <w:r>
        <w:rPr>
          <w:sz w:val="20"/>
        </w:rPr>
        <w:t>18:19  تو انہوں نے سوچا: "Why was this sparking? یہ کیا ہے؟ یہ تو پتھر تھا، اس میں روشنی</w:t>
      </w:r>
      <w:r>
        <w:br/>
      </w:r>
      <w:r>
        <w:rPr>
          <w:sz w:val="20"/>
        </w:rPr>
        <w:t>18:26  کہاں سے آ گئی؟" That was starting point of scientific journey.</w:t>
      </w:r>
      <w:r>
        <w:br/>
      </w:r>
      <w:r>
        <w:rPr>
          <w:sz w:val="20"/>
        </w:rPr>
        <w:t>18:32  yahan se spirit of inquiry insaan ko mili.</w:t>
      </w:r>
      <w:r>
        <w:br/>
      </w:r>
      <w:r>
        <w:rPr>
          <w:sz w:val="20"/>
        </w:rPr>
        <w:t>18:37  spirit of inquiry yeh chalti rahi, chalti rahi, chalti rahi.</w:t>
      </w:r>
      <w:r>
        <w:br/>
      </w:r>
      <w:r>
        <w:rPr>
          <w:sz w:val="20"/>
        </w:rPr>
        <w:t>18:42  ab jaise ek baar to aisa hua ke ek gol cheez aisi insaan ne daali, woh ladak ladakte</w:t>
      </w:r>
      <w:r>
        <w:br/>
      </w:r>
      <w:r>
        <w:rPr>
          <w:sz w:val="20"/>
        </w:rPr>
        <w:t>18:47  ladakte hote chali gayi.</w:t>
      </w:r>
      <w:r>
        <w:br/>
      </w:r>
      <w:r>
        <w:rPr>
          <w:sz w:val="20"/>
        </w:rPr>
        <w:t>18:52  aise lotte lotte is se kya idea aaya? wheel ka idea aaya.</w:t>
      </w:r>
      <w:r>
        <w:br/>
      </w:r>
      <w:r>
        <w:rPr>
          <w:sz w:val="20"/>
        </w:rPr>
        <w:t>18:57  kaha jata hai ke sab se pehli cheez jo insaan ne discover ki, invent ki, invent woh wheel thi.</w:t>
      </w:r>
      <w:r>
        <w:br/>
      </w:r>
      <w:r>
        <w:rPr>
          <w:sz w:val="20"/>
        </w:rPr>
        <w:t>19:02  to patthar ke sparking se spirit of inquiry aayi. kisi cheez ke ladakne se wheel ka concept insan ko paida hua. phir insan ne dekha ke pani mein, chahe woh samandar ho ya darya ho, agar is mein loha dala jaye to woh doob jata hai. lekin tub agar dalein, tub to woh teerta hai. is se boat ka concept mila insan ko. boat banana chahiye. boat ka concept</w:t>
      </w:r>
      <w:r>
        <w:br/>
      </w:r>
      <w:r>
        <w:rPr>
          <w:sz w:val="20"/>
        </w:rPr>
        <w:t>19:32  .</w:t>
      </w:r>
      <w:r>
        <w:br/>
      </w:r>
      <w:r>
        <w:rPr>
          <w:sz w:val="20"/>
        </w:rPr>
        <w:t>19:36  phir insaan ne dekha ke pani ko ubala gaya.</w:t>
      </w:r>
      <w:r>
        <w:br/>
      </w:r>
      <w:r>
        <w:rPr>
          <w:sz w:val="20"/>
        </w:rPr>
        <w:t>19:40  jab temperature barha to yeh yeh dhakan ubal gaya.</w:t>
      </w:r>
      <w:r>
        <w:br/>
      </w:r>
      <w:r>
        <w:rPr>
          <w:sz w:val="20"/>
        </w:rPr>
        <w:t>19:44  is se kya hua? steam power ki daryaft hui.</w:t>
      </w:r>
      <w:r>
        <w:br/>
      </w:r>
      <w:r>
        <w:rPr>
          <w:sz w:val="20"/>
        </w:rPr>
        <w:t>19:48  phir injan banaye gaye.</w:t>
      </w:r>
      <w:r>
        <w:br/>
      </w:r>
      <w:r>
        <w:rPr>
          <w:sz w:val="20"/>
        </w:rPr>
        <w:t>19:52  injan banaye gaye.</w:t>
      </w:r>
      <w:r>
        <w:br/>
      </w:r>
      <w:r>
        <w:rPr>
          <w:sz w:val="20"/>
        </w:rPr>
        <w:t>19:56  aisi jarni aage barhti rahi, aage barhti rahi.</w:t>
      </w:r>
      <w:r>
        <w:br/>
      </w:r>
      <w:r>
        <w:rPr>
          <w:sz w:val="20"/>
        </w:rPr>
        <w:t>20:00  is ke baad ek scientist ko apne lab mein experiment karte hue yeh mila</w:t>
      </w:r>
    </w:p>
    <w:p>
      <w:pPr>
        <w:pStyle w:val="Heading2"/>
      </w:pPr>
      <w:r>
        <w:t>Why anger is a loss even when you win the fight</w:t>
      </w:r>
    </w:p>
    <w:p>
      <w:r>
        <w:rPr>
          <w:color w:val="666666"/>
          <w:sz w:val="18"/>
        </w:rPr>
        <w:t>Don't Be Angry Culture January 15, 2012 · 1m 47s · at 22:20 · https://youtu.be/NrA3X8y_FLY?t=1340</w:t>
      </w:r>
    </w:p>
    <w:p>
      <w:r>
        <w:rPr>
          <w:i/>
        </w:rPr>
        <w:t>“Ek hadith hai: taqatwar wo nahi jo pachhaar de ladai mein”</w:t>
      </w:r>
    </w:p>
    <w:p>
      <w:r>
        <w:rPr>
          <w:sz w:val="20"/>
        </w:rPr>
        <w:t>22:20  ek hadith hai laysa shadeedul basar</w:t>
      </w:r>
      <w:r>
        <w:br/>
      </w:r>
      <w:r>
        <w:rPr>
          <w:sz w:val="20"/>
        </w:rPr>
        <w:t>22:27  inna shadeeda mayamliku indal ghadab yaani taqatwar woh nahi hai jo pachhad de ladai mein, ladka pachhad de.</w:t>
      </w:r>
      <w:r>
        <w:br/>
      </w:r>
      <w:r>
        <w:rPr>
          <w:sz w:val="20"/>
        </w:rPr>
        <w:t>22:39  nahin. taqatwar woh hai jo apne ghusse ko control kar le.</w:t>
      </w:r>
      <w:r>
        <w:br/>
      </w:r>
      <w:r>
        <w:rPr>
          <w:sz w:val="20"/>
        </w:rPr>
        <w:t>22:48  jo apne ghusse ko control kar le. kyunke aap larr kar kisi ko pachhada aap ne to kya kiya aap ne? ek aadmi ko apna dushman bana liya aap ne.</w:t>
      </w:r>
      <w:r>
        <w:br/>
      </w:r>
      <w:r>
        <w:rPr>
          <w:sz w:val="20"/>
        </w:rPr>
        <w:t>22:57  aap ghaur kijiye. agar larr gaye aur aap ne aap khud haare to to zillat hi zillat hai.</w:t>
      </w:r>
      <w:r>
        <w:br/>
      </w:r>
      <w:r>
        <w:rPr>
          <w:sz w:val="20"/>
        </w:rPr>
        <w:t>23:07  lekin farz kijiye aap jeet gaye aur us ko aap ne pachhad diya tab bhi bohat bada nuqsan hai. khwamkhwah ek shakhs ko apna dushman bana liya aap ne.</w:t>
      </w:r>
      <w:r>
        <w:br/>
      </w:r>
      <w:r>
        <w:rPr>
          <w:sz w:val="20"/>
        </w:rPr>
        <w:t>23:19  dushman. ek aadmi ke dil mein apni nafrat daal di.</w:t>
      </w:r>
      <w:r>
        <w:br/>
      </w:r>
      <w:r>
        <w:rPr>
          <w:sz w:val="20"/>
        </w:rPr>
        <w:t>23:26  to kya yeh kam nuqsan hai yeh? to ghusse ke waqt agar aap bazahir kamyab hon, tab bhi nuqsan hai.</w:t>
      </w:r>
      <w:r>
        <w:br/>
      </w:r>
      <w:r>
        <w:rPr>
          <w:sz w:val="20"/>
        </w:rPr>
        <w:t>23:37  aur aur agar nakaam hon, tab bhi nuqsan hai. yaani ghussa aaya aur kisi se larr gaye aap. to farz kijiye bazahir aap kamyab ho jayein.</w:t>
      </w:r>
      <w:r>
        <w:br/>
      </w:r>
      <w:r>
        <w:rPr>
          <w:sz w:val="20"/>
        </w:rPr>
        <w:t>23:49  tab bhi us ko aap ne aap us ke andar nafrat daal di. us ko apna dushman bana liya.</w:t>
      </w:r>
      <w:r>
        <w:br/>
      </w:r>
      <w:r>
        <w:rPr>
          <w:sz w:val="20"/>
        </w:rPr>
        <w:t>23:57  is wajah se har haal mein mufeed baat yeh hai ke aadmi ghusse ko control kare. ghusse ko control kare.</w:t>
      </w:r>
    </w:p>
    <w:p>
      <w:pPr>
        <w:pStyle w:val="Heading2"/>
      </w:pPr>
      <w:r>
        <w:t>Unilateral forgiveness principle with personal example</w:t>
      </w:r>
    </w:p>
    <w:p>
      <w:r>
        <w:rPr>
          <w:color w:val="666666"/>
          <w:sz w:val="18"/>
        </w:rPr>
        <w:t>Putting End to Complaints April 22, 2020 Maulana Wahiduddin Khan · 2m 36s · at 3:48 · https://youtu.be/jwchAfcFrkM?t=228</w:t>
      </w:r>
    </w:p>
    <w:p>
      <w:r>
        <w:rPr>
          <w:i/>
        </w:rPr>
        <w:t>“Yaad rakhiye, ek usool”</w:t>
      </w:r>
    </w:p>
    <w:p>
      <w:r>
        <w:rPr>
          <w:sz w:val="20"/>
        </w:rPr>
        <w:t>3:48  yaad rakhiye, ek usool</w:t>
      </w:r>
      <w:r>
        <w:br/>
      </w:r>
      <w:r>
        <w:rPr>
          <w:sz w:val="20"/>
        </w:rPr>
        <w:t>3:51  main ne paya apni zindagi mein ke shikayat hamesha yak tarfa buniyad par khatm hoti hai, yak tarfa matlab hai related buniyad par.</w:t>
      </w:r>
      <w:r>
        <w:br/>
      </w:r>
      <w:r>
        <w:rPr>
          <w:sz w:val="20"/>
        </w:rPr>
        <w:t>4:07  to mujhe</w:t>
      </w:r>
      <w:r>
        <w:br/>
      </w:r>
      <w:r>
        <w:rPr>
          <w:sz w:val="20"/>
        </w:rPr>
        <w:t>4:09  bohat saaf shikayat thi aik sahib se, lekin maine yeh tay kiya ke main shikayat ko yak tarfa buniyad par khatm karta hoon.</w:t>
      </w:r>
      <w:r>
        <w:br/>
      </w:r>
      <w:r>
        <w:rPr>
          <w:sz w:val="20"/>
        </w:rPr>
        <w:t>4:28  ghalti kisi ki bhi ho, chahe kisi ki bhi ho, lekin meri taraf se woh khatm.</w:t>
      </w:r>
      <w:r>
        <w:br/>
      </w:r>
      <w:r>
        <w:rPr>
          <w:sz w:val="20"/>
        </w:rPr>
        <w:t>4:43  yeh aap sab ko karna hai.</w:t>
      </w:r>
      <w:r>
        <w:br/>
      </w:r>
      <w:r>
        <w:rPr>
          <w:sz w:val="20"/>
        </w:rPr>
        <w:t>4:51  mera jo masla tha, janne wale jante hain ke meri koi ghalti nahi thi is mein.</w:t>
      </w:r>
      <w:r>
        <w:br/>
      </w:r>
      <w:r>
        <w:rPr>
          <w:sz w:val="20"/>
        </w:rPr>
        <w:t>5:00  bazaahir ghalti doosre ki thi, lekin woh 40 saal se woh khatm nahi ho rahi thi.</w:t>
      </w:r>
      <w:r>
        <w:br/>
      </w:r>
      <w:r>
        <w:rPr>
          <w:sz w:val="20"/>
        </w:rPr>
        <w:t>5:15  kyunke woh yaad, yaad rakhiye, shikayat to hamesha yak tarfa buniyad par khatm hoti hai, do tarfa buniyad par nahi.</w:t>
      </w:r>
      <w:r>
        <w:br/>
      </w:r>
      <w:r>
        <w:rPr>
          <w:sz w:val="20"/>
        </w:rPr>
        <w:t>5:31  maine is usool ko lete hue yak tarfa buniyad par is shikayat ko khatm karna aur un sab ke liye khoob khoob duaein keen ke khudaaya,</w:t>
      </w:r>
      <w:r>
        <w:br/>
      </w:r>
      <w:r>
        <w:rPr>
          <w:sz w:val="20"/>
        </w:rPr>
        <w:t>5:47  agar ghalti meri ho</w:t>
      </w:r>
      <w:r>
        <w:br/>
      </w:r>
      <w:r>
        <w:rPr>
          <w:sz w:val="20"/>
        </w:rPr>
        <w:t>5:49  to mujhe maaf kar diya,</w:t>
      </w:r>
      <w:r>
        <w:br/>
      </w:r>
      <w:r>
        <w:rPr>
          <w:sz w:val="20"/>
        </w:rPr>
        <w:t>5:54  aur ghalti agar doosre ki ho to doosre ko tofeeq di ke woh bhi yahi kare. To ab mere liye maafi aur doosre ke liye dua,</w:t>
      </w:r>
      <w:r>
        <w:br/>
      </w:r>
      <w:r>
        <w:rPr>
          <w:sz w:val="20"/>
        </w:rPr>
        <w:t>6:13  yahi hum sab ko karna hai. Hum sab ko yahi karna hai.</w:t>
      </w:r>
    </w:p>
    <w:p>
      <w:pPr>
        <w:pStyle w:val="Heading2"/>
      </w:pPr>
      <w:r>
        <w:t>Deconditioning the mind before values can take root</w:t>
      </w:r>
    </w:p>
    <w:p>
      <w:r>
        <w:rPr>
          <w:color w:val="666666"/>
          <w:sz w:val="18"/>
        </w:rPr>
        <w:t>Human Values · 2m 09s · at 2:34 · https://youtu.be/Art0kheDD40?t=154</w:t>
      </w:r>
    </w:p>
    <w:p>
      <w:r>
        <w:rPr>
          <w:i/>
        </w:rPr>
        <w:t>“Pehli baat jo mujhe samajh aayi hai wo hai deconditioning”</w:t>
      </w:r>
    </w:p>
    <w:p>
      <w:r>
        <w:rPr>
          <w:sz w:val="20"/>
        </w:rPr>
        <w:t>2:34  dekhein, pehli baat jo mujhe samajh aayi hai woh hai deconditioning.</w:t>
      </w:r>
      <w:r>
        <w:br/>
      </w:r>
      <w:r>
        <w:rPr>
          <w:sz w:val="20"/>
        </w:rPr>
        <w:t>2:42  dekhein, hum aap jaante hain ke jab bhi hum janam lete hain duniya mein, jo kisi parivar mein janam lete hain, kisi society mein hum rehte hain, hum move karte hain kisi institution mein,</w:t>
      </w:r>
      <w:r>
        <w:br/>
      </w:r>
      <w:r>
        <w:rPr>
          <w:sz w:val="20"/>
        </w:rPr>
        <w:t>2:58  in sab se hum kuch sunte hain, kuch paate hain, woh hamare mind mein baithta rehta hai.</w:t>
      </w:r>
      <w:r>
        <w:br/>
      </w:r>
      <w:r>
        <w:rPr>
          <w:sz w:val="20"/>
        </w:rPr>
        <w:t>3:06  psychological research batati hai ke jo baat memory mein aa gayi woh aa gayi, phir woh nikalti nahi hai. to we are living in a jungle of thought.</w:t>
      </w:r>
      <w:r>
        <w:br/>
      </w:r>
      <w:r>
        <w:rPr>
          <w:sz w:val="20"/>
        </w:rPr>
        <w:t>3:19  har aadmi. to jo kuch bhi mujhe suna, jo kuch bhi maine parha, woh mere mind mein record ho gaya.</w:t>
      </w:r>
      <w:r>
        <w:br/>
      </w:r>
      <w:r>
        <w:rPr>
          <w:sz w:val="20"/>
        </w:rPr>
        <w:t>3:27  to jab tak aap isi karte hain conditioning, to jab tak aap is conditioning ki de conditioning na karein, is waqt tak aap normal tareeqe se soch nahi payenge.</w:t>
      </w:r>
      <w:r>
        <w:br/>
      </w:r>
      <w:r>
        <w:rPr>
          <w:sz w:val="20"/>
        </w:rPr>
        <w:t>3:45  main samajhta hoon ke de conditioning ka matlab hai,</w:t>
      </w:r>
      <w:r>
        <w:br/>
      </w:r>
      <w:r>
        <w:rPr>
          <w:sz w:val="20"/>
        </w:rPr>
        <w:t>3:51  yaani sort out karna.</w:t>
      </w:r>
      <w:r>
        <w:br/>
      </w:r>
      <w:r>
        <w:rPr>
          <w:sz w:val="20"/>
        </w:rPr>
        <w:t>3:54  hamare mind mein har qism ke thought bhare hue hain. to jaise ke kala aur safed, neela aur peela, koi cheez ho mili hui aapas mein, to hum sort out karte hain wahan par.</w:t>
      </w:r>
      <w:r>
        <w:br/>
      </w:r>
      <w:r>
        <w:rPr>
          <w:sz w:val="20"/>
        </w:rPr>
        <w:t>4:08  kale ko alag karte hain, white ko alag karte hain. aise hi hamein apne mind mein karna padta hai.</w:t>
      </w:r>
      <w:r>
        <w:br/>
      </w:r>
      <w:r>
        <w:rPr>
          <w:sz w:val="20"/>
        </w:rPr>
        <w:t>4:16  tab ja kar hamari objectivity aati hai. tab ja kar hum justice ke sath soch paate hain. warna hum conditioned thinking mein rehte hain, باعث thinking mein rehte hain.</w:t>
      </w:r>
      <w:r>
        <w:br/>
      </w:r>
      <w:r>
        <w:rPr>
          <w:sz w:val="20"/>
        </w:rPr>
        <w:t>4:30  main samajhta hoon ke yeh kaam jab tak nahi hoga, de conditioning ka, tab tak modern values ko hum society mein translate kar payein, aisa mujhe bahut hi dil kar dikhai deta hai.</w:t>
      </w:r>
    </w:p>
    <w:p>
      <w:pPr>
        <w:pStyle w:val="Heading2"/>
      </w:pPr>
      <w:r>
        <w:t>Inner content of the five pillars</w:t>
      </w:r>
    </w:p>
    <w:p>
      <w:r>
        <w:rPr>
          <w:color w:val="666666"/>
          <w:sz w:val="18"/>
        </w:rPr>
        <w:t>Religious Understanding October 18, 2015 Maulana Wahiduddin Khan · 2m 31s · at 14:53 · https://youtu.be/yt5TAVhva6E?t=893</w:t>
      </w:r>
    </w:p>
    <w:p>
      <w:r>
        <w:rPr>
          <w:i/>
        </w:rPr>
        <w:t>“Aise hi dheekhien hadees mein hai ke.”</w:t>
      </w:r>
    </w:p>
    <w:p>
      <w:r>
        <w:rPr>
          <w:sz w:val="20"/>
        </w:rPr>
        <w:t>14:53  isi tarah se dekhen hadith mein hai ke</w:t>
      </w:r>
      <w:r>
        <w:br/>
      </w:r>
      <w:r>
        <w:rPr>
          <w:sz w:val="20"/>
        </w:rPr>
        <w:t>15:02  ke deen deen ke saat arkan hain: bani al islam, awli khams, islam ke saat arkan hain, saat pillars hain: namaz, roza, hajj, zakat aur imaan.</w:t>
      </w:r>
      <w:r>
        <w:br/>
      </w:r>
      <w:r>
        <w:rPr>
          <w:sz w:val="20"/>
        </w:rPr>
        <w:t>15:19  sab se pehle imaan hai.</w:t>
      </w:r>
      <w:r>
        <w:br/>
      </w:r>
      <w:r>
        <w:rPr>
          <w:sz w:val="20"/>
        </w:rPr>
        <w:t>15:24  to yeh kya hai? yani har har jo rukan hai, har rukan mein ek ek har rukan ka ek inner content hai, ek uska kharji form hai.</w:t>
      </w:r>
      <w:r>
        <w:br/>
      </w:r>
      <w:r>
        <w:rPr>
          <w:sz w:val="20"/>
        </w:rPr>
        <w:t>15:41  Allah par imaan pehla hai. to woh kya hai?</w:t>
      </w:r>
      <w:r>
        <w:br/>
      </w:r>
      <w:r>
        <w:rPr>
          <w:sz w:val="20"/>
        </w:rPr>
        <w:t>15:46  Allah par imaan bazahir to yeh hai ke aap kehte hain ke la ilaha illallah Muhammadur Rasulullah, yani kalma shahadat zuban se ada karte hain.</w:t>
      </w:r>
      <w:r>
        <w:br/>
      </w:r>
      <w:r>
        <w:rPr>
          <w:sz w:val="20"/>
        </w:rPr>
        <w:t>15:58  lekin iska jo inner content kya hai? yaqeen. to kalma ka inner content hai yaqeen. bazahir to kuch alfaaz ko dohrana hai.</w:t>
      </w:r>
      <w:r>
        <w:br/>
      </w:r>
      <w:r>
        <w:rPr>
          <w:sz w:val="20"/>
        </w:rPr>
        <w:t>16:11  aise hi namaz hai. namaz ka inner content kya hai? modesty.</w:t>
      </w:r>
      <w:r>
        <w:br/>
      </w:r>
      <w:r>
        <w:rPr>
          <w:sz w:val="20"/>
        </w:rPr>
        <w:t>16:15  bazahir to ek ek iska ek form hai, usko aap ne ada kar diya panch waqt. lekin iska inner content jo hai woh woh hai modesty.</w:t>
      </w:r>
      <w:r>
        <w:br/>
      </w:r>
      <w:r>
        <w:rPr>
          <w:sz w:val="20"/>
        </w:rPr>
        <w:t>16:28  to yaqeen modesty. isi tarah se dekhiye</w:t>
      </w:r>
      <w:r>
        <w:br/>
      </w:r>
      <w:r>
        <w:rPr>
          <w:sz w:val="20"/>
        </w:rPr>
        <w:t>16:35  roza kya hai? roza kya hai? self control. roza ka inner content hai self control</w:t>
      </w:r>
      <w:r>
        <w:br/>
      </w:r>
      <w:r>
        <w:rPr>
          <w:sz w:val="20"/>
        </w:rPr>
        <w:t>16:44  . zahir hai ke bazahir yeh hai ke aap ne mehdood waqt ke liye khana chhod diya, pani chhod diya. lekin iska jo inner content hai woh hai self control,</w:t>
      </w:r>
      <w:r>
        <w:br/>
      </w:r>
      <w:r>
        <w:rPr>
          <w:sz w:val="20"/>
        </w:rPr>
        <w:t>16:57  self discipline. aise zakat jo hai bazahir nahi ke aap ne kuch maal de diya. iska bhi ek inner content hai, woh hai giving spirit.</w:t>
      </w:r>
      <w:r>
        <w:br/>
      </w:r>
      <w:r>
        <w:rPr>
          <w:sz w:val="20"/>
        </w:rPr>
        <w:t>17:08  aap ne andar giving spirit paida ki.</w:t>
      </w:r>
      <w:r>
        <w:br/>
      </w:r>
      <w:r>
        <w:rPr>
          <w:sz w:val="20"/>
        </w:rPr>
        <w:t>17:11  to ek hota ek hota woh insan jo taker hota hai, lena, lena, lena. ek hota hai giver hota hai, dena, dena, dena. to zakat aap ke andar giving spirit paida karne ke liye hai.</w:t>
      </w:r>
    </w:p>
    <w:p>
      <w:pPr>
        <w:pStyle w:val="Heading2"/>
      </w:pPr>
      <w:r>
        <w:t>Incompetent Muslims caused doubt</w:t>
      </w:r>
    </w:p>
    <w:p>
      <w:r>
        <w:rPr>
          <w:color w:val="666666"/>
          <w:sz w:val="18"/>
        </w:rPr>
        <w:t>Q&amp;A 08 July 2007 - Maulana Wahiduddin Khan · 3m 02s · at 9:57 · https://youtu.be/k921gOjkIaw?t=597</w:t>
      </w:r>
    </w:p>
    <w:p>
      <w:r>
        <w:rPr>
          <w:i/>
        </w:rPr>
        <w:t>“Nahi, kabhi bhi nahi.”</w:t>
      </w:r>
    </w:p>
    <w:p>
      <w:r>
        <w:rPr>
          <w:sz w:val="20"/>
        </w:rPr>
        <w:t>9:57  nahi, kabhi bhi nahi. yeh bilkul yeh to ek stepped mind mein do cheezein ekatha ho sakti hain. ab ek Krishna gath ko existence nahi, woh to ek mythology hai, aur God ka existence hai.</w:t>
      </w:r>
      <w:r>
        <w:br/>
      </w:r>
      <w:r>
        <w:rPr>
          <w:sz w:val="20"/>
        </w:rPr>
        <w:t>10:13  God ka existence hai, Krishna ka koi existence nahi, woh to ek mythology hai. kaise do cheezein ekatha ho sakti hain? asal mein in ke saath jo tragedy hui, woh main jaanta hoon ke jo Musalman in se mile, woh competent nahi thay is lady ko address karne ke liye.</w:t>
      </w:r>
      <w:r>
        <w:br/>
      </w:r>
      <w:r>
        <w:rPr>
          <w:sz w:val="20"/>
        </w:rPr>
        <w:t>10:32  jab unhone Islam embrace kiya to wohin se shuru hua. yaani woh reaction mein tha un ka Islam. sach poochhein to un ka Islam jo tha, woh kisi study ke baad nahi hua tha.</w:t>
      </w:r>
      <w:r>
        <w:br/>
      </w:r>
      <w:r>
        <w:rPr>
          <w:sz w:val="20"/>
        </w:rPr>
        <w:t>10:46  aisa nahi tha ke unhone study ki, jaise ke Dr. Nishikant Tope, unhone study ki thi, phir Islam ko accept kiya tha. unhone, unhone to aisa hua ke ek ek ek qissa un ki zindagi mein pesh aaya.</w:t>
      </w:r>
      <w:r>
        <w:br/>
      </w:r>
      <w:r>
        <w:rPr>
          <w:sz w:val="20"/>
        </w:rPr>
        <w:t>11:00  ek guru ne kuch aisa kiya tha to us se reaction mein unhone Islam qabool kar liya. ab wahan par Musalmanon ka role tha.</w:t>
      </w:r>
      <w:r>
        <w:br/>
      </w:r>
      <w:r>
        <w:rPr>
          <w:sz w:val="20"/>
        </w:rPr>
        <w:t>11:10  is lady ne to reaction mein Islam qabool kar liya, lekin Musalmanon ka role tha ke us ko positivity mein convert karein. woh lekin jo un se mile, woh sab bohat hi incompetent log thay, bohat hi insincere log thay.</w:t>
      </w:r>
      <w:r>
        <w:br/>
      </w:r>
      <w:r>
        <w:rPr>
          <w:sz w:val="20"/>
        </w:rPr>
        <w:t>11:25  yahan tak kisi ne shadi ki peshkash ko offer kar diya, us ko invitation de diya. kisi ne kaha ke burqa pehno. bilkul hi bohat hi zyada bura role tha Musalmanon ka is ke silsile mein.</w:t>
      </w:r>
      <w:r>
        <w:br/>
      </w:r>
      <w:r>
        <w:rPr>
          <w:sz w:val="20"/>
        </w:rPr>
        <w:t>11:40  to yeh reaction after reaction hai. yeh ji haan, main main samajhta hoon ke second thought un ke andar aaya hai ke woh aisa boli boli hain.</w:t>
      </w:r>
      <w:r>
        <w:br/>
      </w:r>
      <w:r>
        <w:rPr>
          <w:sz w:val="20"/>
        </w:rPr>
        <w:t>11:49  woh second thought ke is se to acha yahi tha ke main pehle rehti isi mazhab mein. to main bas bataoon ke lady ka qusoor nahi hai, qusoor Musalmanon ka hai jo un se mile aur us ko, yaani incompetent Musalmanon ka, us ke mind ko address nahi kar sake.</w:t>
      </w:r>
      <w:r>
        <w:br/>
      </w:r>
      <w:r>
        <w:rPr>
          <w:sz w:val="20"/>
        </w:rPr>
        <w:t>12:08  woh woh bohat parhi likhi lady hai, bohat parhi likhi. aur jo log un se mile, main achi tarah main ne parha hai is ke bare mein jo kuch, ek bhi Musalman is qabil nahi tha ke un ke mind ko address kar sake.</w:t>
      </w:r>
      <w:r>
        <w:br/>
      </w:r>
      <w:r>
        <w:rPr>
          <w:sz w:val="20"/>
        </w:rPr>
        <w:t>12:21  woh sirf case ko bigada hai. us ne, main samajhta hoon ke ek ek jurm hua hai un ke saath Musalmanon ki taraf se ke us ke us ke faith ko aur aur yaani upar le aate,</w:t>
      </w:r>
      <w:r>
        <w:br/>
      </w:r>
      <w:r>
        <w:rPr>
          <w:sz w:val="20"/>
        </w:rPr>
        <w:t>12:35  us ko aur yaani dobara doubt mein daal diya. ab main ne suna hai ke is se closer mein rehti hai, woh Musalmanon se phir nahi milti.</w:t>
      </w:r>
      <w:r>
        <w:br/>
      </w:r>
      <w:r>
        <w:rPr>
          <w:sz w:val="20"/>
        </w:rPr>
        <w:t>12:46  woh pehle milti thi, woh aur Musalmanon ne us ko publicity ka zariya hi bana liya. ek zamane mein, agar aap ko yaad ho to, behal bohat hi bura role tha Musalmanon ka is ke silsile mein.</w:t>
      </w:r>
    </w:p>
    <w:p>
      <w:pPr>
        <w:pStyle w:val="Heading2"/>
      </w:pPr>
      <w:r>
        <w:t>Sawm awakens mind through Quran</w:t>
      </w:r>
    </w:p>
    <w:p>
      <w:r>
        <w:rPr>
          <w:color w:val="666666"/>
          <w:sz w:val="18"/>
        </w:rPr>
        <w:t>Fasting I 9th May 07 · 3m 03s · at 54:08 · https://youtu.be/FU1JoXdA9us?t=3248</w:t>
      </w:r>
    </w:p>
    <w:p>
      <w:r>
        <w:rPr>
          <w:i/>
        </w:rPr>
        <w:t>“And as far as my experience is concerned, one aspect of Sawm is”</w:t>
      </w:r>
    </w:p>
    <w:p>
      <w:r>
        <w:rPr>
          <w:sz w:val="20"/>
        </w:rPr>
        <w:t>54:08  And as far as my experience is concerned, one aspect of Sawm is that Sawm awakened your mind.</w:t>
      </w:r>
      <w:r>
        <w:br/>
      </w:r>
      <w:r>
        <w:rPr>
          <w:sz w:val="20"/>
        </w:rPr>
        <w:t>54:18  Fasting is very fasting is not something as a ritual.</w:t>
      </w:r>
      <w:r>
        <w:br/>
      </w:r>
      <w:r>
        <w:rPr>
          <w:sz w:val="20"/>
        </w:rPr>
        <w:t>54:28  Fasting is not simply a form. During fast</w:t>
      </w:r>
      <w:r>
        <w:br/>
      </w:r>
      <w:r>
        <w:rPr>
          <w:sz w:val="20"/>
        </w:rPr>
        <w:t>54:38  ing, during Sawm, you study the Quran.</w:t>
      </w:r>
      <w:r>
        <w:br/>
      </w:r>
      <w:r>
        <w:rPr>
          <w:sz w:val="20"/>
        </w:rPr>
        <w:t>54:44  You know there is a verse in the Quran in this regard, "Shahr Ramadan alladhi unzalafihi al-Quran, hudal</w:t>
      </w:r>
      <w:r>
        <w:br/>
      </w:r>
      <w:r>
        <w:rPr>
          <w:sz w:val="20"/>
        </w:rPr>
        <w:t>54:50  din-naas, wabainatilih minahuda wal-furqan." It means that the Quran was revealed in the month of Ramadan.</w:t>
      </w:r>
      <w:r>
        <w:br/>
      </w:r>
      <w:r>
        <w:rPr>
          <w:sz w:val="20"/>
        </w:rPr>
        <w:t>54:56  So you have to fast in this month.</w:t>
      </w:r>
      <w:r>
        <w:br/>
      </w:r>
      <w:r>
        <w:rPr>
          <w:sz w:val="20"/>
        </w:rPr>
        <w:t>55:02  The Quran was</w:t>
      </w:r>
      <w:r>
        <w:br/>
      </w:r>
      <w:r>
        <w:rPr>
          <w:sz w:val="20"/>
        </w:rPr>
        <w:t>55:08  revealed in the month of Ramadan.</w:t>
      </w:r>
      <w:r>
        <w:br/>
      </w:r>
      <w:r>
        <w:rPr>
          <w:sz w:val="20"/>
        </w:rPr>
        <w:t>55:16  So in this month we are asked to fast, to go to fast.</w:t>
      </w:r>
      <w:r>
        <w:br/>
      </w:r>
      <w:r>
        <w:rPr>
          <w:sz w:val="20"/>
        </w:rPr>
        <w:t>55:24  And you know, the most important ibadah in Ramadan is to read the Quran, to study the Quran.</w:t>
      </w:r>
      <w:r>
        <w:br/>
      </w:r>
      <w:r>
        <w:rPr>
          <w:sz w:val="20"/>
        </w:rPr>
        <w:t>55:31  Because of this there is Taraweeh</w:t>
      </w:r>
      <w:r>
        <w:br/>
      </w:r>
      <w:r>
        <w:rPr>
          <w:sz w:val="20"/>
        </w:rPr>
        <w:t xml:space="preserve">55:39  </w:t>
      </w:r>
      <w:r>
        <w:br/>
      </w:r>
      <w:r>
        <w:rPr>
          <w:sz w:val="20"/>
        </w:rPr>
        <w:t>55:43  In Taraweeh we read the Quran.</w:t>
      </w:r>
      <w:r>
        <w:br/>
      </w:r>
      <w:r>
        <w:rPr>
          <w:sz w:val="20"/>
        </w:rPr>
        <w:t>55:48  Then we recite the Quran.</w:t>
      </w:r>
      <w:r>
        <w:br/>
      </w:r>
      <w:r>
        <w:rPr>
          <w:sz w:val="20"/>
        </w:rPr>
        <w:t>55:52  The Quran the study of the Quran is the most important part, the most important aspect of the</w:t>
      </w:r>
      <w:r>
        <w:br/>
      </w:r>
      <w:r>
        <w:rPr>
          <w:sz w:val="20"/>
        </w:rPr>
        <w:t>55:56  month of Ramadan.</w:t>
      </w:r>
      <w:r>
        <w:br/>
      </w:r>
      <w:r>
        <w:rPr>
          <w:sz w:val="20"/>
        </w:rPr>
        <w:t>56:00  And when you read the Quran, when you study the Quran, it will awaken your mind.</w:t>
      </w:r>
      <w:r>
        <w:br/>
      </w:r>
      <w:r>
        <w:rPr>
          <w:sz w:val="20"/>
        </w:rPr>
        <w:t>56:05  The Quran is</w:t>
      </w:r>
      <w:r>
        <w:br/>
      </w:r>
      <w:r>
        <w:rPr>
          <w:sz w:val="20"/>
        </w:rPr>
        <w:t>56:09  the greatest source of intellectual development.</w:t>
      </w:r>
      <w:r>
        <w:br/>
      </w:r>
      <w:r>
        <w:rPr>
          <w:sz w:val="20"/>
        </w:rPr>
        <w:t>56:20  The Quran is a divine book.</w:t>
      </w:r>
      <w:r>
        <w:br/>
      </w:r>
      <w:r>
        <w:rPr>
          <w:sz w:val="20"/>
        </w:rPr>
        <w:t>56:30  And the Quran is the most important in this regard.</w:t>
      </w:r>
      <w:r>
        <w:br/>
      </w:r>
      <w:r>
        <w:rPr>
          <w:sz w:val="20"/>
        </w:rPr>
        <w:t>56:41  So the Quran awakens your mind.</w:t>
      </w:r>
      <w:r>
        <w:br/>
      </w:r>
      <w:r>
        <w:rPr>
          <w:sz w:val="20"/>
        </w:rPr>
        <w:t>56:48  The Quran makes you intellectual development.</w:t>
      </w:r>
      <w:r>
        <w:br/>
      </w:r>
      <w:r>
        <w:rPr>
          <w:sz w:val="20"/>
        </w:rPr>
        <w:t>56:56  And when there is intellectual development you are able to cope with Satan.</w:t>
      </w:r>
      <w:r>
        <w:br/>
      </w:r>
      <w:r>
        <w:rPr>
          <w:sz w:val="20"/>
        </w:rPr>
        <w:t>57:03  The greatest sword, the greatest arm against Satan is your own mind, your intellectual develop</w:t>
      </w:r>
    </w:p>
    <w:p>
      <w:pPr>
        <w:pStyle w:val="Heading2"/>
      </w:pPr>
      <w:r>
        <w:t>Shift from direct to inferential argument</w:t>
      </w:r>
    </w:p>
    <w:p>
      <w:r>
        <w:rPr>
          <w:color w:val="666666"/>
          <w:sz w:val="18"/>
        </w:rPr>
        <w:t>How to Find Truth | August 8, 2007 · 3m 01s · at 47:02 · https://youtu.be/YaxWNPN2K5A?t=2822</w:t>
      </w:r>
    </w:p>
    <w:p>
      <w:r>
        <w:rPr>
          <w:i/>
        </w:rPr>
        <w:t>“In pre-Einstein period, knowledge was confined to micro world”</w:t>
      </w:r>
    </w:p>
    <w:p>
      <w:r>
        <w:rPr>
          <w:sz w:val="20"/>
        </w:rPr>
        <w:t>47:02  that the same criterion which you have to prove anything else, I referred to a great discovery of science.</w:t>
      </w:r>
      <w:r>
        <w:br/>
      </w:r>
      <w:r>
        <w:rPr>
          <w:sz w:val="20"/>
        </w:rPr>
        <w:t>47:12  You know, in science there are two different periods: pre-Einstein period and post-Einstein period.</w:t>
      </w:r>
      <w:r>
        <w:br/>
      </w:r>
      <w:r>
        <w:rPr>
          <w:sz w:val="20"/>
        </w:rPr>
        <w:t>47:22  in pre-Einstein period,</w:t>
      </w:r>
      <w:r>
        <w:br/>
      </w:r>
      <w:r>
        <w:rPr>
          <w:sz w:val="20"/>
        </w:rPr>
        <w:t>47:32  man was living in the knowledge, was the knowledge of man was confined to to the micro world. from newton up to einstein. from newton up to einstein, the knowledge of man was limited to to the to wh</w:t>
      </w:r>
      <w:r>
        <w:br/>
      </w:r>
      <w:r>
        <w:rPr>
          <w:sz w:val="20"/>
        </w:rPr>
        <w:t>48:02  It is called micro world.</w:t>
      </w:r>
      <w:r>
        <w:br/>
      </w:r>
      <w:r>
        <w:rPr>
          <w:sz w:val="20"/>
        </w:rPr>
        <w:t>48:08  There are big things, those things which are measurable, which can be seen, which can be observed, which</w:t>
      </w:r>
      <w:r>
        <w:br/>
      </w:r>
      <w:r>
        <w:rPr>
          <w:sz w:val="20"/>
        </w:rPr>
        <w:t>48:14  can be testified.</w:t>
      </w:r>
      <w:r>
        <w:br/>
      </w:r>
      <w:r>
        <w:rPr>
          <w:sz w:val="20"/>
        </w:rPr>
        <w:t>48:20  So that is micro world.</w:t>
      </w:r>
      <w:r>
        <w:br/>
      </w:r>
      <w:r>
        <w:rPr>
          <w:sz w:val="20"/>
        </w:rPr>
        <w:t>48:26  But after the spirit in atom, when it</w:t>
      </w:r>
      <w:r>
        <w:br/>
      </w:r>
      <w:r>
        <w:rPr>
          <w:sz w:val="20"/>
        </w:rPr>
        <w:t>48:32  "m exploded, then the knowledge of human being reached to the micro world. Micro world."</w:t>
      </w:r>
      <w:r>
        <w:br/>
      </w:r>
      <w:r>
        <w:rPr>
          <w:sz w:val="20"/>
        </w:rPr>
        <w:t>48:42  So previously, means knowledge was confined to seen world. Seen world.</w:t>
      </w:r>
      <w:r>
        <w:br/>
      </w:r>
      <w:r>
        <w:rPr>
          <w:sz w:val="20"/>
        </w:rPr>
        <w:t>48:52  Now, main reach to the reach to to the</w:t>
      </w:r>
      <w:r>
        <w:br/>
      </w:r>
      <w:r>
        <w:rPr>
          <w:sz w:val="20"/>
        </w:rPr>
        <w:t>49:03  unseen world.</w:t>
      </w:r>
      <w:r>
        <w:br/>
      </w:r>
      <w:r>
        <w:rPr>
          <w:sz w:val="20"/>
        </w:rPr>
        <w:t>49:10  This was the difference.</w:t>
      </w:r>
      <w:r>
        <w:br/>
      </w:r>
      <w:r>
        <w:rPr>
          <w:sz w:val="20"/>
        </w:rPr>
        <w:t>49:18  So now, in pre-Einstein period, everything was measurable.</w:t>
      </w:r>
      <w:r>
        <w:br/>
      </w:r>
      <w:r>
        <w:rPr>
          <w:sz w:val="20"/>
        </w:rPr>
        <w:t>49:25  At that time, reasoning was based on in those things that were observable or measurable. So</w:t>
      </w:r>
      <w:r>
        <w:br/>
      </w:r>
      <w:r>
        <w:rPr>
          <w:sz w:val="20"/>
        </w:rPr>
        <w:t>49:33  in logic, at that time, logic was based on direct argument. at that time, man was able to establish direct argument because everything was observable. even light was observable. so Newton said that light is light</w:t>
      </w:r>
    </w:p>
    <w:p>
      <w:pPr>
        <w:pStyle w:val="Heading2"/>
      </w:pPr>
      <w:r>
        <w:t>Proof of God via inferential argument</w:t>
      </w:r>
    </w:p>
    <w:p>
      <w:r>
        <w:rPr>
          <w:color w:val="666666"/>
          <w:sz w:val="18"/>
        </w:rPr>
        <w:t>How to Find Truth | August 8, 2007 · 2m 31s · at 55:04 · https://youtu.be/YaxWNPN2K5A?t=3304</w:t>
      </w:r>
    </w:p>
    <w:p>
      <w:r>
        <w:rPr>
          <w:i/>
        </w:rPr>
        <w:t>“You prove existence of God by inferential argument same as electrons”</w:t>
      </w:r>
    </w:p>
    <w:p>
      <w:r>
        <w:rPr>
          <w:sz w:val="20"/>
        </w:rPr>
        <w:t>55:04  in post-Einstein era.</w:t>
      </w:r>
      <w:r>
        <w:br/>
      </w:r>
      <w:r>
        <w:rPr>
          <w:sz w:val="20"/>
        </w:rPr>
        <w:t>55:10  And now, there is no way except to I accept inferential argument as and valid argument.</w:t>
      </w:r>
      <w:r>
        <w:br/>
      </w:r>
      <w:r>
        <w:rPr>
          <w:sz w:val="20"/>
        </w:rPr>
        <w:t>55:16  Otherwise, you cannot prove anything.</w:t>
      </w:r>
      <w:r>
        <w:br/>
      </w:r>
      <w:r>
        <w:rPr>
          <w:sz w:val="20"/>
        </w:rPr>
        <w:t>55:22  For example, all the scientists believe in X-rays. X-rays.</w:t>
      </w:r>
      <w:r>
        <w:br/>
      </w:r>
      <w:r>
        <w:rPr>
          <w:sz w:val="20"/>
        </w:rPr>
        <w:t>55:28  But what is X-rays? You cannot prove X-rays by</w:t>
      </w:r>
      <w:r>
        <w:br/>
      </w:r>
      <w:r>
        <w:rPr>
          <w:sz w:val="20"/>
        </w:rPr>
        <w:t>55:34  Direct argument.</w:t>
      </w:r>
      <w:r>
        <w:br/>
      </w:r>
      <w:r>
        <w:rPr>
          <w:sz w:val="20"/>
        </w:rPr>
        <w:t>55:42  You are compelled to prove X-rays by inferential argument.</w:t>
      </w:r>
      <w:r>
        <w:br/>
      </w:r>
      <w:r>
        <w:rPr>
          <w:sz w:val="20"/>
        </w:rPr>
        <w:t>55:49  So, when I said this, I referred to the present situation that now, you cannot say</w:t>
      </w:r>
      <w:r>
        <w:br/>
      </w:r>
      <w:r>
        <w:rPr>
          <w:sz w:val="20"/>
        </w:rPr>
        <w:t>55:57  I, I meant that now, the argument ab</w:t>
      </w:r>
      <w:r>
        <w:br/>
      </w:r>
      <w:r>
        <w:rPr>
          <w:sz w:val="20"/>
        </w:rPr>
        <w:t>56:04  Out God and the argument about electron are one and the same.</w:t>
      </w:r>
      <w:r>
        <w:br/>
      </w:r>
      <w:r>
        <w:rPr>
          <w:sz w:val="20"/>
        </w:rPr>
        <w:t>56:12  about electron, you use inferential argument.</w:t>
      </w:r>
      <w:r>
        <w:br/>
      </w:r>
      <w:r>
        <w:rPr>
          <w:sz w:val="20"/>
        </w:rPr>
        <w:t>56:19  about X-rays, you you use inferential argument.</w:t>
      </w:r>
      <w:r>
        <w:br/>
      </w:r>
      <w:r>
        <w:rPr>
          <w:sz w:val="20"/>
        </w:rPr>
        <w:t>56:27  So, is the case about the about the about the about</w:t>
      </w:r>
      <w:r>
        <w:br/>
      </w:r>
      <w:r>
        <w:rPr>
          <w:sz w:val="20"/>
        </w:rPr>
        <w:t>56:35  about God? We prove the existence of God by inferential argument.</w:t>
      </w:r>
      <w:r>
        <w:br/>
      </w:r>
      <w:r>
        <w:rPr>
          <w:sz w:val="20"/>
        </w:rPr>
        <w:t>56:41  You also prove the existence of electron by inferential argument.</w:t>
      </w:r>
      <w:r>
        <w:br/>
      </w:r>
      <w:r>
        <w:rPr>
          <w:sz w:val="20"/>
        </w:rPr>
        <w:t>56:47  So, there is no difference.</w:t>
      </w:r>
      <w:r>
        <w:br/>
      </w:r>
      <w:r>
        <w:rPr>
          <w:sz w:val="20"/>
        </w:rPr>
        <w:t>56:53  So, if you are right when you prove the existence of electron by inferential argument, we are also</w:t>
      </w:r>
      <w:r>
        <w:br/>
      </w:r>
      <w:r>
        <w:rPr>
          <w:sz w:val="20"/>
        </w:rPr>
        <w:t>56:59  correct when you prove when we when we prove</w:t>
      </w:r>
      <w:r>
        <w:br/>
      </w:r>
      <w:r>
        <w:rPr>
          <w:sz w:val="20"/>
        </w:rPr>
        <w:t>57:05  The existence of God by inferential argument.</w:t>
      </w:r>
      <w:r>
        <w:br/>
      </w:r>
      <w:r>
        <w:rPr>
          <w:sz w:val="20"/>
        </w:rPr>
        <w:t>57:10  It was this background that made him speechless.</w:t>
      </w:r>
      <w:r>
        <w:br/>
      </w:r>
      <w:r>
        <w:rPr>
          <w:sz w:val="20"/>
        </w:rPr>
        <w:t>57:15  So, he was, I think he was a sincere person.</w:t>
      </w:r>
      <w:r>
        <w:br/>
      </w:r>
      <w:r>
        <w:rPr>
          <w:sz w:val="20"/>
        </w:rPr>
        <w:t>57:20  He was ready to surrender before reason.</w:t>
      </w:r>
      <w:r>
        <w:br/>
      </w:r>
      <w:r>
        <w:rPr>
          <w:sz w:val="20"/>
        </w:rPr>
        <w:t>57:25  So, he surrendered.</w:t>
      </w:r>
      <w:r>
        <w:br/>
      </w:r>
      <w:r>
        <w:rPr>
          <w:sz w:val="20"/>
        </w:rPr>
        <w:t>57:30  So, these three things are required.</w:t>
      </w:r>
    </w:p>
    <w:p>
      <w:pPr>
        <w:pStyle w:val="Heading2"/>
      </w:pPr>
      <w:r>
        <w:t>Patience and avoiding problems for peace</w:t>
      </w:r>
    </w:p>
    <w:p>
      <w:r>
        <w:rPr>
          <w:color w:val="666666"/>
          <w:sz w:val="18"/>
        </w:rPr>
        <w:t>Interview Session with Maulana Wahiduddin Khan English · 2m 22s · at 13:06 · https://youtu.be/oNKYrZsbzr4?t=786</w:t>
      </w:r>
    </w:p>
    <w:p>
      <w:r>
        <w:rPr>
          <w:i/>
        </w:rPr>
        <w:t>“If you want to establish peace, you have to be patient.”</w:t>
      </w:r>
    </w:p>
    <w:p>
      <w:r>
        <w:rPr>
          <w:sz w:val="20"/>
        </w:rPr>
        <w:t>13:06  if you want to establish peace, first of all, you have to be patient. patience is the first step.</w:t>
      </w:r>
      <w:r>
        <w:br/>
      </w:r>
      <w:r>
        <w:rPr>
          <w:sz w:val="20"/>
        </w:rPr>
        <w:t>13:18  without patient struggle, you cannot establish peace.</w:t>
      </w:r>
      <w:r>
        <w:br/>
      </w:r>
      <w:r>
        <w:rPr>
          <w:sz w:val="20"/>
        </w:rPr>
        <w:t>13:25  and my formula, according to the qur'an, is that you have to avoid the problem, and you have to avail the opportunities.</w:t>
      </w:r>
      <w:r>
        <w:br/>
      </w:r>
      <w:r>
        <w:rPr>
          <w:sz w:val="20"/>
        </w:rPr>
        <w:t>13:36  by availing opportunities, you can establish peace, not by fighting.</w:t>
      </w:r>
      <w:r>
        <w:br/>
      </w:r>
      <w:r>
        <w:rPr>
          <w:sz w:val="20"/>
        </w:rPr>
        <w:t>13:43  those people who are fighting in the name of peace, they are wrong.</w:t>
      </w:r>
      <w:r>
        <w:br/>
      </w:r>
      <w:r>
        <w:rPr>
          <w:sz w:val="20"/>
        </w:rPr>
        <w:t>13:53  peace is the price of patience. and by patience, i mean that if there are some problems, you have to avoid that problem, and you have to avail those opportunities because, according to islam, according to the qur'an,</w:t>
      </w:r>
      <w:r>
        <w:br/>
      </w:r>
      <w:r>
        <w:rPr>
          <w:sz w:val="20"/>
        </w:rPr>
        <w:t>14:13  every time there are numerous opportunities. in namal usra isra,</w:t>
      </w:r>
      <w:r>
        <w:br/>
      </w:r>
      <w:r>
        <w:rPr>
          <w:sz w:val="20"/>
        </w:rPr>
        <w:t>14:19  it means that when there are problems, there are opportunities. so the simple formula is that avoid the problem and avail the opportunities.</w:t>
      </w:r>
      <w:r>
        <w:br/>
      </w:r>
      <w:r>
        <w:rPr>
          <w:sz w:val="20"/>
        </w:rPr>
        <w:t>14:31  so by availing opportunities, you can establish peace. and when there is peace, there are so many there are many more opportunities.</w:t>
      </w:r>
      <w:r>
        <w:br/>
      </w:r>
      <w:r>
        <w:rPr>
          <w:sz w:val="20"/>
        </w:rPr>
        <w:t>14:47  so i don't believe that fighting is a way to establish justice.</w:t>
      </w:r>
      <w:r>
        <w:br/>
      </w:r>
      <w:r>
        <w:rPr>
          <w:sz w:val="20"/>
        </w:rPr>
        <w:t>14:58  no. by fighting, you cannot establish justice. you have to avoid all those problems.</w:t>
      </w:r>
      <w:r>
        <w:br/>
      </w:r>
      <w:r>
        <w:rPr>
          <w:sz w:val="20"/>
        </w:rPr>
        <w:t>15:08  In every country where Muslims are fighting, there are so many opportunities, but they are ignoring all these opportunities, and they are engaged in fighting, fighting, fighting.</w:t>
      </w:r>
      <w:r>
        <w:br/>
      </w:r>
      <w:r>
        <w:rPr>
          <w:sz w:val="20"/>
        </w:rPr>
        <w:t>15:21  So this is not the Islamic way of working.</w:t>
      </w:r>
    </w:p>
    <w:p>
      <w:pPr>
        <w:pStyle w:val="Heading2"/>
      </w:pPr>
      <w:r>
        <w:t>Secular vs religious discourse</w:t>
      </w:r>
    </w:p>
    <w:p>
      <w:r>
        <w:rPr>
          <w:color w:val="666666"/>
          <w:sz w:val="18"/>
        </w:rPr>
        <w:t>When God's Name is Invoked December 21, 2019 - Interaction with Maulana Wahiduddin Khan, · 2m 02s · at 29:32 · https://youtu.be/jgNjICoo-Cw?t=1772</w:t>
      </w:r>
    </w:p>
    <w:p>
      <w:r>
        <w:rPr>
          <w:i/>
        </w:rPr>
        <w:t>“Maine ye dekha ke jo secular world hai.”</w:t>
      </w:r>
    </w:p>
    <w:p>
      <w:r>
        <w:rPr>
          <w:sz w:val="20"/>
        </w:rPr>
        <w:t>29:32  maine yeh dekha ke jo secular world hai ya academic world hai, is mein to bahut achhe tareeqe se discussions hote hain aur bilkul alag alag rai logon ki hoti hain.</w:t>
      </w:r>
      <w:r>
        <w:br/>
      </w:r>
      <w:r>
        <w:rPr>
          <w:sz w:val="20"/>
        </w:rPr>
        <w:t>29:43  koi bura nahi manta, balkeh woh alag rai ko us ko welcome kiya jata hai. lekin jab religious world mein aate hain,</w:t>
      </w:r>
      <w:r>
        <w:br/>
      </w:r>
      <w:r>
        <w:rPr>
          <w:sz w:val="20"/>
        </w:rPr>
        <w:t>29:59  secular world mein is ko bilkul discussion ko bura nahi mana jata, chahe kitna hi log ek doosre se ikhtilaf karne hon. balkeh wahi achha samjha jata hai ke logon ki alag alag rai ho, isi par to discussion hota hai.</w:t>
      </w:r>
      <w:r>
        <w:br/>
      </w:r>
      <w:r>
        <w:rPr>
          <w:sz w:val="20"/>
        </w:rPr>
        <w:t>30:14  lekin mazhabi duniya mein foran jo hai, is ko debate ban jata hai, log intolerant ho jate hain, doosre ki baat sunna nahi chahte hain, bas apni baat kehna chahte hain.</w:t>
      </w:r>
      <w:r>
        <w:br/>
      </w:r>
      <w:r>
        <w:rPr>
          <w:sz w:val="20"/>
        </w:rPr>
        <w:t>30:27  to is tareeqe se sirf mahol kharab hota hai. agar hum samajhte hain ke hamari baat sahi hai aur doosre ko is ko ghor karna chahiye to is, lekin woh itna zyada negative ho jata hai ke woh us par ghor nahi kar pata.</w:t>
      </w:r>
      <w:r>
        <w:br/>
      </w:r>
      <w:r>
        <w:rPr>
          <w:sz w:val="20"/>
        </w:rPr>
        <w:t>30:45  to agar hamare andar yeh aa jaye ke azadi to Khuda ne diya hai, to hum is ko sochne ki azadi hai, to woh bhi alag sochega.</w:t>
      </w:r>
      <w:r>
        <w:br/>
      </w:r>
      <w:r>
        <w:rPr>
          <w:sz w:val="20"/>
        </w:rPr>
        <w:t>30:55  agar hum chahte hain ke hamari baat sahi hai aur woh samjhe, to hum agar is ko bahut hi coolly aur peacefully is ko batayenge to ho sakta hai aaj nahi, kal woh baat samajh le.</w:t>
      </w:r>
      <w:r>
        <w:br/>
      </w:r>
      <w:r>
        <w:rPr>
          <w:sz w:val="20"/>
        </w:rPr>
        <w:t>31:07  to aisa kyun hota hai ke secular world wala tareeqa jo hai, religious world mein apnaya nahi ja sakta?</w:t>
      </w:r>
      <w:r>
        <w:br/>
      </w:r>
      <w:r>
        <w:rPr>
          <w:sz w:val="20"/>
        </w:rPr>
        <w:t>31:15  Maulana, yeh aap ka sawal hai ke yeh dekhne mein aata hai ke secular world mein agar mukhtalif rai hon to is ko kharab nahi mana jata hai, balkeh achha mana jata hai.</w:t>
      </w:r>
      <w:r>
        <w:br/>
      </w:r>
      <w:r>
        <w:rPr>
          <w:sz w:val="20"/>
        </w:rPr>
        <w:t>31:26  lekin agar wahi religious world mein dekhen to agar ek se zyada rai aa jaye to log intolerant ho jate hain ek</w:t>
      </w:r>
    </w:p>
    <w:p>
      <w:pPr>
        <w:pStyle w:val="Heading2"/>
      </w:pPr>
      <w:r>
        <w:t>hadith: piety means avoiding even doubtful things</w:t>
      </w:r>
    </w:p>
    <w:p>
      <w:r>
        <w:rPr>
          <w:color w:val="666666"/>
          <w:sz w:val="18"/>
        </w:rPr>
        <w:t>How to Build A Strong Personality June 14, 2008 · 2m 47s · at 1:20 · https://youtu.be/CEzRHSVoQlI?t=80</w:t>
      </w:r>
    </w:p>
    <w:p>
      <w:r>
        <w:rPr>
          <w:i/>
        </w:rPr>
        <w:t>“Ek hadith hai jisme bohot important baat kahi gayi hai”</w:t>
      </w:r>
    </w:p>
    <w:p>
      <w:r>
        <w:rPr>
          <w:sz w:val="20"/>
        </w:rPr>
        <w:t>1:20  woh hadith, yaani peghambar e islam ka</w:t>
      </w:r>
      <w:r>
        <w:br/>
      </w:r>
      <w:r>
        <w:rPr>
          <w:sz w:val="20"/>
        </w:rPr>
        <w:t>1:25  qoul, is tarah hai ke "la yablug al-abd an yakoon min al-muttaqeen hattaida mala bas bihi, hadar lima bi bas" .</w:t>
      </w:r>
      <w:r>
        <w:br/>
      </w:r>
      <w:r>
        <w:rPr>
          <w:sz w:val="20"/>
        </w:rPr>
        <w:t>1:42  y</w:t>
      </w:r>
      <w:r>
        <w:br/>
      </w:r>
      <w:r>
        <w:rPr>
          <w:sz w:val="20"/>
        </w:rPr>
        <w:t>1:43  ani koi insan</w:t>
      </w:r>
      <w:r>
        <w:br/>
      </w:r>
      <w:r>
        <w:rPr>
          <w:sz w:val="20"/>
        </w:rPr>
        <w:t>1:49  baais insan nahi ban sakta.</w:t>
      </w:r>
      <w:r>
        <w:br/>
      </w:r>
      <w:r>
        <w:rPr>
          <w:sz w:val="20"/>
        </w:rPr>
        <w:t>1:54  koi insan mutqi insan nahi ban sakta,</w:t>
      </w:r>
      <w:r>
        <w:br/>
      </w:r>
      <w:r>
        <w:rPr>
          <w:sz w:val="20"/>
        </w:rPr>
        <w:t>1:58  yahan tak ke is ka yeh haal ho jaye ke woh</w:t>
      </w:r>
      <w:r>
        <w:br/>
      </w:r>
      <w:r>
        <w:rPr>
          <w:sz w:val="20"/>
        </w:rPr>
        <w:t>2:07  aisi cheezon ko bhi chhod de jis mein bazahir koi kharabi nahi hai, is dar se ke shayad is mein koi kharabi ho.</w:t>
      </w:r>
      <w:r>
        <w:br/>
      </w:r>
      <w:r>
        <w:rPr>
          <w:sz w:val="20"/>
        </w:rPr>
        <w:t>2:22  yaani itna zyada kashas ho, kashas.</w:t>
      </w:r>
      <w:r>
        <w:br/>
      </w:r>
      <w:r>
        <w:rPr>
          <w:sz w:val="20"/>
        </w:rPr>
        <w:t>2:28  to ek insan woh hota hai jo careless ho, be parwahi ke sath har tarah ka kaam karta rahe, jhoot bhi bole, sach bhi bole, yeh bhi kare, woh bhi kare.</w:t>
      </w:r>
      <w:r>
        <w:br/>
      </w:r>
      <w:r>
        <w:rPr>
          <w:sz w:val="20"/>
        </w:rPr>
        <w:t>2:46  to yeh hai carelessness. doosra insan woh hai jo bohat kashas ho. kashas ka matlab hota hai muhtat.</w:t>
      </w:r>
      <w:r>
        <w:br/>
      </w:r>
      <w:r>
        <w:rPr>
          <w:sz w:val="20"/>
        </w:rPr>
        <w:t>2:58  yaani koi bhi baat bolna ho, koi kaam karna ho, to woh bohat zyada soche.</w:t>
      </w:r>
      <w:r>
        <w:br/>
      </w:r>
      <w:r>
        <w:rPr>
          <w:sz w:val="20"/>
        </w:rPr>
        <w:t>3:10  is ka har response well considered response ho.</w:t>
      </w:r>
      <w:r>
        <w:br/>
      </w:r>
      <w:r>
        <w:rPr>
          <w:sz w:val="20"/>
        </w:rPr>
        <w:t>3:18  woh ek responsible aadmi ki tarah behave kare.</w:t>
      </w:r>
      <w:r>
        <w:br/>
      </w:r>
      <w:r>
        <w:rPr>
          <w:sz w:val="20"/>
        </w:rPr>
        <w:t>3:26  to is hadith se maloom hua ke jo log kashas honge, bohat zyada care karenge cheezon ka, to woh sirf yahi nahi karenge ke khuli khuli buraiyon se bachenge,</w:t>
      </w:r>
      <w:r>
        <w:br/>
      </w:r>
      <w:r>
        <w:rPr>
          <w:sz w:val="20"/>
        </w:rPr>
        <w:t>3:43  balkeh aisi cheezon se bhi bachenge jo dekhne mein bazahir, apparently, buri na dikhai deti hon, lekin phir bhi is mein koi shubah ho.</w:t>
      </w:r>
      <w:r>
        <w:br/>
      </w:r>
      <w:r>
        <w:rPr>
          <w:sz w:val="20"/>
        </w:rPr>
        <w:t>4:00  is shubah se bachne ke liye woh is se bhi door rahe.</w:t>
      </w:r>
    </w:p>
    <w:p>
      <w:pPr>
        <w:pStyle w:val="Heading2"/>
      </w:pPr>
      <w:r>
        <w:t>Gandhi's nonviolent movement succeeds through patience</w:t>
      </w:r>
    </w:p>
    <w:p>
      <w:r>
        <w:rPr>
          <w:color w:val="666666"/>
          <w:sz w:val="18"/>
        </w:rPr>
        <w:t>Importance of Patience in Islam December 11, 2022 · 1m 11s · at 21:46 · https://youtu.be/Cy59II1dC-I?t=1306</w:t>
      </w:r>
    </w:p>
    <w:p>
      <w:r>
        <w:rPr>
          <w:i/>
        </w:rPr>
        <w:t>“Take the example of Gandhi ji”</w:t>
      </w:r>
    </w:p>
    <w:p>
      <w:r>
        <w:rPr>
          <w:sz w:val="20"/>
        </w:rPr>
        <w:t>21:46  koi apne aas paas dekh sakta hai ke sabr karne par kitni zyada logon ko kaamyaabi hui. ab hum Gandhi ji ki misaal aap le lijiye. pehle jo us freedom movement violent violence base violence ki base par chal rahi thi, koi kaamyaabi nahi ho rahi thi. ho rahi thi kyunke Angrezon ke paas bohat zyada superior hathiyaar the.</w:t>
      </w:r>
      <w:r>
        <w:br/>
      </w:r>
      <w:r>
        <w:rPr>
          <w:sz w:val="20"/>
        </w:rPr>
        <w:t>22:11  uske baad jab Gandhi ji aaye, unhon ne kaha ke hum peaceful tareeqe se is movement ko chalayenge. to Angrez bilkul nihhathe ho gaye. unhon ne kaha, "ab agar peaceful tareeqe se koi kaam kar raha hai, to us par hathiyaar chala nahi sakte." na to ek baar kaha jaata hai ke unhon ne ek taar diya. Angrez</w:t>
      </w:r>
      <w:r>
        <w:br/>
      </w:r>
      <w:r>
        <w:rPr>
          <w:sz w:val="20"/>
        </w:rPr>
        <w:t>22:32  on ne collector ne ek taar diya secretariat mein ke "please wire instructions how to kill a tiger non-violently." to yeh hai sabr. jab sabr hum karte hain, to hum peaceful ho jaate hain. ab peaceful jab ho jaate hain, to phir doosre ka jo hai waar hamare upar chalta nahi.</w:t>
      </w:r>
    </w:p>
    <w:p>
      <w:pPr>
        <w:pStyle w:val="Heading2"/>
      </w:pPr>
      <w:r>
        <w:t>Nehru added seats God does infinitely more</w:t>
      </w:r>
    </w:p>
    <w:p>
      <w:r>
        <w:rPr>
          <w:color w:val="666666"/>
          <w:sz w:val="18"/>
        </w:rPr>
        <w:t>The Importance of Shukr 19 Dec, 2010 - Maulana Wahiduddin Khan · 2m 37s · at 25:56 · https://youtu.be/F4mVn0DwH34?t=1556</w:t>
      </w:r>
    </w:p>
    <w:p>
      <w:r>
        <w:rPr>
          <w:i/>
        </w:rPr>
        <w:t>“To Jawaharlal Nehru ne kya kiya ek copy mangwai.”</w:t>
      </w:r>
    </w:p>
    <w:p>
      <w:r>
        <w:rPr>
          <w:sz w:val="20"/>
        </w:rPr>
        <w:t>25:56  to jawahar lal nehru ne kya kiya ek copy mangwai woh file mangwai is medical wahan se. is par dekha to is ka number jo hai bees student agar barhaye jayen tab is ka number aata tha.</w:t>
      </w:r>
      <w:r>
        <w:br/>
      </w:r>
      <w:r>
        <w:rPr>
          <w:sz w:val="20"/>
        </w:rPr>
        <w:t>26:16  to unhon ne dekha ke yeh bechara congress ki bohat khidmat ki hai is ne. to seat mein bees barha diya unhon ne.</w:t>
      </w:r>
      <w:r>
        <w:br/>
      </w:r>
      <w:r>
        <w:rPr>
          <w:sz w:val="20"/>
        </w:rPr>
        <w:t>26:26  yani order kar diya ke bees seat barhai jaye wahan par. jab bees seat barhai gayi to is ke ladke ka bhi number aa gaya. aur woh dakhla ho gaya.</w:t>
      </w:r>
      <w:r>
        <w:br/>
      </w:r>
      <w:r>
        <w:rPr>
          <w:sz w:val="20"/>
        </w:rPr>
        <w:t>26:37  phir jante hain kya hua woh woh main sunana chahta hoon aap ko is ke baad jo hua. is aadmi ko jab pata chala ke mera beta jo hai medical college mein is ka dakhla ho gaya hai.</w:t>
      </w:r>
      <w:r>
        <w:br/>
      </w:r>
      <w:r>
        <w:rPr>
          <w:sz w:val="20"/>
        </w:rPr>
        <w:t>26:51  ab woh doctor banega. to phir dobara aaya woh delhi.</w:t>
      </w:r>
      <w:r>
        <w:br/>
      </w:r>
      <w:r>
        <w:rPr>
          <w:sz w:val="20"/>
        </w:rPr>
        <w:t>26:57  us waqt itna zyada security nahin hua karti thi us waqt prime minister se milna aasan kaam hota tha.</w:t>
      </w:r>
      <w:r>
        <w:br/>
      </w:r>
      <w:r>
        <w:rPr>
          <w:sz w:val="20"/>
        </w:rPr>
        <w:t>27:04  to wahan gaya.</w:t>
      </w:r>
      <w:r>
        <w:br/>
      </w:r>
      <w:r>
        <w:rPr>
          <w:sz w:val="20"/>
        </w:rPr>
        <w:t>27:09  to gate par khara ho gaya woh. intezar mein ke niklenge woh to time tha un ke nikalne ka.</w:t>
      </w:r>
      <w:r>
        <w:br/>
      </w:r>
      <w:r>
        <w:rPr>
          <w:sz w:val="20"/>
        </w:rPr>
        <w:t>27:18  jab nehru aaye bahar gate par. to achaanak un ke pump gir pada woh. nehru ke pump gir pada.</w:t>
      </w:r>
      <w:r>
        <w:br/>
      </w:r>
      <w:r>
        <w:rPr>
          <w:sz w:val="20"/>
        </w:rPr>
        <w:t>27:29  un ka yeh kaha yeh kaha yeh kaha. to unhon ne kaha ke aap ne woh kaam kar diya jo main soch bhi nahin sakta tha. mere bete ka admission ho gaya.</w:t>
      </w:r>
      <w:r>
        <w:br/>
      </w:r>
      <w:r>
        <w:rPr>
          <w:sz w:val="20"/>
        </w:rPr>
        <w:t>27:45  to nehru ne bees seat barhai aur is ka dakhla karne ke liye. to woh aadmi is itna zyada thankful hua woh.</w:t>
      </w:r>
      <w:r>
        <w:br/>
      </w:r>
      <w:r>
        <w:rPr>
          <w:sz w:val="20"/>
        </w:rPr>
        <w:t>27:54  zyada is ke andar shukr ka jazba aaya ke yeh pump gir pada.</w:t>
      </w:r>
      <w:r>
        <w:br/>
      </w:r>
      <w:r>
        <w:rPr>
          <w:sz w:val="20"/>
        </w:rPr>
        <w:t>28:00  to main ne is ko socha to main ne kaha khuda ne</w:t>
      </w:r>
      <w:r>
        <w:br/>
      </w:r>
      <w:r>
        <w:rPr>
          <w:sz w:val="20"/>
        </w:rPr>
        <w:t>28:07  billion trillion se bhi zyada barhe pemane pe yeh kaam kiya hai insaan ke liye. lekin koi khuda ke qadmon mein girne wala nahin.</w:t>
      </w:r>
      <w:r>
        <w:br/>
      </w:r>
      <w:r>
        <w:rPr>
          <w:sz w:val="20"/>
        </w:rPr>
        <w:t>28:19  koi khuda ke qadmon mein girne wala nahin. koi khuda ke aage surrender karne wala nahin. koi khuda ke liye sacha shukr karne wala nahin.</w:t>
      </w:r>
    </w:p>
    <w:p>
      <w:pPr>
        <w:pStyle w:val="Heading2"/>
      </w:pPr>
      <w:r>
        <w:t>Allahu akbar teaches modesty</w:t>
      </w:r>
    </w:p>
    <w:p>
      <w:r>
        <w:rPr>
          <w:color w:val="666666"/>
          <w:sz w:val="18"/>
        </w:rPr>
        <w:t>Islam in Daily Life I 26 Dec, 2010 - Maulana Wahiduddin Khan · 2m 49s · at 19:35 · https://youtu.be/S7ahMQ1iyp0?t=1175</w:t>
      </w:r>
    </w:p>
    <w:p>
      <w:r>
        <w:rPr>
          <w:i/>
        </w:rPr>
        <w:t>“Phir aap namaz ke liye khaade hote hain”</w:t>
      </w:r>
    </w:p>
    <w:p>
      <w:r>
        <w:rPr>
          <w:sz w:val="20"/>
        </w:rPr>
        <w:t>19:35  "allahu akbar". mein samajhta hoon kam se kam dhai sau bar rozana "allahu akbar" aap bolte hain ya sunte hain.</w:t>
      </w:r>
      <w:r>
        <w:br/>
      </w:r>
      <w:r>
        <w:rPr>
          <w:sz w:val="20"/>
        </w:rPr>
        <w:t>19:49  "allahu akbar" ka matlab kya hai? is ka tarjuma to yeh hai ke Allah bara hai. lekin Allah bara hai yeh ek ek comparative word hai.</w:t>
      </w:r>
      <w:r>
        <w:br/>
      </w:r>
      <w:r>
        <w:rPr>
          <w:sz w:val="20"/>
        </w:rPr>
        <w:t>20:01  matlab koi kisi chote ke muqable mein Allah bara hai.</w:t>
      </w:r>
      <w:r>
        <w:br/>
      </w:r>
      <w:r>
        <w:rPr>
          <w:sz w:val="20"/>
        </w:rPr>
        <w:t>20:06  jab aap kahen ke yeh yeh black hai to kisi aur se aap compare kar ke batate hain ek ke is safed ke muqable mein yeh black hai.</w:t>
      </w:r>
      <w:r>
        <w:br/>
      </w:r>
      <w:r>
        <w:rPr>
          <w:sz w:val="20"/>
        </w:rPr>
        <w:t>20:17  to yeh aik comparative word hai, yeh taqabli lafz hai yeh. to jab aap ne kaha ke Allah bara hai to is ka matlab kya hua?</w:t>
      </w:r>
      <w:r>
        <w:br/>
      </w:r>
      <w:r>
        <w:rPr>
          <w:sz w:val="20"/>
        </w:rPr>
        <w:t>20:26  insan chota hai.</w:t>
      </w:r>
      <w:r>
        <w:br/>
      </w:r>
      <w:r>
        <w:rPr>
          <w:sz w:val="20"/>
        </w:rPr>
        <w:t>20:30  "Allah Akbar wal insaan asghar".</w:t>
      </w:r>
      <w:r>
        <w:br/>
      </w:r>
      <w:r>
        <w:rPr>
          <w:sz w:val="20"/>
        </w:rPr>
        <w:t>20:35  ab kitni ajeeb baat hai yeh ke "Allah Akbar" ka matlab hai modesty. modesty.</w:t>
      </w:r>
      <w:r>
        <w:br/>
      </w:r>
      <w:r>
        <w:rPr>
          <w:sz w:val="20"/>
        </w:rPr>
        <w:t>20:45  modesty is a key to all kinds of success.</w:t>
      </w:r>
      <w:r>
        <w:br/>
      </w:r>
      <w:r>
        <w:rPr>
          <w:sz w:val="20"/>
        </w:rPr>
        <w:t>20:53  sab sari sab se bari value, sab se bari sifat</w:t>
      </w:r>
      <w:r>
        <w:br/>
      </w:r>
      <w:r>
        <w:rPr>
          <w:sz w:val="20"/>
        </w:rPr>
        <w:t>21:02  modesty hai. yani tawazu. hadith mein aata hai ke: "man tawada' rafa' Allah". jis ke andar tawazu aa gayi to Allah us ko bara darja deta hai.</w:t>
      </w:r>
      <w:r>
        <w:br/>
      </w:r>
      <w:r>
        <w:rPr>
          <w:sz w:val="20"/>
        </w:rPr>
        <w:t>21:14  ab jab aap dekhiye ke namaz mein jo kalma sab se zyada dohrata hai woh kya sikhata hai?</w:t>
      </w:r>
      <w:r>
        <w:br/>
      </w:r>
      <w:r>
        <w:rPr>
          <w:sz w:val="20"/>
        </w:rPr>
        <w:t>21:21  tawazu, modesty, humility. apne aap mein woh bohat bari khoobi hai. modesty hai to saare achaiyon ke darwaze aap ke liye khul gaye.</w:t>
      </w:r>
      <w:r>
        <w:br/>
      </w:r>
      <w:r>
        <w:rPr>
          <w:sz w:val="20"/>
        </w:rPr>
        <w:t>21:39  yani Khuda ka inspiration bhi aap ko mile ga. kyunke modest aadmi ke paas Khuda ka inspiration aata hai. insano ke beech mein aap achhe tareeqe se reh payenge.</w:t>
      </w:r>
      <w:r>
        <w:br/>
      </w:r>
      <w:r>
        <w:rPr>
          <w:sz w:val="20"/>
        </w:rPr>
        <w:t>21:51  kyunke modest aadmi ko har aadmi pasand karta hai. aap job mein, business mein,</w:t>
      </w:r>
      <w:r>
        <w:br/>
      </w:r>
      <w:r>
        <w:rPr>
          <w:sz w:val="20"/>
        </w:rPr>
        <w:t>21:57  family mein jahan bhi rahenge, aap modesty ke sath hain, har jagah aap ke mamlaat durust rahenge. sab aap se khush rahenge. yani ke saare din ka yeh sabak ho gaya.</w:t>
      </w:r>
      <w:r>
        <w:br/>
      </w:r>
      <w:r>
        <w:rPr>
          <w:sz w:val="20"/>
        </w:rPr>
        <w:t>22:12  ke lay was a modest person. ab kitni bari baat hai yeh. kitni bari baat hai yeh.</w:t>
      </w:r>
    </w:p>
    <w:p>
      <w:pPr>
        <w:pStyle w:val="Heading2"/>
      </w:pPr>
      <w:r>
        <w:t>Tree teaches patience and hope for better future</w:t>
      </w:r>
    </w:p>
    <w:p>
      <w:r>
        <w:rPr>
          <w:color w:val="666666"/>
          <w:sz w:val="18"/>
        </w:rPr>
        <w:t>From The Spiritual Tree 28 Nov, 2010 - Maulana Wahiduddin Khan · 2m 23s · at 1:42 · https://youtu.be/LDMY7FjQRIE?t=102</w:t>
      </w:r>
    </w:p>
    <w:p>
      <w:r>
        <w:rPr>
          <w:i/>
        </w:rPr>
        <w:t>“To hamara jo yeh peer hai hamare ghar ke samne”</w:t>
      </w:r>
    </w:p>
    <w:p>
      <w:r>
        <w:rPr>
          <w:sz w:val="20"/>
        </w:rPr>
        <w:t>1:42  to hamara jo yeh peed hai hamare ghar ke saamne,</w:t>
      </w:r>
      <w:r>
        <w:br/>
      </w:r>
      <w:r>
        <w:rPr>
          <w:sz w:val="20"/>
        </w:rPr>
        <w:t>1:47  woh kuch mahine pehle ek dum sookh gaya tha, lakri ki tarah se, jis ko urdu mein kehte hain "thandh".</w:t>
      </w:r>
      <w:r>
        <w:br/>
      </w:r>
      <w:r>
        <w:rPr>
          <w:sz w:val="20"/>
        </w:rPr>
        <w:t>1:58  to mein samjha ke ab yeh sookh gaya, ab khatam ho gaya, ab is ki umar nahi rahi baqi.</w:t>
      </w:r>
      <w:r>
        <w:br/>
      </w:r>
      <w:r>
        <w:rPr>
          <w:sz w:val="20"/>
        </w:rPr>
        <w:t>2:09  lekin jab baarish hui, mausam badla, to woh phir hara bhara ho gaya. Ab is waqt woh ek hara bhara drakht hai.</w:t>
      </w:r>
      <w:r>
        <w:br/>
      </w:r>
      <w:r>
        <w:rPr>
          <w:sz w:val="20"/>
        </w:rPr>
        <w:t>2:24  to is ko dekh kar mujhe ek inspiration aaya. Woh yeh ke is dunya mein jo nizaam hai woh yeh hai ke "wait and see".</w:t>
      </w:r>
      <w:r>
        <w:br/>
      </w:r>
      <w:r>
        <w:rPr>
          <w:sz w:val="20"/>
        </w:rPr>
        <w:t>2:41  yani wait karo to aage result aap ke muafiq aa sakta hai.</w:t>
      </w:r>
      <w:r>
        <w:br/>
      </w:r>
      <w:r>
        <w:rPr>
          <w:sz w:val="20"/>
        </w:rPr>
        <w:t>2:48  hamare Dilli mein ek sahab hain Mr. Prabodh Kumar Batra, woh business management ke expert hain, is par un ki kitabein hain.</w:t>
      </w:r>
      <w:r>
        <w:br/>
      </w:r>
      <w:r>
        <w:rPr>
          <w:sz w:val="20"/>
        </w:rPr>
        <w:t>3:03  to unhone jo formula diya hai us mein se ek formula yeh hai: "Think, think, think, there must be a better way".</w:t>
      </w:r>
      <w:r>
        <w:br/>
      </w:r>
      <w:r>
        <w:rPr>
          <w:sz w:val="20"/>
        </w:rPr>
        <w:t>3:14  to isi ko le kar mein ek formula dena chahunga ke "Wait, wait, wait,</w:t>
      </w:r>
      <w:r>
        <w:br/>
      </w:r>
      <w:r>
        <w:rPr>
          <w:sz w:val="20"/>
        </w:rPr>
        <w:t>3:21  and there must be a better tomorrow".</w:t>
      </w:r>
      <w:r>
        <w:br/>
      </w:r>
      <w:r>
        <w:rPr>
          <w:sz w:val="20"/>
        </w:rPr>
        <w:t>3:28  yani jo hamara jo spiritual tree tha, sookh gaya tha, lekin aaj woh hara bhara hai.</w:t>
      </w:r>
      <w:r>
        <w:br/>
      </w:r>
      <w:r>
        <w:rPr>
          <w:sz w:val="20"/>
        </w:rPr>
        <w:t>3:36  to woh yahi, yahi yani yahi message de raha hai woh, khamosh zabaan mein: "intezaar karo, intezaar karo, intezaar karo, aur mustaqbil acha niklega".</w:t>
      </w:r>
      <w:r>
        <w:br/>
      </w:r>
      <w:r>
        <w:rPr>
          <w:sz w:val="20"/>
        </w:rPr>
        <w:t>3:50  to isi ko mein formulate kar raha hoon ke "Wait, wait, wait, and there must be a better tomorrow". "Wait, wait, wait, and there must be a better tomorrow".</w:t>
      </w:r>
    </w:p>
    <w:p>
      <w:pPr>
        <w:pStyle w:val="Heading2"/>
      </w:pPr>
      <w:r>
        <w:t>Definition and importance of introspection</w:t>
      </w:r>
    </w:p>
    <w:p>
      <w:r>
        <w:rPr>
          <w:color w:val="666666"/>
          <w:sz w:val="18"/>
        </w:rPr>
        <w:t>Putting End to Complaints April 22, 2020 Maulana Wahiduddin Khan · 2m 10s · at 0:22 · https://youtu.be/jwchAfcFrkM?t=22</w:t>
      </w:r>
    </w:p>
    <w:p>
      <w:r>
        <w:rPr>
          <w:i/>
        </w:rPr>
        <w:t>“Aaj ka topic hai”</w:t>
      </w:r>
    </w:p>
    <w:p>
      <w:r>
        <w:rPr>
          <w:sz w:val="20"/>
        </w:rPr>
        <w:t>0:22  aaj ka topic hai</w:t>
      </w:r>
      <w:r>
        <w:br/>
      </w:r>
      <w:r>
        <w:rPr>
          <w:sz w:val="20"/>
        </w:rPr>
        <w:t>0:26  introspection, yaani</w:t>
      </w:r>
      <w:r>
        <w:br/>
      </w:r>
      <w:r>
        <w:rPr>
          <w:sz w:val="20"/>
        </w:rPr>
        <w:t>0:36  apni kamiyon ko daryaft karna aur</w:t>
      </w:r>
      <w:r>
        <w:br/>
      </w:r>
      <w:r>
        <w:rPr>
          <w:sz w:val="20"/>
        </w:rPr>
        <w:t>0:47  is ki islaah karna.</w:t>
      </w:r>
      <w:r>
        <w:br/>
      </w:r>
      <w:r>
        <w:rPr>
          <w:sz w:val="20"/>
        </w:rPr>
        <w:t>0:58  to main samajhta hoon ke aaj kal ke logon mein sab se zyada jo kami hai woh introspection ki hui hai.</w:t>
      </w:r>
      <w:r>
        <w:br/>
      </w:r>
      <w:r>
        <w:rPr>
          <w:sz w:val="20"/>
        </w:rPr>
        <w:t>1:16  log,</w:t>
      </w:r>
      <w:r>
        <w:br/>
      </w:r>
      <w:r>
        <w:rPr>
          <w:sz w:val="20"/>
        </w:rPr>
        <w:t>1:19  woh main aap ko deen ki, deen ke naam par activities to woh dikhai degi lekin spirit ke aitbaar se ghayab.</w:t>
      </w:r>
      <w:r>
        <w:br/>
      </w:r>
      <w:r>
        <w:rPr>
          <w:sz w:val="20"/>
        </w:rPr>
        <w:t>1:37  deen ki, ka form, deen ka form to bohat hai lekin</w:t>
      </w:r>
      <w:r>
        <w:br/>
      </w:r>
      <w:r>
        <w:rPr>
          <w:sz w:val="20"/>
        </w:rPr>
        <w:t>1:44  spirit ke aitbaar se deen bohat kam dikhai deta hai.</w:t>
      </w:r>
      <w:r>
        <w:br/>
      </w:r>
      <w:r>
        <w:rPr>
          <w:sz w:val="20"/>
        </w:rPr>
        <w:t>1:58  to main samajhta hoon ke yeh jo hum, hum logon ki zindagi, hum logon ki zindagi mein jo ek, ek shak laga hai, is ka taqaza yeh hai ke hum</w:t>
      </w:r>
      <w:r>
        <w:br/>
      </w:r>
      <w:r>
        <w:rPr>
          <w:sz w:val="20"/>
        </w:rPr>
        <w:t>2:16  introspection karein, apni kamiyon ko daryaft karein, daryaft karein.</w:t>
      </w:r>
    </w:p>
    <w:p>
      <w:pPr>
        <w:pStyle w:val="Heading2"/>
      </w:pPr>
      <w:r>
        <w:t>Truth is absolute</w:t>
      </w:r>
    </w:p>
    <w:p>
      <w:r>
        <w:rPr>
          <w:color w:val="666666"/>
          <w:sz w:val="18"/>
        </w:rPr>
        <w:t>Q&amp;A 08 July 2007 - Maulana Wahiduddin Khan · 1m 00s · at 8:36 · https://youtu.be/k921gOjkIaw?t=516</w:t>
      </w:r>
    </w:p>
    <w:p>
      <w:r>
        <w:rPr>
          <w:i/>
        </w:rPr>
        <w:t>“This is absurd, absolutely absurd.”</w:t>
      </w:r>
    </w:p>
    <w:p>
      <w:r>
        <w:rPr>
          <w:sz w:val="20"/>
        </w:rPr>
        <w:t>8:36  ab yeh absurd baat hai, yeh bilkul absurd baat hai.</w:t>
      </w:r>
      <w:r>
        <w:br/>
      </w:r>
      <w:r>
        <w:rPr>
          <w:sz w:val="20"/>
        </w:rPr>
        <w:t>8:44  app yani truth aik app, aik absolute cheez hai. society absolute nahi hai, society absolute cheez nahi hai.</w:t>
      </w:r>
      <w:r>
        <w:br/>
      </w:r>
      <w:r>
        <w:rPr>
          <w:sz w:val="20"/>
        </w:rPr>
        <w:t>8:56  to kisi aisi cheez se jo khud absolute nahi hai, us ko aap kaise criteria bana sakte hain? aisi cheez ko judge karne ka jo absolute hai, yeh to possible nahi hai.</w:t>
      </w:r>
      <w:r>
        <w:br/>
      </w:r>
      <w:r>
        <w:rPr>
          <w:sz w:val="20"/>
        </w:rPr>
        <w:t>9:10  society to ek ek limited cheez ka naam hai, aur truth to ek universal cheez hai. universal cheez hai, universal cheez hai. is wajah se main nahi samajhta ke society kabhi bhi criteria nikal sakti hai ke truth ko judge karne ka.</w:t>
      </w:r>
      <w:r>
        <w:br/>
      </w:r>
      <w:r>
        <w:rPr>
          <w:sz w:val="20"/>
        </w:rPr>
        <w:t>9:27  truth absolute cheez hai, aur universal thinking chahiye is ko samajhne ke liye aur is ko judge karne ke liye.</w:t>
      </w:r>
    </w:p>
    <w:p>
      <w:pPr>
        <w:pStyle w:val="Heading2"/>
      </w:pPr>
      <w:r>
        <w:t>Positive aspects of ancient shirk lost today</w:t>
      </w:r>
    </w:p>
    <w:p>
      <w:r>
        <w:rPr>
          <w:color w:val="666666"/>
          <w:sz w:val="18"/>
        </w:rPr>
        <w:t>Ancient Shirk or Modern Shirk February 1, 2008 Maulana Wahiduddin Khan · 2m 56s · at 24:30 · https://youtu.be/LB6iBYerQmw?t=1470</w:t>
      </w:r>
    </w:p>
    <w:p>
      <w:r>
        <w:rPr>
          <w:i/>
        </w:rPr>
        <w:t>“Pehle zamane ke shirk mein kuch positive aspect thay”</w:t>
      </w:r>
    </w:p>
    <w:p>
      <w:r>
        <w:rPr>
          <w:sz w:val="20"/>
        </w:rPr>
        <w:t>24:30  pehlay zamanay kay shirk mein kuch positive aspect thay, aaj to positive aspect bhi khatam ho gaya hai. Mislan dekhiye, pehlay zamanay ka jo insan tha, woh nature ko, nature kay agay jhukta tha,</w:t>
      </w:r>
      <w:r>
        <w:br/>
      </w:r>
      <w:r>
        <w:rPr>
          <w:sz w:val="20"/>
        </w:rPr>
        <w:t>24:47  nature ki worship karta tha. Is say us kay andar yeh quality paida hui, modesty ki quality, jhuknay ki quality.</w:t>
      </w:r>
      <w:r>
        <w:br/>
      </w:r>
      <w:r>
        <w:rPr>
          <w:sz w:val="20"/>
        </w:rPr>
        <w:t>24:57  kisi kay samnay jhukna. Jaisay mein nay aik aik kitaab parhi to us mein bataya tha unhonay Japan kay baray mein kay Japanese kay people kaisay hain,</w:t>
      </w:r>
      <w:r>
        <w:br/>
      </w:r>
      <w:r>
        <w:rPr>
          <w:sz w:val="20"/>
        </w:rPr>
        <w:t>25:12  hotay hain, un ki psyche kiya hoti hai.</w:t>
      </w:r>
      <w:r>
        <w:br/>
      </w:r>
      <w:r>
        <w:rPr>
          <w:sz w:val="20"/>
        </w:rPr>
        <w:t>25:15  to unhonay kaha tha kay har Japanese jo hai, har Japani aadmi is feeling mein jeeta hai kay I am under someone. I am under someone.</w:t>
      </w:r>
      <w:r>
        <w:br/>
      </w:r>
      <w:r>
        <w:rPr>
          <w:sz w:val="20"/>
        </w:rPr>
        <w:t>25:28  to chuna kay yeh yeh tha zehn pehlay kay insan ka kay woh chuna kay nature ko worship karta tha, nature kay agay jhukta tha,</w:t>
      </w:r>
      <w:r>
        <w:br/>
      </w:r>
      <w:r>
        <w:rPr>
          <w:sz w:val="20"/>
        </w:rPr>
        <w:t>25:43  nature kay agay surrender kiayay hua tha, to is say us kay andar aik submission ka mizaj aya. Submission ka mizaj.</w:t>
      </w:r>
      <w:r>
        <w:br/>
      </w:r>
      <w:r>
        <w:rPr>
          <w:sz w:val="20"/>
        </w:rPr>
        <w:t>25:55  aur doosri yeh kay woh chuna kay nature ko samajhta tha kay yeh God hai, to us ko pollute nahi karta tha.</w:t>
      </w:r>
      <w:r>
        <w:br/>
      </w:r>
      <w:r>
        <w:rPr>
          <w:sz w:val="20"/>
        </w:rPr>
        <w:t>26:04  us ko reverence ki nazar say dekhta tha. Woh aaj ka insan dekhiye kiya hai, aaj ka insan mein yeh dono positive value khatam ho gayi hain.</w:t>
      </w:r>
      <w:r>
        <w:br/>
      </w:r>
      <w:r>
        <w:rPr>
          <w:sz w:val="20"/>
        </w:rPr>
        <w:t>26:17  chuna kay nature ko woh sirf dekhta hai entertainment kay nazriay say. Entertainment.</w:t>
      </w:r>
      <w:r>
        <w:br/>
      </w:r>
      <w:r>
        <w:rPr>
          <w:sz w:val="20"/>
        </w:rPr>
        <w:t>26:25  sirf entertainment. To jhukna nahi hai yahan par. Yahan par modesty nahi hai. Yahan par submission nahi hai. Yahan par akarr hai, pride hai, arrogance hai.</w:t>
      </w:r>
      <w:r>
        <w:br/>
      </w:r>
      <w:r>
        <w:rPr>
          <w:sz w:val="20"/>
        </w:rPr>
        <w:t>26:37  to pehlay ka jo insan tha, us kay shirk say us ko kam az kam itna to tha kay us ko submission mila tha, modesty mili thi, jhuknay ka mizaj bana tha</w:t>
      </w:r>
      <w:r>
        <w:br/>
      </w:r>
      <w:r>
        <w:rPr>
          <w:sz w:val="20"/>
        </w:rPr>
        <w:t>26:49  kay yeh sab cheezain God hain, is liye mujhe jhukna hai. Aur doosri cheez yeh hai kay aaj ka insan jo hai, aap dekhiye, us nay saray nature ko pollute kar rakha hai.</w:t>
      </w:r>
      <w:r>
        <w:br/>
      </w:r>
      <w:r>
        <w:rPr>
          <w:sz w:val="20"/>
        </w:rPr>
        <w:t>26:58  air pollution, water pollution, noise pollution, yeh sab pehlay kaha tha. Pehlay aisa nahi tha.</w:t>
      </w:r>
      <w:r>
        <w:br/>
      </w:r>
      <w:r>
        <w:rPr>
          <w:sz w:val="20"/>
        </w:rPr>
        <w:t>27:08  chuna kay insan jis nature mein rehta tha, us nature ko woh worship karta tha. Us say woh jhuka rehta tha.</w:t>
      </w:r>
      <w:r>
        <w:br/>
      </w:r>
      <w:r>
        <w:rPr>
          <w:sz w:val="20"/>
        </w:rPr>
        <w:t>27:16  to us ko pollute karna us kay mizaj mein nahi tha. Apnay God ko kaisay pollute karay ga koi? Apnay God ko kaisay ganda karay ga aadmi?</w:t>
      </w:r>
    </w:p>
    <w:p>
      <w:pPr>
        <w:pStyle w:val="Heading2"/>
      </w:pPr>
      <w:r>
        <w:t>Caliphs hunger teaches value of blessings</w:t>
      </w:r>
    </w:p>
    <w:p>
      <w:r>
        <w:rPr>
          <w:color w:val="666666"/>
          <w:sz w:val="18"/>
        </w:rPr>
        <w:t>The Importance of Shukr 19 Dec, 2010 - Maulana Wahiduddin Khan · 2m 08s · at 8:58 · https://youtu.be/F4mVn0DwH34?t=538</w:t>
      </w:r>
    </w:p>
    <w:p>
      <w:r>
        <w:rPr>
          <w:i/>
        </w:rPr>
        <w:t>“To jab zyada bhook lagi usko kaayi din beet gaye.”</w:t>
      </w:r>
    </w:p>
    <w:p>
      <w:r>
        <w:rPr>
          <w:sz w:val="20"/>
        </w:rPr>
        <w:t>8:58  To jab zyada bhook lagi us ko, kai din beet gaye. To us ne Tatari jo sardaar tha us ko kahalwaya ke is ko kaho kuch mujhe khana bhi bhej de.</w:t>
      </w:r>
      <w:r>
        <w:br/>
      </w:r>
      <w:r>
        <w:rPr>
          <w:sz w:val="20"/>
        </w:rPr>
        <w:t>9:16  tu mahal ke teh khane mein tha us waqt woh.</w:t>
      </w:r>
      <w:r>
        <w:br/>
      </w:r>
      <w:r>
        <w:rPr>
          <w:sz w:val="20"/>
        </w:rPr>
        <w:t>9:20  tu mahal mein bohat ziyada tatariyon ko diamond mila tha, jawahir. is par qabza kiya tha unhon ne.</w:t>
      </w:r>
      <w:r>
        <w:br/>
      </w:r>
      <w:r>
        <w:rPr>
          <w:sz w:val="20"/>
        </w:rPr>
        <w:t>9:31  tu jab is ne kahalwaya.</w:t>
      </w:r>
      <w:r>
        <w:br/>
      </w:r>
      <w:r>
        <w:rPr>
          <w:sz w:val="20"/>
        </w:rPr>
        <w:t>9:38  ek khaleefa tha goya ke woh.</w:t>
      </w:r>
      <w:r>
        <w:br/>
      </w:r>
      <w:r>
        <w:rPr>
          <w:sz w:val="20"/>
        </w:rPr>
        <w:t>9:42  ab tu is ki kursi chhan chuki thi.</w:t>
      </w:r>
      <w:r>
        <w:br/>
      </w:r>
      <w:r>
        <w:rPr>
          <w:sz w:val="20"/>
        </w:rPr>
        <w:t>9:46  tu tatari sardar ne kaha ke ek ek tray lo, is tray mein diamond sajao. aur le ja kar khaleefa ko pesh kar do.</w:t>
      </w:r>
      <w:r>
        <w:br/>
      </w:r>
      <w:r>
        <w:rPr>
          <w:sz w:val="20"/>
        </w:rPr>
        <w:t>9:57  tu aadmi le kar gaya.</w:t>
      </w:r>
      <w:r>
        <w:br/>
      </w:r>
      <w:r>
        <w:rPr>
          <w:sz w:val="20"/>
        </w:rPr>
        <w:t>10:01  tu khaleefa ne jab dekha is ko to woh rone laga. rone laga.</w:t>
      </w:r>
      <w:r>
        <w:br/>
      </w:r>
      <w:r>
        <w:rPr>
          <w:sz w:val="20"/>
        </w:rPr>
        <w:t>10:08  is ne kaha in al jawahir la tokal.</w:t>
      </w:r>
      <w:r>
        <w:br/>
      </w:r>
      <w:r>
        <w:rPr>
          <w:sz w:val="20"/>
        </w:rPr>
        <w:t>10:15  diamond to khaye nahi jatay. diamonds are not food.</w:t>
      </w:r>
      <w:r>
        <w:br/>
      </w:r>
      <w:r>
        <w:rPr>
          <w:sz w:val="20"/>
        </w:rPr>
        <w:t>10:24  jis diamond ko dekh kar pehle is ki aankhen thandi hoti theen. ab is mein koi dilchaspi nahi rahi is ko. kyunke jab bhook lagi ho to diamond ki koi value nahi hai.</w:t>
      </w:r>
      <w:r>
        <w:br/>
      </w:r>
      <w:r>
        <w:rPr>
          <w:sz w:val="20"/>
        </w:rPr>
        <w:t>10:41  tu cheez ko</w:t>
      </w:r>
      <w:r>
        <w:br/>
      </w:r>
      <w:r>
        <w:rPr>
          <w:sz w:val="20"/>
        </w:rPr>
        <w:t>10:46  mahrumi se pehle is ki ahmiyat ko samjhiye.</w:t>
      </w:r>
      <w:r>
        <w:br/>
      </w:r>
      <w:r>
        <w:rPr>
          <w:sz w:val="20"/>
        </w:rPr>
        <w:t>10:52  jab aap ke paas pani ho, aap ke paas khana ho, aap ke paas sara saman ho. tab agar aap daryaft karein is ki ahmiyat ko aur kahein alhamdulillah rabb al alameen.</w:t>
      </w:r>
      <w:r>
        <w:br/>
      </w:r>
      <w:r>
        <w:rPr>
          <w:sz w:val="20"/>
        </w:rPr>
        <w:t>11:04  tab is ka reward hai.</w:t>
      </w:r>
    </w:p>
    <w:p>
      <w:pPr>
        <w:pStyle w:val="Heading2"/>
      </w:pPr>
      <w:r>
        <w:t>Repentance as greatest virtue in Islam</w:t>
      </w:r>
    </w:p>
    <w:p>
      <w:r>
        <w:rPr>
          <w:color w:val="666666"/>
          <w:sz w:val="18"/>
        </w:rPr>
        <w:t>Dars-e-Quran, Chapter 2, Verse 37 | January  07, 2018 · 2m 00s · at 6:19 · https://youtu.be/ao6Cr57KuEM?t=379</w:t>
      </w:r>
    </w:p>
    <w:p>
      <w:r>
        <w:rPr>
          <w:i/>
        </w:rPr>
        <w:t>“Tawbah ke lafzi maani hai lotna”</w:t>
      </w:r>
    </w:p>
    <w:p>
      <w:r>
        <w:rPr>
          <w:sz w:val="20"/>
        </w:rPr>
        <w:t>6:19  socha.</w:t>
      </w:r>
      <w:r>
        <w:br/>
      </w:r>
      <w:r>
        <w:rPr>
          <w:sz w:val="20"/>
        </w:rPr>
        <w:t>6:25  to mujhe samajh mein aaya ke toba jis ko hum kehte hain repentance, toba kya hai? toba ke</w:t>
      </w:r>
      <w:r>
        <w:br/>
      </w:r>
      <w:r>
        <w:rPr>
          <w:sz w:val="20"/>
        </w:rPr>
        <w:t>6:31  lafzi maani hain lotna.</w:t>
      </w:r>
      <w:r>
        <w:br/>
      </w:r>
      <w:r>
        <w:rPr>
          <w:sz w:val="20"/>
        </w:rPr>
        <w:t>6:37  yeh wahi cheez hai jis ko hum English mein kehte hain repentance.</w:t>
      </w:r>
      <w:r>
        <w:br/>
      </w:r>
      <w:r>
        <w:rPr>
          <w:sz w:val="20"/>
        </w:rPr>
        <w:t>6:43  اپنی غلطی کا اعتراف کرنا، اپنی غلطی کو ڈسکور کرنا، یہ کہتے ہیں repent</w:t>
      </w:r>
      <w:r>
        <w:br/>
      </w:r>
      <w:r>
        <w:rPr>
          <w:sz w:val="20"/>
        </w:rPr>
        <w:t>6:49  ance, isi ko kehte hain tauba. to is par ghor karte hue bhi samajh mein aaya ke Islam mein shayad sab se bari neki repentance hai, tauba. yani jis ko amal kaha jata hai, bohat si cheezein hain jin ko amal kehte hain hum. to har amal se bara amal hai t</w:t>
      </w:r>
      <w:r>
        <w:br/>
      </w:r>
      <w:r>
        <w:rPr>
          <w:sz w:val="20"/>
        </w:rPr>
        <w:t>7:19  auba, yani repentance. kyun? is liye ke adam ne ghalti ki to Allah ne un ki ghalti ko jab un ke andar repentance aaya aur rote rahe, rote rahe, rote rahe, to un ki ghalti maaf kar di gayi. plus ye ke un ko dobara jannat</w:t>
      </w:r>
      <w:r>
        <w:br/>
      </w:r>
      <w:r>
        <w:rPr>
          <w:sz w:val="20"/>
        </w:rPr>
        <w:t>7:49  mein daakhil kar diya gaya.</w:t>
      </w:r>
      <w:r>
        <w:br/>
      </w:r>
      <w:r>
        <w:rPr>
          <w:sz w:val="20"/>
        </w:rPr>
        <w:t>7:56  aur yeh ke sab se bari baat yeh hai ke un ko first profit declare kar diya.</w:t>
      </w:r>
      <w:r>
        <w:br/>
      </w:r>
      <w:r>
        <w:rPr>
          <w:sz w:val="20"/>
        </w:rPr>
        <w:t>8:04  آپ جانتے ہیں کہ Adam was the first prophet in the history.</w:t>
      </w:r>
      <w:r>
        <w:br/>
      </w:r>
      <w:r>
        <w:rPr>
          <w:sz w:val="20"/>
        </w:rPr>
        <w:t>8:11  kaisi ajeeb baat hai? itni bari ghalti karne ke baad un ko qabool kiya jana aur first p</w:t>
      </w:r>
    </w:p>
    <w:p>
      <w:pPr>
        <w:pStyle w:val="Heading2"/>
      </w:pPr>
      <w:r>
        <w:t>Misinterpretation of three mosques hadith</w:t>
      </w:r>
    </w:p>
    <w:p>
      <w:r>
        <w:rPr>
          <w:color w:val="666666"/>
          <w:sz w:val="18"/>
        </w:rPr>
        <w:t>Attaining Wisdom through State of Helplessness November 28, 2019 - Maulana Wahiduddin Khan · 1m 49s · at 15:49 · https://youtu.be/dS29D4Pt-3U?t=949</w:t>
      </w:r>
    </w:p>
    <w:p>
      <w:r>
        <w:rPr>
          <w:i/>
        </w:rPr>
        <w:t>“Is mein dekhiye hai hi nahi ke woh teen masjidon ko jao”</w:t>
      </w:r>
    </w:p>
    <w:p>
      <w:r>
        <w:rPr>
          <w:sz w:val="20"/>
        </w:rPr>
        <w:t>15:49  is mein dekhen, hai hi nahin ke woh teen masjidon ko jao, baqi na jao. bas kisi mauqe par keh diya aap ne.</w:t>
      </w:r>
      <w:r>
        <w:br/>
      </w:r>
      <w:r>
        <w:rPr>
          <w:sz w:val="20"/>
        </w:rPr>
        <w:t>15:58  bas mein</w:t>
      </w:r>
      <w:r>
        <w:br/>
      </w:r>
      <w:r>
        <w:rPr>
          <w:sz w:val="20"/>
        </w:rPr>
        <w:t>16:03  to nahin manta is ko.</w:t>
      </w:r>
      <w:r>
        <w:br/>
      </w:r>
      <w:r>
        <w:rPr>
          <w:sz w:val="20"/>
        </w:rPr>
        <w:t>16:08  ab is ko</w:t>
      </w:r>
      <w:r>
        <w:br/>
      </w:r>
      <w:r>
        <w:rPr>
          <w:sz w:val="20"/>
        </w:rPr>
        <w:t>16:12  mutlaq ma'ne mein le kar behasein karte hain. aksar to yahi hota hai ke mutlaq ma'ne mein le kar behasein karna hain.</w:t>
      </w:r>
      <w:r>
        <w:br/>
      </w:r>
      <w:r>
        <w:rPr>
          <w:sz w:val="20"/>
        </w:rPr>
        <w:t>16:22  ji Maulana,</w:t>
      </w:r>
      <w:r>
        <w:br/>
      </w:r>
      <w:r>
        <w:rPr>
          <w:sz w:val="20"/>
        </w:rPr>
        <w:t>16:29  is ka bohat bada Maulana ek nuqsan hua ke la yashad ur rihal illa thalath ka. woh yeh hai ke is ke baad jo hai tareekh mein bade bade waqeat hue jo inspiration ka zariya hain, lekin is ko bid'at samajh ke ulama jate nahin wahan par.</w:t>
      </w:r>
      <w:r>
        <w:br/>
      </w:r>
      <w:r>
        <w:rPr>
          <w:sz w:val="20"/>
        </w:rPr>
        <w:t>16:47  kya keh raha hai</w:t>
      </w:r>
      <w:r>
        <w:br/>
      </w:r>
      <w:r>
        <w:rPr>
          <w:sz w:val="20"/>
        </w:rPr>
        <w:t>16:50  Maulana Fayyaz sahib? yeh keh rahe hain ke is hadith ko mutlaq lene ka bohat nuqsan hua hai. ba'z baad ki tareekh mein bohat se waqeat hue inspiration lene ke liye, lekin ulama is ko bid'at samajh kar is ki taraf nahin jate hain.</w:t>
      </w:r>
      <w:r>
        <w:br/>
      </w:r>
      <w:r>
        <w:rPr>
          <w:sz w:val="20"/>
        </w:rPr>
        <w:t>17:06  kahan jate hain? wahan nahin jate. kuch waqeat hon jaise ke Allah kahan jate hain? wahan jaane ko bid'at samajh ke woh jate hi nahin idhar.</w:t>
      </w:r>
      <w:r>
        <w:br/>
      </w:r>
      <w:r>
        <w:rPr>
          <w:sz w:val="20"/>
        </w:rPr>
        <w:t>17:19  yeh sab mere aziz bilkul galat hai. haj lagaiye ji, woh kisi mauqe ke liye woh hadith hai.</w:t>
      </w:r>
      <w:r>
        <w:br/>
      </w:r>
      <w:r>
        <w:rPr>
          <w:sz w:val="20"/>
        </w:rPr>
        <w:t>17:28  woh koi mutlaq ma'ne mein nahin hai. ji,</w:t>
      </w:r>
      <w:r>
        <w:br/>
      </w:r>
      <w:r>
        <w:rPr>
          <w:sz w:val="20"/>
        </w:rPr>
        <w:t>17:36  mutlaq ma'ne mein hai nahin woh</w:t>
      </w:r>
    </w:p>
    <w:p>
      <w:pPr>
        <w:pStyle w:val="Heading2"/>
      </w:pPr>
      <w:r>
        <w:t>Conflict between people has been inevitable since Cain and Abel</w:t>
      </w:r>
    </w:p>
    <w:p>
      <w:r>
        <w:rPr>
          <w:color w:val="666666"/>
          <w:sz w:val="18"/>
        </w:rPr>
        <w:t>CPS Women Article Discussion 17 February 5, 2023 · 2m 48s · at 2:14 · https://youtu.be/YwT3btklNZk?t=134</w:t>
      </w:r>
    </w:p>
    <w:p>
      <w:r>
        <w:rPr>
          <w:i/>
        </w:rPr>
        <w:t>“इंसान को दूसरे इंसान से तकलीफ़ पहुंचना एक लाज़मी सूरतेहाल है”</w:t>
      </w:r>
    </w:p>
    <w:p>
      <w:r>
        <w:rPr>
          <w:sz w:val="20"/>
        </w:rPr>
        <w:t>2:14  ek insaan ko doosre insaan se koi zehni ya jismani takleef pahunchti hai. yeh ek laazmi soorathal hai. yeh maamla insani zindagi ke aakhaaz mein haabil aur kaabil ke takraav ki soorat mein paida hua.</w:t>
      </w:r>
      <w:r>
        <w:br/>
      </w:r>
      <w:r>
        <w:rPr>
          <w:sz w:val="20"/>
        </w:rPr>
        <w:t>2:32  iske baad woh tareef ke har daur mein hatta ki paigambaron ke zamane mein bhi jaari raha aur isi tarah jaari rahega yahan tak ki qayamat aa jaaye aur khud is duniya ka hi, duniya hi ka khatma ho jaaye.</w:t>
      </w:r>
      <w:r>
        <w:br/>
      </w:r>
      <w:r>
        <w:rPr>
          <w:sz w:val="20"/>
        </w:rPr>
        <w:t>2:49  aisi halat mein kisi bhi insaan ke bas mein nahin ki vah apni pasand ke ayan mutabiq aisi</w:t>
      </w:r>
      <w:r>
        <w:br/>
      </w:r>
      <w:r>
        <w:rPr>
          <w:sz w:val="20"/>
        </w:rPr>
        <w:t>2:55  zindagi hasil karen jahan usko na kisi se shikayat ho aur na kisi se iktalav.</w:t>
      </w:r>
      <w:r>
        <w:br/>
      </w:r>
      <w:r>
        <w:rPr>
          <w:sz w:val="20"/>
        </w:rPr>
        <w:t>3:01  aisa intikhab maujooda duniya mein kisi ke liye mumkin hi nahin hua.</w:t>
      </w:r>
      <w:r>
        <w:br/>
      </w:r>
      <w:r>
        <w:rPr>
          <w:sz w:val="20"/>
        </w:rPr>
        <w:t>3:07  na saulheen ke liye aur na ghair saulheen ke liye.</w:t>
      </w:r>
      <w:r>
        <w:br/>
      </w:r>
      <w:r>
        <w:rPr>
          <w:sz w:val="20"/>
        </w:rPr>
        <w:t>3:13  maujooda duniya mein hakeke in taqakh sirf do ravish ke tarman hai.</w:t>
      </w:r>
      <w:r>
        <w:br/>
      </w:r>
      <w:r>
        <w:rPr>
          <w:sz w:val="20"/>
        </w:rPr>
        <w:t>3:20  aap ya to ghar se bahar tak har ek se musalsar ladte rahen ya shikayat aur ektalaaf ko nazar taaz karte hue apni zindagi ki taameer karen. pehli ravish agar fool ke tarf mein uske kaanton se ulajhne ka naam hai, to uske muqable mein doosre ravish yeh hai ki kaante ko nazarandaaz karte hue uske fool ko le liya jaaye.</w:t>
      </w:r>
      <w:r>
        <w:br/>
      </w:r>
      <w:r>
        <w:rPr>
          <w:sz w:val="20"/>
        </w:rPr>
        <w:t>3:47  magar pehli ravesh kisi ke liye bhi mustakil taur par mumkin nahi kyunki woh apni aur apne ghar ki tabaahi ke hum maane hain aur koi bhi itna nadan nahi ki woh mustakil taur par apne aap ko aur apne gharwalon ko tabaahi ke gadhe mein daalte.</w:t>
      </w:r>
      <w:r>
        <w:br/>
      </w:r>
      <w:r>
        <w:rPr>
          <w:sz w:val="20"/>
        </w:rPr>
        <w:t>4:08  isliye amalan yeh hota hai ki besabri ki ravish ikhtiyaar karne wale waqti taur par doosron se ladte hain aur aakhirkaar uska tabaah ko nateeja dekhkar khamoshi ikhtiyaar kar lete hain. magar aisi khamoshi ka matlab naafikt hota hai. maujooda duniya mein aapko baharaal swar karna hai.</w:t>
      </w:r>
      <w:r>
        <w:br/>
      </w:r>
      <w:r>
        <w:rPr>
          <w:sz w:val="20"/>
        </w:rPr>
        <w:t>4:33  agar aap usool ki buniyad par swar na karen to aapko mofaad ki buniyad par swar karna padega aur isi doosri ravish ka naam munaafikt hai. sabr ke bare mein islam mein bahut zyada highlight kiya gaya hai aur quran mein bahut si aayaton mein sabr ki importance batayi gayi, sabr ki naseehat di gayi.</w:t>
      </w:r>
      <w:r>
        <w:br/>
      </w:r>
      <w:r>
        <w:rPr>
          <w:sz w:val="20"/>
        </w:rPr>
        <w:t>5:02  yahan tak ki uske liye beshab ajar ka wada kiya gaya. kisi aayat mein use jannat mein jaane ka rasta bhi bataya gaya. bahut si hadeesen bhi is hawale se hain jo sabr ki naseehat karti hain. ek hadees hai maslan ke sabr tamam achhe akhlaq ki jama hai. to agar koi insaan achhe akhlaq par hona chahta hai to usko sabir hona laazmi hai.</w:t>
      </w:r>
    </w:p>
    <w:p>
      <w:pPr>
        <w:pStyle w:val="Heading2"/>
      </w:pPr>
      <w:r>
        <w:t>Men's ego and women's emotions: avoid touching</w:t>
      </w:r>
    </w:p>
    <w:p>
      <w:r>
        <w:rPr>
          <w:color w:val="666666"/>
          <w:sz w:val="18"/>
        </w:rPr>
        <w:t>The Importance of Positive Attitude | November 01, 2007 · 2m 31s · at 36:11 · https://youtu.be/r4zLbCBxPyc?t=2171</w:t>
      </w:r>
    </w:p>
    <w:p>
      <w:r>
        <w:rPr>
          <w:i/>
        </w:rPr>
        <w:t>“Aurat ki weakness hai Emotions. Woh emotional hoti hai. Mard ki weakness hai Ego.”</w:t>
      </w:r>
    </w:p>
    <w:p>
      <w:r>
        <w:rPr>
          <w:sz w:val="20"/>
        </w:rPr>
        <w:t>36:11  motional hoti hain. mardon ke andar weakness kya hai? woh super weakness hai mardon ke andar. mard aur bhi zyada aik weakness ka shikar hain. woh kahin kya? ego. ego. kisi mard ko aap ego ko touch kijiye. woh aag bagola ho jaye ga, ladne ko khara ho jaye ga. to mard ki weakness hai ego. aurat ki weakness hai ke woh emotional hoti hai.</w:t>
      </w:r>
      <w:r>
        <w:br/>
      </w:r>
      <w:r>
        <w:rPr>
          <w:sz w:val="20"/>
        </w:rPr>
        <w:t>36:41  to mard ke bare mein maine ek formula banaya hai woh yeh hai.</w:t>
      </w:r>
      <w:r>
        <w:br/>
      </w:r>
      <w:r>
        <w:rPr>
          <w:sz w:val="20"/>
        </w:rPr>
        <w:t>36:46  ke mard ke ego ko aap touch karte hain to isi se breakdown hota hai, isi se fasaad</w:t>
      </w:r>
      <w:r>
        <w:br/>
      </w:r>
      <w:r>
        <w:rPr>
          <w:sz w:val="20"/>
        </w:rPr>
        <w:t>36:50  hota hai, isi se danga hota hai.</w:t>
      </w:r>
      <w:r>
        <w:br/>
      </w:r>
      <w:r>
        <w:rPr>
          <w:sz w:val="20"/>
        </w:rPr>
        <w:t>36:54  to is ka formula yeh hai ke When one's Ego is touched it turns into Super Ego and</w:t>
      </w:r>
      <w:r>
        <w:br/>
      </w:r>
      <w:r>
        <w:rPr>
          <w:sz w:val="20"/>
        </w:rPr>
        <w:t>36:59  the result is Breakdown۔</w:t>
      </w:r>
      <w:r>
        <w:br/>
      </w:r>
      <w:r>
        <w:rPr>
          <w:sz w:val="20"/>
        </w:rPr>
        <w:t>37:03  Ego ko Avoid kijiye, Ego ko Touch na kijiye aap۔</w:t>
      </w:r>
      <w:r>
        <w:br/>
      </w:r>
      <w:r>
        <w:rPr>
          <w:sz w:val="20"/>
        </w:rPr>
        <w:t>37:08  agar aap chahte hain ke Peace baqi rahe, shanti baqi rahe, aman baqi rahe۔</w:t>
      </w:r>
      <w:r>
        <w:br/>
      </w:r>
      <w:r>
        <w:rPr>
          <w:sz w:val="20"/>
        </w:rPr>
        <w:t>37:12  to aap ko Avoid karna hai ke kisi ke Ego ko aap Touch karein aap۔</w:t>
      </w:r>
      <w:r>
        <w:br/>
      </w:r>
      <w:r>
        <w:rPr>
          <w:sz w:val="20"/>
        </w:rPr>
        <w:t>37:17  kyun? When one's Ego is touched it turns into Super Ego and the result is Breakdown۔</w:t>
      </w:r>
      <w:r>
        <w:br/>
      </w:r>
      <w:r>
        <w:rPr>
          <w:sz w:val="20"/>
        </w:rPr>
        <w:t>37:21  Ego ko aap ne Touch kiya to woh Super Ego banega۔</w:t>
      </w:r>
      <w:r>
        <w:br/>
      </w:r>
      <w:r>
        <w:rPr>
          <w:sz w:val="20"/>
        </w:rPr>
        <w:t>37:25  aur phir Result kya hoga? Breakdown hoga۔</w:t>
      </w:r>
      <w:r>
        <w:br/>
      </w:r>
      <w:r>
        <w:rPr>
          <w:sz w:val="20"/>
        </w:rPr>
        <w:t>37:29  to aurat ke Emotion ko Touch na kijiye۔</w:t>
      </w:r>
      <w:r>
        <w:br/>
      </w:r>
      <w:r>
        <w:rPr>
          <w:sz w:val="20"/>
        </w:rPr>
        <w:t>37:34  mard ke Ego ko Touch na kijiye۔</w:t>
      </w:r>
      <w:r>
        <w:br/>
      </w:r>
      <w:r>
        <w:rPr>
          <w:sz w:val="20"/>
        </w:rPr>
        <w:t>37:38  yehi hai raaz hayat. dunya</w:t>
      </w:r>
      <w:r>
        <w:br/>
      </w:r>
      <w:r>
        <w:rPr>
          <w:sz w:val="20"/>
        </w:rPr>
        <w:t>37:42  mein aadhi abadi aur aadhi Population auraton ki hai, aadhi Population mardon ki hai۔</w:t>
      </w:r>
      <w:r>
        <w:br/>
      </w:r>
      <w:r>
        <w:rPr>
          <w:sz w:val="20"/>
        </w:rPr>
        <w:t>37:46  Khuda ne dono ke andar bohat hi Special Quality di hai۔</w:t>
      </w:r>
      <w:r>
        <w:br/>
      </w:r>
      <w:r>
        <w:rPr>
          <w:sz w:val="20"/>
        </w:rPr>
        <w:t>37:50  mardon ke liye bhi Special Quality hai۔</w:t>
      </w:r>
      <w:r>
        <w:br/>
      </w:r>
      <w:r>
        <w:rPr>
          <w:sz w:val="20"/>
        </w:rPr>
        <w:t>37:54  auraton ke andar bhi Special Quality hai۔</w:t>
      </w:r>
      <w:r>
        <w:br/>
      </w:r>
      <w:r>
        <w:rPr>
          <w:sz w:val="20"/>
        </w:rPr>
        <w:t>37:58  dono ke beech mein aap ko rehna hai۔</w:t>
      </w:r>
      <w:r>
        <w:br/>
      </w:r>
      <w:r>
        <w:rPr>
          <w:sz w:val="20"/>
        </w:rPr>
        <w:t>38:01  aap ko dono ke beech mein rehna hai۔</w:t>
      </w:r>
      <w:r>
        <w:br/>
      </w:r>
      <w:r>
        <w:rPr>
          <w:sz w:val="20"/>
        </w:rPr>
        <w:t>38:05  to is ka formula kya hai? aap yeh jaanein ke un ki Weakness kya hai aur un ki</w:t>
      </w:r>
      <w:r>
        <w:br/>
      </w:r>
      <w:r>
        <w:rPr>
          <w:sz w:val="20"/>
        </w:rPr>
        <w:t>38:09  Weakness kya hai۔</w:t>
      </w:r>
      <w:r>
        <w:br/>
      </w:r>
      <w:r>
        <w:rPr>
          <w:sz w:val="20"/>
        </w:rPr>
        <w:t>38:13  aurat ki weakness hai emotions. woh emotional hoti hai. mard ki weakness hai ego. woh egoist hota hai. to bas aap yahi kijiye. ke aurat ke emotion ko touch na kijiye. woh bilkul normal rahe gi woh. mard ke ego ko touch na kijiye. woh bilkul normal rahe ga woh. jaise mashhoor waqia hai ke hazrat umar ne aik sahabi se kaha ke taqwa kya hai? yaani bach kar chalna kya hai</w:t>
      </w:r>
    </w:p>
    <w:p>
      <w:pPr>
        <w:pStyle w:val="Heading2"/>
      </w:pPr>
      <w:r>
        <w:t>Need-based vs greed-based material culture</w:t>
      </w:r>
    </w:p>
    <w:p>
      <w:r>
        <w:rPr>
          <w:color w:val="666666"/>
          <w:sz w:val="18"/>
        </w:rPr>
        <w:t>Ancient Shirk or Modern Shirk February 1, 2008 Maulana Wahiduddin Khan · 2m 14s · at 33:36 · https://youtu.be/LB6iBYerQmw?t=2016</w:t>
      </w:r>
    </w:p>
    <w:p>
      <w:r>
        <w:rPr>
          <w:i/>
        </w:rPr>
        <w:t>“Ab is mein kahiye kya hai?”</w:t>
      </w:r>
    </w:p>
    <w:p>
      <w:r>
        <w:rPr>
          <w:sz w:val="20"/>
        </w:rPr>
        <w:t>33:36  Ab is mein kahiye kya hai? Agar aisa ho jaye to kya hoga? Material cheezon ko aap lenge bator need ke, greed ke nahin.</w:t>
      </w:r>
      <w:r>
        <w:br/>
      </w:r>
      <w:r>
        <w:rPr>
          <w:sz w:val="20"/>
        </w:rPr>
        <w:t>33:46  To greed lene ke maani kya hue? Ke orientation aap ka wahi ho gaya, soul concern aap ka wahi ho gaya.</w:t>
      </w:r>
      <w:r>
        <w:br/>
      </w:r>
      <w:r>
        <w:rPr>
          <w:sz w:val="20"/>
        </w:rPr>
        <w:t>33:54  Cheezon ko aap jab bator greed lene lage, is ka matlab kya hua? Ke aap ne apna soul concern cheezon hi ko bana liya.</w:t>
      </w:r>
      <w:r>
        <w:br/>
      </w:r>
      <w:r>
        <w:rPr>
          <w:sz w:val="20"/>
        </w:rPr>
        <w:t>34:06  Aur jab aap bator need lein, to is ke maani ke woh cheezein aap ke liye secondary hain.</w:t>
      </w:r>
      <w:r>
        <w:br/>
      </w:r>
      <w:r>
        <w:rPr>
          <w:sz w:val="20"/>
        </w:rPr>
        <w:t>34:13  Secondary hain. To khalq ko primary banana aur material cheezon ko secondary banana, yeh hota hai in ka tareeqa jo sachay rastay par hotay hain,</w:t>
      </w:r>
      <w:r>
        <w:br/>
      </w:r>
      <w:r>
        <w:rPr>
          <w:sz w:val="20"/>
        </w:rPr>
        <w:t>34:27  Jin ko hum tauheed kehte hain. Jo bhatkay hue rastay par hotay hain, bhatkay hue rastay par, woh zabaan se bol denge ke hum khalq ko maante hain, lafz service ke tor par.</w:t>
      </w:r>
      <w:r>
        <w:br/>
      </w:r>
      <w:r>
        <w:rPr>
          <w:sz w:val="20"/>
        </w:rPr>
        <w:t>34:39  Lekin sara orientation woh kar rahe hain kis par? Material cheezein, more and more, more and more, yaani greed.</w:t>
      </w:r>
      <w:r>
        <w:br/>
      </w:r>
      <w:r>
        <w:rPr>
          <w:sz w:val="20"/>
        </w:rPr>
        <w:t>34:51  Greed. To ek hai need, ek hai greed. Material cheezon ke maal maamle mein ek hai need, ek hai greed.</w:t>
      </w:r>
      <w:r>
        <w:br/>
      </w:r>
      <w:r>
        <w:rPr>
          <w:sz w:val="20"/>
        </w:rPr>
        <w:t>35:02  To jo log sirf formal tor par keh dein ke main khalq ko maanta hoon, lekin woh greed culture mein pade hue hon, to unhon ne nahin maana.</w:t>
      </w:r>
      <w:r>
        <w:br/>
      </w:r>
      <w:r>
        <w:rPr>
          <w:sz w:val="20"/>
        </w:rPr>
        <w:t>35:15  To material cheezon ke maamle mein ek hai need culture, ek greed culture,</w:t>
      </w:r>
      <w:r>
        <w:br/>
      </w:r>
      <w:r>
        <w:rPr>
          <w:sz w:val="20"/>
        </w:rPr>
        <w:t>35:20  Yaani need based culture ya greed based culture.</w:t>
      </w:r>
      <w:r>
        <w:br/>
      </w:r>
      <w:r>
        <w:rPr>
          <w:sz w:val="20"/>
        </w:rPr>
        <w:t>35:26  Material cheezon ke maamle mein yeh do tareeqay hain. Ek hai ke need based aur doosra hai greed based. To agar aap khalq ko apna supreme concern banayenge,</w:t>
      </w:r>
      <w:r>
        <w:br/>
      </w:r>
      <w:r>
        <w:rPr>
          <w:sz w:val="20"/>
        </w:rPr>
        <w:t>35:41  To aap ki zindagi material cheezon ke maamle mein need based hogi. Kyun ke aap ko time nahin.</w:t>
      </w:r>
    </w:p>
    <w:p>
      <w:pPr>
        <w:pStyle w:val="Heading2"/>
      </w:pPr>
      <w:r>
        <w:t>Discovering gratitude through daily blessings</w:t>
      </w:r>
    </w:p>
    <w:p>
      <w:r>
        <w:rPr>
          <w:color w:val="666666"/>
          <w:sz w:val="18"/>
        </w:rPr>
        <w:t>Indian Muslims May 18, 2014 Maulana Wahiduddin Khan · 2m 19s · at 3:30 · https://youtu.be/jHtuZ4UgvEw?t=210</w:t>
      </w:r>
    </w:p>
    <w:p>
      <w:r>
        <w:rPr>
          <w:i/>
        </w:rPr>
        <w:t>“Subah ko mere mind mein ek naya process jari hua”</w:t>
      </w:r>
    </w:p>
    <w:p>
      <w:r>
        <w:rPr>
          <w:sz w:val="20"/>
        </w:rPr>
        <w:t>3:30  subah ko meray mind mein aik naya process jari hua. soch ka. aik naya process.</w:t>
      </w:r>
      <w:r>
        <w:br/>
      </w:r>
      <w:r>
        <w:rPr>
          <w:sz w:val="20"/>
        </w:rPr>
        <w:t>3:40  main nay socha kay kal sham ko main nay jo khana khaya tha, raat ko woh digest ho gaya. aur subah ko phir mujhe bhook lagi kay main breakfast karoon.</w:t>
      </w:r>
      <w:r>
        <w:br/>
      </w:r>
      <w:r>
        <w:rPr>
          <w:sz w:val="20"/>
        </w:rPr>
        <w:t>3:53  to main nay socha kay kitni bari nemat hai. agar khana hazam na hota to main kiya karta? bohat bara problem hota. phir main utha, bathroom mein gaya.</w:t>
      </w:r>
      <w:r>
        <w:br/>
      </w:r>
      <w:r>
        <w:rPr>
          <w:sz w:val="20"/>
        </w:rPr>
        <w:t>4:07  wahan par pani main nay istemal kiya. to main nay socha kay pani kitni bari nemat hai. pani na hota to kiya haal hota mera? yani wuzu karnay kay liye, nahany kay liye, har kaam kay liye pani.</w:t>
      </w:r>
      <w:r>
        <w:br/>
      </w:r>
      <w:r>
        <w:rPr>
          <w:sz w:val="20"/>
        </w:rPr>
        <w:t>4:23  phir main nay breakfast liya to main nay socha kay daikhain, zameen hamaray liye gehoon uga rahi hai, chana uga rahi hai. darakht phal paida kar rahay hain.</w:t>
      </w:r>
      <w:r>
        <w:br/>
      </w:r>
      <w:r>
        <w:rPr>
          <w:sz w:val="20"/>
        </w:rPr>
        <w:t>4:35  kitni bari nemat hai. yeh sab na hota to kiya hota? yeh sab sochtay huay main apnay ghar kay samnay jo balcony hai, wahan aya.</w:t>
      </w:r>
      <w:r>
        <w:br/>
      </w:r>
      <w:r>
        <w:rPr>
          <w:sz w:val="20"/>
        </w:rPr>
        <w:t>4:48  to suraj nikl raha tha. phir main nay socha kay suraj kay zariye, suraj hum say nau lakh tees hazar mile door hai.</w:t>
      </w:r>
      <w:r>
        <w:br/>
      </w:r>
      <w:r>
        <w:rPr>
          <w:sz w:val="20"/>
        </w:rPr>
        <w:t>4:59  nau crore tees lakh mile door hai. wahan say itni achi roshni chali aa rahi hai. golden light.</w:t>
      </w:r>
      <w:r>
        <w:br/>
      </w:r>
      <w:r>
        <w:rPr>
          <w:sz w:val="20"/>
        </w:rPr>
        <w:t>5:07  agar suraj na hota to kya hota? phir maine dekha ke hawaein chal rahi hain. mujhko oxygen pohncha rahi hain. agar mujhe oxygen na milta to kya hota?</w:t>
      </w:r>
      <w:r>
        <w:br/>
      </w:r>
      <w:r>
        <w:rPr>
          <w:sz w:val="20"/>
        </w:rPr>
        <w:t>5:21  ek ek cheez mein sochta raha, aaj sochta raha. aur shukr karta raha. tab meri samajh mein aaya ke kya wajah hai ke main jeeta hoon shukr mein aur doosre musalman jeete hain mayoosi mein.</w:t>
      </w:r>
      <w:r>
        <w:br/>
      </w:r>
      <w:r>
        <w:rPr>
          <w:sz w:val="20"/>
        </w:rPr>
        <w:t>5:40  ek mujhe discovery hui aaj subah ko. phir main quran ki is aayat ko samjha, jo pehli aayat hai.</w:t>
      </w:r>
    </w:p>
    <w:p>
      <w:pPr>
        <w:pStyle w:val="Heading2"/>
      </w:pPr>
      <w:r>
        <w:t>Knowing your forbidden tree is wisdom</w:t>
      </w:r>
    </w:p>
    <w:p>
      <w:r>
        <w:rPr>
          <w:color w:val="666666"/>
          <w:sz w:val="18"/>
        </w:rPr>
        <w:t>Dars-e-Quran, Chapter 2, Verse 37 | January  07, 2018 · 2m 37s · at 32:20 · https://youtu.be/ao6Cr57KuEM?t=1940</w:t>
      </w:r>
    </w:p>
    <w:p>
      <w:r>
        <w:rPr>
          <w:i/>
        </w:rPr>
        <w:t>“To ye duniya jo Allah ne banai hai”</w:t>
      </w:r>
    </w:p>
    <w:p>
      <w:r>
        <w:rPr>
          <w:sz w:val="20"/>
        </w:rPr>
        <w:t>32:20  to yeh yeh dunya jo Allah ne banai hai.</w:t>
      </w:r>
      <w:r>
        <w:br/>
      </w:r>
      <w:r>
        <w:rPr>
          <w:sz w:val="20"/>
        </w:rPr>
        <w:t>32:27  to shuru hi mein bata diya hai ke jo tawali kiya hai.</w:t>
      </w:r>
      <w:r>
        <w:br/>
      </w:r>
      <w:r>
        <w:rPr>
          <w:sz w:val="20"/>
        </w:rPr>
        <w:t>32:33  jab adam ko kaha gaya ke sara bagh jo hai woh is mein tum ghoom phiro, is mein</w:t>
      </w:r>
      <w:r>
        <w:br/>
      </w:r>
      <w:r>
        <w:rPr>
          <w:sz w:val="20"/>
        </w:rPr>
        <w:t>32:39  faida uthao, lekin ek forbidden tree hai, us ke paas na jana.</w:t>
      </w:r>
      <w:r>
        <w:br/>
      </w:r>
      <w:r>
        <w:rPr>
          <w:sz w:val="20"/>
        </w:rPr>
        <w:t>32:46  us ke mani hain ke</w:t>
      </w:r>
      <w:r>
        <w:br/>
      </w:r>
      <w:r>
        <w:rPr>
          <w:sz w:val="20"/>
        </w:rPr>
        <w:t>32:52  dunya agarche aap ke liye banai gayi hai, insan ke liye banai gayi hai, dunya aaj aap ke</w:t>
      </w:r>
      <w:r>
        <w:br/>
      </w:r>
      <w:r>
        <w:rPr>
          <w:sz w:val="20"/>
        </w:rPr>
        <w:t>32:58  liye achhi baaton se bhari hui hai, yeh phir bhi ek forbidden tree hai.</w:t>
      </w:r>
      <w:r>
        <w:br/>
      </w:r>
      <w:r>
        <w:rPr>
          <w:sz w:val="20"/>
        </w:rPr>
        <w:t>33:03  dunya kehte hain yeh achhi ho, lekin aap ke liye phir bhi us ke andar forbidden tree hai.</w:t>
      </w:r>
      <w:r>
        <w:br/>
      </w:r>
      <w:r>
        <w:rPr>
          <w:sz w:val="20"/>
        </w:rPr>
        <w:t>33:09  yeh to jannat mein nahi hoga.</w:t>
      </w:r>
      <w:r>
        <w:br/>
      </w:r>
      <w:r>
        <w:rPr>
          <w:sz w:val="20"/>
        </w:rPr>
        <w:t>33:15  jannat mein koi forbidden tree nahi hoga.</w:t>
      </w:r>
      <w:r>
        <w:br/>
      </w:r>
      <w:r>
        <w:rPr>
          <w:sz w:val="20"/>
        </w:rPr>
        <w:t>33:21  lekin dunya mein to hai.</w:t>
      </w:r>
      <w:r>
        <w:br/>
      </w:r>
      <w:r>
        <w:rPr>
          <w:sz w:val="20"/>
        </w:rPr>
        <w:t>33:27  to main samajhta hoon ke sab se bari wisdom yeh hai ke aap jaanen ke dunya mein aap ke liye forbidden tree kya hai. is dunya mein kamyab zindagi ke liye pehla step yeh dunya hum ko mili hai rehne ke liye. yahan paida hone ke baad hum rehte hain. to yahan sab se pehli ba</w:t>
      </w:r>
      <w:r>
        <w:br/>
      </w:r>
      <w:r>
        <w:rPr>
          <w:sz w:val="20"/>
        </w:rPr>
        <w:t>33:57  it janne ki yeh hai ke hamare liye yahan forbidden tree kya hai.</w:t>
      </w:r>
      <w:r>
        <w:br/>
      </w:r>
      <w:r>
        <w:rPr>
          <w:sz w:val="20"/>
        </w:rPr>
        <w:t>34:03  yeh yeh janna badi baat nahi hai ke itne sare peR hamare liye hain ya itna bada bagh</w:t>
      </w:r>
      <w:r>
        <w:br/>
      </w:r>
      <w:r>
        <w:rPr>
          <w:sz w:val="20"/>
        </w:rPr>
        <w:t>34:09  hamare liye hai.</w:t>
      </w:r>
      <w:r>
        <w:br/>
      </w:r>
      <w:r>
        <w:rPr>
          <w:sz w:val="20"/>
        </w:rPr>
        <w:t>34:15  balkeh yeh janna ke kaun sa tree jo hai woh hamare liye forbidden tree hai.</w:t>
      </w:r>
      <w:r>
        <w:br/>
      </w:r>
      <w:r>
        <w:rPr>
          <w:sz w:val="20"/>
        </w:rPr>
        <w:t>34:22  kyunke ek peR se bekhabar ho jayein, agar aap sari jannat kho jaye gi.</w:t>
      </w:r>
      <w:r>
        <w:br/>
      </w:r>
      <w:r>
        <w:rPr>
          <w:sz w:val="20"/>
        </w:rPr>
        <w:t>34:28  aap ghor kijiye, yeh kitni badi baat hai ke adam ko Allah ne kaha tha ke sara bagh</w:t>
      </w:r>
      <w:r>
        <w:br/>
      </w:r>
      <w:r>
        <w:rPr>
          <w:sz w:val="20"/>
        </w:rPr>
        <w:t>34:33  tumhare liye hai.</w:t>
      </w:r>
      <w:r>
        <w:br/>
      </w:r>
      <w:r>
        <w:rPr>
          <w:sz w:val="20"/>
        </w:rPr>
        <w:t>34:38  yeh jannat ka bagh jo hai, woh sab ka sab tumhare liye hai.</w:t>
      </w:r>
      <w:r>
        <w:br/>
      </w:r>
      <w:r>
        <w:rPr>
          <w:sz w:val="20"/>
        </w:rPr>
        <w:t>34:43  sirf ek ek peR ko forbidden qarar de diya gaya tha.</w:t>
      </w:r>
      <w:r>
        <w:br/>
      </w:r>
      <w:r>
        <w:rPr>
          <w:sz w:val="20"/>
        </w:rPr>
        <w:t>34:48  to kaisi ajib baat hai ke ek peR ko khone se sara bagh kho gaya.</w:t>
      </w:r>
      <w:r>
        <w:br/>
      </w:r>
      <w:r>
        <w:rPr>
          <w:sz w:val="20"/>
        </w:rPr>
        <w:t>34:53  yeh bahut bada</w:t>
      </w:r>
    </w:p>
    <w:p>
      <w:pPr>
        <w:pStyle w:val="Heading2"/>
      </w:pPr>
      <w:r>
        <w:t>Sleep on anger instead of divorcing in rage</w:t>
      </w:r>
    </w:p>
    <w:p>
      <w:r>
        <w:rPr>
          <w:color w:val="666666"/>
          <w:sz w:val="18"/>
        </w:rPr>
        <w:t>Power of Peace June 6, 2010 Maulana Wahiduddin Khan · 2m 18s · at 11:41 · https://youtu.be/QNnouRoYI38?t=701</w:t>
      </w:r>
    </w:p>
    <w:p>
      <w:r>
        <w:rPr>
          <w:i/>
        </w:rPr>
        <w:t>“Ghar mein jhagda ho jaye toh chup chap so jayein”</w:t>
      </w:r>
    </w:p>
    <w:p>
      <w:r>
        <w:rPr>
          <w:sz w:val="20"/>
        </w:rPr>
        <w:t>11:41  yahi muamla sari baaton ka hai. jaise ghar mein do aurat mard mein jhagda ho gaya, farz ki jiye. din mein jhagda ho gaya.</w:t>
      </w:r>
      <w:r>
        <w:br/>
      </w:r>
      <w:r>
        <w:rPr>
          <w:sz w:val="20"/>
        </w:rPr>
        <w:t>11:51  agar mard jo hai, aaj kal jo hai, talaq talaq kar dete hain, yeh na karein. chup chap rahein. chup chap rahein aur raat ko so jayein. jhagda ho gaya, ghussa ghussa ho gaya, lekin yeh na karein ke talaq talaq.</w:t>
      </w:r>
      <w:r>
        <w:br/>
      </w:r>
      <w:r>
        <w:rPr>
          <w:sz w:val="20"/>
        </w:rPr>
        <w:t>12:06  chup chap so jayein. subah uthenge, normal honge dono ke dono.</w:t>
      </w:r>
      <w:r>
        <w:br/>
      </w:r>
      <w:r>
        <w:rPr>
          <w:sz w:val="20"/>
        </w:rPr>
        <w:t>12:12  yeh nature ka process hai. jab aap ke mind mein kuch aisi baat aati hai, negative baat, to nature ka process hai, us ko positive banati hai, positive banati hai, positive banati hai.</w:t>
      </w:r>
      <w:r>
        <w:br/>
      </w:r>
      <w:r>
        <w:rPr>
          <w:sz w:val="20"/>
        </w:rPr>
        <w:t>12:28  aur raat ko yeh sab neend mein yeh kaam hota hai. yeh mind jo hai, aap ki negativity ko positivity mein badalta hai, raat ko jab sote hain aap.</w:t>
      </w:r>
      <w:r>
        <w:br/>
      </w:r>
      <w:r>
        <w:rPr>
          <w:sz w:val="20"/>
        </w:rPr>
        <w:t>12:37  yeh psychology batati hai. Ps</w:t>
      </w:r>
      <w:r>
        <w:br/>
      </w:r>
      <w:r>
        <w:rPr>
          <w:sz w:val="20"/>
        </w:rPr>
        <w:t>12:40  ychological studies se maloom hua hai ke agar aap raat ko so jayein to kya hota hai? Mind sone mein bhi active rehta hai.</w:t>
      </w:r>
      <w:r>
        <w:br/>
      </w:r>
      <w:r>
        <w:rPr>
          <w:sz w:val="20"/>
        </w:rPr>
        <w:t>12:52  woh positive ko negative mein. jaise jaise gaaye ko aap ghaas khila dein to convert karte karte karte woh doodh nikaal degi.</w:t>
      </w:r>
      <w:r>
        <w:br/>
      </w:r>
      <w:r>
        <w:rPr>
          <w:sz w:val="20"/>
        </w:rPr>
        <w:t>13:03  yani ghaas khila diya aap ne to andar ka jo uska mechanism hai, woh chalne</w:t>
      </w:r>
      <w:r>
        <w:br/>
      </w:r>
      <w:r>
        <w:rPr>
          <w:sz w:val="20"/>
        </w:rPr>
        <w:t>13:09  lagega. jo industry hai, woh chalne lagegi. yahan tak ke woh ghaas convert ho kar ke doodh ban jayegi. aise mind jo hai, raat ko process karta hai, process.</w:t>
      </w:r>
      <w:r>
        <w:br/>
      </w:r>
      <w:r>
        <w:rPr>
          <w:sz w:val="20"/>
        </w:rPr>
        <w:t>13:20  process kar ke negative thought ko positive thought banata hai. lekin agar aap bewakoofi kar ke jhagda hua din mein, ab talaq talaq talaq, ab to sara muamla bigad gaya.</w:t>
      </w:r>
      <w:r>
        <w:br/>
      </w:r>
      <w:r>
        <w:rPr>
          <w:sz w:val="20"/>
        </w:rPr>
        <w:t>13:32  phir to muamla bigad gaya aap ka. Nature ko aap ne mauqa hi nahi diya.</w:t>
      </w:r>
      <w:r>
        <w:br/>
      </w:r>
      <w:r>
        <w:rPr>
          <w:sz w:val="20"/>
        </w:rPr>
        <w:t>13:39  Nature ko mauqa nahi diya aap ne. to jab bhi aap ko din mein ghussa aaye, chahe neighborhood se aaye, apni biwi se aaye, kisi se aaye, phir chup chap so jaiye.</w:t>
      </w:r>
      <w:r>
        <w:br/>
      </w:r>
      <w:r>
        <w:rPr>
          <w:sz w:val="20"/>
        </w:rPr>
        <w:t>13:51  aur subah uthenge, aap normal honge bilkul. main to aise hi karta hoon.</w:t>
      </w:r>
    </w:p>
    <w:p>
      <w:pPr>
        <w:pStyle w:val="Heading2"/>
      </w:pPr>
      <w:r>
        <w:t>Personal story no reaction turns negative to positive</w:t>
      </w:r>
    </w:p>
    <w:p>
      <w:r>
        <w:rPr>
          <w:color w:val="666666"/>
          <w:sz w:val="18"/>
        </w:rPr>
        <w:t>Double Reward 15 Feb 2020 - Maulana Wahiduddin Khan · 2m 42s · at 19:13 · https://youtu.be/Os-Kuq1-wAk?t=1153</w:t>
      </w:r>
    </w:p>
    <w:p>
      <w:r>
        <w:rPr>
          <w:i/>
        </w:rPr>
        <w:t>“Aur main, main to bilkul kinaare chal raha tha, chup chaap mujhe takra diya.”</w:t>
      </w:r>
    </w:p>
    <w:p>
      <w:r>
        <w:rPr>
          <w:sz w:val="20"/>
        </w:rPr>
        <w:t>19:13  aur mein, mein to bilkul kinare chal raha tha, chup chap mujhe takra diya. ab mein gir pada.</w:t>
      </w:r>
      <w:r>
        <w:br/>
      </w:r>
      <w:r>
        <w:rPr>
          <w:sz w:val="20"/>
        </w:rPr>
        <w:t>19:25  yeh mein aankh lage pade hue tha, arey toot gaya, toot gaya aankh aur</w:t>
      </w:r>
      <w:r>
        <w:br/>
      </w:r>
      <w:r>
        <w:rPr>
          <w:sz w:val="20"/>
        </w:rPr>
        <w:t>19:36  khoon bhi nikalne lage mujhe, khoon. to maine kya kiya? aik dam mein chup ho gaya, aik dam chup ho gaya aur maine road ke side mein ja ke baith gaya.</w:t>
      </w:r>
      <w:r>
        <w:br/>
      </w:r>
      <w:r>
        <w:rPr>
          <w:sz w:val="20"/>
        </w:rPr>
        <w:t>19:54  road ke side mein ja ke baith gaya. yeh is se soch nikli ke yeh saath mujhe kya karna chahiye.</w:t>
      </w:r>
      <w:r>
        <w:br/>
      </w:r>
      <w:r>
        <w:rPr>
          <w:sz w:val="20"/>
        </w:rPr>
        <w:t>20:03  to mein yeh dekh ke ke yeh toot gaya hai, khoon beh raha hai, to mujhe sab se pehle doctor ke paas jana chahiye.</w:t>
      </w:r>
      <w:r>
        <w:br/>
      </w:r>
      <w:r>
        <w:rPr>
          <w:sz w:val="20"/>
        </w:rPr>
        <w:t>20:14  to qareeb ke doctor ke paas gaya mein. us aadmi se mein ne, us aadmi ko police ne pakad rakha tha. ab us se pooch rahe the kya karein, us ko chalan karein, kya karein.</w:t>
      </w:r>
      <w:r>
        <w:br/>
      </w:r>
      <w:r>
        <w:rPr>
          <w:sz w:val="20"/>
        </w:rPr>
        <w:t>20:29  to woh kuch bole hi nahi, mein chup chap raha. mein bas sirf doctor ke paas chala gaya. to woh police wala kehta hai ke baba ji to koi bolta nahi,</w:t>
      </w:r>
      <w:r>
        <w:br/>
      </w:r>
      <w:r>
        <w:rPr>
          <w:sz w:val="20"/>
        </w:rPr>
        <w:t>20:46  baba ji to koi bolta nahi. to us ne us aadmi ko chhod diya. to dekhein, kisi bhi mamle mein sab se acha tareeqa hai ke aap chup ho jayein,</w:t>
      </w:r>
      <w:r>
        <w:br/>
      </w:r>
      <w:r>
        <w:rPr>
          <w:sz w:val="20"/>
        </w:rPr>
        <w:t>21:00  no reaction at all. to us waqt kya hota hai ke aap ke mind mein jo negative thought aata hai na, woh foran positive ban jata hai.</w:t>
      </w:r>
      <w:r>
        <w:br/>
      </w:r>
      <w:r>
        <w:rPr>
          <w:sz w:val="20"/>
        </w:rPr>
        <w:t>21:13  negative thought agar aap ko, aap bhi kuch bolein to kya hota hai?</w:t>
      </w:r>
      <w:r>
        <w:br/>
      </w:r>
      <w:r>
        <w:rPr>
          <w:sz w:val="20"/>
        </w:rPr>
        <w:t>21:23  yani reaction, double reaction banta hai. woh bhi us ne bhi react kiya, aap bhi react kar rahe hain. lekin aap agar chup ho jayein to kuch nahi, wahin, wahin, wahin, wahin khatam, wahin, wahin khatam.</w:t>
      </w:r>
      <w:r>
        <w:br/>
      </w:r>
      <w:r>
        <w:rPr>
          <w:sz w:val="20"/>
        </w:rPr>
        <w:t>21:42  best, best tareeqa jo hai nature ke mutalliq, nature aap ki help mein aa jati hai. jab aap in, in inteqaam na kar lein,</w:t>
      </w:r>
    </w:p>
    <w:p>
      <w:pPr>
        <w:pStyle w:val="Heading2"/>
      </w:pPr>
      <w:r>
        <w:t>Laylatul Qadr and its significance</w:t>
      </w:r>
    </w:p>
    <w:p>
      <w:r>
        <w:rPr>
          <w:color w:val="666666"/>
          <w:sz w:val="18"/>
        </w:rPr>
        <w:t>Ramadan Q and A Session with Prof. Farida Khanam 27th March' 2022 · 2m 00s · at 44:35 · https://youtu.be/M_pJVGZWKIM?t=2675</w:t>
      </w:r>
    </w:p>
    <w:p>
      <w:r>
        <w:rPr>
          <w:i/>
        </w:rPr>
        <w:t>“Aapa woh Lailatul Qadr ke baare mein”</w:t>
      </w:r>
    </w:p>
    <w:p>
      <w:r>
        <w:rPr>
          <w:sz w:val="20"/>
        </w:rPr>
        <w:t>44:35  appa woh lailatul qadr ke jo shab qadr ki raat hoti hai uske bare mein thoda kuch brief mein bata dein. kaun si problem hai? woh kehte hain faisle ki raat hai bahut zyada farishte utarte hain aur Allah ke faisle us raat ko hote hain toh woh raat bahut hi zyada abzal maani jati hai.</w:t>
      </w:r>
      <w:r>
        <w:br/>
      </w:r>
      <w:r>
        <w:rPr>
          <w:sz w:val="20"/>
        </w:rPr>
        <w:t>45:03  Quran mein aaya hai ke ek hazaar mahine ke barabar us raat ki yeh vaadat hai. toh muharan bataya tha ke ab jo farishte yahan hai kyunki duniya ka sara kaam farishte chala rahe hain toh phir uske baad upar se naye farishte utarte hain agle saal ke liye aur yeh farishte aa rahe hain jaa rahe hain toh bahut zyada spiritual mahol ho jata hai. toh spiritual mahol ki wajah se woh bahut hi spiritual effect aata hai hamari baalton mein.</w:t>
      </w:r>
      <w:r>
        <w:br/>
      </w:r>
      <w:r>
        <w:rPr>
          <w:sz w:val="20"/>
        </w:rPr>
        <w:t>45:33  to ek aadat der to wahi hoti hai jo hum logon ke baadat karte hain lekin uska spiritual</w:t>
      </w:r>
      <w:r>
        <w:br/>
      </w:r>
      <w:r>
        <w:rPr>
          <w:sz w:val="20"/>
        </w:rPr>
        <w:t>45:42  effect bahut zyada hota hai aur woh ek raat hoti hai woh poori usko talash karna hota hai.</w:t>
      </w:r>
      <w:r>
        <w:br/>
      </w:r>
      <w:r>
        <w:rPr>
          <w:sz w:val="20"/>
        </w:rPr>
        <w:t>45:52  kehte hain ki rasoolullah sallalah ek baar bahar nikle masjid hai nabbi se aapko ilm diya gaya tha</w:t>
      </w:r>
      <w:r>
        <w:br/>
      </w:r>
      <w:r>
        <w:rPr>
          <w:sz w:val="20"/>
        </w:rPr>
        <w:t>46:01  ki kaun si raat shabb qadr ki raat hai?</w:t>
      </w:r>
      <w:r>
        <w:br/>
      </w:r>
      <w:r>
        <w:rPr>
          <w:sz w:val="20"/>
        </w:rPr>
        <w:t>46:11  phir aapne kaha ke yeh taak raaton mein isko dhoondho toh wahan khud hi dhoondhna padta hai woh spiritual effect itna zyada hota hai ke jo log sachmuch achhe se baadat karenge mahina bhar toh unko woh ka samajh mein aa jata hai kya shugqadar hai? tareeqa toh wahi baad mein uthne ka. mausam.</w:t>
      </w:r>
      <w:r>
        <w:br/>
      </w:r>
      <w:r>
        <w:rPr>
          <w:sz w:val="20"/>
        </w:rPr>
        <w:t>46:35  tareeqa toh wahi hai baad mein uthne ka ke ek do ghanta pehle uth liya lekin hum log chuki hum log raat bhar uthte the kyunki hum log sochte the ke so jayenge toh phir neend khulegi nahi toh isi liye bahut saare log raat bhar uthte hain ke phir neend nahi khulegi. aur woh dua aap bata dijiye.</w:t>
      </w:r>
    </w:p>
    <w:p>
      <w:pPr>
        <w:pStyle w:val="Heading2"/>
      </w:pPr>
      <w:r>
        <w:t>The real distinction: Islam vs. the Muslim version of Islam</w:t>
      </w:r>
    </w:p>
    <w:p>
      <w:r>
        <w:rPr>
          <w:color w:val="666666"/>
          <w:sz w:val="18"/>
        </w:rPr>
        <w:t>Is Islam in Danger, January 10, 2007 · 1m 36s · at 9:45 · https://youtu.be/1vrUjeA7508?t=585</w:t>
      </w:r>
    </w:p>
    <w:p>
      <w:r>
        <w:rPr>
          <w:i/>
        </w:rPr>
        <w:t>“میں بہت ہی سوچ سمجھ کر یہ بات کہہ رہا ہوں کہ اسلام خطرے میں نہیں ہے”</w:t>
      </w:r>
    </w:p>
    <w:p>
      <w:r>
        <w:rPr>
          <w:sz w:val="20"/>
        </w:rPr>
        <w:t>9:45  Dekhiye, main bohat hi soch samajh kar yeh baat keh raha hoon</w:t>
      </w:r>
      <w:r>
        <w:br/>
      </w:r>
      <w:r>
        <w:rPr>
          <w:sz w:val="20"/>
        </w:rPr>
        <w:t>9:53  Ke Islam khatre mein nahi hai. Islam ka Muslim version khatre mein hai.</w:t>
      </w:r>
      <w:r>
        <w:br/>
      </w:r>
      <w:r>
        <w:rPr>
          <w:sz w:val="20"/>
        </w:rPr>
        <w:t>10:07  Main phir dohrata hoon ke Islam yaani maujooda, aaj ki duniya mein, maujooda duniya mein, Islam khatre mein nahi hai.</w:t>
      </w:r>
      <w:r>
        <w:br/>
      </w:r>
      <w:r>
        <w:rPr>
          <w:sz w:val="20"/>
        </w:rPr>
        <w:t>10:20  Musalmanon ka, Musalmanon ne khud se jo Islam ka version banaya hai woh khatre mein hai.</w:t>
      </w:r>
      <w:r>
        <w:br/>
      </w:r>
      <w:r>
        <w:rPr>
          <w:sz w:val="20"/>
        </w:rPr>
        <w:t>10:30  Is baat ko samjhiye. Dekhiye, Islam kya hai?</w:t>
      </w:r>
      <w:r>
        <w:br/>
      </w:r>
      <w:r>
        <w:rPr>
          <w:sz w:val="20"/>
        </w:rPr>
        <w:t>10:35  Islam naam hai us deen ka jo Quran mein bataya gaya hai. Islam naam hai us deen ka jo Rasool Allah salallaho alaihi wasallam ne kar ke dikhaya.</w:t>
      </w:r>
      <w:r>
        <w:br/>
      </w:r>
      <w:r>
        <w:rPr>
          <w:sz w:val="20"/>
        </w:rPr>
        <w:t>10:46  Islam naam hai us deen ka jo Rasool Allah ke saathi ne apni zindagi mein apnaya. Aur iska record poori tarah maujood hai.</w:t>
      </w:r>
      <w:r>
        <w:br/>
      </w:r>
      <w:r>
        <w:rPr>
          <w:sz w:val="20"/>
        </w:rPr>
        <w:t>10:57  Lekin baat ko, yaani Abbasiyat daur se ek naya zamana shuru hua jabke logon ne khud se Islam ka ek version banana shuru kiya.</w:t>
      </w:r>
      <w:r>
        <w:br/>
      </w:r>
      <w:r>
        <w:rPr>
          <w:sz w:val="20"/>
        </w:rPr>
        <w:t>11:07  Khud se.</w:t>
      </w:r>
      <w:r>
        <w:br/>
      </w:r>
      <w:r>
        <w:rPr>
          <w:sz w:val="20"/>
        </w:rPr>
        <w:t>11:10  Yaani Quran aur Hadees aur Rasool Allah aur Ashab-e-Rasool ke zariye jo deen mila tha uske mutawazi ek deen banana shuru kiya.</w:t>
      </w:r>
    </w:p>
    <w:p>
      <w:pPr>
        <w:pStyle w:val="Heading2"/>
      </w:pPr>
      <w:r>
        <w:t>Justice is individual not political</w:t>
      </w:r>
    </w:p>
    <w:p>
      <w:r>
        <w:rPr>
          <w:color w:val="666666"/>
          <w:sz w:val="18"/>
        </w:rPr>
        <w:t>The Concept of Justice in Islam May 03, 2007 · 2m 03s · at 4:09 · https://youtu.be/DY5SY8H554c?t=249</w:t>
      </w:r>
    </w:p>
    <w:p>
      <w:r>
        <w:rPr>
          <w:i/>
        </w:rPr>
        <w:t>“Now let us take the first, that is justice and politics.”</w:t>
      </w:r>
    </w:p>
    <w:p>
      <w:r>
        <w:rPr>
          <w:sz w:val="20"/>
        </w:rPr>
        <w:t>4:09  Now let us take the first, that is justice and politics. According to my study,</w:t>
      </w:r>
      <w:r>
        <w:br/>
      </w:r>
      <w:r>
        <w:rPr>
          <w:sz w:val="20"/>
        </w:rPr>
        <w:t>4:26  both are two different issues. Justice has nothing to do with politics or political power.</w:t>
      </w:r>
      <w:r>
        <w:br/>
      </w:r>
      <w:r>
        <w:rPr>
          <w:sz w:val="20"/>
        </w:rPr>
        <w:t>4:39  Justice is completely justice</w:t>
      </w:r>
      <w:r>
        <w:br/>
      </w:r>
      <w:r>
        <w:rPr>
          <w:sz w:val="20"/>
        </w:rPr>
        <w:t>4:48  describes the responsibility of an individual. Individual. If you</w:t>
      </w:r>
      <w:r>
        <w:br/>
      </w:r>
      <w:r>
        <w:rPr>
          <w:sz w:val="20"/>
        </w:rPr>
        <w:t>5:01  study the Quran, you will find that</w:t>
      </w:r>
      <w:r>
        <w:br/>
      </w:r>
      <w:r>
        <w:rPr>
          <w:sz w:val="20"/>
        </w:rPr>
        <w:t>5:08  justice, that Adl and Qist, there are two verses, Adl and Qist, both are synonymous.</w:t>
      </w:r>
      <w:r>
        <w:br/>
      </w:r>
      <w:r>
        <w:rPr>
          <w:sz w:val="20"/>
        </w:rPr>
        <w:t>5:18  Both are</w:t>
      </w:r>
      <w:r>
        <w:br/>
      </w:r>
      <w:r>
        <w:rPr>
          <w:sz w:val="20"/>
        </w:rPr>
        <w:t>5:23  used in the Quran fifty times. Fifty times. And you cannot find a single verse that</w:t>
      </w:r>
      <w:r>
        <w:br/>
      </w:r>
      <w:r>
        <w:rPr>
          <w:sz w:val="20"/>
        </w:rPr>
        <w:t>5:36  relates justice with politics. No. All the verses</w:t>
      </w:r>
      <w:r>
        <w:br/>
      </w:r>
      <w:r>
        <w:rPr>
          <w:sz w:val="20"/>
        </w:rPr>
        <w:t>5:48  deal with the individual responsibility. According to all these fifty verses, justice is an individual responsibility.</w:t>
      </w:r>
      <w:r>
        <w:br/>
      </w:r>
      <w:r>
        <w:rPr>
          <w:sz w:val="20"/>
        </w:rPr>
        <w:t>6:04  It has nothing to do with politics or political power.</w:t>
      </w:r>
    </w:p>
    <w:p>
      <w:pPr>
        <w:pStyle w:val="Heading2"/>
      </w:pPr>
      <w:r>
        <w:t>Negativity destroys gratitude</w:t>
      </w:r>
    </w:p>
    <w:p>
      <w:r>
        <w:rPr>
          <w:color w:val="666666"/>
          <w:sz w:val="18"/>
        </w:rPr>
        <w:t>The Concept of Shukr in Islam | June 17, 2008 · 3m 06s · at 36:01 · https://youtu.be/ySbCs4MRNXU?t=2161</w:t>
      </w:r>
    </w:p>
    <w:p>
      <w:r>
        <w:rPr>
          <w:i/>
        </w:rPr>
        <w:t>“Ek drop poison saara paani kharab kar deta hai.”</w:t>
      </w:r>
    </w:p>
    <w:p>
      <w:r>
        <w:rPr>
          <w:sz w:val="20"/>
        </w:rPr>
        <w:t>36:01  بہت زیادہ positive activity کا نام ہے۔ positive۔</w:t>
      </w:r>
      <w:r>
        <w:br/>
      </w:r>
      <w:r>
        <w:rPr>
          <w:sz w:val="20"/>
        </w:rPr>
        <w:t>36:06  hundred percent positive aap honge tab hi aap shukr kar sakte hain.</w:t>
      </w:r>
      <w:r>
        <w:br/>
      </w:r>
      <w:r>
        <w:rPr>
          <w:sz w:val="20"/>
        </w:rPr>
        <w:t>36:11  one percent bhi agar aap ke andar negativity agar hai to aap shukr nahi kar sakte.</w:t>
      </w:r>
      <w:r>
        <w:br/>
      </w:r>
      <w:r>
        <w:rPr>
          <w:sz w:val="20"/>
        </w:rPr>
        <w:t>36:16  acchi tarah samajh lijiye.</w:t>
      </w:r>
      <w:r>
        <w:br/>
      </w:r>
      <w:r>
        <w:rPr>
          <w:sz w:val="20"/>
        </w:rPr>
        <w:t>36:21  jis tarah se ek glass pani hai, acha pani.</w:t>
      </w:r>
      <w:r>
        <w:br/>
      </w:r>
      <w:r>
        <w:rPr>
          <w:sz w:val="20"/>
        </w:rPr>
        <w:t>36:26  is mein aap ek choti si boond</w:t>
      </w:r>
      <w:r>
        <w:br/>
      </w:r>
      <w:r>
        <w:rPr>
          <w:sz w:val="20"/>
        </w:rPr>
        <w:t>36:31  ، ایک بہت چھوٹا سا ڈراپ، سرسوں کے برابر آپ ڈال دیں، poison۔</w:t>
      </w:r>
      <w:r>
        <w:br/>
      </w:r>
      <w:r>
        <w:rPr>
          <w:sz w:val="20"/>
        </w:rPr>
        <w:t>36:36  to sara pani jo hai kharab ho jayega.</w:t>
      </w:r>
      <w:r>
        <w:br/>
      </w:r>
      <w:r>
        <w:rPr>
          <w:sz w:val="20"/>
        </w:rPr>
        <w:t>36:41  ek poori balti pani hai is mein aap ek drop daal diye poison ka to sara pani kharab</w:t>
      </w:r>
      <w:r>
        <w:br/>
      </w:r>
      <w:r>
        <w:rPr>
          <w:sz w:val="20"/>
        </w:rPr>
        <w:t>36:46  ho jayega.</w:t>
      </w:r>
      <w:r>
        <w:br/>
      </w:r>
      <w:r>
        <w:rPr>
          <w:sz w:val="20"/>
        </w:rPr>
        <w:t>36:51  isi tarah se insani personality ka mamla hai.</w:t>
      </w:r>
      <w:r>
        <w:br/>
      </w:r>
      <w:r>
        <w:rPr>
          <w:sz w:val="20"/>
        </w:rPr>
        <w:t>36:56  jis aadmi ke andar</w:t>
      </w:r>
      <w:r>
        <w:br/>
      </w:r>
      <w:r>
        <w:rPr>
          <w:sz w:val="20"/>
        </w:rPr>
        <w:t>37:01  کچھ بھی، ایک آئٹہ کے برابر بھی negativity ہے تو شکر اس کے دل میں نہیں آ سکتا۔</w:t>
      </w:r>
      <w:r>
        <w:br/>
      </w:r>
      <w:r>
        <w:rPr>
          <w:sz w:val="20"/>
        </w:rPr>
        <w:t>37:07  shukr to bohat ziyada positivity chahta hai.</w:t>
      </w:r>
      <w:r>
        <w:br/>
      </w:r>
      <w:r>
        <w:rPr>
          <w:sz w:val="20"/>
        </w:rPr>
        <w:t>37:14  Positivity, hundred percent positivity.</w:t>
      </w:r>
      <w:r>
        <w:br/>
      </w:r>
      <w:r>
        <w:rPr>
          <w:sz w:val="20"/>
        </w:rPr>
        <w:t>37:20  is liye sabar banna hai.</w:t>
      </w:r>
      <w:r>
        <w:br/>
      </w:r>
      <w:r>
        <w:rPr>
          <w:sz w:val="20"/>
        </w:rPr>
        <w:t>37:26  kyun ke aap mita sakte nahi dunya ko, dunya se evil ko. dunya se</w:t>
      </w:r>
      <w:r>
        <w:br/>
      </w:r>
      <w:r>
        <w:rPr>
          <w:sz w:val="20"/>
        </w:rPr>
        <w:t>37:32  evil ko mita nahi sakte aap.</w:t>
      </w:r>
      <w:r>
        <w:br/>
      </w:r>
      <w:r>
        <w:rPr>
          <w:sz w:val="20"/>
        </w:rPr>
        <w:t>37:37  evil to rahegi.</w:t>
      </w:r>
      <w:r>
        <w:br/>
      </w:r>
      <w:r>
        <w:rPr>
          <w:sz w:val="20"/>
        </w:rPr>
        <w:t>37:42  kyun ke insaan ko Khuda ne di hai freedom, azadi.</w:t>
      </w:r>
      <w:r>
        <w:br/>
      </w:r>
      <w:r>
        <w:rPr>
          <w:sz w:val="20"/>
        </w:rPr>
        <w:t>37:47  to azadi di hai to log misuse bhi karenge, yeh bhi karenge, woh bhi karenge.</w:t>
      </w:r>
      <w:r>
        <w:br/>
      </w:r>
      <w:r>
        <w:rPr>
          <w:sz w:val="20"/>
        </w:rPr>
        <w:t>37:52  to aap mitaen kaise? aap ke bas mein nahi hai ke aap freedom ko abalish kar dein.</w:t>
      </w:r>
      <w:r>
        <w:br/>
      </w:r>
      <w:r>
        <w:rPr>
          <w:sz w:val="20"/>
        </w:rPr>
        <w:t>37:57  is liye aap ke bas mein yeh bhi nahi hai ke sari unpresent situation ko aap khatam</w:t>
      </w:r>
      <w:r>
        <w:br/>
      </w:r>
      <w:r>
        <w:rPr>
          <w:sz w:val="20"/>
        </w:rPr>
        <w:t>38:02  kar dein.</w:t>
      </w:r>
      <w:r>
        <w:br/>
      </w:r>
      <w:r>
        <w:rPr>
          <w:sz w:val="20"/>
        </w:rPr>
        <w:t>38:06  woh rahegi.</w:t>
      </w:r>
      <w:r>
        <w:br/>
      </w:r>
      <w:r>
        <w:rPr>
          <w:sz w:val="20"/>
        </w:rPr>
        <w:t>38:09  jis mani ke is ke rehte hue aap ko positive banna padega.</w:t>
      </w:r>
      <w:r>
        <w:br/>
      </w:r>
      <w:r>
        <w:rPr>
          <w:sz w:val="20"/>
        </w:rPr>
        <w:t>38:13  aur woh kaise hoga? woh sabr ke through hoga.</w:t>
      </w:r>
      <w:r>
        <w:br/>
      </w:r>
      <w:r>
        <w:rPr>
          <w:sz w:val="20"/>
        </w:rPr>
        <w:t>38:17  yani un par sabr kar ke aap un ko positive banayenge.</w:t>
      </w:r>
      <w:r>
        <w:br/>
      </w:r>
      <w:r>
        <w:rPr>
          <w:sz w:val="20"/>
        </w:rPr>
        <w:t>38:21  jab positive banayenge tab aap ke andar thrilling shukr aayega.</w:t>
      </w:r>
      <w:r>
        <w:br/>
      </w:r>
      <w:r>
        <w:rPr>
          <w:sz w:val="20"/>
        </w:rPr>
        <w:t>38:24  yeh hai process.</w:t>
      </w:r>
      <w:r>
        <w:br/>
      </w:r>
      <w:r>
        <w:rPr>
          <w:sz w:val="20"/>
        </w:rPr>
        <w:t>38:28  yani aap ko in sari cheezon ko ignore karna padega.</w:t>
      </w:r>
      <w:r>
        <w:br/>
      </w:r>
      <w:r>
        <w:rPr>
          <w:sz w:val="20"/>
        </w:rPr>
        <w:t>38:32  jo aap ke against mein ho rahi hain.</w:t>
      </w:r>
      <w:r>
        <w:br/>
      </w:r>
      <w:r>
        <w:rPr>
          <w:sz w:val="20"/>
        </w:rPr>
        <w:t>38:37  ignore karna padega.</w:t>
      </w:r>
      <w:r>
        <w:br/>
      </w:r>
      <w:r>
        <w:rPr>
          <w:sz w:val="20"/>
        </w:rPr>
        <w:t>38:42  sabr karna padega un ke upar.</w:t>
      </w:r>
      <w:r>
        <w:br/>
      </w:r>
      <w:r>
        <w:rPr>
          <w:sz w:val="20"/>
        </w:rPr>
        <w:t>38:47  apne seene ko is se khaali karna pare ga.</w:t>
      </w:r>
      <w:r>
        <w:br/>
      </w:r>
      <w:r>
        <w:rPr>
          <w:sz w:val="20"/>
        </w:rPr>
        <w:t>38:52  jab aisa aap kar len ge tab aap ke andar positivity aaye gi.</w:t>
      </w:r>
      <w:r>
        <w:br/>
      </w:r>
      <w:r>
        <w:rPr>
          <w:sz w:val="20"/>
        </w:rPr>
        <w:t>38:57  aur jab positivity aaye gi tab aap ke andar woh soch jaag jaaye gi.</w:t>
      </w:r>
      <w:r>
        <w:br/>
      </w:r>
      <w:r>
        <w:rPr>
          <w:sz w:val="20"/>
        </w:rPr>
        <w:t>39:02  woh soch jis soch ka nateeja hota hai super shukr.</w:t>
      </w:r>
    </w:p>
    <w:p>
      <w:pPr>
        <w:pStyle w:val="Heading2"/>
      </w:pPr>
      <w:r>
        <w:t>The moon teaches never to judge by appearances</w:t>
      </w:r>
    </w:p>
    <w:p>
      <w:r>
        <w:rPr>
          <w:color w:val="666666"/>
          <w:sz w:val="18"/>
        </w:rPr>
        <w:t>Fasting A Source of Spiritual Empowerment August 21, 2011 Maulana Wahiduddin Khan · 1m 40s · at 16:43 · https://youtu.be/Z0EbPlujcf0?t=1003</w:t>
      </w:r>
    </w:p>
    <w:p>
      <w:r>
        <w:rPr>
          <w:i/>
        </w:rPr>
        <w:t>“Chand jo bareek dikhai deta hai, tab bhi pura chand hota hai”</w:t>
      </w:r>
    </w:p>
    <w:p>
      <w:r>
        <w:rPr>
          <w:sz w:val="20"/>
        </w:rPr>
        <w:t>16:43  Phir aap sochiye ke chand jo bareek dikhai deta hai, tab bhi poora chand hota hai.</w:t>
      </w:r>
      <w:r>
        <w:br/>
      </w:r>
      <w:r>
        <w:rPr>
          <w:sz w:val="20"/>
        </w:rPr>
        <w:t>16:52  Yaani sirf dekhnay ke lihaaz se hum aik lakeer dekhte hain.</w:t>
      </w:r>
      <w:r>
        <w:br/>
      </w:r>
      <w:r>
        <w:rPr>
          <w:sz w:val="20"/>
        </w:rPr>
        <w:t>16:55  Haqeeqat mein to poora chand hota hai. Kyun ke is ke aik goshe mein, aik hissay mein suraj ki roshni par par rahi hoti hai, baqi woh nahi par rahi hoti hai.</w:t>
      </w:r>
      <w:r>
        <w:br/>
      </w:r>
      <w:r>
        <w:rPr>
          <w:sz w:val="20"/>
        </w:rPr>
        <w:t>17:07  To baqi andheray mein hota hai, to dikhai nahi deta. Jahan suraj ki roshni parti hai, woh dikhai deta hai. Yeh bhi aik ajeeb ghareeb tajurba hai.</w:t>
      </w:r>
      <w:r>
        <w:br/>
      </w:r>
      <w:r>
        <w:rPr>
          <w:sz w:val="20"/>
        </w:rPr>
        <w:t>17:19  Is ka matlab hai ke cheezon ko face value par na lo.</w:t>
      </w:r>
      <w:r>
        <w:br/>
      </w:r>
      <w:r>
        <w:rPr>
          <w:sz w:val="20"/>
        </w:rPr>
        <w:t>17:24  Kitna bara ajeeb sabak hai yeh.</w:t>
      </w:r>
      <w:r>
        <w:br/>
      </w:r>
      <w:r>
        <w:rPr>
          <w:sz w:val="20"/>
        </w:rPr>
        <w:t>17:29  kitna ajeeb sabaq hai. Face Revolve par lein aap to aap kahenge chand ek bareek sa, ek ek cheez hai, bohat bareek si.</w:t>
      </w:r>
      <w:r>
        <w:br/>
      </w:r>
      <w:r>
        <w:rPr>
          <w:sz w:val="20"/>
        </w:rPr>
        <w:t>17:42  dhage ki tarah. lekin aap gehrai mein jayenge to kahenge nahi chand to ek bohat bara, ek bohat bari chattan hai, bohat bara woh hai, ek sayara hai.</w:t>
      </w:r>
      <w:r>
        <w:br/>
      </w:r>
      <w:r>
        <w:rPr>
          <w:sz w:val="20"/>
        </w:rPr>
        <w:t>17:55  to goya chand yeh bhi sabaq de raha hai ke cheezon ko Face Value par mat lo. Face Value par loge to tumhare andar kya hoga?</w:t>
      </w:r>
      <w:r>
        <w:br/>
      </w:r>
      <w:r>
        <w:rPr>
          <w:sz w:val="20"/>
        </w:rPr>
        <w:t>18:04  Misunderstanding aayegi. baton ko samjhoge nahi.</w:t>
      </w:r>
      <w:r>
        <w:br/>
      </w:r>
      <w:r>
        <w:rPr>
          <w:sz w:val="20"/>
        </w:rPr>
        <w:t>18:11  baton ko samjhoge nahi gehrai mein. ab dekhiye pehle din kya tabah sabaq mil gaya hum ko? bilkul pehle din.</w:t>
      </w:r>
    </w:p>
    <w:p>
      <w:pPr>
        <w:pStyle w:val="Heading2"/>
      </w:pPr>
      <w:r>
        <w:t>Differentiating Islam from Muslims</w:t>
      </w:r>
    </w:p>
    <w:p>
      <w:r>
        <w:rPr>
          <w:color w:val="666666"/>
          <w:sz w:val="18"/>
        </w:rPr>
        <w:t>Interview Session with Maulana Wahiduddin Khan English · 2m 39s · at 6:24 · https://youtu.be/oNKYrZsbzr4?t=384</w:t>
      </w:r>
    </w:p>
    <w:p>
      <w:r>
        <w:rPr>
          <w:i/>
        </w:rPr>
        <w:t>“Islam is based on its scripture.”</w:t>
      </w:r>
    </w:p>
    <w:p>
      <w:r>
        <w:rPr>
          <w:sz w:val="20"/>
        </w:rPr>
        <w:t>6:24  Islam is based on its scripture. Islam is an ideology. And Muslims are a group of people</w:t>
      </w:r>
      <w:r>
        <w:br/>
      </w:r>
      <w:r>
        <w:rPr>
          <w:sz w:val="20"/>
        </w:rPr>
        <w:t>6:35  .</w:t>
      </w:r>
      <w:r>
        <w:br/>
      </w:r>
      <w:r>
        <w:rPr>
          <w:sz w:val="20"/>
        </w:rPr>
        <w:t>6:39  They are they are not the representative of Islam. The representative of Islam is its scripture. If you want to know what is Islam, you have to see the Qur'an.</w:t>
      </w:r>
      <w:r>
        <w:br/>
      </w:r>
      <w:r>
        <w:rPr>
          <w:sz w:val="20"/>
        </w:rPr>
        <w:t>6:51  But for example, in our present time, Muslims started</w:t>
      </w:r>
      <w:r>
        <w:br/>
      </w:r>
      <w:r>
        <w:rPr>
          <w:sz w:val="20"/>
        </w:rPr>
        <w:t>7:02  fighting.</w:t>
      </w:r>
      <w:r>
        <w:br/>
      </w:r>
      <w:r>
        <w:rPr>
          <w:sz w:val="20"/>
        </w:rPr>
        <w:t>7:04  They declared that this and that is our enemy. So we have to fight with these enemies. This is completely against the Islamic spirit because, you know, in the Islam,</w:t>
      </w:r>
      <w:r>
        <w:br/>
      </w:r>
      <w:r>
        <w:rPr>
          <w:sz w:val="20"/>
        </w:rPr>
        <w:t>7:18  Islam differentiates between enemy and attacker. If there is attack, then you can go to war as a defens</w:t>
      </w:r>
      <w:r>
        <w:br/>
      </w:r>
      <w:r>
        <w:rPr>
          <w:sz w:val="20"/>
        </w:rPr>
        <w:t>7:33  e. But if there are some enemies, you have no reason to go to fight with these enemies.</w:t>
      </w:r>
      <w:r>
        <w:br/>
      </w:r>
      <w:r>
        <w:rPr>
          <w:sz w:val="20"/>
        </w:rPr>
        <w:t>7:43  There's very clear words in the Qur'an: "Do good deed in return for bad deed." Then you will find that your enemy has become your dearest friend.</w:t>
      </w:r>
      <w:r>
        <w:br/>
      </w:r>
      <w:r>
        <w:rPr>
          <w:sz w:val="20"/>
        </w:rPr>
        <w:t>7:54  So if there is some enemy, you have to enter into discussion, dialogue, and other peaceful means.</w:t>
      </w:r>
      <w:r>
        <w:br/>
      </w:r>
      <w:r>
        <w:rPr>
          <w:sz w:val="20"/>
        </w:rPr>
        <w:t>8:06  You are not allowed to go to fighting against enemies. In Islam, war is</w:t>
      </w:r>
      <w:r>
        <w:br/>
      </w:r>
      <w:r>
        <w:rPr>
          <w:sz w:val="20"/>
        </w:rPr>
        <w:t>8:18  specifically only for those who attack on your co</w:t>
      </w:r>
      <w:r>
        <w:br/>
      </w:r>
      <w:r>
        <w:rPr>
          <w:sz w:val="20"/>
        </w:rPr>
        <w:t>8:22  untry. And then only the state has theright to go to war, not the people. So I present all those activities that are people are engaged in the name of jihad.</w:t>
      </w:r>
      <w:r>
        <w:br/>
      </w:r>
      <w:r>
        <w:rPr>
          <w:sz w:val="20"/>
        </w:rPr>
        <w:t>8:37  They're not jihad because no state is involved. Everywhere in the in every in Kashmir, in Palestine, everywhere in the world,</w:t>
      </w:r>
      <w:r>
        <w:br/>
      </w:r>
      <w:r>
        <w:rPr>
          <w:sz w:val="20"/>
        </w:rPr>
        <w:t>8:53  NGOs are involved in these violent activities, not the state. So it is un-Islamic completely.</w:t>
      </w:r>
      <w:r>
        <w:br/>
      </w:r>
      <w:r>
        <w:rPr>
          <w:sz w:val="20"/>
        </w:rPr>
        <w:t>9:03  Do you think that today, to solve that problem of peace, we need to find a way to reestablish a better justice between human beings and a notion of spreading more resources and putting more in common or richness instead of keeping it for ourselves like some countries do</w:t>
      </w:r>
    </w:p>
    <w:p>
      <w:pPr>
        <w:pStyle w:val="Heading2"/>
      </w:pPr>
      <w:r>
        <w:t>Palestine and Iraq show Muslims are in danger, not Islam</w:t>
      </w:r>
    </w:p>
    <w:p>
      <w:r>
        <w:rPr>
          <w:color w:val="666666"/>
          <w:sz w:val="18"/>
        </w:rPr>
        <w:t>Is Islam in Danger, January 10, 2007 · 1m 36s · at 6:22 · https://youtu.be/1vrUjeA7508?t=382</w:t>
      </w:r>
    </w:p>
    <w:p>
      <w:r>
        <w:rPr>
          <w:i/>
        </w:rPr>
        <w:t>“تو کیا کہے گا وہ؟ فلسطین میں یہودیوں نے قبضہ کر لیا ہے”</w:t>
      </w:r>
    </w:p>
    <w:p>
      <w:r>
        <w:rPr>
          <w:sz w:val="20"/>
        </w:rPr>
        <w:t>6:22  To kya kahega woh? Ke dekhiye, Palestine mein Yahudiyon ne occupy kar liya hai, Musalmanon ko wahan se nikaal diya hai.</w:t>
      </w:r>
      <w:r>
        <w:br/>
      </w:r>
      <w:r>
        <w:rPr>
          <w:sz w:val="20"/>
        </w:rPr>
        <w:t>6:33  Woh kahenge ke dekhiye, Afghanistan, Iraq mein America ne bombardment kiya aur tabaah kiya, ab doosre mulkon ko bhi woh aisa karna chahta hai.</w:t>
      </w:r>
      <w:r>
        <w:br/>
      </w:r>
      <w:r>
        <w:rPr>
          <w:sz w:val="20"/>
        </w:rPr>
        <w:t>6:46  Yeh Islam khatre mein hai? Yeh to Musalman khatre mein hain. Yani Iran ya Afghanistan ya Iraq Islam ka naam nahi hai, yeh Musalman ka naam hai.</w:t>
      </w:r>
      <w:r>
        <w:br/>
      </w:r>
      <w:r>
        <w:rPr>
          <w:sz w:val="20"/>
        </w:rPr>
        <w:t>6:59  Yeh sab Muslim land hain.</w:t>
      </w:r>
      <w:r>
        <w:br/>
      </w:r>
      <w:r>
        <w:rPr>
          <w:sz w:val="20"/>
        </w:rPr>
        <w:t>7:03  Yani Iraq aur Afghanistan aur Iran ya koi doosra mulk Islam ka case nahi hai, woh Musalmanon ka case hai.</w:t>
      </w:r>
      <w:r>
        <w:br/>
      </w:r>
      <w:r>
        <w:rPr>
          <w:sz w:val="20"/>
        </w:rPr>
        <w:t>7:13  Musalmanon ne apni nadaniyon se</w:t>
      </w:r>
      <w:r>
        <w:br/>
      </w:r>
      <w:r>
        <w:rPr>
          <w:sz w:val="20"/>
        </w:rPr>
        <w:t>7:18  aisi siyasat chalai, aisi Politics chalai. Khud apni nadani se unhon ne nadan Politics chalai to is ki qeemat de rahe hain woh?</w:t>
      </w:r>
      <w:r>
        <w:br/>
      </w:r>
      <w:r>
        <w:rPr>
          <w:sz w:val="20"/>
        </w:rPr>
        <w:t>7:29  Har jagah</w:t>
      </w:r>
      <w:r>
        <w:br/>
      </w:r>
      <w:r>
        <w:rPr>
          <w:sz w:val="20"/>
        </w:rPr>
        <w:t>7:30  ? Is par main bohat likh chuka hoon ke jitne yeh waqiyat hawala kiye jaate hain, yeh Musalmanon ki apni nadani ki qeemat hai jis ko woh de rahe hain.</w:t>
      </w:r>
      <w:r>
        <w:br/>
      </w:r>
      <w:r>
        <w:rPr>
          <w:sz w:val="20"/>
        </w:rPr>
        <w:t>7:42  Islam se is ka koi ta'alluq nahi hai. Phir yeh kaha jaata hai ke dekhiye, Western Civilization jo hai woh hamla kiya hua hai hamare mazhab par.</w:t>
      </w:r>
    </w:p>
    <w:p>
      <w:pPr>
        <w:pStyle w:val="Heading2"/>
      </w:pPr>
      <w:r>
        <w:t>Suicide wrongly sanctified by Muslims</w:t>
      </w:r>
    </w:p>
    <w:p>
      <w:r>
        <w:rPr>
          <w:color w:val="666666"/>
          <w:sz w:val="18"/>
        </w:rPr>
        <w:t>The Importance of Non Confrontational Method, | August 29, 2010 · 1m 00s · at 41:03 · https://youtu.be/8ZGB0tWQtg8?t=2463</w:t>
      </w:r>
    </w:p>
    <w:p>
      <w:r>
        <w:rPr>
          <w:i/>
        </w:rPr>
        <w:t>“Muslims have made suicide an Islamic act.”</w:t>
      </w:r>
    </w:p>
    <w:p>
      <w:r>
        <w:rPr>
          <w:sz w:val="20"/>
        </w:rPr>
        <w:t>41:03  ro is ko, khatam karo.</w:t>
      </w:r>
      <w:r>
        <w:br/>
      </w:r>
      <w:r>
        <w:rPr>
          <w:sz w:val="20"/>
        </w:rPr>
        <w:t>41:08  yeh bohat bari museebat hai ke musalmanon ne apni yani suicide ko bhi Islami kaam bana bana rakha hai.</w:t>
      </w:r>
      <w:r>
        <w:br/>
      </w:r>
      <w:r>
        <w:rPr>
          <w:sz w:val="20"/>
        </w:rPr>
        <w:t>41:13  to suicide to haram hai Islam mein.</w:t>
      </w:r>
      <w:r>
        <w:br/>
      </w:r>
      <w:r>
        <w:rPr>
          <w:sz w:val="20"/>
        </w:rPr>
        <w:t>41:18  Islam mein khudkushi haram hai.</w:t>
      </w:r>
      <w:r>
        <w:br/>
      </w:r>
      <w:r>
        <w:rPr>
          <w:sz w:val="20"/>
        </w:rPr>
        <w:t>41:23  lekin musalmanon ne is khudkushi ko muqaddas kaam bana liya.</w:t>
      </w:r>
      <w:r>
        <w:br/>
      </w:r>
      <w:r>
        <w:rPr>
          <w:sz w:val="20"/>
        </w:rPr>
        <w:t>41:29  kaisi ajeeb museebat hai yeh.</w:t>
      </w:r>
      <w:r>
        <w:br/>
      </w:r>
      <w:r>
        <w:rPr>
          <w:sz w:val="20"/>
        </w:rPr>
        <w:t>41:34  khudkushi Islam mein haram hai.</w:t>
      </w:r>
      <w:r>
        <w:br/>
      </w:r>
      <w:r>
        <w:rPr>
          <w:sz w:val="20"/>
        </w:rPr>
        <w:t>41:39  lekin is zamanay mein musalmanon ne kiya kiya? khudkushi ko muqaddas bana liya.</w:t>
      </w:r>
      <w:r>
        <w:br/>
      </w:r>
      <w:r>
        <w:rPr>
          <w:sz w:val="20"/>
        </w:rPr>
        <w:t>41:44  Sanctify kar liya is ko.</w:t>
      </w:r>
      <w:r>
        <w:br/>
      </w:r>
      <w:r>
        <w:rPr>
          <w:sz w:val="20"/>
        </w:rPr>
        <w:t>41:49  aur woh bhi un ko aik acha kaam ban gaya un ke liye.</w:t>
      </w:r>
      <w:r>
        <w:br/>
      </w:r>
      <w:r>
        <w:rPr>
          <w:sz w:val="20"/>
        </w:rPr>
        <w:t>41:54  to bohat bara masla hai yeh ke log reassess karen, log revise karen, phir se sochen.</w:t>
      </w:r>
      <w:r>
        <w:br/>
      </w:r>
      <w:r>
        <w:rPr>
          <w:sz w:val="20"/>
        </w:rPr>
        <w:t>41:59  bohat bara masla</w:t>
      </w:r>
    </w:p>
    <w:p>
      <w:pPr>
        <w:pStyle w:val="Heading2"/>
      </w:pPr>
      <w:r>
        <w:t>Bul to apna bul – stay within your limits</w:t>
      </w:r>
    </w:p>
    <w:p>
      <w:r>
        <w:rPr>
          <w:color w:val="666666"/>
          <w:sz w:val="18"/>
        </w:rPr>
        <w:t>The Secret of Success 5 Feb, 2008 - Maulana Wahiduddin Khan · 2m 38s · at 9:49 · https://youtu.be/aI0KGyoK7NM?t=589</w:t>
      </w:r>
    </w:p>
    <w:p>
      <w:r>
        <w:rPr>
          <w:i/>
        </w:rPr>
        <w:t>“Ek formola main bataata hoon jo har aadmi ke liye kaar-aamad hai”</w:t>
      </w:r>
    </w:p>
    <w:p>
      <w:r>
        <w:rPr>
          <w:sz w:val="20"/>
        </w:rPr>
        <w:t>9:49  mein batata hoon jo har aadmi ke liye karamad hai. yeh aik maqoola hai, aik kahawat hai. is kahawat ke peechay</w:t>
      </w:r>
      <w:r>
        <w:br/>
      </w:r>
      <w:r>
        <w:rPr>
          <w:sz w:val="20"/>
        </w:rPr>
        <w:t>10:04  lambi yeh</w:t>
      </w:r>
      <w:r>
        <w:br/>
      </w:r>
      <w:r>
        <w:rPr>
          <w:sz w:val="20"/>
        </w:rPr>
        <w:t>10:13  maqoolah maine suna tha jab main bachpan mein tha, gaon mein. to dehaat ke logon se maine yeh maqoolah suna tha.</w:t>
      </w:r>
      <w:r>
        <w:br/>
      </w:r>
      <w:r>
        <w:rPr>
          <w:sz w:val="20"/>
        </w:rPr>
        <w:t>10:25  aur main samajhta hoon ke bahut hi achha maqoolah hai. maqoolah mani kahawat.</w:t>
      </w:r>
      <w:r>
        <w:br/>
      </w:r>
      <w:r>
        <w:rPr>
          <w:sz w:val="20"/>
        </w:rPr>
        <w:t>10:33  woh kya? "bil to apna bil". hamare ek buzurg the, hamare gaon mein.</w:t>
      </w:r>
      <w:r>
        <w:br/>
      </w:r>
      <w:r>
        <w:rPr>
          <w:sz w:val="20"/>
        </w:rPr>
        <w:t>10:42  woh kehte the ke "bil to apna bil". is ka matlab hai ke apni taqat par bharosa karo.</w:t>
      </w:r>
      <w:r>
        <w:br/>
      </w:r>
      <w:r>
        <w:rPr>
          <w:sz w:val="20"/>
        </w:rPr>
        <w:t>10:53  doosre ke bharose kabhi bhi koi mansooba na banao. doosre ke bharose par koi chhalang mat lagao.</w:t>
      </w:r>
      <w:r>
        <w:br/>
      </w:r>
      <w:r>
        <w:rPr>
          <w:sz w:val="20"/>
        </w:rPr>
        <w:t>11:06  wohi karo jis ka tumhare paas zarea maujood hai. wahi karo jis ki taqat tumhare andar maujood hai.</w:t>
      </w:r>
      <w:r>
        <w:br/>
      </w:r>
      <w:r>
        <w:rPr>
          <w:sz w:val="20"/>
        </w:rPr>
        <w:t>11:19  to woh kaha karte the ke "bil to apna bil". jo apne bas mein hai, bas usi ke hisab se mansooba bandi karo.</w:t>
      </w:r>
      <w:r>
        <w:br/>
      </w:r>
      <w:r>
        <w:rPr>
          <w:sz w:val="20"/>
        </w:rPr>
        <w:t>11:30  is se zyada ki nahin. to woh kehte the ke agar tumhare paas cycle kharidne ka paisa hai to bazaar mein jao car kharidne ke liye.</w:t>
      </w:r>
      <w:r>
        <w:br/>
      </w:r>
      <w:r>
        <w:rPr>
          <w:sz w:val="20"/>
        </w:rPr>
        <w:t>11:43  to zahir hai ke car nahin milegi tum ko. aur agar tumhare paas car kharidne ka paisa hai aur tum jao khwahishat kharidne to tum ko khwahishat nahin milengi.</w:t>
      </w:r>
      <w:r>
        <w:br/>
      </w:r>
      <w:r>
        <w:rPr>
          <w:sz w:val="20"/>
        </w:rPr>
        <w:t>11:56  to aisi mansooba bandi kyun karen?</w:t>
      </w:r>
      <w:r>
        <w:br/>
      </w:r>
      <w:r>
        <w:rPr>
          <w:sz w:val="20"/>
        </w:rPr>
        <w:t>12:01  aap aisi mansooba bandi kyun karen?</w:t>
      </w:r>
      <w:r>
        <w:br/>
      </w:r>
      <w:r>
        <w:rPr>
          <w:sz w:val="20"/>
        </w:rPr>
        <w:t>12:06  to aadmi ko qabil-e-istemal had par rehna chahiye.</w:t>
      </w:r>
      <w:r>
        <w:br/>
      </w:r>
      <w:r>
        <w:rPr>
          <w:sz w:val="20"/>
        </w:rPr>
        <w:t>12:13  apne apni jo tawanai hai, apna jo paisa hai, apni jo taqat hai, apne jo wasail hain, us ke daire mein aadmi ko rehna chahiye.</w:t>
      </w:r>
    </w:p>
    <w:p>
      <w:pPr>
        <w:pStyle w:val="Heading2"/>
      </w:pPr>
      <w:r>
        <w:t>Losing a business becomes a bigger opportunity elsewhere</w:t>
      </w:r>
    </w:p>
    <w:p>
      <w:r>
        <w:rPr>
          <w:color w:val="666666"/>
          <w:sz w:val="18"/>
        </w:rPr>
        <w:t>Importance of Shukr (Thankfulness) July 24, 2022 · 1m 40s · at 54:12 · https://youtu.be/MgWNIv0k1sk?t=3252</w:t>
      </w:r>
    </w:p>
    <w:p>
      <w:r>
        <w:rPr>
          <w:i/>
        </w:rPr>
        <w:t>“Hamare ek rishtedar the, unki apni company thi”</w:t>
      </w:r>
    </w:p>
    <w:p>
      <w:r>
        <w:rPr>
          <w:sz w:val="20"/>
        </w:rPr>
        <w:t>54:12  to ek baar hamare ek rishtedar the, wo un ko fact, un ki apni company thi, us mein kuch problem hua, kuch jhagda ho gaya, to wo chhod kar company ko chale aae.</w:t>
      </w:r>
      <w:r>
        <w:br/>
      </w:r>
      <w:r>
        <w:rPr>
          <w:sz w:val="20"/>
        </w:rPr>
        <w:t>54:24  to bohat zyada wo negative ho rahe the ke "main ne company banai thi, sari mehnat maine ki thi, ab logon ne mujhe pareshan kiya, mujhe chhodna pada company ko.</w:t>
      </w:r>
      <w:r>
        <w:br/>
      </w:r>
      <w:r>
        <w:rPr>
          <w:sz w:val="20"/>
        </w:rPr>
        <w:t>54:34  " to Maulana ne apni diary mein likha ke kabhi aisa hota hai ke mali jo hai, wo paudhe ko ek jagah se ukhadta hai, us ko kisi doosri behtar jagah lagane ke liye, nasb karne ke liye.</w:t>
      </w:r>
      <w:r>
        <w:br/>
      </w:r>
      <w:r>
        <w:rPr>
          <w:sz w:val="20"/>
        </w:rPr>
        <w:t>54:47  to wahi hua, wo phir wo bahar chale gaye, aur bahar unhon ne is se bohat zyada bada business kiya. to waqti taur par aisa ho sakta hai ke hamein kuch problem ho jaye, kuch takleef ho jaye,</w:t>
      </w:r>
      <w:r>
        <w:br/>
      </w:r>
      <w:r>
        <w:rPr>
          <w:sz w:val="20"/>
        </w:rPr>
        <w:t>54:59  to is se bhi hamein negative nahi hona hai. kyunke ho sakta hai ke Allah taala ke liye hamare, hum Allah taala ke haan, hamare liye koi zyada bada plan ho.</w:t>
      </w:r>
      <w:r>
        <w:br/>
      </w:r>
      <w:r>
        <w:rPr>
          <w:sz w:val="20"/>
        </w:rPr>
        <w:t>55:08  abhi jo hum program kar ho raha tha Hazrat Yusuf par ke Hazrat Yusuf ko jab kunwein mein daal diya gaya tha, to wo us waqt unhon ne thodi socha hoga ke kal wo wahan badshah ke, badshah ke takht ke baad un ki doosri jagah milegi un ko.</w:t>
      </w:r>
      <w:r>
        <w:br/>
      </w:r>
      <w:r>
        <w:rPr>
          <w:sz w:val="20"/>
        </w:rPr>
        <w:t>55:24  to Allah taala ke paas kisi cheez ki</w:t>
      </w:r>
      <w:r>
        <w:br/>
      </w:r>
      <w:r>
        <w:rPr>
          <w:sz w:val="20"/>
        </w:rPr>
        <w:t>55:28  kami nahi hai, bas hamein shukr karna hai aur Khuda se dua karni hai, to wo sab kuch hamein aur mazeed mil jayega.</w:t>
      </w:r>
      <w:r>
        <w:br/>
      </w:r>
      <w:r>
        <w:rPr>
          <w:sz w:val="20"/>
        </w:rPr>
        <w:t>55:38  ji apa, aakhri sawal poochne se pehle do comments parhna chahunga. ye bohat hi pyare comments hain. Sadia Ajmal sahiba ne likha hai: "Mashاءاللہ, listening from Islamabad.</w:t>
      </w:r>
    </w:p>
    <w:p>
      <w:pPr>
        <w:pStyle w:val="Heading2"/>
      </w:pPr>
      <w:r>
        <w:t>Patience as entry point and first condition</w:t>
      </w:r>
    </w:p>
    <w:p>
      <w:r>
        <w:rPr>
          <w:color w:val="666666"/>
          <w:sz w:val="18"/>
        </w:rPr>
        <w:t>Become Alert at Satan's Negative Influence Dec 14 2019 - Maulana Wahiduddin Khan · 1m 57s · at 2:36 · https://youtu.be/njCxCpiLQ60?t=156</w:t>
      </w:r>
    </w:p>
    <w:p>
      <w:r>
        <w:rPr>
          <w:i/>
        </w:rPr>
        <w:t>“Dekhiye, meri samajh ke mutabiq”</w:t>
      </w:r>
    </w:p>
    <w:p>
      <w:r>
        <w:rPr>
          <w:sz w:val="20"/>
        </w:rPr>
        <w:t>2:36  dekhein, meri samajh ke mutabiq</w:t>
      </w:r>
      <w:r>
        <w:br/>
      </w:r>
      <w:r>
        <w:rPr>
          <w:sz w:val="20"/>
        </w:rPr>
        <w:t>2:45  sabr</w:t>
      </w:r>
      <w:r>
        <w:br/>
      </w:r>
      <w:r>
        <w:rPr>
          <w:sz w:val="20"/>
        </w:rPr>
        <w:t>2:50  tazkiya ka entry point hai.</w:t>
      </w:r>
      <w:r>
        <w:br/>
      </w:r>
      <w:r>
        <w:rPr>
          <w:sz w:val="20"/>
        </w:rPr>
        <w:t>2:56  sabr hai to tazkiya nahi hai.</w:t>
      </w:r>
      <w:r>
        <w:br/>
      </w:r>
      <w:r>
        <w:rPr>
          <w:sz w:val="20"/>
        </w:rPr>
        <w:t>3:01  kyunke jo aadmi sabr na kare to us ne</w:t>
      </w:r>
      <w:r>
        <w:br/>
      </w:r>
      <w:r>
        <w:rPr>
          <w:sz w:val="20"/>
        </w:rPr>
        <w:t>3:11  apne darwaze ko band rakha.</w:t>
      </w:r>
      <w:r>
        <w:br/>
      </w:r>
      <w:r>
        <w:rPr>
          <w:sz w:val="20"/>
        </w:rPr>
        <w:t>3:18  ma'refat ke</w:t>
      </w:r>
      <w:r>
        <w:br/>
      </w:r>
      <w:r>
        <w:rPr>
          <w:sz w:val="20"/>
        </w:rPr>
        <w:t>3:26  ka darwaza tha, us ko band rakha.</w:t>
      </w:r>
      <w:r>
        <w:br/>
      </w:r>
      <w:r>
        <w:rPr>
          <w:sz w:val="20"/>
        </w:rPr>
        <w:t>3:35  kyunke dekhein, insaan har lamha, har lamha,</w:t>
      </w:r>
      <w:r>
        <w:br/>
      </w:r>
      <w:r>
        <w:rPr>
          <w:sz w:val="20"/>
        </w:rPr>
        <w:t>3:45  insaan ke andar har lamha koi na koi manfi baat aati hai. kyunke shaitan 24 ghante un ke sath laga hua hai.</w:t>
      </w:r>
      <w:r>
        <w:br/>
      </w:r>
      <w:r>
        <w:rPr>
          <w:sz w:val="20"/>
        </w:rPr>
        <w:t>4:00  to shaitan aadmi ke andar kisi na kisi manfi baat ko batata hai.</w:t>
      </w:r>
      <w:r>
        <w:br/>
      </w:r>
      <w:r>
        <w:rPr>
          <w:sz w:val="20"/>
        </w:rPr>
        <w:t>4:10  to insaan ka pehla kaam yeh hai ke yeh jaane ke kahan shaitan ne us par hamla kar diya hai.</w:t>
      </w:r>
      <w:r>
        <w:br/>
      </w:r>
      <w:r>
        <w:rPr>
          <w:sz w:val="20"/>
        </w:rPr>
        <w:t>4:27  yeh pehli shart hai.</w:t>
      </w:r>
    </w:p>
    <w:p>
      <w:pPr>
        <w:pStyle w:val="Heading2"/>
      </w:pPr>
      <w:r>
        <w:t>Teacher's humility and introspection</w:t>
      </w:r>
    </w:p>
    <w:p>
      <w:r>
        <w:rPr>
          <w:color w:val="666666"/>
          <w:sz w:val="18"/>
        </w:rPr>
        <w:t>When God's Name is Invoked December 21, 2019 - Interaction with Maulana Wahiduddin Khan, · 2m 41s · at 25:56 · https://youtu.be/jgNjICoo-Cw?t=1556</w:t>
      </w:r>
    </w:p>
    <w:p>
      <w:r>
        <w:rPr>
          <w:i/>
        </w:rPr>
        <w:t>“Mujhe ek waqia yaad aata hai Deoband ka.”</w:t>
      </w:r>
    </w:p>
    <w:p>
      <w:r>
        <w:rPr>
          <w:sz w:val="20"/>
        </w:rPr>
        <w:t>25:56  Deoband mein ek aalim the, bohat bare aalim the wo. to hamare, hum jahan jis gaon ka rehne wala tha, mein wahan ke ek sahab the, to wo unke shagirad the,</w:t>
      </w:r>
      <w:r>
        <w:br/>
      </w:r>
      <w:r>
        <w:rPr>
          <w:sz w:val="20"/>
        </w:rPr>
        <w:t>26:12  shagirad the unke. to unhon ne bataya apna waqia ke jab parhte the Deoband mein to wahan ek ek hadith par baat hui.</w:t>
      </w:r>
      <w:r>
        <w:br/>
      </w:r>
      <w:r>
        <w:rPr>
          <w:sz w:val="20"/>
        </w:rPr>
        <w:t>26:24  to aalim ne us hadith ka ek ek matlab bataya. to yeh jo the,</w:t>
      </w:r>
      <w:r>
        <w:br/>
      </w:r>
      <w:r>
        <w:rPr>
          <w:sz w:val="20"/>
        </w:rPr>
        <w:t>26:35  us jo student jo the, unhon ne ikhtilaf kiya ke agar yeh nahi hai, masla is tarah nahi, is tarah hai.</w:t>
      </w:r>
      <w:r>
        <w:br/>
      </w:r>
      <w:r>
        <w:rPr>
          <w:sz w:val="20"/>
        </w:rPr>
        <w:t>26:45  isi par khatam hoga class,</w:t>
      </w:r>
      <w:r>
        <w:br/>
      </w:r>
      <w:r>
        <w:rPr>
          <w:sz w:val="20"/>
        </w:rPr>
        <w:t>26:49  log chale gaye apne apne kamre mein.</w:t>
      </w:r>
      <w:r>
        <w:br/>
      </w:r>
      <w:r>
        <w:rPr>
          <w:sz w:val="20"/>
        </w:rPr>
        <w:t>26:52  phir bataya unhon ne,</w:t>
      </w:r>
      <w:r>
        <w:br/>
      </w:r>
      <w:r>
        <w:rPr>
          <w:sz w:val="20"/>
        </w:rPr>
        <w:t>26:55  woh hamare padosi the, woh keh raat ko jab hum isha ki namaz padh kar kamre mein aaye</w:t>
      </w:r>
      <w:r>
        <w:br/>
      </w:r>
      <w:r>
        <w:rPr>
          <w:sz w:val="20"/>
        </w:rPr>
        <w:t>27:02  aur kamre mein aa kar hum ne</w:t>
      </w:r>
      <w:r>
        <w:br/>
      </w:r>
      <w:r>
        <w:rPr>
          <w:sz w:val="20"/>
        </w:rPr>
        <w:t>27:07  bed par chale gaye to bed par</w:t>
      </w:r>
      <w:r>
        <w:br/>
      </w:r>
      <w:r>
        <w:rPr>
          <w:sz w:val="20"/>
        </w:rPr>
        <w:t>27:12  jane ke baad</w:t>
      </w:r>
      <w:r>
        <w:br/>
      </w:r>
      <w:r>
        <w:rPr>
          <w:sz w:val="20"/>
        </w:rPr>
        <w:t>27:15  hum ne suna ke darwaze pe, darwaze pe koi knock kar raha hai,</w:t>
      </w:r>
      <w:r>
        <w:br/>
      </w:r>
      <w:r>
        <w:rPr>
          <w:sz w:val="20"/>
        </w:rPr>
        <w:t>27:21  koi naak kar raha hai. to jo student the, jo mere shagir, mere janne wale the, unhon ne kaha ke hum jab bahar nikle to wahi ustad bahar khade hue the, halanki bahut senior ustad the woh.</w:t>
      </w:r>
      <w:r>
        <w:br/>
      </w:r>
      <w:r>
        <w:rPr>
          <w:sz w:val="20"/>
        </w:rPr>
        <w:t>27:38  is student ke muqable mein un ki koi hesiyat nahi thi bazahir. to unhon ne bataya mujh ko ke woh</w:t>
      </w:r>
      <w:r>
        <w:br/>
      </w:r>
      <w:r>
        <w:rPr>
          <w:sz w:val="20"/>
        </w:rPr>
        <w:t>27:51  mere darwaze, mere kamre ke darwaze ke bahar khade hue hain. unhon ne kaha tareeqa aisa hai ke talba ko molvi sahib, molvi sahib kar ke baat karte the, molvi sahib, molvi sahib.</w:t>
      </w:r>
      <w:r>
        <w:br/>
      </w:r>
      <w:r>
        <w:rPr>
          <w:sz w:val="20"/>
        </w:rPr>
        <w:t>28:07  to unhon ne kaha molvi sahib, molvi sahib, woh baat wahi hai jo aap keh rahe the, main mujh se bhool hui.</w:t>
      </w:r>
      <w:r>
        <w:br/>
      </w:r>
      <w:r>
        <w:rPr>
          <w:sz w:val="20"/>
        </w:rPr>
        <w:t>28:17  molvi sahib, molvi sahib, woh baat wahi thi, wahi matlab tha, aur phir chale gaye. to is ka, is ki wajah maine socha ke baat kehne ke baad ek cheez aur aati hai, aur woh hai muhasba, introspection.</w:t>
      </w:r>
    </w:p>
    <w:p>
      <w:pPr>
        <w:pStyle w:val="Heading2"/>
      </w:pPr>
      <w:r>
        <w:t>Religious show without progress due to missing link</w:t>
      </w:r>
    </w:p>
    <w:p>
      <w:r>
        <w:rPr>
          <w:color w:val="666666"/>
          <w:sz w:val="18"/>
        </w:rPr>
        <w:t>The Importance of Non Confrontational Method, | August 29, 2010 · 1m 32s · at 31:20 · https://youtu.be/8ZGB0tWQtg8?t=1880</w:t>
      </w:r>
    </w:p>
    <w:p>
      <w:r>
        <w:rPr>
          <w:i/>
        </w:rPr>
        <w:t>“There is a lot of show of Ramadan and Hajj.”</w:t>
      </w:r>
    </w:p>
    <w:p>
      <w:r>
        <w:rPr>
          <w:sz w:val="20"/>
        </w:rPr>
        <w:t>31:20  sab kuch hai musalmanon mein.</w:t>
      </w:r>
      <w:r>
        <w:br/>
      </w:r>
      <w:r>
        <w:rPr>
          <w:sz w:val="20"/>
        </w:rPr>
        <w:t>31:25  ab Ramzan mein roze ki dhoom hai.</w:t>
      </w:r>
      <w:r>
        <w:br/>
      </w:r>
      <w:r>
        <w:rPr>
          <w:sz w:val="20"/>
        </w:rPr>
        <w:t>31:29  aaj kal jahan jaiye Ramzan ki dhoom milegi.</w:t>
      </w:r>
      <w:r>
        <w:br/>
      </w:r>
      <w:r>
        <w:rPr>
          <w:sz w:val="20"/>
        </w:rPr>
        <w:t>31:34  Ramzan ki dhoom hai, masjidon mein jayen to namaz ki dhoom hai.</w:t>
      </w:r>
      <w:r>
        <w:br/>
      </w:r>
      <w:r>
        <w:rPr>
          <w:sz w:val="20"/>
        </w:rPr>
        <w:t>31:38  ab Mecca jayen hajj ke zamane mein to wahan hajj ki dhoom hai.</w:t>
      </w:r>
      <w:r>
        <w:br/>
      </w:r>
      <w:r>
        <w:rPr>
          <w:sz w:val="20"/>
        </w:rPr>
        <w:t>31:43  har jagah dhoom hi dhoom hai.</w:t>
      </w:r>
      <w:r>
        <w:br/>
      </w:r>
      <w:r>
        <w:rPr>
          <w:sz w:val="20"/>
        </w:rPr>
        <w:t>31:47  to namaz ki dhoom, roze ki dhoom, hajj ki dhoom,</w:t>
      </w:r>
      <w:r>
        <w:br/>
      </w:r>
      <w:r>
        <w:rPr>
          <w:sz w:val="20"/>
        </w:rPr>
        <w:t>31:51  madrason ki dhoom, masjidon ki dhoom.</w:t>
      </w:r>
      <w:r>
        <w:br/>
      </w:r>
      <w:r>
        <w:rPr>
          <w:sz w:val="20"/>
        </w:rPr>
        <w:t>31:57  sirf dhoom hi dhoom har jagah hai.</w:t>
      </w:r>
      <w:r>
        <w:br/>
      </w:r>
      <w:r>
        <w:rPr>
          <w:sz w:val="20"/>
        </w:rPr>
        <w:t>32:02  phir musalman kyun taraqqi nahi kar rahe? phir kyun shikayatein un ko hain? jab hajj ki dhoom hai</w:t>
      </w:r>
      <w:r>
        <w:br/>
      </w:r>
      <w:r>
        <w:rPr>
          <w:sz w:val="20"/>
        </w:rPr>
        <w:t>32:07  to shikayat kyun hai? phir taraqqi ruki hui kyun hai? to is ki wajah yeh ek link miss</w:t>
      </w:r>
      <w:r>
        <w:br/>
      </w:r>
      <w:r>
        <w:rPr>
          <w:sz w:val="20"/>
        </w:rPr>
        <w:t>32:12  kar rahi hai.</w:t>
      </w:r>
      <w:r>
        <w:br/>
      </w:r>
      <w:r>
        <w:rPr>
          <w:sz w:val="20"/>
        </w:rPr>
        <w:t>32:17  woh hai sulah. Adjustment</w:t>
      </w:r>
      <w:r>
        <w:br/>
      </w:r>
      <w:r>
        <w:rPr>
          <w:sz w:val="20"/>
        </w:rPr>
        <w:t>32:22  .</w:t>
      </w:r>
      <w:r>
        <w:br/>
      </w:r>
      <w:r>
        <w:rPr>
          <w:sz w:val="20"/>
        </w:rPr>
        <w:t>32:26  takrao na karna.</w:t>
      </w:r>
      <w:r>
        <w:br/>
      </w:r>
      <w:r>
        <w:rPr>
          <w:sz w:val="20"/>
        </w:rPr>
        <w:t>32:31  Opportunity ko, opportunity ko talash kar ke us ko avail karna.</w:t>
      </w:r>
      <w:r>
        <w:br/>
      </w:r>
      <w:r>
        <w:rPr>
          <w:sz w:val="20"/>
        </w:rPr>
        <w:t>32:35  yeh yeh yeh link miss kar gayi hai.</w:t>
      </w:r>
      <w:r>
        <w:br/>
      </w:r>
      <w:r>
        <w:rPr>
          <w:sz w:val="20"/>
        </w:rPr>
        <w:t>32:40  to mein samajhta hoon ke.</w:t>
      </w:r>
      <w:r>
        <w:br/>
      </w:r>
      <w:r>
        <w:rPr>
          <w:sz w:val="20"/>
        </w:rPr>
        <w:t>32:44  aur is ki wajah se kya hai? Starting point hi logon ko nahin maloom.</w:t>
      </w:r>
      <w:r>
        <w:br/>
      </w:r>
      <w:r>
        <w:rPr>
          <w:sz w:val="20"/>
        </w:rPr>
        <w:t>32:48  aap ghor kijiye ke mujhe yahan se farz kijiye ke jana hai faridabad.</w:t>
      </w:r>
    </w:p>
    <w:p>
      <w:pPr>
        <w:pStyle w:val="Heading2"/>
      </w:pPr>
      <w:r>
        <w:t>Flogging people into honesty isn't real morality</w:t>
      </w:r>
    </w:p>
    <w:p>
      <w:r>
        <w:rPr>
          <w:color w:val="666666"/>
          <w:sz w:val="18"/>
        </w:rPr>
        <w:t>Ethical Values in Islam, June 19, 2008 · 2m 52s · at 38:31 · https://youtu.be/2yPff80nSBY?t=2311</w:t>
      </w:r>
    </w:p>
    <w:p>
      <w:r>
        <w:rPr>
          <w:i/>
        </w:rPr>
        <w:t>“Some say moral values need political power to be followed”</w:t>
      </w:r>
    </w:p>
    <w:p>
      <w:r>
        <w:rPr>
          <w:sz w:val="20"/>
        </w:rPr>
        <w:t>38:31  wo kehte hain ke jab tak political role jo hai, wo islam ke hath mein na ho, tab tak is ke mile values ko bhi koi follow karne wala nahi hai.</w:t>
      </w:r>
      <w:r>
        <w:br/>
      </w:r>
      <w:r>
        <w:rPr>
          <w:sz w:val="20"/>
        </w:rPr>
        <w:t>38:44  to is wajah se political role par hamein qabza karna hai. mein is ko bilkul baseless samajhta hoon. haqeeqat yeh hai ke wo mile values, mile values hi nahi hain jo impose kar ke hasil hon.</w:t>
      </w:r>
      <w:r>
        <w:br/>
      </w:r>
      <w:r>
        <w:rPr>
          <w:sz w:val="20"/>
        </w:rPr>
        <w:t>39:02  yani koda maar kar ke aap kisi ko sach bulwayen to wo ikhlaqi baat to hui nahi. yani flogging kar ke agar aap kisi ko majboor karen ke tum sach bolo to wo to kuch bhi nahi hai.</w:t>
      </w:r>
      <w:r>
        <w:br/>
      </w:r>
      <w:r>
        <w:rPr>
          <w:sz w:val="20"/>
        </w:rPr>
        <w:t>39:18  ikhlaq ke dekhiye, principle jo hain, jo mile values hain, wo hamesha by choice hoti hain.</w:t>
      </w:r>
      <w:r>
        <w:br/>
      </w:r>
      <w:r>
        <w:rPr>
          <w:sz w:val="20"/>
        </w:rPr>
        <w:t>39:26  by choice, free choice ke sath jab aap karen, tabhi aap ko is ka reward milega.</w:t>
      </w:r>
      <w:r>
        <w:br/>
      </w:r>
      <w:r>
        <w:rPr>
          <w:sz w:val="20"/>
        </w:rPr>
        <w:t>39:36  tabhi yeh mana jayega ke aap ne ikhlaqi taleem par amal kiya, warna kuch bhi nahi, is ki koi haqeeqat hi nahi hai. dande ke zor par to aap jante hain ke animal bhi wahi karega jo aap kahenge.</w:t>
      </w:r>
      <w:r>
        <w:br/>
      </w:r>
      <w:r>
        <w:rPr>
          <w:sz w:val="20"/>
        </w:rPr>
        <w:t>39:50  is ko matlab aik khet se woh paas ho raha hai,</w:t>
      </w:r>
      <w:r>
        <w:br/>
      </w:r>
      <w:r>
        <w:rPr>
          <w:sz w:val="20"/>
        </w:rPr>
        <w:t>39:56  animal ja raha hai, wahan par aik hara bhara khet hai to woh us ke andar munh daal de ga, khane lage ga. Albata malik ke hath mein agar kora hai, woh kora baar kar ke usay roke,</w:t>
      </w:r>
      <w:r>
        <w:br/>
      </w:r>
      <w:r>
        <w:rPr>
          <w:sz w:val="20"/>
        </w:rPr>
        <w:t>40:10  tab ruk jaye ga. Woh to animal jo hai, kora barne se rukay ga ke doosre ka baal woh na lay. Lekin is ko aap jante hain ke koi is ko moral credit nahi mile ga.</w:t>
      </w:r>
      <w:r>
        <w:br/>
      </w:r>
      <w:r>
        <w:rPr>
          <w:sz w:val="20"/>
        </w:rPr>
        <w:t>40:27  Aisi agar insan ka mamla ho ke aap political role par qabza karen, apni hukoomat banayen, is ko aap flogging kar ke kore baar baar kar ke logon se kahen ke tum akhlaqi values ko apnao,</w:t>
      </w:r>
      <w:r>
        <w:br/>
      </w:r>
      <w:r>
        <w:rPr>
          <w:sz w:val="20"/>
        </w:rPr>
        <w:t>40:40  is ke mani to yeh to animalization of mind ho jaye ga.</w:t>
      </w:r>
      <w:r>
        <w:br/>
      </w:r>
      <w:r>
        <w:rPr>
          <w:sz w:val="20"/>
        </w:rPr>
        <w:t>40:47  Aisa akhlaq kis kaam ka? Aisay akhlaqi values ko follow karna kis kaam ka?</w:t>
      </w:r>
      <w:r>
        <w:br/>
      </w:r>
      <w:r>
        <w:rPr>
          <w:sz w:val="20"/>
        </w:rPr>
        <w:t>40:57  Dekhiye, akhlaqi value wohi hai, akhlaqi character wohi hai jo jis ko aap apni azadi ke sath karen, apni choice ke tor par karen.</w:t>
      </w:r>
      <w:r>
        <w:br/>
      </w:r>
      <w:r>
        <w:rPr>
          <w:sz w:val="20"/>
        </w:rPr>
        <w:t>41:10  Koi is mein compulsion na ho to compulsive morality is nothing, compulsive ethics is nothing.</w:t>
      </w:r>
    </w:p>
    <w:p>
      <w:pPr>
        <w:pStyle w:val="Heading2"/>
      </w:pPr>
      <w:r>
        <w:t>A visitor demands a 'practical program', Maulana's reply</w:t>
      </w:r>
    </w:p>
    <w:p>
      <w:r>
        <w:rPr>
          <w:color w:val="666666"/>
          <w:sz w:val="18"/>
        </w:rPr>
        <w:t>Human Values · 2m 19s · at 10:23 · https://youtu.be/Art0kheDD40?t=623</w:t>
      </w:r>
    </w:p>
    <w:p>
      <w:r>
        <w:rPr>
          <w:i/>
        </w:rPr>
        <w:t>“Ek saahab aaye, kaha aapke paas practical program nahi hai”</w:t>
      </w:r>
    </w:p>
    <w:p>
      <w:r>
        <w:rPr>
          <w:sz w:val="20"/>
        </w:rPr>
        <w:t>10:23  to is ka is ka matlab kya hua? ke is ka matlab yeh hua ke reform begin from mind.</w:t>
      </w:r>
      <w:r>
        <w:br/>
      </w:r>
      <w:r>
        <w:rPr>
          <w:sz w:val="20"/>
        </w:rPr>
        <w:t>10:33  mere paas kal parson ek sahab aaye, unhone kaha ke aap shanti aur spirituality ki baatein karte hain, lekin koi practical program to aap ke paas hai nahin.</w:t>
      </w:r>
      <w:r>
        <w:br/>
      </w:r>
      <w:r>
        <w:rPr>
          <w:sz w:val="20"/>
        </w:rPr>
        <w:t>10:44  woh practical program samajhte hain ke geer bhaad ikattha ki jaye aur kuch nara jhanda kiya jaye, to samajhte hain ke practical program hai.</w:t>
      </w:r>
      <w:r>
        <w:br/>
      </w:r>
      <w:r>
        <w:rPr>
          <w:sz w:val="20"/>
        </w:rPr>
        <w:t>10:54  to main ne kaha ke aap program ko sirf physical level par jaante hain. physical activities ko aap program sochte hain. intellectual activities is se bada program hai, us ko aap jaante hain.</w:t>
      </w:r>
      <w:r>
        <w:br/>
      </w:r>
      <w:r>
        <w:rPr>
          <w:sz w:val="20"/>
        </w:rPr>
        <w:t>11:09  to mera mission jo hai, us mein main kya karta hoon? physical level ki activities jo hai, us mein main believe nahin karta. main believe karta hoon intellectual activities mein.</w:t>
      </w:r>
      <w:r>
        <w:br/>
      </w:r>
      <w:r>
        <w:rPr>
          <w:sz w:val="20"/>
        </w:rPr>
        <w:t>11:20  to mera mission jo hai, woh mind ki engineering mein karta hoon. ins human mind ki main engineering karta hoon. yaani art of thinking lata hoon us ke andar.</w:t>
      </w:r>
      <w:r>
        <w:br/>
      </w:r>
      <w:r>
        <w:rPr>
          <w:sz w:val="20"/>
        </w:rPr>
        <w:t>11:33  right thinking kaise hai us ke andar? positive thinking kaise aaye? yeh saari cheezein. to main mind ko banata hoon. to un ki samajh mein nahin aaya ke koi practical program nahin dekha ho.</w:t>
      </w:r>
      <w:r>
        <w:br/>
      </w:r>
      <w:r>
        <w:rPr>
          <w:sz w:val="20"/>
        </w:rPr>
        <w:t>11:46  unhone koi physical activities nahin dekhi unhone.</w:t>
      </w:r>
      <w:r>
        <w:br/>
      </w:r>
      <w:r>
        <w:rPr>
          <w:sz w:val="20"/>
        </w:rPr>
        <w:t>11:51  to isi liye aap maine un se kaha ke dekhein aap yeh logon ko aap sochte hain ke unhone program chalaya practical. unhone result dekhiye result. to result kuch bhi nahin.</w:t>
      </w:r>
      <w:r>
        <w:br/>
      </w:r>
      <w:r>
        <w:rPr>
          <w:sz w:val="20"/>
        </w:rPr>
        <w:t>12:03  main ne kaha ke result dikhta hi hai aap. woh khud ek kisi sansta jode hue the.</w:t>
      </w:r>
      <w:r>
        <w:br/>
      </w:r>
      <w:r>
        <w:rPr>
          <w:sz w:val="20"/>
        </w:rPr>
        <w:t>12:09  mein ne kaha aap is sansata ka koi aadmi mere paas laiye jis ko aap ne banaya hai achay tareeqay say. to aik aadmi bhi woh nahi kar sakay ke mein us ko la sakta hoon aap ke paas.</w:t>
      </w:r>
      <w:r>
        <w:br/>
      </w:r>
      <w:r>
        <w:rPr>
          <w:sz w:val="20"/>
        </w:rPr>
        <w:t>12:21  aur bheer bhaad khoob hai in ke haan. to mein yeh kahoon ga ke reform begin from mind.</w:t>
      </w:r>
      <w:r>
        <w:br/>
      </w:r>
      <w:r>
        <w:rPr>
          <w:sz w:val="20"/>
        </w:rPr>
        <w:t>12:31  mind ki aap engineering karen. mind ke level par logon ki deconditioning karen. mind ke level par aap un ko positive thinker banaen.</w:t>
      </w:r>
    </w:p>
    <w:p>
      <w:pPr>
        <w:pStyle w:val="Heading2"/>
      </w:pPr>
      <w:r>
        <w:t>Thinking through comparison and art of conversion</w:t>
      </w:r>
    </w:p>
    <w:p>
      <w:r>
        <w:rPr>
          <w:color w:val="666666"/>
          <w:sz w:val="18"/>
        </w:rPr>
        <w:t>From The Spiritual Tree 28 Nov, 2010 - Maulana Wahiduddin Khan · 2m 51s · at 24:01 · https://youtu.be/LDMY7FjQRIE?t=1441</w:t>
      </w:r>
    </w:p>
    <w:p>
      <w:r>
        <w:rPr>
          <w:i/>
        </w:rPr>
        <w:t>“Sochne ka ek bohat important principle hai comparison”</w:t>
      </w:r>
    </w:p>
    <w:p>
      <w:r>
        <w:rPr>
          <w:sz w:val="20"/>
        </w:rPr>
        <w:t>24:01  sochne ka ek bahut hi important jo principle hai, woh hai comparison. in comparison that we understand.</w:t>
      </w:r>
      <w:r>
        <w:br/>
      </w:r>
      <w:r>
        <w:rPr>
          <w:sz w:val="20"/>
        </w:rPr>
        <w:t>24:10  turaf al-ashya compare karein aap. jaise maine kaha ke aap compare karein ke aap ki jeb mein mobile hai.</w:t>
      </w:r>
      <w:r>
        <w:br/>
      </w:r>
      <w:r>
        <w:rPr>
          <w:sz w:val="20"/>
        </w:rPr>
        <w:t>24:20  aur within minute aap kahin se kahin baat karne lagte hain. aur doosri zabaan mein aisa mumkin nahin tha. to compare kar ke dekhiye.</w:t>
      </w:r>
      <w:r>
        <w:br/>
      </w:r>
      <w:r>
        <w:rPr>
          <w:sz w:val="20"/>
        </w:rPr>
        <w:t>24:31  ke aap kehte hain ke america dushman hai. to yeh sab kyun kar raha hai? america woh kaam kyun kar raha hai jo hadith mein aap ko bataya gaya hai ke basir-e-zamana bano.</w:t>
      </w:r>
      <w:r>
        <w:br/>
      </w:r>
      <w:r>
        <w:rPr>
          <w:sz w:val="20"/>
        </w:rPr>
        <w:t>24:42  ab woh aap ko apne kharch par basir-e-zamana bana rahe hain. yeh sochna. yeh sochna.</w:t>
      </w:r>
      <w:r>
        <w:br/>
      </w:r>
      <w:r>
        <w:rPr>
          <w:sz w:val="20"/>
        </w:rPr>
        <w:t>24:54  sochne ka kya kamaal hai? sochna ko main kahunga ke art of conversion.</w:t>
      </w:r>
      <w:r>
        <w:br/>
      </w:r>
      <w:r>
        <w:rPr>
          <w:sz w:val="20"/>
        </w:rPr>
        <w:t>25:01  art of conversion. yaani kisi item ko soch kar ke us ko minus ko plus banana. yeh sochna.</w:t>
      </w:r>
      <w:r>
        <w:br/>
      </w:r>
      <w:r>
        <w:rPr>
          <w:sz w:val="20"/>
        </w:rPr>
        <w:t>25:13  poora poora yeh jo nizam hai Khuda ka, yeh conversion par qaim hai. poora poora nizam. yaani aap pani peete hain, pani kya hai?</w:t>
      </w:r>
      <w:r>
        <w:br/>
      </w:r>
      <w:r>
        <w:rPr>
          <w:sz w:val="20"/>
        </w:rPr>
        <w:t>25:25  woh conversion hai. do gases convert ho gayin to pani ban gaya.</w:t>
      </w:r>
      <w:r>
        <w:br/>
      </w:r>
      <w:r>
        <w:rPr>
          <w:sz w:val="20"/>
        </w:rPr>
        <w:t>25:31  aap khana khate hain, woh kya hai? woh conversion hai. soil jo hai, convert ho gaya to woh ghung aur chawal ban gaya.</w:t>
      </w:r>
      <w:r>
        <w:br/>
      </w:r>
      <w:r>
        <w:rPr>
          <w:sz w:val="20"/>
        </w:rPr>
        <w:t>25:40  sab conversion hai. yeh jo yeh glass hai, yeh sheesha, sheesha conversion hai. ek pathar jo hai, convert hua to woh sheesha ban gaya, glass ban gaya.</w:t>
      </w:r>
      <w:r>
        <w:br/>
      </w:r>
      <w:r>
        <w:rPr>
          <w:sz w:val="20"/>
        </w:rPr>
        <w:t>25:53  jisko kehte hain silicon. to conversion par poora creation qaim hai.</w:t>
      </w:r>
      <w:r>
        <w:br/>
      </w:r>
      <w:r>
        <w:rPr>
          <w:sz w:val="20"/>
        </w:rPr>
        <w:t>26:02  sitare jo hain, suraj jo hai, kya hai? woh bhi matter convert ho gaya to roshni ban gayi.</w:t>
      </w:r>
      <w:r>
        <w:br/>
      </w:r>
      <w:r>
        <w:rPr>
          <w:sz w:val="20"/>
        </w:rPr>
        <w:t>26:11  to you have to learn the art of conversion.</w:t>
      </w:r>
      <w:r>
        <w:br/>
      </w:r>
      <w:r>
        <w:rPr>
          <w:sz w:val="20"/>
        </w:rPr>
        <w:t>26:17  tab shikayatein aur jo bhi negative item hai, inko aap convert karenge to har negative positive ban jayega.</w:t>
      </w:r>
      <w:r>
        <w:br/>
      </w:r>
      <w:r>
        <w:rPr>
          <w:sz w:val="20"/>
        </w:rPr>
        <w:t>26:26  har minus plus ban jayega. to sochne par jo quran ko aap padhein to</w:t>
      </w:r>
      <w:r>
        <w:br/>
      </w:r>
      <w:r>
        <w:rPr>
          <w:sz w:val="20"/>
        </w:rPr>
        <w:t>26:34  quran mein bhara hua hai ke socho, aql se kaam lo, ghor karo. tafakkur, tadabbur, ta'aqqul, tabassum, mukhtalif alfaaz mein.</w:t>
      </w:r>
    </w:p>
    <w:p>
      <w:pPr>
        <w:pStyle w:val="Heading2"/>
      </w:pPr>
      <w:r>
        <w:t>Using intellect in charity</w:t>
      </w:r>
    </w:p>
    <w:p>
      <w:r>
        <w:rPr>
          <w:color w:val="666666"/>
          <w:sz w:val="18"/>
        </w:rPr>
        <w:t>Interaction February 22, 2020 Maulana Wahiduddin Khan · 2m 47s · at 12:14 · https://youtu.be/s4MIiunBRxI?t=734</w:t>
      </w:r>
    </w:p>
    <w:p>
      <w:r>
        <w:rPr>
          <w:i/>
        </w:rPr>
        <w:t>“Quran says: Do not give your wealth to fools.”</w:t>
      </w:r>
    </w:p>
    <w:p>
      <w:r>
        <w:rPr>
          <w:sz w:val="20"/>
        </w:rPr>
        <w:t>12:14  nahi, is mamle mein to quran mein baqayda bataya hua hai, usool. la tutus safa amwalikum. kya alfaaz hain sab?</w:t>
      </w:r>
      <w:r>
        <w:br/>
      </w:r>
      <w:r>
        <w:rPr>
          <w:sz w:val="20"/>
        </w:rPr>
        <w:t>12:25  alfaaz kya hain? la tutus safa amwalikum.</w:t>
      </w:r>
      <w:r>
        <w:br/>
      </w:r>
      <w:r>
        <w:rPr>
          <w:sz w:val="20"/>
        </w:rPr>
        <w:t>12:38  la tutus safa amwalikum lati jalallahu lakum qiyaman. yaani nadanon ko apna maal na do. ye bahut aam, jiske mutalik maloom ho ki wo right way mein usko kharch karega, to do. lekin aapko ye samjhen ki</w:t>
      </w:r>
      <w:r>
        <w:br/>
      </w:r>
      <w:r>
        <w:rPr>
          <w:sz w:val="20"/>
        </w:rPr>
        <w:t>13:00  ye fuzool mein kharch karega. to mat dijiye aap, chahe aapka bhai kyun na ho. kyunki us quran mein khud hai ki ek taraf dene ki baat taalim hai, doosri taraf ye bhi hai ki la tutus safa amwalikum. dono taalim hain.</w:t>
      </w:r>
      <w:r>
        <w:br/>
      </w:r>
      <w:r>
        <w:rPr>
          <w:sz w:val="20"/>
        </w:rPr>
        <w:t>13:20  maslan, main aapko apna waqya batata hoon. main alamgarh mein tha, us zamane mein. to us zamane mein maine ek fund banaya tha, jo jo manga, usko diya jaye, jo manga, usko diya jaye.</w:t>
      </w:r>
      <w:r>
        <w:br/>
      </w:r>
      <w:r>
        <w:rPr>
          <w:sz w:val="20"/>
        </w:rPr>
        <w:t>13:37  to ek din ek aadmi aaya mere paas. to usne kaha ki main falan jagah se aaya tha, gorakhpur ya kahan se. to mere paas jitna paisa tha, meri jeb mein.</w:t>
      </w:r>
      <w:r>
        <w:br/>
      </w:r>
      <w:r>
        <w:rPr>
          <w:sz w:val="20"/>
        </w:rPr>
        <w:t>13:56  wo kisi ne nikaal liya, koi pocket maarne. to ab mere paas wapsi ke liye kiraya nahi hai. wapsi ke liye mere paas kiraya nahi hai. to maine kaha, bahut achha. kitna kiraya hota hai, aapko pata hai. to foreign maine unko kiraye ki poori rakam de di.</w:t>
      </w:r>
      <w:r>
        <w:br/>
      </w:r>
      <w:r>
        <w:rPr>
          <w:sz w:val="20"/>
        </w:rPr>
        <w:t>14:18  achha, ittefaq kya hua ki jis din maine unko di thi, to wo din mein ye waqea hua tha. to shaam ko maghrib ke waqt main masjid mein, kisi masjid mein namaz padhi, alamgarh mein. to wahi vaad bhi wahan maujood tha.</w:t>
      </w:r>
      <w:r>
        <w:br/>
      </w:r>
      <w:r>
        <w:rPr>
          <w:sz w:val="20"/>
        </w:rPr>
        <w:t>14:34  aur namaz khatm hui, to khada ho gaya. aur same baat dohrai usne ki bhaiyon, main musafir hoon, mera paisa kisi ne nikaal liya, mujhe jaana hai wapas.</w:t>
      </w:r>
      <w:r>
        <w:br/>
      </w:r>
      <w:r>
        <w:rPr>
          <w:sz w:val="20"/>
        </w:rPr>
        <w:t>14:50  to tab maine samjha ki kya mamla hai. us aadmi ko mila main namaz ke baad ki maine tumko paisa de diya tha, phir tumne sawal kyun kiya?</w:t>
      </w:r>
    </w:p>
    <w:p>
      <w:pPr>
        <w:pStyle w:val="Heading2"/>
      </w:pPr>
      <w:r>
        <w:t>Focus on spirit of prayer not categories</w:t>
      </w:r>
    </w:p>
    <w:p>
      <w:r>
        <w:rPr>
          <w:color w:val="666666"/>
          <w:sz w:val="18"/>
        </w:rPr>
        <w:t>The Case of Present Day Muslims (In Conversation with Maulana) February 14, 2010 · 2m 32s · at 31:43 · https://youtu.be/Rw-5WYJKQtw?t=1903</w:t>
      </w:r>
    </w:p>
    <w:p>
      <w:r>
        <w:rPr>
          <w:i/>
        </w:rPr>
        <w:t>“These divisions are not in hadith.”</w:t>
      </w:r>
    </w:p>
    <w:p>
      <w:r>
        <w:rPr>
          <w:sz w:val="20"/>
        </w:rPr>
        <w:t>31:43  das question is from mr khawaja kaleemuddin from pennsylvania. maulana sahib, is it necessary to learn what part of her ibadah is farz or sunnat or nafil?</w:t>
      </w:r>
      <w:r>
        <w:br/>
      </w:r>
      <w:r>
        <w:rPr>
          <w:sz w:val="20"/>
        </w:rPr>
        <w:t>32:01  dekhen, yeh sab taqseemāt jo hain, yeh yeh hadith mein nahi hain, na quran mein hain. yeh fuqaha ne banayi hain, yeh sab.</w:t>
      </w:r>
      <w:r>
        <w:br/>
      </w:r>
      <w:r>
        <w:rPr>
          <w:sz w:val="20"/>
        </w:rPr>
        <w:t>32:10  yeh samajh lijiye aap is ko ke namaz to bas namaz hai. bas sunnat muakkadah, sunnat ghair muakkadah, aur yeh kahan kahan hadith mein hai?</w:t>
      </w:r>
      <w:r>
        <w:br/>
      </w:r>
      <w:r>
        <w:rPr>
          <w:sz w:val="20"/>
        </w:rPr>
        <w:t>32:19  yeh sab hai kahan hai? mujhe bataiye. bas namaz to namaz hai. yeh is taqseem ko le kar namaz padhenge, aap to kabhi namaz nahi ada kar paayenge.</w:t>
      </w:r>
      <w:r>
        <w:br/>
      </w:r>
      <w:r>
        <w:rPr>
          <w:sz w:val="20"/>
        </w:rPr>
        <w:t>32:30  aap</w:t>
      </w:r>
      <w:r>
        <w:br/>
      </w:r>
      <w:r>
        <w:rPr>
          <w:sz w:val="20"/>
        </w:rPr>
        <w:t>32:34  yeh taqseem agar aap ke zehen mein hai ke yeh sunnat hai, yeh nafil hai, yeh farz hai, yeh yeh muakkadah hai, yeh ghair muakkadah hai, falan falan, yeh to yeh to woh hai.</w:t>
      </w:r>
      <w:r>
        <w:br/>
      </w:r>
      <w:r>
        <w:rPr>
          <w:sz w:val="20"/>
        </w:rPr>
        <w:t>32:43  yani technical, technical woh hai. yani definition. agar technical definition le kar aap namaz padhte hain to aap technical namaz padhenge.</w:t>
      </w:r>
      <w:r>
        <w:br/>
      </w:r>
      <w:r>
        <w:rPr>
          <w:sz w:val="20"/>
        </w:rPr>
        <w:t>32:55  technical namaz, yeh technical namaz hai. yeh namaz to ek yaad e khundawandi ka ek ek samandar hai jo aap namaz aap sine mein ulta hai.</w:t>
      </w:r>
      <w:r>
        <w:br/>
      </w:r>
      <w:r>
        <w:rPr>
          <w:sz w:val="20"/>
        </w:rPr>
        <w:t>33:08  to aap yeh yaad rahega ke main farz kar padh raha hu, sunnat padh raha hu. yeh sab kuch nahi. namaz ki spirit apne andar jagaiye.</w:t>
      </w:r>
      <w:r>
        <w:br/>
      </w:r>
      <w:r>
        <w:rPr>
          <w:sz w:val="20"/>
        </w:rPr>
        <w:t>33:18  spirit namaz ki jo spirit hai, woh kya hai? qad aflaha al mominun allazina hum fi salatihim khashiun.</w:t>
      </w:r>
      <w:r>
        <w:br/>
      </w:r>
      <w:r>
        <w:rPr>
          <w:sz w:val="20"/>
        </w:rPr>
        <w:t>33:27  yani khushu jo hai, woh spirit hai namaz ki. allah se taalluq, allah ki yaad, allah se mohabbat, allah ka khauf, yeh sab baatein hain.</w:t>
      </w:r>
      <w:r>
        <w:br/>
      </w:r>
      <w:r>
        <w:rPr>
          <w:sz w:val="20"/>
        </w:rPr>
        <w:t>33:37  to phir yeh sab boundaries toot jaati hain. yeh sunnat hum padh rahe hain aur farz hum padh rahe hain. yeh farz to to to ek routine ko qaim rakhne ke liye hai.</w:t>
      </w:r>
      <w:r>
        <w:br/>
      </w:r>
      <w:r>
        <w:rPr>
          <w:sz w:val="20"/>
        </w:rPr>
        <w:t>33:47  yeh yeh farz jo hai, yeh routine ko qaim karne ke liye hai. yeh paanch routine bata diye gaye. baqi namaz is se aala hai, is se upar hai.</w:t>
      </w:r>
      <w:r>
        <w:br/>
      </w:r>
      <w:r>
        <w:rPr>
          <w:sz w:val="20"/>
        </w:rPr>
        <w:t>33:58  aur yeh paida hogi namaz. aap ko bohat zyada study karen, aap quran ki bohat zyada study karen, aap hadith ki bohat zyada. allah taala ke yani jo science hain, nature mein is ko socha bohat zyada, is se woh namaz paida hogi.</w:t>
      </w:r>
    </w:p>
    <w:p>
      <w:pPr>
        <w:pStyle w:val="Heading2"/>
      </w:pPr>
      <w:r>
        <w:t>Introduction to memorial meeting</w:t>
      </w:r>
    </w:p>
    <w:p>
      <w:r>
        <w:rPr>
          <w:color w:val="666666"/>
          <w:sz w:val="18"/>
        </w:rPr>
        <w:t>Dr Naseem Siddiqui Memorial Part 1 · 1m 42s · at 4:45 · https://youtu.be/q-kccRjp1iU?t=285</w:t>
      </w:r>
    </w:p>
    <w:p>
      <w:r>
        <w:rPr>
          <w:i/>
        </w:rPr>
        <w:t>“We have all gathered here for the memorial meeting of Dr. Mohammad Naseem Siddiqui”</w:t>
      </w:r>
    </w:p>
    <w:p>
      <w:r>
        <w:rPr>
          <w:sz w:val="20"/>
        </w:rPr>
        <w:t>4:45  We have all gathered here for the memorial meeting of Dr.</w:t>
      </w:r>
      <w:r>
        <w:br/>
      </w:r>
      <w:r>
        <w:rPr>
          <w:sz w:val="20"/>
        </w:rPr>
        <w:t>4:51  Mohammad Naseem Siddiqui, who passed away on December 4, 2013 at his home in New Delhi, and he</w:t>
      </w:r>
      <w:r>
        <w:br/>
      </w:r>
      <w:r>
        <w:rPr>
          <w:sz w:val="20"/>
        </w:rPr>
        <w:t>4:57  survived by his wife, Dr.</w:t>
      </w:r>
      <w:r>
        <w:br/>
      </w:r>
      <w:r>
        <w:rPr>
          <w:sz w:val="20"/>
        </w:rPr>
        <w:t>5:03  Najma Siddiqui, two daughters, Seema Jalal, Nagma Siddiqui, and his son, Faisal Siddiqui.</w:t>
      </w:r>
      <w:r>
        <w:br/>
      </w:r>
      <w:r>
        <w:rPr>
          <w:sz w:val="20"/>
        </w:rPr>
        <w:t>5:09  I would like to begin by reading out a message from his son, Mr.</w:t>
      </w:r>
      <w:r>
        <w:br/>
      </w:r>
      <w:r>
        <w:rPr>
          <w:sz w:val="20"/>
        </w:rPr>
        <w:t>5:15  Faisal Siddiqui, who stays in the USA.</w:t>
      </w:r>
      <w:r>
        <w:br/>
      </w:r>
      <w:r>
        <w:rPr>
          <w:sz w:val="20"/>
        </w:rPr>
        <w:t>5:21  He has written, "My father died on December 4, 2013 after having struggled with pancreatic cancer and related ailments.</w:t>
      </w:r>
      <w:r>
        <w:br/>
      </w:r>
      <w:r>
        <w:rPr>
          <w:sz w:val="20"/>
        </w:rPr>
        <w:t>5:27  We won't get to see him any longer.</w:t>
      </w:r>
      <w:r>
        <w:br/>
      </w:r>
      <w:r>
        <w:rPr>
          <w:sz w:val="20"/>
        </w:rPr>
        <w:t>5:33  It is rightly said in the Quran in Chapter 2, Verse 156, 'Surely we belong to God and</w:t>
      </w:r>
      <w:r>
        <w:br/>
      </w:r>
      <w:r>
        <w:rPr>
          <w:sz w:val="20"/>
        </w:rPr>
        <w:t>5:39  to Him shall we return.</w:t>
      </w:r>
      <w:r>
        <w:br/>
      </w:r>
      <w:r>
        <w:rPr>
          <w:sz w:val="20"/>
        </w:rPr>
        <w:t>5:45  My father off late had become a man of few words, but we won't be able to speak</w:t>
      </w:r>
      <w:r>
        <w:br/>
      </w:r>
      <w:r>
        <w:rPr>
          <w:sz w:val="20"/>
        </w:rPr>
        <w:t>5:51  with him any longer.</w:t>
      </w:r>
      <w:r>
        <w:br/>
      </w:r>
      <w:r>
        <w:rPr>
          <w:sz w:val="20"/>
        </w:rPr>
        <w:t>5:57  We saw him through his illness and in a way, I came closer to him than ever before.</w:t>
      </w:r>
      <w:r>
        <w:br/>
      </w:r>
      <w:r>
        <w:rPr>
          <w:sz w:val="20"/>
        </w:rPr>
        <w:t>6:03  As an educator, an administrator, an Imam, a humorist, and an all-round good guy, my father has touched</w:t>
      </w:r>
      <w:r>
        <w:br/>
      </w:r>
      <w:r>
        <w:rPr>
          <w:sz w:val="20"/>
        </w:rPr>
        <w:t>6:09  the lives of more people than I could count." Dr.</w:t>
      </w:r>
      <w:r>
        <w:br/>
      </w:r>
      <w:r>
        <w:rPr>
          <w:sz w:val="20"/>
        </w:rPr>
        <w:t>6:15  Siddiqui's family has prepared a tribute for which I would like to call a close family friend, Ms.</w:t>
      </w:r>
      <w:r>
        <w:br/>
      </w:r>
      <w:r>
        <w:rPr>
          <w:sz w:val="20"/>
        </w:rPr>
        <w:t>6:21  Sumaiya Masoudi, to come here and read it out for all of you.</w:t>
      </w:r>
      <w:r>
        <w:br/>
      </w:r>
      <w:r>
        <w:rPr>
          <w:sz w:val="20"/>
        </w:rPr>
        <w:t>6:27  bismillah al-rahman al-rahim.</w:t>
      </w:r>
    </w:p>
    <w:p>
      <w:pPr>
        <w:pStyle w:val="Heading2"/>
      </w:pPr>
      <w:r>
        <w:t>Turning problems into opportunities, the rose and thorn analogy</w:t>
      </w:r>
    </w:p>
    <w:p>
      <w:r>
        <w:rPr>
          <w:color w:val="666666"/>
          <w:sz w:val="18"/>
        </w:rPr>
        <w:t>Don't Be Angry Culture January 15, 2012 · 2m 01s · at 1:21:17 · https://youtu.be/NrA3X8y_FLY?t=4877</w:t>
      </w:r>
    </w:p>
    <w:p>
      <w:r>
        <w:rPr>
          <w:i/>
        </w:rPr>
        <w:t>“Zindagi problem se hi bhari hui hai”</w:t>
      </w:r>
    </w:p>
    <w:p>
      <w:r>
        <w:rPr>
          <w:sz w:val="20"/>
        </w:rPr>
        <w:t>1:21:17  Delhi se. unhon ne likha hai: "How can problems be converted into opportunity? Kindly comment."</w:t>
      </w:r>
      <w:r>
        <w:br/>
      </w:r>
      <w:r>
        <w:rPr>
          <w:sz w:val="20"/>
        </w:rPr>
        <w:t>1:21:34  dekhiye, yeh can ki baat nahin hai, yeh karna hi karna hai. kyunke zindagi jo hai, woh problem se hi bhari hui hai.</w:t>
      </w:r>
      <w:r>
        <w:br/>
      </w:r>
      <w:r>
        <w:rPr>
          <w:sz w:val="20"/>
        </w:rPr>
        <w:t>1:21:46  agar aap problem se uljhein to kuch nahin kar sakte. yani zindagi ki misaal aisi hai jaise ek gulab ka phool hai, us ki shakh mein kaante hain aur phool bhi isi mein.</w:t>
      </w:r>
      <w:r>
        <w:br/>
      </w:r>
      <w:r>
        <w:rPr>
          <w:sz w:val="20"/>
        </w:rPr>
        <w:t>1:21:59  ek hi shakh mein kaante bhi hain, ek hi shakh mein phool bhi hain. to aap kaanton ko avoid karte hain, tab phool milta hai aap ko. agar kaanton ko na avoid karein to phool nahin milega aap ko.</w:t>
      </w:r>
      <w:r>
        <w:br/>
      </w:r>
      <w:r>
        <w:rPr>
          <w:sz w:val="20"/>
        </w:rPr>
        <w:t>1:22:11  yeh Allah taala ne zindagi ka namoona dikha diya hai ke zindagi mein kaante rahenge, problem rahenge. tum ko ek hi kaam karna hai ke problem ko avoid karo, ko ignore karo.</w:t>
      </w:r>
      <w:r>
        <w:br/>
      </w:r>
      <w:r>
        <w:rPr>
          <w:sz w:val="20"/>
        </w:rPr>
        <w:t>1:22:26  aur quran mein dekhiye, fitrat ka usool bataya gaya hai: "la of nature, ana ma osra". yeh la of nature hai. is ka matlab hai ke "Where there are problems, there are opportunities."</w:t>
      </w:r>
      <w:r>
        <w:br/>
      </w:r>
      <w:r>
        <w:rPr>
          <w:sz w:val="20"/>
        </w:rPr>
        <w:t>1:22:40  yeh la of nature hai. kabhi bhi aisa nahi ho sakta zindagi mein ke problem ho, opportunity na ho. to aap problem ko ignore kijiye aur to wohin wohin dekhenge aap opportunity maujood hai.</w:t>
      </w:r>
      <w:r>
        <w:br/>
      </w:r>
      <w:r>
        <w:rPr>
          <w:sz w:val="20"/>
        </w:rPr>
        <w:t>1:22:56  yeh koi is par mein ne bohat ziyada likha hai. meri jo kitabein hain, yeh raaz hayat, taabeer hayat, rehnuma hayat, kitaab zindagi, woh sab yahi to hai.</w:t>
      </w:r>
      <w:r>
        <w:br/>
      </w:r>
      <w:r>
        <w:rPr>
          <w:sz w:val="20"/>
        </w:rPr>
        <w:t>1:23:06  is mein</w:t>
      </w:r>
      <w:r>
        <w:br/>
      </w:r>
      <w:r>
        <w:rPr>
          <w:sz w:val="20"/>
        </w:rPr>
        <w:t>1:23:08  is ki tafseel jis ko janna hai, woh in kitabon ko parhe. english mein bhi ek kitaab hai: "Moral Vision", is ko aap parh sakte hain.</w:t>
      </w:r>
    </w:p>
    <w:p>
      <w:pPr>
        <w:pStyle w:val="Heading2"/>
      </w:pPr>
      <w:r>
        <w:t>Prophet's avoidance in Makkah and trench strategy</w:t>
      </w:r>
    </w:p>
    <w:p>
      <w:r>
        <w:rPr>
          <w:color w:val="666666"/>
          <w:sz w:val="18"/>
        </w:rPr>
        <w:t>Principle of Avoidance in Islam I 12 Dec, 2010 - Maulana Wahiduddin Khan · 2m 59s · at 16:07 · https://youtu.be/LcEmPmf5es0?t=967</w:t>
      </w:r>
    </w:p>
    <w:p>
      <w:r>
        <w:rPr>
          <w:i/>
        </w:rPr>
        <w:t>“Jab aap Makkah mein the to wahan but the.”</w:t>
      </w:r>
    </w:p>
    <w:p>
      <w:r>
        <w:rPr>
          <w:sz w:val="20"/>
        </w:rPr>
        <w:t>16:07  ab aap dekhiye jab aap Makkah mein thay toh wahan but thay, Kaaba hain bohat sare, sankron. aap ne unko tod phod nahi ki.</w:t>
      </w:r>
      <w:r>
        <w:br/>
      </w:r>
      <w:r>
        <w:rPr>
          <w:sz w:val="20"/>
        </w:rPr>
        <w:t>16:17  unke khilaf koi ehtejaj nahi kiya. iske khilaf koi jaloos nahi nikala. kuch bhi nahi.</w:t>
      </w:r>
      <w:r>
        <w:br/>
      </w:r>
      <w:r>
        <w:rPr>
          <w:sz w:val="20"/>
        </w:rPr>
        <w:t>16:26  toh avoid karte rahe. isko avoid kar ke kya hota hai? aap ko dawat ke mawaqe milte rahe. toh avoid kiya?</w:t>
      </w:r>
      <w:r>
        <w:br/>
      </w:r>
      <w:r>
        <w:rPr>
          <w:sz w:val="20"/>
        </w:rPr>
        <w:t>16:35  avoid ka matlab hai buying time. waqt hasil karna. jo kehte hain buying time.</w:t>
      </w:r>
      <w:r>
        <w:br/>
      </w:r>
      <w:r>
        <w:rPr>
          <w:sz w:val="20"/>
        </w:rPr>
        <w:t>16:45  is tactics jo kehte hain ke waqt hasil karne ke ki tadbeer. woh hai. takrao karenge toh waqt ko aap zaya karenge.</w:t>
      </w:r>
      <w:r>
        <w:br/>
      </w:r>
      <w:r>
        <w:rPr>
          <w:sz w:val="20"/>
        </w:rPr>
        <w:t>16:57  na takrao karenge toh sara waqti waqt aap ke paas hai. na takrao karne ka matlab kya hota hai?</w:t>
      </w:r>
      <w:r>
        <w:br/>
      </w:r>
      <w:r>
        <w:rPr>
          <w:sz w:val="20"/>
        </w:rPr>
        <w:t>17:04  opportunities ko avail karne ka moqa hasil kar laina. takrao karne mein opportunities barbaad hoti hain. aur takrao na karein toh opportunities ko avail karne ki position mein hote hain aap.</w:t>
      </w:r>
      <w:r>
        <w:br/>
      </w:r>
      <w:r>
        <w:rPr>
          <w:sz w:val="20"/>
        </w:rPr>
        <w:t>17:19  Makkah mein terah saal ke baad woh log aap ko</w:t>
      </w:r>
      <w:r>
        <w:br/>
      </w:r>
      <w:r>
        <w:rPr>
          <w:sz w:val="20"/>
        </w:rPr>
        <w:t>17:23  yani qatl karne ke darpe ho gaye ke marenge aap, khatm kar denge. To aap khamoshi se Makah se Madinah chale gaye.</w:t>
      </w:r>
      <w:r>
        <w:br/>
      </w:r>
      <w:r>
        <w:rPr>
          <w:sz w:val="20"/>
        </w:rPr>
        <w:t>17:34  Madinah mein bhi kya hua? Wahan bhi avoidance. Maslan ek baar Makah se woh log ek bada lashkar bana kar aaye.</w:t>
      </w:r>
      <w:r>
        <w:br/>
      </w:r>
      <w:r>
        <w:rPr>
          <w:sz w:val="20"/>
        </w:rPr>
        <w:t>17:47  To aap pata karte rehte the. To pata chala ke woh lashkar le ke chale aa rahe hain Makah se.</w:t>
      </w:r>
      <w:r>
        <w:br/>
      </w:r>
      <w:r>
        <w:rPr>
          <w:sz w:val="20"/>
        </w:rPr>
        <w:t>17:54  To aap ne kaha ke chalo hum khandAK khodte hain. Trench. Ek mashhoor hai ghazwa, ghazwa khandAK ke naam se.</w:t>
      </w:r>
      <w:r>
        <w:br/>
      </w:r>
      <w:r>
        <w:rPr>
          <w:sz w:val="20"/>
        </w:rPr>
        <w:t>18:05  Woh ghazwa nahi tha yani koi koi ladai nahi hui thi is mein. Woh ladai ko avoid karna tha.</w:t>
      </w:r>
      <w:r>
        <w:br/>
      </w:r>
      <w:r>
        <w:rPr>
          <w:sz w:val="20"/>
        </w:rPr>
        <w:t>18:15  Madinah aisa tha ke Madinah mein dekhiye teen taraf se penetration naamumkin tha. Teen taraf se ghire khajooron ke bagh the.</w:t>
      </w:r>
      <w:r>
        <w:br/>
      </w:r>
      <w:r>
        <w:rPr>
          <w:sz w:val="20"/>
        </w:rPr>
        <w:t>18:28  Teen taraf se ghire bagh the khajooron ke. Teen taraf se koi penetrate nahi kar sakta tha. Ek taraf se rasta tha sirf.</w:t>
      </w:r>
      <w:r>
        <w:br/>
      </w:r>
      <w:r>
        <w:rPr>
          <w:sz w:val="20"/>
        </w:rPr>
        <w:t>18:38  Woh jaane helicopter bhi nahi tha ke utar jaye aadmi urr kar ke. To jidhar khula tha udhar aap ne khandAK khodi.</w:t>
      </w:r>
      <w:r>
        <w:br/>
      </w:r>
      <w:r>
        <w:rPr>
          <w:sz w:val="20"/>
        </w:rPr>
        <w:t>18:47  Teen taraf to apne aap woh mehfooz tha. Ek taraf khula tha. Khandak khodi. Khandak kya thi woh? Khandak avoid karna tha.</w:t>
      </w:r>
      <w:r>
        <w:br/>
      </w:r>
      <w:r>
        <w:rPr>
          <w:sz w:val="20"/>
        </w:rPr>
        <w:t>18:59  Khandak kya tha? Avoid karna tha. Khandak ka matlab trench.</w:t>
      </w:r>
    </w:p>
    <w:p>
      <w:pPr>
        <w:pStyle w:val="Heading2"/>
      </w:pPr>
      <w:r>
        <w:t>Debunking 'Western civilization is Islam's enemy'</w:t>
      </w:r>
    </w:p>
    <w:p>
      <w:r>
        <w:rPr>
          <w:color w:val="666666"/>
          <w:sz w:val="18"/>
        </w:rPr>
        <w:t>Is Islam in Danger, January 10, 2007 · 2m 03s · at 7:42 · https://youtu.be/1vrUjeA7508?t=462</w:t>
      </w:r>
    </w:p>
    <w:p>
      <w:r>
        <w:rPr>
          <w:i/>
        </w:rPr>
        <w:t>“پھر یہ کہا جاتا ہے کہ Western Civilization نے حملہ کیا ہوا ہے ہمارے مذہب پر”</w:t>
      </w:r>
    </w:p>
    <w:p>
      <w:r>
        <w:rPr>
          <w:sz w:val="20"/>
        </w:rPr>
        <w:t>7:42  Islam se is ka koi ta'alluq nahi hai. Phir yeh kaha jaata hai ke dekhiye, Western Civilization jo hai woh hamla kiya hua hai hamare mazhab par.</w:t>
      </w:r>
      <w:r>
        <w:br/>
      </w:r>
      <w:r>
        <w:rPr>
          <w:sz w:val="20"/>
        </w:rPr>
        <w:t>7:58  Saare literature jo padhein aap is zamane mein jo likha gaya hai, us mein Western Civilization ko project kiya jaata hai Enemy of Islam ke taur par.</w:t>
      </w:r>
      <w:r>
        <w:br/>
      </w:r>
      <w:r>
        <w:rPr>
          <w:sz w:val="20"/>
        </w:rPr>
        <w:t>8:10  Saara hi literature, without any exception.</w:t>
      </w:r>
      <w:r>
        <w:br/>
      </w:r>
      <w:r>
        <w:rPr>
          <w:sz w:val="20"/>
        </w:rPr>
        <w:t>8:15  without any exception. Western Civilization ko project kiya jaata hai Enemy of Islam ke taur par.</w:t>
      </w:r>
      <w:r>
        <w:br/>
      </w:r>
      <w:r>
        <w:rPr>
          <w:sz w:val="20"/>
        </w:rPr>
        <w:t>8:24  Yeh bilkul be buniyad baat hai.</w:t>
      </w:r>
      <w:r>
        <w:br/>
      </w:r>
      <w:r>
        <w:rPr>
          <w:sz w:val="20"/>
        </w:rPr>
        <w:t>8:28  Koi Civilization Islam ke liye Enemy nahi ban sakti. Civilization kya hai?</w:t>
      </w:r>
      <w:r>
        <w:br/>
      </w:r>
      <w:r>
        <w:rPr>
          <w:sz w:val="20"/>
        </w:rPr>
        <w:t>8:38  Civilization ek tareekhi amal ka naam hai. Tareekhi amal. Aur Khuda ne Rasool Allah salallaho alaihi wasallam ke zariye aur Sahaba Rasool ke zariye tareekh mein ek aisa inqalab paida kiya jisko izhaar-e-deen kehte hain.</w:t>
      </w:r>
      <w:r>
        <w:br/>
      </w:r>
      <w:r>
        <w:rPr>
          <w:sz w:val="20"/>
        </w:rPr>
        <w:t>8:57  Jisse tareekh ka dhara hi badal gaya, tareekh ka amal badal gaya.</w:t>
      </w:r>
      <w:r>
        <w:br/>
      </w:r>
      <w:r>
        <w:rPr>
          <w:sz w:val="20"/>
        </w:rPr>
        <w:t>9:03  Ab tareekh ka jo amal hai woh hamesha jayega Islam ke haq mein, Islam ke khilaf mein ja nahi sakta.</w:t>
      </w:r>
      <w:r>
        <w:br/>
      </w:r>
      <w:r>
        <w:rPr>
          <w:sz w:val="20"/>
        </w:rPr>
        <w:t>9:14  Toh Civilization, Western Civilization kya hai? Woh ek tareekhi mazhar hai. Aur tareekh ko kaun control kar raha hai?</w:t>
      </w:r>
      <w:r>
        <w:br/>
      </w:r>
      <w:r>
        <w:rPr>
          <w:sz w:val="20"/>
        </w:rPr>
        <w:t>9:23  Khuda control kar raha hai. Toh Khuda ne yeh tay kar diya hai ke tareekh ka amal Islam ke haq mein jaye.</w:t>
      </w:r>
      <w:r>
        <w:br/>
      </w:r>
      <w:r>
        <w:rPr>
          <w:sz w:val="20"/>
        </w:rPr>
        <w:t>9:33  Woh Islam ke khilaf mein na ja sake. Toh yeh sab baatein kya hain? Yeh sab "Prima facie it stands rejected." wali baatein hain.</w:t>
      </w:r>
    </w:p>
    <w:p>
      <w:pPr>
        <w:pStyle w:val="Heading2"/>
      </w:pPr>
      <w:r>
        <w:t>Journey of self-discovered truth</w:t>
      </w:r>
    </w:p>
    <w:p>
      <w:r>
        <w:rPr>
          <w:color w:val="666666"/>
          <w:sz w:val="18"/>
        </w:rPr>
        <w:t>When God's Name is Invoked December 21, 2019 - Interaction with Maulana Wahiduddin Khan, · 2m 07s · at 48:22 · https://youtu.be/jgNjICoo-Cw?t=2902</w:t>
      </w:r>
    </w:p>
    <w:p>
      <w:r>
        <w:rPr>
          <w:i/>
        </w:rPr>
        <w:t>“Chunke mujh par yeh marhala guzra hai.”</w:t>
      </w:r>
    </w:p>
    <w:p>
      <w:r>
        <w:rPr>
          <w:sz w:val="20"/>
        </w:rPr>
        <w:t>48:22  chunki mujh par yeh marhala guzra hai, is liye main janta hoon is ko ke mujh par main jab chhota tha, shayad main ten age mein tha, ten age mein to aadha board mein mujhe yaad hai woh jagah ke main paidaish se log bohat kam bolta tha.</w:t>
      </w:r>
      <w:r>
        <w:br/>
      </w:r>
      <w:r>
        <w:rPr>
          <w:sz w:val="20"/>
        </w:rPr>
        <w:t>48:51  mere baap mar gaye the, main yateem ho gaya to main jis ko kehte hain newton ke liye, woh old giddar, old giddar.</w:t>
      </w:r>
      <w:r>
        <w:br/>
      </w:r>
      <w:r>
        <w:rPr>
          <w:sz w:val="20"/>
        </w:rPr>
        <w:t>49:04  to main aik old giddar boy tha, isi mein meri zindagi guzarti thi, old giddar.</w:t>
      </w:r>
      <w:r>
        <w:br/>
      </w:r>
      <w:r>
        <w:rPr>
          <w:sz w:val="20"/>
        </w:rPr>
        <w:t>49:14  to hote hote aik din, woh woh tha sochna, sochna, old giddar ka matlab hai sochne wala. to aik din achaanak mere zuban se nikla, bilkul jaise koi bomb phat jaye, phat jaye ke khudaawand to kab aaye ga?</w:t>
      </w:r>
      <w:r>
        <w:br/>
      </w:r>
      <w:r>
        <w:rPr>
          <w:sz w:val="20"/>
        </w:rPr>
        <w:t>49:35  main kab tak tere aanay ka intezar karoon?</w:t>
      </w:r>
      <w:r>
        <w:br/>
      </w:r>
      <w:r>
        <w:rPr>
          <w:sz w:val="20"/>
        </w:rPr>
        <w:t>49:41  yeh kehta tha, rota tha. to is se maine yeh samjha hai ke jo jo sawal aap farma rahe hain, woh naam hai, yaani self discovered truth par khara hona,</w:t>
      </w:r>
      <w:r>
        <w:br/>
      </w:r>
      <w:r>
        <w:rPr>
          <w:sz w:val="20"/>
        </w:rPr>
        <w:t>49:58  self discovered truth par khara hona. aur main Allah ke fazl se isi par khara hua hoon, is ke bahir jo process chala, main process, process of tadabbur, process of tadabbur.</w:t>
      </w:r>
      <w:r>
        <w:br/>
      </w:r>
      <w:r>
        <w:rPr>
          <w:sz w:val="20"/>
        </w:rPr>
        <w:t>50:14  to main self discovered truth par khara hua, quran ko maine khud discover kiya, Allah rab ul alameen ko maine khud discover kiya, rasool ko maine khud discover kiya.</w:t>
      </w:r>
    </w:p>
    <w:p>
      <w:pPr>
        <w:pStyle w:val="Heading2"/>
      </w:pPr>
      <w:r>
        <w:t>Moral education must target individuals, not crowds</w:t>
      </w:r>
    </w:p>
    <w:p>
      <w:r>
        <w:rPr>
          <w:color w:val="666666"/>
          <w:sz w:val="18"/>
        </w:rPr>
        <w:t>Ethical Values in Islam, June 19, 2008 · 1m 55s · at 47:26 · https://youtu.be/2yPff80nSBY?t=2846</w:t>
      </w:r>
    </w:p>
    <w:p>
      <w:r>
        <w:rPr>
          <w:i/>
        </w:rPr>
        <w:t>“Gathering a huge crowd and giving a speech isn't moral education”</w:t>
      </w:r>
    </w:p>
    <w:p>
      <w:r>
        <w:rPr>
          <w:sz w:val="20"/>
        </w:rPr>
        <w:t>47:26  zyada bada zariya hai. aur doosri cheez yeh bhi is mein janna chahiye ke crowd ko address karne se kabhi bhi moral mahaul nahi banta.</w:t>
      </w:r>
      <w:r>
        <w:br/>
      </w:r>
      <w:r>
        <w:rPr>
          <w:sz w:val="20"/>
        </w:rPr>
        <w:t>47:38  individual ko address karna parta hai. individual ko</w:t>
      </w:r>
      <w:r>
        <w:br/>
      </w:r>
      <w:r>
        <w:rPr>
          <w:sz w:val="20"/>
        </w:rPr>
        <w:t>47:44  aap bari bari bari bheed ikattha karein aur is mein stage par khare hon aur khoob is mein apni aytri dikhayein aur akhbar mein aaye, TV mein aaye.</w:t>
      </w:r>
      <w:r>
        <w:br/>
      </w:r>
      <w:r>
        <w:rPr>
          <w:sz w:val="20"/>
        </w:rPr>
        <w:t>47:54  is se nahi, yeh is ka naam moral education nahi hai. is ka naam moral education nahi hai. moral education toh ek bohat hi sincere kaam hai, bohat hi serious kaam hai.</w:t>
      </w:r>
      <w:r>
        <w:br/>
      </w:r>
      <w:r>
        <w:rPr>
          <w:sz w:val="20"/>
        </w:rPr>
        <w:t>48:09  ek ek individual ko target karna parta hai.</w:t>
      </w:r>
      <w:r>
        <w:br/>
      </w:r>
      <w:r>
        <w:rPr>
          <w:sz w:val="20"/>
        </w:rPr>
        <w:t>48:15  moral education yani informal education jis ko main keh raha hoon, to is mein aik aik individual ko target karna parta hai.</w:t>
      </w:r>
      <w:r>
        <w:br/>
      </w:r>
      <w:r>
        <w:rPr>
          <w:sz w:val="20"/>
        </w:rPr>
        <w:t>48:25  aik aik individual ke mind ki re engineering karni parti hai. aik aik mind ki de conditioning karni parti hai.</w:t>
      </w:r>
      <w:r>
        <w:br/>
      </w:r>
      <w:r>
        <w:rPr>
          <w:sz w:val="20"/>
        </w:rPr>
        <w:t>48:36  kyun ke aap jante hain ke har aadmi kisi mahaul mein paida hota hai, wo mahaul se</w:t>
      </w:r>
      <w:r>
        <w:br/>
      </w:r>
      <w:r>
        <w:rPr>
          <w:sz w:val="20"/>
        </w:rPr>
        <w:t>48:43  influence hota hai. us ki thinking wahi ban jati hai jo us ke mahaul ki thinking thi. ab aap chahte hain ke us ke andar nai soch aaye to it requires de conditioning of their mind.</w:t>
      </w:r>
      <w:r>
        <w:br/>
      </w:r>
      <w:r>
        <w:rPr>
          <w:sz w:val="20"/>
        </w:rPr>
        <w:t>49:04  wo log jin ke andar aap ko moral consciousness lana hai, to un ke mind ki aap ko re engineering karni pare gi.</w:t>
      </w:r>
      <w:r>
        <w:br/>
      </w:r>
      <w:r>
        <w:rPr>
          <w:sz w:val="20"/>
        </w:rPr>
        <w:t>49:16  un ke mind ki de conditioning karni pare gi. is ke baghair nahi ho sakta hai.</w:t>
      </w:r>
    </w:p>
    <w:p>
      <w:pPr>
        <w:pStyle w:val="Heading2"/>
      </w:pPr>
      <w:r>
        <w:t>Newton's patience and concentration built modern science</w:t>
      </w:r>
    </w:p>
    <w:p>
      <w:r>
        <w:rPr>
          <w:color w:val="666666"/>
          <w:sz w:val="18"/>
        </w:rPr>
        <w:t>Power of Peace June 6, 2010 Maulana Wahiduddin Khan · 2m 40s · at 3:06 · https://youtu.be/QNnouRoYI38?t=186</w:t>
      </w:r>
    </w:p>
    <w:p>
      <w:r>
        <w:rPr>
          <w:i/>
        </w:rPr>
        <w:t>“Newton ka naam bahut bara hai”</w:t>
      </w:r>
    </w:p>
    <w:p>
      <w:r>
        <w:rPr>
          <w:sz w:val="20"/>
        </w:rPr>
        <w:t>3:06  dekhein, newton ka naam bohat bara hai.</w:t>
      </w:r>
      <w:r>
        <w:br/>
      </w:r>
      <w:r>
        <w:rPr>
          <w:sz w:val="20"/>
        </w:rPr>
        <w:t>3:12  is ki death hui thi 1727 mein. 1727 mein. woh founder of modern science mana jata hai.</w:t>
      </w:r>
      <w:r>
        <w:br/>
      </w:r>
      <w:r>
        <w:rPr>
          <w:sz w:val="20"/>
        </w:rPr>
        <w:t>3:26  to is ke baray mein kaha jata hai ke jab chota tha woh, idhar udhar chup chap khara rehta tha. chup chap. to us ko kaha jata tha "wool gatherer".</w:t>
      </w:r>
      <w:r>
        <w:br/>
      </w:r>
      <w:r>
        <w:rPr>
          <w:sz w:val="20"/>
        </w:rPr>
        <w:t>3:40  "Wool gatherer".</w:t>
      </w:r>
      <w:r>
        <w:br/>
      </w:r>
      <w:r>
        <w:rPr>
          <w:sz w:val="20"/>
        </w:rPr>
        <w:t>3:43  baad ko maloom hua ke is ke andar concentration ki bohat zabardast taqat thi. Concentration. yani kisi aik point par bohat ziyada sochna.</w:t>
      </w:r>
      <w:r>
        <w:br/>
      </w:r>
      <w:r>
        <w:rPr>
          <w:sz w:val="20"/>
        </w:rPr>
        <w:t>3:58  dekhein, yeh sabr ke baghair nahi ho sakta. aap aik so aik cheezon se sabr karte hain, tab aap concentrate karte hain.</w:t>
      </w:r>
      <w:r>
        <w:br/>
      </w:r>
      <w:r>
        <w:rPr>
          <w:sz w:val="20"/>
        </w:rPr>
        <w:t>4:09  jaise aaj meri baat cheet hui aik aik lady se,</w:t>
      </w:r>
      <w:r>
        <w:br/>
      </w:r>
      <w:r>
        <w:rPr>
          <w:sz w:val="20"/>
        </w:rPr>
        <w:t>4:13  to unho ne kaha ke mera bachcha jab rota hai to mera dil tarpne lagta hai. maine kaha ke agar bachche ke rone par aap sabr karein to aap bohat bara faida milega aap ko.</w:t>
      </w:r>
      <w:r>
        <w:br/>
      </w:r>
      <w:r>
        <w:rPr>
          <w:sz w:val="20"/>
        </w:rPr>
        <w:t>4:26  bachcha jab rota hai to nature us ki exercise karwati hai. bachcha daur to sakta nahi, to wohi exercise us ki—rone se sara exercise hoti hai—yeh jo hai na, yeh sab.</w:t>
      </w:r>
      <w:r>
        <w:br/>
      </w:r>
      <w:r>
        <w:rPr>
          <w:sz w:val="20"/>
        </w:rPr>
        <w:t>4:38  haath paon maarta hai.</w:t>
      </w:r>
      <w:r>
        <w:br/>
      </w:r>
      <w:r>
        <w:rPr>
          <w:sz w:val="20"/>
        </w:rPr>
        <w:t>4:42  to bachche ka rona bachche ki exercise hai. ab chunke maein jo hain ya baap jo hain, sabr nahi kar paate, daurte hain us ko god mein le lete hain.</w:t>
      </w:r>
      <w:r>
        <w:br/>
      </w:r>
      <w:r>
        <w:rPr>
          <w:sz w:val="20"/>
        </w:rPr>
        <w:t>4:54  kya hua? unho ne us ko—us process ko—stop kar diya. Exercise ke process ko stop kar diya.</w:t>
      </w:r>
      <w:r>
        <w:br/>
      </w:r>
      <w:r>
        <w:rPr>
          <w:sz w:val="20"/>
        </w:rPr>
        <w:t>5:04  us ko kamzor bana diya.</w:t>
      </w:r>
      <w:r>
        <w:br/>
      </w:r>
      <w:r>
        <w:rPr>
          <w:sz w:val="20"/>
        </w:rPr>
        <w:t>5:07  to sabr ko jahan bhi aap dekhein, to mein newton ko keh raha tha ke newton jo hai, baad ko us ne poocha gaya tha, us ne kaha ke "I have no special sagacity; only the power of patient thought".</w:t>
      </w:r>
      <w:r>
        <w:br/>
      </w:r>
      <w:r>
        <w:rPr>
          <w:sz w:val="20"/>
        </w:rPr>
        <w:t>5:23  yani mere andar koi alag dhang ki liyaqat nahi hai, special qism ki. aik hi cheez mere andar hai ke bohat ziyada patiently sochna.</w:t>
      </w:r>
      <w:r>
        <w:br/>
      </w:r>
      <w:r>
        <w:rPr>
          <w:sz w:val="20"/>
        </w:rPr>
        <w:t>5:36  kisi aik cheez par focus kar ke patiently sochna, yeh meri taqat hai. is se woh founder of modern science ban gaya.</w:t>
      </w:r>
    </w:p>
    <w:p>
      <w:pPr>
        <w:pStyle w:val="Heading2"/>
      </w:pPr>
      <w:r>
        <w:t>Introspection, companions' way, and forgiveness</w:t>
      </w:r>
    </w:p>
    <w:p>
      <w:r>
        <w:rPr>
          <w:color w:val="666666"/>
          <w:sz w:val="18"/>
        </w:rPr>
        <w:t>Putting End to Complaints April 22, 2020 Maulana Wahiduddin Khan · 2m 44s · at 8:02 · https://youtu.be/jwchAfcFrkM?t=482</w:t>
      </w:r>
    </w:p>
    <w:p>
      <w:r>
        <w:rPr>
          <w:i/>
        </w:rPr>
        <w:t>“To humein introspection karna chahiye”</w:t>
      </w:r>
    </w:p>
    <w:p>
      <w:r>
        <w:rPr>
          <w:sz w:val="20"/>
        </w:rPr>
        <w:t>8:02  apni ghaltiyon ko dhoondna chahiye, apni ghaltiyon ko dhoondna chahiye, apni ghaltiyon ko dhoondna chahiye.</w:t>
      </w:r>
      <w:r>
        <w:br/>
      </w:r>
      <w:r>
        <w:rPr>
          <w:sz w:val="20"/>
        </w:rPr>
        <w:t>8:16  sahaba ka tareeqa yahi tha ke woh apni ghalti ko dhoondte thay.</w:t>
      </w:r>
      <w:r>
        <w:br/>
      </w:r>
      <w:r>
        <w:rPr>
          <w:sz w:val="20"/>
        </w:rPr>
        <w:t>8:27  sahaba ka tareeqa yeh nahi tha ke doosron ki ghalti ko nishandahi kar ke us ko bura bura karna, nahi.</w:t>
      </w:r>
      <w:r>
        <w:br/>
      </w:r>
      <w:r>
        <w:rPr>
          <w:sz w:val="20"/>
        </w:rPr>
        <w:t>8:39  apni ghalti ko dhoond kar maafi mangna.</w:t>
      </w:r>
      <w:r>
        <w:br/>
      </w:r>
      <w:r>
        <w:rPr>
          <w:sz w:val="20"/>
        </w:rPr>
        <w:t>8:49  to yeh jo waqt aaya hai, is waqt ko aap istemal kijiye etiraf mein, ghalti ke etiraf mein, Allah se dua karne mein.</w:t>
      </w:r>
      <w:r>
        <w:br/>
      </w:r>
      <w:r>
        <w:rPr>
          <w:sz w:val="20"/>
        </w:rPr>
        <w:t>9:07  bad dua nahi, yaad rakhiye, bad dua islam mein jaiz nahi hai.</w:t>
      </w:r>
      <w:r>
        <w:br/>
      </w:r>
      <w:r>
        <w:rPr>
          <w:sz w:val="20"/>
        </w:rPr>
        <w:t>9:16  hum sab logon ko yeh karna hai ke agar hum bad dua karte thay to is ko chhod dein, hamesha ke liye.</w:t>
      </w:r>
      <w:r>
        <w:br/>
      </w:r>
      <w:r>
        <w:rPr>
          <w:sz w:val="20"/>
        </w:rPr>
        <w:t>9:31  agar hum samajhte thay ke ghalati doosre ki hai to is ko maaf kar dein,</w:t>
      </w:r>
      <w:r>
        <w:br/>
      </w:r>
      <w:r>
        <w:rPr>
          <w:sz w:val="20"/>
        </w:rPr>
        <w:t>9:39  yeh karna hai.</w:t>
      </w:r>
      <w:r>
        <w:br/>
      </w:r>
      <w:r>
        <w:rPr>
          <w:sz w:val="20"/>
        </w:rPr>
        <w:t>9:44  yani agar hum apne dil mein liye bethe thay ke ghalati doosre ki hai</w:t>
      </w:r>
      <w:r>
        <w:br/>
      </w:r>
      <w:r>
        <w:rPr>
          <w:sz w:val="20"/>
        </w:rPr>
        <w:t>9:53  to is ko hum bhula dein, chhod dein.</w:t>
      </w:r>
      <w:r>
        <w:br/>
      </w:r>
      <w:r>
        <w:rPr>
          <w:sz w:val="20"/>
        </w:rPr>
        <w:t>10:03  apni ghalati ko maan lein aur</w:t>
      </w:r>
      <w:r>
        <w:br/>
      </w:r>
      <w:r>
        <w:rPr>
          <w:sz w:val="20"/>
        </w:rPr>
        <w:t>10:11  doosre ki ghalati ho bil farz to is ko maaf kar dein.</w:t>
      </w:r>
      <w:r>
        <w:br/>
      </w:r>
      <w:r>
        <w:rPr>
          <w:sz w:val="20"/>
        </w:rPr>
        <w:t>10:22  to mein samajhta hoon ke agar hum sab log is par amal karein to zaroor yaqeenan Allah ki tofeeq se halaat badlen ge,</w:t>
      </w:r>
      <w:r>
        <w:br/>
      </w:r>
      <w:r>
        <w:rPr>
          <w:sz w:val="20"/>
        </w:rPr>
        <w:t>10:37  halaat badlen ge.</w:t>
      </w:r>
    </w:p>
    <w:p>
      <w:pPr>
        <w:pStyle w:val="Heading2"/>
      </w:pPr>
      <w:r>
        <w:t>Scholar's struggle with minority model in Islam</w:t>
      </w:r>
    </w:p>
    <w:p>
      <w:r>
        <w:rPr>
          <w:color w:val="666666"/>
          <w:sz w:val="18"/>
        </w:rPr>
        <w:t>The Importance of Ijtihad August 1, 2010 · 1m 24s · at 22:10 · https://youtu.be/3q98aQ-j2ks?t=1330</w:t>
      </w:r>
    </w:p>
    <w:p>
      <w:r>
        <w:rPr>
          <w:i/>
        </w:rPr>
        <w:t>“Ek qissa maine bataya tha aap ko is se pehle”</w:t>
      </w:r>
    </w:p>
    <w:p>
      <w:r>
        <w:rPr>
          <w:sz w:val="20"/>
        </w:rPr>
        <w:t>22:10  woh jo woh jo Islam tha, daawti mission ke taur par, jo Rasool Allah ke zamane mein aur Sahaba ke zamane mein, us ki unhein khabar hi nahin. ek qissa maine bataya tha aap ko is se pehle ke ek bahut bade is Muslim scholar India aaye, woh bahar rehte hain.</w:t>
      </w:r>
      <w:r>
        <w:br/>
      </w:r>
      <w:r>
        <w:rPr>
          <w:sz w:val="20"/>
        </w:rPr>
        <w:t>22:30  to yahan un ki speech hui.</w:t>
      </w:r>
      <w:r>
        <w:br/>
      </w:r>
      <w:r>
        <w:rPr>
          <w:sz w:val="20"/>
        </w:rPr>
        <w:t>22:34  woh bahar rehte hain, woh</w:t>
      </w:r>
      <w:r>
        <w:br/>
      </w:r>
      <w:r>
        <w:rPr>
          <w:sz w:val="20"/>
        </w:rPr>
        <w:t>22:36  to kisi musalman ne un se poocha ke India mein hum minority mein hain, to ek minority ke liye Islam mein kya bataya gaya hai?</w:t>
      </w:r>
      <w:r>
        <w:br/>
      </w:r>
      <w:r>
        <w:rPr>
          <w:sz w:val="20"/>
        </w:rPr>
        <w:t>22:55  to main us waqt maujood tha is meeting mein. to there was a pause, kuch der chup rahe.</w:t>
      </w:r>
      <w:r>
        <w:br/>
      </w:r>
      <w:r>
        <w:rPr>
          <w:sz w:val="20"/>
        </w:rPr>
        <w:t>23:06  phir woh bolay, bahut hi ruk ruk kar ke ke Islam mein position of strength ka model maujood hai, lekin Islam mein position of ballistic model maujood nahin.</w:t>
      </w:r>
      <w:r>
        <w:br/>
      </w:r>
      <w:r>
        <w:rPr>
          <w:sz w:val="20"/>
        </w:rPr>
        <w:t>23:20  yeh ek bahut mushkil sawal hai. ab ghor kijiye, yani unhein maloom hi nahin ke Islam ke mein position of minority ka model hai, woh sirf position of strength ka model jantay hain,</w:t>
      </w:r>
    </w:p>
    <w:p>
      <w:pPr>
        <w:pStyle w:val="Heading2"/>
      </w:pPr>
      <w:r>
        <w:t>Abu Bakr and the angry man</w:t>
      </w:r>
    </w:p>
    <w:p>
      <w:r>
        <w:rPr>
          <w:color w:val="666666"/>
          <w:sz w:val="18"/>
        </w:rPr>
        <w:t>Don't Be Angry Culture January 15, 2012 Maulana Wahiduddin Khan · 2m 42s · at 18:11 · https://youtu.be/rY1Ikwmwwdk?t=1091</w:t>
      </w:r>
    </w:p>
    <w:p>
      <w:r>
        <w:rPr>
          <w:i/>
        </w:rPr>
        <w:t>“Ek baar aisa hai ke Madine ke baahar ek aadmi mila Hazrat Abu Bakr ko”</w:t>
      </w:r>
    </w:p>
    <w:p>
      <w:r>
        <w:rPr>
          <w:sz w:val="20"/>
        </w:rPr>
        <w:t>18:11  ek baar aisa hai ke madine ke bahar ek aadmi mila Hazrat Abu Bakr ko.</w:t>
      </w:r>
      <w:r>
        <w:br/>
      </w:r>
      <w:r>
        <w:rPr>
          <w:sz w:val="20"/>
        </w:rPr>
        <w:t>18:20  to woh kisi baat par ghussa ho gaya tha. to Hazrat Umar Abu Bakr ko bura bhala kehne laga. bura bhala kehne laga.</w:t>
      </w:r>
      <w:r>
        <w:br/>
      </w:r>
      <w:r>
        <w:rPr>
          <w:sz w:val="20"/>
        </w:rPr>
        <w:t>18:31  to shuru mein Hazrat Abu Bakr chup chap sunte rahe. un ke andar jawab hi ghussa nahin aaya. wahan Rasool Allah bhi thay.</w:t>
      </w:r>
      <w:r>
        <w:br/>
      </w:r>
      <w:r>
        <w:rPr>
          <w:sz w:val="20"/>
        </w:rPr>
        <w:t>18:41  to kuch der tak sabr kiya Hazrat Abu Bakr ne. phir unhein bhi ghussa aa gaya. jawab bhi ghussa aa gaya. ab unhon ne is ka jawab dena shuru kar diya is aadmi ka.</w:t>
      </w:r>
      <w:r>
        <w:br/>
      </w:r>
      <w:r>
        <w:rPr>
          <w:sz w:val="20"/>
        </w:rPr>
        <w:t>18:55  to jaise hi Hazrat Abu Bakr bolay ghusse mein, to Rasool Allah wahan se chalay gaye.</w:t>
      </w:r>
      <w:r>
        <w:br/>
      </w:r>
      <w:r>
        <w:rPr>
          <w:sz w:val="20"/>
        </w:rPr>
        <w:t>19:06  ab baad ko Hazrat Abu Bakr milay Rasool Allah se ke aap kyun chalay gaye? jab tak woh bol raha tha, main chup tha, tab to aap thay wahan.</w:t>
      </w:r>
      <w:r>
        <w:br/>
      </w:r>
      <w:r>
        <w:rPr>
          <w:sz w:val="20"/>
        </w:rPr>
        <w:t>19:17  jab mujhe bhi thoda ghussa aa gaya, main bol diya to aap chalay gaye.</w:t>
      </w:r>
      <w:r>
        <w:br/>
      </w:r>
      <w:r>
        <w:rPr>
          <w:sz w:val="20"/>
        </w:rPr>
        <w:t>19:24  to Rasool Allah ne farmaya ke jab tak tum bol nahin rahay thay, chup thay, tab tak tumhari taraf se farishta jawab de raha tha.</w:t>
      </w:r>
      <w:r>
        <w:br/>
      </w:r>
      <w:r>
        <w:rPr>
          <w:sz w:val="20"/>
        </w:rPr>
        <w:t>19:37  aur jab tum bhi bol paray, tum ko bhi ghussa aa gaya, to farishta chala gaya. is liye main bhi wahan se chala gaya. dekhiye, is mein kya baat hai?</w:t>
      </w:r>
      <w:r>
        <w:br/>
      </w:r>
      <w:r>
        <w:rPr>
          <w:sz w:val="20"/>
        </w:rPr>
        <w:t>19:49  yeh koi mysterious baat nahin hai. yaani yeh na samjhiye ke mysterious hai yeh baat.</w:t>
      </w:r>
      <w:r>
        <w:br/>
      </w:r>
      <w:r>
        <w:rPr>
          <w:sz w:val="20"/>
        </w:rPr>
        <w:t>19:55  yeh bilkul rationally understandable hai. woh kaise? dekhiye, woh aadmi jab bol raha tha, bura bhala keh raha tha, aur Hazrat Abu Bakr chup thay, to is ka zamir is se keh raha tha ke tum kya kar rahay ho?</w:t>
      </w:r>
      <w:r>
        <w:br/>
      </w:r>
      <w:r>
        <w:rPr>
          <w:sz w:val="20"/>
        </w:rPr>
        <w:t>20:15  aise aadmi ko keh rahay ho jo masoom hai, chup chap hai, kuch kehta nahin, aur tum bolay chalay ja rahay ho is ko? to is ka zamir is ko malamat kar raha tha.</w:t>
      </w:r>
      <w:r>
        <w:br/>
      </w:r>
      <w:r>
        <w:rPr>
          <w:sz w:val="20"/>
        </w:rPr>
        <w:t>20:28  yani khud is aadmi ka zamir Hazrat Abu Bakr ki taraf se bol raha tha. To zamir ko activate karte hain farishtay. Yaad rakhiye, ek hai ego, ek hai zamir.</w:t>
      </w:r>
      <w:r>
        <w:br/>
      </w:r>
      <w:r>
        <w:rPr>
          <w:sz w:val="20"/>
        </w:rPr>
        <w:t>20:41  Ego aur conscience.</w:t>
      </w:r>
      <w:r>
        <w:br/>
      </w:r>
      <w:r>
        <w:rPr>
          <w:sz w:val="20"/>
        </w:rPr>
        <w:t>20:46  Ego ko activate karta hai shaitan. Aur zamir ko activate karte hain farishtay.</w:t>
      </w:r>
    </w:p>
    <w:p>
      <w:pPr>
        <w:pStyle w:val="Heading2"/>
      </w:pPr>
      <w:r>
        <w:t>Politicizing justice is wrong</w:t>
      </w:r>
    </w:p>
    <w:p>
      <w:r>
        <w:rPr>
          <w:color w:val="666666"/>
          <w:sz w:val="18"/>
        </w:rPr>
        <w:t>The Concept of Justice in Islam May 03, 2007 · 2m 52s · at 6:40 · https://youtu.be/DY5SY8H554c?t=400</w:t>
      </w:r>
    </w:p>
    <w:p>
      <w:r>
        <w:rPr>
          <w:i/>
        </w:rPr>
        <w:t>“They have politicized the concept of justice. How?”</w:t>
      </w:r>
    </w:p>
    <w:p>
      <w:r>
        <w:rPr>
          <w:sz w:val="20"/>
        </w:rPr>
        <w:t>6:40  They have politicized the concept of justice. How? They</w:t>
      </w:r>
      <w:r>
        <w:br/>
      </w:r>
      <w:r>
        <w:rPr>
          <w:sz w:val="20"/>
        </w:rPr>
        <w:t>6:56  took the word Adl or justice in</w:t>
      </w:r>
      <w:r>
        <w:br/>
      </w:r>
      <w:r>
        <w:rPr>
          <w:sz w:val="20"/>
        </w:rPr>
        <w:t>7:07  passive ways. All the verses deal, all the verses in the Quran are in passive ways. But these scholars have taken it in active ways.</w:t>
      </w:r>
      <w:r>
        <w:br/>
      </w:r>
      <w:r>
        <w:rPr>
          <w:sz w:val="20"/>
        </w:rPr>
        <w:t>7:20  That is,</w:t>
      </w:r>
      <w:r>
        <w:br/>
      </w:r>
      <w:r>
        <w:rPr>
          <w:sz w:val="20"/>
        </w:rPr>
        <w:t>7:25  all the verses tell us that you have to follow the principle of justice. But they interpreted these verses in such a manner that Quran enjoins us to impose Qist on the earth</w:t>
      </w:r>
      <w:r>
        <w:br/>
      </w:r>
      <w:r>
        <w:rPr>
          <w:sz w:val="20"/>
        </w:rPr>
        <w:t>7:49  . To implement Qist on all the people. So they have taken these verses in active ways, although all these verses are in passive ways.</w:t>
      </w:r>
      <w:r>
        <w:br/>
      </w:r>
      <w:r>
        <w:rPr>
          <w:sz w:val="20"/>
        </w:rPr>
        <w:t>8:06  Basically, they have</w:t>
      </w:r>
      <w:r>
        <w:br/>
      </w:r>
      <w:r>
        <w:rPr>
          <w:sz w:val="20"/>
        </w:rPr>
        <w:t>8:17  taken two verses from the Quran.</w:t>
      </w:r>
      <w:r>
        <w:br/>
      </w:r>
      <w:r>
        <w:rPr>
          <w:sz w:val="20"/>
        </w:rPr>
        <w:t>8:25  And</w:t>
      </w:r>
      <w:r>
        <w:br/>
      </w:r>
      <w:r>
        <w:rPr>
          <w:sz w:val="20"/>
        </w:rPr>
        <w:t>8:28  basically, there are two scholars. One is an Arab scholar and the second is the scholar who was born in India.</w:t>
      </w:r>
      <w:r>
        <w:br/>
      </w:r>
      <w:r>
        <w:rPr>
          <w:sz w:val="20"/>
        </w:rPr>
        <w:t>8:44  So Syed Qutb is a well-known Arab scholar. He has published a commentary that is Fi Jalalil Quran.</w:t>
      </w:r>
      <w:r>
        <w:br/>
      </w:r>
      <w:r>
        <w:rPr>
          <w:sz w:val="20"/>
        </w:rPr>
        <w:t>8:59  It is an Arabic commentary of the Quran. And Syed Abdullah Al-Mawdudi has published a complete commentary in Urdu.</w:t>
      </w:r>
      <w:r>
        <w:br/>
      </w:r>
      <w:r>
        <w:rPr>
          <w:sz w:val="20"/>
        </w:rPr>
        <w:t>9:15  Its title is Tafhimul Quran. So basically, there are two scholars. One from Arab and the second from Indian subcontinent.</w:t>
      </w:r>
      <w:r>
        <w:br/>
      </w:r>
      <w:r>
        <w:rPr>
          <w:sz w:val="20"/>
        </w:rPr>
        <w:t>9:28  These scholars have</w:t>
      </w:r>
    </w:p>
    <w:p>
      <w:pPr>
        <w:pStyle w:val="Heading2"/>
      </w:pPr>
      <w:r>
        <w:t>Humility leads to discovering deen's hidden wisdom</w:t>
      </w:r>
    </w:p>
    <w:p>
      <w:r>
        <w:rPr>
          <w:color w:val="666666"/>
          <w:sz w:val="18"/>
        </w:rPr>
        <w:t>Attaining Wisdom through State of Helplessness November 28, 2019 - Maulana Wahiduddin Khan · 2m 04s · at 21:07 · https://youtu.be/dS29D4Pt-3U?t=1267</w:t>
      </w:r>
    </w:p>
    <w:p>
      <w:r>
        <w:rPr>
          <w:i/>
        </w:rPr>
        <w:t>“Main apne aap ko bahut zyada aajiz paata hoon”</w:t>
      </w:r>
    </w:p>
    <w:p>
      <w:r>
        <w:rPr>
          <w:sz w:val="20"/>
        </w:rPr>
        <w:t>21:07  mein apne aap ko bohat zyada ajez pata hoon. yeh jo taam ke maqam par pata hoon, to main sochta hoon ke aisa kyun hua.</w:t>
      </w:r>
      <w:r>
        <w:br/>
      </w:r>
      <w:r>
        <w:rPr>
          <w:sz w:val="20"/>
        </w:rPr>
        <w:t>21:22  to aaj mujhe samajh aya ke momina aqwam jo jo thay, wohi thay sab barri baatein karne wale.</w:t>
      </w:r>
      <w:r>
        <w:br/>
      </w:r>
      <w:r>
        <w:rPr>
          <w:sz w:val="20"/>
        </w:rPr>
        <w:t>21:35  jihad ki baatein aur yeh baatein, woh baatein thay. aik aadmi Allah taala ko aisa makhlooq tha jo zaeef ho, bilkul hi.</w:t>
      </w:r>
      <w:r>
        <w:br/>
      </w:r>
      <w:r>
        <w:rPr>
          <w:sz w:val="20"/>
        </w:rPr>
        <w:t>21:46  to barri baat hai, na kare. tab wohi woh hikmat hai jo is mein hain, yani martry ki baat baat mein woh us ko daryaft kare.</w:t>
      </w:r>
      <w:r>
        <w:br/>
      </w:r>
      <w:r>
        <w:rPr>
          <w:sz w:val="20"/>
        </w:rPr>
        <w:t>22:02  yeh aap logon ko samajh ko yaad aata hai? kuch</w:t>
      </w:r>
      <w:r>
        <w:br/>
      </w:r>
      <w:r>
        <w:rPr>
          <w:sz w:val="20"/>
        </w:rPr>
        <w:t>22:05  bilkul samajh mein aya. hum hain, bilkul samajh mein aa gayi baat ki. kya keh rahe hain Fayyaz sahib? bol rahe hain ke bilkul samajh mein aa gayi yeh baat.</w:t>
      </w:r>
      <w:r>
        <w:br/>
      </w:r>
      <w:r>
        <w:rPr>
          <w:sz w:val="20"/>
        </w:rPr>
        <w:t>22:20  waqatan aap log tasawwur nahi kar rahe the ke main apne ko itna zyada ajeez samajhta hoon. yeh jo taam ki had par pahunchta hoon, yeh log jo asaar le ke khare ho jate hain,</w:t>
      </w:r>
      <w:r>
        <w:br/>
      </w:r>
      <w:r>
        <w:rPr>
          <w:sz w:val="20"/>
        </w:rPr>
        <w:t>22:38  to mere bas mein hai nahi ke aise fatwe doon. to deen ka woh pehlu jo murekh ke satah par insan ko daryaft hota hai, us se woh mehroom reh gaye.</w:t>
      </w:r>
      <w:r>
        <w:br/>
      </w:r>
      <w:r>
        <w:rPr>
          <w:sz w:val="20"/>
        </w:rPr>
        <w:t>22:57  jitne log hain, islam log ji, woh is cheez se mehroom reh gaye ke murekh kaisi cheez hai.</w:t>
      </w:r>
      <w:r>
        <w:br/>
      </w:r>
      <w:r>
        <w:rPr>
          <w:sz w:val="20"/>
        </w:rPr>
        <w:t>23:08  ya kya khayal hai aap logon ka?</w:t>
      </w:r>
    </w:p>
    <w:p>
      <w:pPr>
        <w:pStyle w:val="Heading2"/>
      </w:pPr>
      <w:r>
        <w:t>Starting dawah with love for non-Muslims</w:t>
      </w:r>
    </w:p>
    <w:p>
      <w:r>
        <w:rPr>
          <w:color w:val="666666"/>
          <w:sz w:val="18"/>
        </w:rPr>
        <w:t>Understanding Islam (In Conversation with Maulana) June 20, 2010 Maulana Wahidudidn Khan · 1m 24s · at 22:08 · https://youtu.be/7UylaPL-iO8?t=1328</w:t>
      </w:r>
    </w:p>
    <w:p>
      <w:r>
        <w:rPr>
          <w:i/>
        </w:rPr>
        <w:t>“Sab se pehle use mohabbat karna chahiye”</w:t>
      </w:r>
    </w:p>
    <w:p>
      <w:r>
        <w:rPr>
          <w:sz w:val="20"/>
        </w:rPr>
        <w:t>22:08  agle sawal hai nafees shairaz ka new delhi se. yadi hum kisi non muslim ko islam ki dawat dena chahein to hamein sab se pehle kaun si baat us ke samne rakhni chahiye?</w:t>
      </w:r>
      <w:r>
        <w:br/>
      </w:r>
      <w:r>
        <w:rPr>
          <w:sz w:val="20"/>
        </w:rPr>
        <w:t>22:24  sab se pehle use mohabbat karna chahiye. agar mohabbat nahi hai to dawat bhi mat dijiye.</w:t>
      </w:r>
      <w:r>
        <w:br/>
      </w:r>
      <w:r>
        <w:rPr>
          <w:sz w:val="20"/>
        </w:rPr>
        <w:t>22:33  apne dil ko tatoliye ke kya aap ko aap ke dil mein doosron ke liye nafrat hai, shikayat hai ya aap ka dil bilkul doosron ke liye positive hai.</w:t>
      </w:r>
      <w:r>
        <w:br/>
      </w:r>
      <w:r>
        <w:rPr>
          <w:sz w:val="20"/>
        </w:rPr>
        <w:t>22:46  here is the starting point. jo aadmi dawat ka kaam karna chahta hai to sab se pehle us ko apne dil ko pak karna padega nafrat se, negative thought se.</w:t>
      </w:r>
      <w:r>
        <w:br/>
      </w:r>
      <w:r>
        <w:rPr>
          <w:sz w:val="20"/>
        </w:rPr>
        <w:t>22:59  nahi to us ko dawat ka koi Allah taala ka inaam nahi milega.</w:t>
      </w:r>
      <w:r>
        <w:br/>
      </w:r>
      <w:r>
        <w:rPr>
          <w:sz w:val="20"/>
        </w:rPr>
        <w:t>23:05  dawat ka matlab sirf yeh nahi hai ke aap announce kar dein. dawat ka matlab yeh hai ke aap us ke sachhe khair khwah banein, us ke well wisher banein, us ki hidayat ke haris banein.</w:t>
      </w:r>
      <w:r>
        <w:br/>
      </w:r>
      <w:r>
        <w:rPr>
          <w:sz w:val="20"/>
        </w:rPr>
        <w:t>23:17  jab aap aise ban jayenge to phir sari baatein khul jayengi sab. aap ko aap ka yani kisi se pooche pooche baghair sab kuch program aap ka set ho jayega.</w:t>
      </w:r>
    </w:p>
    <w:p>
      <w:pPr>
        <w:pStyle w:val="Heading2"/>
      </w:pPr>
      <w:r>
        <w:t>Hind's conversion story shows da'wa mindset</w:t>
      </w:r>
    </w:p>
    <w:p>
      <w:r>
        <w:rPr>
          <w:color w:val="666666"/>
          <w:sz w:val="18"/>
        </w:rPr>
        <w:t>The Importance of Ijtihad August 1, 2010 · 2m 01s · at 46:05 · https://youtu.be/3q98aQ-j2ks?t=2765</w:t>
      </w:r>
    </w:p>
    <w:p>
      <w:r>
        <w:rPr>
          <w:i/>
        </w:rPr>
        <w:t>“Dekhen, Makkah mein ek lady thi jinka naam tha Hind”</w:t>
      </w:r>
    </w:p>
    <w:p>
      <w:r>
        <w:rPr>
          <w:sz w:val="20"/>
        </w:rPr>
        <w:t>46:05  dekhen, makkah mein ek lady thi jinka naam tha hind, bohat dushman thi musalmanon ki, bohat dushman thi.</w:t>
      </w:r>
      <w:r>
        <w:br/>
      </w:r>
      <w:r>
        <w:rPr>
          <w:sz w:val="20"/>
        </w:rPr>
        <w:t>46:16  fateh makkah ke agle hi dinon musalman ho gayi.</w:t>
      </w:r>
      <w:r>
        <w:br/>
      </w:r>
      <w:r>
        <w:rPr>
          <w:sz w:val="20"/>
        </w:rPr>
        <w:t>46:21  to logon ne poocha ke aakhir kya tumhare andar baat aayi ke tum aaj islam qabool kar liya? wahan koi compreshion nahi tha, koi koi bhi nahi. to us ne kaha ke main ne ek ajeeb o ghareeb cheez dekhi,</w:t>
      </w:r>
      <w:r>
        <w:br/>
      </w:r>
      <w:r>
        <w:rPr>
          <w:sz w:val="20"/>
        </w:rPr>
        <w:t>46:34  yeh jo musalman aaye the madinah se, 10 tha, aa kar ke in ko yahan ghalba mil gaya. wo wahan ladaai nahi hui thi, unhon ne march kiya tha, unhon ne surrender kar diya tha.</w:t>
      </w:r>
      <w:r>
        <w:br/>
      </w:r>
      <w:r>
        <w:rPr>
          <w:sz w:val="20"/>
        </w:rPr>
        <w:t>46:49  to us ne bataya ke yeh log, main ne dekha ke raat bhar ka'aba ke andar duaen karte rahe, hamare liye duaen karte rahe, hamari hidayat ke liye ro ro kar ke ke khuda makkah walon ko hidayat de.</w:t>
      </w:r>
      <w:r>
        <w:br/>
      </w:r>
      <w:r>
        <w:rPr>
          <w:sz w:val="20"/>
        </w:rPr>
        <w:t>47:05  yaani jo fateh the, jinhon ne fateh kiya tha makkah ko, us zamane mein jo badshah log hote the, fateh karte the aur sharaben peete the, un ka haan raqs o saroood ke mehfilen hoti theen,</w:t>
      </w:r>
      <w:r>
        <w:br/>
      </w:r>
      <w:r>
        <w:rPr>
          <w:sz w:val="20"/>
        </w:rPr>
        <w:t>47:25  fakhar ki baaten karte the.</w:t>
      </w:r>
      <w:r>
        <w:br/>
      </w:r>
      <w:r>
        <w:rPr>
          <w:sz w:val="20"/>
        </w:rPr>
        <w:t>47:27  to us ne kaha ke hum ne dekha ke yeh jo log aaye the madinah se, jinhon ne jahan jo makkah fateh kiya, unhon ne to unhon ne yahan kuch bhi nahi kiya.</w:t>
      </w:r>
      <w:r>
        <w:br/>
      </w:r>
      <w:r>
        <w:rPr>
          <w:sz w:val="20"/>
        </w:rPr>
        <w:t>47:41  yeh raat bhar ka'aba mein namazen parh ke dua karte rahe ke khuda ya makkah walon ko hidayat de.</w:t>
      </w:r>
      <w:r>
        <w:br/>
      </w:r>
      <w:r>
        <w:rPr>
          <w:sz w:val="20"/>
        </w:rPr>
        <w:t>47:50  is cheez ne mere dil ko pighla diya.</w:t>
      </w:r>
      <w:r>
        <w:br/>
      </w:r>
      <w:r>
        <w:rPr>
          <w:sz w:val="20"/>
        </w:rPr>
        <w:t>47:55  us ko hind jigar khwaar kehte hain.</w:t>
      </w:r>
      <w:r>
        <w:br/>
      </w:r>
      <w:r>
        <w:rPr>
          <w:sz w:val="20"/>
        </w:rPr>
        <w:t>48:00  yeh hai da'i ka dil.</w:t>
      </w:r>
    </w:p>
    <w:p>
      <w:pPr>
        <w:pStyle w:val="Heading2"/>
      </w:pPr>
      <w:r>
        <w:t>Prophet delinked justice from peace at Hudaybiyah</w:t>
      </w:r>
    </w:p>
    <w:p>
      <w:r>
        <w:rPr>
          <w:color w:val="666666"/>
          <w:sz w:val="18"/>
        </w:rPr>
        <w:t>The Concept of Justice in Islam May 03, 2007 · 2m 26s · at 22:23 · https://youtu.be/DY5SY8H554c?t=1343</w:t>
      </w:r>
    </w:p>
    <w:p>
      <w:r>
        <w:rPr>
          <w:i/>
        </w:rPr>
        <w:t>“There was a negotiation at Hudaybiyah.”</w:t>
      </w:r>
    </w:p>
    <w:p>
      <w:r>
        <w:rPr>
          <w:sz w:val="20"/>
        </w:rPr>
        <w:t>22:23  There was a negotiation at Hudaybiyah. Hudaybiyah. So during these negotiations,</w:t>
      </w:r>
      <w:r>
        <w:br/>
      </w:r>
      <w:r>
        <w:rPr>
          <w:sz w:val="20"/>
        </w:rPr>
        <w:t>22:37  the Prophet finalized an agreement. In this agreement, all the justice, all the principles of justice were denied.</w:t>
      </w:r>
      <w:r>
        <w:br/>
      </w:r>
      <w:r>
        <w:rPr>
          <w:sz w:val="20"/>
        </w:rPr>
        <w:t>22:51  You can see the provisions attached to the Hudaybiyah agreement that it was completely injustice.</w:t>
      </w:r>
      <w:r>
        <w:br/>
      </w:r>
      <w:r>
        <w:rPr>
          <w:sz w:val="20"/>
        </w:rPr>
        <w:t>23:03  All the principles of justice were denied in this agreement.</w:t>
      </w:r>
      <w:r>
        <w:br/>
      </w:r>
      <w:r>
        <w:rPr>
          <w:sz w:val="20"/>
        </w:rPr>
        <w:t>23:08  It was finalized on unilateral conditions.</w:t>
      </w:r>
      <w:r>
        <w:br/>
      </w:r>
      <w:r>
        <w:rPr>
          <w:sz w:val="20"/>
        </w:rPr>
        <w:t>23:17  Unilateral conditions. No condition of the Prophet was met in this agreement except peace</w:t>
      </w:r>
      <w:r>
        <w:br/>
      </w:r>
      <w:r>
        <w:rPr>
          <w:sz w:val="20"/>
        </w:rPr>
        <w:t>23:31  . So here the Prophet achieved peace without justice.</w:t>
      </w:r>
      <w:r>
        <w:br/>
      </w:r>
      <w:r>
        <w:rPr>
          <w:sz w:val="20"/>
        </w:rPr>
        <w:t>23:41  Here he detached the question of peace with the question of justice.</w:t>
      </w:r>
      <w:r>
        <w:br/>
      </w:r>
      <w:r>
        <w:rPr>
          <w:sz w:val="20"/>
        </w:rPr>
        <w:t>23:49  In the Hudaybiyah agreement, the Hudaybiyah agreement is a clear example that the Prophet detached, the Prophet delinked the question of justice and the question of peace.</w:t>
      </w:r>
      <w:r>
        <w:br/>
      </w:r>
      <w:r>
        <w:rPr>
          <w:sz w:val="20"/>
        </w:rPr>
        <w:t>24:04  So the Prophet adopted a delinking policy. He never bracketed. He never attached the question of justice with the peace.</w:t>
      </w:r>
      <w:r>
        <w:br/>
      </w:r>
      <w:r>
        <w:rPr>
          <w:sz w:val="20"/>
        </w:rPr>
        <w:t>24:19  So he adopted the peace for the sake of peace formula. Although justice was denied, but as he was able to achieve peace, so he agreed upon.</w:t>
      </w:r>
      <w:r>
        <w:br/>
      </w:r>
      <w:r>
        <w:rPr>
          <w:sz w:val="20"/>
        </w:rPr>
        <w:t>24:38  So he took that, so he accepted that agreement. So this was the policy of the Prophet of Islam.</w:t>
      </w:r>
    </w:p>
    <w:p>
      <w:pPr>
        <w:pStyle w:val="Heading2"/>
      </w:pPr>
      <w:r>
        <w:t>Patience is personality development</w:t>
      </w:r>
    </w:p>
    <w:p>
      <w:r>
        <w:rPr>
          <w:color w:val="666666"/>
          <w:sz w:val="18"/>
        </w:rPr>
        <w:t>Dars-e-Quran, Chapter 2, Verses 44-46, January 28, 2018 · 2m 33s · at 1:11:24 · https://youtu.be/3Kd5InuBtFA?t=4284</w:t>
      </w:r>
    </w:p>
    <w:p>
      <w:r>
        <w:rPr>
          <w:i/>
        </w:rPr>
        <w:t>“سب سے بڑی عبادت، اس کی بھی لمٹ رہے گی؟”</w:t>
      </w:r>
    </w:p>
    <w:p>
      <w:r>
        <w:rPr>
          <w:sz w:val="20"/>
        </w:rPr>
        <w:t>1:11:24  sab se bari ibadat, us ki bhi limit rahe gi? patience ki limit hi nahi koi hai. woh to sari zindagi ke liye "inma sabir ujru" baghair hisab. yeh Quran ki ayat hai. sab se bari bekhabri yeh hai ke log jante hi nahi ke sabr, sabr amal hai. yeh yaad</w:t>
      </w:r>
      <w:r>
        <w:br/>
      </w:r>
      <w:r>
        <w:rPr>
          <w:sz w:val="20"/>
        </w:rPr>
        <w:t>1:11:54  rakhein, yeh jo lafz hai ke baghair hisab, yani roze ke liye, namaz ke liye, na Umrah ke</w:t>
      </w:r>
      <w:r>
        <w:br/>
      </w:r>
      <w:r>
        <w:rPr>
          <w:sz w:val="20"/>
        </w:rPr>
        <w:t>1:12:00  liye, na haj ke liye, sirf sabr ke liye hai.</w:t>
      </w:r>
      <w:r>
        <w:br/>
      </w:r>
      <w:r>
        <w:rPr>
          <w:sz w:val="20"/>
        </w:rPr>
        <w:t>1:12:06  log umra ke liye toot pade hain.</w:t>
      </w:r>
      <w:r>
        <w:br/>
      </w:r>
      <w:r>
        <w:rPr>
          <w:sz w:val="20"/>
        </w:rPr>
        <w:t>1:12:12  makka mein jayen to sare sir saal wahan bheed rehti hai.</w:t>
      </w:r>
      <w:r>
        <w:br/>
      </w:r>
      <w:r>
        <w:rPr>
          <w:sz w:val="20"/>
        </w:rPr>
        <w:t>1:12:18  to kahan quran mein likha hua hai ke jo umra karenge, unko bila hisab kitab haj mile</w:t>
      </w:r>
      <w:r>
        <w:br/>
      </w:r>
      <w:r>
        <w:rPr>
          <w:sz w:val="20"/>
        </w:rPr>
        <w:t>1:12:24  ga? kahan likha hai? kahan likha hai? sab se bada sabr quran mein bataya gaya hai patience ke liye.</w:t>
      </w:r>
      <w:r>
        <w:br/>
      </w:r>
      <w:r>
        <w:rPr>
          <w:sz w:val="20"/>
        </w:rPr>
        <w:t>1:12:34  to sirf had kya hai? koi had hi nahi is ki.</w:t>
      </w:r>
      <w:r>
        <w:br/>
      </w:r>
      <w:r>
        <w:rPr>
          <w:sz w:val="20"/>
        </w:rPr>
        <w:t>1:12:44  دیکھیے، اصل بات کیا ہے؟ لوگوں کا معیار یعنی criterion بدل گیا ہے۔ patience</w:t>
      </w:r>
      <w:r>
        <w:br/>
      </w:r>
      <w:r>
        <w:rPr>
          <w:sz w:val="20"/>
        </w:rPr>
        <w:t>1:12:55  ka matlab hai process, process of personality development.</w:t>
      </w:r>
      <w:r>
        <w:br/>
      </w:r>
      <w:r>
        <w:rPr>
          <w:sz w:val="20"/>
        </w:rPr>
        <w:t>1:13:02  پیشنس کا مطلب ہے process of personality development.</w:t>
      </w:r>
      <w:r>
        <w:br/>
      </w:r>
      <w:r>
        <w:rPr>
          <w:sz w:val="20"/>
        </w:rPr>
        <w:t>1:13:10  to shakhsi irtiqaa, wo to hamesha jaari rahega, hamesha jaari rahega.</w:t>
      </w:r>
      <w:r>
        <w:br/>
      </w:r>
      <w:r>
        <w:rPr>
          <w:sz w:val="20"/>
        </w:rPr>
        <w:t>1:13:17  تو یاد رکھیے، patience جو ہے، یا صبر جو ہے، کوئی علیحدہ چ</w:t>
      </w:r>
      <w:r>
        <w:br/>
      </w:r>
      <w:r>
        <w:rPr>
          <w:sz w:val="20"/>
        </w:rPr>
        <w:t>1:13:25  yaz nahi hai, hamari zindagi ka part hai.</w:t>
      </w:r>
      <w:r>
        <w:br/>
      </w:r>
      <w:r>
        <w:rPr>
          <w:sz w:val="20"/>
        </w:rPr>
        <w:t>1:13:33  اور اس کا مطلب ہے process of intellectual development, جو process of personality development, اس کی کوئی حد</w:t>
      </w:r>
      <w:r>
        <w:br/>
      </w:r>
      <w:r>
        <w:rPr>
          <w:sz w:val="20"/>
        </w:rPr>
        <w:t>1:13:41  hi nahi hai.</w:t>
      </w:r>
      <w:r>
        <w:br/>
      </w:r>
      <w:r>
        <w:rPr>
          <w:sz w:val="20"/>
        </w:rPr>
        <w:t>1:13:49  wo to karna hi karna hai apni, kyunke personality development ka kaam to sari sari zindagi jaari rahega.</w:t>
      </w:r>
    </w:p>
    <w:p>
      <w:pPr>
        <w:pStyle w:val="Heading2"/>
      </w:pPr>
      <w:r>
        <w:t>Deconditioning requires merciless introspection</w:t>
      </w:r>
    </w:p>
    <w:p>
      <w:r>
        <w:rPr>
          <w:color w:val="666666"/>
          <w:sz w:val="18"/>
        </w:rPr>
        <w:t>Q&amp;A 24 May 2009 Maulana Wahiduddin Khan · 2m 19s · at 30:07 · https://youtu.be/Ek6Ct3LZGOs?t=1807</w:t>
      </w:r>
    </w:p>
    <w:p>
      <w:r>
        <w:rPr>
          <w:i/>
        </w:rPr>
        <w:t>“Main samajhta hoon ke is ki startig apne aap se hoti hai.”</w:t>
      </w:r>
    </w:p>
    <w:p>
      <w:r>
        <w:rPr>
          <w:sz w:val="20"/>
        </w:rPr>
        <w:t>30:07  ab jo deconditioning ki baat hai, to main samajhta hoon ke iski starting apne aap se hoti hai. jis aadmi ne apne ko apni deconditioning na ki ho, woh doosron ko nahin kar sakta.</w:t>
      </w:r>
      <w:r>
        <w:br/>
      </w:r>
      <w:r>
        <w:rPr>
          <w:sz w:val="20"/>
        </w:rPr>
        <w:t>30:17  yaad rakhiye, charity begins from home, jo angrezi mein kaha jata hai, charity begins from home.</w:t>
      </w:r>
      <w:r>
        <w:br/>
      </w:r>
      <w:r>
        <w:rPr>
          <w:sz w:val="20"/>
        </w:rPr>
        <w:t>30:25  to deconditioning apne aap se shuru hoti hai. ab bahut hi mushkil kaam hai, yaad rakhiye, deconditioning. deconditioning ko main agar define karoon doosre shabdon mein to main kahunga merciless introspection.</w:t>
      </w:r>
      <w:r>
        <w:br/>
      </w:r>
      <w:r>
        <w:rPr>
          <w:sz w:val="20"/>
        </w:rPr>
        <w:t>30:44  deconditioning kaun kar payega? apni khud, apni jo merciless introspection kare, to kaun karta hai? hum ko koi mila nahin aisa aadmi.</w:t>
      </w:r>
      <w:r>
        <w:br/>
      </w:r>
      <w:r>
        <w:rPr>
          <w:sz w:val="20"/>
        </w:rPr>
        <w:t>30:58  to deconditioning doosron ko karna</w:t>
      </w:r>
      <w:r>
        <w:br/>
      </w:r>
      <w:r>
        <w:rPr>
          <w:sz w:val="20"/>
        </w:rPr>
        <w:t>31:02  bilkul possible kaam hai. bismillah, agar woh jo american woh tha, professor watson, woh to samajhta tha ke decondition ho nahin sakti hai. bahut bada professor tha watson, lekin usne samjha jo condition ho chuki hai, woh wahi wahi wahi nature hai.</w:t>
      </w:r>
      <w:r>
        <w:br/>
      </w:r>
      <w:r>
        <w:rPr>
          <w:sz w:val="20"/>
        </w:rPr>
        <w:t>31:19  main is ko galat samajhta hoon,</w:t>
      </w:r>
      <w:r>
        <w:br/>
      </w:r>
      <w:r>
        <w:rPr>
          <w:sz w:val="20"/>
        </w:rPr>
        <w:t>31:21  bilkul. halanki sau saal se logon ke dimagh pe bhara hua hai, lekin yeh bilkul baseless baat hai.</w:t>
      </w:r>
      <w:r>
        <w:br/>
      </w:r>
      <w:r>
        <w:rPr>
          <w:sz w:val="20"/>
        </w:rPr>
        <w:t>31:30  deconditioning bilkul possible hai, lekin deconditioning begins from yourself,</w:t>
      </w:r>
      <w:r>
        <w:br/>
      </w:r>
      <w:r>
        <w:rPr>
          <w:sz w:val="20"/>
        </w:rPr>
        <w:t>31:39  kyunki aap is ko janenge nahin, is ki abc d nahin janenge, is ka formula nahin janenge. agar aap ne apni deconditioning nahin ki hai to aap is ka formula nahin janenge.</w:t>
      </w:r>
      <w:r>
        <w:br/>
      </w:r>
      <w:r>
        <w:rPr>
          <w:sz w:val="20"/>
        </w:rPr>
        <w:t>31:50  to doosron ko kya karenge aap? to mujhe to koi aadmi nahin maloom jo merciless introspection karta ho. apna</w:t>
      </w:r>
      <w:r>
        <w:br/>
      </w:r>
      <w:r>
        <w:rPr>
          <w:sz w:val="20"/>
        </w:rPr>
        <w:t>31:59  jo karta ho, woh main is ka mujhe naam bataiye, us ko main us se milunga. us ka milna mere liye ibadat hoga, inshallah.</w:t>
      </w:r>
      <w:r>
        <w:br/>
      </w:r>
      <w:r>
        <w:rPr>
          <w:sz w:val="20"/>
        </w:rPr>
        <w:t>32:11  to yaad rakhiye, is duniya mein sachai ko paane ke liye deconditioning yani bilkul shart hai.</w:t>
      </w:r>
      <w:r>
        <w:br/>
      </w:r>
      <w:r>
        <w:rPr>
          <w:sz w:val="20"/>
        </w:rPr>
        <w:t>32:21  shart</w:t>
      </w:r>
    </w:p>
    <w:p>
      <w:pPr>
        <w:pStyle w:val="Heading2"/>
      </w:pPr>
      <w:r>
        <w:t>Maulana Ilyas slapped in Mewat, responds with patience</w:t>
      </w:r>
    </w:p>
    <w:p>
      <w:r>
        <w:rPr>
          <w:color w:val="666666"/>
          <w:sz w:val="18"/>
        </w:rPr>
        <w:t>Importance of Patience in Islam December 11, 2022 · 1m 27s · at 14:07 · https://youtu.be/Cy59II1dC-I?t=847</w:t>
      </w:r>
    </w:p>
    <w:p>
      <w:r>
        <w:rPr>
          <w:i/>
        </w:rPr>
        <w:t>“The founder of Tablighi Jamaat worked in Mewat”</w:t>
      </w:r>
    </w:p>
    <w:p>
      <w:r>
        <w:rPr>
          <w:sz w:val="20"/>
        </w:rPr>
        <w:t>14:07  ate karte hain. to agar hum sabr na karein, to wahin ka wahin baat khatam ho jayegi. main yahan ek misal aapko deti hoon. tablighi jamaat ke jo founder the, maulana ilyas, to unhone wahan par kaam kiya tha mewat mein. mewat ke log bahut zyada us waqt padhai likhai bilkul nahin thi mewat ke ilake mein. to woh kisi naujawan ko koi baat samjha rahe the, us naujawan ki samajh mein nahin aai.</w:t>
      </w:r>
      <w:r>
        <w:br/>
      </w:r>
      <w:r>
        <w:rPr>
          <w:sz w:val="20"/>
        </w:rPr>
        <w:t>14:34  to usne jo hai, woh naujawan tha, yeh patle duble se the maulana ilyas, usne unko ek thappad kas ke maar diya. woh gir pade. to ab aise mein aam aadmi hota, to woh gussa ho jata ki main tumko to ek baat samjha raha hoon, manne ka kya matlab hai. lekin woh gussa nahin hue. thodi der mein jab thoda theek hue, woh uthne ke kabil hue. to uthkar phir unhone kya kaha?</w:t>
      </w:r>
      <w:r>
        <w:br/>
      </w:r>
      <w:r>
        <w:rPr>
          <w:sz w:val="20"/>
        </w:rPr>
        <w:t>15:00  yahi hota hai positive response. unhone kaha, "tumne apna kaam kar liya hai, ab ab mere ko kam apna kaam karne do." phir</w:t>
      </w:r>
      <w:r>
        <w:br/>
      </w:r>
      <w:r>
        <w:rPr>
          <w:sz w:val="20"/>
        </w:rPr>
        <w:t>15:07  unhone usko samjhana shuru kar diya aur usi ke sath sath woh dua karte rehte the. to woh naujawan ki samajh mein aakhirkar aa gaya aur woh unka life long unka saathi ban gaya. to is wajah se, chunki insan ek case hai conditioning ka, to hum chahe kitni bhi achhi baat usko samjha rahe hon, lekin usko samajhne mein time lagega aur us time ke liye hamein sabr karna padta hai.</w:t>
      </w:r>
    </w:p>
    <w:p>
      <w:pPr>
        <w:pStyle w:val="Heading2"/>
      </w:pPr>
      <w:r>
        <w:t>From idealism to realism to reconciliation</w:t>
      </w:r>
    </w:p>
    <w:p>
      <w:r>
        <w:rPr>
          <w:color w:val="666666"/>
          <w:sz w:val="18"/>
        </w:rPr>
        <w:t>Adjustment the Only Option I January 26, 2010 · 2m 45s · at 4:50 · https://youtu.be/5jDoLit5NWU?t=290</w:t>
      </w:r>
    </w:p>
    <w:p>
      <w:r>
        <w:rPr>
          <w:i/>
        </w:rPr>
        <w:t>“Idealist”</w:t>
      </w:r>
    </w:p>
    <w:p>
      <w:r>
        <w:rPr>
          <w:sz w:val="20"/>
        </w:rPr>
        <w:t>4:50  Idealist.</w:t>
      </w:r>
      <w:r>
        <w:br/>
      </w:r>
      <w:r>
        <w:rPr>
          <w:sz w:val="20"/>
        </w:rPr>
        <w:t>4:56  zati maamle mein.</w:t>
      </w:r>
      <w:r>
        <w:br/>
      </w:r>
      <w:r>
        <w:rPr>
          <w:sz w:val="20"/>
        </w:rPr>
        <w:t>5:02  lekin when it comes to society, family, other people, you have to be realist, you have to be</w:t>
      </w:r>
      <w:r>
        <w:br/>
      </w:r>
      <w:r>
        <w:rPr>
          <w:sz w:val="20"/>
        </w:rPr>
        <w:t>5:08  pragmatic, you have to adjust with others.</w:t>
      </w:r>
      <w:r>
        <w:br/>
      </w:r>
      <w:r>
        <w:rPr>
          <w:sz w:val="20"/>
        </w:rPr>
        <w:t>5:14  yeh bohat hi bara principle hai lekin saare log is ko ignore karte hain, family life se le</w:t>
      </w:r>
      <w:r>
        <w:br/>
      </w:r>
      <w:r>
        <w:rPr>
          <w:sz w:val="20"/>
        </w:rPr>
        <w:t>5:20  kar ke international life tak.</w:t>
      </w:r>
      <w:r>
        <w:br/>
      </w:r>
      <w:r>
        <w:rPr>
          <w:sz w:val="20"/>
        </w:rPr>
        <w:t>5:26  aur isi ki wajah se violence hai, isi ki wajah se hate hai, isi ki wajah se saara</w:t>
      </w:r>
      <w:r>
        <w:br/>
      </w:r>
      <w:r>
        <w:rPr>
          <w:sz w:val="20"/>
        </w:rPr>
        <w:t>5:32  maamla bigra hua hai.</w:t>
      </w:r>
      <w:r>
        <w:br/>
      </w:r>
      <w:r>
        <w:rPr>
          <w:sz w:val="20"/>
        </w:rPr>
        <w:t>5:38  ke log kya karte hain? Ulta karte hain.</w:t>
      </w:r>
      <w:r>
        <w:br/>
      </w:r>
      <w:r>
        <w:rPr>
          <w:sz w:val="20"/>
        </w:rPr>
        <w:t>5:44  yani social life mein ideal chalaana chahte hain, aur apni zindagi mein practical bane rehte hain.</w:t>
      </w:r>
      <w:r>
        <w:br/>
      </w:r>
      <w:r>
        <w:rPr>
          <w:sz w:val="20"/>
        </w:rPr>
        <w:t>5:50  That is contradiction, that is hypocrisy.</w:t>
      </w:r>
      <w:r>
        <w:br/>
      </w:r>
      <w:r>
        <w:rPr>
          <w:sz w:val="20"/>
        </w:rPr>
        <w:t>5:56  mein to jis se bhi milta hoon, apni zaat ke maamle ko practical bana rehta hoon.</w:t>
      </w:r>
      <w:r>
        <w:br/>
      </w:r>
      <w:r>
        <w:rPr>
          <w:sz w:val="20"/>
        </w:rPr>
        <w:t>6:03  ke bhai yeh to karna hi hoga, is ke baghair to kaam nahi chalega, aise alfaaz bolta hai.</w:t>
      </w:r>
      <w:r>
        <w:br/>
      </w:r>
      <w:r>
        <w:rPr>
          <w:sz w:val="20"/>
        </w:rPr>
        <w:t>6:09  lekin jab aata hai kaam, maamla doosron ka, maslan family life hai, social life hai, national life hai,</w:t>
      </w:r>
      <w:r>
        <w:br/>
      </w:r>
      <w:r>
        <w:rPr>
          <w:sz w:val="20"/>
        </w:rPr>
        <w:t>6:15  international life, har jagah kya karta hai woh? Ideal chalaata hai.</w:t>
      </w:r>
      <w:r>
        <w:br/>
      </w:r>
      <w:r>
        <w:rPr>
          <w:sz w:val="20"/>
        </w:rPr>
        <w:t>6:21  yeh kabhi bhi hone wala nahi hai.</w:t>
      </w:r>
      <w:r>
        <w:br/>
      </w:r>
      <w:r>
        <w:rPr>
          <w:sz w:val="20"/>
        </w:rPr>
        <w:t>6:27  Plus aap ko hypocrite banna parta hai.</w:t>
      </w:r>
      <w:r>
        <w:br/>
      </w:r>
      <w:r>
        <w:rPr>
          <w:sz w:val="20"/>
        </w:rPr>
        <w:t>6:33  aap ko double standard banna parta hai.</w:t>
      </w:r>
      <w:r>
        <w:br/>
      </w:r>
      <w:r>
        <w:rPr>
          <w:sz w:val="20"/>
        </w:rPr>
        <w:t>6:39  kyun ke jo principle aap apni life mein na chala rahe hon, usi ko aap society mein transfer karna chahte hain.</w:t>
      </w:r>
      <w:r>
        <w:br/>
      </w:r>
      <w:r>
        <w:rPr>
          <w:sz w:val="20"/>
        </w:rPr>
        <w:t>6:45  yeh to bohat hi buri baat hai.</w:t>
      </w:r>
      <w:r>
        <w:br/>
      </w:r>
      <w:r>
        <w:rPr>
          <w:sz w:val="20"/>
        </w:rPr>
        <w:t>6:51  yeh to bohat hi bura culture hai.</w:t>
      </w:r>
      <w:r>
        <w:br/>
      </w:r>
      <w:r>
        <w:rPr>
          <w:sz w:val="20"/>
        </w:rPr>
        <w:t>6:57  to barhal Quran majeed mein is principle ko is ayat mein bataya gaya hai.</w:t>
      </w:r>
      <w:r>
        <w:br/>
      </w:r>
      <w:r>
        <w:rPr>
          <w:sz w:val="20"/>
        </w:rPr>
        <w:t>7:03  alsulh khairun yani reconciliation is the best.</w:t>
      </w:r>
      <w:r>
        <w:br/>
      </w:r>
      <w:r>
        <w:rPr>
          <w:sz w:val="20"/>
        </w:rPr>
        <w:t>7:10  is ayat ka tarjuma hai reconciliation is the best. and now what is reconciliation? reconciliation means adjustment, patience, compromise, adopting pragmatic approach.</w:t>
      </w:r>
      <w:r>
        <w:br/>
      </w:r>
      <w:r>
        <w:rPr>
          <w:sz w:val="20"/>
        </w:rPr>
        <w:t>7:35  yeh hai reconciliation.</w:t>
      </w:r>
    </w:p>
    <w:p>
      <w:pPr>
        <w:pStyle w:val="Heading2"/>
      </w:pPr>
      <w:r>
        <w:t>Discovery of dissent concept</w:t>
      </w:r>
    </w:p>
    <w:p>
      <w:r>
        <w:rPr>
          <w:color w:val="666666"/>
          <w:sz w:val="18"/>
        </w:rPr>
        <w:t>When God's Name is Invoked December 21, 2019 - Interaction with Maulana Wahiduddin Khan, · 3m 00s · at 31:59 · https://youtu.be/jgNjICoo-Cw?t=1919</w:t>
      </w:r>
    </w:p>
    <w:p>
      <w:r>
        <w:rPr>
          <w:i/>
        </w:rPr>
        <w:t>“Maine poocha ek senior professor se.”</w:t>
      </w:r>
    </w:p>
    <w:p>
      <w:r>
        <w:rPr>
          <w:sz w:val="20"/>
        </w:rPr>
        <w:t>31:59  aur woh discovery mujhe America mein hui. maine poocha ek America mein ek senior professor se ke maghrib ki taraqqi ka raaz kya hai?</w:t>
      </w:r>
      <w:r>
        <w:br/>
      </w:r>
      <w:r>
        <w:rPr>
          <w:sz w:val="20"/>
        </w:rPr>
        <w:t>32:16  us ne kaha ke pehle zamaney mein sari duniya ke log die of armor thinking mein jeete the.</w:t>
      </w:r>
      <w:r>
        <w:br/>
      </w:r>
      <w:r>
        <w:rPr>
          <w:sz w:val="20"/>
        </w:rPr>
        <w:t>32:25  is sachai ko sirf do mein bantna: galat, sahi, haram, halaal,</w:t>
      </w:r>
      <w:r>
        <w:br/>
      </w:r>
      <w:r>
        <w:rPr>
          <w:sz w:val="20"/>
        </w:rPr>
        <w:t>32:33  yeh ibtida hota tha. to jab aadmi samajhta tha ke main sahi baat bol raha hoon to woh ladta tha, woh yahan tak ke woh qatl bhi hota tha.</w:t>
      </w:r>
      <w:r>
        <w:br/>
      </w:r>
      <w:r>
        <w:rPr>
          <w:sz w:val="20"/>
        </w:rPr>
        <w:t>32:43  to sahih o galat mein baantna, haram o halaal mein baantna, yeh hai die of armor thinking. Musalmanon mein aap dekhiye ke Abbasi daur mein,</w:t>
      </w:r>
      <w:r>
        <w:br/>
      </w:r>
      <w:r>
        <w:rPr>
          <w:sz w:val="20"/>
        </w:rPr>
        <w:t>32:57  Umaviya ke daur mein, har zamane mein ladai hoti rahi. Is ki wajah se hi ke log jeete the die of armor thinking mein, ya to haram ya halaal.</w:t>
      </w:r>
      <w:r>
        <w:br/>
      </w:r>
      <w:r>
        <w:rPr>
          <w:sz w:val="20"/>
        </w:rPr>
        <w:t>33:09  In ka kehna tha ke al-haq al-ilahi taqaddus. Lekin Europe mein main samajhta hoon ke bohat bari cheez unhon ne, un ka aik kar-nama hai ke unhon ne aik aik naya term yeh ijad kiya,</w:t>
      </w:r>
      <w:r>
        <w:br/>
      </w:r>
      <w:r>
        <w:rPr>
          <w:sz w:val="20"/>
        </w:rPr>
        <w:t>33:26  naya term. Main ne is ki kamal kiya, unhon ne woh yeh hai ke woh different, hum hum aik hi lafz jante hain, different.</w:t>
      </w:r>
      <w:r>
        <w:br/>
      </w:r>
      <w:r>
        <w:rPr>
          <w:sz w:val="20"/>
        </w:rPr>
        <w:t>33:43  Unhon ne kiya kiya? Kiya tha?</w:t>
      </w:r>
      <w:r>
        <w:br/>
      </w:r>
      <w:r>
        <w:rPr>
          <w:sz w:val="20"/>
        </w:rPr>
        <w:t>33:48  Dissent, Dissent, D-I-S-S-E-N-T. Saare logon ko sirf different ka lafz pata tha, lekin unhon ne naya lafz ijad kiya, Dissent, D-I-S-S-E-N-T.</w:t>
      </w:r>
      <w:r>
        <w:br/>
      </w:r>
      <w:r>
        <w:rPr>
          <w:sz w:val="20"/>
        </w:rPr>
        <w:t>34:06  To Dissent aik neutral word hai,</w:t>
      </w:r>
      <w:r>
        <w:br/>
      </w:r>
      <w:r>
        <w:rPr>
          <w:sz w:val="20"/>
        </w:rPr>
        <w:t>34:12  difference neutral word nahi hai. Dissent neutral word hai. Yani mujhe aap se ikhtilaf ho to main yeh bhi samjhun, yeh nahi samjhna ke bas meri baat sahi hai, aap ki sab galat hai.</w:t>
      </w:r>
      <w:r>
        <w:br/>
      </w:r>
      <w:r>
        <w:rPr>
          <w:sz w:val="20"/>
        </w:rPr>
        <w:t>34:27  Ho sakta hai ke aap ki baat sahi ho. Isi aaj ka insan jab bolta hai, aik rai dega to yeh kahega ke apni baat kehte hue yeh bhi keh dega ke maybe I am,</w:t>
      </w:r>
      <w:r>
        <w:br/>
      </w:r>
      <w:r>
        <w:rPr>
          <w:sz w:val="20"/>
        </w:rPr>
        <w:t>34:46  maybe I am wrong. Yeh keh dega. Yeh hai Dissent. Hamare mashriq, mashriq East ke zubanon mein Dissent ka term hai hi nahi.</w:t>
      </w:r>
    </w:p>
    <w:p>
      <w:pPr>
        <w:pStyle w:val="Heading2"/>
      </w:pPr>
      <w:r>
        <w:t>Gratitude for nature and civilization breeds love for people</w:t>
      </w:r>
    </w:p>
    <w:p>
      <w:r>
        <w:rPr>
          <w:color w:val="666666"/>
          <w:sz w:val="18"/>
        </w:rPr>
        <w:t>Human Values · 2m 55s · at 5:31 · https://youtu.be/Art0kheDD40?t=331</w:t>
      </w:r>
    </w:p>
    <w:p>
      <w:r>
        <w:rPr>
          <w:i/>
        </w:rPr>
        <w:t>“Hum do cheezon ke support se duniya mein ji rahe hain”</w:t>
      </w:r>
    </w:p>
    <w:p>
      <w:r>
        <w:rPr>
          <w:sz w:val="20"/>
        </w:rPr>
        <w:t>5:31  mere sir mein ek baat yeh aayi ke hamein hum do cheezon ko support se duniya mein jee rahe hain. ek hai natural support, ek hai civilizational support.</w:t>
      </w:r>
      <w:r>
        <w:br/>
      </w:r>
      <w:r>
        <w:rPr>
          <w:sz w:val="20"/>
        </w:rPr>
        <w:t>5:45  natural support kya hai?</w:t>
      </w:r>
      <w:r>
        <w:br/>
      </w:r>
      <w:r>
        <w:rPr>
          <w:sz w:val="20"/>
        </w:rPr>
        <w:t>5:48  nature hum ko sun light de rahi hai, nature hum ko hawa de rahi hai, oxygen de rahi hai, nature hum ko food de rahi hai, pani de rahi hai.</w:t>
      </w:r>
      <w:r>
        <w:br/>
      </w:r>
      <w:r>
        <w:rPr>
          <w:sz w:val="20"/>
        </w:rPr>
        <w:t>6:00  yeh hai natural support. is se hum duniya mein jeete hain.</w:t>
      </w:r>
      <w:r>
        <w:br/>
      </w:r>
      <w:r>
        <w:rPr>
          <w:sz w:val="20"/>
        </w:rPr>
        <w:t>6:05  doosra hai civilizational support. civilization jo hai, ek lambe process ka naam hai.</w:t>
      </w:r>
      <w:r>
        <w:br/>
      </w:r>
      <w:r>
        <w:rPr>
          <w:sz w:val="20"/>
        </w:rPr>
        <w:t>6:15  jaise aap dekhein, yeh jo yeh jo glass hai, aap jaante hain ke pehle insan mitti ka bartan banata tha, use pani peeta tha.</w:t>
      </w:r>
      <w:r>
        <w:br/>
      </w:r>
      <w:r>
        <w:rPr>
          <w:sz w:val="20"/>
        </w:rPr>
        <w:t>6:27  phir lakri ka banaya, use pani peeta tha.</w:t>
      </w:r>
      <w:r>
        <w:br/>
      </w:r>
      <w:r>
        <w:rPr>
          <w:sz w:val="20"/>
        </w:rPr>
        <w:t>6:31  mere bachpan mein aluminium ke protein ke glass hote the. ab aap sheeshe ke glass dekhte hain. insan ka ek lamba, yaani insani human effort ka ek lamba process hai.</w:t>
      </w:r>
      <w:r>
        <w:br/>
      </w:r>
      <w:r>
        <w:rPr>
          <w:sz w:val="20"/>
        </w:rPr>
        <w:t>6:47  is ke nateeje mein ek glass, ek ek loud speaker, ek camera, ek motor car, ek hawa jahaz, sari cheezein hain.</w:t>
      </w:r>
      <w:r>
        <w:br/>
      </w:r>
      <w:r>
        <w:rPr>
          <w:sz w:val="20"/>
        </w:rPr>
        <w:t>6:58  to that is civilizational support. to agar mein yeh sochun ke insan dekho, hazaron saal se mere liye koshish kar raha tha, tab maine jail paayi, tab maine beach paayi, tab maine glass paaya, to insan ke liye mere andar khair khwahi aayi.</w:t>
      </w:r>
      <w:r>
        <w:br/>
      </w:r>
      <w:r>
        <w:rPr>
          <w:sz w:val="20"/>
        </w:rPr>
        <w:t>7:15  valuing aayi. to natural support jo hai, hum ko hasil, us ko hum sochte hain. to nature ke liye hamare andar achhe khayalat paida hote hain.</w:t>
      </w:r>
      <w:r>
        <w:br/>
      </w:r>
      <w:r>
        <w:rPr>
          <w:sz w:val="20"/>
        </w:rPr>
        <w:t>7:29  aise hi jis tarah se civilizational support jo hum ko mila hai, us par hum sochenge. aap jaante hain ke kapda jo hum aap pehente hain, to pehle to aisa kapda insan ke paas nahi hota tha.</w:t>
      </w:r>
      <w:r>
        <w:br/>
      </w:r>
      <w:r>
        <w:rPr>
          <w:sz w:val="20"/>
        </w:rPr>
        <w:t>7:43  sab se pehle to insan, yaani darakht ke patton se dhakta tha apna body. phir bahut hi mote qism ke rough qism ke kapde banaye us ne.</w:t>
      </w:r>
      <w:r>
        <w:br/>
      </w:r>
      <w:r>
        <w:rPr>
          <w:sz w:val="20"/>
        </w:rPr>
        <w:t>7:55  boht dinon ke baad aise kapre bane. isi ko main kehta hoon saivaraijhanal support. yeh saari humanity jo hai, mere liye lagi hui thi.</w:t>
      </w:r>
      <w:r>
        <w:br/>
      </w:r>
      <w:r>
        <w:rPr>
          <w:sz w:val="20"/>
        </w:rPr>
        <w:t>8:05  har ek. hum hamare aap ke liye ke hamein achhe cheezein milein, comfortfull life mile.</w:t>
      </w:r>
      <w:r>
        <w:br/>
      </w:r>
      <w:r>
        <w:rPr>
          <w:sz w:val="20"/>
        </w:rPr>
        <w:t>8:15  to jab hum yeh sochenge ke laga ke sab mere benefactor hain saare log,</w:t>
      </w:r>
      <w:r>
        <w:br/>
      </w:r>
      <w:r>
        <w:rPr>
          <w:sz w:val="20"/>
        </w:rPr>
        <w:t>8:20  to main un se kyun na pyar karoon? kyun na main un ka benefactor banun?</w:t>
      </w:r>
    </w:p>
    <w:p>
      <w:pPr>
        <w:pStyle w:val="Heading2"/>
      </w:pPr>
      <w:r>
        <w:t>Hadith on strong vs weak believer personality</w:t>
      </w:r>
    </w:p>
    <w:p>
      <w:r>
        <w:rPr>
          <w:color w:val="666666"/>
          <w:sz w:val="18"/>
        </w:rPr>
        <w:t>Lessons from The Quran And Hadith · 2m 29s · at 22:58 · https://youtu.be/fBflSQEPstg?t=1378</w:t>
      </w:r>
    </w:p>
    <w:p>
      <w:r>
        <w:rPr>
          <w:i/>
        </w:rPr>
        <w:t>“Hadith: the strong believer is dearer to Allah than the weak.”</w:t>
      </w:r>
    </w:p>
    <w:p>
      <w:r>
        <w:rPr>
          <w:sz w:val="20"/>
        </w:rPr>
        <w:t>22:58  aap ko sachai nahi milay gi. dekhiye, ek hadith hai al momin al qawi khair wa ahabb indallah min al momin al zaeef</w:t>
      </w:r>
      <w:r>
        <w:br/>
      </w:r>
      <w:r>
        <w:rPr>
          <w:sz w:val="20"/>
        </w:rPr>
        <w:t>23:10  al momin al qawi khair wa ahabb indallah min al momin al zaeef is ka translation yeh hai ke qawi momin Allah ke nazdeek ziyada acha hai ba muqabla kamzor momin ke.</w:t>
      </w:r>
      <w:r>
        <w:br/>
      </w:r>
      <w:r>
        <w:rPr>
          <w:sz w:val="20"/>
        </w:rPr>
        <w:t>23:30  to hadith mein zaeef aur qawi ka lafz aaya hai.</w:t>
      </w:r>
      <w:r>
        <w:br/>
      </w:r>
      <w:r>
        <w:rPr>
          <w:sz w:val="20"/>
        </w:rPr>
        <w:t>23:36  main samajhta hoon ke is ka ek aspect yeh hai ke ek insan woh hai jis ke andar strong personality ho. aur ek aadmi woh hai jis ke andar weak personality ho.</w:t>
      </w:r>
      <w:r>
        <w:br/>
      </w:r>
      <w:r>
        <w:rPr>
          <w:sz w:val="20"/>
        </w:rPr>
        <w:t>23:48  weak personality woh hai. strong personality woh hai jo man of word ho. jo keh de, wohi karay.</w:t>
      </w:r>
      <w:r>
        <w:br/>
      </w:r>
      <w:r>
        <w:rPr>
          <w:sz w:val="20"/>
        </w:rPr>
        <w:t>23:58  jis ke andar hypocrisy na ho. ke dil mein kuch aur munh par kuch. jis ke andar yeh baat na ho ke woh ghalti karay aur phir yeh na keh sakay ke I was wrong woh patch up karay, gawaah phira kar apnay ko sahi sabit karay.</w:t>
      </w:r>
      <w:r>
        <w:br/>
      </w:r>
      <w:r>
        <w:rPr>
          <w:sz w:val="20"/>
        </w:rPr>
        <w:t>24:17  yani ghalti karnay ke bawajood khulay tor par yeh na keh sakay ke I was wrong yeh sab cheezain aadmi ke andar weak personality banati hain.</w:t>
      </w:r>
      <w:r>
        <w:br/>
      </w:r>
      <w:r>
        <w:rPr>
          <w:sz w:val="20"/>
        </w:rPr>
        <w:t>24:27  is hadith ka ek matlab yeh hai ke woh insaan jis ke andar yeh sifat ho ke woh jo wada kare, us ko poora kare.</w:t>
      </w:r>
      <w:r>
        <w:br/>
      </w:r>
      <w:r>
        <w:rPr>
          <w:sz w:val="20"/>
        </w:rPr>
        <w:t>24:39  ghalti ho jaye to seedhe se keh de ke mujh se ghalti hui. is se koi baat poochi jaye to yeh na kahe ke, yaani us ko ghuma phira kar ke na bole.</w:t>
      </w:r>
      <w:r>
        <w:br/>
      </w:r>
      <w:r>
        <w:rPr>
          <w:sz w:val="20"/>
        </w:rPr>
        <w:t>24:52  seedhe seedhe keh de, seedhe seedhe.</w:t>
      </w:r>
      <w:r>
        <w:br/>
      </w:r>
      <w:r>
        <w:rPr>
          <w:sz w:val="20"/>
        </w:rPr>
        <w:t>24:58  to</w:t>
      </w:r>
      <w:r>
        <w:br/>
      </w:r>
      <w:r>
        <w:rPr>
          <w:sz w:val="20"/>
        </w:rPr>
        <w:t>24:59  ek shakal mein is ke andar strong personality banegi. ek shakal mein is ke andar weak personality banegi. to mein samajhta hoon ke is hadith ka ek matlab yeh hai jo farmaya ke Allah ko zyada pasand hai woh insaan jis ke andar weak personality ho, na ho balkeh strong personality ho.</w:t>
      </w:r>
      <w:r>
        <w:br/>
      </w:r>
      <w:r>
        <w:rPr>
          <w:sz w:val="20"/>
        </w:rPr>
        <w:t>25:17  to kyun? dekhein, weak personality jis ke andar hogi, Khuda ki blessing us ke paas nahi aayegi.</w:t>
      </w:r>
    </w:p>
    <w:p>
      <w:pPr>
        <w:pStyle w:val="Heading2"/>
      </w:pPr>
      <w:r>
        <w:t>Blame falls on whole society</w:t>
      </w:r>
    </w:p>
    <w:p>
      <w:r>
        <w:rPr>
          <w:color w:val="666666"/>
          <w:sz w:val="18"/>
        </w:rPr>
        <w:t>Dars-e-Quran, Chapter 2, Verse 37 | January  07, 2018 · 2m 03s · at 39:37 · https://youtu.be/ao6Cr57KuEM?t=2377</w:t>
      </w:r>
    </w:p>
    <w:p>
      <w:r>
        <w:rPr>
          <w:i/>
        </w:rPr>
        <w:t>“Aam taur par kya mizaj hai ke koi ghalat baat ho jati hai”</w:t>
      </w:r>
    </w:p>
    <w:p>
      <w:r>
        <w:rPr>
          <w:sz w:val="20"/>
        </w:rPr>
        <w:t>39:37  ghalat baat ho jati hai to log falan ka blame dete hain.</w:t>
      </w:r>
      <w:r>
        <w:br/>
      </w:r>
      <w:r>
        <w:rPr>
          <w:sz w:val="20"/>
        </w:rPr>
        <w:t>39:44  to hazrat adam ke baray mein kuch logon ne yeh samajh rakha hai ke woh ghalati thi hawa ki.</w:t>
      </w:r>
      <w:r>
        <w:br/>
      </w:r>
      <w:r>
        <w:rPr>
          <w:sz w:val="20"/>
        </w:rPr>
        <w:t>39:51  yeh bilkul ghalat baat hai ke ghalati thi hawa ki.</w:t>
      </w:r>
      <w:r>
        <w:br/>
      </w:r>
      <w:r>
        <w:rPr>
          <w:sz w:val="20"/>
        </w:rPr>
        <w:t>39:57  is tarah ke mamlay mein hamesha ghalati mushtarik cheez hoti hai.</w:t>
      </w:r>
      <w:r>
        <w:br/>
      </w:r>
      <w:r>
        <w:rPr>
          <w:sz w:val="20"/>
        </w:rPr>
        <w:t>40:04  yani sab sab par blame aata hai.</w:t>
      </w:r>
      <w:r>
        <w:br/>
      </w:r>
      <w:r>
        <w:rPr>
          <w:sz w:val="20"/>
        </w:rPr>
        <w:t>40:11  jaisay kuch ghalat baat hoti hai to log kehte hain ke aray bhai, woh aik section of society</w:t>
      </w:r>
      <w:r>
        <w:br/>
      </w:r>
      <w:r>
        <w:rPr>
          <w:sz w:val="20"/>
        </w:rPr>
        <w:t>40:16  ka aisa kiya is ne.</w:t>
      </w:r>
      <w:r>
        <w:br/>
      </w:r>
      <w:r>
        <w:rPr>
          <w:sz w:val="20"/>
        </w:rPr>
        <w:t>40:21  yeh sochana ghalat hai.</w:t>
      </w:r>
      <w:r>
        <w:br/>
      </w:r>
      <w:r>
        <w:rPr>
          <w:sz w:val="20"/>
        </w:rPr>
        <w:t>40:26  chahay aik hi aadmi ne kiya ho, poori society par blame jayega.</w:t>
      </w:r>
      <w:r>
        <w:br/>
      </w:r>
      <w:r>
        <w:rPr>
          <w:sz w:val="20"/>
        </w:rPr>
        <w:t>40:31  aik hi aadmi ne kiya ho, tab bhi poori society par blame jayega.</w:t>
      </w:r>
      <w:r>
        <w:br/>
      </w:r>
      <w:r>
        <w:rPr>
          <w:sz w:val="20"/>
        </w:rPr>
        <w:t>40:36  yeh logic ghalat logic hai ke aray bhai, woh to chand log</w:t>
      </w:r>
      <w:r>
        <w:br/>
      </w:r>
      <w:r>
        <w:rPr>
          <w:sz w:val="20"/>
        </w:rPr>
        <w:t>40:41  the jinhon ne aisa kiya.</w:t>
      </w:r>
      <w:r>
        <w:br/>
      </w:r>
      <w:r>
        <w:rPr>
          <w:sz w:val="20"/>
        </w:rPr>
        <w:t>40:47  nahi, sab log is ki zad mein ayen ge.</w:t>
      </w:r>
      <w:r>
        <w:br/>
      </w:r>
      <w:r>
        <w:rPr>
          <w:sz w:val="20"/>
        </w:rPr>
        <w:t>40:53  kyun ke sab log kyun nahi is se is ko jana peshgi taur par pehle se aur is</w:t>
      </w:r>
      <w:r>
        <w:br/>
      </w:r>
      <w:r>
        <w:rPr>
          <w:sz w:val="20"/>
        </w:rPr>
        <w:t>40:59  ki in ka hath bhi kyun nahi pakra? in ki islaah kyun nahi ki? to har ghalati ka</w:t>
      </w:r>
      <w:r>
        <w:br/>
      </w:r>
      <w:r>
        <w:rPr>
          <w:sz w:val="20"/>
        </w:rPr>
        <w:t>41:05  blame pooray society par jata hai. ghalati ka</w:t>
      </w:r>
      <w:r>
        <w:br/>
      </w:r>
      <w:r>
        <w:rPr>
          <w:sz w:val="20"/>
        </w:rPr>
        <w:t>41:11  blame kabhi kisi section par nahi jata.</w:t>
      </w:r>
      <w:r>
        <w:br/>
      </w:r>
      <w:r>
        <w:rPr>
          <w:sz w:val="20"/>
        </w:rPr>
        <w:t>41:19  saray society par jata hai.</w:t>
      </w:r>
      <w:r>
        <w:br/>
      </w:r>
      <w:r>
        <w:rPr>
          <w:sz w:val="20"/>
        </w:rPr>
        <w:t>41:26  to sab logon ko alert hona parta hai.</w:t>
      </w:r>
      <w:r>
        <w:br/>
      </w:r>
      <w:r>
        <w:rPr>
          <w:sz w:val="20"/>
        </w:rPr>
        <w:t>41:34  sab logon ko alert hona parta hai, tab koi society ghalati ke result se bachti hai.</w:t>
      </w:r>
    </w:p>
    <w:p>
      <w:pPr>
        <w:pStyle w:val="Heading2"/>
      </w:pPr>
      <w:r>
        <w:t>Conspiracy not problem lack of patience is</w:t>
      </w:r>
    </w:p>
    <w:p>
      <w:r>
        <w:rPr>
          <w:color w:val="666666"/>
          <w:sz w:val="18"/>
        </w:rPr>
        <w:t>Q&amp;A 24 May 2009 Maulana Wahiduddin Khan · 2m 46s · at 0:30 · https://youtu.be/Ek6Ct3LZGOs?t=30</w:t>
      </w:r>
    </w:p>
    <w:p>
      <w:r>
        <w:rPr>
          <w:i/>
        </w:rPr>
        <w:t>“Haan, yeh bohat hi relevant sawaal hai.”</w:t>
      </w:r>
    </w:p>
    <w:p>
      <w:r>
        <w:rPr>
          <w:sz w:val="20"/>
        </w:rPr>
        <w:t>0:30  haan, yeh bahut hi relevant sawal hai. quran mein ek aayat hai: "wa in tasbiru fatattaqu la yadhurukum qayduhum shai'an".</w:t>
      </w:r>
      <w:r>
        <w:br/>
      </w:r>
      <w:r>
        <w:rPr>
          <w:sz w:val="20"/>
        </w:rPr>
        <w:t>0:44  qayd ke maani wahi hote hain jis ko hum kehte hain conspiracy,</w:t>
      </w:r>
      <w:r>
        <w:br/>
      </w:r>
      <w:r>
        <w:rPr>
          <w:sz w:val="20"/>
        </w:rPr>
        <w:t>0:48  sazish. theek wahi maani hain. to yeh is aayat mein bataya gaya hai ki agar tumhare andar sabr ho aur allah ka darr ho,</w:t>
      </w:r>
      <w:r>
        <w:br/>
      </w:r>
      <w:r>
        <w:rPr>
          <w:sz w:val="20"/>
        </w:rPr>
        <w:t>1:02  do cheezein, to unki conspiracy, unki sazish tum ko kuch bhi nuksan nahin pahunchayegi.</w:t>
      </w:r>
      <w:r>
        <w:br/>
      </w:r>
      <w:r>
        <w:rPr>
          <w:sz w:val="20"/>
        </w:rPr>
        <w:t>1:10  yahan bhi hai: kuch bhi nuksan nahin pahunchayegi. is se kya mila? ki lack of, yaani sabr o taqwa lack kar raha ho, yeh problem hai.</w:t>
      </w:r>
      <w:r>
        <w:br/>
      </w:r>
      <w:r>
        <w:rPr>
          <w:sz w:val="20"/>
        </w:rPr>
        <w:t>1:25  conspiracy hai, yeh problem nahi hai.</w:t>
      </w:r>
      <w:r>
        <w:br/>
      </w:r>
      <w:r>
        <w:rPr>
          <w:sz w:val="20"/>
        </w:rPr>
        <w:t>1:30  yani saazish ka hona, yeh problem nahi hai. sabr o taqwa ka na hona, yeh problem hai. kitni bari baat hai Quran ki is ayat ke jab bhi aap ko lage ke koi aap ka saazish kar raha hai aap ke khilaaf,</w:t>
      </w:r>
      <w:r>
        <w:br/>
      </w:r>
      <w:r>
        <w:rPr>
          <w:sz w:val="20"/>
        </w:rPr>
        <w:t>1:46  aap ke liye problem bana hua hai, to jaldi se dhoondhiye apne andar</w:t>
      </w:r>
      <w:r>
        <w:br/>
      </w:r>
      <w:r>
        <w:rPr>
          <w:sz w:val="20"/>
        </w:rPr>
        <w:t>1:51  ke kahin aisa to nahi ke hamara sabr aur taqwa nikal gaya hai.</w:t>
      </w:r>
      <w:r>
        <w:br/>
      </w:r>
      <w:r>
        <w:rPr>
          <w:sz w:val="20"/>
        </w:rPr>
        <w:t>1:58  log kya karte hain ke wahan dhoondhne lagte hain, wahan, jabke woh cheez yahan par hai. is ayat ka koi doosra matlab nahi ho sakta is ke siwa.</w:t>
      </w:r>
      <w:r>
        <w:br/>
      </w:r>
      <w:r>
        <w:rPr>
          <w:sz w:val="20"/>
        </w:rPr>
        <w:t>2:10  "wa in tasbiru fa tattaqu la yadhurukum qaiduhum shai'an" . ke asal cheez jo hai, woh yeh hai ke</w:t>
      </w:r>
      <w:r>
        <w:br/>
      </w:r>
      <w:r>
        <w:rPr>
          <w:sz w:val="20"/>
        </w:rPr>
        <w:t>2:17  sabr o taqwa lack kar raha ho, woh woh mafqood ho gaya ho. yeh masla nahi hai ke koi saazish kar raha hai. saazish karte rahenge. saazish is a part of nature.</w:t>
      </w:r>
      <w:r>
        <w:br/>
      </w:r>
      <w:r>
        <w:rPr>
          <w:sz w:val="20"/>
        </w:rPr>
        <w:t>2:31  to saazish hai ya nahi hai, yeh masla nahi hai.</w:t>
      </w:r>
      <w:r>
        <w:br/>
      </w:r>
      <w:r>
        <w:rPr>
          <w:sz w:val="20"/>
        </w:rPr>
        <w:t>2:36  tum apne ko is se bacha sakte ho is tarah se ke apne andar sabr o taqwa paida karo. is se zyada aur kya ho sakta hai? yani is se bari daleel aur kya ho sakti hai?</w:t>
      </w:r>
      <w:r>
        <w:br/>
      </w:r>
      <w:r>
        <w:rPr>
          <w:sz w:val="20"/>
        </w:rPr>
        <w:t>2:50  is se bari daleel to koi nahi ho sakti hai.</w:t>
      </w:r>
      <w:r>
        <w:br/>
      </w:r>
      <w:r>
        <w:rPr>
          <w:sz w:val="20"/>
        </w:rPr>
        <w:t>2:57  to main samajhta hoon ke masla yeh hai ke log Quran ko guide book ke taur par lete hi nahi. use sochte bhi nahi. ke aap sochenge, tabhi to is ayat se aap baat milegi aap ko.</w:t>
      </w:r>
      <w:r>
        <w:br/>
      </w:r>
      <w:r>
        <w:rPr>
          <w:sz w:val="20"/>
        </w:rPr>
        <w:t>3:08  guidance milegi. yeh to kahan se milegi?</w:t>
      </w:r>
    </w:p>
    <w:p>
      <w:pPr>
        <w:pStyle w:val="Heading2"/>
      </w:pPr>
      <w:r>
        <w:t>9/11 anger led America into a five trillion dollar failed war</w:t>
      </w:r>
    </w:p>
    <w:p>
      <w:r>
        <w:rPr>
          <w:color w:val="666666"/>
          <w:sz w:val="18"/>
        </w:rPr>
        <w:t>Don't Be Angry Culture January 15, 2012 · 2m 20s · at 40:10 · https://youtu.be/NrA3X8y_FLY?t=2410</w:t>
      </w:r>
    </w:p>
    <w:p>
      <w:r>
        <w:rPr>
          <w:i/>
        </w:rPr>
        <w:t>“Nine Eleven ke baad America ke leader ghussa ho gaye”</w:t>
      </w:r>
    </w:p>
    <w:p>
      <w:r>
        <w:rPr>
          <w:sz w:val="20"/>
        </w:rPr>
        <w:t>40:10  is ki taza misaal main deta hoon aap ko. taza misaal United States of America ki hai. aap jante hain ke Nine Eleven ka jo waqea hua tha, us ke baad America ke Leader ghussa ho gaye.</w:t>
      </w:r>
      <w:r>
        <w:br/>
      </w:r>
      <w:r>
        <w:rPr>
          <w:sz w:val="20"/>
        </w:rPr>
        <w:t>40:27  bohat. kyunke woh jo tower tha New York mein, woh main ne dekha hai, us mein main charha bhi hoon. woh America ka Pride tha.</w:t>
      </w:r>
      <w:r>
        <w:br/>
      </w:r>
      <w:r>
        <w:rPr>
          <w:sz w:val="20"/>
        </w:rPr>
        <w:t>40:39  woh America ka Pride tha woh.</w:t>
      </w:r>
      <w:r>
        <w:br/>
      </w:r>
      <w:r>
        <w:rPr>
          <w:sz w:val="20"/>
        </w:rPr>
        <w:t>40:45  to jab us ko hua jahaz takra kar ke us ko tod diya gaya to kya ke America ke Pride ko tod diya gaya.</w:t>
      </w:r>
      <w:r>
        <w:br/>
      </w:r>
      <w:r>
        <w:rPr>
          <w:sz w:val="20"/>
        </w:rPr>
        <w:t>40:56  ab Amrici log ghussa ho gaye. unhone kaha ke hum in logon se inteqam len ge. yeh baatein baqayda maujood hain ke inteqam lene ka jazba bharka America walon mein.</w:t>
      </w:r>
      <w:r>
        <w:br/>
      </w:r>
      <w:r>
        <w:rPr>
          <w:sz w:val="20"/>
        </w:rPr>
        <w:t>41:09  achha, is ke baad hamla kiya.</w:t>
      </w:r>
      <w:r>
        <w:br/>
      </w:r>
      <w:r>
        <w:rPr>
          <w:sz w:val="20"/>
        </w:rPr>
        <w:t>41:15  Bush ke zamaney mein.</w:t>
      </w:r>
      <w:r>
        <w:br/>
      </w:r>
      <w:r>
        <w:rPr>
          <w:sz w:val="20"/>
        </w:rPr>
        <w:t>41:20  aur jitni taqat thi America ne laga di. aur itni yani itni bari ladai ladni pari America ko ke us mein Five Trillion dollar kharch ho gaye us ke.</w:t>
      </w:r>
      <w:r>
        <w:br/>
      </w:r>
      <w:r>
        <w:rPr>
          <w:sz w:val="20"/>
        </w:rPr>
        <w:t>41:35  paanch Trillion dollar. yani paanch kharab dollar. lekin aaj aap ko pata hai ke America apne maqsad ko achieve nahi kar saka, wapas ja raha hai.</w:t>
      </w:r>
      <w:r>
        <w:br/>
      </w:r>
      <w:r>
        <w:rPr>
          <w:sz w:val="20"/>
        </w:rPr>
        <w:t>41:48  yeh sab log jante hain. is ke kitne fauji mare gaye, kitna paisa nuqsan hua. khud America ki Economy jo hai woh hil gayi bilkul.</w:t>
      </w:r>
      <w:r>
        <w:br/>
      </w:r>
      <w:r>
        <w:rPr>
          <w:sz w:val="20"/>
        </w:rPr>
        <w:t>42:00  aap jante hain. kyun? ghusse ke tehat ek faisla kiya tha Super Power ne. to yaad rakhiye, Super Power bhi agar ghusse mein ek faisla kare to us ka faisla bhi galat hi hoga.</w:t>
      </w:r>
      <w:r>
        <w:br/>
      </w:r>
      <w:r>
        <w:rPr>
          <w:sz w:val="20"/>
        </w:rPr>
        <w:t>42:19  koi Afford nahi kar sakta ghusse ko, chahe Super Power ho, chahe ek aam insan ho. yeh kitni bari baat hai.</w:t>
      </w:r>
    </w:p>
    <w:p>
      <w:pPr>
        <w:pStyle w:val="Heading2"/>
      </w:pPr>
      <w:r>
        <w:t>Maulana discovering a new blessing every single morning</w:t>
      </w:r>
    </w:p>
    <w:p>
      <w:r>
        <w:rPr>
          <w:color w:val="666666"/>
          <w:sz w:val="18"/>
        </w:rPr>
        <w:t>Importance of Shukr (Thankfulness) July 24, 2022 · 1m 58s · at 3:23 · https://youtu.be/MgWNIv0k1sk?t=203</w:t>
      </w:r>
    </w:p>
    <w:p>
      <w:r>
        <w:rPr>
          <w:i/>
        </w:rPr>
        <w:t>“Shukr ke item ko discover karna padta hai”</w:t>
      </w:r>
    </w:p>
    <w:p>
      <w:r>
        <w:rPr>
          <w:sz w:val="20"/>
        </w:rPr>
        <w:t>3:23  to shukr jo hai, woh dekhiye sirf alhamdulillah kehne se nahi ho jata, jo aaj kal bohat zyada chala hua hai, balke shukr ke liye hamein bohat kuch sochna parta hai.</w:t>
      </w:r>
      <w:r>
        <w:br/>
      </w:r>
      <w:r>
        <w:rPr>
          <w:sz w:val="20"/>
        </w:rPr>
        <w:t>3:36  soch soch kar hamein shukr ke item ko discover karna parta hai, kyunke aisa hai ke hamein har cheez mili hui hai, hamein lagta hi nahi ke hum ko koi Khuda ki taraf se yeh khaas taur par hamare liye aa rahi hai.</w:t>
      </w:r>
      <w:r>
        <w:br/>
      </w:r>
      <w:r>
        <w:rPr>
          <w:sz w:val="20"/>
        </w:rPr>
        <w:t>3:51  woh toh har cheez available hai, is mein hum bhi, is mein hamein, is mein hamein bhi hissa mil raha hai.</w:t>
      </w:r>
      <w:r>
        <w:br/>
      </w:r>
      <w:r>
        <w:rPr>
          <w:sz w:val="20"/>
        </w:rPr>
        <w:t>3:57  to hamein yeh karna hai ke is ko aisa soch soch ke is tareeqe se samjhein is ko ke sirf hamare liye Khuda ne yeh paida kiya hai.</w:t>
      </w:r>
      <w:r>
        <w:br/>
      </w:r>
      <w:r>
        <w:rPr>
          <w:sz w:val="20"/>
        </w:rPr>
        <w:t>4:11  misal ke taur par jab suraj ki roshni hamein mile to hamein lage ke Allah taala ne yeh suraj ki roshni ka intezam hamare liye kiya hai.</w:t>
      </w:r>
      <w:r>
        <w:br/>
      </w:r>
      <w:r>
        <w:rPr>
          <w:sz w:val="20"/>
        </w:rPr>
        <w:t>4:22  tabhi ek bohat bara shukr ho sakta hai,</w:t>
      </w:r>
      <w:r>
        <w:br/>
      </w:r>
      <w:r>
        <w:rPr>
          <w:sz w:val="20"/>
        </w:rPr>
        <w:t>4:26  kyunke hum log zyada sochte nahi hain. ek baar aap aaye the Maulana ke paas, ji to Maulana ne kaha ke koi nai khabar bataiye.</w:t>
      </w:r>
      <w:r>
        <w:br/>
      </w:r>
      <w:r>
        <w:rPr>
          <w:sz w:val="20"/>
        </w:rPr>
        <w:t>4:35  ji ji to aap ne kaha Maulana aaj toh koi khabar hai nahi hamare paas. ji to Maulana subah ko balcony par baithe hue the to unhone kaha dekhiye suraj nikla hua hai, ji roshni charon taraf phaili hui hai, ji mujhe yaad hai chidiyan chehchaha rahi hain, hawaein chal rahi hain, to yeh sab koi news nahi hai.</w:t>
      </w:r>
      <w:r>
        <w:br/>
      </w:r>
      <w:r>
        <w:rPr>
          <w:sz w:val="20"/>
        </w:rPr>
        <w:t>4:54  jeem</w:t>
      </w:r>
      <w:r>
        <w:br/>
      </w:r>
      <w:r>
        <w:rPr>
          <w:sz w:val="20"/>
        </w:rPr>
        <w:t>4:55  ji to har waqt woh sochte rehte the ke kya kya Khuda ki blessings hain jis ke liye hamein shukr ada karna hai. to har waqt ek nai nai nai nai blessings ko woh discover karte the.</w:t>
      </w:r>
      <w:r>
        <w:br/>
      </w:r>
      <w:r>
        <w:rPr>
          <w:sz w:val="20"/>
        </w:rPr>
        <w:t>5:08  woh sab kuch bohat zyada sochne se hota hai. to hamein apne andar soch ki faculty ko develop karna hai, tabhi hum sahi maano mein Khuda ka shukr ada kar payenge.</w:t>
      </w:r>
    </w:p>
    <w:p>
      <w:pPr>
        <w:pStyle w:val="Heading2"/>
      </w:pPr>
      <w:r>
        <w:t>Seeking spirit as intellectual discontentment</w:t>
      </w:r>
    </w:p>
    <w:p>
      <w:r>
        <w:rPr>
          <w:color w:val="666666"/>
          <w:sz w:val="18"/>
        </w:rPr>
        <w:t>How to Find Truth | August 8, 2007 · 2m 02s · at 2:13 · https://youtu.be/YaxWNPN2K5A?t=133</w:t>
      </w:r>
    </w:p>
    <w:p>
      <w:r>
        <w:rPr>
          <w:i/>
        </w:rPr>
        <w:t>“Seeking spirit is intellectual discontentment”</w:t>
      </w:r>
    </w:p>
    <w:p>
      <w:r>
        <w:rPr>
          <w:sz w:val="20"/>
        </w:rPr>
        <w:t>2:13  why this question? it is, I think that, seeking spirit is a, seeking spirit is the result of this</w:t>
      </w:r>
      <w:r>
        <w:br/>
      </w:r>
      <w:r>
        <w:rPr>
          <w:sz w:val="20"/>
        </w:rPr>
        <w:t>2:45  pursuit.</w:t>
      </w:r>
      <w:r>
        <w:br/>
      </w:r>
      <w:r>
        <w:rPr>
          <w:sz w:val="20"/>
        </w:rPr>
        <w:t>2:52  Pursuit of truth is a result of one's seeking spirit.</w:t>
      </w:r>
      <w:r>
        <w:br/>
      </w:r>
      <w:r>
        <w:rPr>
          <w:sz w:val="20"/>
        </w:rPr>
        <w:t>3:00  Man is a seeking animal.</w:t>
      </w:r>
      <w:r>
        <w:br/>
      </w:r>
      <w:r>
        <w:rPr>
          <w:sz w:val="20"/>
        </w:rPr>
        <w:t>3:07  Now, what is seeking? Seeking is intellectual discontentment.</w:t>
      </w:r>
      <w:r>
        <w:br/>
      </w:r>
      <w:r>
        <w:rPr>
          <w:sz w:val="20"/>
        </w:rPr>
        <w:t>3:15  .</w:t>
      </w:r>
      <w:r>
        <w:br/>
      </w:r>
      <w:r>
        <w:rPr>
          <w:sz w:val="20"/>
        </w:rPr>
        <w:t>3:25  It is intellectual discontentment that is called seeking spirit.</w:t>
      </w:r>
      <w:r>
        <w:br/>
      </w:r>
      <w:r>
        <w:rPr>
          <w:sz w:val="20"/>
        </w:rPr>
        <w:t>3:35  Now, if you go through this problem, you will find that, that man is a,</w:t>
      </w:r>
      <w:r>
        <w:br/>
      </w:r>
      <w:r>
        <w:rPr>
          <w:sz w:val="20"/>
        </w:rPr>
        <w:t>3:45  man is a perfectionist by birth. man is an idealist by perfectionist by birth. but when man wants to live in this world, he finds that everything in this world is imperfect, less than ideal. for e</w:t>
      </w:r>
    </w:p>
    <w:p>
      <w:pPr>
        <w:pStyle w:val="Heading2"/>
      </w:pPr>
      <w:r>
        <w:t>Preaching morals isn't enough, you must build the right atmosphere</w:t>
      </w:r>
    </w:p>
    <w:p>
      <w:r>
        <w:rPr>
          <w:color w:val="666666"/>
          <w:sz w:val="18"/>
        </w:rPr>
        <w:t>Ethical Values in Islam, June 19, 2008 · 2m 13s · at 15:38 · https://youtu.be/2yPff80nSBY?t=938</w:t>
      </w:r>
    </w:p>
    <w:p>
      <w:r>
        <w:rPr>
          <w:i/>
        </w:rPr>
        <w:t>“Just preaching moral values is not enough”</w:t>
      </w:r>
    </w:p>
    <w:p>
      <w:r>
        <w:rPr>
          <w:sz w:val="20"/>
        </w:rPr>
        <w:t>15:38  is liye main kahoon ga ke sirf moral values ka parchar kaafi nahi hai, is ke liye fiza banana hai, atmosphere banana hai.</w:t>
      </w:r>
      <w:r>
        <w:br/>
      </w:r>
      <w:r>
        <w:rPr>
          <w:sz w:val="20"/>
        </w:rPr>
        <w:t>15:51  aur atmosphere mein sab se zyada importance baat yeh hai ke unilaterally aap ko apne aap ko is se bachana hai ke aap ke dil mein negative thought aa jayen.</w:t>
      </w:r>
      <w:r>
        <w:br/>
      </w:r>
      <w:r>
        <w:rPr>
          <w:sz w:val="20"/>
        </w:rPr>
        <w:t>16:04  unilaterally, yaani doosra jo hai, woh shikayat ka mauqa de, tab bhi aap apne dil mein nafrat na layen.</w:t>
      </w:r>
      <w:r>
        <w:br/>
      </w:r>
      <w:r>
        <w:rPr>
          <w:sz w:val="20"/>
        </w:rPr>
        <w:t>16:14  doosra aap ko provoke kare, tab bhi aap ke dil mein hate na aaye. doosra aap ke sath koi burai kare, tab bhi aap yeh na kahain ke sahabi dushman hai, dushman hai, dushman hai.</w:t>
      </w:r>
      <w:r>
        <w:br/>
      </w:r>
      <w:r>
        <w:rPr>
          <w:sz w:val="20"/>
        </w:rPr>
        <w:t>16:32  to moral values ko practical tor par lene ke liye zaroori hai ke aap apne seene ko negative thought se khaali rakhen.</w:t>
      </w:r>
      <w:r>
        <w:br/>
      </w:r>
      <w:r>
        <w:rPr>
          <w:sz w:val="20"/>
        </w:rPr>
        <w:t>16:48  kyun ke jahan negative thought hoga, wahan moral values nahi aa sakti hain.</w:t>
      </w:r>
      <w:r>
        <w:br/>
      </w:r>
      <w:r>
        <w:rPr>
          <w:sz w:val="20"/>
        </w:rPr>
        <w:t>16:54  moral values naam hai positive values ka. moral values naam hai positive values ka.</w:t>
      </w:r>
      <w:r>
        <w:br/>
      </w:r>
      <w:r>
        <w:rPr>
          <w:sz w:val="20"/>
        </w:rPr>
        <w:t>17:04  to jahan negative values bhari hui hon seene mein, to moral values ke liye kahan jagah mile gi? wahan</w:t>
      </w:r>
      <w:r>
        <w:br/>
      </w:r>
      <w:r>
        <w:rPr>
          <w:sz w:val="20"/>
        </w:rPr>
        <w:t>17:13  jab aap ke seene mein, aap ke mind mein negative values, negative baaten bhari hui hain, to wahan par positive values ka koi kaam nahi hai.</w:t>
      </w:r>
      <w:r>
        <w:br/>
      </w:r>
      <w:r>
        <w:rPr>
          <w:sz w:val="20"/>
        </w:rPr>
        <w:t>17:27  to main yeh kahoon ga ke sirf parchar karna moral values ka, akhlaqi qadron ka, yeh kaafi nahi hai.</w:t>
      </w:r>
      <w:r>
        <w:br/>
      </w:r>
      <w:r>
        <w:rPr>
          <w:sz w:val="20"/>
        </w:rPr>
        <w:t>17:35  humein yeh sochna pare ga ke hum woh background banayen, woh fiza banayen, woh atmosphere banayen, jis mein moral values ki baat logon ki samajh mein aaye.</w:t>
      </w:r>
    </w:p>
    <w:p>
      <w:pPr>
        <w:pStyle w:val="Heading2"/>
      </w:pPr>
      <w:r>
        <w:t>Weak community overcomes through patience</w:t>
      </w:r>
    </w:p>
    <w:p>
      <w:r>
        <w:rPr>
          <w:color w:val="666666"/>
          <w:sz w:val="18"/>
        </w:rPr>
        <w:t>Patience and Creative Thinking April 20, 2020 Maulana Wahiduddin Khan · 1m 08s · at 2:53 · https://youtu.be/zhpSQwyj_6Q?t=173</w:t>
      </w:r>
    </w:p>
    <w:p>
      <w:r>
        <w:rPr>
          <w:i/>
        </w:rPr>
        <w:t>“Agar kamzor community sabr se kaam le”</w:t>
      </w:r>
    </w:p>
    <w:p>
      <w:r>
        <w:rPr>
          <w:sz w:val="20"/>
        </w:rPr>
        <w:t>2:53  sabr se kaam le, sabr, patience, patience, to woh patience ki taqat se</w:t>
      </w:r>
      <w:r>
        <w:br/>
      </w:r>
      <w:r>
        <w:rPr>
          <w:sz w:val="20"/>
        </w:rPr>
        <w:t>3:06  ghaalib aa jati hai.</w:t>
      </w:r>
      <w:r>
        <w:br/>
      </w:r>
      <w:r>
        <w:rPr>
          <w:sz w:val="20"/>
        </w:rPr>
        <w:t>3:11  to is par jo research hui hai,</w:t>
      </w:r>
      <w:r>
        <w:br/>
      </w:r>
      <w:r>
        <w:rPr>
          <w:sz w:val="20"/>
        </w:rPr>
        <w:t>3:16  is mein bataya gaya hai</w:t>
      </w:r>
      <w:r>
        <w:br/>
      </w:r>
      <w:r>
        <w:rPr>
          <w:sz w:val="20"/>
        </w:rPr>
        <w:t>3:22  ke patience,</w:t>
      </w:r>
      <w:r>
        <w:br/>
      </w:r>
      <w:r>
        <w:rPr>
          <w:sz w:val="20"/>
        </w:rPr>
        <w:t>3:28  jo community patience par qaim rehti hai,</w:t>
      </w:r>
      <w:r>
        <w:br/>
      </w:r>
      <w:r>
        <w:rPr>
          <w:sz w:val="20"/>
        </w:rPr>
        <w:t>3:38  to is ke andar</w:t>
      </w:r>
      <w:r>
        <w:br/>
      </w:r>
      <w:r>
        <w:rPr>
          <w:sz w:val="20"/>
        </w:rPr>
        <w:t>3:42  creativity barhti hai.</w:t>
      </w:r>
      <w:r>
        <w:br/>
      </w:r>
      <w:r>
        <w:rPr>
          <w:sz w:val="20"/>
        </w:rPr>
        <w:t>3:46  yani taqatwar community, taqatwar ka matlab adad ziyada ho, ziyada adad wali community</w:t>
      </w:r>
    </w:p>
    <w:p>
      <w:pPr>
        <w:pStyle w:val="Heading2"/>
      </w:pPr>
      <w:r>
        <w:t>Peaceful method yields better results</w:t>
      </w:r>
    </w:p>
    <w:p>
      <w:r>
        <w:rPr>
          <w:color w:val="666666"/>
          <w:sz w:val="18"/>
        </w:rPr>
        <w:t>Moral Values in Islam 10 July, 2008 - Maulana Wahiduddin Khan · 1m 31s · at 30:16 · https://youtu.be/IdBtIDNiLUg?t=1816</w:t>
      </w:r>
    </w:p>
    <w:p>
      <w:r>
        <w:rPr>
          <w:i/>
        </w:rPr>
        <w:t>“When you compare violent method and peaceful method.”</w:t>
      </w:r>
    </w:p>
    <w:p>
      <w:r>
        <w:rPr>
          <w:sz w:val="20"/>
        </w:rPr>
        <w:t>30:16  when you compare violent method and peaceful method, you will find that peaceful method yields positive result and violent method yields negative result.</w:t>
      </w:r>
      <w:r>
        <w:br/>
      </w:r>
      <w:r>
        <w:rPr>
          <w:sz w:val="20"/>
        </w:rPr>
        <w:t>30:35  this mention in a hadith,</w:t>
      </w:r>
      <w:r>
        <w:br/>
      </w:r>
      <w:r>
        <w:rPr>
          <w:sz w:val="20"/>
        </w:rPr>
        <w:t>30:41  this is mentioned in a hadith.</w:t>
      </w:r>
      <w:r>
        <w:br/>
      </w:r>
      <w:r>
        <w:rPr>
          <w:sz w:val="20"/>
        </w:rPr>
        <w:t>30:43  the prophet of islam has said: "inna allaha yu'ti al-riq ma la yu'ti al-'unf".</w:t>
      </w:r>
      <w:r>
        <w:br/>
      </w:r>
      <w:r>
        <w:rPr>
          <w:sz w:val="20"/>
        </w:rPr>
        <w:t>30:58  it means that god grants to non-violence what he does not grant to violence.</w:t>
      </w:r>
      <w:r>
        <w:br/>
      </w:r>
      <w:r>
        <w:rPr>
          <w:sz w:val="20"/>
        </w:rPr>
        <w:t>31:15  it means that peaceful method is far more effective than the violent method. interpret result</w:t>
      </w:r>
      <w:r>
        <w:br/>
      </w:r>
      <w:r>
        <w:rPr>
          <w:sz w:val="20"/>
        </w:rPr>
        <w:t>31:27  peaceful method is better than the violent method</w:t>
      </w:r>
      <w:r>
        <w:br/>
      </w:r>
      <w:r>
        <w:rPr>
          <w:sz w:val="20"/>
        </w:rPr>
        <w:t>31:39  when you judge the both in terms of result.</w:t>
      </w:r>
    </w:p>
    <w:p>
      <w:pPr>
        <w:pStyle w:val="Heading2"/>
      </w:pPr>
      <w:r>
        <w:t>Point of reference leads to prayer, distraction prevents it</w:t>
      </w:r>
    </w:p>
    <w:p>
      <w:r>
        <w:rPr>
          <w:color w:val="666666"/>
          <w:sz w:val="18"/>
        </w:rPr>
        <w:t>An Intellectual journey 1 May 2011 - Maulana Wahiduddin Khan · 1m 34s · at 16:14 · https://youtu.be/lnfjC7x_s2A?t=974</w:t>
      </w:r>
    </w:p>
    <w:p>
      <w:r>
        <w:rPr>
          <w:i/>
        </w:rPr>
        <w:t>“Ek blessing ko refer karte hue doosri blessing maangna”</w:t>
      </w:r>
    </w:p>
    <w:p>
      <w:r>
        <w:rPr>
          <w:sz w:val="20"/>
        </w:rPr>
        <w:t>16:14  to aik aik blessing ko refer karte hue doosri blessing ko mangna yeh hai point of reference ka break.</w:t>
      </w:r>
      <w:r>
        <w:br/>
      </w:r>
      <w:r>
        <w:rPr>
          <w:sz w:val="20"/>
        </w:rPr>
        <w:t>16:27  ke aaj ki duniya mein jo aap ko blessing mili hui hai,</w:t>
      </w:r>
      <w:r>
        <w:br/>
      </w:r>
      <w:r>
        <w:rPr>
          <w:sz w:val="20"/>
        </w:rPr>
        <w:t>16:30  jab aap us ko realize karen, us ko discover karen to aap us position mein ho jate hain ke aap us ko, us ke hawale se, us ke reference se aap yeh keh saken ge, khudaya, is ke baad phir aik aur duniya mein dakhil hona hai mujhe.</w:t>
      </w:r>
      <w:r>
        <w:br/>
      </w:r>
      <w:r>
        <w:rPr>
          <w:sz w:val="20"/>
        </w:rPr>
        <w:t>16:47  to aap ne is is nemat ka ahtamam kar, duniya mein jis tarah to ne hasna diya hai, wahan bhi mujhe bartar hasna de de.</w:t>
      </w:r>
      <w:r>
        <w:br/>
      </w:r>
      <w:r>
        <w:rPr>
          <w:sz w:val="20"/>
        </w:rPr>
        <w:t>16:59  yeh kab hota hai? yeh jab aap ne koi distraction mein na jaen. sara sari burai distraction hai.</w:t>
      </w:r>
      <w:r>
        <w:br/>
      </w:r>
      <w:r>
        <w:rPr>
          <w:sz w:val="20"/>
        </w:rPr>
        <w:t>17:06  jaise maine arz kiya na ke jahaz mein hain to wahan TV dekh rahe hain, jahan se bahar aaye hain to shopping kar rahe hain, kisi hotel mein ja ke hawa kar ke khana kha rahe hain.</w:t>
      </w:r>
      <w:r>
        <w:br/>
      </w:r>
      <w:r>
        <w:rPr>
          <w:sz w:val="20"/>
        </w:rPr>
        <w:t>17:20  yani har cheez aap ke liye ban jati hai</w:t>
      </w:r>
      <w:r>
        <w:br/>
      </w:r>
      <w:r>
        <w:rPr>
          <w:sz w:val="20"/>
        </w:rPr>
        <w:t>17:24  distraction. har cheez, har cheez, bajaye is ke ke aap sochen. yani koi bhi cheez jo ke banne wali thi aap ke point of reference dua ke liye, woh ban jati hai point of entertainment.</w:t>
      </w:r>
      <w:r>
        <w:br/>
      </w:r>
      <w:r>
        <w:rPr>
          <w:sz w:val="20"/>
        </w:rPr>
        <w:t>17:41  yeh sab se bari mahroomi hai jis mein insan mubtala hai.</w:t>
      </w:r>
    </w:p>
    <w:p>
      <w:pPr>
        <w:pStyle w:val="Heading2"/>
      </w:pPr>
      <w:r>
        <w:t>Patience is needed for entire life</w:t>
      </w:r>
    </w:p>
    <w:p>
      <w:r>
        <w:rPr>
          <w:color w:val="666666"/>
          <w:sz w:val="18"/>
        </w:rPr>
        <w:t>Adjustment the Only Option I January 26, 2010 · 2m 51s · at 7:35 · https://youtu.be/5jDoLit5NWU?t=455</w:t>
      </w:r>
    </w:p>
    <w:p>
      <w:r>
        <w:rPr>
          <w:i/>
        </w:rPr>
        <w:t>“Yeh hai reconciliation”</w:t>
      </w:r>
    </w:p>
    <w:p>
      <w:r>
        <w:rPr>
          <w:sz w:val="20"/>
        </w:rPr>
        <w:t>7:35  yeh hai reconciliation.</w:t>
      </w:r>
      <w:r>
        <w:br/>
      </w:r>
      <w:r>
        <w:rPr>
          <w:sz w:val="20"/>
        </w:rPr>
        <w:t>7:40  aksar log mujh se poochte hain jab mein kehta hoon yeh baat ke sabr kab tak? to mein</w:t>
      </w:r>
      <w:r>
        <w:br/>
      </w:r>
      <w:r>
        <w:rPr>
          <w:sz w:val="20"/>
        </w:rPr>
        <w:t>7:45  kehta hoon ke yeh log bilkul madness mein mubtala hain.</w:t>
      </w:r>
      <w:r>
        <w:br/>
      </w:r>
      <w:r>
        <w:rPr>
          <w:sz w:val="20"/>
        </w:rPr>
        <w:t>7:51  sabr kab tak hai? sabr to hamesha, lifetime sabr karna hai.</w:t>
      </w:r>
      <w:r>
        <w:br/>
      </w:r>
      <w:r>
        <w:rPr>
          <w:sz w:val="20"/>
        </w:rPr>
        <w:t>7:56  kab tak ka is mein sawal hi nahi hai.</w:t>
      </w:r>
      <w:r>
        <w:br/>
      </w:r>
      <w:r>
        <w:rPr>
          <w:sz w:val="20"/>
        </w:rPr>
        <w:t>8:01  yeh to aise hi hai ke pani kab tak piyen, khana kab tak khayen, oxygen mein saans kab tak len.</w:t>
      </w:r>
      <w:r>
        <w:br/>
      </w:r>
      <w:r>
        <w:rPr>
          <w:sz w:val="20"/>
        </w:rPr>
        <w:t>8:07  to sabr kab tak ki kya baat hai bhai? jo law of nature hai us ko to lifetime</w:t>
      </w:r>
      <w:r>
        <w:br/>
      </w:r>
      <w:r>
        <w:rPr>
          <w:sz w:val="20"/>
        </w:rPr>
        <w:t>8:12  follow karna hai.</w:t>
      </w:r>
      <w:r>
        <w:br/>
      </w:r>
      <w:r>
        <w:rPr>
          <w:sz w:val="20"/>
        </w:rPr>
        <w:t>8:17  log, kyunke logon ka haal yeh hai ke log bas apne ko jante hain, Khuda ko jante nahi.</w:t>
      </w:r>
      <w:r>
        <w:br/>
      </w:r>
      <w:r>
        <w:rPr>
          <w:sz w:val="20"/>
        </w:rPr>
        <w:t>8:23  sab ka haal hai, one to all.</w:t>
      </w:r>
      <w:r>
        <w:br/>
      </w:r>
      <w:r>
        <w:rPr>
          <w:sz w:val="20"/>
        </w:rPr>
        <w:t>8:28  sab ka haal hai ke apne ko jante hain, Khuda ko nahi jante.</w:t>
      </w:r>
      <w:r>
        <w:br/>
      </w:r>
      <w:r>
        <w:rPr>
          <w:sz w:val="20"/>
        </w:rPr>
        <w:t>8:33  yani formal tareeqe par naam lete hain Khuda ka.</w:t>
      </w:r>
      <w:r>
        <w:br/>
      </w:r>
      <w:r>
        <w:rPr>
          <w:sz w:val="20"/>
        </w:rPr>
        <w:t>8:39  Formal tareeqe par to sab hi naam lete hain, secular log bhi naam lete hain.</w:t>
      </w:r>
      <w:r>
        <w:br/>
      </w:r>
      <w:r>
        <w:rPr>
          <w:sz w:val="20"/>
        </w:rPr>
        <w:t>8:44  lekin haqeeqi maanon mein Khuda ko koi manta nahi.</w:t>
      </w:r>
      <w:r>
        <w:br/>
      </w:r>
      <w:r>
        <w:rPr>
          <w:sz w:val="20"/>
        </w:rPr>
        <w:t>8:49  mein ek misaal deta hoon.</w:t>
      </w:r>
      <w:r>
        <w:br/>
      </w:r>
      <w:r>
        <w:rPr>
          <w:sz w:val="20"/>
        </w:rPr>
        <w:t>8:55  kal mere paas ek telephone aaya, ek sahab ka.</w:t>
      </w:r>
      <w:r>
        <w:br/>
      </w:r>
      <w:r>
        <w:rPr>
          <w:sz w:val="20"/>
        </w:rPr>
        <w:t>9:00  to baat cheet karte hue mein ne poocha un se ke aap ke bachche hain? aulad hai aap</w:t>
      </w:r>
      <w:r>
        <w:br/>
      </w:r>
      <w:r>
        <w:rPr>
          <w:sz w:val="20"/>
        </w:rPr>
        <w:t>9:05  ke? alhamdulillah, mere kai bete hain, kai ladke hain.</w:t>
      </w:r>
      <w:r>
        <w:br/>
      </w:r>
      <w:r>
        <w:rPr>
          <w:sz w:val="20"/>
        </w:rPr>
        <w:t>9:11  wo alhamdulillah, alhamdulillah kar ke bolte rahe.</w:t>
      </w:r>
      <w:r>
        <w:br/>
      </w:r>
      <w:r>
        <w:rPr>
          <w:sz w:val="20"/>
        </w:rPr>
        <w:t>9:16  to mein ne kaha ke dekhiye, yeh alhamdulillah ka to pata ho gaya aap ko ke aap ke</w:t>
      </w:r>
      <w:r>
        <w:br/>
      </w:r>
      <w:r>
        <w:rPr>
          <w:sz w:val="20"/>
        </w:rPr>
        <w:t>9:21  bete betiyan hain aap ke paas? yeh? jab bhi aap kehte honge, khoob alhamdulillah bolte honge.</w:t>
      </w:r>
      <w:r>
        <w:br/>
      </w:r>
      <w:r>
        <w:rPr>
          <w:sz w:val="20"/>
        </w:rPr>
        <w:t>9:27  kya aap kabhi kaha hai aap ne ke alhamdulillah meri zuban chal rahi hai, mein bol raha hoon?</w:t>
      </w:r>
      <w:r>
        <w:br/>
      </w:r>
      <w:r>
        <w:rPr>
          <w:sz w:val="20"/>
        </w:rPr>
        <w:t>9:32  yeh zuban na chale to kaise bolenge aap? alhamdulillah aaj mein ne pani piya hai to pani</w:t>
      </w:r>
      <w:r>
        <w:br/>
      </w:r>
      <w:r>
        <w:rPr>
          <w:sz w:val="20"/>
        </w:rPr>
        <w:t>9:37  gale se neeche utar gaya.</w:t>
      </w:r>
      <w:r>
        <w:br/>
      </w:r>
      <w:r>
        <w:rPr>
          <w:sz w:val="20"/>
        </w:rPr>
        <w:t>9:43  alhamdulillah aaj maine khana khaya hai to khana pait mein ja kar hazam ho gaya.</w:t>
      </w:r>
      <w:r>
        <w:br/>
      </w:r>
      <w:r>
        <w:rPr>
          <w:sz w:val="20"/>
        </w:rPr>
        <w:t>9:48  alhamdulillah main aaj kuch baat sochna chaha apne mind se to mere mind ne sochne, socha main, mind</w:t>
      </w:r>
      <w:r>
        <w:br/>
      </w:r>
      <w:r>
        <w:rPr>
          <w:sz w:val="20"/>
        </w:rPr>
        <w:t>9:53  ne inkar nahi kiya sochne se.</w:t>
      </w:r>
      <w:r>
        <w:br/>
      </w:r>
      <w:r>
        <w:rPr>
          <w:sz w:val="20"/>
        </w:rPr>
        <w:t>9:59  alhamdulillah main aankh se dekhna chaha to woh cheezein dikhai de rahi hain mujh ko.</w:t>
      </w:r>
      <w:r>
        <w:br/>
      </w:r>
      <w:r>
        <w:rPr>
          <w:sz w:val="20"/>
        </w:rPr>
        <w:t>10:04  yeh alhamdulillah ke item hain.</w:t>
      </w:r>
      <w:r>
        <w:br/>
      </w:r>
      <w:r>
        <w:rPr>
          <w:sz w:val="20"/>
        </w:rPr>
        <w:t>10:09  alhamdulillah ke asal item yeh hain.</w:t>
      </w:r>
      <w:r>
        <w:br/>
      </w:r>
      <w:r>
        <w:rPr>
          <w:sz w:val="20"/>
        </w:rPr>
        <w:t>10:15  lekin yahan par kisi ki zuban se alhamdulillah nahi nikalta.</w:t>
      </w:r>
      <w:r>
        <w:br/>
      </w:r>
      <w:r>
        <w:rPr>
          <w:sz w:val="20"/>
        </w:rPr>
        <w:t>10:20  kyun? yahan, you have to acknowledge God, the Creator.</w:t>
      </w:r>
      <w:r>
        <w:br/>
      </w:r>
      <w:r>
        <w:rPr>
          <w:sz w:val="20"/>
        </w:rPr>
        <w:t>10:26  wahan kya hai? bas beta beti, beta beti.</w:t>
      </w:r>
    </w:p>
    <w:p>
      <w:pPr>
        <w:pStyle w:val="Heading2"/>
      </w:pPr>
      <w:r>
        <w:t>The relationship between truth and wisdom</w:t>
      </w:r>
    </w:p>
    <w:p>
      <w:r>
        <w:rPr>
          <w:color w:val="666666"/>
          <w:sz w:val="18"/>
        </w:rPr>
        <w:t>Speaking Truth (In conversation with Maulan) · 2m 37s · at 12:08 · https://youtu.be/Fi3Z0-JgBac?t=728</w:t>
      </w:r>
    </w:p>
    <w:p>
      <w:r>
        <w:rPr>
          <w:i/>
        </w:rPr>
        <w:t>“Dekhiye, truth to ek moral value hai”</w:t>
      </w:r>
    </w:p>
    <w:p>
      <w:r>
        <w:rPr>
          <w:sz w:val="20"/>
        </w:rPr>
        <w:t>12:08  dekhiye, truth to ek moral value hai. ek moral sense mein ek virtue ki baat hai. lekin wisdom jo hai, uska vah moral values ki baat nahin hai, basically.</w:t>
      </w:r>
      <w:r>
        <w:br/>
      </w:r>
      <w:r>
        <w:rPr>
          <w:sz w:val="20"/>
        </w:rPr>
        <w:t>12:25  woh to aap ki, aap ke</w:t>
      </w:r>
      <w:r>
        <w:br/>
      </w:r>
      <w:r>
        <w:rPr>
          <w:sz w:val="20"/>
        </w:rPr>
        <w:t>12:29  mind ki ek capacity hai ke aap baaton ko gehrai mein samajh lete hain.</w:t>
      </w:r>
      <w:r>
        <w:br/>
      </w:r>
      <w:r>
        <w:rPr>
          <w:sz w:val="20"/>
        </w:rPr>
        <w:t>12:36  ek hai baaton ko</w:t>
      </w:r>
      <w:r>
        <w:br/>
      </w:r>
      <w:r>
        <w:rPr>
          <w:sz w:val="20"/>
        </w:rPr>
        <w:t>12:39  face value se aage ja kar ke.</w:t>
      </w:r>
      <w:r>
        <w:br/>
      </w:r>
      <w:r>
        <w:rPr>
          <w:sz w:val="20"/>
        </w:rPr>
        <w:t>12:42  dekhiye, do qism ke log hote hain.</w:t>
      </w:r>
      <w:r>
        <w:br/>
      </w:r>
      <w:r>
        <w:rPr>
          <w:sz w:val="20"/>
        </w:rPr>
        <w:t>12:44  ek woh jo cheezon ko face value par le len.</w:t>
      </w:r>
      <w:r>
        <w:br/>
      </w:r>
      <w:r>
        <w:rPr>
          <w:sz w:val="20"/>
        </w:rPr>
        <w:t>12:47  to woh woh log hain jo wise nahin kahe jayenge.</w:t>
      </w:r>
      <w:r>
        <w:br/>
      </w:r>
      <w:r>
        <w:rPr>
          <w:sz w:val="20"/>
        </w:rPr>
        <w:t>12:51  ek woh log hain jo face value se aage ja kar baaton ko bohat deep mein ja kar ke samajh</w:t>
      </w:r>
      <w:r>
        <w:br/>
      </w:r>
      <w:r>
        <w:rPr>
          <w:sz w:val="20"/>
        </w:rPr>
        <w:t>12:55  saken us ko. to wohi woh log hain jo wise hain aur wohi woh log hain jinke andar wisdom</w:t>
      </w:r>
      <w:r>
        <w:br/>
      </w:r>
      <w:r>
        <w:rPr>
          <w:sz w:val="20"/>
        </w:rPr>
        <w:t>13:00  hai. to wisdom jo hai,</w:t>
      </w:r>
      <w:r>
        <w:br/>
      </w:r>
      <w:r>
        <w:rPr>
          <w:sz w:val="20"/>
        </w:rPr>
        <w:t>13:04  uska taluq yaani intellectual development se hai. intellectual capacity se hai. aur jo jhoot bolna ya sach bolna, yah jo baat hai, yah to ek moral values ki baat hai.</w:t>
      </w:r>
      <w:r>
        <w:br/>
      </w:r>
      <w:r>
        <w:rPr>
          <w:sz w:val="20"/>
        </w:rPr>
        <w:t>13:25  relationship dono mein yeh hai, main kahunga ke agar aap ke andar gehri wisdom hai, to aap ki wisdom check</w:t>
      </w:r>
      <w:r>
        <w:br/>
      </w:r>
      <w:r>
        <w:rPr>
          <w:sz w:val="20"/>
        </w:rPr>
        <w:t>13:33  ban jayega. kam samajh ke log jo hain, woh samajhte hain ke jhoot bol lo, jhoote ko kaam</w:t>
      </w:r>
      <w:r>
        <w:br/>
      </w:r>
      <w:r>
        <w:rPr>
          <w:sz w:val="20"/>
        </w:rPr>
        <w:t>13:39  bana lo. lekin zyada samajh wale log jo hain, woh samajhte hain ke jhoot bologe to ek aur</w:t>
      </w:r>
      <w:r>
        <w:br/>
      </w:r>
      <w:r>
        <w:rPr>
          <w:sz w:val="20"/>
        </w:rPr>
        <w:t>13:43  problem bhi create ho sakta hai.</w:t>
      </w:r>
      <w:r>
        <w:br/>
      </w:r>
      <w:r>
        <w:rPr>
          <w:sz w:val="20"/>
        </w:rPr>
        <w:t>13:47  jaise misaal ke taur par aap business karte hain aur account theek tareeqe se aap jab pesh karen government</w:t>
      </w:r>
      <w:r>
        <w:br/>
      </w:r>
      <w:r>
        <w:rPr>
          <w:sz w:val="20"/>
        </w:rPr>
        <w:t>13:55  ko,</w:t>
      </w:r>
      <w:r>
        <w:br/>
      </w:r>
      <w:r>
        <w:rPr>
          <w:sz w:val="20"/>
        </w:rPr>
        <w:t>13:56  to lagega ki main bada fayda utha raha hoon. inka interest bacha raha hoon. lekin wisdom yah nahin hai. wisdom aapko kahegi ki bhai, phans jao to kya karoge?</w:t>
      </w:r>
      <w:r>
        <w:br/>
      </w:r>
      <w:r>
        <w:rPr>
          <w:sz w:val="20"/>
        </w:rPr>
        <w:t>14:09  phir to jo jo kuch hai apne paas, vah bhi jayega. to main yahan tak samajhta hoon ki wisdom aadmi ke andar hai, to vah jhoot se bachayegi usko. uske saath check ban jayegi. aur agar wisdom nahin hai,</w:t>
      </w:r>
      <w:r>
        <w:br/>
      </w:r>
      <w:r>
        <w:rPr>
          <w:sz w:val="20"/>
        </w:rPr>
        <w:t>14:28  to nadani mein vah aisi baaten bolega ki jo usko lagegi ki hum immediate gain mujhe mil raha hai ismein. lekin end mein jaakar ke vah zyada bade problem mein phans jayega. yah hai donon mein taluq.</w:t>
      </w:r>
    </w:p>
    <w:p>
      <w:pPr>
        <w:pStyle w:val="Heading2"/>
      </w:pPr>
      <w:r>
        <w:t>Japan example and need for mind building</w:t>
      </w:r>
    </w:p>
    <w:p>
      <w:r>
        <w:rPr>
          <w:color w:val="666666"/>
          <w:sz w:val="18"/>
        </w:rPr>
        <w:t>How to Develop Spiritual Personality July 16, 2006 Maulana Wahiduddin Khan · 2m 56s · at 3:23 · https://youtu.be/nxFUXRFboW4?t=203</w:t>
      </w:r>
    </w:p>
    <w:p>
      <w:r>
        <w:rPr>
          <w:i/>
        </w:rPr>
        <w:t>“Dekhiye, main yahan ek parallel example deta hoon.”</w:t>
      </w:r>
    </w:p>
    <w:p>
      <w:r>
        <w:rPr>
          <w:sz w:val="20"/>
        </w:rPr>
        <w:t>3:23  kya hum sirf protest karte rahenge? humein root cause ka pata karna chahiye. dekhiye, main yahan ek parallel example deta hoon.</w:t>
      </w:r>
      <w:r>
        <w:br/>
      </w:r>
      <w:r>
        <w:rPr>
          <w:sz w:val="20"/>
        </w:rPr>
        <w:t>3:35  japan mein second world war mein is se bhi bahut bada maamla hua. yani do atom bomb wahan gira diye gaye.</w:t>
      </w:r>
      <w:r>
        <w:br/>
      </w:r>
      <w:r>
        <w:rPr>
          <w:sz w:val="20"/>
        </w:rPr>
        <w:t>3:47  phir bhi japan ne peace process chalaya. phir bhi japan ne apne desh ke naye—</w:t>
      </w:r>
      <w:r>
        <w:br/>
      </w:r>
      <w:r>
        <w:rPr>
          <w:sz w:val="20"/>
        </w:rPr>
        <w:t>3:58  naye construction ki— ki planning ki. to kya baat thi? kya, kya difference hai hamare aur japan ke beech mein?</w:t>
      </w:r>
      <w:r>
        <w:br/>
      </w:r>
      <w:r>
        <w:rPr>
          <w:sz w:val="20"/>
        </w:rPr>
        <w:t>4:09  ye difference people ke andar hai.</w:t>
      </w:r>
      <w:r>
        <w:br/>
      </w:r>
      <w:r>
        <w:rPr>
          <w:sz w:val="20"/>
        </w:rPr>
        <w:t>4:14  yani wahan ke log, unka mind set aisa bana hua tha ki unhonne—</w:t>
      </w:r>
      <w:r>
        <w:br/>
      </w:r>
      <w:r>
        <w:rPr>
          <w:sz w:val="20"/>
        </w:rPr>
        <w:t>4:27  woh is qabil ho sakein ke woh manage kar saken problem ko.</w:t>
      </w:r>
      <w:r>
        <w:br/>
      </w:r>
      <w:r>
        <w:rPr>
          <w:sz w:val="20"/>
        </w:rPr>
        <w:t>4:34  manage kar saken problem ko. hamare yahan jo kami hai woh yahi hai ke hum problem ko manage karna nahi jaante. emotions jaante hain lekin</w:t>
      </w:r>
      <w:r>
        <w:br/>
      </w:r>
      <w:r>
        <w:rPr>
          <w:sz w:val="20"/>
        </w:rPr>
        <w:t>4:45  hum art of emotion management nahi jaante. ye kyun? ye education ki kami hai. main dekh raha hoon ke pichhle pachas baras ke andar jitni bhi koshishen hui hain woh sab crowd-based hui hain.</w:t>
      </w:r>
      <w:r>
        <w:br/>
      </w:r>
      <w:r>
        <w:rPr>
          <w:sz w:val="20"/>
        </w:rPr>
        <w:t>5:03  bade bade jalsay hotay hain, jalson mein taliyan bajti hain, media mein aata hai in ka photo. aise hazaron hazar jalsay, jaloos, naare aur jhanday hue hain.</w:t>
      </w:r>
      <w:r>
        <w:br/>
      </w:r>
      <w:r>
        <w:rPr>
          <w:sz w:val="20"/>
        </w:rPr>
        <w:t>5:14  lekin sawal yeh hai ke kyun nahi hamare haan woh hua jo Japan mein hua? Japan mein is tarah ke jalsay kabhi nahi hotay. aise jalsay Japan mein nahi hotay jaise hamare haan hua karte hain.</w:t>
      </w:r>
      <w:r>
        <w:br/>
      </w:r>
      <w:r>
        <w:rPr>
          <w:sz w:val="20"/>
        </w:rPr>
        <w:t>5:27  bade bade jalsay. to asal yeh hai individual ko, individual mind ko banana.</w:t>
      </w:r>
      <w:r>
        <w:br/>
      </w:r>
      <w:r>
        <w:rPr>
          <w:sz w:val="20"/>
        </w:rPr>
        <w:t>5:37  kyun ke soch jo hai woh crowd mein nahi hoti hai. woh individual mind mein hoti hai. aap crowd ko address karte hain, wahan to mind hai hi nahi.</w:t>
      </w:r>
      <w:r>
        <w:br/>
      </w:r>
      <w:r>
        <w:rPr>
          <w:sz w:val="20"/>
        </w:rPr>
        <w:t>5:46  mind to individual mein hai. wahan par koi kaam nahi hota. is ka matlab yeh hai ke hamara pehla kaam yeh hai ya tha ke hum logon ke mind ko banayein.</w:t>
      </w:r>
      <w:r>
        <w:br/>
      </w:r>
      <w:r>
        <w:rPr>
          <w:sz w:val="20"/>
        </w:rPr>
        <w:t>6:02  mind building. dekhein, hamare haan bohat zabardast pachaas baras se bole ja rahe hain yeh shabd. nation building, nation building.</w:t>
      </w:r>
      <w:r>
        <w:br/>
      </w:r>
      <w:r>
        <w:rPr>
          <w:sz w:val="20"/>
        </w:rPr>
        <w:t>6:11  main samajhta hoon ke nation building se pehle jo kaam karna hai woh hai mind building. zehan banana.</w:t>
      </w:r>
    </w:p>
    <w:p>
      <w:pPr>
        <w:pStyle w:val="Heading2"/>
      </w:pPr>
      <w:r>
        <w:t>Modern concept of Islamic spirituality</w:t>
      </w:r>
    </w:p>
    <w:p>
      <w:r>
        <w:rPr>
          <w:color w:val="666666"/>
          <w:sz w:val="18"/>
        </w:rPr>
        <w:t>CPS Mission · 1m 23s · at 22:44 · https://youtu.be/Ial-p18iypI?t=1364</w:t>
      </w:r>
    </w:p>
    <w:p>
      <w:r>
        <w:rPr>
          <w:i/>
        </w:rPr>
        <w:t>“Let me share another discussion of the modern concept of spirituality.”</w:t>
      </w:r>
    </w:p>
    <w:p>
      <w:r>
        <w:rPr>
          <w:sz w:val="20"/>
        </w:rPr>
        <w:t>22:44  pects to others? let me share another discussion of the modern concept of spirituality. today, different types of spirituality are presented in this world.</w:t>
      </w:r>
      <w:r>
        <w:br/>
      </w:r>
      <w:r>
        <w:rPr>
          <w:sz w:val="20"/>
        </w:rPr>
        <w:t>22:58  there is spirituality without the concept of god also, but islam presents spirituality where god is a supreme concern and fear of accountability is an integral part which gives us a high level of good character which stems from a strong conviction that god is watching over us.</w:t>
      </w:r>
      <w:r>
        <w:br/>
      </w:r>
      <w:r>
        <w:rPr>
          <w:sz w:val="20"/>
        </w:rPr>
        <w:t>23:21  in the area of spirituality, another concept presented by the world is hard based spirituality in which there are methods involving emptying the mind for a certain time, but maulana sahib has presented mind based spirituality from the quran.</w:t>
      </w:r>
      <w:r>
        <w:br/>
      </w:r>
      <w:r>
        <w:rPr>
          <w:sz w:val="20"/>
        </w:rPr>
        <w:t>23:43  the quran addresses the believers as, o you who are endowed with insight, o people of understanding, we should not shut off our minds, we should be awakened souls.</w:t>
      </w:r>
      <w:r>
        <w:br/>
      </w:r>
      <w:r>
        <w:rPr>
          <w:sz w:val="20"/>
        </w:rPr>
        <w:t>23:59  think and at the level of the mind, take decisions and god will as the practical situation for us.</w:t>
      </w:r>
    </w:p>
    <w:p>
      <w:pPr>
        <w:pStyle w:val="Heading2"/>
      </w:pPr>
      <w:r>
        <w:t>Hajra's trust in Allah: the ultimate example of patience</w:t>
      </w:r>
    </w:p>
    <w:p>
      <w:r>
        <w:rPr>
          <w:color w:val="666666"/>
          <w:sz w:val="18"/>
        </w:rPr>
        <w:t>CPS Women Article Discussion 17 February 5, 2023 · 1m 45s · at 46:35 · https://youtu.be/YwT3btklNZk?t=2795</w:t>
      </w:r>
    </w:p>
    <w:p>
      <w:r>
        <w:rPr>
          <w:i/>
        </w:rPr>
        <w:t>“इब्राहीम अलैहिस्सलाम ने हाजरा और इस्माइल को रेगिस्तान में छोड़ा”</w:t>
      </w:r>
    </w:p>
    <w:p>
      <w:r>
        <w:rPr>
          <w:sz w:val="20"/>
        </w:rPr>
        <w:t>46:35  ek ek aur ek baat hai yahan par ki jab ibrahim alaisallam ne hazrahim alaisallam ko, ismal alaisallam ko dessert mein chhodkar jaate hain na tab hazral allahb ne ibrahim allahb se poochhte hain kya yah humko kair kuch chhodkar jaate hain to? to un jawab dete hain na aisa ab humkumanu hain. to last mein poochhte hain kya yah allah ka order hai? to ji, to tum chale jao. allah humko ayalahi karega.</w:t>
      </w:r>
      <w:r>
        <w:br/>
      </w:r>
      <w:r>
        <w:rPr>
          <w:sz w:val="20"/>
        </w:rPr>
        <w:t>47:05  tumhe chale jao. yah the best example of patients. haan. yah to hai na ji. baat samjhe. baqi lakh par unko bharosa nahin rahne se impatient hoti hai. lekin ek hi word hajra alislam bolta hai ki allaf hamare ko zaya nahin karega. to vah same. itna sahi baat sahi baat</w:t>
      </w:r>
      <w:r>
        <w:br/>
      </w:r>
      <w:r>
        <w:rPr>
          <w:sz w:val="20"/>
        </w:rPr>
        <w:t>47:30  yah ayushta ki baat se mujhe yah samajh mein aaya ki allah par bharosa jo hai vah hamein sabr karne par bahut kamar to allah par bharosa full trust on allah ki agar yah ab neva to vah zaroor hamein uska badla dega. to yah bharosa bahut zaroori hai tabhi hum sabr kar paate hain. haan sabr ke liye to rok ka taakat dega. bilkul.</w:t>
      </w:r>
      <w:r>
        <w:br/>
      </w:r>
      <w:r>
        <w:rPr>
          <w:sz w:val="20"/>
        </w:rPr>
        <w:t>47:59  suran kaboot mein tezi ke liye. boliye. suran kaboot mein jo hai allah taukkah ko sabr allah taukkah par zik raha hai isi isi land par. phir jo bhi karna hai allah taukkah sabr lekar allah taukkah haan, tabhi jaakar hum kamyab hue hain.</w:t>
      </w:r>
      <w:r>
        <w:br/>
      </w:r>
      <w:r>
        <w:rPr>
          <w:sz w:val="20"/>
        </w:rPr>
        <w:t>48:20  humko sabr karna hi hai agar hum sab har haal mein sabr karna hai agar hum allah ko allah ki marzi taht karein allah ka khush allah ka khush na karein apne intention se allah ke lagayein ki allah khush rahenge hum to hum to aur bhi kamyab honge jami rahenge.</w:t>
      </w:r>
    </w:p>
    <w:p>
      <w:pPr>
        <w:pStyle w:val="Heading2"/>
      </w:pPr>
      <w:r>
        <w:t>Scientists only discover; God pre-placed every blessing as potential</w:t>
      </w:r>
    </w:p>
    <w:p>
      <w:r>
        <w:rPr>
          <w:color w:val="666666"/>
          <w:sz w:val="18"/>
        </w:rPr>
        <w:t>Importance of Shukr (Thankfulness) July 24, 2022 · 2m 20s · at 12:27 · https://youtu.be/MgWNIv0k1sk?t=747</w:t>
      </w:r>
    </w:p>
    <w:p>
      <w:r>
        <w:rPr>
          <w:i/>
        </w:rPr>
        <w:t>“Shukr ki feelings unhi ne'maton par ghor karne se aati hain”</w:t>
      </w:r>
    </w:p>
    <w:p>
      <w:r>
        <w:rPr>
          <w:sz w:val="20"/>
        </w:rPr>
        <w:t>12:27  shukr ki feelings wahi hain ke insaan jo Khuda ki jo us ko blessings mili hui hain, unhi par ghaur o fikr kare, un ko discover kare.</w:t>
      </w:r>
      <w:r>
        <w:br/>
      </w:r>
      <w:r>
        <w:rPr>
          <w:sz w:val="20"/>
        </w:rPr>
        <w:t>12:38  yeh hazaron lakhon blessings insaan ko Khuda ki taraf se mili hui hain, lekin chuki jaise hum ek bachcha duniya mein aankh kholta hai, woh dekhta hai ke har cheez us ke liye available</w:t>
      </w:r>
      <w:r>
        <w:br/>
      </w:r>
      <w:r>
        <w:rPr>
          <w:sz w:val="20"/>
        </w:rPr>
        <w:t>12:51  hai, us ke maa baap hain, us ke rishtedar hain, us ke bahar sari cheezain jo hain us ko support kar rahi hain, aur har cheez us ke liye available hai.</w:t>
      </w:r>
      <w:r>
        <w:br/>
      </w:r>
      <w:r>
        <w:rPr>
          <w:sz w:val="20"/>
        </w:rPr>
        <w:t>13:01  market hai, wahan sab cheez us ko available hai, to woh use to ho jata hai. Us ko lagta hai ke yeh sari cheezain to bas mil rahi hain, hamare paas paisa hai, hum ja ke market mein cheezain khareed lete hain.</w:t>
      </w:r>
      <w:r>
        <w:br/>
      </w:r>
      <w:r>
        <w:rPr>
          <w:sz w:val="20"/>
        </w:rPr>
        <w:t>13:13  to aisa nahi</w:t>
      </w:r>
      <w:r>
        <w:br/>
      </w:r>
      <w:r>
        <w:rPr>
          <w:sz w:val="20"/>
        </w:rPr>
        <w:t>13:14  hai, hamein bohat ziyada ghaur o fikr karna hai ke har cheez hamein Khuda ki taraf se mil rahi hai. Khuda ne tamam cheezon ko is duniya mein potential ke roop mein rakh diya hai.</w:t>
      </w:r>
      <w:r>
        <w:br/>
      </w:r>
      <w:r>
        <w:rPr>
          <w:sz w:val="20"/>
        </w:rPr>
        <w:t>13:29  insaan kya karta hai? Sirf in potential ko actual banata hai. To hum kehte hain ke scientists jo hain woh inventor hain, scientists bhi inventor nahi hain, woh sirf discover karte hain.</w:t>
      </w:r>
      <w:r>
        <w:br/>
      </w:r>
      <w:r>
        <w:rPr>
          <w:sz w:val="20"/>
        </w:rPr>
        <w:t>13:42  Allah taala ne har cheez is duniya mein potential ke roop mein rakh diya hai. Ab scientists ne mehnat kar ke us ko discover kiya, aur tamam poori jo ek civilization banai, tarah tarah ki technology banai jo aaj hamare kaam aa rahi hai.</w:t>
      </w:r>
      <w:r>
        <w:br/>
      </w:r>
      <w:r>
        <w:rPr>
          <w:sz w:val="20"/>
        </w:rPr>
        <w:t>13:59  to insaan in cheezon ko soche. Misaal ke taur par insanon ne car banai. Ab agar petrol na hota to car kaise chalti?</w:t>
      </w:r>
      <w:r>
        <w:br/>
      </w:r>
      <w:r>
        <w:rPr>
          <w:sz w:val="20"/>
        </w:rPr>
        <w:t>14:11  to Allah taala ne petrol ke khazane bhi zameen ke neeche daal diye ke Allah ko pata tha ke kal car banegi, kal hamari industries banengi, carkhane banenge, to is mein un ki zaroorat padegi.</w:t>
      </w:r>
      <w:r>
        <w:br/>
      </w:r>
      <w:r>
        <w:rPr>
          <w:sz w:val="20"/>
        </w:rPr>
        <w:t>14:24  to Allah taala ne kaha ke Quran mein aaya hai ke hum ne har woh cheez tum ko de di jis ki tumhein zaroorat thi, aur isi sath mein yeh bhi hai ke aakhirat mein har woh cheez tumhein milegi jo tum desire karoge.</w:t>
      </w:r>
      <w:r>
        <w:br/>
      </w:r>
      <w:r>
        <w:rPr>
          <w:sz w:val="20"/>
        </w:rPr>
        <w:t>14:38  to</w:t>
      </w:r>
      <w:r>
        <w:br/>
      </w:r>
      <w:r>
        <w:rPr>
          <w:sz w:val="20"/>
        </w:rPr>
        <w:t>14:39  duniya mein har zaroorat ki cheez Allah ne di, aur aakhirat mein woh jo bhi hamari desires hongi, us ke mutabiq hamein milega.</w:t>
      </w:r>
    </w:p>
    <w:p>
      <w:pPr>
        <w:pStyle w:val="Heading2"/>
      </w:pPr>
      <w:r>
        <w:t>Interview story: ignore distractions</w:t>
      </w:r>
    </w:p>
    <w:p>
      <w:r>
        <w:rPr>
          <w:color w:val="666666"/>
          <w:sz w:val="18"/>
        </w:rPr>
        <w:t>The Importance of Positive Attitude | November 01, 2007 · 2m 01s · at 16:57 · https://youtu.be/r4zLbCBxPyc?t=1017</w:t>
      </w:r>
    </w:p>
    <w:p>
      <w:r>
        <w:rPr>
          <w:i/>
        </w:rPr>
        <w:t>“Ab doosri qisam ka ek woh aaya, Interview Letter”</w:t>
      </w:r>
    </w:p>
    <w:p>
      <w:r>
        <w:rPr>
          <w:sz w:val="20"/>
        </w:rPr>
        <w:t>16:57  ka ek dost tha woh un ko pahunchane ke liye, woh bhi baith gaya.</w:t>
      </w:r>
      <w:r>
        <w:br/>
      </w:r>
      <w:r>
        <w:rPr>
          <w:sz w:val="20"/>
        </w:rPr>
        <w:t>17:01  ab dono chale Railway Station ki taraf.</w:t>
      </w:r>
      <w:r>
        <w:br/>
      </w:r>
      <w:r>
        <w:rPr>
          <w:sz w:val="20"/>
        </w:rPr>
        <w:t>17:05  to purane Dilli mein agar aap jaante hon to wahan par ladke bahut hote hain, woh peeche latak jaate hain.</w:t>
      </w:r>
      <w:r>
        <w:br/>
      </w:r>
      <w:r>
        <w:rPr>
          <w:sz w:val="20"/>
        </w:rPr>
        <w:t>17:10  rickshaw ke peeche latak jaate hain.</w:t>
      </w:r>
      <w:r>
        <w:br/>
      </w:r>
      <w:r>
        <w:rPr>
          <w:sz w:val="20"/>
        </w:rPr>
        <w:t>17:14  tamasha karte hain.</w:t>
      </w:r>
      <w:r>
        <w:br/>
      </w:r>
      <w:r>
        <w:rPr>
          <w:sz w:val="20"/>
        </w:rPr>
        <w:t>17:18  to ek ladka latak gaya un ke rickshaw ke peeche.</w:t>
      </w:r>
      <w:r>
        <w:br/>
      </w:r>
      <w:r>
        <w:rPr>
          <w:sz w:val="20"/>
        </w:rPr>
        <w:t>17:22  ab jo dost the us se, unhon ne rickshaw roka aur utarne lage to unhon ne poocha us ke</w:t>
      </w:r>
      <w:r>
        <w:br/>
      </w:r>
      <w:r>
        <w:rPr>
          <w:sz w:val="20"/>
        </w:rPr>
        <w:t>17:27  dost ne ke bhai kyun roka tum ne? Kahan ja rahe ho? Kaha ke is larkay ko maar raha hai. Kyun latka yeh? To jo aadmi ja raha tha un interview dene ke liye us ne kaha ke humein ab time kahan hai? Itna time kahan hamare pas hai? Humein to pahonchna hai station, phir gaadi pakadna hai, phir bombay pahonchna hai, phir interview dena hai, phir service lena hai. To time kahan hai is ka ke hum larkay ko</w:t>
      </w:r>
      <w:r>
        <w:br/>
      </w:r>
      <w:r>
        <w:rPr>
          <w:sz w:val="20"/>
        </w:rPr>
        <w:t>17:57  punishment den? Khinch ke us ne un ko rickshaw bithaliya aur bombay pahoncha, wahan acha interview us ka hua aur wo job mil gaya us ko. Ab do aap dekhiye. Ek aadmi jinhon ne road ke ek chote se waqeye ko ignore nahi kiya to pahonch gaye hospital. Doosra waqea wo bhi road par hua. Us ne ignore kiya to pahoncha wo bombay aur us ko service mil gayi.</w:t>
      </w:r>
      <w:r>
        <w:br/>
      </w:r>
      <w:r>
        <w:rPr>
          <w:sz w:val="20"/>
        </w:rPr>
        <w:t>18:27  yeh hai Importance of Positive Attitude jis ko main kehta hoon ke naam hai, yaani Positive Attitude kya</w:t>
      </w:r>
      <w:r>
        <w:br/>
      </w:r>
      <w:r>
        <w:rPr>
          <w:sz w:val="20"/>
        </w:rPr>
        <w:t>18:33  cheez hai? Woh hai Attitude of Avoidance.</w:t>
      </w:r>
      <w:r>
        <w:br/>
      </w:r>
      <w:r>
        <w:rPr>
          <w:sz w:val="20"/>
        </w:rPr>
        <w:t>18:39  yaani Unpleasant cheezon ko Avoid karna.</w:t>
      </w:r>
      <w:r>
        <w:br/>
      </w:r>
      <w:r>
        <w:rPr>
          <w:sz w:val="20"/>
        </w:rPr>
        <w:t>18:46  jo cheezein hum ko pasand nahin aa rahi hain us ko Avoid karna.</w:t>
      </w:r>
      <w:r>
        <w:br/>
      </w:r>
      <w:r>
        <w:rPr>
          <w:sz w:val="20"/>
        </w:rPr>
        <w:t>18:52  jo cheezen hum ko buri lag jayen us ko avoid karna.</w:t>
      </w:r>
    </w:p>
    <w:p>
      <w:pPr>
        <w:pStyle w:val="Heading2"/>
      </w:pPr>
      <w:r>
        <w:t>Maulana's own son's death and instant acceptance</w:t>
      </w:r>
    </w:p>
    <w:p>
      <w:r>
        <w:rPr>
          <w:color w:val="666666"/>
          <w:sz w:val="18"/>
        </w:rPr>
        <w:t>Power of Peace June 6, 2010 Maulana Wahiduddin Khan · 1m 36s · at 56:31 · https://youtu.be/QNnouRoYI38?t=3391</w:t>
      </w:r>
    </w:p>
    <w:p>
      <w:r>
        <w:rPr>
          <w:i/>
        </w:rPr>
        <w:t>“Mera pehla bachcha, uska naam tha Shabbir Ali Islam”</w:t>
      </w:r>
    </w:p>
    <w:p>
      <w:r>
        <w:rPr>
          <w:sz w:val="20"/>
        </w:rPr>
        <w:t>56:31  bas baat khatam. na koi tension, na koi kuch na kuch. yani within minutes sab khatam. al-khair fima waqa'</w:t>
      </w:r>
      <w:r>
        <w:br/>
      </w:r>
      <w:r>
        <w:rPr>
          <w:sz w:val="20"/>
        </w:rPr>
        <w:t>56:43  Whatever happened, happened for good. yeh sabr ka ka break hai. break hai. within seconds, within minute aap apne ko tension free bana letay hain.</w:t>
      </w:r>
      <w:r>
        <w:br/>
      </w:r>
      <w:r>
        <w:rPr>
          <w:sz w:val="20"/>
        </w:rPr>
        <w:t>56:55  kya is se baṛi koi baat ho sakti hai? aaj ki dunya, jab tak aap aaj ki dunya mein pehlay bhi tension hua karta tha, aaj ki dunya mein to bohat tension hai.</w:t>
      </w:r>
      <w:r>
        <w:br/>
      </w:r>
      <w:r>
        <w:rPr>
          <w:sz w:val="20"/>
        </w:rPr>
        <w:t>57:06  har aadmi tension mein jeeta hai. aaj kal jo hai koi tension free nahi hai.</w:t>
      </w:r>
      <w:r>
        <w:br/>
      </w:r>
      <w:r>
        <w:rPr>
          <w:sz w:val="20"/>
        </w:rPr>
        <w:t>57:13  koi bhi tension free nahi hai. to kitna aasan formula hai agar aap ke andar sabr ho. ke al-khair fima waqa' Whatever happened, happened for good.</w:t>
      </w:r>
      <w:r>
        <w:br/>
      </w:r>
      <w:r>
        <w:rPr>
          <w:sz w:val="20"/>
        </w:rPr>
        <w:t>57:29  lekin jab tak aap mein sabr ka maada na ho, patience ki taqat na ho, aap nahi kar sakte aisa.</w:t>
      </w:r>
      <w:r>
        <w:br/>
      </w:r>
      <w:r>
        <w:rPr>
          <w:sz w:val="20"/>
        </w:rPr>
        <w:t>57:40  to itnay baṛay faiday kinare rakh kar ke bhi aap apne ko yani royein ge, tension mein rahein ge, aur apne ko beemar banayein ge, apne nuqsan mein izafa karein ge.</w:t>
      </w:r>
      <w:r>
        <w:br/>
      </w:r>
      <w:r>
        <w:rPr>
          <w:sz w:val="20"/>
        </w:rPr>
        <w:t>57:56  to sabr ka formula master formula hai zindagi ke liye. sabr ka formula zindagi ke liye master formula hai.</w:t>
      </w:r>
      <w:r>
        <w:br/>
      </w:r>
      <w:r>
        <w:rPr>
          <w:sz w:val="20"/>
        </w:rPr>
        <w:t>58:05  har jagah aap le kar bolein woh.</w:t>
      </w:r>
    </w:p>
    <w:p>
      <w:pPr>
        <w:pStyle w:val="Heading2"/>
      </w:pPr>
      <w:r>
        <w:t>Purpose of visiting graves is to remember death</w:t>
      </w:r>
    </w:p>
    <w:p>
      <w:r>
        <w:rPr>
          <w:color w:val="666666"/>
          <w:sz w:val="18"/>
        </w:rPr>
        <w:t>Understanding Islam (In Conversation with Maulana) June 20, 2010 Maulana Wahidudidn Khan · 1m 26s · at 31:22 · https://youtu.be/7UylaPL-iO8?t=1882</w:t>
      </w:r>
    </w:p>
    <w:p>
      <w:r>
        <w:rPr>
          <w:i/>
        </w:rPr>
        <w:t>“Yeh to bilkul absurd hai”</w:t>
      </w:r>
    </w:p>
    <w:p>
      <w:r>
        <w:rPr>
          <w:sz w:val="20"/>
        </w:rPr>
        <w:t>31:22  maulana her next question is i often find people who go to graveyards to do fateha. has this been sanctioned in islam?</w:t>
      </w:r>
      <w:r>
        <w:br/>
      </w:r>
      <w:r>
        <w:rPr>
          <w:sz w:val="20"/>
        </w:rPr>
        <w:t>31:34  yeh kis ka hai? sadia ka hi hai. doosra sawal hai me</w:t>
      </w:r>
      <w:r>
        <w:br/>
      </w:r>
      <w:r>
        <w:rPr>
          <w:sz w:val="20"/>
        </w:rPr>
        <w:t>31:37  ra. yeh toh bilkul absurd hai. yeh jate hain jo log fateha khwani ke liye. kuch bhi nahi hai is ka, koi na sawab hai na azab hai.</w:t>
      </w:r>
      <w:r>
        <w:br/>
      </w:r>
      <w:r>
        <w:rPr>
          <w:sz w:val="20"/>
        </w:rPr>
        <w:t>31:48  waqt waqt time ko waste karna hai. dekhiye qabar pe jane ka sirf aik hi baat hai, aik hi maqsad hai.</w:t>
      </w:r>
      <w:r>
        <w:br/>
      </w:r>
      <w:r>
        <w:rPr>
          <w:sz w:val="20"/>
        </w:rPr>
        <w:t>31:57  woh hai maut ko yaad karna. maut ko yaad karna. rasool Allah guzre aik martaba qabristan se, Allah ne farmaya ke assalam o alaikum ya al quboor, inna insha Allah bikum lahiqoon.</w:t>
      </w:r>
      <w:r>
        <w:br/>
      </w:r>
      <w:r>
        <w:rPr>
          <w:sz w:val="20"/>
        </w:rPr>
        <w:t>32:14  yani aye qabar walon, hum bhi tum se milne wale hain, matlab hum bhi marne wale hain. toh qabar jo hai woh maut ka spot hai ke yahan aik aadmi bury kiya gaya hai.</w:t>
      </w:r>
      <w:r>
        <w:br/>
      </w:r>
      <w:r>
        <w:rPr>
          <w:sz w:val="20"/>
        </w:rPr>
        <w:t>32:26  qabar batati hai ke aik aadmi yahan mara, wahan us ko bury kiya gaya. us ko yaad karna. achha, hum bhi marenge, hum bhi kahin bury kar diye jayenge.</w:t>
      </w:r>
      <w:r>
        <w:br/>
      </w:r>
      <w:r>
        <w:rPr>
          <w:sz w:val="20"/>
        </w:rPr>
        <w:t>32:36  bas waqia fateha khwani waghera toh nothing, bilkul hi koi is ka matlab hi nahi hai. na quran mein hai, na hadith mein hai.</w:t>
      </w:r>
    </w:p>
    <w:p>
      <w:pPr>
        <w:pStyle w:val="Heading2"/>
      </w:pPr>
      <w:r>
        <w:t>Planning is more important than hard labor</w:t>
      </w:r>
    </w:p>
    <w:p>
      <w:r>
        <w:rPr>
          <w:color w:val="666666"/>
          <w:sz w:val="18"/>
        </w:rPr>
        <w:t>Power of Patience | June 16, 2010 | Maulana Wahiduddin Khan · 2m 31s · at 42:20 · https://youtu.be/FlWqljdLKHE?t=2540</w:t>
      </w:r>
    </w:p>
    <w:p>
      <w:r>
        <w:rPr>
          <w:i/>
        </w:rPr>
        <w:t>“A successful businessman said planning is number one.”</w:t>
      </w:r>
    </w:p>
    <w:p>
      <w:r>
        <w:rPr>
          <w:sz w:val="20"/>
        </w:rPr>
        <w:t>42:20  to power of patience ka matlab kya hai ke aap wise planning nahi kar sakte ek martaba ek</w:t>
      </w:r>
      <w:r>
        <w:br/>
      </w:r>
      <w:r>
        <w:rPr>
          <w:sz w:val="20"/>
        </w:rPr>
        <w:t>42:26  sahib se jo bohat woh achhe kamyab businessman the to maine apne pichhle mindset mera jo tha</w:t>
      </w:r>
      <w:r>
        <w:br/>
      </w:r>
      <w:r>
        <w:rPr>
          <w:sz w:val="20"/>
        </w:rPr>
        <w:t>42:32  jo gaon mein bana tha woh wala to maine kaha ke business mein sab se achhi cheez</w:t>
      </w:r>
      <w:r>
        <w:br/>
      </w:r>
      <w:r>
        <w:rPr>
          <w:sz w:val="20"/>
        </w:rPr>
        <w:t>42:39  hai hard labor maine kaha main aise exchange karta hoon baat cheet karta hoon discuss karta hoon</w:t>
      </w:r>
      <w:r>
        <w:br/>
      </w:r>
      <w:r>
        <w:rPr>
          <w:sz w:val="20"/>
        </w:rPr>
        <w:t>42:45  is se mujh ko faida hota hai to unhone kaha ke woh</w:t>
      </w:r>
      <w:r>
        <w:br/>
      </w:r>
      <w:r>
        <w:rPr>
          <w:sz w:val="20"/>
        </w:rPr>
        <w:t>42:51  pehle ki baat hai ab hard labor secondary cheez ban gayi hai ek kamyab tajar tha woh padha</w:t>
      </w:r>
      <w:r>
        <w:br/>
      </w:r>
      <w:r>
        <w:rPr>
          <w:sz w:val="20"/>
        </w:rPr>
        <w:t>42:57  likha tha woh to main to gaon mein paida hua wahin raha to main samajhta tha sab se</w:t>
      </w:r>
      <w:r>
        <w:br/>
      </w:r>
      <w:r>
        <w:rPr>
          <w:sz w:val="20"/>
        </w:rPr>
        <w:t>43:03  badi cheez hai kyunke woh agriculture ka zamana tha agriculture mein kya hai mehnat karo mehnat karo mehnat</w:t>
      </w:r>
      <w:r>
        <w:br/>
      </w:r>
      <w:r>
        <w:rPr>
          <w:sz w:val="20"/>
        </w:rPr>
        <w:t>43:09  karo bas aur kya hai to apne is mindset ko le kar ke maine kaha ke business</w:t>
      </w:r>
      <w:r>
        <w:br/>
      </w:r>
      <w:r>
        <w:rPr>
          <w:sz w:val="20"/>
        </w:rPr>
        <w:t>43:16  mein sab se badi cheez jo hai kamyabi ke liye</w:t>
      </w:r>
      <w:r>
        <w:br/>
      </w:r>
      <w:r>
        <w:rPr>
          <w:sz w:val="20"/>
        </w:rPr>
        <w:t>43:22  hard labor kaha ke nahi nahi nahi planning sab se bari cheez hai planning number one par hai hard labor number do par hai ab yeh kaise aadmi ko samajh mein aata hai jab soche woh jab ghusay mein aa jayengay to kuch nahi dikhai paray ga aap ko to sabar ka sab se bara faida yeh hai ke aap wise planning kar patay hain planning ke liye dekhiye kya kar</w:t>
      </w:r>
      <w:r>
        <w:br/>
      </w:r>
      <w:r>
        <w:rPr>
          <w:sz w:val="20"/>
        </w:rPr>
        <w:t>43:52  napta hai planning ke liye sochna padta hai apni situation kya hai halaat kaise hain aap ke</w:t>
      </w:r>
      <w:r>
        <w:br/>
      </w:r>
      <w:r>
        <w:rPr>
          <w:sz w:val="20"/>
        </w:rPr>
        <w:t>43:59  resources kya hain bahar ke resources kya hain in sari cheezon ko assess karna padta hai examine karna</w:t>
      </w:r>
      <w:r>
        <w:br/>
      </w:r>
      <w:r>
        <w:rPr>
          <w:sz w:val="20"/>
        </w:rPr>
        <w:t>44:07  padta hai sare yani negative aspect positive aspect plus points negative points sab dekhna padta hai har cheez</w:t>
      </w:r>
      <w:r>
        <w:br/>
      </w:r>
      <w:r>
        <w:rPr>
          <w:sz w:val="20"/>
        </w:rPr>
        <w:t>44:14  ke plus points hote hain minus points hote hain sari cheezon ko assess kar ke phir ek ek</w:t>
      </w:r>
      <w:r>
        <w:br/>
      </w:r>
      <w:r>
        <w:rPr>
          <w:sz w:val="20"/>
        </w:rPr>
        <w:t>44:22  banaya jata hai jis ko kehtay hain plan to plan kaun bana paye ga jo jo jo bhark uthay bhark uthnay wala hai to react karega jo bhark uthay woh react karega woh plan kahan se banaye ga woh to sab is zamane mein kisi bari achievement ke liye zaroori hai planning aur planning ke liye kya zaroori hai subhan suhailta sabar patience to aap ghore kijiye</w:t>
      </w:r>
    </w:p>
    <w:p>
      <w:pPr>
        <w:pStyle w:val="Heading2"/>
      </w:pPr>
      <w:r>
        <w:t>the hidden price of weak personality: living in tension</w:t>
      </w:r>
    </w:p>
    <w:p>
      <w:r>
        <w:rPr>
          <w:color w:val="666666"/>
          <w:sz w:val="18"/>
        </w:rPr>
        <w:t>How to Build A Strong Personality June 14, 2008 · 2m 13s · at 16:50 · https://youtu.be/CEzRHSVoQlI?t=1010</w:t>
      </w:r>
    </w:p>
    <w:p>
      <w:r>
        <w:rPr>
          <w:i/>
        </w:rPr>
        <w:t>“Weak personality ki do bhari prize deni padti hai”</w:t>
      </w:r>
    </w:p>
    <w:p>
      <w:r>
        <w:rPr>
          <w:sz w:val="20"/>
        </w:rPr>
        <w:t>16:50  dekhiye, weak personality ka do bara, yani price deni padti hai aadmi ko.</w:t>
      </w:r>
      <w:r>
        <w:br/>
      </w:r>
      <w:r>
        <w:rPr>
          <w:sz w:val="20"/>
        </w:rPr>
        <w:t>16:59  jo shakhs apne andar weak personality paida kare, us ko do bhaari price deni padti hai. aik is dunya mein, aik akhirat mein.</w:t>
      </w:r>
      <w:r>
        <w:br/>
      </w:r>
      <w:r>
        <w:rPr>
          <w:sz w:val="20"/>
        </w:rPr>
        <w:t>17:12  is dunya mein kya price hai?</w:t>
      </w:r>
      <w:r>
        <w:br/>
      </w:r>
      <w:r>
        <w:rPr>
          <w:sz w:val="20"/>
        </w:rPr>
        <w:t>17:15  woh yeh hai ke insaan ka jo nature hai, jo true nature hai, jo consciousness hai, jo natural wisdom hai, us ke andar parakh hoti hai, parakh.</w:t>
      </w:r>
      <w:r>
        <w:br/>
      </w:r>
      <w:r>
        <w:rPr>
          <w:sz w:val="20"/>
        </w:rPr>
        <w:t>17:33  bohat jald woh samajh leta hai aadmi ka idhar jo nature hai.</w:t>
      </w:r>
      <w:r>
        <w:br/>
      </w:r>
      <w:r>
        <w:rPr>
          <w:sz w:val="20"/>
        </w:rPr>
        <w:t>17:42  woh samajh leta hai.</w:t>
      </w:r>
      <w:r>
        <w:br/>
      </w:r>
      <w:r>
        <w:rPr>
          <w:sz w:val="20"/>
        </w:rPr>
        <w:t>17:45  to agar, lekin aap aap inkar kar rahe hain, aap mante nahi, to kaha ke aap ka apna inner nature address nahi hua. aap ke consciousness ne jana ke yeh to ghalati thi.</w:t>
      </w:r>
      <w:r>
        <w:br/>
      </w:r>
      <w:r>
        <w:rPr>
          <w:sz w:val="20"/>
        </w:rPr>
        <w:t>17:58  aap ke inner nature ne jana ke yeh to ghalati thi.</w:t>
      </w:r>
      <w:r>
        <w:br/>
      </w:r>
      <w:r>
        <w:rPr>
          <w:sz w:val="20"/>
        </w:rPr>
        <w:t>18:03  lekin aap nahi maan rahe hain is ko. to is ka matlab hai ke aap ka apna nature address nahi hua. to yahi hai tension.</w:t>
      </w:r>
      <w:r>
        <w:br/>
      </w:r>
      <w:r>
        <w:rPr>
          <w:sz w:val="20"/>
        </w:rPr>
        <w:t>18:13  to har aadmi ko chahiye ke woh self correction ke liye har waqt tayyar rahe. is ko mein keh sakta hoon ke yeh hai inner engineering.</w:t>
      </w:r>
      <w:r>
        <w:br/>
      </w:r>
      <w:r>
        <w:rPr>
          <w:sz w:val="20"/>
        </w:rPr>
        <w:t>18:26  aik sab mein agar yeh batana ho to mein keh sakta hoon ke yeh hai inner engineering. apne andar jo hai, us ko engineer karna.</w:t>
      </w:r>
      <w:r>
        <w:br/>
      </w:r>
      <w:r>
        <w:rPr>
          <w:sz w:val="20"/>
        </w:rPr>
        <w:t>18:36  is ko durust karna, aap ko theek karna, is ko banana.</w:t>
      </w:r>
      <w:r>
        <w:br/>
      </w:r>
      <w:r>
        <w:rPr>
          <w:sz w:val="20"/>
        </w:rPr>
        <w:t>18:41  apne andar wali personality ko build karna.</w:t>
      </w:r>
      <w:r>
        <w:br/>
      </w:r>
      <w:r>
        <w:rPr>
          <w:sz w:val="20"/>
        </w:rPr>
        <w:t>18:47  to dunya mein yeh price deni parti hai ke aap tension mein jeete hain. kyunke jab aap ka inner nature address na ho raha ho, to isi ka naam to tension hai.</w:t>
      </w:r>
    </w:p>
    <w:p>
      <w:pPr>
        <w:pStyle w:val="Heading2"/>
      </w:pPr>
      <w:r>
        <w:t>How to build strong conviction in God: avoid distraction</w:t>
      </w:r>
    </w:p>
    <w:p>
      <w:r>
        <w:rPr>
          <w:color w:val="666666"/>
          <w:sz w:val="18"/>
        </w:rPr>
        <w:t>Problem and Shukr March 15, 2015 · 1m 12s · at 51:41 · https://youtu.be/SPBsXjH1hzM?t=3101</w:t>
      </w:r>
    </w:p>
    <w:p>
      <w:r>
        <w:rPr>
          <w:i/>
        </w:rPr>
        <w:t>“I want to develop strong conviction in God, but find myself lacking”</w:t>
      </w:r>
    </w:p>
    <w:p>
      <w:r>
        <w:rPr>
          <w:sz w:val="20"/>
        </w:rPr>
        <w:t>51:41  maulana, agla sawal faheem sahib ne kiya hai nagpur se, aur unhon ne likha hai ke maulana, i want to develop strong conviction in god, but find myself lacking in it.</w:t>
      </w:r>
      <w:r>
        <w:br/>
      </w:r>
      <w:r>
        <w:rPr>
          <w:sz w:val="20"/>
        </w:rPr>
        <w:t>51:55  How can I create strong connection like you have? Please advise me. Dekhiye, sirf aik hi formula hai, voh hai apnay aap ko distraction se bachana.</w:t>
      </w:r>
      <w:r>
        <w:br/>
      </w:r>
      <w:r>
        <w:rPr>
          <w:sz w:val="20"/>
        </w:rPr>
        <w:t>52:08  bas aik hi cheez hai, distraction se bachana. log phansay rehtay hain idhar udhar God mein aur chahtay hain ke God ka ki marifat unhein hasil ho.</w:t>
      </w:r>
      <w:r>
        <w:br/>
      </w:r>
      <w:r>
        <w:rPr>
          <w:sz w:val="20"/>
        </w:rPr>
        <w:t>52:19  to yeh impasibal hai.</w:t>
      </w:r>
      <w:r>
        <w:br/>
      </w:r>
      <w:r>
        <w:rPr>
          <w:sz w:val="20"/>
        </w:rPr>
        <w:t>52:24  kisi ka shair hai ke ke hum khuda khwahi o hum dunya don ai khyalast o maharast o junoon.</w:t>
      </w:r>
      <w:r>
        <w:br/>
      </w:r>
      <w:r>
        <w:rPr>
          <w:sz w:val="20"/>
        </w:rPr>
        <w:t>52:33  to apnay ko aap jab tak distract nahin karein gay, doosri cheezon se hata kar ke, aap apna focus nahin karein gay, tab tak kuch nahin honay wala.</w:t>
      </w:r>
      <w:r>
        <w:br/>
      </w:r>
      <w:r>
        <w:rPr>
          <w:sz w:val="20"/>
        </w:rPr>
        <w:t>52:43  distractions se bachane ka matlab hai apna focus other God se hatana aur God par focus dalna. yeh to aap ko khud karna paray ga.</w:t>
      </w:r>
    </w:p>
    <w:p>
      <w:pPr>
        <w:pStyle w:val="Heading2"/>
      </w:pPr>
      <w:r>
        <w:t>Third condition and meeting atheist philosopher</w:t>
      </w:r>
    </w:p>
    <w:p>
      <w:r>
        <w:rPr>
          <w:color w:val="666666"/>
          <w:sz w:val="18"/>
        </w:rPr>
        <w:t>How to Find Truth | August 8, 2007 · 2m 35s · at 41:21 · https://youtu.be/YaxWNPN2K5A?t=2481</w:t>
      </w:r>
    </w:p>
    <w:p>
      <w:r>
        <w:rPr>
          <w:i/>
        </w:rPr>
        <w:t>“The third condition is readiness to surrender before reason”</w:t>
      </w:r>
    </w:p>
    <w:p>
      <w:r>
        <w:rPr>
          <w:sz w:val="20"/>
        </w:rPr>
        <w:t>41:21  The third condition in this pursuit is readiness to surrender before reason.</w:t>
      </w:r>
      <w:r>
        <w:br/>
      </w:r>
      <w:r>
        <w:rPr>
          <w:sz w:val="20"/>
        </w:rPr>
        <w:t>41:31  readiness to surrender before reason.</w:t>
      </w:r>
      <w:r>
        <w:br/>
      </w:r>
      <w:r>
        <w:rPr>
          <w:sz w:val="20"/>
        </w:rPr>
        <w:t>41:42  This is the third condition.</w:t>
      </w:r>
      <w:r>
        <w:br/>
      </w:r>
      <w:r>
        <w:rPr>
          <w:sz w:val="20"/>
        </w:rPr>
        <w:t>41:53  Now, to state this point, I will give an example.</w:t>
      </w:r>
      <w:r>
        <w:br/>
      </w:r>
      <w:r>
        <w:rPr>
          <w:sz w:val="20"/>
        </w:rPr>
        <w:t>42:08  In 1965, I was in Lucknow, so I happened to meet a scholar. He</w:t>
      </w:r>
      <w:r>
        <w:br/>
      </w:r>
      <w:r>
        <w:rPr>
          <w:sz w:val="20"/>
        </w:rPr>
        <w:t>42:24  was a philosopher. He, he, he was M.A. in philosophy. M.A. in philosophy. Then he prepared his thesis</w:t>
      </w:r>
      <w:r>
        <w:br/>
      </w:r>
      <w:r>
        <w:rPr>
          <w:sz w:val="20"/>
        </w:rPr>
        <w:t>42:54  in Britain philosophy.</w:t>
      </w:r>
      <w:r>
        <w:br/>
      </w:r>
      <w:r>
        <w:rPr>
          <w:sz w:val="20"/>
        </w:rPr>
        <w:t>43:04  You know, Bertrand was, Bertrand Russell was, was the, was an atheist, perhaps greatest atheist of his time.</w:t>
      </w:r>
      <w:r>
        <w:br/>
      </w:r>
      <w:r>
        <w:rPr>
          <w:sz w:val="20"/>
        </w:rPr>
        <w:t>43:14  So he was influenced by the Bertrand Russell's thought.</w:t>
      </w:r>
      <w:r>
        <w:br/>
      </w:r>
      <w:r>
        <w:rPr>
          <w:sz w:val="20"/>
        </w:rPr>
        <w:t>43:24  , and he became an atheist.</w:t>
      </w:r>
      <w:r>
        <w:br/>
      </w:r>
      <w:r>
        <w:rPr>
          <w:sz w:val="20"/>
        </w:rPr>
        <w:t>43:30  So he was, I was a believer in God.</w:t>
      </w:r>
      <w:r>
        <w:br/>
      </w:r>
      <w:r>
        <w:rPr>
          <w:sz w:val="20"/>
        </w:rPr>
        <w:t>43:37  I was a believer that, and he was an atheist.</w:t>
      </w:r>
      <w:r>
        <w:br/>
      </w:r>
      <w:r>
        <w:rPr>
          <w:sz w:val="20"/>
        </w:rPr>
        <w:t>43:43  So there was a difference between the thinking.</w:t>
      </w:r>
      <w:r>
        <w:br/>
      </w:r>
      <w:r>
        <w:rPr>
          <w:sz w:val="20"/>
        </w:rPr>
        <w:t>43:50  So during conversation, he said,</w:t>
      </w:r>
    </w:p>
    <w:p>
      <w:pPr>
        <w:pStyle w:val="Heading2"/>
      </w:pPr>
      <w:r>
        <w:t>God works invisibly through cause and effect, unseen by us</w:t>
      </w:r>
    </w:p>
    <w:p>
      <w:r>
        <w:rPr>
          <w:color w:val="666666"/>
          <w:sz w:val="18"/>
        </w:rPr>
        <w:t>Importance of Shukr (Thankfulness) July 24, 2022 · 2m 36s · at 21:35 · https://youtu.be/MgWNIv0k1sk?t=1295</w:t>
      </w:r>
    </w:p>
    <w:p>
      <w:r>
        <w:rPr>
          <w:i/>
        </w:rPr>
        <w:t>“Khuda asal mein invisible hai”</w:t>
      </w:r>
    </w:p>
    <w:p>
      <w:r>
        <w:rPr>
          <w:sz w:val="20"/>
        </w:rPr>
        <w:t>21:35  to aisa kyun, apa? Khuda asal mein invisible hai, woh cause and effect ke tehat kaam kar raha hai.</w:t>
      </w:r>
      <w:r>
        <w:br/>
      </w:r>
      <w:r>
        <w:rPr>
          <w:sz w:val="20"/>
        </w:rPr>
        <w:t>21:44  ji, to hamein lagta hi nahin ke khuda ki taraf se yeh kaam ho raha hai. sahih, hamein lagta hai hamari mehnat hai, hamare maa baap ki mehnat hai, hamare doosre logon ki mehnat hai.</w:t>
      </w:r>
      <w:r>
        <w:br/>
      </w:r>
      <w:r>
        <w:rPr>
          <w:sz w:val="20"/>
        </w:rPr>
        <w:t>21:56  woh mehnat se woh kaam ho raha hai hamara. hum ne mehnat ki, hum ne taleem hasil ki, hamein acha job mil gaya, aur is ki wajah se hamare saare kaam chal rahe hain.</w:t>
      </w:r>
      <w:r>
        <w:br/>
      </w:r>
      <w:r>
        <w:rPr>
          <w:sz w:val="20"/>
        </w:rPr>
        <w:t>22:05  to hamein is jo asbab ka jo parda hai, is ko pharna parega. to tabhi hum samajh sakte hain ke khuda jo hai, sab kuch khuda kar raha hai, insan nahin kar raha hai.</w:t>
      </w:r>
      <w:r>
        <w:br/>
      </w:r>
      <w:r>
        <w:rPr>
          <w:sz w:val="20"/>
        </w:rPr>
        <w:t>22:19  isi liye bar bar aisa Allah taala dikhate hain, aur khas tor par bare bare logon ko dikhate hain. jaise abdul kalam speech de rahe the, speech dete dete ek dam se woh gir pade, un ko heart attack ho gaya aur khatam ho gaye.</w:t>
      </w:r>
      <w:r>
        <w:br/>
      </w:r>
      <w:r>
        <w:rPr>
          <w:sz w:val="20"/>
        </w:rPr>
        <w:t>22:35  to Allah taala dikhata hai ke dekho, khuda ka hukum tha, is liye woh bol rahe the. ab khuda ka hukum khatam ho gaya to un ka bolna bhi khatam ho gaya. to aise bar bar hota rehta hai.</w:t>
      </w:r>
      <w:r>
        <w:br/>
      </w:r>
      <w:r>
        <w:rPr>
          <w:sz w:val="20"/>
        </w:rPr>
        <w:t>22:46  to hum ko bohat hi gehri nazar chahiye, baseerat ki aankh chahiye, jo hum dekh saken ke yeh sab kuch khuda ki wajah se ho raha hai.</w:t>
      </w:r>
      <w:r>
        <w:br/>
      </w:r>
      <w:r>
        <w:rPr>
          <w:sz w:val="20"/>
        </w:rPr>
        <w:t>22:57  aur tamam jo cheezein hain duniya mein, farz kariye ke hamein khane peene ka saman chahiye, hum bazaar mein jaate hain, hamein mil jata hai.</w:t>
      </w:r>
      <w:r>
        <w:br/>
      </w:r>
      <w:r>
        <w:rPr>
          <w:sz w:val="20"/>
        </w:rPr>
        <w:t>23:06  aur farz kariye ke abhi drought ho jaye, barish hi na ho kahin, to hamein kya milega? khuda barish barsa raha hai, is se</w:t>
      </w:r>
      <w:r>
        <w:br/>
      </w:r>
      <w:r>
        <w:rPr>
          <w:sz w:val="20"/>
        </w:rPr>
        <w:t>23:15  ghalla ug raha hai, ghalla market mein aa raha hai. ab hamara ek percent is mein hai ke hamare paas paisa hai, aur woh woh ek percent bhi nahin hai, woh bhi khuda ki wajah se hai, aur hum ja ke is se bazaar se saman khareed lete hain.</w:t>
      </w:r>
      <w:r>
        <w:br/>
      </w:r>
      <w:r>
        <w:rPr>
          <w:sz w:val="20"/>
        </w:rPr>
        <w:t>23:28  to yahi sab sochna parega ke har kaam jo hai, woh khuda kar raha hai. hum chal bhi rahe hain to khuda chalwa raha hai, kyun ke agar zameen mein gravity na ho to hum chal nahin sakte.</w:t>
      </w:r>
      <w:r>
        <w:br/>
      </w:r>
      <w:r>
        <w:rPr>
          <w:sz w:val="20"/>
        </w:rPr>
        <w:t>23:39  jaise log jaate hain chand pe to woh chal chal nahin sakte hain, uṛte hain to</w:t>
      </w:r>
      <w:r>
        <w:br/>
      </w:r>
      <w:r>
        <w:rPr>
          <w:sz w:val="20"/>
        </w:rPr>
        <w:t>23:44  hawa mein teirte hain. to is tareeqe se agar hum gehri gehrai se sochen, tab hamein lagega ke har kaam khuda karwa raha hai. to hum agar khuda ka shukr na ada karen to kitni zyada bari yeh evil hai ke hum hum har cheez khuda ki le rahe hain aur is ka shukr nahin ada kar rahe hain, kyun ke khuda ko to kisi cheez ki zaroorat nahin hai.</w:t>
      </w:r>
      <w:r>
        <w:br/>
      </w:r>
      <w:r>
        <w:rPr>
          <w:sz w:val="20"/>
        </w:rPr>
        <w:t>24:07  khuda ko to sirf hamara shukr chahiye, hamari hamd chahiye, hum Allah ko yaad karen. hum</w:t>
      </w:r>
    </w:p>
    <w:p>
      <w:pPr>
        <w:pStyle w:val="Heading2"/>
      </w:pPr>
      <w:r>
        <w:t>Should patience apply even against a conspiracy?</w:t>
      </w:r>
    </w:p>
    <w:p>
      <w:r>
        <w:rPr>
          <w:color w:val="666666"/>
          <w:sz w:val="18"/>
        </w:rPr>
        <w:t>Importance of Patience in Islam December 11, 2022 · 2m 40s · at 38:15 · https://youtu.be/Cy59II1dC-I?t=2295</w:t>
      </w:r>
    </w:p>
    <w:p>
      <w:r>
        <w:rPr>
          <w:i/>
        </w:rPr>
        <w:t>“If the other side is conspiring against us, should we stay silent?”</w:t>
      </w:r>
    </w:p>
    <w:p>
      <w:r>
        <w:rPr>
          <w:sz w:val="20"/>
        </w:rPr>
        <w:t>38:15  iced." achha, aap aksar log yeh hawala dete hain sabr ko na rakhne ke liye ki agar koi samne wali party conspiracy kar rahi hai, hamare khilaf planning bana rahe hain, to phir hamein chup nahi baithna chahiye. hamein foran uska jawab dena chahiye. to yahan par aap mera sawal yeh hai ki quran is bare mein kya guidance deta hai</w:t>
      </w:r>
      <w:r>
        <w:br/>
      </w:r>
      <w:r>
        <w:rPr>
          <w:sz w:val="20"/>
        </w:rPr>
        <w:t>38:37  ? kya aap sabr tab, us waqt jab koi conspiracy kar raha hai, tab applicable nahi hoti hai? ya patience hamein har haal mein rakhni hi hai?</w:t>
      </w:r>
      <w:r>
        <w:br/>
      </w:r>
      <w:r>
        <w:rPr>
          <w:sz w:val="20"/>
        </w:rPr>
        <w:t>38:46  to iske bare mein quran ke hawale se kuch batayein. quran mein aaya hai, ayat hai ki agar tum sabr karo aur allah se daro, to unki koi saazish tumko nuksan nahi pahuncha sakegi. to quran ka to hal yeh hai ki tumhare andar sabr aur taqwa hona chahiye. to</w:t>
      </w:r>
      <w:r>
        <w:br/>
      </w:r>
      <w:r>
        <w:rPr>
          <w:sz w:val="20"/>
        </w:rPr>
        <w:t>39:07  iska matlab hai ki hum tamam musalman jo hain, woh kya kar rahe hain? ki logon ki saazishon ko disclose kar rahe hain. unko pure-pure akhbar nikalte hain ki sari duniya mein yeh saazish ho rahi hai, yeh saazish ho rahi hai. woh saazish nahi hai, woh interest ka clash hai. har aadmi apne interest par chal raha hai. usko bhi woh hamare se takra jata hai. woh uska jo interest ka jo hai, hamara interest kuch aur hai.</w:t>
      </w:r>
      <w:r>
        <w:br/>
      </w:r>
      <w:r>
        <w:rPr>
          <w:sz w:val="20"/>
        </w:rPr>
        <w:t>39:33  to woh uska bhi hal hai. kyunki allah taala ne jab itne sare logon ko paida kiya hai aur sare logon ka test ho raha hai, to woh to hoga. to us tarike se hamein jo hai, jo quran ne hamein jo bataya hai method, usi par amal karke hum is masle ko hal kar sakte hain. to quran mein hai ki hamare andar sabr aur taqwa ki kami hai.</w:t>
      </w:r>
      <w:r>
        <w:br/>
      </w:r>
      <w:r>
        <w:rPr>
          <w:sz w:val="20"/>
        </w:rPr>
        <w:t>40:00  agar hum us saazish ko hum hal nahi kar pa rahe hain, to iska matlab hai ki hum apni islah karein, apne andar sabr paida karein, taqwa paida karein, na ki protest karein. protest karne se to aur masla badhta hai. 100 saal se musalman protest kar rahe hain, koi masla hal nahi hua. lekin agar woh sabr karte, apni islah karte, to masail hal hote. jaise pehle hal ho chuke hain,</w:t>
      </w:r>
      <w:r>
        <w:br/>
      </w:r>
      <w:r>
        <w:rPr>
          <w:sz w:val="20"/>
        </w:rPr>
        <w:t>40:26  aaj 1500 saal guzar chu</w:t>
      </w:r>
      <w:r>
        <w:br/>
      </w:r>
      <w:r>
        <w:rPr>
          <w:sz w:val="20"/>
        </w:rPr>
        <w:t>40:29  ke hain. tamam masail jo hain, woh sabr aur taqwa se hi hal hue hain. to bahut sari misalein maulana ne di hain. to hamare andar, ab apne andar hamein sabr aur taqwa ki spirit ko ubharna hai. kyunki sabr karne se hum usko masail ko bilkul, jisko kehte hain, low profile mein kaam karne karne lag jaate hain. low</w:t>
      </w:r>
    </w:p>
    <w:p>
      <w:pPr>
        <w:pStyle w:val="Heading2"/>
      </w:pPr>
      <w:r>
        <w:t>Shift from jihad to dawah over 30 years</w:t>
      </w:r>
    </w:p>
    <w:p>
      <w:r>
        <w:rPr>
          <w:color w:val="666666"/>
          <w:sz w:val="18"/>
        </w:rPr>
        <w:t>An Intellectual journey 1 May 2011 - Maulana Wahiduddin Khan · 1m 36s · at 28:37 · https://youtu.be/lnfjC7x_s2A?t=1717</w:t>
      </w:r>
    </w:p>
    <w:p>
      <w:r>
        <w:rPr>
          <w:i/>
        </w:rPr>
        <w:t>“Muslims' biggest problem is fighting in the name of jihad”</w:t>
      </w:r>
    </w:p>
    <w:p>
      <w:r>
        <w:rPr>
          <w:sz w:val="20"/>
        </w:rPr>
        <w:t>28:37  to wahan par mein ne yeh baat kahi thi ke musalman jo hain, jihad ke naam par jo laraai bhadaai kar rahay hain, wohi sab se bara masla un ka hai.</w:t>
      </w:r>
      <w:r>
        <w:br/>
      </w:r>
      <w:r>
        <w:rPr>
          <w:sz w:val="20"/>
        </w:rPr>
        <w:t>28:49  jab tak is ko band nahi karengay, tab tak un ka koi problem solve nahi honay wala hai.</w:t>
      </w:r>
      <w:r>
        <w:br/>
      </w:r>
      <w:r>
        <w:rPr>
          <w:sz w:val="20"/>
        </w:rPr>
        <w:t>28:56  aur yeh distraction hai, yeh jo jihad samajhtay hain, is ko "the great soul of distraction" yaani dawat se hata diya.</w:t>
      </w:r>
      <w:r>
        <w:br/>
      </w:r>
      <w:r>
        <w:rPr>
          <w:sz w:val="20"/>
        </w:rPr>
        <w:t>29:06  jihad nahi hai, yeh to distraction hai. aaj jo kaam karna tha, dawat ka kaam karna tha.</w:t>
      </w:r>
      <w:r>
        <w:br/>
      </w:r>
      <w:r>
        <w:rPr>
          <w:sz w:val="20"/>
        </w:rPr>
        <w:t>29:13  saari opportunities khuli hain dawat ke liye,</w:t>
      </w:r>
      <w:r>
        <w:br/>
      </w:r>
      <w:r>
        <w:rPr>
          <w:sz w:val="20"/>
        </w:rPr>
        <w:t>29:18  saari opportunity, opportunity explosion hai. yeh yeh zamanah jo hai, opportunity explosion ka zamanah hai. ab musalman kahan lagay hue hain?</w:t>
      </w:r>
      <w:r>
        <w:br/>
      </w:r>
      <w:r>
        <w:rPr>
          <w:sz w:val="20"/>
        </w:rPr>
        <w:t>29:28  jihad ke naam par laraai bhadaai, yeh kya hai? yeh distraction hai.</w:t>
      </w:r>
      <w:r>
        <w:br/>
      </w:r>
      <w:r>
        <w:rPr>
          <w:sz w:val="20"/>
        </w:rPr>
        <w:t>29:36  is waqt jab mein ne kaha tha 30 saal pehle yeh baat, to aisa lagta tha log mujhe kha jayengay. itna ziyada log is se mein agay aur itna ziyada yaani negative ho gaye ke bas</w:t>
      </w:r>
      <w:r>
        <w:br/>
      </w:r>
      <w:r>
        <w:rPr>
          <w:sz w:val="20"/>
        </w:rPr>
        <w:t>29:52  ajeeb haal tha. is baar mein ne wohi baat kahi isi arab amarat mein, to koi kisi ne negative response nahi diya.</w:t>
      </w:r>
      <w:r>
        <w:br/>
      </w:r>
      <w:r>
        <w:rPr>
          <w:sz w:val="20"/>
        </w:rPr>
        <w:t>30:03  har aik ka positive response tha. aur log yeh poochne lagay ke yeh bataiye ke hum dawat kaise karein?</w:t>
      </w:r>
    </w:p>
    <w:p>
      <w:pPr>
        <w:pStyle w:val="Heading2"/>
      </w:pPr>
      <w:r>
        <w:t>Haqqullah and Haqqulabad definition</w:t>
      </w:r>
    </w:p>
    <w:p>
      <w:r>
        <w:rPr>
          <w:color w:val="666666"/>
          <w:sz w:val="18"/>
        </w:rPr>
        <w:t>Art of War and Islam · 2m 44s · at 37:30 · https://youtu.be/LvYP_pf17S0?t=2250</w:t>
      </w:r>
    </w:p>
    <w:p>
      <w:r>
        <w:rPr>
          <w:i/>
        </w:rPr>
        <w:t>“Now in Islam, there are two terms”</w:t>
      </w:r>
    </w:p>
    <w:p>
      <w:r>
        <w:rPr>
          <w:sz w:val="20"/>
        </w:rPr>
        <w:t>37:30  This is the meaning of this Hadith</w:t>
      </w:r>
      <w:r>
        <w:br/>
      </w:r>
      <w:r>
        <w:rPr>
          <w:sz w:val="20"/>
        </w:rPr>
        <w:t>37:34  . Now in Islam, there are two terms used by scholars, Haqqullah and Haqqulabad.</w:t>
      </w:r>
      <w:r>
        <w:br/>
      </w:r>
      <w:r>
        <w:rPr>
          <w:sz w:val="20"/>
        </w:rPr>
        <w:t>37:48  Right of God andright of man.</w:t>
      </w:r>
      <w:r>
        <w:br/>
      </w:r>
      <w:r>
        <w:rPr>
          <w:sz w:val="20"/>
        </w:rPr>
        <w:t>37:53  Haqqullah and Haqqulabad.</w:t>
      </w:r>
      <w:r>
        <w:br/>
      </w:r>
      <w:r>
        <w:rPr>
          <w:sz w:val="20"/>
        </w:rPr>
        <w:t>37:58  All the teachings of Islam can be categorized into two categories. All the teachings of Islam can be divided into these two categories,</w:t>
      </w:r>
      <w:r>
        <w:br/>
      </w:r>
      <w:r>
        <w:rPr>
          <w:sz w:val="20"/>
        </w:rPr>
        <w:t>38:12  Haqqullah and Haqqulabad. So Haqqullah meansright of God and Haqqulabad meansright of man.</w:t>
      </w:r>
      <w:r>
        <w:br/>
      </w:r>
      <w:r>
        <w:rPr>
          <w:sz w:val="20"/>
        </w:rPr>
        <w:t>38:29  Now what is Haqqullah</w:t>
      </w:r>
      <w:r>
        <w:br/>
      </w:r>
      <w:r>
        <w:rPr>
          <w:sz w:val="20"/>
        </w:rPr>
        <w:t>38:34  ? Haqqullah means that you discover God, you realize God, you discover the existence of God,</w:t>
      </w:r>
      <w:r>
        <w:br/>
      </w:r>
      <w:r>
        <w:rPr>
          <w:sz w:val="20"/>
        </w:rPr>
        <w:t>38:51  you try to live with God, you try to remember God always day and night.</w:t>
      </w:r>
      <w:r>
        <w:br/>
      </w:r>
      <w:r>
        <w:rPr>
          <w:sz w:val="20"/>
        </w:rPr>
        <w:t>39:03  You have to find God as your Creator, as your Sustainer, as the Lord of the Day of Judgment</w:t>
      </w:r>
      <w:r>
        <w:br/>
      </w:r>
      <w:r>
        <w:rPr>
          <w:sz w:val="20"/>
        </w:rPr>
        <w:t>39:12  . So you have to discover God</w:t>
      </w:r>
      <w:r>
        <w:br/>
      </w:r>
      <w:r>
        <w:rPr>
          <w:sz w:val="20"/>
        </w:rPr>
        <w:t>39:19  in these terms.</w:t>
      </w:r>
      <w:r>
        <w:br/>
      </w:r>
      <w:r>
        <w:rPr>
          <w:sz w:val="20"/>
        </w:rPr>
        <w:t>39:25  So if you discover God as Creator, as Sustainer, and as the Lord of the Day of Judgment, then it is then</w:t>
      </w:r>
      <w:r>
        <w:br/>
      </w:r>
      <w:r>
        <w:rPr>
          <w:sz w:val="20"/>
        </w:rPr>
        <w:t>39:44  it means that your personality will be</w:t>
      </w:r>
      <w:r>
        <w:br/>
      </w:r>
      <w:r>
        <w:rPr>
          <w:sz w:val="20"/>
        </w:rPr>
        <w:t>39:51  revolutionized. It will create a revolution in your personality. This kind of belief is bound to create a revolution in your mind, in your heart, in your personality.</w:t>
      </w:r>
      <w:r>
        <w:br/>
      </w:r>
      <w:r>
        <w:rPr>
          <w:sz w:val="20"/>
        </w:rPr>
        <w:t>40:10  There is the Haqqulabad.</w:t>
      </w:r>
    </w:p>
    <w:p>
      <w:pPr>
        <w:pStyle w:val="Heading2"/>
      </w:pPr>
      <w:r>
        <w:t>Be idealist personally and realist socially</w:t>
      </w:r>
    </w:p>
    <w:p>
      <w:r>
        <w:rPr>
          <w:color w:val="666666"/>
          <w:sz w:val="18"/>
        </w:rPr>
        <w:t>Adjustment the Only Option I January 26, 2010 · 2m 20s · at 4:50 · https://youtu.be/5jDoLit5NWU?t=290</w:t>
      </w:r>
    </w:p>
    <w:p>
      <w:r>
        <w:rPr>
          <w:i/>
        </w:rPr>
        <w:t>“Idealist”</w:t>
      </w:r>
    </w:p>
    <w:p>
      <w:r>
        <w:rPr>
          <w:sz w:val="20"/>
        </w:rPr>
        <w:t>4:50  Idealist.</w:t>
      </w:r>
      <w:r>
        <w:br/>
      </w:r>
      <w:r>
        <w:rPr>
          <w:sz w:val="20"/>
        </w:rPr>
        <w:t>4:56  zati maamle mein.</w:t>
      </w:r>
      <w:r>
        <w:br/>
      </w:r>
      <w:r>
        <w:rPr>
          <w:sz w:val="20"/>
        </w:rPr>
        <w:t>5:02  lekin when it comes to society, family, other people, you have to be realist, you have to be</w:t>
      </w:r>
      <w:r>
        <w:br/>
      </w:r>
      <w:r>
        <w:rPr>
          <w:sz w:val="20"/>
        </w:rPr>
        <w:t>5:08  pragmatic, you have to adjust with others.</w:t>
      </w:r>
      <w:r>
        <w:br/>
      </w:r>
      <w:r>
        <w:rPr>
          <w:sz w:val="20"/>
        </w:rPr>
        <w:t>5:14  yeh bohat hi bara principle hai lekin saare log is ko ignore karte hain, family life se le</w:t>
      </w:r>
      <w:r>
        <w:br/>
      </w:r>
      <w:r>
        <w:rPr>
          <w:sz w:val="20"/>
        </w:rPr>
        <w:t>5:20  kar ke international life tak.</w:t>
      </w:r>
      <w:r>
        <w:br/>
      </w:r>
      <w:r>
        <w:rPr>
          <w:sz w:val="20"/>
        </w:rPr>
        <w:t>5:26  aur isi ki wajah se violence hai, isi ki wajah se hate hai, isi ki wajah se saara</w:t>
      </w:r>
      <w:r>
        <w:br/>
      </w:r>
      <w:r>
        <w:rPr>
          <w:sz w:val="20"/>
        </w:rPr>
        <w:t>5:32  maamla bigra hua hai.</w:t>
      </w:r>
      <w:r>
        <w:br/>
      </w:r>
      <w:r>
        <w:rPr>
          <w:sz w:val="20"/>
        </w:rPr>
        <w:t>5:38  ke log kya karte hain? Ulta karte hain.</w:t>
      </w:r>
      <w:r>
        <w:br/>
      </w:r>
      <w:r>
        <w:rPr>
          <w:sz w:val="20"/>
        </w:rPr>
        <w:t>5:44  yani social life mein ideal chalaana chahte hain, aur apni zindagi mein practical bane rehte hain.</w:t>
      </w:r>
      <w:r>
        <w:br/>
      </w:r>
      <w:r>
        <w:rPr>
          <w:sz w:val="20"/>
        </w:rPr>
        <w:t>5:50  That is contradiction, that is hypocrisy.</w:t>
      </w:r>
      <w:r>
        <w:br/>
      </w:r>
      <w:r>
        <w:rPr>
          <w:sz w:val="20"/>
        </w:rPr>
        <w:t>5:56  mein to jis se bhi milta hoon, apni zaat ke maamle ko practical bana rehta hoon.</w:t>
      </w:r>
      <w:r>
        <w:br/>
      </w:r>
      <w:r>
        <w:rPr>
          <w:sz w:val="20"/>
        </w:rPr>
        <w:t>6:03  ke bhai yeh to karna hi hoga, is ke baghair to kaam nahi chalega, aise alfaaz bolta hai.</w:t>
      </w:r>
      <w:r>
        <w:br/>
      </w:r>
      <w:r>
        <w:rPr>
          <w:sz w:val="20"/>
        </w:rPr>
        <w:t>6:09  lekin jab aata hai kaam, maamla doosron ka, maslan family life hai, social life hai, national life hai,</w:t>
      </w:r>
      <w:r>
        <w:br/>
      </w:r>
      <w:r>
        <w:rPr>
          <w:sz w:val="20"/>
        </w:rPr>
        <w:t>6:15  international life, har jagah kya karta hai woh? Ideal chalaata hai.</w:t>
      </w:r>
      <w:r>
        <w:br/>
      </w:r>
      <w:r>
        <w:rPr>
          <w:sz w:val="20"/>
        </w:rPr>
        <w:t>6:21  yeh kabhi bhi hone wala nahi hai.</w:t>
      </w:r>
      <w:r>
        <w:br/>
      </w:r>
      <w:r>
        <w:rPr>
          <w:sz w:val="20"/>
        </w:rPr>
        <w:t>6:27  Plus aap ko hypocrite banna parta hai.</w:t>
      </w:r>
      <w:r>
        <w:br/>
      </w:r>
      <w:r>
        <w:rPr>
          <w:sz w:val="20"/>
        </w:rPr>
        <w:t>6:33  aap ko double standard banna parta hai.</w:t>
      </w:r>
      <w:r>
        <w:br/>
      </w:r>
      <w:r>
        <w:rPr>
          <w:sz w:val="20"/>
        </w:rPr>
        <w:t>6:39  kyun ke jo principle aap apni life mein na chala rahe hon, usi ko aap society mein transfer karna chahte hain.</w:t>
      </w:r>
      <w:r>
        <w:br/>
      </w:r>
      <w:r>
        <w:rPr>
          <w:sz w:val="20"/>
        </w:rPr>
        <w:t>6:45  yeh to bohat hi buri baat hai.</w:t>
      </w:r>
      <w:r>
        <w:br/>
      </w:r>
      <w:r>
        <w:rPr>
          <w:sz w:val="20"/>
        </w:rPr>
        <w:t>6:51  yeh to bohat hi bura culture hai.</w:t>
      </w:r>
      <w:r>
        <w:br/>
      </w:r>
      <w:r>
        <w:rPr>
          <w:sz w:val="20"/>
        </w:rPr>
        <w:t>6:57  to barhal Quran majeed mein is principle ko is ayat mein bataya gaya hai.</w:t>
      </w:r>
      <w:r>
        <w:br/>
      </w:r>
      <w:r>
        <w:rPr>
          <w:sz w:val="20"/>
        </w:rPr>
        <w:t>7:03  alsulh khairun yani reconciliation is the best.</w:t>
      </w:r>
      <w:r>
        <w:br/>
      </w:r>
      <w:r>
        <w:rPr>
          <w:sz w:val="20"/>
        </w:rPr>
        <w:t>7:10  is ayat ka tarjuma hai reconciliation is the best. and now what is reconciliation? reconciliation means adjustment, patience, compromise, adopting pragmatic approach.</w:t>
      </w:r>
    </w:p>
    <w:p>
      <w:pPr>
        <w:pStyle w:val="Heading2"/>
      </w:pPr>
      <w:r>
        <w:t>Love all for positivity</w:t>
      </w:r>
    </w:p>
    <w:p>
      <w:r>
        <w:rPr>
          <w:color w:val="666666"/>
          <w:sz w:val="18"/>
        </w:rPr>
        <w:t>Interview Session with Maulana Wahiduddin Khan English · 1m 52s · at 27:01 · https://youtu.be/oNKYrZsbzr4?t=1621</w:t>
      </w:r>
    </w:p>
    <w:p>
      <w:r>
        <w:rPr>
          <w:i/>
        </w:rPr>
        <w:t>“Love your enemy means love all, including your enemy.”</w:t>
      </w:r>
    </w:p>
    <w:p>
      <w:r>
        <w:rPr>
          <w:sz w:val="20"/>
        </w:rPr>
        <w:t>27:01  Love your enemy. Love your enemy means love all, including your enemy. This is my religion.</w:t>
      </w:r>
      <w:r>
        <w:br/>
      </w:r>
      <w:r>
        <w:rPr>
          <w:sz w:val="20"/>
        </w:rPr>
        <w:t>27:15  Love your enemy means love all, including your enemy. This is the most beautiful formula of life. Through this</w:t>
      </w:r>
      <w:r>
        <w:br/>
      </w:r>
      <w:r>
        <w:rPr>
          <w:sz w:val="20"/>
        </w:rPr>
        <w:t>27:28  kind of love, you can gain everything. First of all, you will preserve your positivity.</w:t>
      </w:r>
      <w:r>
        <w:br/>
      </w:r>
      <w:r>
        <w:rPr>
          <w:sz w:val="20"/>
        </w:rPr>
        <w:t>27:40  When you hate, then you lose your positivity.</w:t>
      </w:r>
      <w:r>
        <w:br/>
      </w:r>
      <w:r>
        <w:rPr>
          <w:sz w:val="20"/>
        </w:rPr>
        <w:t>27:44  And according to my experience, the greatest thing we can achieve in this world is positivity, positive thinking. So at any cost, you have to preserve your positivity.</w:t>
      </w:r>
      <w:r>
        <w:br/>
      </w:r>
      <w:r>
        <w:rPr>
          <w:sz w:val="20"/>
        </w:rPr>
        <w:t>27:58  And this is the best formula: love all, including your enemy. This is the best formula to keep yourself positive in every situation, every situation.</w:t>
      </w:r>
      <w:r>
        <w:br/>
      </w:r>
      <w:r>
        <w:rPr>
          <w:sz w:val="20"/>
        </w:rPr>
        <w:t>28:13  So according to my opinion, positive thinking is the greatest achievement for anyone in this world.</w:t>
      </w:r>
      <w:r>
        <w:br/>
      </w:r>
      <w:r>
        <w:rPr>
          <w:sz w:val="20"/>
        </w:rPr>
        <w:t>28:24  And this can be achieved only through this formula: love all, including your enemy. Thank you. Thank you.</w:t>
      </w:r>
    </w:p>
    <w:p>
      <w:pPr>
        <w:pStyle w:val="Heading2"/>
      </w:pPr>
      <w:r>
        <w:t>Unawareness of changed times leads to politics</w:t>
      </w:r>
    </w:p>
    <w:p>
      <w:r>
        <w:rPr>
          <w:color w:val="666666"/>
          <w:sz w:val="18"/>
        </w:rPr>
        <w:t>Q&amp;A 03 Jan 2010 - Maulana Wahiduddin Khan · 1m 45s · at 5:47 · https://youtu.be/tEiK4snkN_Y?t=347</w:t>
      </w:r>
    </w:p>
    <w:p>
      <w:r>
        <w:rPr>
          <w:i/>
        </w:rPr>
        <w:t>“Main samajhta hoon ki unawareness iska raaj hai”</w:t>
      </w:r>
    </w:p>
    <w:p>
      <w:r>
        <w:rPr>
          <w:sz w:val="20"/>
        </w:rPr>
        <w:t>5:47  main samajhta hoon ki unawareness iska raaz hai. jaante hain nahin ki zamana badal gaya hai. zamane mein kya nayi baatein hain. aur jo maari jaati hai, iski hamare ulama par, leaderon par, rama par, unhone bataya nahin naujawanon ko</w:t>
      </w:r>
      <w:r>
        <w:br/>
      </w:r>
      <w:r>
        <w:rPr>
          <w:sz w:val="20"/>
        </w:rPr>
        <w:t>6:04  ki ek naye zamane mein hum dakhel ho gaye hain.</w:t>
      </w:r>
      <w:r>
        <w:br/>
      </w:r>
      <w:r>
        <w:rPr>
          <w:sz w:val="20"/>
        </w:rPr>
        <w:t>6:11  purani zamane zamane ki baat hai. kabhi hai naujawan muslim, tadabbar bhi kiya tu ne. wo kya gardu hai tu, jiska hai toota hua tara. bas maji ke yani political jo badhai hai, usi ko yaad dilate rahe. bas</w:t>
      </w:r>
      <w:r>
        <w:br/>
      </w:r>
      <w:r>
        <w:rPr>
          <w:sz w:val="20"/>
        </w:rPr>
        <w:t>6:28  maji hum aise the, maji hum aise the.</w:t>
      </w:r>
      <w:r>
        <w:br/>
      </w:r>
      <w:r>
        <w:rPr>
          <w:sz w:val="20"/>
        </w:rPr>
        <w:t>6:34  khud meri family mein ek jo hamare ek bade shayar the, khud meri family mein, to wo bhi isi tarah ki baatein karte the. unka sher tha ki, "ya dayam ke tale qaum ka bedaar tha, har musalman nashe tauheed mein sarshaar tha." bas wahi yaad aayi. maji ke maji ki yaad.</w:t>
      </w:r>
      <w:r>
        <w:br/>
      </w:r>
      <w:r>
        <w:rPr>
          <w:sz w:val="20"/>
        </w:rPr>
        <w:t>6:57  aaj jo opportunity khuli hai, aaj jo naye halaat paida hue hain, jo hamare liye favorable hai, wo kisi ne bataya hi nahi. kisi ne bhi nahi bataya. allah taala ki taufeeq se, mujhe main pehla shakhs poore muslim world mein, jisne bataya</w:t>
      </w:r>
      <w:r>
        <w:br/>
      </w:r>
      <w:r>
        <w:rPr>
          <w:sz w:val="20"/>
        </w:rPr>
        <w:t>7:14  ki naye opportunity ko avel karo. poore muslim world mein, allah taala ki taufeeq se, main iske liye khada hua ki bataun ki naye mawake khule hain, unko avel karo. lekin sab maji ki baat hai, maji ki baat hai, maji ki baat hai.</w:t>
      </w:r>
    </w:p>
    <w:p>
      <w:pPr>
        <w:pStyle w:val="Heading2"/>
      </w:pPr>
      <w:r>
        <w:t>Night always turns to day: patience through hard times</w:t>
      </w:r>
    </w:p>
    <w:p>
      <w:r>
        <w:rPr>
          <w:color w:val="666666"/>
          <w:sz w:val="18"/>
        </w:rPr>
        <w:t>CPS Women Article Discussion 17 February 5, 2023 · 1m 44s · at 32:20 · https://youtu.be/YwT3btklNZk?t=1940</w:t>
      </w:r>
    </w:p>
    <w:p>
      <w:r>
        <w:rPr>
          <w:i/>
        </w:rPr>
        <w:t>“सूरज एक process से आता है, वैसे ही रात भी — darkness से डरो मत”</w:t>
      </w:r>
    </w:p>
    <w:p>
      <w:r>
        <w:rPr>
          <w:sz w:val="20"/>
        </w:rPr>
        <w:t>32:20  wahi woh bhi ek process hai ki suraj kabhi impressions hote nahi hain begi begi aane ka. woh bhi ek process hai. woh bhi usi tarah night bhi ek process ke zariye se hoti hai. to molana sab aisi bolti hai ki darkness se daro mat. to be patient because sunrise will will come to you. to sunrise aane wali hai.</w:t>
      </w:r>
      <w:r>
        <w:br/>
      </w:r>
      <w:r>
        <w:rPr>
          <w:sz w:val="20"/>
        </w:rPr>
        <w:t>32:49  aap intezar mein raho. to hamein raat poora jaakar hamari health ko kharab karne ka kuch matlab issue nahi hai kyunki subah aane wali hai. to agar hum patience hone se hamare achhe din bhi aayega. yeh laugh nature hai. hamesha ke liye darkness nahi rehti hai. ujala bhi aati hai.</w:t>
      </w:r>
      <w:r>
        <w:br/>
      </w:r>
      <w:r>
        <w:rPr>
          <w:sz w:val="20"/>
        </w:rPr>
        <w:t>33:12  waisa hi zindagi mein kabhi kabhi mushkilat aane se unexpected situations aane bhi hum patient ke saath lene ki zarurat hai. yeh jo time hai woh nikalne wali hai. woh hamesha ka hamesha ke liye nahi rehti hai. this time we'll pass. to hum yeh sochni chahiye aur ujale ke liye, life ke liye intezar karni chahiye.</w:t>
      </w:r>
      <w:r>
        <w:br/>
      </w:r>
      <w:r>
        <w:rPr>
          <w:sz w:val="20"/>
        </w:rPr>
        <w:t>33:36  woh bhi sochkar to kuda par bharosa rakhkar, sochkar, nai planning karke, nai opportunities ko avail karke hum wait karni chahiye. tabhi woh ujala humko achha lagegi. to ujala aayegi lekin woh ujala ujala kab achha rahegi? hum patients ke saath wait karne se hi achha rahegi. hi hai.</w:t>
      </w:r>
      <w:r>
        <w:br/>
      </w:r>
      <w:r>
        <w:rPr>
          <w:sz w:val="20"/>
        </w:rPr>
        <w:t>34:04  raat jo hai sukoon se sau jaane ke liye baad subah aati hai. bechaini se woh nahi guzaarna hai. haan, raziya kuch kehna cha rahi hai. raziya mute hai aap. ji.</w:t>
      </w:r>
    </w:p>
    <w:p>
      <w:pPr>
        <w:pStyle w:val="Heading2"/>
      </w:pPr>
      <w:r>
        <w:t>Quranic law of patience confirmed by research</w:t>
      </w:r>
    </w:p>
    <w:p>
      <w:r>
        <w:rPr>
          <w:color w:val="666666"/>
          <w:sz w:val="18"/>
        </w:rPr>
        <w:t>Patience and Creative Thinking April 20, 2020 Maulana Wahiduddin Khan · 1m 42s · at 1:03 · https://youtu.be/zhpSQwyj_6Q?t=63</w:t>
      </w:r>
    </w:p>
    <w:p>
      <w:r>
        <w:rPr>
          <w:i/>
        </w:rPr>
        <w:t>“Izn ka matlab hai Allah ke qanoon se, fitrat ke qanoon se”</w:t>
      </w:r>
    </w:p>
    <w:p>
      <w:r>
        <w:rPr>
          <w:sz w:val="20"/>
        </w:rPr>
        <w:t>1:03  izn ka matlab hai Allah ke qanoon se, fitrat ke qanoon se.</w:t>
      </w:r>
      <w:r>
        <w:br/>
      </w:r>
      <w:r>
        <w:rPr>
          <w:sz w:val="20"/>
        </w:rPr>
        <w:t>1:12  woh kya hai? woh hai sabr, patience, wallahu ma'a al-sabireen. yani Allah ke is qanoon ka faida is ko milta hai jo sabr ka saboot de, patience ka saboot de.</w:t>
      </w:r>
      <w:r>
        <w:br/>
      </w:r>
      <w:r>
        <w:rPr>
          <w:sz w:val="20"/>
        </w:rPr>
        <w:t>1:41  is ayat ko</w:t>
      </w:r>
      <w:r>
        <w:br/>
      </w:r>
      <w:r>
        <w:rPr>
          <w:sz w:val="20"/>
        </w:rPr>
        <w:t>1:46  bohat din tak woh sochta raha, phir mujhe aik research mili. aik research hui hai, ghaliban America mein.</w:t>
      </w:r>
      <w:r>
        <w:br/>
      </w:r>
      <w:r>
        <w:rPr>
          <w:sz w:val="20"/>
        </w:rPr>
        <w:t>2:00  woh bohat hi ajeeb o ghareeb research hai,</w:t>
      </w:r>
      <w:r>
        <w:br/>
      </w:r>
      <w:r>
        <w:rPr>
          <w:sz w:val="20"/>
        </w:rPr>
        <w:t>2:04  jo</w:t>
      </w:r>
      <w:r>
        <w:br/>
      </w:r>
      <w:r>
        <w:rPr>
          <w:sz w:val="20"/>
        </w:rPr>
        <w:t>2:08  qanoon mein di hui is law ko confirm karti hai.</w:t>
      </w:r>
      <w:r>
        <w:br/>
      </w:r>
      <w:r>
        <w:rPr>
          <w:sz w:val="20"/>
        </w:rPr>
        <w:t>2:21  woh yeh hai ke do communities,</w:t>
      </w:r>
      <w:r>
        <w:br/>
      </w:r>
      <w:r>
        <w:rPr>
          <w:sz w:val="20"/>
        </w:rPr>
        <w:t>2:30  aik</w:t>
      </w:r>
      <w:r>
        <w:br/>
      </w:r>
      <w:r>
        <w:rPr>
          <w:sz w:val="20"/>
        </w:rPr>
        <w:t>2:33  strong community, aik kamzor community, jab dono mein takrao hota hai</w:t>
      </w:r>
    </w:p>
    <w:p>
      <w:pPr>
        <w:pStyle w:val="Heading2"/>
      </w:pPr>
      <w:r>
        <w:t>Denmark cartoons and Muslim hypocrisy</w:t>
      </w:r>
    </w:p>
    <w:p>
      <w:r>
        <w:rPr>
          <w:color w:val="666666"/>
          <w:sz w:val="18"/>
        </w:rPr>
        <w:t>The Importance of Positive Attitude | November 01, 2007 · 1m 33s · at 45:49 · https://youtu.be/r4zLbCBxPyc?t=2749</w:t>
      </w:r>
    </w:p>
    <w:p>
      <w:r>
        <w:rPr>
          <w:i/>
        </w:rPr>
        <w:t>“Aur kuch din shor macha. Iske baad jaante hain kya hua?”</w:t>
      </w:r>
    </w:p>
    <w:p>
      <w:r>
        <w:rPr>
          <w:sz w:val="20"/>
        </w:rPr>
        <w:t>45:49  wal Allah ke sath gustakhi hui hai.</w:t>
      </w:r>
      <w:r>
        <w:br/>
      </w:r>
      <w:r>
        <w:rPr>
          <w:sz w:val="20"/>
        </w:rPr>
        <w:t>45:52  hum marenge, kaatenge, jalenge, phoonkenge.</w:t>
      </w:r>
      <w:r>
        <w:br/>
      </w:r>
      <w:r>
        <w:rPr>
          <w:sz w:val="20"/>
        </w:rPr>
        <w:t>45:56  aur kuch din shor macha.</w:t>
      </w:r>
      <w:r>
        <w:br/>
      </w:r>
      <w:r>
        <w:rPr>
          <w:sz w:val="20"/>
        </w:rPr>
        <w:t>45:59  is ke baad jante hain kya hua? kuch bhi nahi.</w:t>
      </w:r>
      <w:r>
        <w:br/>
      </w:r>
      <w:r>
        <w:rPr>
          <w:sz w:val="20"/>
        </w:rPr>
        <w:t>46:02  ab isi Denmark mein kyunke lakhon lakh Musalman wahan ki Milk Industries mein in ko kaam mila hua hai.</w:t>
      </w:r>
      <w:r>
        <w:br/>
      </w:r>
      <w:r>
        <w:rPr>
          <w:sz w:val="20"/>
        </w:rPr>
        <w:t>46:05  paisa kama rahe hain.</w:t>
      </w:r>
      <w:r>
        <w:br/>
      </w:r>
      <w:r>
        <w:rPr>
          <w:sz w:val="20"/>
        </w:rPr>
        <w:t>46:08  wahan aram se rehte hain, apne baal bachon ko paisa bhejte hain.</w:t>
      </w:r>
      <w:r>
        <w:br/>
      </w:r>
      <w:r>
        <w:rPr>
          <w:sz w:val="20"/>
        </w:rPr>
        <w:t>46:11  to sab cheekh uthe.</w:t>
      </w:r>
      <w:r>
        <w:br/>
      </w:r>
      <w:r>
        <w:rPr>
          <w:sz w:val="20"/>
        </w:rPr>
        <w:t>46:14  unki Family wale, unke ghar wale.</w:t>
      </w:r>
      <w:r>
        <w:br/>
      </w:r>
      <w:r>
        <w:rPr>
          <w:sz w:val="20"/>
        </w:rPr>
        <w:t>46:17  ke yeh kya hai?</w:t>
      </w:r>
      <w:r>
        <w:br/>
      </w:r>
      <w:r>
        <w:rPr>
          <w:sz w:val="20"/>
        </w:rPr>
        <w:t>46:21  to isi Milk Industry mein dobara woh Hypocrite ban kar ke reh rahe hain. na to wahan cartoon wale maare gaye. na wahan cartoon wale akhbar jalaye, khatm hue. kuch bhi nahi hua. in ka System wahi chal raha hai. aur hum kya karna pada? jis cheez ko as a Principle nahi apna sakte thay. jis cheez ko hum ne as a Principle nahi apnaya. us ko ab hum kya kar rahe</w:t>
      </w:r>
      <w:r>
        <w:br/>
      </w:r>
      <w:r>
        <w:rPr>
          <w:sz w:val="20"/>
        </w:rPr>
        <w:t>46:51  hain? as a Hypocrisy apna rahe hain.</w:t>
      </w:r>
      <w:r>
        <w:br/>
      </w:r>
      <w:r>
        <w:rPr>
          <w:sz w:val="20"/>
        </w:rPr>
        <w:t>46:54  aap dekhiye Salman Rushdie ko dekh lijiye aap.</w:t>
      </w:r>
      <w:r>
        <w:br/>
      </w:r>
      <w:r>
        <w:rPr>
          <w:sz w:val="20"/>
        </w:rPr>
        <w:t>46:57  itna dhoom machi thi ek zamane mein ke poori Muslim World mein mein akela tha jo maine</w:t>
      </w:r>
      <w:r>
        <w:br/>
      </w:r>
      <w:r>
        <w:rPr>
          <w:sz w:val="20"/>
        </w:rPr>
        <w:t>47:00  kaha ke yeh fatwa galat hai.</w:t>
      </w:r>
      <w:r>
        <w:br/>
      </w:r>
      <w:r>
        <w:rPr>
          <w:sz w:val="20"/>
        </w:rPr>
        <w:t>47:03  ke usko maro.</w:t>
      </w:r>
      <w:r>
        <w:br/>
      </w:r>
      <w:r>
        <w:rPr>
          <w:sz w:val="20"/>
        </w:rPr>
        <w:t>47:07  yeh fatwa hi galat hai.</w:t>
      </w:r>
      <w:r>
        <w:br/>
      </w:r>
      <w:r>
        <w:rPr>
          <w:sz w:val="20"/>
        </w:rPr>
        <w:t>47:10  poori Muslim World is par ek ho gaya ke nahi maro Rushdie ko, maro Rushdie ko, maro.</w:t>
      </w:r>
      <w:r>
        <w:br/>
      </w:r>
      <w:r>
        <w:rPr>
          <w:sz w:val="20"/>
        </w:rPr>
        <w:t>47:13  aap dekhiye Rushdie zinda hai.</w:t>
      </w:r>
      <w:r>
        <w:br/>
      </w:r>
      <w:r>
        <w:rPr>
          <w:sz w:val="20"/>
        </w:rPr>
        <w:t>47:16  Rushdie ko bade bade Award diye ja rahe hain.</w:t>
      </w:r>
      <w:r>
        <w:br/>
      </w:r>
      <w:r>
        <w:rPr>
          <w:sz w:val="20"/>
        </w:rPr>
        <w:t>47:19  is ki kitaab khoob bik rahi hai.</w:t>
      </w:r>
    </w:p>
    <w:p>
      <w:pPr>
        <w:pStyle w:val="Heading2"/>
      </w:pPr>
      <w:r>
        <w:t>You cannot pay someone else to do your worship</w:t>
      </w:r>
    </w:p>
    <w:p>
      <w:r>
        <w:rPr>
          <w:color w:val="666666"/>
          <w:sz w:val="18"/>
        </w:rPr>
        <w:t>Fasting A Source of Spiritual Empowerment August 21, 2011 Maulana Wahiduddin Khan · 2m 25s · at 30:38 · https://youtu.be/Z0EbPlujcf0?t=1838</w:t>
      </w:r>
    </w:p>
    <w:p>
      <w:r>
        <w:rPr>
          <w:i/>
        </w:rPr>
        <w:t>“Maslan Hajj hai, aapke paas bahut paisa hai”</w:t>
      </w:r>
    </w:p>
    <w:p>
      <w:r>
        <w:rPr>
          <w:sz w:val="20"/>
        </w:rPr>
        <w:t>30:38  mislan hajj hai aap ke paas bohat paisa hai.</w:t>
      </w:r>
      <w:r>
        <w:br/>
      </w:r>
      <w:r>
        <w:rPr>
          <w:sz w:val="20"/>
        </w:rPr>
        <w:t>30:42  lekin aap</w:t>
      </w:r>
      <w:r>
        <w:br/>
      </w:r>
      <w:r>
        <w:rPr>
          <w:sz w:val="20"/>
        </w:rPr>
        <w:t>30:46  kisi ko paisa de dein jaao meri taraf se hajj kar do.</w:t>
      </w:r>
      <w:r>
        <w:br/>
      </w:r>
      <w:r>
        <w:rPr>
          <w:sz w:val="20"/>
        </w:rPr>
        <w:t>30:52  to yeh is tarah se hajj nahi hota. Ya koi bhi cheez hai kisi ko paisa dein ke meri taraf se namaz parh do. Har cheez jo hai Islam mein woh hai is is mani mein ke aap apne aap ko Involve karein.</w:t>
      </w:r>
      <w:r>
        <w:br/>
      </w:r>
      <w:r>
        <w:rPr>
          <w:sz w:val="20"/>
        </w:rPr>
        <w:t>31:08  dawat mein apne aap ko Involve karna hai.</w:t>
      </w:r>
      <w:r>
        <w:br/>
      </w:r>
      <w:r>
        <w:rPr>
          <w:sz w:val="20"/>
        </w:rPr>
        <w:t>31:10  agar aap daawti kaam na karein. Aur kisi ko tankhwah rakh dein tankhwah par ke jaao meri taraf se tum daawti kaam kar do. Mein tum ko mahine mein itna paisa de doonga.</w:t>
      </w:r>
      <w:r>
        <w:br/>
      </w:r>
      <w:r>
        <w:rPr>
          <w:sz w:val="20"/>
        </w:rPr>
        <w:t>31:21  tab bhi woh aap ka farz ada nahi hua.</w:t>
      </w:r>
      <w:r>
        <w:br/>
      </w:r>
      <w:r>
        <w:rPr>
          <w:sz w:val="20"/>
        </w:rPr>
        <w:t>31:27  aap ka farz ada nahi hua. Kisi bhi darje mein aap Khuda chahta hai ke aap ne apne aap ko Involve kiya ho.</w:t>
      </w:r>
      <w:r>
        <w:br/>
      </w:r>
      <w:r>
        <w:rPr>
          <w:sz w:val="20"/>
        </w:rPr>
        <w:t>31:37  jis darje mein aap ke bas mein hai.</w:t>
      </w:r>
      <w:r>
        <w:br/>
      </w:r>
      <w:r>
        <w:rPr>
          <w:sz w:val="20"/>
        </w:rPr>
        <w:t>31:41  Quran mein hai ke la yukallifullahu nafsan illa wus'aha Allah aadmi ko itna hi ke liye mukallaf karta hai jo us ke was' mein ho.</w:t>
      </w:r>
      <w:r>
        <w:br/>
      </w:r>
      <w:r>
        <w:rPr>
          <w:sz w:val="20"/>
        </w:rPr>
        <w:t>31:54  yani jo aadmi ke bas mein ho.</w:t>
      </w:r>
      <w:r>
        <w:br/>
      </w:r>
      <w:r>
        <w:rPr>
          <w:sz w:val="20"/>
        </w:rPr>
        <w:t>31:59  jo aadmi kar sake. Jo kar sake.</w:t>
      </w:r>
      <w:r>
        <w:br/>
      </w:r>
      <w:r>
        <w:rPr>
          <w:sz w:val="20"/>
        </w:rPr>
        <w:t>32:08  to aap</w:t>
      </w:r>
      <w:r>
        <w:br/>
      </w:r>
      <w:r>
        <w:rPr>
          <w:sz w:val="20"/>
        </w:rPr>
        <w:t>32:12  yani farz kijiye koi amal hai Islam ka woh amal aap ke bas mein nahi hai to to is koi aur cheez hogi jo aap ke bas mein hogi woh aap karein.</w:t>
      </w:r>
      <w:r>
        <w:br/>
      </w:r>
      <w:r>
        <w:rPr>
          <w:sz w:val="20"/>
        </w:rPr>
        <w:t>32:26  taake Allah Ta'ala ke haan ya farishton ke register mein aap ka Involvement jo hai woh likh jaye. Aap ka Involvement likh jaye.</w:t>
      </w:r>
      <w:r>
        <w:br/>
      </w:r>
      <w:r>
        <w:rPr>
          <w:sz w:val="20"/>
        </w:rPr>
        <w:t>32:38  yaad rakhiye jitne bhi a'maal Islam mein hain. Un sab ka maqsad hai Khuda aap ka Involvement dekhna chahta hai.</w:t>
      </w:r>
      <w:r>
        <w:br/>
      </w:r>
      <w:r>
        <w:rPr>
          <w:sz w:val="20"/>
        </w:rPr>
        <w:t>32:51  chahe woh imaan ho, chahe namaz ho, roza ho, hajj ho, zakat ho, dawat ila Allah ho, koi bhi kaam ho.</w:t>
      </w:r>
    </w:p>
    <w:p>
      <w:pPr>
        <w:pStyle w:val="Heading2"/>
      </w:pPr>
      <w:r>
        <w:t>Example of scholar believing in karma</w:t>
      </w:r>
    </w:p>
    <w:p>
      <w:r>
        <w:rPr>
          <w:color w:val="666666"/>
          <w:sz w:val="18"/>
        </w:rPr>
        <w:t>How to Find Truth | August 8, 2007 · 2m 40s · at 27:52 · https://youtu.be/YaxWNPN2K5A?t=1672</w:t>
      </w:r>
    </w:p>
    <w:p>
      <w:r>
        <w:rPr>
          <w:i/>
        </w:rPr>
        <w:t>“He was a great believer in karma theory”</w:t>
      </w:r>
    </w:p>
    <w:p>
      <w:r>
        <w:rPr>
          <w:sz w:val="20"/>
        </w:rPr>
        <w:t>27:52  All those positive qualities of mind.</w:t>
      </w:r>
      <w:r>
        <w:br/>
      </w:r>
      <w:r>
        <w:rPr>
          <w:sz w:val="20"/>
        </w:rPr>
        <w:t>28:03  Here I would like to give an example.</w:t>
      </w:r>
      <w:r>
        <w:br/>
      </w:r>
      <w:r>
        <w:rPr>
          <w:sz w:val="20"/>
        </w:rPr>
        <w:t>28:13  I happen, once I happen to meet a scholar, he was a great believer in Karma theory, a rebirth theory.</w:t>
      </w:r>
      <w:r>
        <w:br/>
      </w:r>
      <w:r>
        <w:rPr>
          <w:sz w:val="20"/>
        </w:rPr>
        <w:t>28:23  So I said, what is karma theory? According to karma theory, I and you were born in present form.</w:t>
      </w:r>
      <w:r>
        <w:br/>
      </w:r>
      <w:r>
        <w:rPr>
          <w:sz w:val="20"/>
        </w:rPr>
        <w:t>28:35  So it is a kind of transformation.</w:t>
      </w:r>
      <w:r>
        <w:br/>
      </w:r>
      <w:r>
        <w:rPr>
          <w:sz w:val="20"/>
        </w:rPr>
        <w:t>28:47  I and you both are transformed in present</w:t>
      </w:r>
      <w:r>
        <w:br/>
      </w:r>
      <w:r>
        <w:rPr>
          <w:sz w:val="20"/>
        </w:rPr>
        <w:t>28:59  form, but we have the same personality.</w:t>
      </w:r>
      <w:r>
        <w:br/>
      </w:r>
      <w:r>
        <w:rPr>
          <w:sz w:val="20"/>
        </w:rPr>
        <w:t>29:07  aur personality that was in past is transformed in present form.</w:t>
      </w:r>
      <w:r>
        <w:br/>
      </w:r>
      <w:r>
        <w:rPr>
          <w:sz w:val="20"/>
        </w:rPr>
        <w:t>29:15  So everyone, everyone, everyone who is a case of rebel, means that his personality has</w:t>
      </w:r>
      <w:r>
        <w:br/>
      </w:r>
      <w:r>
        <w:rPr>
          <w:sz w:val="20"/>
        </w:rPr>
        <w:t>29:24  found a new form</w:t>
      </w:r>
      <w:r>
        <w:br/>
      </w:r>
      <w:r>
        <w:rPr>
          <w:sz w:val="20"/>
        </w:rPr>
        <w:t>29:32  .</w:t>
      </w:r>
      <w:r>
        <w:br/>
      </w:r>
      <w:r>
        <w:rPr>
          <w:sz w:val="20"/>
        </w:rPr>
        <w:t>29:37  Personality is there, but a new form.</w:t>
      </w:r>
      <w:r>
        <w:br/>
      </w:r>
      <w:r>
        <w:rPr>
          <w:sz w:val="20"/>
        </w:rPr>
        <w:t>29:42  Personality is the same.</w:t>
      </w:r>
      <w:r>
        <w:br/>
      </w:r>
      <w:r>
        <w:rPr>
          <w:sz w:val="20"/>
        </w:rPr>
        <w:t>29:47  Rebirth means same personality is transformed into a new personality.</w:t>
      </w:r>
      <w:r>
        <w:br/>
      </w:r>
      <w:r>
        <w:rPr>
          <w:sz w:val="20"/>
        </w:rPr>
        <w:t>29:52  So, personality is there.</w:t>
      </w:r>
      <w:r>
        <w:br/>
      </w:r>
      <w:r>
        <w:rPr>
          <w:sz w:val="20"/>
        </w:rPr>
        <w:t>29:57  So I said that according to the scientific research, memory is an integral part of</w:t>
      </w:r>
      <w:r>
        <w:br/>
      </w:r>
      <w:r>
        <w:rPr>
          <w:sz w:val="20"/>
        </w:rPr>
        <w:t>30:02  human personality.</w:t>
      </w:r>
      <w:r>
        <w:br/>
      </w:r>
      <w:r>
        <w:rPr>
          <w:sz w:val="20"/>
        </w:rPr>
        <w:t>30:10  You cannot detach memory from, from the personality.</w:t>
      </w:r>
      <w:r>
        <w:br/>
      </w:r>
      <w:r>
        <w:rPr>
          <w:sz w:val="20"/>
        </w:rPr>
        <w:t>30:17  Memory is an integral part of human personality.</w:t>
      </w:r>
      <w:r>
        <w:br/>
      </w:r>
      <w:r>
        <w:rPr>
          <w:sz w:val="20"/>
        </w:rPr>
        <w:t>30:25  So if I and you and other people are a case of rebel, it means that</w:t>
      </w:r>
    </w:p>
    <w:p>
      <w:pPr>
        <w:pStyle w:val="Heading2"/>
      </w:pPr>
      <w:r>
        <w:t>Muslims' wisdom lies in gratitude</w:t>
      </w:r>
    </w:p>
    <w:p>
      <w:r>
        <w:rPr>
          <w:color w:val="666666"/>
          <w:sz w:val="18"/>
        </w:rPr>
        <w:t>Prayer for the Country April 05, 2020 Maulana Wahiduddin Khan · 1m 28s · at 26:39 · https://youtu.be/9Fh70tItjlQ?t=1599</w:t>
      </w:r>
    </w:p>
    <w:p>
      <w:r>
        <w:rPr>
          <w:i/>
        </w:rPr>
        <w:t>“Actually, when Muslims lost their rule, they fell into complaints.”</w:t>
      </w:r>
    </w:p>
    <w:p>
      <w:r>
        <w:rPr>
          <w:sz w:val="20"/>
        </w:rPr>
        <w:t>26:39  asal mein dekhiye, jis zamane mein muslim ki</w:t>
      </w:r>
      <w:r>
        <w:br/>
      </w:r>
      <w:r>
        <w:rPr>
          <w:sz w:val="20"/>
        </w:rPr>
        <w:t>26:45  hikmaten tooti to woh shikayat mein par gaye. unhon ne farz kar liya ke filane kisi taqat ne un ki hikmat ko toda hai.</w:t>
      </w:r>
      <w:r>
        <w:br/>
      </w:r>
      <w:r>
        <w:rPr>
          <w:sz w:val="20"/>
        </w:rPr>
        <w:t>26:59  bas is se ladna yeh un ka</w:t>
      </w:r>
      <w:r>
        <w:br/>
      </w:r>
      <w:r>
        <w:rPr>
          <w:sz w:val="20"/>
        </w:rPr>
        <w:t>27:02  aik tareeqa ban gaya. halankeh koi kaam hi nahi tha. koi koi kaam nahi tha.</w:t>
      </w:r>
      <w:r>
        <w:br/>
      </w:r>
      <w:r>
        <w:rPr>
          <w:sz w:val="20"/>
        </w:rPr>
        <w:t>27:11  kaam wahi tha ke Allah ki nematوں ko yaad karna. Allah ke shukr ko ikhraj karna.</w:t>
      </w:r>
      <w:r>
        <w:br/>
      </w:r>
      <w:r>
        <w:rPr>
          <w:sz w:val="20"/>
        </w:rPr>
        <w:t>27:22  woh koi kaam hi nahi tha jis mein musalman par gaye. yaani kuch logon ko farz kar ke ke unhon ne hamari hukumaten todi hain, mujhe raaye shukr ki.</w:t>
      </w:r>
      <w:r>
        <w:br/>
      </w:r>
      <w:r>
        <w:rPr>
          <w:sz w:val="20"/>
        </w:rPr>
        <w:t>27:36  yeh koi kaam nahi tha.</w:t>
      </w:r>
      <w:r>
        <w:br/>
      </w:r>
      <w:r>
        <w:rPr>
          <w:sz w:val="20"/>
        </w:rPr>
        <w:t>27:41  dekhiye, hukumat jo jo jumma banti hai, woh bhi imtehan hai. aaj ka imtehan aik groh ka hai, kal doosre groh ka hoga.</w:t>
      </w:r>
      <w:r>
        <w:br/>
      </w:r>
      <w:r>
        <w:rPr>
          <w:sz w:val="20"/>
        </w:rPr>
        <w:t>27:52  bar bar har groh ko mauqa diya jata hai ke woh apni</w:t>
      </w:r>
      <w:r>
        <w:br/>
      </w:r>
      <w:r>
        <w:rPr>
          <w:sz w:val="20"/>
        </w:rPr>
        <w:t>28:00  salahiyaton ko istemal kare dunya ke behtar banne ke liye.</w:t>
      </w:r>
    </w:p>
    <w:p>
      <w:pPr>
        <w:pStyle w:val="Heading2"/>
      </w:pPr>
      <w:r>
        <w:t>Result-oriented actions from cartoon boycott</w:t>
      </w:r>
    </w:p>
    <w:p>
      <w:r>
        <w:rPr>
          <w:color w:val="666666"/>
          <w:sz w:val="18"/>
        </w:rPr>
        <w:t>How to Develop Spiritual Personality July 16, 2006 Maulana Wahiduddin Khan · 2m 27s · at 11:20 · https://youtu.be/nxFUXRFboW4?t=680</w:t>
      </w:r>
    </w:p>
    <w:p>
      <w:r>
        <w:rPr>
          <w:i/>
        </w:rPr>
        <w:t>“Main akela tha jis ne likha yeh mazmoon.”</w:t>
      </w:r>
    </w:p>
    <w:p>
      <w:r>
        <w:rPr>
          <w:sz w:val="20"/>
        </w:rPr>
        <w:t>11:20  Main akela tha jis ne likha yeh mazmoon jo chhapa tha yahan ke English akhbaaron mein ke "Ignore cartoons". Cartoonon ko ignore karo.</w:t>
      </w:r>
      <w:r>
        <w:br/>
      </w:r>
      <w:r>
        <w:rPr>
          <w:sz w:val="20"/>
        </w:rPr>
        <w:t>11:31  "Ignore cartoons". Lekin poore Muslim world mein hungama khara hua. To Arab se jo log aaye thay unhon ne bataya ke hamare yahan yeh hua ke itna shor macha ke Denmark ke jo milk products hain logon ne is ko khareedna band kar diya.</w:t>
      </w:r>
      <w:r>
        <w:br/>
      </w:r>
      <w:r>
        <w:rPr>
          <w:sz w:val="20"/>
        </w:rPr>
        <w:t>11:53  Us waqt kya tha? Mobile par message bheje ja rahe hain ke boycott karo Denmark ke product ka. Har jagah, har taraf banner lagaye hue hain. Jidhar dekhen udhar yahi baatein ho rahi hain.</w:t>
      </w:r>
      <w:r>
        <w:br/>
      </w:r>
      <w:r>
        <w:rPr>
          <w:sz w:val="20"/>
        </w:rPr>
        <w:t>12:04  To jo dukaanain bechti thin Denmark ke milk product ko unhon ne dekha ke jo khareed koi nahi raha hai to unhon ne band kar diya. Phir main ne poochha ke ab kya haal hai?</w:t>
      </w:r>
      <w:r>
        <w:br/>
      </w:r>
      <w:r>
        <w:rPr>
          <w:sz w:val="20"/>
        </w:rPr>
        <w:t>12:17  Unhon ne kaha ab to khoob pehle ki tarah bik raha hai. Jaisa pehle tha waisa ab hai. To main ne kaha kyun aisa hua? Yahan par dekhein yeh rone ki baat hai.</w:t>
      </w:r>
      <w:r>
        <w:br/>
      </w:r>
      <w:r>
        <w:rPr>
          <w:sz w:val="20"/>
        </w:rPr>
        <w:t>12:27  Yeh rone ki baat hai. Unhon ne kaha ke bachon ne inkar kar diya ke doosre jo aate thay idhar idhar se makkhan aur paneer ke hum is ko nahi khaayenge.</w:t>
      </w:r>
      <w:r>
        <w:br/>
      </w:r>
      <w:r>
        <w:rPr>
          <w:sz w:val="20"/>
        </w:rPr>
        <w:t>12:36  Hamein to wohi Denmark wala chahiye. To aap jaante hain ke Denmark mein jo milk products bante hain woh bohat oonchi quality ke hote hain. Wahan ka butter, wahan ka paneer, wahan ka doodh bohat achi quality ka hota hai.</w:t>
      </w:r>
      <w:r>
        <w:br/>
      </w:r>
      <w:r>
        <w:rPr>
          <w:sz w:val="20"/>
        </w:rPr>
        <w:t>12:50  To bachon ne inkar kar diya ke hum to nahi khaayenge, yeh hamein to wohi chahiye. To baapon ne sukam kiya aur phir wahan se mangaya jaane laga.</w:t>
      </w:r>
      <w:r>
        <w:br/>
      </w:r>
      <w:r>
        <w:rPr>
          <w:sz w:val="20"/>
        </w:rPr>
        <w:t>13:00  Aur phir dukaanon mein bikne laga. Main ne kaha ke is ka matlab yeh hai ke aap bachon ke aage surrender karte hain aap.</w:t>
      </w:r>
      <w:r>
        <w:br/>
      </w:r>
      <w:r>
        <w:rPr>
          <w:sz w:val="20"/>
        </w:rPr>
        <w:t>13:10  Khuda ke aage aap surrender nahi kar sakte. Kyun ke dekhein hadees mein aaya hai "Min hasan islam al-mar'u tarkuhu ma la ya'ni".</w:t>
      </w:r>
      <w:r>
        <w:br/>
      </w:r>
      <w:r>
        <w:rPr>
          <w:sz w:val="20"/>
        </w:rPr>
        <w:t>13:23  Jis kaam mein koi faida na ho us ko chhorna yeh Islam hai.</w:t>
      </w:r>
      <w:r>
        <w:br/>
      </w:r>
      <w:r>
        <w:rPr>
          <w:sz w:val="20"/>
        </w:rPr>
        <w:t>13:30  Yani is ka matlab kya hai? Your actions must be result oriented. Jab aap koi kaam karein, jab aap koi baat bolein ya koi action lein to sochein ke kya is ka koi positive result nikalne wala hai?</w:t>
      </w:r>
    </w:p>
    <w:p>
      <w:pPr>
        <w:pStyle w:val="Heading2"/>
      </w:pPr>
      <w:r>
        <w:t>Surviving by truth requires decision and sacrifice</w:t>
      </w:r>
    </w:p>
    <w:p>
      <w:r>
        <w:rPr>
          <w:color w:val="666666"/>
          <w:sz w:val="18"/>
        </w:rPr>
        <w:t>Speaking Truth (In conversation with Maulan) · 2m 16s · at 0:24 · https://youtu.be/Fi3Z0-JgBac?t=24</w:t>
      </w:r>
    </w:p>
    <w:p>
      <w:r>
        <w:rPr>
          <w:i/>
        </w:rPr>
        <w:t>“Dekhiye, yeh question bahut aasaan toh nahi hai”</w:t>
      </w:r>
    </w:p>
    <w:p>
      <w:r>
        <w:rPr>
          <w:sz w:val="20"/>
        </w:rPr>
        <w:t>0:24  dekhiye, yeh question bohat asan to nahi hai, lekin mera aik tajurba hai. woh yeh hai ke</w:t>
      </w:r>
      <w:r>
        <w:br/>
      </w:r>
      <w:r>
        <w:rPr>
          <w:sz w:val="20"/>
        </w:rPr>
        <w:t>0:39  door se dekhne mein to lagta hai ke bohat mushkil hai sach par rehna. lekin agar aadmi aik bar yeh decision le le ke mujhe to sachi par rehna hai,</w:t>
      </w:r>
      <w:r>
        <w:br/>
      </w:r>
      <w:r>
        <w:rPr>
          <w:sz w:val="20"/>
        </w:rPr>
        <w:t>0:54  is mein jo khushi milti hai, wohi sab se bari prize hai ke aap us se na haten. kyunke jo log, yani jhoot par jeetay hain, is liye ke dunya jhoot par khari hui hai, to hum jhoot bolen ge, tabhi to hamara kaam banega. nahi to kaam hi nahi banega. to un se aap qareeb ja kar ke dekhen,</w:t>
      </w:r>
      <w:r>
        <w:br/>
      </w:r>
      <w:r>
        <w:rPr>
          <w:sz w:val="20"/>
        </w:rPr>
        <w:t>1:20  andar-andar woh tension mein aur hate mein aur negativity mein jeetay hain. lekin jo aadmi</w:t>
      </w:r>
      <w:r>
        <w:br/>
      </w:r>
      <w:r>
        <w:rPr>
          <w:sz w:val="20"/>
        </w:rPr>
        <w:t>1:34  yeh tay kar le ke mujhe to bhai sach par rehna hai, chahe kuch bhi ho, to woh khushi mein jeeta hai. main yeh nahi kahunga ke uske saare material benefit bhi poore hote rehte hain. kuch na kuch sacrifice to karni padti hai. to main yeh kahunga ke sacrifice woh log bhi karte hain,</w:t>
      </w:r>
      <w:r>
        <w:br/>
      </w:r>
      <w:r>
        <w:rPr>
          <w:sz w:val="20"/>
        </w:rPr>
        <w:t>1:55  jo log jhoot bolkar apni zindagi banate hain.</w:t>
      </w:r>
      <w:r>
        <w:br/>
      </w:r>
      <w:r>
        <w:rPr>
          <w:sz w:val="20"/>
        </w:rPr>
        <w:t>1:58  unhe bhi kahin na kahin sacrifice toh karni padti hai.</w:t>
      </w:r>
      <w:r>
        <w:br/>
      </w:r>
      <w:r>
        <w:rPr>
          <w:sz w:val="20"/>
        </w:rPr>
        <w:t>2:01  ki duniya mein, aap jante hain ki hamesha</w:t>
      </w:r>
      <w:r>
        <w:br/>
      </w:r>
      <w:r>
        <w:rPr>
          <w:sz w:val="20"/>
        </w:rPr>
        <w:t>2:05  oonch-neech hota rehta hai.</w:t>
      </w:r>
      <w:r>
        <w:br/>
      </w:r>
      <w:r>
        <w:rPr>
          <w:sz w:val="20"/>
        </w:rPr>
        <w:t>2:07  main samajhta hoon ki sacrifice dono taraf karni padti hai.</w:t>
      </w:r>
      <w:r>
        <w:br/>
      </w:r>
      <w:r>
        <w:rPr>
          <w:sz w:val="20"/>
        </w:rPr>
        <w:t>2:12  ek baar jab main bombay mein gaya, toh ek doodh ki dukaan thi.</w:t>
      </w:r>
      <w:r>
        <w:br/>
      </w:r>
      <w:r>
        <w:rPr>
          <w:sz w:val="20"/>
        </w:rPr>
        <w:t>2:17  wahan badi bheed lagi hui thi.</w:t>
      </w:r>
      <w:r>
        <w:br/>
      </w:r>
      <w:r>
        <w:rPr>
          <w:sz w:val="20"/>
        </w:rPr>
        <w:t>2:21  toh maine socha ki shayad yeh sasta bechte honge doodh.</w:t>
      </w:r>
      <w:r>
        <w:br/>
      </w:r>
      <w:r>
        <w:rPr>
          <w:sz w:val="20"/>
        </w:rPr>
        <w:t>2:24  sasta hone ki bheed hai yahan.</w:t>
      </w:r>
      <w:r>
        <w:br/>
      </w:r>
      <w:r>
        <w:rPr>
          <w:sz w:val="20"/>
        </w:rPr>
        <w:t>2:27  toh pata chala ki nahi, woh mehnga bech rahe the.</w:t>
      </w:r>
      <w:r>
        <w:br/>
      </w:r>
      <w:r>
        <w:rPr>
          <w:sz w:val="20"/>
        </w:rPr>
        <w:t>2:29  woh yeh bombay ka qissa hai.</w:t>
      </w:r>
      <w:r>
        <w:br/>
      </w:r>
      <w:r>
        <w:rPr>
          <w:sz w:val="20"/>
        </w:rPr>
        <w:t>2:33  toh maine unse mila phir.</w:t>
      </w:r>
      <w:r>
        <w:br/>
      </w:r>
      <w:r>
        <w:rPr>
          <w:sz w:val="20"/>
        </w:rPr>
        <w:t>2:36  toh unhone kaha ke main</w:t>
      </w:r>
      <w:r>
        <w:br/>
      </w:r>
      <w:r>
        <w:rPr>
          <w:sz w:val="20"/>
        </w:rPr>
        <w:t>2:39  pure milk supply</w:t>
      </w:r>
    </w:p>
    <w:p>
      <w:pPr>
        <w:pStyle w:val="Heading2"/>
      </w:pPr>
      <w:r>
        <w:t>Interpretation of qatal in Quranic verse</w:t>
      </w:r>
    </w:p>
    <w:p>
      <w:r>
        <w:rPr>
          <w:color w:val="666666"/>
          <w:sz w:val="18"/>
        </w:rPr>
        <w:t>Religious Understanding October 18, 2015 Maulana Wahiduddin Khan · 2m 42s · at 4:57 · https://youtu.be/yt5TAVhva6E?t=297</w:t>
      </w:r>
    </w:p>
    <w:p>
      <w:r>
        <w:rPr>
          <w:i/>
        </w:rPr>
        <w:t>“Quran ki ek aayat hai.”</w:t>
      </w:r>
    </w:p>
    <w:p>
      <w:r>
        <w:rPr>
          <w:sz w:val="20"/>
        </w:rPr>
        <w:t>4:57  "wa qim min nabiy qatalahu rabiyun kathir". kitne hi nabi hain jin ke sath ko un ke saathi ne qatal kiya.</w:t>
      </w:r>
      <w:r>
        <w:br/>
      </w:r>
      <w:r>
        <w:rPr>
          <w:sz w:val="20"/>
        </w:rPr>
        <w:t>5:14  qitaal kiya.</w:t>
      </w:r>
      <w:r>
        <w:br/>
      </w:r>
      <w:r>
        <w:rPr>
          <w:sz w:val="20"/>
        </w:rPr>
        <w:t>5:16  ab dekhen jo educated log hain woh kahengay quran mein to kisi nabi ke qitaal ka zikr hai nahin, history mein bhi nahin hai.</w:t>
      </w:r>
      <w:r>
        <w:br/>
      </w:r>
      <w:r>
        <w:rPr>
          <w:sz w:val="20"/>
        </w:rPr>
        <w:t>5:25  to kaun log hain jinhon ne qitaal kiya? un ki samajh mein baat nahin aayegi. aam log to kuch ghaur nahin karte, woh kahen is samajhne ki jo hai woh theek hai.</w:t>
      </w:r>
      <w:r>
        <w:br/>
      </w:r>
      <w:r>
        <w:rPr>
          <w:sz w:val="20"/>
        </w:rPr>
        <w:t>5:37  to main main ne is par socha to mujhe samajh mein aaya ke qitaal ka lafz jang ke maani mein nahin hai.</w:t>
      </w:r>
      <w:r>
        <w:br/>
      </w:r>
      <w:r>
        <w:rPr>
          <w:sz w:val="20"/>
        </w:rPr>
        <w:t>5:47  jaise main ne ek mazmoon mein parha maulana hafiz ur rehman sawari ke baray mein. to is mein likha tha ke maulana hafiz ur rehman sahib ne sari umar firqa parasti ke khilaaf ladaai ki.</w:t>
      </w:r>
      <w:r>
        <w:br/>
      </w:r>
      <w:r>
        <w:rPr>
          <w:sz w:val="20"/>
        </w:rPr>
        <w:t>6:07  maulana hafiz ur rehman sahib ne sari umar firqa parasti ke khilaaf ladaai ki.</w:t>
      </w:r>
      <w:r>
        <w:br/>
      </w:r>
      <w:r>
        <w:rPr>
          <w:sz w:val="20"/>
        </w:rPr>
        <w:t>6:13  to yahan ladaai ka maani yeh nahin ke talwaar chalaai ya bandook chalaai. matlab firqa parasti ke khilaaf taqreerein ki, koshishein ki.</w:t>
      </w:r>
      <w:r>
        <w:br/>
      </w:r>
      <w:r>
        <w:rPr>
          <w:sz w:val="20"/>
        </w:rPr>
        <w:t>6:24  to har zabaan mein aisa hota hai ke kisi cheez ko ziyada zor dene ke liye koi lafz istemaal kar liya jata hai.</w:t>
      </w:r>
      <w:r>
        <w:br/>
      </w:r>
      <w:r>
        <w:rPr>
          <w:sz w:val="20"/>
        </w:rPr>
        <w:t>6:34  to yeh kehna hai ke firqa parasti ke saath firqa parasti ke khilaaf unhon ne ladaai ki, yeh is pe zor dene ke liye hai.</w:t>
      </w:r>
      <w:r>
        <w:br/>
      </w:r>
      <w:r>
        <w:rPr>
          <w:sz w:val="20"/>
        </w:rPr>
        <w:t>6:43  yahan ladaai ka lafz zor dene ke liye hai, emphasize karne ke liye hai. isi tarah se quran mein jo hai ke nabi ke saathiyon ne qitaal kiya to yahan matlab qitaal ke maani ladaai nahin hai, jang nahin hai.</w:t>
      </w:r>
      <w:r>
        <w:br/>
      </w:r>
      <w:r>
        <w:rPr>
          <w:sz w:val="20"/>
        </w:rPr>
        <w:t>7:02  matlab jo daawati kaam, dawat ka jo mashq tha peghambar ka, is mashq mein bharpoor hissa liya.</w:t>
      </w:r>
      <w:r>
        <w:br/>
      </w:r>
      <w:r>
        <w:rPr>
          <w:sz w:val="20"/>
        </w:rPr>
        <w:t>7:10  to yeh yahan dawat ke peaceful mission ki baat hai, kisi ladaai ke maidan ki baat nahin hai.</w:t>
      </w:r>
      <w:r>
        <w:br/>
      </w:r>
      <w:r>
        <w:rPr>
          <w:sz w:val="20"/>
        </w:rPr>
        <w:t>7:22  to yeh fehm deen se is ka bohat gehra ta'alluq hai. agar aap is baat ko na jantay hon to aap sirf is ke saada mafhoom tak pohnch paayengay, gehraai tak nahin pohnch paayengay.</w:t>
      </w:r>
    </w:p>
    <w:p>
      <w:pPr>
        <w:pStyle w:val="Heading2"/>
      </w:pPr>
      <w:r>
        <w:t>Quran as book of peace and duty</w:t>
      </w:r>
    </w:p>
    <w:p>
      <w:r>
        <w:rPr>
          <w:color w:val="666666"/>
          <w:sz w:val="18"/>
        </w:rPr>
        <w:t>Prayer for the Country April 05, 2020 Maulana Wahiduddin Khan · 1m 46s · at 4:43 · https://youtu.be/9Fh70tItjlQ?t=283</w:t>
      </w:r>
    </w:p>
    <w:p>
      <w:r>
        <w:rPr>
          <w:i/>
        </w:rPr>
        <w:t>“Dekhiye, Quran jo hai woh ek book of peace hai.”</w:t>
      </w:r>
    </w:p>
    <w:p>
      <w:r>
        <w:rPr>
          <w:sz w:val="20"/>
        </w:rPr>
        <w:t>4:43  achhai phailay. dekhiye, Quran jo hai woh aik book of peace hai.</w:t>
      </w:r>
      <w:r>
        <w:br/>
      </w:r>
      <w:r>
        <w:rPr>
          <w:sz w:val="20"/>
        </w:rPr>
        <w:t>4:56  Quran ki aik ayat hai: "Wallahiyad'u ila dar as-salam". Allah pukarta hai salamati ke ghar ki taraf.</w:t>
      </w:r>
      <w:r>
        <w:br/>
      </w:r>
      <w:r>
        <w:rPr>
          <w:sz w:val="20"/>
        </w:rPr>
        <w:t>5:11  is ka matlab yeh hai</w:t>
      </w:r>
      <w:r>
        <w:br/>
      </w:r>
      <w:r>
        <w:rPr>
          <w:sz w:val="20"/>
        </w:rPr>
        <w:t>5:14  ke Quran ka maqsad hai ke</w:t>
      </w:r>
      <w:r>
        <w:br/>
      </w:r>
      <w:r>
        <w:rPr>
          <w:sz w:val="20"/>
        </w:rPr>
        <w:t>5:22  dunya ko</w:t>
      </w:r>
      <w:r>
        <w:br/>
      </w:r>
      <w:r>
        <w:rPr>
          <w:sz w:val="20"/>
        </w:rPr>
        <w:t>5:26  salamti ki dunya banaya jaye. apas mein zyada se zyada bahmi ishara ho.</w:t>
      </w:r>
      <w:r>
        <w:br/>
      </w:r>
      <w:r>
        <w:rPr>
          <w:sz w:val="20"/>
        </w:rPr>
        <w:t>5:36  log</w:t>
      </w:r>
      <w:r>
        <w:br/>
      </w:r>
      <w:r>
        <w:rPr>
          <w:sz w:val="20"/>
        </w:rPr>
        <w:t>5:44  allah ko poori tarah follow karen. hukumat ki hidayat ko poori tarah follow karen.</w:t>
      </w:r>
      <w:r>
        <w:br/>
      </w:r>
      <w:r>
        <w:rPr>
          <w:sz w:val="20"/>
        </w:rPr>
        <w:t>5:57  meri yahi dua hai aur allah se yahi</w:t>
      </w:r>
      <w:r>
        <w:br/>
      </w:r>
      <w:r>
        <w:rPr>
          <w:sz w:val="20"/>
        </w:rPr>
        <w:t>6:02  darkhwast hai ke allah hum sab ko</w:t>
      </w:r>
      <w:r>
        <w:br/>
      </w:r>
      <w:r>
        <w:rPr>
          <w:sz w:val="20"/>
        </w:rPr>
        <w:t>6:07  mulk ka acha shehri banaye. assalam o alaikum wa rehmatullah.</w:t>
      </w:r>
    </w:p>
    <w:p>
      <w:pPr>
        <w:pStyle w:val="Heading2"/>
      </w:pPr>
      <w:r>
        <w:t>True gratitude is impossible without patience first</w:t>
      </w:r>
    </w:p>
    <w:p>
      <w:r>
        <w:rPr>
          <w:color w:val="666666"/>
          <w:sz w:val="18"/>
        </w:rPr>
        <w:t>Lessons from The Quran And Hadith · 2m 16s · at 0:57 · https://youtu.be/fBflSQEPstg?t=57</w:t>
      </w:r>
    </w:p>
    <w:p>
      <w:r>
        <w:rPr>
          <w:i/>
        </w:rPr>
        <w:t>“Surah Fatiha's first ayat: Alhamdulillahi Rabbil Aalameen.”</w:t>
      </w:r>
    </w:p>
    <w:p>
      <w:r>
        <w:rPr>
          <w:sz w:val="20"/>
        </w:rPr>
        <w:t>0:57  Dekhiye, Quran ki pehli Surah ki ayat hai: "Alhamdu Lillahi Rabbil Alameen".</w:t>
      </w:r>
      <w:r>
        <w:br/>
      </w:r>
      <w:r>
        <w:rPr>
          <w:sz w:val="20"/>
        </w:rPr>
        <w:t>1:08  Yaani Rabbil Alameen ka shukr, hamd ke maani shukr ke hote hain.</w:t>
      </w:r>
      <w:r>
        <w:br/>
      </w:r>
      <w:r>
        <w:rPr>
          <w:sz w:val="20"/>
        </w:rPr>
        <w:t>1:18  Ek shakhs ne mujh se poocha ke Quran ka khulasa kya hai? To maine kaha ke jo Quran ki jo pehli ayat hai, wahi Quran ka khulasa hai.</w:t>
      </w:r>
      <w:r>
        <w:br/>
      </w:r>
      <w:r>
        <w:rPr>
          <w:sz w:val="20"/>
        </w:rPr>
        <w:t>1:33  Yaani shukr. Allah Ta'ala ki blessings, Allah Ta'ala ki nematوں ka ehsaas kar ke aadmi ke andar shukr ka jazba paida ho.</w:t>
      </w:r>
      <w:r>
        <w:br/>
      </w:r>
      <w:r>
        <w:rPr>
          <w:sz w:val="20"/>
        </w:rPr>
        <w:t>1:50  Yahi sab se bara message hai Quran ka. To phir unhon ne kaha ke phir sabr ka itna zyada zikr kyun hai Quran mein?</w:t>
      </w:r>
      <w:r>
        <w:br/>
      </w:r>
      <w:r>
        <w:rPr>
          <w:sz w:val="20"/>
        </w:rPr>
        <w:t>2:03  Shukr ke sath sabr ka kya jor hai? To maine kaha ke dekhiye, sabr ke baghair aap shukr, sacha shukr nahi kar sakte.</w:t>
      </w:r>
      <w:r>
        <w:br/>
      </w:r>
      <w:r>
        <w:rPr>
          <w:sz w:val="20"/>
        </w:rPr>
        <w:t>2:21  Sacha shukr karne ke liye woh dil chahiye jis mein positive thinking ho, jo negative thought se pak ho, jis mein ghussa na ho, revenge na ho, lust na ho,</w:t>
      </w:r>
      <w:r>
        <w:br/>
      </w:r>
      <w:r>
        <w:rPr>
          <w:sz w:val="20"/>
        </w:rPr>
        <w:t>2:38  inteqaam na ho, intolerance na ho, violence na ho. Agar</w:t>
      </w:r>
      <w:r>
        <w:br/>
      </w:r>
      <w:r>
        <w:rPr>
          <w:sz w:val="20"/>
        </w:rPr>
        <w:t>2:46  aap negative thought mein jee rahe hain to aap ka shukr jo hai woh sirf lip service hoga. Bas.</w:t>
      </w:r>
      <w:r>
        <w:br/>
      </w:r>
      <w:r>
        <w:rPr>
          <w:sz w:val="20"/>
        </w:rPr>
        <w:t>2:55  Aur kuch nahi. Shukr to woh hai jo ek thrill ke taur par nikle. Thrill.</w:t>
      </w:r>
      <w:r>
        <w:br/>
      </w:r>
      <w:r>
        <w:rPr>
          <w:sz w:val="20"/>
        </w:rPr>
        <w:t>3:06  Shukr ka matlab hai thrilling ehsaas. Lip service nahi.</w:t>
      </w:r>
    </w:p>
    <w:p>
      <w:pPr>
        <w:pStyle w:val="Heading2"/>
      </w:pPr>
      <w:r>
        <w:t>Satan's challenge and the power of wisdom</w:t>
      </w:r>
    </w:p>
    <w:p>
      <w:r>
        <w:rPr>
          <w:color w:val="666666"/>
          <w:sz w:val="18"/>
        </w:rPr>
        <w:t>What is Shukr (Gratitude) January 30, 2014 Maulana Wahiduddin Khan · 2m 36s · at 14:10 · https://youtu.be/V4LkYRRzQ3E?t=850</w:t>
      </w:r>
    </w:p>
    <w:p>
      <w:r>
        <w:rPr>
          <w:i/>
        </w:rPr>
        <w:t>“Aur jo shaitan ne kaha tha jab challenge diya tha”</w:t>
      </w:r>
    </w:p>
    <w:p>
      <w:r>
        <w:rPr>
          <w:sz w:val="20"/>
        </w:rPr>
        <w:t>14:10  aur jo shaitan ne kaha tha jab Challenge diya tha is ne Allah taala ko ke وَلَا تَجَدُوا أَكْثَرَهُمْ شَاكِرِينَ</w:t>
      </w:r>
      <w:r>
        <w:br/>
      </w:r>
      <w:r>
        <w:rPr>
          <w:sz w:val="20"/>
        </w:rPr>
        <w:t>14:20  . yeh bohat sochne ki baat hai ke shaitan ne aisa kyun kaha ke insanon ki Majority shukar se mehroom ho jaye gi. وَلَا تَجَدُوا أَكْثَرَهُمْ شَاكِرِينَ.</w:t>
      </w:r>
      <w:r>
        <w:br/>
      </w:r>
      <w:r>
        <w:rPr>
          <w:sz w:val="20"/>
        </w:rPr>
        <w:t>14:32  yeh bohat sochne ki baat hai ke shaitan ne kyun kaha aisa?</w:t>
      </w:r>
      <w:r>
        <w:br/>
      </w:r>
      <w:r>
        <w:rPr>
          <w:sz w:val="20"/>
        </w:rPr>
        <w:t>14:39  to is ka sabab yeh tha ke shaitan yeh jaanta tha apni zaahanat ke zor par ke insaan ko rehna parega ek daarul qabz mein, World of Problem mein,</w:t>
      </w:r>
      <w:r>
        <w:br/>
      </w:r>
      <w:r>
        <w:rPr>
          <w:sz w:val="20"/>
        </w:rPr>
        <w:t>14:55  tarah tarah ke naakhushgawar tajurbaat ke darmiyan. kyunke Allah ne is ko Freedom diya hai. Freedom, yeh Freedom hai jo masail paida karti hai.</w:t>
      </w:r>
      <w:r>
        <w:br/>
      </w:r>
      <w:r>
        <w:rPr>
          <w:sz w:val="20"/>
        </w:rPr>
        <w:t>15:09  to insaan is ko hakeemana tor par Explain nahi kar payega.</w:t>
      </w:r>
      <w:r>
        <w:br/>
      </w:r>
      <w:r>
        <w:rPr>
          <w:sz w:val="20"/>
        </w:rPr>
        <w:t>15:19  kyunke hakeemana tor par Explain karne ke liye sabr chahiye, Patience chahiye, Wisdom chahiye. to wohin par woh insaan is ko baqayeda hai.</w:t>
      </w:r>
      <w:r>
        <w:br/>
      </w:r>
      <w:r>
        <w:rPr>
          <w:sz w:val="20"/>
        </w:rPr>
        <w:t>15:33  yaani insaan ko baqayeda kar ke yeh sikhata hai ke yeh is ka talluq insaan ke zulm se hai.</w:t>
      </w:r>
      <w:r>
        <w:br/>
      </w:r>
      <w:r>
        <w:rPr>
          <w:sz w:val="20"/>
        </w:rPr>
        <w:t>15:44  yaani jab bhi aap dekhen ke koi aadmi doosre ke khilaaf shikayat kar raha hai, doosre ke zulm ki dastaan bayan kar raha hai, doosron ki na-insaafi ko le kar jhanda utha raha hai, to woh sab samajh len ke woh shaitan ne is ko Activate kar rakha hai.</w:t>
      </w:r>
      <w:r>
        <w:br/>
      </w:r>
      <w:r>
        <w:rPr>
          <w:sz w:val="20"/>
        </w:rPr>
        <w:t>16:04  shaitan yahi insaan ko Activate karta hai ke dekho yeh na-insaafi hai, dekho yeh zulm ho raha hai, dekho yeh aadmi Problem Create kar raha hai, dekho yeh aadmi tum ko loot raha hai.</w:t>
      </w:r>
      <w:r>
        <w:br/>
      </w:r>
      <w:r>
        <w:rPr>
          <w:sz w:val="20"/>
        </w:rPr>
        <w:t>16:21  is tarah ke jazbaat ko bharkana yeh insaan ka kaam hai, yeh shaitan ka kaam hai. insaan isi tarah ke Negative jazbaat ko bharkata hai.</w:t>
      </w:r>
      <w:r>
        <w:br/>
      </w:r>
      <w:r>
        <w:rPr>
          <w:sz w:val="20"/>
        </w:rPr>
        <w:t>16:32  bharka kar ke aadmi ko shukr ki nafsiyat se mahroom kar deta hai. Wisdom ko chheen leta hai is se. to hikmat ka yeh hui ke aap shaitan ka muqabla karna seekhen.</w:t>
      </w:r>
    </w:p>
    <w:p>
      <w:pPr>
        <w:pStyle w:val="Heading2"/>
      </w:pPr>
      <w:r>
        <w:t>A poem on facing risk, plus the traffic analogy for life</w:t>
      </w:r>
    </w:p>
    <w:p>
      <w:r>
        <w:rPr>
          <w:color w:val="666666"/>
          <w:sz w:val="18"/>
        </w:rPr>
        <w:t>Importance of Patience in Islam December 11, 2022 · 1m 41s · at 1:00:49 · https://youtu.be/Cy59II1dC-I?t=3649</w:t>
      </w:r>
    </w:p>
    <w:p>
      <w:r>
        <w:rPr>
          <w:i/>
        </w:rPr>
        <w:t>“A poet asked: 'there'll be mountains, shall I still climb?'”</w:t>
      </w:r>
    </w:p>
    <w:p>
      <w:r>
        <w:rPr>
          <w:sz w:val="20"/>
        </w:rPr>
        <w:t>1:00:49  । Ji, to ek bahut hi dilchasp ek sher hai, us par main khatm karungi ke ek shayar ne is baat ko bahut hi saada andaaz mein likha hai. Yeh Maulana ne apni ek article mein, risala mein chhapa tha, usmein se maine liya hai. To shayar kehta hai, "Kaha kya oont par baithu?" Kaha, "Haan, oont par baitho." Kaha, "Kohaan ka dar hai?"</w:t>
      </w:r>
      <w:r>
        <w:br/>
      </w:r>
      <w:r>
        <w:rPr>
          <w:sz w:val="20"/>
        </w:rPr>
        <w:t>1:01:18  " Kaha, "Kohaan to hoga." Kaha, "Dariya mein kya utru?" Kaha, "Dariya mein haan, utro." Kaha, "Toofan ka dar hai?" Kaha, "Toofan to hoga." Kaha, "Kya phool ko todun?" Kaha, "Haan, phool ko todo." Kaha, "Par khar ka dar hai?" Kaha, "Par khar to hoga." Khar maane kaanta. To yeh yahi duniya hai aur isi duniya ke saath adjust karke humko apni zindagi guzarni hai.</w:t>
      </w:r>
      <w:r>
        <w:br/>
      </w:r>
      <w:r>
        <w:rPr>
          <w:sz w:val="20"/>
        </w:rPr>
        <w:t>1:01:47  Kyunke Khuda ki jo duniya hai, usmein tarakki ka safar kabhi bhi hamwar tarike se nahi hota. To misaal ek Maulana ne diya hai, traffic ki misaal ke itne saare traffic gaadiyan chal rahi hain sadak par. Aur agar hum jo hain,</w:t>
      </w:r>
      <w:r>
        <w:br/>
      </w:r>
      <w:r>
        <w:rPr>
          <w:sz w:val="20"/>
        </w:rPr>
        <w:t>1:02:06  usko qanoon kayde ko follow na karein, to hum kabhi bhi ghar nahi pahunch sakte. Takra ke khatm ho jayenge wahan. To</w:t>
      </w:r>
      <w:r>
        <w:br/>
      </w:r>
      <w:r>
        <w:rPr>
          <w:sz w:val="20"/>
        </w:rPr>
        <w:t>1:02:13  bilkul wahi hai, yeh duniya hai. Ismein traffic ke tarike se bahut saari gaadiyan chal rahi hain, bahut saare insaan chal rahe hain. Aur usi mein humein apni jagah bana banakar, humein rasta banakar humein chalna hai. Isi mein humein kamyabi milegi. Ji,</w:t>
      </w:r>
    </w:p>
    <w:p>
      <w:pPr>
        <w:pStyle w:val="Heading2"/>
      </w:pPr>
      <w:r>
        <w:t>Interfaith: wall of modesty interpretation</w:t>
      </w:r>
    </w:p>
    <w:p>
      <w:r>
        <w:rPr>
          <w:color w:val="666666"/>
          <w:sz w:val="18"/>
        </w:rPr>
        <w:t>CPS Mission · 2m 08s · at 20:36 · https://youtu.be/Ial-p18iypI?t=1236</w:t>
      </w:r>
    </w:p>
    <w:p>
      <w:r>
        <w:rPr>
          <w:i/>
        </w:rPr>
        <w:t>“In an interfaith program, a Christian priest was perturbed about Muslim women.”</w:t>
      </w:r>
    </w:p>
    <w:p>
      <w:r>
        <w:rPr>
          <w:sz w:val="20"/>
        </w:rPr>
        <w:t>20:36  i present an example to elucidate this further. in inter faith program, a christian press mentioned that he was very perturbed about a particular attitude amongst muslims with regard to muslim women.</w:t>
      </w:r>
      <w:r>
        <w:br/>
      </w:r>
      <w:r>
        <w:rPr>
          <w:sz w:val="20"/>
        </w:rPr>
        <w:t>20:51  it was about the information that a woman place was behind four walls which he had heard from some where, and his emphasis was totally on the words of four walls.</w:t>
      </w:r>
      <w:r>
        <w:br/>
      </w:r>
      <w:r>
        <w:rPr>
          <w:sz w:val="20"/>
        </w:rPr>
        <w:t>21:04  at this moment, allah reminded me of one of maulana sahib teachings that to understand many things, one should move away from the literal meaning and concentrate on its metaphorical or symbolical meaning.</w:t>
      </w:r>
      <w:r>
        <w:br/>
      </w:r>
      <w:r>
        <w:rPr>
          <w:sz w:val="20"/>
        </w:rPr>
        <w:t>21:23  in this case, wall does not refer to a physical wall because we know that a woman role is connected to nurturing of families, management of home, and educational and dawa field which includes interactions out side of home.</w:t>
      </w:r>
      <w:r>
        <w:br/>
      </w:r>
      <w:r>
        <w:rPr>
          <w:sz w:val="20"/>
        </w:rPr>
        <w:t>21:44  i humbly presented this explanation to the press, saying that the wall here does not refer to a wall of brick and mortar, rather it refers to a wall of modesty.</w:t>
      </w:r>
      <w:r>
        <w:br/>
      </w:r>
      <w:r>
        <w:rPr>
          <w:sz w:val="20"/>
        </w:rPr>
        <w:t>21:57  this is a wall which a woman should build around her self with her grace and dignity which will act as a protection in her interactions.</w:t>
      </w:r>
      <w:r>
        <w:br/>
      </w:r>
      <w:r>
        <w:rPr>
          <w:sz w:val="20"/>
        </w:rPr>
        <w:t>22:07  any one in his interactions with a woman</w:t>
      </w:r>
      <w:r>
        <w:br/>
      </w:r>
      <w:r>
        <w:rPr>
          <w:sz w:val="20"/>
        </w:rPr>
        <w:t>22:11  harbors any indecent intention should feel the presence of a wall of respect between him and the lady he is dealing with.</w:t>
      </w:r>
      <w:r>
        <w:br/>
      </w:r>
      <w:r>
        <w:rPr>
          <w:sz w:val="20"/>
        </w:rPr>
        <w:t>22:22  upon hearing this, the press said, sister, this is a very meaningful explanation. considering this incident, is it not necessary that we need to understand them in the present context for our own implementation and to present its beautiful and profound as</w:t>
      </w:r>
    </w:p>
    <w:p>
      <w:pPr>
        <w:pStyle w:val="Heading2"/>
      </w:pPr>
      <w:r>
        <w:t>Water as sign of God's design</w:t>
      </w:r>
    </w:p>
    <w:p>
      <w:r>
        <w:rPr>
          <w:color w:val="666666"/>
          <w:sz w:val="18"/>
        </w:rPr>
        <w:t>The Concept of Shukr in Islam | June 17, 2008 · 1m 30s · at 27:23 · https://youtu.be/ySbCs4MRNXU?t=1643</w:t>
      </w:r>
    </w:p>
    <w:p>
      <w:r>
        <w:rPr>
          <w:i/>
        </w:rPr>
        <w:t>“Yeh pani jo hai ek super braker se bada braker hai.”</w:t>
      </w:r>
    </w:p>
    <w:p>
      <w:r>
        <w:rPr>
          <w:sz w:val="20"/>
        </w:rPr>
        <w:t>27:23  agar aap sochein to yeh pani jo hai aik aik super breaker se bara breaker hai.</w:t>
      </w:r>
      <w:r>
        <w:br/>
      </w:r>
      <w:r>
        <w:rPr>
          <w:sz w:val="20"/>
        </w:rPr>
        <w:t>27:30  science batati hai ke yeh jo hamara planet hai, bohat pehle yahan gases theen, gases.</w:t>
      </w:r>
      <w:r>
        <w:br/>
      </w:r>
      <w:r>
        <w:rPr>
          <w:sz w:val="20"/>
        </w:rPr>
        <w:t>27:38  woh gases phir milein kyun ke milne se pani bana.</w:t>
      </w:r>
      <w:r>
        <w:br/>
      </w:r>
      <w:r>
        <w:rPr>
          <w:sz w:val="20"/>
        </w:rPr>
        <w:t>27:45  kyun ke aap jante hain ke do</w:t>
      </w:r>
      <w:r>
        <w:br/>
      </w:r>
      <w:r>
        <w:rPr>
          <w:sz w:val="20"/>
        </w:rPr>
        <w:t>27:53  gases ke milne se pani banta hai.</w:t>
      </w:r>
      <w:r>
        <w:br/>
      </w:r>
      <w:r>
        <w:rPr>
          <w:sz w:val="20"/>
        </w:rPr>
        <w:t>27:56  oxygen aur hydrogen.</w:t>
      </w:r>
      <w:r>
        <w:br/>
      </w:r>
      <w:r>
        <w:rPr>
          <w:sz w:val="20"/>
        </w:rPr>
        <w:t>28:00  to in ke milne se pani bana.</w:t>
      </w:r>
      <w:r>
        <w:br/>
      </w:r>
      <w:r>
        <w:rPr>
          <w:sz w:val="20"/>
        </w:rPr>
        <w:t>28:04  phir woh pani jo hai barsa zameen par.</w:t>
      </w:r>
      <w:r>
        <w:br/>
      </w:r>
      <w:r>
        <w:rPr>
          <w:sz w:val="20"/>
        </w:rPr>
        <w:t>28:08  aur samundaron mein woh bhar gaya.</w:t>
      </w:r>
      <w:r>
        <w:br/>
      </w:r>
      <w:r>
        <w:rPr>
          <w:sz w:val="20"/>
        </w:rPr>
        <w:t>28:11  yani hamare planet ka three fourth jo hai woh pani se bhara hua hai.</w:t>
      </w:r>
      <w:r>
        <w:br/>
      </w:r>
      <w:r>
        <w:rPr>
          <w:sz w:val="20"/>
        </w:rPr>
        <w:t>28:15  to Khuda ne pani is tarah se paida kiya.</w:t>
      </w:r>
      <w:r>
        <w:br/>
      </w:r>
      <w:r>
        <w:rPr>
          <w:sz w:val="20"/>
        </w:rPr>
        <w:t>28:19  kyun ke pani bohat zyada chahiye</w:t>
      </w:r>
      <w:r>
        <w:br/>
      </w:r>
      <w:r>
        <w:rPr>
          <w:sz w:val="20"/>
        </w:rPr>
        <w:t>28:23  hum ko.</w:t>
      </w:r>
      <w:r>
        <w:br/>
      </w:r>
      <w:r>
        <w:rPr>
          <w:sz w:val="20"/>
        </w:rPr>
        <w:t>28:28  har cheez mein pani chahiye.</w:t>
      </w:r>
      <w:r>
        <w:br/>
      </w:r>
      <w:r>
        <w:rPr>
          <w:sz w:val="20"/>
        </w:rPr>
        <w:t>28:33  hum hamare jo yeh jo hamari body hai, is ka more than eighty percent pani hai.</w:t>
      </w:r>
      <w:r>
        <w:br/>
      </w:r>
      <w:r>
        <w:rPr>
          <w:sz w:val="20"/>
        </w:rPr>
        <w:t>28:38  jo cheez hum khate hain, food ho, chahe sabzi ho, sab mein pani pani hota hai.</w:t>
      </w:r>
      <w:r>
        <w:br/>
      </w:r>
      <w:r>
        <w:rPr>
          <w:sz w:val="20"/>
        </w:rPr>
        <w:t>28:43  har kaam ke liye hamein pani chahiye to bohat zyada pani chahiye.</w:t>
      </w:r>
      <w:r>
        <w:br/>
      </w:r>
      <w:r>
        <w:rPr>
          <w:sz w:val="20"/>
        </w:rPr>
        <w:t>28:48  to Khuda ne pani bohat zyada paida kar diya.</w:t>
      </w:r>
    </w:p>
    <w:p>
      <w:pPr>
        <w:pStyle w:val="Heading2"/>
      </w:pPr>
      <w:r>
        <w:t>This verse offers humans a second chance</w:t>
      </w:r>
    </w:p>
    <w:p>
      <w:r>
        <w:rPr>
          <w:color w:val="666666"/>
          <w:sz w:val="18"/>
        </w:rPr>
        <w:t>The Quran 11 90 CPS Women Weekly Discussion 32 December 10, 2023 · 2m 24s · at 41:46 · https://youtu.be/GB7dNbRkNI4?t=2506</w:t>
      </w:r>
    </w:p>
    <w:p>
      <w:r>
        <w:rPr>
          <w:i/>
        </w:rPr>
        <w:t>“इस आयत में इंसान को एक मौका भी दिया जा रहा है”</w:t>
      </w:r>
    </w:p>
    <w:p>
      <w:r>
        <w:rPr>
          <w:sz w:val="20"/>
        </w:rPr>
        <w:t>41:46  dusra ismein ek mauka bhi diya ja raha hai. jaise kabhi kabhi hota yeh hai ki agar kisi insan se galti ho jati hai to woh itna nadim hota hai ki usko yeh bhi nahi samajh aata ki woh ab kya karein? to aksar phir yeh ek ayat jo di hai, allah taala ne ek ummeed jagai hai apne bandon ke dil mein. to yeh agar ayat na hoti to woh tasawwur kar sakta hai.</w:t>
      </w:r>
      <w:r>
        <w:br/>
      </w:r>
      <w:r>
        <w:rPr>
          <w:sz w:val="20"/>
        </w:rPr>
        <w:t>42:12  woh insan jis se koi guna ho jaye, to woh kya karta? ya to woh stress mein hi rehta ya phir woh jo hai aisa bhi hota hai ki kabhi kabhi insan guna agar ho jata hai to phir woh sochta ki main mar jaun ya kuch matlab kuch negative, negative ho jata. lekin yeh cheez jo hai usko positive jo hai sakaratmak cheezein allah taala se ummeed bandhti hai.</w:t>
      </w:r>
      <w:r>
        <w:br/>
      </w:r>
      <w:r>
        <w:rPr>
          <w:sz w:val="20"/>
        </w:rPr>
        <w:t>42:38  to jaise ki kehte hain ki jo modern jo sudhar, reformation yeh aajkal ismein bhi hai ki jaise jail wagera ka jo tasawwur hai, to jail mein jab logon se logon ko dala jata hai, punishment di jati hai, to unke punishment ko kam kar diya jata hai jab woh apne wahan par jo unka record accha ho jata hai to.</w:t>
      </w:r>
      <w:r>
        <w:br/>
      </w:r>
      <w:r>
        <w:rPr>
          <w:sz w:val="20"/>
        </w:rPr>
        <w:t>43:01  to matlab yeh hai ki yeh ayat, islamic matlab kehna chahiye ki yeh quran se yeh ayat jo hai yeh ek insan ke andar reformation, islah karne ka jazba paida karti hai. dusra maine kahin maulana sahab ka hi shayad article tha jismein kahin quote hai ki woh galti sabse acchi galti hoti hai jo insan ko allah taala ki taraf mod de.</w:t>
      </w:r>
      <w:r>
        <w:br/>
      </w:r>
      <w:r>
        <w:rPr>
          <w:sz w:val="20"/>
        </w:rPr>
        <w:t>43:26  matlab galtiyon mein bhi koi woh galti jo Allah taala ki taraf mod de, woh galti sabse achchhi</w:t>
      </w:r>
      <w:r>
        <w:br/>
      </w:r>
      <w:r>
        <w:rPr>
          <w:sz w:val="20"/>
        </w:rPr>
        <w:t>43:40  galti hoti hai.</w:t>
      </w:r>
      <w:r>
        <w:br/>
      </w:r>
      <w:r>
        <w:rPr>
          <w:sz w:val="20"/>
        </w:rPr>
        <w:t>43:55  bas yahi kahna cha rahi thi aapka.</w:t>
      </w:r>
      <w:r>
        <w:br/>
      </w:r>
      <w:r>
        <w:rPr>
          <w:sz w:val="20"/>
        </w:rPr>
        <w:t>44:10  aur hum sabko behtareen khatakaar banna hai inshallah.</w:t>
      </w:r>
    </w:p>
    <w:p>
      <w:pPr>
        <w:pStyle w:val="Heading2"/>
      </w:pPr>
      <w:r>
        <w:t>God's system vs human system</w:t>
      </w:r>
    </w:p>
    <w:p>
      <w:r>
        <w:rPr>
          <w:color w:val="666666"/>
          <w:sz w:val="18"/>
        </w:rPr>
        <w:t>Indian Muslims May 18, 2014 Maulana Wahiduddin Khan · 2m 49s · at 7:26 · https://youtu.be/jHtuZ4UgvEw?t=446</w:t>
      </w:r>
    </w:p>
    <w:p>
      <w:r>
        <w:rPr>
          <w:i/>
        </w:rPr>
        <w:t>“Agar aap jeein Allah ke rububiyat ka nizam”</w:t>
      </w:r>
    </w:p>
    <w:p>
      <w:r>
        <w:rPr>
          <w:sz w:val="20"/>
        </w:rPr>
        <w:t>7:26  na koi negativity thi. tab meri samajh mein aaya ke baat kya hai. agar aap jiyen allah ke rububiyat ka nizam, jo aap ko saari boundaries de raha hai, us mein jiyen to aap shukr hi shukr mein jiyenge.</w:t>
      </w:r>
      <w:r>
        <w:br/>
      </w:r>
      <w:r>
        <w:rPr>
          <w:sz w:val="20"/>
        </w:rPr>
        <w:t>7:47  peace of mind hoga aap ke andar. achha, agar aap jiyen insani intezammat mein, yaani politics mein jiyen, market mein jiyen, duniya mein jo insaan ki sargharmiyan hain, us mein jiyen to aap ke andar mayoosi hi mayoosi hogi.</w:t>
      </w:r>
      <w:r>
        <w:br/>
      </w:r>
      <w:r>
        <w:rPr>
          <w:sz w:val="20"/>
        </w:rPr>
        <w:t>8:05  iska sabab kya hai? iska sabab yeh nahi ke bahar koi zulm hamare khilaf ho raha hai. yeh matlab nahi ke bahar hamara koi dushman hai, koi zalim hai.</w:t>
      </w:r>
      <w:r>
        <w:br/>
      </w:r>
      <w:r>
        <w:rPr>
          <w:sz w:val="20"/>
        </w:rPr>
        <w:t>8:15  aisa hargiz nahi hai.</w:t>
      </w:r>
      <w:r>
        <w:br/>
      </w:r>
      <w:r>
        <w:rPr>
          <w:sz w:val="20"/>
        </w:rPr>
        <w:t>8:19  aisa hargiz nahi hai. iska sabab yeh hai ke allah ka jo nizam hai rububiyat ka, woh to sab ko ekual bases par sab cheez de raha hai.</w:t>
      </w:r>
      <w:r>
        <w:br/>
      </w:r>
      <w:r>
        <w:rPr>
          <w:sz w:val="20"/>
        </w:rPr>
        <w:t>8:31  ekual bases par. lekin jo duniya mein insaan ka nizam hai, us mein sab ko ekual bases par nahi mil sakta. impossible hai.</w:t>
      </w:r>
      <w:r>
        <w:br/>
      </w:r>
      <w:r>
        <w:rPr>
          <w:sz w:val="20"/>
        </w:rPr>
        <w:t>8:43  kyunke wahan insaan ki azaadi hai. insaan ko freedom hai. wahan competition hai, wahan challenge hai. wahan har aadmi chahta hai ke main zyada le loon, main zyada le loon.</w:t>
      </w:r>
      <w:r>
        <w:br/>
      </w:r>
      <w:r>
        <w:rPr>
          <w:sz w:val="20"/>
        </w:rPr>
        <w:t>8:57  to insaan ka jo insani duniya jo hai, insani duniya mein jo nizam chal raha hai, politics mein ho, maashiyat mein ho, samajiyat mein ho, wahan par kabhi bhi yeh impossible nahi hai ke wahan par woh equal distribution ka nizam ho jo allah ka hai.</w:t>
      </w:r>
      <w:r>
        <w:br/>
      </w:r>
      <w:r>
        <w:rPr>
          <w:sz w:val="20"/>
        </w:rPr>
        <w:t>9:21  allah har ek ko barabar roshni de raha hai. har ek ko barabar saari boundaries de raha hai. barabar, barabar, barabar. wahan allah ki taraf se jo kuch mil raha hai, woh equal bases par mil raha hai.</w:t>
      </w:r>
      <w:r>
        <w:br/>
      </w:r>
      <w:r>
        <w:rPr>
          <w:sz w:val="20"/>
        </w:rPr>
        <w:t>9:34  lekin insani duniya mein jo kuch ho raha hai, wahan to koi zyada le leta hai, koi kisi ko kam deta hai. yeh mumkin nahi ke wahan sab ko barabar mile.</w:t>
      </w:r>
      <w:r>
        <w:br/>
      </w:r>
      <w:r>
        <w:rPr>
          <w:sz w:val="20"/>
        </w:rPr>
        <w:t>9:45  yahi woh cheez hai jo aap ke andar shikayatein paida karti hai. agarche ghair zaroori shikayatein hain. kyunke insani duniya mein agar equal bases par nahi hai to khuda ki duniya mein to hai?</w:t>
      </w:r>
      <w:r>
        <w:br/>
      </w:r>
      <w:r>
        <w:rPr>
          <w:sz w:val="20"/>
        </w:rPr>
        <w:t>10:03  to sahi formula kya hai? khuda ki duniya mein jo aap ko mil raha hai, us par shukr kijiye. aur insaan ki duniya mein jo mil raha hai, us ko us ko as it is le lijiye.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