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faith · full transcripts with timestamps · exported 2026-09-22</w:t>
      </w:r>
    </w:p>
    <w:p>
      <w:pPr>
        <w:pStyle w:val="Heading2"/>
      </w:pPr>
      <w:r>
        <w:t>Hadith: graze in the gardens of paradise, meaning dhikr circles</w:t>
      </w:r>
    </w:p>
    <w:p>
      <w:r>
        <w:rPr>
          <w:color w:val="666666"/>
          <w:sz w:val="18"/>
        </w:rPr>
        <w:t>Paradise Culture January 12, 2014 · 2m 35s · at 3:06 · https://youtu.be/Z3A6r7XjE00?t=186</w:t>
      </w:r>
    </w:p>
    <w:p>
      <w:r>
        <w:rPr>
          <w:i/>
        </w:rPr>
        <w:t>“Jab tum guzro jannat ke baagh se, wahan charo.”</w:t>
      </w:r>
    </w:p>
    <w:p>
      <w:r>
        <w:rPr>
          <w:sz w:val="20"/>
        </w:rPr>
        <w:t>3:06  dekhiye, ek hadith hai: rasool Allah sal Allah alaihi wasallam ne farmaya: "jab marartum biriyad jannat farṭu" .</w:t>
      </w:r>
      <w:r>
        <w:br/>
      </w:r>
      <w:r>
        <w:rPr>
          <w:sz w:val="20"/>
        </w:rPr>
        <w:t>3:20  jab tum guzro jannat ke bagh se to wahan charo. yani when you pass through a divine garden,</w:t>
      </w:r>
      <w:r>
        <w:br/>
      </w:r>
      <w:r>
        <w:rPr>
          <w:sz w:val="20"/>
        </w:rPr>
        <w:t>3:38  then grace from it . is ka matlab kya hai?</w:t>
      </w:r>
      <w:r>
        <w:br/>
      </w:r>
      <w:r>
        <w:rPr>
          <w:sz w:val="20"/>
        </w:rPr>
        <w:t>3:46  hadith mein to yeh hai ke is se murad hai majlis zikr ya halqa zikr. yani kuch log baith kar Allah ka zikr kar rahe hon to woh murad hai.</w:t>
      </w:r>
      <w:r>
        <w:br/>
      </w:r>
      <w:r>
        <w:rPr>
          <w:sz w:val="20"/>
        </w:rPr>
        <w:t>4:01  lekin is ko aap bilkul lafzi mani mein na lijie.</w:t>
      </w:r>
      <w:r>
        <w:br/>
      </w:r>
      <w:r>
        <w:rPr>
          <w:sz w:val="20"/>
        </w:rPr>
        <w:t>4:06  bohat zyada is ke andar gehre mani chhupe hue hain. aur kuch aadmi jab baith kar Allah ki yaad karein to is ka matlab yeh nahi ke woh Alhamdulillah, subhan Allah keh rahe hain.</w:t>
      </w:r>
      <w:r>
        <w:br/>
      </w:r>
      <w:r>
        <w:rPr>
          <w:sz w:val="20"/>
        </w:rPr>
        <w:t>4:21  subhan Allah to sari kainat keh rahi hai. to kis mani mein keh rahi hai?</w:t>
      </w:r>
      <w:r>
        <w:br/>
      </w:r>
      <w:r>
        <w:rPr>
          <w:sz w:val="20"/>
        </w:rPr>
        <w:t>4:29  to sach poochhein to yeh jo alfaaz hain, yeh batate hain ke wahan aap jab baithein, jab majlis aap ki qaim ho to wahan par kis qism ki charcha ho?</w:t>
      </w:r>
      <w:r>
        <w:br/>
      </w:r>
      <w:r>
        <w:rPr>
          <w:sz w:val="20"/>
        </w:rPr>
        <w:t>4:44  Allah ki, woh hai Allah ki glory ki charcha, Allah ki badai ki charcha, Allah ke kis tarah Allah ne create kiya tha bari universe ko, kis tarah woh control kiye hue us ko</w:t>
      </w:r>
      <w:r>
        <w:br/>
      </w:r>
      <w:r>
        <w:rPr>
          <w:sz w:val="20"/>
        </w:rPr>
        <w:t>5:00  . yeh sari baatein jab aap</w:t>
      </w:r>
      <w:r>
        <w:br/>
      </w:r>
      <w:r>
        <w:rPr>
          <w:sz w:val="20"/>
        </w:rPr>
        <w:t>5:04  yaad karein, is ka charcha karein to aap ko bohat ajeeb qism ka ek rabbani tajurba hota hai. bohat hi high level ka.</w:t>
      </w:r>
      <w:r>
        <w:br/>
      </w:r>
      <w:r>
        <w:rPr>
          <w:sz w:val="20"/>
        </w:rPr>
        <w:t>5:18  to woh murad hai.</w:t>
      </w:r>
      <w:r>
        <w:br/>
      </w:r>
      <w:r>
        <w:rPr>
          <w:sz w:val="20"/>
        </w:rPr>
        <w:t>5:21  to matlab yeh hai ke jahan tum dekho ke aisa majlis, aisi majlis hai, wahan par aisa charcha ho raha hai to tum bhi wahan baith jao aur suno baaton ko.</w:t>
      </w:r>
      <w:r>
        <w:br/>
      </w:r>
      <w:r>
        <w:rPr>
          <w:sz w:val="20"/>
        </w:rPr>
        <w:t>5:30  sunkar ke tum bhi is mein imaan ki kaifiyat hasil karo. jannat ki yaad taza karo.</w:t>
      </w:r>
      <w:r>
        <w:br/>
      </w:r>
      <w:r>
        <w:rPr>
          <w:sz w:val="20"/>
        </w:rPr>
        <w:t>5:39  yeh matlab hai.</w:t>
      </w:r>
    </w:p>
    <w:p>
      <w:pPr>
        <w:pStyle w:val="Heading2"/>
      </w:pPr>
      <w:r>
        <w:t>everything in creation exists in pairs, except desire</w:t>
      </w:r>
    </w:p>
    <w:p>
      <w:r>
        <w:rPr>
          <w:color w:val="666666"/>
          <w:sz w:val="18"/>
        </w:rPr>
        <w:t>Art of Thinking May 07, 2006 Maulana Wahiduddin Khan · 2m 40s · at 22:55 · https://youtu.be/OlLLhZTVNz4?t=1375</w:t>
      </w:r>
    </w:p>
    <w:p>
      <w:r>
        <w:rPr>
          <w:i/>
        </w:rPr>
        <w:t>“Everything in the world is created in pairs”</w:t>
      </w:r>
    </w:p>
    <w:p>
      <w:r>
        <w:rPr>
          <w:sz w:val="20"/>
        </w:rPr>
        <w:t>22:55  duniya mein har cheez jora jora banai gayi hai, pair. pair. har cheez pair ki surat mein hai.</w:t>
      </w:r>
      <w:r>
        <w:br/>
      </w:r>
      <w:r>
        <w:rPr>
          <w:sz w:val="20"/>
        </w:rPr>
        <w:t>23:04  jaise aap atom hai, atom mein kya hai? positive particle aur negative particle. mil kar pair atom banta hai.</w:t>
      </w:r>
      <w:r>
        <w:br/>
      </w:r>
      <w:r>
        <w:rPr>
          <w:sz w:val="20"/>
        </w:rPr>
        <w:t>23:14  positive particle aur negative particle mil kar pair banta hai.</w:t>
      </w:r>
      <w:r>
        <w:br/>
      </w:r>
      <w:r>
        <w:rPr>
          <w:sz w:val="20"/>
        </w:rPr>
        <w:t>23:21  magnet jo hai woh south pole aur north pole mil kar ke magnet banta hai. plant mein bhi aap jante hain ke is mein bhi male female hote hain.</w:t>
      </w:r>
      <w:r>
        <w:br/>
      </w:r>
      <w:r>
        <w:rPr>
          <w:sz w:val="20"/>
        </w:rPr>
        <w:t>23:30  plant mein. animal mein female male female hote hain. insanon mein aap jante hain ke man aur woman hote hain.</w:t>
      </w:r>
      <w:r>
        <w:br/>
      </w:r>
      <w:r>
        <w:rPr>
          <w:sz w:val="20"/>
        </w:rPr>
        <w:t>23:40  yeh sab pair hain. yahan tak ke ab yeh mana jata hai ke jo hamari duniya hai, hamari jo world hai is ka bhi ek pair hai.</w:t>
      </w:r>
      <w:r>
        <w:br/>
      </w:r>
      <w:r>
        <w:rPr>
          <w:sz w:val="20"/>
        </w:rPr>
        <w:t>23:50  ek positive world hai, ek negative world hai. toh duniya ko jab hum parhte hain, duniya ko jab study karte hain toh pata hota hai ke yahan par pair ka principle hai.</w:t>
      </w:r>
      <w:r>
        <w:br/>
      </w:r>
      <w:r>
        <w:rPr>
          <w:sz w:val="20"/>
        </w:rPr>
        <w:t>24:02  har cheez pair ki shakal mein hai. aur apne joore se mil kar, apne pair se mil kar woh apni apne ko complete karti hai, apni takmeel karti hai.</w:t>
      </w:r>
      <w:r>
        <w:br/>
      </w:r>
      <w:r>
        <w:rPr>
          <w:sz w:val="20"/>
        </w:rPr>
        <w:t>24:15  sirf ek hi exception hai is duniya mein.</w:t>
      </w:r>
      <w:r>
        <w:br/>
      </w:r>
      <w:r>
        <w:rPr>
          <w:sz w:val="20"/>
        </w:rPr>
        <w:t>24:18  woh kya hai hamare desire ka? ke desire toh hai aur fulfillment ka pair nahi maujood. zara ghor kijiye kitni bari baat hai yeh.</w:t>
      </w:r>
      <w:r>
        <w:br/>
      </w:r>
      <w:r>
        <w:rPr>
          <w:sz w:val="20"/>
        </w:rPr>
        <w:t>24:28  ke wahan negative particle hai toh positive particle bhi hai. female hai toh male bhi hai. aurat hai toh mard bhi hai. positive world hai toh negative world bhi hai.</w:t>
      </w:r>
      <w:r>
        <w:br/>
      </w:r>
      <w:r>
        <w:rPr>
          <w:sz w:val="20"/>
        </w:rPr>
        <w:t>24:42  lekin hamare jo hamari jo desires hain woh chahti hain ke in desire ko pura karne ka saman ho. isi ko mein is ka joora keh raha hoon, is ka pair keh raha hoon.</w:t>
      </w:r>
      <w:r>
        <w:br/>
      </w:r>
      <w:r>
        <w:rPr>
          <w:sz w:val="20"/>
        </w:rPr>
        <w:t>24:54  hamare desire ka joora. woh kahin hai hi nahi. sirf hai toh baangi hai sirf. thoda sa chakhne ke liye. yaani hamari desire unlimited hai.</w:t>
      </w:r>
      <w:r>
        <w:br/>
      </w:r>
      <w:r>
        <w:rPr>
          <w:sz w:val="20"/>
        </w:rPr>
        <w:t>25:05  koi bhi insan aisa nahi milega aap ko jo sirf limited desire par ko kaafi samajh le. unlimited tor par woh apni desire ki taskeen chahta hai.</w:t>
      </w:r>
      <w:r>
        <w:br/>
      </w:r>
      <w:r>
        <w:rPr>
          <w:sz w:val="20"/>
        </w:rPr>
        <w:t>25:18  jitni bhi desire hain woh unlimited fulfillment chahti hain. toh woh kahan hai? woh place kahan hai jahan jahan hum ja kar ke apne desire ko unlimited tor par hasil kar sakein?</w:t>
      </w:r>
    </w:p>
    <w:p>
      <w:pPr>
        <w:pStyle w:val="Heading2"/>
      </w:pPr>
      <w:r>
        <w:t>religion explained as future trading, sow now reap later</w:t>
      </w:r>
    </w:p>
    <w:p>
      <w:r>
        <w:rPr>
          <w:color w:val="666666"/>
          <w:sz w:val="18"/>
        </w:rPr>
        <w:t>History of Islamic Learning May 14, 2006 Part 1 · 3m 01s · at 13:12 · https://youtu.be/wwWdRNJl7Ck?t=792</w:t>
      </w:r>
    </w:p>
    <w:p>
      <w:r>
        <w:rPr>
          <w:i/>
        </w:rPr>
        <w:t>“Aaj kal ek word use hota hai: future trading”</w:t>
      </w:r>
    </w:p>
    <w:p>
      <w:r>
        <w:rPr>
          <w:sz w:val="20"/>
        </w:rPr>
        <w:t>13:12  dekhiye, aap ko maloom hoga ke aaj kal ek word use hota hai: future trading.</w:t>
      </w:r>
      <w:r>
        <w:br/>
      </w:r>
      <w:r>
        <w:rPr>
          <w:sz w:val="20"/>
        </w:rPr>
        <w:t>13:22  future trading! mustaqbil ki tijarat.</w:t>
      </w:r>
      <w:r>
        <w:br/>
      </w:r>
      <w:r>
        <w:rPr>
          <w:sz w:val="20"/>
        </w:rPr>
        <w:t>13:29  is ka matlab kya hai? misaal ke taur par, aap agriculture karte hain, ek aisi cheez boyte hain jis mein aap sochte hain ke future mein is mein mujhe kitna faida milega.</w:t>
      </w:r>
      <w:r>
        <w:br/>
      </w:r>
      <w:r>
        <w:rPr>
          <w:sz w:val="20"/>
        </w:rPr>
        <w:t>13:41  jaise gana agar lagayen to kitna faida mujhe milega, aur agar aap is mein mushroom lagayen to kitna faida milega.</w:t>
      </w:r>
      <w:r>
        <w:br/>
      </w:r>
      <w:r>
        <w:rPr>
          <w:sz w:val="20"/>
        </w:rPr>
        <w:t>13:52  to future ko soch kar ke agriculture karna, yeh hai future trading.</w:t>
      </w:r>
      <w:r>
        <w:br/>
      </w:r>
      <w:r>
        <w:rPr>
          <w:sz w:val="20"/>
        </w:rPr>
        <w:t>13:58  mazhab future trading hai. Islam mein jo concept hai religion ka, woh darasal future trading hai. Yaani aaj boyna, kal kaatna.</w:t>
      </w:r>
      <w:r>
        <w:br/>
      </w:r>
      <w:r>
        <w:rPr>
          <w:sz w:val="20"/>
        </w:rPr>
        <w:t>14:12  pre-death period mein amal karna, aur post-death period mein is ka reward paana. Yeh hai future trading.</w:t>
      </w:r>
      <w:r>
        <w:br/>
      </w:r>
      <w:r>
        <w:rPr>
          <w:sz w:val="20"/>
        </w:rPr>
        <w:t>14:22  yeh bohat hi important aspect hai, is ko aap samajhna chahiye. Ki</w:t>
      </w:r>
      <w:r>
        <w:br/>
      </w:r>
      <w:r>
        <w:rPr>
          <w:sz w:val="20"/>
        </w:rPr>
        <w:t>14:27  yunke woh mazhab jo sirf aap ko blessing deta ho, aap ki tijarat mein, aap ki service mein, aap ko kaam aata ho, woh future trading nahi hai.</w:t>
      </w:r>
      <w:r>
        <w:br/>
      </w:r>
      <w:r>
        <w:rPr>
          <w:sz w:val="20"/>
        </w:rPr>
        <w:t>14:42  woh to present trading hai. To aksar mazhab ka jo version aaj maujood duniya mein, woh haal mein chalta hai.</w:t>
      </w:r>
      <w:r>
        <w:br/>
      </w:r>
      <w:r>
        <w:rPr>
          <w:sz w:val="20"/>
        </w:rPr>
        <w:t>14:50  yaani haal mein blessing, present mein kuch blessing le lene. Yeh hai mazhab ka function. Islam mein yeh concept nahi hai mazhab ka.</w:t>
      </w:r>
      <w:r>
        <w:br/>
      </w:r>
      <w:r>
        <w:rPr>
          <w:sz w:val="20"/>
        </w:rPr>
        <w:t>15:03  Islam mein mazhab ka jo concept hai, wahi hai future trading. Yaani aaj amal karo, aur kal is ka anjaam pao.</w:t>
      </w:r>
      <w:r>
        <w:br/>
      </w:r>
      <w:r>
        <w:rPr>
          <w:sz w:val="20"/>
        </w:rPr>
        <w:t>15:14  jaise aap aaj ek darakht lagate hain, to aaj aap ko kuch nahi milta. Bohat dinon ke baad woh bara hota hai, bara ho kar ke phir is mein phal phool aate hain, is mein aap ko woh faida milta hai jo aap chahte hain.</w:t>
      </w:r>
      <w:r>
        <w:br/>
      </w:r>
      <w:r>
        <w:rPr>
          <w:sz w:val="20"/>
        </w:rPr>
        <w:t>15:31  to Islam ek qism ka future trading hai. Aap ko batata hai ke kaun sa, kaisi soch aap ki ho, kis tarah apni zindagi ko dhalen, aap</w:t>
      </w:r>
      <w:r>
        <w:br/>
      </w:r>
      <w:r>
        <w:rPr>
          <w:sz w:val="20"/>
        </w:rPr>
        <w:t>15:44  apne, yaani apni soul ko kis tarah aap purify karen, apne mind ka kis tarah development karen. Yaani spiritual development aur intellectual development kis tarah se ho ke woh post-death period mein aap ko</w:t>
      </w:r>
      <w:r>
        <w:br/>
      </w:r>
      <w:r>
        <w:rPr>
          <w:sz w:val="20"/>
        </w:rPr>
        <w:t>16:01  paradise ki shakal mein lote aap ki taraf. Yeh hai future trading ka mazhab.</w:t>
      </w:r>
    </w:p>
    <w:p>
      <w:pPr>
        <w:pStyle w:val="Heading2"/>
      </w:pPr>
      <w:r>
        <w:t>Paradise's jeweled couches and the hadith of unseen rewards</w:t>
      </w:r>
    </w:p>
    <w:p>
      <w:r>
        <w:rPr>
          <w:color w:val="666666"/>
          <w:sz w:val="18"/>
        </w:rPr>
        <w:t>Surah Al-Waqi'ah A Life-Changing Surah (Part 1) March 9, 2025 · 2m 56s · at 42:01 · https://youtu.be/enNA8TyC-Mc?t=2521</w:t>
      </w:r>
    </w:p>
    <w:p>
      <w:r>
        <w:rPr>
          <w:i/>
        </w:rPr>
        <w:t>“Seated on decorated couches, adorned with gold and precious stones.”</w:t>
      </w:r>
    </w:p>
    <w:p>
      <w:r>
        <w:rPr>
          <w:sz w:val="20"/>
        </w:rPr>
        <w:t>42:01  . So this verse is a verse of hope. And the last verse which we are discussing today is verse number 15 ala surarim mawdunah , seated on decorated couches.</w:t>
      </w:r>
      <w:r>
        <w:br/>
      </w:r>
      <w:r>
        <w:rPr>
          <w:sz w:val="20"/>
        </w:rPr>
        <w:t>42:14  Now this tells about their,</w:t>
      </w:r>
      <w:r>
        <w:br/>
      </w:r>
      <w:r>
        <w:rPr>
          <w:sz w:val="20"/>
        </w:rPr>
        <w:t>42:20  in paradise, how they will be living and what kind of things they will get, seated on decorated couches ala surarim mawdunah , and these couches will be adorned with gold and precious stones.</w:t>
      </w:r>
      <w:r>
        <w:br/>
      </w:r>
      <w:r>
        <w:rPr>
          <w:sz w:val="20"/>
        </w:rPr>
        <w:t>42:37  They are engraved with precious stones.</w:t>
      </w:r>
      <w:r>
        <w:br/>
      </w:r>
      <w:r>
        <w:rPr>
          <w:sz w:val="20"/>
        </w:rPr>
        <w:t>42:41  So this verse now describes the reward of the as-sabiqun , the foremost in paradise.</w:t>
      </w:r>
      <w:r>
        <w:br/>
      </w:r>
      <w:r>
        <w:rPr>
          <w:sz w:val="20"/>
        </w:rPr>
        <w:t>42:50  And it highlights the luxury and honor they will experience. And the Prophet sallallahu alaihi wasallam , has said in a Hadith, which is a Hadith Qudsi, the Prophet sallallahu alaihi wasallam , has said that God has said so.</w:t>
      </w:r>
      <w:r>
        <w:br/>
      </w:r>
      <w:r>
        <w:rPr>
          <w:sz w:val="20"/>
        </w:rPr>
        <w:t>43:07  And the Hadith is adadtu li ibadiyas salihina ma la ainun ra'at wa la uzun samiat wa la khatra ala qalbi bashar .</w:t>
      </w:r>
      <w:r>
        <w:br/>
      </w:r>
      <w:r>
        <w:rPr>
          <w:sz w:val="20"/>
        </w:rPr>
        <w:t>43:19  Allah has said, "I have prepared for My righteous servant that which no eye has seen, no ear has heard, and has never occurred to the heart of a human."</w:t>
      </w:r>
      <w:r>
        <w:br/>
      </w:r>
      <w:r>
        <w:rPr>
          <w:sz w:val="20"/>
        </w:rPr>
        <w:t>43:34  So everything in paradise is created to provide ultimate pleasure and satisfaction. Mawlana used to call it divine hospitality and a very high level of divine hospitality.</w:t>
      </w:r>
      <w:r>
        <w:br/>
      </w:r>
      <w:r>
        <w:rPr>
          <w:sz w:val="20"/>
        </w:rPr>
        <w:t>43:49  So the descriptions of paradise in the Quran are extremely beautiful. But the greatest thing will be witnessing God's glory.</w:t>
      </w:r>
      <w:r>
        <w:br/>
      </w:r>
      <w:r>
        <w:rPr>
          <w:sz w:val="20"/>
        </w:rPr>
        <w:t>44:02  Hadith clearly states that God will occasionally appear. Glimpses of His presence will be revealed.</w:t>
      </w:r>
      <w:r>
        <w:br/>
      </w:r>
      <w:r>
        <w:rPr>
          <w:sz w:val="20"/>
        </w:rPr>
        <w:t>44:13  And this will increase faith, Iman, and bring higher realization of God.</w:t>
      </w:r>
      <w:r>
        <w:br/>
      </w:r>
      <w:r>
        <w:rPr>
          <w:sz w:val="20"/>
        </w:rPr>
        <w:t>44:22  Unparalleled comfort and dignity awaits in the paradise, in the Hereafter.</w:t>
      </w:r>
      <w:r>
        <w:br/>
      </w:r>
      <w:r>
        <w:rPr>
          <w:sz w:val="20"/>
        </w:rPr>
        <w:t>44:29  So this verse motivates us to strive for excellence. A very encouraging verse. So in the end, we pray, "May Allah allow us to be among those great believers, min as-siddeeqeen wash-shuhada'i was-salihin wa hasuna ula'ika rafeeqan wa sallallahu ta'ala ala khairi khalqihi Muhammad wa ala aalihi wa ashabihi ajma'een birahmatik ya arhamar-rahimeen.</w:t>
      </w:r>
      <w:r>
        <w:br/>
      </w:r>
      <w:r>
        <w:rPr>
          <w:sz w:val="20"/>
        </w:rPr>
        <w:t>44:56  Ameen.</w:t>
      </w:r>
    </w:p>
    <w:p>
      <w:pPr>
        <w:pStyle w:val="Heading2"/>
      </w:pPr>
      <w:r>
        <w:t>Formula for receiving Allah's help</w:t>
      </w:r>
    </w:p>
    <w:p>
      <w:r>
        <w:rPr>
          <w:color w:val="666666"/>
          <w:sz w:val="18"/>
        </w:rPr>
        <w:t>Help of God | Nov 05, 2016 · 2m 37s · at 2:51 · https://youtu.be/xi-pxaxK9ts?t=171</w:t>
      </w:r>
    </w:p>
    <w:p>
      <w:r>
        <w:rPr>
          <w:i/>
        </w:rPr>
        <w:t>“Chain of thought ban jata hai”</w:t>
      </w:r>
    </w:p>
    <w:p>
      <w:r>
        <w:rPr>
          <w:sz w:val="20"/>
        </w:rPr>
        <w:t>2:51  chain of thought ban jata hai. to is par sochte hue mujhe ek hadith yaad aayi jo sihaah ki tamam kitabon mein hai. sahih muslim ke alfaaz yeh hain: wal-lahu fi awnil abd ma kana al-abdu fi awni akhih. Allah bande ki madad</w:t>
      </w:r>
      <w:r>
        <w:br/>
      </w:r>
      <w:r>
        <w:rPr>
          <w:sz w:val="20"/>
        </w:rPr>
        <w:t>3:21  par hota hai jab tak banda apne bhai ki madad par ho.</w:t>
      </w:r>
      <w:r>
        <w:br/>
      </w:r>
      <w:r>
        <w:rPr>
          <w:sz w:val="20"/>
        </w:rPr>
        <w:t>3:30  yaani aap apne bhai ki madad karen to aap Allah ki madad ke mustahiq ban jaate hain.</w:t>
      </w:r>
      <w:r>
        <w:br/>
      </w:r>
      <w:r>
        <w:rPr>
          <w:sz w:val="20"/>
        </w:rPr>
        <w:t>3:38  aur dekhen madad ka tasawwur jo hai yeh bohat hi aam hai.</w:t>
      </w:r>
      <w:r>
        <w:br/>
      </w:r>
      <w:r>
        <w:rPr>
          <w:sz w:val="20"/>
        </w:rPr>
        <w:t>3:47  har cheez jo aap karen doosre ki niyat se woh us ki madad hai.</w:t>
      </w:r>
      <w:r>
        <w:br/>
      </w:r>
      <w:r>
        <w:rPr>
          <w:sz w:val="20"/>
        </w:rPr>
        <w:t>3:55  phir is par sochte hue bohat si baaten mere zehn mein aain.</w:t>
      </w:r>
      <w:r>
        <w:br/>
      </w:r>
      <w:r>
        <w:rPr>
          <w:sz w:val="20"/>
        </w:rPr>
        <w:t>4:03  bohat si baaten.</w:t>
      </w:r>
      <w:r>
        <w:br/>
      </w:r>
      <w:r>
        <w:rPr>
          <w:sz w:val="20"/>
        </w:rPr>
        <w:t>4:10  mislan dekhen aksar log yeh karte hain kisi aalim ke paas, kisi buzurg ke paas jayenge ke</w:t>
      </w:r>
      <w:r>
        <w:br/>
      </w:r>
      <w:r>
        <w:rPr>
          <w:sz w:val="20"/>
        </w:rPr>
        <w:t>4:18  hamare liye dua ki ji</w:t>
      </w:r>
      <w:r>
        <w:br/>
      </w:r>
      <w:r>
        <w:rPr>
          <w:sz w:val="20"/>
        </w:rPr>
        <w:t>4:25  e, Allah humein hamari madad kare.</w:t>
      </w:r>
      <w:r>
        <w:br/>
      </w:r>
      <w:r>
        <w:rPr>
          <w:sz w:val="20"/>
        </w:rPr>
        <w:t>4:31  mujhe baat bari ajeeb lagti hai.</w:t>
      </w:r>
      <w:r>
        <w:br/>
      </w:r>
      <w:r>
        <w:rPr>
          <w:sz w:val="20"/>
        </w:rPr>
        <w:t>4:36  Allah ki madad ka tareeqa yeh nahin hai ke kisi buzurg se ja kar aap dua karwayen ke</w:t>
      </w:r>
      <w:r>
        <w:br/>
      </w:r>
      <w:r>
        <w:rPr>
          <w:sz w:val="20"/>
        </w:rPr>
        <w:t>4:42  dua kijiye ke Allah meri madad kare.</w:t>
      </w:r>
      <w:r>
        <w:br/>
      </w:r>
      <w:r>
        <w:rPr>
          <w:sz w:val="20"/>
        </w:rPr>
        <w:t>4:47  iska tareeqa yahi is hadees mein se maloom hota hai.</w:t>
      </w:r>
      <w:r>
        <w:br/>
      </w:r>
      <w:r>
        <w:rPr>
          <w:sz w:val="20"/>
        </w:rPr>
        <w:t>4:53  yaani aap ko Allah ki madad chahiye to aap doosre bhaiyon ki madad shuru kar dijiye.</w:t>
      </w:r>
      <w:r>
        <w:br/>
      </w:r>
      <w:r>
        <w:rPr>
          <w:sz w:val="20"/>
        </w:rPr>
        <w:t>4:58  kyunke jahan aap apne liye madad chah rahe hain woh sirf Allah ke bas mein hai. lekin aap ke aas paas jo insan hain un ki madad karna to aap ke bas mein hai. to formula yeh hai ke aap apne bas wali madad kijiye to aap ko woh madad mil jaye gi jo aap ke bas se bahir hai. yeh hai formula</w:t>
      </w:r>
    </w:p>
    <w:p>
      <w:pPr>
        <w:pStyle w:val="Heading2"/>
      </w:pPr>
      <w:r>
        <w:t>singer's total absorption models 'Mind of Mission'</w:t>
      </w:r>
    </w:p>
    <w:p>
      <w:r>
        <w:rPr>
          <w:color w:val="666666"/>
          <w:sz w:val="18"/>
        </w:rPr>
        <w:t>Lessons and Experiences May 22, 2011 Maulana Wahiduddin Khan · 2m 05s · at 13:56 · https://youtu.be/j4Qx-MsDQWc?t=836</w:t>
      </w:r>
    </w:p>
    <w:p>
      <w:r>
        <w:rPr>
          <w:i/>
        </w:rPr>
        <w:t>“Kal ek khatoon thi jo bohat maahir thi gaane mein”</w:t>
      </w:r>
    </w:p>
    <w:p>
      <w:r>
        <w:rPr>
          <w:sz w:val="20"/>
        </w:rPr>
        <w:t>13:56  jaise kal ek khatoon theen jo bahut hi maahir theen gaane mein aur</w:t>
      </w:r>
      <w:r>
        <w:br/>
      </w:r>
      <w:r>
        <w:rPr>
          <w:sz w:val="20"/>
        </w:rPr>
        <w:t>14:06  bahut achha performance tha un ka. bahut hi achha performance. yaani sach poochhein to jab woh perform kar rahi theen apna gaana aur apna kuch kuch baaja, halka baaja tha gaati theen woh.</w:t>
      </w:r>
      <w:r>
        <w:br/>
      </w:r>
      <w:r>
        <w:rPr>
          <w:sz w:val="20"/>
        </w:rPr>
        <w:t>14:22  aisa lagta tha ke isi mein gum ho gayi hai woh aadmi.</w:t>
      </w:r>
      <w:r>
        <w:br/>
      </w:r>
      <w:r>
        <w:rPr>
          <w:sz w:val="20"/>
        </w:rPr>
        <w:t>14:26  apne peshe mein gum ho gayi hai. to maine socha ke dekhiye yahi mission waalon mein hona chahiye. hamara ek mission hai.</w:t>
      </w:r>
      <w:r>
        <w:br/>
      </w:r>
      <w:r>
        <w:rPr>
          <w:sz w:val="20"/>
        </w:rPr>
        <w:t>14:36  hamare saathiyon ka is mein lage hue hain. to hum apne mission mein itna shaamil karein ke hum aur woh do ek do nar hain ek ho jaayen.</w:t>
      </w:r>
      <w:r>
        <w:br/>
      </w:r>
      <w:r>
        <w:rPr>
          <w:sz w:val="20"/>
        </w:rPr>
        <w:t>14:50  jaise woh khatoon jab apna performance de rahi thi to lagta tha ke woh aur is ka performance dono ek ho gaye hain. itna gum thi, itna gum thi is mein.</w:t>
      </w:r>
      <w:r>
        <w:br/>
      </w:r>
      <w:r>
        <w:rPr>
          <w:sz w:val="20"/>
        </w:rPr>
        <w:t>15:03  to is mein mujhe Mind of Mission ki tasweer dikhai di. Mind of Mission.</w:t>
      </w:r>
      <w:r>
        <w:br/>
      </w:r>
      <w:r>
        <w:rPr>
          <w:sz w:val="20"/>
        </w:rPr>
        <w:t>15:15  itna zyada aap ki daryaft itni gehri ho. mission ka jo, mission wali soch hai.</w:t>
      </w:r>
      <w:r>
        <w:br/>
      </w:r>
      <w:r>
        <w:rPr>
          <w:sz w:val="20"/>
        </w:rPr>
        <w:t>15:25  jo itni gehri utri hui ho aap ke andar. apne aap ko apne apne mission mein itna shaamil kar rakha ho ke aap aur woh sirf do nar hain.</w:t>
      </w:r>
      <w:r>
        <w:br/>
      </w:r>
      <w:r>
        <w:rPr>
          <w:sz w:val="20"/>
        </w:rPr>
        <w:t>15:35  donon ek ho jaayen.</w:t>
      </w:r>
      <w:r>
        <w:br/>
      </w:r>
      <w:r>
        <w:rPr>
          <w:sz w:val="20"/>
        </w:rPr>
        <w:t>15:40  to woh is khatoon se maine sabaq liya ke yahi tareeqa in logon mein hona chahiye jo kisi mission ko le kar uthe hain.</w:t>
      </w:r>
      <w:r>
        <w:br/>
      </w:r>
      <w:r>
        <w:rPr>
          <w:sz w:val="20"/>
        </w:rPr>
        <w:t>15:51  ke mission mein apne ko itna shaamil karein, itna shaamil karein ke woh aur mission dono ek ho jaayen.</w:t>
      </w:r>
    </w:p>
    <w:p>
      <w:pPr>
        <w:pStyle w:val="Heading2"/>
      </w:pPr>
      <w:r>
        <w:t>Honest dealings are part of faith</w:t>
      </w:r>
    </w:p>
    <w:p>
      <w:r>
        <w:rPr>
          <w:color w:val="666666"/>
          <w:sz w:val="18"/>
        </w:rPr>
        <w:t>Five Basic Tenets of Islam | July 16, 2008 · 3m 03s · at 39:56 · https://youtu.be/Ex_5yB-9vnY?t=2396</w:t>
      </w:r>
    </w:p>
    <w:p>
      <w:r>
        <w:rPr>
          <w:i/>
        </w:rPr>
        <w:t>“شرمندہ نہ ہونا پڑے خدا کے سامنے۔ تو یہ ہوا تین چیزیں: ایمان،”</w:t>
      </w:r>
    </w:p>
    <w:p>
      <w:r>
        <w:rPr>
          <w:sz w:val="20"/>
        </w:rPr>
        <w:t>39:56  sharminda na hona pare khuda ke samne.</w:t>
      </w:r>
      <w:r>
        <w:br/>
      </w:r>
      <w:r>
        <w:rPr>
          <w:sz w:val="20"/>
        </w:rPr>
        <w:t>40:02  to yeh hua teen cheezen: iman, ibadat, akhlaq.</w:t>
      </w:r>
      <w:r>
        <w:br/>
      </w:r>
      <w:r>
        <w:rPr>
          <w:sz w:val="20"/>
        </w:rPr>
        <w:t>40:08  ab teesri cheez lijiye: muamlat.</w:t>
      </w:r>
      <w:r>
        <w:br/>
      </w:r>
      <w:r>
        <w:rPr>
          <w:sz w:val="20"/>
        </w:rPr>
        <w:t>40:14  muamlat se murad kya hai? is se murad hai dealing.</w:t>
      </w:r>
      <w:r>
        <w:br/>
      </w:r>
      <w:r>
        <w:rPr>
          <w:sz w:val="20"/>
        </w:rPr>
        <w:t>40:20  dealing yani aap market mein gaye, wahan aap ne khareed farokht kiya, woh muamlat ke</w:t>
      </w:r>
      <w:r>
        <w:br/>
      </w:r>
      <w:r>
        <w:rPr>
          <w:sz w:val="20"/>
        </w:rPr>
        <w:t>40:26  andar wali baat hai.</w:t>
      </w:r>
      <w:r>
        <w:br/>
      </w:r>
      <w:r>
        <w:rPr>
          <w:sz w:val="20"/>
        </w:rPr>
        <w:t>40:33  aap ne kisi se property khareedi, is ko us se propertly is ko paisa diya, to yeh dealing</w:t>
      </w:r>
      <w:r>
        <w:br/>
      </w:r>
      <w:r>
        <w:rPr>
          <w:sz w:val="20"/>
        </w:rPr>
        <w:t>40:39  ka maamla tha.</w:t>
      </w:r>
      <w:r>
        <w:br/>
      </w:r>
      <w:r>
        <w:rPr>
          <w:sz w:val="20"/>
        </w:rPr>
        <w:t>40:45  to rozmarra ke jis ko kehte hain lain dein, jo roz rozmarra ke lain dein ke maamlaat hain,</w:t>
      </w:r>
      <w:r>
        <w:br/>
      </w:r>
      <w:r>
        <w:rPr>
          <w:sz w:val="20"/>
        </w:rPr>
        <w:t>40:51  jo rozmarra ki dealing hai, usi ko maamlaat kehte hain.</w:t>
      </w:r>
      <w:r>
        <w:br/>
      </w:r>
      <w:r>
        <w:rPr>
          <w:sz w:val="20"/>
        </w:rPr>
        <w:t>40:57  to is maamle mein bhi hum bohat zyada hamein cautious rehna chahiye.</w:t>
      </w:r>
      <w:r>
        <w:br/>
      </w:r>
      <w:r>
        <w:rPr>
          <w:sz w:val="20"/>
        </w:rPr>
        <w:t>41:03  kyun? Hadees mein aata hai ke ad-deen al-muamlah.</w:t>
      </w:r>
      <w:r>
        <w:br/>
      </w:r>
      <w:r>
        <w:rPr>
          <w:sz w:val="20"/>
        </w:rPr>
        <w:t>41:09  ad-deen al-muamlah dealing hi ka naam to deen hai.</w:t>
      </w:r>
      <w:r>
        <w:br/>
      </w:r>
      <w:r>
        <w:rPr>
          <w:sz w:val="20"/>
        </w:rPr>
        <w:t>41:15  yaani dealing mein honesty agar karein ge aap to aap deendar hain.</w:t>
      </w:r>
      <w:r>
        <w:br/>
      </w:r>
      <w:r>
        <w:rPr>
          <w:sz w:val="20"/>
        </w:rPr>
        <w:t>41:21  dealing mein agar aap ne dis hon</w:t>
      </w:r>
      <w:r>
        <w:br/>
      </w:r>
      <w:r>
        <w:rPr>
          <w:sz w:val="20"/>
        </w:rPr>
        <w:t>41:27  ki to aap deen se nikal gaye. ad-deen al-muamalah maamle hi ka naam deen hai. to ek hoti hai achhi dealing, ek hoti hai galat dealing. paise ka len den, property ka len den, market ka len den rozana hota hai. har waqt, har waqt hum kisi na kisi aitbaar se kisi ki ke saath</w:t>
      </w:r>
      <w:r>
        <w:br/>
      </w:r>
      <w:r>
        <w:rPr>
          <w:sz w:val="20"/>
        </w:rPr>
        <w:t>41:57  dealing mein rehte hain, kisi maamle mein rehte hain.</w:t>
      </w:r>
      <w:r>
        <w:br/>
      </w:r>
      <w:r>
        <w:rPr>
          <w:sz w:val="20"/>
        </w:rPr>
        <w:t>42:03  to wahan par hamein bohat zyada apne aap ko ehtiyat ke sath rakhna hai.</w:t>
      </w:r>
      <w:r>
        <w:br/>
      </w:r>
      <w:r>
        <w:rPr>
          <w:sz w:val="20"/>
        </w:rPr>
        <w:t>42:10  kyunke dealing mein agar aap ne yaani galat dealing ki to farishte is ko likhein ge galat dealing</w:t>
      </w:r>
      <w:r>
        <w:br/>
      </w:r>
      <w:r>
        <w:rPr>
          <w:sz w:val="20"/>
        </w:rPr>
        <w:t>42:16  ke khaane mein.</w:t>
      </w:r>
      <w:r>
        <w:br/>
      </w:r>
      <w:r>
        <w:rPr>
          <w:sz w:val="20"/>
        </w:rPr>
        <w:t>42:22  saheeh dealing ki to is ko saheeh dealing khaane mein rakhein ge.</w:t>
      </w:r>
      <w:r>
        <w:br/>
      </w:r>
      <w:r>
        <w:rPr>
          <w:sz w:val="20"/>
        </w:rPr>
        <w:t>42:28  to galat dealing aadmi ko le aati hai hell ki taraf aur saheeh dealing aadmi ko le aati</w:t>
      </w:r>
      <w:r>
        <w:br/>
      </w:r>
      <w:r>
        <w:rPr>
          <w:sz w:val="20"/>
        </w:rPr>
        <w:t>42:35  hai paradise ki taraf.</w:t>
      </w:r>
      <w:r>
        <w:br/>
      </w:r>
      <w:r>
        <w:rPr>
          <w:sz w:val="20"/>
        </w:rPr>
        <w:t>42:41  ad-deen al-muamlah yaani kisi aadmi ka deen wala hona ya deen wala na hona, is ko kya cheez</w:t>
      </w:r>
      <w:r>
        <w:br/>
      </w:r>
      <w:r>
        <w:rPr>
          <w:sz w:val="20"/>
        </w:rPr>
        <w:t>42:47  determine karti hai? Maamla, dealing.</w:t>
      </w:r>
      <w:r>
        <w:br/>
      </w:r>
      <w:r>
        <w:rPr>
          <w:sz w:val="20"/>
        </w:rPr>
        <w:t>42:53  dealing hi se aadmi ya to aisa banta hai ya waisa banta hai.</w:t>
      </w:r>
    </w:p>
    <w:p>
      <w:pPr>
        <w:pStyle w:val="Heading2"/>
      </w:pPr>
      <w:r>
        <w:t>Science discovers unseen world</w:t>
      </w:r>
    </w:p>
    <w:p>
      <w:r>
        <w:rPr>
          <w:color w:val="666666"/>
          <w:sz w:val="18"/>
        </w:rPr>
        <w:t>The Problem of Evil December 4, 2011 · 1m 50s · at 2:39 · https://youtu.be/SMqtVjaGHfw?t=159</w:t>
      </w:r>
    </w:p>
    <w:p>
      <w:r>
        <w:rPr>
          <w:i/>
        </w:rPr>
        <w:t>“Science ka development jo hua hai pichhle kuch saalon mein.”</w:t>
      </w:r>
    </w:p>
    <w:p>
      <w:r>
        <w:rPr>
          <w:sz w:val="20"/>
        </w:rPr>
        <w:t>2:39  science ka jo development hua hai pichle chand saal mein, chand chand so saal mein, to is ne ek bohat bari cheez batai hai insan ko.</w:t>
      </w:r>
      <w:r>
        <w:br/>
      </w:r>
      <w:r>
        <w:rPr>
          <w:sz w:val="20"/>
        </w:rPr>
        <w:t>2:53  is par bohat sari kitaben hain, mein sirf ek kitab ka reference doonga. ek bohat bara British scientist hai, jis ka naam hai Sir Arthur Eddington.</w:t>
      </w:r>
      <w:r>
        <w:br/>
      </w:r>
      <w:r>
        <w:rPr>
          <w:sz w:val="20"/>
        </w:rPr>
        <w:t>3:12  is ki ek kitab hai, is ka naam hai "Science of Unseen World", "The Science of Unseen World", yani na dikhai dene wali dunya ki science.</w:t>
      </w:r>
      <w:r>
        <w:br/>
      </w:r>
      <w:r>
        <w:rPr>
          <w:sz w:val="20"/>
        </w:rPr>
        <w:t>3:32  yeh kitab 1929 mein pehli baar chapi. is kitab ka khulasa mere lafzon mein yeh hai ke "There is a world, but it is not,</w:t>
      </w:r>
      <w:r>
        <w:br/>
      </w:r>
      <w:r>
        <w:rPr>
          <w:sz w:val="20"/>
        </w:rPr>
        <w:t>3:54  but it is there is a world, but it is completely unseen to man".</w:t>
      </w:r>
      <w:r>
        <w:br/>
      </w:r>
      <w:r>
        <w:rPr>
          <w:sz w:val="20"/>
        </w:rPr>
        <w:t>4:02  yani science has discovered that there is a world, but it is unseen to to man.</w:t>
      </w:r>
      <w:r>
        <w:br/>
      </w:r>
      <w:r>
        <w:rPr>
          <w:sz w:val="20"/>
        </w:rPr>
        <w:t>4:15  yani science ne daryaft kiya hai ke yahan ek dunya hai, ek world hai, lekin woh qabil e mushahida, observable nahi hai.</w:t>
      </w:r>
      <w:r>
        <w:br/>
      </w:r>
      <w:r>
        <w:rPr>
          <w:sz w:val="20"/>
        </w:rPr>
        <w:t>4:30  dekhiye, jab tak dunya mein atom ki theory thi, tab tak samjha jata tha ke hum cheezon ko dekh sakte hain.</w:t>
      </w:r>
    </w:p>
    <w:p>
      <w:pPr>
        <w:pStyle w:val="Heading2"/>
      </w:pPr>
      <w:r>
        <w:t>No mysterious savior; time is running out</w:t>
      </w:r>
    </w:p>
    <w:p>
      <w:r>
        <w:rPr>
          <w:color w:val="666666"/>
          <w:sz w:val="18"/>
        </w:rPr>
        <w:t>The End of Human History | June 11, 2007 · 2m 32s · at 34:38 · https://youtu.be/7-6Bj-77doE?t=2078</w:t>
      </w:r>
    </w:p>
    <w:p>
      <w:r>
        <w:rPr>
          <w:i/>
        </w:rPr>
        <w:t>“I don't believe anyone is coming with mysterious powers.”</w:t>
      </w:r>
    </w:p>
    <w:p>
      <w:r>
        <w:rPr>
          <w:sz w:val="20"/>
        </w:rPr>
        <w:t>34:38  And he will do all the things mysteriously.</w:t>
      </w:r>
      <w:r>
        <w:br/>
      </w:r>
      <w:r>
        <w:rPr>
          <w:sz w:val="20"/>
        </w:rPr>
        <w:t>34:49  But I don't believe that anyone is coming with mysterious powers, with miraculous powers.</w:t>
      </w:r>
      <w:r>
        <w:br/>
      </w:r>
      <w:r>
        <w:rPr>
          <w:sz w:val="20"/>
        </w:rPr>
        <w:t>34:59  Now, the history is heading to its end</w:t>
      </w:r>
      <w:r>
        <w:br/>
      </w:r>
      <w:r>
        <w:rPr>
          <w:sz w:val="20"/>
        </w:rPr>
        <w:t>35:09  .</w:t>
      </w:r>
      <w:r>
        <w:br/>
      </w:r>
      <w:r>
        <w:rPr>
          <w:sz w:val="20"/>
        </w:rPr>
        <w:t>35:17  All the signs indicate that history is heading to its end.</w:t>
      </w:r>
      <w:r>
        <w:br/>
      </w:r>
      <w:r>
        <w:rPr>
          <w:sz w:val="20"/>
        </w:rPr>
        <w:t>35:24  You see, when there is no, when there is no water on this earth, when there is no</w:t>
      </w:r>
      <w:r>
        <w:br/>
      </w:r>
      <w:r>
        <w:rPr>
          <w:sz w:val="20"/>
        </w:rPr>
        <w:t>35:32  life support system in this Earth,</w:t>
      </w:r>
      <w:r>
        <w:br/>
      </w:r>
      <w:r>
        <w:rPr>
          <w:sz w:val="20"/>
        </w:rPr>
        <w:t>35:40  When there is no balance, present balance.</w:t>
      </w:r>
      <w:r>
        <w:br/>
      </w:r>
      <w:r>
        <w:rPr>
          <w:sz w:val="20"/>
        </w:rPr>
        <w:t>35:55  So how you can live in this, in this earth? So people are waiting for some mysterious person and,</w:t>
      </w:r>
      <w:r>
        <w:br/>
      </w:r>
      <w:r>
        <w:rPr>
          <w:sz w:val="20"/>
        </w:rPr>
        <w:t>36:10  And time is running.</w:t>
      </w:r>
      <w:r>
        <w:br/>
      </w:r>
      <w:r>
        <w:rPr>
          <w:sz w:val="20"/>
        </w:rPr>
        <w:t>36:17  Time is running out.</w:t>
      </w:r>
      <w:r>
        <w:br/>
      </w:r>
      <w:r>
        <w:rPr>
          <w:sz w:val="20"/>
        </w:rPr>
        <w:t>36:23  Time is running out.</w:t>
      </w:r>
      <w:r>
        <w:br/>
      </w:r>
      <w:r>
        <w:rPr>
          <w:sz w:val="20"/>
        </w:rPr>
        <w:t>36:29  I don't think that any mysterious person is coming, any miraculous personality is coming.</w:t>
      </w:r>
      <w:r>
        <w:br/>
      </w:r>
      <w:r>
        <w:rPr>
          <w:sz w:val="20"/>
        </w:rPr>
        <w:t>36:35  No, we have to understand the</w:t>
      </w:r>
      <w:r>
        <w:br/>
      </w:r>
      <w:r>
        <w:rPr>
          <w:sz w:val="20"/>
        </w:rPr>
        <w:t>36:41  gravity of the situation. I think there is no other option for us. We cannot wait for a mysterious personality. No, time is running out. So we have to o</w:t>
      </w:r>
    </w:p>
    <w:p>
      <w:pPr>
        <w:pStyle w:val="Heading2"/>
      </w:pPr>
      <w:r>
        <w:t>entropy science: from predicted cold death to heat death</w:t>
      </w:r>
    </w:p>
    <w:p>
      <w:r>
        <w:rPr>
          <w:color w:val="666666"/>
          <w:sz w:val="18"/>
        </w:rPr>
        <w:t>Thought of The Day February 08, 2009 · 2m 40s · at 6:25 · https://youtu.be/tn8PNm6y2mg?t=385</w:t>
      </w:r>
    </w:p>
    <w:p>
      <w:r>
        <w:rPr>
          <w:i/>
        </w:rPr>
        <w:t>“Newton ke zamane mein law of entropy discover hua tha”</w:t>
      </w:r>
    </w:p>
    <w:p>
      <w:r>
        <w:rPr>
          <w:sz w:val="20"/>
        </w:rPr>
        <w:t>6:25  dekhein, is se pehle science mein newton ke zamane mein law of entropy discover hua. law of entropy jo tha, is ka matlab yeh tha ke dunya dheere dheere thandi ho jayegi,</w:t>
      </w:r>
      <w:r>
        <w:br/>
      </w:r>
      <w:r>
        <w:rPr>
          <w:sz w:val="20"/>
        </w:rPr>
        <w:t>6:44  heat nahi rahegi. jaise hamara sun hai, dheere dheere woh apni temperature kam ho raha hai, kam ho raha hai, kam ho raha hai.</w:t>
      </w:r>
      <w:r>
        <w:br/>
      </w:r>
      <w:r>
        <w:rPr>
          <w:sz w:val="20"/>
        </w:rPr>
        <w:t>6:53  to death to bohat pehle janta tha insaan, lekin us waqt samajhte thay ke yeh cold death hogi. newton ke zamane mein yeh samjha jata tha ke death to aanay wali hai,</w:t>
      </w:r>
      <w:r>
        <w:br/>
      </w:r>
      <w:r>
        <w:rPr>
          <w:sz w:val="20"/>
        </w:rPr>
        <w:t>7:07  lekin woh cold death hogi. yaani dunya thandi ho jayegi, thandi ho jayegi, thandi ho jayegi. to ab zindagi nahi rahegi, khatam, sab kuch khatam ho jayega.</w:t>
      </w:r>
      <w:r>
        <w:br/>
      </w:r>
      <w:r>
        <w:rPr>
          <w:sz w:val="20"/>
        </w:rPr>
        <w:t>7:18  to newton ke zamane mein law of entropy ki discovery ke baad scientist logon ne yeh samjha tha ke cold death aanay wali hai, aur bohat der, abhi bohat door hai woh.</w:t>
      </w:r>
      <w:r>
        <w:br/>
      </w:r>
      <w:r>
        <w:rPr>
          <w:sz w:val="20"/>
        </w:rPr>
        <w:t>7:33  lekin ab aap dekhein, yeh jo global warming hai, is ne mamle ko badal diya.</w:t>
      </w:r>
      <w:r>
        <w:br/>
      </w:r>
      <w:r>
        <w:rPr>
          <w:sz w:val="20"/>
        </w:rPr>
        <w:t>7:44  ab hamare haan kya hai?</w:t>
      </w:r>
      <w:r>
        <w:br/>
      </w:r>
      <w:r>
        <w:rPr>
          <w:sz w:val="20"/>
        </w:rPr>
        <w:t>7:48  barh rahi hai temperature, barh raha hai. yeh jo aag lag rahi hai idhar udhar, isi ki wajah se lag rahi hai aag ke atmosphere mein garmi barh gayi hai. aag kyun lag rahi hai?</w:t>
      </w:r>
      <w:r>
        <w:br/>
      </w:r>
      <w:r>
        <w:rPr>
          <w:sz w:val="20"/>
        </w:rPr>
        <w:t>8:01  jagah jagah aag lag rahi hai. aap jante hain, is se pehle california mein aag lagi, bohat dinon se chalti rahi. woh ab australia mein lagi hai, idhar udhar. to temperature barh gaya atmosphere ka, is wajah se aag bohat aasani se aag lag jati hai.</w:t>
      </w:r>
      <w:r>
        <w:br/>
      </w:r>
      <w:r>
        <w:rPr>
          <w:sz w:val="20"/>
        </w:rPr>
        <w:t>8:15  lag jati hai to phir bujhti nahin.</w:t>
      </w:r>
      <w:r>
        <w:br/>
      </w:r>
      <w:r>
        <w:rPr>
          <w:sz w:val="20"/>
        </w:rPr>
        <w:t>8:20  to science dan pehle yeh samajhte the newton ke zamane mein aur is ke baad tak ke duniya hamesha ke liye to nahin hai, lekin is ko hogi cold death.</w:t>
      </w:r>
      <w:r>
        <w:br/>
      </w:r>
      <w:r>
        <w:rPr>
          <w:sz w:val="20"/>
        </w:rPr>
        <w:t>8:35  thandi ho kar khatm ho jayegi, energy nahin rahegi, heat nahin rahegi, garmi nahin rahegi. lekin ab maloom hua ke woh heat death hai, yani garmi ki sabab se duniya khatm ho rahi hai.</w:t>
      </w:r>
      <w:r>
        <w:br/>
      </w:r>
      <w:r>
        <w:rPr>
          <w:sz w:val="20"/>
        </w:rPr>
        <w:t>8:51  to yeh sirf religious prediction nahin hai, yeh scientific fact hai. end of history jo hai, philosophy mein bhi ek chapter, ek ek chapter aata hai, end of history.</w:t>
      </w:r>
    </w:p>
    <w:p>
      <w:pPr>
        <w:pStyle w:val="Heading2"/>
      </w:pPr>
      <w:r>
        <w:t>Scientific observation of a simple man's life</w:t>
      </w:r>
    </w:p>
    <w:p>
      <w:r>
        <w:rPr>
          <w:color w:val="666666"/>
          <w:sz w:val="18"/>
        </w:rPr>
        <w:t>What is Akhirat March 12, 2006 Maulana Wahiduddin Khan · 3m 07s · at 4:54 · https://youtu.be/F41-6s4TdW0?t=294</w:t>
      </w:r>
    </w:p>
    <w:p>
      <w:r>
        <w:rPr>
          <w:i/>
        </w:rPr>
        <w:t>“Unhone ek bohat hi scientific tareeqa ikhtiyar kiya”</w:t>
      </w:r>
    </w:p>
    <w:p>
      <w:r>
        <w:rPr>
          <w:sz w:val="20"/>
        </w:rPr>
        <w:t>4:54  to unhon ne ek bohat hi scientific tareeqa ikhtiyar kiya. yaani ek tha ke woh ja kar poochte ke bhai tum kya karte ho? yeh scientific tareeqa nahi hai.</w:t>
      </w:r>
      <w:r>
        <w:br/>
      </w:r>
      <w:r>
        <w:rPr>
          <w:sz w:val="20"/>
        </w:rPr>
        <w:t>5:08  unhon ne socha ke main teen din is ki zindagi ko dekhunga baghair kahe hue ke main tum ko dekhna chahta hoon. teen din watch karunga aur koi elan nahi karunga ke dekho main tum ko dekhna chahta hoon teen din.</w:t>
      </w:r>
      <w:r>
        <w:br/>
      </w:r>
      <w:r>
        <w:rPr>
          <w:sz w:val="20"/>
        </w:rPr>
        <w:t>5:25  kuch bhi nahi. ek scientific tareeqa. to woh gaya is aadmi ke ghar.</w:t>
      </w:r>
      <w:r>
        <w:br/>
      </w:r>
      <w:r>
        <w:rPr>
          <w:sz w:val="20"/>
        </w:rPr>
        <w:t>5:36  us ne kaha ke main teen din aap ka mehman rahoon ga.</w:t>
      </w:r>
      <w:r>
        <w:br/>
      </w:r>
      <w:r>
        <w:rPr>
          <w:sz w:val="20"/>
        </w:rPr>
        <w:t>5:42  to yeh bhi dekhiye, yeh bhi bohat hikmat ki baat hai. pehle zamaney mein jab ke hotel nahi hua karte the to ek international norm tha.</w:t>
      </w:r>
      <w:r>
        <w:br/>
      </w:r>
      <w:r>
        <w:rPr>
          <w:sz w:val="20"/>
        </w:rPr>
        <w:t>5:54  yaani pre hotel period ka norm. ke aap safar kar rahe hain, kisi gaon mein, kisi basti mein pohanchte hain to aap ka yeh haq mana jata tha kisi ajnabi musafir ka ke woh kisi ke haan jaye to teen din woh is ko thahraye.</w:t>
      </w:r>
      <w:r>
        <w:br/>
      </w:r>
      <w:r>
        <w:rPr>
          <w:sz w:val="20"/>
        </w:rPr>
        <w:t>6:17  yeh pre hotel culture tha us mein aisa hota tha. to woh gaya aur isi riwayat ko us ne istemal karte hue kaha ke main tumhare haan teen din rahoon ga.</w:t>
      </w:r>
      <w:r>
        <w:br/>
      </w:r>
      <w:r>
        <w:rPr>
          <w:sz w:val="20"/>
        </w:rPr>
        <w:t>6:33  us ne kaha ke bohat acha, raho. to woh teen din raha. raat aur din, raat aur din us ko watch karta raha.</w:t>
      </w:r>
      <w:r>
        <w:br/>
      </w:r>
      <w:r>
        <w:rPr>
          <w:sz w:val="20"/>
        </w:rPr>
        <w:t>6:46  to teesre din jab is ka waqt khatam hua aur woh jane laga to woh aadmi jis ke haan woh mehman bana tha,</w:t>
      </w:r>
      <w:r>
        <w:br/>
      </w:r>
      <w:r>
        <w:rPr>
          <w:sz w:val="20"/>
        </w:rPr>
        <w:t>6:59  us ka mehman jo tha, mehman ne poocha ke bhai aap teen din ke liye aaye, koi khaas tum ne baat cheet bhi nahi ki, koi khaas baat maine tum se suni nahi, to tumhara maqsad kya tha qiyam karne ka teen din?</w:t>
      </w:r>
      <w:r>
        <w:br/>
      </w:r>
      <w:r>
        <w:rPr>
          <w:sz w:val="20"/>
        </w:rPr>
        <w:t>7:17  tab us ne bataya ke aisa hua ke rasool Allah ne tumhare bare mein yeh kaha tha ke tum jannati ho, tum mein aaya dekhne ke liye, aur mujhe to kuch samajh mein baat aayi nahi.</w:t>
      </w:r>
      <w:r>
        <w:br/>
      </w:r>
      <w:r>
        <w:rPr>
          <w:sz w:val="20"/>
        </w:rPr>
        <w:t>7:31  kyunke maine aisa nahi paya ke tum raat din ibadat karte ho Khuda ki, ibadat karte ho, tum raat din Quran parhte ho jis ko hum tilawat kehte hain, tum roze rakhte ho, roze karte ho, yeh bhi nahi paya maine.</w:t>
      </w:r>
      <w:r>
        <w:br/>
      </w:r>
      <w:r>
        <w:rPr>
          <w:sz w:val="20"/>
        </w:rPr>
        <w:t>7:51  tum to ek sadharan manish, ek aam aadmi ki tarah rehte ho. is wajah se yeh baat meri samajh mein aayi nahi.</w:t>
      </w:r>
    </w:p>
    <w:p>
      <w:pPr>
        <w:pStyle w:val="Heading2"/>
      </w:pPr>
      <w:r>
        <w:t>give us back our Arabic — the peril of underusing your potential</w:t>
      </w:r>
    </w:p>
    <w:p>
      <w:r>
        <w:rPr>
          <w:color w:val="666666"/>
          <w:sz w:val="18"/>
        </w:rPr>
        <w:t>The Process of Personality Development June 30, 2013 · 2m 29s · at 15:36 · https://youtu.be/CSSFRydcJlo?t=936</w:t>
      </w:r>
    </w:p>
    <w:p>
      <w:r>
        <w:rPr>
          <w:i/>
        </w:rPr>
        <w:t>“Hamare India mein ek bahut bade aalim the, Maulana Abul Hasan Ali”</w:t>
      </w:r>
    </w:p>
    <w:p>
      <w:r>
        <w:rPr>
          <w:sz w:val="20"/>
        </w:rPr>
        <w:t>15:36  hamare India mein ek bohat baray aalim thay, Maulana Abu al-Hasan Ali Nadwi. woh Nawaiyat al-Uloom, Lucknow ka jo bohat bara madrasa hai,</w:t>
      </w:r>
      <w:r>
        <w:br/>
      </w:r>
      <w:r>
        <w:rPr>
          <w:sz w:val="20"/>
        </w:rPr>
        <w:t>15:47  us ke woh nazim thay. to ek waqia mujhe bataya gaya ke ek baar woh Delhi aaye to kuch Nadwi log, jo Nadwa se faraghat kar ke yahan safarat khano mein service kar rahe thay,</w:t>
      </w:r>
      <w:r>
        <w:br/>
      </w:r>
      <w:r>
        <w:rPr>
          <w:sz w:val="20"/>
        </w:rPr>
        <w:t>16:08  kyun ke Nadwa mein dekhiye, Arabi zaban ka likhna bolna sikhaya jata hai. to aise logon ki zaroorat hoti hai safarat khano ko, Arab safarat khano ko.</w:t>
      </w:r>
      <w:r>
        <w:br/>
      </w:r>
      <w:r>
        <w:rPr>
          <w:sz w:val="20"/>
        </w:rPr>
        <w:t>16:20  to unhone yahan aa kar ke koshish ki to un ko Arab safarat khano mein jagah mil gayi.</w:t>
      </w:r>
      <w:r>
        <w:br/>
      </w:r>
      <w:r>
        <w:rPr>
          <w:sz w:val="20"/>
        </w:rPr>
        <w:t>16:26  to Maulana Ali mein kahe jaate the, woh aam taur par to Dilli aaye to woh log un se milne ke liye aaye, jahan woh thehre hue the.</w:t>
      </w:r>
      <w:r>
        <w:br/>
      </w:r>
      <w:r>
        <w:rPr>
          <w:sz w:val="20"/>
        </w:rPr>
        <w:t>16:36  to unhon ne kaha ke tum logon ko hum ne parhaye the, is liye nahi ke tum aa kar safarat khanun mein service karo, kuch bare kaam ke liye parhaya tha.</w:t>
      </w:r>
      <w:r>
        <w:br/>
      </w:r>
      <w:r>
        <w:rPr>
          <w:sz w:val="20"/>
        </w:rPr>
        <w:t>16:45  to unhon ne kaha ke raddu alaina arabiyatna raddu alaina arabiyatna hamari arabi zaban hamein lotao.</w:t>
      </w:r>
      <w:r>
        <w:br/>
      </w:r>
      <w:r>
        <w:rPr>
          <w:sz w:val="20"/>
        </w:rPr>
        <w:t>16:57  hum ne apne idare mein tum ko jo arabi zaban sikhai thi, woh is liye nahi thi ke is ko tum le kar earning animal ban jao, haiwan e kasab ban jao.</w:t>
      </w:r>
      <w:r>
        <w:br/>
      </w:r>
      <w:r>
        <w:rPr>
          <w:sz w:val="20"/>
        </w:rPr>
        <w:t>17:11  nahi, is ke liye deen ke liye istemal karo, kisi bare maqsad ke liye istemal karo.</w:t>
      </w:r>
      <w:r>
        <w:br/>
      </w:r>
      <w:r>
        <w:rPr>
          <w:sz w:val="20"/>
        </w:rPr>
        <w:t>17:17  to is ko le kar jab mein sochta hoon to agar aap dekhiye ke jo log under utilize kar rahe hain apni salahiyaton ko, to Allah taala akhirat mein agar yeh kahe ke mujhe lotao is is cheez ko, mein ne jo diya tum ko,</w:t>
      </w:r>
      <w:r>
        <w:br/>
      </w:r>
      <w:r>
        <w:rPr>
          <w:sz w:val="20"/>
        </w:rPr>
        <w:t>17:34  diya tha bare maqsad ke liye aur tum ne istemal kiya chote maqsad ke liye,</w:t>
      </w:r>
      <w:r>
        <w:br/>
      </w:r>
      <w:r>
        <w:rPr>
          <w:sz w:val="20"/>
        </w:rPr>
        <w:t>17:43  to ek hai azadi ko misuse karna, ek hai apni salahiyaton ko under utilize karna. Yahi do bare jurm hain jis par insan ki</w:t>
      </w:r>
      <w:r>
        <w:br/>
      </w:r>
      <w:r>
        <w:rPr>
          <w:sz w:val="20"/>
        </w:rPr>
        <w:t>17:55  akhirat ki taqdeer ka faisla hota hai. To yeh dono baatein Quran mein batai gayi hain.</w:t>
      </w:r>
    </w:p>
    <w:p>
      <w:pPr>
        <w:pStyle w:val="Heading2"/>
      </w:pPr>
      <w:r>
        <w:t>Not knowing is half of knowledge, teacher's lesson</w:t>
      </w:r>
    </w:p>
    <w:p>
      <w:r>
        <w:rPr>
          <w:color w:val="666666"/>
          <w:sz w:val="18"/>
        </w:rPr>
        <w:t>The Glory Of God 5 February 2006 - Maulana Wahiduddin Khan · 2m 45s · at 1:27:12 · https://youtu.be/Yah55gLyV8I?t=5232</w:t>
      </w:r>
    </w:p>
    <w:p>
      <w:r>
        <w:rPr>
          <w:i/>
        </w:rPr>
        <w:t>“Poori class mein koi bhi nahi bata saka ke onth ke sum kaise hote hain”</w:t>
      </w:r>
    </w:p>
    <w:p>
      <w:r>
        <w:rPr>
          <w:sz w:val="20"/>
        </w:rPr>
        <w:t>1:27:12  hamare class mein jo jo student the shayad 25 student rahe honge koi ek shakhs bhi bata nahi saka yaqeen ke sath ke oont ke sum phate hote hain gaaye ki tarah ya jure hote hain ghode ki tarah.</w:t>
      </w:r>
      <w:r>
        <w:br/>
      </w:r>
      <w:r>
        <w:rPr>
          <w:sz w:val="20"/>
        </w:rPr>
        <w:t>1:27:31  is ke baad unhon ne ek ek bahut important baat kahi. ek arabic saying hai us ko sunaya unhon ne.</w:t>
      </w:r>
      <w:r>
        <w:br/>
      </w:r>
      <w:r>
        <w:rPr>
          <w:sz w:val="20"/>
        </w:rPr>
        <w:t>1:27:41  wo pehli bar suna tha hum ne. wo tha ke la adri nisf al ilm.</w:t>
      </w:r>
      <w:r>
        <w:br/>
      </w:r>
      <w:r>
        <w:rPr>
          <w:sz w:val="20"/>
        </w:rPr>
        <w:t>1:27:50  iska translation hai i don't know is half of the knowledge. yani ye kehna ke main nahi janta ye bhi adha ilm hai.</w:t>
      </w:r>
      <w:r>
        <w:br/>
      </w:r>
      <w:r>
        <w:rPr>
          <w:sz w:val="20"/>
        </w:rPr>
        <w:t>1:28:04  iska matlab kya hai?</w:t>
      </w:r>
      <w:r>
        <w:br/>
      </w:r>
      <w:r>
        <w:rPr>
          <w:sz w:val="20"/>
        </w:rPr>
        <w:t>1:28:07  is ka matlab yeh hai ke jab aap kisi cheez ke baray mein is baat se aagah hon ke aap us ko nahi jantay to aap ke andar spirit of inquiry jaage gi.</w:t>
      </w:r>
      <w:r>
        <w:br/>
      </w:r>
      <w:r>
        <w:rPr>
          <w:sz w:val="20"/>
        </w:rPr>
        <w:t>1:28:20  jaise ke is newton ne dekha ke apple oopar se neeche gira. to is ko is ne yeh discover kiya apne baray mein ke main nahi janta ke apple oopar se neeche kyun aaya.</w:t>
      </w:r>
      <w:r>
        <w:br/>
      </w:r>
      <w:r>
        <w:rPr>
          <w:sz w:val="20"/>
        </w:rPr>
        <w:t>1:28:33  to apne na jannay ko discover kiya.</w:t>
      </w:r>
      <w:r>
        <w:br/>
      </w:r>
      <w:r>
        <w:rPr>
          <w:sz w:val="20"/>
        </w:rPr>
        <w:t>1:28:36  to phir kya hua? is ki wajah ko</w:t>
      </w:r>
      <w:r>
        <w:br/>
      </w:r>
      <w:r>
        <w:rPr>
          <w:sz w:val="20"/>
        </w:rPr>
        <w:t>1:28:42  yeh is ka unawareness jo hai woh ek awareness tak pohanchi. is ne discover kiya ke is ki wajah gravity gravity thi.</w:t>
      </w:r>
      <w:r>
        <w:br/>
      </w:r>
      <w:r>
        <w:rPr>
          <w:sz w:val="20"/>
        </w:rPr>
        <w:t>1:28:52  yani gravity ki discovery kab hui? jab aadmi ko daryaft hua ke main gravity ko nahi janta. to yeh hai la adri nisf al ilm.</w:t>
      </w:r>
      <w:r>
        <w:br/>
      </w:r>
      <w:r>
        <w:rPr>
          <w:sz w:val="20"/>
        </w:rPr>
        <w:t>1:29:02  to jab aadmi apne na jannay ko jaane tabhi woh jananay ki koshish kare ga. yeh bataya unhon ne. to unhon ne kaha ke agar tum yeh jantay ke oont ke sum ke baray mein tum unaware ho.</w:t>
      </w:r>
      <w:r>
        <w:br/>
      </w:r>
      <w:r>
        <w:rPr>
          <w:sz w:val="20"/>
        </w:rPr>
        <w:t>1:29:17  agar tum ko pata hota ke tum ko khabar nahi hai ke oont ka sum kaisa hota hai. to mind mein ek question rehta. ek question bana rehta.</w:t>
      </w:r>
      <w:r>
        <w:br/>
      </w:r>
      <w:r>
        <w:rPr>
          <w:sz w:val="20"/>
        </w:rPr>
        <w:t>1:29:28  to jaise hi dekhte tum oont ko woh question tum ko koi question ko tum recall karte aur phir ghor se dekhte bohat dhyan se aur phir tum discover kar letay.</w:t>
      </w:r>
      <w:r>
        <w:br/>
      </w:r>
      <w:r>
        <w:rPr>
          <w:sz w:val="20"/>
        </w:rPr>
        <w:t>1:29:40  to apne na jannay ko janna bana letay. yeh hai la adri nisf al ilm. ab yeh jo bataya unhon ne to yeh sach poochien to meri isi se mera meri zindagi ka poora course mutayyan ho gaya.</w:t>
      </w:r>
    </w:p>
    <w:p>
      <w:pPr>
        <w:pStyle w:val="Heading2"/>
      </w:pPr>
      <w:r>
        <w:t>the two-point formula for de-stressing your life</w:t>
      </w:r>
    </w:p>
    <w:p>
      <w:r>
        <w:rPr>
          <w:color w:val="666666"/>
          <w:sz w:val="18"/>
        </w:rPr>
        <w:t>Stress and Spirituality January 1, 2012 · 2m 27s · at 39:25 · https://youtu.be/TPhXL9-g6ME?t=2365</w:t>
      </w:r>
    </w:p>
    <w:p>
      <w:r>
        <w:rPr>
          <w:i/>
        </w:rPr>
        <w:t>“Let me give you a two-point formula for de-stressing”</w:t>
      </w:r>
    </w:p>
    <w:p>
      <w:r>
        <w:rPr>
          <w:sz w:val="20"/>
        </w:rPr>
        <w:t>39:25  to sab se pehle cheez hai ke aap jannay ke what is the creation plan of creator. khalq ka mansooba takhleeq kya hai?</w:t>
      </w:r>
      <w:r>
        <w:br/>
      </w:r>
      <w:r>
        <w:rPr>
          <w:sz w:val="20"/>
        </w:rPr>
        <w:t>39:36  phir is se apni koi adjustment dhoondhiye. tab ja kar aap jannay ge ke is ka raaz kya hai. to aam taur par kya hota hai dekhiye.</w:t>
      </w:r>
      <w:r>
        <w:br/>
      </w:r>
      <w:r>
        <w:rPr>
          <w:sz w:val="20"/>
        </w:rPr>
        <w:t>39:49  yani tanav ya stress kis cheez ka naam hai? har aadmi ka case kya hai? ke jo mila hai us par mutmain na hona.</w:t>
      </w:r>
      <w:r>
        <w:br/>
      </w:r>
      <w:r>
        <w:rPr>
          <w:sz w:val="20"/>
        </w:rPr>
        <w:t>40:02  jo mila hai aksar jab bare bare log jo wazir-e-azam aur sadar ke uhde pe hotay hain un ke mutaliq koi parhta hoon main.</w:t>
      </w:r>
      <w:r>
        <w:br/>
      </w:r>
      <w:r>
        <w:rPr>
          <w:sz w:val="20"/>
        </w:rPr>
        <w:t>40:11  aksar log sleeping pills kha ke sote hain. tab un ko neend aati hai.</w:t>
      </w:r>
      <w:r>
        <w:br/>
      </w:r>
      <w:r>
        <w:rPr>
          <w:sz w:val="20"/>
        </w:rPr>
        <w:t>40:22  to kya cheez hai? Creation plan of God jo hai is is se is se waqifiyat ya na hone ki wajah se unhein pata hi nahi ke kya karna hai, kya nahi karna hai.</w:t>
      </w:r>
      <w:r>
        <w:br/>
      </w:r>
      <w:r>
        <w:rPr>
          <w:sz w:val="20"/>
        </w:rPr>
        <w:t>40:33  to main aap ko two point formula batata hoon. de stressing ka two point formula.</w:t>
      </w:r>
      <w:r>
        <w:br/>
      </w:r>
      <w:r>
        <w:rPr>
          <w:sz w:val="20"/>
        </w:rPr>
        <w:t>40:42  dunya mein aap is woh woh thinking develop kijiye apne andar. ke aap God made jo boundaries hain is mein jeene lagain.</w:t>
      </w:r>
      <w:r>
        <w:br/>
      </w:r>
      <w:r>
        <w:rPr>
          <w:sz w:val="20"/>
        </w:rPr>
        <w:t>40:55  man made boundaries mein jeena chhod dein. main Allah ke fazl se yahi daily yahi karta hoon.</w:t>
      </w:r>
      <w:r>
        <w:br/>
      </w:r>
      <w:r>
        <w:rPr>
          <w:sz w:val="20"/>
        </w:rPr>
        <w:t>41:03  main mere office ke samne jo lamba bargha hai rozana wahan aa kar main baith jata hoon. aur phir suraj ko dekhta hoon.</w:t>
      </w:r>
      <w:r>
        <w:br/>
      </w:r>
      <w:r>
        <w:rPr>
          <w:sz w:val="20"/>
        </w:rPr>
        <w:t>41:14  darakhton ko dekhta hoon. aasman ko dekhta hoon. badal ko dekhta hoon. hawaon ko dekhta hoon. aur is mein phir sochta hoon. yani nature mein baith kar sochta hoon main.</w:t>
      </w:r>
      <w:r>
        <w:br/>
      </w:r>
      <w:r>
        <w:rPr>
          <w:sz w:val="20"/>
        </w:rPr>
        <w:t>41:27  nature mein. aur is mein be panah mujhe yani solace milti hai.</w:t>
      </w:r>
      <w:r>
        <w:br/>
      </w:r>
      <w:r>
        <w:rPr>
          <w:sz w:val="20"/>
        </w:rPr>
        <w:t>41:36  be panah.</w:t>
      </w:r>
      <w:r>
        <w:br/>
      </w:r>
      <w:r>
        <w:rPr>
          <w:sz w:val="20"/>
        </w:rPr>
        <w:t>41:41  to ek to yeh hai ke is dunya mein yani is yani maut se pehle ki jo dunya hai wahan aap man made boundaries mein jeena chhod dein.</w:t>
      </w:r>
    </w:p>
    <w:p>
      <w:pPr>
        <w:pStyle w:val="Heading2"/>
      </w:pPr>
      <w:r>
        <w:t>Mind can change direction like a machine</w:t>
      </w:r>
    </w:p>
    <w:p>
      <w:r>
        <w:rPr>
          <w:color w:val="666666"/>
          <w:sz w:val="18"/>
        </w:rPr>
        <w:t>Understanding Islam (In Conversation with Maulana) March 14, 2011 · 1m 31s · at 5:14 · https://youtu.be/OMaWHBc_3XM?t=314</w:t>
      </w:r>
    </w:p>
    <w:p>
      <w:r>
        <w:rPr>
          <w:i/>
        </w:rPr>
        <w:t>“Agar machine within seconds direction change kar sakti hai, to mera mind kyun nahi kar sakta?”</w:t>
      </w:r>
    </w:p>
    <w:p>
      <w:r>
        <w:rPr>
          <w:sz w:val="20"/>
        </w:rPr>
        <w:t>5:14  engine lagaya tha unhon ne. to us ne wheel, jo wheel jo hota hai, flying wheel jo kehte hain, bara sa flying wheel, ek switch dabai unhon ne. to flying wheel chalne laga. within second us ne speed le liya. unhon ne kaha ke dekhiye, abhi main ek aur button dabata hoon. ek aur daba daba. to direction change kar liya. within second phir change kar idhar chalne laga. to jo kaam ek metal kar sakta hai, woh insan ki</w:t>
      </w:r>
      <w:r>
        <w:br/>
      </w:r>
      <w:r>
        <w:rPr>
          <w:sz w:val="20"/>
        </w:rPr>
        <w:t>5:44  وں نہیں کر سکتا؟ ایک مشین جو ہے، یہ کر سکتی ہے کہ within a second اپنی ڈائریکشن</w:t>
      </w:r>
      <w:r>
        <w:br/>
      </w:r>
      <w:r>
        <w:rPr>
          <w:sz w:val="20"/>
        </w:rPr>
        <w:t>5:49  change kar le.</w:t>
      </w:r>
      <w:r>
        <w:br/>
      </w:r>
      <w:r>
        <w:rPr>
          <w:sz w:val="20"/>
        </w:rPr>
        <w:t>5:54  تو انسان تو thousand نہیں، billion times زیادہ powerful ہے انجن سے۔ انجن سے۔</w:t>
      </w:r>
      <w:r>
        <w:br/>
      </w:r>
      <w:r>
        <w:rPr>
          <w:sz w:val="20"/>
        </w:rPr>
        <w:t>5:59  to aap kyun nahin kar sakte? yaad rakhiye, aik engine jo hai, kitna hi bara engine ho, is</w:t>
      </w:r>
      <w:r>
        <w:br/>
      </w:r>
      <w:r>
        <w:rPr>
          <w:sz w:val="20"/>
        </w:rPr>
        <w:t>6:04  سے میرا دماغ billion times زیادہ طاقتور ہے۔</w:t>
      </w:r>
      <w:r>
        <w:br/>
      </w:r>
      <w:r>
        <w:rPr>
          <w:sz w:val="20"/>
        </w:rPr>
        <w:t>6:09  کوئی comparison نہیں ہے ایک ایک ایک ایک mind میں اور</w:t>
      </w:r>
      <w:r>
        <w:br/>
      </w:r>
      <w:r>
        <w:rPr>
          <w:sz w:val="20"/>
        </w:rPr>
        <w:t>6:14  aik engine mein.</w:t>
      </w:r>
      <w:r>
        <w:br/>
      </w:r>
      <w:r>
        <w:rPr>
          <w:sz w:val="20"/>
        </w:rPr>
        <w:t>6:19  تو انجن اگر اپنی ڈائریکشن کو within a second change کر سکتا ہے، تو میرا مائنڈ کیوں نہیں</w:t>
      </w:r>
      <w:r>
        <w:br/>
      </w:r>
      <w:r>
        <w:rPr>
          <w:sz w:val="20"/>
        </w:rPr>
        <w:t>6:25  kar sakta? to thought process ko change karna main bohat se aasan samajhta hoon.</w:t>
      </w:r>
      <w:r>
        <w:br/>
      </w:r>
      <w:r>
        <w:rPr>
          <w:sz w:val="20"/>
        </w:rPr>
        <w:t>6:30  sirf sochne ki baat hai.</w:t>
      </w:r>
      <w:r>
        <w:br/>
      </w:r>
      <w:r>
        <w:rPr>
          <w:sz w:val="20"/>
        </w:rPr>
        <w:t>6:35  art of thinking ki baat hai.</w:t>
      </w:r>
      <w:r>
        <w:br/>
      </w:r>
      <w:r>
        <w:rPr>
          <w:sz w:val="20"/>
        </w:rPr>
        <w:t>6:40  maulana iqbal ahmad umri ne tamil nadu se likha hai: "musalmanon ne ab tak jaan ki qurbani di hai.</w:t>
      </w:r>
    </w:p>
    <w:p>
      <w:pPr>
        <w:pStyle w:val="Heading2"/>
      </w:pPr>
      <w:r>
        <w:t>Focus on hatred not bank job</w:t>
      </w:r>
    </w:p>
    <w:p>
      <w:r>
        <w:rPr>
          <w:color w:val="666666"/>
          <w:sz w:val="18"/>
        </w:rPr>
        <w:t>Love of God, Question and Answer 03 May 2009 · 2m 40s · at 10:14 · https://youtu.be/iwHKsGnU7gg?t=614</w:t>
      </w:r>
    </w:p>
    <w:p>
      <w:r>
        <w:rPr>
          <w:i/>
        </w:rPr>
        <w:t>“سب سے برا کام بینک کی نوکری نہیں ہے”</w:t>
      </w:r>
    </w:p>
    <w:p>
      <w:r>
        <w:rPr>
          <w:sz w:val="20"/>
        </w:rPr>
        <w:t>10:14  This question is from Mr. Muhammad Shoaib Khan bank mein naukri karna kaise hai? yani koi shakhs bank mein naukri karta hai to us ki kamai halaal hogi ya haraam</w:t>
      </w:r>
      <w:r>
        <w:br/>
      </w:r>
      <w:r>
        <w:rPr>
          <w:sz w:val="20"/>
        </w:rPr>
        <w:t>10:29  ? yeh sab bekar ke masle hain. samjhe aap? sab se bura kaam bank ki naukri nahi hai. sab se bura kaam woh hai jo har namazi ke dil mein bhi maujood hai, woh hai nafrat.</w:t>
      </w:r>
      <w:r>
        <w:br/>
      </w:r>
      <w:r>
        <w:rPr>
          <w:sz w:val="20"/>
        </w:rPr>
        <w:t>10:41  yeh ghair qaum hai. sab se buri cheez hai negative thinking, doosre se nafrat karna.</w:t>
      </w:r>
      <w:r>
        <w:br/>
      </w:r>
      <w:r>
        <w:rPr>
          <w:sz w:val="20"/>
        </w:rPr>
        <w:t>10:50  sab se buri cheez hai.</w:t>
      </w:r>
      <w:r>
        <w:br/>
      </w:r>
      <w:r>
        <w:rPr>
          <w:sz w:val="20"/>
        </w:rPr>
        <w:t>10:52  bank ki naukri karna na karna yeh koi kuch bhi nahi. jis mein aap ko rozi mil rahi hai, wahan rozi hasil kijiye. asal cheez jo hai ke aap jhoot na bolen.</w:t>
      </w:r>
      <w:r>
        <w:br/>
      </w:r>
      <w:r>
        <w:rPr>
          <w:sz w:val="20"/>
        </w:rPr>
        <w:t>11:01  jhoot. saare log aaj kal jhoot bolte hain. direct jhoot ya indirect jhoot. main to kisi ko nahi paya jhoot na bolta ho.</w:t>
      </w:r>
      <w:r>
        <w:br/>
      </w:r>
      <w:r>
        <w:rPr>
          <w:sz w:val="20"/>
        </w:rPr>
        <w:t>11:10  tahajjud parhne wale bhi jhoot bolte hain. direct jhoot kam bolenge lekin indirect jhoot sab jhoot bolte hain. jhoot bolna chhodiye.</w:t>
      </w:r>
      <w:r>
        <w:br/>
      </w:r>
      <w:r>
        <w:rPr>
          <w:sz w:val="20"/>
        </w:rPr>
        <w:t>11:20  nafrat chhodiye. aur violence chhodiye. doosron ke liye problem banna chhodiye. hadith mein aata hai, dekhiye ke wallah la yoman wallah la yoman wallah la yoman alladhi la yaman jar bawaf</w:t>
      </w:r>
      <w:r>
        <w:br/>
      </w:r>
      <w:r>
        <w:rPr>
          <w:sz w:val="20"/>
        </w:rPr>
        <w:t>11:37  is hadith ke mutabiq woh shakhs momin nahi hai jo doosre insano ke liye problem bane, nuisance create kare. yeh sab asal masle hain.</w:t>
      </w:r>
      <w:r>
        <w:br/>
      </w:r>
      <w:r>
        <w:rPr>
          <w:sz w:val="20"/>
        </w:rPr>
        <w:t>11:48  woh sab to banawati masle hain. insaan se mohabbat karna seekhiye, insaan ke sath khair khwahi kijiye.</w:t>
      </w:r>
      <w:r>
        <w:br/>
      </w:r>
      <w:r>
        <w:rPr>
          <w:sz w:val="20"/>
        </w:rPr>
        <w:t>11:58  har ek ko apne jaisa samhiye. aur yeh woh</w:t>
      </w:r>
      <w:r>
        <w:br/>
      </w:r>
      <w:r>
        <w:rPr>
          <w:sz w:val="20"/>
        </w:rPr>
        <w:t>12:07  be andekh kansept islam mein nahi hai. be andekh jo kansept hai, islam mein nahi hai. islam mein jo kansept hai, woh sab insaan hain.</w:t>
      </w:r>
      <w:r>
        <w:br/>
      </w:r>
      <w:r>
        <w:rPr>
          <w:sz w:val="20"/>
        </w:rPr>
        <w:t>12:17  jaise hum insaan, waise doosre insaan hain.</w:t>
      </w:r>
      <w:r>
        <w:br/>
      </w:r>
      <w:r>
        <w:rPr>
          <w:sz w:val="20"/>
        </w:rPr>
        <w:t>12:25  This question is from Mr. main is liye in sab baton par main nahi fatwa deta. bank ki mulazmat waghera, yeh shift of emphasis hai.</w:t>
      </w:r>
      <w:r>
        <w:br/>
      </w:r>
      <w:r>
        <w:rPr>
          <w:sz w:val="20"/>
        </w:rPr>
        <w:t>12:38  yani asal mein jahan zor dena chahiye, wahan zor nahi dete log aur kisi aur cheez par zor diye hue hain ke ja ke bank ki jo naukri na kar raha hai, woh bara acha aadmi hai. jo bank ki naukri kar raha hai, woh bura aadmi hai.</w:t>
      </w:r>
      <w:r>
        <w:br/>
      </w:r>
      <w:r>
        <w:rPr>
          <w:sz w:val="20"/>
        </w:rPr>
        <w:t>12:49  yeh hai shift of emphasis. yeh islam mein nahi hai.</w:t>
      </w:r>
    </w:p>
    <w:p>
      <w:pPr>
        <w:pStyle w:val="Heading2"/>
      </w:pPr>
      <w:r>
        <w:t>Second explosion ends in paradise or hell</w:t>
      </w:r>
    </w:p>
    <w:p>
      <w:r>
        <w:rPr>
          <w:color w:val="666666"/>
          <w:sz w:val="18"/>
        </w:rPr>
        <w:t>The Second Empulsion of Man July 18, 2009 · 1m 35s · at 26:31 · https://youtu.be/cr8jHHM-lnw?t=1591</w:t>
      </w:r>
    </w:p>
    <w:p>
      <w:r>
        <w:rPr>
          <w:i/>
        </w:rPr>
        <w:t>“This is the second explosion.”</w:t>
      </w:r>
    </w:p>
    <w:p>
      <w:r>
        <w:rPr>
          <w:sz w:val="20"/>
        </w:rPr>
        <w:t>26:31  this is the second explosion.</w:t>
      </w:r>
      <w:r>
        <w:br/>
      </w:r>
      <w:r>
        <w:rPr>
          <w:sz w:val="20"/>
        </w:rPr>
        <w:t>26:34  after the first explosion, we find this world to live in, but after the second explosion, there is no such world.</w:t>
      </w:r>
      <w:r>
        <w:br/>
      </w:r>
      <w:r>
        <w:rPr>
          <w:sz w:val="20"/>
        </w:rPr>
        <w:t>26:45  after the second explosion,</w:t>
      </w:r>
      <w:r>
        <w:br/>
      </w:r>
      <w:r>
        <w:rPr>
          <w:sz w:val="20"/>
        </w:rPr>
        <w:t>26:49  there are only two, there are two result, either paradise or hell.</w:t>
      </w:r>
      <w:r>
        <w:br/>
      </w:r>
      <w:r>
        <w:rPr>
          <w:sz w:val="20"/>
        </w:rPr>
        <w:t>26:59  account to the quran, ashab al jannah, ashab al nar. so account to the record by angels, god almighty will decide about all men and women.</w:t>
      </w:r>
      <w:r>
        <w:br/>
      </w:r>
      <w:r>
        <w:rPr>
          <w:sz w:val="20"/>
        </w:rPr>
        <w:t>27:18  who is, who is, who is liable to rewarded, who, who, who, will be rewarded paradise.</w:t>
      </w:r>
      <w:r>
        <w:br/>
      </w:r>
      <w:r>
        <w:rPr>
          <w:sz w:val="20"/>
        </w:rPr>
        <w:t>27:28  who are able to to be rewarded paradise, and, and who are, who have failed in this test.</w:t>
      </w:r>
      <w:r>
        <w:br/>
      </w:r>
      <w:r>
        <w:rPr>
          <w:sz w:val="20"/>
        </w:rPr>
        <w:t>27:43  to there are ashab al nar. that too. so after the sure israfel, there is a categorization into categories.</w:t>
      </w:r>
      <w:r>
        <w:br/>
      </w:r>
      <w:r>
        <w:rPr>
          <w:sz w:val="20"/>
        </w:rPr>
        <w:t>27:54  al da human being will be divided in, divided in to two categories: ashab al jannah, ashab al nar, people of paradise, and people of hell.</w:t>
      </w:r>
    </w:p>
    <w:p>
      <w:pPr>
        <w:pStyle w:val="Heading2"/>
      </w:pPr>
      <w:r>
        <w:t>Stoning Jamarat resists Satan</w:t>
      </w:r>
    </w:p>
    <w:p>
      <w:r>
        <w:rPr>
          <w:color w:val="666666"/>
          <w:sz w:val="18"/>
        </w:rPr>
        <w:t>Exploring the Deeper Meaning and Spiritual Significance of Hajj May 18, 2025 · 2m 08s · at 32:49 · https://youtu.be/1MTGv2sJn5I?t=1969</w:t>
      </w:r>
    </w:p>
    <w:p>
      <w:r>
        <w:rPr>
          <w:i/>
        </w:rPr>
        <w:t>“Yeah, actually pilgrims stay at Minna for a few nights to rest”</w:t>
      </w:r>
    </w:p>
    <w:p>
      <w:r>
        <w:rPr>
          <w:sz w:val="20"/>
        </w:rPr>
        <w:t>32:49  So</w:t>
      </w:r>
      <w:r>
        <w:br/>
      </w:r>
      <w:r>
        <w:rPr>
          <w:sz w:val="20"/>
        </w:rPr>
        <w:t>32:50  the act of throwing pebbles at three pillars, which represent Saturn, means whenever Saturn will try to distract you, you will mentally throw pebbles on it.</w:t>
      </w:r>
      <w:r>
        <w:br/>
      </w:r>
      <w:r>
        <w:rPr>
          <w:sz w:val="20"/>
        </w:rPr>
        <w:t>33:06  You will mentally throw pebbles on him. This is not a physical stoning. Saturn is not standing there, but he affects your mind.</w:t>
      </w:r>
      <w:r>
        <w:br/>
      </w:r>
      <w:r>
        <w:rPr>
          <w:sz w:val="20"/>
        </w:rPr>
        <w:t>33:14  So it represents a pilgrim's commitment to resist Saturn's whispers, Saturn's promptings, and distractions.</w:t>
      </w:r>
      <w:r>
        <w:br/>
      </w:r>
      <w:r>
        <w:rPr>
          <w:sz w:val="20"/>
        </w:rPr>
        <w:t>33:23  And it demonstrates readiness to push away Saturn's promptings. So Saturn cannot physically harm you.</w:t>
      </w:r>
      <w:r>
        <w:br/>
      </w:r>
      <w:r>
        <w:rPr>
          <w:sz w:val="20"/>
        </w:rPr>
        <w:t>33:33  He cannot push you or forcefully make you do something wrong. His</w:t>
      </w:r>
      <w:r>
        <w:br/>
      </w:r>
      <w:r>
        <w:rPr>
          <w:sz w:val="20"/>
        </w:rPr>
        <w:t>33:40  power is only in distracting you, diverting you, or implanting wrong ideas in your mind.</w:t>
      </w:r>
      <w:r>
        <w:br/>
      </w:r>
      <w:r>
        <w:rPr>
          <w:sz w:val="20"/>
        </w:rPr>
        <w:t>33:48  So meaning whenever Saturn influences or diverts you, you should immediately understand it and avoid it.</w:t>
      </w:r>
      <w:r>
        <w:br/>
      </w:r>
      <w:r>
        <w:rPr>
          <w:sz w:val="20"/>
        </w:rPr>
        <w:t>33:58  And one should always seek God's help immediately when feeling Saturn's influence, as we can say, "A'udhu billahi mina shaytani rajim, laa hawla wa la quwwata illa billah," or we can say,</w:t>
      </w:r>
      <w:r>
        <w:br/>
      </w:r>
      <w:r>
        <w:rPr>
          <w:sz w:val="20"/>
        </w:rPr>
        <w:t>34:12  "Allahumma inni a'udhu bika min hamazati shayateen, wa a'udhu bika rabbi an yahdurun." So these are some duas which you can always say when you feel that Saturn is putting thoughts in your mind or trying to put negative thoughts.</w:t>
      </w:r>
      <w:r>
        <w:br/>
      </w:r>
      <w:r>
        <w:rPr>
          <w:sz w:val="20"/>
        </w:rPr>
        <w:t>34:32  So these are very helpful. So Rami is not just a ritual, but a symbolic act of inner strength and spiritual alertness, spiritual alertness against Saturn's temptations.</w:t>
      </w:r>
      <w:r>
        <w:br/>
      </w:r>
      <w:r>
        <w:rPr>
          <w:sz w:val="20"/>
        </w:rPr>
        <w:t>34:49  So it serves as a lifelong commitment to staying vigilant against evil influences.</w:t>
      </w:r>
      <w:r>
        <w:br/>
      </w:r>
      <w:r>
        <w:rPr>
          <w:sz w:val="20"/>
        </w:rPr>
        <w:t>34:57  Right.</w:t>
      </w:r>
    </w:p>
    <w:p>
      <w:pPr>
        <w:pStyle w:val="Heading2"/>
      </w:pPr>
      <w:r>
        <w:t>Companion learns the entire religion from one Quran verse</w:t>
      </w:r>
    </w:p>
    <w:p>
      <w:r>
        <w:rPr>
          <w:color w:val="666666"/>
          <w:sz w:val="18"/>
        </w:rPr>
        <w:t>God Oriented Life (English) January 6, 2007 Maulana Wahiduddin Khan · 2m 17s · at 7:10 · https://youtu.be/kjKfha7l8uo?t=430</w:t>
      </w:r>
    </w:p>
    <w:p>
      <w:r>
        <w:rPr>
          <w:i/>
        </w:rPr>
        <w:t>“After some time he came back to the Prophet”</w:t>
      </w:r>
    </w:p>
    <w:p>
      <w:r>
        <w:rPr>
          <w:sz w:val="20"/>
        </w:rPr>
        <w:t>7:10  so after some time he came to the prophet</w:t>
      </w:r>
      <w:r>
        <w:br/>
      </w:r>
      <w:r>
        <w:rPr>
          <w:sz w:val="20"/>
        </w:rPr>
        <w:t>7:15  . prophet asked i said you to live with ali ibn talib and learn your deen. learn your religion.</w:t>
      </w:r>
      <w:r>
        <w:br/>
      </w:r>
      <w:r>
        <w:rPr>
          <w:sz w:val="20"/>
        </w:rPr>
        <w:t>7:25  so why you left him? he said oh i learnt the religion.</w:t>
      </w:r>
      <w:r>
        <w:br/>
      </w:r>
      <w:r>
        <w:rPr>
          <w:sz w:val="20"/>
        </w:rPr>
        <w:t>7:37  the religion of god. deen. so there was no reason to stay.</w:t>
      </w:r>
      <w:r>
        <w:br/>
      </w:r>
      <w:r>
        <w:rPr>
          <w:sz w:val="20"/>
        </w:rPr>
        <w:t>7:46  so i left oh. prophet asked how you learnt deen? he said that ali ibn talib learn me surah al zalzalah.</w:t>
      </w:r>
      <w:r>
        <w:br/>
      </w:r>
      <w:r>
        <w:rPr>
          <w:sz w:val="20"/>
        </w:rPr>
        <w:t>8:02  that is chapter 99 of quran.</w:t>
      </w:r>
      <w:r>
        <w:br/>
      </w:r>
      <w:r>
        <w:rPr>
          <w:sz w:val="20"/>
        </w:rPr>
        <w:t>8:29  then he recited this verse.</w:t>
      </w:r>
      <w:r>
        <w:br/>
      </w:r>
      <w:r>
        <w:rPr>
          <w:sz w:val="20"/>
        </w:rPr>
        <w:t>8:40  it means that</w:t>
      </w:r>
      <w:r>
        <w:br/>
      </w:r>
      <w:r>
        <w:rPr>
          <w:sz w:val="20"/>
        </w:rPr>
        <w:t>8:45  one who has done any good he will see.</w:t>
      </w:r>
      <w:r>
        <w:br/>
      </w:r>
      <w:r>
        <w:rPr>
          <w:sz w:val="20"/>
        </w:rPr>
        <w:t>8:56  one who has done any good he shall see. and one who has dead any evil he shall see.</w:t>
      </w:r>
      <w:r>
        <w:br/>
      </w:r>
      <w:r>
        <w:rPr>
          <w:sz w:val="20"/>
        </w:rPr>
        <w:t>9:07  so that person said that in this verse i learnt the whole deen. everything. prophet asked how?</w:t>
      </w:r>
      <w:r>
        <w:br/>
      </w:r>
      <w:r>
        <w:rPr>
          <w:sz w:val="20"/>
        </w:rPr>
        <w:t>9:17  he said that this verse says that everything in the knowledge of god</w:t>
      </w:r>
    </w:p>
    <w:p>
      <w:pPr>
        <w:pStyle w:val="Heading2"/>
      </w:pPr>
      <w:r>
        <w:t>Islam mislabeled violent, but root word means peace</w:t>
      </w:r>
    </w:p>
    <w:p>
      <w:r>
        <w:rPr>
          <w:color w:val="666666"/>
          <w:sz w:val="18"/>
        </w:rPr>
        <w:t>Islam and Peace, September 18, 2022 · 1m 35s · at 1:03 · https://youtu.be/YtczmIHMnIk?t=63</w:t>
      </w:r>
    </w:p>
    <w:p>
      <w:r>
        <w:rPr>
          <w:i/>
        </w:rPr>
        <w:t>“लोग अक्सर यही समझते हैं कि इस्लाम इज अ रिलीजन ऑफ वायलेंस।”</w:t>
      </w:r>
    </w:p>
    <w:p>
      <w:r>
        <w:rPr>
          <w:sz w:val="20"/>
        </w:rPr>
        <w:t>1:03  Laha. Apa, aaj aap ne bohat hi important subject liya hai, jazaak Allah, Islam and Peace.</w:t>
      </w:r>
      <w:r>
        <w:br/>
      </w:r>
      <w:r>
        <w:rPr>
          <w:sz w:val="20"/>
        </w:rPr>
        <w:t>1:10  Kyunke log aksar yahi samajhte hain ke Islam is a religion of violence and not peace.</w:t>
      </w:r>
      <w:r>
        <w:br/>
      </w:r>
      <w:r>
        <w:rPr>
          <w:sz w:val="20"/>
        </w:rPr>
        <w:t>1:15  aur main yeh bhi share karna chahunga ke main khud yeh samajhta tha ke islam is a religion</w:t>
      </w:r>
      <w:r>
        <w:br/>
      </w:r>
      <w:r>
        <w:rPr>
          <w:sz w:val="20"/>
        </w:rPr>
        <w:t>1:22  of violence, till i met Maulana Wahiduddin Khan sahib 21 years ago.</w:t>
      </w:r>
      <w:r>
        <w:br/>
      </w:r>
      <w:r>
        <w:rPr>
          <w:sz w:val="20"/>
        </w:rPr>
        <w:t>1:26  aur phir jab maine khud islam ko padha, to i discovered that the real aim of islam is</w:t>
      </w:r>
      <w:r>
        <w:br/>
      </w:r>
      <w:r>
        <w:rPr>
          <w:sz w:val="20"/>
        </w:rPr>
        <w:t>1:34  transformation of thinking and bringing about intellectual revolution in the mind of a person based on tauheed, that</w:t>
      </w:r>
      <w:r>
        <w:br/>
      </w:r>
      <w:r>
        <w:rPr>
          <w:sz w:val="20"/>
        </w:rPr>
        <w:t>1:42  is oneness of g</w:t>
      </w:r>
      <w:r>
        <w:br/>
      </w:r>
      <w:r>
        <w:rPr>
          <w:sz w:val="20"/>
        </w:rPr>
        <w:t>1:44  God. To Apa, aaj kai sawaal hum aapse poochhenge, lekin sabse pehla jo sawaal banta hai, woh yahi hai ki root word of Islam kya hai?</w:t>
      </w:r>
      <w:r>
        <w:br/>
      </w:r>
      <w:r>
        <w:rPr>
          <w:sz w:val="20"/>
        </w:rPr>
        <w:t>1:54  Iske baare mein aap hum sabko bataein. Jaise har lafz ka ek root word hota hai, waise hi Islam ka root word jo hai, woh 'Salm' hai.</w:t>
      </w:r>
      <w:r>
        <w:br/>
      </w:r>
      <w:r>
        <w:rPr>
          <w:sz w:val="20"/>
        </w:rPr>
        <w:t>2:03  Salm ke maani hote hain salamati, security, peace. To Islam ke maani mein hi, iske sense mein hi, iske mafhoom mein hi salamati hai.</w:t>
      </w:r>
      <w:r>
        <w:br/>
      </w:r>
      <w:r>
        <w:rPr>
          <w:sz w:val="20"/>
        </w:rPr>
        <w:t>2:16  Lekin yeh bahut hi ajeeb baat hai, jaisa ki aapne farmaya ki aaj hum log jo hain, Islam ko ek religion of violence samajhne lage hain.</w:t>
      </w:r>
      <w:r>
        <w:br/>
      </w:r>
      <w:r>
        <w:rPr>
          <w:sz w:val="20"/>
        </w:rPr>
        <w:t>2:26  To woh interpretation hota hai. Different people interpret every tradition. To isi tarah se Islam ko bhi interpretation mukhtalif diye gaye hain.</w:t>
      </w:r>
    </w:p>
    <w:p>
      <w:pPr>
        <w:pStyle w:val="Heading2"/>
      </w:pPr>
      <w:r>
        <w:t>Zia-ul-Haq's 200 incorruptible men story</w:t>
      </w:r>
    </w:p>
    <w:p>
      <w:r>
        <w:rPr>
          <w:color w:val="666666"/>
          <w:sz w:val="18"/>
        </w:rPr>
        <w:t>The Philosophy of Creation 16 Oct 2011 · 1m 31s · at 46:33 · https://youtu.be/Bp5C5jpFz-o?t=2793</w:t>
      </w:r>
    </w:p>
    <w:p>
      <w:r>
        <w:rPr>
          <w:i/>
        </w:rPr>
        <w:t>“Zia-ul-Haq ne ulama se kaha: mujhe 200 aise aadmi do”</w:t>
      </w:r>
    </w:p>
    <w:p>
      <w:r>
        <w:rPr>
          <w:sz w:val="20"/>
        </w:rPr>
        <w:t>46:33  individual ko badalna yeh hamara nishana hai. log bar bar is ka tajurba karte hain, phir bhi sabak nahi lete. misal ke taur par dekhiye, mein ne ek martaba parha tha ke zamana Pakistan mein Zia ul Haq sahib sadar thay,</w:t>
      </w:r>
      <w:r>
        <w:br/>
      </w:r>
      <w:r>
        <w:rPr>
          <w:sz w:val="20"/>
        </w:rPr>
        <w:t>46:50  to ulma un ke paas gaye, kaha ke aap Islam pasand hain, aap Islam ki baatein karte hain, to Pakistan mein Islami nizam nafiz kijiye.</w:t>
      </w:r>
      <w:r>
        <w:br/>
      </w:r>
      <w:r>
        <w:rPr>
          <w:sz w:val="20"/>
        </w:rPr>
        <w:t>47:02  to Zia ul Haq sahib ne ulma se kaha ke theek hai, aap log mujhe do sau aadmi dijiye, aise jo purchasable na hon, purchasable na hon, jin ko kharida na ja sake, to mein kar doon ga naaf</w:t>
      </w:r>
      <w:r>
        <w:br/>
      </w:r>
      <w:r>
        <w:rPr>
          <w:sz w:val="20"/>
        </w:rPr>
        <w:t>47:18  dh. to ulma ne kaha ke hum kahan se layein? to Zia ul Haq sahib kaha, mein kahan se laoon? tumhare paas masjidain hain, madaris hain, tumhare paas nahi do sau aadmi aise, to mein kahan se laoon ga?</w:t>
      </w:r>
      <w:r>
        <w:br/>
      </w:r>
      <w:r>
        <w:rPr>
          <w:sz w:val="20"/>
        </w:rPr>
        <w:t>47:31  to dekhiye, fard jo hai, koi bhi positive natija ya kisi bhi qism ka natija, fard is ke peeche hota hai, fard peeche hota</w:t>
      </w:r>
      <w:r>
        <w:br/>
      </w:r>
      <w:r>
        <w:rPr>
          <w:sz w:val="20"/>
        </w:rPr>
        <w:t>47:41  hai. phir to jo log bari bari bheed akatha karte hain aur bare bare, jis ko mein kaha karta hoon, stage activism, stage activism chalate hain, woh hamesha be, yaani koi result koi nahi bata sakta aaj tak is ka.</w:t>
      </w:r>
    </w:p>
    <w:p>
      <w:pPr>
        <w:pStyle w:val="Heading2"/>
      </w:pPr>
      <w:r>
        <w:t>Maulana's shocking experience: all humanity confused, Muslim and non-Muslim</w:t>
      </w:r>
    </w:p>
    <w:p>
      <w:r>
        <w:rPr>
          <w:color w:val="666666"/>
          <w:sz w:val="18"/>
        </w:rPr>
        <w:t>Process of Intellectual Development March 23, 2008 · 1m 27s · at 1:26 · https://youtu.be/nrFnOc8C9JM?t=86</w:t>
      </w:r>
    </w:p>
    <w:p>
      <w:r>
        <w:rPr>
          <w:i/>
        </w:rPr>
        <w:t>“Meri zindagi ka sabse bada shocking experience yeh hai”</w:t>
      </w:r>
    </w:p>
    <w:p>
      <w:r>
        <w:rPr>
          <w:sz w:val="20"/>
        </w:rPr>
        <w:t>1:26  to meri zindagi ka shocking experience yeh hai</w:t>
      </w:r>
      <w:r>
        <w:br/>
      </w:r>
      <w:r>
        <w:rPr>
          <w:sz w:val="20"/>
        </w:rPr>
        <w:t>1:33  keh mein ne paya keh dunya ke tamam log confusion mein jee rahe hain. Sabhi log, Muslim bhi aur non Muslim bhi.</w:t>
      </w:r>
      <w:r>
        <w:br/>
      </w:r>
      <w:r>
        <w:rPr>
          <w:sz w:val="20"/>
        </w:rPr>
        <w:t>1:47  Dekhein, jo bilkul technical type ke subject hote hain, jaise poocha jaye keh do aur do kitna hua? To aap kahengay chaar.</w:t>
      </w:r>
      <w:r>
        <w:br/>
      </w:r>
      <w:r>
        <w:rPr>
          <w:sz w:val="20"/>
        </w:rPr>
        <w:t>1:58  Chaar chaar kitna hua? To aap kahengay aath.</w:t>
      </w:r>
      <w:r>
        <w:br/>
      </w:r>
      <w:r>
        <w:rPr>
          <w:sz w:val="20"/>
        </w:rPr>
        <w:t>2:02  Is tarah ki cheezon mein to log confusion mein nahi hote hain. Lekin jo bhi intellectual subject hain, jo fikri mozuat hain,</w:t>
      </w:r>
      <w:r>
        <w:br/>
      </w:r>
      <w:r>
        <w:rPr>
          <w:sz w:val="20"/>
        </w:rPr>
        <w:t>2:16  in mein saare hi log, one to all, confusion mein mubtala hain. Muslim bhi aur non Muslim bhi. Muslim leader bhi aur non Muslim leader bhi.</w:t>
      </w:r>
      <w:r>
        <w:br/>
      </w:r>
      <w:r>
        <w:rPr>
          <w:sz w:val="20"/>
        </w:rPr>
        <w:t>2:28  Dekhein, mein bol raha hoon un logon ke baray mein jo educated hote hain, jo logon ko lead dete hain, jo press mein atay hain.</w:t>
      </w:r>
      <w:r>
        <w:br/>
      </w:r>
      <w:r>
        <w:rPr>
          <w:sz w:val="20"/>
        </w:rPr>
        <w:t>2:40  Aisay mein koi mein exception nahi paya, sab confusion mein. Yeh meri zindagi ka sab se zyada shocking experience hai.</w:t>
      </w:r>
    </w:p>
    <w:p>
      <w:pPr>
        <w:pStyle w:val="Heading2"/>
      </w:pPr>
      <w:r>
        <w:t>Quran says 'follow' justice, not 'establish' it</w:t>
      </w:r>
    </w:p>
    <w:p>
      <w:r>
        <w:rPr>
          <w:color w:val="666666"/>
          <w:sz w:val="18"/>
        </w:rPr>
        <w:t>The Lesson of History September 21, 2014 · 1m 52s · at 1:01:47 · https://youtu.be/aMVHLKMkhcQ?t=3707</w:t>
      </w:r>
    </w:p>
    <w:p>
      <w:r>
        <w:rPr>
          <w:i/>
        </w:rPr>
        <w:t>“Ideal system toh kahin bhi nahi hai”</w:t>
      </w:r>
    </w:p>
    <w:p>
      <w:r>
        <w:rPr>
          <w:sz w:val="20"/>
        </w:rPr>
        <w:t>1:01:46  wh</w:t>
      </w:r>
      <w:r>
        <w:br/>
      </w:r>
      <w:r>
        <w:rPr>
          <w:sz w:val="20"/>
        </w:rPr>
        <w:t>1:01:47  at is your comment on this? dekhen, ideal system to kahin bhi nahi hai. america mein bhi nahi hai, Europe mein bhi nahi hai. kisi bhi country mein ideal system nahi hai.</w:t>
      </w:r>
      <w:r>
        <w:br/>
      </w:r>
      <w:r>
        <w:rPr>
          <w:sz w:val="20"/>
        </w:rPr>
        <w:t>1:02:01  har jagah less than ideal hai. ke jahan tak islam ka taluq hai to main yeh kahunga ke yeh bilkul mubtadiyana tasawwur hai ke adl ko qaim karo.</w:t>
      </w:r>
      <w:r>
        <w:br/>
      </w:r>
      <w:r>
        <w:rPr>
          <w:sz w:val="20"/>
        </w:rPr>
        <w:t>1:02:14  quran ka tasawwur hai ke adl ko follow karo.</w:t>
      </w:r>
      <w:r>
        <w:br/>
      </w:r>
      <w:r>
        <w:rPr>
          <w:sz w:val="20"/>
        </w:rPr>
        <w:t>1:02:17  quran mein dekhen hai li yaqoom un naasu bil qist ta ke log qist ki pairvi karen. adlu adl ki pairvi karo.</w:t>
      </w:r>
      <w:r>
        <w:br/>
      </w:r>
      <w:r>
        <w:rPr>
          <w:sz w:val="20"/>
        </w:rPr>
        <w:t>1:02:29  kahin bhi sare quran mein nahi ke adl ka nizam qaim karo. dunya mein adl ka nizam qaim karo. dunya mein adl ki hukumat qaim karo.</w:t>
      </w:r>
      <w:r>
        <w:br/>
      </w:r>
      <w:r>
        <w:rPr>
          <w:sz w:val="20"/>
        </w:rPr>
        <w:t>1:02:39  yeh bilkul hi is ka alien hai quran majeed mein yeh baat. saara fasaad isi se paida hua hai ke musalmanon ko bataya gaya ke tumhara kaam hai ke tum dunya mein adl ki hukoomat qaim karo.</w:t>
      </w:r>
      <w:r>
        <w:br/>
      </w:r>
      <w:r>
        <w:rPr>
          <w:sz w:val="20"/>
        </w:rPr>
        <w:t>1:02:52  ab lar rahe hain log, lar rahe hain log. yeh islami tasawwur nahi hai. islam ka tasawwur yeh hai ke adl ko follow karo, justice ko follow karo, qist ko follow karo.</w:t>
      </w:r>
      <w:r>
        <w:br/>
      </w:r>
      <w:r>
        <w:rPr>
          <w:sz w:val="20"/>
        </w:rPr>
        <w:t>1:03:04  itni bari tehreek arab mein hai justice party, justice ko qaim karne ke liye. woh saari ki saari mubtadiyana hai. islam se is ka koi talluq nahi hai.</w:t>
      </w:r>
      <w:r>
        <w:br/>
      </w:r>
      <w:r>
        <w:rPr>
          <w:sz w:val="20"/>
        </w:rPr>
        <w:t>1:03:16  koi talluq nahi hai. koi bhi ayat aap nahi bata sakte quran majeed mein jahan yeh bataya gaya ke aye musalmano, tumhara farz hai ke tum adl ka nizam qaim karo.</w:t>
      </w:r>
      <w:r>
        <w:br/>
      </w:r>
      <w:r>
        <w:rPr>
          <w:sz w:val="20"/>
        </w:rPr>
        <w:t>1:03:28  jitni ayatein hain is mein aik aye musalmano, tum ko chahiye ke tum adl ki pairwi karo, adl ko follow karo.</w:t>
      </w:r>
    </w:p>
    <w:p>
      <w:pPr>
        <w:pStyle w:val="Heading2"/>
      </w:pPr>
      <w:r>
        <w:t>Intellectual sacrifice requires concentration</w:t>
      </w:r>
    </w:p>
    <w:p>
      <w:r>
        <w:rPr>
          <w:color w:val="666666"/>
          <w:sz w:val="18"/>
        </w:rPr>
        <w:t>From the Spiritual Tree | October 29, 2006 | Maulana Wahiduddin Khan · 3m 30s · at 21:49 · https://youtu.be/gNrHrum_e_U?t=1309</w:t>
      </w:r>
    </w:p>
    <w:p>
      <w:r>
        <w:rPr>
          <w:i/>
        </w:rPr>
        <w:t>“yeh hai intellectual sacrifice, concentration”</w:t>
      </w:r>
    </w:p>
    <w:p>
      <w:r>
        <w:rPr>
          <w:sz w:val="20"/>
        </w:rPr>
        <w:t>21:58  sacrifice. Intellectual sacrifice kya hai? Isko main ek lafz mein kahunga ke concentration. Concentration. Duniya mein bahut sari cheezein hain jo aap ko distract karti hain, har waqt apni taraf kheenchti rehti hain. To aap ko</w:t>
      </w:r>
      <w:r>
        <w:br/>
      </w:r>
      <w:r>
        <w:rPr>
          <w:sz w:val="20"/>
        </w:rPr>
        <w:t>22:17  bahut zyada sacrifice karna padta hai distraction se apne ko bachane ke liye. Bahut zyada. Aap ka focus jo hai hamesha bana rahe Khuda ke upar, Khuda ki blessing ke upar, Khuda ki glory ke upar. Yeh is se bhi zyada mushkil kaam hai.</w:t>
      </w:r>
      <w:r>
        <w:br/>
      </w:r>
      <w:r>
        <w:rPr>
          <w:sz w:val="20"/>
        </w:rPr>
        <w:t>22:36  Aisa nahi ke is zamane mein agar religious persecution nahi hai to mamla aasan ho gaya. Aasan nahi ho gaya. Har lamha aap ko ek nayi sacrifice karna hai. Materialism ka charm hai, consumerism ka charm hai, popularity ka charm hai,</w:t>
      </w:r>
      <w:r>
        <w:br/>
      </w:r>
      <w:r>
        <w:rPr>
          <w:sz w:val="20"/>
        </w:rPr>
        <w:t>22:55  aur fame ka charm hai, luxury ka charm hai, comfort ka charm hai. Itne sare naye charm aa gaye hain ke iske woh aap ko kheenchate hain apni taraf. Is se apne ko nikalna, apne ko detach karna, bahut hi mushkil kaam hai. Jab tak</w:t>
      </w:r>
      <w:r>
        <w:br/>
      </w:r>
      <w:r>
        <w:rPr>
          <w:sz w:val="20"/>
        </w:rPr>
        <w:t>23:14  aap is se aap detach na karein apne aap ko, kabhi bhi aap yeh naya jo level hai realization ka, woh aap nahi pa sakte. To wahan sacrifice thi physical sense mein. Yahan par sacrifice hai, yahan bhi agarche yeh sacrifice hai intellectual sense mein. Misal</w:t>
      </w:r>
      <w:r>
        <w:br/>
      </w:r>
      <w:r>
        <w:rPr>
          <w:sz w:val="20"/>
        </w:rPr>
        <w:t>23:35  ke taur par main apne bare mein batata hoon. Har din main kai baar logon se kehta hoon, "Kai was wrong, you are right, I am wrong." Abhi aaj hi sham ko maine kaha kisi se, "You are right, I am wrong." Kyun main aisa kehta hoon? Iska matlab nahi ke main galat hi galat hoon bilkul. Yeh matlab nahi hai. Yeh</w:t>
      </w:r>
      <w:r>
        <w:br/>
      </w:r>
      <w:r>
        <w:rPr>
          <w:sz w:val="20"/>
        </w:rPr>
        <w:t>23:54  jante hue ke main sahi hoon, main kehta hoon, "I was wrong." 99 percent aisa hota hai ke main janta hoon ke main jo baat keh raha hoon, kaha maine, woh theek kaha maine. Phir bhi main keh deta hoon ke "I was wrong." Kyun? Negative thought ka ek particle bhi apne mind mein rakhna nahi chahta main.</w:t>
      </w:r>
      <w:r>
        <w:br/>
      </w:r>
      <w:r>
        <w:rPr>
          <w:sz w:val="20"/>
        </w:rPr>
        <w:t>24:13  Jaldi se khatam karta hoon is baat ko. Kisi se maine ek baat kahi, ab is se argument ho gaya, aur wahan par thoda negative thought mere andar aa gaya ke dekho yeh baat manta nahi aadmi. To meri, mere andar bhi ana hai, mere andar bhi ego hai, woh touch hua. To</w:t>
      </w:r>
      <w:r>
        <w:br/>
      </w:r>
      <w:r>
        <w:rPr>
          <w:sz w:val="20"/>
        </w:rPr>
        <w:t>24:33  yeh sawal nahi hai ke galat kaun hai, sahi kaun hai. Yeh sawal hai ke is se ek negative thought aa gaya. To apne aap ko is negativity se bachane ke liye main kehta hoon, "Kai was wrong, you are right." Yeh ek sacrifice mujhe deni padti hai rozana. Is</w:t>
      </w:r>
      <w:r>
        <w:br/>
      </w:r>
      <w:r>
        <w:rPr>
          <w:sz w:val="20"/>
        </w:rPr>
        <w:t>24:51  tarike se tarah tarah ke comfort, tarah tarah ki luxury, tarah tarah ke material charm, aur consumerism, aur fame, aur duniya bhar ki cheezein har waqt kheenchti hain. Mujhe khud bhi kheenchti hain, har subah sham kheenchti hain. Main</w:t>
      </w:r>
      <w:r>
        <w:br/>
      </w:r>
      <w:r>
        <w:rPr>
          <w:sz w:val="20"/>
        </w:rPr>
        <w:t>25:10  to apne bare mein ek, is se pehle maine bataya tha aap ko ke yeh sher main padhta rehta hoon aksar ke "Meri hawas ko aish do alam bhi tha qubool, tera karam ke tu ne diya dil dukha hua." Yeh sari duniya ka sara aish mujhe chahiye tha, lekin</w:t>
      </w:r>
    </w:p>
    <w:p>
      <w:pPr>
        <w:pStyle w:val="Heading2"/>
      </w:pPr>
      <w:r>
        <w:t>Bertrand Russell's insincerity kept him from truth</w:t>
      </w:r>
    </w:p>
    <w:p>
      <w:r>
        <w:rPr>
          <w:color w:val="666666"/>
          <w:sz w:val="18"/>
        </w:rPr>
        <w:t>The Importance of Religion for Man (English) May 29, 2009 Maulana Wahiduddin Khan · 1m 30s · at 32:51 · https://youtu.be/NcPRIpffwc0?t=1971</w:t>
      </w:r>
    </w:p>
    <w:p>
      <w:r>
        <w:rPr>
          <w:i/>
        </w:rPr>
        <w:t>“I can cite the example of Bertrand Russell”</w:t>
      </w:r>
    </w:p>
    <w:p>
      <w:r>
        <w:rPr>
          <w:sz w:val="20"/>
        </w:rPr>
        <w:t>32:51  This, this second option of study, of studying everything in one zone, I don't find it a good option, because there are so many great scholars.</w:t>
      </w:r>
      <w:r>
        <w:br/>
      </w:r>
      <w:r>
        <w:rPr>
          <w:sz w:val="20"/>
        </w:rPr>
        <w:t>33:06  I can cite the example of Bertrand Russell, who are studied, more, much, much more than, than other, other of his contemporaries.</w:t>
      </w:r>
      <w:r>
        <w:br/>
      </w:r>
      <w:r>
        <w:rPr>
          <w:sz w:val="20"/>
        </w:rPr>
        <w:t>33:17  But his thoughts are not clear. So, I think this clarity of thought is something else. It doesn't come just because of studying all the disciplines.</w:t>
      </w:r>
      <w:r>
        <w:br/>
      </w:r>
      <w:r>
        <w:rPr>
          <w:sz w:val="20"/>
        </w:rPr>
        <w:t>33:31  yes, I study many books written by Burton. Sir, my finding was that Burton was not, yani very, very censor person.</w:t>
      </w:r>
      <w:r>
        <w:br/>
      </w:r>
      <w:r>
        <w:rPr>
          <w:sz w:val="20"/>
        </w:rPr>
        <w:t>33:50  i doubt about sincerity. i have some concrete example about, about this statement</w:t>
      </w:r>
      <w:r>
        <w:br/>
      </w:r>
      <w:r>
        <w:rPr>
          <w:sz w:val="20"/>
        </w:rPr>
        <w:t>34:01  . so, as he was not, yani very, very sincere, so he failed to find the truth.</w:t>
      </w:r>
      <w:r>
        <w:br/>
      </w:r>
      <w:r>
        <w:rPr>
          <w:sz w:val="20"/>
        </w:rPr>
        <w:t>34:12  otherwise, he was very learned person, he was very intelligent person. but due to insincerity, he failed to find the truth.</w:t>
      </w:r>
    </w:p>
    <w:p>
      <w:pPr>
        <w:pStyle w:val="Heading2"/>
      </w:pPr>
      <w:r>
        <w:t>This world is an exam hall, not a comfortable home</w:t>
      </w:r>
    </w:p>
    <w:p>
      <w:r>
        <w:rPr>
          <w:color w:val="666666"/>
          <w:sz w:val="18"/>
        </w:rPr>
        <w:t>The Divine Purpose Behind Human Creation October 6, 2024 · 1m 18s · at 1:07:59 · https://youtu.be/VepgdrN7M2A?t=4079</w:t>
      </w:r>
    </w:p>
    <w:p>
      <w:r>
        <w:rPr>
          <w:i/>
        </w:rPr>
        <w:t>“Think of this world like an exam hall you sit in”</w:t>
      </w:r>
    </w:p>
    <w:p>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p>
    <w:p>
      <w:pPr>
        <w:pStyle w:val="Heading2"/>
      </w:pPr>
      <w:r>
        <w:t>Prophet revised battle strategy after the Uhud defeat</w:t>
      </w:r>
    </w:p>
    <w:p>
      <w:r>
        <w:rPr>
          <w:color w:val="666666"/>
          <w:sz w:val="18"/>
        </w:rPr>
        <w:t>The Problem of Conditioning April 22, 2012 · 2m 29s · at 36:18 · https://youtu.be/j-kJQzOz46g?t=2178</w:t>
      </w:r>
    </w:p>
    <w:p>
      <w:r>
        <w:rPr>
          <w:i/>
        </w:rPr>
        <w:t>“Ahad ke moqe par khabar mili ke Makkah ke sardar aa rahe hain”</w:t>
      </w:r>
    </w:p>
    <w:p>
      <w:r>
        <w:rPr>
          <w:sz w:val="20"/>
        </w:rPr>
        <w:t>36:18  dekhiye, mein yahan par aik misaal dena chahta hoon. ijtamai zindagi mein muhasbay ki misaal.</w:t>
      </w:r>
      <w:r>
        <w:br/>
      </w:r>
      <w:r>
        <w:rPr>
          <w:sz w:val="20"/>
        </w:rPr>
        <w:t>36:27  rasool Allah sal Allah alayhi wasallam ne</w:t>
      </w:r>
      <w:r>
        <w:br/>
      </w:r>
      <w:r>
        <w:rPr>
          <w:sz w:val="20"/>
        </w:rPr>
        <w:t>36:32  uhud ke mauqa par, uhud ke mauqa par khabar mili ke makkah ke sardar aik bari fauj le kar ke aa rahay hain madinay par hamla karne ke liye.</w:t>
      </w:r>
      <w:r>
        <w:br/>
      </w:r>
      <w:r>
        <w:rPr>
          <w:sz w:val="20"/>
        </w:rPr>
        <w:t>36:48  to aap ne faisla kiya ke bahar nikal ke maq</w:t>
      </w:r>
      <w:r>
        <w:br/>
      </w:r>
      <w:r>
        <w:rPr>
          <w:sz w:val="20"/>
        </w:rPr>
        <w:t>36:55  able karen, uhud pahaar ke paas aap gaye sahaba ko le kar. to wahan par kuch log thay, woh kehtay thay ke madinay ki tareekh yeh batati hai ke yahan par jab hum madinay mein reh kar muqabla karte hain to hum dushman par kamyab hotay hain, aur bahar nikaltay hain to hum nakam hotay hain.</w:t>
      </w:r>
      <w:r>
        <w:br/>
      </w:r>
      <w:r>
        <w:rPr>
          <w:sz w:val="20"/>
        </w:rPr>
        <w:t>37:16  lekin nojawan sahaba ka zor tha ke nahi, hum bahar nikal kar laren gay.</w:t>
      </w:r>
      <w:r>
        <w:br/>
      </w:r>
      <w:r>
        <w:rPr>
          <w:sz w:val="20"/>
        </w:rPr>
        <w:t>37:22  chunanbay rasool Allah sal Allah alayhi wasallam uhud ke mauqa par shahar se bahar nikal kar ke wahan pohanchay jahan uhud pahaar hai, aur wahan par larai hui.</w:t>
      </w:r>
      <w:r>
        <w:br/>
      </w:r>
      <w:r>
        <w:rPr>
          <w:sz w:val="20"/>
        </w:rPr>
        <w:t>37:35  aap jantay hain, uhud ke mamlay mein zabardast shikast hui. bohat se sahaba is mein halak ho gaye.</w:t>
      </w:r>
      <w:r>
        <w:br/>
      </w:r>
      <w:r>
        <w:rPr>
          <w:sz w:val="20"/>
        </w:rPr>
        <w:t>37:47  is ka mani ke yeh strategy jo thi ke madine se bahir ja kar ke muqabla kiya jaye, yeh strategy qabil nazar sani ho gayi. Chunancha is ke baad jab agla moqa aya ke yeh khabar mili ke woh dobara aa rahe hain hamla karne ke liye, yani ghazwa-e-khandaq ke moqa par,</w:t>
      </w:r>
      <w:r>
        <w:br/>
      </w:r>
      <w:r>
        <w:rPr>
          <w:sz w:val="20"/>
        </w:rPr>
        <w:t>38:06  to aap ne dekhiye, is ko nahi dohraya ke madine se bahir ja kar muqabla karen.</w:t>
      </w:r>
      <w:r>
        <w:br/>
      </w:r>
      <w:r>
        <w:rPr>
          <w:sz w:val="20"/>
        </w:rPr>
        <w:t>38:12  yani khabar mil chuki thi ke woh log aa rahe hain barah hazar ka lashkar le kar ke, magar aap madine se nikal ke bahir nahi gaye. Madine mein reh kar ke aap ne khandaq khodi ke agar woh log ayenge, madine mein ghusenge to yahin hum muqabla karenge, yahin ladenge un se.</w:t>
      </w:r>
      <w:r>
        <w:br/>
      </w:r>
      <w:r>
        <w:rPr>
          <w:sz w:val="20"/>
        </w:rPr>
        <w:t>38:31  Chunancha is mein jeet hui, ghazwa-e-khandaq mein jeet hui.</w:t>
      </w:r>
      <w:r>
        <w:br/>
      </w:r>
      <w:r>
        <w:rPr>
          <w:sz w:val="20"/>
        </w:rPr>
        <w:t>38:35  To yeh hai revise karna, re-assess karna, nazar sani karna ke pehle aap ne madine se bahir nikal ke muqabla kiya tha, lekin is mein bohat nuqsan hua.</w:t>
      </w:r>
    </w:p>
    <w:p>
      <w:pPr>
        <w:pStyle w:val="Heading2"/>
      </w:pPr>
      <w:r>
        <w:t>Finding God is a felt experience, not dry belief</w:t>
      </w:r>
    </w:p>
    <w:p>
      <w:r>
        <w:rPr>
          <w:color w:val="666666"/>
          <w:sz w:val="18"/>
        </w:rPr>
        <w:t>Bagh-E-Jannat Book by Maulana Wahiduddin Khan · 2m 17s · at 2:58 · https://youtu.be/TN4ioE6LMDA?t=178</w:t>
      </w:r>
    </w:p>
    <w:p>
      <w:r>
        <w:rPr>
          <w:i/>
        </w:rPr>
        <w:t>“Khuda har qisam ki khoobiyon ka khazana hai”</w:t>
      </w:r>
    </w:p>
    <w:p>
      <w:r>
        <w:rPr>
          <w:sz w:val="20"/>
        </w:rPr>
        <w:t>2:58  khuda ko manna: kitaab "baagh-e-jannat", safha number 4. khuda har qism ki khubiyon ka khazana hai.</w:t>
      </w:r>
      <w:r>
        <w:br/>
      </w:r>
      <w:r>
        <w:rPr>
          <w:sz w:val="20"/>
        </w:rPr>
        <w:t>3:11  uski qudrat kahin roshni ki surat mein zahir ho rahi hai aur kahin hararat ki surat mein. kahin woh madde ko hariyali mein tabdeel kar raha hai aur kahin pani ki rawani mein.</w:t>
      </w:r>
      <w:r>
        <w:br/>
      </w:r>
      <w:r>
        <w:rPr>
          <w:sz w:val="20"/>
        </w:rPr>
        <w:t>3:24  kahin woh rang ki surat mein apna jalwa dikha raha hai aur kahin maze aur khushbu ki surat mein. kahin us ki qudrat se harkat ke karishme zahir ho rahe hain aur kahin kashish ke karishme.</w:t>
      </w:r>
      <w:r>
        <w:br/>
      </w:r>
      <w:r>
        <w:rPr>
          <w:sz w:val="20"/>
        </w:rPr>
        <w:t>3:38  aise kamalat wale khuda ko paana ek khushk aqeeday ko paana nahin ho sakta.</w:t>
      </w:r>
      <w:r>
        <w:br/>
      </w:r>
      <w:r>
        <w:rPr>
          <w:sz w:val="20"/>
        </w:rPr>
        <w:t>3:45  aise khuda ko paana yeh hai ke aadmi ki rooh ek ata roshni se jagmaga uthe, woh us ke qalb ke liye lutf o lazzat ban jae.</w:t>
      </w:r>
      <w:r>
        <w:br/>
      </w:r>
      <w:r>
        <w:rPr>
          <w:sz w:val="20"/>
        </w:rPr>
        <w:t>3:56  aadmi ek achha phal khata hai to baagh baagh ho jata hai, woh ek lateef naghma sunta hai to hamatan wajd mein aa jata hai.</w:t>
      </w:r>
      <w:r>
        <w:br/>
      </w:r>
      <w:r>
        <w:rPr>
          <w:sz w:val="20"/>
        </w:rPr>
        <w:t>4:06  phir khuda jo sari khubiyon ka sar chashma hai, uska paana kya kisi ko be qaraar nahin karega?</w:t>
      </w:r>
      <w:r>
        <w:br/>
      </w:r>
      <w:r>
        <w:rPr>
          <w:sz w:val="20"/>
        </w:rPr>
        <w:t>4:14  khuda ko paana yeh hai ke woh ek khushbu ho jis se aadmi ka shama mu'attar ho jae, woh ek maza ho jis se uska zaeqa lutaf paaye, woh ek husn ho jo us ki basarat ko ek hairat nak nazaare mein mahw kar de, woh ek tarannum ho jo us ke sami ko aisi lazzat de jis se woh kabhi sair na ho.</w:t>
      </w:r>
      <w:r>
        <w:br/>
      </w:r>
      <w:r>
        <w:rPr>
          <w:sz w:val="20"/>
        </w:rPr>
        <w:t>4:44  haqeeqat yeh hai ke jis khuda ne yeh tamam khubiyan paida ki hain, woh khud un khubiyon ka sab se bara khazana hai.</w:t>
      </w:r>
      <w:r>
        <w:br/>
      </w:r>
      <w:r>
        <w:rPr>
          <w:sz w:val="20"/>
        </w:rPr>
        <w:t>4:53  kisi ko khuda ki qurbat milna darasal is ka jannat mein pohnch jana hai. yeh aisa hi hai jaisay koi shakhs rang aur khushbu ke abadi chamanistan mein ja base, jaisay woh aik paikar-e-noor ke paros mein pohnch jae.</w:t>
      </w:r>
    </w:p>
    <w:p>
      <w:pPr>
        <w:pStyle w:val="Heading2"/>
      </w:pPr>
      <w:r>
        <w:t>life is a test, not a reward — pre-death period</w:t>
      </w:r>
    </w:p>
    <w:p>
      <w:r>
        <w:rPr>
          <w:color w:val="666666"/>
          <w:sz w:val="18"/>
        </w:rPr>
        <w:t>Death The Final Journey December 29, 2006 · 2m 00s · at 20:28 · https://youtu.be/RL6vMX7Lj1w?t=1228</w:t>
      </w:r>
    </w:p>
    <w:p>
      <w:r>
        <w:rPr>
          <w:i/>
        </w:rPr>
        <w:t>“Islam mein jo bataya gaya hai, uske mutabiq hamari zindagi humein abadi zindagi mili hai.”</w:t>
      </w:r>
    </w:p>
    <w:p>
      <w:r>
        <w:rPr>
          <w:sz w:val="20"/>
        </w:rPr>
        <w:t>20:28  dekhiye, Islam mein jo bataya gaya hai, is ke mutabiq hamari zindagi hamein abdi zindagi mili hai.</w:t>
      </w:r>
      <w:r>
        <w:br/>
      </w:r>
      <w:r>
        <w:rPr>
          <w:sz w:val="20"/>
        </w:rPr>
        <w:t>20:38  hamari zindagi abdi hai. lekin Khuda ne is ko bant diya hai do hisson mein.</w:t>
      </w:r>
      <w:r>
        <w:br/>
      </w:r>
      <w:r>
        <w:rPr>
          <w:sz w:val="20"/>
        </w:rPr>
        <w:t>20:48  aik hai pre-death period, aik hai post-death period.</w:t>
      </w:r>
      <w:r>
        <w:br/>
      </w:r>
      <w:r>
        <w:rPr>
          <w:sz w:val="20"/>
        </w:rPr>
        <w:t>20:56  hamari zindagi ka aik hissa hai jo pre death period mein hai. aik hissa wo hai jo post death period mein hai.</w:t>
      </w:r>
      <w:r>
        <w:br/>
      </w:r>
      <w:r>
        <w:rPr>
          <w:sz w:val="20"/>
        </w:rPr>
        <w:t>21:05  to Quran mein hai ke khalaqal mauta wal hayata li yabluakum ayyukum ayyuhum ahsanun amala. to pre death period kya hai? yeh hai testing ground.</w:t>
      </w:r>
      <w:r>
        <w:br/>
      </w:r>
      <w:r>
        <w:rPr>
          <w:sz w:val="20"/>
        </w:rPr>
        <w:t>21:18  yeh hai bilkul examination hall. pre death period mein hum test par hain.</w:t>
      </w:r>
      <w:r>
        <w:br/>
      </w:r>
      <w:r>
        <w:rPr>
          <w:sz w:val="20"/>
        </w:rPr>
        <w:t>21:27  jo kuch hamein milta hai yahan, aulad ho, rishtedar hon, dost hon, paisa ho, aur jo mawad infrastructure hai, yeh hamein ba taur inaam nahi milta.</w:t>
      </w:r>
      <w:r>
        <w:br/>
      </w:r>
      <w:r>
        <w:rPr>
          <w:sz w:val="20"/>
        </w:rPr>
        <w:t>21:41  inaam ke taur par nahi milta. yeh milta hai test paper ke taur par.</w:t>
      </w:r>
      <w:r>
        <w:br/>
      </w:r>
      <w:r>
        <w:rPr>
          <w:sz w:val="20"/>
        </w:rPr>
        <w:t>21:48  yani</w:t>
      </w:r>
      <w:r>
        <w:br/>
      </w:r>
      <w:r>
        <w:rPr>
          <w:sz w:val="20"/>
        </w:rPr>
        <w:t>21:52  is dunya mein</w:t>
      </w:r>
      <w:r>
        <w:br/>
      </w:r>
      <w:r>
        <w:rPr>
          <w:sz w:val="20"/>
        </w:rPr>
        <w:t>21:58  ghareeb, ghareebi bhi test hai, amiri bhi test hai. paise wala hona bhi test hai, be ghar hona bhi test hai.</w:t>
      </w:r>
      <w:r>
        <w:br/>
      </w:r>
      <w:r>
        <w:rPr>
          <w:sz w:val="20"/>
        </w:rPr>
        <w:t>22:08  ghar wala hona bhi test hai, be ghar hona bhi test hai. taqat hai tab bhi test hai, taqat nahi hai tab bhi test hai.</w:t>
      </w:r>
      <w:r>
        <w:br/>
      </w:r>
      <w:r>
        <w:rPr>
          <w:sz w:val="20"/>
        </w:rPr>
        <w:t>22:17  sab kuch test hai. har cheez jo dunya mein hamein mili hui hai, yahan tak ke hath, aankh, paon, yeh bhi test ke liye hai. sab kuch test paper hai.</w:t>
      </w:r>
    </w:p>
    <w:p>
      <w:pPr>
        <w:pStyle w:val="Heading2"/>
      </w:pPr>
      <w:r>
        <w:t>Finding Allah like encountering a lion</w:t>
      </w:r>
    </w:p>
    <w:p>
      <w:r>
        <w:rPr>
          <w:color w:val="666666"/>
          <w:sz w:val="18"/>
        </w:rPr>
        <w:t>Q&amp;A 06 Feb 2011 Maulana Wahiduddin Khan · 1m 49s · at 45:28 · https://youtu.be/FrKaSxe9INc?t=2728</w:t>
      </w:r>
    </w:p>
    <w:p>
      <w:r>
        <w:rPr>
          <w:i/>
        </w:rPr>
        <w:t>“When you sense a lion, blood becomes a storm.”</w:t>
      </w:r>
    </w:p>
    <w:p>
      <w:r>
        <w:rPr>
          <w:sz w:val="20"/>
        </w:rPr>
        <w:t>45:28  ek ek hunter tha, woh sher marta tha. sau ek sau sher mare thay us ne.</w:t>
      </w:r>
      <w:r>
        <w:br/>
      </w:r>
      <w:r>
        <w:rPr>
          <w:sz w:val="20"/>
        </w:rPr>
        <w:t>45:38  jangalon mein jata tha woh. jim corbett uska naam tha. to us ne kitab likhi hai sher ke is par.</w:t>
      </w:r>
      <w:r>
        <w:br/>
      </w:r>
      <w:r>
        <w:rPr>
          <w:sz w:val="20"/>
        </w:rPr>
        <w:t>45:49  sher ke shikar ke muslim. to us ne likha hai ke jab aap jangal mein hon, chal rahe hon, aur achaanak aap notice karein ke paas ki jhaadi mein ek sher khada hua hai.</w:t>
      </w:r>
      <w:r>
        <w:br/>
      </w:r>
      <w:r>
        <w:rPr>
          <w:sz w:val="20"/>
        </w:rPr>
        <w:t>46:04  aap jangl mein chal rahe hain. aur yaad rakhiye, shayad sher jo hai, khuli jagah par nahi hota hai. jhaariyon mein rehta hai. yeh uski nature hai.</w:t>
      </w:r>
      <w:r>
        <w:br/>
      </w:r>
      <w:r>
        <w:rPr>
          <w:sz w:val="20"/>
        </w:rPr>
        <w:t>46:15  to unhon ne likha hai ke agar aap chal rahe hain aur achaanak notice karein ke paas ki jhaari mein sher khara hua hai, to kya hota hai?</w:t>
      </w:r>
      <w:r>
        <w:br/>
      </w:r>
      <w:r>
        <w:rPr>
          <w:sz w:val="20"/>
        </w:rPr>
        <w:t>46:25  aap ka blood circulation, blood start ban jata hai. aap ki ragon mein jo khoon hai, woh toofan ban jata hai, toofan.</w:t>
      </w:r>
      <w:r>
        <w:br/>
      </w:r>
      <w:r>
        <w:rPr>
          <w:sz w:val="20"/>
        </w:rPr>
        <w:t>46:38  to mein ne is ko jab parha to mein ne socha ke jab sher ko mehsoos kar ke yeh haal hai to Khuda ko mehsoos kar ke kitna bara haal hoga.</w:t>
      </w:r>
      <w:r>
        <w:br/>
      </w:r>
      <w:r>
        <w:rPr>
          <w:sz w:val="20"/>
        </w:rPr>
        <w:t>46:47  kitna bara ehsaan paida hoga.</w:t>
      </w:r>
      <w:r>
        <w:br/>
      </w:r>
      <w:r>
        <w:rPr>
          <w:sz w:val="20"/>
        </w:rPr>
        <w:t>46:52  yeh hai pehchaan ke aap ne Allah ko paya hai. ke sher ko paane se aap ne jo jo aap ke andar toofan aaya, jo super toofan aa jaye Allah ko paane se.</w:t>
      </w:r>
      <w:r>
        <w:br/>
      </w:r>
      <w:r>
        <w:rPr>
          <w:sz w:val="20"/>
        </w:rPr>
        <w:t>47:06  aap ke rongte khare ho jayein.</w:t>
      </w:r>
      <w:r>
        <w:br/>
      </w:r>
      <w:r>
        <w:rPr>
          <w:sz w:val="20"/>
        </w:rPr>
        <w:t>47:11  aap ke seene mein hulchul paida ho jaye.</w:t>
      </w:r>
      <w:r>
        <w:br/>
      </w:r>
      <w:r>
        <w:rPr>
          <w:sz w:val="20"/>
        </w:rPr>
        <w:t>47:18  yeh jab Pakistan ke jo woh thay pehle sadar thay, fauji sadar, woh kya naam tha un ka?</w:t>
      </w:r>
    </w:p>
    <w:p>
      <w:pPr>
        <w:pStyle w:val="Heading2"/>
      </w:pPr>
      <w:r>
        <w:t>Once something becomes 'belief', rethinking stops</w:t>
      </w:r>
    </w:p>
    <w:p>
      <w:r>
        <w:rPr>
          <w:color w:val="666666"/>
          <w:sz w:val="18"/>
        </w:rPr>
        <w:t>The Lesson of History September 21, 2014 · 1m 00s · at 9:08 · https://youtu.be/aMVHLKMkhcQ?t=548</w:t>
      </w:r>
    </w:p>
    <w:p>
      <w:r>
        <w:rPr>
          <w:i/>
        </w:rPr>
        <w:t>“Kisi cheez ko aqeeday ka masla bana lein”</w:t>
      </w:r>
    </w:p>
    <w:p>
      <w:r>
        <w:rPr>
          <w:sz w:val="20"/>
        </w:rPr>
        <w:t>9:08  agar musalmanon ka ek masla aqeeday ka masla hai, ek cheez hai aqeedah, to kisi cheez ko aap aqeeday ka masla bana lein, to is ke baray mein aap rethink nahin karen ge.</w:t>
      </w:r>
      <w:r>
        <w:br/>
      </w:r>
      <w:r>
        <w:rPr>
          <w:sz w:val="20"/>
        </w:rPr>
        <w:t>9:24  jaise misal ke taur par dekhiye, hum allah ko ek mante hain, yeh hamare aqeeday ka masla hai, to kya aap rethink</w:t>
      </w:r>
      <w:r>
        <w:br/>
      </w:r>
      <w:r>
        <w:rPr>
          <w:sz w:val="20"/>
        </w:rPr>
        <w:t>9:31  karen ge ke allah ka hai tha, do bhi ho? rethink nahin karen ge aap. aise hi aap samajhte hain ke Muhammad sallallahu alaihi wasallam khatam un nabiyyin hain, to kya yeh aqeeday ka masla hai?</w:t>
      </w:r>
      <w:r>
        <w:br/>
      </w:r>
      <w:r>
        <w:rPr>
          <w:sz w:val="20"/>
        </w:rPr>
        <w:t>9:42  to kya aap rethinking karen ge ke shayad woh khatam un nabiyyin na hon?</w:t>
      </w:r>
      <w:r>
        <w:br/>
      </w:r>
      <w:r>
        <w:rPr>
          <w:sz w:val="20"/>
        </w:rPr>
        <w:t>9:49  aise hi dekhiye, jannat jahannum ka masla hai, woh bhi aqeeday ka masla hai.</w:t>
      </w:r>
      <w:r>
        <w:br/>
      </w:r>
      <w:r>
        <w:rPr>
          <w:sz w:val="20"/>
        </w:rPr>
        <w:t>9:53  aap yeh think nahin kar sakte ke shayad jannat jannat na ho, shayad jahannum na ho. to kisi cheez ko aqeeday ka masla banane ke baad rethinking ka process khatam ho jata hai.</w:t>
      </w:r>
    </w:p>
    <w:p>
      <w:pPr>
        <w:pStyle w:val="Heading2"/>
      </w:pPr>
      <w:r>
        <w:t>Why believers should love God above everything else</w:t>
      </w:r>
    </w:p>
    <w:p>
      <w:r>
        <w:rPr>
          <w:color w:val="666666"/>
          <w:sz w:val="18"/>
        </w:rPr>
        <w:t>What is Love of God January 21, 2024 · 1m 43s · at 1:22 · https://youtu.be/KpTkEkHstYY?t=82</w:t>
      </w:r>
    </w:p>
    <w:p>
      <w:r>
        <w:rPr>
          <w:i/>
        </w:rPr>
        <w:t>“Khuda jo hai wohi mun'im hai, wohi beneficiary hai”</w:t>
      </w:r>
    </w:p>
    <w:p>
      <w:r>
        <w:rPr>
          <w:sz w:val="20"/>
        </w:rPr>
        <w:t>1:22  Kyun ke Allah jo hai wohi munim hai, wohi benefactor hai, usi creator hai, razzaq hai. Sab kuch Allah ka diya hua hai.</w:t>
      </w:r>
      <w:r>
        <w:br/>
      </w:r>
      <w:r>
        <w:rPr>
          <w:sz w:val="20"/>
        </w:rPr>
        <w:t>1:32  To hamein is ki bohat zyada, us se jisko Mola ne kaha hai, strong affection us se hona chahiye hamein. To us ke liye bar bar aaya hai hadith mein bhi aur Quran mein bhi ke hum Khuda ka zikr karein, Khuda ko yaad karein.</w:t>
      </w:r>
      <w:r>
        <w:br/>
      </w:r>
      <w:r>
        <w:rPr>
          <w:sz w:val="20"/>
        </w:rPr>
        <w:t>1:49  To Quran mein aaya hai: "Ya ayyuhal lazeena aamano zikrul laaha zikran katheera". Ae iman walo! Allah ko bohat zyada yaad karo.</w:t>
      </w:r>
      <w:r>
        <w:br/>
      </w:r>
      <w:r>
        <w:rPr>
          <w:sz w:val="20"/>
        </w:rPr>
        <w:t>1:59  To bohat zyada yaad karne ka matlab kya hai? Matlab ke hum ko sochna padega, kyun ke God is invisible. To hamein soch soch kar Khuda ki nematton ko yaad karna padta hai, kyun ke bohat sari cheezein aisi hain jo hum take for granted karte hain na.</w:t>
      </w:r>
      <w:r>
        <w:br/>
      </w:r>
      <w:r>
        <w:rPr>
          <w:sz w:val="20"/>
        </w:rPr>
        <w:t>2:17  Har cheez hamein rozana mil rahi hai.</w:t>
      </w:r>
      <w:r>
        <w:br/>
      </w:r>
      <w:r>
        <w:rPr>
          <w:sz w:val="20"/>
        </w:rPr>
        <w:t>2:19  Jo cheez bhi asal mein woh Khuda ki nemat hai, lekin hum ko hum ko cause and effect ke tehat mil rahi hai. Khana hai, peena hai, baqi tamam zaroorat ka samana hai.</w:t>
      </w:r>
      <w:r>
        <w:br/>
      </w:r>
      <w:r>
        <w:rPr>
          <w:sz w:val="20"/>
        </w:rPr>
        <w:t>2:30  To hum us ko for granted le lete hain. To hamein sochna padega. Soch soch kar ke yeh Khuda ka diya hua hai. To tab hamein Allah ki nemat jo hai, uska sahi maene mein hum shukr ada karenge.</w:t>
      </w:r>
      <w:r>
        <w:br/>
      </w:r>
      <w:r>
        <w:rPr>
          <w:sz w:val="20"/>
        </w:rPr>
        <w:t>2:44  To yahi source hai, agar jo mohabbat ilahi hai, uska source yeh yeh hai ke hum poore tareeqe se yeh mehsoos karein ke yeh Khuda ki taraf se hai.</w:t>
      </w:r>
      <w:r>
        <w:br/>
      </w:r>
      <w:r>
        <w:rPr>
          <w:sz w:val="20"/>
        </w:rPr>
        <w:t>2:56  Is mein hamara koi bhi contribution nahi hai. To yeh cheez jo hai na, hamein Khuda ki yaad bar bar hamein dilati rehti hai.</w:t>
      </w:r>
    </w:p>
    <w:p>
      <w:pPr>
        <w:pStyle w:val="Heading2"/>
      </w:pPr>
      <w:r>
        <w:t>Prophets suffered most, so hardship must be positive</w:t>
      </w:r>
    </w:p>
    <w:p>
      <w:r>
        <w:rPr>
          <w:color w:val="666666"/>
          <w:sz w:val="18"/>
        </w:rPr>
        <w:t>Shock A Blessing in Disguise November 01, 2009 · 2m 04s · at 4:31 · https://youtu.be/trEB_2Bwos8?t=271</w:t>
      </w:r>
    </w:p>
    <w:p>
      <w:r>
        <w:rPr>
          <w:i/>
        </w:rPr>
        <w:t>“People open de-stressing schools — but does it work?”</w:t>
      </w:r>
    </w:p>
    <w:p>
      <w:r>
        <w:rPr>
          <w:sz w:val="20"/>
        </w:rPr>
        <w:t>4:31  to aaj main jo baat karna chahta hoon wohi hai ke har insan ki zindagi mein shock lagte hain, stress paish aate hain.</w:t>
      </w:r>
      <w:r>
        <w:br/>
      </w:r>
      <w:r>
        <w:rPr>
          <w:sz w:val="20"/>
        </w:rPr>
        <w:t>4:42  to log kya karte hain? de-stressing ke school khul gaye hain. yaani stress na ho. yaani anesthisia.</w:t>
      </w:r>
      <w:r>
        <w:br/>
      </w:r>
      <w:r>
        <w:rPr>
          <w:sz w:val="20"/>
        </w:rPr>
        <w:t>4:53  thinking ko stop karna. taake aap mehsoos na karen.</w:t>
      </w:r>
      <w:r>
        <w:br/>
      </w:r>
      <w:r>
        <w:rPr>
          <w:sz w:val="20"/>
        </w:rPr>
        <w:t>5:00  yeh koi solution nahin hai. mujhe ek hadith, aaj main ne ek hadith nikali. main dekhiye, mera mizaj hai hamesha se ke Quran o hadith ke lehaz se sochta hoon.</w:t>
      </w:r>
      <w:r>
        <w:br/>
      </w:r>
      <w:r>
        <w:rPr>
          <w:sz w:val="20"/>
        </w:rPr>
        <w:t>5:18  kyunki Quran o hadith kya hai? woh statement of facts hai. God ki taraf se. statement of facts.</w:t>
      </w:r>
      <w:r>
        <w:br/>
      </w:r>
      <w:r>
        <w:rPr>
          <w:sz w:val="20"/>
        </w:rPr>
        <w:t>5:30  to ek hadith hai: "in ashad an nas balaa al anbiya".</w:t>
      </w:r>
      <w:r>
        <w:br/>
      </w:r>
      <w:r>
        <w:rPr>
          <w:sz w:val="20"/>
        </w:rPr>
        <w:t>5:39  prophets were afflicted with greater hardships. paighambaron par sab se zyada museebat pari.</w:t>
      </w:r>
      <w:r>
        <w:br/>
      </w:r>
      <w:r>
        <w:rPr>
          <w:sz w:val="20"/>
        </w:rPr>
        <w:t>5:49  ab dekhiye kya paighambaron se Allah taala ki dushmani thi? zahir hai ke nahin thi.</w:t>
      </w:r>
      <w:r>
        <w:br/>
      </w:r>
      <w:r>
        <w:rPr>
          <w:sz w:val="20"/>
        </w:rPr>
        <w:t>5:57  to iske maani yeh hain ke paighambaron par museebat pari to museebat woh hai, yaqeenan woh ek positive cheez hona chahiye. negative nahin hona chahiye. museebat evil nahin hai.</w:t>
      </w:r>
      <w:r>
        <w:br/>
      </w:r>
      <w:r>
        <w:rPr>
          <w:sz w:val="20"/>
        </w:rPr>
        <w:t>6:09  evil hoti hai, koi negative cheez hoti. to Khuda aesa na karta ke nabiyon par aur paighambaron par woh museebat dalta. yahan se meri soch shuru hoti hai.</w:t>
      </w:r>
      <w:r>
        <w:br/>
      </w:r>
      <w:r>
        <w:rPr>
          <w:sz w:val="20"/>
        </w:rPr>
        <w:t>6:21  museebat ya hardship ya dard o karb ya stress, yeh zindagi mein ek positive factor hai, ek positive role hai inka.</w:t>
      </w:r>
    </w:p>
    <w:p>
      <w:pPr>
        <w:pStyle w:val="Heading2"/>
      </w:pPr>
      <w:r>
        <w:t>Probability, not certainty, that tonight is the night</w:t>
      </w:r>
    </w:p>
    <w:p>
      <w:r>
        <w:rPr>
          <w:color w:val="666666"/>
          <w:sz w:val="18"/>
        </w:rPr>
        <w:t>The Nigh of Destiny (Shab-e-Qadr) October 7, 2007 · 1m 57s · at 1:16:20 · https://youtu.be/SsDv69B_uDk?t=4580</w:t>
      </w:r>
    </w:p>
    <w:p>
      <w:r>
        <w:rPr>
          <w:i/>
        </w:rPr>
        <w:t>“I say this with probability, not certainty”</w:t>
      </w:r>
    </w:p>
    <w:p>
      <w:r>
        <w:rPr>
          <w:sz w:val="20"/>
        </w:rPr>
        <w:t>1:16:20  maulana how do you acknowledge that today today night is the night of destiny</w:t>
      </w:r>
      <w:r>
        <w:br/>
      </w:r>
      <w:r>
        <w:rPr>
          <w:sz w:val="20"/>
        </w:rPr>
        <w:t>1:16:32  acknowledge ki baat correct nahi hai yahan par hmm kehna yeh chahte hain ke aap kaise certainly ke sath aap keh rahe hain acknowledge correct sahi nahi yahan par to behrahal mein certainly to keh nahi raha hoon certainty ke sath to keh nahi raha hoon</w:t>
      </w:r>
      <w:r>
        <w:br/>
      </w:r>
      <w:r>
        <w:rPr>
          <w:sz w:val="20"/>
        </w:rPr>
        <w:t>1:16:51  probability ke saath keh raha hoon probability</w:t>
      </w:r>
      <w:r>
        <w:br/>
      </w:r>
      <w:r>
        <w:rPr>
          <w:sz w:val="20"/>
        </w:rPr>
        <w:t>1:16:55  This night is Laylatul Qadr. Main yeh kehta hoon, probability, certainty ke saath main nahi keh raha hoon.</w:t>
      </w:r>
      <w:r>
        <w:br/>
      </w:r>
      <w:r>
        <w:rPr>
          <w:sz w:val="20"/>
        </w:rPr>
        <w:t>1:17:03  certainty ke sath to poori history mein koi jaan nahin sakta tha</w:t>
      </w:r>
      <w:r>
        <w:br/>
      </w:r>
      <w:r>
        <w:rPr>
          <w:sz w:val="20"/>
        </w:rPr>
        <w:t>1:17:07  khud rasool Allah ko bhi pata nahin tha certainty ke sath jaisa ke maine hadith sunai aap</w:t>
      </w:r>
      <w:r>
        <w:br/>
      </w:r>
      <w:r>
        <w:rPr>
          <w:sz w:val="20"/>
        </w:rPr>
        <w:t>1:17:11  ko ke rasool Allah ko Allah taala ne bata diya ke is raat ko hai shab qadar phir</w:t>
      </w:r>
      <w:r>
        <w:br/>
      </w:r>
      <w:r>
        <w:rPr>
          <w:sz w:val="20"/>
        </w:rPr>
        <w:t>1:17:18  utha liya is ko to rasool Allah ko bhi is se unaware ho gaye</w:t>
      </w:r>
      <w:r>
        <w:br/>
      </w:r>
      <w:r>
        <w:rPr>
          <w:sz w:val="20"/>
        </w:rPr>
        <w:t>1:17:22  to yaad rakhen certainty ke sath na koi kisi ko koi janta na keh sakta lekin probability ke sach mein to keh sakta hai aadmi to wohi mein keh raha hoon kai yani is mein kai kulo jo hain woh jab mujhe mile to woh maine bataya aap ko is liye mein kehta hoon ke ke probably mein kehta hoon ke aaj ki raat jo hai woh shab qadar hai</w:t>
      </w:r>
      <w:r>
        <w:br/>
      </w:r>
      <w:r>
        <w:rPr>
          <w:sz w:val="20"/>
        </w:rPr>
        <w:t>1:17:50  my two more questions that the person has mentioned ah one is how is monotheism of islam different from that of judaism and secondly in the quran it is mere to koi concept nahi hai theology mein judaism bhai judaism as compared to monotheism to hai nahi judaism to ek religion hai aap dekhen jo monotheism ka concept aap padhen phir se</w:t>
      </w:r>
    </w:p>
    <w:p>
      <w:pPr>
        <w:pStyle w:val="Heading2"/>
      </w:pPr>
      <w:r>
        <w:t>Taqwa means to guard against sin</w:t>
      </w:r>
    </w:p>
    <w:p>
      <w:r>
        <w:rPr>
          <w:color w:val="666666"/>
          <w:sz w:val="18"/>
        </w:rPr>
        <w:t>God's Way of Shock Treatment April 19, 2020 Maulana Wahiduddin Khan · 1m 03s · at 27:09 · https://youtu.be/MtNdT66yOLA?t=1629</w:t>
      </w:r>
    </w:p>
    <w:p>
      <w:r>
        <w:rPr>
          <w:i/>
        </w:rPr>
        <w:t>“Riyaz Bhat ne aap se poocha: 'Taqwa ki sahi translation?'”</w:t>
      </w:r>
    </w:p>
    <w:p>
      <w:r>
        <w:rPr>
          <w:sz w:val="20"/>
        </w:rPr>
        <w:t>27:09  Riyaz Bhatt sahib ne aap se poocha hai: "Taqwa ki sahi translation kya ho sakta hai?"</w:t>
      </w:r>
      <w:r>
        <w:br/>
      </w:r>
      <w:r>
        <w:rPr>
          <w:sz w:val="20"/>
        </w:rPr>
        <w:t>27:20  dekhiye, taqwa ka lafzi maani hai bachna, bachna.</w:t>
      </w:r>
      <w:r>
        <w:br/>
      </w:r>
      <w:r>
        <w:rPr>
          <w:sz w:val="20"/>
        </w:rPr>
        <w:t>27:28  to yeh is ki is ka matlab yeh hai ke har us cheez se bachna jo aap ke liye abrus ho.</w:t>
      </w:r>
      <w:r>
        <w:br/>
      </w:r>
      <w:r>
        <w:rPr>
          <w:sz w:val="20"/>
        </w:rPr>
        <w:t>27:42  yeh is ka asal</w:t>
      </w:r>
      <w:r>
        <w:br/>
      </w:r>
      <w:r>
        <w:rPr>
          <w:sz w:val="20"/>
        </w:rPr>
        <w:t>27:47  aap pe yeh yeh</w:t>
      </w:r>
      <w:r>
        <w:br/>
      </w:r>
      <w:r>
        <w:rPr>
          <w:sz w:val="20"/>
        </w:rPr>
        <w:t>27:51  yeh zehan jab ban jaye to aadmi har cheez se bachta hai jo Allah ki se aap ko door karne wala ho,</w:t>
      </w:r>
      <w:r>
        <w:br/>
      </w:r>
      <w:r>
        <w:rPr>
          <w:sz w:val="20"/>
        </w:rPr>
        <w:t>28:05  jo aap ko jannat se door karne wala ho, un se bachte hain aap.</w:t>
      </w:r>
    </w:p>
    <w:p>
      <w:pPr>
        <w:pStyle w:val="Heading2"/>
      </w:pPr>
      <w:r>
        <w:t>Best place mosque, worst market hadith</w:t>
      </w:r>
    </w:p>
    <w:p>
      <w:r>
        <w:rPr>
          <w:color w:val="666666"/>
          <w:sz w:val="18"/>
        </w:rPr>
        <w:t>The Importance of Intellectual awakening 30 sept, 2007 - Maulana Wahiduddin Khan · 2m 45s · at 25:03 · https://youtu.be/SaIe6RpHEpg?t=1503</w:t>
      </w:r>
    </w:p>
    <w:p>
      <w:r>
        <w:rPr>
          <w:i/>
        </w:rPr>
        <w:t>“Ek hadees is tarah hai ke”</w:t>
      </w:r>
    </w:p>
    <w:p>
      <w:r>
        <w:rPr>
          <w:sz w:val="20"/>
        </w:rPr>
        <w:t>25:03  ek hadith is tarah hai ke</w:t>
      </w:r>
      <w:r>
        <w:br/>
      </w:r>
      <w:r>
        <w:rPr>
          <w:sz w:val="20"/>
        </w:rPr>
        <w:t>25:10  ek aadmi ne Rasool Allah se poocha ke dunya mein sab se achhi jagah kaun si hai? is pe is dunya mein sab se achha spot kaun hai?</w:t>
      </w:r>
      <w:r>
        <w:br/>
      </w:r>
      <w:r>
        <w:rPr>
          <w:sz w:val="20"/>
        </w:rPr>
        <w:t>25:20  sab se bura spot kaun hai? is ke mind mein ek question aaya.</w:t>
      </w:r>
      <w:r>
        <w:br/>
      </w:r>
      <w:r>
        <w:rPr>
          <w:sz w:val="20"/>
        </w:rPr>
        <w:t>25:28  to us ne Rasool Allah se poocha. to Rasool Allah ne kaha ke yeh sawal jo hai, main aap jante hain ke Jibraeel aap par aate rehte thay, yaani angel.</w:t>
      </w:r>
      <w:r>
        <w:br/>
      </w:r>
      <w:r>
        <w:rPr>
          <w:sz w:val="20"/>
        </w:rPr>
        <w:t>25:43  to aap ne kaha ke main Jibraeel aayenge to usay pooch kar bataunga. to Jibraeel farishta jo hai, jab woh aaye to Rasool Allah ne un se poocha ke yeh sawal mujh se kisi ne kiya hai ke dunya mein sab se achha spot kaun hai?</w:t>
      </w:r>
      <w:r>
        <w:br/>
      </w:r>
      <w:r>
        <w:rPr>
          <w:sz w:val="20"/>
        </w:rPr>
        <w:t>26:00  sab se bura spot kaun hai? to Jibraeel ne kaha ke main bhi nahi jaanta. main bhi nahi jaanta.</w:t>
      </w:r>
      <w:r>
        <w:br/>
      </w:r>
      <w:r>
        <w:rPr>
          <w:sz w:val="20"/>
        </w:rPr>
        <w:t>26:10  to mujhe bhi Allah Ta'ala se poochhna padega. to aap jante hain ke farishte ka contact Allah Ta'ala se direct hota hai. to hadith mein hai ke Jibraeel upar uthe, upar uthe, upar uthe.</w:t>
      </w:r>
      <w:r>
        <w:br/>
      </w:r>
      <w:r>
        <w:rPr>
          <w:sz w:val="20"/>
        </w:rPr>
        <w:t>26:27  yehahan tak ke woh itna door pahunch gaye, itna qareeb pahunch gaye jahan se aap ke aur Khuda ke beech mein, yaani Khuda ke bilkul paas to koi pahunch nahi sakta hai.</w:t>
      </w:r>
      <w:r>
        <w:br/>
      </w:r>
      <w:r>
        <w:rPr>
          <w:sz w:val="20"/>
        </w:rPr>
        <w:t>26:39  lekin us din woh sab se qareeb pahunch gaye. sab se qareeb pahunch gaye. aur phir bhi hazar, yaani noori parde ka faasla tha.</w:t>
      </w:r>
      <w:r>
        <w:br/>
      </w:r>
      <w:r>
        <w:rPr>
          <w:sz w:val="20"/>
        </w:rPr>
        <w:t>26:53  yeh phir bhi aap bohat door thay, Hazrat Jibraeel. to unhon ne Allah Ta'ala se poocha. to Allah Ta'ala ne bataya ke "khairul maqamat masajiduh".</w:t>
      </w:r>
      <w:r>
        <w:br/>
      </w:r>
      <w:r>
        <w:rPr>
          <w:sz w:val="20"/>
        </w:rPr>
        <w:t>27:06  wa "sharrul maqamat aswaquh". doosre alfaaz yeh bhi hain ke "ahabbullah al-arda masajidah".</w:t>
      </w:r>
      <w:r>
        <w:br/>
      </w:r>
      <w:r>
        <w:rPr>
          <w:sz w:val="20"/>
        </w:rPr>
        <w:t>27:16  wa "abghadullah al-arda aswaqah". yaani zameen par sab se bura spot.</w:t>
      </w:r>
      <w:r>
        <w:br/>
      </w:r>
      <w:r>
        <w:rPr>
          <w:sz w:val="20"/>
        </w:rPr>
        <w:t>27:24  to phir Hazrat Jibraeel ne aa kar Rasool Allah ko yeh bataya aur aap ne us ko doosre aadmi ko bataya. is ka matlab yeh hai ke zameen mein</w:t>
      </w:r>
      <w:r>
        <w:br/>
      </w:r>
      <w:r>
        <w:rPr>
          <w:sz w:val="20"/>
        </w:rPr>
        <w:t>27:37  sab se achhi jagah masjid hai aur sab se buri jagah bazaar hai. yeh bohat pehle maine hadith padhi thi.</w:t>
      </w:r>
    </w:p>
    <w:p>
      <w:pPr>
        <w:pStyle w:val="Heading2"/>
      </w:pPr>
      <w:r>
        <w:t>Sufi love and book Discovery of God</w:t>
      </w:r>
    </w:p>
    <w:p>
      <w:r>
        <w:rPr>
          <w:color w:val="666666"/>
          <w:sz w:val="18"/>
        </w:rPr>
        <w:t>Love for God July 21, 2020 Prof. Farida Khanam · 1m 10s · at 5:50 · https://youtu.be/BNjJjQ_SFuM?t=350</w:t>
      </w:r>
    </w:p>
    <w:p>
      <w:r>
        <w:rPr>
          <w:i/>
        </w:rPr>
        <w:t>“Sufiyon ne bhi hub alahi par bohat zyada zor diya hai.”</w:t>
      </w:r>
    </w:p>
    <w:p>
      <w:r>
        <w:rPr>
          <w:sz w:val="20"/>
        </w:rPr>
        <w:t>5:50  sufiya ne bhi hub e ilahi par bohat zyada zor diya hai. woh to kehte hain ke hamari zindagi ka maqsad hi yahi hai ke hum hum Khuda se mohabbat karein, Khuda ko discover karein, Khuda ko paane ki poori zindagi isi mein laga dein ke hum ko Khuda milay.</w:t>
      </w:r>
      <w:r>
        <w:br/>
      </w:r>
      <w:r>
        <w:rPr>
          <w:sz w:val="20"/>
        </w:rPr>
        <w:t>6:08  aur hum Khuda jab hum ko milay</w:t>
      </w:r>
      <w:r>
        <w:br/>
      </w:r>
      <w:r>
        <w:rPr>
          <w:sz w:val="20"/>
        </w:rPr>
        <w:t>6:10  ga, hum Khuda se taalluq qaim kar payenge, to hum ko Khuda ka inspiration milega. aur jab Khuda ka inspiration milega to hamari soch, hamare jazbat, hamari activities sab Khuda rukhi ban jayengi.</w:t>
      </w:r>
      <w:r>
        <w:br/>
      </w:r>
      <w:r>
        <w:rPr>
          <w:sz w:val="20"/>
        </w:rPr>
        <w:t>6:24  to hum poori tareeqe se hum yahi chahenge ke aap log</w:t>
      </w:r>
      <w:r>
        <w:br/>
      </w:r>
      <w:r>
        <w:rPr>
          <w:sz w:val="20"/>
        </w:rPr>
        <w:t>6:29  is par sochein, ghor karein, Khuda ki nematon ka adrak karein, ehsas karein. aur is ke liye ek bohat Maulana sahib ki, Maulana Wahiduddin Khan sahib ki kitab hai, kitab marifat.</w:t>
      </w:r>
      <w:r>
        <w:br/>
      </w:r>
      <w:r>
        <w:rPr>
          <w:sz w:val="20"/>
        </w:rPr>
        <w:t>6:43  iska aap log jo hain, agar mazeed chahte hain to is mozu par</w:t>
      </w:r>
      <w:r>
        <w:br/>
      </w:r>
      <w:r>
        <w:rPr>
          <w:sz w:val="20"/>
        </w:rPr>
        <w:t>6:48  aap Maulana Wahiduddin Khan sahib ki kitab marifat ka mutala zaroor karein. yeh bohat hi achhi kitab hai, is ka angrezi mein bhi tarjuma ho gaya hai, aur discovery of God ke naam se shaya hua hai.</w:t>
      </w:r>
    </w:p>
    <w:p>
      <w:pPr>
        <w:pStyle w:val="Heading2"/>
      </w:pPr>
      <w:r>
        <w:t>Experience at World Book Fair</w:t>
      </w:r>
    </w:p>
    <w:p>
      <w:r>
        <w:rPr>
          <w:color w:val="666666"/>
          <w:sz w:val="18"/>
        </w:rPr>
        <w:t>Concept of Hamd January 31, 2016 · 2m 55s · at 57:00 · https://youtu.be/-XiDMbMoQm8?t=3420</w:t>
      </w:r>
    </w:p>
    <w:p>
      <w:r>
        <w:rPr>
          <w:i/>
        </w:rPr>
        <w:t>“Assalamu alaikum”</w:t>
      </w:r>
    </w:p>
    <w:p>
      <w:r>
        <w:rPr>
          <w:sz w:val="20"/>
        </w:rPr>
        <w:t>57:00  Assalamualaikum yeh world book fair mein mujhe shuru se aakhir tak rehne ka alhamdulillah mauqa mila to</w:t>
      </w:r>
      <w:r>
        <w:br/>
      </w:r>
      <w:r>
        <w:rPr>
          <w:sz w:val="20"/>
        </w:rPr>
        <w:t>57:07  is mein mukhtalif qism ke waqiat dekhne ko mile jis mein se aap ne bohat saare waqiat aap</w:t>
      </w:r>
      <w:r>
        <w:br/>
      </w:r>
      <w:r>
        <w:rPr>
          <w:sz w:val="20"/>
        </w:rPr>
        <w:t>57:15  ne sune hain ke Khuda ki madad is daawti kaam mein kis kis tarah se hum ne mehsoos</w:t>
      </w:r>
      <w:r>
        <w:br/>
      </w:r>
      <w:r>
        <w:rPr>
          <w:sz w:val="20"/>
        </w:rPr>
        <w:t>57:22  kiya aur is ka experience kiya to yeh baat bilkul waqea hai ke Allah Rabbul Alameen ne farmaya</w:t>
      </w:r>
      <w:r>
        <w:br/>
      </w:r>
      <w:r>
        <w:rPr>
          <w:sz w:val="20"/>
        </w:rPr>
        <w:t>57:30  in tansurullah yansurkum ke yeh Khuda ki nusrat ka wada daawti kaam mein hai aur zaroor Khuda</w:t>
      </w:r>
      <w:r>
        <w:br/>
      </w:r>
      <w:r>
        <w:rPr>
          <w:sz w:val="20"/>
        </w:rPr>
        <w:t>57:38  ke kaam ke liye nikalne walon ke sath Khuda ki madad hoti hai is ka mujhe bohat acha</w:t>
      </w:r>
      <w:r>
        <w:br/>
      </w:r>
      <w:r>
        <w:rPr>
          <w:sz w:val="20"/>
        </w:rPr>
        <w:t>57:45  tajurba is is mein hua is ke ilawa ek aur baat jo main ne wahan par mehsoos kiya</w:t>
      </w:r>
      <w:r>
        <w:br/>
      </w:r>
      <w:r>
        <w:rPr>
          <w:sz w:val="20"/>
        </w:rPr>
        <w:t>57:53  ke jo bhi CPS stall par aur hamare saathi daawti kaam mein masroof the quran aur</w:t>
      </w:r>
      <w:r>
        <w:br/>
      </w:r>
      <w:r>
        <w:rPr>
          <w:sz w:val="20"/>
        </w:rPr>
        <w:t>58:00  literature dene mein jo apna shauq aur jo un ke kaifiyat ka main ne jo mutala kiya is</w:t>
      </w:r>
      <w:r>
        <w:br/>
      </w:r>
      <w:r>
        <w:rPr>
          <w:sz w:val="20"/>
        </w:rPr>
        <w:t>58:08  se mujhe yeh baat samajh mein aayi ke is tarah ka kaam hum shayad koshish karenge to</w:t>
      </w:r>
      <w:r>
        <w:br/>
      </w:r>
      <w:r>
        <w:rPr>
          <w:sz w:val="20"/>
        </w:rPr>
        <w:t>58:16  bohat zyada to nahi kar paate magar woh lamhaat jab hum yeh daawa work karte hote hain to</w:t>
      </w:r>
      <w:r>
        <w:br/>
      </w:r>
      <w:r>
        <w:rPr>
          <w:sz w:val="20"/>
        </w:rPr>
        <w:t>58:23  jo kaifiyat aur jo ehsasat ek daai aur ek daawti kaam karne wale ke andar hote hain woh</w:t>
      </w:r>
      <w:r>
        <w:br/>
      </w:r>
      <w:r>
        <w:rPr>
          <w:sz w:val="20"/>
        </w:rPr>
        <w:t>58:31  khuda ki nazar mein bohat hi zyada valueable hote honge aur farishte jo us ko note</w:t>
      </w:r>
      <w:r>
        <w:br/>
      </w:r>
      <w:r>
        <w:rPr>
          <w:sz w:val="20"/>
        </w:rPr>
        <w:t>58:38  karte honge yaqeenan is in kaifiyat ko woh khuda tak pohnchanay ke liye be taab hote hon</w:t>
      </w:r>
      <w:r>
        <w:br/>
      </w:r>
      <w:r>
        <w:rPr>
          <w:sz w:val="20"/>
        </w:rPr>
        <w:t>58:46  ge kyunke jis tareeqay se woh quran mein yeh ayat hai wallazina ya'toona ma ataw quloobuhum wajilah ke</w:t>
      </w:r>
      <w:r>
        <w:br/>
      </w:r>
      <w:r>
        <w:rPr>
          <w:sz w:val="20"/>
        </w:rPr>
        <w:t>58:54  allah ta'ala yeh nahi dekhta ke woh aadmi kharch mein kya de raha hai kitnay rupayay kya quantity</w:t>
      </w:r>
      <w:r>
        <w:br/>
      </w:r>
      <w:r>
        <w:rPr>
          <w:sz w:val="20"/>
        </w:rPr>
        <w:t>59:01  mein de raha hai allah ta'ala aur farishte yeh note karte hain ke dete hue is ke ehsasat</w:t>
      </w:r>
      <w:r>
        <w:br/>
      </w:r>
      <w:r>
        <w:rPr>
          <w:sz w:val="20"/>
        </w:rPr>
        <w:t>59:09  kya hain to yaqeenan maine yeh mehsoos kiya ke yeh da'wa work aur is tarah ki gatherings</w:t>
      </w:r>
      <w:r>
        <w:br/>
      </w:r>
      <w:r>
        <w:rPr>
          <w:sz w:val="20"/>
        </w:rPr>
        <w:t>59:16  ko da'wati kaam ke liye avail karna yeh aik aadmi ko yeh mauqa deta hai ke woh apne</w:t>
      </w:r>
      <w:r>
        <w:br/>
      </w:r>
      <w:r>
        <w:rPr>
          <w:sz w:val="20"/>
        </w:rPr>
        <w:t>59:24  andar in ehsasat ko apne oonchi had tak pohncha sake aur phir farishte is ko note karein aur</w:t>
      </w:r>
      <w:r>
        <w:br/>
      </w:r>
      <w:r>
        <w:rPr>
          <w:sz w:val="20"/>
        </w:rPr>
        <w:t>59:32  allah ta'ala ke yahan woh is ka badla pa sake to meri khwahish is is ke baad barh</w:t>
      </w:r>
      <w:r>
        <w:br/>
      </w:r>
      <w:r>
        <w:rPr>
          <w:sz w:val="20"/>
        </w:rPr>
        <w:t>59:39  gayi hai ke main is tarah ke awaaqay ko aur zyada avail karoon allah se dua hai ke</w:t>
      </w:r>
      <w:r>
        <w:br/>
      </w:r>
      <w:r>
        <w:rPr>
          <w:sz w:val="20"/>
        </w:rPr>
        <w:t>59:47  allah mujhe is ki tofeeq de aameen.</w:t>
      </w:r>
      <w:r>
        <w:br/>
      </w:r>
      <w:r>
        <w:rPr>
          <w:sz w:val="20"/>
        </w:rPr>
        <w:t>59:55  You know, I just want to add one thing. I was traveling sometime back and I happened</w:t>
      </w:r>
    </w:p>
    <w:p>
      <w:pPr>
        <w:pStyle w:val="Heading2"/>
      </w:pPr>
      <w:r>
        <w:t>Seven earths and heavens refer to undiscovered universe</w:t>
      </w:r>
    </w:p>
    <w:p>
      <w:r>
        <w:rPr>
          <w:color w:val="666666"/>
          <w:sz w:val="18"/>
        </w:rPr>
        <w:t>Q&amp;A 04 Oct 2009, Maulana Wahiduddin Khan · 1m 41s · at 4:14 · https://youtu.be/xPBNozEQRJM?t=254</w:t>
      </w:r>
    </w:p>
    <w:p>
      <w:r>
        <w:rPr>
          <w:i/>
        </w:rPr>
        <w:t>“Dekhiye, bohat si cheezein abhi science ko nahi maloom hui hain”</w:t>
      </w:r>
    </w:p>
    <w:p>
      <w:r>
        <w:rPr>
          <w:sz w:val="20"/>
        </w:rPr>
        <w:t>4:14  dekhein, bohat si cheezein abhi science ko nahi maloom hui hain. aap jante hain ke abhi haal mein scientist and jo discovery hui hai science mein ke universe ka 99 percent jo hai, woh</w:t>
      </w:r>
      <w:r>
        <w:br/>
      </w:r>
      <w:r>
        <w:rPr>
          <w:sz w:val="20"/>
        </w:rPr>
        <w:t>4:32  woh dark matter hai. dark matter 99 percent jo hum dekh nahi sakte. jo universe hum dekh paate hain, woh sirf 55 percent hai.</w:t>
      </w:r>
      <w:r>
        <w:br/>
      </w:r>
      <w:r>
        <w:rPr>
          <w:sz w:val="20"/>
        </w:rPr>
        <w:t>4:44  is wajah se hum yeh nahi keh sakte ke yeh jo seven wali baat hai,</w:t>
      </w:r>
      <w:r>
        <w:br/>
      </w:r>
      <w:r>
        <w:rPr>
          <w:sz w:val="20"/>
        </w:rPr>
        <w:t>4:49  woh is ke bare mein hum koi rai nahi de sakte, kyunke abhi kitni cheezein janna baqi hain. seven se murad planet nahi hai, yeh bhi galat hai ke hum samjhein ke seven planet aur planet aath bhi nahi hain, aur zyada hain planet.</w:t>
      </w:r>
      <w:r>
        <w:br/>
      </w:r>
      <w:r>
        <w:rPr>
          <w:sz w:val="20"/>
        </w:rPr>
        <w:t>5:05  to seven se murad planet nahi hai. to main sirf yahi keh sakta hoon ke yeh jo saat zameen aur saat aasman wali jo baat hai, yeh universe ka woh region hai jahan tak abhi hamari</w:t>
      </w:r>
      <w:r>
        <w:br/>
      </w:r>
      <w:r>
        <w:rPr>
          <w:sz w:val="20"/>
        </w:rPr>
        <w:t>5:22  telescope pohnchi nahi hai. jab science khud keh rahi hai ke five percent hi hum dekh paate hain, 95, 95 percent to hum dekh hi nahi paate, woh dark matters hain, woh sab.</w:t>
      </w:r>
      <w:r>
        <w:br/>
      </w:r>
      <w:r>
        <w:rPr>
          <w:sz w:val="20"/>
        </w:rPr>
        <w:t>5:36  is wajah se hum koi statement dene ki koshish nahi hain. hum sirf yahi keh sakte hain ke</w:t>
      </w:r>
      <w:r>
        <w:br/>
      </w:r>
      <w:r>
        <w:rPr>
          <w:sz w:val="20"/>
        </w:rPr>
        <w:t>5:42  ya to hum kabhi daryaft kar payenge, ya qayamat ke baad hamein ilm hoga ke saath saath kya murad tha.</w:t>
      </w:r>
    </w:p>
    <w:p>
      <w:pPr>
        <w:pStyle w:val="Heading2"/>
      </w:pPr>
      <w:r>
        <w:t>Reincarnation vs. the Islamic idea of life after death</w:t>
      </w:r>
    </w:p>
    <w:p>
      <w:r>
        <w:rPr>
          <w:color w:val="666666"/>
          <w:sz w:val="18"/>
        </w:rPr>
        <w:t>Life After Death January 22, 2012 · 1m 07s · at 1:05:05 · https://youtu.be/5hVH1BLKBF4?t=3905</w:t>
      </w:r>
    </w:p>
    <w:p>
      <w:r>
        <w:rPr>
          <w:i/>
        </w:rPr>
        <w:t>“The concept of आवागमन says the same thing... how do we distinguish it?”</w:t>
      </w:r>
    </w:p>
    <w:p>
      <w:r>
        <w:rPr>
          <w:sz w:val="20"/>
        </w:rPr>
        <w:t>1:05:05  the concept of avagaman says the same thing. as muslims, we do not believe in this theory. how can we distinguish the concept of life after death with the concept of avagaman?"</w:t>
      </w:r>
      <w:r>
        <w:br/>
      </w:r>
      <w:r>
        <w:rPr>
          <w:sz w:val="20"/>
        </w:rPr>
        <w:t>1:05:20  dekhiye, avagaman agar simply yeh ho ke mout ke baad zindagi, to woh to samajh mein aati hai. lekin jo 82 saal ke, pata nahi kitne lakh saal ka chakkar hai, woh to ek illogical baat hai.</w:t>
      </w:r>
      <w:r>
        <w:br/>
      </w:r>
      <w:r>
        <w:rPr>
          <w:sz w:val="20"/>
        </w:rPr>
        <w:t>1:05:35  avagaman simply agar yeh ho, life after death ke mani mein, to main sahi samjhunga is ko. lekin woh to yeh hai ke ek, pata nahi kitne karor saal aadmi ghoomta rehta hai, ghoomta rehta hai, ghoomta rehta hai.</w:t>
      </w:r>
      <w:r>
        <w:br/>
      </w:r>
      <w:r>
        <w:rPr>
          <w:sz w:val="20"/>
        </w:rPr>
        <w:t>1:05:47  yeh yeh to bilkul illogical baat hai.</w:t>
      </w:r>
      <w:r>
        <w:br/>
      </w:r>
      <w:r>
        <w:rPr>
          <w:sz w:val="20"/>
        </w:rPr>
        <w:t>1:05:50  koi is ka na reason mein, koi is ka saboot hai, na mazhab mein koi saboot hai.</w:t>
      </w:r>
      <w:r>
        <w:br/>
      </w:r>
      <w:r>
        <w:rPr>
          <w:sz w:val="20"/>
        </w:rPr>
        <w:t>1:05:59  to avagaman simply life after death ke mani mein nahi hai. woh ek ek cycle ke mani mein hai. aur woh cycle ka koi saboot nahi hai. na mazhab mein, na reason mein, na science mein.</w:t>
      </w:r>
    </w:p>
    <w:p>
      <w:pPr>
        <w:pStyle w:val="Heading2"/>
      </w:pPr>
      <w:r>
        <w:t>Worship as if seeing God</w:t>
      </w:r>
    </w:p>
    <w:p>
      <w:r>
        <w:rPr>
          <w:color w:val="666666"/>
          <w:sz w:val="18"/>
        </w:rPr>
        <w:t>Sayings of the Prophet Mohammad | October 25, 2007 · 2m 30s · at 14:01 · https://youtu.be/gzXBVs21mNc?t=841</w:t>
      </w:r>
    </w:p>
    <w:p>
      <w:r>
        <w:rPr>
          <w:i/>
        </w:rPr>
        <w:t>“Ibadat ka aisa mafhum jo Khuda ke shaan ke mutabiq ho. Woh”</w:t>
      </w:r>
    </w:p>
    <w:p>
      <w:r>
        <w:rPr>
          <w:sz w:val="20"/>
        </w:rPr>
        <w:t>14:01  ibadat ka aisa mafhoom jo khuda ke shan ke mutabiq ho.</w:t>
      </w:r>
      <w:r>
        <w:br/>
      </w:r>
      <w:r>
        <w:rPr>
          <w:sz w:val="20"/>
        </w:rPr>
        <w:t>14:06  woh janna padega.</w:t>
      </w:r>
      <w:r>
        <w:br/>
      </w:r>
      <w:r>
        <w:rPr>
          <w:sz w:val="20"/>
        </w:rPr>
        <w:t>14:10  woh janna padega.</w:t>
      </w:r>
      <w:r>
        <w:br/>
      </w:r>
      <w:r>
        <w:rPr>
          <w:sz w:val="20"/>
        </w:rPr>
        <w:t>14:14  toh woh hadith mein bataya gaya hai.</w:t>
      </w:r>
      <w:r>
        <w:br/>
      </w:r>
      <w:r>
        <w:rPr>
          <w:sz w:val="20"/>
        </w:rPr>
        <w:t>14:19  woh kya? dekhein is silsile mein ek hadith hai.</w:t>
      </w:r>
      <w:r>
        <w:br/>
      </w:r>
      <w:r>
        <w:rPr>
          <w:sz w:val="20"/>
        </w:rPr>
        <w:t>14:23  yeh hadith jibril mein aati hai yeh hadith.</w:t>
      </w:r>
      <w:r>
        <w:br/>
      </w:r>
      <w:r>
        <w:rPr>
          <w:sz w:val="20"/>
        </w:rPr>
        <w:t>14:27  is mein hai ke "ta'budillah</w:t>
      </w:r>
      <w:r>
        <w:br/>
      </w:r>
      <w:r>
        <w:rPr>
          <w:sz w:val="20"/>
        </w:rPr>
        <w:t>14:32  kaannaka tara". "ta'budu Allaha kaannaka tara". is tarah Khuda ki ibadat karo. Khuda ki ibadat is tarah karo. goya ke tum us ko dekh rahe ho. yeh hadith, is hadith ko hadith</w:t>
      </w:r>
      <w:r>
        <w:br/>
      </w:r>
      <w:r>
        <w:rPr>
          <w:sz w:val="20"/>
        </w:rPr>
        <w:t>15:02  jibril kaha jata hai.</w:t>
      </w:r>
      <w:r>
        <w:br/>
      </w:r>
      <w:r>
        <w:rPr>
          <w:sz w:val="20"/>
        </w:rPr>
        <w:t>15:08  toh aap ne farmaya ke ibadat kya hai? ibadat kya hai? "ta'budillah ka'annaka tara".</w:t>
      </w:r>
      <w:r>
        <w:br/>
      </w:r>
      <w:r>
        <w:rPr>
          <w:sz w:val="20"/>
        </w:rPr>
        <w:t>15:14  tum ibadat is tarah karo khuda ki.</w:t>
      </w:r>
      <w:r>
        <w:br/>
      </w:r>
      <w:r>
        <w:rPr>
          <w:sz w:val="20"/>
        </w:rPr>
        <w:t>15:20  goya ke tum khuda ko dekh rahe ho.</w:t>
      </w:r>
      <w:r>
        <w:br/>
      </w:r>
      <w:r>
        <w:rPr>
          <w:sz w:val="20"/>
        </w:rPr>
        <w:t>15:26  iska matlab kya hua? ibadat ka aaghaz hota hai daryaft</w:t>
      </w:r>
      <w:r>
        <w:br/>
      </w:r>
      <w:r>
        <w:rPr>
          <w:sz w:val="20"/>
        </w:rPr>
        <w:t>15:32  sye. jab aap daryaft kar chuke hon tab aap ibadat ke liye qabil bante hain. yani aap ko ibadat is tarah karna hai. ke in dekha aap ke liye dekha ban gaya ho. ghaib aap ke liye shahood ban gaya ho. jo cheez aankhon se dikhai nahi deti. woh dil se dikhai dene lage aap ko. aap ke zehn se dikh</w:t>
      </w:r>
      <w:r>
        <w:br/>
      </w:r>
      <w:r>
        <w:rPr>
          <w:sz w:val="20"/>
        </w:rPr>
        <w:t>16:02  aai dene lage aap ko.</w:t>
      </w:r>
      <w:r>
        <w:br/>
      </w:r>
      <w:r>
        <w:rPr>
          <w:sz w:val="20"/>
        </w:rPr>
        <w:t>16:05  isi ko kehte hain ehsas, isi ko kehte hain daryaft.</w:t>
      </w:r>
      <w:r>
        <w:br/>
      </w:r>
      <w:r>
        <w:rPr>
          <w:sz w:val="20"/>
        </w:rPr>
        <w:t>16:09  toh kaha ibadat se pehle daryaft hai.</w:t>
      </w:r>
      <w:r>
        <w:br/>
      </w:r>
      <w:r>
        <w:rPr>
          <w:sz w:val="20"/>
        </w:rPr>
        <w:t>16:12  ibadat se pehle marifat hai.</w:t>
      </w:r>
      <w:r>
        <w:br/>
      </w:r>
      <w:r>
        <w:rPr>
          <w:sz w:val="20"/>
        </w:rPr>
        <w:t>16:15  jab khuda ki marifat itni gehri aap ko ho jaye.</w:t>
      </w:r>
      <w:r>
        <w:br/>
      </w:r>
      <w:r>
        <w:rPr>
          <w:sz w:val="20"/>
        </w:rPr>
        <w:t>16:19  itni gehri aap ko ho jaye.</w:t>
      </w:r>
      <w:r>
        <w:br/>
      </w:r>
      <w:r>
        <w:rPr>
          <w:sz w:val="20"/>
        </w:rPr>
        <w:t>16:22  ke sach much aap ko dikhai pare ke khuda ne banaya hai is duniya ko.</w:t>
      </w:r>
      <w:r>
        <w:br/>
      </w:r>
      <w:r>
        <w:rPr>
          <w:sz w:val="20"/>
        </w:rPr>
        <w:t>16:25  khuda chala raha hai is duniya ko.</w:t>
      </w:r>
      <w:r>
        <w:br/>
      </w:r>
      <w:r>
        <w:rPr>
          <w:sz w:val="20"/>
        </w:rPr>
        <w:t>16:29  to jab aap ko yeh darya</w:t>
      </w:r>
    </w:p>
    <w:p>
      <w:pPr>
        <w:pStyle w:val="Heading2"/>
      </w:pPr>
      <w:r>
        <w:t>Hadith on ummah not uniting on error</w:t>
      </w:r>
    </w:p>
    <w:p>
      <w:r>
        <w:rPr>
          <w:color w:val="666666"/>
          <w:sz w:val="18"/>
        </w:rPr>
        <w:t>Islamic Pacifism Q&amp;A 8 May 2011 · 2m 44s · at 10:58 · https://youtu.be/5ZersGDNVcw?t=658</w:t>
      </w:r>
    </w:p>
    <w:p>
      <w:r>
        <w:rPr>
          <w:i/>
        </w:rPr>
        <w:t>“Haan, dekhiye, ek hadith hai ki 'La tashaddum ummati al-dalal'.”</w:t>
      </w:r>
    </w:p>
    <w:p>
      <w:r>
        <w:rPr>
          <w:sz w:val="20"/>
        </w:rPr>
        <w:t>10:58  haan, dekhein, aik Hadees hai ke "la tasubbu ummati al-dhar". Is se ulta matlab nikalte hain log. Is ka matlab yeh nikalte hain bilkul galat taur par ke majority jidhar hogi udhar haq hoga.</w:t>
      </w:r>
      <w:r>
        <w:br/>
      </w:r>
      <w:r>
        <w:rPr>
          <w:sz w:val="20"/>
        </w:rPr>
        <w:t>11:13  yeh Hadees mein hai hi nahi.</w:t>
      </w:r>
      <w:r>
        <w:br/>
      </w:r>
      <w:r>
        <w:rPr>
          <w:sz w:val="20"/>
        </w:rPr>
        <w:t>11:16  yeh Hadees mein hai nahi ke jidhar majority udhar haq hoga. Is ka matlab sirf yeh hai ke aisa zamana kabhi nahi aayega ke ummat ke saare afraad hi gumrah ho jayein aur koi aik bhi aadmi sachai par na rahe.</w:t>
      </w:r>
      <w:r>
        <w:br/>
      </w:r>
      <w:r>
        <w:rPr>
          <w:sz w:val="20"/>
        </w:rPr>
        <w:t>11:28  yeh matlab hai is ka. Is mein istithna ka zikr hai. Umoom ka zikr nahi hai.</w:t>
      </w:r>
      <w:r>
        <w:br/>
      </w:r>
      <w:r>
        <w:rPr>
          <w:sz w:val="20"/>
        </w:rPr>
        <w:t>11:38  "la tasubbu ummati al-dhar". Meri ummat mujtama nahi hogi dalalat par. Mujtama nahi hogi. Yani saare ke saare bhatak jayein, yeh nahi hoga kabhi bhi.</w:t>
      </w:r>
      <w:r>
        <w:br/>
      </w:r>
      <w:r>
        <w:rPr>
          <w:sz w:val="20"/>
        </w:rPr>
        <w:t>11:49  bohat hi ajeeb o ghareeb baat hai ke jo jo bhi Arabi janta ho, achhi woh woh</w:t>
      </w:r>
      <w:r>
        <w:br/>
      </w:r>
      <w:r>
        <w:rPr>
          <w:sz w:val="20"/>
        </w:rPr>
        <w:t>11:56  woh is ko kabhi tasleem nahi karega ke is ka matlab yeh hai. Kabhi is ka matlab yeh nahi manega woh. Yani Arabi ya yeh Arabi zaban jab janta hoga, woh is ko bilkul galat batayega is ko.</w:t>
      </w:r>
      <w:r>
        <w:br/>
      </w:r>
      <w:r>
        <w:rPr>
          <w:sz w:val="20"/>
        </w:rPr>
        <w:t>12:13  is Hadees ka matlab sirf yeh hai ke meri ummat ke saare log, aisa kabhi nahi hoga ke sab ke sab bhatak jayein.</w:t>
      </w:r>
      <w:r>
        <w:br/>
      </w:r>
      <w:r>
        <w:rPr>
          <w:sz w:val="20"/>
        </w:rPr>
        <w:t>12:24  hamesha kuch na kuch baqi rahenge.</w:t>
      </w:r>
      <w:r>
        <w:br/>
      </w:r>
      <w:r>
        <w:rPr>
          <w:sz w:val="20"/>
        </w:rPr>
        <w:t>12:30  jo sachai par honge aur jo doosron ko sachai batate rahenge. doosri hadishen bhi is ki tasdeeq karti hain. doosri hadishen is ki tasdeeq karti hain.</w:t>
      </w:r>
      <w:r>
        <w:br/>
      </w:r>
      <w:r>
        <w:rPr>
          <w:sz w:val="20"/>
        </w:rPr>
        <w:t>12:41  to bohat ajeeb o ghareeb hain woh log jo is se yeh matlab nikalte hain. yani majority jo hai sachai ki</w:t>
      </w:r>
      <w:r>
        <w:br/>
      </w:r>
      <w:r>
        <w:rPr>
          <w:sz w:val="20"/>
        </w:rPr>
        <w:t>12:49  kamyab hai. yeh to democracy ka nazariya hai. democracy ka. islam ka nazariya nahi hai. yani kaisi ajeeb baat hai yeh woh log hain jo iqbal ko puchte hain jinhon ne kaha tha ke jamhooriyat ek tarz-e-siyasat hai ke jis mein bando ko gunah karte hain, tola nahi karte.</w:t>
      </w:r>
      <w:r>
        <w:br/>
      </w:r>
      <w:r>
        <w:rPr>
          <w:sz w:val="20"/>
        </w:rPr>
        <w:t>13:08  wohi log yeh yeh matlab nikal rahe hain is se. behrhaal is hadis ka hargiz hargiz yeh matlab nahi hai ke majority jo hai, aksariyat jo hai, woh miyar hai haq ka.</w:t>
      </w:r>
      <w:r>
        <w:br/>
      </w:r>
      <w:r>
        <w:rPr>
          <w:sz w:val="20"/>
        </w:rPr>
        <w:t>13:19  hargiz nahi. is ka matlab sirf yeh hai ke chounke quran maujood hai, chounke quran mehfooz hai, chounke sunnat sunnat-e-rasool mehfooz hai,</w:t>
      </w:r>
      <w:r>
        <w:br/>
      </w:r>
      <w:r>
        <w:rPr>
          <w:sz w:val="20"/>
        </w:rPr>
        <w:t>13:29  is bina par aisa mumkin nahi hai ke sab log ek taraf se bhatak jayen. kuch na kuch ahle ilm, kuch na kuch Allah ke bande jo hain, quran o hadis se sachai daryaft karenge aur woh qaim rahenge sachai par.</w:t>
      </w:r>
      <w:r>
        <w:br/>
      </w:r>
      <w:r>
        <w:rPr>
          <w:sz w:val="20"/>
        </w:rPr>
        <w:t>13:42  yeh matlab hai is</w:t>
      </w:r>
    </w:p>
    <w:p>
      <w:pPr>
        <w:pStyle w:val="Heading2"/>
      </w:pPr>
      <w:r>
        <w:t>I think therefore I exist, so why not God</w:t>
      </w:r>
    </w:p>
    <w:p>
      <w:r>
        <w:rPr>
          <w:color w:val="666666"/>
          <w:sz w:val="18"/>
        </w:rPr>
        <w:t>The Glory Of God 5 February 2006 - Maulana Wahiduddin Khan · 2m 33s · at 2:21:40 · https://youtu.be/Yah55gLyV8I?t=8500</w:t>
      </w:r>
    </w:p>
    <w:p>
      <w:r>
        <w:rPr>
          <w:i/>
        </w:rPr>
        <w:t>“Jarmany mein ek philosopher tha, uska naam Descartes tha”</w:t>
      </w:r>
    </w:p>
    <w:p>
      <w:r>
        <w:rPr>
          <w:sz w:val="20"/>
        </w:rPr>
        <w:t>2:21:40  germany mein ek philosopher tha is ka naam hai descartes</w:t>
      </w:r>
      <w:r>
        <w:br/>
      </w:r>
      <w:r>
        <w:rPr>
          <w:sz w:val="20"/>
        </w:rPr>
        <w:t>2:21:46  is zamane mein yeh behas thi yeh issue tha philosophy mein ke insan ka kya proof hai ke main hoon is ka kya proof hai yeh philosophy mein isi tarah ke issues chalte hain to ke insan exist karta hai is ka proof kya hai to descartes ne kaha ke i think therefore i exist</w:t>
      </w:r>
      <w:r>
        <w:br/>
      </w:r>
      <w:r>
        <w:rPr>
          <w:sz w:val="20"/>
        </w:rPr>
        <w:t>2:22:13  yani main sochta hoon is liye main maujood hoon insan ek sochne wali thinking animal hai is liye is ka ek wajood hai to us ko us ne kaha ke i think therefore i exist to us ko le kar agar main yeh kahoon to is mein aap report nahi kar sakte us ko ke i exist therefore god exist ke mera wajood hai to god ka bhi wajood hai</w:t>
      </w:r>
      <w:r>
        <w:br/>
      </w:r>
      <w:r>
        <w:rPr>
          <w:sz w:val="20"/>
        </w:rPr>
        <w:t>2:22:40  aakhir sawal yeh hai ke agar main maujood hoon ek aise insan ke taur par jo soche jo dekhe woh bole jo plan kare to aise ek insan ka wajood agar possible hai to khuda ka wajood possible kyun nahi hai to isi ko main kehta hoon ke i exist therefore god exist lekin yeh baat kaun manega jo sincere ho agar sincere na ho to us ko farz kyun hans dega us ke o</w:t>
      </w:r>
      <w:r>
        <w:br/>
      </w:r>
      <w:r>
        <w:rPr>
          <w:sz w:val="20"/>
        </w:rPr>
        <w:t>2:23:08  par to kisi bhi baat par hans sakte hain aap</w:t>
      </w:r>
      <w:r>
        <w:br/>
      </w:r>
      <w:r>
        <w:rPr>
          <w:sz w:val="20"/>
        </w:rPr>
        <w:t>2:23:13  mere nazdeek bilkul yeh scientific argument hai main ek baar aisa tha ke main wahan gaya malaysia</w:t>
      </w:r>
      <w:r>
        <w:br/>
      </w:r>
      <w:r>
        <w:rPr>
          <w:sz w:val="20"/>
        </w:rPr>
        <w:t>2:23:22  malaysia mein ek conference thi to ek bohat bara hotel tha is mein thi woh to hotel mein</w:t>
      </w:r>
      <w:r>
        <w:br/>
      </w:r>
      <w:r>
        <w:rPr>
          <w:sz w:val="20"/>
        </w:rPr>
        <w:t>2:23:31  ek bohat bara hall tha is hall ko woh chuki sare muslim the wahan par conference mein jo</w:t>
      </w:r>
      <w:r>
        <w:br/>
      </w:r>
      <w:r>
        <w:rPr>
          <w:sz w:val="20"/>
        </w:rPr>
        <w:t>2:23:37  aaye the</w:t>
      </w:r>
      <w:r>
        <w:br/>
      </w:r>
      <w:r>
        <w:rPr>
          <w:sz w:val="20"/>
        </w:rPr>
        <w:t>2:23:39  to wahan par hall mein namaz ki rakha tha unhone ek roz raat ko main gaya to woh aadmi woh ek dam raat ko gaya to wahan ek aadmi ne dekha pada hua bahut bada hall ke andar ek aadmi to us ko dekhte hi maine kaha ke is universe mein jis tarah ek aadmi is hall mein maujood hai aise universe mein ek khuda hi maujood ho to is mein yani taajub ki kya baat hai</w:t>
      </w:r>
      <w:r>
        <w:br/>
      </w:r>
      <w:r>
        <w:rPr>
          <w:sz w:val="20"/>
        </w:rPr>
        <w:t>2:24:05  agar ek insan itne bade hall mein exist kar raha hai to is universe mein khuda bhi exist kar sakta hai</w:t>
      </w:r>
    </w:p>
    <w:p>
      <w:pPr>
        <w:pStyle w:val="Heading2"/>
      </w:pPr>
      <w:r>
        <w:t>Only the Quran calls itself God's revealed word</w:t>
      </w:r>
    </w:p>
    <w:p>
      <w:r>
        <w:rPr>
          <w:color w:val="666666"/>
          <w:sz w:val="18"/>
        </w:rPr>
        <w:t>Religio- Secular History of Mankind July 9, 2006 · 2m 22s · at 57:18 · https://youtu.be/gyk_g1h-w34?t=3438</w:t>
      </w:r>
    </w:p>
    <w:p>
      <w:r>
        <w:rPr>
          <w:i/>
        </w:rPr>
        <w:t>“Quran mein ayat hai: tanzeel min Rabbil Aalameen”</w:t>
      </w:r>
    </w:p>
    <w:p>
      <w:r>
        <w:rPr>
          <w:sz w:val="20"/>
        </w:rPr>
        <w:t>57:18  is mein koi shaq nahi, sab Khuda ki taraf se tha. lekin baad ko bigaad aaya, baad ko is mein insani baatein mil gayeen, Khuda ki baat mein insaan ki baat mil gayi.</w:t>
      </w:r>
      <w:r>
        <w:br/>
      </w:r>
      <w:r>
        <w:rPr>
          <w:sz w:val="20"/>
        </w:rPr>
        <w:t>57:35  is liye aisa hua. jaise keh main ek baat arz karoon, ek choti si, bohat choti si misaal.</w:t>
      </w:r>
      <w:r>
        <w:br/>
      </w:r>
      <w:r>
        <w:rPr>
          <w:sz w:val="20"/>
        </w:rPr>
        <w:t>57:43  Quran mein ek ayat hai: "Tanzeel min Rabbil Alameen". "Tanzeel min Rabbil Alameen" yaani reveal from God.</w:t>
      </w:r>
      <w:r>
        <w:br/>
      </w:r>
      <w:r>
        <w:rPr>
          <w:sz w:val="20"/>
        </w:rPr>
        <w:t>57:56  yeh jo book hai Quran, yeh Khuda ki taraf se utari gayi hai, Khuda ki taraf se reveal hui hai. ab is par ghaur kijiye, yeh ek chota sentence kisi bhi doosri book mein nahi hai.</w:t>
      </w:r>
      <w:r>
        <w:br/>
      </w:r>
      <w:r>
        <w:rPr>
          <w:sz w:val="20"/>
        </w:rPr>
        <w:t>58:11  koi bhi book jis ko sacred maana jaata hai, jis ko yaani ilahi maana jaata hai, koi bhi book is mein yeh sentence hai hi nahi keh "Tanzeel min Rabbil Alameen" keh yeh hai utara hua Khuda ki taraf se.</w:t>
      </w:r>
      <w:r>
        <w:br/>
      </w:r>
      <w:r>
        <w:rPr>
          <w:sz w:val="20"/>
        </w:rPr>
        <w:t>58:27  is ka matlab kya hua? keh wahan hamare liye starting point hi maujood nahi hai. jab ek kitaab khud yeh na keh rahi ho keh yeh Khuda ka kalam hai, word of God hai, to aap kaise wahan se shuru karenge?</w:t>
      </w:r>
      <w:r>
        <w:br/>
      </w:r>
      <w:r>
        <w:rPr>
          <w:sz w:val="20"/>
        </w:rPr>
        <w:t>58:41  to wahan hamein starting point nahi milta. starting point is waqt milega jab keh woh kitaab khud yeh claim kare, yeh bolay keh yeh word of God hai, yeh revelation of God hai, aur kisi bhi book mein yeh maujood hi nahi hai.</w:t>
      </w:r>
      <w:r>
        <w:br/>
      </w:r>
      <w:r>
        <w:rPr>
          <w:sz w:val="20"/>
        </w:rPr>
        <w:t>58:57  koi bhi book to Quran mein yeh preserve hai.</w:t>
      </w:r>
      <w:r>
        <w:br/>
      </w:r>
      <w:r>
        <w:rPr>
          <w:sz w:val="20"/>
        </w:rPr>
        <w:t>59:03  Quran ke preserve hone ka yeh ek proof hai keh sirf Qurani mein yeh hai keh "Tanzeel min Rabbil Alameen" yeh utara hua hai Khuda ki taraf se.</w:t>
      </w:r>
      <w:r>
        <w:br/>
      </w:r>
      <w:r>
        <w:rPr>
          <w:sz w:val="20"/>
        </w:rPr>
        <w:t>59:14  to is ko main kehta hoon keh sirf Qurani ek kitaab hai jo hamein starting point deta hai talash-e-haq ke liye keh hum sachai ki talash mein niklein.</w:t>
      </w:r>
      <w:r>
        <w:br/>
      </w:r>
      <w:r>
        <w:rPr>
          <w:sz w:val="20"/>
        </w:rPr>
        <w:t>59:26  to sirf Quran mein hum starting point paate hain, aur kahin to ambiguity hai, sab kuch confusion hai, starting point hi nahi hai.</w:t>
      </w:r>
      <w:r>
        <w:br/>
      </w:r>
      <w:r>
        <w:rPr>
          <w:sz w:val="20"/>
        </w:rPr>
        <w:t>59:35  wahan par kahan se shuru karenge aap?</w:t>
      </w:r>
    </w:p>
    <w:p>
      <w:pPr>
        <w:pStyle w:val="Heading2"/>
      </w:pPr>
      <w:r>
        <w:t>global tourism is bringing people to the preacher's doorstep</w:t>
      </w:r>
    </w:p>
    <w:p>
      <w:r>
        <w:rPr>
          <w:color w:val="666666"/>
          <w:sz w:val="18"/>
        </w:rPr>
        <w:t>Purpose of Human Life December 2, 2012 · 2m 04s · at 35:34 · https://youtu.be/EAoYsEtqWd8?t=2134</w:t>
      </w:r>
    </w:p>
    <w:p>
      <w:r>
        <w:rPr>
          <w:i/>
        </w:rPr>
        <w:t>“Ek bilkul naya phenomena jisko main kehta hoon Global Mobility”</w:t>
      </w:r>
    </w:p>
    <w:p>
      <w:r>
        <w:rPr>
          <w:sz w:val="20"/>
        </w:rPr>
        <w:t>35:34  phir dekhiye, ek bilkul ek ek naya phenomenon jisko main kaha karta hoon, global mobility, aalmi aamad o raft.</w:t>
      </w:r>
      <w:r>
        <w:br/>
      </w:r>
      <w:r>
        <w:rPr>
          <w:sz w:val="20"/>
        </w:rPr>
        <w:t>35:48  aaj dekhiye, education ke liye, business ke liye, job ke liye log yahan se wahan, wahan se wahan ja rahe hain. aur sab se badhkar tourism.</w:t>
      </w:r>
      <w:r>
        <w:br/>
      </w:r>
      <w:r>
        <w:rPr>
          <w:sz w:val="20"/>
        </w:rPr>
        <w:t>36:00  tourism ke liye</w:t>
      </w:r>
      <w:r>
        <w:br/>
      </w:r>
      <w:r>
        <w:rPr>
          <w:sz w:val="20"/>
        </w:rPr>
        <w:t>36:03  apne mulkon se nikal kar ke ja rahe hain doosre mulkon mein. aur chunke musalmanon ka jo hai pichhle zamane mein ek hazar saal tak dabdaba tha, ek hazar saal tak dabdaba tha, is bina par aksar mulkon mein unke historical yadgaaren hain.</w:t>
      </w:r>
      <w:r>
        <w:br/>
      </w:r>
      <w:r>
        <w:rPr>
          <w:sz w:val="20"/>
        </w:rPr>
        <w:t>36:24  jaise Turkey hai, main Turkey gaya to wahan jidhar jaiye, bheed hai saiyahon ki. kyun</w:t>
      </w:r>
      <w:r>
        <w:br/>
      </w:r>
      <w:r>
        <w:rPr>
          <w:sz w:val="20"/>
        </w:rPr>
        <w:t>36:33  ? Turkey mein bahut dinon hukumat kiya musalmanon ne aur bahut wahan par historical monument hain, unko dekhne ke liye aate hain woh. to dunya bhar mein yeh global tourism jo hai, woh kya hai?</w:t>
      </w:r>
      <w:r>
        <w:br/>
      </w:r>
      <w:r>
        <w:rPr>
          <w:sz w:val="20"/>
        </w:rPr>
        <w:t>36:47  woh bhi ek baarish hai. kyun? ke mad'u aa raha hai da'i ke paas, khud muslim mulkon mein aa raha hai.</w:t>
      </w:r>
      <w:r>
        <w:br/>
      </w:r>
      <w:r>
        <w:rPr>
          <w:sz w:val="20"/>
        </w:rPr>
        <w:t>36:58  aaj Iraq mein, Afghanistan mein, Palestine mein, Syria mein, Kashmir mein jitne muslim mumalik hain, bahut zyada yaani woh attractive ban gaye hain aaj kal ke zamane ke saiyahon ke liye, touriston ke liye.</w:t>
      </w:r>
      <w:r>
        <w:br/>
      </w:r>
      <w:r>
        <w:rPr>
          <w:sz w:val="20"/>
        </w:rPr>
        <w:t>37:18  ab bheed lagi hui hai jagah jagah,</w:t>
      </w:r>
      <w:r>
        <w:br/>
      </w:r>
      <w:r>
        <w:rPr>
          <w:sz w:val="20"/>
        </w:rPr>
        <w:t>37:25  jaise 2011 mein Kashmir mein das lakh tourist aaye aur Turkey mein to 30 lakh tourist aaye. aisi har jagah.</w:t>
      </w:r>
    </w:p>
    <w:p>
      <w:pPr>
        <w:pStyle w:val="Heading2"/>
      </w:pPr>
      <w:r>
        <w:t>What 'peace of heart' really means in the Quran</w:t>
      </w:r>
    </w:p>
    <w:p>
      <w:r>
        <w:rPr>
          <w:color w:val="666666"/>
          <w:sz w:val="18"/>
        </w:rPr>
        <w:t>The Purpose of Existence September9, 2012 · 1m 19s · at 1:15:28 · https://youtu.be/GB_OC-LeGCE?t=4528</w:t>
      </w:r>
    </w:p>
    <w:p>
      <w:r>
        <w:rPr>
          <w:i/>
        </w:rPr>
        <w:t>“Itminan ke maani happiness nahi hain”</w:t>
      </w:r>
    </w:p>
    <w:p>
      <w:r>
        <w:rPr>
          <w:sz w:val="20"/>
        </w:rPr>
        <w:t>1:15:28  kyunke dunya mein to qabar maujood hai, phir ek momin ke dil ko itminan kaise hoga?" nahi, dekhein, itminan ke maani happiness nahi hain, happiness ya khushi musarrat nahi hai.</w:t>
      </w:r>
      <w:r>
        <w:br/>
      </w:r>
      <w:r>
        <w:rPr>
          <w:sz w:val="20"/>
        </w:rPr>
        <w:t>1:15:44  itminan ke maani hain explanation. har aadmi chahta hai keh woh cheezon ko explain kar sake jo dunya mein ho raha hai, usko explain karna chahta hai.</w:t>
      </w:r>
      <w:r>
        <w:br/>
      </w:r>
      <w:r>
        <w:rPr>
          <w:sz w:val="20"/>
        </w:rPr>
        <w:t>1:15:57  aap jante hain, insaan ke bare mein kaha jata hai keh "man is a</w:t>
      </w:r>
      <w:r>
        <w:br/>
      </w:r>
      <w:r>
        <w:rPr>
          <w:sz w:val="20"/>
        </w:rPr>
        <w:t>1:16:03  man is an explanation seeking animal." "man is an explanation seeking animal." to allah, jalla ko aadmi discover karta hai, allah mein woh yani soch bichar karta hai,</w:t>
      </w:r>
      <w:r>
        <w:br/>
      </w:r>
      <w:r>
        <w:rPr>
          <w:sz w:val="20"/>
        </w:rPr>
        <w:t>1:16:19  iske iska kam pat ka,iske contemplation ka focus Allah banjata hai. to is qabil hojata hai ke woh cheezon ko explain kar sak</w:t>
      </w:r>
      <w:r>
        <w:br/>
      </w:r>
      <w:r>
        <w:rPr>
          <w:sz w:val="20"/>
        </w:rPr>
        <w:t>1:16:29  e, apni life ko, insan ki history ko, duniya ke halaat ko. to woh explanation miljata hai insaan ko. is sense mein hai woh.</w:t>
      </w:r>
      <w:r>
        <w:br/>
      </w:r>
      <w:r>
        <w:rPr>
          <w:sz w:val="20"/>
        </w:rPr>
        <w:t>1:16:39  woh woh is mein is sense mein nahi hai ke happiness miljati hai. is sense mein nahi hai woh.</w:t>
      </w:r>
    </w:p>
    <w:p>
      <w:pPr>
        <w:pStyle w:val="Heading2"/>
      </w:pPr>
      <w:r>
        <w:t>Prophet's prayer and concept of Akhirat</w:t>
      </w:r>
    </w:p>
    <w:p>
      <w:r>
        <w:rPr>
          <w:color w:val="666666"/>
          <w:sz w:val="18"/>
        </w:rPr>
        <w:t>The Concept of Akhirat In Islam May 27, 2008 Maulana Wahiduddin Khan · 1m 38s · at 16:40 · https://youtu.be/zmPqj-gdaIQ?t=1000</w:t>
      </w:r>
    </w:p>
    <w:p>
      <w:r>
        <w:rPr>
          <w:i/>
        </w:rPr>
        <w:t>“Allahumma la aysha illa aysh al-akhirah”</w:t>
      </w:r>
    </w:p>
    <w:p>
      <w:r>
        <w:rPr>
          <w:sz w:val="20"/>
        </w:rPr>
        <w:t>16:40  aap ne kaha ke "Allahumma la aish illa aish akhirah". "faghfir al-ansar wal muhajirah".</w:t>
      </w:r>
      <w:r>
        <w:br/>
      </w:r>
      <w:r>
        <w:rPr>
          <w:sz w:val="20"/>
        </w:rPr>
        <w:t>16:52  "Allahumma la aish illa aish akhirah". "faghfir al-ansar wal muhajirah". is ka matlab kya hai? is ka matlab yeh hai ke life to akhirat ki life hai.</w:t>
      </w:r>
      <w:r>
        <w:br/>
      </w:r>
      <w:r>
        <w:rPr>
          <w:sz w:val="20"/>
        </w:rPr>
        <w:t>17:09  enjoyment to akhirat ka enjoyment hai. pleasure to akhirat ka pleasure hai. to aye khuda hum ko bakhsh de.</w:t>
      </w:r>
      <w:r>
        <w:br/>
      </w:r>
      <w:r>
        <w:rPr>
          <w:sz w:val="20"/>
        </w:rPr>
        <w:t>17:22  yani bakhshish mein goya ke enjoyment ka</w:t>
      </w:r>
      <w:r>
        <w:br/>
      </w:r>
      <w:r>
        <w:rPr>
          <w:sz w:val="20"/>
        </w:rPr>
        <w:t>17:28  raaz chupa hua hai. kyun? bakhshish yani forgiveness from God is the door to to paradise.</w:t>
      </w:r>
      <w:r>
        <w:br/>
      </w:r>
      <w:r>
        <w:rPr>
          <w:sz w:val="20"/>
        </w:rPr>
        <w:t>17:40  is duniya ke ka jo hamara life span hai bohat chota hai. thori si thori si duniya mein hum jo kaam karte hain. to aap ne dua ki ke is chote se amal ko qabool kar le hamare.</w:t>
      </w:r>
      <w:r>
        <w:br/>
      </w:r>
      <w:r>
        <w:rPr>
          <w:sz w:val="20"/>
        </w:rPr>
        <w:t>17:54  aur hum ko paradise mein dakhil kar de. tab yeh possible hoga ke yeh jo capacity hamare paas hai enjoy karne ki. yeh jo senses hain wahan fulfillment payenge.</w:t>
      </w:r>
      <w:r>
        <w:br/>
      </w:r>
      <w:r>
        <w:rPr>
          <w:sz w:val="20"/>
        </w:rPr>
        <w:t>18:09  wahan fulfillment payenge. yeh hai akhirat ka concept. yeh hai akhirat ka concept.</w:t>
      </w:r>
    </w:p>
    <w:p>
      <w:pPr>
        <w:pStyle w:val="Heading2"/>
      </w:pPr>
      <w:r>
        <w:t>How quantum physics revived the design argument for God</w:t>
      </w:r>
    </w:p>
    <w:p>
      <w:r>
        <w:rPr>
          <w:color w:val="666666"/>
          <w:sz w:val="18"/>
        </w:rPr>
        <w:t>Religio- Secular History of Mankind July 9, 2006 · 2m 55s · at 1:43:06 · https://youtu.be/gyk_g1h-w34?t=6186</w:t>
      </w:r>
    </w:p>
    <w:p>
      <w:r>
        <w:rPr>
          <w:i/>
        </w:rPr>
        <w:t>“Newton ke zamane mein har cheez material thi”</w:t>
      </w:r>
    </w:p>
    <w:p>
      <w:r>
        <w:rPr>
          <w:sz w:val="20"/>
        </w:rPr>
        <w:t>1:43:06  is ka bohat bara faida ye hua mazhab mein aur islam mein ke ek ek nai logic duniya mein aai, jis jo jo logic aain hamare favor mein thi, aain hamare haq mein thi.</w:t>
      </w:r>
      <w:r>
        <w:br/>
      </w:r>
      <w:r>
        <w:rPr>
          <w:sz w:val="20"/>
        </w:rPr>
        <w:t>1:43:20  woh kaise</w:t>
      </w:r>
      <w:r>
        <w:br/>
      </w:r>
      <w:r>
        <w:rPr>
          <w:sz w:val="20"/>
        </w:rPr>
        <w:t>1:43:22  ? is se pehle dekhiye, khuda ko prove karne ke liye hamare paas jo jo logic thi, woh yeh, woh yeh, woh yeh thi ke ke jab ek ek duniya mein ek design hai to is ka ek designer hai,</w:t>
      </w:r>
      <w:r>
        <w:br/>
      </w:r>
      <w:r>
        <w:rPr>
          <w:sz w:val="20"/>
        </w:rPr>
        <w:t>1:43:40  design hai to designer hai. "where there is design, there is designer" yeh hai inferential argument.</w:t>
      </w:r>
      <w:r>
        <w:br/>
      </w:r>
      <w:r>
        <w:rPr>
          <w:sz w:val="20"/>
        </w:rPr>
        <w:t>1:43:47  to log kehte the, main bohat pehle ek martaba mila tha ek ek philosopher sahib se, to unhon ne kaha tha ke islam mein primary rationalism nahi hai, islam mein secondary rationalism hai.</w:t>
      </w:r>
      <w:r>
        <w:br/>
      </w:r>
      <w:r>
        <w:rPr>
          <w:sz w:val="20"/>
        </w:rPr>
        <w:t>1:44:03  matlab yeh ke inferential argument aap ke paas hota hai, direct argument aap ke paas nahi hota hai. lekin Einstein ke baad jo duniya bani hai, is mein yeh farq mit gaya.</w:t>
      </w:r>
      <w:r>
        <w:br/>
      </w:r>
      <w:r>
        <w:rPr>
          <w:sz w:val="20"/>
        </w:rPr>
        <w:t>1:44:16  ab inferential argument argument bhi itna hi valid hai jitna ke direct argument, kyunke aap ne jo duniya ab pata ki hai, Einstein aur doosre logon ne, woh woh duniya jahan imaginary waves hain, yani electron kya hai, woh imaginary wave hai aur kuch bhi nahi.</w:t>
      </w:r>
      <w:r>
        <w:br/>
      </w:r>
      <w:r>
        <w:rPr>
          <w:sz w:val="20"/>
        </w:rPr>
        <w:t>1:44:36  is par argument qaim karne ke liye aap ko siwaye inferential argument ka koi doosra zariya nahi hai.</w:t>
      </w:r>
      <w:r>
        <w:br/>
      </w:r>
      <w:r>
        <w:rPr>
          <w:sz w:val="20"/>
        </w:rPr>
        <w:t>1:44:43  woh argument jo pehle chalta tha, logical positivism ke zamane mein, woh ab invalid ho gaya. ab jo hai, woh hai. jo inference pe base karta hai to agar aap electronic waves ko prove karne ke liye inferential argument par ko istemal karte hain to yahi khuda ke wajood pe istemal yani karenge hum.</w:t>
      </w:r>
      <w:r>
        <w:br/>
      </w:r>
      <w:r>
        <w:rPr>
          <w:sz w:val="20"/>
        </w:rPr>
        <w:t>1:45:08  ab karna bhi valid ban jata hai</w:t>
      </w:r>
      <w:r>
        <w:br/>
      </w:r>
      <w:r>
        <w:rPr>
          <w:sz w:val="20"/>
        </w:rPr>
        <w:t>1:45:13  yani jo physics yani ab ab yeh jo material world bhi jo hai pehle jo tha woh ab woh nahi raha thos nahi raha woh ab waves ban gaya woh reduce ho kar ke is liye wahan par inferential argument zaroori ho gaya to jab inferential argument valid ho gaya to is se khuda ko prove karna bhi itna hi valid ho gaya jitna ke aur cheez ke liye tha pehle woh</w:t>
      </w:r>
      <w:r>
        <w:br/>
      </w:r>
      <w:r>
        <w:rPr>
          <w:sz w:val="20"/>
        </w:rPr>
        <w:t>1:45:41  isi liye Barter Order ne likha hai ke yeh jo yeh jo logic hai ke "where there is design, there is a designer" yeh apni nature mein ek scientific logic hai scientific argument hai to yeh tha Einstein ka karmana ab mein</w:t>
      </w:r>
    </w:p>
    <w:p>
      <w:pPr>
        <w:pStyle w:val="Heading2"/>
      </w:pPr>
      <w:r>
        <w:t>Hadith: the believer tethered like a horse on a rope</w:t>
      </w:r>
    </w:p>
    <w:p>
      <w:r>
        <w:rPr>
          <w:color w:val="666666"/>
          <w:sz w:val="18"/>
        </w:rPr>
        <w:t>God oriented Life January 6, 2007 · 1m 45s · at 26:45 · https://youtu.be/UdJ9eWU_OCo?t=1605</w:t>
      </w:r>
    </w:p>
    <w:p>
      <w:r>
        <w:rPr>
          <w:i/>
        </w:rPr>
        <w:t>“Ek hadith hai: momin ki misaal us ghore jaisi hai”</w:t>
      </w:r>
    </w:p>
    <w:p>
      <w:r>
        <w:rPr>
          <w:sz w:val="20"/>
        </w:rPr>
        <w:t>26:45  isi liye ek hadees hai ke momin ki misaal us ghore jaisi hai jo rassi mein bandha hua hai.</w:t>
      </w:r>
      <w:r>
        <w:br/>
      </w:r>
      <w:r>
        <w:rPr>
          <w:sz w:val="20"/>
        </w:rPr>
        <w:t>26:54  ek khunti hai, is mein rassi hai.</w:t>
      </w:r>
      <w:r>
        <w:br/>
      </w:r>
      <w:r>
        <w:rPr>
          <w:sz w:val="20"/>
        </w:rPr>
        <w:t>27:00  to jitni lambi rassi hogi, paanch meter, das meter, jitni lambi rassi hogi, utne hi tak ja paye gi</w:t>
      </w:r>
      <w:r>
        <w:br/>
      </w:r>
      <w:r>
        <w:rPr>
          <w:sz w:val="20"/>
        </w:rPr>
        <w:t>27:08  a woh. ab jahan rassi khunti hai, jahan tak rassi hai, ab woh ghoom raha hai to isi ke gird ghoomta rahe ga. isi radius mein.</w:t>
      </w:r>
      <w:r>
        <w:br/>
      </w:r>
      <w:r>
        <w:rPr>
          <w:sz w:val="20"/>
        </w:rPr>
        <w:t>27:18  yani paanch meter ya das meter ke radius mein ghoomta rahe ga woh. to farmaya ke masjid momin ka masjid farz fi aakhyati yeh ke</w:t>
      </w:r>
      <w:r>
        <w:br/>
      </w:r>
      <w:r>
        <w:rPr>
          <w:sz w:val="20"/>
        </w:rPr>
        <w:t>27:31  jis tarah se rassi mein bandha hua ghoda, utna hi ghoom, utni hi is ki limit hoti hai.</w:t>
      </w:r>
      <w:r>
        <w:br/>
      </w:r>
      <w:r>
        <w:rPr>
          <w:sz w:val="20"/>
        </w:rPr>
        <w:t>27:40  is se bahar nahi aa sakta woh. isi tarah se insan jab khuda ki jab discovery is ko ho jati hai to is ki gardan pe ek rassi lag jati hai.</w:t>
      </w:r>
      <w:r>
        <w:br/>
      </w:r>
      <w:r>
        <w:rPr>
          <w:sz w:val="20"/>
        </w:rPr>
        <w:t>27:51  khuda ki rassi. woh soch nahi sakta ke main is rassi ke bahar jaon.</w:t>
      </w:r>
      <w:r>
        <w:br/>
      </w:r>
      <w:r>
        <w:rPr>
          <w:sz w:val="20"/>
        </w:rPr>
        <w:t>28:01  to jis tarah se solar system mein aap dekhte hain ke sare planet bohat hi yani precise way mein suraj ke gird ghoom rahe hain.</w:t>
      </w:r>
      <w:r>
        <w:br/>
      </w:r>
      <w:r>
        <w:rPr>
          <w:sz w:val="20"/>
        </w:rPr>
        <w:t>28:14  aise momin bohat hi precise way mein khuda ke gird is ki zindagi ghoomti rehti hai. yeh cheez hai kaba mein ja ke aap tawaf karte hain to isi ko aap demonstration dete hain ke aaj is meri zindagi is tarah guzre gi.</w:t>
      </w:r>
    </w:p>
    <w:p>
      <w:pPr>
        <w:pStyle w:val="Heading2"/>
      </w:pPr>
      <w:r>
        <w:t>Total freedom in this life is a crucial test</w:t>
      </w:r>
    </w:p>
    <w:p>
      <w:r>
        <w:rPr>
          <w:color w:val="666666"/>
          <w:sz w:val="18"/>
        </w:rPr>
        <w:t>Four Phases of Human History July 13, 2008 · 2m 08s · at 13:24 · https://youtu.be/sb24VHKydog?t=804</w:t>
      </w:r>
    </w:p>
    <w:p>
      <w:r>
        <w:rPr>
          <w:i/>
        </w:rPr>
        <w:t>“We have total freedom in this world — that's the test”</w:t>
      </w:r>
    </w:p>
    <w:p>
      <w:r>
        <w:rPr>
          <w:sz w:val="20"/>
        </w:rPr>
        <w:t>13:24  complete freedom ho gaya paradise mein. paradise mein aisa nahi hai ke hum wahan par hamari kuch pabandiyan lagi rahen gi. lekin fi muqaddas al mulk muqtadir</w:t>
      </w:r>
      <w:r>
        <w:br/>
      </w:r>
      <w:r>
        <w:rPr>
          <w:sz w:val="20"/>
        </w:rPr>
        <w:t>13:39  , sub nim wa mulk kabira. yani full freedom, complete freedom, total freedom. magar yeh kis ke liye?</w:t>
      </w:r>
      <w:r>
        <w:br/>
      </w:r>
      <w:r>
        <w:rPr>
          <w:sz w:val="20"/>
        </w:rPr>
        <w:t>13:49  jo is dunya mein is baat ka proof de ke azadi pa kar us ne freedom ko misuse nahi kiya. yaad rakhiye, yeh crucial test hai insan ka is dunya mein.</w:t>
      </w:r>
      <w:r>
        <w:br/>
      </w:r>
      <w:r>
        <w:rPr>
          <w:sz w:val="20"/>
        </w:rPr>
        <w:t>14:03  humein aap dekhte hain ke hum miss har shakhs azaad hai.</w:t>
      </w:r>
      <w:r>
        <w:br/>
      </w:r>
      <w:r>
        <w:rPr>
          <w:sz w:val="20"/>
        </w:rPr>
        <w:t>14:08  humein total freedom mili hui hai is dunya mein. total freedom. lekin khuda ne kaha hai ke dekho, freedom ko tum ko misuse nahi karna hai.</w:t>
      </w:r>
      <w:r>
        <w:br/>
      </w:r>
      <w:r>
        <w:rPr>
          <w:sz w:val="20"/>
        </w:rPr>
        <w:t>14:24  bas</w:t>
      </w:r>
      <w:r>
        <w:br/>
      </w:r>
      <w:r>
        <w:rPr>
          <w:sz w:val="20"/>
        </w:rPr>
        <w:t>14:28  jo aadmi is test mein poora utre, is test par stand kare, woh</w:t>
      </w:r>
      <w:r>
        <w:br/>
      </w:r>
      <w:r>
        <w:rPr>
          <w:sz w:val="20"/>
        </w:rPr>
        <w:t>14:37  ke freedom ke hote hue is ne freedom ko misuse nahi kiya, is ka galat istemal nahi kiya. Is self discipline mein raha, woh apne aap ko control mein rakh kar raha.</w:t>
      </w:r>
      <w:r>
        <w:br/>
      </w:r>
      <w:r>
        <w:rPr>
          <w:sz w:val="20"/>
        </w:rPr>
        <w:t>14:51  woh</w:t>
      </w:r>
      <w:r>
        <w:br/>
      </w:r>
      <w:r>
        <w:rPr>
          <w:sz w:val="20"/>
        </w:rPr>
        <w:t>14:54  to aise log jannat mein jayenge jahan par poori azaadi hogi, koi restriction nahi hogi. Kyun ke woh bata chuke honge is se pehle ke hum azaad ho kar ke hum hum apni azaadi ko anarchy nahi bana denge,</w:t>
      </w:r>
      <w:r>
        <w:br/>
      </w:r>
      <w:r>
        <w:rPr>
          <w:sz w:val="20"/>
        </w:rPr>
        <w:t>15:12  hum apni azaadi ko corruption nahi bana denge, hum apni azaadi ko expatriate nahi bana denge.</w:t>
      </w:r>
      <w:r>
        <w:br/>
      </w:r>
      <w:r>
        <w:rPr>
          <w:sz w:val="20"/>
        </w:rPr>
        <w:t>15:21  tab Khuda kahega: "haan, tum is qabil ho ke tum azaadi ke sath raho." To yeh hai creation plan of God.</w:t>
      </w:r>
    </w:p>
    <w:p>
      <w:pPr>
        <w:pStyle w:val="Heading2"/>
      </w:pPr>
      <w:r>
        <w:t>Why an impersonal, formless God cannot create</w:t>
      </w:r>
    </w:p>
    <w:p>
      <w:r>
        <w:rPr>
          <w:color w:val="666666"/>
          <w:sz w:val="18"/>
        </w:rPr>
        <w:t>Belief in the Existance of God | 11 Jan, 2009 · 2m 31s · at 48:28 · https://youtu.be/BniNkb0aE6Q?t=2908</w:t>
      </w:r>
    </w:p>
    <w:p>
      <w:r>
        <w:rPr>
          <w:i/>
        </w:rPr>
        <w:t>“Gravity ke paas mind nahi, thinking power nahi hai”</w:t>
      </w:r>
    </w:p>
    <w:p>
      <w:r>
        <w:rPr>
          <w:sz w:val="20"/>
        </w:rPr>
        <w:t>48:28  gravity hai.</w:t>
      </w:r>
      <w:r>
        <w:br/>
      </w:r>
      <w:r>
        <w:rPr>
          <w:sz w:val="20"/>
        </w:rPr>
        <w:t>48:33  to gravity ke paas mind nahi hai, gravity ke paas thinking power nahi hai.</w:t>
      </w:r>
      <w:r>
        <w:br/>
      </w:r>
      <w:r>
        <w:rPr>
          <w:sz w:val="20"/>
        </w:rPr>
        <w:t>48:37  gravity ke paas kisi nai cheez ko create karne ki taqat nahi hai.</w:t>
      </w:r>
      <w:r>
        <w:br/>
      </w:r>
      <w:r>
        <w:rPr>
          <w:sz w:val="20"/>
        </w:rPr>
        <w:t>48:41  to aik aisa Khuda jo just like gravity ho, woh kuch bhi nahi bana sakta.</w:t>
      </w:r>
      <w:r>
        <w:br/>
      </w:r>
      <w:r>
        <w:rPr>
          <w:sz w:val="20"/>
        </w:rPr>
        <w:t>48:46  to aap ko manna paray ga ke jo universe hum ne discover ki hai, woh formless God</w:t>
      </w:r>
      <w:r>
        <w:br/>
      </w:r>
      <w:r>
        <w:rPr>
          <w:sz w:val="20"/>
        </w:rPr>
        <w:t>48:50  nahi ho sakta.</w:t>
      </w:r>
      <w:r>
        <w:br/>
      </w:r>
      <w:r>
        <w:rPr>
          <w:sz w:val="20"/>
        </w:rPr>
        <w:t>48:54  to monism jo hai,</w:t>
      </w:r>
      <w:r>
        <w:br/>
      </w:r>
      <w:r>
        <w:rPr>
          <w:sz w:val="20"/>
        </w:rPr>
        <w:t>48:59  science ke zamane mein discord ho chuka hai. science se pehle philosophy mein aur theology mein mana jata tha monism ko, yani formless god ko. lekin science ne is ko discard kar diya hai. kyunke science ne jis duniya ko discover kiya hai, woh itni zyada meaningful hai, itni zyada design is ke andar hai, itni zyada harmony is ke andar hai ke yeh impossible ho gaya ke koi yani aisa khuda jo jis ka ko</w:t>
      </w:r>
      <w:r>
        <w:br/>
      </w:r>
      <w:r>
        <w:rPr>
          <w:sz w:val="20"/>
        </w:rPr>
        <w:t>49:29  ei wujood na ho, jo gravity ki tarah se ho, cosmic rays ki tarah se ho, woh sirf</w:t>
      </w:r>
      <w:r>
        <w:br/>
      </w:r>
      <w:r>
        <w:rPr>
          <w:sz w:val="20"/>
        </w:rPr>
        <w:t>49:35  ek idea ho.</w:t>
      </w:r>
      <w:r>
        <w:br/>
      </w:r>
      <w:r>
        <w:rPr>
          <w:sz w:val="20"/>
        </w:rPr>
        <w:t>49:41  jise philosophers kehte the ke khuda ko ek idea, ek spirit, jise hegel ne kaha tha ke world idea.</w:t>
      </w:r>
      <w:r>
        <w:br/>
      </w:r>
      <w:r>
        <w:rPr>
          <w:sz w:val="20"/>
        </w:rPr>
        <w:t>49:47  to aisa khuda create karega? create karne ke liye woh khuda chahiye jiske paas mind ho,</w:t>
      </w:r>
      <w:r>
        <w:br/>
      </w:r>
      <w:r>
        <w:rPr>
          <w:sz w:val="20"/>
        </w:rPr>
        <w:t>49:53  jiske paas will ho, jiske jo plan plan kar sakta ho.</w:t>
      </w:r>
      <w:r>
        <w:br/>
      </w:r>
      <w:r>
        <w:rPr>
          <w:sz w:val="20"/>
        </w:rPr>
        <w:t>49:59  to is ka matlab yeh hai ke science ke baad ab hamare liye monism ka option baqi nahi raha.</w:t>
      </w:r>
      <w:r>
        <w:br/>
      </w:r>
      <w:r>
        <w:rPr>
          <w:sz w:val="20"/>
        </w:rPr>
        <w:t>50:04  science ke baad hamare liye monistic khuda ka jo option hai, woh woh option hi baqi nahi, woh</w:t>
      </w:r>
      <w:r>
        <w:br/>
      </w:r>
      <w:r>
        <w:rPr>
          <w:sz w:val="20"/>
        </w:rPr>
        <w:t>50:09  khatam, woh option khatam ho chuka.</w:t>
      </w:r>
      <w:r>
        <w:br/>
      </w:r>
      <w:r>
        <w:rPr>
          <w:sz w:val="20"/>
        </w:rPr>
        <w:t>50:14  monistic god ka concept khatam ho chuka.</w:t>
      </w:r>
      <w:r>
        <w:br/>
      </w:r>
      <w:r>
        <w:rPr>
          <w:sz w:val="20"/>
        </w:rPr>
        <w:t>50:20  ab ek hi option hai, woh hai monotheistic god, yani personal god.</w:t>
      </w:r>
      <w:r>
        <w:br/>
      </w:r>
      <w:r>
        <w:rPr>
          <w:sz w:val="20"/>
        </w:rPr>
        <w:t>50:25  personal god ka matlab hai ke woh god jiske paas mind hai, jo plan kar sakta hai,</w:t>
      </w:r>
      <w:r>
        <w:br/>
      </w:r>
      <w:r>
        <w:rPr>
          <w:sz w:val="20"/>
        </w:rPr>
        <w:t>50:30  jo soch sakta hai, jo design kar sakta hai. toh yeh main samajhta hoon ke in saare jo development hue hain maujooda zamane mein, in sab ko aap lein toh khuda ka existence hai, yani is aakhri had tak prove ho chuka hai. ab is mein koi shakk ki baat nahi rahi. toh jab maine in sab cheezon ko padha, main khud bhi un se</w:t>
      </w:r>
    </w:p>
    <w:p>
      <w:pPr>
        <w:pStyle w:val="Heading2"/>
      </w:pPr>
      <w:r>
        <w:t>dua at Hajj cannot be transferred to you</w:t>
      </w:r>
    </w:p>
    <w:p>
      <w:r>
        <w:rPr>
          <w:color w:val="666666"/>
          <w:sz w:val="18"/>
        </w:rPr>
        <w:t>Islam &amp; The Prophet of Islam October 21, 2012 · 1m 10s · at 1:34:09 · https://youtu.be/qdki-pNoY3I?t=5649</w:t>
      </w:r>
    </w:p>
    <w:p>
      <w:r>
        <w:rPr>
          <w:i/>
        </w:rPr>
        <w:t>“Dua ek har aadmi ka apna maamla hai, doosre ka nahi”</w:t>
      </w:r>
    </w:p>
    <w:p>
      <w:r>
        <w:rPr>
          <w:sz w:val="20"/>
        </w:rPr>
        <w:t>1:34:09  in. dekhiye, bohat zaroori hai janna ke dua aik har aadmi ka apna muamla hai.</w:t>
      </w:r>
      <w:r>
        <w:br/>
      </w:r>
      <w:r>
        <w:rPr>
          <w:sz w:val="20"/>
        </w:rPr>
        <w:t>1:34:18  hargiz hargiz sari dunya mil kar dua kare, tab bhi is ka faida mujh ko nahi milnay wala hai. chahay Makkah mein kare, chahay Madinah mein kare, chahay kahin bhi kare. doosre ki dua se mujh ko mil jaye ga, yeh kan si pehli bilkul baseless hai.</w:t>
      </w:r>
      <w:r>
        <w:br/>
      </w:r>
      <w:r>
        <w:rPr>
          <w:sz w:val="20"/>
        </w:rPr>
        <w:t>1:34:33  Hundred percent baseless yeh kan sipt.</w:t>
      </w:r>
      <w:r>
        <w:br/>
      </w:r>
      <w:r>
        <w:rPr>
          <w:sz w:val="20"/>
        </w:rPr>
        <w:t>1:34:36  dua aap ki apni cheez hai. bilkul apni cheez hai. yeh yeh jo riwaj hai ke ke ja raha hoon wahan se dua karna, yeh yani bilashuba yeh yeh sarkashi hai, yeh tum radd hai.</w:t>
      </w:r>
      <w:r>
        <w:br/>
      </w:r>
      <w:r>
        <w:rPr>
          <w:sz w:val="20"/>
        </w:rPr>
        <w:t>1:34:53  aur Allah ko under estimate kar raha hai.</w:t>
      </w:r>
      <w:r>
        <w:br/>
      </w:r>
      <w:r>
        <w:rPr>
          <w:sz w:val="20"/>
        </w:rPr>
        <w:t>1:34:57  khud pukaro Allah ko. khud Allah se jo kehna hai kaho. baqi haji jao wahan dua karo tumhare liye. chahay gilaaf e Kaaba pakar kar kare ya kaise bhi kare.</w:t>
      </w:r>
      <w:r>
        <w:br/>
      </w:r>
      <w:r>
        <w:rPr>
          <w:sz w:val="20"/>
        </w:rPr>
        <w:t>1:35:09  is ka koi faida aap ko nahi milnay wala hai. yeh bilkul baseless baat hai. yeh yeh is ko kehte hain Quran mein aamani. khush fehmi.</w:t>
      </w:r>
    </w:p>
    <w:p>
      <w:pPr>
        <w:pStyle w:val="Heading2"/>
      </w:pPr>
      <w:r>
        <w:t>Personal gratitude collides with a grim newspaper headline</w:t>
      </w:r>
    </w:p>
    <w:p>
      <w:r>
        <w:rPr>
          <w:color w:val="666666"/>
          <w:sz w:val="18"/>
        </w:rPr>
        <w:t>Between Hell and Paradise January 27, 2013 · 2m 32s · at 22:43 · https://youtu.be/0IItFxGXPQ4?t=1363</w:t>
      </w:r>
    </w:p>
    <w:p>
      <w:r>
        <w:rPr>
          <w:i/>
        </w:rPr>
        <w:t>“Jab akhbar uthaya to usme kya tha”</w:t>
      </w:r>
    </w:p>
    <w:p>
      <w:r>
        <w:rPr>
          <w:sz w:val="20"/>
        </w:rPr>
        <w:t>22:43  is ke baad jab akhbar uthaya to is mein kya tha? yeh aaj ka paper hai, aaj ka paper.</w:t>
      </w:r>
      <w:r>
        <w:br/>
      </w:r>
      <w:r>
        <w:rPr>
          <w:sz w:val="20"/>
        </w:rPr>
        <w:t>22:51  aaj ka paper hai yeh. kya news is mein hai? is mein news hai ke 28 dead in Egypt clashes.</w:t>
      </w:r>
      <w:r>
        <w:br/>
      </w:r>
      <w:r>
        <w:rPr>
          <w:sz w:val="20"/>
        </w:rPr>
        <w:t>23:06  28 dead in Egypt clashes. yani Misr mein khud Misriyon mein aapas mein takrao hua, khud Musalmanon mein aapas mein takrao hua.</w:t>
      </w:r>
      <w:r>
        <w:br/>
      </w:r>
      <w:r>
        <w:rPr>
          <w:sz w:val="20"/>
        </w:rPr>
        <w:t>23:20  aur is mein 28 mar gaye.</w:t>
      </w:r>
      <w:r>
        <w:br/>
      </w:r>
      <w:r>
        <w:rPr>
          <w:sz w:val="20"/>
        </w:rPr>
        <w:t>23:25  ab is ke baad is mein bataya gaya hai, aap dekh rahe hain is mein aik aik tasweer hai, aik jaloos ki. woh tasweer mein kya hai?</w:t>
      </w:r>
      <w:r>
        <w:br/>
      </w:r>
      <w:r>
        <w:rPr>
          <w:sz w:val="20"/>
        </w:rPr>
        <w:t>23:34  woh banner uthaye hue hain. woh banner mein bohat si tasweerein lagi hui hain. aur neeche likha hua "la ninsakum".</w:t>
      </w:r>
      <w:r>
        <w:br/>
      </w:r>
      <w:r>
        <w:rPr>
          <w:sz w:val="20"/>
        </w:rPr>
        <w:t>23:45  pichhle saal jab husni mubarak ka aik daur khatam hua tha to bari dhoom thi misr mein, bari dhoom thi.</w:t>
      </w:r>
      <w:r>
        <w:br/>
      </w:r>
      <w:r>
        <w:rPr>
          <w:sz w:val="20"/>
        </w:rPr>
        <w:t>23:57  is zamane mein clish bhi ho gaya aur aur 70 aadmi mar gaye. to is ki yaad banane ke liye aaj salgirah thi, is ke baad manane ke liye jaloos nikla.</w:t>
      </w:r>
      <w:r>
        <w:br/>
      </w:r>
      <w:r>
        <w:rPr>
          <w:sz w:val="20"/>
        </w:rPr>
        <w:t>24:11  un logon ki tasweerein hain jo pichhle saal mare the, 70 aadmi. aur is mein neeche likha hua "la ninsakum". hum tum ko hargiz nahi bhulenge.</w:t>
      </w:r>
      <w:r>
        <w:br/>
      </w:r>
      <w:r>
        <w:rPr>
          <w:sz w:val="20"/>
        </w:rPr>
        <w:t>24:22  hum tum ko hargiz nahi bhulenge. aur phir jante hain kya hua? dobara clish hua. abhi to first report mein 28 aaye hain.</w:t>
      </w:r>
      <w:r>
        <w:br/>
      </w:r>
      <w:r>
        <w:rPr>
          <w:sz w:val="20"/>
        </w:rPr>
        <w:t>24:32  abhi ya kal parson jo report aayi, kyunke injury to bohat sari hoti hai. yeh tadad kahan tak pahunch jaye? hota hai dobara 70 aadmi mar jayein.</w:t>
      </w:r>
      <w:r>
        <w:br/>
      </w:r>
      <w:r>
        <w:rPr>
          <w:sz w:val="20"/>
        </w:rPr>
        <w:t>24:43  to maine socha ke dekhiye, main bhi aik insaan hoon. main to shukr mein sarsar tha bilkul.</w:t>
      </w:r>
      <w:r>
        <w:br/>
      </w:r>
      <w:r>
        <w:rPr>
          <w:sz w:val="20"/>
        </w:rPr>
        <w:t>24:53  aur akhbar news de raha hai nashukri ki.</w:t>
      </w:r>
      <w:r>
        <w:br/>
      </w:r>
      <w:r>
        <w:rPr>
          <w:sz w:val="20"/>
        </w:rPr>
        <w:t>24:59  to yahi farq hai, un logon ne focus kar rakha hai is cheez par jo nahi mila. aur Allah ke fazl se maine focus kar rakha tha is par jo mujh ko mila.</w:t>
      </w:r>
    </w:p>
    <w:p>
      <w:pPr>
        <w:pStyle w:val="Heading2"/>
      </w:pPr>
      <w:r>
        <w:t>Risk of Paradise without love for God</w:t>
      </w:r>
    </w:p>
    <w:p>
      <w:r>
        <w:rPr>
          <w:color w:val="666666"/>
          <w:sz w:val="18"/>
        </w:rPr>
        <w:t>Love of God | May 13, 2017 · 1m 30s · at 29:35 · https://youtu.be/5XN9DuLu2Mo?t=1775</w:t>
      </w:r>
    </w:p>
    <w:p>
      <w:r>
        <w:rPr>
          <w:i/>
        </w:rPr>
        <w:t>“میں تو آپ کو پتہ ہے کہ اس کے پیٹ سے میں پیدا ہوا ہوں”</w:t>
      </w:r>
    </w:p>
    <w:p>
      <w:r>
        <w:rPr>
          <w:sz w:val="20"/>
        </w:rPr>
        <w:t>29:35  mein to aap ko pata hai ke is ke pait se mein paida hua hoon.</w:t>
      </w:r>
      <w:r>
        <w:br/>
      </w:r>
      <w:r>
        <w:rPr>
          <w:sz w:val="20"/>
        </w:rPr>
        <w:t>29:41  is ke pait se meri paidaish hui hai.</w:t>
      </w:r>
      <w:r>
        <w:br/>
      </w:r>
      <w:r>
        <w:rPr>
          <w:sz w:val="20"/>
        </w:rPr>
        <w:t>29:47  lekin Allah Rab ul Alameen jo itni badi kainat aap ke liye paida ki hai, itni badi universe, yaani</w:t>
      </w:r>
      <w:r>
        <w:br/>
      </w:r>
      <w:r>
        <w:rPr>
          <w:sz w:val="20"/>
        </w:rPr>
        <w:t>29:53  custom made universe, itni badi universe hai, wo custom made hai.</w:t>
      </w:r>
      <w:r>
        <w:br/>
      </w:r>
      <w:r>
        <w:rPr>
          <w:sz w:val="20"/>
        </w:rPr>
        <w:t>29:59  is ko khabar nahi, is liye Allah</w:t>
      </w:r>
      <w:r>
        <w:br/>
      </w:r>
      <w:r>
        <w:rPr>
          <w:sz w:val="20"/>
        </w:rPr>
        <w:t>30:05  se mohabbat bhi nahi. to is ka maani hai ke jo log Allah se mohabbat na, ya darja mohabbat discover na karen, woh apni jannat ka risk le rahe hain. jo log apne creator ko love ke darje mein discover na karen, woh apni paradise ka risk le rahe hain. Allah taala bachaye is anjaam se. meri dua hai aap ke liye aur aap sab logon</w:t>
      </w:r>
      <w:r>
        <w:br/>
      </w:r>
      <w:r>
        <w:rPr>
          <w:sz w:val="20"/>
        </w:rPr>
        <w:t>30:35  ke liye ke hum is anjaam se Allah taala hamein bachaye. assalamu alaikum wa rahmatullahi.</w:t>
      </w:r>
    </w:p>
    <w:p>
      <w:pPr>
        <w:pStyle w:val="Heading2"/>
      </w:pPr>
      <w:r>
        <w:t>Man as guest of God</w:t>
      </w:r>
    </w:p>
    <w:p>
      <w:r>
        <w:rPr>
          <w:color w:val="666666"/>
          <w:sz w:val="18"/>
        </w:rPr>
        <w:t>God and Man I February 19, 2012 Maulana Wahiduddin Khan · 2m 05s · at 19:59 · https://youtu.be/8TP3nlGRZek?t=1199</w:t>
      </w:r>
    </w:p>
    <w:p>
      <w:r>
        <w:rPr>
          <w:i/>
        </w:rPr>
        <w:t>“Man is a universal guest.”</w:t>
      </w:r>
    </w:p>
    <w:p>
      <w:r>
        <w:rPr>
          <w:sz w:val="20"/>
        </w:rPr>
        <w:t>19:59  to aaj subah mein yeh soch raha tha ke insan jo hai, Khuda ne bataya, likha hai, Quran majeed mein likha hai ke wa laqad karramna ban aadama yani insan ko hum ne bohat hi izzat aur sharaf diya.</w:t>
      </w:r>
      <w:r>
        <w:br/>
      </w:r>
      <w:r>
        <w:rPr>
          <w:sz w:val="20"/>
        </w:rPr>
        <w:t>20:17  to yeh kya hai? to mein soch raha tha ke insan to Khuda ki is duniya mein goya mehman ke tor par hai. mehman is ko kehte hain jis ko muft sab cheezen supply ki jayen.</w:t>
      </w:r>
      <w:r>
        <w:br/>
      </w:r>
      <w:r>
        <w:rPr>
          <w:sz w:val="20"/>
        </w:rPr>
        <w:t>20:29  to sab muft supply ho raha hai. hum karte hain, koi hum kuch bhi nahi karte.</w:t>
      </w:r>
      <w:r>
        <w:br/>
      </w:r>
      <w:r>
        <w:rPr>
          <w:sz w:val="20"/>
        </w:rPr>
        <w:t>20:34  agar kisan khet mein beej daal deta hai to woh karna nahi kaha jayega. yani beej se ukhru ukhwa nikla, ukhoi se danthal nikla, is se patiyan nikali, is se phool aur phal aaye, is se ghalla nikla.</w:t>
      </w:r>
      <w:r>
        <w:br/>
      </w:r>
      <w:r>
        <w:rPr>
          <w:sz w:val="20"/>
        </w:rPr>
        <w:t>20:48  yeh kya kya cheezen hain? yeh kisan karta hai?</w:t>
      </w:r>
      <w:r>
        <w:br/>
      </w:r>
      <w:r>
        <w:rPr>
          <w:sz w:val="20"/>
        </w:rPr>
        <w:t>20:51  us ne to ek bas ek beej daal diya. to kisan ka karna itna kam hai ke ek feesad mein bhi mamnoo kar sakte ho is ko aap. aisi sari cheezen hain.</w:t>
      </w:r>
      <w:r>
        <w:br/>
      </w:r>
      <w:r>
        <w:rPr>
          <w:sz w:val="20"/>
        </w:rPr>
        <w:t>21:01  jo oxygen supply ho raha hai, hum ne kya kiya is ke liye? darakhton se. suraj se jo aa rahi hai roshni aur hararat, hum ne kya kiya?</w:t>
      </w:r>
      <w:r>
        <w:br/>
      </w:r>
      <w:r>
        <w:rPr>
          <w:sz w:val="20"/>
        </w:rPr>
        <w:t>21:10  kuch nahi kiya hum ne.</w:t>
      </w:r>
      <w:r>
        <w:br/>
      </w:r>
      <w:r>
        <w:rPr>
          <w:sz w:val="20"/>
        </w:rPr>
        <w:t>21:11  jo cosmic rays aa rahi hain, hum ne kya kiya? hum ne kuch bhi nahi kiya. to yeh sab jis tarah se ek mehman hota hai, to us ko sari cheezen muft di jati hain.</w:t>
      </w:r>
      <w:r>
        <w:br/>
      </w:r>
      <w:r>
        <w:rPr>
          <w:sz w:val="20"/>
        </w:rPr>
        <w:t>21:22  to insan goya ke is duniya mein Khuda ka mehman hai. kaisi ajeeb baat hai.</w:t>
      </w:r>
      <w:r>
        <w:br/>
      </w:r>
      <w:r>
        <w:rPr>
          <w:sz w:val="20"/>
        </w:rPr>
        <w:t>21:28  phir mein ne socha ke dekhiye, ek hota hai mehman. yani aam mehman. ek mehman hota hai.</w:t>
      </w:r>
      <w:r>
        <w:br/>
      </w:r>
      <w:r>
        <w:rPr>
          <w:sz w:val="20"/>
        </w:rPr>
        <w:t>21:36  phir ek chief mehman hota hai. phir ek shahi mehman hota hai. phir ek shahi mehman hota hai. yani aam mehman, khas mehman, shahi mehman, shehanshahi mehman.</w:t>
      </w:r>
      <w:r>
        <w:br/>
      </w:r>
      <w:r>
        <w:rPr>
          <w:sz w:val="20"/>
        </w:rPr>
        <w:t>21:49  lekin insan jo hai, alamgir mehman hai. alamgir mehman hai. yani sari kainat us ki khidmat mein lagi hui hai.</w:t>
      </w:r>
    </w:p>
    <w:p>
      <w:pPr>
        <w:pStyle w:val="Heading2"/>
      </w:pPr>
      <w:r>
        <w:t>Will believing women become like houris in paradise?</w:t>
      </w:r>
    </w:p>
    <w:p>
      <w:r>
        <w:rPr>
          <w:color w:val="666666"/>
          <w:sz w:val="18"/>
        </w:rPr>
        <w:t>CPS Women Monthly Q and A with Prof. Farida Khanam &amp; Maulana Farhad Ahmed Umeri August 18, 2024 · 1m 33s · at 35:57 · https://youtu.be/VqeLGHTjfQo?t=2157</w:t>
      </w:r>
    </w:p>
    <w:p>
      <w:r>
        <w:rPr>
          <w:i/>
        </w:rPr>
        <w:t>“believing woman जो दुनिया में है वह paradise में कैसे रहेंगी?”</w:t>
      </w:r>
    </w:p>
    <w:p>
      <w:r>
        <w:rPr>
          <w:sz w:val="20"/>
        </w:rPr>
        <w:t>35:57  status se kya mula den? woh shayad janna cha rahi hoon ke believing woman jo duniya mein hai woh woh paradise mein matlab kaise rahenge? kai bar kaha jata hai na ke jannat mein hoor bhi hongi. haan haan hoor bhi hain aur believing women bhi hai. to dono ki kya jagah hogi jannat? are yahi believing women, jannati women.</w:t>
      </w:r>
      <w:r>
        <w:br/>
      </w:r>
      <w:r>
        <w:rPr>
          <w:sz w:val="20"/>
        </w:rPr>
        <w:t>36:24  jannati mein koi agli banane thodi bheji jayengi ek bar wahi hogi. ek bar rasullah saslam ke paas ek budhi ho raha tha hi to rasullah ne azra hai. matlab bohat hi halka himar aap karte the kabhi kabhi. to aapne keh diya ke jannat mein budhiya nahi jayengi. ab woh lagi rone. tab aapne bataya ke jannat mein jawan hokar jayenge.</w:t>
      </w:r>
      <w:r>
        <w:br/>
      </w:r>
      <w:r>
        <w:rPr>
          <w:sz w:val="20"/>
        </w:rPr>
        <w:t>36:50  to isi tarike jannat mein jo dakhil hoga itni khoobsurat jagah unhe dakhil hote hi woh beautiful ho jayega.</w:t>
      </w:r>
      <w:r>
        <w:br/>
      </w:r>
      <w:r>
        <w:rPr>
          <w:sz w:val="20"/>
        </w:rPr>
        <w:t>36:56  to wahi aur hoga.</w:t>
      </w:r>
      <w:r>
        <w:br/>
      </w:r>
      <w:r>
        <w:rPr>
          <w:sz w:val="20"/>
        </w:rPr>
        <w:t>37:03  koi aur alag se koi thodi paida ki jayengi.</w:t>
      </w:r>
      <w:r>
        <w:br/>
      </w:r>
      <w:r>
        <w:rPr>
          <w:sz w:val="20"/>
        </w:rPr>
        <w:t>37:10  ji aap, thank you so much.</w:t>
      </w:r>
      <w:r>
        <w:br/>
      </w:r>
      <w:r>
        <w:rPr>
          <w:sz w:val="20"/>
        </w:rPr>
        <w:t>37:16  bahut acche se hum logon ko aur maan lijiye wale mein dekhiye ek usool hamesha yaad rakhna hai.</w:t>
      </w:r>
      <w:r>
        <w:br/>
      </w:r>
      <w:r>
        <w:rPr>
          <w:sz w:val="20"/>
        </w:rPr>
        <w:t>37:23  detail proof ho dijiye kya kya usmein hai?</w:t>
      </w:r>
      <w:r>
        <w:br/>
      </w:r>
      <w:r>
        <w:rPr>
          <w:sz w:val="20"/>
        </w:rPr>
        <w:t>37:30  aur cheezein hongi.</w:t>
      </w:r>
    </w:p>
    <w:p>
      <w:pPr>
        <w:pStyle w:val="Heading2"/>
      </w:pPr>
      <w:r>
        <w:t>Jihad is defensive and organized</w:t>
      </w:r>
    </w:p>
    <w:p>
      <w:r>
        <w:rPr>
          <w:color w:val="666666"/>
          <w:sz w:val="18"/>
        </w:rPr>
        <w:t>Al-Risala April 2018 (Urdu) · 2m 31s · at 59:20 · https://youtu.be/YhyV9Pr8sdA?t=3560</w:t>
      </w:r>
    </w:p>
    <w:p>
      <w:r>
        <w:rPr>
          <w:i/>
        </w:rPr>
        <w:t>“Jihad is the duty of the ruler, not individuals”</w:t>
      </w:r>
    </w:p>
    <w:p>
      <w:r>
        <w:rPr>
          <w:sz w:val="20"/>
        </w:rPr>
        <w:t>59:20  jihad ka hukum.</w:t>
      </w:r>
      <w:r>
        <w:br/>
      </w:r>
      <w:r>
        <w:rPr>
          <w:sz w:val="20"/>
        </w:rPr>
        <w:t>59:25  jihad ba ma'ni qital ek khusoosi hukum hai.</w:t>
      </w:r>
      <w:r>
        <w:br/>
      </w:r>
      <w:r>
        <w:rPr>
          <w:sz w:val="20"/>
        </w:rPr>
        <w:t>59:30  jihad ba ma'ni qital ki zaroorat is waqt pesh aati hai jabke musalmanon ki baqayda hukumat qaim ho aur</w:t>
      </w:r>
      <w:r>
        <w:br/>
      </w:r>
      <w:r>
        <w:rPr>
          <w:sz w:val="20"/>
        </w:rPr>
        <w:t>59:35  is ki sarhadon par khuli jarahiyat ki jaye.</w:t>
      </w:r>
      <w:r>
        <w:br/>
      </w:r>
      <w:r>
        <w:rPr>
          <w:sz w:val="20"/>
        </w:rPr>
        <w:t>59:40  is waqt zimmedaran-e-saltanat ki taraf se jarah se guft-o-shuneed ki jayegi.</w:t>
      </w:r>
      <w:r>
        <w:br/>
      </w:r>
      <w:r>
        <w:rPr>
          <w:sz w:val="20"/>
        </w:rPr>
        <w:t>59:45  agar guft-o-shuneed nakam ho jaye to baqadr zarr</w:t>
      </w:r>
      <w:r>
        <w:br/>
      </w:r>
      <w:r>
        <w:rPr>
          <w:sz w:val="20"/>
        </w:rPr>
        <w:t>59:50  urat musalmanon ki taraf se munazzam difa' kiya jayega.</w:t>
      </w:r>
      <w:r>
        <w:br/>
      </w:r>
      <w:r>
        <w:rPr>
          <w:sz w:val="20"/>
        </w:rPr>
        <w:t>59:55  yahi shar'i jihad hai.</w:t>
      </w:r>
      <w:r>
        <w:br/>
      </w:r>
      <w:r>
        <w:rPr>
          <w:sz w:val="20"/>
        </w:rPr>
        <w:t>1:00:00  is difa' ke ma'amle mein afrad ka koi azadana role nahi hai.</w:t>
      </w:r>
      <w:r>
        <w:br/>
      </w:r>
      <w:r>
        <w:rPr>
          <w:sz w:val="20"/>
        </w:rPr>
        <w:t>1:00:05  afrad ko sirf yeh karna hai ke amir-e-saltanat ke hukum ke mutabiq difa' mein munazzam hissa lein.</w:t>
      </w:r>
      <w:r>
        <w:br/>
      </w:r>
      <w:r>
        <w:rPr>
          <w:sz w:val="20"/>
        </w:rPr>
        <w:t>1:00:10  yahan is silsile mein ek hawala darj kiya jata hai: Abu Muhammad Muwaffaquddin Abdullah bin Ahmad bin</w:t>
      </w:r>
      <w:r>
        <w:br/>
      </w:r>
      <w:r>
        <w:rPr>
          <w:sz w:val="20"/>
        </w:rPr>
        <w:t>1:00:15  Muhammad bin Qudamah Maqdisi H</w:t>
      </w:r>
      <w:r>
        <w:br/>
      </w:r>
      <w:r>
        <w:rPr>
          <w:sz w:val="20"/>
        </w:rPr>
        <w:t>1:00:20  hanbali. muhaddis fiqh hanbali ke aalim aur qazi aur mufakkir thay. unhon ne fiqh hanbali ke fiqhi masail par beshtar kutub tasneef kin. woh hanabila ke azeem fuqaha mein se aik hain. ibn qudamah ki tasneef al mughni ka shumar fiqh hanbali ki bunyadi kitabon mein hota hai. is kitab ka aik bab hai: fasl wa amr al jihadi mawqool</w:t>
      </w:r>
      <w:r>
        <w:br/>
      </w:r>
      <w:r>
        <w:rPr>
          <w:sz w:val="20"/>
        </w:rPr>
        <w:t>1:00:50  al-Imam wajtihaadi.</w:t>
      </w:r>
      <w:r>
        <w:br/>
      </w:r>
      <w:r>
        <w:rPr>
          <w:sz w:val="20"/>
        </w:rPr>
        <w:t>1:00:57  is bab ke tehat musannif likhte hain: Wa amr al-jihadi mawqool 'ala al-Imam wajtihaadi wa yalzam al-ra'iyyah ta'atuhu feema yaraahu min</w:t>
      </w:r>
      <w:r>
        <w:br/>
      </w:r>
      <w:r>
        <w:rPr>
          <w:sz w:val="20"/>
        </w:rPr>
        <w:t>1:01:05  dhalik ya'ni jihad aur is ke ijtihad ka ma'mla imam ke zimme assigned hai aur ra'iyyat par</w:t>
      </w:r>
      <w:r>
        <w:br/>
      </w:r>
      <w:r>
        <w:rPr>
          <w:sz w:val="20"/>
        </w:rPr>
        <w:t>1:01:13  lazim hai ke woh is ma'amle mein jo hakim ki rai ho us ki it'at kare.</w:t>
      </w:r>
      <w:r>
        <w:br/>
      </w:r>
      <w:r>
        <w:rPr>
          <w:sz w:val="20"/>
        </w:rPr>
        <w:t>1:01:20  jihad ba ma'ni qital ek munazzam difa'i amr hai.</w:t>
      </w:r>
      <w:r>
        <w:br/>
      </w:r>
      <w:r>
        <w:rPr>
          <w:sz w:val="20"/>
        </w:rPr>
        <w:t>1:01:26  jihad ko shuru karna aur us ko khatm karna dono baqayda taur par qaim shuda hukumat ka kaam hai.</w:t>
      </w:r>
      <w:r>
        <w:br/>
      </w:r>
      <w:r>
        <w:rPr>
          <w:sz w:val="20"/>
        </w:rPr>
        <w:t>1:01:32  is mamle mein afraad ka role sirf hakim ki itaat hai, na ke bator khud jarah ke khilaaf</w:t>
      </w:r>
      <w:r>
        <w:br/>
      </w:r>
      <w:r>
        <w:rPr>
          <w:sz w:val="20"/>
        </w:rPr>
        <w:t>1:01:39  koi karwai karna.</w:t>
      </w:r>
      <w:r>
        <w:br/>
      </w:r>
      <w:r>
        <w:rPr>
          <w:sz w:val="20"/>
        </w:rPr>
        <w:t>1:01:45  namaz baghair ameer ke bhi ho sakti hai, lekin jihad ba maani qitaal</w:t>
      </w:r>
    </w:p>
    <w:p>
      <w:pPr>
        <w:pStyle w:val="Heading2"/>
      </w:pPr>
      <w:r>
        <w:t>volunteer discovers her purpose and hidden potential</w:t>
      </w:r>
    </w:p>
    <w:p>
      <w:r>
        <w:rPr>
          <w:color w:val="666666"/>
          <w:sz w:val="18"/>
        </w:rPr>
        <w:t>CPS Women Experiences Peace Conference April 29-30, 2023 · 3m 13s · at 16:57 · https://youtu.be/VrP-HOSml6E?t=1017</w:t>
      </w:r>
    </w:p>
    <w:p>
      <w:r>
        <w:rPr>
          <w:i/>
        </w:rPr>
        <w:t>“Through my sir mister Abdul Mubeen, I joined this divine mission in 2019”</w:t>
      </w:r>
    </w:p>
    <w:p>
      <w:r>
        <w:rPr>
          <w:sz w:val="20"/>
        </w:rPr>
        <w:t>16:57  to Aisha Yusra aap yahan aayen. Everyone. I'm Aisha Isra from Vishakhapatnam. Through my sir, mister Abdul Mubeen, I joined this divine mission as a volunteer in 2019.</w:t>
      </w:r>
      <w:r>
        <w:br/>
      </w:r>
      <w:r>
        <w:rPr>
          <w:sz w:val="20"/>
        </w:rPr>
        <w:t>17:25  For this, I'm so grateful to him. After reading Maulana Wahiduddin Khan sahib literature, I clearly understood the creation plan of God. After that, I came to know my purpose of life. I started cycle Dawa on March '20 '19. By the grace of God almighty and the support of my sir, I have been continuing the divine work for the last four years.</w:t>
      </w:r>
      <w:r>
        <w:br/>
      </w:r>
      <w:r>
        <w:rPr>
          <w:sz w:val="20"/>
        </w:rPr>
        <w:t>17:52  From the day one to till date, number of people have been taking the word of God and peace literature in their native languages with so much respect. Many of them told me we have been searching for the Quran for a long time. Finally, we got it here. Through Facebook, I met miss Fahmeda Khan. She is such a nice woman. She added me to the CPS women Marifa group in 2020.</w:t>
      </w:r>
      <w:r>
        <w:br/>
      </w:r>
      <w:r>
        <w:rPr>
          <w:sz w:val="20"/>
        </w:rPr>
        <w:t>18:22  I'm always thankful to her. Before joining the group, I was completely unaware of my potential. But after joining the group by interacting with other women, I recognized my hidden potential. Miss Sara Fatima and Miss Sabina Ali inspired me a lot to improve my English speaking skills and communication skills. After that, I focused on my writing skills. I got inspired by Miss Sutti Malhotra.</w:t>
      </w:r>
      <w:r>
        <w:br/>
      </w:r>
      <w:r>
        <w:rPr>
          <w:sz w:val="20"/>
        </w:rPr>
        <w:t>18:52  I started translating of Maulana's English leaflets into Telugu language. There is one more woman who taught me the importance of deep thinking through health learnings is doctor Safinha Tabassum. Because of CPS women book discussion classes and daily interactions with other women, my passion about spirituality and spirit of inquiry are increasing day by day.</w:t>
      </w:r>
      <w:r>
        <w:br/>
      </w:r>
      <w:r>
        <w:rPr>
          <w:sz w:val="20"/>
        </w:rPr>
        <w:t>19:20  They all are made me spiritually an awakened person. I vote to them a lot. Now I am one of the admin of CPS young women group. In this group, we discuss the realization of god, the creation of plan of god, spirituality, positive thinking, and many more topics in modern idiom. I hope through this group, women will become intellectually developed persons.</w:t>
      </w:r>
      <w:r>
        <w:br/>
      </w:r>
      <w:r>
        <w:rPr>
          <w:sz w:val="20"/>
        </w:rPr>
        <w:t>19:48  The foremost thing is they can easily identify their roles in this vast universe in a rational way. Inshallah, I wish I will continue my intellectual journey till my last breath to become grow wiser. Finally, trust in God, work hard, you are unstoppable. Thank you all.</w:t>
      </w:r>
      <w:r>
        <w:br/>
      </w:r>
      <w:r>
        <w:rPr>
          <w:sz w:val="20"/>
        </w:rPr>
        <w:t>20:10  Tazeen Begum, jo CPS Bangalore ki ek member hai, jo Fatima Sara ki activities mein closely involve hain. main unke andar Fatima Sara ki teaching ki jhalak dekhti hoon. to Zainab aap stage par aayen apni learning hamare sath share kariyen. Asslam u alaikum. Rahmatullah hi wa barakatuh.</w:t>
      </w:r>
    </w:p>
    <w:p>
      <w:pPr>
        <w:pStyle w:val="Heading2"/>
      </w:pPr>
      <w:r>
        <w:t>Officer helps quietly without fanfare</w:t>
      </w:r>
    </w:p>
    <w:p>
      <w:r>
        <w:rPr>
          <w:color w:val="666666"/>
          <w:sz w:val="18"/>
        </w:rPr>
        <w:t>Divine Help July 21, 2019 Maulana Wahiduddin Khan · 2m 15s · at 22:46 · https://youtu.be/Phjyu1GUuS8?t=1366</w:t>
      </w:r>
    </w:p>
    <w:p>
      <w:r>
        <w:rPr>
          <w:i/>
        </w:rPr>
        <w:t>“Ek qissa mujhe yaad hai UP ka, Lucknow ka”</w:t>
      </w:r>
    </w:p>
    <w:p>
      <w:r>
        <w:rPr>
          <w:sz w:val="20"/>
        </w:rPr>
        <w:t>22:46  ek qissa mujhe yaad hai up ka, lucknow ka. ek sahib ke ka ek mamla tha to wahan par isp,</w:t>
      </w:r>
      <w:r>
        <w:br/>
      </w:r>
      <w:r>
        <w:rPr>
          <w:sz w:val="20"/>
        </w:rPr>
        <w:t>23:01  woh bara ek afsar hota tha, ics. bara afsar, us ko pata hai, mashhoor tha ke woh bohat acha hai, bohat bohat hi logon ke kaam poora karta hai.</w:t>
      </w:r>
      <w:r>
        <w:br/>
      </w:r>
      <w:r>
        <w:rPr>
          <w:sz w:val="20"/>
        </w:rPr>
        <w:t>23:14  woh to ek sahib sun kar ke ke woh bohat acha afsar hai, us ke baad gaye, us ke afsar mile, us ko to us se kaha ke "mujhe mera falan kaam hai, woh to kar dijiye".</w:t>
      </w:r>
      <w:r>
        <w:br/>
      </w:r>
      <w:r>
        <w:rPr>
          <w:sz w:val="20"/>
        </w:rPr>
        <w:t>23:31  to afsar ne bohat ghor se suna, bohat ghor se, aur us ke baad un ko kaha ke "acha, jaiye".</w:t>
      </w:r>
      <w:r>
        <w:br/>
      </w:r>
      <w:r>
        <w:rPr>
          <w:sz w:val="20"/>
        </w:rPr>
        <w:t>23:43  to wapas aaya woh to bohat hi, yani us ko koi umeed nahi thi, hopeless ho kar aaya ke "sahib, afsar sahib ne meri baat sun to li?" kaha kuch nahi,</w:t>
      </w:r>
      <w:r>
        <w:br/>
      </w:r>
      <w:r>
        <w:rPr>
          <w:sz w:val="20"/>
        </w:rPr>
        <w:t>23:59  kaha kuch nahi. to batane wale ne bataya ke us ne kaha ke "tum jante nahi ke un ka tareeqa kiya hai?" jab aap, jab tum baat kar rahe the,</w:t>
      </w:r>
      <w:r>
        <w:br/>
      </w:r>
      <w:r>
        <w:rPr>
          <w:sz w:val="20"/>
        </w:rPr>
        <w:t>24:14  us waqt to apni diary note kar raha tha. woh jab tum keh rahe the to woh apni diary ab note kar raha tha, aur jaise hi tum aaye, waise hi usay call kiya, us aadmi ko jo wahan par tha,</w:t>
      </w:r>
      <w:r>
        <w:br/>
      </w:r>
      <w:r>
        <w:rPr>
          <w:sz w:val="20"/>
        </w:rPr>
        <w:t>24:34  aur usay kaha ke "dekho, yeh kaam karna hai". to us jis ne wahan ja kar ke us se kaha tha, aap ne to usay to kuch nahi kaha, lekin jo aadmi se mamla tha,</w:t>
      </w:r>
      <w:r>
        <w:br/>
      </w:r>
      <w:r>
        <w:rPr>
          <w:sz w:val="20"/>
        </w:rPr>
        <w:t>24:52  us se us ne foran telephone kiya ke "yeh kaam karna hai", aur kaam bilkul theek waqt par ho gaya.</w:t>
      </w:r>
    </w:p>
    <w:p>
      <w:pPr>
        <w:pStyle w:val="Heading2"/>
      </w:pPr>
      <w:r>
        <w:t>Why eliminating injustice is not Islam's goal</w:t>
      </w:r>
    </w:p>
    <w:p>
      <w:r>
        <w:rPr>
          <w:color w:val="666666"/>
          <w:sz w:val="18"/>
        </w:rPr>
        <w:t>Unseen God July 30, 2017 Maulana Wahiduddin Khan · 2m 35s · at 21:57 · https://youtu.be/MOkCdGFAVR4?t=1317</w:t>
      </w:r>
    </w:p>
    <w:p>
      <w:r>
        <w:rPr>
          <w:i/>
        </w:rPr>
        <w:t>“Maslan dekhiye haal mein ek kitaab mein ne parhi”</w:t>
      </w:r>
    </w:p>
    <w:p>
      <w:r>
        <w:rPr>
          <w:sz w:val="20"/>
        </w:rPr>
        <w:t>21:57  misal ke taur par dekhiye haal mein ek kitab maine parhi ek bohat bara aalim ki kitab hai wo bohat bara aalim ki kitab hai. wo likhte hain ke islam ka jo target hai wo hai dunya mein zulm ko mitana.</w:t>
      </w:r>
      <w:r>
        <w:br/>
      </w:r>
      <w:r>
        <w:rPr>
          <w:sz w:val="20"/>
        </w:rPr>
        <w:t>22:17  dunya mein zulm ko mitana. yeh target hai. kahan likha hua hai? ab maine socha ke kahan quran mein likha hua hai?</w:t>
      </w:r>
      <w:r>
        <w:br/>
      </w:r>
      <w:r>
        <w:rPr>
          <w:sz w:val="20"/>
        </w:rPr>
        <w:t>22:26  sare quran mein kahin yeh likha hua nahi hai ke quran ke islam ka nishana hai zulm ko mitana. yeh isi isi liye hai ke wo order khud sakhta tor par kuch nazam daryaft kar raha hai samjhen ke sab kuch maloom ho gaya.</w:t>
      </w:r>
      <w:r>
        <w:br/>
      </w:r>
      <w:r>
        <w:rPr>
          <w:sz w:val="20"/>
        </w:rPr>
        <w:t>22:44  dekhen zulm ko mitana target ho nahi sakta. kyun? jab aap yeh nazariya banayen ke hamein dunya se dunya se zulm ko mitana hai to jante hain kya hota hai?</w:t>
      </w:r>
      <w:r>
        <w:br/>
      </w:r>
      <w:r>
        <w:rPr>
          <w:sz w:val="20"/>
        </w:rPr>
        <w:t>22:58  har zulm ke peechay koi zalim hota hai. yani kuch log power of seat par bethe hue hain. authority authority ki seat par bethe hue hain.</w:t>
      </w:r>
      <w:r>
        <w:br/>
      </w:r>
      <w:r>
        <w:rPr>
          <w:sz w:val="20"/>
        </w:rPr>
        <w:t>23:10  inhi ko aap kehte hain ke zulm kar rahe hain. jis cheez ko aap zulm kehte hain wo aap ka apna lafz hai. apna lafz hai.</w:t>
      </w:r>
      <w:r>
        <w:br/>
      </w:r>
      <w:r>
        <w:rPr>
          <w:sz w:val="20"/>
        </w:rPr>
        <w:t>23:19  main bhi mere nazdeek yeh bhi tanazar bil laqab hai. unhon ne khud to nahi kaha ke hum zulm hum karna hai. aap kehte hain ke wo zulm kar rahe hain.</w:t>
      </w:r>
      <w:r>
        <w:br/>
      </w:r>
      <w:r>
        <w:rPr>
          <w:sz w:val="20"/>
        </w:rPr>
        <w:t>23:28  phir aap kehte hain ke hamein mitana hai. ab dekhiye ke jis ko aap zalim batayen ge wo is ke pas to taqat hai to wo zahir hai ke wo resource kare ga.</w:t>
      </w:r>
      <w:r>
        <w:br/>
      </w:r>
      <w:r>
        <w:rPr>
          <w:sz w:val="20"/>
        </w:rPr>
        <w:t>23:43  wo jawab jawab bhi karwai kare ga. to phir aap ka in ka zarba takrao. is ke mani zulm ke zulm mitanay ke naam par naya zulm.</w:t>
      </w:r>
      <w:r>
        <w:br/>
      </w:r>
      <w:r>
        <w:rPr>
          <w:sz w:val="20"/>
        </w:rPr>
        <w:t>23:56  zulm ko mitane ke naam par naya zulm. aur yeh ho raha hai pakistan mein misr mein dekh lijiye. zulm ko mitane par naya zulm.</w:t>
      </w:r>
      <w:r>
        <w:br/>
      </w:r>
      <w:r>
        <w:rPr>
          <w:sz w:val="20"/>
        </w:rPr>
        <w:t>24:07  lraai lraai lraai.</w:t>
      </w:r>
      <w:r>
        <w:br/>
      </w:r>
      <w:r>
        <w:rPr>
          <w:sz w:val="20"/>
        </w:rPr>
        <w:t>24:14  to yeh yeh nishana ho hi nahin sakta islam ka. lekin jo log sahi sahi tarz-e-fikr in ke andar nahin hai sahi tadabbur nahin hai in ke andar to kisi aur baat ko le kar keh dete hain ke yeh quran ka nishana hai.</w:t>
      </w:r>
    </w:p>
    <w:p>
      <w:pPr>
        <w:pStyle w:val="Heading2"/>
      </w:pPr>
      <w:r>
        <w:t>leaving America — no scope is the real scope</w:t>
      </w:r>
    </w:p>
    <w:p>
      <w:r>
        <w:rPr>
          <w:color w:val="666666"/>
          <w:sz w:val="18"/>
        </w:rPr>
        <w:t>The Power of Remembering God Often September 26, 2010 · 1m 44s · at 1:05:28 · https://youtu.be/GMmwEr7Wt80?t=3928</w:t>
      </w:r>
    </w:p>
    <w:p>
      <w:r>
        <w:rPr>
          <w:i/>
        </w:rPr>
        <w:t>“A young man left America and everyone asked him why”</w:t>
      </w:r>
    </w:p>
    <w:p>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p>
    <w:p>
      <w:pPr>
        <w:pStyle w:val="Heading2"/>
      </w:pPr>
      <w:r>
        <w:t>Islam is not a political system to impose by force</w:t>
      </w:r>
    </w:p>
    <w:p>
      <w:r>
        <w:rPr>
          <w:color w:val="666666"/>
          <w:sz w:val="18"/>
        </w:rPr>
        <w:t>Concept of God December 7, 2014 · 1m 27s · at 41:46 · https://youtu.be/dCgL9lp8EAo?t=2506</w:t>
      </w:r>
    </w:p>
    <w:p>
      <w:r>
        <w:rPr>
          <w:i/>
        </w:rPr>
        <w:t>“Those who think Islam is a political or legal system”</w:t>
      </w:r>
    </w:p>
    <w:p>
      <w:r>
        <w:rPr>
          <w:sz w:val="20"/>
        </w:rPr>
        <w:t>41:46  jo samajhte hain ke Islam ek social system hai, ek political system hai, qanoon ka ek nizam hai, aur is ko lad kar ke is ko implement karna hai,</w:t>
      </w:r>
      <w:r>
        <w:br/>
      </w:r>
      <w:r>
        <w:rPr>
          <w:sz w:val="20"/>
        </w:rPr>
        <w:t>42:00  main yaqeen ke sath keh sakta hoon ke unhon ne Islam ko samjha nahin.</w:t>
      </w:r>
      <w:r>
        <w:br/>
      </w:r>
      <w:r>
        <w:rPr>
          <w:sz w:val="20"/>
        </w:rPr>
        <w:t>42:08  unho ne islam ko samjha nahin.</w:t>
      </w:r>
      <w:r>
        <w:br/>
      </w:r>
      <w:r>
        <w:rPr>
          <w:sz w:val="20"/>
        </w:rPr>
        <w:t>42:10  islam dekhiye, islam ka target individual hai, fard hai. individual.</w:t>
      </w:r>
      <w:r>
        <w:br/>
      </w:r>
      <w:r>
        <w:rPr>
          <w:sz w:val="20"/>
        </w:rPr>
        <w:t>42:19  ek fard ke andar right thinking paida karna, ek fard ke andar</w:t>
      </w:r>
      <w:r>
        <w:br/>
      </w:r>
      <w:r>
        <w:rPr>
          <w:sz w:val="20"/>
        </w:rPr>
        <w:t>42:29  right behavior paida karna, ek fard ke andar divine personality banana, ek fard ko, ek fard ke andar woh qualities paida karna jis ke baad woh jannat ke liye ek deserving candidate ban sake, yeh hai islam ka nishana.</w:t>
      </w:r>
      <w:r>
        <w:br/>
      </w:r>
      <w:r>
        <w:rPr>
          <w:sz w:val="20"/>
        </w:rPr>
        <w:t>42:56  is mein koi ladai ka sawal hi nahin hai. jang ka sawal hi nahin hai. violence ka sawal hi nahin hai. islam ko jo scheme hai, is mein na koi jang hai, na takrao hai, na nafrat hai.</w:t>
      </w:r>
    </w:p>
    <w:p>
      <w:pPr>
        <w:pStyle w:val="Heading2"/>
      </w:pPr>
      <w:r>
        <w:t>Aisha teaches thought management</w:t>
      </w:r>
    </w:p>
    <w:p>
      <w:r>
        <w:rPr>
          <w:color w:val="666666"/>
          <w:sz w:val="18"/>
        </w:rPr>
        <w:t>Art of Life Management (English) | April 13, 2007 | Maulana Wahiduddin Khan · 1m 37s · at 19:25 · https://youtu.be/UU9DKPUhv4U?t=1165</w:t>
      </w:r>
    </w:p>
    <w:p>
      <w:r>
        <w:rPr>
          <w:i/>
        </w:rPr>
        <w:t>“I will give you an example to illustrate this point”</w:t>
      </w:r>
    </w:p>
    <w:p>
      <w:r>
        <w:rPr>
          <w:sz w:val="20"/>
        </w:rPr>
        <w:t>19:25  . I will give you an example to illustrate this point, that what is thought management? What is thought management? You know, Aisha was wife of the Prophet of Islam. She was in Medina. She was born in Mecca, and she died</w:t>
      </w:r>
      <w:r>
        <w:br/>
      </w:r>
      <w:r>
        <w:rPr>
          <w:sz w:val="20"/>
        </w:rPr>
        <w:t>19:55  in Medina. So a Muslim came to him and asked a very curious question. He asked, "Which kafan is better? Which shroud is better?"</w:t>
      </w:r>
      <w:r>
        <w:br/>
      </w:r>
      <w:r>
        <w:rPr>
          <w:sz w:val="20"/>
        </w:rPr>
        <w:t>20:28  Kafan or shroud. He asked about kafan or shroud. Which shroud is better? Aisha replied, "It means that stupid person, why you are engaged in such silly questions?"</w:t>
      </w:r>
    </w:p>
    <w:p>
      <w:pPr>
        <w:pStyle w:val="Heading2"/>
      </w:pPr>
      <w:r>
        <w:t>Debunking fabricated stories about Adam and the Kaaba</w:t>
      </w:r>
    </w:p>
    <w:p>
      <w:r>
        <w:rPr>
          <w:color w:val="666666"/>
          <w:sz w:val="18"/>
        </w:rPr>
        <w:t>Eid al-Adha November 21, 2010 · 1m 50s · at 1:26:43 · https://youtu.be/kU2kErJbPqk?t=5203</w:t>
      </w:r>
    </w:p>
    <w:p>
      <w:r>
        <w:rPr>
          <w:i/>
        </w:rPr>
        <w:t>“These are completely baseless stories, made up by storytellers”</w:t>
      </w:r>
    </w:p>
    <w:p>
      <w:r>
        <w:rPr>
          <w:sz w:val="20"/>
        </w:rPr>
        <w:t>1:26:43  Maulana sahib, please comment on this statement about Kaaba. dekhiye, yeh sab bilkul baseless baatein hain, kahaniyan hain. is mein na Quran se sabit hai na Hadees se sabit hai.</w:t>
      </w:r>
      <w:r>
        <w:br/>
      </w:r>
      <w:r>
        <w:rPr>
          <w:sz w:val="20"/>
        </w:rPr>
        <w:t>1:26:55  aisi bahut sari kahaniyan bana rakhi hain logon ne. yeh story tellers ke qisse kahaniyan hain.</w:t>
      </w:r>
      <w:r>
        <w:br/>
      </w:r>
      <w:r>
        <w:rPr>
          <w:sz w:val="20"/>
        </w:rPr>
        <w:t>1:27:01  isi par maine arz kiya tha ke jab printing press nahi tha, sari duniya mein ek phenomenon hua karta tha jisko Arabic mein kehte thay "qassas", Persian mein kehte thay "qissa go", English mein kehte thay "story teller".</w:t>
      </w:r>
      <w:r>
        <w:br/>
      </w:r>
      <w:r>
        <w:rPr>
          <w:sz w:val="20"/>
        </w:rPr>
        <w:t>1:27:18  to woh baithe baithe kahaniyan banaya karte thay.</w:t>
      </w:r>
      <w:r>
        <w:br/>
      </w:r>
      <w:r>
        <w:rPr>
          <w:sz w:val="20"/>
        </w:rPr>
        <w:t>1:27:22  to yeh kahaniyan wahan banayi gayi jo jinki zuban Arabic thi, warna yeh sab bilkul koi iski haqeeqat nahi hai, koi sabit nahi hai.</w:t>
      </w:r>
      <w:r>
        <w:br/>
      </w:r>
      <w:r>
        <w:rPr>
          <w:sz w:val="20"/>
        </w:rPr>
        <w:t>1:27:31  yeh sab cheezein maine apne bachpan mein ek ek story teller ko dekha hai apne gaon mein. bachpan jab chhota tha, main yeh aap se bahut pehle ki baat hai.</w:t>
      </w:r>
      <w:r>
        <w:br/>
      </w:r>
      <w:r>
        <w:rPr>
          <w:sz w:val="20"/>
        </w:rPr>
        <w:t>1:27:44  to unka naam tha Guru.</w:t>
      </w:r>
      <w:r>
        <w:br/>
      </w:r>
      <w:r>
        <w:rPr>
          <w:sz w:val="20"/>
        </w:rPr>
        <w:t>1:27:47  unka dimagh jo tha itna fertile tha ke ek ke baad ek ke baad kahaniyan banaya karte thay, aur hum log sunte thay baithe hue, aur sab bilkul mashhoor rehte thay.</w:t>
      </w:r>
      <w:r>
        <w:br/>
      </w:r>
      <w:r>
        <w:rPr>
          <w:sz w:val="20"/>
        </w:rPr>
        <w:t>1:27:57  is mein kahan se unke dimagh mein kahaniyan aati rehti theen. aise hi wahan par Baghdad wagera mein paida hue aise log, kahaniyan banayi unhone.</w:t>
      </w:r>
      <w:r>
        <w:br/>
      </w:r>
      <w:r>
        <w:rPr>
          <w:sz w:val="20"/>
        </w:rPr>
        <w:t>1:28:07  wo Arabic mein bolte thay to log samajhte hain ke Hadees hai, Hadees hargiz nahi hai.</w:t>
      </w:r>
      <w:r>
        <w:br/>
      </w:r>
      <w:r>
        <w:rPr>
          <w:sz w:val="20"/>
        </w:rPr>
        <w:t>1:28:13  aap is ko agar samajhna chahte hain to to aap un un muhaddiseen ko padhiye jo jinhone is ka tajziya kiya hai. misaal ke taur par Ibn Jawzi ya pehle zamane mein ya Nasiruddin Albani maujooda zamane mein.</w:t>
      </w:r>
      <w:r>
        <w:br/>
      </w:r>
      <w:r>
        <w:rPr>
          <w:sz w:val="20"/>
        </w:rPr>
        <w:t>1:28:27  in baaton ko muhaddiseen ne bilkul yaani radd kar diya hai.</w:t>
      </w:r>
    </w:p>
    <w:p>
      <w:pPr>
        <w:pStyle w:val="Heading2"/>
      </w:pPr>
      <w:r>
        <w:t>The wise person prepares for the day after death</w:t>
      </w:r>
    </w:p>
    <w:p>
      <w:r>
        <w:rPr>
          <w:color w:val="666666"/>
          <w:sz w:val="18"/>
        </w:rPr>
        <w:t>Islam on Life and Death September 11, 2007 · 2m 16s · at 28:07 · https://youtu.be/6x7a7lMAswo?t=1687</w:t>
      </w:r>
    </w:p>
    <w:p>
      <w:r>
        <w:rPr>
          <w:i/>
        </w:rPr>
        <w:t>“Ek martaba Rasul Allah se poocha gaya: 'Aqwais kaun hai?'”</w:t>
      </w:r>
    </w:p>
    <w:p>
      <w:r>
        <w:rPr>
          <w:sz w:val="20"/>
        </w:rPr>
        <w:t>28:07  ek martaba rasool Allah sallay Allah alaihi wasallam se poocha gaya ke: "aqis kaun hai?" aqis maani sab se ziyada samajhdar, sab se ziyada waiz. aqis kaun hai?</w:t>
      </w:r>
      <w:r>
        <w:br/>
      </w:r>
      <w:r>
        <w:rPr>
          <w:sz w:val="20"/>
        </w:rPr>
        <w:t>28:18  to aap ne farmaya ke: "aqis woh hai jo maut ke baad aanay walay, aanay walay din ki tayari karay." maut ke baad aanay walay din ki tayari karay.</w:t>
      </w:r>
      <w:r>
        <w:br/>
      </w:r>
      <w:r>
        <w:rPr>
          <w:sz w:val="20"/>
        </w:rPr>
        <w:t>28:33  to is ke maani hain ke insanon ki do category bani.</w:t>
      </w:r>
      <w:r>
        <w:br/>
      </w:r>
      <w:r>
        <w:rPr>
          <w:sz w:val="20"/>
        </w:rPr>
        <w:t>28:40  ek woh category jo pre death period mein apnay waqt ko, apni energy ko zaya kar dein.</w:t>
      </w:r>
      <w:r>
        <w:br/>
      </w:r>
      <w:r>
        <w:rPr>
          <w:sz w:val="20"/>
        </w:rPr>
        <w:t>28:51  zaya kar dein. aur yahan se jayen to wahan un ke paas kuch bhi na ho. aur doosri category un logon ki hai jo apnay pre death period mein jo waqt mila hai unhein, jo energy mili hai unhein, jo sazan un ko mila hai,</w:t>
      </w:r>
      <w:r>
        <w:br/>
      </w:r>
      <w:r>
        <w:rPr>
          <w:sz w:val="20"/>
        </w:rPr>
        <w:t>29:10  is ko woh istemal karen yeh soch kar ke akhirat wali dunya mein is ka unhein inaam milega.</w:t>
      </w:r>
      <w:r>
        <w:br/>
      </w:r>
      <w:r>
        <w:rPr>
          <w:sz w:val="20"/>
        </w:rPr>
        <w:t>29:23  to yeh log hain samajhdar log. to ek hain ahmaq log, ek hain waiz log. ahmaq woh hai jo apni energy ko, apnay waqt ko zaya kar de.</w:t>
      </w:r>
      <w:r>
        <w:br/>
      </w:r>
      <w:r>
        <w:rPr>
          <w:sz w:val="20"/>
        </w:rPr>
        <w:t>29:40  aur waiz woh hai jo is ko istemal karay.</w:t>
      </w:r>
      <w:r>
        <w:br/>
      </w:r>
      <w:r>
        <w:rPr>
          <w:sz w:val="20"/>
        </w:rPr>
        <w:t>29:46  to jo jo jo jo istemal nahi karega to bible mein hai ke hamesha ke liye hasrat, hasrat mein jeeyega woh.</w:t>
      </w:r>
      <w:r>
        <w:br/>
      </w:r>
      <w:r>
        <w:rPr>
          <w:sz w:val="20"/>
        </w:rPr>
        <w:t>29:58  wahan par hai ke rona aur daant peesna hoga. sirf hasrat, hasrat rahegi. yaani woh yeh is zehan ke sath rahega ke: "zehan ek case of missed opportunities".</w:t>
      </w:r>
      <w:r>
        <w:br/>
      </w:r>
      <w:r>
        <w:rPr>
          <w:sz w:val="20"/>
        </w:rPr>
        <w:t>30:16  "zehan ek case of missed opportunities".</w:t>
      </w:r>
    </w:p>
    <w:p>
      <w:pPr>
        <w:pStyle w:val="Heading2"/>
      </w:pPr>
      <w:r>
        <w:t>repeated contrast: passion for people, silence about God</w:t>
      </w:r>
    </w:p>
    <w:p>
      <w:r>
        <w:rPr>
          <w:color w:val="666666"/>
          <w:sz w:val="18"/>
        </w:rPr>
        <w:t>CPS Women Article Discussion 15 January 15, 2023 · 2m 08s · at 0:44 · https://youtu.be/Z_r5cv7WqfE?t=44</w:t>
      </w:r>
    </w:p>
    <w:p>
      <w:r>
        <w:rPr>
          <w:i/>
        </w:rPr>
        <w:t>“Mention someone's son and he'll never stop talking”</w:t>
      </w:r>
    </w:p>
    <w:p>
      <w:r>
        <w:rPr>
          <w:sz w:val="20"/>
        </w:rPr>
        <w:t>0:44  Is salah waleikum ko. Bismillah hir rahmani raheem. Kisi shakhs se uske azeez bete ka zikr kijiye to uske paas apne bete ke bare mein kehne ke liye itni zyada baatein hongi jo kabhi khatam na ho. Magar usi shakhs ke saamne Khuda ka tazkira kijiye to woh is tarah ghair mutahalliq bana rahega.</w:t>
      </w:r>
      <w:r>
        <w:br/>
      </w:r>
      <w:r>
        <w:rPr>
          <w:sz w:val="20"/>
        </w:rPr>
        <w:t>1:12  jaise ki uske paas Khuda ke bare mein kehne ke liye koi baat hi nahi. Jaise ki woh Khuda ke bare mein kuch jaanta hi nahi. Kisi shakhs ko uske khandani buzurg ki yaad dila dijiye to woh is qadar purjoshtour par bolne lagega. Jaise ki uske tamam andruni ehsaas jaag uthe hon.</w:t>
      </w:r>
      <w:r>
        <w:br/>
      </w:r>
      <w:r>
        <w:rPr>
          <w:sz w:val="20"/>
        </w:rPr>
        <w:t>1:34  Magar usi ke saamne Khuda ka zikr kijiye to woh jazbaat se is tarah khaali nazar aayega jaise ki usko maloom hi nahi gir Khuda ke bare mein kya kaha jaaye. Kisi shakhs ke saamne uske jamaati akaabir ka naam le lijiye. Achanak alfaaz ka darya uski zabaan se beh padega. Woh us waqt tak chup na hoga jab tak aap mudakhalat karke mauzu ko badal na dein.</w:t>
      </w:r>
      <w:r>
        <w:br/>
      </w:r>
      <w:r>
        <w:rPr>
          <w:sz w:val="20"/>
        </w:rPr>
        <w:t>2:02  Magar usi ke saamne Khuda ka naam lijiye to uske andar koi josh paida na hoga. Aisa maloom hoga jaise uske paas Khuda ke bare mein bolne ke liye koi cheez hi nahi. Aksar ke saamne uske qaumi qaumi hero ka charcha kar dijiye aur phir aap dekhiyega ki achanak woh badshah sukhan bankar zahir ho gaya hai.</w:t>
      </w:r>
      <w:r>
        <w:br/>
      </w:r>
      <w:r>
        <w:rPr>
          <w:sz w:val="20"/>
        </w:rPr>
        <w:t>2:28  Magar usi ke saamne Khuda ka charcha kijiye to woh aisa nazar aayega jaise ki uske andar Khuda ka naam sunkar koi halchal hi paida nahi hui, jo usko bolne par majboor kar de. Ah woh log jinke paas rajjal ki tareef ke liye alfaaz honge hon magar Khuda ki tareef ke liye unke paas alfaaz na hon.</w:t>
      </w:r>
      <w:r>
        <w:br/>
      </w:r>
      <w:r>
        <w:rPr>
          <w:sz w:val="20"/>
        </w:rPr>
        <w:t>2:52  insaan ke baare mein woh maloomat ka khazana bane hue hon, magar khuda ke baare mein unke paas koi maloomat nahin. jo unki zabaan ya qalam se jaari ho. kya seenon mein imaan ke sote khush ho gaye? kya logon ne khuda ki azmat ko mehsoos nahin kiya jisko woh logon se bayan karein? kya logon ko khuda ke kamalat ka koi mushahida nahin hua? kya unhein sirf mukat ki khabar hai?</w:t>
      </w:r>
    </w:p>
    <w:p>
      <w:pPr>
        <w:pStyle w:val="Heading2"/>
      </w:pPr>
      <w:r>
        <w:t>Acknowledging God's creation with gratitude</w:t>
      </w:r>
    </w:p>
    <w:p>
      <w:r>
        <w:rPr>
          <w:color w:val="666666"/>
          <w:sz w:val="18"/>
        </w:rPr>
        <w:t>Maulana's Lecture- Eid al Fitr 20th August 2012 · 2m 34s · at 39:05 · https://youtu.be/V202LFPpGro?t=2345</w:t>
      </w:r>
    </w:p>
    <w:p>
      <w:r>
        <w:rPr>
          <w:i/>
        </w:rPr>
        <w:t>“Solar system tune mere liye banaya hai”</w:t>
      </w:r>
    </w:p>
    <w:p>
      <w:r>
        <w:rPr>
          <w:sz w:val="20"/>
        </w:rPr>
        <w:t>39:05  solar system to ne mere liye banaya hai.</w:t>
      </w:r>
      <w:r>
        <w:br/>
      </w:r>
      <w:r>
        <w:rPr>
          <w:sz w:val="20"/>
        </w:rPr>
        <w:t>39:09  yeh aap ki jo soul hai, aap ki rooh hai, chala chahti hai ke main Khuda se sab</w:t>
      </w:r>
      <w:r>
        <w:br/>
      </w:r>
      <w:r>
        <w:rPr>
          <w:sz w:val="20"/>
        </w:rPr>
        <w:t>39:14  se bada acknowledge karoon.</w:t>
      </w:r>
      <w:r>
        <w:br/>
      </w:r>
      <w:r>
        <w:rPr>
          <w:sz w:val="20"/>
        </w:rPr>
        <w:t>39:19  Khuda ko jab aap Khuda ko daryaft karte hain to aap ko rooh pukarti hai ke sab se</w:t>
      </w:r>
      <w:r>
        <w:br/>
      </w:r>
      <w:r>
        <w:rPr>
          <w:sz w:val="20"/>
        </w:rPr>
        <w:t>39:24  bada acknowledgement jo ho sakta hai, woh main karoon.</w:t>
      </w:r>
      <w:r>
        <w:br/>
      </w:r>
      <w:r>
        <w:rPr>
          <w:sz w:val="20"/>
        </w:rPr>
        <w:t>39:29  to aap, aap, aap by nature yani yeh kehne lagte hain, yani sab kuch ko apne khali mein</w:t>
      </w:r>
      <w:r>
        <w:br/>
      </w:r>
      <w:r>
        <w:rPr>
          <w:sz w:val="20"/>
        </w:rPr>
        <w:t>39:34  daal ke ke Khuda ya!</w:t>
      </w:r>
      <w:r>
        <w:br/>
      </w:r>
      <w:r>
        <w:rPr>
          <w:sz w:val="20"/>
        </w:rPr>
        <w:t>39:39  itni bari kainat to ne mere liye bana di, itna solar system to ne mere liye chala diya, Khudaya! itna bara accident ka nizam to ne qaim kar diya, Khudaya! itna bara life, life support system to ne bana diya, Khudaya!</w:t>
      </w:r>
      <w:r>
        <w:br/>
      </w:r>
      <w:r>
        <w:rPr>
          <w:sz w:val="20"/>
        </w:rPr>
        <w:t>39:53  iske liye kaise acknowledge karoon? kahan se woh words laoon? kahan se woh alfaaz laoon? to us</w:t>
      </w:r>
      <w:r>
        <w:br/>
      </w:r>
      <w:r>
        <w:rPr>
          <w:sz w:val="20"/>
        </w:rPr>
        <w:t>39:59  waqt seena aadmi ko phatne lagta hai.</w:t>
      </w:r>
      <w:r>
        <w:br/>
      </w:r>
      <w:r>
        <w:rPr>
          <w:sz w:val="20"/>
        </w:rPr>
        <w:t>40:05  to woh shukr karne ke liye, yani Khuda ka woh shukr karne ke liye, isi darje ki soch</w:t>
      </w:r>
      <w:r>
        <w:br/>
      </w:r>
      <w:r>
        <w:rPr>
          <w:sz w:val="20"/>
        </w:rPr>
        <w:t>40:11  chahiye, isi darje ka intellectual development chahiye.</w:t>
      </w:r>
      <w:r>
        <w:br/>
      </w:r>
      <w:r>
        <w:rPr>
          <w:sz w:val="20"/>
        </w:rPr>
        <w:t>40:17  yeh matlab hai is ayat ka, yeh matlab hai is ayat ka.</w:t>
      </w:r>
      <w:r>
        <w:br/>
      </w:r>
      <w:r>
        <w:rPr>
          <w:sz w:val="20"/>
        </w:rPr>
        <w:t>40:24  dekhen, aap jante hain ke duniya mein ek material world hai, ek plant world hai, ek animal world</w:t>
      </w:r>
      <w:r>
        <w:br/>
      </w:r>
      <w:r>
        <w:rPr>
          <w:sz w:val="20"/>
        </w:rPr>
        <w:t>40:30  hai, aur uske baad ek insaan hai.</w:t>
      </w:r>
      <w:r>
        <w:br/>
      </w:r>
      <w:r>
        <w:rPr>
          <w:sz w:val="20"/>
        </w:rPr>
        <w:t>40:36  to material world, plant world, animal world, yeh log apne law of nature par chalte hain.</w:t>
      </w:r>
      <w:r>
        <w:br/>
      </w:r>
      <w:r>
        <w:rPr>
          <w:sz w:val="20"/>
        </w:rPr>
        <w:t>40:42  woh they are governed by the law of laws of nature.</w:t>
      </w:r>
      <w:r>
        <w:br/>
      </w:r>
      <w:r>
        <w:rPr>
          <w:sz w:val="20"/>
        </w:rPr>
        <w:t>40:49  unko soch kar nahi jeena hai, woh to nature ke mutabiq apne aap jeete rehte hain.</w:t>
      </w:r>
      <w:r>
        <w:br/>
      </w:r>
      <w:r>
        <w:rPr>
          <w:sz w:val="20"/>
        </w:rPr>
        <w:t>40:55  lekin insaan jo hai, usko, usko Allah taala ne bohat bara mind diya hai, woh soch</w:t>
      </w:r>
      <w:r>
        <w:br/>
      </w:r>
      <w:r>
        <w:rPr>
          <w:sz w:val="20"/>
        </w:rPr>
        <w:t>41:01  کر جیتا ہے، سوچ کر پروفیوژر بناتا ہے، وہ self-made man ہوتا ہے، یہ ہوتا ہے۔</w:t>
      </w:r>
      <w:r>
        <w:br/>
      </w:r>
      <w:r>
        <w:rPr>
          <w:sz w:val="20"/>
        </w:rPr>
        <w:t>41:07  to is ki koi had nahin hai.</w:t>
      </w:r>
      <w:r>
        <w:br/>
      </w:r>
      <w:r>
        <w:rPr>
          <w:sz w:val="20"/>
        </w:rPr>
        <w:t>41:14  isi ka aik aik bohat hi agla stage yeh hai ke aap aap personalize karna janen, aap personalize karna janen.</w:t>
      </w:r>
      <w:r>
        <w:br/>
      </w:r>
      <w:r>
        <w:rPr>
          <w:sz w:val="20"/>
        </w:rPr>
        <w:t>41:20  jaise main jab pehli bar gaya tha USA, wahan main utra California ke airport par.</w:t>
      </w:r>
      <w:r>
        <w:br/>
      </w:r>
      <w:r>
        <w:rPr>
          <w:sz w:val="20"/>
        </w:rPr>
        <w:t>41:26  jab bahar aaya to wahan bhi mujhe oxygen milta tha, wahan bhi saans le le raha tha.</w:t>
      </w:r>
      <w:r>
        <w:br/>
      </w:r>
      <w:r>
        <w:rPr>
          <w:sz w:val="20"/>
        </w:rPr>
        <w:t>41:32  to aik kashif ehsas hua ke khuda ya!</w:t>
      </w:r>
      <w:r>
        <w:br/>
      </w:r>
      <w:r>
        <w:rPr>
          <w:sz w:val="20"/>
        </w:rPr>
        <w:t>41:39  to kitna meherban hai ke Delhi mein tha, tab bhi tujhe supply kar raha tha mujh ko oxygen.</w:t>
      </w:r>
    </w:p>
    <w:p>
      <w:pPr>
        <w:pStyle w:val="Heading2"/>
      </w:pPr>
      <w:r>
        <w:t>Salman Rushdie affair created Islam's negative image</w:t>
      </w:r>
    </w:p>
    <w:p>
      <w:r>
        <w:rPr>
          <w:color w:val="666666"/>
          <w:sz w:val="18"/>
        </w:rPr>
        <w:t>Islamic Identity, October 25, 2007 · 3m 01s · at 11:45 · https://youtu.be/LGUa7NVauNU?t=705</w:t>
      </w:r>
    </w:p>
    <w:p>
      <w:r>
        <w:rPr>
          <w:i/>
        </w:rPr>
        <w:t>“Salman Rushdie published a book with the title Satanic Verses.”</w:t>
      </w:r>
    </w:p>
    <w:p>
      <w:r>
        <w:rPr>
          <w:sz w:val="20"/>
        </w:rPr>
        <w:t>11:45  Let us take an example.</w:t>
      </w:r>
      <w:r>
        <w:br/>
      </w:r>
      <w:r>
        <w:rPr>
          <w:sz w:val="20"/>
        </w:rPr>
        <w:t>11:49  Salman Rushdie published a book with the title "Satanic Verses."</w:t>
      </w:r>
      <w:r>
        <w:br/>
      </w:r>
      <w:r>
        <w:rPr>
          <w:sz w:val="20"/>
        </w:rPr>
        <w:t>12:00  This book was an objectionable book. I admit that this book was an objectionable book. But what was the Muslims' reaction?</w:t>
      </w:r>
      <w:r>
        <w:br/>
      </w:r>
      <w:r>
        <w:rPr>
          <w:sz w:val="20"/>
        </w:rPr>
        <w:t>12:11  Muslims</w:t>
      </w:r>
      <w:r>
        <w:br/>
      </w:r>
      <w:r>
        <w:rPr>
          <w:sz w:val="20"/>
        </w:rPr>
        <w:t>12:21  proclaimed that we have to kill Salman Rushdie. They issued a fatwa that we have to kill Salman Rushdie.</w:t>
      </w:r>
      <w:r>
        <w:br/>
      </w:r>
      <w:r>
        <w:rPr>
          <w:sz w:val="20"/>
        </w:rPr>
        <w:t>12:29  They burned the copies of his book. They became violent. So if Salman Rushdie published a book with the title "Satanic Verses," these Muslims' behavior was also satanic behavior.</w:t>
      </w:r>
      <w:r>
        <w:br/>
      </w:r>
      <w:r>
        <w:rPr>
          <w:sz w:val="20"/>
        </w:rPr>
        <w:t>12:50  Why this kind of violent behavior? You have to publish a counterbook</w:t>
      </w:r>
      <w:r>
        <w:br/>
      </w:r>
      <w:r>
        <w:rPr>
          <w:sz w:val="20"/>
        </w:rPr>
        <w:t>12:57  . If Salman Rushdie has published a book, you have to publish another book. For example, if he</w:t>
      </w:r>
      <w:r>
        <w:br/>
      </w:r>
      <w:r>
        <w:rPr>
          <w:sz w:val="20"/>
        </w:rPr>
        <w:t>13:13  published a book with the title "Satanic Verses," you can publish another book with the title "Holy Verses." Holy Verses.</w:t>
      </w:r>
      <w:r>
        <w:br/>
      </w:r>
      <w:r>
        <w:rPr>
          <w:sz w:val="20"/>
        </w:rPr>
        <w:t>13:23  So by this negative reaction, Muslims showed that they are unable to publish such a book.</w:t>
      </w:r>
      <w:r>
        <w:br/>
      </w:r>
      <w:r>
        <w:rPr>
          <w:sz w:val="20"/>
        </w:rPr>
        <w:t>13:33  They are unable to counter with</w:t>
      </w:r>
      <w:r>
        <w:br/>
      </w:r>
      <w:r>
        <w:rPr>
          <w:sz w:val="20"/>
        </w:rPr>
        <w:t>13:42  an ideology.</w:t>
      </w:r>
      <w:r>
        <w:br/>
      </w:r>
      <w:r>
        <w:rPr>
          <w:sz w:val="20"/>
        </w:rPr>
        <w:t>13:45  By these negative reactions, Muslims showed that they are unable to publish a book</w:t>
      </w:r>
      <w:r>
        <w:br/>
      </w:r>
      <w:r>
        <w:rPr>
          <w:sz w:val="20"/>
        </w:rPr>
        <w:t>13:55  with the title "Holy Verses." So due to this reaction, due to this violent reaction, all the non-Muslims</w:t>
      </w:r>
      <w:r>
        <w:br/>
      </w:r>
      <w:r>
        <w:rPr>
          <w:sz w:val="20"/>
        </w:rPr>
        <w:t>14:12  became negativ</w:t>
      </w:r>
      <w:r>
        <w:br/>
      </w:r>
      <w:r>
        <w:rPr>
          <w:sz w:val="20"/>
        </w:rPr>
        <w:t>14:14  e. They said that Muslims are fundamentalists, they are extremists, they are intolerant people, they are against the freedom of expression.</w:t>
      </w:r>
      <w:r>
        <w:br/>
      </w:r>
      <w:r>
        <w:rPr>
          <w:sz w:val="20"/>
        </w:rPr>
        <w:t>14:24  So this image was created by Muslims themselves. It was not a conspiracy. It was not out of enmity.</w:t>
      </w:r>
      <w:r>
        <w:br/>
      </w:r>
      <w:r>
        <w:rPr>
          <w:sz w:val="20"/>
        </w:rPr>
        <w:t>14:34  So if Muslims want to correct this image, they have to correct their own behavior. They have to correct their own behavior.</w:t>
      </w:r>
    </w:p>
    <w:p>
      <w:pPr>
        <w:pStyle w:val="Heading2"/>
      </w:pPr>
      <w:r>
        <w:t>Nature personified: sun, river, wind and trees offer their gifts</w:t>
      </w:r>
    </w:p>
    <w:p>
      <w:r>
        <w:rPr>
          <w:color w:val="666666"/>
          <w:sz w:val="18"/>
        </w:rPr>
        <w:t>What is Love of God January 21, 2024 · 2m 13s · at 49:45 · https://youtu.be/KpTkEkHstYY?t=2985</w:t>
      </w:r>
    </w:p>
    <w:p>
      <w:r>
        <w:rPr>
          <w:i/>
        </w:rPr>
        <w:t>“Unko mehsoos hua ke kainaat ki tamam cheezein maujood hain”</w:t>
      </w:r>
    </w:p>
    <w:p>
      <w:r>
        <w:rPr>
          <w:sz w:val="20"/>
        </w:rPr>
        <w:t>49:45  to unko mehsoos hua ke kainat ki tamaam cheezein mere mind ki screen par maujood hain.</w:t>
      </w:r>
      <w:r>
        <w:br/>
      </w:r>
      <w:r>
        <w:rPr>
          <w:sz w:val="20"/>
        </w:rPr>
        <w:t>49:51  yeh aik bohat bara roohaani tajruba tha jis ka izhaar insaani alfaaz mein karna mushkil hai. ibtidaa unko aisa laga jaise aik nanha farishta yeh keh raha ho: "ae mere bande! kya tum ko kisi cheez ki zaroorat hai?" phir unko laga ke is maamle mein jaise poori kainat shaamil ho gayi ho aur woh mujh se sawaal pooch rahi ho.</w:t>
      </w:r>
      <w:r>
        <w:br/>
      </w:r>
      <w:r>
        <w:rPr>
          <w:sz w:val="20"/>
        </w:rPr>
        <w:t>50:12  wasee aasman keh raha ho: "kya tum ko kisi panaahgaah ki zaroorat hai? main tum ko panaahgaah muhaiya karoon ga</w:t>
      </w:r>
      <w:r>
        <w:br/>
      </w:r>
      <w:r>
        <w:rPr>
          <w:sz w:val="20"/>
        </w:rPr>
        <w:t>50:20  kyun ke khuda ne mujhe aisa karne ka hukum diya hai." roshan sooraj keh raha ho: "kya tum ko roshni ki zaroorat hai? main roshni dene ke liye haazir hoon." behta darya keh raha ho: "kya tum ko tazkiya ke liye roohaani ghusl, roohaani spiritual baat ki zaroorat hai?</w:t>
      </w:r>
      <w:r>
        <w:br/>
      </w:r>
      <w:r>
        <w:rPr>
          <w:sz w:val="20"/>
        </w:rPr>
        <w:t>50:39  main is ke liye haazir hoon." hawa ke jhonke pooch rahe hon: "kya tum khuda ke wonders ko dekhne ke liye kainat ki sair karna chahte ho</w:t>
      </w:r>
      <w:r>
        <w:br/>
      </w:r>
      <w:r>
        <w:rPr>
          <w:sz w:val="20"/>
        </w:rPr>
        <w:t>50:49  ? meri pusht is roohaani safar ke liye maujood hai." darakht sargoshi kar rahe hon: "kya tum hamari tarah ki namo-pazeer jo growth jismein hoti rehti hai musalsal aur misbat shakhsiyat rakhna pasand karoge?</w:t>
      </w:r>
      <w:r>
        <w:br/>
      </w:r>
      <w:r>
        <w:rPr>
          <w:sz w:val="20"/>
        </w:rPr>
        <w:t>51:07  hum tumhari yeh khwahish ko poora karne ke liye tayyar hain.</w:t>
      </w:r>
      <w:r>
        <w:br/>
      </w:r>
      <w:r>
        <w:rPr>
          <w:sz w:val="20"/>
        </w:rPr>
        <w:t>51:11  " phir jab yeh scene mere dimaagh mein chal raha tha to main parindon ke chehchahane ko suna jo goya yeh paigham de rahe the: "ae khuda ke bande!</w:t>
      </w:r>
      <w:r>
        <w:br/>
      </w:r>
      <w:r>
        <w:rPr>
          <w:sz w:val="20"/>
        </w:rPr>
        <w:t>51:20  yahan tumhare liye khushkhabri hai. agar tum mein koi zaroorat hai to khuda ne poori kainat tumhari zarooraton ko poora karne ke liye banayi hai.</w:t>
      </w:r>
      <w:r>
        <w:br/>
      </w:r>
      <w:r>
        <w:rPr>
          <w:sz w:val="20"/>
        </w:rPr>
        <w:t>51:30  khuda ne saari kainat ko din raat tumhari khidmat mein haazir rehne ke liye paida kiya hai.</w:t>
      </w:r>
      <w:r>
        <w:br/>
      </w:r>
      <w:r>
        <w:rPr>
          <w:sz w:val="20"/>
        </w:rPr>
        <w:t>51:38  yeh sirf imagination ki baat nahi balkeh real sense mein poori kainat aik custom made universe hai." to ahle-e-imaan ko chahiye ke woh apni soch ki is tarah tarbiyat karein ke zindagi ka har tajruba, har waaqea unke liye shukr ka item ban jaaye.</w:t>
      </w:r>
    </w:p>
    <w:p>
      <w:pPr>
        <w:pStyle w:val="Heading2"/>
      </w:pPr>
      <w:r>
        <w:t>Nature's beauty and meaning lead to yearning for Creator</w:t>
      </w:r>
    </w:p>
    <w:p>
      <w:r>
        <w:rPr>
          <w:color w:val="666666"/>
          <w:sz w:val="18"/>
        </w:rPr>
        <w:t>Love of God December 15, 2018 · 2m 36s · at 4:12 · https://youtu.be/mmYPlKjtbRA?t=252</w:t>
      </w:r>
    </w:p>
    <w:p>
      <w:r>
        <w:rPr>
          <w:i/>
        </w:rPr>
        <w:t>“The Creator's creation is full of beauty.”</w:t>
      </w:r>
    </w:p>
    <w:p>
      <w:r>
        <w:rPr>
          <w:sz w:val="20"/>
        </w:rPr>
        <w:t>4:12  khalique ka jo takhleeq hai, jis ko hum nature kehte hain, woh beauty se bhari hui hai.</w:t>
      </w:r>
      <w:r>
        <w:br/>
      </w:r>
      <w:r>
        <w:rPr>
          <w:sz w:val="20"/>
        </w:rPr>
        <w:t>4:26  meaning full aspect se bhari hui hai.</w:t>
      </w:r>
      <w:r>
        <w:br/>
      </w:r>
      <w:r>
        <w:rPr>
          <w:sz w:val="20"/>
        </w:rPr>
        <w:t>4:32  planning se bhari hui hai.</w:t>
      </w:r>
      <w:r>
        <w:br/>
      </w:r>
      <w:r>
        <w:rPr>
          <w:sz w:val="20"/>
        </w:rPr>
        <w:t>4:38  tarah tarah ke</w:t>
      </w:r>
      <w:r>
        <w:br/>
      </w:r>
      <w:r>
        <w:rPr>
          <w:sz w:val="20"/>
        </w:rPr>
        <w:t>4:42  maani khez baaton se bhari hui hai. to jab aap dekhte hain nature ko aur us se sochte hain us ke bare mein, to aap ko mind mein ubharta hai yeh yeh shauq ke kaisa ajeeb hoga woh khalique jis ne aisi cheezon ko banaya.</w:t>
      </w:r>
      <w:r>
        <w:br/>
      </w:r>
      <w:r>
        <w:rPr>
          <w:sz w:val="20"/>
        </w:rPr>
        <w:t>5:08  kaash mujhe is ka didar karne ka asar mile.</w:t>
      </w:r>
      <w:r>
        <w:br/>
      </w:r>
      <w:r>
        <w:rPr>
          <w:sz w:val="20"/>
        </w:rPr>
        <w:t>5:16  to jo banda is tarah ki zindagi guzar raha hai,</w:t>
      </w:r>
      <w:r>
        <w:br/>
      </w:r>
      <w:r>
        <w:rPr>
          <w:sz w:val="20"/>
        </w:rPr>
        <w:t>5:23  woh goya Allah se mohabbat ka shauq liye hue hai.</w:t>
      </w:r>
      <w:r>
        <w:br/>
      </w:r>
      <w:r>
        <w:rPr>
          <w:sz w:val="20"/>
        </w:rPr>
        <w:t>5:32  to is ka matlab yeh hai ke</w:t>
      </w:r>
      <w:r>
        <w:br/>
      </w:r>
      <w:r>
        <w:rPr>
          <w:sz w:val="20"/>
        </w:rPr>
        <w:t>5:37  yeh sab baatein jahan jama ho jayen, jis insaan mein is ka zikr hai is hadees mein, koi saada baat nahi hai.</w:t>
      </w:r>
      <w:r>
        <w:br/>
      </w:r>
      <w:r>
        <w:rPr>
          <w:sz w:val="20"/>
        </w:rPr>
        <w:t>5:46  yeh</w:t>
      </w:r>
      <w:r>
        <w:br/>
      </w:r>
      <w:r>
        <w:rPr>
          <w:sz w:val="20"/>
        </w:rPr>
        <w:t>5:51  yeh dunya mein jo nature nature hai, us ke har pehlu mein beauty beauty hai.</w:t>
      </w:r>
      <w:r>
        <w:br/>
      </w:r>
      <w:r>
        <w:rPr>
          <w:sz w:val="20"/>
        </w:rPr>
        <w:t>6:05  science ne yeh discover kiya hai.</w:t>
      </w:r>
      <w:r>
        <w:br/>
      </w:r>
      <w:r>
        <w:rPr>
          <w:sz w:val="20"/>
        </w:rPr>
        <w:t>6:12  ek kitaab maine padhi thi bohat pehle,</w:t>
      </w:r>
      <w:r>
        <w:br/>
      </w:r>
      <w:r>
        <w:rPr>
          <w:sz w:val="20"/>
        </w:rPr>
        <w:t>6:17  20 jildon mein ek kitaab chhapi hai, uska naam hai "marvelous of nature". "marvelous of nature" woh</w:t>
      </w:r>
      <w:r>
        <w:br/>
      </w:r>
      <w:r>
        <w:rPr>
          <w:sz w:val="20"/>
        </w:rPr>
        <w:t>6:33  picture ke sath woh chhapi thi woh kitaab. to poori kitaab mein dikhaya hai ke nature mein kitni beauty hai, nature mein kitni meaning hai, nature mein har cheez ka double plan hai.</w:t>
      </w:r>
    </w:p>
    <w:p>
      <w:pPr>
        <w:pStyle w:val="Heading2"/>
      </w:pPr>
      <w:r>
        <w:t>Geo-centric to helio-centric shift</w:t>
      </w:r>
    </w:p>
    <w:p>
      <w:r>
        <w:rPr>
          <w:color w:val="666666"/>
          <w:sz w:val="18"/>
        </w:rPr>
        <w:t>Religion in an Age of Science · 2m 02s · at 9:28 · https://youtu.be/xp07WVxbxlk?t=568</w:t>
      </w:r>
    </w:p>
    <w:p>
      <w:r>
        <w:rPr>
          <w:i/>
        </w:rPr>
        <w:t>“Nizam-e-shamsi ko lijiye. Insaan dekhta tha ke suraj mashriq se nikla aur maghrib mein doob gaya”</w:t>
      </w:r>
    </w:p>
    <w:p>
      <w:r>
        <w:rPr>
          <w:sz w:val="20"/>
        </w:rPr>
        <w:t>9:28  isi tarah dekhen, nizaam shamsi ko lijiyey.</w:t>
      </w:r>
      <w:r>
        <w:br/>
      </w:r>
      <w:r>
        <w:rPr>
          <w:sz w:val="20"/>
        </w:rPr>
        <w:t>9:36  insaan dekhta tha ke suraj jo hai woh mashriq se nikla aur maghrib mein doob gaya.</w:t>
      </w:r>
      <w:r>
        <w:br/>
      </w:r>
      <w:r>
        <w:rPr>
          <w:sz w:val="20"/>
        </w:rPr>
        <w:t>9:44  to is dekhne se logon ne rai banai ke zameen markaz mein hai, yaani hum zameen par khade</w:t>
      </w:r>
      <w:r>
        <w:br/>
      </w:r>
      <w:r>
        <w:rPr>
          <w:sz w:val="20"/>
        </w:rPr>
        <w:t>9:52  hue hain, yahan se hum dekhte hain suraj ko.</w:t>
      </w:r>
      <w:r>
        <w:br/>
      </w:r>
      <w:r>
        <w:rPr>
          <w:sz w:val="20"/>
        </w:rPr>
        <w:t>10:00  toh is dekhne se yeh rai banayi gayi ke zameen markaz mein hai, yani sayyarah zameen markaz mein hai aur suraj is ke gird ghoom raha hai. yeh tha geo-centric theory, yani zameen markazi theory. is theory ko aristotle ne jo Hazrat Masih se pehle paida hua, Yunan mein,</w:t>
      </w:r>
      <w:r>
        <w:br/>
      </w:r>
      <w:r>
        <w:rPr>
          <w:sz w:val="20"/>
        </w:rPr>
        <w:t>10:30  us ne maan liya jo bahut bada philosopher tha, bahut bada yunani philosopher tha.</w:t>
      </w:r>
      <w:r>
        <w:br/>
      </w:r>
      <w:r>
        <w:rPr>
          <w:sz w:val="20"/>
        </w:rPr>
        <w:t>10:37  aur phir chalti rahi theory.</w:t>
      </w:r>
      <w:r>
        <w:br/>
      </w:r>
      <w:r>
        <w:rPr>
          <w:sz w:val="20"/>
        </w:rPr>
        <w:t>10:45  jeo sentrik theori chalti rahi, chalti rahi yahan tak ke copernicus ke zamane mein khatm hui jabke telescope bani.</w:t>
      </w:r>
      <w:r>
        <w:br/>
      </w:r>
      <w:r>
        <w:rPr>
          <w:sz w:val="20"/>
        </w:rPr>
        <w:t>10:52  ab tehqiqat se pata chala ke jo cheez markaz mein hai woh hamari</w:t>
      </w:r>
      <w:r>
        <w:br/>
      </w:r>
      <w:r>
        <w:rPr>
          <w:sz w:val="20"/>
        </w:rPr>
        <w:t>11:00  zameen nahin hai balkeh suraj hai.</w:t>
      </w:r>
      <w:r>
        <w:br/>
      </w:r>
      <w:r>
        <w:rPr>
          <w:sz w:val="20"/>
        </w:rPr>
        <w:t>11:06  suraj ke gird zameen ghoomti hai aur doosre sayare bhi ghoomte hain.</w:t>
      </w:r>
      <w:r>
        <w:br/>
      </w:r>
      <w:r>
        <w:rPr>
          <w:sz w:val="20"/>
        </w:rPr>
        <w:t>11:12  ab helio sentrik theori bani, yani aaftab markazi nazariya.</w:t>
      </w:r>
      <w:r>
        <w:br/>
      </w:r>
      <w:r>
        <w:rPr>
          <w:sz w:val="20"/>
        </w:rPr>
        <w:t>11:18  to jeo sentrik theori radd ho gayi aur helio sentrik theori maan li gayi.</w:t>
      </w:r>
      <w:r>
        <w:br/>
      </w:r>
      <w:r>
        <w:rPr>
          <w:sz w:val="20"/>
        </w:rPr>
        <w:t>11:24  yeh hai matlab is ka bradley ka ke mazhab bhi</w:t>
      </w:r>
    </w:p>
    <w:p>
      <w:pPr>
        <w:pStyle w:val="Heading2"/>
      </w:pPr>
      <w:r>
        <w:t>Intellectual jihad versus practical jihad explained</w:t>
      </w:r>
    </w:p>
    <w:p>
      <w:r>
        <w:rPr>
          <w:color w:val="666666"/>
          <w:sz w:val="18"/>
        </w:rPr>
        <w:t>Jihad Fillah June 23, 2013 · 1m 29s · at 2:00 · https://youtu.be/NRTno1eQTos?t=120</w:t>
      </w:r>
    </w:p>
    <w:p>
      <w:r>
        <w:rPr>
          <w:i/>
        </w:rPr>
        <w:t>“Jihad in the way of Allah is a practical matter”</w:t>
      </w:r>
    </w:p>
    <w:p>
      <w:r>
        <w:rPr>
          <w:sz w:val="20"/>
        </w:rPr>
        <w:t>2:00  dekhein, yahan par jo Allah mein jihad hai, yeh is se mukhtalif hai jo Allah ke raste mein jihad ka matlab hota hai.</w:t>
      </w:r>
      <w:r>
        <w:br/>
      </w:r>
      <w:r>
        <w:rPr>
          <w:sz w:val="20"/>
        </w:rPr>
        <w:t>2:10  allah ke raste mein jihad to ek practical baat hai, practical baat hai. lekin allah mein jihad jo hai, yeh intellectual baat hai.</w:t>
      </w:r>
      <w:r>
        <w:br/>
      </w:r>
      <w:r>
        <w:rPr>
          <w:sz w:val="20"/>
        </w:rPr>
        <w:t>2:20  is se murad hai intellectual jihad. to ek hota hai practical jihad ke rasool allah ke zamane mein kuch logon ne aap par attack kiya to sahaba ne aap ka saath de kar un ka defence kiya.</w:t>
      </w:r>
      <w:r>
        <w:br/>
      </w:r>
      <w:r>
        <w:rPr>
          <w:sz w:val="20"/>
        </w:rPr>
        <w:t>2:38  to that was practical jihad. yeh kabhi kabhi hota hai, lekin yeh jo hai intellectual jihad, yeh barabar jari rehta hai.</w:t>
      </w:r>
      <w:r>
        <w:br/>
      </w:r>
      <w:r>
        <w:rPr>
          <w:sz w:val="20"/>
        </w:rPr>
        <w:t>2:50  is mein kabhi gap nahi aata. to jihad ke mani hote hain at most struggle, sari koshish kar dalna.</w:t>
      </w:r>
      <w:r>
        <w:br/>
      </w:r>
      <w:r>
        <w:rPr>
          <w:sz w:val="20"/>
        </w:rPr>
        <w:t>3:02  to yahan par allah mein jihad ka matlab kya hoga?</w:t>
      </w:r>
      <w:r>
        <w:br/>
      </w:r>
      <w:r>
        <w:rPr>
          <w:sz w:val="20"/>
        </w:rPr>
        <w:t>3:07  main samajhta hoon is ka matlab yeh hoga ke strive hard to develop god oriented thinking, yani khudai soch paida karne ke liye bohat zyada koshish karna.</w:t>
      </w:r>
      <w:r>
        <w:br/>
      </w:r>
      <w:r>
        <w:rPr>
          <w:sz w:val="20"/>
        </w:rPr>
        <w:t>3:26  yeh matlab hoga is ka.</w:t>
      </w:r>
    </w:p>
    <w:p>
      <w:pPr>
        <w:pStyle w:val="Heading2"/>
      </w:pPr>
      <w:r>
        <w:t>Victim's self-justification leads to paradise</w:t>
      </w:r>
    </w:p>
    <w:p>
      <w:r>
        <w:rPr>
          <w:color w:val="666666"/>
          <w:sz w:val="18"/>
        </w:rPr>
        <w:t>Living a Complaint free life | July 28, 2018 · 3m 06s · at 21:47 · https://youtu.be/NBtOW5lVxQQ?t=1307</w:t>
      </w:r>
    </w:p>
    <w:p>
      <w:r>
        <w:rPr>
          <w:i/>
        </w:rPr>
        <w:t>“Compare: the victim himself finds justification.”</w:t>
      </w:r>
    </w:p>
    <w:p>
      <w:r>
        <w:rPr>
          <w:sz w:val="20"/>
        </w:rPr>
        <w:t>21:47  ab dekhiye, ab compare kijiye ke ek taraf yeh kirdar hai, yeh character hai, yeh aala character ke</w:t>
      </w:r>
      <w:r>
        <w:br/>
      </w:r>
      <w:r>
        <w:rPr>
          <w:sz w:val="20"/>
        </w:rPr>
        <w:t>22:02  victim khud justification nikal kar karta hai ke woh ma'zoor hai, us ko chhod do, mujhe is se</w:t>
      </w:r>
      <w:r>
        <w:br/>
      </w:r>
      <w:r>
        <w:rPr>
          <w:sz w:val="20"/>
        </w:rPr>
        <w:t>22:17  koi shikayat nahin.</w:t>
      </w:r>
      <w:r>
        <w:br/>
      </w:r>
      <w:r>
        <w:rPr>
          <w:sz w:val="20"/>
        </w:rPr>
        <w:t>22:27  kyun? kyunke woh janta nahin, woh janta nahin ke khaliq ki, khaliq ka kaise plan kiya hai, khaliq</w:t>
      </w:r>
      <w:r>
        <w:br/>
      </w:r>
      <w:r>
        <w:rPr>
          <w:sz w:val="20"/>
        </w:rPr>
        <w:t>22:37  ne insan ko kaise banaya hai, khaliq ke nazdeek</w:t>
      </w:r>
      <w:r>
        <w:br/>
      </w:r>
      <w:r>
        <w:rPr>
          <w:sz w:val="20"/>
        </w:rPr>
        <w:t>22:47  insan ka darja kya hai.</w:t>
      </w:r>
      <w:r>
        <w:br/>
      </w:r>
      <w:r>
        <w:rPr>
          <w:sz w:val="20"/>
        </w:rPr>
        <w:t>23:03  ab ghaur kijiye ke jab muamla aisa ho, is ke bawajood aap shikayatein karein, is ke bawajood aap</w:t>
      </w:r>
      <w:r>
        <w:br/>
      </w:r>
      <w:r>
        <w:rPr>
          <w:sz w:val="20"/>
        </w:rPr>
        <w:t>23:18  "Tit for tat" ka namoona ikhtiyar karein, iske bawajood aap kahein ki main kaise maaf karoon? Itna</w:t>
      </w:r>
      <w:r>
        <w:br/>
      </w:r>
      <w:r>
        <w:rPr>
          <w:sz w:val="20"/>
        </w:rPr>
        <w:t>23:25  to aisa kya hai, itna waisa kya hai, itne pe zulm kiya hai, itne mere khilaf conspiracy ki</w:t>
      </w:r>
      <w:r>
        <w:br/>
      </w:r>
      <w:r>
        <w:rPr>
          <w:sz w:val="20"/>
        </w:rPr>
        <w:t>23:33  hai, is ne meri zameen chheen li hai.</w:t>
      </w:r>
      <w:r>
        <w:br/>
      </w:r>
      <w:r>
        <w:rPr>
          <w:sz w:val="20"/>
        </w:rPr>
        <w:t>23:41  log zameen ka ek tukra chheen</w:t>
      </w:r>
      <w:r>
        <w:br/>
      </w:r>
      <w:r>
        <w:rPr>
          <w:sz w:val="20"/>
        </w:rPr>
        <w:t>23:48  ne par shikait karte hain.</w:t>
      </w:r>
      <w:r>
        <w:br/>
      </w:r>
      <w:r>
        <w:rPr>
          <w:sz w:val="20"/>
        </w:rPr>
        <w:t>23:56  mein to kehta hoon ke agar insaan ko is ka ehsaas ho to koi sari kainat hi chheen</w:t>
      </w:r>
      <w:r>
        <w:br/>
      </w:r>
      <w:r>
        <w:rPr>
          <w:sz w:val="20"/>
        </w:rPr>
        <w:t>24:04  le is se, to woh kahega ke jo chahe chheen lo, mein to apne rab ke side</w:t>
      </w:r>
      <w:r>
        <w:br/>
      </w:r>
      <w:r>
        <w:rPr>
          <w:sz w:val="20"/>
        </w:rPr>
        <w:t>24:12  mein hoon, mein apne rab ke side mein rahoon ga, mujhe kisi aur side pe jana nahi hai.</w:t>
      </w:r>
      <w:r>
        <w:br/>
      </w:r>
      <w:r>
        <w:rPr>
          <w:sz w:val="20"/>
        </w:rPr>
        <w:t>24:21  itni bari baat hai jo is hadith mein aai hai.</w:t>
      </w:r>
      <w:r>
        <w:br/>
      </w:r>
      <w:r>
        <w:rPr>
          <w:sz w:val="20"/>
        </w:rPr>
        <w:t>24:29  mein dua karta hoon ke Allah taala mujh ko aur aap ko tofeeq de ke hum nabiyon ke</w:t>
      </w:r>
      <w:r>
        <w:br/>
      </w:r>
      <w:r>
        <w:rPr>
          <w:sz w:val="20"/>
        </w:rPr>
        <w:t>24:37  is model ko ikhtiyar karein.</w:t>
      </w:r>
      <w:r>
        <w:br/>
      </w:r>
      <w:r>
        <w:rPr>
          <w:sz w:val="20"/>
        </w:rPr>
        <w:t>24:45  aap yeh bhi ghor kijiye ke rasool Allah salla Allahu alaihi wasallam jab ne jab yeh qissa bataya</w:t>
      </w:r>
    </w:p>
    <w:p>
      <w:pPr>
        <w:pStyle w:val="Heading2"/>
      </w:pPr>
      <w:r>
        <w:t>Love as innate human drive and shirk as misdirecting it</w:t>
      </w:r>
    </w:p>
    <w:p>
      <w:r>
        <w:rPr>
          <w:color w:val="666666"/>
          <w:sz w:val="18"/>
        </w:rPr>
        <w:t>Love of God April 10, 2011 · 2m 16s · at 3:37 · https://youtu.be/Pt1wxMp7nvE?t=217</w:t>
      </w:r>
    </w:p>
    <w:p>
      <w:r>
        <w:rPr>
          <w:i/>
        </w:rPr>
        <w:t>“ہر انسان میں محبت کا جذبہ بہت گہرائی سے پایا جاتا ہے”</w:t>
      </w:r>
    </w:p>
    <w:p>
      <w:r>
        <w:rPr>
          <w:sz w:val="20"/>
        </w:rPr>
        <w:t>3:37  dekhein, is aayat ko samajhne ke liye</w:t>
      </w:r>
      <w:r>
        <w:br/>
      </w:r>
      <w:r>
        <w:rPr>
          <w:sz w:val="20"/>
        </w:rPr>
        <w:t>3:42  aap nafsiati aitbaar se dekhiye. har insaan mein mohabbat ka jazba bohat ziyada gehrai ke sath paya jata hai.</w:t>
      </w:r>
      <w:r>
        <w:br/>
      </w:r>
      <w:r>
        <w:rPr>
          <w:sz w:val="20"/>
        </w:rPr>
        <w:t>3:56  mohabbat kya hai? mohabbat naam hai strong affection ka, shadeed meylan.</w:t>
      </w:r>
      <w:r>
        <w:br/>
      </w:r>
      <w:r>
        <w:rPr>
          <w:sz w:val="20"/>
        </w:rPr>
        <w:t>4:06  to yeh jo mohabbat hai ya strong affection hai, yeh insaan ki fitrat mein inherent hai.</w:t>
      </w:r>
      <w:r>
        <w:br/>
      </w:r>
      <w:r>
        <w:rPr>
          <w:sz w:val="20"/>
        </w:rPr>
        <w:t>4:16  yani insaan chahe mard ho ya aurat, har ek ke andar ek bohat hi gehra jazba hai maujood ke kisi se woh bohat ziyada mohabbat kare.</w:t>
      </w:r>
      <w:r>
        <w:br/>
      </w:r>
      <w:r>
        <w:rPr>
          <w:sz w:val="20"/>
        </w:rPr>
        <w:t>4:31  in terms of strong affection .</w:t>
      </w:r>
      <w:r>
        <w:br/>
      </w:r>
      <w:r>
        <w:rPr>
          <w:sz w:val="20"/>
        </w:rPr>
        <w:t>4:36  koi bhi is se khaali nahi. to yahan jo aayat mein bataya gaya hai, woh yeh hai ke insaan yeh karta hai</w:t>
      </w:r>
      <w:r>
        <w:br/>
      </w:r>
      <w:r>
        <w:rPr>
          <w:sz w:val="20"/>
        </w:rPr>
        <w:t>4:50  ke kisi aur se associate kar leta hai is jazbe ko.</w:t>
      </w:r>
      <w:r>
        <w:br/>
      </w:r>
      <w:r>
        <w:rPr>
          <w:sz w:val="20"/>
        </w:rPr>
        <w:t>4:58  yeh jo mohabbat ka jazba hai, strong affection ka jazba hai insaan ke andar, to us ko kisi aur se associate kar leta hai.</w:t>
      </w:r>
      <w:r>
        <w:br/>
      </w:r>
      <w:r>
        <w:rPr>
          <w:sz w:val="20"/>
        </w:rPr>
        <w:t>5:10  yeh hai gumrahi. to us ko sirf khuda se associate karna yeh matloob hai.</w:t>
      </w:r>
      <w:r>
        <w:br/>
      </w:r>
      <w:r>
        <w:rPr>
          <w:sz w:val="20"/>
        </w:rPr>
        <w:t>5:22  to shirk kya hua?</w:t>
      </w:r>
      <w:r>
        <w:br/>
      </w:r>
      <w:r>
        <w:rPr>
          <w:sz w:val="20"/>
        </w:rPr>
        <w:t>5:25  to associate</w:t>
      </w:r>
      <w:r>
        <w:br/>
      </w:r>
      <w:r>
        <w:rPr>
          <w:sz w:val="20"/>
        </w:rPr>
        <w:t>5:30  the sentiments of love</w:t>
      </w:r>
      <w:r>
        <w:br/>
      </w:r>
      <w:r>
        <w:rPr>
          <w:sz w:val="20"/>
        </w:rPr>
        <w:t>5:38  to anyone other than god. god ke siwa kisi aur se apne is fitri jazbe ko aap associate karein to yeh shirk hai.</w:t>
      </w:r>
      <w:r>
        <w:br/>
      </w:r>
      <w:r>
        <w:rPr>
          <w:sz w:val="20"/>
        </w:rPr>
        <w:t>5:51  aur isi se mana kiya gaya hai.</w:t>
      </w:r>
    </w:p>
    <w:p>
      <w:pPr>
        <w:pStyle w:val="Heading2"/>
      </w:pPr>
      <w:r>
        <w:t>The 'flying palace' grounded by volcanic ash</w:t>
      </w:r>
    </w:p>
    <w:p>
      <w:r>
        <w:rPr>
          <w:color w:val="666666"/>
          <w:sz w:val="18"/>
        </w:rPr>
        <w:t>Doomsday Knocking at The Door April 18, 2010 · 1m 18s · at 2:40 · https://youtu.be/nZVho8DkNJo?t=160</w:t>
      </w:r>
    </w:p>
    <w:p>
      <w:r>
        <w:rPr>
          <w:i/>
        </w:rPr>
        <w:t>“A man in first class proudly called the plane a flying palace”</w:t>
      </w:r>
    </w:p>
    <w:p>
      <w:r>
        <w:rPr>
          <w:sz w:val="20"/>
        </w:rPr>
        <w:t>2:40  aik baar mein jahaz mein safar kar raha tha</w:t>
      </w:r>
      <w:r>
        <w:br/>
      </w:r>
      <w:r>
        <w:rPr>
          <w:sz w:val="20"/>
        </w:rPr>
        <w:t>2:45  to aik aadmi jo jahaz ke first class mein tha, bade fakhr ke saath us ne kaha tha ke jahaz kya hai, yeh flying palace hai.</w:t>
      </w:r>
      <w:r>
        <w:br/>
      </w:r>
      <w:r>
        <w:rPr>
          <w:sz w:val="20"/>
        </w:rPr>
        <w:t>3:01  flying palace matlab hamari development, hamari taraqqi ne hum ko yahan tak pahunchaya hai ke hum urte hue mahallon mein safar karein.</w:t>
      </w:r>
      <w:r>
        <w:br/>
      </w:r>
      <w:r>
        <w:rPr>
          <w:sz w:val="20"/>
        </w:rPr>
        <w:t>3:13  flying palace. aaj flying palace sab ground kar diye gaye hain</w:t>
      </w:r>
      <w:r>
        <w:br/>
      </w:r>
      <w:r>
        <w:rPr>
          <w:sz w:val="20"/>
        </w:rPr>
        <w:t>3:22  kyunke jo raakh ur rahi hai, woh raakh bohat hi dangerous hai jahaz ke liye. aik to visibility nahi hai upar, is ke ilawa is mein woh raakh khali dhuwan nahi hai,</w:t>
      </w:r>
      <w:r>
        <w:br/>
      </w:r>
      <w:r>
        <w:rPr>
          <w:sz w:val="20"/>
        </w:rPr>
        <w:t>3:36  is mein bohat sari cheezein mili hui hain, jaise sheesha hai aur doosri cheezein.</w:t>
      </w:r>
      <w:r>
        <w:br/>
      </w:r>
      <w:r>
        <w:rPr>
          <w:sz w:val="20"/>
        </w:rPr>
        <w:t>3:42  to dar hai ke engine mein woh ja kar ke engine ko paralyze kar degi. airporton par log bheer ki bheer lagi hui hai kyunke woh ja nahi paa rahe hain.</w:t>
      </w:r>
    </w:p>
    <w:p>
      <w:pPr>
        <w:pStyle w:val="Heading2"/>
      </w:pPr>
      <w:r>
        <w:t>A thought-controlled wheelchair as proof of a controlling consciousness</w:t>
      </w:r>
    </w:p>
    <w:p>
      <w:r>
        <w:rPr>
          <w:color w:val="666666"/>
          <w:sz w:val="18"/>
        </w:rPr>
        <w:t>The Oneness of God 19 July, 2009 · 1m 44s · at 45:13 · https://youtu.be/dAjxTrRiz0g?t=2713</w:t>
      </w:r>
    </w:p>
    <w:p>
      <w:r>
        <w:rPr>
          <w:i/>
        </w:rPr>
        <w:t>“Ab Japan mein ek banaya gaya hai, koi jaise device jis ko sar par laga leta hai”</w:t>
      </w:r>
    </w:p>
    <w:p>
      <w:r>
        <w:rPr>
          <w:sz w:val="20"/>
        </w:rPr>
        <w:t>45:13  maine niklwaya, us ko thought control wheel chair is ke tehat niklwaya.</w:t>
      </w:r>
      <w:r>
        <w:br/>
      </w:r>
      <w:r>
        <w:rPr>
          <w:sz w:val="20"/>
        </w:rPr>
        <w:t>45:22  maine</w:t>
      </w:r>
      <w:r>
        <w:br/>
      </w:r>
      <w:r>
        <w:rPr>
          <w:sz w:val="20"/>
        </w:rPr>
        <w:t>45:24  to ab japan mein aik banaya gaya hai, yaani koi jaise device jis ko sar par laga leta hai, aadmi is wheel chair par baithta hai to apne mind se woh is ko control kar raha hota hai.</w:t>
      </w:r>
      <w:r>
        <w:br/>
      </w:r>
      <w:r>
        <w:rPr>
          <w:sz w:val="20"/>
        </w:rPr>
        <w:t>45:40  yaani helmet type, helmet type koi cheez sar pe hoti hai, is mein koi device hoti hai, aur aur is mein baitha hua hai, kuch physically woh is ko handle nahi karta.</w:t>
      </w:r>
      <w:r>
        <w:br/>
      </w:r>
      <w:r>
        <w:rPr>
          <w:sz w:val="20"/>
        </w:rPr>
        <w:t>45:50  woh</w:t>
      </w:r>
      <w:r>
        <w:br/>
      </w:r>
      <w:r>
        <w:rPr>
          <w:sz w:val="20"/>
        </w:rPr>
        <w:t>45:51  apne mind se woh chahta hai, jahan jahan jahan chahta hai, idhar ja rahi hai. Woh to is is ko kehte hain thought control wheel chair.</w:t>
      </w:r>
      <w:r>
        <w:br/>
      </w:r>
      <w:r>
        <w:rPr>
          <w:sz w:val="20"/>
        </w:rPr>
        <w:t>46:00  abhi phir khabar mein aaya hai ke thought control computer yahan aa kar ke yeh bilkul prove ho gaya ke aik aik aik shaoor hai, aik shaoor, aik consciousness hai jo poore universe ko control kar raha hai.</w:t>
      </w:r>
      <w:r>
        <w:br/>
      </w:r>
      <w:r>
        <w:rPr>
          <w:sz w:val="20"/>
        </w:rPr>
        <w:t>46:17  insaan jis tarah se thought ke zariye se aik wheel chair ko control kar sakta hai, insaan thought ke zariye se aik computer ko control kar sakta hai, is se yeh yeh probability ya possibility saabit ho gayi ke aisi aik bari hasti hai jo thought ke zariye se poore kainat ko control kar rahi hai.</w:t>
      </w:r>
      <w:r>
        <w:br/>
      </w:r>
      <w:r>
        <w:rPr>
          <w:sz w:val="20"/>
        </w:rPr>
        <w:t>46:36  to jab maine yeh parha thought control wheel chair to achaanak mere dimagh se nikla ke thought control universe,</w:t>
      </w:r>
      <w:r>
        <w:br/>
      </w:r>
      <w:r>
        <w:rPr>
          <w:sz w:val="20"/>
        </w:rPr>
        <w:t>46:46  jis tarah se hum dekh rahe hain aik thought control wheel chair ko, isi tarah yeh poori universe jo hai, thought control universe hai.</w:t>
      </w:r>
    </w:p>
    <w:p>
      <w:pPr>
        <w:pStyle w:val="Heading2"/>
      </w:pPr>
      <w:r>
        <w:t>Colonial 'freedom or slavery' slogan was a false choice</w:t>
      </w:r>
    </w:p>
    <w:p>
      <w:r>
        <w:rPr>
          <w:color w:val="666666"/>
          <w:sz w:val="18"/>
        </w:rPr>
        <w:t>Living in Falsehood 25 Jan 2009 · 1m 53s · at 10:32 · https://youtu.be/Qt8VwwonU9k?t=632</w:t>
      </w:r>
    </w:p>
    <w:p>
      <w:r>
        <w:rPr>
          <w:i/>
        </w:rPr>
        <w:t>“In the colonial era, nationalist leaders rose everywhere”</w:t>
      </w:r>
    </w:p>
    <w:p>
      <w:r>
        <w:rPr>
          <w:sz w:val="20"/>
        </w:rPr>
        <w:t>10:32  jaise colonialism ka jo daur tha, colonial jo period tha, us zamane mein jagah jagah lead nationalist leader uthay.</w:t>
      </w:r>
      <w:r>
        <w:br/>
      </w:r>
      <w:r>
        <w:rPr>
          <w:sz w:val="20"/>
        </w:rPr>
        <w:t>10:43  har mulk mein jahan jahan colonial powers rule kar rahi theen, wahan nationalist log uthay. un ka nara kya tha?</w:t>
      </w:r>
      <w:r>
        <w:br/>
      </w:r>
      <w:r>
        <w:rPr>
          <w:sz w:val="20"/>
        </w:rPr>
        <w:t>10:53  "freedom, slavery or freedom? choose between the two." "slavery or freedom? choose between the two." ab logon ko bara acha laga, aur yeh leader bohat zyada popular ho gaye.</w:t>
      </w:r>
      <w:r>
        <w:br/>
      </w:r>
      <w:r>
        <w:rPr>
          <w:sz w:val="20"/>
        </w:rPr>
        <w:t>11:06  lekin result kya tha?</w:t>
      </w:r>
      <w:r>
        <w:br/>
      </w:r>
      <w:r>
        <w:rPr>
          <w:sz w:val="20"/>
        </w:rPr>
        <w:t>11:10  result yeh tha ke foreign rule ki jagah indigenus rule, home rule. yeh slavery aur freedom ka mamla nahi tha.</w:t>
      </w:r>
      <w:r>
        <w:br/>
      </w:r>
      <w:r>
        <w:rPr>
          <w:sz w:val="20"/>
        </w:rPr>
        <w:t>11:21  yeh tha ke foreigners rule karen ya apne desh ke log rule karen. to ab bhi wahi hai, aik janta jo hai, woh rule karti hai.</w:t>
      </w:r>
      <w:r>
        <w:br/>
      </w:r>
      <w:r>
        <w:rPr>
          <w:sz w:val="20"/>
        </w:rPr>
        <w:t>11:30  pehlay bhi, pehlay bhi rule karti thi. saath dush to nahi mil kar rule kar raha hai.</w:t>
      </w:r>
      <w:r>
        <w:br/>
      </w:r>
      <w:r>
        <w:rPr>
          <w:sz w:val="20"/>
        </w:rPr>
        <w:t>11:37  wo log jo power rakhte hain woh kam hotay hain, wohi rule karte hain. aur reduce ho kar aakhir mein bureaucracy rule karne lagti hai.</w:t>
      </w:r>
      <w:r>
        <w:br/>
      </w:r>
      <w:r>
        <w:rPr>
          <w:sz w:val="20"/>
        </w:rPr>
        <w:t>11:49  to "Slavery or freedom? Choose between the two." galat tha. yaani foreign rule ya mulki rule, is mein choice tha.</w:t>
      </w:r>
      <w:r>
        <w:br/>
      </w:r>
      <w:r>
        <w:rPr>
          <w:sz w:val="20"/>
        </w:rPr>
        <w:t>12:02  ab sab log attract ho kar is ki taraf daud pade.</w:t>
      </w:r>
      <w:r>
        <w:br/>
      </w:r>
      <w:r>
        <w:rPr>
          <w:sz w:val="20"/>
        </w:rPr>
        <w:t>12:07  to hamesha aisa hua ke aadmi ek ek ek beautiful idea banata hai jo realistic nahi hota, aur is mein woh jeene lagta hai.</w:t>
      </w:r>
    </w:p>
    <w:p>
      <w:pPr>
        <w:pStyle w:val="Heading2"/>
      </w:pPr>
      <w:r>
        <w:t>Helplessness in Moscow like death</w:t>
      </w:r>
    </w:p>
    <w:p>
      <w:r>
        <w:rPr>
          <w:color w:val="666666"/>
          <w:sz w:val="18"/>
        </w:rPr>
        <w:t>On Life and Death | July 24, 2011 · 2m 30s · at 37:59 · https://youtu.be/72dTEA3bXTU?t=2279</w:t>
      </w:r>
    </w:p>
    <w:p>
      <w:r>
        <w:rPr>
          <w:i/>
        </w:rPr>
        <w:t>“I felt completely cut off in Moscow.”</w:t>
      </w:r>
    </w:p>
    <w:p>
      <w:r>
        <w:rPr>
          <w:sz w:val="20"/>
        </w:rPr>
        <w:t>37:59  jeeb haalat hogi.</w:t>
      </w:r>
      <w:r>
        <w:br/>
      </w:r>
      <w:r>
        <w:rPr>
          <w:sz w:val="20"/>
        </w:rPr>
        <w:t>38:05  mujh par chand baar aise lamhaat guzre hain ke jise laga ke mujhe ek dum cut gaya hoon.</w:t>
      </w:r>
      <w:r>
        <w:br/>
      </w:r>
      <w:r>
        <w:rPr>
          <w:sz w:val="20"/>
        </w:rPr>
        <w:t>38:11  chand baar aisa hua jaise moscow mein ek baar maine maine bataya is se pehle ke</w:t>
      </w:r>
      <w:r>
        <w:br/>
      </w:r>
      <w:r>
        <w:rPr>
          <w:sz w:val="20"/>
        </w:rPr>
        <w:t>38:17  moscow mein jab main gaya tha to ek baar aisa hua jaise main cut gaya sab se.</w:t>
      </w:r>
      <w:r>
        <w:br/>
      </w:r>
      <w:r>
        <w:rPr>
          <w:sz w:val="20"/>
        </w:rPr>
        <w:t>38:23  main hotel ke kamre mein tha lekin wahan haalat yeh thi ke sab roosi roosi zaban bolte</w:t>
      </w:r>
      <w:r>
        <w:br/>
      </w:r>
      <w:r>
        <w:rPr>
          <w:sz w:val="20"/>
        </w:rPr>
        <w:t>38:29  the.</w:t>
      </w:r>
      <w:r>
        <w:br/>
      </w:r>
      <w:r>
        <w:rPr>
          <w:sz w:val="20"/>
        </w:rPr>
        <w:t>38:33  main un se baat nahi kar sakta tha.</w:t>
      </w:r>
      <w:r>
        <w:br/>
      </w:r>
      <w:r>
        <w:rPr>
          <w:sz w:val="20"/>
        </w:rPr>
        <w:t>38:36  mera jo guide tha woh chala gaya tha apni maan is ki bimari se chala gaya tha.</w:t>
      </w:r>
      <w:r>
        <w:br/>
      </w:r>
      <w:r>
        <w:rPr>
          <w:sz w:val="20"/>
        </w:rPr>
        <w:t>38:39  maan ke paas milne ke liye.</w:t>
      </w:r>
      <w:r>
        <w:br/>
      </w:r>
      <w:r>
        <w:rPr>
          <w:sz w:val="20"/>
        </w:rPr>
        <w:t>38:43  to mere paas khane ka coupon bhi nahi tha.</w:t>
      </w:r>
      <w:r>
        <w:br/>
      </w:r>
      <w:r>
        <w:rPr>
          <w:sz w:val="20"/>
        </w:rPr>
        <w:t>38:46  khane ka coupon isi guide ke paas hua karta tha roos mein.</w:t>
      </w:r>
      <w:r>
        <w:br/>
      </w:r>
      <w:r>
        <w:rPr>
          <w:sz w:val="20"/>
        </w:rPr>
        <w:t>38:50  main gaya tha us waqt jab ke abhi community nizam toota nahi tha tab.</w:t>
      </w:r>
      <w:r>
        <w:br/>
      </w:r>
      <w:r>
        <w:rPr>
          <w:sz w:val="20"/>
        </w:rPr>
        <w:t>38:53  hum direct ja kar hotel mein nahi kha sakte the.</w:t>
      </w:r>
      <w:r>
        <w:br/>
      </w:r>
      <w:r>
        <w:rPr>
          <w:sz w:val="20"/>
        </w:rPr>
        <w:t>38:56  woh hamara guide hota tha is ka coupon hota tha woh coupon se khana</w:t>
      </w:r>
      <w:r>
        <w:br/>
      </w:r>
      <w:r>
        <w:rPr>
          <w:sz w:val="20"/>
        </w:rPr>
        <w:t>39:00  milta tha.</w:t>
      </w:r>
      <w:r>
        <w:br/>
      </w:r>
      <w:r>
        <w:rPr>
          <w:sz w:val="20"/>
        </w:rPr>
        <w:t>39:03  toh ab maine socha yeh kya ajeeb halat hai.</w:t>
      </w:r>
      <w:r>
        <w:br/>
      </w:r>
      <w:r>
        <w:rPr>
          <w:sz w:val="20"/>
        </w:rPr>
        <w:t>39:07  log jo aap ke aas pas reh rahe hain un se mein exchange nahi kar sakta kuch baat</w:t>
      </w:r>
      <w:r>
        <w:br/>
      </w:r>
      <w:r>
        <w:rPr>
          <w:sz w:val="20"/>
        </w:rPr>
        <w:t>39:11  nahi ho sakti.</w:t>
      </w:r>
      <w:r>
        <w:br/>
      </w:r>
      <w:r>
        <w:rPr>
          <w:sz w:val="20"/>
        </w:rPr>
        <w:t>39:15  agar mujhe khana peena ho toh mein hotel mein ja kar keh nahi kuch kar sakta is liye</w:t>
      </w:r>
      <w:r>
        <w:br/>
      </w:r>
      <w:r>
        <w:rPr>
          <w:sz w:val="20"/>
        </w:rPr>
        <w:t>39:18  keh coupon toh mere guide ke paas hai.</w:t>
      </w:r>
      <w:r>
        <w:br/>
      </w:r>
      <w:r>
        <w:rPr>
          <w:sz w:val="20"/>
        </w:rPr>
        <w:t>39:22  toh kuch der ke liye aisa laga mujhe phir masla hal hua baat ko.</w:t>
      </w:r>
      <w:r>
        <w:br/>
      </w:r>
      <w:r>
        <w:rPr>
          <w:sz w:val="20"/>
        </w:rPr>
        <w:t>39:26  kuch der ke liye aisa laga jaise ke mein ek dum cut gaya hoon duniya se.</w:t>
      </w:r>
      <w:r>
        <w:br/>
      </w:r>
      <w:r>
        <w:rPr>
          <w:sz w:val="20"/>
        </w:rPr>
        <w:t>39:30  aur kuch bhi mere pas nahi hai. bilkul mutaqdat mahmul asbab ka mamla hai yeh. us waqt jo کیفیت mujhe guzri thi helplessness ki woh aaj tak mujhe yaad hai. us waqt maine yani jo alfaaz mere zuban se nikle the jo mera meri jo halat thi woh is tarah ki halat sirf ek hi bar hui. usi waqt phir</w:t>
      </w:r>
      <w:r>
        <w:br/>
      </w:r>
      <w:r>
        <w:rPr>
          <w:sz w:val="20"/>
        </w:rPr>
        <w:t>40:00  nahi hui. kyun ke bohat zabardast jo yani helplessness jo ki کیفیت jo guzri thi mere upar woh. to woh bohat ajeeb thi woh. to main aksar sochta hoon ke woh jo temporary tor par hua tha woh yeh ho jayega eternal tor par. maut ke baad. yani helplessness ki jo کیفیت mujhe us par guzri</w:t>
      </w:r>
    </w:p>
    <w:p>
      <w:pPr>
        <w:pStyle w:val="Heading2"/>
      </w:pPr>
      <w:r>
        <w:t>spiritual food, body vs soul, story of Maryam</w:t>
      </w:r>
    </w:p>
    <w:p>
      <w:r>
        <w:rPr>
          <w:color w:val="666666"/>
          <w:sz w:val="18"/>
        </w:rPr>
        <w:t>Signs of Doomsday November 7, 2021 Prof. Farida Khanam · 2m 56s · at 53:15 · https://youtu.be/RQZchtP6uRg?t=3195</w:t>
      </w:r>
    </w:p>
    <w:p>
      <w:r>
        <w:rPr>
          <w:i/>
        </w:rPr>
        <w:t>“Insan ka ek hai physical self aur ek hai spiritual self”</w:t>
      </w:r>
    </w:p>
    <w:p>
      <w:r>
        <w:rPr>
          <w:sz w:val="20"/>
        </w:rPr>
        <w:t>53:15  is ke bare mein kuch batayein. asal mein ek hai insaan ka physical self aur ek hai spiritual self. body and soul ka majmooa hai insaan.</w:t>
      </w:r>
      <w:r>
        <w:br/>
      </w:r>
      <w:r>
        <w:rPr>
          <w:sz w:val="20"/>
        </w:rPr>
        <w:t>53:25  to hum kya kar rahe hain? body ko to khoob khoob feed karte hain aur soul ko feed nahi karte hain. to isi soul ko jab hum feed karenge, woh isi se hota hai ke Khuda ki baatein karein, Khuda quran padhein, is ko samjhein aur Khuda se taalluq banayein, duaayein karein.</w:t>
      </w:r>
      <w:r>
        <w:br/>
      </w:r>
      <w:r>
        <w:rPr>
          <w:sz w:val="20"/>
        </w:rPr>
        <w:t>53:43  to yeh sab isi mein ghaur o fikr karein. to is se jo hum ko jo is spiritual provision milta hai, spiritual food milta hai, wahi roohaniyat hai.</w:t>
      </w:r>
      <w:r>
        <w:br/>
      </w:r>
      <w:r>
        <w:rPr>
          <w:sz w:val="20"/>
        </w:rPr>
        <w:t>53:55  to humein chahiye ke musalsal is mein apna waqt lagayein, apna dhyan lagayein aur need based life.</w:t>
      </w:r>
      <w:r>
        <w:br/>
      </w:r>
      <w:r>
        <w:rPr>
          <w:sz w:val="20"/>
        </w:rPr>
        <w:t>54:06  jo Maulana keh dete hain: "simple living, high thinking." to bas wahi hum logon ko guzarna hoga, need based life aur baqi tamam waqt jo hai, woh marifat mein guzarna hai.</w:t>
      </w:r>
      <w:r>
        <w:br/>
      </w:r>
      <w:r>
        <w:rPr>
          <w:sz w:val="20"/>
        </w:rPr>
        <w:t>54:18  to yahi roohaniyat hai. to Maulana, woh woh roohaniyat jo tasawwuf wali hai, us ko nahi mante the kyunke woh to sirf hamein extasy tak le jati hai.</w:t>
      </w:r>
      <w:r>
        <w:br/>
      </w:r>
      <w:r>
        <w:rPr>
          <w:sz w:val="20"/>
        </w:rPr>
        <w:t>54:30  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r>
        <w:br/>
      </w:r>
      <w:r>
        <w:rPr>
          <w:sz w:val="20"/>
        </w:rPr>
        <w:t>54:56  to woh taraqqi karte karte is mein phir hum ko marifat hasil hone lag jati hai. jaise Hazrat Maryam ke paas jab Hazrat Zakariya aate the to woh kehte the ke tum ko yeh sab rizq kahan se milta hai?</w:t>
      </w:r>
      <w:r>
        <w:br/>
      </w:r>
      <w:r>
        <w:rPr>
          <w:sz w:val="20"/>
        </w:rPr>
        <w:t>55:11  to log samajhte nahi. log samajhte the koi baqayda tafseeron mein likha hua hai ke tray mein phal rakh rakh ke jannat se aate the.</w:t>
      </w:r>
      <w:r>
        <w:br/>
      </w:r>
      <w:r>
        <w:rPr>
          <w:sz w:val="20"/>
        </w:rPr>
        <w:t>55:21  ab aap sochiye ke paighambaron, paighambar bhooka rehta tha, us ke liye to tray mein phal nahi aaye. to Hazrat Maryam ke liye phal aate the.</w:t>
      </w:r>
      <w:r>
        <w:br/>
      </w:r>
      <w:r>
        <w:rPr>
          <w:sz w:val="20"/>
        </w:rPr>
        <w:t>55:29  to balkeh woh spiritual food hota tha. Maulana ne likha hai ke woh spiritual food hota tha. is ko woh kehte the tum ko yeh rizq kahan se milta hai?</w:t>
      </w:r>
      <w:r>
        <w:br/>
      </w:r>
      <w:r>
        <w:rPr>
          <w:sz w:val="20"/>
        </w:rPr>
        <w:t>55:39  to ab woh to full time ibadat mein lagi rehti thi. to jo bhi aisa karega, Allah Ta'ala ko apne tamam bando se equal mohabbat hai.</w:t>
      </w:r>
      <w:r>
        <w:br/>
      </w:r>
      <w:r>
        <w:rPr>
          <w:sz w:val="20"/>
        </w:rPr>
        <w:t>55:49  yeh nahi ke kisi ke liye hai, kisi ke liye nahi hai. to jo bhi Allah ke liye apne aap ko waqf karega, Allah ki baaton ko samajhne ke liye poora dhyan lagayega, to us ko spiritual food milega.</w:t>
      </w:r>
      <w:r>
        <w:br/>
      </w:r>
      <w:r>
        <w:rPr>
          <w:sz w:val="20"/>
        </w:rPr>
        <w:t>56:02  aur wahi jo hai, wahi roohaniyat hai. islam, quraani roohaniyat wahi hai.</w:t>
      </w:r>
    </w:p>
    <w:p>
      <w:pPr>
        <w:pStyle w:val="Heading2"/>
      </w:pPr>
      <w:r>
        <w:t>Dreams as proof of God's existence</w:t>
      </w:r>
    </w:p>
    <w:p>
      <w:r>
        <w:rPr>
          <w:color w:val="666666"/>
          <w:sz w:val="18"/>
        </w:rPr>
        <w:t>Good Tidings and Warnings for Dayees | June 2, 2006 | Maulana Wahiduddin Khan · 2m 32s · at 8:56 · https://youtu.be/Cnoe4ckWtrg?t=536</w:t>
      </w:r>
    </w:p>
    <w:p>
      <w:r>
        <w:rPr>
          <w:i/>
        </w:rPr>
        <w:t>“Yeh dream jo aapne sune, do sahibaan ke, jo humari team ke member hain”</w:t>
      </w:r>
    </w:p>
    <w:p>
      <w:r>
        <w:rPr>
          <w:sz w:val="20"/>
        </w:rPr>
        <w:t>8:56  yeh dream jo aap ne sune, do sahibaan ke, jo hamari team ke member hain, mujhe aisa lagta hai ke yeh sab dream ek doosre se jure hue hain. Aur bohat zyada lesson hai is mein hamare liye. Dekhiye, woh</w:t>
      </w:r>
      <w:r>
        <w:br/>
      </w:r>
      <w:r>
        <w:rPr>
          <w:sz w:val="20"/>
        </w:rPr>
        <w:t>9:26  dream jis mein ke Rachna ki bachi apni bachi ke liye Rachna dream mein dekhti hain ke woh gir padi hai aur khoon se tarabtar hai, yeh dream dekhti hain, aur us ke teen din ke baad theek wahi ho jata hai, waisi hi ka waisi hi.</w:t>
      </w:r>
      <w:r>
        <w:br/>
      </w:r>
      <w:r>
        <w:rPr>
          <w:sz w:val="20"/>
        </w:rPr>
        <w:t>9:57  Dekhiye, yeh dream jo hai is baat ka clear proof hai ke hamare upar ek aur force hai, ek aur hasti hai, yani Khuda, jo aage tak ko dekhta hai. Aap sochiye ke teen din pehle, teen din ke baad jo baat</w:t>
      </w:r>
      <w:r>
        <w:br/>
      </w:r>
      <w:r>
        <w:rPr>
          <w:sz w:val="20"/>
        </w:rPr>
        <w:t>10:28  waqea banne wali hai, us ko teen din pehle theek isi tarah dream mein dekhna, to kis ne dikhaya? Yeh dikhaya Khuda ne. Khuda ne yeh dream dikha kar bataya ke yahan tumhare siwa bhi ek superpower hai, tumhare upar bhi ek bari taqat hai jo mazi, jo past, jo present, jo future sab ko janti</w:t>
      </w:r>
      <w:r>
        <w:br/>
      </w:r>
      <w:r>
        <w:rPr>
          <w:sz w:val="20"/>
        </w:rPr>
        <w:t>10:58  hai. Haalat sab ke sab, sari universe us ke control mein hai. To ek superior hasti ka hamare upar hona, jis ko hum Khuda kehte hain, us ka ek clear proof hai. Kyun ke koi bhi insan future ki baat ko is tarah</w:t>
      </w:r>
    </w:p>
    <w:p>
      <w:pPr>
        <w:pStyle w:val="Heading2"/>
      </w:pPr>
      <w:r>
        <w:t>haves vs have-nots is the wrong equation</w:t>
      </w:r>
    </w:p>
    <w:p>
      <w:r>
        <w:rPr>
          <w:color w:val="666666"/>
          <w:sz w:val="18"/>
        </w:rPr>
        <w:t>Road to God July 25, 2010 Maulana Wahiduddin Khan · 1m 51s · at 33:08 · https://youtu.be/1kLAQHcFaFk?t=1988</w:t>
      </w:r>
    </w:p>
    <w:p>
      <w:r>
        <w:rPr>
          <w:i/>
        </w:rPr>
        <w:t>“The world divides people wrong: haves and have-nots”</w:t>
      </w:r>
    </w:p>
    <w:p>
      <w:r>
        <w:rPr>
          <w:sz w:val="20"/>
        </w:rPr>
        <w:t>33:07  daily</w:t>
      </w:r>
      <w:r>
        <w:br/>
      </w:r>
      <w:r>
        <w:rPr>
          <w:sz w:val="20"/>
        </w:rPr>
        <w:t>33:08  . isi tarah dekhiye, tamam secular log ki kya boli hai? woh duniya ko baante hue hain have aur have-nots mein.</w:t>
      </w:r>
      <w:r>
        <w:br/>
      </w:r>
      <w:r>
        <w:rPr>
          <w:sz w:val="20"/>
        </w:rPr>
        <w:t>33:17  jitne hain, sab ke sab. yani koi exception nahin hai. have aur have-nots.</w:t>
      </w:r>
      <w:r>
        <w:br/>
      </w:r>
      <w:r>
        <w:rPr>
          <w:sz w:val="20"/>
        </w:rPr>
        <w:t>33:28  yeh yeh yeh yeh equation hi galat hai.</w:t>
      </w:r>
      <w:r>
        <w:br/>
      </w:r>
      <w:r>
        <w:rPr>
          <w:sz w:val="20"/>
        </w:rPr>
        <w:t>33:33  sahi equation kya hai?</w:t>
      </w:r>
      <w:r>
        <w:br/>
      </w:r>
      <w:r>
        <w:rPr>
          <w:sz w:val="20"/>
        </w:rPr>
        <w:t>33:36  Allah taala ne har ek ko bohat zyada capacity de kar paida kiya hai. har ek ko, har ek ko, har ek ko. farq kya hota hai?</w:t>
      </w:r>
      <w:r>
        <w:br/>
      </w:r>
      <w:r>
        <w:rPr>
          <w:sz w:val="20"/>
        </w:rPr>
        <w:t>33:46  koi potential haves ki category mein hota hai, koi actual haves ki category mein hota hai.</w:t>
      </w:r>
      <w:r>
        <w:br/>
      </w:r>
      <w:r>
        <w:rPr>
          <w:sz w:val="20"/>
        </w:rPr>
        <w:t>33:54  have aur have-nots ki category hai hi nahin. jaise misaal ke taur par dekhiye, doctor abdul kalam jab paida hue the, ek poor family mein paida ho</w:t>
      </w:r>
      <w:r>
        <w:br/>
      </w:r>
      <w:r>
        <w:rPr>
          <w:sz w:val="20"/>
        </w:rPr>
        <w:t>34:04  e. us waqt woh potential haves ki category mein the. baad ko unhon ne parha likha aur unhon ne mehnat ki. aaj woh kya hain?</w:t>
      </w:r>
      <w:r>
        <w:br/>
      </w:r>
      <w:r>
        <w:rPr>
          <w:sz w:val="20"/>
        </w:rPr>
        <w:t>34:14  actual haves ki category mein aa gaye. woh</w:t>
      </w:r>
      <w:r>
        <w:br/>
      </w:r>
      <w:r>
        <w:rPr>
          <w:sz w:val="20"/>
        </w:rPr>
        <w:t>34:22  yeh hai ek sahi equation. woh equation jo hai, bilkul galat hai, unnatural hai, unrealistic hai. yani have aur have-nots ka</w:t>
      </w:r>
      <w:r>
        <w:br/>
      </w:r>
      <w:r>
        <w:rPr>
          <w:sz w:val="20"/>
        </w:rPr>
        <w:t>34:34  sahi equation hai potential haves aur actual haves. bas koi jaan nahin saka is ko. poori history mein kisi sab log be khabar rahe is se.</w:t>
      </w:r>
      <w:r>
        <w:br/>
      </w:r>
      <w:r>
        <w:rPr>
          <w:sz w:val="20"/>
        </w:rPr>
        <w:t>34:45  to mere mind mein kahan se aaya? is ko mein yeh tha, yeh yeh thought particle mere mind mein kahan se add hua? yeh Khuda ki taraf se aaya.</w:t>
      </w:r>
      <w:r>
        <w:br/>
      </w:r>
      <w:r>
        <w:rPr>
          <w:sz w:val="20"/>
        </w:rPr>
        <w:t>34:57  Khuda ne inspire kiya.</w:t>
      </w:r>
    </w:p>
    <w:p>
      <w:pPr>
        <w:pStyle w:val="Heading2"/>
      </w:pPr>
      <w:r>
        <w:t>Maulana wept discussing his books and the afterlife</w:t>
      </w:r>
    </w:p>
    <w:p>
      <w:r>
        <w:rPr>
          <w:color w:val="666666"/>
          <w:sz w:val="18"/>
        </w:rPr>
        <w:t>In Conversation on Maulana Wahiduddin Khan with Omries October 9, 2022 · 1m 25s · at 16:13 · https://youtu.be/zMfnWSEr95I?t=973</w:t>
      </w:r>
    </w:p>
    <w:p>
      <w:r>
        <w:rPr>
          <w:i/>
        </w:rPr>
        <w:t>“Ek diya salai se ye 200 kitabein raakh ho sakti hain”</w:t>
      </w:r>
    </w:p>
    <w:p>
      <w:r>
        <w:rPr>
          <w:sz w:val="20"/>
        </w:rPr>
        <w:t>16:13  ji, to Maulana ne kaha ke dekhein, ab mein is khwahish mein nahi hoon ke kuch gift loon, mein umar ke aise padaav mein hoon jahan mere peer khabron mein hain, aur pata nahi kab mujhe farishte aayein aur le chalein.</w:t>
      </w:r>
      <w:r>
        <w:br/>
      </w:r>
      <w:r>
        <w:rPr>
          <w:sz w:val="20"/>
        </w:rPr>
        <w:t>16:27  aur behad Maulana yeh kehte hue un ki awaaz rand gayi, rone lage, phir kehne lage, log aik kitab likh kar kehte hain ke yeh kitab mujhe jannat ko le jayegi, lekin mere paas yeh poori library</w:t>
      </w:r>
      <w:r>
        <w:br/>
      </w:r>
      <w:r>
        <w:rPr>
          <w:sz w:val="20"/>
        </w:rPr>
        <w:t>16:40  hai, 200 kitabon ka mein musannif hoon, lekin yeh 200 kitabein sirf aik diya salai jala kar is ko raakh kar kar sakti hain. aik majestic se is aag lag ke woh khaak ho jaye, raakh ban jayegi, to Khuda ke samne mein us ko kaise pesh karoon?</w:t>
      </w:r>
      <w:r>
        <w:br/>
      </w:r>
      <w:r>
        <w:rPr>
          <w:sz w:val="20"/>
        </w:rPr>
        <w:t>16:56  ji, Khuda kaise mujhe us ko qabool karega? isi fikr mein rehta hoon. khud rasool Allah sal Allah alih wasallam ne kaha ke jab tak Khuda ka fazl shamil na ho jaye, mein jannat ko nahi ja sakta.</w:t>
      </w:r>
      <w:r>
        <w:br/>
      </w:r>
      <w:r>
        <w:rPr>
          <w:sz w:val="20"/>
        </w:rPr>
        <w:t>17:06  to rasool ka yeh haal hai, to mera kya haal hoga? to Maulana yahi baat aakhirat zikr karte hue rone lagay. mere jo sath ustaad thay, woh bhi rone lagay.</w:t>
      </w:r>
      <w:r>
        <w:br/>
      </w:r>
      <w:r>
        <w:rPr>
          <w:sz w:val="20"/>
        </w:rPr>
        <w:t>17:16  isi zikr aakhirat par rone par woh majlis khatm ho gayi, aur hum wapas ho gaye. to maine dekha ke kaisa ajeeb aadmi hai, koi is se purtakalluf guftagu nahi kiya, koi purtakalluf baithak nahi thi.</w:t>
      </w:r>
      <w:r>
        <w:br/>
      </w:r>
      <w:r>
        <w:rPr>
          <w:sz w:val="20"/>
        </w:rPr>
        <w:t>17:28  bas is ke paas pohcho to aakhirat ki baat kiya, aur apni kitabon ko bhi koi ahmiyat nahi di. chuki hum logon ke paas jate hain to kehte hain, hum ne yeh kitab likhi hai, is ko parho, hum ne yeh kiya, aisa kuch bhi nahi kiya.</w:t>
      </w:r>
      <w:r>
        <w:br/>
      </w:r>
      <w:r>
        <w:rPr>
          <w:sz w:val="20"/>
        </w:rPr>
        <w:t>17:39  bas zikr aakhirat, zikr Ilahi par thay. to yeh pehla, pehli jo mulaqat thi, woh mere zehen mein abhi tak naqsh hai. ji ji ji, Maulana Israr sahib, abhi aap ne bohat hi important baat batai.</w:t>
      </w:r>
    </w:p>
    <w:p>
      <w:pPr>
        <w:pStyle w:val="Heading2"/>
      </w:pPr>
      <w:r>
        <w:t>You may dislike good; practice patience</w:t>
      </w:r>
    </w:p>
    <w:p>
      <w:r>
        <w:rPr>
          <w:color w:val="666666"/>
          <w:sz w:val="18"/>
        </w:rPr>
        <w:t>Darse Quran Chapter 2 03 07 07 · 2m 03s · at 54:39 · https://youtu.be/Ru0qEt34nsw?t=3279</w:t>
      </w:r>
    </w:p>
    <w:p>
      <w:r>
        <w:rPr>
          <w:i/>
        </w:rPr>
        <w:t>“Dekhiye, Quran ke Surah Al-Baqarah ki aayat number 216”</w:t>
      </w:r>
    </w:p>
    <w:p>
      <w:r>
        <w:rPr>
          <w:sz w:val="20"/>
        </w:rPr>
        <w:t>54:39  dekhiye, Quran ke surah al-baqarah ki ayat number 216, 216 yeh hai: awan takrahu shay'an wahuwa khayrun lakum wa awan tuhibbu shay'an wahuwa sharrun lakum yeh bohat hi important ayat hai.</w:t>
      </w:r>
      <w:r>
        <w:br/>
      </w:r>
      <w:r>
        <w:rPr>
          <w:sz w:val="20"/>
        </w:rPr>
        <w:t>55:10  is ka matlab yeh hai ke ho sakta hai ke tum ek cheez ko napasand karo aur woh tumhare liye khair ho. ho sakta hai ke tum ek cheez ko napasand karo aur woh tumhare liye khair ho, aur ho sakta hai ke tum ek cheez ko pasand karo aur woh tumhare liye shar ho. dekhiye, ek hai ke</w:t>
      </w:r>
      <w:r>
        <w:br/>
      </w:r>
      <w:r>
        <w:rPr>
          <w:sz w:val="20"/>
        </w:rPr>
        <w:t>55:41  jo immediate situation hoti hai, us ko dekh kar hum pasand napasand kar lete hain. jaise misaal ke taur par shadi hui, ek husband hai, ek wife hai, ab wife jo hai, us ko kisi wajah se achi nahi lag rahi hai, to woh samajh leta hai ke yeh biwi mere liye achi nahi hai. yani</w:t>
      </w:r>
      <w:r>
        <w:br/>
      </w:r>
      <w:r>
        <w:rPr>
          <w:sz w:val="20"/>
        </w:rPr>
        <w:t>56:12  is ka ek waqti, ek waqti ta'assur ke tehat us ne samajh liya ke yeh biwi mere liye achi nahi hai. lekin ayn mumkin hai, ayn mumkin hai ke in the long run woh achi ho tumhare liye. aur isi tarah se ek biwi jo aap ko achi lage dekhne mein, ho sakta hai ke in the long run woh achi na ho aap ke liye. is</w:t>
      </w:r>
    </w:p>
    <w:p>
      <w:pPr>
        <w:pStyle w:val="Heading2"/>
      </w:pPr>
      <w:r>
        <w:t>staying positive in a world full of negativity</w:t>
      </w:r>
    </w:p>
    <w:p>
      <w:r>
        <w:rPr>
          <w:color w:val="666666"/>
          <w:sz w:val="18"/>
        </w:rPr>
        <w:t>Islam &amp; The Prophet of Islam October 21, 2012 · 1m 25s · at 1:39:19 · https://youtu.be/qdki-pNoY3I?t=5959</w:t>
      </w:r>
    </w:p>
    <w:p>
      <w:r>
        <w:rPr>
          <w:i/>
        </w:rPr>
        <w:t>“Duniya negativity ka jangal hai, ismein kaise chalein?”</w:t>
      </w:r>
    </w:p>
    <w:p>
      <w:r>
        <w:rPr>
          <w:sz w:val="20"/>
        </w:rPr>
        <w:t>1:39:19  Maulana, agla sawal Bangalore se hai Javed sahab ka. Unhone likha hai: How can one avoid a negative response and stay in a positive frame of mind? Kindly advise us.</w:t>
      </w:r>
      <w:r>
        <w:br/>
      </w:r>
      <w:r>
        <w:rPr>
          <w:sz w:val="20"/>
        </w:rPr>
        <w:t>1:39:33  Ab yeh toh apne ko train karna padega, apne ko apni soch ko develop karna padega.</w:t>
      </w:r>
      <w:r>
        <w:br/>
      </w:r>
      <w:r>
        <w:rPr>
          <w:sz w:val="20"/>
        </w:rPr>
        <w:t>1:39:40  Kyunke aadmi ek aisa duniya mein hai jahan toh jo negativity ka jangla hai. Aap agar aap chahein ke negativity ka jangla yahan na ho toh aap aap chahein ge ke Allah ke iskiyon aap things ko badalna chahte hain?</w:t>
      </w:r>
      <w:r>
        <w:br/>
      </w:r>
      <w:r>
        <w:rPr>
          <w:sz w:val="20"/>
        </w:rPr>
        <w:t>1:39:55  Allah ne jo duniya ko banaya hai, wahan toh negativity ka jangla rahega. Ab agar aap ko chahte hain ke Allah ki blessing aap ko mile, Allah ki rehmat aap ko mile, Allah ka reward mile toh apne ko bachaiye isse.</w:t>
      </w:r>
      <w:r>
        <w:br/>
      </w:r>
      <w:r>
        <w:rPr>
          <w:sz w:val="20"/>
        </w:rPr>
        <w:t>1:40:11  Hazrat Umar ne behtar sahih kaha tha ke jab tum jung ke duniya ek ek kaantey daar jhaadi ke maanind hai, ismein chalne ka tareeqa kya hai? Apne kapde ko sambhal lo.</w:t>
      </w:r>
      <w:r>
        <w:br/>
      </w:r>
      <w:r>
        <w:rPr>
          <w:sz w:val="20"/>
        </w:rPr>
        <w:t>1:40:28  Apne kapde sambhal ke nikal jao. Kaantey daar jhaadi khatam nahin hogi. Negativity ka jangla khatam nahin hoga.</w:t>
      </w:r>
      <w:r>
        <w:br/>
      </w:r>
      <w:r>
        <w:rPr>
          <w:sz w:val="20"/>
        </w:rPr>
        <w:t>1:40:36  Hum apne aap ko bachate hue, bachate hue, bachate hue isse nikal jayen. Bas yahi possible hai.</w:t>
      </w:r>
    </w:p>
    <w:p>
      <w:pPr>
        <w:pStyle w:val="Heading2"/>
      </w:pPr>
      <w:r>
        <w:t>Cricket slogan reveals humanity's failure to praise God</w:t>
      </w:r>
    </w:p>
    <w:p>
      <w:r>
        <w:rPr>
          <w:color w:val="666666"/>
          <w:sz w:val="18"/>
        </w:rPr>
        <w:t>Islam in 21st Century April 3, 2011 · 2m 54s · at 1:27 · https://youtu.be/nEyNMORoPc4?t=87</w:t>
      </w:r>
    </w:p>
    <w:p>
      <w:r>
        <w:rPr>
          <w:i/>
        </w:rPr>
        <w:t>“Kal India cricket mein jeeta, aur Dhoni hero the”</w:t>
      </w:r>
    </w:p>
    <w:p>
      <w:r>
        <w:rPr>
          <w:sz w:val="20"/>
        </w:rPr>
        <w:t>1:27  mujhe is topic ki taraf dhyan is tarah aaya ke kal aap jantay hain ke india cricket ke muqablay mein jeet gaya,</w:t>
      </w:r>
      <w:r>
        <w:br/>
      </w:r>
      <w:r>
        <w:rPr>
          <w:sz w:val="20"/>
        </w:rPr>
        <w:t>1:43  aur dhoni iske hero thay.</w:t>
      </w:r>
      <w:r>
        <w:br/>
      </w:r>
      <w:r>
        <w:rPr>
          <w:sz w:val="20"/>
        </w:rPr>
        <w:t>1:50  to tv par kai logon ne yeh naaray lagaya ke "dhoni ki mahima</w:t>
      </w:r>
      <w:r>
        <w:br/>
      </w:r>
      <w:r>
        <w:rPr>
          <w:sz w:val="20"/>
        </w:rPr>
        <w:t>2:03  apar". is se pehle kaha jata tha ke "ram ki mahima apar". ab yeh kaha gaya ke "dhoni ki mahima apar".</w:t>
      </w:r>
      <w:r>
        <w:br/>
      </w:r>
      <w:r>
        <w:rPr>
          <w:sz w:val="20"/>
        </w:rPr>
        <w:t>2:17  is par mein sochta raha, sochta raha, sochta raha, to mujhe ek bohat bari baat samajh mein aayi. dekhiye, is duniya ko, is sansar ko banaya khuda ne.</w:t>
      </w:r>
      <w:r>
        <w:br/>
      </w:r>
      <w:r>
        <w:rPr>
          <w:sz w:val="20"/>
        </w:rPr>
        <w:t>2:34  sab kuch diya hua khuda ka hai.</w:t>
      </w:r>
      <w:r>
        <w:br/>
      </w:r>
      <w:r>
        <w:rPr>
          <w:sz w:val="20"/>
        </w:rPr>
        <w:t>2:39  koi bhi cheez, chahe ek zarra ho ya ek galaxy ho, ya hawa ho ya pani ho, sab kuch khuda ka diya hua hai.</w:t>
      </w:r>
      <w:r>
        <w:br/>
      </w:r>
      <w:r>
        <w:rPr>
          <w:sz w:val="20"/>
        </w:rPr>
        <w:t>2:51  to hona kya chahiye ?</w:t>
      </w:r>
      <w:r>
        <w:br/>
      </w:r>
      <w:r>
        <w:rPr>
          <w:sz w:val="20"/>
        </w:rPr>
        <w:t>2:53  hona chahiye ke "god ki mahima apar".</w:t>
      </w:r>
      <w:r>
        <w:br/>
      </w:r>
      <w:r>
        <w:rPr>
          <w:sz w:val="20"/>
        </w:rPr>
        <w:t>3:00  magar poori tareekh guzar gayi, aur kabhi bhi yeh culture duniya mein nahin develop hua.</w:t>
      </w:r>
      <w:r>
        <w:br/>
      </w:r>
      <w:r>
        <w:rPr>
          <w:sz w:val="20"/>
        </w:rPr>
        <w:t>3:13  yaani kuch individual aise paida hue jinhon ne khuda ki barai ko discover kiya, aur iska, aur isko acknowledge kiya.</w:t>
      </w:r>
      <w:r>
        <w:br/>
      </w:r>
      <w:r>
        <w:rPr>
          <w:sz w:val="20"/>
        </w:rPr>
        <w:t>3:26  lekin culture ke taur par kabhi bhi aisa nahin hua ke log dil se aur zuban se yeh kehne lagen ke "god ki mahima apar".</w:t>
      </w:r>
      <w:r>
        <w:br/>
      </w:r>
      <w:r>
        <w:rPr>
          <w:sz w:val="20"/>
        </w:rPr>
        <w:t>3:42  yahan tak ke jo log "allah o akbar" ka lafz bolte hain, woh bhi lip service hota hai.</w:t>
      </w:r>
      <w:r>
        <w:br/>
      </w:r>
      <w:r>
        <w:rPr>
          <w:sz w:val="20"/>
        </w:rPr>
        <w:t>3:50  musalman roz namaz mein</w:t>
      </w:r>
      <w:r>
        <w:br/>
      </w:r>
      <w:r>
        <w:rPr>
          <w:sz w:val="20"/>
        </w:rPr>
        <w:t>3:56  kai so bar "allah o akbar" kehte hain, lekin bas ek ritual ke taur par. mujhe to koi misaal musalman nahin mila jo "allah o akbar" kehne ka matlab yeh samjhe ke "god ki mahima aparar".</w:t>
      </w:r>
      <w:r>
        <w:br/>
      </w:r>
      <w:r>
        <w:rPr>
          <w:sz w:val="20"/>
        </w:rPr>
        <w:t>4:14  to yeh culture kabhi develop nahin hua .</w:t>
      </w:r>
    </w:p>
    <w:p>
      <w:pPr>
        <w:pStyle w:val="Heading2"/>
      </w:pPr>
      <w:r>
        <w:t>Significance of Ihram's simplicity</w:t>
      </w:r>
    </w:p>
    <w:p>
      <w:r>
        <w:rPr>
          <w:color w:val="666666"/>
          <w:sz w:val="18"/>
        </w:rPr>
        <w:t>Exploring the Deeper Meaning and Spiritual Significance of Hajj May 18, 2025 · 1m 19s · at 20:21 · https://youtu.be/1MTGv2sJn5I?t=1221</w:t>
      </w:r>
    </w:p>
    <w:p>
      <w:r>
        <w:rPr>
          <w:i/>
        </w:rPr>
        <w:t>“This has a lot of significance”</w:t>
      </w:r>
    </w:p>
    <w:p>
      <w:r>
        <w:rPr>
          <w:sz w:val="20"/>
        </w:rPr>
        <w:t>20:21  It represents leading a simple and purposeful life and focus on the hereafter. And it is a symbol of equality before God.</w:t>
      </w:r>
      <w:r>
        <w:br/>
      </w:r>
      <w:r>
        <w:rPr>
          <w:sz w:val="20"/>
        </w:rPr>
        <w:t>20:35  All humans are equal in the eyes of God. And no distinction based on status or appearance. So it is a very positive start.</w:t>
      </w:r>
      <w:r>
        <w:br/>
      </w:r>
      <w:r>
        <w:rPr>
          <w:sz w:val="20"/>
        </w:rPr>
        <w:t>20:46  It sets the humble and spiritual tone, reminding believers, reminding the pilgrims that righteousness is the true measure of honor in the eyes of God.</w:t>
      </w:r>
      <w:r>
        <w:br/>
      </w:r>
      <w:r>
        <w:rPr>
          <w:sz w:val="20"/>
        </w:rPr>
        <w:t>20:59  So it represents taqwa. And as true distinction, the most righteous and sincere person is closer to God.</w:t>
      </w:r>
      <w:r>
        <w:br/>
      </w:r>
      <w:r>
        <w:rPr>
          <w:sz w:val="20"/>
        </w:rPr>
        <w:t>21:13  So this is a very important aspect that they wear the same kind of dress and same kind of two sheets,</w:t>
      </w:r>
      <w:r>
        <w:br/>
      </w:r>
      <w:r>
        <w:rPr>
          <w:sz w:val="20"/>
        </w:rPr>
        <w:t>21:28  which also is a symbol of simplicity and also equality, that all the people are one in the eyes of God.</w:t>
      </w:r>
    </w:p>
    <w:p>
      <w:pPr>
        <w:pStyle w:val="Heading2"/>
      </w:pPr>
      <w:r>
        <w:t>Avoid deviation to stay positive</w:t>
      </w:r>
    </w:p>
    <w:p>
      <w:r>
        <w:rPr>
          <w:color w:val="666666"/>
          <w:sz w:val="18"/>
        </w:rPr>
        <w:t>The Purpose of Life | April 30, 2017 · 1m 00s · at 28:50 · https://youtu.be/ue3I3uQEYb8?t=1730</w:t>
      </w:r>
    </w:p>
    <w:p>
      <w:r>
        <w:rPr>
          <w:i/>
        </w:rPr>
        <w:t>“By birth har aadmi positive thinker hai”</w:t>
      </w:r>
    </w:p>
    <w:p>
      <w:r>
        <w:rPr>
          <w:sz w:val="20"/>
        </w:rPr>
        <w:t>28:50  se bachana. Aur yeh sab se zyada asan baat hai ke kyunke by birth har aadmi positive thinker hi hai. By birth har aadmi positive thinker hi hai. Jab aap negative thinking mein jate hain to aap deviate karte hain. To aap ko koi cheez create nahi karna hai</w:t>
      </w:r>
      <w:r>
        <w:br/>
      </w:r>
      <w:r>
        <w:rPr>
          <w:sz w:val="20"/>
        </w:rPr>
        <w:t>29:20  sirf use bachana hai ke aap deviate na karein main samajhta hoon ke yeh to bohat asaan baat</w:t>
      </w:r>
      <w:r>
        <w:br/>
      </w:r>
      <w:r>
        <w:rPr>
          <w:sz w:val="20"/>
        </w:rPr>
        <w:t>29:27  hai is se zyada asaan baat kahan ho sakti hai apni nature ko preserve rakhein apni nature ko</w:t>
      </w:r>
      <w:r>
        <w:br/>
      </w:r>
      <w:r>
        <w:rPr>
          <w:sz w:val="20"/>
        </w:rPr>
        <w:t>29:35  jis par Allah ne paida kiya aap ko us ko bachayein.</w:t>
      </w:r>
      <w:r>
        <w:br/>
      </w:r>
      <w:r>
        <w:rPr>
          <w:sz w:val="20"/>
        </w:rPr>
        <w:t>29:43  to yeh to already jo aap ki personality hai usi ko bachane ka mamla hai.</w:t>
      </w:r>
    </w:p>
    <w:p>
      <w:pPr>
        <w:pStyle w:val="Heading2"/>
      </w:pPr>
      <w:r>
        <w:t>modern distraction is nothing new, sincerity beats it</w:t>
      </w:r>
    </w:p>
    <w:p>
      <w:r>
        <w:rPr>
          <w:color w:val="666666"/>
          <w:sz w:val="18"/>
        </w:rPr>
        <w:t>In Conversation With Maulana Wahiduddin Khan (English) May 15, 2008 · 1m 49s · at 28:27 · https://youtu.be/Yq3-vUwEu-w?t=1707</w:t>
      </w:r>
    </w:p>
    <w:p>
      <w:r>
        <w:rPr>
          <w:i/>
        </w:rPr>
        <w:t>“Can a modern man be like the companions of the Prophet?”</w:t>
      </w:r>
    </w:p>
    <w:p>
      <w:r>
        <w:rPr>
          <w:sz w:val="20"/>
        </w:rPr>
        <w:t>28:27  But Maulana, can a modern man with all the distractions in the world today be like the companions of the Prophet? Yes.</w:t>
      </w:r>
      <w:r>
        <w:br/>
      </w:r>
      <w:r>
        <w:rPr>
          <w:sz w:val="20"/>
        </w:rPr>
        <w:t>28:37  Distraction is not a modern phenomenon.</w:t>
      </w:r>
      <w:r>
        <w:br/>
      </w:r>
      <w:r>
        <w:rPr>
          <w:sz w:val="20"/>
        </w:rPr>
        <w:t>28:42  In every age, there were distractions. It requires sincerity. If you are sincere, then you will save yourself from distractions.</w:t>
      </w:r>
      <w:r>
        <w:br/>
      </w:r>
      <w:r>
        <w:rPr>
          <w:sz w:val="20"/>
        </w:rPr>
        <w:t>28:56  Distraction is not a modern phenomenon. At the time of companions, there were also distractions, all kinds of distractions.</w:t>
      </w:r>
      <w:r>
        <w:br/>
      </w:r>
      <w:r>
        <w:rPr>
          <w:sz w:val="20"/>
        </w:rPr>
        <w:t>29:07  So if you are sincere, if you are serious to discover the truth, to make yourself a good man, to</w:t>
      </w:r>
      <w:r>
        <w:br/>
      </w:r>
      <w:r>
        <w:rPr>
          <w:sz w:val="20"/>
        </w:rPr>
        <w:t>29:25  make yourself a deserving candidate for paradise, then you will save yourself from distractions.</w:t>
      </w:r>
      <w:r>
        <w:br/>
      </w:r>
      <w:r>
        <w:rPr>
          <w:sz w:val="20"/>
        </w:rPr>
        <w:t>29:35  So it is a universal phenomenon. Distraction is a universal phenomenon. The only thing which is required is sincerity.</w:t>
      </w:r>
      <w:r>
        <w:br/>
      </w:r>
      <w:r>
        <w:rPr>
          <w:sz w:val="20"/>
        </w:rPr>
        <w:t>29:47  You cannot eradicate distractions. Distraction is a part of nature, part of life.</w:t>
      </w:r>
      <w:r>
        <w:br/>
      </w:r>
      <w:r>
        <w:rPr>
          <w:sz w:val="20"/>
        </w:rPr>
        <w:t>29:58  So don't try to eradicate distractions.</w:t>
      </w:r>
      <w:r>
        <w:br/>
      </w:r>
      <w:r>
        <w:rPr>
          <w:sz w:val="20"/>
        </w:rPr>
        <w:t>30:04  The only thing which is required is sincerity. If you are sincere, then you will save yourself, then you will be able to save yourself from distractions.</w:t>
      </w:r>
    </w:p>
    <w:p>
      <w:pPr>
        <w:pStyle w:val="Heading2"/>
      </w:pPr>
      <w:r>
        <w:t>Suffering as blessing and missed opportunity</w:t>
      </w:r>
    </w:p>
    <w:p>
      <w:r>
        <w:rPr>
          <w:color w:val="666666"/>
          <w:sz w:val="18"/>
        </w:rPr>
        <w:t>The Concept of Death in Islam 28 Aug, 2008 - Maulana Wahiduddin Khan · 2m 21s · at 39:23 · https://youtu.be/yv_tTj6lLBY?t=2363</w:t>
      </w:r>
    </w:p>
    <w:p>
      <w:r>
        <w:rPr>
          <w:i/>
        </w:rPr>
        <w:t>“Dekhiye ek log ke andar mein question rehta hai”</w:t>
      </w:r>
    </w:p>
    <w:p>
      <w:r>
        <w:rPr>
          <w:sz w:val="20"/>
        </w:rPr>
        <w:t>39:23  dekhen ek log ke andar mein question rehta hai ke duniya mein takleefen kyun hain bimari kyun hai koi ghareeb kyun hai suffering kyun hai to suffering jo hai mein samajhta hoon ke duniya mein jo suffering hai woh woh blessing hai blessing</w:t>
      </w:r>
      <w:r>
        <w:br/>
      </w:r>
      <w:r>
        <w:rPr>
          <w:sz w:val="20"/>
        </w:rPr>
        <w:t>39:45  safarang blesing hai</w:t>
      </w:r>
      <w:r>
        <w:br/>
      </w:r>
      <w:r>
        <w:rPr>
          <w:sz w:val="20"/>
        </w:rPr>
        <w:t>39:48  kyun blesing hai woh blesing in dis guys hai dunya ki har safring jo hai woh blesing in</w:t>
      </w:r>
      <w:r>
        <w:br/>
      </w:r>
      <w:r>
        <w:rPr>
          <w:sz w:val="20"/>
        </w:rPr>
        <w:t>39:55  dis guys hai kyun</w:t>
      </w:r>
      <w:r>
        <w:br/>
      </w:r>
      <w:r>
        <w:rPr>
          <w:sz w:val="20"/>
        </w:rPr>
        <w:t>39:58  woh pre death</w:t>
      </w:r>
      <w:r>
        <w:br/>
      </w:r>
      <w:r>
        <w:rPr>
          <w:sz w:val="20"/>
        </w:rPr>
        <w:t>40:03  warning hai pre death warning</w:t>
      </w:r>
      <w:r>
        <w:br/>
      </w:r>
      <w:r>
        <w:rPr>
          <w:sz w:val="20"/>
        </w:rPr>
        <w:t>40:08  maut se pehle khuda chahta hai ke aap sochen</w:t>
      </w:r>
      <w:r>
        <w:br/>
      </w:r>
      <w:r>
        <w:rPr>
          <w:sz w:val="20"/>
        </w:rPr>
        <w:t>40:11  maut se pehle khuda chahta hai ke aap paradise ko discover karen</w:t>
      </w:r>
      <w:r>
        <w:br/>
      </w:r>
      <w:r>
        <w:rPr>
          <w:sz w:val="20"/>
        </w:rPr>
        <w:t>40:16  maut se pehle khuda chahta hai ke aap sachai ko jaan len</w:t>
      </w:r>
      <w:r>
        <w:br/>
      </w:r>
      <w:r>
        <w:rPr>
          <w:sz w:val="20"/>
        </w:rPr>
        <w:t>40:21  taake achaanak jab maut ke baad aap ko woh dunya saamne aaye jo aanay wali hai</w:t>
      </w:r>
      <w:r>
        <w:br/>
      </w:r>
      <w:r>
        <w:rPr>
          <w:sz w:val="20"/>
        </w:rPr>
        <w:t>40:27  toh aap ko pachtana na pade</w:t>
      </w:r>
      <w:r>
        <w:br/>
      </w:r>
      <w:r>
        <w:rPr>
          <w:sz w:val="20"/>
        </w:rPr>
        <w:t>40:31  aap</w:t>
      </w:r>
      <w:r>
        <w:br/>
      </w:r>
      <w:r>
        <w:rPr>
          <w:sz w:val="20"/>
        </w:rPr>
        <w:t>40:31  yeh na kahen ke mind was a kaisa missed opportunity ke jo log duniya mein tayar hain na karen yahan jo opportunities hain us ko avail na karen achaanak jab maut ke baad jo nai duniya aaye gi un ke samne jahan hell hoga aur paradise hogi to woh kahen ge ke mind was a case of missed opportunity</w:t>
      </w:r>
      <w:r>
        <w:br/>
      </w:r>
      <w:r>
        <w:rPr>
          <w:sz w:val="20"/>
        </w:rPr>
        <w:t>40:59  main toh kaise mawaqe mujhe diye the khuda ne is ko avail nahi kar saka ab main hamesha</w:t>
      </w:r>
      <w:r>
        <w:br/>
      </w:r>
      <w:r>
        <w:rPr>
          <w:sz w:val="20"/>
        </w:rPr>
        <w:t>41:04  ke liye paradise se mehroom rahoon ga</w:t>
      </w:r>
      <w:r>
        <w:br/>
      </w:r>
      <w:r>
        <w:rPr>
          <w:sz w:val="20"/>
        </w:rPr>
        <w:t>41:09  mind was a case of missed opportunity</w:t>
      </w:r>
      <w:r>
        <w:br/>
      </w:r>
      <w:r>
        <w:rPr>
          <w:sz w:val="20"/>
        </w:rPr>
        <w:t>41:12  is anjaam se bachne ke liye</w:t>
      </w:r>
      <w:r>
        <w:br/>
      </w:r>
      <w:r>
        <w:rPr>
          <w:sz w:val="20"/>
        </w:rPr>
        <w:t>41:17  bible mein hai</w:t>
      </w:r>
      <w:r>
        <w:br/>
      </w:r>
      <w:r>
        <w:rPr>
          <w:sz w:val="20"/>
        </w:rPr>
        <w:t>41:20  ke jo log dunya mein divine law ko follow nahi karenge jo dunya mein apne aap ko</w:t>
      </w:r>
      <w:r>
        <w:br/>
      </w:r>
      <w:r>
        <w:rPr>
          <w:sz w:val="20"/>
        </w:rPr>
        <w:t>41:28  jannat ke liye tayyar nahi karenge toh kya hoga wahan</w:t>
      </w:r>
      <w:r>
        <w:br/>
      </w:r>
      <w:r>
        <w:rPr>
          <w:sz w:val="20"/>
        </w:rPr>
        <w:t>41:34  is mein lafz hai ke aag ki bhatti mein unhein jana padega jahan woh abad tak rote</w:t>
      </w:r>
      <w:r>
        <w:br/>
      </w:r>
      <w:r>
        <w:rPr>
          <w:sz w:val="20"/>
        </w:rPr>
        <w:t>41:41  aur daant peeste rahenge yeh</w:t>
      </w:r>
    </w:p>
    <w:p>
      <w:pPr>
        <w:pStyle w:val="Heading2"/>
      </w:pPr>
      <w:r>
        <w:t>how fear of death led to discovering Quran</w:t>
      </w:r>
    </w:p>
    <w:p>
      <w:r>
        <w:rPr>
          <w:color w:val="666666"/>
          <w:sz w:val="18"/>
        </w:rPr>
        <w:t>Creation Plan of God (English) June 30, 2024 Dr. Rajat Malhotra · 2m 20s · at 1:35:46 · https://youtu.be/w1muAtEno7E?t=5746</w:t>
      </w:r>
    </w:p>
    <w:p>
      <w:r>
        <w:rPr>
          <w:i/>
        </w:rPr>
        <w:t>“Were you searching for life's purpose in a stressful time?”</w:t>
      </w:r>
    </w:p>
    <w:p>
      <w:r>
        <w:rPr>
          <w:sz w:val="20"/>
        </w:rPr>
        <w:t>1:35:46  Like, you were searching for the purpose of life or you were in a tough and stressful situation? How did I? How did you develop interest in the Islamic history? In the Islamic interest in Islamic history. That's I it's another longish answer. But yes, you know, that was when I had I mentioned that at the beginning if we joined late that I had these existential questions that what is the purpose of life and why I'm being created.</w:t>
      </w:r>
      <w:r>
        <w:br/>
      </w:r>
      <w:r>
        <w:rPr>
          <w:sz w:val="20"/>
        </w:rPr>
        <w:t>1:36:16  Because that thought used to bother me a lot and I used to ask this question to many people, many spiritual and religious leaders and I used to tell myself and it used to aggravate my frustration. The thing that I used to tell myself that if I become the richest man on the earth, if I become number one in my company, even if I become CEO, even if I become a global CEO, one day I will die. So my clock is ticking.</w:t>
      </w:r>
      <w:r>
        <w:br/>
      </w:r>
      <w:r>
        <w:rPr>
          <w:sz w:val="20"/>
        </w:rPr>
        <w:t>1:36:46  The day I was born, my clock started to tick. I'm approaching towards death. It's happening with everyone. So God has played this, you know, cruel joke on me and I used to ask this same question to everyone. What was the need? Like you asked, what is the need?</w:t>
      </w:r>
      <w:r>
        <w:br/>
      </w:r>
      <w:r>
        <w:rPr>
          <w:sz w:val="20"/>
        </w:rPr>
        <w:t>1:37:04  And it was then that somebody advised me to meet Maulana Wahiduddin Khan sahib and I went and asked him this question and I had very stupid questions also that I put very brashly. But, you know, he was such he displayed so much of patience and he answered those rationally and then he explained me this creation plan of God in the light of scientific developments. And then I thought that this is so beautiful.</w:t>
      </w:r>
      <w:r>
        <w:br/>
      </w:r>
      <w:r>
        <w:rPr>
          <w:sz w:val="20"/>
        </w:rPr>
        <w:t>1:37:34  Nobody's explained it like that.</w:t>
      </w:r>
      <w:r>
        <w:br/>
      </w:r>
      <w:r>
        <w:rPr>
          <w:sz w:val="20"/>
        </w:rPr>
        <w:t>1:37:37  I I asked Murana sahib, can I read Quran?</w:t>
      </w:r>
      <w:r>
        <w:br/>
      </w:r>
      <w:r>
        <w:rPr>
          <w:sz w:val="20"/>
        </w:rPr>
        <w:t>1:37:40  Is it of course you can who's stopping you?</w:t>
      </w:r>
      <w:r>
        <w:br/>
      </w:r>
      <w:r>
        <w:rPr>
          <w:sz w:val="20"/>
        </w:rPr>
        <w:t>1:37:43  And then I picked up the first Quran that I picked up was Pikthal, which was very difficult.</w:t>
      </w:r>
      <w:r>
        <w:br/>
      </w:r>
      <w:r>
        <w:rPr>
          <w:sz w:val="20"/>
        </w:rPr>
        <w:t>1:37:46  Then I read usefully and then I asked him several questions.</w:t>
      </w:r>
      <w:r>
        <w:br/>
      </w:r>
      <w:r>
        <w:rPr>
          <w:sz w:val="20"/>
        </w:rPr>
        <w:t>1:37:50  And that created interest in me.</w:t>
      </w:r>
      <w:r>
        <w:br/>
      </w:r>
      <w:r>
        <w:rPr>
          <w:sz w:val="20"/>
        </w:rPr>
        <w:t>1:37:53  That created curiosity.</w:t>
      </w:r>
      <w:r>
        <w:br/>
      </w:r>
      <w:r>
        <w:rPr>
          <w:sz w:val="20"/>
        </w:rPr>
        <w:t>1:37:56  And then, of course, there was no stopping.</w:t>
      </w:r>
      <w:r>
        <w:br/>
      </w:r>
      <w:r>
        <w:rPr>
          <w:sz w:val="20"/>
        </w:rPr>
        <w:t>1:37:59  Then I did my masters in Islamic history and then PhD.</w:t>
      </w:r>
      <w:r>
        <w:br/>
      </w:r>
      <w:r>
        <w:rPr>
          <w:sz w:val="20"/>
        </w:rPr>
        <w:t>1:38:02  Every day is a learning.</w:t>
      </w:r>
      <w:r>
        <w:br/>
      </w:r>
      <w:r>
        <w:rPr>
          <w:sz w:val="20"/>
        </w:rPr>
        <w:t>1:38:06  Yes, Deepa? Is there any is there any way to be happy all the time? Is there a way to be happy all the time? Yes, you have to be just like yourself.</w:t>
      </w:r>
    </w:p>
    <w:p>
      <w:pPr>
        <w:pStyle w:val="Heading2"/>
      </w:pPr>
      <w:r>
        <w:t>Man's desire for ideal points to afterlife</w:t>
      </w:r>
    </w:p>
    <w:p>
      <w:r>
        <w:rPr>
          <w:color w:val="666666"/>
          <w:sz w:val="18"/>
        </w:rPr>
        <w:t>Man and Paradise June 9, 2013 - Maulana Wahiduddin Khan · 2m 31s · at 29:13 · https://youtu.be/qQsm7giv3Mk?t=1753</w:t>
      </w:r>
    </w:p>
    <w:p>
      <w:r>
        <w:rPr>
          <w:i/>
        </w:rPr>
        <w:t>“Yeh bahut ajeeb baat hai. Har aadmi ke andar ek talab hai”</w:t>
      </w:r>
    </w:p>
    <w:p>
      <w:r>
        <w:rPr>
          <w:sz w:val="20"/>
        </w:rPr>
        <w:t>29:13  yeh bohat ajeeb baat hai. har aadmi ke andar aik talab hai, aik ideal ki talash hai, aik marey duniya ki talash hai. woh kya hai?</w:t>
      </w:r>
      <w:r>
        <w:br/>
      </w:r>
      <w:r>
        <w:rPr>
          <w:sz w:val="20"/>
        </w:rPr>
        <w:t>29:21  woh jannati ki to talash hai, kyunke duniya mein to milti nahi hai. woh</w:t>
      </w:r>
      <w:r>
        <w:br/>
      </w:r>
      <w:r>
        <w:rPr>
          <w:sz w:val="20"/>
        </w:rPr>
        <w:t>29:28  yani jo aap chah rahe hain, maslan aap fame chahte hain, aap political power chahte hain, aap daulat chahte hain, aap materialistic comfort chahte hain, in logon ko dekhein jin ko yeh cheezein mil chuki hui hain.</w:t>
      </w:r>
      <w:r>
        <w:br/>
      </w:r>
      <w:r>
        <w:rPr>
          <w:sz w:val="20"/>
        </w:rPr>
        <w:t>29:45  ke agar farz kijiyega ke mujhe nahi yeh cheezein mili hain to mere is aas paas aise bohat se log hain jin ko yeh cheezein mili hui hain. un ki zindagi ko read kijiyega aap.</w:t>
      </w:r>
      <w:r>
        <w:br/>
      </w:r>
      <w:r>
        <w:rPr>
          <w:sz w:val="20"/>
        </w:rPr>
        <w:t>29:55  har aik ki zindagi bohat mazloom dikhai de gi, bohat hi mazloom. un ki health kharab, un ko neend nahi aati, un ko aik aik waqt nahi ke woh sukoon ke sath, aaram ke sath guzarein.</w:t>
      </w:r>
      <w:r>
        <w:br/>
      </w:r>
      <w:r>
        <w:rPr>
          <w:sz w:val="20"/>
        </w:rPr>
        <w:t>30:11  har waqt telephone aa raha hai, har waqt koi milne aa raha hai, har waqt koi problem hai.</w:t>
      </w:r>
      <w:r>
        <w:br/>
      </w:r>
      <w:r>
        <w:rPr>
          <w:sz w:val="20"/>
        </w:rPr>
        <w:t>30:18  to duniya ka milna aur na milna dono barabar hain.</w:t>
      </w:r>
      <w:r>
        <w:br/>
      </w:r>
      <w:r>
        <w:rPr>
          <w:sz w:val="20"/>
        </w:rPr>
        <w:t>30:26  jo jo kaifiyat us ki hai jo us ko mila hua nahi hai, wahi kaifiyat us ki bhi us ko mila hua hai.</w:t>
      </w:r>
      <w:r>
        <w:br/>
      </w:r>
      <w:r>
        <w:rPr>
          <w:sz w:val="20"/>
        </w:rPr>
        <w:t>30:37  jis ke paas bhi kafi daulat hai, jis ke paas political power hai, jis ke paas jo fame wala aadmi hai, koi bhi cheez jis ko log achha samajhte hain, aise bohat se log hain aap ke is aas paas jinhein woh cheezein mili hui hain, un ko mili hui hain.</w:t>
      </w:r>
      <w:r>
        <w:br/>
      </w:r>
      <w:r>
        <w:rPr>
          <w:sz w:val="20"/>
        </w:rPr>
        <w:t>30:51  aap un se un ke halaat maloom kijiyega. sab ka haal bura,</w:t>
      </w:r>
      <w:r>
        <w:br/>
      </w:r>
      <w:r>
        <w:rPr>
          <w:sz w:val="20"/>
        </w:rPr>
        <w:t>31:01  sab ka sehat kharab, sukoon nahi, har waqt tension, har waqt despair, har waqt stress.</w:t>
      </w:r>
      <w:r>
        <w:br/>
      </w:r>
      <w:r>
        <w:rPr>
          <w:sz w:val="20"/>
        </w:rPr>
        <w:t>31:11  to is ke maani kya hue hain? ke aik taraf aap ke andar jannat ki talab hai, aur doosri taraf yeh hai ke woh cheez milti nahi duniya mein. aap talib to pure maani mein hain, matloob milta nahi aap ko.</w:t>
      </w:r>
      <w:r>
        <w:br/>
      </w:r>
      <w:r>
        <w:rPr>
          <w:sz w:val="20"/>
        </w:rPr>
        <w:t>31:25  yeh cheez apne aap mein is baat ko indicate karti hai ke aap ka matloob kahin aur hai, is duniya mein nahi hai.</w:t>
      </w:r>
      <w:r>
        <w:br/>
      </w:r>
      <w:r>
        <w:rPr>
          <w:sz w:val="20"/>
        </w:rPr>
        <w:t>31:35  to paighambaron ko Allah ne isi liye bheja ke woh batayein ke tumhara matloob jis ke liye tum deewane ho rahe ho, woh yahan hai nahi, woh to akhirat mein hai.</w:t>
      </w:r>
    </w:p>
    <w:p>
      <w:pPr>
        <w:pStyle w:val="Heading2"/>
      </w:pPr>
      <w:r>
        <w:t>G8 summits are powerless, only repentance changes fate</w:t>
      </w:r>
    </w:p>
    <w:p>
      <w:r>
        <w:rPr>
          <w:color w:val="666666"/>
          <w:sz w:val="18"/>
        </w:rPr>
        <w:t>Nature of Modern Problem 12 July 2009 · 1m 42s · at 42:02 · https://youtu.be/vcldH1rCExM?t=2522</w:t>
      </w:r>
    </w:p>
    <w:p>
      <w:r>
        <w:rPr>
          <w:i/>
        </w:rPr>
        <w:t>“G8 or G14 meetings — nothing will change from that”</w:t>
      </w:r>
    </w:p>
    <w:p>
      <w:r>
        <w:rPr>
          <w:sz w:val="20"/>
        </w:rPr>
        <w:t>42:02  yeh hai sign. yeh shuru ka yani preliminary sign hai. yeh insan insan jo hai hosh mein aa jaye, hosh mein aa jaye aur woh toba kare.</w:t>
      </w:r>
      <w:r>
        <w:br/>
      </w:r>
      <w:r>
        <w:rPr>
          <w:sz w:val="20"/>
        </w:rPr>
        <w:t>42:15  yaad rakhen, koi bhi jo koshishen ho rahi hain, jo submit ho rahi hain, woh</w:t>
      </w:r>
      <w:r>
        <w:br/>
      </w:r>
      <w:r>
        <w:rPr>
          <w:sz w:val="20"/>
        </w:rPr>
        <w:t>42:25  big nations ki industrialization ki, is se kuch nahi hone wala hai.</w:t>
      </w:r>
      <w:r>
        <w:br/>
      </w:r>
      <w:r>
        <w:rPr>
          <w:sz w:val="20"/>
        </w:rPr>
        <w:t>42:35  jab big woh G8 ho ya G14 ho, un ki submit se kuch bhi nahi hone wala hai, kuch bhi nahi hone wala hai.</w:t>
      </w:r>
      <w:r>
        <w:br/>
      </w:r>
      <w:r>
        <w:rPr>
          <w:sz w:val="20"/>
        </w:rPr>
        <w:t>42:45  ab jo farq par sakta hai, woh sirf toba se farq par sakta hai. toba</w:t>
      </w:r>
      <w:r>
        <w:br/>
      </w:r>
      <w:r>
        <w:rPr>
          <w:sz w:val="20"/>
        </w:rPr>
        <w:t>42:56  G8 ki meeting aur G14 ki meeting ya un ke declaration, is se kuch nahi hone wala hai. kyunke yeh amal, yeh mamla khuda ka mamla</w:t>
      </w:r>
      <w:r>
        <w:br/>
      </w:r>
      <w:r>
        <w:rPr>
          <w:sz w:val="20"/>
        </w:rPr>
        <w:t>43:08  hai. dekhen, Adam ne jab toba kiya, tab un ko maafii mili aur tab un ko is jannat mein rehne ka mauqa diya gaya.</w:t>
      </w:r>
      <w:r>
        <w:br/>
      </w:r>
      <w:r>
        <w:rPr>
          <w:sz w:val="20"/>
        </w:rPr>
        <w:t>43:17  dunya bhi to ek jannat hai, is jannat se to nikal diye gaye woh. lekin is dunya mein un ko rehne ka mauqa mila, jahan kam az kam life support system tha hi.</w:t>
      </w:r>
      <w:r>
        <w:br/>
      </w:r>
      <w:r>
        <w:rPr>
          <w:sz w:val="20"/>
        </w:rPr>
        <w:t>43:29  to aalami toba darkaar hai. aalami toba</w:t>
      </w:r>
      <w:r>
        <w:br/>
      </w:r>
      <w:r>
        <w:rPr>
          <w:sz w:val="20"/>
        </w:rPr>
        <w:t>43:34  wohan ek individual ke toba se un ko Allah taala ki pakar se bach gaye the. woh ab ek universal toba darkaar hai.</w:t>
      </w:r>
      <w:r>
        <w:br/>
      </w:r>
      <w:r>
        <w:rPr>
          <w:sz w:val="20"/>
        </w:rPr>
        <w:t>43:45  toba ka matlab kya hai? toba means hadith mein aata hai ke "al toba al nidaam". "al toba al nidaam" yani toba means repentance.</w:t>
      </w:r>
    </w:p>
    <w:p>
      <w:pPr>
        <w:pStyle w:val="Heading2"/>
      </w:pPr>
      <w:r>
        <w:t>Loving and hating for Allah's sake</w:t>
      </w:r>
    </w:p>
    <w:p>
      <w:r>
        <w:rPr>
          <w:color w:val="666666"/>
          <w:sz w:val="18"/>
        </w:rPr>
        <w:t>Importance of Patience November 24, 2006 · 1m 22s · at 26:10 · https://youtu.be/jHo62FykHlI?t=1570</w:t>
      </w:r>
    </w:p>
    <w:p>
      <w:r>
        <w:rPr>
          <w:i/>
        </w:rPr>
        <w:t>“Jab kisi aadmi ka yeh haal ho jaye”</w:t>
      </w:r>
    </w:p>
    <w:p>
      <w:r>
        <w:rPr>
          <w:sz w:val="20"/>
        </w:rPr>
        <w:t>26:10  Jab kisi aadmi ka yeh haal ho jaye ke woh us ki dosti aur us ki dushmani dono Allah ke liye ho jaye.</w:t>
      </w:r>
      <w:r>
        <w:br/>
      </w:r>
      <w:r>
        <w:rPr>
          <w:sz w:val="20"/>
        </w:rPr>
        <w:t>26:25  yani kisi se kate to Allah ke liye kate. Kisi se jude to Allah ke liye jude. Kisi se kisi ke liye mohabbat kare to Allah ke liye mohabbat kare.</w:t>
      </w:r>
      <w:r>
        <w:br/>
      </w:r>
      <w:r>
        <w:rPr>
          <w:sz w:val="20"/>
        </w:rPr>
        <w:t>26:37  kisi se door ho to Allah ke liye door ho. To yeh iman ki alamaton mein se hai. Yani jab aadmi ke andar iman aayega to yeh bhi aayega.</w:t>
      </w:r>
      <w:r>
        <w:br/>
      </w:r>
      <w:r>
        <w:rPr>
          <w:sz w:val="20"/>
        </w:rPr>
        <w:t>26:51  dekhiye yeh mumkin nahi hai ke iman aaye lekin us ki jo barkatein hain woh na aayen. Aisa nahi ho sakta hai.</w:t>
      </w:r>
      <w:r>
        <w:br/>
      </w:r>
      <w:r>
        <w:rPr>
          <w:sz w:val="20"/>
        </w:rPr>
        <w:t>27:03  Iman jab aayega to us ke saath saath us ki yani us ki barkatein bhi aayengi. Us ke taqaze bhi aayenge.</w:t>
      </w:r>
      <w:r>
        <w:br/>
      </w:r>
      <w:r>
        <w:rPr>
          <w:sz w:val="20"/>
        </w:rPr>
        <w:t>27:13  kyunke imaan ka matlab kya hai? Allah ko bara maan lena. Allah se darne lagna.</w:t>
      </w:r>
      <w:r>
        <w:br/>
      </w:r>
      <w:r>
        <w:rPr>
          <w:sz w:val="20"/>
        </w:rPr>
        <w:t>27:22  Allah ko apna fikr bana lena. jab yeh baat aayegi to zaroor hai ke uss ke rawaiye mein tabdeeli aaye.</w:t>
      </w:r>
    </w:p>
    <w:p>
      <w:pPr>
        <w:pStyle w:val="Heading2"/>
      </w:pPr>
      <w:r>
        <w:t>hadith parable of the house, feast, and the host Muhammad</w:t>
      </w:r>
    </w:p>
    <w:p>
      <w:r>
        <w:rPr>
          <w:color w:val="666666"/>
          <w:sz w:val="18"/>
        </w:rPr>
        <w:t>God's Plan For Mankind September 24, 2023 · 1m 50s · at 22:44 · https://youtu.be/Z47sL5AFUAE?t=1364</w:t>
      </w:r>
    </w:p>
    <w:p>
      <w:r>
        <w:rPr>
          <w:i/>
        </w:rPr>
        <w:t>“एक शख्स घर बनाता है, दावत देता है - यह एक मिसाल है”</w:t>
      </w:r>
    </w:p>
    <w:p>
      <w:r>
        <w:rPr>
          <w:sz w:val="20"/>
        </w:rPr>
        <w:t>22:44  to this hadith is attributed to Hazrat Jabir, and yah Mishkat mein darj hai. to unhone bataya ki once a group of angels came to the prophet, and wah aapas mein baat karne lage. they said that for this friend of yours, there is a parable, a story. so some angel said that I think he is sleeping, he is fast asleep. so the other angel said that no, his eyes are shut, but his heart is awake.</w:t>
      </w:r>
      <w:r>
        <w:br/>
      </w:r>
      <w:r>
        <w:rPr>
          <w:sz w:val="20"/>
        </w:rPr>
        <w:t>23:12  to aap bataie, you relate your story to him. so then the angels said that his parable or his story is of a story of a man who builds a house, and then he organizes a feast , and then he sends out a call for inviting everyone .</w:t>
      </w:r>
      <w:r>
        <w:br/>
      </w:r>
      <w:r>
        <w:rPr>
          <w:sz w:val="20"/>
        </w:rPr>
        <w:t>23:31  so who ever accepts the invitation, he is able to enter the house, and he partakes of the feast. and any person who does not accept the invitation, he is not able to enter the house, and he does not partake of the feast. to angels ne kaha ki aap is ko expand karie, aapas mein baat kar rahe hain. apa, wo to</w:t>
      </w:r>
      <w:r>
        <w:br/>
      </w:r>
      <w:r>
        <w:rPr>
          <w:sz w:val="20"/>
        </w:rPr>
        <w:t>23:53  then they said that the house here implies paradise, and the host is Muhammad. and he who ever obeys Muhammad has obeyed God, and who ever has not obeyed Muhammad has disobeyed God. and he is the criteria, the distinction between different people</w:t>
      </w:r>
      <w:r>
        <w:br/>
      </w:r>
      <w:r>
        <w:rPr>
          <w:sz w:val="20"/>
        </w:rPr>
        <w:t>24:14  . so he is calling everyone to in a way, apa, it explains that he is calling everyone to the house of paradise, and who ever accepts his invitation is able to enter, and who does not listen to him, does not accept his invitation is not able to enter. to yah bade achhe se parable form mein us ko explain kiya gaya hai.</w:t>
      </w:r>
    </w:p>
    <w:p>
      <w:pPr>
        <w:pStyle w:val="Heading2"/>
      </w:pPr>
      <w:r>
        <w:t>Sahaba's positive mindset vs modern negativity</w:t>
      </w:r>
    </w:p>
    <w:p>
      <w:r>
        <w:rPr>
          <w:color w:val="666666"/>
          <w:sz w:val="18"/>
        </w:rPr>
        <w:t>Divine Guidance November 20, 2016 · 3m 28s · at 52:20 · https://youtu.be/tbcloc-fvSE?t=3140</w:t>
      </w:r>
    </w:p>
    <w:p>
      <w:r>
        <w:rPr>
          <w:i/>
        </w:rPr>
        <w:t>“The Sahaba moved by Islam, possessed positive mindset”</w:t>
      </w:r>
    </w:p>
    <w:p>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r>
        <w:br/>
      </w:r>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p>
    <w:p>
      <w:pPr>
        <w:pStyle w:val="Heading2"/>
      </w:pPr>
      <w:r>
        <w:t>Iblis vowed to mislead the majority of mankind</w:t>
      </w:r>
    </w:p>
    <w:p>
      <w:r>
        <w:rPr>
          <w:color w:val="666666"/>
          <w:sz w:val="18"/>
        </w:rPr>
        <w:t>Between Hell and Paradise January 27, 2013 Maulana Wahiduddin Khan · 1m 53s · at 2:25 · https://youtu.be/kYx7-0xQpXA?t=145</w:t>
      </w:r>
    </w:p>
    <w:p>
      <w:r>
        <w:rPr>
          <w:i/>
        </w:rPr>
        <w:t>“Ab main aapko Quran ki ek ayat yaad dilata hoon”</w:t>
      </w:r>
    </w:p>
    <w:p>
      <w:r>
        <w:rPr>
          <w:sz w:val="20"/>
        </w:rPr>
        <w:t>2:25  ab mein aap ko Quran ki ek ayat yaad dilata hoon.</w:t>
      </w:r>
      <w:r>
        <w:br/>
      </w:r>
      <w:r>
        <w:rPr>
          <w:sz w:val="20"/>
        </w:rPr>
        <w:t>2:30  Quran mein bataya gaya hai, aap jante hain ke Quran mein Adam aur Iblees ke qisse ko bar bar repeat kiya gaya hai.</w:t>
      </w:r>
      <w:r>
        <w:br/>
      </w:r>
      <w:r>
        <w:rPr>
          <w:sz w:val="20"/>
        </w:rPr>
        <w:t>2:43  to is mein se ek juz is ka yeh hai ke Iblees ne, ya Shaitan ne, yeh challenge diya</w:t>
      </w:r>
      <w:r>
        <w:br/>
      </w:r>
      <w:r>
        <w:rPr>
          <w:sz w:val="20"/>
        </w:rPr>
        <w:t>2:55  ke: la tanukunna zurriyatan illa qaleela.</w:t>
      </w:r>
      <w:r>
        <w:br/>
      </w:r>
      <w:r>
        <w:rPr>
          <w:sz w:val="20"/>
        </w:rPr>
        <w:t>3:04  yani insanon ki majority ko mein saool kar loonga.</w:t>
      </w:r>
      <w:r>
        <w:br/>
      </w:r>
      <w:r>
        <w:rPr>
          <w:sz w:val="20"/>
        </w:rPr>
        <w:t>3:11  yeh hua aaghaz hayat mein, jab insaan ki nasl shuru hui. us waqt jo waqea guzra, woh aap sab log jante hain</w:t>
      </w:r>
      <w:r>
        <w:br/>
      </w:r>
      <w:r>
        <w:rPr>
          <w:sz w:val="20"/>
        </w:rPr>
        <w:t>3:24  ke awwal din hi Shaitan Adam ka dushman ho gaya.</w:t>
      </w:r>
      <w:r>
        <w:br/>
      </w:r>
      <w:r>
        <w:rPr>
          <w:sz w:val="20"/>
        </w:rPr>
        <w:t>3:32  aur us ne kaha ke: la tanukunna zurriyatan illa qaleela.</w:t>
      </w:r>
      <w:r>
        <w:br/>
      </w:r>
      <w:r>
        <w:rPr>
          <w:sz w:val="20"/>
        </w:rPr>
        <w:t>3:37  insanon ki nasl jo hai, us ki majority ko mein saool kar loonga. bohat thode log bachenge.</w:t>
      </w:r>
      <w:r>
        <w:br/>
      </w:r>
      <w:r>
        <w:rPr>
          <w:sz w:val="20"/>
        </w:rPr>
        <w:t>3:48  aur kaisi ajeeb baat hai ke haqeeqatan us ne saool kar liya. us ne</w:t>
      </w:r>
      <w:r>
        <w:br/>
      </w:r>
      <w:r>
        <w:rPr>
          <w:sz w:val="20"/>
        </w:rPr>
        <w:t>3:54  poori tareekh jo hai, isi ki,</w:t>
      </w:r>
      <w:r>
        <w:br/>
      </w:r>
      <w:r>
        <w:rPr>
          <w:sz w:val="20"/>
        </w:rPr>
        <w:t>4:00  isi ki confirm kar rahi hai, isi ko ke poori history mein insanon ki majority jo hai, woh Satan ke follower ban gayi hai.</w:t>
      </w:r>
      <w:r>
        <w:br/>
      </w:r>
      <w:r>
        <w:rPr>
          <w:sz w:val="20"/>
        </w:rPr>
        <w:t>4:14  yeh bohat ajeeb baat hai.</w:t>
      </w:r>
    </w:p>
    <w:p>
      <w:pPr>
        <w:pStyle w:val="Heading2"/>
      </w:pPr>
      <w:r>
        <w:t>Unlimited desires can never be met in a limited world</w:t>
      </w:r>
    </w:p>
    <w:p>
      <w:r>
        <w:rPr>
          <w:color w:val="666666"/>
          <w:sz w:val="18"/>
        </w:rPr>
        <w:t>My Discovery of Truth January 8, 2006 Maulana Wahiduddin Khan · 3m 00s · at 2:04:32 · https://youtu.be/Q8ErBn6pGV8?t=7472</w:t>
      </w:r>
    </w:p>
    <w:p>
      <w:r>
        <w:rPr>
          <w:i/>
        </w:rPr>
        <w:t>“Limited duniya hai humari, unlimited khwahishein hamari hoti hain”</w:t>
      </w:r>
    </w:p>
    <w:p>
      <w:r>
        <w:rPr>
          <w:sz w:val="20"/>
        </w:rPr>
        <w:t>2:04:32  kyun? aap chahte hain ek unlimited world aur duniya mein sab kuch limited hai.</w:t>
      </w:r>
      <w:r>
        <w:br/>
      </w:r>
      <w:r>
        <w:rPr>
          <w:sz w:val="20"/>
        </w:rPr>
        <w:t>2:04:42  aap ki desire unlimited hai to limited duniya mein woh world ban nahi sakti jahan aap ke unlimited desire poore hon. to yeh cheez janna hai logon ko.</w:t>
      </w:r>
      <w:r>
        <w:br/>
      </w:r>
      <w:r>
        <w:rPr>
          <w:sz w:val="20"/>
        </w:rPr>
        <w:t>2:04:52  abhi bhi log isi nadani mein pade hue hain. woh samajhte hain ke jis tarah se britishers jo the, woh nahi de paye the, bahar wale the, is liye foreign foreign foreign rule tha.</w:t>
      </w:r>
      <w:r>
        <w:br/>
      </w:r>
      <w:r>
        <w:rPr>
          <w:sz w:val="20"/>
        </w:rPr>
        <w:t>2:05:03  is liye ab samajhte hain corruption hai. is liye ke corruption na bhi rahe, maslan Singapore mein koi corruption nahi</w:t>
      </w:r>
      <w:r>
        <w:br/>
      </w:r>
      <w:r>
        <w:rPr>
          <w:sz w:val="20"/>
        </w:rPr>
        <w:t>2:05:11  hai, lekin mujhe maloom hai ke wahan ke log bhi tension mein jeete hain. kyun? jo aadmi chahta hai, woh us se zyada hai jo mil raha hai.</w:t>
      </w:r>
      <w:r>
        <w:br/>
      </w:r>
      <w:r>
        <w:rPr>
          <w:sz w:val="20"/>
        </w:rPr>
        <w:t>2:05:22  limited world hai hamara, hum unlimited khwahishein hamari hoti hain, woh woh woh hum hasil karna chahte hain. basic baat yahan hai ke hamari unlimited desire poori nahi ho sakti hai limited world mein, chahe politicians corrupt hon ya honest hon.</w:t>
      </w:r>
      <w:r>
        <w:br/>
      </w:r>
      <w:r>
        <w:rPr>
          <w:sz w:val="20"/>
        </w:rPr>
        <w:t>2:05:40  yahi batana hai logon ko. yahin par woh mauqa milta hai hamein, yahin room mil raha hai hamein batane ka ke tum duniya mein woh cheez dhoondh rahe ho jo duniya mein milne wali nahi hai.</w:t>
      </w:r>
      <w:r>
        <w:br/>
      </w:r>
      <w:r>
        <w:rPr>
          <w:sz w:val="20"/>
        </w:rPr>
        <w:t>2:05:53  woh to milegi Khuda ki jo us ki baat theek hai, us ko jaan kar ke. yeh main samajh paya hoon. when we tell this to people, many of them agreed, but they are saying then what what should we do n</w:t>
      </w:r>
      <w:r>
        <w:br/>
      </w:r>
      <w:r>
        <w:rPr>
          <w:sz w:val="20"/>
        </w:rPr>
        <w:t>2:06:07  ext? if we accept that this is a limited world, there is another world. lekin ab kya karein hum? ab kya karein ke jo kar rahe hain to woh na karein?</w:t>
      </w:r>
      <w:r>
        <w:br/>
      </w:r>
      <w:r>
        <w:rPr>
          <w:sz w:val="20"/>
        </w:rPr>
        <w:t>2:06:19  okay, but how do they qualify? point to yahi hai. haan, yeh starting point yeh hai ke jahan aap apni hope lagaye hue the, wahan hope khatam kijiye. aap idhar bhi lagaye hue hain aur naya aap chahte hain to hum naya kaise batayein?</w:t>
      </w:r>
      <w:r>
        <w:br/>
      </w:r>
      <w:r>
        <w:rPr>
          <w:sz w:val="20"/>
        </w:rPr>
        <w:t>2:06:32  aap ko</w:t>
      </w:r>
      <w:r>
        <w:br/>
      </w:r>
      <w:r>
        <w:rPr>
          <w:sz w:val="20"/>
        </w:rPr>
        <w:t>2:06:33  pehley aap ko yeh samajhna padega ke jahan hum hope lagaye hue the, woh hope galat thi. jab tak wahan log, maine yeh dekha ke logon ko pichhle ko pichhli ghalti ko na mante hue chahte hain ke kuch aur bataya jaye unhein, to aap kehte hain batayein, un ki samajh mein nahi ayega.</w:t>
      </w:r>
      <w:r>
        <w:br/>
      </w:r>
      <w:r>
        <w:rPr>
          <w:sz w:val="20"/>
        </w:rPr>
        <w:t>2:06:51  kya aap yeh maaniye ke hum is se pehle bhool mein the? tab ja kar ke aap ka mind prepare hoga yeh samajhne ke liye ke sahi baat kya hai.</w:t>
      </w:r>
      <w:r>
        <w:br/>
      </w:r>
      <w:r>
        <w:rPr>
          <w:sz w:val="20"/>
        </w:rPr>
        <w:t>2:07:02  okay, pehle la ilaha hota hai, phir illallah hota hai. to la ilaha tak pahunche nahi, illallah janna chahte hain to kaise possible hai?</w:t>
      </w:r>
    </w:p>
    <w:p>
      <w:pPr>
        <w:pStyle w:val="Heading2"/>
      </w:pPr>
      <w:r>
        <w:t>science's journey from matter to energy to consciousness</w:t>
      </w:r>
    </w:p>
    <w:p>
      <w:r>
        <w:rPr>
          <w:color w:val="666666"/>
          <w:sz w:val="18"/>
        </w:rPr>
        <w:t>Lessons and Experiences May 22, 2011 Maulana Wahiduddin Khan · 2m 14s · at 17:43 · https://youtu.be/j4Qx-MsDQWc?t=1063</w:t>
      </w:r>
    </w:p>
    <w:p>
      <w:r>
        <w:rPr>
          <w:i/>
        </w:rPr>
        <w:t>“Is zamane mein ek bohat badi baat hui science ke zariye”</w:t>
      </w:r>
    </w:p>
    <w:p>
      <w:r>
        <w:rPr>
          <w:sz w:val="20"/>
        </w:rPr>
        <w:t>17:43  is zamane mein ek bohat bari baat hui science ke zariye se. keh fitrat khul gai.</w:t>
      </w:r>
      <w:r>
        <w:br/>
      </w:r>
      <w:r>
        <w:rPr>
          <w:sz w:val="20"/>
        </w:rPr>
        <w:t>17:51  fitrat mein jo Khuda ke nishan the, Khuda ki nishaniyan theen woh sab khul gaein.</w:t>
      </w:r>
      <w:r>
        <w:br/>
      </w:r>
      <w:r>
        <w:rPr>
          <w:sz w:val="20"/>
        </w:rPr>
        <w:t>18:00  fitrat ke qanoon jo hain jo pehle insan janta nahi tha. is ko insan ne daryaft kiya. is ko daryaft kiya.</w:t>
      </w:r>
      <w:r>
        <w:br/>
      </w:r>
      <w:r>
        <w:rPr>
          <w:sz w:val="20"/>
        </w:rPr>
        <w:t>18:10  to yeh bilkul yaani ek ilahi science thi.</w:t>
      </w:r>
      <w:r>
        <w:br/>
      </w:r>
      <w:r>
        <w:rPr>
          <w:sz w:val="20"/>
        </w:rPr>
        <w:t>18:19  yeh poori poori science ko mein ilahi science samajhta hoon. is liye keh dekhiye Newton ke zamane mein yeh samjha jata tha keh mada kainat ka taameerati block hai.</w:t>
      </w:r>
      <w:r>
        <w:br/>
      </w:r>
      <w:r>
        <w:rPr>
          <w:sz w:val="20"/>
        </w:rPr>
        <w:t>18:34  phir taraqqi hui Einstein ke zamane mein samjha gaya keh nahi. tawanaai kainat ka taameerati block hai.</w:t>
      </w:r>
      <w:r>
        <w:br/>
      </w:r>
      <w:r>
        <w:rPr>
          <w:sz w:val="20"/>
        </w:rPr>
        <w:t>18:46  phir aage barha ma</w:t>
      </w:r>
      <w:r>
        <w:br/>
      </w:r>
      <w:r>
        <w:rPr>
          <w:sz w:val="20"/>
        </w:rPr>
        <w:t>18:47  amla. ab hum David Bohm ke zamane mein hain. aur quantum theory aai. ab yeh mana jane laga keh shaoor jo hai woh kainat ka taameerati block hai.</w:t>
      </w:r>
      <w:r>
        <w:br/>
      </w:r>
      <w:r>
        <w:rPr>
          <w:sz w:val="20"/>
        </w:rPr>
        <w:t>19:02  ab yahan par ek bohat bara, bari tezi hui. bohat bari tezi hui.</w:t>
      </w:r>
      <w:r>
        <w:br/>
      </w:r>
      <w:r>
        <w:rPr>
          <w:sz w:val="20"/>
        </w:rPr>
        <w:t>19:09  yaani science ke safar ne sankaron saal, sankaron saal ke bohat zyada bahanti ke logon ne.</w:t>
      </w:r>
      <w:r>
        <w:br/>
      </w:r>
      <w:r>
        <w:rPr>
          <w:sz w:val="20"/>
        </w:rPr>
        <w:t>19:18  aur insan ko wahan pohanchaya. bilkul Khuda ke darwaze par pohancha diya.</w:t>
      </w:r>
      <w:r>
        <w:br/>
      </w:r>
      <w:r>
        <w:rPr>
          <w:sz w:val="20"/>
        </w:rPr>
        <w:t>19:26  Khuda ke darwaze par nahi. pehle insan bohat shoq mein tha mada ke. aage barhaya. natural tawanaai tak pohanchaya. phir shaoor tak pohancha diya.</w:t>
      </w:r>
      <w:r>
        <w:br/>
      </w:r>
      <w:r>
        <w:rPr>
          <w:sz w:val="20"/>
        </w:rPr>
        <w:t>19:36  yaani shaoor tak.</w:t>
      </w:r>
      <w:r>
        <w:br/>
      </w:r>
      <w:r>
        <w:rPr>
          <w:sz w:val="20"/>
        </w:rPr>
        <w:t>19:39  lekin yahan par kya hua? ek bohat hi bara, bari tezi hui. sab se pehle yeh hua tha keh secular log, yeh atheist logon ne aghwa kar liya science ki daryafton ko.</w:t>
      </w:r>
    </w:p>
    <w:p>
      <w:pPr>
        <w:pStyle w:val="Heading2"/>
      </w:pPr>
      <w:r>
        <w:t>Hadith on neighbors: two options for living in society</w:t>
      </w:r>
    </w:p>
    <w:p>
      <w:r>
        <w:rPr>
          <w:color w:val="666666"/>
          <w:sz w:val="18"/>
        </w:rPr>
        <w:t>God Oriented Life (English) January 6, 2007 Maulana Wahiduddin Khan · 2m 37s · at 20:34 · https://youtu.be/kjKfha7l8uo?t=1234</w:t>
      </w:r>
    </w:p>
    <w:p>
      <w:r>
        <w:rPr>
          <w:i/>
        </w:rPr>
        <w:t>“He is not a true believer who creates problems for his neighbors”</w:t>
      </w:r>
    </w:p>
    <w:p>
      <w:r>
        <w:rPr>
          <w:sz w:val="20"/>
        </w:rPr>
        <w:t>20:34  . the prophet of islam has said.</w:t>
      </w:r>
      <w:r>
        <w:br/>
      </w:r>
      <w:r>
        <w:rPr>
          <w:sz w:val="20"/>
        </w:rPr>
        <w:t>20:48  allazi la yaman jahoroh. it means that he is not a true believer. who creates problem for his neighbors.</w:t>
      </w:r>
      <w:r>
        <w:br/>
      </w:r>
      <w:r>
        <w:rPr>
          <w:sz w:val="20"/>
        </w:rPr>
        <w:t>21:00  he is not a true believer who creates problem for his neighbors. this is the. this is the principle.</w:t>
      </w:r>
      <w:r>
        <w:br/>
      </w:r>
      <w:r>
        <w:rPr>
          <w:sz w:val="20"/>
        </w:rPr>
        <w:t>21:13  of god oriented life. you live in society. and every time there are some people for your neighbors.</w:t>
      </w:r>
      <w:r>
        <w:br/>
      </w:r>
      <w:r>
        <w:rPr>
          <w:sz w:val="20"/>
        </w:rPr>
        <w:t>21:23  so you are you have to live with neighbors without creating any problem for them.</w:t>
      </w:r>
      <w:r>
        <w:br/>
      </w:r>
      <w:r>
        <w:rPr>
          <w:sz w:val="20"/>
        </w:rPr>
        <w:t>21:32  there is other hadith. that tells us.</w:t>
      </w:r>
      <w:r>
        <w:br/>
      </w:r>
      <w:r>
        <w:rPr>
          <w:sz w:val="20"/>
        </w:rPr>
        <w:t>21:41  it means that there are only two type of living. one. you have to be useful for your neighbors.</w:t>
      </w:r>
      <w:r>
        <w:br/>
      </w:r>
      <w:r>
        <w:rPr>
          <w:sz w:val="20"/>
        </w:rPr>
        <w:t>21:52  for your surroundings. for your society.</w:t>
      </w:r>
      <w:r>
        <w:br/>
      </w:r>
      <w:r>
        <w:rPr>
          <w:sz w:val="20"/>
        </w:rPr>
        <w:t>21:57  and you live as a giver member of the society. as a useful member of society. this is the first option.</w:t>
      </w:r>
      <w:r>
        <w:br/>
      </w:r>
      <w:r>
        <w:rPr>
          <w:sz w:val="20"/>
        </w:rPr>
        <w:t>22:08  the second is that that you have to live as a no problem person in your society. there is no third position. there is no third position.</w:t>
      </w:r>
      <w:r>
        <w:br/>
      </w:r>
      <w:r>
        <w:rPr>
          <w:sz w:val="20"/>
        </w:rPr>
        <w:t>22:19  either you have to live in your society as a giver member. useful member</w:t>
      </w:r>
      <w:r>
        <w:br/>
      </w:r>
      <w:r>
        <w:rPr>
          <w:sz w:val="20"/>
        </w:rPr>
        <w:t>22:27  . this is the first. or you have to live in your society as a no problem person.</w:t>
      </w:r>
      <w:r>
        <w:br/>
      </w:r>
      <w:r>
        <w:rPr>
          <w:sz w:val="20"/>
        </w:rPr>
        <w:t>22:37  you have to keep yourself from creating problem for other. to this is two option for you. one who want to live a life god oriented he must keep in his mind that there is no third option.</w:t>
      </w:r>
      <w:r>
        <w:br/>
      </w:r>
      <w:r>
        <w:rPr>
          <w:sz w:val="20"/>
        </w:rPr>
        <w:t>22:55  either you have to live as a giver person in your society. or you have to live as a no problem person in your society.</w:t>
      </w:r>
      <w:r>
        <w:br/>
      </w:r>
      <w:r>
        <w:rPr>
          <w:sz w:val="20"/>
        </w:rPr>
        <w:t>23:12  deen there is a hadith. al muslim man salima nas</w:t>
      </w:r>
    </w:p>
    <w:p>
      <w:pPr>
        <w:pStyle w:val="Heading2"/>
      </w:pPr>
      <w:r>
        <w:t>launching the book Love of God and a hadith on inspiring love</w:t>
      </w:r>
    </w:p>
    <w:p>
      <w:r>
        <w:rPr>
          <w:color w:val="666666"/>
          <w:sz w:val="18"/>
        </w:rPr>
        <w:t>Love of God October 23, 2022 · 2m 10s · at 1:11:49 · https://youtu.be/bsF_DJhXAzk?t=4309</w:t>
      </w:r>
    </w:p>
    <w:p>
      <w:r>
        <w:rPr>
          <w:i/>
        </w:rPr>
        <w:t>“I'm delighted to launch this new book: Love of God”</w:t>
      </w:r>
    </w:p>
    <w:p>
      <w:r>
        <w:rPr>
          <w:sz w:val="20"/>
        </w:rPr>
        <w:t>1:11:49  mujhe behad khushi ho rahi hai is kitab ko launch karte hue, karte hue Love of God: Develop Strong Attachment to God.</w:t>
      </w:r>
      <w:r>
        <w:br/>
      </w:r>
      <w:r>
        <w:rPr>
          <w:sz w:val="20"/>
        </w:rPr>
        <w:t>1:11:59  Maulana ka ye sabse mehboob topic hai, aur jaisa abhi Doctor Rajat Nawlotra ne bataya ki ye translation hai Kitab-e-Marifat ke kuch hisson ka.</w:t>
      </w:r>
      <w:r>
        <w:br/>
      </w:r>
      <w:r>
        <w:rPr>
          <w:sz w:val="20"/>
        </w:rPr>
        <w:t>1:12:10  aur bohat hi umda kitab hai ye, aur isko padh ke zaroor jo iska subject hai Love of God, inshallah logon ko bohat faida hoga.</w:t>
      </w:r>
      <w:r>
        <w:br/>
      </w:r>
      <w:r>
        <w:rPr>
          <w:sz w:val="20"/>
        </w:rPr>
        <w:t>1:12:20  mujhe ek hadith yaad aa rahi hai is waqt ke hadith mein aata hai ke Prophet Muhammad sallallahu alaihi wasallam ne farmaya ke Day of Judgment mein, qayamat mein, kuch aise log honge jin ko dekh kar peghambar bhi rashk karenge.</w:t>
      </w:r>
      <w:r>
        <w:br/>
      </w:r>
      <w:r>
        <w:rPr>
          <w:sz w:val="20"/>
        </w:rPr>
        <w:t>1:12:42  kyunke un ke bohat bare darje honge.</w:t>
      </w:r>
      <w:r>
        <w:br/>
      </w:r>
      <w:r>
        <w:rPr>
          <w:sz w:val="20"/>
        </w:rPr>
        <w:t>1:12:46  hadith mein aata hai ke woh pulpat pe baithe honge, noor is mein se nikal raha hoga. Yaani Allah taala ke noor ki kuch aisi jaghein hongi, platform ya koi stage ke jo Khuda ke noor se chamak rahe honge.</w:t>
      </w:r>
      <w:r>
        <w:br/>
      </w:r>
      <w:r>
        <w:rPr>
          <w:sz w:val="20"/>
        </w:rPr>
        <w:t>1:13:05  wahan woh baithe hue honge. To sahaba ne poocha Prophet se ke yeh kaun log honge?</w:t>
      </w:r>
      <w:r>
        <w:br/>
      </w:r>
      <w:r>
        <w:rPr>
          <w:sz w:val="20"/>
        </w:rPr>
        <w:t>1:13:15  to Prophet ne teen baatein bataein ke woh aise log honge jinhone insano ke dil mein Khuda ki mohabbat paida ki, aur</w:t>
      </w:r>
      <w:r>
        <w:br/>
      </w:r>
      <w:r>
        <w:rPr>
          <w:sz w:val="20"/>
        </w:rPr>
        <w:t>1:13:28  unhone un logon ke andar mohabbat paida ki aur aisa banaya ke Khuda un se mohabbat kare.</w:t>
      </w:r>
      <w:r>
        <w:br/>
      </w:r>
      <w:r>
        <w:rPr>
          <w:sz w:val="20"/>
        </w:rPr>
        <w:t>1:13:39  aur teesri baat yeh batai ke woh log aise is duniya mein rahe ke insano ke liye well-wisher ban kar rahe.</w:t>
      </w:r>
      <w:r>
        <w:br/>
      </w:r>
      <w:r>
        <w:rPr>
          <w:sz w:val="20"/>
        </w:rPr>
        <w:t>1:13:49  to yeh teen baatein agar hum ghor karein to Maulana ne bhi hum sab ke andar yahi teen cheezein paida ki theen. Yaqeen. Bohat hi zabardast hadith hai.</w:t>
      </w:r>
    </w:p>
    <w:p>
      <w:pPr>
        <w:pStyle w:val="Heading2"/>
      </w:pPr>
      <w:r>
        <w:t>Doomsday comes suddenly like an earthquake</w:t>
      </w:r>
    </w:p>
    <w:p>
      <w:r>
        <w:rPr>
          <w:color w:val="666666"/>
          <w:sz w:val="18"/>
        </w:rPr>
        <w:t>Understanding Islam (In Conversation with Maulana) · 1m 47s · at 4:40 · https://youtu.be/tLTRyW1qhRw?t=280</w:t>
      </w:r>
    </w:p>
    <w:p>
      <w:r>
        <w:rPr>
          <w:i/>
        </w:rPr>
        <w:t>“No, this kind of thinking is not correct.”</w:t>
      </w:r>
    </w:p>
    <w:p>
      <w:r>
        <w:rPr>
          <w:sz w:val="20"/>
        </w:rPr>
        <w:t>4:40  No, this kind of thinking is not correct. There is a verse in the Quran, "La taatikum illa baqta." It means that doomsday will</w:t>
      </w:r>
      <w:r>
        <w:br/>
      </w:r>
      <w:r>
        <w:rPr>
          <w:sz w:val="20"/>
        </w:rPr>
        <w:t>4:58  come to you suddenly</w:t>
      </w:r>
      <w:r>
        <w:br/>
      </w:r>
      <w:r>
        <w:rPr>
          <w:sz w:val="20"/>
        </w:rPr>
        <w:t>5:01  . So no one knows. Only God knows when it will come. So at any time, it may come, even today or tomorrow.</w:t>
      </w:r>
      <w:r>
        <w:br/>
      </w:r>
      <w:r>
        <w:rPr>
          <w:sz w:val="20"/>
        </w:rPr>
        <w:t>5:17  So just like earthquakes, no one knows about earthquakes. Our meteorological department cannot predict an earthquake.</w:t>
      </w:r>
      <w:r>
        <w:br/>
      </w:r>
      <w:r>
        <w:rPr>
          <w:sz w:val="20"/>
        </w:rPr>
        <w:t>5:28  So earthquake is also a sign</w:t>
      </w:r>
      <w:r>
        <w:br/>
      </w:r>
      <w:r>
        <w:rPr>
          <w:sz w:val="20"/>
        </w:rPr>
        <w:t>5:31  . By earthquake, you can understand the nature of doomsday. Earthquake happens suddenly.</w:t>
      </w:r>
      <w:r>
        <w:br/>
      </w:r>
      <w:r>
        <w:rPr>
          <w:sz w:val="20"/>
        </w:rPr>
        <w:t>5:44  No one can predict an earthquake. It is not possible for man. So is the case of doomsday.</w:t>
      </w:r>
      <w:r>
        <w:br/>
      </w:r>
      <w:r>
        <w:rPr>
          <w:sz w:val="20"/>
        </w:rPr>
        <w:t>5:53  Doomsday will come suddenly.</w:t>
      </w:r>
      <w:r>
        <w:br/>
      </w:r>
      <w:r>
        <w:rPr>
          <w:sz w:val="20"/>
        </w:rPr>
        <w:t>5:56  We cannot say anything in advance.</w:t>
      </w:r>
      <w:r>
        <w:br/>
      </w:r>
      <w:r>
        <w:rPr>
          <w:sz w:val="20"/>
        </w:rPr>
        <w:t>6:02  That is any big earthquake. These earthquakes which we are facing is a small earthquake, a little earthquake.</w:t>
      </w:r>
      <w:r>
        <w:br/>
      </w:r>
      <w:r>
        <w:rPr>
          <w:sz w:val="20"/>
        </w:rPr>
        <w:t>6:14  And doomsday is the big earthquake.</w:t>
      </w:r>
      <w:r>
        <w:br/>
      </w:r>
      <w:r>
        <w:rPr>
          <w:sz w:val="20"/>
        </w:rPr>
        <w:t>6:21  It will come suddenly, just like earthquake.</w:t>
      </w:r>
    </w:p>
    <w:p>
      <w:pPr>
        <w:pStyle w:val="Heading2"/>
      </w:pPr>
      <w:r>
        <w:t>Cultural Islam versus the Islam discovered by the Companions</w:t>
      </w:r>
    </w:p>
    <w:p>
      <w:r>
        <w:rPr>
          <w:color w:val="666666"/>
          <w:sz w:val="18"/>
        </w:rPr>
        <w:t>The Oneness of God 19 July, 2009 · 1m 50s · at 1:18:29 · https://youtu.be/dAjxTrRiz0g?t=4709</w:t>
      </w:r>
    </w:p>
    <w:p>
      <w:r>
        <w:rPr>
          <w:i/>
        </w:rPr>
        <w:t>“Aaj ka jo Islam hai wo cultural Islam hai, wo Islam nahi jo sahaba ka Islam tha”</w:t>
      </w:r>
    </w:p>
    <w:p>
      <w:r>
        <w:rPr>
          <w:sz w:val="20"/>
        </w:rPr>
        <w:t>1:18:29  to is ki wajah kya hai? yeh maine parha aik aik shakhs ka, aik aik aik scholar ne likha hai ke ke religion begins as an ideology, but after some generations is reduced to a culture.</w:t>
      </w:r>
      <w:r>
        <w:br/>
      </w:r>
      <w:r>
        <w:rPr>
          <w:sz w:val="20"/>
        </w:rPr>
        <w:t>1:18:48  aaj ka jo islam hai woh cultural islam hai, woh islam nahin jo sahaba ka islam tha.</w:t>
      </w:r>
      <w:r>
        <w:br/>
      </w:r>
      <w:r>
        <w:rPr>
          <w:sz w:val="20"/>
        </w:rPr>
        <w:t>1:18:55  sahaba ka islam jo tha, us mein unhon ne in in in ko discovery hui khuda ki, un ko discovery hui sachai ki, un ko discovery hui ke yeh quran jo hai khuda ki kitab hai.</w:t>
      </w:r>
      <w:r>
        <w:br/>
      </w:r>
      <w:r>
        <w:rPr>
          <w:sz w:val="20"/>
        </w:rPr>
        <w:t>1:19:09  to un ka un ki jo starting thi woh discovery se hui thi. phir un ki zindagi mein aik aik change aaya, inqilaab aaya, aik revolution aaya. to phir un ke haan khuda ki barai thi, jannat ka ehsaas tha, jahannum ka ehsaas tha, sari baatein thi.</w:t>
      </w:r>
      <w:r>
        <w:br/>
      </w:r>
      <w:r>
        <w:rPr>
          <w:sz w:val="20"/>
        </w:rPr>
        <w:t>1:19:24  aaj ke musalman jo hain, jo sainkaron generation ke baad yeh musalman hain, to yeh to aik islam, aik in aik aik cultural islam hai.</w:t>
      </w:r>
      <w:r>
        <w:br/>
      </w:r>
      <w:r>
        <w:rPr>
          <w:sz w:val="20"/>
        </w:rPr>
        <w:t>1:19:35  is par woh hain, woh islam par nahin hain, woh mini mata ke islam par hain, hatta ke namaz bhi aik cultural part hai. main masjidon mein jata hoon to lagta hai ke yeh yeh point of socialization hai.</w:t>
      </w:r>
      <w:r>
        <w:br/>
      </w:r>
      <w:r>
        <w:rPr>
          <w:sz w:val="20"/>
        </w:rPr>
        <w:t>1:19:48  yeh masjid in ke liye aktha hui hai, baaz cheezein kar rahe hain, chale gaye. is</w:t>
      </w:r>
      <w:r>
        <w:br/>
      </w:r>
      <w:r>
        <w:rPr>
          <w:sz w:val="20"/>
        </w:rPr>
        <w:t>1:19:53  bar aik misaal bhi deta hoon aap ko sahaba ki aur is ka farq samajhne ke liye. sahaba ke baray mein aata hai ke jab woh aate the namaz parhne ke liye to namaz parh kar jab niklte the, woh to aik aik sahabi khamosh hota tha, chup chap masjid se nikla, bilkul chup chap ghar chala jata tha, woh baat nahin karta tha.</w:t>
      </w:r>
      <w:r>
        <w:br/>
      </w:r>
      <w:r>
        <w:rPr>
          <w:sz w:val="20"/>
        </w:rPr>
        <w:t>1:20:18  woh</w:t>
      </w:r>
    </w:p>
    <w:p>
      <w:pPr>
        <w:pStyle w:val="Heading2"/>
      </w:pPr>
      <w:r>
        <w:t>Ruku and sujud: demonstration of submission</w:t>
      </w:r>
    </w:p>
    <w:p>
      <w:r>
        <w:rPr>
          <w:color w:val="666666"/>
          <w:sz w:val="18"/>
        </w:rPr>
        <w:t>On Salah (Prayer) (Part 2) 22 Jan 2006 - Maulana Wahiduddin Khan · 3m 17s · at 29:28 · https://youtu.be/NL9OG_8LJVk?t=1768</w:t>
      </w:r>
    </w:p>
    <w:p>
      <w:r>
        <w:rPr>
          <w:i/>
        </w:rPr>
        <w:t>“Then there is ruku and sujud - bowing and prostrating.”</w:t>
      </w:r>
    </w:p>
    <w:p>
      <w:r>
        <w:rPr>
          <w:sz w:val="20"/>
        </w:rPr>
        <w:t>29:28  to is tarah ki baatein parhte hue aadmi aur aage badhta hai. to phir is mein woh cheez hoti hai jis ko hum kehte hain ruku aur sujud.</w:t>
      </w:r>
      <w:r>
        <w:br/>
      </w:r>
      <w:r>
        <w:rPr>
          <w:sz w:val="20"/>
        </w:rPr>
        <w:t>29:40  ruku kehte hain aadmi sar jhukaya, aadmi ne. aur sajda kehte hain ke sar ko zameen par rakh diya.</w:t>
      </w:r>
      <w:r>
        <w:br/>
      </w:r>
      <w:r>
        <w:rPr>
          <w:sz w:val="20"/>
        </w:rPr>
        <w:t>29:49  pehle jhuka aur phir yani jo kehte hain bow karna, bow kiya, phir zameen par sar rakh diya. yeh kya hai?</w:t>
      </w:r>
      <w:r>
        <w:br/>
      </w:r>
      <w:r>
        <w:rPr>
          <w:sz w:val="20"/>
        </w:rPr>
        <w:t>30:02  isi spirit ka yeh ek ek woh hai demonstration hai.</w:t>
      </w:r>
      <w:r>
        <w:br/>
      </w:r>
      <w:r>
        <w:rPr>
          <w:sz w:val="20"/>
        </w:rPr>
        <w:t>30:09  ruku aur sajda bhi koi ritual nahi hai, koi rasam nahi hai. yani bow karna ya apna sar zameen par rakh dena yeh koi ritual ki baat nahi hai.</w:t>
      </w:r>
      <w:r>
        <w:br/>
      </w:r>
      <w:r>
        <w:rPr>
          <w:sz w:val="20"/>
        </w:rPr>
        <w:t>30:22  woh spirit jo jaagi aadmi ke andar</w:t>
      </w:r>
      <w:r>
        <w:br/>
      </w:r>
      <w:r>
        <w:rPr>
          <w:sz w:val="20"/>
        </w:rPr>
        <w:t>30:25  keh bara tu khud sirf khuda hai, mein to chota houn. shukr to khuda hi ke liye hai. isi ko sari barhai hai.</w:t>
      </w:r>
      <w:r>
        <w:br/>
      </w:r>
      <w:r>
        <w:rPr>
          <w:sz w:val="20"/>
        </w:rPr>
        <w:t>30:37  meri zindagi</w:t>
      </w:r>
      <w:r>
        <w:br/>
      </w:r>
      <w:r>
        <w:rPr>
          <w:sz w:val="20"/>
        </w:rPr>
        <w:t>30:41  is waqt ka meri zindagi is waqt kamyab hogi jab ke khuda ki mujhe madad mile, uski help mile, nahi to mein kamyab nahi ho sakta.</w:t>
      </w:r>
      <w:r>
        <w:br/>
      </w:r>
      <w:r>
        <w:rPr>
          <w:sz w:val="20"/>
        </w:rPr>
        <w:t>30:52  yani yeh sab ehsasat jo jaage admi ke andar to woh ehsasat jo hai</w:t>
      </w:r>
      <w:r>
        <w:br/>
      </w:r>
      <w:r>
        <w:rPr>
          <w:sz w:val="20"/>
        </w:rPr>
        <w:t>30:59  manifest hue is tarah se ke admi sajde mein gir pada. ruku mein gir pada. aur phir wahan par kya kehte hain?</w:t>
      </w:r>
      <w:r>
        <w:br/>
      </w:r>
      <w:r>
        <w:rPr>
          <w:sz w:val="20"/>
        </w:rPr>
        <w:t>31:11  to mislan is mein kai duain hoti hain. aam taur par to namaz mein kuch ek dua dua hai woh yaad kar lete hain, log parhte rehte hain. lekin hadithon mein aur duain aati hain bohat si.</w:t>
      </w:r>
      <w:r>
        <w:br/>
      </w:r>
      <w:r>
        <w:rPr>
          <w:sz w:val="20"/>
        </w:rPr>
        <w:t>31:24  mislan ruku ke bare mein hadith mein hai ke aap ne jab ruku mein gaye, ruku kehte hain</w:t>
      </w:r>
      <w:r>
        <w:br/>
      </w:r>
      <w:r>
        <w:rPr>
          <w:sz w:val="20"/>
        </w:rPr>
        <w:t>31:32  ghahista jhukne ko. to aap ke zuban se nikla allah-hum lak rakatt wa bik aamantu allah-hum rakatt allah-hum rakatt</w:t>
      </w:r>
      <w:r>
        <w:br/>
      </w:r>
      <w:r>
        <w:rPr>
          <w:sz w:val="20"/>
        </w:rPr>
        <w:t>31:49  makh basri wa sam'i wa azmi azmi wa mukhi wa asabi aye khuda</w:t>
      </w:r>
      <w:r>
        <w:br/>
      </w:r>
      <w:r>
        <w:rPr>
          <w:sz w:val="20"/>
        </w:rPr>
        <w:t>31:59  ! mein jhuk gaya tere aage. mera sar tere aage jhuk gaya. meri aankh tere aage jhuk gayi. mera kaan tere aage jhuk gaya.</w:t>
      </w:r>
      <w:r>
        <w:br/>
      </w:r>
      <w:r>
        <w:rPr>
          <w:sz w:val="20"/>
        </w:rPr>
        <w:t>32:11  mera pura sab kuch jhuk gaya tere aage. woh spirit jo hai woh bol rahi hoti thi. woh spirit</w:t>
      </w:r>
      <w:r>
        <w:br/>
      </w:r>
      <w:r>
        <w:rPr>
          <w:sz w:val="20"/>
        </w:rPr>
        <w:t>32:23  to allah ko jab aap ne bara mana, apne ko chota mana to kya hua? surrender ki spirit aayi, submission ki spirit aayi. to yeh ruku aur sajda jo hai haqiqatan submission aur surrender ki spirit ka kya</w:t>
      </w:r>
      <w:r>
        <w:br/>
      </w:r>
      <w:r>
        <w:rPr>
          <w:sz w:val="20"/>
        </w:rPr>
        <w:t>32:40  demonstration hai? isi ka manifestation hai.</w:t>
      </w:r>
    </w:p>
    <w:p>
      <w:pPr>
        <w:pStyle w:val="Heading2"/>
      </w:pPr>
      <w:r>
        <w:t>Follow guidance no fear</w:t>
      </w:r>
    </w:p>
    <w:p>
      <w:r>
        <w:rPr>
          <w:color w:val="666666"/>
          <w:sz w:val="18"/>
        </w:rPr>
        <w:t>2 38 50 Chapter Al Baqrah, Aug 16, 2015 · 1m 23s · at 4:04 · https://youtu.be/-rnisj6wQQo?t=244</w:t>
      </w:r>
    </w:p>
    <w:p>
      <w:r>
        <w:rPr>
          <w:i/>
        </w:rPr>
        <w:t>“فَإِمَّا يَأْتِيَنَّكُم مِّنِّي هُدًى”</w:t>
      </w:r>
    </w:p>
    <w:p>
      <w:r>
        <w:rPr>
          <w:sz w:val="20"/>
        </w:rPr>
        <w:t>4:04  faimma yatiyannakum minni hudan.</w:t>
      </w:r>
      <w:r>
        <w:br/>
      </w:r>
      <w:r>
        <w:rPr>
          <w:sz w:val="20"/>
        </w:rPr>
        <w:t>4:07  phir jab aayenge tumhare paas mere paighambar hidayat le kar, hidayat le kar ke.</w:t>
      </w:r>
      <w:r>
        <w:br/>
      </w:r>
      <w:r>
        <w:rPr>
          <w:sz w:val="20"/>
        </w:rPr>
        <w:t>4:16  is mani mein ke ab jo nizam</w:t>
      </w:r>
      <w:r>
        <w:br/>
      </w:r>
      <w:r>
        <w:rPr>
          <w:sz w:val="20"/>
        </w:rPr>
        <w:t>4:20  banaya gaya is zameen par, ke yahan par paighambar aayen Allah ki rehnumai le kar.</w:t>
      </w:r>
      <w:r>
        <w:br/>
      </w:r>
      <w:r>
        <w:rPr>
          <w:sz w:val="20"/>
        </w:rPr>
        <w:t>4:30  aur aap jante hain ke Adam ke paas se musalsal yeh ho raha hai.</w:t>
      </w:r>
      <w:r>
        <w:br/>
      </w:r>
      <w:r>
        <w:rPr>
          <w:sz w:val="20"/>
        </w:rPr>
        <w:t>4:36  hadith ke mutabiq</w:t>
      </w:r>
      <w:r>
        <w:br/>
      </w:r>
      <w:r>
        <w:rPr>
          <w:sz w:val="20"/>
        </w:rPr>
        <w:t>4:38  124,000 paighambar aa chuke hain.</w:t>
      </w:r>
      <w:r>
        <w:br/>
      </w:r>
      <w:r>
        <w:rPr>
          <w:sz w:val="20"/>
        </w:rPr>
        <w:t>4:42  Rasool Allah sal Allah alaihi wasallam aakhri paighambar the.</w:t>
      </w:r>
      <w:r>
        <w:br/>
      </w:r>
      <w:r>
        <w:rPr>
          <w:sz w:val="20"/>
        </w:rPr>
        <w:t>4:45  yeh nizam Allah taala ne banaya hai ke Allah ki taraf se aik rehnuma aata rahega.</w:t>
      </w:r>
      <w:r>
        <w:br/>
      </w:r>
      <w:r>
        <w:rPr>
          <w:sz w:val="20"/>
        </w:rPr>
        <w:t>4:53  woh aata raha.</w:t>
      </w:r>
      <w:r>
        <w:br/>
      </w:r>
      <w:r>
        <w:rPr>
          <w:sz w:val="20"/>
        </w:rPr>
        <w:t>4:55  jo jinho ne in ko maana, woh</w:t>
      </w:r>
      <w:r>
        <w:br/>
      </w:r>
      <w:r>
        <w:rPr>
          <w:sz w:val="20"/>
        </w:rPr>
        <w:t>5:00  test mein poore utre.</w:t>
      </w:r>
      <w:r>
        <w:br/>
      </w:r>
      <w:r>
        <w:rPr>
          <w:sz w:val="20"/>
        </w:rPr>
        <w:t>5:02  jinhon ne nahin mana, woh test mein poore nahin utre.</w:t>
      </w:r>
      <w:r>
        <w:br/>
      </w:r>
      <w:r>
        <w:rPr>
          <w:sz w:val="20"/>
        </w:rPr>
        <w:t>5:05  ab ek mehfooz kitaab hai Allah ki, Quran.</w:t>
      </w:r>
      <w:r>
        <w:br/>
      </w:r>
      <w:r>
        <w:rPr>
          <w:sz w:val="20"/>
        </w:rPr>
        <w:t>5:09  woh paighambar ki</w:t>
      </w:r>
      <w:r>
        <w:br/>
      </w:r>
      <w:r>
        <w:rPr>
          <w:sz w:val="20"/>
        </w:rPr>
        <w:t>5:13  qaim muqam hai.</w:t>
      </w:r>
      <w:r>
        <w:br/>
      </w:r>
      <w:r>
        <w:rPr>
          <w:sz w:val="20"/>
        </w:rPr>
        <w:t>5:15  ab zinda paighambar nahin aayega hamare liye, lekin yeh kitaab mehfooz kar di gayi.</w:t>
      </w:r>
      <w:r>
        <w:br/>
      </w:r>
      <w:r>
        <w:rPr>
          <w:sz w:val="20"/>
        </w:rPr>
        <w:t>5:22  isi kitaab se hamein hidayat lete rehna hai.</w:t>
      </w:r>
    </w:p>
    <w:p>
      <w:pPr>
        <w:pStyle w:val="Heading2"/>
      </w:pPr>
      <w:r>
        <w:t>Personal reminder of death from a friend's passing</w:t>
      </w:r>
    </w:p>
    <w:p>
      <w:r>
        <w:rPr>
          <w:color w:val="666666"/>
          <w:sz w:val="18"/>
        </w:rPr>
        <w:t>Islam on Life and Death September 11, 2007 · 1m 44s · at 5:38 · https://youtu.be/6x7a7lMAswo?t=338</w:t>
      </w:r>
    </w:p>
    <w:p>
      <w:r>
        <w:rPr>
          <w:i/>
        </w:rPr>
        <w:t>“Aaj hi mere paas telephone aaya Nagpur se”</w:t>
      </w:r>
    </w:p>
    <w:p>
      <w:r>
        <w:rPr>
          <w:sz w:val="20"/>
        </w:rPr>
        <w:t>5:38  aaj hi mere paas telephone aaya nagpur se, hamare ek bohat janne wale the. aaj subah un ka intiqal ho gaya, halanke un ki umar mujh se mein samajhta hoon ke paanch saal kam az kam, paanch saal chhe saal kam thi.</w:t>
      </w:r>
      <w:r>
        <w:br/>
      </w:r>
      <w:r>
        <w:rPr>
          <w:sz w:val="20"/>
        </w:rPr>
        <w:t>5:57  to har aadmi aata hai, kuch din rehta hai, is ke baad woh marta hai. yaani maut ke farishte us ko giraftar karte hain.</w:t>
      </w:r>
      <w:r>
        <w:br/>
      </w:r>
      <w:r>
        <w:rPr>
          <w:sz w:val="20"/>
        </w:rPr>
        <w:t>6:08  aadmi bheja gaya, yahan kuch din is ne kaam kiya, phir maut ke farishte aaye, unhon ne giraftar kar liya us ko, aur kya kiya?</w:t>
      </w:r>
      <w:r>
        <w:br/>
      </w:r>
      <w:r>
        <w:rPr>
          <w:sz w:val="20"/>
        </w:rPr>
        <w:t>6:20  deport kar diya world hereafter ki taraf. to kaha do duniyaen hain, ek woh duniya jis ko hum kehte hain aakhirat, ek yeh duniya jis ko hum duniya kehte hain, maujooda duniya.</w:t>
      </w:r>
      <w:r>
        <w:br/>
      </w:r>
      <w:r>
        <w:rPr>
          <w:sz w:val="20"/>
        </w:rPr>
        <w:t>6:36  to har aadmi ki yahi kahani hai ke: "man arrives, man arrested, man deported". har aadmi, har aadmi, har aadmi.</w:t>
      </w:r>
      <w:r>
        <w:br/>
      </w:r>
      <w:r>
        <w:rPr>
          <w:sz w:val="20"/>
        </w:rPr>
        <w:t>6:51  aata hai, kuch din rehta hai, phir maut ke farishte aate hain aur giraftar kar ke us ko bhej dete hain, deport kar dete hain aakhirat ki taraf.</w:t>
      </w:r>
      <w:r>
        <w:br/>
      </w:r>
      <w:r>
        <w:rPr>
          <w:sz w:val="20"/>
        </w:rPr>
        <w:t>7:05  to yeh waqea mere liye maut ka yaad dehani ban gaya. phir mujhe yaad aaya ke isi tarah se pakistan ke pichhle sadar jo zia ul haq the,</w:t>
      </w:r>
    </w:p>
    <w:p>
      <w:pPr>
        <w:pStyle w:val="Heading2"/>
      </w:pPr>
      <w:r>
        <w:t>Duniya aur Aakhirat: avoid wishful thinking</w:t>
      </w:r>
    </w:p>
    <w:p>
      <w:r>
        <w:rPr>
          <w:color w:val="666666"/>
          <w:sz w:val="18"/>
        </w:rPr>
        <w:t>Success in Life And Life Hereafter April 20, 2014 Maulana Wahiduddin Khan · 1m 31s · at 0:39 · https://youtu.be/L2-KYLbot1I?t=39</w:t>
      </w:r>
    </w:p>
    <w:p>
      <w:r>
        <w:rPr>
          <w:i/>
        </w:rPr>
        <w:t>“آج کا ٹاپک ہے دنیا اور آخرت”</w:t>
      </w:r>
    </w:p>
    <w:p>
      <w:r>
        <w:rPr>
          <w:sz w:val="20"/>
        </w:rPr>
        <w:t>0:39  aaj ka topic hai dunya aur akhirat. yani islam ka concept kya hai dunya aur akhirat ki kamyabi ke liye.</w:t>
      </w:r>
      <w:r>
        <w:br/>
      </w:r>
      <w:r>
        <w:rPr>
          <w:sz w:val="20"/>
        </w:rPr>
        <w:t>1:00  yeh bohat hi ahem topic hai kyunke beshtar log wishful thinking mein pade rehte hain.</w:t>
      </w:r>
      <w:r>
        <w:br/>
      </w:r>
      <w:r>
        <w:rPr>
          <w:sz w:val="20"/>
        </w:rPr>
        <w:t>1:11  jisko quran mein kaha gaya hai amani. yani apne zehan se woh ek naqsha bana lete hain.</w:t>
      </w:r>
      <w:r>
        <w:br/>
      </w:r>
      <w:r>
        <w:rPr>
          <w:sz w:val="20"/>
        </w:rPr>
        <w:t>1:22  samajhte hain ke bas is naqshe par chalne se kamyabi mil jayegi. magar yeh baat nahi hai.</w:t>
      </w:r>
      <w:r>
        <w:br/>
      </w:r>
      <w:r>
        <w:rPr>
          <w:sz w:val="20"/>
        </w:rPr>
        <w:t>1:33  humein janna hoga ke khud jo khaliq hai jo rabb al-alameen hai uska naqsha kya hai.</w:t>
      </w:r>
      <w:r>
        <w:br/>
      </w:r>
      <w:r>
        <w:rPr>
          <w:sz w:val="20"/>
        </w:rPr>
        <w:t>1:44  yani wahi jo mein kaha karta hoon ke we have to know the creation plan of god.</w:t>
      </w:r>
      <w:r>
        <w:br/>
      </w:r>
      <w:r>
        <w:rPr>
          <w:sz w:val="20"/>
        </w:rPr>
        <w:t>1:55  toh dono pehluon se aaj mein kuch baatein arz karna chahta hoon. sabse pehle akhirat ke pehlu ko lijiye.</w:t>
      </w:r>
    </w:p>
    <w:p>
      <w:pPr>
        <w:pStyle w:val="Heading2"/>
      </w:pPr>
      <w:r>
        <w:t>a newborn child as a living sign of God</w:t>
      </w:r>
    </w:p>
    <w:p>
      <w:r>
        <w:rPr>
          <w:color w:val="666666"/>
          <w:sz w:val="18"/>
        </w:rPr>
        <w:t>Road to God July 25, 2010 Maulana Wahiduddin Khan · 2m 13s · at 52:47 · https://youtu.be/1kLAQHcFaFk?t=3167</w:t>
      </w:r>
    </w:p>
    <w:p>
      <w:r>
        <w:rPr>
          <w:i/>
        </w:rPr>
        <w:t>“A newborn baby is a living sign of God”</w:t>
      </w:r>
    </w:p>
    <w:p>
      <w:r>
        <w:rPr>
          <w:sz w:val="20"/>
        </w:rPr>
        <w:t>52:47  aksar mere paas kisi ka telephone aaye ga, koi mil kar bataye ga ke mere haan beta paida hua hai, bohat khushi khushi, bohat jubilantly. koi poocha, bhai naam poocha, koi uska naam bataiye, koi dua kijiye us ke liye.</w:t>
      </w:r>
      <w:r>
        <w:br/>
      </w:r>
      <w:r>
        <w:rPr>
          <w:sz w:val="20"/>
        </w:rPr>
        <w:t>53:04  kisi ne ab tak bhai mujhe aisa nahi mila ek lambi umar mein. kyunke dekhiye, beta kya hai? living sign of god hai. ek bachcha jo paida hota hai, aap zara ghor kijiye,</w:t>
      </w:r>
      <w:r>
        <w:br/>
      </w:r>
      <w:r>
        <w:rPr>
          <w:sz w:val="20"/>
        </w:rPr>
        <w:t>53:18  kaisa anokha hai ke pet ke andar se ek bachcha nikal aaya. kaisi ajeeb baat hai ke ek aurat ke pet se ek bachcha nikal aaya,</w:t>
      </w:r>
      <w:r>
        <w:br/>
      </w:r>
      <w:r>
        <w:rPr>
          <w:sz w:val="20"/>
        </w:rPr>
        <w:t>53:31  ek zinda bachcha. to woh ek living sign of god hai. woh us ko dekh kar aadmi ko chala uthna chahiye. lekin aaj tak mujhe koi ek insaan aisa nahi mila jo yeh kahe ke mera ek, mere ghar mein to living sign of god aa gaya hai.</w:t>
      </w:r>
      <w:r>
        <w:br/>
      </w:r>
      <w:r>
        <w:rPr>
          <w:sz w:val="20"/>
        </w:rPr>
        <w:t>53:50  har aadmi khush raha ke mera bachcha paida hoga.</w:t>
      </w:r>
      <w:r>
        <w:br/>
      </w:r>
      <w:r>
        <w:rPr>
          <w:sz w:val="20"/>
        </w:rPr>
        <w:t>53:54  ek sahib ke haan mein gaya, jo aalim thay, to ghar mein thay. mein un ke bahir baitha tha intezar mein. andar se niklay to chote bachche god mein liye hue thay.</w:t>
      </w:r>
      <w:r>
        <w:br/>
      </w:r>
      <w:r>
        <w:rPr>
          <w:sz w:val="20"/>
        </w:rPr>
        <w:t>54:04  woh woh kehte kya hain? dekhiye, Allah ne mujhe ek chand sa bachcha diya hai, aur lekin mujhe dene ke mein abhi god mein le loon us ko.</w:t>
      </w:r>
      <w:r>
        <w:br/>
      </w:r>
      <w:r>
        <w:rPr>
          <w:sz w:val="20"/>
        </w:rPr>
        <w:t>54:16  to chand sa bachcha to unhein pata hai, magar jo creator hai, uska pata nahi unhein.</w:t>
      </w:r>
      <w:r>
        <w:br/>
      </w:r>
      <w:r>
        <w:rPr>
          <w:sz w:val="20"/>
        </w:rPr>
        <w:t>54:24  chahe secular ho ya religious ho, aalim ho ya jahil ho, sab ka hai</w:t>
      </w:r>
      <w:r>
        <w:br/>
      </w:r>
      <w:r>
        <w:rPr>
          <w:sz w:val="20"/>
        </w:rPr>
        <w:t>54:30  ke beta paida hua to khush ho rahe hain, khush ho rahe hain. koi ek bhi insaan mujhe nahi maloom ab tak meri janne mein jo bachcha paida ho to kahe ke woh fu hi to living sign of god hai.</w:t>
      </w:r>
      <w:r>
        <w:br/>
      </w:r>
      <w:r>
        <w:rPr>
          <w:sz w:val="20"/>
        </w:rPr>
        <w:t>54:45  kaise matter jo hai, ek zinda bachche mein convert ho gaya? kaise aisa hua? mere ghar mein to Khuda ka ek ek nishan utar aaya hai.</w:t>
      </w:r>
    </w:p>
    <w:p>
      <w:pPr>
        <w:pStyle w:val="Heading2"/>
      </w:pPr>
      <w:r>
        <w:t>Ritual prayer without humility isn't real worship</w:t>
      </w:r>
    </w:p>
    <w:p>
      <w:r>
        <w:rPr>
          <w:color w:val="666666"/>
          <w:sz w:val="18"/>
        </w:rPr>
        <w:t>Concept of God December 7, 2014 · 1m 34s · at 1:11:45 · https://youtu.be/dCgL9lp8EAo?t=4305</w:t>
      </w:r>
    </w:p>
    <w:p>
      <w:r>
        <w:rPr>
          <w:i/>
        </w:rPr>
        <w:t>“People think worship is just a form to repeat - it isn't”</w:t>
      </w:r>
    </w:p>
    <w:p>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The universe as a believer's spiritual feast table</w:t>
      </w:r>
    </w:p>
    <w:p>
      <w:r>
        <w:rPr>
          <w:color w:val="666666"/>
          <w:sz w:val="18"/>
        </w:rPr>
        <w:t>Bagh-E-Jannat Book by Maulana Wahiduddin Khan · 1m 58s · at 10:12 · https://youtu.be/TN4ioE6LMDA?t=612</w:t>
      </w:r>
    </w:p>
    <w:p>
      <w:r>
        <w:rPr>
          <w:i/>
        </w:rPr>
        <w:t>“Kainat momin ke liye rizq-e-roohani ka dastarkhwan hai”</w:t>
      </w:r>
    </w:p>
    <w:p>
      <w:r>
        <w:rPr>
          <w:sz w:val="20"/>
        </w:rPr>
        <w:t>10:12  kainaat momin ke liye rizq rohani ka dastarخوان hai,</w:t>
      </w:r>
      <w:r>
        <w:br/>
      </w:r>
      <w:r>
        <w:rPr>
          <w:sz w:val="20"/>
        </w:rPr>
        <w:t>10:17  waise hi jaise jannat is ke liye rizq maadi ka dastarخوان hogi. hawa ke lateef jhonke jab is ke jism ko chhoote hain to is ko aisa mehsoos hota hai ke lams-e-khudawandi ka koi hissa is ko mil raha hai.</w:t>
      </w:r>
      <w:r>
        <w:br/>
      </w:r>
      <w:r>
        <w:rPr>
          <w:sz w:val="20"/>
        </w:rPr>
        <w:t>10:34  daryaaon ki rawaani mein is ko rehmat-e-haq ka josh aablta hua nazar aata hai.</w:t>
      </w:r>
      <w:r>
        <w:br/>
      </w:r>
      <w:r>
        <w:rPr>
          <w:sz w:val="20"/>
        </w:rPr>
        <w:t>10:40  chariyon ke chehchehe jab is ke kaanon mein ras gholte hain to is ke dil ke taaron par rabbani naghme jaag uthte hain. jis aadmi ko imaan ki nazar haasil ho jaati hai,</w:t>
      </w:r>
      <w:r>
        <w:br/>
      </w:r>
      <w:r>
        <w:rPr>
          <w:sz w:val="20"/>
        </w:rPr>
        <w:t>10:53  is ko dunya ki har cheez mein khuda ki jhalakiyan dikhai dene lagti hain. darakht mamooli lakri ka dhancha hai, magar is ke upar behad haseen phool ugte hain.</w:t>
      </w:r>
      <w:r>
        <w:br/>
      </w:r>
      <w:r>
        <w:rPr>
          <w:sz w:val="20"/>
        </w:rPr>
        <w:t>11:07  woh bazahir ek sokhi lakri ki manind is se bhi zyada ek sokhi zameen par khada hota hai. is ke baad ek khamosh inqilab aata hai.</w:t>
      </w:r>
      <w:r>
        <w:br/>
      </w:r>
      <w:r>
        <w:rPr>
          <w:sz w:val="20"/>
        </w:rPr>
        <w:t>11:18  is ki shakhon par nihayat khoobsurat phool khil uthte hain. lakri ki shakhain rangeen phoolon se dhak jaati hain.</w:t>
      </w:r>
      <w:r>
        <w:br/>
      </w:r>
      <w:r>
        <w:rPr>
          <w:sz w:val="20"/>
        </w:rPr>
        <w:t>11:27  aisa is liye hota hai ke koi banda is ko dekh kar keh uthe ke khudaaya, main bhi ek lakri hoon, tu chahe to mere upar haseen phool khila de.</w:t>
      </w:r>
      <w:r>
        <w:br/>
      </w:r>
      <w:r>
        <w:rPr>
          <w:sz w:val="20"/>
        </w:rPr>
        <w:t>11:39  main ek theek hoon, tu chahe to mujh ko sar sabz o shadab kar de. main ek be maani wajood hoon, tu chahe to meri zindagi ko maaniyat se bhar de.</w:t>
      </w:r>
      <w:r>
        <w:br/>
      </w:r>
      <w:r>
        <w:rPr>
          <w:sz w:val="20"/>
        </w:rPr>
        <w:t>11:53  main jahannum ke kinare khada hoon,</w:t>
      </w:r>
      <w:r>
        <w:br/>
      </w:r>
      <w:r>
        <w:rPr>
          <w:sz w:val="20"/>
        </w:rPr>
        <w:t>11:56  tu chahe to mujh ko jannat mein daakhil kar de. main tujh se door hoon, tu chahe to lapak kar mujh ko apne aaghosh mein utha le.</w:t>
      </w:r>
    </w:p>
    <w:p>
      <w:pPr>
        <w:pStyle w:val="Heading2"/>
      </w:pPr>
      <w:r>
        <w:t>Arab sheikh story and gratitude</w:t>
      </w:r>
    </w:p>
    <w:p>
      <w:r>
        <w:rPr>
          <w:color w:val="666666"/>
          <w:sz w:val="18"/>
        </w:rPr>
        <w:t>On the Month of Ramadan 23 sept, 2007 - Maulana Wahiduddin Khan · 2m 26s · at 15:10 · https://youtu.be/Q-bnwuQ42ns?t=910</w:t>
      </w:r>
    </w:p>
    <w:p>
      <w:r>
        <w:rPr>
          <w:i/>
        </w:rPr>
        <w:t>“A friend bought a beautiful house for the sheikh in Switzerland.”</w:t>
      </w:r>
    </w:p>
    <w:p>
      <w:r>
        <w:rPr>
          <w:sz w:val="20"/>
        </w:rPr>
        <w:t>15:10  is tarah se log achaanak bohat zyada rich ho gaye. to ek arab sheikh, jis ke paas bohat paisa aa gaya tha, to us ke ek dost ne us ke liye switzerland mein ek bohat shandar ghar khareeda.</w:t>
      </w:r>
      <w:r>
        <w:br/>
      </w:r>
      <w:r>
        <w:rPr>
          <w:sz w:val="20"/>
        </w:rPr>
        <w:t>15:27  switzerland mein, switzerland aap jante hain ke bohat hi beautiful country hai. main do baar gaya hoon switzerland, aur waqai bohat hi beautiful hai woh.</w:t>
      </w:r>
      <w:r>
        <w:br/>
      </w:r>
      <w:r>
        <w:rPr>
          <w:sz w:val="20"/>
        </w:rPr>
        <w:t>15:40  to wahan us ke liye ek bohat acha, khoobsurat sa ghar khareeda switzerland mein, ghaliban geneva mein.</w:t>
      </w:r>
      <w:r>
        <w:br/>
      </w:r>
      <w:r>
        <w:rPr>
          <w:sz w:val="20"/>
        </w:rPr>
        <w:t>15:51  to us ko yahan se hawai jahaz se le jaya gaya, us arab sheikh ko. jab us ghar mein dakhil hua, kaha jata tha woh ek mamooli se tent mein,</w:t>
      </w:r>
      <w:r>
        <w:br/>
      </w:r>
      <w:r>
        <w:rPr>
          <w:sz w:val="20"/>
        </w:rPr>
        <w:t>16:04  aur ab yeh bohat zyada, bohat zabardast qism ka aalishan ghar. to uska haal yeh hua, is mein likha tha ke us ko, us ko yeh woh believe nahi kar pata tha, woh ke mera ghar hai yeh.</w:t>
      </w:r>
      <w:r>
        <w:br/>
      </w:r>
      <w:r>
        <w:rPr>
          <w:sz w:val="20"/>
        </w:rPr>
        <w:t>16:20  to haath se deewaron ko chhoota tha, aur woh furniture ko chhoota tha ke kya waqai yeh furniture hai, kya yeh deewar hai. woh samajhta tha ke main dream dekh raha hoon, dream.</w:t>
      </w:r>
      <w:r>
        <w:br/>
      </w:r>
      <w:r>
        <w:rPr>
          <w:sz w:val="20"/>
        </w:rPr>
        <w:t>16:32  woh samajhta tha ke main dream dekh raha hoon, koi sach much aisa koi ghar hai jis mein main hoon, jo mera ghar hai. to chho chho kar dekhta tha ke waqai yeh koi ghar hai, ya mehaz dream mein yeh sab mein dekh raha hoon.</w:t>
      </w:r>
      <w:r>
        <w:br/>
      </w:r>
      <w:r>
        <w:rPr>
          <w:sz w:val="20"/>
        </w:rPr>
        <w:t>16:46  jab us ko discovery hui ke sach much yeh ghar hai, woh mera hi ghar hai, to woh sajde mein gir pada. achaanak woh jaise jaise gir pada, thahar pada,</w:t>
      </w:r>
      <w:r>
        <w:br/>
      </w:r>
      <w:r>
        <w:rPr>
          <w:sz w:val="20"/>
        </w:rPr>
        <w:t>17:00  aur der tak sajde mein woh rota raha ke yeh mera ghar hai yeh.</w:t>
      </w:r>
      <w:r>
        <w:br/>
      </w:r>
      <w:r>
        <w:rPr>
          <w:sz w:val="20"/>
        </w:rPr>
        <w:t>17:08  mujhe yeh yeh qissa jo hai, is ko parh kar yeh aadat, yeh khayal aata hai mere dil mein ke yeh haal har har har ek ka hona chahiye, jo haal arab sheikh ka hua, woh hum mein se har ek ka hona chahiye.</w:t>
      </w:r>
      <w:r>
        <w:br/>
      </w:r>
      <w:r>
        <w:rPr>
          <w:sz w:val="20"/>
        </w:rPr>
        <w:t>17:23  hum sab ko is se billion trillion time zyada bari cheezein mili hui hain. aap sochiye zara ke main kaise paida ho gaya, ek insaan jo chalta hai, jo bolta hai, jo sochta hai,</w:t>
      </w:r>
    </w:p>
    <w:p>
      <w:pPr>
        <w:pStyle w:val="Heading2"/>
      </w:pPr>
      <w:r>
        <w:t>Everyone should seclude themselves and read the whole Quran once</w:t>
      </w:r>
    </w:p>
    <w:p>
      <w:r>
        <w:rPr>
          <w:color w:val="666666"/>
          <w:sz w:val="18"/>
        </w:rPr>
        <w:t>Dars-e-Quran May 8, 2014 · 2m 18s · at 21:55 · https://youtu.be/2l7TWyWxK6k?t=1315</w:t>
      </w:r>
    </w:p>
    <w:p>
      <w:r>
        <w:rPr>
          <w:i/>
        </w:rPr>
        <w:t>“Every person must once sit and finish reading the Quran”</w:t>
      </w:r>
    </w:p>
    <w:p>
      <w:r>
        <w:rPr>
          <w:sz w:val="20"/>
        </w:rPr>
        <w:t>21:55  to main samajhta hoon ke har aadmi ko ek kaam zaroor karna chahiye.</w:t>
      </w:r>
      <w:r>
        <w:br/>
      </w:r>
      <w:r>
        <w:rPr>
          <w:sz w:val="20"/>
        </w:rPr>
        <w:t>22:00  yani ek baar woh saare kaam chhod kar aitkaf kare aur quran ek baar padhe. aitkaf kar ke, yani sab kuch chhod kar ke.</w:t>
      </w:r>
      <w:r>
        <w:br/>
      </w:r>
      <w:r>
        <w:rPr>
          <w:sz w:val="20"/>
        </w:rPr>
        <w:t>22:13  family ko chhode, doston ko chhode, business ko chhode, job ko chhode.</w:t>
      </w:r>
      <w:r>
        <w:br/>
      </w:r>
      <w:r>
        <w:rPr>
          <w:sz w:val="20"/>
        </w:rPr>
        <w:t>22:17  is waqt tak woh na nikle aitkaf jab tak woh quran ko khatam na kar le. aur niyat kya ho? ke quran ke zariye mujhe yeh janna hai ke meri salvation, meri nijat kaise hogi.</w:t>
      </w:r>
      <w:r>
        <w:br/>
      </w:r>
      <w:r>
        <w:rPr>
          <w:sz w:val="20"/>
        </w:rPr>
        <w:t>22:33  yani what is the formula of salvation .</w:t>
      </w:r>
      <w:r>
        <w:br/>
      </w:r>
      <w:r>
        <w:rPr>
          <w:sz w:val="20"/>
        </w:rPr>
        <w:t>22:36  yeh janne ke liye bas aur kuch nahi.</w:t>
      </w:r>
      <w:r>
        <w:br/>
      </w:r>
      <w:r>
        <w:rPr>
          <w:sz w:val="20"/>
        </w:rPr>
        <w:t>22:41  aur jis ne aisa nahin kiya hai to yaad rakhiye qayamat mein is ko koi excuse kaam nahin aayega. koi agar kahe ke flane aalim ne aisa keh diya tha, flane jagah aisi to hamein taqreer suni thi.</w:t>
      </w:r>
      <w:r>
        <w:br/>
      </w:r>
      <w:r>
        <w:rPr>
          <w:sz w:val="20"/>
        </w:rPr>
        <w:t>22:57  koi bhi excuse hargiz kaam nahin aayega. khuda poochega ke jab quran maujood tha tumhare paas to tum ne padha kyun nahin?</w:t>
      </w:r>
      <w:r>
        <w:br/>
      </w:r>
      <w:r>
        <w:rPr>
          <w:sz w:val="20"/>
        </w:rPr>
        <w:t>23:05  arabi nahin jante the to translation kyun nahin padha?</w:t>
      </w:r>
      <w:r>
        <w:br/>
      </w:r>
      <w:r>
        <w:rPr>
          <w:sz w:val="20"/>
        </w:rPr>
        <w:t>23:15  no excuse whatsoever is acceptable to god almighty in this regard</w:t>
      </w:r>
      <w:r>
        <w:br/>
      </w:r>
      <w:r>
        <w:rPr>
          <w:sz w:val="20"/>
        </w:rPr>
        <w:t>23:23  . to har aadmi ko yeh kaam to kar nahin karna hai ke kam az kam ek baar woh quran ko padh kar yeh samajhne ki koshish kare ke meri salvation, meri falah ka formula quran kya bata raha hai.</w:t>
      </w:r>
      <w:r>
        <w:br/>
      </w:r>
      <w:r>
        <w:rPr>
          <w:sz w:val="20"/>
        </w:rPr>
        <w:t>23:40  agar aadmi aisa nahin karta hai to koi excuse is se accept nahin kiya jayega. hargiz nahin.</w:t>
      </w:r>
      <w:r>
        <w:br/>
      </w:r>
      <w:r>
        <w:rPr>
          <w:sz w:val="20"/>
        </w:rPr>
        <w:t>23:51  to jahan tak mera mamla, main ne bar bar quran ko padha hai, bar bar quran ko padha hai, bar bar quran ko padha hai. aur main jo samajhta hoon woh yahi hai ke koi safarat, koi sifarish, koi shafa'at, koi buzurg ka daman thamna, koi salat tasbeeh, koi chale mein jana, koi yeh sab cheezon se jannat nahin milne wali kisi ko.</w:t>
      </w:r>
    </w:p>
    <w:p>
      <w:pPr>
        <w:pStyle w:val="Heading2"/>
      </w:pPr>
      <w:r>
        <w:t>Prophets sent for guidance until final revelation</w:t>
      </w:r>
    </w:p>
    <w:p>
      <w:r>
        <w:rPr>
          <w:color w:val="666666"/>
          <w:sz w:val="18"/>
        </w:rPr>
        <w:t>Interactive Session Eng02 06 2007 · 2m 50s · at 17:43 · https://youtu.be/eubwv4eDoAM?t=1063</w:t>
      </w:r>
    </w:p>
    <w:p>
      <w:r>
        <w:rPr>
          <w:i/>
        </w:rPr>
        <w:t>“But with man, there was no guidebook, no guidance”</w:t>
      </w:r>
    </w:p>
    <w:p>
      <w:r>
        <w:rPr>
          <w:sz w:val="20"/>
        </w:rPr>
        <w:t>17:43  To provide guidance. God Almighty created man and settled him on this Earth.</w:t>
      </w:r>
      <w:r>
        <w:br/>
      </w:r>
      <w:r>
        <w:rPr>
          <w:sz w:val="20"/>
        </w:rPr>
        <w:t>17:54  But with man, there was no guidebook, no guidance. So God provided guidance through a prophet.</w:t>
      </w:r>
      <w:r>
        <w:br/>
      </w:r>
      <w:r>
        <w:rPr>
          <w:sz w:val="20"/>
        </w:rPr>
        <w:t>18:09  In every age and in every period of time, God selected someone and revealed His truth to this person that is a prophet.</w:t>
      </w:r>
      <w:r>
        <w:br/>
      </w:r>
      <w:r>
        <w:rPr>
          <w:sz w:val="20"/>
        </w:rPr>
        <w:t>18:27  So a prophet is a revealed person. A prophet is just like ours. A prophet is a man. A prophet is a basher. He is not a superman.</w:t>
      </w:r>
      <w:r>
        <w:br/>
      </w:r>
      <w:r>
        <w:rPr>
          <w:sz w:val="20"/>
        </w:rPr>
        <w:t>18:37  The only difference is that he is a revealed person. So as there was no other source to know what is the meaning of life, you know everyone faces some questions.</w:t>
      </w:r>
      <w:r>
        <w:br/>
      </w:r>
      <w:r>
        <w:rPr>
          <w:sz w:val="20"/>
        </w:rPr>
        <w:t>18:52  Everyone. Who am I?</w:t>
      </w:r>
      <w:r>
        <w:br/>
      </w:r>
      <w:r>
        <w:rPr>
          <w:sz w:val="20"/>
        </w:rPr>
        <w:t>18:56  What is the purpose of life? What is death? What is after death</w:t>
      </w:r>
      <w:r>
        <w:br/>
      </w:r>
      <w:r>
        <w:rPr>
          <w:sz w:val="20"/>
        </w:rPr>
        <w:t>19:07  ? So all these questions are unanswered. No philosophy can provide you answers to these questions.</w:t>
      </w:r>
      <w:r>
        <w:br/>
      </w:r>
      <w:r>
        <w:rPr>
          <w:sz w:val="20"/>
        </w:rPr>
        <w:t>19:16  So God</w:t>
      </w:r>
      <w:r>
        <w:br/>
      </w:r>
      <w:r>
        <w:rPr>
          <w:sz w:val="20"/>
        </w:rPr>
        <w:t>19:20  sent prophets to provide answers to these questions. So every prophet was a blessing for...</w:t>
      </w:r>
      <w:r>
        <w:br/>
      </w:r>
      <w:r>
        <w:rPr>
          <w:sz w:val="20"/>
        </w:rPr>
        <w:t>19:32  every prophet was a blessing. So God sent prophets in every time, and Prophet Muhammad was the final prophet.</w:t>
      </w:r>
      <w:r>
        <w:br/>
      </w:r>
      <w:r>
        <w:rPr>
          <w:sz w:val="20"/>
        </w:rPr>
        <w:t>19:45  Because after... because the revelation he received from God is now preserved completely.</w:t>
      </w:r>
      <w:r>
        <w:br/>
      </w:r>
      <w:r>
        <w:rPr>
          <w:sz w:val="20"/>
        </w:rPr>
        <w:t>19:55  So when the revelations are preserved, then there is no need of a prophet. In ancient days...</w:t>
      </w:r>
      <w:r>
        <w:br/>
      </w:r>
      <w:r>
        <w:rPr>
          <w:sz w:val="20"/>
        </w:rPr>
        <w:t>20:06  what happened in ancient days?</w:t>
      </w:r>
      <w:r>
        <w:br/>
      </w:r>
      <w:r>
        <w:rPr>
          <w:sz w:val="20"/>
        </w:rPr>
        <w:t>20:10  That prophets... revelation was lost after the death of the prophet. So their revelation was not preserved.</w:t>
      </w:r>
      <w:r>
        <w:br/>
      </w:r>
      <w:r>
        <w:rPr>
          <w:sz w:val="20"/>
        </w:rPr>
        <w:t>20:21  But Prophet Muhammad... but the revelation received by Prophet Muhammad is preserved completely in its original language.</w:t>
      </w:r>
    </w:p>
    <w:p>
      <w:pPr>
        <w:pStyle w:val="Heading2"/>
      </w:pPr>
      <w:r>
        <w:t>Why frozen water bursts pipes in cold winters</w:t>
      </w:r>
    </w:p>
    <w:p>
      <w:r>
        <w:rPr>
          <w:color w:val="666666"/>
          <w:sz w:val="18"/>
        </w:rPr>
        <w:t>Shock A Blessing in Disguise November 01, 2009 · 2m 19s · at 14:59 · https://youtu.be/trEB_2Bwos8?t=899</w:t>
      </w:r>
    </w:p>
    <w:p>
      <w:r>
        <w:rPr>
          <w:i/>
        </w:rPr>
        <w:t>“Why do pipes burst when water freezes?”</w:t>
      </w:r>
    </w:p>
    <w:p>
      <w:r>
        <w:rPr>
          <w:sz w:val="20"/>
        </w:rPr>
        <w:t>14:59  dekhiye, kyun log tension mein pad jaate hain? aur main tension mein nahin pada. isko maine aaj hi discover kiya. dekhiye, pani jo hai, pani.</w:t>
      </w:r>
      <w:r>
        <w:br/>
      </w:r>
      <w:r>
        <w:rPr>
          <w:sz w:val="20"/>
        </w:rPr>
        <w:t>15:12  pani ka laqab kya hai? jab freezing point par aa jati hai thandak, cheez jab jam jaye cheez hai, toh pani jo hai jam jata hai.</w:t>
      </w:r>
      <w:r>
        <w:br/>
      </w:r>
      <w:r>
        <w:rPr>
          <w:sz w:val="20"/>
        </w:rPr>
        <w:t>15:22  lekin jamne ke liye kya hota hai? ki expand karta hai yeh. yani 99 percent expand kar deta hai.</w:t>
      </w:r>
      <w:r>
        <w:br/>
      </w:r>
      <w:r>
        <w:rPr>
          <w:sz w:val="20"/>
        </w:rPr>
        <w:t>15:29  yeh pani jism mein hai, jam jayega toh yeh 99 percent expand karega, phail jayega. isi liye aap jante hain ki Kashmir wagera mein sakht sardi jab hoti hai toh pipe phat jaate hain.</w:t>
      </w:r>
      <w:r>
        <w:br/>
      </w:r>
      <w:r>
        <w:rPr>
          <w:sz w:val="20"/>
        </w:rPr>
        <w:t>15:43  pani ke pipe phat jaate hain. kyun? woh pani expand kar gaya, jam kar. toh jam kar jab pani expand kar gaya toh lohe ne qabool nahin kiya, loha phat gaya.</w:t>
      </w:r>
      <w:r>
        <w:br/>
      </w:r>
      <w:r>
        <w:rPr>
          <w:sz w:val="20"/>
        </w:rPr>
        <w:t>15:54  jo lohe ka jo diameter hota hai, woh diameter se zyada ho gaya iska.</w:t>
      </w:r>
      <w:r>
        <w:br/>
      </w:r>
      <w:r>
        <w:rPr>
          <w:sz w:val="20"/>
        </w:rPr>
        <w:t>15:58  toh Kashmir wagera mein sakht sardi mein pipe phat jaate hain. achha, lekin aap jante hain ki samundaron mein north pole aur south pole samundaron mein barf ke pahad hain, jisko aap iceberg kehte hain.</w:t>
      </w:r>
      <w:r>
        <w:br/>
      </w:r>
      <w:r>
        <w:rPr>
          <w:sz w:val="20"/>
        </w:rPr>
        <w:t>16:17  iceberg itne bade bade hote hain ki jo bade bade iceberg hain, woh saat mil lambe aur aur teen mil chaude tak hote hain.</w:t>
      </w:r>
      <w:r>
        <w:br/>
      </w:r>
      <w:r>
        <w:rPr>
          <w:sz w:val="20"/>
        </w:rPr>
        <w:t>16:26  yeh saat teen mil chauda aur saat mil lamba, itna bada iceberg. toh wahan kuch nahin hota. kyun?</w:t>
      </w:r>
      <w:r>
        <w:br/>
      </w:r>
      <w:r>
        <w:rPr>
          <w:sz w:val="20"/>
        </w:rPr>
        <w:t>16:35  iceberg jo hai, woh khali fazaa mein hai, jitna chahe phailta chala jaye. iceberg bhi pani ko jamne se hota hai. iceberg jo hai, woh pani ke jamne se hota hai.</w:t>
      </w:r>
      <w:r>
        <w:br/>
      </w:r>
      <w:r>
        <w:rPr>
          <w:sz w:val="20"/>
        </w:rPr>
        <w:t>16:48  iska bhi size phail jata hai, wahi 99 percent ke</w:t>
      </w:r>
      <w:r>
        <w:br/>
      </w:r>
      <w:r>
        <w:rPr>
          <w:sz w:val="20"/>
        </w:rPr>
        <w:t>16:54  ratio se. lekin woh wahan kuch nahin hota, kyunki woh toh poori kainat iske liye phailne ke liye hai. lekin jo lohe mein ya shishe mein jo pani hai, woh jab jamta hai toh phat jata hai iska container.</w:t>
      </w:r>
      <w:r>
        <w:br/>
      </w:r>
      <w:r>
        <w:rPr>
          <w:sz w:val="20"/>
        </w:rPr>
        <w:t>17:06  kyunki woh woh toh badh gaya iska size, iska size nahin badha. toh aaj maine samjha ki logon ke paas jo material woh hai, thinking hai.</w:t>
      </w:r>
    </w:p>
    <w:p>
      <w:pPr>
        <w:pStyle w:val="Heading2"/>
      </w:pPr>
      <w:r>
        <w:t>Jannah as greatest blessing and knowledge</w:t>
      </w:r>
    </w:p>
    <w:p>
      <w:r>
        <w:rPr>
          <w:color w:val="666666"/>
          <w:sz w:val="18"/>
        </w:rPr>
        <w:t>Love for God July 21, 2020 Prof. Farida Khanam · 1m 13s · at 3:56 · https://youtu.be/BNjJjQ_SFuM?t=236</w:t>
      </w:r>
    </w:p>
    <w:p>
      <w:r>
        <w:rPr>
          <w:i/>
        </w:rPr>
        <w:t>“Aur sab se badi nemat jo Allah Ta'ala ne humein di hai, woh”</w:t>
      </w:r>
    </w:p>
    <w:p>
      <w:r>
        <w:rPr>
          <w:sz w:val="20"/>
        </w:rPr>
        <w:t>3:56  aur sab se bari nemat jo Allah taala ne hamein di hai, woh jannat ki shakal mein hai. jaisa ke aap ko maloom hai, is dunya mein insan kuch saalon ke liye aaya hai yahan par apna test dene ke liye ke is dunya mein insan ko Allah taala ne azadi di hai.</w:t>
      </w:r>
      <w:r>
        <w:br/>
      </w:r>
      <w:r>
        <w:rPr>
          <w:sz w:val="20"/>
        </w:rPr>
        <w:t>4:13  is azadi ko hum use karte hain ya misuse karte hain, aur isi ke mutabiq hamara akhirat mein faisla hoga. to akhirat mein jo log achhe amal karenge, un ke liye jannat hai.</w:t>
      </w:r>
      <w:r>
        <w:br/>
      </w:r>
      <w:r>
        <w:rPr>
          <w:sz w:val="20"/>
        </w:rPr>
        <w:t>4:26  aur jannat,</w:t>
      </w:r>
      <w:r>
        <w:br/>
      </w:r>
      <w:r>
        <w:rPr>
          <w:sz w:val="20"/>
        </w:rPr>
        <w:t>4:27  aap log jante hain ke jannat Khuda ka paros hai. ab dekhiye ke kitni qeemti cheez hai jannat, Khuda ka paros hai, aur Allah taala ne ke yeh be payan rehmat hai ke dunya mein bhi Allah taala ne tamam cheezein hamein dein, aur akhirat mein bhi jannat jannat de di.</w:t>
      </w:r>
      <w:r>
        <w:br/>
      </w:r>
      <w:r>
        <w:rPr>
          <w:sz w:val="20"/>
        </w:rPr>
        <w:t>4:46  ab sirf hamein itna karna hai ke hum is dunya mein Allah taala ke</w:t>
      </w:r>
      <w:r>
        <w:br/>
      </w:r>
      <w:r>
        <w:rPr>
          <w:sz w:val="20"/>
        </w:rPr>
        <w:t>4:51  mutabiq, Allah taala ki marzi ke mutabiq zindagi guzarein, naik amal karein, aur Khuda ki marifat hasil karein.</w:t>
      </w:r>
      <w:r>
        <w:br/>
      </w:r>
      <w:r>
        <w:rPr>
          <w:sz w:val="20"/>
        </w:rPr>
        <w:t>5:00  aur Khuda ki marifat hamein isi tarah milegi ke hum Khuda ki nematon ka hum ko gehra shaoori ehsas ho ke kitni bari cheez hai.</w:t>
      </w:r>
    </w:p>
    <w:p>
      <w:pPr>
        <w:pStyle w:val="Heading2"/>
      </w:pPr>
      <w:r>
        <w:t>A poor father, a persistent son, and a bicycle</w:t>
      </w:r>
    </w:p>
    <w:p>
      <w:r>
        <w:rPr>
          <w:color w:val="666666"/>
          <w:sz w:val="18"/>
        </w:rPr>
        <w:t>God and Man February 19, 2012 · 1m 48s · at 44:36 · https://youtu.be/rL4g0LOU3wo?t=2676</w:t>
      </w:r>
    </w:p>
    <w:p>
      <w:r>
        <w:rPr>
          <w:i/>
        </w:rPr>
        <w:t>“A boy wanted a bicycle, his father was poor”</w:t>
      </w:r>
    </w:p>
    <w:p>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p>
    <w:p>
      <w:pPr>
        <w:pStyle w:val="Heading2"/>
      </w:pPr>
      <w:r>
        <w:t>True love vs emotional outburst</w:t>
      </w:r>
    </w:p>
    <w:p>
      <w:r>
        <w:rPr>
          <w:color w:val="666666"/>
          <w:sz w:val="18"/>
        </w:rPr>
        <w:t>Fiqh in Islam (Prophetic Wisdom) November 24, 2006 · 2m 34s · at 26:14 · https://youtu.be/magXxJDsM8c?t=1574</w:t>
      </w:r>
    </w:p>
    <w:p>
      <w:r>
        <w:rPr>
          <w:i/>
        </w:rPr>
        <w:t>“Yani josh ka naam mohabbat nahi hai”</w:t>
      </w:r>
    </w:p>
    <w:p>
      <w:r>
        <w:rPr>
          <w:sz w:val="20"/>
        </w:rPr>
        <w:t>26:14  yani josh ka naam mohabbat nahi hai.</w:t>
      </w:r>
      <w:r>
        <w:br/>
      </w:r>
      <w:r>
        <w:rPr>
          <w:sz w:val="20"/>
        </w:rPr>
        <w:t>26:20  yani rasool Allah sal Allah alaihi wasallam ke sath koi koi farz kiye gustakhi kar de aur woh</w:t>
      </w:r>
      <w:r>
        <w:br/>
      </w:r>
      <w:r>
        <w:rPr>
          <w:sz w:val="20"/>
        </w:rPr>
        <w:t>26:26  ladne ke khare ho jayein, is ka naam mohabbat nahi hai.</w:t>
      </w:r>
      <w:r>
        <w:br/>
      </w:r>
      <w:r>
        <w:rPr>
          <w:sz w:val="20"/>
        </w:rPr>
        <w:t>26:32  is baat ko achhe se samajh liye ke mohabbat mein aur josh mein farq hai.</w:t>
      </w:r>
      <w:r>
        <w:br/>
      </w:r>
      <w:r>
        <w:rPr>
          <w:sz w:val="20"/>
        </w:rPr>
        <w:t>26:38  is naam par ke rasool Allah ke sath gu</w:t>
      </w:r>
      <w:r>
        <w:br/>
      </w:r>
      <w:r>
        <w:rPr>
          <w:sz w:val="20"/>
        </w:rPr>
        <w:t>26:44  stakhi ki gayi hai, rasool Allah ka naam ghalat tareeqe se liya gaya hai, aap ladne ko khare</w:t>
      </w:r>
      <w:r>
        <w:br/>
      </w:r>
      <w:r>
        <w:rPr>
          <w:sz w:val="20"/>
        </w:rPr>
        <w:t>26:52  ho jayein to yeh hargiz mohabbat rasool nahi hai.</w:t>
      </w:r>
      <w:r>
        <w:br/>
      </w:r>
      <w:r>
        <w:rPr>
          <w:sz w:val="20"/>
        </w:rPr>
        <w:t>27:00  yeh to ek josh hai, jazbati ojhal pan hai, yeh bohat hi alag dhang ki cheez hai.</w:t>
      </w:r>
      <w:r>
        <w:br/>
      </w:r>
      <w:r>
        <w:rPr>
          <w:sz w:val="20"/>
        </w:rPr>
        <w:t>27:08  yaad rakhiye, jazbati ojhal pan hota hai qaumi jazbe ke tehat, mili jazbe ke tehat.</w:t>
      </w:r>
      <w:r>
        <w:br/>
      </w:r>
      <w:r>
        <w:rPr>
          <w:sz w:val="20"/>
        </w:rPr>
        <w:t>27:16  aap ko mehsoos hota hai ke mera mera fakhr jo hai woh hit ho gaya hai, mere fakhr</w:t>
      </w:r>
      <w:r>
        <w:br/>
      </w:r>
      <w:r>
        <w:rPr>
          <w:sz w:val="20"/>
        </w:rPr>
        <w:t>27:21  ko is ne tod diya hai.</w:t>
      </w:r>
      <w:r>
        <w:br/>
      </w:r>
      <w:r>
        <w:rPr>
          <w:sz w:val="20"/>
        </w:rPr>
        <w:t>27:26  to is qism ka jo pur josh izhaar hota hai woh haqeeqat mein apne fakhr ko mehfooz rakhne ke</w:t>
      </w:r>
      <w:r>
        <w:br/>
      </w:r>
      <w:r>
        <w:rPr>
          <w:sz w:val="20"/>
        </w:rPr>
        <w:t>27:31  liye hota hai, apne qaumi bartari ko baki rakhne ke liye hota hai, is ka mohabbat rasool se</w:t>
      </w:r>
      <w:r>
        <w:br/>
      </w:r>
      <w:r>
        <w:rPr>
          <w:sz w:val="20"/>
        </w:rPr>
        <w:t>27:36  koi taluq nahi.</w:t>
      </w:r>
      <w:r>
        <w:br/>
      </w:r>
      <w:r>
        <w:rPr>
          <w:sz w:val="20"/>
        </w:rPr>
        <w:t>27:41  yani qaumi nakh</w:t>
      </w:r>
      <w:r>
        <w:br/>
      </w:r>
      <w:r>
        <w:rPr>
          <w:sz w:val="20"/>
        </w:rPr>
        <w:t>27:46  wot lagta hai aap ko ke toot gayi, qaumi fakhr jo hai woh khatre mein pad gaya.</w:t>
      </w:r>
      <w:r>
        <w:br/>
      </w:r>
      <w:r>
        <w:rPr>
          <w:sz w:val="20"/>
        </w:rPr>
        <w:t>27:53  is ke liye aap, is ke liye log josh mein aakar ke ladna shuru kar dete hain.</w:t>
      </w:r>
      <w:r>
        <w:br/>
      </w:r>
      <w:r>
        <w:rPr>
          <w:sz w:val="20"/>
        </w:rPr>
        <w:t>28:01  woh kuch bhi mohabbat yani mohabbat rasool kisi darje mein bhi mohabbat rasool nahi hai.</w:t>
      </w:r>
      <w:r>
        <w:br/>
      </w:r>
      <w:r>
        <w:rPr>
          <w:sz w:val="20"/>
        </w:rPr>
        <w:t>28:08  mohabbat rasool to ek musbat sifat ka naam hai, ek bohat hi yani doosron se</w:t>
      </w:r>
      <w:r>
        <w:br/>
      </w:r>
      <w:r>
        <w:rPr>
          <w:sz w:val="20"/>
        </w:rPr>
        <w:t>28:16  doosron ka waluesher banata hai.</w:t>
      </w:r>
      <w:r>
        <w:br/>
      </w:r>
      <w:r>
        <w:rPr>
          <w:sz w:val="20"/>
        </w:rPr>
        <w:t>28:22  agar aap ko Allah se mohabbat hai, iman se mohabbat hai, rasool se mohabbat hai to kya hoga?</w:t>
      </w:r>
      <w:r>
        <w:br/>
      </w:r>
      <w:r>
        <w:rPr>
          <w:sz w:val="20"/>
        </w:rPr>
        <w:t>28:29  aap doosron ke walvesher ban jayenge, doosron ke khair khwah ban jayenge.</w:t>
      </w:r>
      <w:r>
        <w:br/>
      </w:r>
      <w:r>
        <w:rPr>
          <w:sz w:val="20"/>
        </w:rPr>
        <w:t>28:35  aap ke andar nermi aayegi, tawazu aayegi, ajzi aayegi.</w:t>
      </w:r>
      <w:r>
        <w:br/>
      </w:r>
      <w:r>
        <w:rPr>
          <w:sz w:val="20"/>
        </w:rPr>
        <w:t>28:41  josh o kharosh wali baat kabhi bhi nahi aa sakti, iman ke sath ekatha nahi ho sakti hai.</w:t>
      </w:r>
    </w:p>
    <w:p>
      <w:pPr>
        <w:pStyle w:val="Heading2"/>
      </w:pPr>
      <w:r>
        <w:t>Remember standing before God</w:t>
      </w:r>
    </w:p>
    <w:p>
      <w:r>
        <w:rPr>
          <w:color w:val="666666"/>
          <w:sz w:val="18"/>
        </w:rPr>
        <w:t>My Experience July 19, 2020 Maulana Wahiduddin Khan · 1m 59s · at 14:05 · https://youtu.be/p48Xhw0m5pk?t=845</w:t>
      </w:r>
    </w:p>
    <w:p>
      <w:r>
        <w:rPr>
          <w:i/>
        </w:rPr>
        <w:t>“Mere baap ka kahte the”</w:t>
      </w:r>
    </w:p>
    <w:p>
      <w:r>
        <w:rPr>
          <w:sz w:val="20"/>
        </w:rPr>
        <w:t>14:05  mere baap ka kehte the ke mere baap jo boorha ho ke bare the aur bohat hi naik aadmi the,</w:t>
      </w:r>
      <w:r>
        <w:br/>
      </w:r>
      <w:r>
        <w:rPr>
          <w:sz w:val="20"/>
        </w:rPr>
        <w:t>14:19  bohat naik aadmi the.</w:t>
      </w:r>
      <w:r>
        <w:br/>
      </w:r>
      <w:r>
        <w:rPr>
          <w:sz w:val="20"/>
        </w:rPr>
        <w:t>14:25  to woh kaha karte the, zyada parhe likhe bhi nahi the, zamindar the woh. to woh kaha karte the ke Khuda ka munh dikhana hai har baat mein, woh Khuda ka munh dikhana hai.</w:t>
      </w:r>
      <w:r>
        <w:br/>
      </w:r>
      <w:r>
        <w:rPr>
          <w:sz w:val="20"/>
        </w:rPr>
        <w:t>14:44  yani aap apna ehitsab karo aur yaad rakho, woh jo kehte the, woh isi isi ki waise hi ek ayat hai: yom yaqoomun naasu li rabbil aalameen</w:t>
      </w:r>
      <w:r>
        <w:br/>
      </w:r>
      <w:r>
        <w:rPr>
          <w:sz w:val="20"/>
        </w:rPr>
        <w:t>15:02  yom yaqoomun naasu li rabbil aalameen. jis din tamam insaan paida kiye, us din jis din tamam insaan khara kiya jayenge apne rab ke samne, is tasawwur se, yani badar mein rongte khare hote hain</w:t>
      </w:r>
      <w:r>
        <w:br/>
      </w:r>
      <w:r>
        <w:rPr>
          <w:sz w:val="20"/>
        </w:rPr>
        <w:t>15:21  ke jis kainat ka jo khaliq hai, jis ne itni bari kainat ko paida kiya hai, yani is ke samne khara hona, yeh soch kar aadmi ek dam badhawas hota hai.</w:t>
      </w:r>
      <w:r>
        <w:br/>
      </w:r>
      <w:r>
        <w:rPr>
          <w:sz w:val="20"/>
        </w:rPr>
        <w:t>15:39  to hamare baap kehte the ke Khuda ka munh dikhana hai aur main kahunga ke yom yaqoomun naasu li rabbil aalameen woh din aanay wala hai jab ke tamam insaan Allah Rabbul Aalameen ke samne khare kiye jayenge.</w:t>
      </w:r>
      <w:r>
        <w:br/>
      </w:r>
      <w:r>
        <w:rPr>
          <w:sz w:val="20"/>
        </w:rPr>
        <w:t>15:59  to bas yahi sochna chahiye aadmi ko.</w:t>
      </w:r>
    </w:p>
    <w:p>
      <w:pPr>
        <w:pStyle w:val="Heading2"/>
      </w:pPr>
      <w:r>
        <w:t>Three ages of civilization</w:t>
      </w:r>
    </w:p>
    <w:p>
      <w:r>
        <w:rPr>
          <w:color w:val="666666"/>
          <w:sz w:val="18"/>
        </w:rPr>
        <w:t>From Human Civilization to Divine Civilization | January 17, 2010 · 2m 31s · at 28:40 · https://youtu.be/bvU8NWFSmUc?t=1720</w:t>
      </w:r>
    </w:p>
    <w:p>
      <w:r>
        <w:rPr>
          <w:i/>
        </w:rPr>
        <w:t>“I divide it into three: pre-industrial, then post-industrial”</w:t>
      </w:r>
    </w:p>
    <w:p>
      <w:r>
        <w:rPr>
          <w:sz w:val="20"/>
        </w:rPr>
        <w:t>28:40  to woh akhirat mein shuru hoga, is ki koi had nahi hogi.</w:t>
      </w:r>
      <w:r>
        <w:br/>
      </w:r>
      <w:r>
        <w:rPr>
          <w:sz w:val="20"/>
        </w:rPr>
        <w:t>28:46  اس کو میں تین حصوں میں تقسیم کرتا ہوں کہ pre-industrial age، pre-industrial age، پھر post-industrial age۔</w:t>
      </w:r>
      <w:r>
        <w:br/>
      </w:r>
      <w:r>
        <w:rPr>
          <w:sz w:val="20"/>
        </w:rPr>
        <w:t>28:53  to aik tha pre industrial age jis mein tohamat hote the jo qiyas arai par mabni hoti theen.</w:t>
      </w:r>
      <w:r>
        <w:br/>
      </w:r>
      <w:r>
        <w:rPr>
          <w:sz w:val="20"/>
        </w:rPr>
        <w:t>28:59  qiyas arai par.</w:t>
      </w:r>
      <w:r>
        <w:br/>
      </w:r>
      <w:r>
        <w:rPr>
          <w:sz w:val="20"/>
        </w:rPr>
        <w:t>29:05  jaise logon ne dek</w:t>
      </w:r>
      <w:r>
        <w:br/>
      </w:r>
      <w:r>
        <w:rPr>
          <w:sz w:val="20"/>
        </w:rPr>
        <w:t>29:11  ha ke suraj east se nikla, maghrib mein ja kar doob gaya to yeh samjha ke suraj jo</w:t>
      </w:r>
      <w:r>
        <w:br/>
      </w:r>
      <w:r>
        <w:rPr>
          <w:sz w:val="20"/>
        </w:rPr>
        <w:t>29:16  hai, zameen ke gird ghoom raha hai.</w:t>
      </w:r>
      <w:r>
        <w:br/>
      </w:r>
      <w:r>
        <w:rPr>
          <w:sz w:val="20"/>
        </w:rPr>
        <w:t>29:21  yeh tha qiyas arai.</w:t>
      </w:r>
      <w:r>
        <w:br/>
      </w:r>
      <w:r>
        <w:rPr>
          <w:sz w:val="20"/>
        </w:rPr>
        <w:t>29:26  yeh tha qiyas arai.</w:t>
      </w:r>
      <w:r>
        <w:br/>
      </w:r>
      <w:r>
        <w:rPr>
          <w:sz w:val="20"/>
        </w:rPr>
        <w:t>29:31  to pre industrial age mein har cheez qiyas arai par mabni hoti thi.</w:t>
      </w:r>
      <w:r>
        <w:br/>
      </w:r>
      <w:r>
        <w:rPr>
          <w:sz w:val="20"/>
        </w:rPr>
        <w:t>29:36  pre industrial age aya, science ki taraqqi hui to mushahida aur tajruba hone laga. aur ind</w:t>
      </w:r>
      <w:r>
        <w:br/>
      </w:r>
      <w:r>
        <w:rPr>
          <w:sz w:val="20"/>
        </w:rPr>
        <w:t>29:41  ustries lagai gaeen, factories lagai gaeen.</w:t>
      </w:r>
      <w:r>
        <w:br/>
      </w:r>
      <w:r>
        <w:rPr>
          <w:sz w:val="20"/>
        </w:rPr>
        <w:t>29:46  lekin maloom yeh hua ke industries ka aik manfi nuqta hai, woh hai aalmi warming, woh hai aaloodgi,</w:t>
      </w:r>
      <w:r>
        <w:br/>
      </w:r>
      <w:r>
        <w:rPr>
          <w:sz w:val="20"/>
        </w:rPr>
        <w:t>29:51  woh hai carbon emission.</w:t>
      </w:r>
      <w:r>
        <w:br/>
      </w:r>
      <w:r>
        <w:rPr>
          <w:sz w:val="20"/>
        </w:rPr>
        <w:t>29:56  industry achi hai lekin yeh bhi aik manfi nuqta hai.</w:t>
      </w:r>
      <w:r>
        <w:br/>
      </w:r>
      <w:r>
        <w:rPr>
          <w:sz w:val="20"/>
        </w:rPr>
        <w:t>30:01  hamari jo industries hain, is ka musbat nuqta yeh hai ke woh hamein صارفین ki ashya deti hain,</w:t>
      </w:r>
      <w:r>
        <w:br/>
      </w:r>
      <w:r>
        <w:rPr>
          <w:sz w:val="20"/>
        </w:rPr>
        <w:t>30:06  hamein car aur hawai jahaz milta hai,</w:t>
      </w:r>
      <w:r>
        <w:br/>
      </w:r>
      <w:r>
        <w:rPr>
          <w:sz w:val="20"/>
        </w:rPr>
        <w:t>30:11  bohat si cheezein milti hain.</w:t>
      </w:r>
      <w:r>
        <w:br/>
      </w:r>
      <w:r>
        <w:rPr>
          <w:sz w:val="20"/>
        </w:rPr>
        <w:t>30:15  lekin is ka manfi nuqta yeh hai ke woh aalooda karti hain pani ko, hawa ko, har cheez ko.</w:t>
      </w:r>
      <w:r>
        <w:br/>
      </w:r>
      <w:r>
        <w:rPr>
          <w:sz w:val="20"/>
        </w:rPr>
        <w:t>30:18  is waqt samandar jo hai, aalooda ho chuke hain.</w:t>
      </w:r>
      <w:r>
        <w:br/>
      </w:r>
      <w:r>
        <w:rPr>
          <w:sz w:val="20"/>
        </w:rPr>
        <w:t>30:22  nawve panch feesad samandar aalooda ho chuke hain.</w:t>
      </w:r>
      <w:r>
        <w:br/>
      </w:r>
      <w:r>
        <w:rPr>
          <w:sz w:val="20"/>
        </w:rPr>
        <w:t>30:26  in ka pani kasif ho chuka hai.</w:t>
      </w:r>
      <w:r>
        <w:br/>
      </w:r>
      <w:r>
        <w:rPr>
          <w:sz w:val="20"/>
        </w:rPr>
        <w:t>30:30  hawa mein aaloodgi hai.</w:t>
      </w:r>
      <w:r>
        <w:br/>
      </w:r>
      <w:r>
        <w:rPr>
          <w:sz w:val="20"/>
        </w:rPr>
        <w:t>30:33  to aisi industries jo carbon emission na ho, jis ke andar aisi insan abhi tak daryaft nahi kar saka</w:t>
      </w:r>
      <w:r>
        <w:br/>
      </w:r>
      <w:r>
        <w:rPr>
          <w:sz w:val="20"/>
        </w:rPr>
        <w:t>30:37  hai, to hamari industry ka anjam aa gaya.</w:t>
      </w:r>
      <w:r>
        <w:br/>
      </w:r>
      <w:r>
        <w:rPr>
          <w:sz w:val="20"/>
        </w:rPr>
        <w:t>30:41  bohat si kitaben likhi gai theen, yani aage ke zamane ke liye ke ek zamana aayega jis</w:t>
      </w:r>
      <w:r>
        <w:br/>
      </w:r>
      <w:r>
        <w:rPr>
          <w:sz w:val="20"/>
        </w:rPr>
        <w:t>30:46  ke likha tha elon toffler ne kitab, uska naam tha "future shock".</w:t>
      </w:r>
      <w:r>
        <w:br/>
      </w:r>
      <w:r>
        <w:rPr>
          <w:sz w:val="20"/>
        </w:rPr>
        <w:t>30:51  yeh chhapi thi 1970 mein, 90 mein.</w:t>
      </w:r>
      <w:r>
        <w:br/>
      </w:r>
      <w:r>
        <w:rPr>
          <w:sz w:val="20"/>
        </w:rPr>
        <w:t>30:57  is ne yeh andaza kiya tha ke hamari industry jo hai, super industrial age ki taraf ja raha hai.</w:t>
      </w:r>
      <w:r>
        <w:br/>
      </w:r>
      <w:r>
        <w:rPr>
          <w:sz w:val="20"/>
        </w:rPr>
        <w:t>31:02  super industrial age ki taraf.</w:t>
      </w:r>
      <w:r>
        <w:br/>
      </w:r>
      <w:r>
        <w:rPr>
          <w:sz w:val="20"/>
        </w:rPr>
        <w:t>31:07  jab sab theek hi theek hoga, har cheez bilkul durust hogi.</w:t>
      </w:r>
    </w:p>
    <w:p>
      <w:pPr>
        <w:pStyle w:val="Heading2"/>
      </w:pPr>
      <w:r>
        <w:t>Hadith: Muslims will repeat the Jews' decline exactly</w:t>
      </w:r>
    </w:p>
    <w:p>
      <w:r>
        <w:rPr>
          <w:color w:val="666666"/>
          <w:sz w:val="18"/>
        </w:rPr>
        <w:t>Communal Interpretation of Islam, February 27, 2011 · 1m 57s · at 3:53 · https://youtu.be/6RmJeBE6wyY?t=233</w:t>
      </w:r>
    </w:p>
    <w:p>
      <w:r>
        <w:rPr>
          <w:i/>
        </w:rPr>
        <w:t>“You will follow the Jews step by step, hadith warns”</w:t>
      </w:r>
    </w:p>
    <w:p>
      <w:r>
        <w:rPr>
          <w:sz w:val="20"/>
        </w:rPr>
        <w:t>3:53  to Quran mein yeh baat kahi gayi thi ke tum log, ya'ni musalmanon se, ke yahood mein jo bigaad aaya, woh bigaad tumhare andar bhi aaye ga to apne ko is se bachana.</w:t>
      </w:r>
      <w:r>
        <w:br/>
      </w:r>
      <w:r>
        <w:rPr>
          <w:sz w:val="20"/>
        </w:rPr>
        <w:t>4:05  aur hadith mein bohat si hadith aayi hain is bare mein, bohat hi wazeh qism ki.</w:t>
      </w:r>
      <w:r>
        <w:br/>
      </w:r>
      <w:r>
        <w:rPr>
          <w:sz w:val="20"/>
        </w:rPr>
        <w:t>4:14  misalan ek hadith hai ke "lat tab'ununa kama kan qablakum shibran bi shibrin wa dhira'an bi dhira'in hatta law dakhaloo dabba hajjin la dakhal tumooh".</w:t>
      </w:r>
      <w:r>
        <w:br/>
      </w:r>
      <w:r>
        <w:rPr>
          <w:sz w:val="20"/>
        </w:rPr>
        <w:t>4:29  rasool Allah sal Allah aleh wasallam ne musalmanon ke bare mein kaha, ummat-e-muslima ke bare mein, ke tum zaroor yahood ki itteba' karoge, yahood ke raste par chaloge,</w:t>
      </w:r>
      <w:r>
        <w:br/>
      </w:r>
      <w:r>
        <w:rPr>
          <w:sz w:val="20"/>
        </w:rPr>
        <w:t>4:40  qadam ba qadam, unhi ke footsteps par chaloge. yahan tak ke agar woh kisi goh ke bil mein ghuse hain to tum bhi is mein ghus jaoge.</w:t>
      </w:r>
      <w:r>
        <w:br/>
      </w:r>
      <w:r>
        <w:rPr>
          <w:sz w:val="20"/>
        </w:rPr>
        <w:t>4:53  ya'ni poori itteba' karoge. to is ko log samajhte hain bohat hi</w:t>
      </w:r>
      <w:r>
        <w:br/>
      </w:r>
      <w:r>
        <w:rPr>
          <w:sz w:val="20"/>
        </w:rPr>
        <w:t>5:04  mysterious ma'ne mein.</w:t>
      </w:r>
      <w:r>
        <w:br/>
      </w:r>
      <w:r>
        <w:rPr>
          <w:sz w:val="20"/>
        </w:rPr>
        <w:t>5:07  is ki gehrai mein log nahin ja paaye. kuch log lete hain ke ta'weez gunda, unhone kiya, tum bhi ta'weez gunda karoge?</w:t>
      </w:r>
      <w:r>
        <w:br/>
      </w:r>
      <w:r>
        <w:rPr>
          <w:sz w:val="20"/>
        </w:rPr>
        <w:t>5:18  magar yeh bohat hi, ya'ni is ka ready made mafhoom hai. kuch log samajhte hain ke bas yeh yahood ke liye tha, hamare liye nahin hai.</w:t>
      </w:r>
      <w:r>
        <w:br/>
      </w:r>
      <w:r>
        <w:rPr>
          <w:sz w:val="20"/>
        </w:rPr>
        <w:t>5:28  yeh sab galat hai. asal mein yeh baat jaanna chahiye ke yeh mysterious baat ko nahin, yeh law of nature hai.</w:t>
      </w:r>
      <w:r>
        <w:br/>
      </w:r>
      <w:r>
        <w:rPr>
          <w:sz w:val="20"/>
        </w:rPr>
        <w:t>5:39  It is not a mysterious statement. It is law of nature. ya'ni degeneration law of nature hai.</w:t>
      </w:r>
    </w:p>
    <w:p>
      <w:pPr>
        <w:pStyle w:val="Heading2"/>
      </w:pPr>
      <w:r>
        <w:t>Marriage story as analogy for condition</w:t>
      </w:r>
    </w:p>
    <w:p>
      <w:r>
        <w:rPr>
          <w:color w:val="666666"/>
          <w:sz w:val="18"/>
        </w:rPr>
        <w:t>What Does it Mean to see God January 19, 2019 · 2m 21s · at 6:25 · https://youtu.be/PJL63AIxXrk?t=385</w:t>
      </w:r>
    </w:p>
    <w:p>
      <w:r>
        <w:rPr>
          <w:i/>
        </w:rPr>
        <w:t>“To ek ajeeb sa qissa mujhe yaad aata hai.”</w:t>
      </w:r>
    </w:p>
    <w:p>
      <w:r>
        <w:rPr>
          <w:sz w:val="20"/>
        </w:rPr>
        <w:t>6:25  koi shart muqarrar karay. to aik ajeeb sa qissa mujhe yaad aata hai.</w:t>
      </w:r>
      <w:r>
        <w:br/>
      </w:r>
      <w:r>
        <w:rPr>
          <w:sz w:val="20"/>
        </w:rPr>
        <w:t>6:36  aik ajeeb sa qissa. to woh woh yeh hai</w:t>
      </w:r>
      <w:r>
        <w:br/>
      </w:r>
      <w:r>
        <w:rPr>
          <w:sz w:val="20"/>
        </w:rPr>
        <w:t>6:45  kay hamaray area mein, UP mein,</w:t>
      </w:r>
      <w:r>
        <w:br/>
      </w:r>
      <w:r>
        <w:rPr>
          <w:sz w:val="20"/>
        </w:rPr>
        <w:t>6:55  aik larki ki shadi ka maamla tha, nikah ka.</w:t>
      </w:r>
      <w:r>
        <w:br/>
      </w:r>
      <w:r>
        <w:rPr>
          <w:sz w:val="20"/>
        </w:rPr>
        <w:t>7:02  to bohat se naujawan aaye jo us se chahtay thay nikah karna.</w:t>
      </w:r>
      <w:r>
        <w:br/>
      </w:r>
      <w:r>
        <w:rPr>
          <w:sz w:val="20"/>
        </w:rPr>
        <w:t>7:10  lekin larkay ne yeh shart laga di thi kay mein apnay aap ko shadi say pehlay</w:t>
      </w:r>
      <w:r>
        <w:br/>
      </w:r>
      <w:r>
        <w:rPr>
          <w:sz w:val="20"/>
        </w:rPr>
        <w:t>7:22  miloon ga nahi, dikhaoon ga nahi mein apnay ko. jo mujh ko dekhay baghair pasand pasand karay, us say meri shadi hogi.</w:t>
      </w:r>
      <w:r>
        <w:br/>
      </w:r>
      <w:r>
        <w:rPr>
          <w:sz w:val="20"/>
        </w:rPr>
        <w:t>7:34  to bohat se naujawan aaye aur jab un ko bataya gaya kay aap ko dekhay, dekhay baghair pasand karna paray ga, to woh wapas chalay gaye.</w:t>
      </w:r>
      <w:r>
        <w:br/>
      </w:r>
      <w:r>
        <w:rPr>
          <w:sz w:val="20"/>
        </w:rPr>
        <w:t>7:47  to aakhir mein aik naujawan</w:t>
      </w:r>
      <w:r>
        <w:br/>
      </w:r>
      <w:r>
        <w:rPr>
          <w:sz w:val="20"/>
        </w:rPr>
        <w:t>7:52  aaya, us ne na kuch socha, raazi ho gaya woh. to us say shadi hui us ki.</w:t>
      </w:r>
      <w:r>
        <w:br/>
      </w:r>
      <w:r>
        <w:rPr>
          <w:sz w:val="20"/>
        </w:rPr>
        <w:t>8:05  to yeh yani</w:t>
      </w:r>
      <w:r>
        <w:br/>
      </w:r>
      <w:r>
        <w:rPr>
          <w:sz w:val="20"/>
        </w:rPr>
        <w:t>8:10  aik ajeeb si misaal hai.</w:t>
      </w:r>
      <w:r>
        <w:br/>
      </w:r>
      <w:r>
        <w:rPr>
          <w:sz w:val="20"/>
        </w:rPr>
        <w:t>8:14  lekin</w:t>
      </w:r>
      <w:r>
        <w:br/>
      </w:r>
      <w:r>
        <w:rPr>
          <w:sz w:val="20"/>
        </w:rPr>
        <w:t>8:18  mujhe aisa lagta hai kay</w:t>
      </w:r>
      <w:r>
        <w:br/>
      </w:r>
      <w:r>
        <w:rPr>
          <w:sz w:val="20"/>
        </w:rPr>
        <w:t>8:25  us kay yani misaal kay ajeeb honay ko agar ignore kar diya jaye to bohat hi apt misaal bhi hai yeh.</w:t>
      </w:r>
      <w:r>
        <w:br/>
      </w:r>
      <w:r>
        <w:rPr>
          <w:sz w:val="20"/>
        </w:rPr>
        <w:t>8:43  yani</w:t>
      </w:r>
    </w:p>
    <w:p>
      <w:pPr>
        <w:pStyle w:val="Heading2"/>
      </w:pPr>
      <w:r>
        <w:t>Love for mad'u is essential</w:t>
      </w:r>
    </w:p>
    <w:p>
      <w:r>
        <w:rPr>
          <w:color w:val="666666"/>
          <w:sz w:val="18"/>
        </w:rPr>
        <w:t>Help of God | Nov 05, 2016 · 1m 33s · at 26:07 · https://youtu.be/xi-pxaxK9ts?t=1567</w:t>
      </w:r>
    </w:p>
    <w:p>
      <w:r>
        <w:rPr>
          <w:i/>
        </w:rPr>
        <w:t>“Main ek martaba Bhopal mein gaya”</w:t>
      </w:r>
    </w:p>
    <w:p>
      <w:r>
        <w:rPr>
          <w:sz w:val="20"/>
        </w:rPr>
        <w:t>26:07  mein aik martaba Bhopal mein gaya to Bhopal mein aik sahib thay unhon ne kaha ke aap dawat</w:t>
      </w:r>
      <w:r>
        <w:br/>
      </w:r>
      <w:r>
        <w:rPr>
          <w:sz w:val="20"/>
        </w:rPr>
        <w:t>26:14  ki baat karte hain hum bhi dawat jante hain to main ne kaha ke aap nahi jante ke</w:t>
      </w:r>
      <w:r>
        <w:br/>
      </w:r>
      <w:r>
        <w:rPr>
          <w:sz w:val="20"/>
        </w:rPr>
        <w:t>26:22  dawat kiya cheez hai aap ne kisi madrase mein sand le li hai to aap samajhte hain ke</w:t>
      </w:r>
      <w:r>
        <w:br/>
      </w:r>
      <w:r>
        <w:rPr>
          <w:sz w:val="20"/>
        </w:rPr>
        <w:t>26:30  aap ko dawat ati hai dawat kar to us waqt main ne kaha tha un se</w:t>
      </w:r>
      <w:r>
        <w:br/>
      </w:r>
      <w:r>
        <w:rPr>
          <w:sz w:val="20"/>
        </w:rPr>
        <w:t>26:38  ke kuch uloom woh hain jo dard ki mohabbat mein parhaye jatay hain to daai jab madu se</w:t>
      </w:r>
      <w:r>
        <w:br/>
      </w:r>
      <w:r>
        <w:rPr>
          <w:sz w:val="20"/>
        </w:rPr>
        <w:t>26:45  mohabbat karta hai tab dawat ka aghaz hota hai daai jab mohabbat karta hai madu se tab mohabbat</w:t>
      </w:r>
      <w:r>
        <w:br/>
      </w:r>
      <w:r>
        <w:rPr>
          <w:sz w:val="20"/>
        </w:rPr>
        <w:t>26:53  ka aghaz hota hai shuru hota hai woh woh kaam to aap ko tamam insanon se mohabbat karni</w:t>
      </w:r>
      <w:r>
        <w:br/>
      </w:r>
      <w:r>
        <w:rPr>
          <w:sz w:val="20"/>
        </w:rPr>
        <w:t>27:00  parhegi tamam insanon ko apna bhai</w:t>
      </w:r>
      <w:r>
        <w:br/>
      </w:r>
      <w:r>
        <w:rPr>
          <w:sz w:val="20"/>
        </w:rPr>
        <w:t>27:08  banna manna parhega tab aap ko dawat ka zehn banega tab aap Allah ke nazdeek daai</w:t>
      </w:r>
      <w:r>
        <w:br/>
      </w:r>
      <w:r>
        <w:rPr>
          <w:sz w:val="20"/>
        </w:rPr>
        <w:t>27:19  shumar honge aur tab Allah ki nasrat aap par ayegi Allah ki nasrat jo hai Allah</w:t>
      </w:r>
      <w:r>
        <w:br/>
      </w:r>
      <w:r>
        <w:rPr>
          <w:sz w:val="20"/>
        </w:rPr>
        <w:t>27:29  ki nasrat ke baghair dawat ka kaam Successful nahi ho sakta dawat ka kaam karne ke liye aap ko</w:t>
      </w:r>
    </w:p>
    <w:p>
      <w:pPr>
        <w:pStyle w:val="Heading2"/>
      </w:pPr>
      <w:r>
        <w:t>Gun vs ideology in modern conflicts</w:t>
      </w:r>
    </w:p>
    <w:p>
      <w:r>
        <w:rPr>
          <w:color w:val="666666"/>
          <w:sz w:val="18"/>
        </w:rPr>
        <w:t>Art of Thinking November 02, 2014 Maulana Wahiduddin Khan · 4m 19s · at 3:48 · https://youtu.be/jxGjv30RG1Q?t=228</w:t>
      </w:r>
    </w:p>
    <w:p>
      <w:r>
        <w:rPr>
          <w:i/>
        </w:rPr>
        <w:t>“میں آپ کو مثال دیتا ہوں”</w:t>
      </w:r>
    </w:p>
    <w:p>
      <w:r>
        <w:rPr>
          <w:sz w:val="20"/>
        </w:rPr>
        <w:t>3:48  main aap ko misaal deta hoon. dekhein, yeh aaj ka angrezi akhbar hai. is mein ek news hai, islami state of...</w:t>
      </w:r>
      <w:r>
        <w:br/>
      </w:r>
      <w:r>
        <w:rPr>
          <w:sz w:val="20"/>
        </w:rPr>
        <w:t>4:05  ek bani hai jo Iraq aur Syria mein. islami state of Iraq aur Syria, us ko kaha jata hai IS.</w:t>
      </w:r>
      <w:r>
        <w:br/>
      </w:r>
      <w:r>
        <w:rPr>
          <w:sz w:val="20"/>
        </w:rPr>
        <w:t>4:19  IS. aaj kal khabron mein bohat zyada aa raha hai.</w:t>
      </w:r>
      <w:r>
        <w:br/>
      </w:r>
      <w:r>
        <w:rPr>
          <w:sz w:val="20"/>
        </w:rPr>
        <w:t>4:24  to yeh bohat zyada tashaddud kar rahe hain, marpeet rahe hain logon ko. aaj ki news yeh hai ke unhon ne chand dinon mein unhon ne teen so se zyada aadmiyon ko maar dala Iraq aur Syria ke ilaqe mein.</w:t>
      </w:r>
      <w:r>
        <w:br/>
      </w:r>
      <w:r>
        <w:rPr>
          <w:sz w:val="20"/>
        </w:rPr>
        <w:t>4:38  to is ke jawab mein kya is mein hai ke un ko maarne ke liye wahan par kurd hote hain.</w:t>
      </w:r>
      <w:r>
        <w:br/>
      </w:r>
      <w:r>
        <w:rPr>
          <w:sz w:val="20"/>
        </w:rPr>
        <w:t>4:49  kurd ek qabeela hai jo bohat hi lakhon qabeela hai, yani woh barcel race kaha jata hai. yeh Turkey aur Syria ke beech mein ek ilaaqa hai, Kurdistan.</w:t>
      </w:r>
      <w:r>
        <w:br/>
      </w:r>
      <w:r>
        <w:rPr>
          <w:sz w:val="20"/>
        </w:rPr>
        <w:t>5:03  to wahan jo log hain woh bohat hi lakhon qism ke log hain. unhi ki nasal se tha Salahuddin Ayubi. to yeh log is waqt se le kar ab tak larka samjhe jate hain.</w:t>
      </w:r>
      <w:r>
        <w:br/>
      </w:r>
      <w:r>
        <w:rPr>
          <w:sz w:val="20"/>
        </w:rPr>
        <w:t>5:17  in se kuch logon ko le kar ke aur un ko hathyar de kar bheja ja raha hai ke ja kar un ko kuchal do. is se kuch hone wala nahi hai.</w:t>
      </w:r>
      <w:r>
        <w:br/>
      </w:r>
      <w:r>
        <w:rPr>
          <w:sz w:val="20"/>
        </w:rPr>
        <w:t>5:31  dekhein, logon ke andar sahi tareeqa sochne ka nahi hai. bas reaction karte hain, reaction karte hain, reaction karte hain.</w:t>
      </w:r>
      <w:r>
        <w:br/>
      </w:r>
      <w:r>
        <w:rPr>
          <w:sz w:val="20"/>
        </w:rPr>
        <w:t>5:42  isi waqeye ko aap lijiyye. isi ilaqe mein Saddam Hussain dictator bana hua tha aur zulm karta tha logon ke alfaaz mein.</w:t>
      </w:r>
      <w:r>
        <w:br/>
      </w:r>
      <w:r>
        <w:rPr>
          <w:sz w:val="20"/>
        </w:rPr>
        <w:t>5:52  main to zulm ka lafz nahi bolta, meri dictionary mein zulm ka lafz nahi hai. to us ke khilaf America ne bohat bara operation kiya, bohat bari war chheri.</w:t>
      </w:r>
      <w:r>
        <w:br/>
      </w:r>
      <w:r>
        <w:rPr>
          <w:sz w:val="20"/>
        </w:rPr>
        <w:t>6:07  yahan tak ke Saddam Hussain ko bhi phansi ho gayi. us ke baad kya hua? us ke baad Al-Qaeda ubhar aaye.</w:t>
      </w:r>
      <w:r>
        <w:br/>
      </w:r>
      <w:r>
        <w:rPr>
          <w:sz w:val="20"/>
        </w:rPr>
        <w:t>6:16  Al-Qaeda ne to wahi sab karna shuru kiya. to Al-Qaeda ke khilaf operation hua. yahan tak ke Osama bin Laden ko maar dala.</w:t>
      </w:r>
      <w:r>
        <w:br/>
      </w:r>
      <w:r>
        <w:rPr>
          <w:sz w:val="20"/>
        </w:rPr>
        <w:t>6:26  tab kya hua? baat khatam nahi hui. yeh ek nayi museebat nikal aayi. IS, IS. is jo Khalifa apne ko declare kar rakha hai wahan, ek sahib ne.</w:t>
      </w:r>
      <w:r>
        <w:br/>
      </w:r>
      <w:r>
        <w:rPr>
          <w:sz w:val="20"/>
        </w:rPr>
        <w:t>6:41  aur islami state bana diya hai. aur aur yeh Iraq aur Syria ke darmiyan ke ek ilaqe par baqayda qabza kar liya hai.</w:t>
      </w:r>
      <w:r>
        <w:br/>
      </w:r>
      <w:r>
        <w:rPr>
          <w:sz w:val="20"/>
        </w:rPr>
        <w:t>6:53  aur zabardast hathyar un ke paas hain. to un ko maarne ke liye ab kurdon ko bheja ja raha hai. to ek ke baad ek war less versus war less ka tareeqa ikhtiyar kiya ja raha hai.</w:t>
      </w:r>
      <w:r>
        <w:br/>
      </w:r>
      <w:r>
        <w:rPr>
          <w:sz w:val="20"/>
        </w:rPr>
        <w:t>7:10  aur masla khatam nahi ho raha. Now the time is for rethinking.</w:t>
      </w:r>
      <w:r>
        <w:br/>
      </w:r>
      <w:r>
        <w:rPr>
          <w:sz w:val="20"/>
        </w:rPr>
        <w:t>7:19  ab aap ko rethink karna hai ke yeh yeh stage chali nahi. Saddam Hussain ko mara to Al-Qaeda ubhar aaya.</w:t>
      </w:r>
      <w:r>
        <w:br/>
      </w:r>
      <w:r>
        <w:rPr>
          <w:sz w:val="20"/>
        </w:rPr>
        <w:t>7:32  Al-Qaeda ko mara to islami state wale ubhar aaye. in ko marenge to Kurdistan wale ubhar aayenge.</w:t>
      </w:r>
      <w:r>
        <w:br/>
      </w:r>
      <w:r>
        <w:rPr>
          <w:sz w:val="20"/>
        </w:rPr>
        <w:t>7:42  to is ki jar ki baat kya hai? jar ki baat yeh hai ke yeh masla gun versus gun ka hai hi nahi. yeh masla gun versus gun ka hai hi nahi.</w:t>
      </w:r>
      <w:r>
        <w:br/>
      </w:r>
      <w:r>
        <w:rPr>
          <w:sz w:val="20"/>
        </w:rPr>
        <w:t>7:54  yeh masla hai gun versus ideology ka masla. is do so saal ke andar kuch log aise paida hue jinhon ne Islam ko</w:t>
      </w:r>
    </w:p>
    <w:p>
      <w:pPr>
        <w:pStyle w:val="Heading2"/>
      </w:pPr>
      <w:r>
        <w:t>Sun and cloud analogy for religious obsession</w:t>
      </w:r>
    </w:p>
    <w:p>
      <w:r>
        <w:rPr>
          <w:color w:val="666666"/>
          <w:sz w:val="18"/>
        </w:rPr>
        <w:t>Revival of Muslims March 8, 2015 · 2m 47s · at 4:25 · https://youtu.be/B9E2OTb4BVE?t=265</w:t>
      </w:r>
    </w:p>
    <w:p>
      <w:r>
        <w:rPr>
          <w:i/>
        </w:rPr>
        <w:t>“Aaj subah main soch raha tha”</w:t>
      </w:r>
    </w:p>
    <w:p>
      <w:r>
        <w:rPr>
          <w:sz w:val="20"/>
        </w:rPr>
        <w:t>4:25  to aaj subah mein soch raha tha yeh baat. mein baitha hua tha apne ghar ke bahar jo barja hai,</w:t>
      </w:r>
      <w:r>
        <w:br/>
      </w:r>
      <w:r>
        <w:rPr>
          <w:sz w:val="20"/>
        </w:rPr>
        <w:t>4:40  to us waqt suraj nikla hua tha. suraj ki roshni mujhe bohat pasand hai, mujhe suraj ki dhoop mein baithna bohat acha lagta hai.</w:t>
      </w:r>
      <w:r>
        <w:br/>
      </w:r>
      <w:r>
        <w:rPr>
          <w:sz w:val="20"/>
        </w:rPr>
        <w:t>4:51  to baitha hua tha mein, phir kya hua ke dhoop chali gayi. iski wajah yeh thi ke wahan badal aa gaya tha, yaani zameen aur suraj ke darmiyan badal, cloud.</w:t>
      </w:r>
      <w:r>
        <w:br/>
      </w:r>
      <w:r>
        <w:rPr>
          <w:sz w:val="20"/>
        </w:rPr>
        <w:t>5:11  to agarchay is cloud ke bahar suraj ab bhi roshan tha, ab bhi poori tarah roshan tha, lekin mere liye dhoop chali gayi.</w:t>
      </w:r>
      <w:r>
        <w:br/>
      </w:r>
      <w:r>
        <w:rPr>
          <w:sz w:val="20"/>
        </w:rPr>
        <w:t>5:31  to phir mujhe yaad aaya ke ek martaba mein hawa jahaz mein safar kar raha tha, to hamara hawa jahaz urr raha tha, to woh badalon se ooper urr raha tha.</w:t>
      </w:r>
      <w:r>
        <w:br/>
      </w:r>
      <w:r>
        <w:rPr>
          <w:sz w:val="20"/>
        </w:rPr>
        <w:t>5:43  kyunki suraj, kyunki jahaz urrta hai taqreeban 35 kilometer ki oonchai par, to woh badalon se ooper ho jata hai.</w:t>
      </w:r>
      <w:r>
        <w:br/>
      </w:r>
      <w:r>
        <w:rPr>
          <w:sz w:val="20"/>
        </w:rPr>
        <w:t>5:58  to wahan mere jahaz ke neeche badal the, lekin ooper khoob roshan tha, suraj dikhai deta tha.</w:t>
      </w:r>
      <w:r>
        <w:br/>
      </w:r>
      <w:r>
        <w:rPr>
          <w:sz w:val="20"/>
        </w:rPr>
        <w:t>6:08  to is ko dekh kar mujhe samajh aaya ke asal baat</w:t>
      </w:r>
      <w:r>
        <w:br/>
      </w:r>
      <w:r>
        <w:rPr>
          <w:sz w:val="20"/>
        </w:rPr>
        <w:t>6:17  is mamle mein yeh hai ke deen agarchay roshan hai, lekin hamari nisbat se woh koi cloud aisa ho sakta hai jo hamare liye is ko ghair roshan bana de.</w:t>
      </w:r>
      <w:r>
        <w:br/>
      </w:r>
      <w:r>
        <w:rPr>
          <w:sz w:val="20"/>
        </w:rPr>
        <w:t>6:34  yeh tamseel hai ke suraj roshan hoga, fiza mein roshni phaili hui hogi is ki har taraf, lekin agar aap aur aap ke aur suraj ke beech mein badal aa jaye to woh aap ki us ki roshni aap tak nahi pahunche gi.</w:t>
      </w:r>
      <w:r>
        <w:br/>
      </w:r>
      <w:r>
        <w:rPr>
          <w:sz w:val="20"/>
        </w:rPr>
        <w:t>6:54  to jahaz mein mein ne dekha ke suraj</w:t>
      </w:r>
      <w:r>
        <w:br/>
      </w:r>
      <w:r>
        <w:rPr>
          <w:sz w:val="20"/>
        </w:rPr>
        <w:t>7:01  jahaz urrte urrte badalon se ooper chala gaya, to phir woh cloud ki zad se bahar tha, phir har cheez roshan thi.</w:t>
      </w:r>
    </w:p>
    <w:p>
      <w:pPr>
        <w:pStyle w:val="Heading2"/>
      </w:pPr>
      <w:r>
        <w:t>the Abdullah ibn Ubayy scandal story</w:t>
      </w:r>
    </w:p>
    <w:p>
      <w:r>
        <w:rPr>
          <w:color w:val="666666"/>
          <w:sz w:val="18"/>
        </w:rPr>
        <w:t>Dars-e-Quran (Al-Baqarah (The Heifer) 2 7-19) July 26, 2015 · 1m 20s · at 25:29 · https://youtu.be/kSrW4z79AHE?t=1529</w:t>
      </w:r>
    </w:p>
    <w:p>
      <w:r>
        <w:rPr>
          <w:i/>
        </w:rPr>
        <w:t>“The worst example of hypocrite character: Abdullah ibn Ubayy”</w:t>
      </w:r>
    </w:p>
    <w:p>
      <w:r>
        <w:rPr>
          <w:sz w:val="20"/>
        </w:rPr>
        <w:t>25:29  Is ki bohat hi buri misaal woh hai, jo munafiqeen ka mein sab se bara maana jata tha. Yaani Abdullah Abi, woh bhi Islam laya tha.</w:t>
      </w:r>
      <w:r>
        <w:br/>
      </w:r>
      <w:r>
        <w:rPr>
          <w:sz w:val="20"/>
        </w:rPr>
        <w:t>25:39  Islam laane ke baad woh, woh yaani pakhtagi se qaim nahi raha. To Hazrat Aisha jo ek martaba aayi theen, ek naujawan sahabi ke saath, akeli, koi aur nahi tha us waqt.</w:t>
      </w:r>
      <w:r>
        <w:br/>
      </w:r>
      <w:r>
        <w:rPr>
          <w:sz w:val="20"/>
        </w:rPr>
        <w:t>25:55  to un ko jab, un ko jab dekha, us ne to ek jumla keh diya wallah ma najat minh wa ma naja minha .</w:t>
      </w:r>
      <w:r>
        <w:br/>
      </w:r>
      <w:r>
        <w:rPr>
          <w:sz w:val="20"/>
        </w:rPr>
        <w:t>26:06  ek bohat hi khatarnak jumla. ke khuda ki qasam, woh is se nahi bachi, woh is se nahi bacha. to bohat hi khatarnak jumla hai.</w:t>
      </w:r>
      <w:r>
        <w:br/>
      </w:r>
      <w:r>
        <w:rPr>
          <w:sz w:val="20"/>
        </w:rPr>
        <w:t>26:15  saare madine mein phail gaya yeh. yeh bohat hi ek, yani buri misaal un ke kirdaar ki hai.</w:t>
      </w:r>
      <w:r>
        <w:br/>
      </w:r>
      <w:r>
        <w:rPr>
          <w:sz w:val="20"/>
        </w:rPr>
        <w:t>26:23  to aisi baatein phailana, jis se jo rasool Allah ka mission tha, woh logon ke nazd mujtaba ho jaye. ke un ke ghar ke log aise hote hain, un ka kya aitbaar.</w:t>
      </w:r>
      <w:r>
        <w:br/>
      </w:r>
      <w:r>
        <w:rPr>
          <w:sz w:val="20"/>
        </w:rPr>
        <w:t>26:36  to aisi baat, jis se ke mission nazd mujtaba ho jaye. logon ko mission ke jo afraad hain, woh doubtfull ho jayein.</w:t>
      </w:r>
      <w:r>
        <w:br/>
      </w:r>
      <w:r>
        <w:rPr>
          <w:sz w:val="20"/>
        </w:rPr>
        <w:t>26:47  yeh yeh hai fasad fil ardh.</w:t>
      </w:r>
    </w:p>
    <w:p>
      <w:pPr>
        <w:pStyle w:val="Heading2"/>
      </w:pPr>
      <w:r>
        <w:t>Hajj and Umrah have become a mere outing</w:t>
      </w:r>
    </w:p>
    <w:p>
      <w:r>
        <w:rPr>
          <w:color w:val="666666"/>
          <w:sz w:val="18"/>
        </w:rPr>
        <w:t>Eid al-Adha November 21, 2010 · 2m 37s · at 55:09 · https://youtu.be/kU2kErJbPqk?t=3309</w:t>
      </w:r>
    </w:p>
    <w:p>
      <w:r>
        <w:rPr>
          <w:i/>
        </w:rPr>
        <w:t>“In practice, it's become just a ritual, an outing”</w:t>
      </w:r>
    </w:p>
    <w:p>
      <w:r>
        <w:rPr>
          <w:sz w:val="20"/>
        </w:rPr>
        <w:t>55:09  lekin</w:t>
      </w:r>
      <w:r>
        <w:br/>
      </w:r>
      <w:r>
        <w:rPr>
          <w:sz w:val="20"/>
        </w:rPr>
        <w:t>55:10  amal'an jo hai, koi ek rasam hai, bas ek outing hai. Ab to ek haj aur umra ek outing ban gaya hai,</w:t>
      </w:r>
      <w:r>
        <w:br/>
      </w:r>
      <w:r>
        <w:rPr>
          <w:sz w:val="20"/>
        </w:rPr>
        <w:t>55:20  ek outing ban gaya hai. Dhoom se log har saal haj, jis ke paas paisa hai, bas woh har saal haj hi ke liye chale ja rahe hain, umra karne chale ja rahe hain. Har ek isi paise ko dawat ke kaam mein lagana chahiye, isi paise ko dawat ke kaam mein lagana chahiye.</w:t>
      </w:r>
      <w:r>
        <w:br/>
      </w:r>
      <w:r>
        <w:rPr>
          <w:sz w:val="20"/>
        </w:rPr>
        <w:t>55:42  to jahan tak mein samajhta hoon, haj ki jo asli isprt hai, woh yeh hai ke wahan ja kar aadmi is tareekh ko mehsoos kare jo Hazrat Ibrahim se shuru hui aur sahaba kiram tak phaili hui hai, aur aaj tak is ke asraat phailay hue hain.</w:t>
      </w:r>
      <w:r>
        <w:br/>
      </w:r>
      <w:r>
        <w:rPr>
          <w:sz w:val="20"/>
        </w:rPr>
        <w:t>56:04  to chaar hazar saal ki tareekh ko taza karna zehan mein, use inspiration lena, aur phir us ko lot kar ke dohrana apne mahaul mein.</w:t>
      </w:r>
      <w:r>
        <w:br/>
      </w:r>
      <w:r>
        <w:rPr>
          <w:sz w:val="20"/>
        </w:rPr>
        <w:t>56:18  agar yeh ho to kya hoga? Achanak sari jo yeh militancy khatam ho jayegi, militancy achanak khatam ho jayegi, aur phir dawat ka kaam shuru ho jayega.</w:t>
      </w:r>
      <w:r>
        <w:br/>
      </w:r>
      <w:r>
        <w:rPr>
          <w:sz w:val="20"/>
        </w:rPr>
        <w:t>56:32  yeh yeh do baatein hain mere nazdeek. Sari woh karrawaiyan jo islami jo jihad, jo musallah jihad ke naam pe ki ja rahi hain, woh band ho jayega.</w:t>
      </w:r>
      <w:r>
        <w:br/>
      </w:r>
      <w:r>
        <w:rPr>
          <w:sz w:val="20"/>
        </w:rPr>
        <w:t>56:46  agar woh le kar loten log to, aur doosri taraf dawat shuru ho jayegi.</w:t>
      </w:r>
      <w:r>
        <w:br/>
      </w:r>
      <w:r>
        <w:rPr>
          <w:sz w:val="20"/>
        </w:rPr>
        <w:t>56:55  lekin har saal be be shumar log jaate hain wahan par haj karne, lotte hain, aur koi na un ki apni zindagi mein koi tabdeeli, na un ki society mein koi tabdeeli, na un ke ghar mein koi tabdeeli.</w:t>
      </w:r>
      <w:r>
        <w:br/>
      </w:r>
      <w:r>
        <w:rPr>
          <w:sz w:val="20"/>
        </w:rPr>
        <w:t>57:10  to yeh haj nahi hai, ek rasam hai. Yeh haj to ek zinda ibadat hai, zinda ibadat. Woh activate karti hai fard ko, activate karti hai poore samaj ko.</w:t>
      </w:r>
      <w:r>
        <w:br/>
      </w:r>
      <w:r>
        <w:rPr>
          <w:sz w:val="20"/>
        </w:rPr>
        <w:t>57:24  to mein samajhta hoon ke haj ko is ki isprt ke sath zinda karne ki zaroorat hai. Khwah bar bar haj karna kafi nahi hai, yani haj ko is ki asli isprt ke sath zinda karne ki zaroorat hai.</w:t>
      </w:r>
      <w:r>
        <w:br/>
      </w:r>
      <w:r>
        <w:rPr>
          <w:sz w:val="20"/>
        </w:rPr>
        <w:t>57:35  aur agar zinda ho jaye apni asli isprt ke sath to ek dam soorat-e-haal badal jayegi, ek dam ek nayi duniya paida ho jayegi.</w:t>
      </w:r>
    </w:p>
    <w:p>
      <w:pPr>
        <w:pStyle w:val="Heading2"/>
      </w:pPr>
      <w:r>
        <w:t>Living immersed in constant whisper with God</w:t>
      </w:r>
    </w:p>
    <w:p>
      <w:r>
        <w:rPr>
          <w:color w:val="666666"/>
          <w:sz w:val="18"/>
        </w:rPr>
        <w:t>God oriented Life January 6, 2007 · 2m 35s · at 50:51 · https://youtu.be/UdJ9eWU_OCo?t=3051</w:t>
      </w:r>
    </w:p>
    <w:p>
      <w:r>
        <w:rPr>
          <w:i/>
        </w:rPr>
        <w:t>“Khuda se insaan ki sargoshiyaan ho rahi hon — what does that mean?”</w:t>
      </w:r>
    </w:p>
    <w:p>
      <w:r>
        <w:rPr>
          <w:sz w:val="20"/>
        </w:rPr>
        <w:t>50:51  pehla yeh ke khuda se insaan ki sargoshi ho rahi ho, is ka whisper ho raha ho. yeh kya cheez hai?</w:t>
      </w:r>
      <w:r>
        <w:br/>
      </w:r>
      <w:r>
        <w:rPr>
          <w:sz w:val="20"/>
        </w:rPr>
        <w:t>51:02  yeh koi banawati cheez nahi hai, koi masnooi cheez nahi hai, yeh koi lip service nahi hai. haqeeqat yeh hai ke jab aadmi khuda ko discover karta hai aur sach mach khuda is ke liye marifat ban jata hai,</w:t>
      </w:r>
      <w:r>
        <w:br/>
      </w:r>
      <w:r>
        <w:rPr>
          <w:sz w:val="20"/>
        </w:rPr>
        <w:t>51:17  khuda ko woh sach mach realize kar leta hai ke khuda creator hai is universe ka, woh sustainer hai universe ka, woh all powerful hai.</w:t>
      </w:r>
      <w:r>
        <w:br/>
      </w:r>
      <w:r>
        <w:rPr>
          <w:sz w:val="20"/>
        </w:rPr>
        <w:t>51:29  is ke sare jo qualities hain, khudai qualities, is ke sath woh is ko jaan leta hai.</w:t>
      </w:r>
      <w:r>
        <w:br/>
      </w:r>
      <w:r>
        <w:rPr>
          <w:sz w:val="20"/>
        </w:rPr>
        <w:t>51:39  to yahi us ki zindagi ban jati hai ke woh har waqt sochta hai Khuda mein, har waqt Khuda se duaen karta hai, har waqt Khuda ko yaad karta hai, har waqt Khuda se kuch kehta rehta hai.</w:t>
      </w:r>
      <w:r>
        <w:br/>
      </w:r>
      <w:r>
        <w:rPr>
          <w:sz w:val="20"/>
        </w:rPr>
        <w:t>51:53  woh</w:t>
      </w:r>
      <w:r>
        <w:br/>
      </w:r>
      <w:r>
        <w:rPr>
          <w:sz w:val="20"/>
        </w:rPr>
        <w:t>51:57  aisi zindagi ban jati hai is ki,</w:t>
      </w:r>
      <w:r>
        <w:br/>
      </w:r>
      <w:r>
        <w:rPr>
          <w:sz w:val="20"/>
        </w:rPr>
        <w:t>52:01  yani Khuda mein jeene wala insan ban jata hai. Woh khulasa is ka yeh hai ke pehli sifat yeh hai ke aadmi ko itna zyada Khuda ka ke presence ka ehsas hone lage,</w:t>
      </w:r>
      <w:r>
        <w:br/>
      </w:r>
      <w:r>
        <w:rPr>
          <w:sz w:val="20"/>
        </w:rPr>
        <w:t>52:18  itna zyada woh Khuda ko pa chuka ho ke isi mein jeene wala ban jae. Woh</w:t>
      </w:r>
      <w:r>
        <w:br/>
      </w:r>
      <w:r>
        <w:rPr>
          <w:sz w:val="20"/>
        </w:rPr>
        <w:t>52:26  isi mein sochna, isi mein sona, isi mein uthna, isi mein raat, isi mein din. To is ke mind par, is ke dil par Khuda ka aqeedah chhaya hua rahe, Khuda ka wajood chhaya hua rahe.</w:t>
      </w:r>
      <w:r>
        <w:br/>
      </w:r>
      <w:r>
        <w:rPr>
          <w:sz w:val="20"/>
        </w:rPr>
        <w:t>52:40  To us waqt yahi hoga ke woh Khuda se har waqt yaad karega. To ek lafz mein mein yeh keh sakta hoon ke pehli cheez yeh hai ke woh Khuda mein jeene wala insan ban jae.</w:t>
      </w:r>
      <w:r>
        <w:br/>
      </w:r>
      <w:r>
        <w:rPr>
          <w:sz w:val="20"/>
        </w:rPr>
        <w:t>52:58  Jis tarah ek maa apne bete mein jeeti hai, ek shohar apni biwi mein jeeta hai, ek businessman apni business mein jeeta hai,</w:t>
      </w:r>
      <w:r>
        <w:br/>
      </w:r>
      <w:r>
        <w:rPr>
          <w:sz w:val="20"/>
        </w:rPr>
        <w:t>53:11  isi tarah se Khuda is ka soul consent ban jae. Itna zyada is ke upar Khuda ki yaad chha jae ke woh Khuda mein jeene wala insan ban jae.</w:t>
      </w:r>
    </w:p>
    <w:p>
      <w:pPr>
        <w:pStyle w:val="Heading2"/>
      </w:pPr>
      <w:r>
        <w:t>Calling anyone kafir is a grave sin</w:t>
      </w:r>
    </w:p>
    <w:p>
      <w:r>
        <w:rPr>
          <w:color w:val="666666"/>
          <w:sz w:val="18"/>
        </w:rPr>
        <w:t>Purpose of Human Life I 2nd Dec. '12 · 4m 33s · at 1:16:26 · https://youtu.be/ilEf2fol6Gk?t=4586</w:t>
      </w:r>
    </w:p>
    <w:p>
      <w:r>
        <w:rPr>
          <w:i/>
        </w:rPr>
        <w:t>“جس نے کسی کو کافر کہا، وہ خود کافر”</w:t>
      </w:r>
    </w:p>
    <w:p>
      <w:r>
        <w:rPr>
          <w:sz w:val="20"/>
        </w:rPr>
        <w:t>1:16:26  aap hum aap nahi hain jo fatwa dete hain takfeer ka woh bilashuba gunah karte hain woh log aap kaun hote hain kisi ko kafir manne wale ek bahut hi sakht hadith mein batata hoon aap ko ek hadith hai ke jis ne kisi ko kafir kaha woh kafir na ho to khud aadmi kafir ho jayega aur kafir muslim mamla dekhiye hadith mein aata hai ke</w:t>
      </w:r>
      <w:r>
        <w:br/>
      </w:r>
      <w:r>
        <w:rPr>
          <w:sz w:val="20"/>
        </w:rPr>
        <w:t>1:16:57  allah tauba qabul farmata hai us waqt tak jab tak ke gharghara na ho jaye maut ke aakhri waqt tak ab kaun janta hai ke woh aadmi jo hai tauba nahi kar lega kis ko pata hai misaal ke taur par yahudiyon ko aap bura samajhte hain bahut bura sare musalman yahudiyon se nafrat karte hain un yahudiyon ko dekhiye is is zamane mein jab ke yahud se lad rahe hain yahud ko bata kar lad rahe hain in se is zamane mein</w:t>
      </w:r>
      <w:r>
        <w:br/>
      </w:r>
      <w:r>
        <w:rPr>
          <w:sz w:val="20"/>
        </w:rPr>
        <w:t>1:17:28  qatl kai log paida hue maslan asad sahib jo lepor un ka naam tha hungary mein paida hue the unhone islam qabul kiya quran tafsir likhi unhone aur jinka naam margaret tha america mein paida hue dono yahudi the aur bahut hi islam yani sachhe islam pe jiye sachhe islam par milen to aap kaun hote hain kehne wale ke woh kafir hai ek</w:t>
      </w:r>
      <w:r>
        <w:br/>
      </w:r>
      <w:r>
        <w:rPr>
          <w:sz w:val="20"/>
        </w:rPr>
        <w:t>1:17:58  yahudi islam mein dakhil hua to aap us waqt aap jo fatwa diye hote hain ke yeh kafir hai to aaj aap allah ka qarzah dete hain aap to behal yaad rakhiye kisi musalman ko kisi bhi musalman ko haq nahi ke kafir kahe kafir kehna apne aap mein gunah ka fe'al hai aap insan kahiye insan mujhe kisi ne bataya ke wahan arab emaraat mein ek</w:t>
      </w:r>
      <w:r>
        <w:br/>
      </w:r>
      <w:r>
        <w:rPr>
          <w:sz w:val="20"/>
        </w:rPr>
        <w:t>1:18:29  manwai se gayi hui hai ek jahan quran likha hua hai us mein likha hua hai ke us ko touch na karein yeh to shaitani hai hai koi nahi touch karenge sab ke liye aaya hai quran aap ki monopoly hai quran par musalman ki monopoly hai quran par yeh kitni shaitani baat hai ek wahan likh rakha hai ke us pe non muslim us ko touch na karein yeh bilkul khud sakhta mazhab hai is ka islam se koi ta'a</w:t>
      </w:r>
      <w:r>
        <w:br/>
      </w:r>
      <w:r>
        <w:rPr>
          <w:sz w:val="20"/>
        </w:rPr>
        <w:t>1:18:59  luq nahi hai quran sab ke liye sare alam ke liye to aap aap kaun hote hain ke aap ne us ko quran ko apna bana liya bilkul yeh sab galat nazariyat hain har aadmi insan hai kisi ko haq nahi ke kisi ko kafir bataye yeh dunya darul kafar nahi hai dunya darul insan hai yeh jo log darul kafar bat</w:t>
      </w:r>
      <w:r>
        <w:br/>
      </w:r>
      <w:r>
        <w:rPr>
          <w:sz w:val="20"/>
        </w:rPr>
        <w:t>1:19:29  late hain woh bilkul jhoot bolte hain jhoot kyunke khud se nikal rakha hai unhone quran mein aap dekhiye bada hua insan insan ya insaan ya insaan ya insan to khuda is dunya ko insanon ko bhi kiya samajhta hai to yeh insan hai aap kaun hote hain ke is ko darul kafar kehne wale hain jis aadmi ki yeh soch hai us ko tauba karna chahiye warna is mein koi shakk nahi ke allah ta'ala</w:t>
      </w:r>
      <w:r>
        <w:br/>
      </w:r>
      <w:r>
        <w:rPr>
          <w:sz w:val="20"/>
        </w:rPr>
        <w:t>1:19:59  ka pakda jayega woh sakht is se saza ho gi maulana agla sawal kashmir se hai mir omar sahib ka unhone likha hai maulana sahib may you please elaborate that whether islam allows these things or not firstly can a muslim girl wear like a boy wears that is pant or jeans and that she can move outside with her hair open secondly can</w:t>
      </w:r>
      <w:r>
        <w:br/>
      </w:r>
      <w:r>
        <w:rPr>
          <w:sz w:val="20"/>
        </w:rPr>
        <w:t>1:20:29  a muslim boy wear earings and can he have half chin beard and thirdly can a muslim work in bank that is muslims versus bank job on behalf of سود please explain dekhen yeh sawalat galat sawalat hain jo sahib ne sawal kiya hai woh khud ghalati par hain kyun unhone</w:t>
      </w:r>
    </w:p>
    <w:p>
      <w:pPr>
        <w:pStyle w:val="Heading2"/>
      </w:pPr>
      <w:r>
        <w:t>Turning human potential into actual through contemplation</w:t>
      </w:r>
    </w:p>
    <w:p>
      <w:r>
        <w:rPr>
          <w:color w:val="666666"/>
          <w:sz w:val="18"/>
        </w:rPr>
        <w:t>Faith in the Unseen (Iman Bil Ghaib) December 06, 2015 · 1m 22s · at 48:47 · https://youtu.be/MZIDIceIwg8?t=2927</w:t>
      </w:r>
    </w:p>
    <w:p>
      <w:r>
        <w:rPr>
          <w:i/>
        </w:rPr>
        <w:t>“Maulana, I have understood the meaning of Iman bil-Ghaib for the first time.”</w:t>
      </w:r>
    </w:p>
    <w:p>
      <w:r>
        <w:rPr>
          <w:sz w:val="20"/>
        </w:rPr>
        <w:t>48:47  Maulana, in ka ek comment bhi hai. Maulana, I have understood the meaning of iman bil ghaib for the first time.</w:t>
      </w:r>
      <w:r>
        <w:br/>
      </w:r>
      <w:r>
        <w:rPr>
          <w:sz w:val="20"/>
        </w:rPr>
        <w:t>48:59  It is to have develop your mind at such a level that we are able to discover through influence, not only by seen.</w:t>
      </w:r>
      <w:r>
        <w:br/>
      </w:r>
      <w:r>
        <w:rPr>
          <w:sz w:val="20"/>
        </w:rPr>
        <w:t>49:11  kis ka hai yeh? Naghma Aqa. ji, haan, sahi baat hai. insaan bhi dekhe, insaan potential ke roop mein paida kiya gaya hai.</w:t>
      </w:r>
      <w:r>
        <w:br/>
      </w:r>
      <w:r>
        <w:rPr>
          <w:sz w:val="20"/>
        </w:rPr>
        <w:t>49:26  potential</w:t>
      </w:r>
      <w:r>
        <w:br/>
      </w:r>
      <w:r>
        <w:rPr>
          <w:sz w:val="20"/>
        </w:rPr>
        <w:t>49:29  sab kuchh insaan ke andar hai, lekin woh hai potential ke roop mein. hum contemplation ke zariye, sochne ke zariye, intellectual development ke zariye is potential ko actual banate hain.</w:t>
      </w:r>
      <w:r>
        <w:br/>
      </w:r>
      <w:r>
        <w:rPr>
          <w:sz w:val="20"/>
        </w:rPr>
        <w:t>49:46  isi se iman bhi laga hai ke woh aap soch sakte hain. yaani jo cheez ghaib mein hai, us ko hum yaqeen ke darje mein daryaft karein.</w:t>
      </w:r>
      <w:r>
        <w:br/>
      </w:r>
      <w:r>
        <w:rPr>
          <w:sz w:val="20"/>
        </w:rPr>
        <w:t>49:56  yeh kya hai? potential ko actual banana hai.</w:t>
      </w:r>
    </w:p>
    <w:p>
      <w:pPr>
        <w:pStyle w:val="Heading2"/>
      </w:pPr>
      <w:r>
        <w:t>Design argument accepted by scientists</w:t>
      </w:r>
    </w:p>
    <w:p>
      <w:r>
        <w:rPr>
          <w:color w:val="666666"/>
          <w:sz w:val="18"/>
        </w:rPr>
        <w:t>How to Discover God I May 09, 2008 · 1m 02s · at 13:05 · https://youtu.be/fv8fazBISsw?t=785</w:t>
      </w:r>
    </w:p>
    <w:p>
      <w:r>
        <w:rPr>
          <w:i/>
        </w:rPr>
        <w:t>“This is called when there is design, there is designer.”</w:t>
      </w:r>
    </w:p>
    <w:p>
      <w:r>
        <w:rPr>
          <w:sz w:val="20"/>
        </w:rPr>
        <w:t>13:05  that is when we observe the universe, the nature, we find this designer. there is a design, very meaningful design, everywhere in the world. so, theologian use to argue by taking this design that when there is design, there is designer.</w:t>
      </w:r>
      <w:r>
        <w:br/>
      </w:r>
      <w:r>
        <w:rPr>
          <w:sz w:val="20"/>
        </w:rPr>
        <w:t>13:30  this is called a when there is design, there is designer. and where designer is proved, the existence of god is also proved. this was the theologians argument.</w:t>
      </w:r>
      <w:r>
        <w:br/>
      </w:r>
      <w:r>
        <w:rPr>
          <w:sz w:val="20"/>
        </w:rPr>
        <w:t>13:48  now, burton russell and some other thinkers have accepted that this formula is this based on inference is valid formula or valid argument. and it is a scientific argument.</w:t>
      </w:r>
      <w:r>
        <w:br/>
      </w:r>
      <w:r>
        <w:rPr>
          <w:sz w:val="20"/>
        </w:rPr>
        <w:t>14:07  and now, you know, we are living in an in an age where we have no no option other</w:t>
      </w:r>
    </w:p>
    <w:p>
      <w:pPr>
        <w:pStyle w:val="Heading2"/>
      </w:pPr>
      <w:r>
        <w:t>Discovering distraction as life's biggest hidden obstacle</w:t>
      </w:r>
    </w:p>
    <w:p>
      <w:r>
        <w:rPr>
          <w:color w:val="666666"/>
          <w:sz w:val="18"/>
        </w:rPr>
        <w:t>Man and Paradise June 9, 2013 · 2m 17s · at 1:16:21 · https://youtu.be/uqXu4pUko_k?t=4581</w:t>
      </w:r>
    </w:p>
    <w:p>
      <w:r>
        <w:rPr>
          <w:i/>
        </w:rPr>
        <w:t>“Main sochne laga: sabse badi qila hai distraction”</w:t>
      </w:r>
    </w:p>
    <w:p>
      <w:r>
        <w:rPr>
          <w:sz w:val="20"/>
        </w:rPr>
        <w:t>1:16:21  Mera mizaj hai ke main har cheez ko sochta hoon ke choti teerngti hai, tab bhi main sochta hoon. To main sochne laga, sochne laga, sochne laga. To main is nateejay par pohancha ke sab se bari jo qila hai, habit, woh hai distraction.</w:t>
      </w:r>
      <w:r>
        <w:br/>
      </w:r>
      <w:r>
        <w:rPr>
          <w:sz w:val="20"/>
        </w:rPr>
        <w:t>1:16:37  Har aadmi kahin na kahin distract ho raha hai, kahin na kahin distract hota</w:t>
      </w:r>
      <w:r>
        <w:br/>
      </w:r>
      <w:r>
        <w:rPr>
          <w:sz w:val="20"/>
        </w:rPr>
        <w:t>1:16:42  hai. Koi TV mein ho raha hai, koi majlis juloos mein ho raha hai, koi film mein ho raha hai, koi paise mein ho raha hai, koi business mein ho raha hai, koi job mein ho raha hai, koi shair o shayari mein ho raha hai, koi novel mein ho raha hai.</w:t>
      </w:r>
      <w:r>
        <w:br/>
      </w:r>
      <w:r>
        <w:rPr>
          <w:sz w:val="20"/>
        </w:rPr>
        <w:t>1:16:56  Yaani jitni bhi activities hain, main samajhta hoon ke is zamanay mein to 99 feesad woh hain jo aadmi ko distract karti hain.</w:t>
      </w:r>
      <w:r>
        <w:br/>
      </w:r>
      <w:r>
        <w:rPr>
          <w:sz w:val="20"/>
        </w:rPr>
        <w:t>1:17:07  Distraction ke maani kiya hain?</w:t>
      </w:r>
      <w:r>
        <w:br/>
      </w:r>
      <w:r>
        <w:rPr>
          <w:sz w:val="20"/>
        </w:rPr>
        <w:t>1:17:10  Zindagi ka jo asal maqsad hai, is par sochna, jo sachai hai, is par sochna. To is par sochta nahi pata aadmi ke kahin na kahin woh distract ho raha hai.</w:t>
      </w:r>
      <w:r>
        <w:br/>
      </w:r>
      <w:r>
        <w:rPr>
          <w:sz w:val="20"/>
        </w:rPr>
        <w:t>1:17:20  Kahin shadiyon ki dhoom hai, wahan jaate hain log to doosra distract hote hain. To jo bhi is zamanay mein activities hain, woh sab distraction ki hi activities hain, jitni bhi hain.</w:t>
      </w:r>
      <w:r>
        <w:br/>
      </w:r>
      <w:r>
        <w:rPr>
          <w:sz w:val="20"/>
        </w:rPr>
        <w:t>1:17:35  Pehle zamanay mein saada shadi hoti thi to us mein distraction ka koi mas</w:t>
      </w:r>
      <w:r>
        <w:br/>
      </w:r>
      <w:r>
        <w:rPr>
          <w:sz w:val="20"/>
        </w:rPr>
        <w:t>1:17:39  ala nahi tha. Ab shadi hoti hai to ek hangama hota hai us mein. To shadi ki baat nahi, is zamanay mein koi bhi kaam hota hai, majlis ki jiye, koi party kijiye, koi safar kijiye, kuch bhi kijiye, us mein ek bohat sari cheezein ki jaati hain, woh sab distraction hoti hain.</w:t>
      </w:r>
      <w:r>
        <w:br/>
      </w:r>
      <w:r>
        <w:rPr>
          <w:sz w:val="20"/>
        </w:rPr>
        <w:t>1:17:59  To aap ko is se bachne ka ek hi formula hai, woh hai simple living, high thinking.</w:t>
      </w:r>
      <w:r>
        <w:br/>
      </w:r>
      <w:r>
        <w:rPr>
          <w:sz w:val="20"/>
        </w:rPr>
        <w:t>1:18:07  Agar aap chahte hain ke aap apne ko distraction se bachayein to aap logon ko raazi kijiye simple living par. Jitna ziyada aap ke andar simple living hogi, utni ziyada aap ke andar high thinking aayegi.</w:t>
      </w:r>
      <w:r>
        <w:br/>
      </w:r>
      <w:r>
        <w:rPr>
          <w:sz w:val="20"/>
        </w:rPr>
        <w:t>1:18:23  Utni ziyada aap distraction se bache hue honge. Jab distraction se aap bachenge, tab aayegi aap ke andar high thinking. To main sab se kehta hoon ke bhai simple formula kiya hai?</w:t>
      </w:r>
      <w:r>
        <w:br/>
      </w:r>
      <w:r>
        <w:rPr>
          <w:sz w:val="20"/>
        </w:rPr>
        <w:t>1:18:32  Yahi hai simple living, high thinking, aur koi doosra formula nahi hai.</w:t>
      </w:r>
    </w:p>
    <w:p>
      <w:pPr>
        <w:pStyle w:val="Heading2"/>
      </w:pPr>
      <w:r>
        <w:t>Intuition proves mother and paradise</w:t>
      </w:r>
    </w:p>
    <w:p>
      <w:r>
        <w:rPr>
          <w:color w:val="666666"/>
          <w:sz w:val="18"/>
        </w:rPr>
        <w:t>Creation Plan of God April 30, 2016 Maulana Wahiduddin Khan · 1m 46s · at 15:01 · https://youtu.be/srz_i7rXuDc?t=901</w:t>
      </w:r>
    </w:p>
    <w:p>
      <w:r>
        <w:rPr>
          <w:i/>
        </w:rPr>
        <w:t>“Ab agar koi kahe ki main kaise maanu ki aisa hai?”</w:t>
      </w:r>
    </w:p>
    <w:p>
      <w:r>
        <w:rPr>
          <w:sz w:val="20"/>
        </w:rPr>
        <w:t>15:01  Ab agar koi kahe ki main kaise maanu ki aisa hai, to aapka aap apni maa se jab milte hain, to aapne apni maa ko, apni apne apne ko maa ke pet se nikalte hue nahi dekha. Kisi ne bhi apne aap ko maa ke pet se nikalte hue nahi dekha.</w:t>
      </w:r>
      <w:r>
        <w:br/>
      </w:r>
      <w:r>
        <w:rPr>
          <w:sz w:val="20"/>
        </w:rPr>
        <w:t>15:24  Lekin aapka intuition is maamle mein itna strong hai, itna strong hai ki ek second ke liye bhi aapki shubah nahi hota ki meri maa hai.</w:t>
      </w:r>
      <w:r>
        <w:br/>
      </w:r>
      <w:r>
        <w:rPr>
          <w:sz w:val="20"/>
        </w:rPr>
        <w:t>15:38  Koi duniya mein aisa nahi hai jo ye keh sake ki main jaanta hoon jab main pet maa ke pet mein tha, to maine dekha tha apne apne aap ko ya jab paida hua, to maine dekha tha uske pet se nikal raha hoon. Main kisi ne nahi.</w:t>
      </w:r>
      <w:r>
        <w:br/>
      </w:r>
      <w:r>
        <w:rPr>
          <w:sz w:val="20"/>
        </w:rPr>
        <w:t>15:52  Iska maane hai ki aapke andar reason ke siwa ek aur cheez hai, wo hai intuition.</w:t>
      </w:r>
      <w:r>
        <w:br/>
      </w:r>
      <w:r>
        <w:rPr>
          <w:sz w:val="20"/>
        </w:rPr>
        <w:t>16:01  Reason ke siwa ek aur capacity aapki hai, jisko kehte hain intuition. To sabse badi cheez jisko aap yakeen karte hain, wo apni aapki mother hai, aapki maa hai.</w:t>
      </w:r>
      <w:r>
        <w:br/>
      </w:r>
      <w:r>
        <w:rPr>
          <w:sz w:val="20"/>
        </w:rPr>
        <w:t>16:15  Wo aap by intuition jaante hain. Aap</w:t>
      </w:r>
      <w:r>
        <w:br/>
      </w:r>
      <w:r>
        <w:rPr>
          <w:sz w:val="20"/>
        </w:rPr>
        <w:t>16:18  Agar reason apply karein, to aap aap kabhi yakeen na karein ki ye meri maa hai. To aapka intuition jo hai, aapka intuition aapko yakeen se zyada badi cheez, yakeen ke darje mein batata hai ki yakeen ek other world hai, jahan main mujhe milegi wo cheez. Main main mera habitat milega. Ab to aapko develop karna hai.</w:t>
      </w:r>
    </w:p>
    <w:p>
      <w:pPr>
        <w:pStyle w:val="Heading2"/>
      </w:pPr>
      <w:r>
        <w:t>repentance is a universal, necessary corrective process</w:t>
      </w:r>
    </w:p>
    <w:p>
      <w:r>
        <w:rPr>
          <w:color w:val="666666"/>
          <w:sz w:val="18"/>
        </w:rPr>
        <w:t>In Conversation With Maulana Wahiduddin Khan (English) May 15, 2008 · 1m 35s · at 30:17 · https://youtu.be/Yq3-vUwEu-w?t=1817</w:t>
      </w:r>
    </w:p>
    <w:p>
      <w:r>
        <w:rPr>
          <w:i/>
        </w:rPr>
        <w:t>“What is the relevance of repentance?”</w:t>
      </w:r>
    </w:p>
    <w:p>
      <w:r>
        <w:rPr>
          <w:sz w:val="20"/>
        </w:rPr>
        <w:t>30:17  So I think that it is quite possible for everyone to become like a companion. But it requires sincerity. What is the relevance of repentance, Maulana?</w:t>
      </w:r>
      <w:r>
        <w:br/>
      </w:r>
      <w:r>
        <w:rPr>
          <w:sz w:val="20"/>
        </w:rPr>
        <w:t>30:29  And when is the repentance of a man accepted by God?</w:t>
      </w:r>
      <w:r>
        <w:br/>
      </w:r>
      <w:r>
        <w:rPr>
          <w:sz w:val="20"/>
        </w:rPr>
        <w:t>30:34  Repentance is a self-correction process. It is said that to erase humans, everyone commits a mistake.</w:t>
      </w:r>
      <w:r>
        <w:br/>
      </w:r>
      <w:r>
        <w:rPr>
          <w:sz w:val="20"/>
        </w:rPr>
        <w:t>30:47  So you have to repent. Through repentance, you correct yourself. Repentance means introspection. There is no difference between repentance and introspection.</w:t>
      </w:r>
      <w:r>
        <w:br/>
      </w:r>
      <w:r>
        <w:rPr>
          <w:sz w:val="20"/>
        </w:rPr>
        <w:t>31:01  So through introspection, through repentance, you correct yourself. So it is a corrective process.</w:t>
      </w:r>
      <w:r>
        <w:br/>
      </w:r>
      <w:r>
        <w:rPr>
          <w:sz w:val="20"/>
        </w:rPr>
        <w:t>31:11  Everyone commits a mistake. But committing a mistake is not a problem. The problem is lacking the introspection.</w:t>
      </w:r>
      <w:r>
        <w:br/>
      </w:r>
      <w:r>
        <w:rPr>
          <w:sz w:val="20"/>
        </w:rPr>
        <w:t>31:23  If you lack repentance, then it is a problem.</w:t>
      </w:r>
      <w:r>
        <w:br/>
      </w:r>
      <w:r>
        <w:rPr>
          <w:sz w:val="20"/>
        </w:rPr>
        <w:t>31:29  So repentance is a self-corrective process. And it is required by anyone.</w:t>
      </w:r>
      <w:r>
        <w:br/>
      </w:r>
      <w:r>
        <w:rPr>
          <w:sz w:val="20"/>
        </w:rPr>
        <w:t>31:39  Everyone needs repentance. Everyone needs this corrective process.</w:t>
      </w:r>
      <w:r>
        <w:br/>
      </w:r>
      <w:r>
        <w:rPr>
          <w:sz w:val="20"/>
        </w:rPr>
        <w:t>31:48  Because everyone commits a mistake.</w:t>
      </w:r>
    </w:p>
    <w:p>
      <w:pPr>
        <w:pStyle w:val="Heading2"/>
      </w:pPr>
      <w:r>
        <w:t>Istikhara dream leads to magazine launch</w:t>
      </w:r>
    </w:p>
    <w:p>
      <w:r>
        <w:rPr>
          <w:color w:val="666666"/>
          <w:sz w:val="18"/>
        </w:rPr>
        <w:t>CPS Mission Re Born | April 11, 2006 | Maulana Wahiduddin Khan · 3m 03s · at 54:33 · https://youtu.be/jC8IPGPSOCA?t=3273</w:t>
      </w:r>
    </w:p>
    <w:p>
      <w:r>
        <w:rPr>
          <w:i/>
        </w:rPr>
        <w:t>“Aap jaante hain ke Bukhari mein istikhare ka bataya gaya hai”</w:t>
      </w:r>
    </w:p>
    <w:p>
      <w:r>
        <w:rPr>
          <w:sz w:val="20"/>
        </w:rPr>
        <w:t>54:33  . aap jante hain ke Bukhari mein istikhare ka bataya gaya hai, jis ko kehte hain Salat al-Istikhara. yaani namaz padh kar Allah Ta'ala se dua karna ke is mein meri rehnumai farmaye. to kya hua? main ne shaam ko Isha ke baad do rakat sath istikhara padhi aur so gaya. raat ko maine khwab dekha,</w:t>
      </w:r>
      <w:r>
        <w:br/>
      </w:r>
      <w:r>
        <w:rPr>
          <w:sz w:val="20"/>
        </w:rPr>
        <w:t>55:03  bahut hi clear khwab. aaj bhi mujhe woh khwab yaad hai. mere khwab jo sankaron ya shayad hazaron bhi hon, sab dairiyon mein tareekh ke sath likhe hue hain. yeh khwab bhi jo bata raha hoon aap ko, yeh date ke sath likha hua hai. to maine dekha ke main ek gaaye khadi hui hai. dehati zuban mein ise kehte hain thath gaaye, yaani sokhi gaaye. sokhi gaaye ka matlab yeh hota hai ke is ka</w:t>
      </w:r>
      <w:r>
        <w:br/>
      </w:r>
      <w:r>
        <w:rPr>
          <w:sz w:val="20"/>
        </w:rPr>
        <w:t>55:34  than sookh gaya, is ka bachcha nahi hai. ab is se doodh milna bilkul impossible hai. jis ko kehte hain sokhi gaaye. to ek sokhi gaaye hai, is se main doodh nikalne ja raha hoon. ek balti maine liya, balti le kar is ke than ke neeche balti rakhi aur apna haath is ke than ke paas le gaya ke balti</w:t>
      </w:r>
      <w:r>
        <w:br/>
      </w:r>
      <w:r>
        <w:rPr>
          <w:sz w:val="20"/>
        </w:rPr>
        <w:t>56:05  doodh nikalun. to mere is paas kai log khade hue the, woh log hans rahe the ke dekho is bewakoof aadmi ko, sokhi gaaye mein yeh doodh nikalne ja rahe hain. woh log mera mazak uda rahe the. kehte hain reticulate karna. woh reticulate kar rahe the ke dekho in ko, sokhi gaaye hai, is mein yeh doodh nikalne ja rahe hain. lekin main in logon ki baaton ki parwah nahi karta hoon ke khwab mein aisa hua aur bas main apne</w:t>
      </w:r>
      <w:r>
        <w:br/>
      </w:r>
      <w:r>
        <w:rPr>
          <w:sz w:val="20"/>
        </w:rPr>
        <w:t>56:36  haath se is ka than se doodh nikalne lagta hoon. is ke baad ek trickle hota hai. trickle yaani doodh nikalne lagta hai. itna doodh nikalta hai ke balti bhar jati hai aur bhar kar ke doodh zameen par behne lagta hai. jab</w:t>
      </w:r>
      <w:r>
        <w:br/>
      </w:r>
      <w:r>
        <w:rPr>
          <w:sz w:val="20"/>
        </w:rPr>
        <w:t>57:06  aisa hua to maine samajh liya ke Allah Ta'ala ko manzoor hai ke main apna magazine nikalun. chunancha magazine nikala 1975 mein aur masha Allah aaj tak intehai regular tareeqay pe nikal raha hai. woh abhi bhi yeh log poochte hain ke aap ko jo log na jante hon ke aaj parcha nikal raha hai. main sochta hoon ke log kitna kam jante hain</w:t>
      </w:r>
    </w:p>
    <w:p>
      <w:pPr>
        <w:pStyle w:val="Heading2"/>
      </w:pPr>
      <w:r>
        <w:t>What belief in the unseen (ghaib) actually requires</w:t>
      </w:r>
    </w:p>
    <w:p>
      <w:r>
        <w:rPr>
          <w:color w:val="666666"/>
          <w:sz w:val="18"/>
        </w:rPr>
        <w:t>Dars-e-Quran June 23, 2007 · 2m 27s · at 8:27 · https://youtu.be/ajK0nNrp8n4?t=507</w:t>
      </w:r>
    </w:p>
    <w:p>
      <w:r>
        <w:rPr>
          <w:i/>
        </w:rPr>
        <w:t>“Phir farmaya: Allazina yu'minuna bil ghaib”</w:t>
      </w:r>
    </w:p>
    <w:p>
      <w:r>
        <w:rPr>
          <w:sz w:val="20"/>
        </w:rPr>
        <w:t>8:27  phir farmaya: allazeena yu'minoona bil ghaib. yaani agarche Quran</w:t>
      </w:r>
      <w:r>
        <w:br/>
      </w:r>
      <w:r>
        <w:rPr>
          <w:sz w:val="20"/>
        </w:rPr>
        <w:t>8:39  mein koi shakk nahi hai, la raiba feeh, woh guide book hai Khuda ki taraf se, phir bhi yeh kis ko hidayat milegi?</w:t>
      </w:r>
      <w:r>
        <w:br/>
      </w:r>
      <w:r>
        <w:rPr>
          <w:sz w:val="20"/>
        </w:rPr>
        <w:t>8:48  is se: allazeena yu'minoona bil ghaib. jo iman rakhte hon ghaib par. is ke ma'ne kya hain?</w:t>
      </w:r>
      <w:r>
        <w:br/>
      </w:r>
      <w:r>
        <w:rPr>
          <w:sz w:val="20"/>
        </w:rPr>
        <w:t>8:57  is ke ma'ne yeh hain ke woh woh log jo</w:t>
      </w:r>
      <w:r>
        <w:br/>
      </w:r>
      <w:r>
        <w:rPr>
          <w:sz w:val="20"/>
        </w:rPr>
        <w:t>9:06  yeh ayat number teen hai Surah Al-Baqarah ki: allazeena yu'minoona bil ghaib. ghaib par iman ka matlab yeh hai ke is dunya mein aadmi ko</w:t>
      </w:r>
      <w:r>
        <w:br/>
      </w:r>
      <w:r>
        <w:rPr>
          <w:sz w:val="20"/>
        </w:rPr>
        <w:t>9:21  har cheez dekh kar nahi jaan sakta. har aadmi</w:t>
      </w:r>
      <w:r>
        <w:br/>
      </w:r>
      <w:r>
        <w:rPr>
          <w:sz w:val="20"/>
        </w:rPr>
        <w:t>9:25  kuch cheezein aisi hain jo observable hain, kuch cheezein woh hain jo hum observe nahi kar sakte. to woh aadmi jo yeh condition lagaye ke jab tak mein dekhun Khuda ko, dekhun revelation ko, dekhun jannat ko, tab tak mein us ko nahi manunga,</w:t>
      </w:r>
      <w:r>
        <w:br/>
      </w:r>
      <w:r>
        <w:rPr>
          <w:sz w:val="20"/>
        </w:rPr>
        <w:t>9:48  aise aadmi ko hidayat nahi milegi. kyun? is</w:t>
      </w:r>
      <w:r>
        <w:br/>
      </w:r>
      <w:r>
        <w:rPr>
          <w:sz w:val="20"/>
        </w:rPr>
        <w:t>9:52  ke andar realistic approach nahi hai. realistic approach nahi hai. kyunke is dunya mein aisa ho hi nahi sakta ke aap har cheez ko dekhein.</w:t>
      </w:r>
      <w:r>
        <w:br/>
      </w:r>
      <w:r>
        <w:rPr>
          <w:sz w:val="20"/>
        </w:rPr>
        <w:t>10:02  aap apne aap ko bhi nahi dekh sakte. aap apni body ko dekhte hain, lekin aap ka jo soul hai, aap ka jo mind hai, aap ki jo spiritual being hai, us ko to aap dekhte nahi.</w:t>
      </w:r>
      <w:r>
        <w:br/>
      </w:r>
      <w:r>
        <w:rPr>
          <w:sz w:val="20"/>
        </w:rPr>
        <w:t>10:19  to is dunya mein kuch zahiri cheezein sirf dikhai deti hain, lekin jo haqiqatein hain, jo sachaiyan hain, woh dikhai nahi deti hain.</w:t>
      </w:r>
      <w:r>
        <w:br/>
      </w:r>
      <w:r>
        <w:rPr>
          <w:sz w:val="20"/>
        </w:rPr>
        <w:t>10:29  to iman bil ghaib ke ma'ne yeh hue ke jo itne sincere hain ke is is baat ko woh janen, manen ke Khuda ko manne ke liye agar hum</w:t>
      </w:r>
      <w:r>
        <w:br/>
      </w:r>
      <w:r>
        <w:rPr>
          <w:sz w:val="20"/>
        </w:rPr>
        <w:t>10:45  yeh shart lagaye ke Khuda hamein dikhai de, to unhein sachai nahi milegi.</w:t>
      </w:r>
      <w:r>
        <w:br/>
      </w:r>
      <w:r>
        <w:rPr>
          <w:sz w:val="20"/>
        </w:rPr>
        <w:t>10:53  to is ka matlab yeh hua.</w:t>
      </w:r>
    </w:p>
    <w:p>
      <w:pPr>
        <w:pStyle w:val="Heading2"/>
      </w:pPr>
      <w:r>
        <w:t>Writer's desperate question about afterlife</w:t>
      </w:r>
    </w:p>
    <w:p>
      <w:r>
        <w:rPr>
          <w:color w:val="666666"/>
          <w:sz w:val="18"/>
        </w:rPr>
        <w:t>Concept of Death in Islam I 26th Aug, 2012 - Maulana Wahiduddin Khan · 2m 58s · at 14:24 · https://youtu.be/7wlqcKm35mk?t=864</w:t>
      </w:r>
    </w:p>
    <w:p>
      <w:r>
        <w:rPr>
          <w:i/>
        </w:rPr>
        <w:t>“Aik aik sahib hain jo India mein paida hue hain”</w:t>
      </w:r>
    </w:p>
    <w:p>
      <w:r>
        <w:rPr>
          <w:sz w:val="20"/>
        </w:rPr>
        <w:t>14:24  jaise abhi mujhe ek waqea maloom hua.</w:t>
      </w:r>
      <w:r>
        <w:br/>
      </w:r>
      <w:r>
        <w:rPr>
          <w:sz w:val="20"/>
        </w:rPr>
        <w:t>14:29  ek ek sahib hain jo India mein paida hue hain. bohat achhi english thi un ki.</w:t>
      </w:r>
      <w:r>
        <w:br/>
      </w:r>
      <w:r>
        <w:rPr>
          <w:sz w:val="20"/>
        </w:rPr>
        <w:t>14:39  to woh ab settle ho gaye hain london mein. woh ek writer hain. un ki umar ab</w:t>
      </w:r>
      <w:r>
        <w:br/>
      </w:r>
      <w:r>
        <w:rPr>
          <w:sz w:val="20"/>
        </w:rPr>
        <w:t>14:51  ghaaliban 65 years ho chuki hai. 65 years.</w:t>
      </w:r>
      <w:r>
        <w:br/>
      </w:r>
      <w:r>
        <w:rPr>
          <w:sz w:val="20"/>
        </w:rPr>
        <w:t>15:01  lekin sehat in ki bohat kharab hai. kyun ke aap jante hain, is qism ke log jo woh ultra secular the, woh aur kafi drink karte the.</w:t>
      </w:r>
      <w:r>
        <w:br/>
      </w:r>
      <w:r>
        <w:rPr>
          <w:sz w:val="20"/>
        </w:rPr>
        <w:t>15:12  drink karte karte un ki health bilkul kharab ho chuki hai.</w:t>
      </w:r>
      <w:r>
        <w:br/>
      </w:r>
      <w:r>
        <w:rPr>
          <w:sz w:val="20"/>
        </w:rPr>
        <w:t>15:19  to ab woh dekh rahe hain, agarche 65 years ke hain taqreeban, lekin ab bohat un ko dikhai de rahi hai samne.</w:t>
      </w:r>
      <w:r>
        <w:br/>
      </w:r>
      <w:r>
        <w:rPr>
          <w:sz w:val="20"/>
        </w:rPr>
        <w:t>15:30  maut.yani mujh se bohat chote hain.bohat zyada chote.by name mein un ko janta hoon, lekin kabhi bhi un se mulaqat nahi hui.</w:t>
      </w:r>
      <w:r>
        <w:br/>
      </w:r>
      <w:r>
        <w:rPr>
          <w:sz w:val="20"/>
        </w:rPr>
        <w:t>15:44  woh India mein paida hue, lekin ab woh settle ho gaye hain London mein.</w:t>
      </w:r>
      <w:r>
        <w:br/>
      </w:r>
      <w:r>
        <w:rPr>
          <w:sz w:val="20"/>
        </w:rPr>
        <w:t>15:48  to un ke ek relative gaye the London.un se un ki mulaqat hui.to un ke relative ne ek baat batai jo bohat hi zyada is mein ibret hai.</w:t>
      </w:r>
      <w:r>
        <w:br/>
      </w:r>
      <w:r>
        <w:rPr>
          <w:sz w:val="20"/>
        </w:rPr>
        <w:t>16:02  bohat zyada.un se baat karte hue unhon ne kaha,</w:t>
      </w:r>
      <w:r>
        <w:br/>
      </w:r>
      <w:r>
        <w:rPr>
          <w:sz w:val="20"/>
        </w:rPr>
        <w:t>16:10  maut ka zikr kiya.aur yeh bataya ke dekho, meri sehat haal haal ho chuka hai.aur jaldi zahir hai ke mujhe marna hai.</w:t>
      </w:r>
      <w:r>
        <w:br/>
      </w:r>
      <w:r>
        <w:rPr>
          <w:sz w:val="20"/>
        </w:rPr>
        <w:t>16:22  jaise sare log mar jate hain.</w:t>
      </w:r>
      <w:r>
        <w:br/>
      </w:r>
      <w:r>
        <w:rPr>
          <w:sz w:val="20"/>
        </w:rPr>
        <w:t>16:26  to unhon ne kaha ke agar koi aadmi un se milta,</w:t>
      </w:r>
      <w:r>
        <w:br/>
      </w:r>
      <w:r>
        <w:rPr>
          <w:sz w:val="20"/>
        </w:rPr>
        <w:t>16:32  jo yeh janta, jis ko yeh khabar hoti ke maut ke is paar kya hai,</w:t>
      </w:r>
      <w:r>
        <w:br/>
      </w:r>
      <w:r>
        <w:rPr>
          <w:sz w:val="20"/>
        </w:rPr>
        <w:t>16:46  to us se mein bheek mangta is baat ki ke woh mujhe bataye.</w:t>
      </w:r>
      <w:r>
        <w:br/>
      </w:r>
      <w:r>
        <w:rPr>
          <w:sz w:val="20"/>
        </w:rPr>
        <w:t>16:55  I would beg him</w:t>
      </w:r>
      <w:r>
        <w:br/>
      </w:r>
      <w:r>
        <w:rPr>
          <w:sz w:val="20"/>
        </w:rPr>
        <w:t>17:01  to tell me what is after death.</w:t>
      </w:r>
      <w:r>
        <w:br/>
      </w:r>
      <w:r>
        <w:rPr>
          <w:sz w:val="20"/>
        </w:rPr>
        <w:t>17:14  I would beg him to tell me what is after death.</w:t>
      </w:r>
    </w:p>
    <w:p>
      <w:pPr>
        <w:pStyle w:val="Heading2"/>
      </w:pPr>
      <w:r>
        <w:t>Riding animals and robotic surgery both show God's mercy</w:t>
      </w:r>
    </w:p>
    <w:p>
      <w:r>
        <w:rPr>
          <w:color w:val="666666"/>
          <w:sz w:val="18"/>
        </w:rPr>
        <w:t>Realization of God November 26, 2024 · 2m 19s · at 1:01:31 · https://youtu.be/AG1gtOdLvGs?t=3691</w:t>
      </w:r>
    </w:p>
    <w:p>
      <w:r>
        <w:rPr>
          <w:i/>
        </w:rPr>
        <w:t>“Purane daur mein ghoda Khuda ki rehmat ka izhar tha.”</w:t>
      </w:r>
    </w:p>
    <w:p>
      <w:r>
        <w:rPr>
          <w:sz w:val="20"/>
        </w:rPr>
        <w:t>1:01:31  is ko khuda ne jo hai, night and day ke kya kehte hain, demo se jo hai, wazeh kiya. hmm hmm ji to isi tarah jo hai, raat hui to rasool Allah ne aise hi kiya.</w:t>
      </w:r>
      <w:r>
        <w:br/>
      </w:r>
      <w:r>
        <w:rPr>
          <w:sz w:val="20"/>
        </w:rPr>
        <w:t>1:01:43  isi tarah jo hai, rasool Allah jab sawar hue kisi sawari par to unhon ne jo hai, is baat ko yaad dilaya ke yeh jo hai, yeh ghora ya khachar jo hai, khuda ki rafat aur rehmat ka izhaar hai.</w:t>
      </w:r>
      <w:r>
        <w:br/>
      </w:r>
      <w:r>
        <w:rPr>
          <w:sz w:val="20"/>
        </w:rPr>
        <w:t>1:01:53  is par ghor o fikr karo. to goya ke hum aisa keh sakte hain, ras</w:t>
      </w:r>
      <w:r>
        <w:br/>
      </w:r>
      <w:r>
        <w:rPr>
          <w:sz w:val="20"/>
        </w:rPr>
        <w:t>1:02:00  ool ne ya khuda ke rasoolon ne traditional daur mein is ka jo hai, traditional izhaar sikhaya shukr ka.</w:t>
      </w:r>
      <w:r>
        <w:br/>
      </w:r>
      <w:r>
        <w:rPr>
          <w:sz w:val="20"/>
        </w:rPr>
        <w:t>1:02:09  yani unhon ne ghore ko dekha, unhon ne jo hai, ghar ko dekha, unhon ne din aur raat ko dekha. to apne followers ko unhon ne sikhaya ke in mein tadabbur se jo hai, tumhein jo hai, khuda ki qurbat aur nearness ki discovery</w:t>
      </w:r>
      <w:r>
        <w:br/>
      </w:r>
      <w:r>
        <w:rPr>
          <w:sz w:val="20"/>
        </w:rPr>
        <w:t>1:02:22  hogi, feeling aayegi aur jo hai, khuda ka creation plan approve ho jayega. ji ji aur phir sath mein unhon ne yeh bataya ke khuda jo hai, is kya kehte hain, workable observation par raazi nahi hai insaanon ke mamle mein.</w:t>
      </w:r>
      <w:r>
        <w:br/>
      </w:r>
      <w:r>
        <w:rPr>
          <w:sz w:val="20"/>
        </w:rPr>
        <w:t>1:02:38  aik daur aayega sanurihim ka, jis ko hum jo hai, daur sanurihim keh sakte hain. surah hamim al-sajdah ki ayat sanurihim ayatina fil-afaqi wa fi anfusihim hatta yatabayyana lahum annahul-haq ji traditional daur se hum jo hai, is ko mechanical daur mein bhi pahunch</w:t>
      </w:r>
      <w:r>
        <w:br/>
      </w:r>
      <w:r>
        <w:rPr>
          <w:sz w:val="20"/>
        </w:rPr>
        <w:t>1:02:54  a denge. jab insaan yeh janega ke yahan is daur ke andar aik patient ka ilaaj, woh kisi bhi aik backward mulk ke andar rehta ho, aik mahir doctor jo hai, uska surgery kar sakta hai baghair safar ki, us ko mushaqqat diye ke patient ko.</w:t>
      </w:r>
      <w:r>
        <w:br/>
      </w:r>
      <w:r>
        <w:rPr>
          <w:sz w:val="20"/>
        </w:rPr>
        <w:t>1:03:09  ji to goya ke jo hai, rasool aur ashab rasool ke zamane mein is ka aik working observation un ke liye possible tha. yani unhon ne raat ko dekha, din ko dekha, ghore ko dekha, pani ko dekha.</w:t>
      </w:r>
      <w:r>
        <w:br/>
      </w:r>
      <w:r>
        <w:rPr>
          <w:sz w:val="20"/>
        </w:rPr>
        <w:t>1:03:20  to aik traditional aur working obz</w:t>
      </w:r>
      <w:r>
        <w:br/>
      </w:r>
      <w:r>
        <w:rPr>
          <w:sz w:val="20"/>
        </w:rPr>
        <w:t>1:03:24  ervation tha. to is ko dekh kar unhon ne jo hai, khuda ka shukr ada kiya, khuda ki rehmat aur rafat ko daryaft kiya. lekin sath mein yeh bhi bataya gaya ke is ka aik mechanical version bhi aanay wala hai.</w:t>
      </w:r>
      <w:r>
        <w:br/>
      </w:r>
      <w:r>
        <w:rPr>
          <w:sz w:val="20"/>
        </w:rPr>
        <w:t>1:03:34  aik scientific age aayega jab khuda ki jo hai, hidden nematein bar mala ho kar samne aa jayengi, jo rawati insaanon ke liye nahi thi.</w:t>
      </w:r>
      <w:r>
        <w:br/>
      </w:r>
      <w:r>
        <w:rPr>
          <w:sz w:val="20"/>
        </w:rPr>
        <w:t>1:03:42  to is daur mein bhi jo hai, tum ko jo hai, yeh model tazkiyah ka aur jo hai, tadabbur ka kainat mein khuda se qurbat ka ehsas dilayega.</w:t>
      </w:r>
    </w:p>
    <w:p>
      <w:pPr>
        <w:pStyle w:val="Heading2"/>
      </w:pPr>
      <w:r>
        <w:t>Acknowledge human benefactors not God</w:t>
      </w:r>
    </w:p>
    <w:p>
      <w:r>
        <w:rPr>
          <w:color w:val="666666"/>
          <w:sz w:val="18"/>
        </w:rPr>
        <w:t>The Concept of Shukr in Islam | October 30, 2007 · 1m 33s · at 15:31 · https://youtu.be/2Oe5los5oVM?t=931</w:t>
      </w:r>
    </w:p>
    <w:p>
      <w:r>
        <w:rPr>
          <w:i/>
        </w:rPr>
        <w:t>“When Sanjay Gandhi was alive”</w:t>
      </w:r>
    </w:p>
    <w:p>
      <w:r>
        <w:rPr>
          <w:sz w:val="20"/>
        </w:rPr>
        <w:t>15:31  zamane mein Sanjay Gandhi zinda the aur government par unka hold tha bahut zyada.</w:t>
      </w:r>
      <w:r>
        <w:br/>
      </w:r>
      <w:r>
        <w:rPr>
          <w:sz w:val="20"/>
        </w:rPr>
        <w:t>15:35  to ek saahab MP mere paas, mujhe ek ek MP the jin ko Sanjay Gandhi ne</w:t>
      </w:r>
      <w:r>
        <w:br/>
      </w:r>
      <w:r>
        <w:rPr>
          <w:sz w:val="20"/>
        </w:rPr>
        <w:t>15:40  MP banwaya tha.</w:t>
      </w:r>
      <w:r>
        <w:br/>
      </w:r>
      <w:r>
        <w:rPr>
          <w:sz w:val="20"/>
        </w:rPr>
        <w:t>15:44  to hamare ek saathi un ke ghar gaye.</w:t>
      </w:r>
      <w:r>
        <w:br/>
      </w:r>
      <w:r>
        <w:rPr>
          <w:sz w:val="20"/>
        </w:rPr>
        <w:t>15:48  jo MP ke liye jo flat hote hain, woh un ko allot kiya gaya tha.</w:t>
      </w:r>
      <w:r>
        <w:br/>
      </w:r>
      <w:r>
        <w:rPr>
          <w:sz w:val="20"/>
        </w:rPr>
        <w:t>15:53  haalanki the woh gaon ke aadmi.</w:t>
      </w:r>
      <w:r>
        <w:br/>
      </w:r>
      <w:r>
        <w:rPr>
          <w:sz w:val="20"/>
        </w:rPr>
        <w:t>15:57  maamooli ghar mein rehte the pehle.</w:t>
      </w:r>
      <w:r>
        <w:br/>
      </w:r>
      <w:r>
        <w:rPr>
          <w:sz w:val="20"/>
        </w:rPr>
        <w:t>16:02  Sanjay Gandhi ke saath jud gaye.</w:t>
      </w:r>
      <w:r>
        <w:br/>
      </w:r>
      <w:r>
        <w:rPr>
          <w:sz w:val="20"/>
        </w:rPr>
        <w:t>16:05  jar gaye, jar gaye to unhon ne un ko M P banwa diya.</w:t>
      </w:r>
      <w:r>
        <w:br/>
      </w:r>
      <w:r>
        <w:rPr>
          <w:sz w:val="20"/>
        </w:rPr>
        <w:t>16:09  Dabraj Sahiba ka member banwa diya.</w:t>
      </w:r>
      <w:r>
        <w:br/>
      </w:r>
      <w:r>
        <w:rPr>
          <w:sz w:val="20"/>
        </w:rPr>
        <w:t>16:13  to un ko M P ka flat mil gaya Delhi mein.</w:t>
      </w:r>
      <w:r>
        <w:br/>
      </w:r>
      <w:r>
        <w:rPr>
          <w:sz w:val="20"/>
        </w:rPr>
        <w:t>16:17  to mere sathi ne bataya ke jab main gaya un ke ghar to bar bar un ki zuban</w:t>
      </w:r>
      <w:r>
        <w:br/>
      </w:r>
      <w:r>
        <w:rPr>
          <w:sz w:val="20"/>
        </w:rPr>
        <w:t>16:20  se niklta tha ke Sanjay babu ki meharbani hai.</w:t>
      </w:r>
      <w:r>
        <w:br/>
      </w:r>
      <w:r>
        <w:rPr>
          <w:sz w:val="20"/>
        </w:rPr>
        <w:t>16:24  yeh sab Sanjay babu ki meharbani hai.</w:t>
      </w:r>
      <w:r>
        <w:br/>
      </w:r>
      <w:r>
        <w:rPr>
          <w:sz w:val="20"/>
        </w:rPr>
        <w:t>16:28  yani wahan ka furniture, wahan ki deewar, wahan jo</w:t>
      </w:r>
      <w:r>
        <w:br/>
      </w:r>
      <w:r>
        <w:rPr>
          <w:sz w:val="20"/>
        </w:rPr>
        <w:t>16:32  Ambassador car khari hui thi woh, jo kuch bhi wahan tha us ko dekh kar bolte the woh</w:t>
      </w:r>
      <w:r>
        <w:br/>
      </w:r>
      <w:r>
        <w:rPr>
          <w:sz w:val="20"/>
        </w:rPr>
        <w:t>16:36  yeh sab Sanjay babu ki meharbani hai.</w:t>
      </w:r>
      <w:r>
        <w:br/>
      </w:r>
      <w:r>
        <w:rPr>
          <w:sz w:val="20"/>
        </w:rPr>
        <w:t>16:41  تو یہ کیا ہے؟ Nature کہتا ہے کہ acknowledge کرو دینے والے کا۔</w:t>
      </w:r>
      <w:r>
        <w:br/>
      </w:r>
      <w:r>
        <w:rPr>
          <w:sz w:val="20"/>
        </w:rPr>
        <w:t>16:46  انسان کا جو نیچر ہے وہ کہتا ہے کہ دینے والے کا acknowledge کرو۔</w:t>
      </w:r>
      <w:r>
        <w:br/>
      </w:r>
      <w:r>
        <w:rPr>
          <w:sz w:val="20"/>
        </w:rPr>
        <w:t>16:50  dene wale ka etraf karo.</w:t>
      </w:r>
      <w:r>
        <w:br/>
      </w:r>
      <w:r>
        <w:rPr>
          <w:sz w:val="20"/>
        </w:rPr>
        <w:t>16:55  dene wale ka shukr ada karo.</w:t>
      </w:r>
      <w:r>
        <w:br/>
      </w:r>
      <w:r>
        <w:rPr>
          <w:sz w:val="20"/>
        </w:rPr>
        <w:t>16:59  yeh nature Khuda ke mamle mein kyun ghayab hai?</w:t>
      </w:r>
    </w:p>
    <w:p>
      <w:pPr>
        <w:pStyle w:val="Heading2"/>
      </w:pPr>
      <w:r>
        <w:t>Dua for overcoming limitations answered</w:t>
      </w:r>
    </w:p>
    <w:p>
      <w:r>
        <w:rPr>
          <w:color w:val="666666"/>
          <w:sz w:val="18"/>
        </w:rPr>
        <w:t>Quran for all Mankind | June 3, 2012 · 2m 32s · at 11:51 · https://youtu.be/GGYAoN6ZOxs?t=711</w:t>
      </w:r>
    </w:p>
    <w:p>
      <w:r>
        <w:rPr>
          <w:i/>
        </w:rPr>
        <w:t>“Yeh dua ko par sochte sochte maine socha”</w:t>
      </w:r>
    </w:p>
    <w:p>
      <w:r>
        <w:rPr>
          <w:sz w:val="20"/>
        </w:rPr>
        <w:t>11:51  woh chalte rehna hai is ko.</w:t>
      </w:r>
      <w:r>
        <w:br/>
      </w:r>
      <w:r>
        <w:rPr>
          <w:sz w:val="20"/>
        </w:rPr>
        <w:t>11:57  to yeh dua ko par sochte sochte mein ne socha ke Allah taala ne is dua ko qabool</w:t>
      </w:r>
      <w:r>
        <w:br/>
      </w:r>
      <w:r>
        <w:rPr>
          <w:sz w:val="20"/>
        </w:rPr>
        <w:t>12:03  kiya aur wasail ka ek nai dunya khol di.</w:t>
      </w:r>
      <w:r>
        <w:br/>
      </w:r>
      <w:r>
        <w:rPr>
          <w:sz w:val="20"/>
        </w:rPr>
        <w:t>12:10  ek nai dunya jis ko hum kehte hain age of communication.</w:t>
      </w:r>
      <w:r>
        <w:br/>
      </w:r>
      <w:r>
        <w:rPr>
          <w:sz w:val="20"/>
        </w:rPr>
        <w:t>12:16  age of communication kya hai?</w:t>
      </w:r>
      <w:r>
        <w:br/>
      </w:r>
      <w:r>
        <w:rPr>
          <w:sz w:val="20"/>
        </w:rPr>
        <w:t>12:22  woh daaiyon ko jahan un ki limit ho gayi thi, aage ka woh dena. mein ek martaba gaya Ahmedabad mein to ek sahab ne wahan naya karkhana lagaya tha. woh khud engineer the, engineer. lekin un ke paas koi management ka expert nahi tha jis ko kehte hain MBA. to management mein unhein mush</w:t>
      </w:r>
      <w:r>
        <w:br/>
      </w:r>
      <w:r>
        <w:rPr>
          <w:sz w:val="20"/>
        </w:rPr>
        <w:t>12:52  kil pesh aati thi. khud to engineer the lekin jo intezam ka mamla tha us ke liye unhein ek aur expert chahiye tha. to unhon ne ek jumla kaha yeh batate hue ab jab kuch mujhe yaad hai ke apni to limited, apni to limitations aa jati hain management side par. apni to limitations aa jati hain management side par. to mein samajhta hoon</w:t>
      </w:r>
      <w:r>
        <w:br/>
      </w:r>
      <w:r>
        <w:rPr>
          <w:sz w:val="20"/>
        </w:rPr>
        <w:t>13:22  ke sahaba aur tabai'een ne duaen jo ki theen us ka matlab yahi tha ke khudaaya apni to</w:t>
      </w:r>
      <w:r>
        <w:br/>
      </w:r>
      <w:r>
        <w:rPr>
          <w:sz w:val="20"/>
        </w:rPr>
        <w:t>13:27  limitations aa gayi.</w:t>
      </w:r>
      <w:r>
        <w:br/>
      </w:r>
      <w:r>
        <w:rPr>
          <w:sz w:val="20"/>
        </w:rPr>
        <w:t>13:31  khudaaya apni to had aa gayi.</w:t>
      </w:r>
      <w:r>
        <w:br/>
      </w:r>
      <w:r>
        <w:rPr>
          <w:sz w:val="20"/>
        </w:rPr>
        <w:t>13:36  hum apnay pulon par chalay.</w:t>
      </w:r>
      <w:r>
        <w:br/>
      </w:r>
      <w:r>
        <w:rPr>
          <w:sz w:val="20"/>
        </w:rPr>
        <w:t>13:40  hum oonton par doray.</w:t>
      </w:r>
      <w:r>
        <w:br/>
      </w:r>
      <w:r>
        <w:rPr>
          <w:sz w:val="20"/>
        </w:rPr>
        <w:t>13:44  hum nay ghoron ko istemal kiya ke ab kiya karein yeh to samandar hai.</w:t>
      </w:r>
      <w:r>
        <w:br/>
      </w:r>
      <w:r>
        <w:rPr>
          <w:sz w:val="20"/>
        </w:rPr>
        <w:t>13:49  yahan na hamaray paon kaam karein ge, na hamaray oont kaam karein ge, na hamaray ghoray kaam karein ge.</w:t>
      </w:r>
      <w:r>
        <w:br/>
      </w:r>
      <w:r>
        <w:rPr>
          <w:sz w:val="20"/>
        </w:rPr>
        <w:t>13:53  to Khuda ne kya kiya? ek naya daur khol diya jis ko hum kehte hain age of communication. dekhiye, pehle zamane mein geography koi ilm nahi tha insan ko. sab qiyas par chalta tha, qiyas par. geography sahi ma'non mein paida hui hai us waqt jab ke jo kehte hain aerial photography yani hawai jahaz ke zariye se</w:t>
      </w:r>
    </w:p>
    <w:p>
      <w:pPr>
        <w:pStyle w:val="Heading2"/>
      </w:pPr>
      <w:r>
        <w:t>Cut to size: realizing true status</w:t>
      </w:r>
    </w:p>
    <w:p>
      <w:r>
        <w:rPr>
          <w:color w:val="666666"/>
          <w:sz w:val="18"/>
        </w:rPr>
        <w:t>Quran Lessons (In Conversation with Maulana) 27.12.2010 · 2m 01s · at 36:13 · https://youtu.be/tFU57I6tThk?t=2173</w:t>
      </w:r>
    </w:p>
    <w:p>
      <w:r>
        <w:rPr>
          <w:i/>
        </w:rPr>
        <w:t>“Cut to size ka matlab hai apni haqeeqi hesiyat tak pohanch jana”</w:t>
      </w:r>
    </w:p>
    <w:p>
      <w:r>
        <w:rPr>
          <w:sz w:val="20"/>
        </w:rPr>
        <w:t>36:13  Cut to size ka matlab yeh hai ke apni yeh bohat achha lafz hai.</w:t>
      </w:r>
      <w:r>
        <w:br/>
      </w:r>
      <w:r>
        <w:rPr>
          <w:sz w:val="20"/>
        </w:rPr>
        <w:t>36:18  yeh cut to size ka yani apni yani apni hesiyat haqeeqi tak pohnch jana.</w:t>
      </w:r>
      <w:r>
        <w:br/>
      </w:r>
      <w:r>
        <w:rPr>
          <w:sz w:val="20"/>
        </w:rPr>
        <w:t>36:23  jaise ke misaal mein doon, jab bangladesh bana tha, yani pakistan do tukre ho gaye the, to</w:t>
      </w:r>
      <w:r>
        <w:br/>
      </w:r>
      <w:r>
        <w:rPr>
          <w:sz w:val="20"/>
        </w:rPr>
        <w:t>36:29  kai kitabein chhapi theen.</w:t>
      </w:r>
      <w:r>
        <w:br/>
      </w:r>
      <w:r>
        <w:rPr>
          <w:sz w:val="20"/>
        </w:rPr>
        <w:t>36:34  un ke title hote the ke dismemberment of pakistan, partition after partition waghera.</w:t>
      </w:r>
      <w:r>
        <w:br/>
      </w:r>
      <w:r>
        <w:rPr>
          <w:sz w:val="20"/>
        </w:rPr>
        <w:t>36:39  ek kitab chhapi thi, is ka naam tha</w:t>
      </w:r>
      <w:r>
        <w:br/>
      </w:r>
      <w:r>
        <w:rPr>
          <w:sz w:val="20"/>
        </w:rPr>
        <w:t>36:44  Pakistan cut to size, that Pakistan, it was an artificial expansion, that one, one here East</w:t>
      </w:r>
      <w:r>
        <w:br/>
      </w:r>
      <w:r>
        <w:rPr>
          <w:sz w:val="20"/>
        </w:rPr>
        <w:t>36:48  pakistan, idhar west pakistan, beech mein hazar mil ka fasla.</w:t>
      </w:r>
      <w:r>
        <w:br/>
      </w:r>
      <w:r>
        <w:rPr>
          <w:sz w:val="20"/>
        </w:rPr>
        <w:t>36:53  to yeh yeh ek aisa koi mulk to hota nahin.</w:t>
      </w:r>
      <w:r>
        <w:br/>
      </w:r>
      <w:r>
        <w:rPr>
          <w:sz w:val="20"/>
        </w:rPr>
        <w:t>36:57  to yeh ek artificial tha.</w:t>
      </w:r>
      <w:r>
        <w:br/>
      </w:r>
      <w:r>
        <w:rPr>
          <w:sz w:val="20"/>
        </w:rPr>
        <w:t>37:01  yeh to woh masnooi pan khatm ho gaya.</w:t>
      </w:r>
      <w:r>
        <w:br/>
      </w:r>
      <w:r>
        <w:rPr>
          <w:sz w:val="20"/>
        </w:rPr>
        <w:t>37:06  jo real pakistan jo tha, wohi baqi raha.</w:t>
      </w:r>
      <w:r>
        <w:br/>
      </w:r>
      <w:r>
        <w:rPr>
          <w:sz w:val="20"/>
        </w:rPr>
        <w:t>37:10  to is ka naam rakha tha unhon ne</w:t>
      </w:r>
      <w:r>
        <w:br/>
      </w:r>
      <w:r>
        <w:rPr>
          <w:sz w:val="20"/>
        </w:rPr>
        <w:t>37:14  pakistan cut to size.</w:t>
      </w:r>
      <w:r>
        <w:br/>
      </w:r>
      <w:r>
        <w:rPr>
          <w:sz w:val="20"/>
        </w:rPr>
        <w:t>37:19  to insan ka muamla bhi yahi hai ke yeh jo insan ke andar jo cheezein hoti hain, maslan</w:t>
      </w:r>
      <w:r>
        <w:br/>
      </w:r>
      <w:r>
        <w:rPr>
          <w:sz w:val="20"/>
        </w:rPr>
        <w:t>37:24  maslan organs hain, maslan is ke andar woh hai apne ko kuch samajhna, pride hai waghera.</w:t>
      </w:r>
      <w:r>
        <w:br/>
      </w:r>
      <w:r>
        <w:rPr>
          <w:sz w:val="20"/>
        </w:rPr>
        <w:t>37:29  yeh sab kya hai? yeh yeh farzi qism ke ghubare jaisi barhoti hai.</w:t>
      </w:r>
      <w:r>
        <w:br/>
      </w:r>
      <w:r>
        <w:rPr>
          <w:sz w:val="20"/>
        </w:rPr>
        <w:t>37:34  jab ghubara haqeeqat mein itna bara hota hai, phool jaye to itna bara ho gaya woh.</w:t>
      </w:r>
      <w:r>
        <w:br/>
      </w:r>
      <w:r>
        <w:rPr>
          <w:sz w:val="20"/>
        </w:rPr>
        <w:t>37:39  to insan ke andar yeh jab</w:t>
      </w:r>
      <w:r>
        <w:br/>
      </w:r>
      <w:r>
        <w:rPr>
          <w:sz w:val="20"/>
        </w:rPr>
        <w:t>37:44  cheezen jo hain, yeh yeh sab yani masnooi hain, artificial hain. woh jab woh khatam ho jaen to woh mind cut to size ban gaya hai. woh to is ka taluq sochne se hai. aadmi agar soche to bohat aasani se aap ko cut to size kar sakta hai. to sochte sab is ka jagah yeh sab masnooi hain, sab banawati hain. mera fakhr banawati hai, mera organs banawati hai, apne ko kuch samajhna yeh banawati hai. maslan delhi mein ek</w:t>
      </w:r>
    </w:p>
    <w:p>
      <w:pPr>
        <w:pStyle w:val="Heading2"/>
      </w:pPr>
      <w:r>
        <w:t>Story of Arab dictator and courage</w:t>
      </w:r>
    </w:p>
    <w:p>
      <w:r>
        <w:rPr>
          <w:color w:val="666666"/>
          <w:sz w:val="18"/>
        </w:rPr>
        <w:t>CPS Peace Conference 2019, Day 1. Session 2 (Remembrance of God) · 2m 24s · at 8:10 · https://youtu.be/MaqHmFTbIqk?t=490</w:t>
      </w:r>
    </w:p>
    <w:p>
      <w:r>
        <w:rPr>
          <w:i/>
        </w:rPr>
        <w:t>“To mujhe ek apna ek waqea yaad aaya”</w:t>
      </w:r>
    </w:p>
    <w:p>
      <w:r>
        <w:rPr>
          <w:sz w:val="20"/>
        </w:rPr>
        <w:t>8:10  to mujhe ek apna ek waqia yaad aaya.</w:t>
      </w:r>
      <w:r>
        <w:br/>
      </w:r>
      <w:r>
        <w:rPr>
          <w:sz w:val="20"/>
        </w:rPr>
        <w:t>8:17  ek martaba bahar kisi mulk mein gaya tha, wahan ek arab dictator, ek zamane mein un ka bara charcha tha arab dictator ka, us ka naam nahi loon ga main,</w:t>
      </w:r>
      <w:r>
        <w:br/>
      </w:r>
      <w:r>
        <w:rPr>
          <w:sz w:val="20"/>
        </w:rPr>
        <w:t>8:31  un ka woh jalsa tha. is mein woh aanay walay thay to bohat se log ekatha thay.</w:t>
      </w:r>
      <w:r>
        <w:br/>
      </w:r>
      <w:r>
        <w:rPr>
          <w:sz w:val="20"/>
        </w:rPr>
        <w:t>8:41  jab woh aaye to woh chha gaye, woh aadmi jo aaya, woh dictator jo hai, to poore jalsay mein woh chha gaya. lekin kisi ko bolnay ki himmat nahi ho rahi thi.</w:t>
      </w:r>
      <w:r>
        <w:br/>
      </w:r>
      <w:r>
        <w:rPr>
          <w:sz w:val="20"/>
        </w:rPr>
        <w:t>8:51  ab sawal tha ke is ke aanay par kaun is ko istiqbal kare, kaun is ko reception de? to kisi ki himmat nahi parti thi.</w:t>
      </w:r>
      <w:r>
        <w:br/>
      </w:r>
      <w:r>
        <w:rPr>
          <w:sz w:val="20"/>
        </w:rPr>
        <w:t>9:04  ek Kuwait ka ek senior aalim tha, woh khara hua. to aaj maine is baat ko jaana hai ke kya wajah hai ke doosre log himmat nahi parti kharay honay ki.</w:t>
      </w:r>
      <w:r>
        <w:br/>
      </w:r>
      <w:r>
        <w:rPr>
          <w:sz w:val="20"/>
        </w:rPr>
        <w:t>9:15  wohi ek shakhs khara hua jo Kuwait ka ek senior aalim tha, senior scholar tha. to meri samajh mein aaya ke logon ke dilon mein tha apni shikayatein, apni maang, apne apne darkhwastain.</w:t>
      </w:r>
      <w:r>
        <w:br/>
      </w:r>
      <w:r>
        <w:rPr>
          <w:sz w:val="20"/>
        </w:rPr>
        <w:t>9:34  to is mein log himmat nahi parti thi. woh arab sheikh jo tha, us ki koi maang nahi thi, us ki koi shikayat nahi thi, koi zulm ki dastaan nahi thi us ke paas.</w:t>
      </w:r>
      <w:r>
        <w:br/>
      </w:r>
      <w:r>
        <w:rPr>
          <w:sz w:val="20"/>
        </w:rPr>
        <w:t>9:46  us ke paas is arab dictator ki glory thi jis ko us ne bain kiya. to ab aap jo yahan kharay hue hain, hamari himmat tab paray gi jab aap ke dilon mein koi shikayat na ho, koi zulm ki dastaan na ho,</w:t>
      </w:r>
      <w:r>
        <w:br/>
      </w:r>
      <w:r>
        <w:rPr>
          <w:sz w:val="20"/>
        </w:rPr>
        <w:t>10:04  koi negative thought na ho, sirf yahi ho ke yeh kaisa azeem hai woh Khuda jis ne hum ko paida kiya, yeh zameen di, yeh aasman diya, yeh food paida kiya zameen mein, yeh oxygen diya, suraj ki roshni di.</w:t>
      </w:r>
      <w:r>
        <w:br/>
      </w:r>
      <w:r>
        <w:rPr>
          <w:sz w:val="20"/>
        </w:rPr>
        <w:t>10:22  yani Allah Rabb-ul-alameen ke diye mein jo jeeta ho, us ki ehtiyat mein, us ki bracing mein jo jeeta ho, woh bol paaye ga, us ki himmat paray gi bolnay ki.</w:t>
      </w:r>
    </w:p>
    <w:p>
      <w:pPr>
        <w:pStyle w:val="Heading2"/>
      </w:pPr>
      <w:r>
        <w:t>Corbett man-eater lion and blood storm</w:t>
      </w:r>
    </w:p>
    <w:p>
      <w:r>
        <w:rPr>
          <w:color w:val="666666"/>
          <w:sz w:val="18"/>
        </w:rPr>
        <w:t>Dars-e-Quran, Chapter 2, Verse 255 | December 24, 2017 · 1m 32s · at 9:21 · https://youtu.be/tKX0KUhUMnw?t=561</w:t>
      </w:r>
    </w:p>
    <w:p>
      <w:r>
        <w:rPr>
          <w:i/>
        </w:rPr>
        <w:t>“Unhone bataya ke jo aksar aisa hota hai”</w:t>
      </w:r>
    </w:p>
    <w:p>
      <w:r>
        <w:rPr>
          <w:sz w:val="20"/>
        </w:rPr>
        <w:t>9:21  unhone bataya ke jo aksar aisa hota hai, anari log is ko nishana karte hain, is par gun chalate hain. aur woh sher bach jata hai marne se, zakhami zakhami ho jata hai. yeh zakhami sher hi hamesha man eater sher banta hai. zakhami sher. to khair jo baat mujhe</w:t>
      </w:r>
      <w:r>
        <w:br/>
      </w:r>
      <w:r>
        <w:rPr>
          <w:sz w:val="20"/>
        </w:rPr>
        <w:t>9:51  us waqt karna hai woh yeh hai ke kai baar aisa pesh aaya un ko ke woh jangal</w:t>
      </w:r>
      <w:r>
        <w:br/>
      </w:r>
      <w:r>
        <w:rPr>
          <w:sz w:val="20"/>
        </w:rPr>
        <w:t>9:57  ke kinare thay.</w:t>
      </w:r>
      <w:r>
        <w:br/>
      </w:r>
      <w:r>
        <w:rPr>
          <w:sz w:val="20"/>
        </w:rPr>
        <w:t>10:04  aur wahan achaanak unhon ne dekha ke aik sher khara hua hai un ke paas. sher.</w:t>
      </w:r>
      <w:r>
        <w:br/>
      </w:r>
      <w:r>
        <w:rPr>
          <w:sz w:val="20"/>
        </w:rPr>
        <w:t>10:10  to unhon ne aik ajeeb baat likhi hai ke jab aap akele hon aur aap dekhen ke aap</w:t>
      </w:r>
      <w:r>
        <w:br/>
      </w:r>
      <w:r>
        <w:rPr>
          <w:sz w:val="20"/>
        </w:rPr>
        <w:t>10:16  ke paas aik</w:t>
      </w:r>
      <w:r>
        <w:br/>
      </w:r>
      <w:r>
        <w:rPr>
          <w:sz w:val="20"/>
        </w:rPr>
        <w:t>10:22  zindah sher khara hua hai.</w:t>
      </w:r>
      <w:r>
        <w:br/>
      </w:r>
      <w:r>
        <w:rPr>
          <w:sz w:val="20"/>
        </w:rPr>
        <w:t>10:28  to aap ka blood, aap ke jism mein blood circulation, blood isfar ban jata hai.</w:t>
      </w:r>
      <w:r>
        <w:br/>
      </w:r>
      <w:r>
        <w:rPr>
          <w:sz w:val="20"/>
        </w:rPr>
        <w:t>10:35  yani khoon ka doran, khoon ka toofan ban jata hai.</w:t>
      </w:r>
      <w:r>
        <w:br/>
      </w:r>
      <w:r>
        <w:rPr>
          <w:sz w:val="20"/>
        </w:rPr>
        <w:t>10:41  aisi cheez sher.</w:t>
      </w:r>
      <w:r>
        <w:br/>
      </w:r>
      <w:r>
        <w:rPr>
          <w:sz w:val="20"/>
        </w:rPr>
        <w:t>10:47  to jab maine yeh kitab padhi, is mein yeh padha ke jo unhon ne likha hai</w:t>
      </w:r>
    </w:p>
    <w:p>
      <w:pPr>
        <w:pStyle w:val="Heading2"/>
      </w:pPr>
      <w:r>
        <w:t>Great Flood: pushing humans out of comfort zone</w:t>
      </w:r>
    </w:p>
    <w:p>
      <w:r>
        <w:rPr>
          <w:color w:val="666666"/>
          <w:sz w:val="18"/>
        </w:rPr>
        <w:t>Why God Pushes You out of Your Comfort Zone November 24, 2018 · 2m 59s · at 16:27 · https://youtu.be/smtQmn5KbxY?t=987</w:t>
      </w:r>
    </w:p>
    <w:p>
      <w:r>
        <w:rPr>
          <w:i/>
        </w:rPr>
        <w:t>“Sab se bara flood woh toofan nooh hai”</w:t>
      </w:r>
    </w:p>
    <w:p>
      <w:r>
        <w:rPr>
          <w:sz w:val="20"/>
        </w:rPr>
        <w:t>16:27  jaise misaal ke taur par dekhiye, sab se bara jo flood aata hai, calamity ki sab se bara calamity hai, woh toofan e nooh hai.</w:t>
      </w:r>
      <w:r>
        <w:br/>
      </w:r>
      <w:r>
        <w:rPr>
          <w:sz w:val="20"/>
        </w:rPr>
        <w:t>16:42  toofan e nooh jis ko great flood kaha jata hai history mein. to toofan e nooh se pehle insan comfort zone mein tha, woh yani aap jante hain ke ek area hai, jis ko kehte hain meso pitebia.</w:t>
      </w:r>
      <w:r>
        <w:br/>
      </w:r>
      <w:r>
        <w:rPr>
          <w:sz w:val="20"/>
        </w:rPr>
        <w:t>17:01  yeh area dijla aur furaat darmian hai aur bohat hi shadab hai, bohat tarqeez hai, bohat hi achi aab o hawa hai wahan ki.</w:t>
      </w:r>
      <w:r>
        <w:br/>
      </w:r>
      <w:r>
        <w:rPr>
          <w:sz w:val="20"/>
        </w:rPr>
        <w:t>17:13  har lehaz se woh insan ke liye comfort zone hai. to insan jab paida hua to sab se pehle isi mein woh rehne laga.</w:t>
      </w:r>
      <w:r>
        <w:br/>
      </w:r>
      <w:r>
        <w:rPr>
          <w:sz w:val="20"/>
        </w:rPr>
        <w:t>17:25  aaj bara acha laga is ko, wahan ache phal hote hain, acha ghalla paida hota hai, achi har cheez achi hoti hai wahan ki.</w:t>
      </w:r>
      <w:r>
        <w:br/>
      </w:r>
      <w:r>
        <w:rPr>
          <w:sz w:val="20"/>
        </w:rPr>
        <w:t>17:36  to practically woh insan ka first comfort zone tha, woh jis ko kehte hain ab meso pitebia, dijla aur furaat ke darmian ka area hai jo iraq mein pal ho hai.</w:t>
      </w:r>
      <w:r>
        <w:br/>
      </w:r>
      <w:r>
        <w:rPr>
          <w:sz w:val="20"/>
        </w:rPr>
        <w:t>17:56  to aap ghor kijiye, khuda ne wahan par bohat bara flood paida kiya</w:t>
      </w:r>
      <w:r>
        <w:br/>
      </w:r>
      <w:r>
        <w:rPr>
          <w:sz w:val="20"/>
        </w:rPr>
        <w:t>18:02  aur har dono ne kashti banai, us par baith gaye log. to wahan se nikal kar phenk diya,</w:t>
      </w:r>
      <w:r>
        <w:br/>
      </w:r>
      <w:r>
        <w:rPr>
          <w:sz w:val="20"/>
        </w:rPr>
        <w:t>18:12  comfort zone se nikal kar phenk diya. aur kahan phenka? turkish, turkey ka ilaaqa jo hai, jis jo pahari ilaaqa hai, wahan daal diya.</w:t>
      </w:r>
      <w:r>
        <w:br/>
      </w:r>
      <w:r>
        <w:rPr>
          <w:sz w:val="20"/>
        </w:rPr>
        <w:t>18:25  wahan kuch bhi comfort zone nahi tha, wahan to pathar thay, pahar tha, musibatein theen. to compression create kiya, laane ke niklo comfort zone se, jao europe mein, jao africa mein,</w:t>
      </w:r>
      <w:r>
        <w:br/>
      </w:r>
      <w:r>
        <w:rPr>
          <w:sz w:val="20"/>
        </w:rPr>
        <w:t>18:43  jao asia mein. tab taraqqi shuru hui insan ki. agar insan isi comfort zone mein jeeta rehta to taraqqi hi na hoti.</w:t>
      </w:r>
      <w:r>
        <w:br/>
      </w:r>
      <w:r>
        <w:rPr>
          <w:sz w:val="20"/>
        </w:rPr>
        <w:t>19:00  to yeh first jo pehla bara waqia jo hua hai insan ki history mein, woh tha great flood, jis ko hum kehte hain toofan e nooh.</w:t>
      </w:r>
      <w:r>
        <w:br/>
      </w:r>
      <w:r>
        <w:rPr>
          <w:sz w:val="20"/>
        </w:rPr>
        <w:t>19:11  woh kya tha? woh yahi to tha, comfort zone se nikal kar bahar phenk diya gaya, challenge yani comfort zone se nikal kar zone of challenge mein daal diya gaya.</w:t>
      </w:r>
    </w:p>
    <w:p>
      <w:pPr>
        <w:pStyle w:val="Heading2"/>
      </w:pPr>
      <w:r>
        <w:t>Ibrahim rose above anger after fire</w:t>
      </w:r>
    </w:p>
    <w:p>
      <w:r>
        <w:rPr>
          <w:color w:val="666666"/>
          <w:sz w:val="18"/>
        </w:rPr>
        <w:t>The Spirit of Sacrifice August 22, 2018 Maulana Wahiduddin Khan · 1m 35s · at 17:30 · https://youtu.be/Vihc_L70yPw?t=1050</w:t>
      </w:r>
    </w:p>
    <w:p>
      <w:r>
        <w:rPr>
          <w:i/>
        </w:rPr>
        <w:t>“Jis insaan ko aag mein dala gaya ho”</w:t>
      </w:r>
    </w:p>
    <w:p>
      <w:r>
        <w:rPr>
          <w:sz w:val="20"/>
        </w:rPr>
        <w:t>17:30  hazrat ibrahim ka jo waqia hai, us par ghaur kijiye aap. Hazrat ibrahim ko iraq mein is zamane ka jo badshah tha, ghussa hokar aap aag mein daal diya.</w:t>
      </w:r>
      <w:r>
        <w:br/>
      </w:r>
      <w:r>
        <w:rPr>
          <w:sz w:val="20"/>
        </w:rPr>
        <w:t>17:42  yeh toh khud quran mein hai ke aag mein daal diya kyunke woh shirk ke khilaf thay aur badshah jo tha, mushrik tha.</w:t>
      </w:r>
      <w:r>
        <w:br/>
      </w:r>
      <w:r>
        <w:rPr>
          <w:sz w:val="20"/>
        </w:rPr>
        <w:t>17:50  woh toh is ne hukum diya aur aap ko aag ke azab mein daal diya gaya. Allah ne bacha liya is ko.</w:t>
      </w:r>
      <w:r>
        <w:br/>
      </w:r>
      <w:r>
        <w:rPr>
          <w:sz w:val="20"/>
        </w:rPr>
        <w:t>18:01  ab aap ghaur kijiye ke jis insan ko aag mein daala gaya ho, us ke andar toh nafrat, baghavat, intiqam, ghussa, yeh sab hona chahiye.</w:t>
      </w:r>
      <w:r>
        <w:br/>
      </w:r>
      <w:r>
        <w:rPr>
          <w:sz w:val="20"/>
        </w:rPr>
        <w:t>18:15  hazrat ibrahim ne aisa nahi kiya. Hazrat ibrahim ne yeh kiya ke iraq ko chhod kar woh aa gaye makkah mein, yahan ke desert mein ek nasl banayi unhon ne.</w:t>
      </w:r>
      <w:r>
        <w:br/>
      </w:r>
      <w:r>
        <w:rPr>
          <w:sz w:val="20"/>
        </w:rPr>
        <w:t>18:26  yani ek dum jaise ke ek waqia hua hi nahi un ke sath, hazrat ibrahim ke sath ke un ko aag mein daal kar woh chahte thay ke jal kar khatm ho jayein.</w:t>
      </w:r>
      <w:r>
        <w:br/>
      </w:r>
      <w:r>
        <w:rPr>
          <w:sz w:val="20"/>
        </w:rPr>
        <w:t>18:40  toh maine hazrat ibrahim ne apne aap ko ghusse se, nafrat se upar uthaya. Tab aa kar ke woh desert therapy mein apne bachon ko daala unhon ne aur phir yeh inqilab aaya.</w:t>
      </w:r>
      <w:r>
        <w:br/>
      </w:r>
      <w:r>
        <w:rPr>
          <w:sz w:val="20"/>
        </w:rPr>
        <w:t>18:55  yani communication ka inqilab aur science ka inqilab aur yeh pro dawa inqilab.</w:t>
      </w:r>
    </w:p>
    <w:p>
      <w:pPr>
        <w:pStyle w:val="Heading2"/>
      </w:pPr>
      <w:r>
        <w:t>The tethered horse: a parable of faith and self-control</w:t>
      </w:r>
    </w:p>
    <w:p>
      <w:r>
        <w:rPr>
          <w:color w:val="666666"/>
          <w:sz w:val="18"/>
        </w:rPr>
        <w:t>Dars-e-Quran June 29, 2007 · 1m 59s · at 52:36 · https://youtu.be/J6t7KRe6Hl8?t=3156</w:t>
      </w:r>
    </w:p>
    <w:p>
      <w:r>
        <w:rPr>
          <w:i/>
        </w:rPr>
        <w:t>“مومن کی مثال اور اس کے ایمان کی مثال ایسی ہے جیسے کھونٹی سے بندھا ہوا گھوڑا”</w:t>
      </w:r>
    </w:p>
    <w:p>
      <w:r>
        <w:rPr>
          <w:sz w:val="20"/>
        </w:rPr>
        <w:t>52:36  ke momin ki misaal aur</w:t>
      </w:r>
      <w:r>
        <w:br/>
      </w:r>
      <w:r>
        <w:rPr>
          <w:sz w:val="20"/>
        </w:rPr>
        <w:t>52:42  is ke imaan ki misaal aisi hai jaise ke khunti se bandha hua ghoda.</w:t>
      </w:r>
      <w:r>
        <w:br/>
      </w:r>
      <w:r>
        <w:rPr>
          <w:sz w:val="20"/>
        </w:rPr>
        <w:t>52:51  to ek khunti hai. uski ek rassi hai. is rassi mein ghoda bandha hua hai. to rassi kya hai? rassi is ka imaan hai.</w:t>
      </w:r>
      <w:r>
        <w:br/>
      </w:r>
      <w:r>
        <w:rPr>
          <w:sz w:val="20"/>
        </w:rPr>
        <w:t>53:03  farz kiya hai ke rassi 5 meter ki hai.</w:t>
      </w:r>
      <w:r>
        <w:br/>
      </w:r>
      <w:r>
        <w:rPr>
          <w:sz w:val="20"/>
        </w:rPr>
        <w:t>53:06  to 5 meter tak to woh jayega. 5 meter tak woh ghoomega idhar udhar. lekin 5 meter se aage nahi jayega woh.</w:t>
      </w:r>
      <w:r>
        <w:br/>
      </w:r>
      <w:r>
        <w:rPr>
          <w:sz w:val="20"/>
        </w:rPr>
        <w:t>53:19  yahi muamla imaan ka hai. imaan ek rassi hai. imaan jo hai do's aur don'ts ka ek aap ko ek list deta hai.</w:t>
      </w:r>
      <w:r>
        <w:br/>
      </w:r>
      <w:r>
        <w:rPr>
          <w:sz w:val="20"/>
        </w:rPr>
        <w:t>53:33  to jahan tak imaan ijazat de wahan tak jaana. aur jahan tak ijazat na de wahan tak na jaana. yeh hai momin ka muamla.</w:t>
      </w:r>
      <w:r>
        <w:br/>
      </w:r>
      <w:r>
        <w:rPr>
          <w:sz w:val="20"/>
        </w:rPr>
        <w:t>53:45  to jis tarah se ek ghoda apni rassi ke aitbaar se idhar udhar chalta hai.</w:t>
      </w:r>
      <w:r>
        <w:br/>
      </w:r>
      <w:r>
        <w:rPr>
          <w:sz w:val="20"/>
        </w:rPr>
        <w:t>53:54  is ke bahar nahi jata woh.</w:t>
      </w:r>
      <w:r>
        <w:br/>
      </w:r>
      <w:r>
        <w:rPr>
          <w:sz w:val="20"/>
        </w:rPr>
        <w:t>53:58  to woh to under compression aisa karta hai. kyunke jo rassi us ke bandhi hui hai us ki gardan mein woh majboor karti hai us ko ke rassi ke bahar na jaye.</w:t>
      </w:r>
      <w:r>
        <w:br/>
      </w:r>
      <w:r>
        <w:rPr>
          <w:sz w:val="20"/>
        </w:rPr>
        <w:t>54:14  to yeh ek compulsory deficit hai. yeh ek compulsory discipline hai. majburana control hai yeh.</w:t>
      </w:r>
      <w:r>
        <w:br/>
      </w:r>
      <w:r>
        <w:rPr>
          <w:sz w:val="20"/>
        </w:rPr>
        <w:t>54:24  yeh hi control momin ko apne ikhtiyar se apni azadi se apne upar aaid karna hai. to momin ka muamla self control ka muamla hai.</w:t>
      </w:r>
    </w:p>
    <w:p>
      <w:pPr>
        <w:pStyle w:val="Heading2"/>
      </w:pPr>
      <w:r>
        <w:t>Nehru helps son get admission</w:t>
      </w:r>
    </w:p>
    <w:p>
      <w:r>
        <w:rPr>
          <w:color w:val="666666"/>
          <w:sz w:val="18"/>
        </w:rPr>
        <w:t>The Importance of Shukr December 19, 2010 · 2m 28s · at 24:20 · https://youtu.be/aoKMb5-IQQU?t=1460</w:t>
      </w:r>
    </w:p>
    <w:p>
      <w:r>
        <w:rPr>
          <w:i/>
        </w:rPr>
        <w:t>“Yeh baat hai aazadi ke fauran baad ki”</w:t>
      </w:r>
    </w:p>
    <w:p>
      <w:r>
        <w:rPr>
          <w:sz w:val="20"/>
        </w:rPr>
        <w:t>24:20  woh Congress ke worker the.</w:t>
      </w:r>
      <w:r>
        <w:br/>
      </w:r>
      <w:r>
        <w:rPr>
          <w:sz w:val="20"/>
        </w:rPr>
        <w:t>24:24  mamooli padhe likhe the lekin Congress mein jud gaye the woh apna. Congress ke worker the woh.</w:t>
      </w:r>
      <w:r>
        <w:br/>
      </w:r>
      <w:r>
        <w:rPr>
          <w:sz w:val="20"/>
        </w:rPr>
        <w:t>24:33  phir unhone apne bachche ko padhaya. to us ko ab medical test mein dala. magar us ka number bahut kam aaya.</w:t>
      </w:r>
      <w:r>
        <w:br/>
      </w:r>
      <w:r>
        <w:rPr>
          <w:sz w:val="20"/>
        </w:rPr>
        <w:t>24:43  jab selection hua medical test ka to jab list khatm ho gayi us ke beeswein number par uth kar ladka tha.</w:t>
      </w:r>
      <w:r>
        <w:br/>
      </w:r>
      <w:r>
        <w:rPr>
          <w:sz w:val="20"/>
        </w:rPr>
        <w:t>24:54  yaani bees ladke aur liye jayen tab us ka number aata tha.</w:t>
      </w:r>
      <w:r>
        <w:br/>
      </w:r>
      <w:r>
        <w:rPr>
          <w:sz w:val="20"/>
        </w:rPr>
        <w:t>25:01  ab bahut bada masla tha.</w:t>
      </w:r>
      <w:r>
        <w:br/>
      </w:r>
      <w:r>
        <w:rPr>
          <w:sz w:val="20"/>
        </w:rPr>
        <w:t>25:08  to woh Jawaharlal Nehru ke paas aaye. Jawaharlal Nehru jo the us waqt prime minister ban chuke the. is se pehle woh Congress ke leader hote the.</w:t>
      </w:r>
      <w:r>
        <w:br/>
      </w:r>
      <w:r>
        <w:rPr>
          <w:sz w:val="20"/>
        </w:rPr>
        <w:t>25:20  kahin kahin jalse mein is se mulaqat bhi hui thi pehle. to us ne kaha ke dekhiye main sari zindagi maine Congress ki khidmat mein guz</w:t>
      </w:r>
      <w:r>
        <w:br/>
      </w:r>
      <w:r>
        <w:rPr>
          <w:sz w:val="20"/>
        </w:rPr>
        <w:t>25:29  ari. mera bachcha jo hai medical mein jana chahta hai magar nahi ja pa raha hai. to is kaam ko koi kar nahi sakta tha siwaye prime minister ke.</w:t>
      </w:r>
      <w:r>
        <w:br/>
      </w:r>
      <w:r>
        <w:rPr>
          <w:sz w:val="20"/>
        </w:rPr>
        <w:t>25:42  itna mushkil kaam tha is waqt. aaj to shayad ho bhi sakta ho, is waqt nahi ho sakta tha. to jawaharlal nehru ne kiya kiya?</w:t>
      </w:r>
      <w:r>
        <w:br/>
      </w:r>
      <w:r>
        <w:rPr>
          <w:sz w:val="20"/>
        </w:rPr>
        <w:t>25:50  file mangwai is medical wahan se.</w:t>
      </w:r>
      <w:r>
        <w:br/>
      </w:r>
      <w:r>
        <w:rPr>
          <w:sz w:val="20"/>
        </w:rPr>
        <w:t>25:56  is par dekha to is ka number jo hai bees student agar barhaye jayein tab is ka number aata tha.</w:t>
      </w:r>
      <w:r>
        <w:br/>
      </w:r>
      <w:r>
        <w:rPr>
          <w:sz w:val="20"/>
        </w:rPr>
        <w:t>26:07  to unhon ne dekha ke yeh bechara congress ki bohat khidmat ki hai is ne. to seat mein bees barha diya unhon ne.</w:t>
      </w:r>
      <w:r>
        <w:br/>
      </w:r>
      <w:r>
        <w:rPr>
          <w:sz w:val="20"/>
        </w:rPr>
        <w:t>26:18  yani order kar diya ke bees seat barhai jayein wahan par.</w:t>
      </w:r>
      <w:r>
        <w:br/>
      </w:r>
      <w:r>
        <w:rPr>
          <w:sz w:val="20"/>
        </w:rPr>
        <w:t>26:21  jab bees seat barhai gayi to uth ke ladke ka bhi number aa gaya. aur woh dakhla ho gaya. phir jante hain kya hua?</w:t>
      </w:r>
      <w:r>
        <w:br/>
      </w:r>
      <w:r>
        <w:rPr>
          <w:sz w:val="20"/>
        </w:rPr>
        <w:t>26:30  woh woh main sunana chahta hoon aap ko. is ke baad jo hua. is aadmi ko jab pata chala ke mera beta jo hai medical college mein is ka dakhla ho gaya hai.</w:t>
      </w:r>
      <w:r>
        <w:br/>
      </w:r>
      <w:r>
        <w:rPr>
          <w:sz w:val="20"/>
        </w:rPr>
        <w:t>26:42  ab woh doctor banega. to phir dobara aaya woh delhi.</w:t>
      </w:r>
    </w:p>
    <w:p>
      <w:pPr>
        <w:pStyle w:val="Heading2"/>
      </w:pPr>
      <w:r>
        <w:t>Yunus's dua from the darkness saves him</w:t>
      </w:r>
    </w:p>
    <w:p>
      <w:r>
        <w:rPr>
          <w:color w:val="666666"/>
          <w:sz w:val="18"/>
        </w:rPr>
        <w:t>The Spirit of Zikr November 19, 2023 · 1m 06s · at 53:11 · https://youtu.be/uqpcRzUgaFk?t=3191</w:t>
      </w:r>
    </w:p>
    <w:p>
      <w:r>
        <w:rPr>
          <w:i/>
        </w:rPr>
        <w:t>“Us andheray mein unhone dua ki, tu hi paak hai”</w:t>
      </w:r>
    </w:p>
    <w:p>
      <w:r>
        <w:rPr>
          <w:sz w:val="20"/>
        </w:rPr>
        <w:t>53:10  woh</w:t>
      </w:r>
      <w:r>
        <w:br/>
      </w:r>
      <w:r>
        <w:rPr>
          <w:sz w:val="20"/>
        </w:rPr>
        <w:t>53:11  aan se unhonne us darkness me se a dua ki ki tu hi tu pak hai, there is no god but you, glory be to you, and i was wrong, i am wrong. yani unhonne apni galti tasleem ki, allah ki badai ko a ko kaha ke baare me kaha.</w:t>
      </w:r>
      <w:r>
        <w:br/>
      </w:r>
      <w:r>
        <w:rPr>
          <w:sz w:val="20"/>
        </w:rPr>
        <w:t>53:32  toh allah taala ne unki dua suni aur machhli, aapko pata hai, laakar shore par laakar daal diya.</w:t>
      </w:r>
      <w:r>
        <w:br/>
      </w:r>
      <w:r>
        <w:rPr>
          <w:sz w:val="20"/>
        </w:rPr>
        <w:t>53:39  aur quran mein jo baat aayi hai, iske baad woh badi aham hai, fal la an na min al musabbiheen.</w:t>
      </w:r>
      <w:r>
        <w:br/>
      </w:r>
      <w:r>
        <w:rPr>
          <w:sz w:val="20"/>
        </w:rPr>
        <w:t>53:46  ki agar woh praise karne walon mein se na hota, musabbiheen</w:t>
      </w:r>
      <w:r>
        <w:br/>
      </w:r>
      <w:r>
        <w:rPr>
          <w:sz w:val="20"/>
        </w:rPr>
        <w:t>53:51  karne walon mein se, us sense mein ki allah ko yaad karne walon mein se na hota, yaani</w:t>
      </w:r>
      <w:r>
        <w:br/>
      </w:r>
      <w:r>
        <w:rPr>
          <w:sz w:val="20"/>
        </w:rPr>
        <w:t>53:56  a toh labsa fi bat ila yom yusoon.</w:t>
      </w:r>
      <w:r>
        <w:br/>
      </w:r>
      <w:r>
        <w:rPr>
          <w:sz w:val="20"/>
        </w:rPr>
        <w:t>54:03  to he would have been there in the belly of the fish till the day of judgment. yani kitni sakht baat kahi hai o prophet ke liye. ji, to aam insaanon ke liye to kitni aur zyada sakht hogi. to ye ye ek bahut hi aham baat hai,</w:t>
      </w:r>
    </w:p>
    <w:p>
      <w:pPr>
        <w:pStyle w:val="Heading2"/>
      </w:pPr>
      <w:r>
        <w:t>religion's real purpose is intellectual happiness, not just blessing</w:t>
      </w:r>
    </w:p>
    <w:p>
      <w:r>
        <w:rPr>
          <w:color w:val="666666"/>
          <w:sz w:val="18"/>
        </w:rPr>
        <w:t>God, Man and Paradise April 22, 2007 · 2m 07s · at 1:30 · https://youtu.be/dJ7Hp3i_nkA?t=90</w:t>
      </w:r>
    </w:p>
    <w:p>
      <w:r>
        <w:rPr>
          <w:i/>
        </w:rPr>
        <w:t>“Mazhab ka matlab log samajhte hain sirf ashirwad, blessing dena”</w:t>
      </w:r>
    </w:p>
    <w:p>
      <w:r>
        <w:rPr>
          <w:sz w:val="20"/>
        </w:rPr>
        <w:t>1:30  mazhab jo hai ya religion jo hai woh darasal intellectual development ka ke liye hai.</w:t>
      </w:r>
      <w:r>
        <w:br/>
      </w:r>
      <w:r>
        <w:rPr>
          <w:sz w:val="20"/>
        </w:rPr>
        <w:t>1:40  sab se bari cheez jo insan ko chahiye woh hai intellectual development.</w:t>
      </w:r>
      <w:r>
        <w:br/>
      </w:r>
      <w:r>
        <w:rPr>
          <w:sz w:val="20"/>
        </w:rPr>
        <w:t>1:48  mein ne paper pe dekha ke woh dhoom dham thi shadi ki, karoron ka kharch</w:t>
      </w:r>
      <w:r>
        <w:br/>
      </w:r>
      <w:r>
        <w:rPr>
          <w:sz w:val="20"/>
        </w:rPr>
        <w:t>1:53  ho rahe thay, aur log khush rahe thay, magan ho rahe thay. to yeh kya hai? yeh animal animal level ki happiness hai.</w:t>
      </w:r>
      <w:r>
        <w:br/>
      </w:r>
      <w:r>
        <w:rPr>
          <w:sz w:val="20"/>
        </w:rPr>
        <w:t>2:03  ghore pe charh kar ushal kood rahe hain ya kapre pehan kar ke khush ho rahe hain. yeh animal level ki happiness hai.</w:t>
      </w:r>
      <w:r>
        <w:br/>
      </w:r>
      <w:r>
        <w:rPr>
          <w:sz w:val="20"/>
        </w:rPr>
        <w:t>2:14  is se ooper ki jo happiness hai, jo intellectual development se hoti hai, is ka logon ko pata hi nahi.</w:t>
      </w:r>
      <w:r>
        <w:br/>
      </w:r>
      <w:r>
        <w:rPr>
          <w:sz w:val="20"/>
        </w:rPr>
        <w:t>2:24  to hamara jo mission hai woh sach poochein to logon ko yeh batane ke liye hai ke happiness ka aik aur level hai, bohat ooncha level hai.</w:t>
      </w:r>
      <w:r>
        <w:br/>
      </w:r>
      <w:r>
        <w:rPr>
          <w:sz w:val="20"/>
        </w:rPr>
        <w:t>2:36  yeh choti choti desire jo hain, choti choti jo yeh jo false qism ke jo tamashe hain kapre mein aur fashion mein, aur aur aur jo desires hain, is mein jo khushi le rahe hain, woh animal level ki khushi hai.</w:t>
      </w:r>
      <w:r>
        <w:br/>
      </w:r>
      <w:r>
        <w:rPr>
          <w:sz w:val="20"/>
        </w:rPr>
        <w:t>2:59  aur bohat hi bara aur aik level hai khushi ka, happiness ka.</w:t>
      </w:r>
      <w:r>
        <w:br/>
      </w:r>
      <w:r>
        <w:rPr>
          <w:sz w:val="20"/>
        </w:rPr>
        <w:t>3:06  is se log</w:t>
      </w:r>
      <w:r>
        <w:br/>
      </w:r>
      <w:r>
        <w:rPr>
          <w:sz w:val="20"/>
        </w:rPr>
        <w:t>3:09  jis ko woh kehte hain abhi hindi mein "banchit", is se banchit hain.</w:t>
      </w:r>
      <w:r>
        <w:br/>
      </w:r>
      <w:r>
        <w:rPr>
          <w:sz w:val="20"/>
        </w:rPr>
        <w:t>3:15  to hamara mission logon ko yeh batana hai ke ziyada bari jo happiness hai, to is ka source hai religion, Islam, Quran.</w:t>
      </w:r>
      <w:r>
        <w:br/>
      </w:r>
      <w:r>
        <w:rPr>
          <w:sz w:val="20"/>
        </w:rPr>
        <w:t>3:30  to hum chahte hain ke log is ooper ke level ki jo happiness hai, us ko janain.</w:t>
      </w:r>
    </w:p>
    <w:p>
      <w:pPr>
        <w:pStyle w:val="Heading2"/>
      </w:pPr>
      <w:r>
        <w:t>Recap: paradise comes from purifying and developing your thinking</w:t>
      </w:r>
    </w:p>
    <w:p>
      <w:r>
        <w:rPr>
          <w:color w:val="666666"/>
          <w:sz w:val="18"/>
        </w:rPr>
        <w:t>The Concept of Paradise and Hell July 22, 2017 Maulana Wahiduddin Khan · 1m 39s · at 23:31 · https://youtu.be/Bcf0rPHGVWg?t=1411</w:t>
      </w:r>
    </w:p>
    <w:p>
      <w:r>
        <w:rPr>
          <w:i/>
        </w:rPr>
        <w:t>“What would God do by punishing you? That's not His plan”</w:t>
      </w:r>
    </w:p>
    <w:p>
      <w:r>
        <w:rPr>
          <w:sz w:val="20"/>
        </w:rPr>
        <w:t>23:31  Allah tum ko azab de kar kya</w:t>
      </w:r>
      <w:r>
        <w:br/>
      </w:r>
      <w:r>
        <w:rPr>
          <w:sz w:val="20"/>
        </w:rPr>
        <w:t>23:33  karega? matlab yeh to Allah ki scheme mein nahi hai. insan ko paida kiya us ne behtareen, behtareen surat par, behtareen nemat, behtareen salahiyat par, behtareen shakhsiyat de kar ke.</w:t>
      </w:r>
      <w:r>
        <w:br/>
      </w:r>
      <w:r>
        <w:rPr>
          <w:sz w:val="20"/>
        </w:rPr>
        <w:t>23:50  to is liye nahi tha ke woh us ko banane ke baad jahannum mein daal de. is liye tha tha ke shukr ke mawaqe jo dunya mein bikhre hue hain</w:t>
      </w:r>
      <w:r>
        <w:br/>
      </w:r>
      <w:r>
        <w:rPr>
          <w:sz w:val="20"/>
        </w:rPr>
        <w:t>24:00  , un ko woh avail karega, aur phir apni shakhsiyat ko shukr shakhsiyat banayega, aur phir Allah us ko chune ga jannat ke liye.</w:t>
      </w:r>
      <w:r>
        <w:br/>
      </w:r>
      <w:r>
        <w:rPr>
          <w:sz w:val="20"/>
        </w:rPr>
        <w:t>24:10  to jannat ki Allah ke jo scheme of things hain, us ke mutabiq, us waqt, us ke mutabiq yeh nahi ke us ko jahannum daal diya jaye, us ke mutabiq ke us ko jannat mein daala jaye.</w:t>
      </w:r>
      <w:r>
        <w:br/>
      </w:r>
      <w:r>
        <w:rPr>
          <w:sz w:val="20"/>
        </w:rPr>
        <w:t>24:25  to yaad rakhiye, jannat us ke liye hai jo apni soch ko develop kare. us ki kahin tazkiya, zaliq jaza muntazak.</w:t>
      </w:r>
      <w:r>
        <w:br/>
      </w:r>
      <w:r>
        <w:rPr>
          <w:sz w:val="20"/>
        </w:rPr>
        <w:t>24:40  to tazkiya kya hai? apne zehan ko purify karna, apne zehan ke andar soch ki salahiyat paida karna,</w:t>
      </w:r>
      <w:r>
        <w:br/>
      </w:r>
      <w:r>
        <w:rPr>
          <w:sz w:val="20"/>
        </w:rPr>
        <w:t>24:50  apne andar yeh salahiyat paida karna ke aap cheezon ko sahi tareeqe par tajziya kar sakein. tab ja kar aap woh mind apne andar bana paayein ge jo mind Allah ke nazdeek jannat mein dakhle ke liye qabil theharta hai.</w:t>
      </w:r>
    </w:p>
    <w:p>
      <w:pPr>
        <w:pStyle w:val="Heading2"/>
      </w:pPr>
      <w:r>
        <w:t>Discovering God means discovering your own helplessness</w:t>
      </w:r>
    </w:p>
    <w:p>
      <w:r>
        <w:rPr>
          <w:color w:val="666666"/>
          <w:sz w:val="18"/>
        </w:rPr>
        <w:t>Dars e Quran December 5, 2006 Maulana Wahiduddin Khan · 2m 13s · at 13:07 · https://youtu.be/09Bs9GKXrL0?t=787</w:t>
      </w:r>
    </w:p>
    <w:p>
      <w:r>
        <w:rPr>
          <w:i/>
        </w:rPr>
        <w:t>“آدمی جب خدا کو دریافت کرتا ہے تو اپنے ہیلپ لیسنس کا بھی ڈسکوری ہوتی ہے”</w:t>
      </w:r>
    </w:p>
    <w:p>
      <w:r>
        <w:rPr>
          <w:sz w:val="20"/>
        </w:rPr>
        <w:t>13:07  . Kyun? Kyunke aadmi jab Khuda ko daryaft karta hai, jab us ko Khuda ki discovery hoti hai to sath sath us ko apne helplessness ka bhi discovery hoti hai.</w:t>
      </w:r>
      <w:r>
        <w:br/>
      </w:r>
      <w:r>
        <w:rPr>
          <w:sz w:val="20"/>
        </w:rPr>
        <w:t>13:23  Yani Khuda'i qudrat aur apne ajz</w:t>
      </w:r>
      <w:r>
        <w:br/>
      </w:r>
      <w:r>
        <w:rPr>
          <w:sz w:val="20"/>
        </w:rPr>
        <w:t>13:27  sath sath. Yani aik taraf aadmi is baat ko discover karta hai ke Khuda jo hai, almighty hai, Khuda sari glory aur sari taqat ka malik hai.</w:t>
      </w:r>
      <w:r>
        <w:br/>
      </w:r>
      <w:r>
        <w:rPr>
          <w:sz w:val="20"/>
        </w:rPr>
        <w:t>13:43  Dusri taraf yeh bhi aap discovery hoti hai aadmi ko ke main ajiz hoon.</w:t>
      </w:r>
      <w:r>
        <w:br/>
      </w:r>
      <w:r>
        <w:rPr>
          <w:sz w:val="20"/>
        </w:rPr>
        <w:t>13:52  To Khuda all powerful hai, aur us ke muqable mein main meri koi taqat nahi. Yeh bilkul lazim hai aik doosre ke sath.</w:t>
      </w:r>
      <w:r>
        <w:br/>
      </w:r>
      <w:r>
        <w:rPr>
          <w:sz w:val="20"/>
        </w:rPr>
        <w:t>14:06  Kyunke kya koi aadmi jab aap sochte hain ke kya maine khud apne aap ko paida kiya hai, jawab aata hai ke nahi.</w:t>
      </w:r>
      <w:r>
        <w:br/>
      </w:r>
      <w:r>
        <w:rPr>
          <w:sz w:val="20"/>
        </w:rPr>
        <w:t>14:16  Kya life support system maine khud banaya hai, jis ke bal par main jee raha hoon, jawab aata hai ke nahi.</w:t>
      </w:r>
      <w:r>
        <w:br/>
      </w:r>
      <w:r>
        <w:rPr>
          <w:sz w:val="20"/>
        </w:rPr>
        <w:t>14:26  kya main ne suraj ko chamkaya hai ke main ne oxygen ka nizam banaya hai? kya main ne pani ka zakhira dunya mein rakh diya hai?</w:t>
      </w:r>
      <w:r>
        <w:br/>
      </w:r>
      <w:r>
        <w:rPr>
          <w:sz w:val="20"/>
        </w:rPr>
        <w:t>14:36  waghaira waghaira. to jawab aata hai ke nahin.</w:t>
      </w:r>
      <w:r>
        <w:br/>
      </w:r>
      <w:r>
        <w:rPr>
          <w:sz w:val="20"/>
        </w:rPr>
        <w:t>14:41  to kya is nikalta hai is se ke meri apni to koi taqat nahin hai, taqat to Khuda ki hai. to har mauqa par bilkul natural hai ke aadmi Khuda ko yaad kare.</w:t>
      </w:r>
      <w:r>
        <w:br/>
      </w:r>
      <w:r>
        <w:rPr>
          <w:sz w:val="20"/>
        </w:rPr>
        <w:t>14:57  Khuda ko yaad karna ya bismillah rahman rahim kehna is baat ko apne zehn mein taza karna hai ke mera koi bhi kaam is waqt banega,</w:t>
      </w:r>
      <w:r>
        <w:br/>
      </w:r>
      <w:r>
        <w:rPr>
          <w:sz w:val="20"/>
        </w:rPr>
        <w:t>15:12  mera koi bhi kaam is waqt banega jab ke is mein Khuda ki help shamil ho jaye.</w:t>
      </w:r>
    </w:p>
    <w:p>
      <w:pPr>
        <w:pStyle w:val="Heading2"/>
      </w:pPr>
      <w:r>
        <w:t>Two levels of understanding Quran</w:t>
      </w:r>
    </w:p>
    <w:p>
      <w:r>
        <w:rPr>
          <w:color w:val="666666"/>
          <w:sz w:val="18"/>
        </w:rPr>
        <w:t>Q&amp;A 11 Mar 2012 Maulana Wahiduddin Khan · 1m 59s · at 14:58 · https://youtu.be/8_-rLeTGm0o?t=898</w:t>
      </w:r>
    </w:p>
    <w:p>
      <w:r>
        <w:rPr>
          <w:i/>
        </w:rPr>
        <w:t>“Yani deen ko samajhne ke do level hain”</w:t>
      </w:r>
    </w:p>
    <w:p>
      <w:r>
        <w:rPr>
          <w:sz w:val="20"/>
        </w:rPr>
        <w:t>14:58  yaani deen ko samajhne ke do level hain, do darje hain. ek hai ki aap bahut deep mein samjhein, bahut deep mein jaakar ke samjhein deen ko.</w:t>
      </w:r>
      <w:r>
        <w:br/>
      </w:r>
      <w:r>
        <w:rPr>
          <w:sz w:val="20"/>
        </w:rPr>
        <w:t>15:15  ek hai ki ek aam jo darja hota hai, us darje mein samjhein. To ek aam darje mein. Kya moti baat hai, moti moti baat hai, kamal ho jaye, us par aap qaim ho jayen. To uske liye arbi zaroori nahi hai.</w:t>
      </w:r>
      <w:r>
        <w:br/>
      </w:r>
      <w:r>
        <w:rPr>
          <w:sz w:val="20"/>
        </w:rPr>
        <w:t>15:34  uske liye aapko tarjuma padh sakte hain. Aap lekin agar aap deep mein jana chahte hain, gehrai mein, to arbi padhni zaroori hai. Uske baghair aadmi uske jo deep par meaning hai, wo wahan tak pahunch nahi sakta hai. Lekin main yeh kahunga ki har ek ke liye mumkin nahi hai ki wo arbi zubaan mein,</w:t>
      </w:r>
      <w:r>
        <w:br/>
      </w:r>
      <w:r>
        <w:rPr>
          <w:sz w:val="20"/>
        </w:rPr>
        <w:t>15:53  yani expert bane. Har ek ke liye mumkin nahi hota hai. To sirf tarjuma kafi bhi nahi hai. Ab masla hai ki hal kya ho?</w:t>
      </w:r>
      <w:r>
        <w:br/>
      </w:r>
      <w:r>
        <w:rPr>
          <w:sz w:val="20"/>
        </w:rPr>
        <w:t>16:03  Sirf tarjuma kafi nahi ho sakta hai. Jabki har shakhs arbi bhi nahi padh sakta, to kya hal uska ho?</w:t>
      </w:r>
      <w:r>
        <w:br/>
      </w:r>
      <w:r>
        <w:rPr>
          <w:sz w:val="20"/>
        </w:rPr>
        <w:t>16:09  to main yeh kahunga ke aadmi ke liye do option hain: ya to woh bahut zyada waqt nikale</w:t>
      </w:r>
      <w:r>
        <w:br/>
      </w:r>
      <w:r>
        <w:rPr>
          <w:sz w:val="20"/>
        </w:rPr>
        <w:t>16:16  arabi zaban seekhne ke liye, aur phir deep study ke liye.</w:t>
      </w:r>
      <w:r>
        <w:br/>
      </w:r>
      <w:r>
        <w:rPr>
          <w:sz w:val="20"/>
        </w:rPr>
        <w:t>16:21  aur agar uske paas waqt nahi hai, to kisi aalim ko woh apna murshid bana le.</w:t>
      </w:r>
      <w:r>
        <w:br/>
      </w:r>
      <w:r>
        <w:rPr>
          <w:sz w:val="20"/>
        </w:rPr>
        <w:t>16:27  urdu tarjume par ittefaq karne ke liye zaroori hai ke woh kisi aalim ko murshid banaye.</w:t>
      </w:r>
      <w:r>
        <w:br/>
      </w:r>
      <w:r>
        <w:rPr>
          <w:sz w:val="20"/>
        </w:rPr>
        <w:t>16:33  agar woh aalim ko murshid na banaye, sirf khud hi khud tarjuma padh le, to bas bataun, woh</w:t>
      </w:r>
      <w:r>
        <w:br/>
      </w:r>
      <w:r>
        <w:rPr>
          <w:sz w:val="20"/>
        </w:rPr>
        <w:t>16:39  kafi nahi hoga.</w:t>
      </w:r>
      <w:r>
        <w:br/>
      </w:r>
      <w:r>
        <w:rPr>
          <w:sz w:val="20"/>
        </w:rPr>
        <w:t>16:41  to ya to arabi mein mein bahut zabardast, yani akhfiyat hasil kare aadmi, ya phir tarjuma se padhte</w:t>
      </w:r>
      <w:r>
        <w:br/>
      </w:r>
      <w:r>
        <w:rPr>
          <w:sz w:val="20"/>
        </w:rPr>
        <w:t>16:50  hue kisi aalim se madad leta rahe.</w:t>
      </w:r>
      <w:r>
        <w:br/>
      </w:r>
      <w:r>
        <w:rPr>
          <w:sz w:val="20"/>
        </w:rPr>
        <w:t>16:53  yeh sahi tareeqa hai.</w:t>
      </w:r>
    </w:p>
    <w:p>
      <w:pPr>
        <w:pStyle w:val="Heading2"/>
      </w:pPr>
      <w:r>
        <w:t>Quran revealed for contemplation, not a system</w:t>
      </w:r>
    </w:p>
    <w:p>
      <w:r>
        <w:rPr>
          <w:color w:val="666666"/>
          <w:sz w:val="18"/>
        </w:rPr>
        <w:t>Message of The Quran March 29, 2015 · 1m 42s · at 6:18 · https://youtu.be/61ANCBxSPHs?t=378</w:t>
      </w:r>
    </w:p>
    <w:p>
      <w:r>
        <w:rPr>
          <w:i/>
        </w:rPr>
        <w:t>“قرآن میں دیکھیے، ایک آیت ہے کہ قرآن کیوں اتارا گیا”</w:t>
      </w:r>
    </w:p>
    <w:p>
      <w:r>
        <w:rPr>
          <w:sz w:val="20"/>
        </w:rPr>
        <w:t>6:18  system ki baat hi nahi. quran mein dekhiye, ek ayat hai ke quran kyon utara gaya. to is mein yeh hai ke: "لَتَدَبَّرُوا آيَاتِهِ وَلَيَتَذَكَّرُوا الْأَلْبَابَ</w:t>
      </w:r>
      <w:r>
        <w:br/>
      </w:r>
      <w:r>
        <w:rPr>
          <w:sz w:val="20"/>
        </w:rPr>
        <w:t>6:34  ". yani quran utara gaya is liye ke log is par tadabbur karein. tadabbur ka matlab hai contemplation. aur aql wale is se naseehat nikalein.</w:t>
      </w:r>
      <w:r>
        <w:br/>
      </w:r>
      <w:r>
        <w:rPr>
          <w:sz w:val="20"/>
        </w:rPr>
        <w:t>6:47  goya quran ka jo khitab hai woh system se nahi hai, aql se hai. aql ek individual ke paas hoti hai.</w:t>
      </w:r>
      <w:r>
        <w:br/>
      </w:r>
      <w:r>
        <w:rPr>
          <w:sz w:val="20"/>
        </w:rPr>
        <w:t>6:57  to quran mein nishaniyan hain, clues hain. quran mein principles hain.</w:t>
      </w:r>
      <w:r>
        <w:br/>
      </w:r>
      <w:r>
        <w:rPr>
          <w:sz w:val="20"/>
        </w:rPr>
        <w:t>7:09  aur allah taala ka jo creation plan hai is ke bare mein bataya gaya hai. to is par insan soche.</w:t>
      </w:r>
      <w:r>
        <w:br/>
      </w:r>
      <w:r>
        <w:rPr>
          <w:sz w:val="20"/>
        </w:rPr>
        <w:t>7:20  to in quran ka maqsad aql ko diaddress karna hai, system ko nahi.</w:t>
      </w:r>
      <w:r>
        <w:br/>
      </w:r>
      <w:r>
        <w:rPr>
          <w:sz w:val="20"/>
        </w:rPr>
        <w:t>7:30  jo log yeh samajhte hain ke quran system base kitaab hai to woh kuch saabit nahi kar paate. kyunke is mein hai hi nahi yeh baat.</w:t>
      </w:r>
      <w:r>
        <w:br/>
      </w:r>
      <w:r>
        <w:rPr>
          <w:sz w:val="20"/>
        </w:rPr>
        <w:t>7:45  to quran is liye utara gaya ke log is par tadabbur karein. sochein. is ke andar jo hidden maani hain woh daryaft karein.</w:t>
      </w:r>
    </w:p>
    <w:p>
      <w:pPr>
        <w:pStyle w:val="Heading2"/>
      </w:pPr>
      <w:r>
        <w:t>Parable: crediting 'Sanjay Babu' instead of God for blessings</w:t>
      </w:r>
    </w:p>
    <w:p>
      <w:r>
        <w:rPr>
          <w:color w:val="666666"/>
          <w:sz w:val="18"/>
        </w:rPr>
        <w:t>Love of God October 04, 2009 · 2m 22s · at 19:05 · https://youtu.be/JKCfgvpoX5s?t=1145</w:t>
      </w:r>
    </w:p>
    <w:p>
      <w:r>
        <w:rPr>
          <w:i/>
        </w:rPr>
        <w:t>“ایک انسان تھا ہمارے علاقے کا، اسے ایم پی بنا دیا گیا”</w:t>
      </w:r>
    </w:p>
    <w:p>
      <w:r>
        <w:rPr>
          <w:sz w:val="20"/>
        </w:rPr>
        <w:t>19:05  hai. aap ghark ho jate hain isi mein. jaise mein ne ek qissa bataya tha aap ko, yeh ke yeh sab kuch sanjay babu ki dein hai.</w:t>
      </w:r>
      <w:r>
        <w:br/>
      </w:r>
      <w:r>
        <w:rPr>
          <w:sz w:val="20"/>
        </w:rPr>
        <w:t>19:15  ek insaan, ek tha hamare area ka, tha woh ek muslim tha. woh to sanjay gadi ke zamane mein is ko rai sahib member bana diya gaya, halankeh gaon ka aadmi tha.</w:t>
      </w:r>
      <w:r>
        <w:br/>
      </w:r>
      <w:r>
        <w:rPr>
          <w:sz w:val="20"/>
        </w:rPr>
        <w:t>19:26  woh to wahan ek saathi the, woh milne gaye</w:t>
      </w:r>
      <w:r>
        <w:br/>
      </w:r>
      <w:r>
        <w:rPr>
          <w:sz w:val="20"/>
        </w:rPr>
        <w:t>19:30  is se to batate the woh ke jab mein gaya is ke jo is ko residence mila hua tha as a member parliament, wahan par telephone tha, wahan par car thi, wahan par sofa set tha.</w:t>
      </w:r>
      <w:r>
        <w:br/>
      </w:r>
      <w:r>
        <w:rPr>
          <w:sz w:val="20"/>
        </w:rPr>
        <w:t>19:44  to aadmi, yani jaise ke ubal raha tha, is ke andar se ubal raha tha, bar bar kehta tha: "yeh sab sanjay babu ke dein hain." hum mein se kaun hai jo yeh kahe ke sab kuch khuda ke dein hain?</w:t>
      </w:r>
      <w:r>
        <w:br/>
      </w:r>
      <w:r>
        <w:rPr>
          <w:sz w:val="20"/>
        </w:rPr>
        <w:t>19:59  woh jab suraj ko dekhe, aur chand ko dekhe, sitaron ko dekhe, darakht ko dekhe, chidiya ko dekhe, aasman ko dekhe, hawaon ko dekhe to kahe ke yeh sab mere khuda ki dein hain.</w:t>
      </w:r>
      <w:r>
        <w:br/>
      </w:r>
      <w:r>
        <w:rPr>
          <w:sz w:val="20"/>
        </w:rPr>
        <w:t>20:13  sanjay babu ke dein ka logon ko pata hai, khuda ke dein ka kisi ko pata nahi. mein to ne kisi masjid mein aise insaan dekhe, kisi madrasay mein aise insaan dekhe.</w:t>
      </w:r>
      <w:r>
        <w:br/>
      </w:r>
      <w:r>
        <w:rPr>
          <w:sz w:val="20"/>
        </w:rPr>
        <w:t>20:30  yeh bilkul sacha qissa hai jo bataya bataya mein ne. hamare saathi sarqan tha, ab abdul farqan, unhon ne mujhe qissa bataya. un ke gaon ka aadmi tha, woh gaon ke pados ka aadmi.</w:t>
      </w:r>
      <w:r>
        <w:br/>
      </w:r>
      <w:r>
        <w:rPr>
          <w:sz w:val="20"/>
        </w:rPr>
        <w:t>20:41  isi dilli mein gaye jab milne ke liye is se baat baat mein kehta tha: "woh yeh sab sanjay babu ke dein hain." mujhe aisa insaan nahi mila jo kahe ke yeh sab mere khuda ke dein hain.</w:t>
      </w:r>
      <w:r>
        <w:br/>
      </w:r>
      <w:r>
        <w:rPr>
          <w:sz w:val="20"/>
        </w:rPr>
        <w:t>20:57  jab woh saans le, jab aankh se dekhe, jab woh pani piye, jo khana khaye, zameen par chale, har lamha hamein kuch na kuch cheezein ka tajurba hota hai.</w:t>
      </w:r>
      <w:r>
        <w:br/>
      </w:r>
      <w:r>
        <w:rPr>
          <w:sz w:val="20"/>
        </w:rPr>
        <w:t>21:11  har moment to hamari rooh keh uthe ke yeh sab khuda ki wajah se mujhe mila hua hai, warna mein kuch nahi, kuch bhi nahi tha.</w:t>
      </w:r>
    </w:p>
    <w:p>
      <w:pPr>
        <w:pStyle w:val="Heading2"/>
      </w:pPr>
      <w:r>
        <w:t>Limitations of enjoyment and external factors</w:t>
      </w:r>
    </w:p>
    <w:p>
      <w:r>
        <w:rPr>
          <w:color w:val="666666"/>
          <w:sz w:val="18"/>
        </w:rPr>
        <w:t>One Can See God 4 March, 2007 Maulana Wahiduddin Khan · 3m 07s · at 11:18 · https://youtu.be/RhrntNbYslg?t=678</w:t>
      </w:r>
    </w:p>
    <w:p>
      <w:r>
        <w:rPr>
          <w:i/>
        </w:rPr>
        <w:t>“Bunyadi baat yeh nahi ke aap moment ko enjoy karein”</w:t>
      </w:r>
    </w:p>
    <w:p>
      <w:r>
        <w:rPr>
          <w:sz w:val="20"/>
        </w:rPr>
        <w:t>11:18  buniyadi baat yeh nahi ke aap moment ko enjoy karein. buniyadi baat yeh hai ke aap ko aap ke andar sense of enjoy to zaroor hai lekin salahiyat enjoy nahi hai.</w:t>
      </w:r>
      <w:r>
        <w:br/>
      </w:r>
      <w:r>
        <w:rPr>
          <w:sz w:val="20"/>
        </w:rPr>
        <w:t>11:36  ab yeh jo likhne wale hain inhe yeh pata hi nahi hai is baat ka. koi na to is par tajeza hai na koi reasoning hai na koi biological study ka koi hawala hai.</w:t>
      </w:r>
      <w:r>
        <w:br/>
      </w:r>
      <w:r>
        <w:rPr>
          <w:sz w:val="20"/>
        </w:rPr>
        <w:t>11:49  bas word word word word. ek word play hai.</w:t>
      </w:r>
      <w:r>
        <w:br/>
      </w:r>
      <w:r>
        <w:rPr>
          <w:sz w:val="20"/>
        </w:rPr>
        <w:t>11:56  dekhiye main aap se arz karoonga is tarah ki baat ke moment ko enjoy karo.</w:t>
      </w:r>
      <w:r>
        <w:br/>
      </w:r>
      <w:r>
        <w:rPr>
          <w:sz w:val="20"/>
        </w:rPr>
        <w:t>12:06  babr baais kosh ke aalam dobara neest. na mustaqbil ko socho na maazi ko socho. anand lo.</w:t>
      </w:r>
      <w:r>
        <w:br/>
      </w:r>
      <w:r>
        <w:rPr>
          <w:sz w:val="20"/>
        </w:rPr>
        <w:t>12:14  yeh hamesha in logon ne ki hai jo zyada bade scholar nahi hote. kisi bhi fikr karne wale ne, kisi bhi philosopher ne yeh baat nahi ki.</w:t>
      </w:r>
      <w:r>
        <w:br/>
      </w:r>
      <w:r>
        <w:rPr>
          <w:sz w:val="20"/>
        </w:rPr>
        <w:t>12:29  aap internet par jaiye. encyclopedia ko consult kijiye. aur mujhe bataiye ke kaun philosopher hai jo aisi baatein kehta ho?</w:t>
      </w:r>
      <w:r>
        <w:br/>
      </w:r>
      <w:r>
        <w:rPr>
          <w:sz w:val="20"/>
        </w:rPr>
        <w:t>12:39  philosopher to khushi ke peeche rehta hai. khushi kaise haasil karein hum? yeh bertrand russell bahut bada philosopher tha.</w:t>
      </w:r>
      <w:r>
        <w:br/>
      </w:r>
      <w:r>
        <w:rPr>
          <w:sz w:val="20"/>
        </w:rPr>
        <w:t>12:49  is ki ek kitaab hai. happiness. yahi naam hai is ka. happiness. is mein woh maanta hai ke happiness haasil nahi ho sakti is duniya mein.</w:t>
      </w:r>
      <w:r>
        <w:br/>
      </w:r>
      <w:r>
        <w:rPr>
          <w:sz w:val="20"/>
        </w:rPr>
        <w:t>13:01  yeh to bilkul janwaron qism ke log hain jo aisi boli bolte hain. is liye ke dekhiye cheez kya hai? enjoy karne ke liye zindagi mein yaani lene ke liye</w:t>
      </w:r>
      <w:r>
        <w:br/>
      </w:r>
      <w:r>
        <w:rPr>
          <w:sz w:val="20"/>
        </w:rPr>
        <w:t>13:19  aap jante hain kya cheez chahiye? akele aap enjoy nahi kar sakte. bairooni duniya ki madad chahiye aap ko.</w:t>
      </w:r>
      <w:r>
        <w:br/>
      </w:r>
      <w:r>
        <w:rPr>
          <w:sz w:val="20"/>
        </w:rPr>
        <w:t>13:31  jaise parson aap ne dekha hoga akhbar mein aur TV mein ke hamare sadar sahab gaye the kisi is mein aur gir pade zameen par.</w:t>
      </w:r>
      <w:r>
        <w:br/>
      </w:r>
      <w:r>
        <w:rPr>
          <w:sz w:val="20"/>
        </w:rPr>
        <w:t>13:40  woh sadar of india hain woh. woh gir pade zameen par. yeh hai insaan ka haal.</w:t>
      </w:r>
      <w:r>
        <w:br/>
      </w:r>
      <w:r>
        <w:rPr>
          <w:sz w:val="20"/>
        </w:rPr>
        <w:t>13:49  hum jab tak hum khud apne aap apne bal par enjoy nahi kar sakte. jaise aap ko koi cheez bahut zyada pasand ho aap khane lagien.</w:t>
      </w:r>
      <w:r>
        <w:br/>
      </w:r>
      <w:r>
        <w:rPr>
          <w:sz w:val="20"/>
        </w:rPr>
        <w:t>14:03  thodi der mein aap khane ke qabil nahi rahenge.</w:t>
      </w:r>
      <w:r>
        <w:br/>
      </w:r>
      <w:r>
        <w:rPr>
          <w:sz w:val="20"/>
        </w:rPr>
        <w:t>14:08  kyun ke haazme ka nizaam jo hai is mein aap is ko laamahdood tor par badha nahi sakte. agar badhayenge to bimar padenge.</w:t>
      </w:r>
      <w:r>
        <w:br/>
      </w:r>
      <w:r>
        <w:rPr>
          <w:sz w:val="20"/>
        </w:rPr>
        <w:t>14:17  diabetes ho jayenge. blood pressure badhega.</w:t>
      </w:r>
    </w:p>
    <w:p>
      <w:pPr>
        <w:pStyle w:val="Heading2"/>
      </w:pPr>
      <w:r>
        <w:t>story illustrating the Prophet's simplicity, no status display</w:t>
      </w:r>
    </w:p>
    <w:p>
      <w:r>
        <w:rPr>
          <w:color w:val="666666"/>
          <w:sz w:val="18"/>
        </w:rPr>
        <w:t>Social Ethics CPS Women Article Discussion 22 September 3, 2023 · 2m 46s · at 39:50 · https://youtu.be/oG-xF3bhieg?t=2390</w:t>
      </w:r>
    </w:p>
    <w:p>
      <w:r>
        <w:rPr>
          <w:i/>
        </w:rPr>
        <w:t>“Bahut pehle ki baat hai, mere yahan koi aaya, badey log the”</w:t>
      </w:r>
    </w:p>
    <w:p>
      <w:r>
        <w:rPr>
          <w:sz w:val="20"/>
        </w:rPr>
        <w:t>39:50  doosre ka farqahi aur tawazon yeh sari cheezein bahut hi important hain aur jo ek cheez matlab isi</w:t>
      </w:r>
      <w:r>
        <w:br/>
      </w:r>
      <w:r>
        <w:rPr>
          <w:sz w:val="20"/>
        </w:rPr>
        <w:t>40:12  par main ek nishal dena chahoongi ki ek ek ek bahut pehle ki baat hai ki ek baar</w:t>
      </w:r>
      <w:r>
        <w:br/>
      </w:r>
      <w:r>
        <w:rPr>
          <w:sz w:val="20"/>
        </w:rPr>
        <w:t>40:35  mere yahan koi aaya kaafi bade log the woh aap zameen par baith gaye aur takiya mere aur</w:t>
      </w:r>
      <w:r>
        <w:br/>
      </w:r>
      <w:r>
        <w:rPr>
          <w:sz w:val="20"/>
        </w:rPr>
        <w:t>40:58  aap ke darmiyan pada raha.</w:t>
      </w:r>
      <w:r>
        <w:br/>
      </w:r>
      <w:r>
        <w:rPr>
          <w:sz w:val="20"/>
        </w:rPr>
        <w:t>41:21  yaani yeh saadgi ka yeh aala maiyar tha.</w:t>
      </w:r>
      <w:r>
        <w:br/>
      </w:r>
      <w:r>
        <w:rPr>
          <w:sz w:val="20"/>
        </w:rPr>
        <w:t>41:33  woh Rasoolullah ne us is matlab kisi bhedbhav ke matlab kehte hain logon ke logon ke tarmiyan apne</w:t>
      </w:r>
      <w:r>
        <w:br/>
      </w:r>
      <w:r>
        <w:rPr>
          <w:sz w:val="20"/>
        </w:rPr>
        <w:t>41:46  aap ko badhana samajhna, apne apna koi bhedbhav na rakhna.</w:t>
      </w:r>
      <w:r>
        <w:br/>
      </w:r>
      <w:r>
        <w:rPr>
          <w:sz w:val="20"/>
        </w:rPr>
        <w:t>41:59  unhone apne respect mein Rasoolullah ko takiya diya us zamane mein woh khaal chaal kahin takiya hota tha.</w:t>
      </w:r>
      <w:r>
        <w:br/>
      </w:r>
      <w:r>
        <w:rPr>
          <w:sz w:val="20"/>
        </w:rPr>
        <w:t>42:12  doosre ki haan jakar koi is tarah se aisi alfaaz nahi bolega ke humein mere pas yeh hai aur tumhare pas kuch nahi hai. to tabas aur kisi ko haqeer samajhna yeh mere mere nazdeek hai mujhe yeh bahut zyada waisi cheezen lagti hain. yahi main kehna cha rahi thi.</w:t>
      </w:r>
      <w:r>
        <w:br/>
      </w:r>
      <w:r>
        <w:rPr>
          <w:sz w:val="20"/>
        </w:rPr>
        <w:t>42:36  ji abba thank you aap ne jo meri baat batai bahut toh main yeh dua kar rahi hoon is</w:t>
      </w:r>
    </w:p>
    <w:p>
      <w:pPr>
        <w:pStyle w:val="Heading2"/>
      </w:pPr>
      <w:r>
        <w:t>Satan diverts man-vs-Satan enmity into man-vs-man</w:t>
      </w:r>
    </w:p>
    <w:p>
      <w:r>
        <w:rPr>
          <w:color w:val="666666"/>
          <w:sz w:val="18"/>
        </w:rPr>
        <w:t>From The Spiritual Tree August 31, 2008 · 1m 29s · at 15:49 · https://youtu.be/Vo6ZZkMtpm0?t=949</w:t>
      </w:r>
    </w:p>
    <w:p>
      <w:r>
        <w:rPr>
          <w:i/>
        </w:rPr>
        <w:t>“Isko bada samajhiye, aap bahut samajhne ki baat hai”</w:t>
      </w:r>
    </w:p>
    <w:p>
      <w:r>
        <w:rPr>
          <w:sz w:val="20"/>
        </w:rPr>
        <w:t>15:49  us ko bara samjhiye, aap bohat samajhne ki baat hai.</w:t>
      </w:r>
      <w:r>
        <w:br/>
      </w:r>
      <w:r>
        <w:rPr>
          <w:sz w:val="20"/>
        </w:rPr>
        <w:t>15:54  insan ke andar Khuda ne rakha tha ke woh Satan ko apna dushman samjhe kyunke wohi behkayega, wohi mis lead karega.</w:t>
      </w:r>
      <w:r>
        <w:br/>
      </w:r>
      <w:r>
        <w:rPr>
          <w:sz w:val="20"/>
        </w:rPr>
        <w:t>16:06  to Satan ke liye insan ke andar pehle din se dushmani thi, enmity thi.</w:t>
      </w:r>
      <w:r>
        <w:br/>
      </w:r>
      <w:r>
        <w:rPr>
          <w:sz w:val="20"/>
        </w:rPr>
        <w:t>16:16  lekin Satan kya karega? Yeh kya kar raha hai? Us ko woh divert kar raha hai insan ki taraf.</w:t>
      </w:r>
      <w:r>
        <w:br/>
      </w:r>
      <w:r>
        <w:rPr>
          <w:sz w:val="20"/>
        </w:rPr>
        <w:t>16:23  yani men versus satan jo cheez thi, us ko woh men versus men bana raha hai. yeh poori history mein zartusht ne jo kaha tha ke "the world is a perpetual background in battlefield".</w:t>
      </w:r>
      <w:r>
        <w:br/>
      </w:r>
      <w:r>
        <w:rPr>
          <w:sz w:val="20"/>
        </w:rPr>
        <w:t>16:42  "The world is a perpetual battlefield between good and evil forces." To woh is sense mein sahi hai.</w:t>
      </w:r>
      <w:r>
        <w:br/>
      </w:r>
      <w:r>
        <w:rPr>
          <w:sz w:val="20"/>
        </w:rPr>
        <w:t>16:50  to jo insaan ke andar jo jazba rakha gaya tha satan ke against mein, to satan ne kya kar diya? us ko insaan ke against mein bana diya.</w:t>
      </w:r>
      <w:r>
        <w:br/>
      </w:r>
      <w:r>
        <w:rPr>
          <w:sz w:val="20"/>
        </w:rPr>
        <w:t>17:01  yani men versus satan tha</w:t>
      </w:r>
      <w:r>
        <w:br/>
      </w:r>
      <w:r>
        <w:rPr>
          <w:sz w:val="20"/>
        </w:rPr>
        <w:t>17:07  aur us ko shaitan ne kar diya ke men versus men bana diya. bohat hi successful tareeqay se bana diya, yahan tak ke habel qabil se le kar ab tak saare insaan lad rahe hain aapas mein.</w:t>
      </w:r>
    </w:p>
    <w:p>
      <w:pPr>
        <w:pStyle w:val="Heading2"/>
      </w:pPr>
      <w:r>
        <w:t>introspection is the only formula for self-correction</w:t>
      </w:r>
    </w:p>
    <w:p>
      <w:r>
        <w:rPr>
          <w:color w:val="666666"/>
          <w:sz w:val="18"/>
        </w:rPr>
        <w:t>Belief and Wisdom August 10, 2008 · 2m 06s · at 1:03:19 · https://youtu.be/XZ-ITT8bvZg?t=3799</w:t>
      </w:r>
    </w:p>
    <w:p>
      <w:r>
        <w:rPr>
          <w:i/>
        </w:rPr>
        <w:t>“Mera jo experience hai to main yehi keh sakta hoon ke ek hi formula hai, wo hai introspection”</w:t>
      </w:r>
    </w:p>
    <w:p>
      <w:r>
        <w:rPr>
          <w:sz w:val="20"/>
        </w:rPr>
        <w:t>1:03:19  mein dekhein, mera jo experience hai to main yahi keh sakta hoon ke ek hi hai formula, woh hai introspection. introspection</w:t>
      </w:r>
      <w:r>
        <w:br/>
      </w:r>
      <w:r>
        <w:rPr>
          <w:sz w:val="20"/>
        </w:rPr>
        <w:t>1:03:32  aur koi doosra formula nahi.</w:t>
      </w:r>
      <w:r>
        <w:br/>
      </w:r>
      <w:r>
        <w:rPr>
          <w:sz w:val="20"/>
        </w:rPr>
        <w:t>1:03:38  ek bahut bada philosopher tha nietzsche, us ki philosophy thi ke woh self ko importance deta tha.</w:t>
      </w:r>
      <w:r>
        <w:br/>
      </w:r>
      <w:r>
        <w:rPr>
          <w:sz w:val="20"/>
        </w:rPr>
        <w:t>1:03:48  yaani self thinking us ke nazdeek sab se badi cheez thi. aisi isi formula ko Iqbal ne pakda. Iqbal ke haan bhi self thinking ki bahut importance hai.</w:t>
      </w:r>
      <w:r>
        <w:br/>
      </w:r>
      <w:r>
        <w:rPr>
          <w:sz w:val="20"/>
        </w:rPr>
        <w:t>1:03:58  main us ko nahi maanta. mere nazdeek anti self thinking sab se badi cheez hai. kisi insaan ke liye self thinking badi cheez nahi hai.</w:t>
      </w:r>
      <w:r>
        <w:br/>
      </w:r>
      <w:r>
        <w:rPr>
          <w:sz w:val="20"/>
        </w:rPr>
        <w:t>1:04:09  self thinking to aap ke andar arrogance aayega aur superiority complex aayega, pride aayega.</w:t>
      </w:r>
      <w:r>
        <w:br/>
      </w:r>
      <w:r>
        <w:rPr>
          <w:sz w:val="20"/>
        </w:rPr>
        <w:t>1:04:18  main us ko achi cheez nahi samajhta. asal cheez hai anti self thinking. isi ko hum kehte hain introspection. aur introspection mein dekhein, aap ke andar ek courage honi chahiye ke jaise hi koi ghalti maloom ho aap ko, jaldi se aap keh dein ke haan, yeh main "I was wrong".</w:t>
      </w:r>
      <w:r>
        <w:br/>
      </w:r>
      <w:r>
        <w:rPr>
          <w:sz w:val="20"/>
        </w:rPr>
        <w:t>1:04:36  agar aap ke andar ek courage na ho "I was wrong" kehne ki to introspection se kuch faida nahi hoga.</w:t>
      </w:r>
      <w:r>
        <w:br/>
      </w:r>
      <w:r>
        <w:rPr>
          <w:sz w:val="20"/>
        </w:rPr>
        <w:t>1:04:44  to introspection ki sachi spirit agar aap ho gaya ho gaya aap ke andar to jaise hi aap ko pata chalega ke haan, main galat hoon to jaldi se aap keh dein ke "I was wrong".</w:t>
      </w:r>
      <w:r>
        <w:br/>
      </w:r>
      <w:r>
        <w:rPr>
          <w:sz w:val="20"/>
        </w:rPr>
        <w:t>1:04:54  kyun? "I was wrong" kehte hi wahan par correction ho jaata hai. woh there is process of correction. ek ghalti mein main tha, jab mujhe pata chala ke galat tha, maine keh diya ke "I was wrong" to phir woh correct ho gaya.</w:t>
      </w:r>
      <w:r>
        <w:br/>
      </w:r>
      <w:r>
        <w:rPr>
          <w:sz w:val="20"/>
        </w:rPr>
        <w:t>1:05:09  woh erase ho gaya wahan par, woh durust ho gaya wahan par.</w:t>
      </w:r>
      <w:r>
        <w:br/>
      </w:r>
      <w:r>
        <w:rPr>
          <w:sz w:val="20"/>
        </w:rPr>
        <w:t>1:05:14  to main samajhta hoon ke ek hi cheez hai is maamle mein, woh hai introspection jis ko kehte hain yaani Arabic mein ya shariat ki istilaah mein muhasabah.</w:t>
      </w:r>
    </w:p>
    <w:p>
      <w:pPr>
        <w:pStyle w:val="Heading2"/>
      </w:pPr>
      <w:r>
        <w:t>Companion's will to continue mission</w:t>
      </w:r>
    </w:p>
    <w:p>
      <w:r>
        <w:rPr>
          <w:color w:val="666666"/>
          <w:sz w:val="18"/>
        </w:rPr>
        <w:t>Quran for all Mankind | June 3, 2012 · 3m 00s · at 4:44 · https://youtu.be/GGYAoN6ZOxs?t=284</w:t>
      </w:r>
    </w:p>
    <w:p>
      <w:r>
        <w:rPr>
          <w:i/>
        </w:rPr>
        <w:t>“Abhi main Turkey gaya tha”</w:t>
      </w:r>
    </w:p>
    <w:p>
      <w:r>
        <w:rPr>
          <w:sz w:val="20"/>
        </w:rPr>
        <w:t>4:44  hai ke khachchar par, oont par safar hota tha. to un ki jo pahunch thi, woh zyada se zyada ashiyayi mulkon tak thi. ashiyayi mulkon mein unhon ne pohancha diya. abhi mein turki gaya tha to wahan par istanbul mein kai sahabi ki qabrein hain. un mein se ek hain Hazrat Abu Ayyub Ansari. woh</w:t>
      </w:r>
      <w:r>
        <w:br/>
      </w:r>
      <w:r>
        <w:rPr>
          <w:sz w:val="20"/>
        </w:rPr>
        <w:t>5:14  madine se ek jamaat ke saath nikle aur woh pohanche turki mein.</w:t>
      </w:r>
      <w:r>
        <w:br/>
      </w:r>
      <w:r>
        <w:rPr>
          <w:sz w:val="20"/>
        </w:rPr>
        <w:t>5:19  wohin par unki qabr hai.</w:t>
      </w:r>
      <w:r>
        <w:br/>
      </w:r>
      <w:r>
        <w:rPr>
          <w:sz w:val="20"/>
        </w:rPr>
        <w:t>5:25  to kitabon mein aata hai ke jab woh darmiyan mein thay to sakht bimar ho gaye.</w:t>
      </w:r>
      <w:r>
        <w:br/>
      </w:r>
      <w:r>
        <w:rPr>
          <w:sz w:val="20"/>
        </w:rPr>
        <w:t>5:30  kyunke unki umar us waqt 80 saal ho chuki thi.</w:t>
      </w:r>
      <w:r>
        <w:br/>
      </w:r>
      <w:r>
        <w:rPr>
          <w:sz w:val="20"/>
        </w:rPr>
        <w:t>5:35  to unhon ne dekha ke ab main bimar ho gaya hoon.</w:t>
      </w:r>
      <w:r>
        <w:br/>
      </w:r>
      <w:r>
        <w:rPr>
          <w:sz w:val="20"/>
        </w:rPr>
        <w:t>5:40  to unhon ne kaha ke mujh ko</w:t>
      </w:r>
      <w:r>
        <w:br/>
      </w:r>
      <w:r>
        <w:rPr>
          <w:sz w:val="20"/>
        </w:rPr>
        <w:t>5:45  agar main mar jaon rastay mein, tab bhi mujh ko jahan hum log ja rahe thay, wahan pohanchana.</w:t>
      </w:r>
      <w:r>
        <w:br/>
      </w:r>
      <w:r>
        <w:rPr>
          <w:sz w:val="20"/>
        </w:rPr>
        <w:t>5:51  yaani nikle thay woh turki tak jaane ke liye.</w:t>
      </w:r>
      <w:r>
        <w:br/>
      </w:r>
      <w:r>
        <w:rPr>
          <w:sz w:val="20"/>
        </w:rPr>
        <w:t>5:57  to unki naseehat yeh ki ke unhon ne ke meri jo body hai, woh le jana wahan</w:t>
      </w:r>
      <w:r>
        <w:br/>
      </w:r>
      <w:r>
        <w:rPr>
          <w:sz w:val="20"/>
        </w:rPr>
        <w:t>6:03  destination tak aur wahin par dafan karna.</w:t>
      </w:r>
      <w:r>
        <w:br/>
      </w:r>
      <w:r>
        <w:rPr>
          <w:sz w:val="20"/>
        </w:rPr>
        <w:t>6:09  is mein alfaaz hain ke: "wa</w:t>
      </w:r>
      <w:r>
        <w:br/>
      </w:r>
      <w:r>
        <w:rPr>
          <w:sz w:val="20"/>
        </w:rPr>
        <w:t>6:15  wasa ayughlab al adu".</w:t>
      </w:r>
      <w:r>
        <w:br/>
      </w:r>
      <w:r>
        <w:rPr>
          <w:sz w:val="20"/>
        </w:rPr>
        <w:t>6:20  dekhen, is mein adu ka lafz jo hai, mado ke maane mein hai.</w:t>
      </w:r>
      <w:r>
        <w:br/>
      </w:r>
      <w:r>
        <w:rPr>
          <w:sz w:val="20"/>
        </w:rPr>
        <w:t>6:25  yaani yeh wasiyat ki unhon ne apne sathiyon ko ke mere body ko mado ke land of mado</w:t>
      </w:r>
      <w:r>
        <w:br/>
      </w:r>
      <w:r>
        <w:rPr>
          <w:sz w:val="20"/>
        </w:rPr>
        <w:t>6:30  tak le jana, wahin par dafan karna.</w:t>
      </w:r>
      <w:r>
        <w:br/>
      </w:r>
      <w:r>
        <w:rPr>
          <w:sz w:val="20"/>
        </w:rPr>
        <w:t>6:35  chunaanche wahan istanbul mein hum Hazrat Abu Ayub, Abu Ansari ka mazar hai.</w:t>
      </w:r>
      <w:r>
        <w:br/>
      </w:r>
      <w:r>
        <w:rPr>
          <w:sz w:val="20"/>
        </w:rPr>
        <w:t>6:40  wahan bohat se log aate hain.</w:t>
      </w:r>
      <w:r>
        <w:br/>
      </w:r>
      <w:r>
        <w:rPr>
          <w:sz w:val="20"/>
        </w:rPr>
        <w:t>6:45  main is par sochta raha ke unhon ne aisi wasiyat kyun ki ke main darmiyan mein mar jaon,</w:t>
      </w:r>
      <w:r>
        <w:br/>
      </w:r>
      <w:r>
        <w:rPr>
          <w:sz w:val="20"/>
        </w:rPr>
        <w:t>6:53  tab bhi mera body le jana mado ki sarzameen tak.</w:t>
      </w:r>
      <w:r>
        <w:br/>
      </w:r>
      <w:r>
        <w:rPr>
          <w:sz w:val="20"/>
        </w:rPr>
        <w:t>7:00  is par sochte hue meri samajh mein aaya ke woh chahte thay ke mera jo, meri jo qabr</w:t>
      </w:r>
      <w:r>
        <w:br/>
      </w:r>
      <w:r>
        <w:rPr>
          <w:sz w:val="20"/>
        </w:rPr>
        <w:t>7:08  hai, woh baad walon ke liye reminder bani rahe, reminder, yaad</w:t>
      </w:r>
      <w:r>
        <w:br/>
      </w:r>
      <w:r>
        <w:rPr>
          <w:sz w:val="20"/>
        </w:rPr>
        <w:t>7:15  dahani ke sahaba yahan tak pahunche hain, ab tum aage is mission ko le jao. mission khatam nahi hua. mission khatam nahi hua, woh to continue hai. to yeh aap ne jo wasiyat ki thi, bahut ba'mani thi ke mission jo hai, na Arab mein khatam hua, na Sham mein khatam hua, na Turki mein khatam hua. is ko aur aage jana hai. to as a</w:t>
      </w:r>
    </w:p>
    <w:p>
      <w:pPr>
        <w:pStyle w:val="Heading2"/>
      </w:pPr>
      <w:r>
        <w:t>why banning Salman Rushdie was un-Islamic</w:t>
      </w:r>
    </w:p>
    <w:p>
      <w:r>
        <w:rPr>
          <w:color w:val="666666"/>
          <w:sz w:val="18"/>
        </w:rPr>
        <w:t>Love of God January 29, 2012 · 2m 20s · at 1:18:34 · https://youtu.be/8wJ01OnXHQE?t=4714</w:t>
      </w:r>
    </w:p>
    <w:p>
      <w:r>
        <w:rPr>
          <w:i/>
        </w:rPr>
        <w:t>“Humare India mein jo Constitution hai, woh mazhab ki azadi deta hai”</w:t>
      </w:r>
    </w:p>
    <w:p>
      <w:r>
        <w:rPr>
          <w:sz w:val="20"/>
        </w:rPr>
        <w:t>1:18:34  is tarah se ab woh mazeed izafe ke sath kaam karna mumkin ho gaya hai. Maulana, agla sawal Delhi se hai mister GPS Bhalwar ka. unhone likha hai: "During the recent controversy over British author Salman Rushdie,</w:t>
      </w:r>
      <w:r>
        <w:br/>
      </w:r>
      <w:r>
        <w:rPr>
          <w:sz w:val="20"/>
        </w:rPr>
        <w:t>1:18:52  Times of India quoted you as saying that the ban on Salman Rushdie and his book was unconstitutional and un-Islamic.</w:t>
      </w:r>
      <w:r>
        <w:br/>
      </w:r>
      <w:r>
        <w:rPr>
          <w:sz w:val="20"/>
        </w:rPr>
        <w:t>1:19:02  Would you kindly elaborate on your said statement as to why you thought so?" dekhiye, hamare India mein jo constitution hai, woh mazhab ki aazadi deta hai.</w:t>
      </w:r>
      <w:r>
        <w:br/>
      </w:r>
      <w:r>
        <w:rPr>
          <w:sz w:val="20"/>
        </w:rPr>
        <w:t>1:19:17  total freedom India mein hai. yaani freedom of expression.</w:t>
      </w:r>
      <w:r>
        <w:br/>
      </w:r>
      <w:r>
        <w:rPr>
          <w:sz w:val="20"/>
        </w:rPr>
        <w:t>1:19:23  to zahir hai ke India jo hai, ek constitution ke tehat govern ho raha hai.</w:t>
      </w:r>
      <w:r>
        <w:br/>
      </w:r>
      <w:r>
        <w:rPr>
          <w:sz w:val="20"/>
        </w:rPr>
        <w:t>1:19:31  kisi mazhabi aqeeday ke tehat nahi. to constitution of India jab total freedom de raha hai, freedom of expression de raha hai, poore poora.</w:t>
      </w:r>
      <w:r>
        <w:br/>
      </w:r>
      <w:r>
        <w:rPr>
          <w:sz w:val="20"/>
        </w:rPr>
        <w:t>1:19:44  to ap kaise kaise bain lagayenge?</w:t>
      </w:r>
      <w:r>
        <w:br/>
      </w:r>
      <w:r>
        <w:rPr>
          <w:sz w:val="20"/>
        </w:rPr>
        <w:t>1:19:49  is mulk mein ya kisi mulk mein is zamane mein jo LawofLand hota hai, wahi chalta hai. to jo hamare mulk ka jo LawofLand hai, woh isko Allow kar raha hai. to ap kaise rokenge isko? kya karenge?</w:t>
      </w:r>
      <w:r>
        <w:br/>
      </w:r>
      <w:r>
        <w:rPr>
          <w:sz w:val="20"/>
        </w:rPr>
        <w:t>1:20:03  ek baat yeh hai. doosra, jahan tak Islam ki baat hai, to mein isko bar bar kehta hoon. maine kaha Islam mein qisas</w:t>
      </w:r>
      <w:r>
        <w:br/>
      </w:r>
      <w:r>
        <w:rPr>
          <w:sz w:val="20"/>
        </w:rPr>
        <w:t>1:20:10  ka usool hai. qisas ka matlab barabar. barabar. yani Book ke jawab mein Book.</w:t>
      </w:r>
      <w:r>
        <w:br/>
      </w:r>
      <w:r>
        <w:rPr>
          <w:sz w:val="20"/>
        </w:rPr>
        <w:t>1:20:18  Statement ke jawab mein Statement. Speech ke jawab mein Speech. Aap yeh nahi kar sakte ke Book ek taraf se Book aaun, doosri taraf ganchalaun. Aap yeh Islam nahi hai.</w:t>
      </w:r>
      <w:r>
        <w:br/>
      </w:r>
      <w:r>
        <w:rPr>
          <w:sz w:val="20"/>
        </w:rPr>
        <w:t>1:20:31  bilkul hi Islam nahi hai. qisas hona chahiye. yani jo idhar se hua, idhar idhar se bhi aap kar sakte hain.</w:t>
      </w:r>
      <w:r>
        <w:br/>
      </w:r>
      <w:r>
        <w:rPr>
          <w:sz w:val="20"/>
        </w:rPr>
        <w:t>1:20:38  to isne kya kiya? kitab chhapi hai. to aap bhi kitab chhapiye. aap ko yeh kehne ka haq nahi hai ke mein tumhein maar dalunga, kaat dalunga. na isko Islam Allow karta hai, na hamare desh ka qanoon Allow karta hai.</w:t>
      </w:r>
    </w:p>
    <w:p>
      <w:pPr>
        <w:pStyle w:val="Heading2"/>
      </w:pPr>
      <w:r>
        <w:t>A predicted utopia became a 'super-pollution age' instead</w:t>
      </w:r>
    </w:p>
    <w:p>
      <w:r>
        <w:rPr>
          <w:color w:val="666666"/>
          <w:sz w:val="18"/>
        </w:rPr>
        <w:t>Final Role of Prophetic Mission June 1, 2008 · 2m 59s · at 36:54 · https://youtu.be/JDqiRm5Jbm8?t=2214</w:t>
      </w:r>
    </w:p>
    <w:p>
      <w:r>
        <w:rPr>
          <w:i/>
        </w:rPr>
        <w:t>“Toffler predicted a golden 'super-industrial age'”</w:t>
      </w:r>
    </w:p>
    <w:p>
      <w:r>
        <w:rPr>
          <w:sz w:val="20"/>
        </w:rPr>
        <w:t>36:54  lekin is zamane mein aap jaante hain ke yeh cheez bhi ek ek proof fact ban chuki hai. woh kaise? dekhiye, Alvin Toffler ek ek author hai jis ne ek kitaab chhapi gaaliban 1970 mein.</w:t>
      </w:r>
      <w:r>
        <w:br/>
      </w:r>
      <w:r>
        <w:rPr>
          <w:sz w:val="20"/>
        </w:rPr>
        <w:t>37:10  woh is ka naam tha "Future Shock". is kitaab mein is ne yeh predict kiya tha ke dunya ab industrial age se nikal kar super industrial age mein ja rahi hai.</w:t>
      </w:r>
      <w:r>
        <w:br/>
      </w:r>
      <w:r>
        <w:rPr>
          <w:sz w:val="20"/>
        </w:rPr>
        <w:t>37:25  yaani ek agla phase is ka super industrial age, is mein har cheez automation par base kare gi. automation par base kare gi.</w:t>
      </w:r>
      <w:r>
        <w:br/>
      </w:r>
      <w:r>
        <w:rPr>
          <w:sz w:val="20"/>
        </w:rPr>
        <w:t>37:35  misal ke taur par, aap aap type karte hain to aap apni finger ko use karte hain. is waqt finger use nahin karna pare ga. aap bolen ge aur type hota chala jaye ga, ya to ke sochhen ge aur type hota chala jaye ga.</w:t>
      </w:r>
      <w:r>
        <w:br/>
      </w:r>
      <w:r>
        <w:rPr>
          <w:sz w:val="20"/>
        </w:rPr>
        <w:t>37:48  to is ne kaha tha ke ab dunya ek super industrial age ki taraf ja rahi hai. lekin kahan pe</w:t>
      </w:r>
      <w:r>
        <w:br/>
      </w:r>
      <w:r>
        <w:rPr>
          <w:sz w:val="20"/>
        </w:rPr>
        <w:t>37:54  nicha? dunya kahan pahunchi? super pollution age ki taraf pahunch gayi. yaani Alvin Toffler ne, ya ek ek ki baat nahin hai, is zamane mein sabhi logon ki soch yahi thi.</w:t>
      </w:r>
      <w:r>
        <w:br/>
      </w:r>
      <w:r>
        <w:rPr>
          <w:sz w:val="20"/>
        </w:rPr>
        <w:t>38:06  jab industrial age aaya to samajhte the ke taraqqi karte karte hum ek bohat bari, yaani developed world ki taraf chale ja rahe hain.</w:t>
      </w:r>
      <w:r>
        <w:br/>
      </w:r>
      <w:r>
        <w:rPr>
          <w:sz w:val="20"/>
        </w:rPr>
        <w:t>38:16  is ko is ne naam diya "super industrial age". to super industrial age kahan pahuncha? aap</w:t>
      </w:r>
      <w:r>
        <w:br/>
      </w:r>
      <w:r>
        <w:rPr>
          <w:sz w:val="20"/>
        </w:rPr>
        <w:t>38:23  aaj aap jaante hain ke yaani woh greenhouse gas ka problem hai, air pollution ka problem hai, global warming ka problem hai, samundar ka 95 fisad pani pollute ho chuka hai.</w:t>
      </w:r>
      <w:r>
        <w:br/>
      </w:r>
      <w:r>
        <w:rPr>
          <w:sz w:val="20"/>
        </w:rPr>
        <w:t>38:39  aap zara ghor kijiye, samundar ka 95 fisad pani pollute ho chuka hai. to is ka maani hai ke unhon ne samjha tha ke hum ja rahe hain super industrial age ki taraf</w:t>
      </w:r>
      <w:r>
        <w:br/>
      </w:r>
      <w:r>
        <w:rPr>
          <w:sz w:val="20"/>
        </w:rPr>
        <w:t>38:52  , haal anke yeh ja rahe the woh super pollution age ki taraf. super pollution irreversible hai. jis ke maani hai ke yeh khud scientific, yaani jo jaankari hamare paas hai, usi se yeh prove ho jata hai ke dunya mein hum jannat nahin bana sakte.</w:t>
      </w:r>
      <w:r>
        <w:br/>
      </w:r>
      <w:r>
        <w:rPr>
          <w:sz w:val="20"/>
        </w:rPr>
        <w:t>39:10  yeh dunya mein hum jo chahte hain, woh haasil nahin kar sakte.</w:t>
      </w:r>
      <w:r>
        <w:br/>
      </w:r>
      <w:r>
        <w:rPr>
          <w:sz w:val="20"/>
        </w:rPr>
        <w:t>39:15  to aap dekhiye ke yahan par jab rasool Allah ne farmaya tha to wahan par common rational background, common rational ground nahin maujood tha.</w:t>
      </w:r>
      <w:r>
        <w:br/>
      </w:r>
      <w:r>
        <w:rPr>
          <w:sz w:val="20"/>
        </w:rPr>
        <w:t>39:25  ab woh, ab woh maujood ho gaya hai. ab hum is ko by laterally accepted ground par keh sakte hain ke dunya mein tum paradise nahin bana sakte.</w:t>
      </w:r>
      <w:r>
        <w:br/>
      </w:r>
      <w:r>
        <w:rPr>
          <w:sz w:val="20"/>
        </w:rPr>
        <w:t>39:35  paradise banate banate kya cheez ban gayi? hell ban gaya. hell yaani super industrial age jo hai, super pollution age ban gaya.</w:t>
      </w:r>
      <w:r>
        <w:br/>
      </w:r>
      <w:r>
        <w:rPr>
          <w:sz w:val="20"/>
        </w:rPr>
        <w:t>39:45  isi ko main kehta hoon ke bilateral accepted, by laterally accepted ground par dawat ko pahunchana.</w:t>
      </w:r>
    </w:p>
    <w:p>
      <w:pPr>
        <w:pStyle w:val="Heading2"/>
      </w:pPr>
      <w:r>
        <w:t>Life's real issue before death</w:t>
      </w:r>
    </w:p>
    <w:p>
      <w:r>
        <w:rPr>
          <w:color w:val="666666"/>
          <w:sz w:val="18"/>
        </w:rPr>
        <w:t>The End of Human History | June 11, 2007 · 1m 32s · at 24:47 · https://youtu.be/7-6Bj-77doE?t=1487</w:t>
      </w:r>
    </w:p>
    <w:p>
      <w:r>
        <w:rPr>
          <w:i/>
        </w:rPr>
        <w:t>“You have to know the real issue before death.”</w:t>
      </w:r>
    </w:p>
    <w:p>
      <w:r>
        <w:rPr>
          <w:sz w:val="20"/>
        </w:rPr>
        <w:t>24:47  is in the paradise, not here.</w:t>
      </w:r>
      <w:r>
        <w:br/>
      </w:r>
      <w:r>
        <w:rPr>
          <w:sz w:val="20"/>
        </w:rPr>
        <w:t>24:57  So you have to know the real, the real, real issue before death.</w:t>
      </w:r>
      <w:r>
        <w:br/>
      </w:r>
      <w:r>
        <w:rPr>
          <w:sz w:val="20"/>
        </w:rPr>
        <w:t>25:08  God has divided, God has created</w:t>
      </w:r>
      <w:r>
        <w:br/>
      </w:r>
      <w:r>
        <w:rPr>
          <w:sz w:val="20"/>
        </w:rPr>
        <w:t>25:18  as a as an eternal being, but he divided our life into two parts, pre-death period</w:t>
      </w:r>
      <w:r>
        <w:br/>
      </w:r>
      <w:r>
        <w:rPr>
          <w:sz w:val="20"/>
        </w:rPr>
        <w:t>25:28  and post-death period.</w:t>
      </w:r>
      <w:r>
        <w:br/>
      </w:r>
      <w:r>
        <w:rPr>
          <w:sz w:val="20"/>
        </w:rPr>
        <w:t>25:39  So we are here only to prepare ourself as a deserving candidate for paradise.</w:t>
      </w:r>
      <w:r>
        <w:br/>
      </w:r>
      <w:r>
        <w:rPr>
          <w:sz w:val="20"/>
        </w:rPr>
        <w:t>25:50  بات میں فیل۔ All men and women, with few exceptions, all men and women, with few exceptions, are engaged to accumulate luxury comforts and happiness and consumer goods. They are engaged in a</w:t>
      </w:r>
    </w:p>
    <w:p>
      <w:pPr>
        <w:pStyle w:val="Heading2"/>
      </w:pPr>
      <w:r>
        <w:t>Recap: three conditions to become beloved of God</w:t>
      </w:r>
    </w:p>
    <w:p>
      <w:r>
        <w:rPr>
          <w:color w:val="666666"/>
          <w:sz w:val="18"/>
        </w:rPr>
        <w:t>Team Spirit November 29, 2013 Maulana Wahiduddin Khan · 1m 58s · at 57:22 · https://youtu.be/KRZ_uy8sxk0?t=3442</w:t>
      </w:r>
    </w:p>
    <w:p>
      <w:r>
        <w:rPr>
          <w:i/>
        </w:rPr>
        <w:t>“Maine teen baatein arz keen, Allah ka mahboob bannay ke liye”</w:t>
      </w:r>
    </w:p>
    <w:p>
      <w:r>
        <w:rPr>
          <w:sz w:val="20"/>
        </w:rPr>
        <w:t>57:22  to maine teen baatein arz keen. agar aap ko Allah ka mehboob banda banna hai, yaad rakhiye,</w:t>
      </w:r>
      <w:r>
        <w:br/>
      </w:r>
      <w:r>
        <w:rPr>
          <w:sz w:val="20"/>
        </w:rPr>
        <w:t>57:31  qayamat mein awaz lagai jayegi kon hai woh log jo Allah ke mehboob bande hain, aayen idhar, un ke liye jannat ke darwaze khole jayenge sab se pehle.</w:t>
      </w:r>
      <w:r>
        <w:br/>
      </w:r>
      <w:r>
        <w:rPr>
          <w:sz w:val="20"/>
        </w:rPr>
        <w:t>57:42  to agar aap ko yeh tamanna ho ke mujhe pukara jaye ke dekho woh us ko bulao, woh us ko bulao, us ko bulao, to then you have to fulfill the condition.</w:t>
      </w:r>
      <w:r>
        <w:br/>
      </w:r>
      <w:r>
        <w:rPr>
          <w:sz w:val="20"/>
        </w:rPr>
        <w:t>58:01  is condition poori karna padegi. woh condition kya hai? ke aap bunyan marsud ban jayen aur is tareeqay se kaise banenge?</w:t>
      </w:r>
      <w:r>
        <w:br/>
      </w:r>
      <w:r>
        <w:rPr>
          <w:sz w:val="20"/>
        </w:rPr>
        <w:t>58:13  bunyan marsud eent pathar to bunyan marsud aise hi ban jaate hain, jab jahan rakh diya, wahin rakh diya. unhe revolt nahi karenge, woh kahin bhagenge nahi.</w:t>
      </w:r>
      <w:r>
        <w:br/>
      </w:r>
      <w:r>
        <w:rPr>
          <w:sz w:val="20"/>
        </w:rPr>
        <w:t>58:24  insan ko bunyan marsud banne ke liye kuch shartain poori karni padti hain.</w:t>
      </w:r>
      <w:r>
        <w:br/>
      </w:r>
      <w:r>
        <w:rPr>
          <w:sz w:val="20"/>
        </w:rPr>
        <w:t>58:29  to maine teen shartain arz keen. ek yeh hai ke aap ko mission se emotional taluq ho jaye. doosra maine kaha ke aap ko yeh salahiyat aap ke andar ke aap criticism ko ya tanqeed ko bura na manen,</w:t>
      </w:r>
      <w:r>
        <w:br/>
      </w:r>
      <w:r>
        <w:rPr>
          <w:sz w:val="20"/>
        </w:rPr>
        <w:t>58:46  normal tareeqay sunen.</w:t>
      </w:r>
      <w:r>
        <w:br/>
      </w:r>
      <w:r>
        <w:rPr>
          <w:sz w:val="20"/>
        </w:rPr>
        <w:t>58:49  teesra maine yeh kaha ke aap mein ijtamai zindagi mein differences aate hain, uzr paida hote hain, lekin aap ka formula yeh ho ke mein mein to kisi excuse ko mujhe istemal nahi karna hai,</w:t>
      </w:r>
      <w:r>
        <w:br/>
      </w:r>
      <w:r>
        <w:rPr>
          <w:sz w:val="20"/>
        </w:rPr>
        <w:t>59:03  mujhe to jure rehna hai. yeh teen shartain aap ko poora karna hai, tab ja kar aap Allah ke mehboob bande banenge aur tab ja kar aap ko jannat ke aala tabaqat mein jagah milegi.</w:t>
      </w:r>
    </w:p>
    <w:p>
      <w:pPr>
        <w:pStyle w:val="Heading2"/>
      </w:pPr>
      <w:r>
        <w:t>How small groups overcome larger groups, by nature's law</w:t>
      </w:r>
    </w:p>
    <w:p>
      <w:r>
        <w:rPr>
          <w:color w:val="666666"/>
          <w:sz w:val="18"/>
        </w:rPr>
        <w:t>Dars -e-Quran 3 July 2007 Ch. 2 verses 219, 238, 249 &amp; 255 · 2m 34s · at 33:46 · https://youtu.be/R3NkkhEn-XA?t=2026</w:t>
      </w:r>
    </w:p>
    <w:p>
      <w:r>
        <w:rPr>
          <w:i/>
        </w:rPr>
        <w:t>“Chhote guroh bade guroh par kaise ghalib aate hain?”</w:t>
      </w:r>
    </w:p>
    <w:p>
      <w:r>
        <w:rPr>
          <w:sz w:val="20"/>
        </w:rPr>
        <w:t>33:46  is mein farmaya ke: "kam min fi'atin qaleelatin ghalabat fi'atan katheeratan bi'iznillah".</w:t>
      </w:r>
      <w:r>
        <w:br/>
      </w:r>
      <w:r>
        <w:rPr>
          <w:sz w:val="20"/>
        </w:rPr>
        <w:t>34:00  "kam min fi'atin qaleelatin ghalabat fi'atan katheeratan bi'iznillah". is ka translation yeh hai ke kitne chhote giroh hain jo barhe giroh par ghalib aate hain,</w:t>
      </w:r>
      <w:r>
        <w:br/>
      </w:r>
      <w:r>
        <w:rPr>
          <w:sz w:val="20"/>
        </w:rPr>
        <w:t>34:25  allah ke azn se, allah ke</w:t>
      </w:r>
      <w:r>
        <w:br/>
      </w:r>
      <w:r>
        <w:rPr>
          <w:sz w:val="20"/>
        </w:rPr>
        <w:t>34:30  qanoon se. yahan par dekhen, yeh koi mysterious baat nahi hai, yeh koi purasar baat nahi hai ke chhota groh apne se zyada bade groh par ghalib aa jaye.</w:t>
      </w:r>
      <w:r>
        <w:br/>
      </w:r>
      <w:r>
        <w:rPr>
          <w:sz w:val="20"/>
        </w:rPr>
        <w:t>34:49  to kaise hota hai? yeh mysteriously nahi hota hai, yeh koi purasar baat nahi hai.</w:t>
      </w:r>
      <w:r>
        <w:br/>
      </w:r>
      <w:r>
        <w:rPr>
          <w:sz w:val="20"/>
        </w:rPr>
        <w:t>35:00  yeh khuda ka jo qanoon hai, is duniya mein jo law of nature hai, is ke mutabiq hota hai, bashart ke aadmi is qanoon ko samjhe aur us ko istemal karay.</w:t>
      </w:r>
      <w:r>
        <w:br/>
      </w:r>
      <w:r>
        <w:rPr>
          <w:sz w:val="20"/>
        </w:rPr>
        <w:t>35:12  woh kaise? dekhen, do groh hain, ek chhota hai, ek bada, ek hi area mein.</w:t>
      </w:r>
      <w:r>
        <w:br/>
      </w:r>
      <w:r>
        <w:rPr>
          <w:sz w:val="20"/>
        </w:rPr>
        <w:t>35:23  to kya hota hai?</w:t>
      </w:r>
      <w:r>
        <w:br/>
      </w:r>
      <w:r>
        <w:rPr>
          <w:sz w:val="20"/>
        </w:rPr>
        <w:t>35:25  khuda ka qanoon yeh hai ke chhote groh ke andar compression ki spirit jaagti hai, hard work ki spirit jaagti hai.</w:t>
      </w:r>
      <w:r>
        <w:br/>
      </w:r>
      <w:r>
        <w:rPr>
          <w:sz w:val="20"/>
        </w:rPr>
        <w:t>35:38  yeh law of nature hai, yeh fitrat jo hai, insaan ki fitrat, fitrat khud active ho jati hai</w:t>
      </w:r>
      <w:r>
        <w:br/>
      </w:r>
      <w:r>
        <w:rPr>
          <w:sz w:val="20"/>
        </w:rPr>
        <w:t>35:47  ke jab doosra groh bada hai to mein us ko compensate is tarah kar sakta hoon ke mein apni mehnat ko</w:t>
      </w:r>
      <w:r>
        <w:br/>
      </w:r>
      <w:r>
        <w:rPr>
          <w:sz w:val="20"/>
        </w:rPr>
        <w:t>35:55  zyada kar doon. apni mehnat ko zyada kar ke, apni planning ko zyada behtar kar ke, mein us ki adadi bartari ko, number woh zyada hai to mein apni planning ko zyada behtar bana kar ke us par ghalib aa sakta hoon.</w:t>
      </w:r>
      <w:r>
        <w:br/>
      </w:r>
      <w:r>
        <w:rPr>
          <w:sz w:val="20"/>
        </w:rPr>
        <w:t>36:13  yeh nature mein hai, fitrat mein hai. to woh woh woh hissa active ho jata hai.</w:t>
      </w:r>
    </w:p>
    <w:p>
      <w:pPr>
        <w:pStyle w:val="Heading2"/>
      </w:pPr>
      <w:r>
        <w:t>As-Sabiqun's unmatched rank and nearness to God</w:t>
      </w:r>
    </w:p>
    <w:p>
      <w:r>
        <w:rPr>
          <w:color w:val="666666"/>
          <w:sz w:val="18"/>
        </w:rPr>
        <w:t>Surah Al-Waqi'ah A Life-Changing Surah (Part 1) March 9, 2025 · 2m 38s · at 33:38 · https://youtu.be/enNA8TyC-Mc?t=2018</w:t>
      </w:r>
    </w:p>
    <w:p>
      <w:r>
        <w:rPr>
          <w:i/>
        </w:rPr>
        <w:t>“That is the best group — the foremost shall be the foremost.”</w:t>
      </w:r>
    </w:p>
    <w:p>
      <w:r>
        <w:rPr>
          <w:sz w:val="20"/>
        </w:rPr>
        <w:t>33:38  Yeah, that is the best group. Verse</w:t>
      </w:r>
      <w:r>
        <w:br/>
      </w:r>
      <w:r>
        <w:rPr>
          <w:sz w:val="20"/>
        </w:rPr>
        <w:t>33:41  number 10 says, was sabiqun al sabiqun The foremost, the foremost shall be the foremost, the forward group.</w:t>
      </w:r>
      <w:r>
        <w:br/>
      </w:r>
      <w:r>
        <w:rPr>
          <w:sz w:val="20"/>
        </w:rPr>
        <w:t>33:51  So how excellent will be the foremost group, the forerunners? So the foremost in faith will be the foremost in paradise.</w:t>
      </w:r>
      <w:r>
        <w:br/>
      </w:r>
      <w:r>
        <w:rPr>
          <w:sz w:val="20"/>
        </w:rPr>
        <w:t>34:02  So this verse introduces the third and the most distinguished group on the Day of Judgment, al sabiqun the foremost.</w:t>
      </w:r>
      <w:r>
        <w:br/>
      </w:r>
      <w:r>
        <w:rPr>
          <w:sz w:val="20"/>
        </w:rPr>
        <w:t>34:11  And the repetition of the word, the foremost shall be the foremost, highlights, uh, their unmatched rank and honor.</w:t>
      </w:r>
      <w:r>
        <w:br/>
      </w:r>
      <w:r>
        <w:rPr>
          <w:sz w:val="20"/>
        </w:rPr>
        <w:t>34:21  And they will attain the highest level of paradise</w:t>
      </w:r>
      <w:r>
        <w:br/>
      </w:r>
      <w:r>
        <w:rPr>
          <w:sz w:val="20"/>
        </w:rPr>
        <w:t>34:25  When we say the highest level of paradise, like we sometimes, uh, if somebody has died, we send a message, "May Allah give him or her the highest level of paradise.</w:t>
      </w:r>
      <w:r>
        <w:br/>
      </w:r>
      <w:r>
        <w:rPr>
          <w:sz w:val="20"/>
        </w:rPr>
        <w:t>34:36  " It means that the paradise which is nearest to the throne of Allah. Mm-hmm. As we know that, uh, prayer of, uh, Pharaoh's wife, Asiyah, she prayed, rabbini li indaka baitan fil jannah My Lord, build me a house in Your nearness in paradise.</w:t>
      </w:r>
      <w:r>
        <w:br/>
      </w:r>
      <w:r>
        <w:rPr>
          <w:sz w:val="20"/>
        </w:rPr>
        <w:t>34:59  So they will, uh, have the al sabiqun, the forerunners, the foremost, will have greater access to divine blessings and divine guidance.</w:t>
      </w:r>
      <w:r>
        <w:br/>
      </w:r>
      <w:r>
        <w:rPr>
          <w:sz w:val="20"/>
        </w:rPr>
        <w:t>35:09  And they are the most beloved and most honored servants of God. So this is the the the greatest blessing and highest achievement one can attain in paradise.</w:t>
      </w:r>
      <w:r>
        <w:br/>
      </w:r>
      <w:r>
        <w:rPr>
          <w:sz w:val="20"/>
        </w:rPr>
        <w:t>35:22  This is a very, very inspiring verse.</w:t>
      </w:r>
      <w:r>
        <w:br/>
      </w:r>
      <w:r>
        <w:rPr>
          <w:sz w:val="20"/>
        </w:rPr>
        <w:t>35:27  Ulaika al muqarrabun Verse number 11. They will be the nearest to Allah. It talks about more about the al sabiqun.</w:t>
      </w:r>
      <w:r>
        <w:br/>
      </w:r>
      <w:r>
        <w:rPr>
          <w:sz w:val="20"/>
        </w:rPr>
        <w:t>35:35  They will be the nearest to Allah. They will be, they will be brought very close to Allah. This verse describes the distinguished status of the al sabiqun, the foremost.</w:t>
      </w:r>
      <w:r>
        <w:br/>
      </w:r>
      <w:r>
        <w:rPr>
          <w:sz w:val="20"/>
        </w:rPr>
        <w:t>35:49  Ulaika al muqarrabun They will be a, they will have a unique privilege.</w:t>
      </w:r>
      <w:r>
        <w:br/>
      </w:r>
      <w:r>
        <w:rPr>
          <w:sz w:val="20"/>
        </w:rPr>
        <w:t>35:54  The foremost will enjoy special proximity to God. And being among, uh, al Muqarrabun is the highest achievement for a believer.</w:t>
      </w:r>
      <w:r>
        <w:br/>
      </w:r>
      <w:r>
        <w:rPr>
          <w:sz w:val="20"/>
        </w:rPr>
        <w:t>36:07  This verse reminds us that true success, that the true success lies in nearness to God.</w:t>
      </w:r>
    </w:p>
    <w:p>
      <w:pPr>
        <w:pStyle w:val="Heading2"/>
      </w:pPr>
      <w:r>
        <w:t>Germany's factory smoke story mirrors today's CO2 crisis</w:t>
      </w:r>
    </w:p>
    <w:p>
      <w:r>
        <w:rPr>
          <w:color w:val="666666"/>
          <w:sz w:val="18"/>
        </w:rPr>
        <w:t>Warning Signs of Doomsday February 4, 2007 · 2m 01s · at 22:32 · https://youtu.be/gU74yV1td-I?t=1352</w:t>
      </w:r>
    </w:p>
    <w:p>
      <w:r>
        <w:rPr>
          <w:i/>
        </w:rPr>
        <w:t>“Germany ki factory se dhuan nikalta tha”</w:t>
      </w:r>
    </w:p>
    <w:p>
      <w:r>
        <w:rPr>
          <w:sz w:val="20"/>
        </w:rPr>
        <w:t>22:32  kaun janta tha is se pehle in baton ko jo abhi aa rahi hain kuch dinon se? kuch scientist logon ko pata nahi tha.</w:t>
      </w:r>
      <w:r>
        <w:br/>
      </w:r>
      <w:r>
        <w:rPr>
          <w:sz w:val="20"/>
        </w:rPr>
        <w:t>22:43  yaani hum ne pehle jab bachpan mein, nawajwani ki umar mein jab hum parhna shuru kiya, to hum ne parha tha ek bar germany ke bare mein ke germany mein jab shuru mein factory bani to aap jante hain ke factory se dhuan niklta tha.</w:t>
      </w:r>
      <w:r>
        <w:br/>
      </w:r>
      <w:r>
        <w:rPr>
          <w:sz w:val="20"/>
        </w:rPr>
        <w:t>23:04  yaani coal ki energy jo thi, coal se hasil ki jati thi. to dhuan.</w:t>
      </w:r>
      <w:r>
        <w:br/>
      </w:r>
      <w:r>
        <w:rPr>
          <w:sz w:val="20"/>
        </w:rPr>
        <w:t>23:11  to logon ne samjha ke dhuan nikal kar ke hamare sona ugal raha hai woh, kyunke paisa mil raha tha is se. to germanon ne kaha ke jab tak hamari chamanian dhuan ugal rahi hain, tab tak hamare liye koi koi problem nahi hai.</w:t>
      </w:r>
      <w:r>
        <w:br/>
      </w:r>
      <w:r>
        <w:rPr>
          <w:sz w:val="20"/>
        </w:rPr>
        <w:t>23:29  to is ko prosperity ki pehchan samajhte the is ko.</w:t>
      </w:r>
      <w:r>
        <w:br/>
      </w:r>
      <w:r>
        <w:rPr>
          <w:sz w:val="20"/>
        </w:rPr>
        <w:t>23:34  aaj woh dhuan jo yeh keh raha hai ke zindagi is is is is globe par zindagi hi possible nahi rahi. kyunke is dhuein ne, industrial dhuein ne kya kiya?</w:t>
      </w:r>
      <w:r>
        <w:br/>
      </w:r>
      <w:r>
        <w:rPr>
          <w:sz w:val="20"/>
        </w:rPr>
        <w:t>23:45  yeh kya ke ke carbon dioxide ka jo content hai hamare atmosphere mein, is ko ab double karne ja raha hai.</w:t>
      </w:r>
      <w:r>
        <w:br/>
      </w:r>
      <w:r>
        <w:rPr>
          <w:sz w:val="20"/>
        </w:rPr>
        <w:t>23:55  double. pata hai yeh kitni kitna bara danger yeh hai. kyunke zehriili gases hoti hain, aap jante hain,</w:t>
      </w:r>
      <w:r>
        <w:br/>
      </w:r>
      <w:r>
        <w:rPr>
          <w:sz w:val="20"/>
        </w:rPr>
        <w:t>24:02  agar in ki barh jaye in ki quantity to kya hoga? to mein samajhta hoon ke yeh jo hai baat ke qayamat se pehle dajali o dajal aur mehdi zahir honge.</w:t>
      </w:r>
      <w:r>
        <w:br/>
      </w:r>
      <w:r>
        <w:rPr>
          <w:sz w:val="20"/>
        </w:rPr>
        <w:t>24:14  yaani wahan pehle ke mani ki bilkul jab qareeb aa jaye, aa chuki gi qareeb tab. to mein samajhta hoon ke toms day qareeb aa chuka aur dajal aur mehdi ke zahoor ka waqt aa chuka.</w:t>
      </w:r>
    </w:p>
    <w:p>
      <w:pPr>
        <w:pStyle w:val="Heading2"/>
      </w:pPr>
      <w:r>
        <w:t>Bradley's call for scientific religion</w:t>
      </w:r>
    </w:p>
    <w:p>
      <w:r>
        <w:rPr>
          <w:color w:val="666666"/>
          <w:sz w:val="18"/>
        </w:rPr>
        <w:t>Religion in an Age of Science · 2m 31s · at 1:14 · https://youtu.be/xp07WVxbxlk?t=74</w:t>
      </w:r>
    </w:p>
    <w:p>
      <w:r>
        <w:rPr>
          <w:i/>
        </w:rPr>
        <w:t>“Ek British philosopher tha, Francis Herbert Bradley”</w:t>
      </w:r>
    </w:p>
    <w:p>
      <w:r>
        <w:rPr>
          <w:sz w:val="20"/>
        </w:rPr>
        <w:t>1:14  humein kis tarah is ko pana hai.</w:t>
      </w:r>
      <w:r>
        <w:br/>
      </w:r>
      <w:r>
        <w:rPr>
          <w:sz w:val="20"/>
        </w:rPr>
        <w:t>1:24  dekhein, mein yahan se shuru karunga ke ek british philosopher tha, is ka naam tha francis herbert bradley.</w:t>
      </w:r>
      <w:r>
        <w:br/>
      </w:r>
      <w:r>
        <w:rPr>
          <w:sz w:val="20"/>
        </w:rPr>
        <w:t>1:34  francis herbert bradley,</w:t>
      </w:r>
      <w:r>
        <w:br/>
      </w:r>
      <w:r>
        <w:rPr>
          <w:sz w:val="20"/>
        </w:rPr>
        <w:t>1:44  english philosopher.</w:t>
      </w:r>
      <w:r>
        <w:br/>
      </w:r>
      <w:r>
        <w:rPr>
          <w:sz w:val="20"/>
        </w:rPr>
        <w:t>1:50  is ki wafat hui hai 1924 mein.</w:t>
      </w:r>
      <w:r>
        <w:br/>
      </w:r>
      <w:r>
        <w:rPr>
          <w:sz w:val="20"/>
        </w:rPr>
        <w:t>1:56  to bradley ki kitab hai bohat hi maroof kitab, "Appearance and Reality".</w:t>
      </w:r>
      <w:r>
        <w:br/>
      </w:r>
      <w:r>
        <w:rPr>
          <w:sz w:val="20"/>
        </w:rPr>
        <w:t>2:02  moti si kitab hai.</w:t>
      </w:r>
      <w:r>
        <w:br/>
      </w:r>
      <w:r>
        <w:rPr>
          <w:sz w:val="20"/>
        </w:rPr>
        <w:t>2:08  "Appearance and Reality" ka ek chapter</w:t>
      </w:r>
      <w:r>
        <w:br/>
      </w:r>
      <w:r>
        <w:rPr>
          <w:sz w:val="20"/>
        </w:rPr>
        <w:t>2:14  aaakhir mein hai jis ka unwan yeh hai: "Scientific Religion".</w:t>
      </w:r>
      <w:r>
        <w:br/>
      </w:r>
      <w:r>
        <w:rPr>
          <w:sz w:val="20"/>
        </w:rPr>
        <w:t>2:29  is chapter mein bradley yeh kehta hai ke aaj hum ko</w:t>
      </w:r>
      <w:r>
        <w:br/>
      </w:r>
      <w:r>
        <w:rPr>
          <w:sz w:val="20"/>
        </w:rPr>
        <w:t>2:45  ek scientific mazhab ki zaroorat hai.</w:t>
      </w:r>
      <w:r>
        <w:br/>
      </w:r>
      <w:r>
        <w:rPr>
          <w:sz w:val="20"/>
        </w:rPr>
        <w:t>2:52  woh bohat bara philosopher tha, british philosopher.</w:t>
      </w:r>
      <w:r>
        <w:br/>
      </w:r>
      <w:r>
        <w:rPr>
          <w:sz w:val="20"/>
        </w:rPr>
        <w:t>3:00  to woh yeh manta hai ke insan ko mazhab chahiye, insan ko mazhab chahiye.</w:t>
      </w:r>
      <w:r>
        <w:br/>
      </w:r>
      <w:r>
        <w:rPr>
          <w:sz w:val="20"/>
        </w:rPr>
        <w:t>3:08  lekin woh kehta hai ke jo mazhab pehle tha, aaj ka insan is se</w:t>
      </w:r>
      <w:r>
        <w:br/>
      </w:r>
      <w:r>
        <w:rPr>
          <w:sz w:val="20"/>
        </w:rPr>
        <w:t>3:15  mutmain nahi ho sakta hai. aaj ka insaan jis mazhab se mutmain hoga woh hoga scientific mazhab. toh woh yeh baat kehta hai apni kitab mein. dekhein, bradley ka matlab scientific mazhab se kya hai? uska matlab</w:t>
      </w:r>
    </w:p>
    <w:p>
      <w:pPr>
        <w:pStyle w:val="Heading2"/>
      </w:pPr>
      <w:r>
        <w:t>Quranic verses about earth change</w:t>
      </w:r>
    </w:p>
    <w:p>
      <w:r>
        <w:rPr>
          <w:color w:val="666666"/>
          <w:sz w:val="18"/>
        </w:rPr>
        <w:t>Paradise in the Making I March 27, 2011- Maulana Wahiduddin Khan · 1m 48s · at 3:21 · https://youtu.be/uIhsvD9JGmY?t=201</w:t>
      </w:r>
    </w:p>
    <w:p>
      <w:r>
        <w:rPr>
          <w:i/>
        </w:rPr>
        <w:t>“Ek aayat jo Surah Ibrahim mein hai, chapter number 14:”</w:t>
      </w:r>
    </w:p>
    <w:p>
      <w:r>
        <w:rPr>
          <w:sz w:val="20"/>
        </w:rPr>
        <w:t>3:21  aik ayat jo Surah Ibrahim mein hai, chapter number 14:</w:t>
      </w:r>
      <w:r>
        <w:br/>
      </w:r>
      <w:r>
        <w:rPr>
          <w:sz w:val="20"/>
        </w:rPr>
        <w:t>3:30  Yom tubaddal al-ardhu ghair al-ardh.</w:t>
      </w:r>
      <w:r>
        <w:br/>
      </w:r>
      <w:r>
        <w:rPr>
          <w:sz w:val="20"/>
        </w:rPr>
        <w:t>3:36  yani jis din zameen badal kar aik aur zameen bana di jayegi. Yeh sab yeh alfaaz hain na</w:t>
      </w:r>
      <w:r>
        <w:br/>
      </w:r>
      <w:r>
        <w:rPr>
          <w:sz w:val="20"/>
        </w:rPr>
        <w:t>3:45  ? Ji. Yubaddal hai. Yom tubaddal. Hain? Yom tubaddal. Yom tubaddal al-ardhu ghair al-ardh.</w:t>
      </w:r>
      <w:r>
        <w:br/>
      </w:r>
      <w:r>
        <w:rPr>
          <w:sz w:val="20"/>
        </w:rPr>
        <w:t>3:56  is ka matlab yeh hai: when the earth shall be changed into another world, another earth.</w:t>
      </w:r>
      <w:r>
        <w:br/>
      </w:r>
      <w:r>
        <w:rPr>
          <w:sz w:val="20"/>
        </w:rPr>
        <w:t>4:08  when the earth shall be changed into another earth.</w:t>
      </w:r>
      <w:r>
        <w:br/>
      </w:r>
      <w:r>
        <w:rPr>
          <w:sz w:val="20"/>
        </w:rPr>
        <w:t>4:15  yani yeh yeh jo zameen hai, yeh jo dunya hai, is ko badal kar aik aur dunya banai jayegi.</w:t>
      </w:r>
      <w:r>
        <w:br/>
      </w:r>
      <w:r>
        <w:rPr>
          <w:sz w:val="20"/>
        </w:rPr>
        <w:t>4:25  Surah Taha mein hai ke pahadon ko Khuda tod dega. Wa yadhurruha kasafan safsafan. Poori zameen jo hai, aik ko aik level kar diya jayega.</w:t>
      </w:r>
      <w:r>
        <w:br/>
      </w:r>
      <w:r>
        <w:rPr>
          <w:sz w:val="20"/>
        </w:rPr>
        <w:t>4:39  yeh Surah Taha mein hai.</w:t>
      </w:r>
    </w:p>
    <w:p>
      <w:pPr>
        <w:pStyle w:val="Heading2"/>
      </w:pPr>
      <w:r>
        <w:t>Believer's joy vs despair of unbeliever</w:t>
      </w:r>
    </w:p>
    <w:p>
      <w:r>
        <w:rPr>
          <w:color w:val="666666"/>
          <w:sz w:val="18"/>
        </w:rPr>
        <w:t>Man and Paradise June 9, 2013 - Maulana Wahiduddin Khan · 1m 59s · at 5:50 · https://youtu.be/qQsm7giv3Mk?t=350</w:t>
      </w:r>
    </w:p>
    <w:p>
      <w:r>
        <w:rPr>
          <w:i/>
        </w:rPr>
        <w:t>“Ab main aap ko ek sahabi ka qissa batata hoon”</w:t>
      </w:r>
    </w:p>
    <w:p>
      <w:r>
        <w:rPr>
          <w:sz w:val="20"/>
        </w:rPr>
        <w:t>5:50  ab main aap ko aik sahabi ka qissa batata hoon. aik sahabi boodhe ho gaye, phir bimar hue, marne ke qareeb ho gaye.</w:t>
      </w:r>
      <w:r>
        <w:br/>
      </w:r>
      <w:r>
        <w:rPr>
          <w:sz w:val="20"/>
        </w:rPr>
        <w:t>6:02  to un ki takleef ko dekh kar ghar walon ne kaha, ghar walon ki zuban se nikla: "wah karbah</w:t>
      </w:r>
      <w:r>
        <w:br/>
      </w:r>
      <w:r>
        <w:rPr>
          <w:sz w:val="20"/>
        </w:rPr>
        <w:t>6:10  ! haaye takleef!" "wah karbah" ka matlab hota hai: haaye takleef. to sahabi ki zuban se nikla: "wah karbah!</w:t>
      </w:r>
      <w:r>
        <w:br/>
      </w:r>
      <w:r>
        <w:rPr>
          <w:sz w:val="20"/>
        </w:rPr>
        <w:t>6:20  haaye</w:t>
      </w:r>
      <w:r>
        <w:br/>
      </w:r>
      <w:r>
        <w:rPr>
          <w:sz w:val="20"/>
        </w:rPr>
        <w:t>6:21  khushi!</w:t>
      </w:r>
      <w:r>
        <w:br/>
      </w:r>
      <w:r>
        <w:rPr>
          <w:sz w:val="20"/>
        </w:rPr>
        <w:t>6:25  kyun aisa unhon ne kaha? to unhon ne kaha ke aaj to main</w:t>
      </w:r>
      <w:r>
        <w:br/>
      </w:r>
      <w:r>
        <w:rPr>
          <w:sz w:val="20"/>
        </w:rPr>
        <w:t>6:33  Payamber se miloon ga, Payamber ke saahibiyon se miloon ga. yeh to khushi ka lamha hai.</w:t>
      </w:r>
      <w:r>
        <w:br/>
      </w:r>
      <w:r>
        <w:rPr>
          <w:sz w:val="20"/>
        </w:rPr>
        <w:t>6:45  aisa mehsoos hota hai ke aik aadmi jo sachai ko pa chuka ho, jis ne apne aap ko Allah ke raaste mein daal diya ho, jo jannat ki manzil ki taraf barh raha ho.</w:t>
      </w:r>
      <w:r>
        <w:br/>
      </w:r>
      <w:r>
        <w:rPr>
          <w:sz w:val="20"/>
        </w:rPr>
        <w:t>6:57  to jab aakhir waqt aaye ga to is ka dil kahe ga ke ab to main wahan pahunch raha hoon. yaani is ko jannat ki khushboo aane lage gi.</w:t>
      </w:r>
      <w:r>
        <w:br/>
      </w:r>
      <w:r>
        <w:rPr>
          <w:sz w:val="20"/>
        </w:rPr>
        <w:t>7:07  jaise aik sahabi ne kaha tha ke Uhud pahad ke idhar se mujhe jannat ki khushboo aa rahi hai.</w:t>
      </w:r>
      <w:r>
        <w:br/>
      </w:r>
      <w:r>
        <w:rPr>
          <w:sz w:val="20"/>
        </w:rPr>
        <w:t>7:16  to woh baraks baat kahe ga ke "I am reaching my journey, is reaching its final destination.</w:t>
      </w:r>
      <w:r>
        <w:br/>
      </w:r>
      <w:r>
        <w:rPr>
          <w:sz w:val="20"/>
        </w:rPr>
        <w:t>7:28  mai journey is reaching its final destination. that is paradise."</w:t>
      </w:r>
      <w:r>
        <w:br/>
      </w:r>
      <w:r>
        <w:rPr>
          <w:sz w:val="20"/>
        </w:rPr>
        <w:t>7:35  to kitna farq hai! aap ghore kijiye do insaan mein.</w:t>
      </w:r>
      <w:r>
        <w:br/>
      </w:r>
      <w:r>
        <w:rPr>
          <w:sz w:val="20"/>
        </w:rPr>
        <w:t>7:43  kitna farq hai!</w:t>
      </w:r>
    </w:p>
    <w:p>
      <w:pPr>
        <w:pStyle w:val="Heading2"/>
      </w:pPr>
      <w:r>
        <w:t>God's real plan: paradise first, this world as selection ground</w:t>
      </w:r>
    </w:p>
    <w:p>
      <w:r>
        <w:rPr>
          <w:color w:val="666666"/>
          <w:sz w:val="18"/>
        </w:rPr>
        <w:t>The Philosophy of Creation 16 Oct 2011 · 1m 39s · at 9:02 · https://youtu.be/Bp5C5jpFz-o?t=542</w:t>
      </w:r>
    </w:p>
    <w:p>
      <w:r>
        <w:rPr>
          <w:i/>
        </w:rPr>
        <w:t>“Khuda ne pehle ek perfect world banayi, jannat”</w:t>
      </w:r>
    </w:p>
    <w:p>
      <w:r>
        <w:rPr>
          <w:sz w:val="20"/>
        </w:rPr>
        <w:t>9:02  hai: Khuda ka creation plan kya hai? wo yeh hai: is baat ko samjhiye ke Khuda ne paida kiya ek perfect world, jis ko hum paradise kehte hain, jannat.</w:t>
      </w:r>
      <w:r>
        <w:br/>
      </w:r>
      <w:r>
        <w:rPr>
          <w:sz w:val="20"/>
        </w:rPr>
        <w:t>9:19  asal jo hai Khuda ka target, wo yeh hai ke wo paradise ko abad kare.</w:t>
      </w:r>
      <w:r>
        <w:br/>
      </w:r>
      <w:r>
        <w:rPr>
          <w:sz w:val="20"/>
        </w:rPr>
        <w:t>9:28  yeh duniya banai Khuda ne is liye ke yahan par wo deserving individuals ko select karne ke liye. yani ek ayat aati hai ke duniya dar-ul-imtaan hai, interesting ground hai.</w:t>
      </w:r>
      <w:r>
        <w:br/>
      </w:r>
      <w:r>
        <w:rPr>
          <w:sz w:val="20"/>
        </w:rPr>
        <w:t>9:42  is se log samajh nahi paate. agar main lafz badal doon to zyada clear ho jayegi baat ke yeh selection ground hai.</w:t>
      </w:r>
      <w:r>
        <w:br/>
      </w:r>
      <w:r>
        <w:rPr>
          <w:sz w:val="20"/>
        </w:rPr>
        <w:t>9:51  yeh yeh duniya selection ground hai. yani yahan individual talash kiye ja rahe hain.</w:t>
      </w:r>
      <w:r>
        <w:br/>
      </w:r>
      <w:r>
        <w:rPr>
          <w:sz w:val="20"/>
        </w:rPr>
        <w:t>9:58  individual, aise individual jo Khuda ki jannat mein basaya ja sake. to Khuda ne insani zindagi ko do hisse mein bant diya:</w:t>
      </w:r>
      <w:r>
        <w:br/>
      </w:r>
      <w:r>
        <w:rPr>
          <w:sz w:val="20"/>
        </w:rPr>
        <w:t>10:11  qayamat se pehle, qayamat ke baad, ya akhirat se pehle, akhirat ke baad. qayamat se pehle jo duniya hai, yeh Adam se le kar ab tak, wo hai, wo, wo hai selection ground.</w:t>
      </w:r>
      <w:r>
        <w:br/>
      </w:r>
      <w:r>
        <w:rPr>
          <w:sz w:val="20"/>
        </w:rPr>
        <w:t>10:28  yani individual ko select kiya ja raha hai. kyunke individual level par perfection possible hai, ideal possible hai.</w:t>
      </w:r>
      <w:r>
        <w:br/>
      </w:r>
      <w:r>
        <w:rPr>
          <w:sz w:val="20"/>
        </w:rPr>
        <w:t>10:39  society ke level par nahi possible hai. ki</w:t>
      </w:r>
    </w:p>
    <w:p>
      <w:pPr>
        <w:pStyle w:val="Heading2"/>
      </w:pPr>
      <w:r>
        <w:t>what price must be paid to enter paradise</w:t>
      </w:r>
    </w:p>
    <w:p>
      <w:r>
        <w:rPr>
          <w:color w:val="666666"/>
          <w:sz w:val="18"/>
        </w:rPr>
        <w:t>Introduction to Paradise December 18, 2022 · 1m 57s · at 11:58 · https://youtu.be/82pHJMz7OHs?t=718</w:t>
      </w:r>
    </w:p>
    <w:p>
      <w:r>
        <w:rPr>
          <w:i/>
        </w:rPr>
        <w:t>“Paradise is the most precious thing, so its price is special too”</w:t>
      </w:r>
    </w:p>
    <w:p>
      <w:r>
        <w:rPr>
          <w:sz w:val="20"/>
        </w:rPr>
        <w:t>11:58  Ji, achha apa jaise hum zindagi mein bhi dekhte hain ki koi bhi cheez agar hum haasil karna chahein, to uska ek price dena padta hai. To bahut zahir si baat hai ki Paradise to bahut priceless hai. To to gain an entry in Paradise, does one have to pay a price?</w:t>
      </w:r>
      <w:r>
        <w:br/>
      </w:r>
      <w:r>
        <w:rPr>
          <w:sz w:val="20"/>
        </w:rPr>
        <w:t>12:18  Aur what is a price to get Paradise? Iske baare mein bhi bataein.</w:t>
      </w:r>
      <w:r>
        <w:br/>
      </w:r>
      <w:r>
        <w:rPr>
          <w:sz w:val="20"/>
        </w:rPr>
        <w:t>12:26  jannat sabse zyada kiemti cheez hai, to uski price bhi bohat hi khaas price hogi.</w:t>
      </w:r>
      <w:r>
        <w:br/>
      </w:r>
      <w:r>
        <w:rPr>
          <w:sz w:val="20"/>
        </w:rPr>
        <w:t>12:35  hamara amal bhi uski price nahi hai, kyunke rasoolullah sallallahu alaihi wasallam ne farmaya ke hamare amal ke</w:t>
      </w:r>
      <w:r>
        <w:br/>
      </w:r>
      <w:r>
        <w:rPr>
          <w:sz w:val="20"/>
        </w:rPr>
        <w:t>12:41  price mein jannat nahi milegi.</w:t>
      </w:r>
      <w:r>
        <w:br/>
      </w:r>
      <w:r>
        <w:rPr>
          <w:sz w:val="20"/>
        </w:rPr>
        <w:t>12:43  jannat bohat zyada kiemti hai.</w:t>
      </w:r>
      <w:r>
        <w:br/>
      </w:r>
      <w:r>
        <w:rPr>
          <w:sz w:val="20"/>
        </w:rPr>
        <w:t>12:45  aap soch sakte hain ke eternal, eternal life, har woh cheez jahan jo insan chahta hai, tamam woh</w:t>
      </w:r>
      <w:r>
        <w:br/>
      </w:r>
      <w:r>
        <w:rPr>
          <w:sz w:val="20"/>
        </w:rPr>
        <w:t>12:53  khushiyan, woh fulfillment jo insan chahta hai,</w:t>
      </w:r>
      <w:r>
        <w:br/>
      </w:r>
      <w:r>
        <w:rPr>
          <w:sz w:val="20"/>
        </w:rPr>
        <w:t>12:57  har eternally hum ko milegi.</w:t>
      </w:r>
      <w:r>
        <w:br/>
      </w:r>
      <w:r>
        <w:rPr>
          <w:sz w:val="20"/>
        </w:rPr>
        <w:t>12:58  woh Khuda ka pados milega.</w:t>
      </w:r>
      <w:r>
        <w:br/>
      </w:r>
      <w:r>
        <w:rPr>
          <w:sz w:val="20"/>
        </w:rPr>
        <w:t>13:00  to aap samajh sakte hain ke uski price jo hai, hamara amal kafi nahi hai.</w:t>
      </w:r>
      <w:r>
        <w:br/>
      </w:r>
      <w:r>
        <w:rPr>
          <w:sz w:val="20"/>
        </w:rPr>
        <w:t>13:05  amal hamein achhe karna hai.</w:t>
      </w:r>
      <w:r>
        <w:br/>
      </w:r>
      <w:r>
        <w:rPr>
          <w:sz w:val="20"/>
        </w:rPr>
        <w:t>13:06  usi amal ko dekhkar hi Allah ki bakhsh milegi, Allah ki rehmat milegi.</w:t>
      </w:r>
      <w:r>
        <w:br/>
      </w:r>
      <w:r>
        <w:rPr>
          <w:sz w:val="20"/>
        </w:rPr>
        <w:t>13:13  lekin sirf amal ki wajah se nahi milegi, woh khuda ki rehmat se milegi.</w:t>
      </w:r>
      <w:r>
        <w:br/>
      </w:r>
      <w:r>
        <w:rPr>
          <w:sz w:val="20"/>
        </w:rPr>
        <w:t>13:18  khuda jiske upar reham farmayega, usko bakhsh dega.</w:t>
      </w:r>
      <w:r>
        <w:br/>
      </w:r>
      <w:r>
        <w:rPr>
          <w:sz w:val="20"/>
        </w:rPr>
        <w:t>13:23  to jannat ki qeemat jo hai, woh khuda ki marifat hai.</w:t>
      </w:r>
      <w:r>
        <w:br/>
      </w:r>
      <w:r>
        <w:rPr>
          <w:sz w:val="20"/>
        </w:rPr>
        <w:t>13:27  To khuda ki maarifat jab tak humko haasil nahi hogi, tab tak hum samajh lijiye ki hum aadha adhoora hamara imaan hai. Jo hum namaz roza karte hain, bagair samjhe-boojhe, usse hamari personality nahi banti. Jo family personality, jo ki basai jaane layak hai jannat mein, woh nahi banti. Jannat dekhiye, jaisi hamari personality hogi. Agar hamari personality humne apni pollute kar rakhi hai, to jannat hamein accept hi nahi karegi. To</w:t>
      </w:r>
    </w:p>
    <w:p>
      <w:pPr>
        <w:pStyle w:val="Heading2"/>
      </w:pPr>
      <w:r>
        <w:t>Sincerity we demand from friends but not for God</w:t>
      </w:r>
    </w:p>
    <w:p>
      <w:r>
        <w:rPr>
          <w:color w:val="666666"/>
          <w:sz w:val="18"/>
        </w:rPr>
        <w:t>The Quran 16 62 CPS Women Weekly Discussion March 2, 2025 · 1m 16s · at 2:44 · https://youtu.be/kccAAoPwbFA?t=164</w:t>
      </w:r>
    </w:p>
    <w:p>
      <w:r>
        <w:rPr>
          <w:i/>
        </w:rPr>
        <w:t>“Hum kisi ko kab pasand karte hain?”</w:t>
      </w:r>
    </w:p>
    <w:p>
      <w:r>
        <w:rPr>
          <w:sz w:val="20"/>
        </w:rPr>
        <w:t>2:44  toh woh bahut hi ek alag hi ajeeb se mindset mein reh raha hai insaan aur pata nahi kya soche hue hain? woh apne hisab se ek line mujhe Maulana sahab kiya ja rahi hai ke woh case us cheez se sabse zyada darta hai jis se use darna nahi chahiye aur aur khuda se jisko use sabse zyada darna chahiye us se woh waive off rehta hai. woh line mujhe yaad nahi aa rahi exactly milegi toh.</w:t>
      </w:r>
      <w:r>
        <w:br/>
      </w:r>
      <w:r>
        <w:rPr>
          <w:sz w:val="20"/>
        </w:rPr>
        <w:t>3:10  toh maine isko ab ab jab socha aaya tha ko toh mujhe yeh samajh aaya ke hum khud jab kisi ke saath koi relationship hoti hai hamari, koi dosti ya koi bhi rishtadari hoti hai toh hum kisi ko kab pasand karte hain?</w:t>
      </w:r>
      <w:r>
        <w:br/>
      </w:r>
      <w:r>
        <w:rPr>
          <w:sz w:val="20"/>
        </w:rPr>
        <w:t>3:23  hum usko tabhi pasand karte hain woh jab woh insaan sincere ho hamare saath, dedicated ho, saccha ho rasmon ko apne woh samajh lega, ibadat samajh lega aur qabool kar lega.</w:t>
      </w:r>
      <w:r>
        <w:br/>
      </w:r>
      <w:r>
        <w:rPr>
          <w:sz w:val="20"/>
        </w:rPr>
        <w:t>3:50  yaani jo cheez hum khud apne liye nahi samajhte ke fake cheez hum pasand karenge. toh hum Allah taala ke liye hum kaise soch sakte ke woh pasand? pehli baat.</w:t>
      </w:r>
      <w:r>
        <w:br/>
      </w:r>
      <w:r>
        <w:rPr>
          <w:sz w:val="20"/>
        </w:rPr>
        <w:t>4:00  doosri baat yeh main maine jab is baat par aur aur kiya to mujhe yeh laga ke jab</w:t>
      </w:r>
    </w:p>
    <w:p>
      <w:pPr>
        <w:pStyle w:val="Heading2"/>
      </w:pPr>
      <w:r>
        <w:t>Scientific and spiritual explanation of human death</w:t>
      </w:r>
    </w:p>
    <w:p>
      <w:r>
        <w:rPr>
          <w:color w:val="666666"/>
          <w:sz w:val="18"/>
        </w:rPr>
        <w:t>Islam on Life and Death September 11, 2007 · 2m 55s · at 9:26 · https://youtu.be/6x7a7lMAswo?t=566</w:t>
      </w:r>
    </w:p>
    <w:p>
      <w:r>
        <w:rPr>
          <w:i/>
        </w:rPr>
        <w:t>“Insaan kyun marta hai, aaj tak iska kuch jan nahi saka”</w:t>
      </w:r>
    </w:p>
    <w:p>
      <w:r>
        <w:rPr>
          <w:sz w:val="20"/>
        </w:rPr>
        <w:t>9:26  yeh jab maine padha to mujhe yaad aaya ek kitab mein maine padha tha ke insaan kyun marta hai, aaj tak iska kuch jaan nahi saka.</w:t>
      </w:r>
      <w:r>
        <w:br/>
      </w:r>
      <w:r>
        <w:rPr>
          <w:sz w:val="20"/>
        </w:rPr>
        <w:t>9:41  koi ilm jaan nahi saka isko. hum wazahat nahi kar sakte ke insaan kyun marta hai. is liye ke</w:t>
      </w:r>
      <w:r>
        <w:br/>
      </w:r>
      <w:r>
        <w:rPr>
          <w:sz w:val="20"/>
        </w:rPr>
        <w:t>9:54  agar aap yeh kahein ke is liye marta hai ke degeneration hota hai living cells ka, to degeneration hote hote, decay hote hote aadmi mar jata hai.</w:t>
      </w:r>
      <w:r>
        <w:br/>
      </w:r>
      <w:r>
        <w:rPr>
          <w:sz w:val="20"/>
        </w:rPr>
        <w:t>10:07  lekin yeh wazahat sahi nahi. is liye ke degeneration jo hota hai cells ka, to replacement hota rehta hai barabar.</w:t>
      </w:r>
      <w:r>
        <w:br/>
      </w:r>
      <w:r>
        <w:rPr>
          <w:sz w:val="20"/>
        </w:rPr>
        <w:t>10:18  har din replacement hota rehta hai jo hum khana khate hain us ke zariye. to us ne kaha tha ke insaan ka jo yeh body hai, bilkul ek darya hai.</w:t>
      </w:r>
      <w:r>
        <w:br/>
      </w:r>
      <w:r>
        <w:rPr>
          <w:sz w:val="20"/>
        </w:rPr>
        <w:t>10:33  darya mein aap jante hain ke pani beh raha hai, beh raha hai. to koi pani wahan tak der tak theherta nahi. pahad se chashme aate hain, woh barabar aa rahe hain ja rahe hain aa rahe hain ja rahe hain.</w:t>
      </w:r>
      <w:r>
        <w:br/>
      </w:r>
      <w:r>
        <w:rPr>
          <w:sz w:val="20"/>
        </w:rPr>
        <w:t>10:49  to body bilkul ek darya hai. yani living cells ka ek bahao hai. decay ho raha hai, degeneration ho raha hai, lekin us ki jagah doosre cells aaye chale ja rahe hain.</w:t>
      </w:r>
      <w:r>
        <w:br/>
      </w:r>
      <w:r>
        <w:rPr>
          <w:sz w:val="20"/>
        </w:rPr>
        <w:t>11:06  to zahir hai ke darya ki koi maut nahi. darya to badhta hi nahi. insaan kyun mar jata hai? is mein likha tha ke kachhua jo hai, kachhua paanch sau saal tak jeeta hai.</w:t>
      </w:r>
      <w:r>
        <w:br/>
      </w:r>
      <w:r>
        <w:rPr>
          <w:sz w:val="20"/>
        </w:rPr>
        <w:t>11:19  bhai insaan to kabhi koi paanch sau saal tak nahi jeeta. bargad ka drakht hazar saal tak khada rehta hai.</w:t>
      </w:r>
      <w:r>
        <w:br/>
      </w:r>
      <w:r>
        <w:rPr>
          <w:sz w:val="20"/>
        </w:rPr>
        <w:t>11:30  main gaya India mein ek jagah, Andhra Pradesh mein, wahan ek bargad tha. bataya gaya ke hazar saal se yeh hai.</w:t>
      </w:r>
      <w:r>
        <w:br/>
      </w:r>
      <w:r>
        <w:rPr>
          <w:sz w:val="20"/>
        </w:rPr>
        <w:t>11:42  bohat hi bada tha. to kachhue ke upar insaan se zyada, bargad ke upar insaan se zyada, darya ke upar insaan se zyada.</w:t>
      </w:r>
      <w:r>
        <w:br/>
      </w:r>
      <w:r>
        <w:rPr>
          <w:sz w:val="20"/>
        </w:rPr>
        <w:t>11:53  to insaan kyun marta hai? to yeh giraftar hota hai, marta nahi, giraftar hota hai woh. main samajhta hoon ke bohat hi sahi hai yeh ke: "man arrives, arrested, deported".</w:t>
      </w:r>
      <w:r>
        <w:br/>
      </w:r>
      <w:r>
        <w:rPr>
          <w:sz w:val="20"/>
        </w:rPr>
        <w:t>12:08  maut jo hai woh giraftar hona hai, giraftari hai woh. yani farishte hamari giraftari karte hain. agar giraftari na ho to hum jeete rahein, jeete rahein, jeete rahein.</w:t>
      </w:r>
    </w:p>
    <w:p>
      <w:pPr>
        <w:pStyle w:val="Heading2"/>
      </w:pPr>
      <w:r>
        <w:t>Meaning of 'God has heard' during prayer bowing</w:t>
      </w:r>
    </w:p>
    <w:p>
      <w:r>
        <w:rPr>
          <w:color w:val="666666"/>
          <w:sz w:val="18"/>
        </w:rPr>
        <w:t>Belief in the Existance of God | 11 Jan, 2009 · 2m 02s · at 1:16:26 · https://youtu.be/BniNkb0aE6Q?t=4586</w:t>
      </w:r>
    </w:p>
    <w:p>
      <w:r>
        <w:rPr>
          <w:i/>
        </w:rPr>
        <w:t>“Sami Allahu liman hamidah ka matlab kya hai namaz mein”</w:t>
      </w:r>
    </w:p>
    <w:p>
      <w:r>
        <w:rPr>
          <w:sz w:val="20"/>
        </w:rPr>
        <w:t>1:16:26  aish nahi hai, koi bhi doubt ka ismein koi jagah nahi hai.</w:t>
      </w:r>
      <w:r>
        <w:br/>
      </w:r>
      <w:r>
        <w:rPr>
          <w:sz w:val="20"/>
        </w:rPr>
        <w:t>1:16:34  This question is from Maulana Zakwan Nadwi.</w:t>
      </w:r>
      <w:r>
        <w:br/>
      </w:r>
      <w:r>
        <w:rPr>
          <w:sz w:val="20"/>
        </w:rPr>
        <w:t>1:16:41  What is the significance of saying Sami Allah Halim Halida Hamida in salat? Hmm, abhi chand din pehle,</w:t>
      </w:r>
      <w:r>
        <w:br/>
      </w:r>
      <w:r>
        <w:rPr>
          <w:sz w:val="20"/>
        </w:rPr>
        <w:t>1:16:49  ab hum bachpan se namaz padhte hain to yeh kehte hain namaz mein</w:t>
      </w:r>
      <w:r>
        <w:br/>
      </w:r>
      <w:r>
        <w:rPr>
          <w:sz w:val="20"/>
        </w:rPr>
        <w:t>1:16:57  sami Allahu liman hamida.</w:t>
      </w:r>
      <w:r>
        <w:br/>
      </w:r>
      <w:r>
        <w:rPr>
          <w:sz w:val="20"/>
        </w:rPr>
        <w:t>1:17:02  iska translation hai ke Allah ne suna uski hamd ko jo usne ki khuda ke liye.</w:t>
      </w:r>
      <w:r>
        <w:br/>
      </w:r>
      <w:r>
        <w:rPr>
          <w:sz w:val="20"/>
        </w:rPr>
        <w:t>1:17:07  yani Allah ne suna uske baad jisne khuda ki hamd ki, hamd mani shukr kiya ya</w:t>
      </w:r>
      <w:r>
        <w:br/>
      </w:r>
      <w:r>
        <w:rPr>
          <w:sz w:val="20"/>
        </w:rPr>
        <w:t>1:17:12  ya tareef ki.</w:t>
      </w:r>
      <w:r>
        <w:br/>
      </w:r>
      <w:r>
        <w:rPr>
          <w:sz w:val="20"/>
        </w:rPr>
        <w:t>1:17:18  to suna ismein sami ka mani suna.</w:t>
      </w:r>
      <w:r>
        <w:br/>
      </w:r>
      <w:r>
        <w:rPr>
          <w:sz w:val="20"/>
        </w:rPr>
        <w:t>1:17:23  to achhanak ek mere mind mein aaya ke suna jo hai woh kya matlab hai uska.</w:t>
      </w:r>
      <w:r>
        <w:br/>
      </w:r>
      <w:r>
        <w:rPr>
          <w:sz w:val="20"/>
        </w:rPr>
        <w:t>1:17:28  to main yani ek kitaab mein likha to nahi hai yeh ke mere mind mein aaya ke jab</w:t>
      </w:r>
      <w:r>
        <w:br/>
      </w:r>
      <w:r>
        <w:rPr>
          <w:sz w:val="20"/>
        </w:rPr>
        <w:t>1:17:34  suna jo hai ke jab hum rukoo mein hotay hain, us waqt jo hum kehtay hain us ke</w:t>
      </w:r>
      <w:r>
        <w:br/>
      </w:r>
      <w:r>
        <w:rPr>
          <w:sz w:val="20"/>
        </w:rPr>
        <w:t>1:17:40  baray mein Khuda kehta hai ke Khuda ne sun liya, yaani bande ki bande ki baat ko sun liya.</w:t>
      </w:r>
      <w:r>
        <w:br/>
      </w:r>
      <w:r>
        <w:rPr>
          <w:sz w:val="20"/>
        </w:rPr>
        <w:t>1:17:46  yeh hai us se maine natija nikala ke rukoo jo hai woh dua ka waqt hai, dua</w:t>
      </w:r>
      <w:r>
        <w:br/>
      </w:r>
      <w:r>
        <w:rPr>
          <w:sz w:val="20"/>
        </w:rPr>
        <w:t>1:17:52  ka ke is waqt jo aap dua karein ge, sachi dua, lip</w:t>
      </w:r>
      <w:r>
        <w:br/>
      </w:r>
      <w:r>
        <w:rPr>
          <w:sz w:val="20"/>
        </w:rPr>
        <w:t>1:17:58  service wali dua nahi, yeh rati hui dua nahi, dil se nikli hui dua, is par Khuda ki</w:t>
      </w:r>
      <w:r>
        <w:br/>
      </w:r>
      <w:r>
        <w:rPr>
          <w:sz w:val="20"/>
        </w:rPr>
        <w:t>1:18:03  taraf se yeh aye ga ke sam'a, sam'a Allah, Khuda ne sun liya tumhari baat ko, yaani qabool</w:t>
      </w:r>
      <w:r>
        <w:br/>
      </w:r>
      <w:r>
        <w:rPr>
          <w:sz w:val="20"/>
        </w:rPr>
        <w:t>1:18:08  kar liya tumhari baat ko.</w:t>
      </w:r>
      <w:r>
        <w:br/>
      </w:r>
      <w:r>
        <w:rPr>
          <w:sz w:val="20"/>
        </w:rPr>
        <w:t>1:18:13  to to farz namaz mein to aap wohi parhein ge jo ke subhan rabbi al azeem waghera jo alfaaz</w:t>
      </w:r>
      <w:r>
        <w:br/>
      </w:r>
      <w:r>
        <w:rPr>
          <w:sz w:val="20"/>
        </w:rPr>
        <w:t>1:18:18  hain, prescribed alfaaz, prescribed.</w:t>
      </w:r>
      <w:r>
        <w:br/>
      </w:r>
      <w:r>
        <w:rPr>
          <w:sz w:val="20"/>
        </w:rPr>
        <w:t>1:18:23  lekin adar deen farz mein aap apni mother t</w:t>
      </w:r>
    </w:p>
    <w:p>
      <w:pPr>
        <w:pStyle w:val="Heading2"/>
      </w:pPr>
      <w:r>
        <w:t>Destiny and free will: wastiya school</w:t>
      </w:r>
    </w:p>
    <w:p>
      <w:r>
        <w:rPr>
          <w:color w:val="666666"/>
          <w:sz w:val="18"/>
        </w:rPr>
        <w:t>Q&amp;A 13 JAN 2008 Maulana Wahiduddin Khan · 2m 56s · at 10:15 · https://youtu.be/MADrJIsr4FI?t=615</w:t>
      </w:r>
    </w:p>
    <w:p>
      <w:r>
        <w:rPr>
          <w:i/>
        </w:rPr>
        <w:t>“In Urdu this is called jabr o ikhtiyar, a very old question.”</w:t>
      </w:r>
    </w:p>
    <w:p>
      <w:r>
        <w:rPr>
          <w:sz w:val="20"/>
        </w:rPr>
        <w:t>10:15  isko kehte hain urdu mein jabr o ikhtiyar bahut purana sawal hai, hazaron saal se chala raha hai ki duniya mein aadmi ko kitna freedom hai aur kitna compulsion hai. kyunki hum apne aap ko dekhte hain ki hum free hain,</w:t>
      </w:r>
      <w:r>
        <w:br/>
      </w:r>
      <w:r>
        <w:rPr>
          <w:sz w:val="20"/>
        </w:rPr>
        <w:t>10:39  phir bhi hum paate hain ko kahin ki hum majboor paate hain apne aap ko. to dono mein kya</w:t>
      </w:r>
      <w:r>
        <w:br/>
      </w:r>
      <w:r>
        <w:rPr>
          <w:sz w:val="20"/>
        </w:rPr>
        <w:t>10:46  talluq hai? ye bahut purana sawal hai. to aap kitab jo kehte hain ilm ul aqaaid ye bahas ilm ul aqaaid mein hoti hai. ilm ul aqaaid mein dekhiye,</w:t>
      </w:r>
      <w:r>
        <w:br/>
      </w:r>
      <w:r>
        <w:rPr>
          <w:sz w:val="20"/>
        </w:rPr>
        <w:t>11:00  do school hain.</w:t>
      </w:r>
      <w:r>
        <w:br/>
      </w:r>
      <w:r>
        <w:rPr>
          <w:sz w:val="20"/>
        </w:rPr>
        <w:t>11:03  ek kehte hain jabriya, ek kehte hain qadriya. jabriya aur qadriya to zyada tar yahi dono mashhoor hain. lekin ek aur school hai,</w:t>
      </w:r>
      <w:r>
        <w:br/>
      </w:r>
      <w:r>
        <w:rPr>
          <w:sz w:val="20"/>
        </w:rPr>
        <w:t>11:19  us ko kehte hain wastiya. wastiya school bahut kam mashhoor hua hai. jabriya, qadriya school zyada mashhoor hua hai. yaani wo log jo kehte hain ki saahab, is duniya mein to hamein jabri zabar hai, doosre kehte hain ki nahin, hamare upar ikhtiyar hai.</w:t>
      </w:r>
      <w:r>
        <w:br/>
      </w:r>
      <w:r>
        <w:rPr>
          <w:sz w:val="20"/>
        </w:rPr>
        <w:t>11:33  wastiya matlab beech, beech ka, middle ka. to main wastiya hai ko sahi samajhta hoon ki ye mamla in between ka hai. wo kaise?</w:t>
      </w:r>
      <w:r>
        <w:br/>
      </w:r>
      <w:r>
        <w:rPr>
          <w:sz w:val="20"/>
        </w:rPr>
        <w:t>11:47  dekhiye, hum ek aisi duniya mein jo khuda ne banai hai, to hamare paas apna free will hai. lekin us free will ko jab hum exercise karte hain, to hamein zameen chahiye, hamein suraj chahiye, hamein hawa chahiye, hamein food chahiye,</w:t>
      </w:r>
      <w:r>
        <w:br/>
      </w:r>
      <w:r>
        <w:rPr>
          <w:sz w:val="20"/>
        </w:rPr>
        <w:t>12:08  hamein bahut sari cheezein chahiye. to us ko main kahunga ki infrastructure. infrastructure khuda ka hai aur irada mera hai. free will to mera hai,</w:t>
      </w:r>
      <w:r>
        <w:br/>
      </w:r>
      <w:r>
        <w:rPr>
          <w:sz w:val="20"/>
        </w:rPr>
        <w:t>12:22  lekin is free will ko jab main exercise karne nikalta hoon, to sara infrastructure wo khuda ka hota hai.</w:t>
      </w:r>
      <w:r>
        <w:br/>
      </w:r>
      <w:r>
        <w:rPr>
          <w:sz w:val="20"/>
        </w:rPr>
        <w:t>12:29  usi ki hawa mein saans lena hai, khudai ki suraj se roshni lena hai, khudai ke soil se hamein khana lena hai. to main samajhta hoon ki wastiya ka matlab yeh hai ki khuda ke infrastructure ko istemal kiye baghair</w:t>
      </w:r>
      <w:r>
        <w:br/>
      </w:r>
      <w:r>
        <w:rPr>
          <w:sz w:val="20"/>
        </w:rPr>
        <w:t>12:49  main koi kaam nahin kar sakta. to khuda ke infrastructure ke siwa mere koi option nahin. mere paas koi hai. yahan par majboor main hoon. koi aur universe create nahin kar sakta. to wahan par meri majboori aa jati hai ki wahi infrastructure hai, wahi ek hi option hai. lekin phir bhi irada, irada mera jo hai, wo apni jagah par hai.</w:t>
      </w:r>
    </w:p>
    <w:p>
      <w:pPr>
        <w:pStyle w:val="Heading2"/>
      </w:pPr>
      <w:r>
        <w:t>Wasted deeds and glorifying failed sacrifices</w:t>
      </w:r>
    </w:p>
    <w:p>
      <w:r>
        <w:rPr>
          <w:color w:val="666666"/>
          <w:sz w:val="18"/>
        </w:rPr>
        <w:t>The Problem of Conditioning April 22, 2012 · 2m 48s · at 9:16 · https://youtu.be/j-kJQzOz46g?t=556</w:t>
      </w:r>
    </w:p>
    <w:p>
      <w:r>
        <w:rPr>
          <w:i/>
        </w:rPr>
        <w:t>“Surah Al-Kahf ki aayat: qul hal nunabbi'ukum bil-akhsarina a'mala”</w:t>
      </w:r>
    </w:p>
    <w:p>
      <w:r>
        <w:rPr>
          <w:sz w:val="20"/>
        </w:rPr>
        <w:t>9:16  ye hai ayat.</w:t>
      </w:r>
      <w:r>
        <w:br/>
      </w:r>
      <w:r>
        <w:rPr>
          <w:sz w:val="20"/>
        </w:rPr>
        <w:t>9:19  is ayat mein bataya gaya hai ke aadmi amal karta hai aur sab sochta hai ke bahut achha kaam kar raha hoon.</w:t>
      </w:r>
      <w:r>
        <w:br/>
      </w:r>
      <w:r>
        <w:rPr>
          <w:sz w:val="20"/>
        </w:rPr>
        <w:t>9:29  "وھم یسبون انہم یسنا" . bada achha kaam kar raha hoon main. lekin is ka amal hub ka shikar ho jata hai.</w:t>
      </w:r>
      <w:r>
        <w:br/>
      </w:r>
      <w:r>
        <w:rPr>
          <w:sz w:val="20"/>
        </w:rPr>
        <w:t>9:39  hub ka matlab hota hai rayegan jana, be natija ho jana. un fruitful ho jana.</w:t>
      </w:r>
      <w:r>
        <w:br/>
      </w:r>
      <w:r>
        <w:rPr>
          <w:sz w:val="20"/>
        </w:rPr>
        <w:t>9:48  to main sochne laga ke ye kya baat hai ke aadmi khud to apne bare mein, apne amal ke bare mein sochta hai ke bada achha kaam kar raha hoon, bahut achha kaam kar raha hoon.</w:t>
      </w:r>
      <w:r>
        <w:br/>
      </w:r>
      <w:r>
        <w:rPr>
          <w:sz w:val="20"/>
        </w:rPr>
        <w:t>9:58  lekin allah ke nazdeek wo hota hai be natija kaam. ahub ka shikar ho jane wala kaam. bahut ajeeb baat hai.</w:t>
      </w:r>
      <w:r>
        <w:br/>
      </w:r>
      <w:r>
        <w:rPr>
          <w:sz w:val="20"/>
        </w:rPr>
        <w:t>10:12  ye bahut hi ajeeb baat hai.</w:t>
      </w:r>
      <w:r>
        <w:br/>
      </w:r>
      <w:r>
        <w:rPr>
          <w:sz w:val="20"/>
        </w:rPr>
        <w:t>10:16  bahut zyada sochne ki baat hai.</w:t>
      </w:r>
      <w:r>
        <w:br/>
      </w:r>
      <w:r>
        <w:rPr>
          <w:sz w:val="20"/>
        </w:rPr>
        <w:t>10:27  to isi par mein sochta raha ghanton.</w:t>
      </w:r>
      <w:r>
        <w:br/>
      </w:r>
      <w:r>
        <w:rPr>
          <w:sz w:val="20"/>
        </w:rPr>
        <w:t>10:34  ke khud to aadmi samajhta hai ke mein bohat acha kaam kar raha hoon. lekin aur qurbaniyan deta hai. is par activities dikhata hai.</w:t>
      </w:r>
      <w:r>
        <w:br/>
      </w:r>
      <w:r>
        <w:rPr>
          <w:sz w:val="20"/>
        </w:rPr>
        <w:t>10:47  lekin woh in vain ho jata hai, sara ka sara be natija ho jata hai.</w:t>
      </w:r>
      <w:r>
        <w:br/>
      </w:r>
      <w:r>
        <w:rPr>
          <w:sz w:val="20"/>
        </w:rPr>
        <w:t>10:53  ke khud to acha samajh raha hai is ko, Allah ke nazdeek woh kaam be natija hota hai. yeh kya cheez hai? to pehli baat dekhiye, yeh hai ke is ka taluq dunya ke amal se hai.</w:t>
      </w:r>
      <w:r>
        <w:br/>
      </w:r>
      <w:r>
        <w:rPr>
          <w:sz w:val="20"/>
        </w:rPr>
        <w:t>11:06  aakhirat wali aayatein bhi hain, yani is ka nateeja aakhirat mein bhi mile ga. lekin pehla jo nateeja hamare samne aata hai woh isi dunya mein aata hai.</w:t>
      </w:r>
      <w:r>
        <w:br/>
      </w:r>
      <w:r>
        <w:rPr>
          <w:sz w:val="20"/>
        </w:rPr>
        <w:t>11:16  hub e aamal ka waqia sab se pehle isi dunya mein hota hai.</w:t>
      </w:r>
      <w:r>
        <w:br/>
      </w:r>
      <w:r>
        <w:rPr>
          <w:sz w:val="20"/>
        </w:rPr>
        <w:t>11:24  aur musalmanon ke sath ho raha hai. do sau saal se musalmanon ne beshumar qurbaniyan ki hain. lekin sahib, hub e aamali ka shikar to ho gaye hain.</w:t>
      </w:r>
      <w:r>
        <w:br/>
      </w:r>
      <w:r>
        <w:rPr>
          <w:sz w:val="20"/>
        </w:rPr>
        <w:t>11:34  do sau saal ki qurbaniyon ka koi bhi aap positive result bataiye? kuch bhi nahi hai. to ek naya falsafa banaya gaya hai ke khud qurbaniyon ko glorify karte hain.</w:t>
      </w:r>
      <w:r>
        <w:br/>
      </w:r>
      <w:r>
        <w:rPr>
          <w:sz w:val="20"/>
        </w:rPr>
        <w:t>11:49  itne aadmi mare gaye, itne aadmiyon ne khoon bahaya, itne aadmi positive charhe. isi ko glorify karte hain. yani be natija hone hi ko glorify karte hain.</w:t>
      </w:r>
      <w:r>
        <w:br/>
      </w:r>
      <w:r>
        <w:rPr>
          <w:sz w:val="20"/>
        </w:rPr>
        <w:t>12:00  halanke yeh koi tareeqa nahi hai.</w:t>
      </w:r>
    </w:p>
    <w:p>
      <w:pPr>
        <w:pStyle w:val="Heading2"/>
      </w:pPr>
      <w:r>
        <w:t>A stream flowing around rocks teaches tolerance</w:t>
      </w:r>
    </w:p>
    <w:p>
      <w:r>
        <w:rPr>
          <w:color w:val="666666"/>
          <w:sz w:val="18"/>
        </w:rPr>
        <w:t>Nature and Spirituality June 04, 2006 Maulana Wahiduddin Khan · 1m 38s · at 33:34 · https://youtu.be/1IiOpGIsp64?t=2014</w:t>
      </w:r>
    </w:p>
    <w:p>
      <w:r>
        <w:rPr>
          <w:i/>
        </w:rPr>
        <w:t>“Watch how a mountain stream flows down into the plains”</w:t>
      </w:r>
    </w:p>
    <w:p>
      <w:r>
        <w:rPr>
          <w:sz w:val="20"/>
        </w:rPr>
        <w:t>33:34  chashma dekhiye behta hai aap ne gaye honge yani</w:t>
      </w:r>
      <w:r>
        <w:br/>
      </w:r>
      <w:r>
        <w:rPr>
          <w:sz w:val="20"/>
        </w:rPr>
        <w:t>33:39  jahan pahad hote hain un un areas mein aap ne dekha hoga ke pahad se chashme beh kar</w:t>
      </w:r>
      <w:r>
        <w:br/>
      </w:r>
      <w:r>
        <w:rPr>
          <w:sz w:val="20"/>
        </w:rPr>
        <w:t>33:45  aate hain maidan mein to chashme jab aate hain to jagah jagah kahin badi raakh hoti hai kahin</w:t>
      </w:r>
      <w:r>
        <w:br/>
      </w:r>
      <w:r>
        <w:rPr>
          <w:sz w:val="20"/>
        </w:rPr>
        <w:t>33:53  chhote pathar hote hain rastay mein to chashma kya karta hai woh takrata nahi hai</w:t>
      </w:r>
      <w:r>
        <w:br/>
      </w:r>
      <w:r>
        <w:rPr>
          <w:sz w:val="20"/>
        </w:rPr>
        <w:t>34:01  woh avoid karta hai</w:t>
      </w:r>
      <w:r>
        <w:br/>
      </w:r>
      <w:r>
        <w:rPr>
          <w:sz w:val="20"/>
        </w:rPr>
        <w:t>34:04  woh is raakh ke ya is pathar ke dayen bayen se beh kar nikal jata hai yeh hai avoidance jis ko quran mein i'raaz kaha gaya hai principle of i'raaz ya principle of avoidance to main samajhta hoon ke pure nature mein yeh bhi ek principle hai stars itne zyada yani itni tez dor rahe hain lekin koi star doosre se takrata nahin kyunke har ek principle of avoidance ko pakde hue hai</w:t>
      </w:r>
      <w:r>
        <w:br/>
      </w:r>
      <w:r>
        <w:rPr>
          <w:sz w:val="20"/>
        </w:rPr>
        <w:t>34:33  puri puri universe mein avoidance ka principle chalta hai yeh hamari yani social life mein behtareen principle hai ek doosre ko avoid karte hue kaam kare ek doosre ko tolerate karte hue kaam kare yani har aadmi society ka peaceful member bane takrao wala member nahin avoid karne wala member</w:t>
      </w:r>
      <w:r>
        <w:br/>
      </w:r>
      <w:r>
        <w:rPr>
          <w:sz w:val="20"/>
        </w:rPr>
        <w:t>34:58  jis tarah se puri universe mein har part is ka avoid ke principle par li hui hai tabhi universe chal rahi hai million year billion years se</w:t>
      </w:r>
    </w:p>
    <w:p>
      <w:pPr>
        <w:pStyle w:val="Heading2"/>
      </w:pPr>
      <w:r>
        <w:t>Every explosion causes destruction</w:t>
      </w:r>
    </w:p>
    <w:p>
      <w:r>
        <w:rPr>
          <w:color w:val="666666"/>
          <w:sz w:val="18"/>
        </w:rPr>
        <w:t>CPS Women Monthly Interaction 7 July 31, 2022 · 3m 09s · at 1:03:07 · https://youtu.be/GoGlYFzDt1I?t=3787</w:t>
      </w:r>
    </w:p>
    <w:p>
      <w:r>
        <w:rPr>
          <w:i/>
        </w:rPr>
        <w:t>“Mere saath ek mera tajurba hua. Toh last Friday”</w:t>
      </w:r>
    </w:p>
    <w:p>
      <w:r>
        <w:rPr>
          <w:sz w:val="20"/>
        </w:rPr>
        <w:t>1:03:07  Mere saath ek mera tajurba hua.</w:t>
      </w:r>
      <w:r>
        <w:br/>
      </w:r>
      <w:r>
        <w:rPr>
          <w:sz w:val="20"/>
        </w:rPr>
        <w:t>1:03:14  To last Friday to bahar transfer mission ka woh kuch burst hua ismein electric ka aur achhanak hamare</w:t>
      </w:r>
      <w:r>
        <w:br/>
      </w:r>
      <w:r>
        <w:rPr>
          <w:sz w:val="20"/>
        </w:rPr>
        <w:t>1:03:22  Motor ka wire jo hai paani jo chadhane ka woh ekdam burst hua.</w:t>
      </w:r>
      <w:r>
        <w:br/>
      </w:r>
      <w:r>
        <w:rPr>
          <w:sz w:val="20"/>
        </w:rPr>
        <w:t>1:03:30  Hamein ghar ke andar wali awaaz mein bahar ka transformer ka jo yeh awaaz thi woh dab gayi.</w:t>
      </w:r>
      <w:r>
        <w:br/>
      </w:r>
      <w:r>
        <w:rPr>
          <w:sz w:val="20"/>
        </w:rPr>
        <w:t>1:03:38  to baad jaakar dekha to woh wire jal rahi thi aur baad jalibaaz bhi aa rahi thi aur to humne khair supply cut hui hai pani ki. baad mein mujhe pata ji. ek baat yaad aayi Maulana ki.</w:t>
      </w:r>
      <w:r>
        <w:br/>
      </w:r>
      <w:r>
        <w:rPr>
          <w:sz w:val="20"/>
        </w:rPr>
        <w:t>1:03:59  Kabhi bhi jab koi dhamaka hota hai, hah woh patakhe ka ho ya bomb ka ho, bade se</w:t>
      </w:r>
      <w:r>
        <w:br/>
      </w:r>
      <w:r>
        <w:rPr>
          <w:sz w:val="20"/>
        </w:rPr>
        <w:t>1:04:04  Bada ho, chhote se chhota ho, uska nateeja hamesha takreeb mein hota hai.</w:t>
      </w:r>
      <w:r>
        <w:br/>
      </w:r>
      <w:r>
        <w:rPr>
          <w:sz w:val="20"/>
        </w:rPr>
        <w:t>1:04:09  Yaani destruction, destruction uska nateeja hai.</w:t>
      </w:r>
      <w:r>
        <w:br/>
      </w:r>
      <w:r>
        <w:rPr>
          <w:sz w:val="20"/>
        </w:rPr>
        <w:t>1:04:14  Ab yahan kya hua?</w:t>
      </w:r>
      <w:r>
        <w:br/>
      </w:r>
      <w:r>
        <w:rPr>
          <w:sz w:val="20"/>
        </w:rPr>
        <w:t>1:04:19  Paani ki supply mustati reh gayi aur waise hi jumma tha.</w:t>
      </w:r>
      <w:r>
        <w:br/>
      </w:r>
      <w:r>
        <w:rPr>
          <w:sz w:val="20"/>
        </w:rPr>
        <w:t>1:04:24  Paani ka zyada kharch hota.</w:t>
      </w:r>
      <w:r>
        <w:br/>
      </w:r>
      <w:r>
        <w:rPr>
          <w:sz w:val="20"/>
        </w:rPr>
        <w:t>1:04:30  to Maulana farmate hi to unka November December 2020 ka ek aalishala, aalishala ka ek article. Super atom, jab super atom karalatara ne paida kiya, duniya se pehle Big Bang, jo woh apni poori shiddat ke saath woh andar, apne kahat ko andar kheenchta tha.</w:t>
      </w:r>
      <w:r>
        <w:br/>
      </w:r>
      <w:r>
        <w:rPr>
          <w:sz w:val="20"/>
        </w:rPr>
        <w:t>1:05:00  jab Allah taala ka hua, Allah ne apne radhi mudafilat se usko super atom ko dhamake se uda diya. to ismein do cheezon, do cheezein sabit hui hain. yeh Maulana ki baat hai, Maulana ki baat hai.</w:t>
      </w:r>
      <w:r>
        <w:br/>
      </w:r>
      <w:r>
        <w:rPr>
          <w:sz w:val="20"/>
        </w:rPr>
        <w:t>1:05:17  Ek yeh ki yahan kainaz se alag ek taqatwar hasti pehle hi maujood hai, jisne apni mudakhilch se</w:t>
      </w:r>
      <w:r>
        <w:br/>
      </w:r>
      <w:r>
        <w:rPr>
          <w:sz w:val="20"/>
        </w:rPr>
        <w:t>1:05:25  Is gamal mamudi waqiye ko kiya aur super atom ke zara dakhili rukh mein safar ke bajay beruniy</w:t>
      </w:r>
      <w:r>
        <w:br/>
      </w:r>
      <w:r>
        <w:rPr>
          <w:sz w:val="20"/>
        </w:rPr>
        <w:t>1:05:34  Rukh mein safar karne lage aur doosra waqiya is azeem pehlu ka, is waqiye ka doosra azeem pehlu</w:t>
      </w:r>
      <w:r>
        <w:br/>
      </w:r>
      <w:r>
        <w:rPr>
          <w:sz w:val="20"/>
        </w:rPr>
        <w:t>1:05:42  Yeh hai ki hamesha takreebin, dhamaka takreebin nataish ka sabak banta hai.</w:t>
      </w:r>
      <w:r>
        <w:br/>
      </w:r>
      <w:r>
        <w:rPr>
          <w:sz w:val="20"/>
        </w:rPr>
        <w:t>1:05:51  yaani destruction, it will cause destruction, cause destruction. magar chhota super atom ka dhamaka is tasnai taur par ghayat takreem hi tha. isse koi takreem nahi, sirf construction poore adlah taala ke hukum ke mutabik poore kainat ujud mein aayi.</w:t>
      </w:r>
      <w:r>
        <w:br/>
      </w:r>
      <w:r>
        <w:rPr>
          <w:sz w:val="20"/>
        </w:rPr>
        <w:t>1:06:16  Stars, kehkar shah, tumhare saare fal ki yaad aur waise bhi mujhe fal ki yaad meri bohat pasandida maujoo hai. main jab bhi koi sciencey reference molaki Maulana ki ek article main dekhti hoon to mujhe bohat zyada pasand aata hai aur baar baar padhti hoon main use. to woh baat maine use relate ki.</w:t>
      </w:r>
    </w:p>
    <w:p>
      <w:pPr>
        <w:pStyle w:val="Heading2"/>
      </w:pPr>
      <w:r>
        <w:t>Introspection: reviewing yourself daily before death and judgment</w:t>
      </w:r>
    </w:p>
    <w:p>
      <w:r>
        <w:rPr>
          <w:color w:val="666666"/>
          <w:sz w:val="18"/>
        </w:rPr>
        <w:t>God oriented Life January 6, 2007 · 2m 46s · at 53:26 · https://youtu.be/UdJ9eWU_OCo?t=3206</w:t>
      </w:r>
    </w:p>
    <w:p>
      <w:r>
        <w:rPr>
          <w:i/>
        </w:rPr>
        <w:t>“Doosri cheez jo hai wo hai muhasaba, yaani introspection”</w:t>
      </w:r>
    </w:p>
    <w:p>
      <w:r>
        <w:rPr>
          <w:sz w:val="20"/>
        </w:rPr>
        <w:t>53:26  Doosri cheez jo hai woh hai muhasba, yani introspection. Yeh kya hai?</w:t>
      </w:r>
      <w:r>
        <w:br/>
      </w:r>
      <w:r>
        <w:rPr>
          <w:sz w:val="20"/>
        </w:rPr>
        <w:t>53:36  Apne aap ko sochte rehna, apni ghaltiyon ko dhoondhte rehna, apna jaiza lete rehna, apne aap ko revise karte rehna, apne aap ko reassess karte rehna.</w:t>
      </w:r>
      <w:r>
        <w:br/>
      </w:r>
      <w:r>
        <w:rPr>
          <w:sz w:val="20"/>
        </w:rPr>
        <w:t>53:51  Har subah shaam apne aap ka,</w:t>
      </w:r>
      <w:r>
        <w:br/>
      </w:r>
      <w:r>
        <w:rPr>
          <w:sz w:val="20"/>
        </w:rPr>
        <w:t>53:57  apne aap ko jaanchte rehna. Yeh is ko kehte hain introspection ya muhasba.</w:t>
      </w:r>
      <w:r>
        <w:br/>
      </w:r>
      <w:r>
        <w:rPr>
          <w:sz w:val="20"/>
        </w:rPr>
        <w:t>54:07  To jab aadmi sachai ko pa le aur Khuda ko daryaft kar le, aur sach much woh khud yeh jaan le ke Khuda all powerful hai, aur woh Khuda ke samne responsible hai,</w:t>
      </w:r>
      <w:r>
        <w:br/>
      </w:r>
      <w:r>
        <w:rPr>
          <w:sz w:val="20"/>
        </w:rPr>
        <w:t>54:23  day of judgment ko Khuda ke samne peshi hogi, is ki us waqt ya to hell hoga ya ya paradise hogi.</w:t>
      </w:r>
      <w:r>
        <w:br/>
      </w:r>
      <w:r>
        <w:rPr>
          <w:sz w:val="20"/>
        </w:rPr>
        <w:t>54:30  Yeh sab baaten jab is ke dimagh par chha jaen to phir yahi hoga ke apne aap bare mein sochta rahega, introspection aa jaega is ke andar.</w:t>
      </w:r>
      <w:r>
        <w:br/>
      </w:r>
      <w:r>
        <w:rPr>
          <w:sz w:val="20"/>
        </w:rPr>
        <w:t>54:43  Apna acha bura har waqt is ke apne achhe aur bure par har waqt woh sochta rahega,</w:t>
      </w:r>
      <w:r>
        <w:br/>
      </w:r>
      <w:r>
        <w:rPr>
          <w:sz w:val="20"/>
        </w:rPr>
        <w:t>54:50  apne anjam ko, apne future ko, apne presence, apne apne past ko, present ko aur future ko har waqt woh sochta rahega ke mein kya kar raha hoon, mujhe kya karna chahiye,</w:t>
      </w:r>
      <w:r>
        <w:br/>
      </w:r>
      <w:r>
        <w:rPr>
          <w:sz w:val="20"/>
        </w:rPr>
        <w:t>55:05  maut se pehle mein kya karoon ke maut ke baad meri zindagi safal ho, mujhe paradise mile, Khuda mujh se khush ho.</w:t>
      </w:r>
      <w:r>
        <w:br/>
      </w:r>
      <w:r>
        <w:rPr>
          <w:sz w:val="20"/>
        </w:rPr>
        <w:t>55:13  Yeh sab cheezon ka naam hai introspection.</w:t>
      </w:r>
      <w:r>
        <w:br/>
      </w:r>
      <w:r>
        <w:rPr>
          <w:sz w:val="20"/>
        </w:rPr>
        <w:t>55:17  To yeh fitri tor par, natural tor par aadmi ki zindagi mein shamil ho jata hai. Yeh koi impose karne ki baat nahi hai, yeh Khuda ki discovery ka ek phenomenon hai.</w:t>
      </w:r>
      <w:r>
        <w:br/>
      </w:r>
      <w:r>
        <w:rPr>
          <w:sz w:val="20"/>
        </w:rPr>
        <w:t>55:32  Jo aadmi Khuda ko discover kar le, sach much jis ko Khuda ka realization ho jae, sach much to is ki zindagi mein lazman introspection bhi aega.</w:t>
      </w:r>
      <w:r>
        <w:br/>
      </w:r>
      <w:r>
        <w:rPr>
          <w:sz w:val="20"/>
        </w:rPr>
        <w:t>55:44  Jo zindagi ki</w:t>
      </w:r>
      <w:r>
        <w:br/>
      </w:r>
      <w:r>
        <w:rPr>
          <w:sz w:val="20"/>
        </w:rPr>
        <w:t>55:48  haqiqat ko jaan le ke maut behrahaal aegi, marne ke baad mera khatma nahi ho jaega, marne ke baad mujhe Khuda ke samne hazir hona hai.</w:t>
      </w:r>
      <w:r>
        <w:br/>
      </w:r>
      <w:r>
        <w:rPr>
          <w:sz w:val="20"/>
        </w:rPr>
        <w:t>55:59  In sab baaton ko jo jaan le to is ka is ka yahi nateeja hi niklega ke is ki zindagi mein introspection shamil ho jae.</w:t>
      </w:r>
      <w:r>
        <w:br/>
      </w:r>
      <w:r>
        <w:rPr>
          <w:sz w:val="20"/>
        </w:rPr>
        <w:t>56:10  yeh doosri cheez hui.</w:t>
      </w:r>
    </w:p>
    <w:p>
      <w:pPr>
        <w:pStyle w:val="Heading2"/>
      </w:pPr>
      <w:r>
        <w:t>French king who tried to escape death</w:t>
      </w:r>
    </w:p>
    <w:p>
      <w:r>
        <w:rPr>
          <w:color w:val="666666"/>
          <w:sz w:val="18"/>
        </w:rPr>
        <w:t>Islam on Life and Death September 11, 2007 · 2m 21s · at 19:56 · https://youtu.be/6x7a7lMAswo?t=1196</w:t>
      </w:r>
    </w:p>
    <w:p>
      <w:r>
        <w:rPr>
          <w:i/>
        </w:rPr>
        <w:t>“Maut ke maani kya hain? Giraftar hona”</w:t>
      </w:r>
    </w:p>
    <w:p>
      <w:r>
        <w:rPr>
          <w:sz w:val="20"/>
        </w:rPr>
        <w:t>19:56  to yeh giraftar hone ka maqam. maut ke mani kya hain? giraftar hona. bohat hi sahi main samajhta hoon ke izhaar yeh hai ke: "man arrives, arrested,</w:t>
      </w:r>
      <w:r>
        <w:br/>
      </w:r>
      <w:r>
        <w:rPr>
          <w:sz w:val="20"/>
        </w:rPr>
        <w:t>20:10  deported". to maut ke farishte hain, yeh hamara aqeedah hai ke maut ke farishte hain.</w:t>
      </w:r>
      <w:r>
        <w:br/>
      </w:r>
      <w:r>
        <w:rPr>
          <w:sz w:val="20"/>
        </w:rPr>
        <w:t>20:21  to woh har aadmi ki rooh qabz karte hain. matlab body se rooh nikal lete hain. kyunke yeh body jo hai yeh asal insan nahi hai.</w:t>
      </w:r>
      <w:r>
        <w:br/>
      </w:r>
      <w:r>
        <w:rPr>
          <w:sz w:val="20"/>
        </w:rPr>
        <w:t>20:35  hamari jo shakhsiyat hai woh yeh body nahi hai. body ke siwa aik aur hai jo hamari shakhsiyat hai. jis ko hum rooh kehte hain, zehan kehte hain.</w:t>
      </w:r>
      <w:r>
        <w:br/>
      </w:r>
      <w:r>
        <w:rPr>
          <w:sz w:val="20"/>
        </w:rPr>
        <w:t>20:49  to woh hai andar ki body. to is body se is cheez ko farishte nikal lete hain. jo asal hamari hasti hai.</w:t>
      </w:r>
      <w:r>
        <w:br/>
      </w:r>
      <w:r>
        <w:rPr>
          <w:sz w:val="20"/>
        </w:rPr>
        <w:t>20:59  aur nikal kar ke phir us ko pahuncha dete hain aakhirat ki dunya mein. jahan is ka khuda ke samne woh pesh kiya jata hai. to yeh bohat zyada sochne ki baat hai ke hum mein se har aik ko giraftar hona hai.</w:t>
      </w:r>
      <w:r>
        <w:br/>
      </w:r>
      <w:r>
        <w:rPr>
          <w:sz w:val="20"/>
        </w:rPr>
        <w:t>21:16  humein pata nahi kab farishte aa jayenge giraftar karne ke liye. kab aa jayenge?</w:t>
      </w:r>
      <w:r>
        <w:br/>
      </w:r>
      <w:r>
        <w:rPr>
          <w:sz w:val="20"/>
        </w:rPr>
        <w:t>21:25  quran majeed mein hai ke: "kal nafsun za'iqatul maut". kal nafsun za'iqatul maut.</w:t>
      </w:r>
      <w:r>
        <w:br/>
      </w:r>
      <w:r>
        <w:rPr>
          <w:sz w:val="20"/>
        </w:rPr>
        <w:t>21:37  har insan ko maut ka zaiqa chakhna hai. yani har insan ko marna hai. kal nafsun za'iqatul maut.</w:t>
      </w:r>
      <w:r>
        <w:br/>
      </w:r>
      <w:r>
        <w:rPr>
          <w:sz w:val="20"/>
        </w:rPr>
        <w:t>21:50  har insan ko maut ka zaiqa chakhna hai. yeh khuda ki taraf se muqaddar hai ke koi aadmi hamesha na jiye.</w:t>
      </w:r>
      <w:r>
        <w:br/>
      </w:r>
      <w:r>
        <w:rPr>
          <w:sz w:val="20"/>
        </w:rPr>
        <w:t>22:01  us par maut aaye. aur farishte aayen maut ke aur is ki rooh qabz karen. main ne aik kitab mein parha ke france ka aik badshah tha jo chahta tha ke woh hamesha jiye, hamesha jiye.</w:t>
      </w:r>
    </w:p>
    <w:p>
      <w:pPr>
        <w:pStyle w:val="Heading2"/>
      </w:pPr>
      <w:r>
        <w:t>Muslims fought the British instead of using new freedoms</w:t>
      </w:r>
    </w:p>
    <w:p>
      <w:r>
        <w:rPr>
          <w:color w:val="666666"/>
          <w:sz w:val="18"/>
        </w:rPr>
        <w:t>Age of Democracy May 25, 2014 · 2m 37s · at 17:54 · https://youtu.be/pyZy1-EhW1Q?t=1074</w:t>
      </w:r>
    </w:p>
    <w:p>
      <w:r>
        <w:rPr>
          <w:i/>
        </w:rPr>
        <w:t>“Jab British India mein aaye to saare Musalman bas anti-British ban gaye”</w:t>
      </w:r>
    </w:p>
    <w:p>
      <w:r>
        <w:rPr>
          <w:sz w:val="20"/>
        </w:rPr>
        <w:t>17:54  dekhiye, jab british India mein aaye to saaray musalman bas anti-british ban gaye. bas angrezon ke khilaaf jihad, angrezon ke khilaaf jihad.</w:t>
      </w:r>
      <w:r>
        <w:br/>
      </w:r>
      <w:r>
        <w:rPr>
          <w:sz w:val="20"/>
        </w:rPr>
        <w:t>18:07  ab beshumar logon ne apnay ko marwa</w:t>
      </w:r>
      <w:r>
        <w:br/>
      </w:r>
      <w:r>
        <w:rPr>
          <w:sz w:val="20"/>
        </w:rPr>
        <w:t>18:09  liya. main is ko shahadat nahi kehta, marwaana kehta hoon apnay aap ko. phir kehtay hain ke beshumar itnay log shaheed ho gaye, woh shaheed nahi hue, apnay ko marwaya unhon ne khwah makhwah.</w:t>
      </w:r>
      <w:r>
        <w:br/>
      </w:r>
      <w:r>
        <w:rPr>
          <w:sz w:val="20"/>
        </w:rPr>
        <w:t>18:19  aik hi aadmi tha mere ilm mein, Maulana Altaf Hussain Haali, us ne sachi baat kahi thi. hukoomat ne azadiyan tum ko di hain, taraqqi ki raahein sarasar khuli hain.</w:t>
      </w:r>
      <w:r>
        <w:br/>
      </w:r>
      <w:r>
        <w:rPr>
          <w:sz w:val="20"/>
        </w:rPr>
        <w:t>18:33  Maulana Altaf Hussain Haali, dedh so saal ka zamana hai un ka, pehlay ka.</w:t>
      </w:r>
      <w:r>
        <w:br/>
      </w:r>
      <w:r>
        <w:rPr>
          <w:sz w:val="20"/>
        </w:rPr>
        <w:t>18:39  apni kitaab mein unhon ne bohat si achi baatein kahi theen. is mein aik yeh tha, yahan hukoomat se muraad hai British government. hukoomat ne azadiyan tum ko di hain, taraqqi ki raahein sarasar khuli hain.</w:t>
      </w:r>
      <w:r>
        <w:br/>
      </w:r>
      <w:r>
        <w:rPr>
          <w:sz w:val="20"/>
        </w:rPr>
        <w:t>18:52  yani British period mein main bhi paida hua hoon, isi mein maine dekha woh zamana. aap ko education ki azadi, aap ko business ki azadi, aap ko job ki azadi, aap ko dawat ki azadi.</w:t>
      </w:r>
      <w:r>
        <w:br/>
      </w:r>
      <w:r>
        <w:rPr>
          <w:sz w:val="20"/>
        </w:rPr>
        <w:t>19:04  yani koi bhi aisi cheez nahi jis ki azadi na ho, siwaye is ke ke aap violence karein to us ki azadi nahi rahay gi. except violence in every aspect, you are free.</w:t>
      </w:r>
      <w:r>
        <w:br/>
      </w:r>
      <w:r>
        <w:rPr>
          <w:sz w:val="20"/>
        </w:rPr>
        <w:t>19:19  lekin Haali Haali ko kaha gaya ke Haali hi jo hai, government ka patto hai, government is ka zar-khez molvi hai. keh kar un ki baat ko nahi maana gaya.</w:t>
      </w:r>
      <w:r>
        <w:br/>
      </w:r>
      <w:r>
        <w:rPr>
          <w:sz w:val="20"/>
        </w:rPr>
        <w:t>19:30  to musalmanon ki jo backwardness jo hai, yeh chalta hai wahan se dedh so saal se. yeh jo opportunity laaye thay Britishers, us se unhon ne faida nahi uthaya, us se larnay lagay khali.</w:t>
      </w:r>
      <w:r>
        <w:br/>
      </w:r>
      <w:r>
        <w:rPr>
          <w:sz w:val="20"/>
        </w:rPr>
        <w:t>19:45  woh laaye thay modern age Britishers se, to modern age laaye thay woh. woh science laaye thay, woh modern education laaye thay, modern opportunity laaye thay.</w:t>
      </w:r>
      <w:r>
        <w:br/>
      </w:r>
      <w:r>
        <w:rPr>
          <w:sz w:val="20"/>
        </w:rPr>
        <w:t>19:59  lekin is ko avail nahi kiya musalmanon ne, sirf laraai, laraai, laraai, laraai. to bohat se log is se maare gaye. musalman likhtay hain apni kitabon mein ke taraf shaheed hue, main kehta hoon shaheed nahi hue, apnay ko marwaya unhon ne khwah makhwah.</w:t>
      </w:r>
      <w:r>
        <w:br/>
      </w:r>
      <w:r>
        <w:rPr>
          <w:sz w:val="20"/>
        </w:rPr>
        <w:t>20:15  Maulana Altaf Hussain Haali ne jo baat kahi thi, us ko suna nahi kisi ne, balkay mazaaq uraya. aap ko main aik qissa batata hoon ke Maulana Altaf Hussain Haali ne Sir Syed ki life likhi thi.</w:t>
      </w:r>
    </w:p>
    <w:p>
      <w:pPr>
        <w:pStyle w:val="Heading2"/>
      </w:pPr>
      <w:r>
        <w:t>Life as a test and unfulfilled desires</w:t>
      </w:r>
    </w:p>
    <w:p>
      <w:r>
        <w:rPr>
          <w:color w:val="666666"/>
          <w:sz w:val="18"/>
        </w:rPr>
        <w:t>Q&amp;A 04 May 2008 Maulana Wahiduddin Khan · 2m 59s · at 18:16 · https://youtu.be/rERrdfZb-lg?t=1096</w:t>
      </w:r>
    </w:p>
    <w:p>
      <w:r>
        <w:rPr>
          <w:i/>
        </w:rPr>
        <w:t>“She has another question.”</w:t>
      </w:r>
    </w:p>
    <w:p>
      <w:r>
        <w:rPr>
          <w:sz w:val="20"/>
        </w:rPr>
        <w:t>18:16  she has another question. while i was explaining to a friend that life is a test, she said to me, "i have only one question. why did god create me without my permission and put me through this test that is life?"</w:t>
      </w:r>
      <w:r>
        <w:br/>
      </w:r>
      <w:r>
        <w:rPr>
          <w:sz w:val="20"/>
        </w:rPr>
        <w:t>18:36  dekhiye, yeh toh stupid question hai.</w:t>
      </w:r>
      <w:r>
        <w:br/>
      </w:r>
      <w:r>
        <w:rPr>
          <w:sz w:val="20"/>
        </w:rPr>
        <w:t>18:41  yeh stupid question hai. iske siwa doosre cheezon mein woh aisi stupidity nahi dikhayegi. woh fashion mein, kapde mein, khane mein khoob hoshiyari dikhayegi. yahan par stupid bani hui hai. dekhiye, yeh khuda ki bahut badi blessing hai. test ka matlab kya hai?</w:t>
      </w:r>
      <w:r>
        <w:br/>
      </w:r>
      <w:r>
        <w:rPr>
          <w:sz w:val="20"/>
        </w:rPr>
        <w:t>19:03  test ka matlab hai ke aapko prepare karna paradise ke liye. test ka matlab yeh hai jo test hota hai. aaj you bhi samjhiye, jo test hota hai, woh kis liye hota hai</w:t>
      </w:r>
      <w:r>
        <w:br/>
      </w:r>
      <w:r>
        <w:rPr>
          <w:sz w:val="20"/>
        </w:rPr>
        <w:t>19:15  ? aapko prepare karta hai woh ke aage aap jo hai, woh jo cheez, woh aapko mil sake. toh ek bahut hi short period mein, 50 saal, 70 saal ke period mein, aapko ek chance diya khuda ne</w:t>
      </w:r>
      <w:r>
        <w:br/>
      </w:r>
      <w:r>
        <w:rPr>
          <w:sz w:val="20"/>
        </w:rPr>
        <w:t>19:32  ke yahan par tum ek life guzaro, apne aap ko prepare karo, aur phir at a life mein tumko paradise milegi. isse achhi scheme kya ho sakti hai, bataiye. doosri baat yeh hai ke log,</w:t>
      </w:r>
      <w:r>
        <w:br/>
      </w:r>
      <w:r>
        <w:rPr>
          <w:sz w:val="20"/>
        </w:rPr>
        <w:t>19:47  har aadmi apne aap ko dekhta hai ke desire se bhara hua hai.</w:t>
      </w:r>
      <w:r>
        <w:br/>
      </w:r>
      <w:r>
        <w:rPr>
          <w:sz w:val="20"/>
        </w:rPr>
        <w:t>19:54  har aadmi ke andar desire hai, desire hai, desire hai. lekin koi aadmi apni desire ko fulfill nahi kar pata. toh har aadmi ka case unfulfilled desire ka case hai. yeh jo hai concept paradise ka, yeh answer deta hai aapko</w:t>
      </w:r>
      <w:r>
        <w:br/>
      </w:r>
      <w:r>
        <w:rPr>
          <w:sz w:val="20"/>
        </w:rPr>
        <w:t>20:11  ke kyun aisa hai ke saare log, chahe king ho ya wealthy log ho ya koi bhi ho, koi bhi ho, koi bhi ho ya film star ho, kyun woh apne desire ko fulfill nahi kar paate.</w:t>
      </w:r>
      <w:r>
        <w:br/>
      </w:r>
      <w:r>
        <w:rPr>
          <w:sz w:val="20"/>
        </w:rPr>
        <w:t>20:26  why everyone dies with unfulfilled desire? yeh ek universal question hai. why every one dies without fulfilling his desires?</w:t>
      </w:r>
      <w:r>
        <w:br/>
      </w:r>
      <w:r>
        <w:rPr>
          <w:sz w:val="20"/>
        </w:rPr>
        <w:t>20:42  toh yeh yeh question hai. ab sawal hai ke woh kyun desire hai mere andar, fulfill kahan hogi</w:t>
      </w:r>
      <w:r>
        <w:br/>
      </w:r>
      <w:r>
        <w:rPr>
          <w:sz w:val="20"/>
        </w:rPr>
        <w:t>20:50  ? isi ka jawab hai ke fulfillment jo hai, paradise mein hai. toh chhota sa ek period hai yahan par. us period mein kuch kuch norms hain. us norms ko follow karna hai,</w:t>
      </w:r>
      <w:r>
        <w:br/>
      </w:r>
      <w:r>
        <w:rPr>
          <w:sz w:val="20"/>
        </w:rPr>
        <w:t>21:05  apne aap ko prepare karna hai. uske baad aapko woh duniya milegi, jahan poora fulfillment milega. aapko poora fulfillment. isse achhi scheme kya ho sakti hai?</w:t>
      </w:r>
    </w:p>
    <w:p>
      <w:pPr>
        <w:pStyle w:val="Heading2"/>
      </w:pPr>
      <w:r>
        <w:t>Vacuum in life leads to discovery of God</w:t>
      </w:r>
    </w:p>
    <w:p>
      <w:r>
        <w:rPr>
          <w:color w:val="666666"/>
          <w:sz w:val="18"/>
        </w:rPr>
        <w:t>The Discovery of God IIC Prog (CPS Members talk) November 2, 2019 · 2m 02s · at 4:36 · https://youtu.be/hsBwCnNHLvw?t=276</w:t>
      </w:r>
    </w:p>
    <w:p>
      <w:r>
        <w:rPr>
          <w:i/>
        </w:rPr>
        <w:t>“I understood this phenomena when interacting with an American lady”</w:t>
      </w:r>
    </w:p>
    <w:p>
      <w:r>
        <w:rPr>
          <w:sz w:val="20"/>
        </w:rPr>
        <w:t>4:36  So I understood this phenomena when I was once interacting with an American lady who was my neighbor for several years.</w:t>
      </w:r>
      <w:r>
        <w:br/>
      </w:r>
      <w:r>
        <w:rPr>
          <w:sz w:val="20"/>
        </w:rPr>
        <w:t>4:46  So she was a very devoutly religious person. She was a devout Christian. So once I was speaking to her about religion, and I asked her, "What is it that makes you believe in religion so devoutly?</w:t>
      </w:r>
      <w:r>
        <w:br/>
      </w:r>
      <w:r>
        <w:rPr>
          <w:sz w:val="20"/>
        </w:rPr>
        <w:t>4:59  What is it that makes you believe in God?"</w:t>
      </w:r>
      <w:r>
        <w:br/>
      </w:r>
      <w:r>
        <w:rPr>
          <w:sz w:val="20"/>
        </w:rPr>
        <w:t>5:02  So she revealed to me that she was a person who had a very good family, very loving children, a loving husband.</w:t>
      </w:r>
      <w:r>
        <w:br/>
      </w:r>
      <w:r>
        <w:rPr>
          <w:sz w:val="20"/>
        </w:rPr>
        <w:t>5:11  She had a very nice home, and she had a life that kept her very busy. But all this while, she felt that there was something within her that was lacking.</w:t>
      </w:r>
      <w:r>
        <w:br/>
      </w:r>
      <w:r>
        <w:rPr>
          <w:sz w:val="20"/>
        </w:rPr>
        <w:t>5:22  there was a void and a hollow within her. and this hollow and this void persisted uncomfortably until she turned to religion and she turned to god</w:t>
      </w:r>
      <w:r>
        <w:br/>
      </w:r>
      <w:r>
        <w:rPr>
          <w:sz w:val="20"/>
        </w:rPr>
        <w:t>5:31  and that is what made her believe in god. and this whole incident reminded me of some lines from burton russell's book on the conquest of happiness.</w:t>
      </w:r>
      <w:r>
        <w:br/>
      </w:r>
      <w:r>
        <w:rPr>
          <w:sz w:val="20"/>
        </w:rPr>
        <w:t>5:43  burton russell writes that people have a feeling of deprivation in the midst of abundance. and he says that animals are happy, and they become happy when they have enough to eat and they have a healthy and a secure l</w:t>
      </w:r>
      <w:r>
        <w:br/>
      </w:r>
      <w:r>
        <w:rPr>
          <w:sz w:val="20"/>
        </w:rPr>
        <w:t>5:58  ife. and similarly, human beings also should be happy in the modern world. but we see that they are not happy in a great majority of cases.</w:t>
      </w:r>
      <w:r>
        <w:br/>
      </w:r>
      <w:r>
        <w:rPr>
          <w:sz w:val="20"/>
        </w:rPr>
        <w:t>6:08  and i realized that this was also my own case. i reflected afterwards, and i realized that i was also suffering from a feeling of vacuum. and i realized that this vacuum cannot be fulfilled unless i believe in god.</w:t>
      </w:r>
      <w:r>
        <w:br/>
      </w:r>
      <w:r>
        <w:rPr>
          <w:sz w:val="20"/>
        </w:rPr>
        <w:t>6:20  so the proof for god does not exist somewhere out there. it exists in my own</w:t>
      </w:r>
      <w:r>
        <w:br/>
      </w:r>
      <w:r>
        <w:rPr>
          <w:sz w:val="20"/>
        </w:rPr>
        <w:t>6:25  being. if i reflect on the state of my own being, i realize that i will not have a sense of meaning in life, a sense of fulfillment, unless i believed in god.</w:t>
      </w:r>
    </w:p>
    <w:p>
      <w:pPr>
        <w:pStyle w:val="Heading2"/>
      </w:pPr>
      <w:r>
        <w:t>Breathing analogy shows the limits of human control</w:t>
      </w:r>
    </w:p>
    <w:p>
      <w:r>
        <w:rPr>
          <w:color w:val="666666"/>
          <w:sz w:val="18"/>
        </w:rPr>
        <w:t>The Right Path May 24, 2015 · 1m 44s · at 4:59 · https://youtu.be/XrsNdAp9PJA?t=299</w:t>
      </w:r>
    </w:p>
    <w:p>
      <w:r>
        <w:rPr>
          <w:i/>
        </w:rPr>
        <w:t>“Hum saans lete hain aakseejan lene ke liye”</w:t>
      </w:r>
    </w:p>
    <w:p>
      <w:r>
        <w:rPr>
          <w:sz w:val="20"/>
        </w:rPr>
        <w:t>4:59  isi tarah dekhiye, hum saans lete hain. aik aik poora nizam hai saans ka hamare andar.</w:t>
      </w:r>
      <w:r>
        <w:br/>
      </w:r>
      <w:r>
        <w:rPr>
          <w:sz w:val="20"/>
        </w:rPr>
        <w:t>5:12  saans lete hain hum kisi hawa se oxygen lene ke liye. to saans lena to hamare ikhtiyar ki cheez hai, lekin oxygen hamare ikhtiyar ki cheez nahi hai.</w:t>
      </w:r>
      <w:r>
        <w:br/>
      </w:r>
      <w:r>
        <w:rPr>
          <w:sz w:val="20"/>
        </w:rPr>
        <w:t>5:26  woh Allah paida karta hai.</w:t>
      </w:r>
      <w:r>
        <w:br/>
      </w:r>
      <w:r>
        <w:rPr>
          <w:sz w:val="20"/>
        </w:rPr>
        <w:t>5:31  Allah paida kare to oxygen paida hoga, paida nahi hoga.</w:t>
      </w:r>
      <w:r>
        <w:br/>
      </w:r>
      <w:r>
        <w:rPr>
          <w:sz w:val="20"/>
        </w:rPr>
        <w:t>5:36  to yahi muamla poori zindagi ka hai. deen ke muamle mein aksar yeh ghalti karte hain log ke is farq ko بروز nahi rakhte, jis ko mein kaha karta hoon aksar ke lazim ko mutadab bana lete hain.</w:t>
      </w:r>
      <w:r>
        <w:br/>
      </w:r>
      <w:r>
        <w:rPr>
          <w:sz w:val="20"/>
        </w:rPr>
        <w:t>5:53  yaani jo cheez jo hukum diya gaya hai ke hum follow karein, is ko is ki pairwi karein, is ko hum mutadab bana lete hain. yaani hum yeh mani is ko bana lete hain ke duniya mein nizam qaim karein, logon se larr kar ke is ka nafaz karein.</w:t>
      </w:r>
      <w:r>
        <w:br/>
      </w:r>
      <w:r>
        <w:rPr>
          <w:sz w:val="20"/>
        </w:rPr>
        <w:t>6:10  to aise hi hoga jaise ke hum yeh apna maqsad banayein ke hamein larr kar suraj ko apne tabe banana hai, larr kar hawaon par qabza karna hai.</w:t>
      </w:r>
      <w:r>
        <w:br/>
      </w:r>
      <w:r>
        <w:rPr>
          <w:sz w:val="20"/>
        </w:rPr>
        <w:t>6:21  to yeh bilkul ridiculous baat hogi.</w:t>
      </w:r>
      <w:r>
        <w:br/>
      </w:r>
      <w:r>
        <w:rPr>
          <w:sz w:val="20"/>
        </w:rPr>
        <w:t>6:24  hum larr kar hawaon par qabza nahi kar sakte. hum larr kar suraj par apna hukum nahi chala sakte. haan, yeh hamare bas mein hai ke hum apni aankh ko, apne jo is tanffus ka nizam hai, is ko aap istemal kar ke faida uthayein.</w:t>
      </w:r>
    </w:p>
    <w:p>
      <w:pPr>
        <w:pStyle w:val="Heading2"/>
      </w:pPr>
      <w:r>
        <w:t>paradise is decided individually, never community-wise</w:t>
      </w:r>
    </w:p>
    <w:p>
      <w:r>
        <w:rPr>
          <w:color w:val="666666"/>
          <w:sz w:val="18"/>
        </w:rPr>
        <w:t>Ideology of Tawhid June 08, 2008 · 2m 53s · at 59:10 · https://youtu.be/RKhog0mmYGc?t=3550</w:t>
      </w:r>
    </w:p>
    <w:p>
      <w:r>
        <w:rPr>
          <w:i/>
        </w:rPr>
        <w:t>“Jannat community ke bunyad par nahi milegi”</w:t>
      </w:r>
    </w:p>
    <w:p>
      <w:r>
        <w:rPr>
          <w:sz w:val="20"/>
        </w:rPr>
        <w:t>59:10  dekhiye, jannat ya paradise jo hai, woh community wise nahi milegi.</w:t>
      </w:r>
      <w:r>
        <w:br/>
      </w:r>
      <w:r>
        <w:rPr>
          <w:sz w:val="20"/>
        </w:rPr>
        <w:t>59:23  yeh sochi galat hai ke musalman jo hain, sab jannat mein jayenge.</w:t>
      </w:r>
      <w:r>
        <w:br/>
      </w:r>
      <w:r>
        <w:rPr>
          <w:sz w:val="20"/>
        </w:rPr>
        <w:t>59:30  hadith mein aata hai ke akhirat mein farishte jo hain, kuch logon ko pakad kar jahannum mein le ja rahe honge.</w:t>
      </w:r>
      <w:r>
        <w:br/>
      </w:r>
      <w:r>
        <w:rPr>
          <w:sz w:val="20"/>
        </w:rPr>
        <w:t>59:41  to aap farmayenge ke yeh yeh hamare saathi hain, yeh mere saathi hain. to farishte kahenge ke unhon ne aap ke baad badal dala deen ko.</w:t>
      </w:r>
      <w:r>
        <w:br/>
      </w:r>
      <w:r>
        <w:rPr>
          <w:sz w:val="20"/>
        </w:rPr>
        <w:t>59:55  to yeh bohat hi yani wrong conception hai ke sare musalman jannat mein jayenge, doosre sab ke sab dozakh mein jayenge.</w:t>
      </w:r>
      <w:r>
        <w:br/>
      </w:r>
      <w:r>
        <w:rPr>
          <w:sz w:val="20"/>
        </w:rPr>
        <w:t>1:00:06  yeh yeh jo hai, na quran mein hai na hadith mein hai.</w:t>
      </w:r>
      <w:r>
        <w:br/>
      </w:r>
      <w:r>
        <w:rPr>
          <w:sz w:val="20"/>
        </w:rPr>
        <w:t>1:00:12  dekhiye, jannat ka talluq kisi community se nahi hai, woh aap ke apne deed par hai, apne amal par hai.</w:t>
      </w:r>
      <w:r>
        <w:br/>
      </w:r>
      <w:r>
        <w:rPr>
          <w:sz w:val="20"/>
        </w:rPr>
        <w:t>1:00:24  aap ke andar agar</w:t>
      </w:r>
      <w:r>
        <w:br/>
      </w:r>
      <w:r>
        <w:rPr>
          <w:sz w:val="20"/>
        </w:rPr>
        <w:t>1:00:28  yani</w:t>
      </w:r>
      <w:r>
        <w:br/>
      </w:r>
      <w:r>
        <w:rPr>
          <w:sz w:val="20"/>
        </w:rPr>
        <w:t>1:00:32  sache yani khuda ki sachi discovery aap ko hui, aaj kal musalmanon jo hain ke more than 50 percent musalman to shirk mein mubtala hain,</w:t>
      </w:r>
      <w:r>
        <w:br/>
      </w:r>
      <w:r>
        <w:rPr>
          <w:sz w:val="20"/>
        </w:rPr>
        <w:t>1:00:43  qabr parasti khula khula shirk hai. to yeh sare log jannat mein daal diye jayenge, sirf is liye ke musalman community se talluq rakhte the.</w:t>
      </w:r>
      <w:r>
        <w:br/>
      </w:r>
      <w:r>
        <w:rPr>
          <w:sz w:val="20"/>
        </w:rPr>
        <w:t>1:00:53  woh</w:t>
      </w:r>
      <w:r>
        <w:br/>
      </w:r>
      <w:r>
        <w:rPr>
          <w:sz w:val="20"/>
        </w:rPr>
        <w:t>1:00:58  to jannat mein woh jaye ga jo shirk se hundred percent pak ho. aur namaz ka matlab yeh nahi ke woh rituals ko kar ada karta ho.</w:t>
      </w:r>
      <w:r>
        <w:br/>
      </w:r>
      <w:r>
        <w:rPr>
          <w:sz w:val="20"/>
        </w:rPr>
        <w:t>1:01:08  rituals, rituals ka naam namaz nahi hai. yaad rakhiye,</w:t>
      </w:r>
      <w:r>
        <w:br/>
      </w:r>
      <w:r>
        <w:rPr>
          <w:sz w:val="20"/>
        </w:rPr>
        <w:t>1:01:13  hadees mein aata hai ke la salata limlam yatakhashshash jis ki namaz mein khushu na ho, us ki namaz namazi nahi hai. yeh sab musalmanon mein phaili hui baatein hain, ghalat qism ki.</w:t>
      </w:r>
      <w:r>
        <w:br/>
      </w:r>
      <w:r>
        <w:rPr>
          <w:sz w:val="20"/>
        </w:rPr>
        <w:t>1:01:28  to beharhal, jannat ka talluq jo hai, jannat aik aik individual ke base par faisla kiya jaye ga.</w:t>
      </w:r>
      <w:r>
        <w:br/>
      </w:r>
      <w:r>
        <w:rPr>
          <w:sz w:val="20"/>
        </w:rPr>
        <w:t>1:01:39  walqad jitumun afrada community ke base par nahi. jannat community wise nahi mile gi, individual wise mile gi.</w:t>
      </w:r>
      <w:r>
        <w:br/>
      </w:r>
      <w:r>
        <w:rPr>
          <w:sz w:val="20"/>
        </w:rPr>
        <w:t>1:01:50  har aik aadmi ko alag alag dekha jaye ga. record yeh achi tarah samajh lijiye, bohat bari bhool hai, himalayan mistake hai ke yeh samjha jaye ke jannat community community wise mile gi.</w:t>
      </w:r>
    </w:p>
    <w:p>
      <w:pPr>
        <w:pStyle w:val="Heading2"/>
      </w:pPr>
      <w:r>
        <w:t>Two kinds of human freedom: toward man and toward God</w:t>
      </w:r>
    </w:p>
    <w:p>
      <w:r>
        <w:rPr>
          <w:color w:val="666666"/>
          <w:sz w:val="18"/>
        </w:rPr>
        <w:t>The Divine Purpose Behind Human Creation October 6, 2024 · 2m 38s · at 31:24 · https://youtu.be/VepgdrN7M2A?t=1884</w:t>
      </w:r>
    </w:p>
    <w:p>
      <w:r>
        <w:rPr>
          <w:i/>
        </w:rPr>
        <w:t>“There are two kinds of freedom: man versus man, man versus God”</w:t>
      </w:r>
    </w:p>
    <w:p>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p>
    <w:p>
      <w:pPr>
        <w:pStyle w:val="Heading2"/>
      </w:pPr>
      <w:r>
        <w:t>Musa asks to see Allah, the mountain crumbles</w:t>
      </w:r>
    </w:p>
    <w:p>
      <w:r>
        <w:rPr>
          <w:color w:val="666666"/>
          <w:sz w:val="18"/>
        </w:rPr>
        <w:t>Maarifah (God-Realization) December 26, 2021 Dr. Saniyasnain Khan · 1m 06s · at 21:59 · https://youtu.be/cQ9o_l5mrbI?t=1319</w:t>
      </w:r>
    </w:p>
    <w:p>
      <w:r>
        <w:rPr>
          <w:i/>
        </w:rPr>
        <w:t>“موسی علیہ السلام نے کہا: اے اللہ میں تجھے دیکھنا چاہتا ہوں”</w:t>
      </w:r>
    </w:p>
    <w:p>
      <w:r>
        <w:rPr>
          <w:sz w:val="20"/>
        </w:rPr>
        <w:t>21:59  aik aah aah aah Musa علیہ السلام ke baray mein aata hai.</w:t>
      </w:r>
      <w:r>
        <w:br/>
      </w:r>
      <w:r>
        <w:rPr>
          <w:sz w:val="20"/>
        </w:rPr>
        <w:t>22:05  ji ke woh kehte hain Allah taala se qaal rabb-i ar-ni an-ẓur ilayk. hmm ke ay Allah mein tujhe dekhna chahta hoon.</w:t>
      </w:r>
      <w:r>
        <w:br/>
      </w:r>
      <w:r>
        <w:rPr>
          <w:sz w:val="20"/>
        </w:rPr>
        <w:t>22:13  to Allah taala ne kaha ke lan tara-ni tum mujhe nahi dekh sakte. ji yani yeh yeh jo Human Eyes hain, in se tum mujhe nahi dekh sakte. lekin unhone phir israr kiya.</w:t>
      </w:r>
      <w:r>
        <w:br/>
      </w:r>
      <w:r>
        <w:rPr>
          <w:sz w:val="20"/>
        </w:rPr>
        <w:t>22:24  to Allah taala ne kaha ke acha is pahaar pe dekho,</w:t>
      </w:r>
      <w:r>
        <w:br/>
      </w:r>
      <w:r>
        <w:rPr>
          <w:sz w:val="20"/>
        </w:rPr>
        <w:t>22:28  agar tum mein apni tajalli, apni light us pe daalunga,</w:t>
      </w:r>
      <w:r>
        <w:br/>
      </w:r>
      <w:r>
        <w:rPr>
          <w:sz w:val="20"/>
        </w:rPr>
        <w:t>22:35  aur agar tum ne mujhe, agar woh pahaar apne maqam pe baqi raha, to tum mujhe dekh sakte ho. to jab Allah taala ki light us pahaar pe aayi, to woh pahaar urr gaya, reza reza ho gaya.</w:t>
      </w:r>
      <w:r>
        <w:br/>
      </w:r>
      <w:r>
        <w:rPr>
          <w:sz w:val="20"/>
        </w:rPr>
        <w:t>22:49  hmm aur Musa gir gaye, behosh ho ke. kharra Musa siqa.</w:t>
      </w:r>
      <w:r>
        <w:br/>
      </w:r>
      <w:r>
        <w:rPr>
          <w:sz w:val="20"/>
        </w:rPr>
        <w:t>22:54  phir jab Musa علیہ السلام ko hosh aaya, to unhone kaha ke main maafi mangta hoon, main pehla hoon jo tumhare Allah taala ke upar iman aah lata hoon.</w:t>
      </w:r>
    </w:p>
    <w:p>
      <w:pPr>
        <w:pStyle w:val="Heading2"/>
      </w:pPr>
      <w:r>
        <w:t>Hot day reminds Maulana of hadith on hellfire's heat</w:t>
      </w:r>
    </w:p>
    <w:p>
      <w:r>
        <w:rPr>
          <w:color w:val="666666"/>
          <w:sz w:val="18"/>
        </w:rPr>
        <w:t>Islam in Daily Life May 26, 2013 · 2m 55s · at 14:13 · https://youtu.be/iNyWPrbyyhA?t=853</w:t>
      </w:r>
    </w:p>
    <w:p>
      <w:r>
        <w:rPr>
          <w:i/>
        </w:rPr>
        <w:t>“Aaj shayad Dilli ka hottest din hai, bohot garmi thi”</w:t>
      </w:r>
    </w:p>
    <w:p>
      <w:r>
        <w:rPr>
          <w:sz w:val="20"/>
        </w:rPr>
        <w:t>14:13  misalan mein aaj ka batata hoon, aaj ka qissa.</w:t>
      </w:r>
      <w:r>
        <w:br/>
      </w:r>
      <w:r>
        <w:rPr>
          <w:sz w:val="20"/>
        </w:rPr>
        <w:t>14:18  aaj mein subah ko jab chala apne office se yahan aane ke liye, to aap jante hain ke bohat shayad hottest day hai aaj dilli ka, bohat garmi thi.</w:t>
      </w:r>
      <w:r>
        <w:br/>
      </w:r>
      <w:r>
        <w:rPr>
          <w:sz w:val="20"/>
        </w:rPr>
        <w:t>14:34  to mujhe aik hadith yaad aai. hadith yeh hai ke "inna shiddat al har min fiyhi jahannam".</w:t>
      </w:r>
      <w:r>
        <w:br/>
      </w:r>
      <w:r>
        <w:rPr>
          <w:sz w:val="20"/>
        </w:rPr>
        <w:t>14:48  yani garmi ki shiddat jo hai, woh jahannam ki phoonk se hai. to kuch log yeh samajh lete hain ke literal maani mein le kar ke yeh hadith galat hai.</w:t>
      </w:r>
      <w:r>
        <w:br/>
      </w:r>
      <w:r>
        <w:rPr>
          <w:sz w:val="20"/>
        </w:rPr>
        <w:t>14:58  hadith har giz har giz galat nahi hai. bohat sahi hadith hai woh. aur yeh wohi mafhoom yahan jo quran mein hai,</w:t>
      </w:r>
      <w:r>
        <w:br/>
      </w:r>
      <w:r>
        <w:rPr>
          <w:sz w:val="20"/>
        </w:rPr>
        <w:t>15:12  jo quran mein hai, wohi is ka mafhoom bhi hai.</w:t>
      </w:r>
      <w:r>
        <w:br/>
      </w:r>
      <w:r>
        <w:rPr>
          <w:sz w:val="20"/>
        </w:rPr>
        <w:t>15:16  "qul naru jahannama ashadd har ran" . wohi to yahan bhi hai. alfaaz badle hue hain. yani aap jab dunya ki garmi, jo jahannam ki garmi se bohat hi kam hai,</w:t>
      </w:r>
      <w:r>
        <w:br/>
      </w:r>
      <w:r>
        <w:rPr>
          <w:sz w:val="20"/>
        </w:rPr>
        <w:t>15:32  is se guzren to aap ko yaad aaye ke jahannam ki garmi to bohat sakht hogi. to aap dua karne lagen, dua.</w:t>
      </w:r>
      <w:r>
        <w:br/>
      </w:r>
      <w:r>
        <w:rPr>
          <w:sz w:val="20"/>
        </w:rPr>
        <w:t>15:42  yani yeh garmi jo hai, may ki garmi aap ke liye aik point of reference ban jaye.</w:t>
      </w:r>
      <w:r>
        <w:br/>
      </w:r>
      <w:r>
        <w:rPr>
          <w:sz w:val="20"/>
        </w:rPr>
        <w:t>15:50  khudaya, yeh to bohat hi kam garmi hai, is bari garmi se bacha. is se mujhe mehfooz rakh.</w:t>
      </w:r>
      <w:r>
        <w:br/>
      </w:r>
      <w:r>
        <w:rPr>
          <w:sz w:val="20"/>
        </w:rPr>
        <w:t>16:03  to is garmi ko point of reference banana yeh murad hai. yeh matlab hai aik sach moji woh jahannam ki phoonk se aati hai.</w:t>
      </w:r>
      <w:r>
        <w:br/>
      </w:r>
      <w:r>
        <w:rPr>
          <w:sz w:val="20"/>
        </w:rPr>
        <w:t>16:15  to</w:t>
      </w:r>
      <w:r>
        <w:br/>
      </w:r>
      <w:r>
        <w:rPr>
          <w:sz w:val="20"/>
        </w:rPr>
        <w:t>16:16  quran mein jo ayat hai, aik ghazwa mein log is liye jaane se ghbra rahe the ke bohat garmi ka mahina tha. to is par yeh ayat utri: "qul naru jahannama ashadd har ran" .</w:t>
      </w:r>
      <w:r>
        <w:br/>
      </w:r>
      <w:r>
        <w:rPr>
          <w:sz w:val="20"/>
        </w:rPr>
        <w:t>16:29  yeh garmi kya hai? yeh to bohat hi, yani yeh to affordable limit mein hai. affordable limit mein hai.</w:t>
      </w:r>
      <w:r>
        <w:br/>
      </w:r>
      <w:r>
        <w:rPr>
          <w:sz w:val="20"/>
        </w:rPr>
        <w:t>16:40  to is is garmi ko yaad karo.</w:t>
      </w:r>
      <w:r>
        <w:br/>
      </w:r>
      <w:r>
        <w:rPr>
          <w:sz w:val="20"/>
        </w:rPr>
        <w:t>16:45  to jab aap garmi mein na niklen aur AC mein baithe rahen to aap ke liye yeh garmi point of reference nahi banegi. is mein jab aap jab is mein dakhil hote hain, jab jab woh cheez beetti hai aap ke upar, jab jab woh cheez aap ke liye experience ban jati hai, tab woh dua ban ke nikalti hai,</w:t>
      </w:r>
      <w:r>
        <w:br/>
      </w:r>
      <w:r>
        <w:rPr>
          <w:sz w:val="20"/>
        </w:rPr>
        <w:t>17:04  warna nahi.</w:t>
      </w:r>
    </w:p>
    <w:p>
      <w:pPr>
        <w:pStyle w:val="Heading2"/>
      </w:pPr>
      <w:r>
        <w:t>Islam strangeness and rediscovery</w:t>
      </w:r>
    </w:p>
    <w:p>
      <w:r>
        <w:rPr>
          <w:color w:val="666666"/>
          <w:sz w:val="18"/>
        </w:rPr>
        <w:t>Fiqh in Islam (Prophetic Wisdom) November 24, 2006 · 2m 34s · at 7:24 · https://youtu.be/magXxJDsM8c?t=444</w:t>
      </w:r>
    </w:p>
    <w:p>
      <w:r>
        <w:rPr>
          <w:i/>
        </w:rPr>
        <w:t>“Islam gharib se shuru hua, dobara woh gharib ban jayega”</w:t>
      </w:r>
    </w:p>
    <w:p>
      <w:r>
        <w:rPr>
          <w:sz w:val="20"/>
        </w:rPr>
        <w:t>7:24  islam ghareeb se shuru hua, dobara woh ghareeb ban jayega.</w:t>
      </w:r>
      <w:r>
        <w:br/>
      </w:r>
      <w:r>
        <w:rPr>
          <w:sz w:val="20"/>
        </w:rPr>
        <w:t>7:30  yahan ghareeb mani poor ke nahin hain, ghareeb mani strange ke hain, ajnabi ke hain.</w:t>
      </w:r>
      <w:r>
        <w:br/>
      </w:r>
      <w:r>
        <w:rPr>
          <w:sz w:val="20"/>
        </w:rPr>
        <w:t>7:36  yaani islam jab shuru hua to woh apne mahol mein ek ajnabi cheez ki hesiyat rakhta tha, ajnabi</w:t>
      </w:r>
      <w:r>
        <w:br/>
      </w:r>
      <w:r>
        <w:rPr>
          <w:sz w:val="20"/>
        </w:rPr>
        <w:t>7:42  tha aur dobara woh ajnabi ban jayega.</w:t>
      </w:r>
      <w:r>
        <w:br/>
      </w:r>
      <w:r>
        <w:rPr>
          <w:sz w:val="20"/>
        </w:rPr>
        <w:t>7:48  yeh bohat ahem baat hai</w:t>
      </w:r>
      <w:r>
        <w:br/>
      </w:r>
      <w:r>
        <w:rPr>
          <w:sz w:val="20"/>
        </w:rPr>
        <w:t>7:55  aur woh dobara ajnabi ban jayega.</w:t>
      </w:r>
      <w:r>
        <w:br/>
      </w:r>
      <w:r>
        <w:rPr>
          <w:sz w:val="20"/>
        </w:rPr>
        <w:t>8:02  futuhatul lil-ghurabaa hai, to mubarak hain woh log jo is tarah se ajnabi ban jayen, yaani apne mahol</w:t>
      </w:r>
      <w:r>
        <w:br/>
      </w:r>
      <w:r>
        <w:rPr>
          <w:sz w:val="20"/>
        </w:rPr>
        <w:t>8:10  mein islam ko qabool karne ke nateejay mein logon ko ajnabi dikhai den to babarkat hain woh log.</w:t>
      </w:r>
      <w:r>
        <w:br/>
      </w:r>
      <w:r>
        <w:rPr>
          <w:sz w:val="20"/>
        </w:rPr>
        <w:t>8:17  dikhye yeh is maamle ko samjhiye, islam jab shuru hua yaani makka madina</w:t>
      </w:r>
      <w:r>
        <w:br/>
      </w:r>
      <w:r>
        <w:rPr>
          <w:sz w:val="20"/>
        </w:rPr>
        <w:t>8:25  mein jab shuru hua to woh ajnabi kyun tha? kyunke mahol mein doosri cheezen phaili hui thi, yaani</w:t>
      </w:r>
      <w:r>
        <w:br/>
      </w:r>
      <w:r>
        <w:rPr>
          <w:sz w:val="20"/>
        </w:rPr>
        <w:t>8:35  log khuda ko chhod kar doosri cheezon ko apna fikr banaye hue the, other than god ko woh</w:t>
      </w:r>
      <w:r>
        <w:br/>
      </w:r>
      <w:r>
        <w:rPr>
          <w:sz w:val="20"/>
        </w:rPr>
        <w:t>8:45  apna god banaye hue the. unka</w:t>
      </w:r>
      <w:r>
        <w:br/>
      </w:r>
      <w:r>
        <w:rPr>
          <w:sz w:val="20"/>
        </w:rPr>
        <w:t>8:56  dil, un ka dimagh kisi other than god par latka hua tha. to jab wahan par yeh kaha gaya ke: "there is no god but one god" to logon ko bada anokha laga yeh kyun ke woh jin cheezon ko khuda banaye hue the, jin cheezon par apna dil latkaye hue the, jin cheezon ko apna supreme fikr banaye hue the, woh to kuch aur tha. to ab yeh anokhi baat lage ke woh god nahi hai, yeh</w:t>
      </w:r>
      <w:r>
        <w:br/>
      </w:r>
      <w:r>
        <w:rPr>
          <w:sz w:val="20"/>
        </w:rPr>
        <w:t>9:26  god hai jisko prophet muhammad bata rahe hain.</w:t>
      </w:r>
      <w:r>
        <w:br/>
      </w:r>
      <w:r>
        <w:rPr>
          <w:sz w:val="20"/>
        </w:rPr>
        <w:t>9:34  phir lambi koshish ke baad logon ka zehn is se hta aur phir woh log other than god</w:t>
      </w:r>
      <w:r>
        <w:br/>
      </w:r>
      <w:r>
        <w:rPr>
          <w:sz w:val="20"/>
        </w:rPr>
        <w:t>9:42  ko chhod kar god ko unhon ne apna fikr banaya. yeh hua.</w:t>
      </w:r>
      <w:r>
        <w:br/>
      </w:r>
      <w:r>
        <w:rPr>
          <w:sz w:val="20"/>
        </w:rPr>
        <w:t>9:50  to yeh jo farmaya ke dobara aisa hoga ke islam phir ajnabi ho jayega, to kyun? dikhye islam</w:t>
      </w:r>
    </w:p>
    <w:p>
      <w:pPr>
        <w:pStyle w:val="Heading2"/>
      </w:pPr>
      <w:r>
        <w:t>no one, not kings or billionaires, escapes death</w:t>
      </w:r>
    </w:p>
    <w:p>
      <w:r>
        <w:rPr>
          <w:color w:val="666666"/>
          <w:sz w:val="18"/>
        </w:rPr>
        <w:t>Death The Final Journey December 29, 2006 · 1m 49s · at 3:48 · https://youtu.be/RL6vMX7Lj1w?t=228</w:t>
      </w:r>
    </w:p>
    <w:p>
      <w:r>
        <w:rPr>
          <w:i/>
        </w:rPr>
        <w:t>“Duniya ke jitne bhi masayel hain, woh kisi ke liye hote hain aur kisi ke liye nahi.”</w:t>
      </w:r>
    </w:p>
    <w:p>
      <w:r>
        <w:rPr>
          <w:sz w:val="20"/>
        </w:rPr>
        <w:t>3:48  Dekhiye, duniya ke jitnay bhi masail hain doosray, woh kisi ke liye hotay hain aur kisi ke liye nahi hotay.</w:t>
      </w:r>
      <w:r>
        <w:br/>
      </w:r>
      <w:r>
        <w:rPr>
          <w:sz w:val="20"/>
        </w:rPr>
        <w:t>4:01  Lekin maut har aadmi ka masla hai. Jo paida hua hai us ko marna hai.</w:t>
      </w:r>
      <w:r>
        <w:br/>
      </w:r>
      <w:r>
        <w:rPr>
          <w:sz w:val="20"/>
        </w:rPr>
        <w:t>4:12  Koi aadmi, poori tareekh batati hai ke koi aadmi maut se bach nahi saka.</w:t>
      </w:r>
      <w:r>
        <w:br/>
      </w:r>
      <w:r>
        <w:rPr>
          <w:sz w:val="20"/>
        </w:rPr>
        <w:t>4:24  Bohat se logon ne chaha ke woh maut se bach jayen. Jaisay France ke ek badshah ne yeh kiya ke woh ek fort mein rehta tha aur fort ke charon taraf us ne bohat baray baray garhay khudwa diye, us ne pani bharwa diya.</w:t>
      </w:r>
      <w:r>
        <w:br/>
      </w:r>
      <w:r>
        <w:rPr>
          <w:sz w:val="20"/>
        </w:rPr>
        <w:t>4:42  Woh samajhta tha ke maut pani ko tair kar nahi aa sake gi. Aur is tarah woh qalay mein rehnay laga. Lekin zahir hai ke us ki maut bhi apne waqt par aa gayi.</w:t>
      </w:r>
      <w:r>
        <w:br/>
      </w:r>
      <w:r>
        <w:rPr>
          <w:sz w:val="20"/>
        </w:rPr>
        <w:t>4:56  Rockefeller, jo America ka bohat bara ameer aadmi tha, woh bhi marna nahi chahta tha. Lambi umer chahta tha woh.</w:t>
      </w:r>
      <w:r>
        <w:br/>
      </w:r>
      <w:r>
        <w:rPr>
          <w:sz w:val="20"/>
        </w:rPr>
        <w:t>5:07  Bohat paisa kharch kiya us ne is ke liye.</w:t>
      </w:r>
      <w:r>
        <w:br/>
      </w:r>
      <w:r>
        <w:rPr>
          <w:sz w:val="20"/>
        </w:rPr>
        <w:t>5:11  Aur ajeeb ajeeb cheez karta tha woh. Maslan woh jab khata kisi bhi cheez ko to ginn kar das baar us ko chabata tha. Kisi ne bata diya tha ke agar tum ginn kar das baar chabao to tumhari maut bohat dair mein aaye gi.</w:t>
      </w:r>
      <w:r>
        <w:br/>
      </w:r>
      <w:r>
        <w:rPr>
          <w:sz w:val="20"/>
        </w:rPr>
        <w:t>5:29  Lekin zahir hai ke woh bhi sau saal se pehle mar gaya.</w:t>
      </w:r>
    </w:p>
    <w:p>
      <w:pPr>
        <w:pStyle w:val="Heading2"/>
      </w:pPr>
      <w:r>
        <w:t>The Prophet never complained about persecution in Mecca</w:t>
      </w:r>
    </w:p>
    <w:p>
      <w:r>
        <w:rPr>
          <w:color w:val="666666"/>
          <w:sz w:val="18"/>
        </w:rPr>
        <w:t>Living in a World of Competition October 24, 2010 · 1m 03s · at 35:54 · https://youtu.be/0DRVM8YxM5U?t=2154</w:t>
      </w:r>
    </w:p>
    <w:p>
      <w:r>
        <w:rPr>
          <w:i/>
        </w:rPr>
        <w:t>“Rasulullah 13 saal tak Makkah mein the aur bahut sataya gaya”</w:t>
      </w:r>
    </w:p>
    <w:p>
      <w:r>
        <w:rPr>
          <w:sz w:val="20"/>
        </w:rPr>
        <w:t>35:54  is ki mein ek misaal doonga ke Rasool Allah salallaho alaihi wasallam 13 saal tak Makka mein the aur unko sab log jaante hain ke aap ko sataya gaya. wahan bohat zyada sataya gaya, aap ko aur aap ke ashaab ko bohat sataya gaya Makka mein.</w:t>
      </w:r>
      <w:r>
        <w:br/>
      </w:r>
      <w:r>
        <w:rPr>
          <w:sz w:val="20"/>
        </w:rPr>
        <w:t>36:08  yahan tak ke aap Makka chhod diya, aap Madina aaye.</w:t>
      </w:r>
      <w:r>
        <w:br/>
      </w:r>
      <w:r>
        <w:rPr>
          <w:sz w:val="20"/>
        </w:rPr>
        <w:t>36:13  aap kitabon mein padh lijiye, is kabhi bhi aap ne shikayat nahi ki ke Makka walon ne hamein sataya.</w:t>
      </w:r>
      <w:r>
        <w:br/>
      </w:r>
      <w:r>
        <w:rPr>
          <w:sz w:val="20"/>
        </w:rPr>
        <w:t>36:22  aap seedhe kitaab padh lijiye, seedhi kitabon mein kabhi bhi yeh nahi kaha Makka walon ne yeh hamare khilaaf kiya, Makka woh hum hamare khilaaf kiya. koi reference nahi paayenge, aap bas aap apne paigham ko dete rahe, tauheed ka paigham, aakhirat ka paigham.</w:t>
      </w:r>
      <w:r>
        <w:br/>
      </w:r>
      <w:r>
        <w:rPr>
          <w:sz w:val="20"/>
        </w:rPr>
        <w:t>36:38  yeh taqwa apne</w:t>
      </w:r>
      <w:r>
        <w:br/>
      </w:r>
      <w:r>
        <w:rPr>
          <w:sz w:val="20"/>
        </w:rPr>
        <w:t>36:42  masbat paigham par qaim rahe. Makka wale ko zulm ko kabhi bayan nahi kiya, wahan aap ne uska daftar nahi khola. wahan to kya hua?</w:t>
      </w:r>
      <w:r>
        <w:br/>
      </w:r>
      <w:r>
        <w:rPr>
          <w:sz w:val="20"/>
        </w:rPr>
        <w:t>36:52  Rasool Allah salallaho alaihi wasallam mukammal taur par apni positivity ko maintain rakha. aap ne</w:t>
      </w:r>
    </w:p>
    <w:p>
      <w:pPr>
        <w:pStyle w:val="Heading2"/>
      </w:pPr>
      <w:r>
        <w:t>Staying on Allah's path despite pressure</w:t>
      </w:r>
    </w:p>
    <w:p>
      <w:r>
        <w:rPr>
          <w:color w:val="666666"/>
          <w:sz w:val="18"/>
        </w:rPr>
        <w:t>The Positive Aspect of Suffering February 22, 2020 Maulana Wahiduddin Khan · 1m 15s · at 17:33 · https://youtu.be/jJ1fI7dsfDE?t=1053</w:t>
      </w:r>
    </w:p>
    <w:p>
      <w:r>
        <w:rPr>
          <w:i/>
        </w:rPr>
        <w:t>“Misaal dekhein, mujhe mere ek jo bade bhai the”</w:t>
      </w:r>
    </w:p>
    <w:p>
      <w:r>
        <w:rPr>
          <w:sz w:val="20"/>
        </w:rPr>
        <w:t>17:33  misalan dekhen, mujh ko mere aik jo bare bhai the, woh chahte the mujh ko paisa laga kar ke, paisa lagate the, woh business mein dalna, angrezi parha raha hoon.</w:t>
      </w:r>
      <w:r>
        <w:br/>
      </w:r>
      <w:r>
        <w:rPr>
          <w:sz w:val="20"/>
        </w:rPr>
        <w:t>17:47  bohat paisa kharch kiya unhon ne, main kisi par razi nahi hua,</w:t>
      </w:r>
      <w:r>
        <w:br/>
      </w:r>
      <w:r>
        <w:rPr>
          <w:sz w:val="20"/>
        </w:rPr>
        <w:t>17:52  na angrezi parhne par, na business koi badalne par, na kisi aur cheez par. to woh bhi har bar is par koi danda parta tha, idhar kahan ja rahe ho, idhar kahan ja rahe ho, idhar kahan ja rahe ho.</w:t>
      </w:r>
      <w:r>
        <w:br/>
      </w:r>
      <w:r>
        <w:rPr>
          <w:sz w:val="20"/>
        </w:rPr>
        <w:t>18:09  to kisi wajah se main razi rehta tha, reh saka razi reh saka allah ki tofeeq se.</w:t>
      </w:r>
      <w:r>
        <w:br/>
      </w:r>
      <w:r>
        <w:rPr>
          <w:sz w:val="20"/>
        </w:rPr>
        <w:t>18:17  to main ne arabi padhi aur phir main is mission mein, meri arabi padhne ka bohat ajeeb qissa hai.</w:t>
      </w:r>
      <w:r>
        <w:br/>
      </w:r>
      <w:r>
        <w:rPr>
          <w:sz w:val="20"/>
        </w:rPr>
        <w:t>18:26  agar main ne arabi na padhi hoti to ghor ki jiye ke main aaj kahan bhatakta, kahan bhatakta hoon.</w:t>
      </w:r>
      <w:r>
        <w:br/>
      </w:r>
      <w:r>
        <w:rPr>
          <w:sz w:val="20"/>
        </w:rPr>
        <w:t>18:34  main wohi kaam abhi karta jo doosre ulma kar rahe hain, is is daur ke sare ulma ne negative negative role ada kiya hai, hatta ke bare bare logon ne bhi negative role.</w:t>
      </w:r>
    </w:p>
    <w:p>
      <w:pPr>
        <w:pStyle w:val="Heading2"/>
      </w:pPr>
      <w:r>
        <w:t>Discovery Holy Spirit comes to helpless da'is</w:t>
      </w:r>
    </w:p>
    <w:p>
      <w:r>
        <w:rPr>
          <w:color w:val="666666"/>
          <w:sz w:val="18"/>
        </w:rPr>
        <w:t>Tears for God Alone June 26, 2014 Maulana Wahiduddin Khan · 2m 00s · at 26:59 · https://youtu.be/GVeuIvyb8wY?t=1619</w:t>
      </w:r>
    </w:p>
    <w:p>
      <w:r>
        <w:rPr>
          <w:i/>
        </w:rPr>
        <w:t>“Maine wahan discover kiya Bangalore ke tajurbe mein ke woh Masih”</w:t>
      </w:r>
    </w:p>
    <w:p>
      <w:r>
        <w:rPr>
          <w:sz w:val="20"/>
        </w:rPr>
        <w:t>26:59  main ne wahan discover kiya Bangalore ke tajurbe mein ke woh Masih ki baat hi nahi hai. woh woh Khuda ke blessing ki baat hai.</w:t>
      </w:r>
      <w:r>
        <w:br/>
      </w:r>
      <w:r>
        <w:rPr>
          <w:sz w:val="20"/>
        </w:rPr>
        <w:t>27:09  aur blessing kab aati hai? helpless daai ke liye.</w:t>
      </w:r>
      <w:r>
        <w:br/>
      </w:r>
      <w:r>
        <w:rPr>
          <w:sz w:val="20"/>
        </w:rPr>
        <w:t>27:18  daai jo hai Masih kya the? daai the.</w:t>
      </w:r>
      <w:r>
        <w:br/>
      </w:r>
      <w:r>
        <w:rPr>
          <w:sz w:val="20"/>
        </w:rPr>
        <w:t>27:23  daai the. to daai ko jab woh had aa jaye, woh had aa jaye. yaani bilkul hi helpless ho jaye woh.</w:t>
      </w:r>
      <w:r>
        <w:br/>
      </w:r>
      <w:r>
        <w:rPr>
          <w:sz w:val="20"/>
        </w:rPr>
        <w:t>27:33  to Khuda ki taraf se rooh al qudus aate hain. koi bara, bohat bara farishta. to mujhe yaqeen hai ke us waqt rooh al qudus aaya mere upar.</w:t>
      </w:r>
      <w:r>
        <w:br/>
      </w:r>
      <w:r>
        <w:rPr>
          <w:sz w:val="20"/>
        </w:rPr>
        <w:t>27:44  warna ek specialist aadmi kaise teen din tak itna zyada bolta raha? itne creative andaaz mein? teen din tak jo kuch bhi bola tha woh sab creative andaaz mein tha.</w:t>
      </w:r>
      <w:r>
        <w:br/>
      </w:r>
      <w:r>
        <w:rPr>
          <w:sz w:val="20"/>
        </w:rPr>
        <w:t>27:57  woh haal mein jo bola tha main. wahan par. bohat hi top ki lady baithi hui thi. unhi ke khilaaf bola tha.</w:t>
      </w:r>
      <w:r>
        <w:br/>
      </w:r>
      <w:r>
        <w:rPr>
          <w:sz w:val="20"/>
        </w:rPr>
        <w:t>28:07  is mein bola tha. Masih mein parman thaki hui thi. Masih mein parman thi. bilkul bare us ko.</w:t>
      </w:r>
      <w:r>
        <w:br/>
      </w:r>
      <w:r>
        <w:rPr>
          <w:sz w:val="20"/>
        </w:rPr>
        <w:t>28:14  bahut zabardast main ne is ki gameaish kiya tha. gameaish ki thi. aur is ke baad woh bhagi nahin.</w:t>
      </w:r>
      <w:r>
        <w:br/>
      </w:r>
      <w:r>
        <w:rPr>
          <w:sz w:val="20"/>
        </w:rPr>
        <w:t>28:25  hum se milne ke liye aaein aur rahen barabar. to ab sawal yeh hai ke ek aadmi jo specialist raha tha woh kaise itne creative andaaz mein bol paaya?</w:t>
      </w:r>
      <w:r>
        <w:br/>
      </w:r>
      <w:r>
        <w:rPr>
          <w:sz w:val="20"/>
        </w:rPr>
        <w:t>28:39  to is ka hota hai ke rooh ul quds ka aana. aur ek symbolic illustration is ka main batata hoon.</w:t>
      </w:r>
      <w:r>
        <w:br/>
      </w:r>
      <w:r>
        <w:rPr>
          <w:sz w:val="20"/>
        </w:rPr>
        <w:t>28:50  wahan ka jo campus tha, bahut hi bara campus tha jante ho? hain? bahut bara campus tha. to wahan par ek billi hoti thi.</w:t>
      </w:r>
    </w:p>
    <w:p>
      <w:pPr>
        <w:pStyle w:val="Heading2"/>
      </w:pPr>
      <w:r>
        <w:t>Why modern comfort and luxury can't bring true happiness</w:t>
      </w:r>
    </w:p>
    <w:p>
      <w:r>
        <w:rPr>
          <w:color w:val="666666"/>
          <w:sz w:val="18"/>
        </w:rPr>
        <w:t>Warning Signs of Doomsday February 4, 2007 · 1m 47s · at 1:19:17 · https://youtu.be/gU74yV1td-I?t=4757</w:t>
      </w:r>
    </w:p>
    <w:p>
      <w:r>
        <w:rPr>
          <w:i/>
        </w:rPr>
        <w:t>“Aaj kal ke comforts sacchi khushi nahi dete”</w:t>
      </w:r>
    </w:p>
    <w:p>
      <w:r>
        <w:rPr>
          <w:sz w:val="20"/>
        </w:rPr>
        <w:t>1:19:17  dekhiye, stress jo hai, aaj kal jo comforts aur luxury, yani industrial revolution ke baad jo comforts aur luxury insan ko mil rahi hain,</w:t>
      </w:r>
      <w:r>
        <w:br/>
      </w:r>
      <w:r>
        <w:rPr>
          <w:sz w:val="20"/>
        </w:rPr>
        <w:t>1:19:33  woh aap ko sachi khushi nahi dene wali hain. kyun? insan dekhein, unlimited desire is ke andar hai.</w:t>
      </w:r>
      <w:r>
        <w:br/>
      </w:r>
      <w:r>
        <w:rPr>
          <w:sz w:val="20"/>
        </w:rPr>
        <w:t>1:19:44  basic baat yeh hai ke yahan par ek contradiction hai comforts aur insan ke beech mein. har comfort limited hoti hai. har luxury limited hoti hai.</w:t>
      </w:r>
      <w:r>
        <w:br/>
      </w:r>
      <w:r>
        <w:rPr>
          <w:sz w:val="20"/>
        </w:rPr>
        <w:t>1:19:55  insan chahta hai unlimited comfort, unlimited luxury. ab woh aap industrial revolution nahi de paya aap ko. sari industry mil kar ke bhi nahi de payi aap ko.</w:t>
      </w:r>
      <w:r>
        <w:br/>
      </w:r>
      <w:r>
        <w:rPr>
          <w:sz w:val="20"/>
        </w:rPr>
        <w:t>1:20:09  is liye aadmi paisa kamata hai, paisa kama kar ke sare comfort ikatha karta hai, aur phir dekhta hai ke bored, boredom hai, phir dekhta hai ke bimari hai.</w:t>
      </w:r>
      <w:r>
        <w:br/>
      </w:r>
      <w:r>
        <w:rPr>
          <w:sz w:val="20"/>
        </w:rPr>
        <w:t>1:20:21  jaise misaal ke tor par aap khoob acha acha khana khana chahte hain. pehle zamane mein ache ache khane hote nahi the. khud mere bachpan mein khane bohat mamooli qism ke hua karte the.</w:t>
      </w:r>
      <w:r>
        <w:br/>
      </w:r>
      <w:r>
        <w:rPr>
          <w:sz w:val="20"/>
        </w:rPr>
        <w:t>1:20:31  aaj kal dunya bhar ke tarah tarah ke ache ache khane. lekin jab aap khate hain to kya hota</w:t>
      </w:r>
      <w:r>
        <w:br/>
      </w:r>
      <w:r>
        <w:rPr>
          <w:sz w:val="20"/>
        </w:rPr>
        <w:t>1:20:36  hai? disease ho jati hai. blood pressure hota hai. aur diabetic ho jate hain aap. to aaj comfort mein yeh taqat nahi hai ke aap ko bimari se bacha le.</w:t>
      </w:r>
      <w:r>
        <w:br/>
      </w:r>
      <w:r>
        <w:rPr>
          <w:sz w:val="20"/>
        </w:rPr>
        <w:t>1:20:48  boredom se bacha le. to jo comfort industrial zamane mein mila hai aap ko, woh comfort jo hai, limitation se khali nahi hai.</w:t>
      </w:r>
      <w:r>
        <w:br/>
      </w:r>
      <w:r>
        <w:rPr>
          <w:sz w:val="20"/>
        </w:rPr>
        <w:t>1:21:01  to woh to phir sirf mile ga paradise mein.</w:t>
      </w:r>
    </w:p>
    <w:p>
      <w:pPr>
        <w:pStyle w:val="Heading2"/>
      </w:pPr>
      <w:r>
        <w:t>Belief in the afterlife means life has a meaningful end</w:t>
      </w:r>
    </w:p>
    <w:p>
      <w:r>
        <w:rPr>
          <w:color w:val="666666"/>
          <w:sz w:val="18"/>
        </w:rPr>
        <w:t>Dars-e-Quran June 23, 2007 · 1m 51s · at 10:59 · https://youtu.be/ajK0nNrp8n4?t=659</w:t>
      </w:r>
    </w:p>
    <w:p>
      <w:r>
        <w:rPr>
          <w:i/>
        </w:rPr>
        <w:t>“Aayat number 4 mein: jo eeman rakhte hain aakhirat par”</w:t>
      </w:r>
    </w:p>
    <w:p>
      <w:r>
        <w:rPr>
          <w:sz w:val="20"/>
        </w:rPr>
        <w:t>10:59  isi silsile mein ayat number char mein ke jo iman rakhte hain akhirat par,</w:t>
      </w:r>
      <w:r>
        <w:br/>
      </w:r>
      <w:r>
        <w:rPr>
          <w:sz w:val="20"/>
        </w:rPr>
        <w:t>11:08  yeh bhi ek shart hai Quran se hidayat lene ke liye. akhirat ka matlab kya hai?</w:t>
      </w:r>
      <w:r>
        <w:br/>
      </w:r>
      <w:r>
        <w:rPr>
          <w:sz w:val="20"/>
        </w:rPr>
        <w:t>11:15  woh yeh hai ke jo is baat ko manen ke creation ka koi purpose hai, takhleeq jo hai, yeh ba-maqsad hai.</w:t>
      </w:r>
      <w:r>
        <w:br/>
      </w:r>
      <w:r>
        <w:rPr>
          <w:sz w:val="20"/>
        </w:rPr>
        <w:t>11:26  aisa nahi ke paida hue, kuch khel kud kiya aur mar gaye, aur phir qissa khatam. nahi. jin ki sincerity ne un ko yeh bataya ho ke itni meaningful life,</w:t>
      </w:r>
      <w:r>
        <w:br/>
      </w:r>
      <w:r>
        <w:rPr>
          <w:sz w:val="20"/>
        </w:rPr>
        <w:t>11:42  meaningless and per khatm</w:t>
      </w:r>
      <w:r>
        <w:br/>
      </w:r>
      <w:r>
        <w:rPr>
          <w:sz w:val="20"/>
        </w:rPr>
        <w:t>11:44  nahin ho sakti. itni meaningful kainat, itni meaningful life, sab kuch is dunya mein itna zyada meaningful hai ke yeh bilkul aap, yani unbelievable hai ke aap yeh manne lagen ke yun hi hum paida hue, yun hi khel kood kiya aur khatm gaye, aur mar kar ke.</w:t>
      </w:r>
      <w:r>
        <w:br/>
      </w:r>
      <w:r>
        <w:rPr>
          <w:sz w:val="20"/>
        </w:rPr>
        <w:t>12:06  to imaan bil-akhirat ka matlab yeh hai ke aap ke woh aadmi jo itna sincere ho, itna serious ho ke yeh maane ke zindagi ki ek meaning hai,</w:t>
      </w:r>
      <w:r>
        <w:br/>
      </w:r>
      <w:r>
        <w:rPr>
          <w:sz w:val="20"/>
        </w:rPr>
        <w:t>12:21  zindagi ka ek meaningful anjaam hai. akhirat ke maani hain zindagi ka meaningful end, meaningful anjaam.</w:t>
      </w:r>
      <w:r>
        <w:br/>
      </w:r>
      <w:r>
        <w:rPr>
          <w:sz w:val="20"/>
        </w:rPr>
        <w:t>12:30  to wohi log Quran se hidayat paayenge.</w:t>
      </w:r>
      <w:r>
        <w:br/>
      </w:r>
      <w:r>
        <w:rPr>
          <w:sz w:val="20"/>
        </w:rPr>
        <w:t>12:36  khulasa kya hua? ke jinka sincerity ho, jinke andar seriousness ho, jinke andar realistic approach ho, jo sahi maanon mein rational way mein dekhen cheezon ko,</w:t>
      </w:r>
    </w:p>
    <w:p>
      <w:pPr>
        <w:pStyle w:val="Heading2"/>
      </w:pPr>
      <w:r>
        <w:t>Starting from possible and accepting Allah's decree</w:t>
      </w:r>
    </w:p>
    <w:p>
      <w:r>
        <w:rPr>
          <w:color w:val="666666"/>
          <w:sz w:val="18"/>
        </w:rPr>
        <w:t>Ism-e-Aazam October 10, 2020 Maulana Wahiduddin Khan · 1m 27s · at 22:15 · https://youtu.be/QvFCvQX50rk?t=1335</w:t>
      </w:r>
    </w:p>
    <w:p>
      <w:r>
        <w:rPr>
          <w:i/>
        </w:rPr>
        <w:t>“Aap wahi kijiye, maine arz kiya ki mumkin se aaghaz”</w:t>
      </w:r>
    </w:p>
    <w:p>
      <w:r>
        <w:rPr>
          <w:sz w:val="20"/>
        </w:rPr>
        <w:t>22:15  Aap wohi kijiye, main ne arz kiya ke mumkin se aaghaz. Aur main ne aap se yahi bataya ke</w:t>
      </w:r>
      <w:r>
        <w:br/>
      </w:r>
      <w:r>
        <w:rPr>
          <w:sz w:val="20"/>
        </w:rPr>
        <w:t>22:29  sab se aasan formula yeh hai ke aap,</w:t>
      </w:r>
      <w:r>
        <w:br/>
      </w:r>
      <w:r>
        <w:rPr>
          <w:sz w:val="20"/>
        </w:rPr>
        <w:t>22:42  aap jo hai,</w:t>
      </w:r>
      <w:r>
        <w:br/>
      </w:r>
      <w:r>
        <w:rPr>
          <w:sz w:val="20"/>
        </w:rPr>
        <w:t>22:50  Ism-e-Azam se darakht, Ism-e-Azam se aaghaz karna seekh lein.</w:t>
      </w:r>
      <w:r>
        <w:br/>
      </w:r>
      <w:r>
        <w:rPr>
          <w:sz w:val="20"/>
        </w:rPr>
        <w:t>23:01  Sab se best yahi hai. Woh kya hai? Aap yeh maanein ke jo mila hai aap ko, woh Allah ke faisle se mila hai.</w:t>
      </w:r>
      <w:r>
        <w:br/>
      </w:r>
      <w:r>
        <w:rPr>
          <w:sz w:val="20"/>
        </w:rPr>
        <w:t>23:14  Jo bhi, jo bhi mila hai, Allah ke faisle se mila hai.</w:t>
      </w:r>
      <w:r>
        <w:br/>
      </w:r>
      <w:r>
        <w:rPr>
          <w:sz w:val="20"/>
        </w:rPr>
        <w:t>23:20  Toh aap us se raazi ho jayein, un mile par raazi ho jayein, aur Allah se dua karein ke jo nahi mila hai, us ki halat, us ke halaat paida kar de mere liye.</w:t>
      </w:r>
      <w:r>
        <w:br/>
      </w:r>
      <w:r>
        <w:rPr>
          <w:sz w:val="20"/>
        </w:rPr>
        <w:t>23:36  Sab se acha tareeqa yeh hai.</w:t>
      </w:r>
    </w:p>
    <w:p>
      <w:pPr>
        <w:pStyle w:val="Heading2"/>
      </w:pPr>
      <w:r>
        <w:t>Discovering God's creation plan</w:t>
      </w:r>
    </w:p>
    <w:p>
      <w:r>
        <w:rPr>
          <w:color w:val="666666"/>
          <w:sz w:val="18"/>
        </w:rPr>
        <w:t>The Purpose of Life | April 30, 2017 · 1m 32s · at 5:52 · https://youtu.be/ue3I3uQEYb8?t=352</w:t>
      </w:r>
    </w:p>
    <w:p>
      <w:r>
        <w:rPr>
          <w:i/>
        </w:rPr>
        <w:t>“To us par maine socha ke yeh maamla kya hai”</w:t>
      </w:r>
    </w:p>
    <w:p>
      <w:r>
        <w:rPr>
          <w:sz w:val="20"/>
        </w:rPr>
        <w:t>5:52  it was not.</w:t>
      </w:r>
      <w:r>
        <w:br/>
      </w:r>
      <w:r>
        <w:rPr>
          <w:sz w:val="20"/>
        </w:rPr>
        <w:t>5:58  to is par maine socha ke yeh mamla kya hai.</w:t>
      </w:r>
      <w:r>
        <w:br/>
      </w:r>
      <w:r>
        <w:rPr>
          <w:sz w:val="20"/>
        </w:rPr>
        <w:t>6:04  to maine soch paya ke jo guard ka jo krishan plan hai guard ke krishan plan ke</w:t>
      </w:r>
      <w:r>
        <w:br/>
      </w:r>
      <w:r>
        <w:rPr>
          <w:sz w:val="20"/>
        </w:rPr>
        <w:t>6:10  mutabiq present world ki hesiyat woh hai nahi jo chahte hain log samajhte hain jo.</w:t>
      </w:r>
      <w:r>
        <w:br/>
      </w:r>
      <w:r>
        <w:rPr>
          <w:sz w:val="20"/>
        </w:rPr>
        <w:t>6:16  guard ke krishan plan ke mutabiq</w:t>
      </w:r>
      <w:r>
        <w:br/>
      </w:r>
      <w:r>
        <w:rPr>
          <w:sz w:val="20"/>
        </w:rPr>
        <w:t>6:22  maujood duniya ki woh hesiyat hai nahin jo chahte hain log. gard ke krishan plan ke mutabiq maujood duniya sirf tajrube ke liye hai. mani paane ke liye nahin hai. yani it is for experience and not for finding. present world is for ex</w:t>
      </w:r>
      <w:r>
        <w:br/>
      </w:r>
      <w:r>
        <w:rPr>
          <w:sz w:val="20"/>
        </w:rPr>
        <w:t>6:52  experience and not for finding.</w:t>
      </w:r>
      <w:r>
        <w:br/>
      </w:r>
      <w:r>
        <w:rPr>
          <w:sz w:val="20"/>
        </w:rPr>
        <w:t>6:59  experience ka matlab yeh hai ke is dunya mein har lamha hamein naye naye observation hote hain naye</w:t>
      </w:r>
      <w:r>
        <w:br/>
      </w:r>
      <w:r>
        <w:rPr>
          <w:sz w:val="20"/>
        </w:rPr>
        <w:t>7:05  naye baatein samne aati hain.</w:t>
      </w:r>
      <w:r>
        <w:br/>
      </w:r>
      <w:r>
        <w:rPr>
          <w:sz w:val="20"/>
        </w:rPr>
        <w:t>7:12  to is se hamein ek tajurba lena hai ek sabak lena hai.</w:t>
      </w:r>
      <w:r>
        <w:br/>
      </w:r>
      <w:r>
        <w:rPr>
          <w:sz w:val="20"/>
        </w:rPr>
        <w:t>7:18  misal aap telescope se study karte hain galaxy ki</w:t>
      </w:r>
    </w:p>
    <w:p>
      <w:pPr>
        <w:pStyle w:val="Heading2"/>
      </w:pPr>
      <w:r>
        <w:t>Suffering is from God's system</w:t>
      </w:r>
    </w:p>
    <w:p>
      <w:r>
        <w:rPr>
          <w:color w:val="666666"/>
          <w:sz w:val="18"/>
        </w:rPr>
        <w:t>Q&amp;A 01 Nov 2009 - Maulana Wahiduddin Khan · 2m 06s · at 0:47 · https://youtu.be/CTDqKkb_yqs?t=47</w:t>
      </w:r>
    </w:p>
    <w:p>
      <w:r>
        <w:rPr>
          <w:i/>
        </w:rPr>
        <w:t>“Woh dono ek hi baat hai”</w:t>
      </w:r>
    </w:p>
    <w:p>
      <w:r>
        <w:rPr>
          <w:sz w:val="20"/>
        </w:rPr>
        <w:t>0:47  woh dono aik hi baat hai, alag alag nahi hai. Quran mein kai jagah aisa hai ke Allah taala ne kisi cheez ko apni taraf mansoob kiya hai: "yudhillu kaseeran wa yudeebeh kaseeran".</w:t>
      </w:r>
      <w:r>
        <w:br/>
      </w:r>
      <w:r>
        <w:rPr>
          <w:sz w:val="20"/>
        </w:rPr>
        <w:t>0:59  is ka matlab yeh nahi ke Khuda gumrah karta hai. woh jo nizam-e-alam hai, us ki taraf us ko refer kiya gaya hai is mein ke dunya mein jo nizam hai, woh base karta hai azadi par.</w:t>
      </w:r>
      <w:r>
        <w:br/>
      </w:r>
      <w:r>
        <w:rPr>
          <w:sz w:val="20"/>
        </w:rPr>
        <w:t>1:13  har insan ko azadi hai. to azadi ko aadmi kabhi misuse karta hai, kabhi us ko sahi istemal karta hai. in sab ki wajah se yeh sab qissay pesh atay hain.</w:t>
      </w:r>
      <w:r>
        <w:br/>
      </w:r>
      <w:r>
        <w:rPr>
          <w:sz w:val="20"/>
        </w:rPr>
        <w:t>1:25  to yeh jo qissay pesh atay hain, woh apni hi wajah se hotay hain. aisa nahi ke Khuda ke farishtay aa kar ke aap ko kuch kar dein.</w:t>
      </w:r>
      <w:r>
        <w:br/>
      </w:r>
      <w:r>
        <w:rPr>
          <w:sz w:val="20"/>
        </w:rPr>
        <w:t>1:35  lekin isi mein taraqqi rakhi hai Allah taala ne ke is ke pas challenge paida ho. challenge zehan jagta hai. agar museebatein na parein to aap ka zehan jagay ga nahi.</w:t>
      </w:r>
      <w:r>
        <w:br/>
      </w:r>
      <w:r>
        <w:rPr>
          <w:sz w:val="20"/>
        </w:rPr>
        <w:t>1:46  challenge nahi pesh aye ga. to is ka matlab yeh hai ke dunya mein Allah taala ne museebatein rakhi hain. woh museebatein aap hi ke kam soch paate hain aap.</w:t>
      </w:r>
      <w:r>
        <w:br/>
      </w:r>
      <w:r>
        <w:rPr>
          <w:sz w:val="20"/>
        </w:rPr>
        <w:t>1:56  kabhi ghaib ko nahi jaan paate aap.</w:t>
      </w:r>
      <w:r>
        <w:br/>
      </w:r>
      <w:r>
        <w:rPr>
          <w:sz w:val="20"/>
        </w:rPr>
        <w:t>2:01  to aadmi apni limitations ki wajah se bar bar us ko jhatkay lagte hain. lekin Allah taala ne aisa rakha hai insan ka mind ke woh is se agar positive thinking us ke andar ho to har har cheez se woh acha sabak le ga.</w:t>
      </w:r>
      <w:r>
        <w:br/>
      </w:r>
      <w:r>
        <w:rPr>
          <w:sz w:val="20"/>
        </w:rPr>
        <w:t>2:17  aur phir se apnay ko aik naya rasta mil jaye ga us ko agay barhnay ke liye. to jahan Khuda ki taraf mansoob kiya gaya hai, us ka matlab hota hai Khuda ke nizam, banaye hue nizam ke tehat, Khuda ke law of nature ke tehat.</w:t>
      </w:r>
      <w:r>
        <w:br/>
      </w:r>
      <w:r>
        <w:rPr>
          <w:sz w:val="20"/>
        </w:rPr>
        <w:t>2:32  aisa nahi ke khud Khuda hi aisa kar dalta hai. nahi, jo jo Khuda ne is dunya mein jo nizam muqarrar kiya hai, us ke tehat aisa hota hai aur hoga ke logon ko masail pesh ayein ge.</w:t>
      </w:r>
      <w:r>
        <w:br/>
      </w:r>
      <w:r>
        <w:rPr>
          <w:sz w:val="20"/>
        </w:rPr>
        <w:t>2:44  aur masail jo hain, woh challenge hain. woh aap ke zehan ko activate karne ke liye hotay hain. yeh matlab hai is ka.</w:t>
      </w:r>
    </w:p>
    <w:p>
      <w:pPr>
        <w:pStyle w:val="Heading2"/>
      </w:pPr>
      <w:r>
        <w:t>True recognition of God is not Sufi mysticism</w:t>
      </w:r>
    </w:p>
    <w:p>
      <w:r>
        <w:rPr>
          <w:color w:val="666666"/>
          <w:sz w:val="18"/>
        </w:rPr>
        <w:t>Realization of God November 26, 2024 · 2m 56s · at 6:08 · https://youtu.be/AG1gtOdLvGs?t=368</w:t>
      </w:r>
    </w:p>
    <w:p>
      <w:r>
        <w:rPr>
          <w:i/>
        </w:rPr>
        <w:t>“Jab bhi marifat ki baat hoti hai, log ise sufiya se jod dete hain.”</w:t>
      </w:r>
    </w:p>
    <w:p>
      <w:r>
        <w:rPr>
          <w:sz w:val="20"/>
        </w:rPr>
        <w:t>6:08  Dekhiye, sab se pehle main aap ko yeh arz kar doon ke jab bhi maarfat ki baat ki jati hai to log generally is ko Sufiyon se jod dete hain.</w:t>
      </w:r>
      <w:r>
        <w:br/>
      </w:r>
      <w:r>
        <w:rPr>
          <w:sz w:val="20"/>
        </w:rPr>
        <w:t>6:23  Jab hum maarfat ki baat karte hain ya Maulana maarfat ki baat karte hain to logon ko lagta hai ke Maulana bhi, un ke paas bhi Sufiyana type ki maarfat hai,</w:t>
      </w:r>
      <w:r>
        <w:br/>
      </w:r>
      <w:r>
        <w:rPr>
          <w:sz w:val="20"/>
        </w:rPr>
        <w:t>6:36  jis ke andar muraqba hai, jis ke andar mubtadiyana zikr o azkar hain. Aisa bilkul nahi hai.</w:t>
      </w:r>
      <w:r>
        <w:br/>
      </w:r>
      <w:r>
        <w:rPr>
          <w:sz w:val="20"/>
        </w:rPr>
        <w:t>6:47  Aur Maulana apne aap ke bare mein jo kehte the ke main ek Sufi tabiyat ka insaan hoon, wo saada zindagi ke talluq se hai.</w:t>
      </w:r>
      <w:r>
        <w:br/>
      </w:r>
      <w:r>
        <w:rPr>
          <w:sz w:val="20"/>
        </w:rPr>
        <w:t>6:57  Warna Sufiyana culture ki baat nahi hai aur Sufiyana zehniyat ki baat nahi hai jab Maulana karte hain.</w:t>
      </w:r>
      <w:r>
        <w:br/>
      </w:r>
      <w:r>
        <w:rPr>
          <w:sz w:val="20"/>
        </w:rPr>
        <w:t>7:05  Aur doosri baat yeh hai ke yeh mauzu jo hai, Sufiyon ka nahi hai, Sufiya ka mauzu nahi hai. Yeh mauzu har insaan ka hai. Is liye ke Quran mein Allah taala ne bataya, 'Wa ma khalaqtul jinna wal insa illa li ya'budun' ke Allah ne insaan ko aur jinat ko, dono makhluqat ko ibaadat ke liye banaya hai.</w:t>
      </w:r>
      <w:r>
        <w:br/>
      </w:r>
      <w:r>
        <w:rPr>
          <w:sz w:val="20"/>
        </w:rPr>
        <w:t>7:27  Dekhiye, isi ki tafseer karte hue Ibn Abbas Razi Allahu Ta'ala anhu kehte hain ke 'Ay ay illa li ya'rifun' ke main ne jin aur ins ko meri maarfat ke liye banaya hai.</w:t>
      </w:r>
      <w:r>
        <w:br/>
      </w:r>
      <w:r>
        <w:rPr>
          <w:sz w:val="20"/>
        </w:rPr>
        <w:t>7:38  Dekhiye, yahan Quran mein ibaadat ka lafz hai aur Ibn Abbas ne jo hai na, maarfat ka lafz istemal kiya. Asal mein ibaadat nateeja hai maarfat ka.</w:t>
      </w:r>
      <w:r>
        <w:br/>
      </w:r>
      <w:r>
        <w:rPr>
          <w:sz w:val="20"/>
        </w:rPr>
        <w:t>7:52  Jab ek insaan ko sachche ma'ano mein Allah ki daryaft hoti hai, Allah ki sachi pehchan hasil hoti hai to us ke nateeje ke taur par insaan ke andar apni aajizi ka ehsas hota hai.</w:t>
      </w:r>
      <w:r>
        <w:br/>
      </w:r>
      <w:r>
        <w:rPr>
          <w:sz w:val="20"/>
        </w:rPr>
        <w:t>8:05  Yeh ehsas hota hai ke main kuch nahi hoon, meri koi hesiyat nahi hai.</w:t>
      </w:r>
      <w:r>
        <w:br/>
      </w:r>
      <w:r>
        <w:rPr>
          <w:sz w:val="20"/>
        </w:rPr>
        <w:t>8:10  Saari qudrat-e-kamilah Allah ke liye hai aur saara izzat meri taraf hai. Aur dekhiye, maarfat yeh mukhtalif kyun hai?</w:t>
      </w:r>
      <w:r>
        <w:br/>
      </w:r>
      <w:r>
        <w:rPr>
          <w:sz w:val="20"/>
        </w:rPr>
        <w:t>8:24  Matlab sab log waise Allah ko mante hain aur aksar log yeh sawal bhi karte hain ke dekhiye, yeh mauzu to doosron ka hona chahiye jin ke paas deen nahi hai.</w:t>
      </w:r>
      <w:r>
        <w:br/>
      </w:r>
      <w:r>
        <w:rPr>
          <w:sz w:val="20"/>
        </w:rPr>
        <w:t>8:36  Hum to Allah ko manne wale log hain. Hum, hum ko jo hai, yeh is bare mein maarfat ki hamein kya zaroorat hai? To main yeh batana chahta hoon ke yeh hamari zaroorat kyun hai?</w:t>
      </w:r>
      <w:r>
        <w:br/>
      </w:r>
      <w:r>
        <w:rPr>
          <w:sz w:val="20"/>
        </w:rPr>
        <w:t>8:48  Ji, ek hota hai Allah ko janna ke aadmi ko apne khandan se, apne qabile se ya apni community ke beech mein rehte hue use pata chal jata hai ke ek Khuda hai, wo us ko janne lagta hai.</w:t>
      </w:r>
    </w:p>
    <w:p>
      <w:pPr>
        <w:pStyle w:val="Heading2"/>
      </w:pPr>
      <w:r>
        <w:t>An uncompromising attitude toward truth</w:t>
      </w:r>
    </w:p>
    <w:p>
      <w:r>
        <w:rPr>
          <w:color w:val="666666"/>
          <w:sz w:val="18"/>
        </w:rPr>
        <w:t>Belief in the Existance of God | 11 Jan, 2009 · 2m 32s · at 1:00:42 · https://youtu.be/BniNkb0aE6Q?t=3642</w:t>
      </w:r>
    </w:p>
    <w:p>
      <w:r>
        <w:rPr>
          <w:i/>
        </w:rPr>
        <w:t>“By nature mere andar tha ek uncompromising attitude”</w:t>
      </w:r>
    </w:p>
    <w:p>
      <w:r>
        <w:rPr>
          <w:sz w:val="20"/>
        </w:rPr>
        <w:t>1:00:42  کہ by nature میرے اندر ایک چیز تھی، وہ ہے uncompromising attitude.</w:t>
      </w:r>
      <w:r>
        <w:br/>
      </w:r>
      <w:r>
        <w:rPr>
          <w:sz w:val="20"/>
        </w:rPr>
        <w:t>1:00:49  بائی نیچر، less than truth پر میں راضی نہیں ہو سکتا تھا۔</w:t>
      </w:r>
      <w:r>
        <w:br/>
      </w:r>
      <w:r>
        <w:rPr>
          <w:sz w:val="20"/>
        </w:rPr>
        <w:t>1:00:57  do cheezein ek saath mere andar hain ke main agar main realize karoon ke mujh se koi ghalti</w:t>
      </w:r>
      <w:r>
        <w:br/>
      </w:r>
      <w:r>
        <w:rPr>
          <w:sz w:val="20"/>
        </w:rPr>
        <w:t>1:01:05  ہوئی ہے تو میں afford نہیں کر سکتا کہ میں اس کو مجھ سے نہ بولوں۔</w:t>
      </w:r>
      <w:r>
        <w:br/>
      </w:r>
      <w:r>
        <w:rPr>
          <w:sz w:val="20"/>
        </w:rPr>
        <w:t>1:01:13  mein chala kar kahunga ke mujh se ghalti hui.</w:t>
      </w:r>
      <w:r>
        <w:br/>
      </w:r>
      <w:r>
        <w:rPr>
          <w:sz w:val="20"/>
        </w:rPr>
        <w:t>1:01:18  I was wrong yeh main chalaunga ke saari duniya zameen o aasmaan sun lein.</w:t>
      </w:r>
      <w:r>
        <w:br/>
      </w:r>
      <w:r>
        <w:rPr>
          <w:sz w:val="20"/>
        </w:rPr>
        <w:t>1:01:23  mein is ko afford nahin kar sakta.</w:t>
      </w:r>
      <w:r>
        <w:br/>
      </w:r>
      <w:r>
        <w:rPr>
          <w:sz w:val="20"/>
        </w:rPr>
        <w:t>1:01:28  mera seena phatne lagta hai ke mujhe ehsaas ho jaye ke mujh se ghalati hui.</w:t>
      </w:r>
      <w:r>
        <w:br/>
      </w:r>
      <w:r>
        <w:rPr>
          <w:sz w:val="20"/>
        </w:rPr>
        <w:t>1:01:33  aur ghalati ke mani kya hain? Ek aaiota ke barabar bhi ghalati ho to mein is ko himalaya</w:t>
      </w:r>
      <w:r>
        <w:br/>
      </w:r>
      <w:r>
        <w:rPr>
          <w:sz w:val="20"/>
        </w:rPr>
        <w:t>1:01:38  pahar barabar samajhta hoon. Is ko</w:t>
      </w:r>
      <w:r>
        <w:br/>
      </w:r>
      <w:r>
        <w:rPr>
          <w:sz w:val="20"/>
        </w:rPr>
        <w:t>1:01:43  yeh mera nature hai.</w:t>
      </w:r>
      <w:r>
        <w:br/>
      </w:r>
      <w:r>
        <w:rPr>
          <w:sz w:val="20"/>
        </w:rPr>
        <w:t>1:01:48  mera manna yeh hai ke ya to 100 feesad truth hoga ya kuch bhi nahin hoga.</w:t>
      </w:r>
      <w:r>
        <w:br/>
      </w:r>
      <w:r>
        <w:rPr>
          <w:sz w:val="20"/>
        </w:rPr>
        <w:t>1:01:53  99 فیصد truth کوئی چیز نہیں ہوتی۔</w:t>
      </w:r>
      <w:r>
        <w:br/>
      </w:r>
      <w:r>
        <w:rPr>
          <w:sz w:val="20"/>
        </w:rPr>
        <w:t>1:01:58  Yad rakhiye, ye mere apne samajh se hai.</w:t>
      </w:r>
      <w:r>
        <w:br/>
      </w:r>
      <w:r>
        <w:rPr>
          <w:sz w:val="20"/>
        </w:rPr>
        <w:t>1:02:03  99 فیصد ٹروتھ ہو اور ون فیصد وہ ٹروتھ نہ ہو تو وہ کچھ بھی، this is nothing.</w:t>
      </w:r>
      <w:r>
        <w:br/>
      </w:r>
      <w:r>
        <w:rPr>
          <w:sz w:val="20"/>
        </w:rPr>
        <w:t>1:02:08  truth ko aap baant nahin sakte. To yeh</w:t>
      </w:r>
      <w:r>
        <w:br/>
      </w:r>
      <w:r>
        <w:rPr>
          <w:sz w:val="20"/>
        </w:rPr>
        <w:t>1:02:13  میرا نیچر ہے کہ ایک طرف یہ ہے کہ میں compromise کر نہیں سکتا سچائی کے بارے میں،</w:t>
      </w:r>
      <w:r>
        <w:br/>
      </w:r>
      <w:r>
        <w:rPr>
          <w:sz w:val="20"/>
        </w:rPr>
        <w:t>1:02:18  chahe mera kuch bhi loss ho jaye, kuch bhi nuksan ho jaye, kuch bhi ho jaye.</w:t>
      </w:r>
      <w:r>
        <w:br/>
      </w:r>
      <w:r>
        <w:rPr>
          <w:sz w:val="20"/>
        </w:rPr>
        <w:t>1:02:22  abhi bhi dekhein, sari dunya mein beshumar beshumar log mujhe jante hain aur mujh ko samajhte</w:t>
      </w:r>
      <w:r>
        <w:br/>
      </w:r>
      <w:r>
        <w:rPr>
          <w:sz w:val="20"/>
        </w:rPr>
        <w:t>1:02:26  hain ke yahudiyon ka agent hai, hinduo ka agent hai, government ka agent hai.</w:t>
      </w:r>
      <w:r>
        <w:br/>
      </w:r>
      <w:r>
        <w:rPr>
          <w:sz w:val="20"/>
        </w:rPr>
        <w:t>1:02:31  mujhe aisi koi parwah nahin hoti.</w:t>
      </w:r>
      <w:r>
        <w:br/>
      </w:r>
      <w:r>
        <w:rPr>
          <w:sz w:val="20"/>
        </w:rPr>
        <w:t>1:02:35  kuch bhi kehte rahen log.</w:t>
      </w:r>
      <w:r>
        <w:br/>
      </w:r>
      <w:r>
        <w:rPr>
          <w:sz w:val="20"/>
        </w:rPr>
        <w:t>1:02:39  mein jab rampur mein tha</w:t>
      </w:r>
      <w:r>
        <w:br/>
      </w:r>
      <w:r>
        <w:rPr>
          <w:sz w:val="20"/>
        </w:rPr>
        <w:t>1:02:44  to abhi jo ameer jamaat hain, Maulana Jalaluddin Umri, hamare saathi hua karte the wahan par. yeh mujhse chhote hain. yeh to main likhta tha to bahut hi wohi un compromising andaaz mein hota tha ke discipline hoti thi aur yeh hota tha. to yeh mujhe darate the ke aisa likhte hain, aap kaun padhega isko? itna critical likhte hain, itna zyada yani kisi se aap compro</w:t>
      </w:r>
    </w:p>
    <w:p>
      <w:pPr>
        <w:pStyle w:val="Heading2"/>
      </w:pPr>
      <w:r>
        <w:t>Mistake of seeking paradise in world</w:t>
      </w:r>
    </w:p>
    <w:p>
      <w:r>
        <w:rPr>
          <w:color w:val="666666"/>
          <w:sz w:val="18"/>
        </w:rPr>
        <w:t>Right Man at Wrong Place May 18, 2008 · 2m 45s · at 54:45 · https://youtu.be/LMuZOvUII6c?t=3285</w:t>
      </w:r>
    </w:p>
    <w:p>
      <w:r>
        <w:rPr>
          <w:i/>
        </w:rPr>
        <w:t>“Now what happened? Tolstoy took it”</w:t>
      </w:r>
    </w:p>
    <w:p>
      <w:r>
        <w:rPr>
          <w:sz w:val="20"/>
        </w:rPr>
        <w:t>54:45  ab kya hua ke is ko le liya tolstoy ne. tolstoy ek bahut bada writer tha russia ka. us ki kitab hai war and peace aur bahut si kitabein hain.</w:t>
      </w:r>
      <w:r>
        <w:br/>
      </w:r>
      <w:r>
        <w:rPr>
          <w:sz w:val="20"/>
        </w:rPr>
        <w:t>54:56  to is ko dunya mein transfer karna chaha unhon ne. unhon ne yeh mashal banaya apna ke dunya mein jo insan hain, jo society hai un ke aansu poochein hum.</w:t>
      </w:r>
      <w:r>
        <w:br/>
      </w:r>
      <w:r>
        <w:rPr>
          <w:sz w:val="20"/>
        </w:rPr>
        <w:t>55:07  agar aisi society banayein jis mein koi rota rone wala na ho. to kuch bhi nahi hua woh khud hi yani is mein death spell mein mare.</w:t>
      </w:r>
      <w:r>
        <w:br/>
      </w:r>
      <w:r>
        <w:rPr>
          <w:sz w:val="20"/>
        </w:rPr>
        <w:t>55:19  nineteen ten mein, 1910 mein un ka death hua. tolstoy ka. 1910 mein frustration mein mare woh.</w:t>
      </w:r>
      <w:r>
        <w:br/>
      </w:r>
      <w:r>
        <w:rPr>
          <w:sz w:val="20"/>
        </w:rPr>
        <w:t>55:29  halanke un ki 88 years ho chuki thi. kyun ke woh ayat jo thi bible mein woh to akhirat ke bare mein thi. is dunya ke bare mein nahi thi woh.</w:t>
      </w:r>
      <w:r>
        <w:br/>
      </w:r>
      <w:r>
        <w:rPr>
          <w:sz w:val="20"/>
        </w:rPr>
        <w:t>55:40  yehi kahani hum india mein dekhte hain. mahatma gandhi bahut hi bare leader the. to unhon ne kaha tha azadi se pehle ke mera mission har aankh ke aansu poochna hai.</w:t>
      </w:r>
      <w:r>
        <w:br/>
      </w:r>
      <w:r>
        <w:rPr>
          <w:sz w:val="20"/>
        </w:rPr>
        <w:t>55:59  mahatma gandhi ne kaha tha azadi se pehle ke mera mission har aankh ke aansu poochna hai. to 47 ke baad kya har aankh ke aansu pooch gaye?</w:t>
      </w:r>
      <w:r>
        <w:br/>
      </w:r>
      <w:r>
        <w:rPr>
          <w:sz w:val="20"/>
        </w:rPr>
        <w:t>56:11  zahair hai ke nahi poochhe. balkeh shayad rone walon ki aankh aur rone wali aankhein aur zyada ho gayin. 1947 mein jo jawaharlal nehru ne kaha tha ke india mein 36 crore aadmi hain.</w:t>
      </w:r>
      <w:r>
        <w:br/>
      </w:r>
      <w:r>
        <w:rPr>
          <w:sz w:val="20"/>
        </w:rPr>
        <w:t>56:26  aur 36 crore problem hain. aur aaj kitne aadmi hain? aaj to bahut zyada hamari ginti ho chuki hai.</w:t>
      </w:r>
      <w:r>
        <w:br/>
      </w:r>
      <w:r>
        <w:rPr>
          <w:sz w:val="20"/>
        </w:rPr>
        <w:t>56:37  to rone wale hi badh gaye hain. to rone wale jo the un ke aansu kahan poochhe? to kyun aisa hua?</w:t>
      </w:r>
      <w:r>
        <w:br/>
      </w:r>
      <w:r>
        <w:rPr>
          <w:sz w:val="20"/>
        </w:rPr>
        <w:t>56:46  hamare leader ne is bible ke ek verse ko dunya mein transfer karna chaha. jo thi akhirat ke liye, paradise ke liye.</w:t>
      </w:r>
      <w:r>
        <w:br/>
      </w:r>
      <w:r>
        <w:rPr>
          <w:sz w:val="20"/>
        </w:rPr>
        <w:t>56:57  yaad rakhiye ke dunya mein hamein yani khuda banaye nahi khuda ne dunya ko ke hum hamari desires yahan poori hon.</w:t>
      </w:r>
      <w:r>
        <w:br/>
      </w:r>
      <w:r>
        <w:rPr>
          <w:sz w:val="20"/>
        </w:rPr>
        <w:t>57:07  desires to wahan poori hongi. yahan to hamein intellectual development karna hai, spiritual development karna hai. apne ko qualify karna hai taake hum paradise mein entry pa sakein.</w:t>
      </w:r>
      <w:r>
        <w:br/>
      </w:r>
      <w:r>
        <w:rPr>
          <w:sz w:val="20"/>
        </w:rPr>
        <w:t>57:19  to itne bare bare log jo hain unhon ne aisa samjha ke bible ki woh ayat jo thi akhirat ke liye aur jannat ke liye us ko unhon ne chaha ke is dunya mein apply karein.</w:t>
      </w:r>
    </w:p>
    <w:p>
      <w:pPr>
        <w:pStyle w:val="Heading2"/>
      </w:pPr>
      <w:r>
        <w:t>God's creation plan for testing</w:t>
      </w:r>
    </w:p>
    <w:p>
      <w:r>
        <w:rPr>
          <w:color w:val="666666"/>
          <w:sz w:val="18"/>
        </w:rPr>
        <w:t>How to Discover God I May 09, 2008 · 2m 06s · at 52:37 · https://youtu.be/fv8fazBISsw?t=3157</w:t>
      </w:r>
    </w:p>
    <w:p>
      <w:r>
        <w:rPr>
          <w:i/>
        </w:rPr>
        <w:t>“What paradise? Eternal pleasure.”</w:t>
      </w:r>
    </w:p>
    <w:p>
      <w:r>
        <w:rPr>
          <w:sz w:val="20"/>
        </w:rPr>
        <w:t>52:37  what paradise? eternal pleasure. in this world, we have, you know, everyone has so many desires. every man and woman have so many desires. but we die without fulfilling our desires. no one was able to fulfill his desires. so, we die with unfulfilled desires. why?</w:t>
      </w:r>
      <w:r>
        <w:br/>
      </w:r>
      <w:r>
        <w:rPr>
          <w:sz w:val="20"/>
        </w:rPr>
        <w:t>53:01  Because God created this world into two parts: pre-death period and post-death period.</w:t>
      </w:r>
      <w:r>
        <w:br/>
      </w:r>
      <w:r>
        <w:rPr>
          <w:sz w:val="20"/>
        </w:rPr>
        <w:t>53:06  pre death period is testing period.</w:t>
      </w:r>
      <w:r>
        <w:br/>
      </w:r>
      <w:r>
        <w:rPr>
          <w:sz w:val="20"/>
        </w:rPr>
        <w:t>53:11  post death period is rewarding period.</w:t>
      </w:r>
      <w:r>
        <w:br/>
      </w:r>
      <w:r>
        <w:rPr>
          <w:sz w:val="20"/>
        </w:rPr>
        <w:t>53:16  so, here we are on the test.</w:t>
      </w:r>
      <w:r>
        <w:br/>
      </w:r>
      <w:r>
        <w:rPr>
          <w:sz w:val="20"/>
        </w:rPr>
        <w:t>53:21  If you stand the test, then we will be given eternal reward.</w:t>
      </w:r>
      <w:r>
        <w:br/>
      </w:r>
      <w:r>
        <w:rPr>
          <w:sz w:val="20"/>
        </w:rPr>
        <w:t>53:26  that is paradise.</w:t>
      </w:r>
      <w:r>
        <w:br/>
      </w:r>
      <w:r>
        <w:rPr>
          <w:sz w:val="20"/>
        </w:rPr>
        <w:t>53:31  it is, it is great blessing.</w:t>
      </w:r>
      <w:r>
        <w:br/>
      </w:r>
      <w:r>
        <w:rPr>
          <w:sz w:val="20"/>
        </w:rPr>
        <w:t>53:36  this question is from miss money.</w:t>
      </w:r>
      <w:r>
        <w:br/>
      </w:r>
      <w:r>
        <w:rPr>
          <w:sz w:val="20"/>
        </w:rPr>
        <w:t>53:41  if there is an almighty managing the universe flawlessly, why are there murders of innocent children, rapes of</w:t>
      </w:r>
      <w:r>
        <w:br/>
      </w:r>
      <w:r>
        <w:rPr>
          <w:sz w:val="20"/>
        </w:rPr>
        <w:t>53:46  helpless girls and women, and numerous inexplicable and incomprehensible atrocities?</w:t>
      </w:r>
      <w:r>
        <w:br/>
      </w:r>
      <w:r>
        <w:rPr>
          <w:sz w:val="20"/>
        </w:rPr>
        <w:t>53:51  kindly comment.</w:t>
      </w:r>
      <w:r>
        <w:br/>
      </w:r>
      <w:r>
        <w:rPr>
          <w:sz w:val="20"/>
        </w:rPr>
        <w:t>53:55  what i have said, that is about physical universe.</w:t>
      </w:r>
      <w:r>
        <w:br/>
      </w:r>
      <w:r>
        <w:rPr>
          <w:sz w:val="20"/>
        </w:rPr>
        <w:t>53:59  in the physical universe, there is harmony.</w:t>
      </w:r>
      <w:r>
        <w:br/>
      </w:r>
      <w:r>
        <w:rPr>
          <w:sz w:val="20"/>
        </w:rPr>
        <w:t>54:04  but as far, the human world is concerned, it is due to freedom.</w:t>
      </w:r>
      <w:r>
        <w:br/>
      </w:r>
      <w:r>
        <w:rPr>
          <w:sz w:val="20"/>
        </w:rPr>
        <w:t>54:08  god has given us freedom.</w:t>
      </w:r>
      <w:r>
        <w:br/>
      </w:r>
      <w:r>
        <w:rPr>
          <w:sz w:val="20"/>
        </w:rPr>
        <w:t>54:12  Physical verse has, has no freedom.</w:t>
      </w:r>
      <w:r>
        <w:br/>
      </w:r>
      <w:r>
        <w:rPr>
          <w:sz w:val="20"/>
        </w:rPr>
        <w:t>54:17  so, in the physical verse, there is a harmony.</w:t>
      </w:r>
      <w:r>
        <w:br/>
      </w:r>
      <w:r>
        <w:rPr>
          <w:sz w:val="20"/>
        </w:rPr>
        <w:t>54:21  but he, any human being, i have given freedom.</w:t>
      </w:r>
      <w:r>
        <w:br/>
      </w:r>
      <w:r>
        <w:rPr>
          <w:sz w:val="20"/>
        </w:rPr>
        <w:t>54:25  so, they misuse freedom, and, and it is misuse of freedom that create all these problems.</w:t>
      </w:r>
      <w:r>
        <w:br/>
      </w:r>
      <w:r>
        <w:rPr>
          <w:sz w:val="20"/>
        </w:rPr>
        <w:t>54:30  this question is from miss sadia.</w:t>
      </w:r>
      <w:r>
        <w:br/>
      </w:r>
      <w:r>
        <w:rPr>
          <w:sz w:val="20"/>
        </w:rPr>
        <w:t>54:34  monism and monotheism, both preach oneness of god.</w:t>
      </w:r>
      <w:r>
        <w:br/>
      </w:r>
      <w:r>
        <w:rPr>
          <w:sz w:val="20"/>
        </w:rPr>
        <w:t>54:38  which of the two, according to you, is scientific?</w:t>
      </w:r>
      <w:r>
        <w:br/>
      </w:r>
      <w:r>
        <w:rPr>
          <w:sz w:val="20"/>
        </w:rPr>
        <w:t>54:43  monotheism, because bodies is just like X-rays or cosmic rays.</w:t>
      </w:r>
    </w:p>
    <w:p>
      <w:pPr>
        <w:pStyle w:val="Heading2"/>
      </w:pPr>
      <w:r>
        <w:t>Prophet's story: worship without spirit isn't worship</w:t>
      </w:r>
    </w:p>
    <w:p>
      <w:r>
        <w:rPr>
          <w:color w:val="666666"/>
          <w:sz w:val="18"/>
        </w:rPr>
        <w:t>An Introduction to Islam (English) July 18, 2008 · 1m 40s · at 18:34 · https://youtu.be/FU4NlA3rUhs?t=1114</w:t>
      </w:r>
    </w:p>
    <w:p>
      <w:r>
        <w:rPr>
          <w:i/>
        </w:rPr>
        <w:t>“After prayer, a man came to the Prophet and said, 'Salam alaikum.'”</w:t>
      </w:r>
    </w:p>
    <w:p>
      <w:r>
        <w:rPr>
          <w:sz w:val="20"/>
        </w:rPr>
        <w:t>18:34  . So, without spirit,</w:t>
      </w:r>
      <w:r>
        <w:br/>
      </w:r>
      <w:r>
        <w:rPr>
          <w:sz w:val="20"/>
        </w:rPr>
        <w:t>18:36  simply form is not ibadah.</w:t>
      </w:r>
      <w:r>
        <w:br/>
      </w:r>
      <w:r>
        <w:rPr>
          <w:sz w:val="20"/>
        </w:rPr>
        <w:t>18:38  Prophet saw a man praying.</w:t>
      </w:r>
      <w:r>
        <w:br/>
      </w:r>
      <w:r>
        <w:rPr>
          <w:sz w:val="20"/>
        </w:rPr>
        <w:t>18:42  After praying, he</w:t>
      </w:r>
      <w:r>
        <w:br/>
      </w:r>
      <w:r>
        <w:rPr>
          <w:sz w:val="20"/>
        </w:rPr>
        <w:t>18:44  came to the Prophet and said: "Assalamu alaikum."</w:t>
      </w:r>
      <w:r>
        <w:br/>
      </w:r>
      <w:r>
        <w:rPr>
          <w:sz w:val="20"/>
        </w:rPr>
        <w:t>18:49  Prophet said: "Ye</w:t>
      </w:r>
      <w:r>
        <w:br/>
      </w:r>
      <w:r>
        <w:rPr>
          <w:sz w:val="20"/>
        </w:rPr>
        <w:t>18:57  return back and worship again,</w:t>
      </w:r>
      <w:r>
        <w:br/>
      </w:r>
      <w:r>
        <w:rPr>
          <w:sz w:val="20"/>
        </w:rPr>
        <w:t>19:01  because your worship was not a worship."</w:t>
      </w:r>
      <w:r>
        <w:br/>
      </w:r>
      <w:r>
        <w:rPr>
          <w:sz w:val="20"/>
        </w:rPr>
        <w:t>19:06  Prophet SA does mean that: "Although he is worshiping, but his worship is simply a worship of form, worship of rituals." It is a spiritless act.</w:t>
      </w:r>
      <w:r>
        <w:br/>
      </w:r>
      <w:r>
        <w:rPr>
          <w:sz w:val="20"/>
        </w:rPr>
        <w:t>19:29  so, without spirit, there is no ibadah.</w:t>
      </w:r>
      <w:r>
        <w:br/>
      </w:r>
      <w:r>
        <w:rPr>
          <w:sz w:val="20"/>
        </w:rPr>
        <w:t>19:34  spirit is the crux of the ibadah.</w:t>
      </w:r>
      <w:r>
        <w:br/>
      </w:r>
      <w:r>
        <w:rPr>
          <w:sz w:val="20"/>
        </w:rPr>
        <w:t>19:41  so, without spirit, simply form is not ibadah.</w:t>
      </w:r>
      <w:r>
        <w:br/>
      </w:r>
      <w:r>
        <w:rPr>
          <w:sz w:val="20"/>
        </w:rPr>
        <w:t>19:46  so, prophet said: "yeh fasal go back</w:t>
      </w:r>
      <w:r>
        <w:br/>
      </w:r>
      <w:r>
        <w:rPr>
          <w:sz w:val="20"/>
        </w:rPr>
        <w:t>19:55  and worship again, because your worship was not correct worship. it was spirit less worship.</w:t>
      </w:r>
      <w:r>
        <w:br/>
      </w:r>
      <w:r>
        <w:rPr>
          <w:sz w:val="20"/>
        </w:rPr>
        <w:t>20:04  so, it is not acceptable to god." so, this is the real concept of worship in islam.</w:t>
      </w:r>
    </w:p>
    <w:p>
      <w:pPr>
        <w:pStyle w:val="Heading2"/>
      </w:pPr>
      <w:r>
        <w:t>A father's grief over a lost toy recalls the Creator</w:t>
      </w:r>
    </w:p>
    <w:p>
      <w:r>
        <w:rPr>
          <w:color w:val="666666"/>
          <w:sz w:val="18"/>
        </w:rPr>
        <w:t>What is Love of God January 21, 2024 · 1m 46s · at 17:26 · https://youtu.be/KpTkEkHstYY?t=1046</w:t>
      </w:r>
    </w:p>
    <w:p>
      <w:r>
        <w:rPr>
          <w:i/>
        </w:rPr>
        <w:t>“It was about two people walking by a street”</w:t>
      </w:r>
    </w:p>
    <w:p>
      <w:r>
        <w:rPr>
          <w:sz w:val="20"/>
        </w:rPr>
        <w:t>17:26  ji, apa, ek example aur mujhe yaad aa gaya Maulana ka. Kyunke aapne jis tarike se hawala diya ke we should personalize everything that we see around us and discover God's blessings, wo ek bohat hi heartfelt story thi.</w:t>
      </w:r>
      <w:r>
        <w:br/>
      </w:r>
      <w:r>
        <w:rPr>
          <w:sz w:val="20"/>
        </w:rPr>
        <w:t>17:41  it was about two people, they were walking by a street and they came across a toy shop. To wahan pe ek insan ruk gaya, wahan pe jo in dono mein se tha, aur wo dekh ke his eyes were filled with pity</w:t>
      </w:r>
      <w:r>
        <w:br/>
      </w:r>
      <w:r>
        <w:rPr>
          <w:sz w:val="20"/>
        </w:rPr>
        <w:t>17:56  ears. So when the person insisted the toy died he gets emotional, so he said that two years ago, I came with my son here and he had chosen a toy.</w:t>
      </w:r>
      <w:r>
        <w:br/>
      </w:r>
      <w:r>
        <w:rPr>
          <w:sz w:val="20"/>
        </w:rPr>
        <w:t>18:07  and I told him that since he has to travel towards different city the other day, he said that when you come back, I will give you the toy.</w:t>
      </w:r>
      <w:r>
        <w:br/>
      </w:r>
      <w:r>
        <w:rPr>
          <w:sz w:val="20"/>
        </w:rPr>
        <w:t>18:16  but unfortunately, wo gaadi ka accident ho jata hai aur usmein uske bachche ki maut ho jati hai. So</w:t>
      </w:r>
      <w:r>
        <w:br/>
      </w:r>
      <w:r>
        <w:rPr>
          <w:sz w:val="20"/>
        </w:rPr>
        <w:t>18:23  so looking at that toy reminded him, it became a point of reference for that person to remember his last son, and he was crying.</w:t>
      </w:r>
      <w:r>
        <w:br/>
      </w:r>
      <w:r>
        <w:rPr>
          <w:sz w:val="20"/>
        </w:rPr>
        <w:t>18:32  to Maulana ne ismein likha hai ke that our own and entire existence reminds us of the creator. I mean, there are so many events that are happening around us, but we do not give much of ponderance to it.</w:t>
      </w:r>
      <w:r>
        <w:br/>
      </w:r>
      <w:r>
        <w:rPr>
          <w:sz w:val="20"/>
        </w:rPr>
        <w:t>18:47  so if we become as serious about God as parents are for their children, then the entire events happening around us, the entire world becomes a reminder of God almighty. To ye bohat ek important sabq tha Maulana ne is writing se ke point of reference bana ke har cheez ko Khuda se link karna bohat hi illustrious story hai.</w:t>
      </w:r>
      <w:r>
        <w:br/>
      </w:r>
      <w:r>
        <w:rPr>
          <w:sz w:val="20"/>
        </w:rPr>
        <w:t>19:12  ji, apa, ek sawal aur yahan pe ye bhi aata hai ke aksar log ye baat poochte bhi hain ke Khuda se mohabbat bhi hai aur Khuda ka khauf bhi hai.</w:t>
      </w:r>
    </w:p>
    <w:p>
      <w:pPr>
        <w:pStyle w:val="Heading2"/>
      </w:pPr>
      <w:r>
        <w:t>why love marriages fail without difference management</w:t>
      </w:r>
    </w:p>
    <w:p>
      <w:r>
        <w:rPr>
          <w:color w:val="666666"/>
          <w:sz w:val="18"/>
        </w:rPr>
        <w:t>Belief and Wisdom August 10, 2008 · 2m 17s · at 55:31 · https://youtu.be/XZ-ITT8bvZg?t=3331</w:t>
      </w:r>
    </w:p>
    <w:p>
      <w:r>
        <w:rPr>
          <w:i/>
        </w:rPr>
        <w:t>“Aaj kal duniya bhar mein love marriage ho rahi hain, phir takraav kyun hota hai?”</w:t>
      </w:r>
    </w:p>
    <w:p>
      <w:r>
        <w:rPr>
          <w:sz w:val="20"/>
        </w:rPr>
        <w:t>55:31  ab aaj hi mein soch raha tha ke dekhiye, aik qissa mere samne aaya ke aaj kal duniya bhar mein love marriage ho rahi hain.</w:t>
      </w:r>
      <w:r>
        <w:br/>
      </w:r>
      <w:r>
        <w:rPr>
          <w:sz w:val="20"/>
        </w:rPr>
        <w:t>55:39  do lovers aapas mein marriage karte hain aur phir takrao kyun hota hai? yaani more than 50 percent jo hai, love marriage jo hai, hate marriage ban jati hai.</w:t>
      </w:r>
      <w:r>
        <w:br/>
      </w:r>
      <w:r>
        <w:rPr>
          <w:sz w:val="20"/>
        </w:rPr>
        <w:t>55:50  kyun? usi liye ke yeh log jante hain ke hum hum do lovers aapas mein ikhatta ho rahe hain.</w:t>
      </w:r>
      <w:r>
        <w:br/>
      </w:r>
      <w:r>
        <w:rPr>
          <w:sz w:val="20"/>
        </w:rPr>
        <w:t>56:02  nahin, do mr different ikhatta ho rahe hain,</w:t>
      </w:r>
      <w:r>
        <w:br/>
      </w:r>
      <w:r>
        <w:rPr>
          <w:sz w:val="20"/>
        </w:rPr>
        <w:t>56:05  do lovers nahin. aurat aurat bhi aik different hai, mard bhi different hai.</w:t>
      </w:r>
      <w:r>
        <w:br/>
      </w:r>
      <w:r>
        <w:rPr>
          <w:sz w:val="20"/>
        </w:rPr>
        <w:t>56:14  yeh mein samajhta hoon ke gender equality ka jo aik aik bilkul hi baseless kahani hai, na is ki koi scientific base hai, na kuch. is ne hamara tabaah kar diya logon ko.</w:t>
      </w:r>
      <w:r>
        <w:br/>
      </w:r>
      <w:r>
        <w:rPr>
          <w:sz w:val="20"/>
        </w:rPr>
        <w:t>56:25  gender equality nahin hai, gender inequality hai.</w:t>
      </w:r>
      <w:r>
        <w:br/>
      </w:r>
      <w:r>
        <w:rPr>
          <w:sz w:val="20"/>
        </w:rPr>
        <w:t>56:29  yeh do unequal partner ikhatta hote hain. aurat aur mard jab shadi hoti hai to do unequal partner hotay hain jo ikhatta hotay hain. dono aik saath jannay to manage paayenge.</w:t>
      </w:r>
      <w:r>
        <w:br/>
      </w:r>
      <w:r>
        <w:rPr>
          <w:sz w:val="20"/>
        </w:rPr>
        <w:t>56:42  woh samajhte hain ke hum dono equal hain, to kaise manage karein ge? woh to un ke paas formula hi nahin hota manage karne ka.</w:t>
      </w:r>
      <w:r>
        <w:br/>
      </w:r>
      <w:r>
        <w:rPr>
          <w:sz w:val="20"/>
        </w:rPr>
        <w:t>56:53  yeh jo aurat aur mard jo hain, un ke paas woh formula hi nahin hota usay manage kar sakain.</w:t>
      </w:r>
      <w:r>
        <w:br/>
      </w:r>
      <w:r>
        <w:rPr>
          <w:sz w:val="20"/>
        </w:rPr>
        <w:t>56:59  sahi formula yeh hai ke hum tum dono mr different hain, hamein manage karna hai.</w:t>
      </w:r>
      <w:r>
        <w:br/>
      </w:r>
      <w:r>
        <w:rPr>
          <w:sz w:val="20"/>
        </w:rPr>
        <w:t>57:07  aik sahib aik baar to apni beti ko laye jo nikah hone wala tha, un ka jaldi un ka nikah ki dua kijiye, un ki un ko naseehat kijiye. to mein ne kaha ke "every marriage doom to failure".</w:t>
      </w:r>
      <w:r>
        <w:br/>
      </w:r>
      <w:r>
        <w:rPr>
          <w:sz w:val="20"/>
        </w:rPr>
        <w:t>57:21  expert expert for one who knows the art of difference management. to emotion management, difference management yahi to zindagi ka test hai.</w:t>
      </w:r>
      <w:r>
        <w:br/>
      </w:r>
      <w:r>
        <w:rPr>
          <w:sz w:val="20"/>
        </w:rPr>
        <w:t>57:36  to ghar bhi is problem ka shikar hai, society bhi is problem ka shikar hai, international life bhi is problem ka shikar hai. kyun? log jo hain emotion mein jump karte hain.</w:t>
      </w:r>
    </w:p>
    <w:p>
      <w:pPr>
        <w:pStyle w:val="Heading2"/>
      </w:pPr>
      <w:r>
        <w:t>Every soul tastes death, then you stand before God alone</w:t>
      </w:r>
    </w:p>
    <w:p>
      <w:r>
        <w:rPr>
          <w:color w:val="666666"/>
          <w:sz w:val="18"/>
        </w:rPr>
        <w:t>Dars-e-Quran May 8, 2014 · 1m 37s · at 26:18 · https://youtu.be/2l7TWyWxK6k?t=1578</w:t>
      </w:r>
    </w:p>
    <w:p>
      <w:r>
        <w:rPr>
          <w:i/>
        </w:rPr>
        <w:t>“Every soul must taste death — no one is an exception”</w:t>
      </w:r>
    </w:p>
    <w:p>
      <w:r>
        <w:rPr>
          <w:sz w:val="20"/>
        </w:rPr>
        <w:t>26:18  kyun ke dekhiye, quran mein hai ke kal nafs za'iqatul maut . kal nafs za'iqatul maut.</w:t>
      </w:r>
      <w:r>
        <w:br/>
      </w:r>
      <w:r>
        <w:rPr>
          <w:sz w:val="20"/>
        </w:rPr>
        <w:t>26:28  yani har insaan ko zaroor marna hai.</w:t>
      </w:r>
      <w:r>
        <w:br/>
      </w:r>
      <w:r>
        <w:rPr>
          <w:sz w:val="20"/>
        </w:rPr>
        <w:t>26:32  aap sochiye, pure history mein koi exception hai? koi king, koi baldi aadmi, koi leader, kisi ka exception nahin.</w:t>
      </w:r>
      <w:r>
        <w:br/>
      </w:r>
      <w:r>
        <w:rPr>
          <w:sz w:val="20"/>
        </w:rPr>
        <w:t>26:41  har aadmi ko baharhaal maut aati hai. aur maut jo hai, woh zindagi ka khatma nahin hai. maut to sirf ek eternal world mein entry hai.</w:t>
      </w:r>
      <w:r>
        <w:br/>
      </w:r>
      <w:r>
        <w:rPr>
          <w:sz w:val="20"/>
        </w:rPr>
        <w:t>26:55  it is a journey from this world to the other world.</w:t>
      </w:r>
      <w:r>
        <w:br/>
      </w:r>
      <w:r>
        <w:rPr>
          <w:sz w:val="20"/>
        </w:rPr>
        <w:t>27:05  to aaj main soch raha tha maut ke bare mein ke maut aati hai point of no return par.</w:t>
      </w:r>
      <w:r>
        <w:br/>
      </w:r>
      <w:r>
        <w:rPr>
          <w:sz w:val="20"/>
        </w:rPr>
        <w:t>27:14  kesi ajeeb baat hai. hum safar karte hain to hamari jeb mein ticket hota hai. hum jante hain ke wahan ja kar ke wapas aa sakte hain kyunke aap ke paas return ticket hai.</w:t>
      </w:r>
      <w:r>
        <w:br/>
      </w:r>
      <w:r>
        <w:rPr>
          <w:sz w:val="20"/>
        </w:rPr>
        <w:t>27:28  lekin jab aap maut ek aisa safar hai, is mein aap ke paas koi return ticket nahin. woh point of no return ki satah par maut aati hai.</w:t>
      </w:r>
      <w:r>
        <w:br/>
      </w:r>
      <w:r>
        <w:rPr>
          <w:sz w:val="20"/>
        </w:rPr>
        <w:t>27:43  is ke baad aap hain aur Khuda hai. Quran mein hai ke yom yaqoomun naasu li rabbil aalameen. yom yaqoomun naasu li rabbil aalameen.</w:t>
      </w:r>
    </w:p>
    <w:p>
      <w:pPr>
        <w:pStyle w:val="Heading2"/>
      </w:pPr>
      <w:r>
        <w:t>a backyard tree as a sign of Allah's mercy</w:t>
      </w:r>
    </w:p>
    <w:p>
      <w:r>
        <w:rPr>
          <w:color w:val="666666"/>
          <w:sz w:val="18"/>
        </w:rPr>
        <w:t>From The Spiritual Tree September 8, 2013 · 2m 12s · at 0:54 · https://youtu.be/Vv6vf2N8YQA?t=54</w:t>
      </w:r>
    </w:p>
    <w:p>
      <w:r>
        <w:rPr>
          <w:i/>
        </w:rPr>
        <w:t>“میرے گھر کے سامنے جو درخت ہے”</w:t>
      </w:r>
    </w:p>
    <w:p>
      <w:r>
        <w:rPr>
          <w:sz w:val="20"/>
        </w:rPr>
        <w:t>0:54  mere ghar ke samne jo drakht hai, us ko main Spiritual Tree kehta hoon. to abhi main is ke neeche baitha</w:t>
      </w:r>
      <w:r>
        <w:br/>
      </w:r>
      <w:r>
        <w:rPr>
          <w:sz w:val="20"/>
        </w:rPr>
        <w:t>1:05  to main ne dekha ke woh bohat hara bhara,</w:t>
      </w:r>
      <w:r>
        <w:br/>
      </w:r>
      <w:r>
        <w:rPr>
          <w:sz w:val="20"/>
        </w:rPr>
        <w:t>1:12  shakhon aur patiyon se bhar gaya sara. halanke kuch din pehle bilkul thand tha, sirf lakriyan dikhai deti theen, shakhain jo ke lakri ki tarah dikhai deti theen.</w:t>
      </w:r>
      <w:r>
        <w:br/>
      </w:r>
      <w:r>
        <w:rPr>
          <w:sz w:val="20"/>
        </w:rPr>
        <w:t>1:29  us waqt main ne dekha ke woh itna zyada hara bhara hai ke ooper aasman dikhai nahi deta. bohat hara bhara.</w:t>
      </w:r>
      <w:r>
        <w:br/>
      </w:r>
      <w:r>
        <w:rPr>
          <w:sz w:val="20"/>
        </w:rPr>
        <w:t>1:41  to main ne socha ke</w:t>
      </w:r>
      <w:r>
        <w:br/>
      </w:r>
      <w:r>
        <w:rPr>
          <w:sz w:val="20"/>
        </w:rPr>
        <w:t>1:47  drakht ki shakal mein Allah ki ek rehmat ka demonstration diya ja raha hai.</w:t>
      </w:r>
      <w:r>
        <w:br/>
      </w:r>
      <w:r>
        <w:rPr>
          <w:sz w:val="20"/>
        </w:rPr>
        <w:t>1:58  har drakht, har hara bhara drakht, Allah ki rehmat ka ek demonstration hai.</w:t>
      </w:r>
      <w:r>
        <w:br/>
      </w:r>
      <w:r>
        <w:rPr>
          <w:sz w:val="20"/>
        </w:rPr>
        <w:t>2:10  woh kya? woh yeh ke aap jante hain ke insan par tarah tarah ke halaat guzarte hain.</w:t>
      </w:r>
      <w:r>
        <w:br/>
      </w:r>
      <w:r>
        <w:rPr>
          <w:sz w:val="20"/>
        </w:rPr>
        <w:t>2:23  insan kabhi mayoosi ka shikar hota hai, kabhi us ko bimari lag jati hai,</w:t>
      </w:r>
      <w:r>
        <w:br/>
      </w:r>
      <w:r>
        <w:rPr>
          <w:sz w:val="20"/>
        </w:rPr>
        <w:t>2:35  kabhi kisi mamle mein us ko setback hota hai.</w:t>
      </w:r>
      <w:r>
        <w:br/>
      </w:r>
      <w:r>
        <w:rPr>
          <w:sz w:val="20"/>
        </w:rPr>
        <w:t>2:42  to woh goya ke sokhi lakri ban jata hai.</w:t>
      </w:r>
      <w:r>
        <w:br/>
      </w:r>
      <w:r>
        <w:rPr>
          <w:sz w:val="20"/>
        </w:rPr>
        <w:t>2:50  to yeh drakht goya bata raha hai ke aye bande, tu Allah ki is rehmat ke waste se dua kar. har drakht, jo hara bhara drakht khara hua hai,</w:t>
      </w:r>
    </w:p>
    <w:p>
      <w:pPr>
        <w:pStyle w:val="Heading2"/>
      </w:pPr>
      <w:r>
        <w:t>guarding against Satan's false justifications through istighfar</w:t>
      </w:r>
    </w:p>
    <w:p>
      <w:r>
        <w:rPr>
          <w:color w:val="666666"/>
          <w:sz w:val="18"/>
        </w:rPr>
        <w:t>Dars-e-Quran Chapter 2 Verses 206, 208, 212, 213 &amp; 214 July 2, 2007 Maulana Wahiduddin Khan · 1m 45s · at 30:55 · https://youtu.be/34tQK67_TvQ?t=1855</w:t>
      </w:r>
    </w:p>
    <w:p>
      <w:r>
        <w:rPr>
          <w:i/>
        </w:rPr>
        <w:t>“شیطان کی تزین سے بچنے کے لیے ہر صبح و شام آدمی کو سوچتے رہنا چاہیے”</w:t>
      </w:r>
    </w:p>
    <w:p>
      <w:r>
        <w:rPr>
          <w:sz w:val="20"/>
        </w:rPr>
        <w:t>30:55  aadmi ko khud soch kar ise janna hai kyunke ab jaisa ke main ne arz kiya ke taqwa ka matlab kya hai? submission to god by choice.</w:t>
      </w:r>
      <w:r>
        <w:br/>
      </w:r>
      <w:r>
        <w:rPr>
          <w:sz w:val="20"/>
        </w:rPr>
        <w:t>31:13  to apne choice ko aap ko istemal karna hai, apni aqal ko istemal karna hai.</w:t>
      </w:r>
      <w:r>
        <w:br/>
      </w:r>
      <w:r>
        <w:rPr>
          <w:sz w:val="20"/>
        </w:rPr>
        <w:t>31:22  aur wo jabhi hota hai jab aap introspection karte rahen.</w:t>
      </w:r>
      <w:r>
        <w:br/>
      </w:r>
      <w:r>
        <w:rPr>
          <w:sz w:val="20"/>
        </w:rPr>
        <w:t>31:25  shaitan ki tazeen se, shaitan ke jhoote justification se bachne ke liye har subah o sham, har raat aur din aadmi ko sochte rehna chahiye.</w:t>
      </w:r>
      <w:r>
        <w:br/>
      </w:r>
      <w:r>
        <w:rPr>
          <w:sz w:val="20"/>
        </w:rPr>
        <w:t>31:43  hadees mein aata hai ke rasool Allah sal Allah alaih wasallam ne farmaya ke main 70 baar astaghfar karta hoon. 70 ka matlab ginkar nahi, matlab baar baar karta hoon.</w:t>
      </w:r>
      <w:r>
        <w:br/>
      </w:r>
      <w:r>
        <w:rPr>
          <w:sz w:val="20"/>
        </w:rPr>
        <w:t>31:56  is tarah aap ne namoona diya insaan ko ke tumhein kya karna hai. astaghfar ka faida kya hota hai?</w:t>
      </w:r>
      <w:r>
        <w:br/>
      </w:r>
      <w:r>
        <w:rPr>
          <w:sz w:val="20"/>
        </w:rPr>
        <w:t>32:05  ke aap Khuda ka, Khuda ki help haasil kar lete hain,</w:t>
      </w:r>
      <w:r>
        <w:br/>
      </w:r>
      <w:r>
        <w:rPr>
          <w:sz w:val="20"/>
        </w:rPr>
        <w:t>32:16  Khuda ko apni dhaal bana lete hain.</w:t>
      </w:r>
      <w:r>
        <w:br/>
      </w:r>
      <w:r>
        <w:rPr>
          <w:sz w:val="20"/>
        </w:rPr>
        <w:t>32:19  phir farishtay aap ke madadgaar ho jaate hain aur farishtay aap ko is se bachate hain ke aap false justification mein padh kar galtiyon ke aadi ban jaayen aur phir isi mein maut aa jaaye.</w:t>
      </w:r>
    </w:p>
    <w:p>
      <w:pPr>
        <w:pStyle w:val="Heading2"/>
      </w:pPr>
      <w:r>
        <w:t>The gifted pen: using human thought for its real purpose</w:t>
      </w:r>
    </w:p>
    <w:p>
      <w:r>
        <w:rPr>
          <w:color w:val="666666"/>
          <w:sz w:val="18"/>
        </w:rPr>
        <w:t>The Glory Of God 5 February 2006 - Maulana Wahiduddin Khan · 1m 49s · at 5:27 · https://youtu.be/Yah55gLyV8I?t=327</w:t>
      </w:r>
    </w:p>
    <w:p>
      <w:r>
        <w:rPr>
          <w:i/>
        </w:rPr>
        <w:t>“Koi shakhs aapko duniya ka sabse achha pen de”</w:t>
      </w:r>
    </w:p>
    <w:p>
      <w:r>
        <w:rPr>
          <w:sz w:val="20"/>
        </w:rPr>
        <w:t>5:27  aap</w:t>
      </w:r>
      <w:r>
        <w:br/>
      </w:r>
      <w:r>
        <w:rPr>
          <w:sz w:val="20"/>
        </w:rPr>
        <w:t>5:28  ko koi shakhs ek bohat achha pen de, duniya ka sab se achha pen, aur us ko aap istemal karein apne gamle ki mitti khodne ke liye,</w:t>
      </w:r>
      <w:r>
        <w:br/>
      </w:r>
      <w:r>
        <w:rPr>
          <w:sz w:val="20"/>
        </w:rPr>
        <w:t>5:47  toh kya hoga? aap us mitti toh khud jayegi, lekin woh pen ka under utilization hoga.</w:t>
      </w:r>
      <w:r>
        <w:br/>
      </w:r>
      <w:r>
        <w:rPr>
          <w:sz w:val="20"/>
        </w:rPr>
        <w:t>5:57  pen is liye banaya gaya hai ke aap apne apni soch ko paper par likh sakein.</w:t>
      </w:r>
      <w:r>
        <w:br/>
      </w:r>
      <w:r>
        <w:rPr>
          <w:sz w:val="20"/>
        </w:rPr>
        <w:t>6:10  kitni bari cheez hai ke insan sochta hai. mind ke level par jo insan ke andar soch aati hai, woh poori universe mein unique hai.</w:t>
      </w:r>
      <w:r>
        <w:br/>
      </w:r>
      <w:r>
        <w:rPr>
          <w:sz w:val="20"/>
        </w:rPr>
        <w:t>6:25  aap jante hain ke koi star, koi planet, koi sun, koi mountain, koi ocean, koi elephant, koi tiger, koi bhi insan ki tarah soch nahi sakta.</w:t>
      </w:r>
      <w:r>
        <w:br/>
      </w:r>
      <w:r>
        <w:rPr>
          <w:sz w:val="20"/>
        </w:rPr>
        <w:t>6:41  toh kitni bari unique cheez hai thinking, jo insan ko mili hui hai.</w:t>
      </w:r>
      <w:r>
        <w:br/>
      </w:r>
      <w:r>
        <w:rPr>
          <w:sz w:val="20"/>
        </w:rPr>
        <w:t>6:50  is thinking ko paper par muntaqil karna, is thinking ko paper par writing ki soorat mein dhalna, is ke liye pen banaya gaya hai.</w:t>
      </w:r>
      <w:r>
        <w:br/>
      </w:r>
      <w:r>
        <w:rPr>
          <w:sz w:val="20"/>
        </w:rPr>
        <w:t>7:03  yani sochna aur likhna, mein samajhta hoon ke poori universe mein ek anokha phenomenon hai. aisa phenomenon koi bhi nahi.</w:t>
      </w:r>
    </w:p>
    <w:p>
      <w:pPr>
        <w:pStyle w:val="Heading2"/>
      </w:pPr>
      <w:r>
        <w:t>Mission to deliver Quran in understandable language</w:t>
      </w:r>
    </w:p>
    <w:p>
      <w:r>
        <w:rPr>
          <w:color w:val="666666"/>
          <w:sz w:val="18"/>
        </w:rPr>
        <w:t>CPS Peace Conference 2019, Day 1. Session 2 (Remembrance of God) · 2m 14s · at 17:16 · https://youtu.be/MaqHmFTbIqk?t=1036</w:t>
      </w:r>
    </w:p>
    <w:p>
      <w:r>
        <w:rPr>
          <w:i/>
        </w:rPr>
        <w:t>“Aur dekhiye, hum aap jo humara jo mission hai, kya hai?”</w:t>
      </w:r>
    </w:p>
    <w:p>
      <w:r>
        <w:rPr>
          <w:sz w:val="20"/>
        </w:rPr>
        <w:t>17:16  aur dekhiye, hum aap jo hamara jo mission hai, kya hai? Allah ki kitab ko saare aalam tak pahunchana logon ki understandable language mein.</w:t>
      </w:r>
      <w:r>
        <w:br/>
      </w:r>
      <w:r>
        <w:rPr>
          <w:sz w:val="20"/>
        </w:rPr>
        <w:t>17:28  kyunke Quran mein hai ke "ma arsalna rasool illa bi lisan qawmi".</w:t>
      </w:r>
      <w:r>
        <w:br/>
      </w:r>
      <w:r>
        <w:rPr>
          <w:sz w:val="20"/>
        </w:rPr>
        <w:t>17:37  Logon ko apni, un ki apni zuban mein, yaani is ka matlab kya hai? Logon ki apni understandable language mein. Jitne rasool aaye, woh logon ki apni understandable language mein.</w:t>
      </w:r>
      <w:r>
        <w:br/>
      </w:r>
      <w:r>
        <w:rPr>
          <w:sz w:val="20"/>
        </w:rPr>
        <w:t>17:54  mein aap ko ek waqea batana chahta hoon ke abhi jo New Zealand mein jo waqea hua hai, to New Zealand mein woh sab logon ko maloom hai ke wahan par hamare ek saathi hain, un ke paas Quran tha, English translation.</w:t>
      </w:r>
      <w:r>
        <w:br/>
      </w:r>
      <w:r>
        <w:rPr>
          <w:sz w:val="20"/>
        </w:rPr>
        <w:t>18:11  to ek aadmi aata hai jo achi English jaanta tha, woh woh New Zealand ka bashinda. to us ko Quran diya gaya, us ne us ko padha to us ne bohat ajeeb o ghareeb baat kahi.</w:t>
      </w:r>
      <w:r>
        <w:br/>
      </w:r>
      <w:r>
        <w:rPr>
          <w:sz w:val="20"/>
        </w:rPr>
        <w:t>18:24  to us aadmi ne yahi baat kahi: "Yeh jo translation hai, maine bohat se translation padhe, yeh translation meri apni zuban mein hai, mein samajh sakta hoon, mere liye poori tarah woh understandable hai." to hamara mission kya hai?</w:t>
      </w:r>
      <w:r>
        <w:br/>
      </w:r>
      <w:r>
        <w:rPr>
          <w:sz w:val="20"/>
        </w:rPr>
        <w:t>18:40  logon ki understandable language mein Allah ki kitab ko pahunchana,</w:t>
      </w:r>
      <w:r>
        <w:br/>
      </w:r>
      <w:r>
        <w:rPr>
          <w:sz w:val="20"/>
        </w:rPr>
        <w:t>18:49  logon ki understandable language mein Allah ki kitab ko pahunchana. Yahan aise log maujood hain jo is mein apna waqt, apna paisa, sab kuch lagaye hue hain isi mission ke liye.</w:t>
      </w:r>
      <w:r>
        <w:br/>
      </w:r>
      <w:r>
        <w:rPr>
          <w:sz w:val="20"/>
        </w:rPr>
        <w:t>19:05  Yahan aise log maujood hain jo isi mein raat din busy hain, isi mein lage hue hain ke logon ki jo understandable language hai, us mein Quran ko tayyar kar rahe hain,</w:t>
      </w:r>
      <w:r>
        <w:br/>
      </w:r>
      <w:r>
        <w:rPr>
          <w:sz w:val="20"/>
        </w:rPr>
        <w:t>19:19  is ka tarjuma aur us ko saare dinon mein pahunchaen. Yahan mein yeh kehna chahta hoon ke yeh pahunchana bohat bari cheez hai, pahunchana khud bohat bari cheez hai.</w:t>
      </w:r>
    </w:p>
    <w:p>
      <w:pPr>
        <w:pStyle w:val="Heading2"/>
      </w:pPr>
      <w:r>
        <w:t>Quantum physics as greatest testimony to God</w:t>
      </w:r>
    </w:p>
    <w:p>
      <w:r>
        <w:rPr>
          <w:color w:val="666666"/>
          <w:sz w:val="18"/>
        </w:rPr>
        <w:t>Dars-e-Quran, Chapter 7 Verse 143 December 10, 2017 · 2m 10s · at 25:41 · https://youtu.be/O0OU7qnpEaY?t=1541</w:t>
      </w:r>
    </w:p>
    <w:p>
      <w:r>
        <w:rPr>
          <w:i/>
        </w:rPr>
        <w:t>“Main samajhta hoon ke jo ek hadees hai ke ek zamana aayega”</w:t>
      </w:r>
    </w:p>
    <w:p>
      <w:r>
        <w:rPr>
          <w:sz w:val="20"/>
        </w:rPr>
        <w:t>25:41  main samajhta hoon ke jo ek hadith hai ke ek zamana aayega jab ke</w:t>
      </w:r>
      <w:r>
        <w:br/>
      </w:r>
      <w:r>
        <w:rPr>
          <w:sz w:val="20"/>
        </w:rPr>
        <w:t>25:50  ek zamana aayega jab ke shahadat e azam ka, shahadat e azam ka dena mumkin ho jayega.</w:t>
      </w:r>
      <w:r>
        <w:br/>
      </w:r>
      <w:r>
        <w:rPr>
          <w:sz w:val="20"/>
        </w:rPr>
        <w:t>26:02  yani sab se sab se bari gawahi Allah ki, shahadat e azam ka lafz aaya hai hadith mein.</w:t>
      </w:r>
      <w:r>
        <w:br/>
      </w:r>
      <w:r>
        <w:rPr>
          <w:sz w:val="20"/>
        </w:rPr>
        <w:t>26:13  to main samajhta hoon mera jo guess hai woh yeh hai ke yahi shahadat e azam hai jo quantum theory ke zariye hamare samne aayi hai.</w:t>
      </w:r>
      <w:r>
        <w:br/>
      </w:r>
      <w:r>
        <w:rPr>
          <w:sz w:val="20"/>
        </w:rPr>
        <w:t>26:27  yani Hazrat Musa ke zamane mein yahi gawahi di gayi thi, lekin us waqt yeh cheez qulo ke darje mein thi, scientific shahadat ke darje mein nahi thi.</w:t>
      </w:r>
      <w:r>
        <w:br/>
      </w:r>
      <w:r>
        <w:rPr>
          <w:sz w:val="20"/>
        </w:rPr>
        <w:t>26:39  ab wahi cheez jo Hazrat Musa ke zamane mein Mount Sinai par ya Koh-e-Toor par</w:t>
      </w:r>
      <w:r>
        <w:br/>
      </w:r>
      <w:r>
        <w:rPr>
          <w:sz w:val="20"/>
        </w:rPr>
        <w:t>26:48  Hazrat Musa ke samne aayi thi, wahi aap scientific discovery ke taur par ya rational organ ke taur par, yani scientifically ek prop, ek sabit shuda haqeeqat ke taur par samne aa gayi hai.</w:t>
      </w:r>
      <w:r>
        <w:br/>
      </w:r>
      <w:r>
        <w:rPr>
          <w:sz w:val="20"/>
        </w:rPr>
        <w:t>27:08  to main samajhta hoon ke yahi shahadat e azam hai. ghaliban ilm e insani ki rooh se sab se bari shahadat yahi hai ke jo ilm e insani hai, jis ko hum kehte hain science,</w:t>
      </w:r>
      <w:r>
        <w:br/>
      </w:r>
      <w:r>
        <w:rPr>
          <w:sz w:val="20"/>
        </w:rPr>
        <w:t>27:23  jo sabit shuda ilm hai,</w:t>
      </w:r>
      <w:r>
        <w:br/>
      </w:r>
      <w:r>
        <w:rPr>
          <w:sz w:val="20"/>
        </w:rPr>
        <w:t>27:27  science logon ke nazdeek ek sabit shuda method, sabit shuda ilm ka naam hai. to science ke tareeqon par, science ke ka jo method hai, us tareeqe par jab Allah rab ul alameen ka existence sabit ho jaye to wahi to hai shahadat e azam.</w:t>
      </w:r>
    </w:p>
    <w:p>
      <w:pPr>
        <w:pStyle w:val="Heading2"/>
      </w:pPr>
      <w:r>
        <w:t>Colonial era and friend/enemy mindset</w:t>
      </w:r>
    </w:p>
    <w:p>
      <w:r>
        <w:rPr>
          <w:color w:val="666666"/>
          <w:sz w:val="18"/>
        </w:rPr>
        <w:t>The Purpose of Creation March 30, 2008 · 1m 24s · at 13:41 · https://youtu.be/y0vyz7VtfUU?t=821</w:t>
      </w:r>
    </w:p>
    <w:p>
      <w:r>
        <w:rPr>
          <w:i/>
        </w:rPr>
        <w:t>“Dekhiye, hazar saal ke baad 19th century mein aisa hua ke colonialism aaya.”</w:t>
      </w:r>
    </w:p>
    <w:p>
      <w:r>
        <w:rPr>
          <w:sz w:val="20"/>
        </w:rPr>
        <w:t>13:41  dekhiye, hazar saal ke baad 19 century mein aisa hua ke colonialism aaya, European nations ubhren modern technology se, modern science aur modern organization ke bill par.</w:t>
      </w:r>
      <w:r>
        <w:br/>
      </w:r>
      <w:r>
        <w:rPr>
          <w:sz w:val="20"/>
        </w:rPr>
        <w:t>13:57  woh Muslim empire ko unhon ne khatam kar diya.</w:t>
      </w:r>
      <w:r>
        <w:br/>
      </w:r>
      <w:r>
        <w:rPr>
          <w:sz w:val="20"/>
        </w:rPr>
        <w:t>14:04  ab ek naya zamana tha musalmanon ke upar. hakim aur mahkoom ka jo equation tha woh toot gaya. lekin unhon ne accept nahi kiya is ko.</w:t>
      </w:r>
      <w:r>
        <w:br/>
      </w:r>
      <w:r>
        <w:rPr>
          <w:sz w:val="20"/>
        </w:rPr>
        <w:t>14:13  to kya hua? ab un ki soch yeh bani ke friend aur enemy ka equation, matlab koi hamara dost hai, musalman jo hain woh hamare dost hain, Muslim community, baqi sab dushman hain.</w:t>
      </w:r>
      <w:r>
        <w:br/>
      </w:r>
      <w:r>
        <w:rPr>
          <w:sz w:val="20"/>
        </w:rPr>
        <w:t>14:28  yeh zehan itna barha, itna barha ke sari duniya hi musalmanon ko apna dushman dikhai dene lagi. yani yahood aur hanood, European aur American, yani sab ke sab, sab ke sab.</w:t>
      </w:r>
      <w:r>
        <w:br/>
      </w:r>
      <w:r>
        <w:rPr>
          <w:sz w:val="20"/>
        </w:rPr>
        <w:t>14:44  is cheez ka nuqsan kya hua? is cheez ka nuqsan yeh hua, dekhiye, jab bhi aap ke andar negative thought aaye to kya hota hai?</w:t>
      </w:r>
      <w:r>
        <w:br/>
      </w:r>
      <w:r>
        <w:rPr>
          <w:sz w:val="20"/>
        </w:rPr>
        <w:t>14:54  positive thinking khatam ho jati hai. aap jo opportunities hain un ko dekh nahi paate. negative mind kabhi bhi opportunities ko nahi dekh sakta.</w:t>
      </w:r>
    </w:p>
    <w:p>
      <w:pPr>
        <w:pStyle w:val="Heading2"/>
      </w:pPr>
      <w:r>
        <w:t>Hardship as universal test and opportunity for growth</w:t>
      </w:r>
    </w:p>
    <w:p>
      <w:r>
        <w:rPr>
          <w:color w:val="666666"/>
          <w:sz w:val="18"/>
        </w:rPr>
        <w:t>Why Is There Suffering In This World CPS Women Discussion 28 October 22, 2023 · 2m 38s · at 1:53 · https://youtu.be/jI_qeOhqK1A?t=113</w:t>
      </w:r>
    </w:p>
    <w:p>
      <w:r>
        <w:rPr>
          <w:i/>
        </w:rPr>
        <w:t>“कुरान chapter 90 verse four में बताया गया है”</w:t>
      </w:r>
    </w:p>
    <w:p>
      <w:r>
        <w:rPr>
          <w:sz w:val="20"/>
        </w:rPr>
        <w:t>1:53  haan Quran ki ek verse se shuru karti hoon. Quran ki main chapter 90 ki verse four mein bataya gaya hai ke insaan kisi haal mein apne aap ko mushkilon se azaad nahi kar pata.</w:t>
      </w:r>
      <w:r>
        <w:br/>
      </w:r>
      <w:r>
        <w:rPr>
          <w:sz w:val="20"/>
        </w:rPr>
        <w:t>2:09  to Maulana sahib ne usko explain karte hue likha hai ke duniya ka qanoon hai ke insaan ke upar museebat, pareshani, suffering aaye, aayegi aayegi. Is se koi apne aap ko bacha nahi sakta. To ab sawal yeh uthta hai ke mushkil museebat kyun aati hai? Kyun khuda ne insanon ke liye mushkil create karke rakha hai?</w:t>
      </w:r>
      <w:r>
        <w:br/>
      </w:r>
      <w:r>
        <w:rPr>
          <w:sz w:val="20"/>
        </w:rPr>
        <w:t>2:37  to Maulana sahib ne likha hai ke is duniya mein mushkil insaan ke liye bohat bari blessing hai. Khuda ne yeh khaas rehmat sirf insanon ke liye rakhi hai jo duniya mein aur kisi ke liye nahi hai. To museebat rehmat kyun hai? Museebat ko rehmat kaha gaya hai to yeh kyun hai?</w:t>
      </w:r>
      <w:r>
        <w:br/>
      </w:r>
      <w:r>
        <w:rPr>
          <w:sz w:val="20"/>
        </w:rPr>
        <w:t>3:05  to museebat ek mauka hai, ek opportunity hai insanon ke self development ke liye. Insanon ke andar khuda ne jo bohat ziyada potential yaani salahiyat di hai. Lekin yeh potential inactive hai aur jab museebat aur pareshani uske upar parti hai to woh jaag jati hai. Insaan ka dimagh awake ho jata hai.</w:t>
      </w:r>
      <w:r>
        <w:br/>
      </w:r>
      <w:r>
        <w:rPr>
          <w:sz w:val="20"/>
        </w:rPr>
        <w:t>3:34  usko nai nai baaten samajh aati hain. Apne helpless hone ka ehsaas hota hai. Phir woh khuda ki taraf lapakta hai, duaen karne lagta hai. Iski wajah se uska connection jo hai khuda se bohat gehra ho jata hai, bohat mazboot ho jata hai. Insaan ko ehsaas ho jata hai ke khuda hi dene wala hai. Dene se uske milta hai aur woh na de to hum. Nahi mil sakta hai.</w:t>
      </w:r>
      <w:r>
        <w:br/>
      </w:r>
      <w:r>
        <w:rPr>
          <w:sz w:val="20"/>
        </w:rPr>
        <w:t>4:00  yeh sab jab insaan jaan pata hai to uski marfat barhti hai.</w:t>
      </w:r>
      <w:r>
        <w:br/>
      </w:r>
      <w:r>
        <w:rPr>
          <w:sz w:val="20"/>
        </w:rPr>
        <w:t>4:05  woh khud ko bhi jaan pata hai aur zindagi ke woh kis tarah manage karna hai, yeh sab</w:t>
      </w:r>
      <w:r>
        <w:br/>
      </w:r>
      <w:r>
        <w:rPr>
          <w:sz w:val="20"/>
        </w:rPr>
        <w:t>4:10  woh jaan pata hai.</w:t>
      </w:r>
      <w:r>
        <w:br/>
      </w:r>
      <w:r>
        <w:rPr>
          <w:sz w:val="20"/>
        </w:rPr>
        <w:t>4:15  us se uski understanding banti hai.</w:t>
      </w:r>
      <w:r>
        <w:br/>
      </w:r>
      <w:r>
        <w:rPr>
          <w:sz w:val="20"/>
        </w:rPr>
        <w:t>4:20  jab khuda kisi se mohabbat karta hai khate se, tirmiji ki khate se ke jab koda kisi se</w:t>
      </w:r>
      <w:r>
        <w:br/>
      </w:r>
      <w:r>
        <w:rPr>
          <w:sz w:val="20"/>
        </w:rPr>
        <w:t>4:25  mohabbat karta hai to usko aazmaish mein dalta hai.</w:t>
      </w:r>
      <w:r>
        <w:br/>
      </w:r>
      <w:r>
        <w:rPr>
          <w:sz w:val="20"/>
        </w:rPr>
        <w:t>4:31  to har insaan ki tarah mein apni zindagi ko zara sa batana cha rahi thi ke meri zindagi mein bohat sari museebaten aai aur mein aksar sochti hoon ke woh tamam museebaten mere liye rehmat thi. Us waqt nahi samajh mein aata tha. Ab jo usko dekhti hoon peeche ki zindagi ko to mein bohat is par gaur karti hoon ke woh sab kuch mere liye rehmat thi. Kyun ke agar aisa na hota to mein bhatki hui ek insaan hoti.</w:t>
      </w:r>
    </w:p>
    <w:p>
      <w:pPr>
        <w:pStyle w:val="Heading2"/>
      </w:pPr>
      <w:r>
        <w:t>The inspired title God Arises and its journey</w:t>
      </w:r>
    </w:p>
    <w:p>
      <w:r>
        <w:rPr>
          <w:color w:val="666666"/>
          <w:sz w:val="18"/>
        </w:rPr>
        <w:t>Discovery of Paradise November 15, 2020 Maulana Wahiduddin Khan · 2m 45s · at 13:12 · https://youtu.be/Ig1kHk5K3zE?t=792</w:t>
      </w:r>
    </w:p>
    <w:p>
      <w:r>
        <w:rPr>
          <w:i/>
        </w:rPr>
        <w:t>“To ye main sochta hoon ke ek ilhaami title hai”</w:t>
      </w:r>
    </w:p>
    <w:p>
      <w:r>
        <w:rPr>
          <w:sz w:val="20"/>
        </w:rPr>
        <w:t>13:12  toh yeh mein sochta hoon ke ek ilhami title hai is is kitab ka jo pehle chapi Urdu mein,</w:t>
      </w:r>
      <w:r>
        <w:br/>
      </w:r>
      <w:r>
        <w:rPr>
          <w:sz w:val="20"/>
        </w:rPr>
        <w:t>13:30  Angrezi mein phir aur doosri zubanon mein. toh yeh jo kitab hai "God Arises", yeh ilhami title hai,</w:t>
      </w:r>
      <w:r>
        <w:br/>
      </w:r>
      <w:r>
        <w:rPr>
          <w:sz w:val="20"/>
        </w:rPr>
        <w:t>13:45  mera apna ehsas yahi hai.</w:t>
      </w:r>
      <w:r>
        <w:br/>
      </w:r>
      <w:r>
        <w:rPr>
          <w:sz w:val="20"/>
        </w:rPr>
        <w:t>13:52  aur isi kitab ka</w:t>
      </w:r>
      <w:r>
        <w:br/>
      </w:r>
      <w:r>
        <w:rPr>
          <w:sz w:val="20"/>
        </w:rPr>
        <w:t>13:58  hum ne likha tha Urdu edition</w:t>
      </w:r>
      <w:r>
        <w:br/>
      </w:r>
      <w:r>
        <w:rPr>
          <w:sz w:val="20"/>
        </w:rPr>
        <w:t>14:12  aur phir doctor zafar ul sham khan ne is kitab ko arabi zaban mein muntaqil kiya: "as salam yatahadai".</w:t>
      </w:r>
      <w:r>
        <w:br/>
      </w:r>
      <w:r>
        <w:rPr>
          <w:sz w:val="20"/>
        </w:rPr>
        <w:t>14:32  yeh kitab bohat hi,</w:t>
      </w:r>
      <w:r>
        <w:br/>
      </w:r>
      <w:r>
        <w:rPr>
          <w:sz w:val="20"/>
        </w:rPr>
        <w:t>14:42  bohat hi style zaban mein tayyar ki gayi, qahira mein.</w:t>
      </w:r>
      <w:r>
        <w:br/>
      </w:r>
      <w:r>
        <w:rPr>
          <w:sz w:val="20"/>
        </w:rPr>
        <w:t>14:54  to</w:t>
      </w:r>
      <w:r>
        <w:br/>
      </w:r>
      <w:r>
        <w:rPr>
          <w:sz w:val="20"/>
        </w:rPr>
        <w:t>15:05  yeh title hai "as salam wahdah", yeh qahira ke sheikh</w:t>
      </w:r>
      <w:r>
        <w:br/>
      </w:r>
      <w:r>
        <w:rPr>
          <w:sz w:val="20"/>
        </w:rPr>
        <w:t>15:17  ne tajweez ki thi.</w:t>
      </w:r>
      <w:r>
        <w:br/>
      </w:r>
      <w:r>
        <w:rPr>
          <w:sz w:val="20"/>
        </w:rPr>
        <w:t>15:22  kya naam tha un ka?</w:t>
      </w:r>
      <w:r>
        <w:br/>
      </w:r>
      <w:r>
        <w:rPr>
          <w:sz w:val="20"/>
        </w:rPr>
        <w:t>15:24  abdul lateef daraz hain. abdul saboor shaheen. abdul saboor shaheen? nahin, abdul lateef daraz.</w:t>
      </w:r>
      <w:r>
        <w:br/>
      </w:r>
      <w:r>
        <w:rPr>
          <w:sz w:val="20"/>
        </w:rPr>
        <w:t>15:34  haan, daraz. sheikh daraz.</w:t>
      </w:r>
      <w:r>
        <w:br/>
      </w:r>
      <w:r>
        <w:rPr>
          <w:sz w:val="20"/>
        </w:rPr>
        <w:t>15:39  to</w:t>
      </w:r>
      <w:r>
        <w:br/>
      </w:r>
      <w:r>
        <w:rPr>
          <w:sz w:val="20"/>
        </w:rPr>
        <w:t>15:45  mein sochta hoon ke mera maqsad zindagi yahi tha aur aaj tak bhi yahi hai.</w:t>
      </w:r>
    </w:p>
    <w:p>
      <w:pPr>
        <w:pStyle w:val="Heading2"/>
      </w:pPr>
      <w:r>
        <w:t>Quran proves paradise is earned only through patience</w:t>
      </w:r>
    </w:p>
    <w:p>
      <w:r>
        <w:rPr>
          <w:color w:val="666666"/>
          <w:sz w:val="18"/>
        </w:rPr>
        <w:t>Dars-e-Quran May 8, 2014 · 1m 29s · at 0:39 · https://youtu.be/2l7TWyWxK6k?t=39</w:t>
      </w:r>
    </w:p>
    <w:p>
      <w:r>
        <w:rPr>
          <w:i/>
        </w:rPr>
        <w:t>“Only those who showed patience will enter paradise”</w:t>
      </w:r>
    </w:p>
    <w:p>
      <w:r>
        <w:rPr>
          <w:sz w:val="20"/>
        </w:rPr>
        <w:t>0:39  is ke alfaaz yeh hain: "اولئك يزدان الغرفة بما صبروا"</w:t>
      </w:r>
      <w:r>
        <w:br/>
      </w:r>
      <w:r>
        <w:rPr>
          <w:sz w:val="20"/>
        </w:rPr>
        <w:t>0:51  "وَإِلَى قَوْنٍ فِيهَا تَحِيَّةٌ وَسَلَامٌ"</w:t>
      </w:r>
      <w:r>
        <w:br/>
      </w:r>
      <w:r>
        <w:rPr>
          <w:sz w:val="20"/>
        </w:rPr>
        <w:t>0:57  . yani is se maloom hota hai is ayat se ke jannat mein sirf woh log jayenge jinhone is dunya mein sabr ka suboot diya.</w:t>
      </w:r>
      <w:r>
        <w:br/>
      </w:r>
      <w:r>
        <w:rPr>
          <w:sz w:val="20"/>
        </w:rPr>
        <w:t>1:09  awlaika yazdan al-ghurfata bima sabaru.</w:t>
      </w:r>
      <w:r>
        <w:br/>
      </w:r>
      <w:r>
        <w:rPr>
          <w:sz w:val="20"/>
        </w:rPr>
        <w:t>1:17  is ka matlab kya hai? "Sub is the only price for paradise" .</w:t>
      </w:r>
      <w:r>
        <w:br/>
      </w:r>
      <w:r>
        <w:rPr>
          <w:sz w:val="20"/>
        </w:rPr>
        <w:t>1:25  koi aadmi agar eternal life mein paradise chahta hai to is ko sabar karna parega.</w:t>
      </w:r>
      <w:r>
        <w:br/>
      </w:r>
      <w:r>
        <w:rPr>
          <w:sz w:val="20"/>
        </w:rPr>
        <w:t>1:35  yeh impossible hai ke aadmi sabar ka, yani sabar ke test par poora na utre aur phir bhi is ko paradise mil jaye.</w:t>
      </w:r>
      <w:r>
        <w:br/>
      </w:r>
      <w:r>
        <w:rPr>
          <w:sz w:val="20"/>
        </w:rPr>
        <w:t>1:48  yeh impossible hai.</w:t>
      </w:r>
      <w:r>
        <w:br/>
      </w:r>
      <w:r>
        <w:rPr>
          <w:sz w:val="20"/>
        </w:rPr>
        <w:t>1:53  surah furqan ki ayat number 75 is baat ka, yani ek bohat bara saboot hai ke jannat milti hai sabar karne walon ko.</w:t>
      </w:r>
    </w:p>
    <w:p>
      <w:pPr>
        <w:pStyle w:val="Heading2"/>
      </w:pPr>
      <w:r>
        <w:t>Life always offers exactly two options</w:t>
      </w:r>
    </w:p>
    <w:p>
      <w:r>
        <w:rPr>
          <w:color w:val="666666"/>
          <w:sz w:val="18"/>
        </w:rPr>
        <w:t>Religio- Secular History of Mankind July 9, 2006 · 2m 14s · at 10:59 · https://youtu.be/gyk_g1h-w34?t=659</w:t>
      </w:r>
    </w:p>
    <w:p>
      <w:r>
        <w:rPr>
          <w:i/>
        </w:rPr>
        <w:t>“Hamara option peace ho sakta hai, violence nahi”</w:t>
      </w:r>
    </w:p>
    <w:p>
      <w:r>
        <w:rPr>
          <w:sz w:val="20"/>
        </w:rPr>
        <w:t>10:59  to hamara option peace ho sakta hai, hamara option violence nahi ho sakta, hamara option sach ho sakta hai, hamara option jhoot nahi ho sakta, hamara option honesty ho sakta hai, hamara option dishonesty nahi ho sakta hai.</w:t>
      </w:r>
      <w:r>
        <w:br/>
      </w:r>
      <w:r>
        <w:rPr>
          <w:sz w:val="20"/>
        </w:rPr>
        <w:t>11:16  to hamesha aadmi do options ke beech mein rehta hai. to ek hai forbidden tree, ek woh tree jo forbid nahi kiya gaya hai.</w:t>
      </w:r>
      <w:r>
        <w:br/>
      </w:r>
      <w:r>
        <w:rPr>
          <w:sz w:val="20"/>
        </w:rPr>
        <w:t>11:27  yeh do option hamesha hain. to aap is pear ka phal kha sakte hain jo forbid nahi kiya gaya hai, lekin forbidden tree ka phal nahi kha sakte.</w:t>
      </w:r>
      <w:r>
        <w:br/>
      </w:r>
      <w:r>
        <w:rPr>
          <w:sz w:val="20"/>
        </w:rPr>
        <w:t>11:36  aap yeh zindagi ke sare hi mamlat mein aisa hota hai, koi bhi aisi cheez nahi hai ke jahan yeh cheez junti na ho.</w:t>
      </w:r>
      <w:r>
        <w:br/>
      </w:r>
      <w:r>
        <w:rPr>
          <w:sz w:val="20"/>
        </w:rPr>
        <w:t>11:48  misalan aap ke paros mein koi hai to aap apne parosi ke liye problem creator nahi ban sakte. aap ko do option hain: ek to no problem parosi ban kar rehna,</w:t>
      </w:r>
      <w:r>
        <w:br/>
      </w:r>
      <w:r>
        <w:rPr>
          <w:sz w:val="20"/>
        </w:rPr>
        <w:t>12:03  ek hai problem create kar ke rehna. to aap ko yeh option nahi hai ke aap problem create karen. jaise hamare dilli ki sadkon par log gari daudate hain, har waqt horn bajate rehte hain.</w:t>
      </w:r>
      <w:r>
        <w:br/>
      </w:r>
      <w:r>
        <w:rPr>
          <w:sz w:val="20"/>
        </w:rPr>
        <w:t>12:18  to bina horn bajaye option hai aap ko ke aap road par apni car chalayen, lekin option yeh nahi hai aap ko ke noise pollution paida kar ke phir aap apni car sadak par daudayen.</w:t>
      </w:r>
      <w:r>
        <w:br/>
      </w:r>
      <w:r>
        <w:rPr>
          <w:sz w:val="20"/>
        </w:rPr>
        <w:t>12:35  to koi bhi cheez aap dijiye, har mamle mein do option rehta hai hamesha. to forbidden tree ek ek symbol symbol tha</w:t>
      </w:r>
      <w:r>
        <w:br/>
      </w:r>
      <w:r>
        <w:rPr>
          <w:sz w:val="20"/>
        </w:rPr>
        <w:t>12:45  is baat ka ke do qism ke tree is dunya mein rahen ge: ek hai jis ko jise rok diya gaya hai, ek woh jise nahi roka gaya hai.</w:t>
      </w:r>
      <w:r>
        <w:br/>
      </w:r>
      <w:r>
        <w:rPr>
          <w:sz w:val="20"/>
        </w:rPr>
        <w:t>12:55  to jo log forbidden tree ko touch karen ge, un ke liye hell hai, un ke liye punishment hai, aur jo log forbidden tree se door reh kar apni zindagi ko manage karen ge, un ke liye paradise hai.</w:t>
      </w:r>
    </w:p>
    <w:p>
      <w:pPr>
        <w:pStyle w:val="Heading2"/>
      </w:pPr>
      <w:r>
        <w:t>Accepting God's decree with contentment</w:t>
      </w:r>
    </w:p>
    <w:p>
      <w:r>
        <w:rPr>
          <w:color w:val="666666"/>
          <w:sz w:val="18"/>
        </w:rPr>
        <w:t>What is Lailat-ul-Qadr, October 01,  2007 · 2m 04s · at 13:58 · https://youtu.be/zHZSfxy2bKQ?t=838</w:t>
      </w:r>
    </w:p>
    <w:p>
      <w:r>
        <w:rPr>
          <w:i/>
        </w:rPr>
        <w:t>“لیلۃ القدر کیا ہے؟ تقدیر کی رات۔”</w:t>
      </w:r>
    </w:p>
    <w:p>
      <w:r>
        <w:rPr>
          <w:sz w:val="20"/>
        </w:rPr>
        <w:t>13:58  dar mein.</w:t>
      </w:r>
      <w:r>
        <w:br/>
      </w:r>
      <w:r>
        <w:rPr>
          <w:sz w:val="20"/>
        </w:rPr>
        <w:t>14:02  lailatul qadr kya hai? taqdeer ki raat.</w:t>
      </w:r>
      <w:r>
        <w:br/>
      </w:r>
      <w:r>
        <w:rPr>
          <w:sz w:val="20"/>
        </w:rPr>
        <w:t>14:06  yani night of destiny.</w:t>
      </w:r>
      <w:r>
        <w:br/>
      </w:r>
      <w:r>
        <w:rPr>
          <w:sz w:val="20"/>
        </w:rPr>
        <w:t>14:10  isko bhi samjhiye.</w:t>
      </w:r>
      <w:r>
        <w:br/>
      </w:r>
      <w:r>
        <w:rPr>
          <w:sz w:val="20"/>
        </w:rPr>
        <w:t>14:14  dekhiye, night of destiny jo hai, iska matlab kya hai? yeh aap hi ko address kar rahi</w:t>
      </w:r>
      <w:r>
        <w:br/>
      </w:r>
      <w:r>
        <w:rPr>
          <w:sz w:val="20"/>
        </w:rPr>
        <w:t>14:18  hai ayat, bahar ko nahi.</w:t>
      </w:r>
      <w:r>
        <w:br/>
      </w:r>
      <w:r>
        <w:rPr>
          <w:sz w:val="20"/>
        </w:rPr>
        <w:t>14:22  kisi bahar ki cheez ko nahi address kar rahi ayat, kisi bahar ki raat ko.</w:t>
      </w:r>
      <w:r>
        <w:br/>
      </w:r>
      <w:r>
        <w:rPr>
          <w:sz w:val="20"/>
        </w:rPr>
        <w:t>14:26  ek raat jo aap se bahar hai,</w:t>
      </w:r>
      <w:r>
        <w:br/>
      </w:r>
      <w:r>
        <w:rPr>
          <w:sz w:val="20"/>
        </w:rPr>
        <w:t>14:30  us ko address nahi kiya ja raha yahan.</w:t>
      </w:r>
      <w:r>
        <w:br/>
      </w:r>
      <w:r>
        <w:rPr>
          <w:sz w:val="20"/>
        </w:rPr>
        <w:t>14:34  khud aap ko address kiya ja raha hai.</w:t>
      </w:r>
      <w:r>
        <w:br/>
      </w:r>
      <w:r>
        <w:rPr>
          <w:sz w:val="20"/>
        </w:rPr>
        <w:t>14:38  woh kya? ke aap woh response de saken jis ka taqaza karti hai lailatul qadr.</w:t>
      </w:r>
      <w:r>
        <w:br/>
      </w:r>
      <w:r>
        <w:rPr>
          <w:sz w:val="20"/>
        </w:rPr>
        <w:t>14:43  yani Khuda ka faisla.</w:t>
      </w:r>
      <w:r>
        <w:br/>
      </w:r>
      <w:r>
        <w:rPr>
          <w:sz w:val="20"/>
        </w:rPr>
        <w:t>14:47  is ayat mein bataya gaya hai ke is raat khuda ke faisle hote hain.</w:t>
      </w:r>
      <w:r>
        <w:br/>
      </w:r>
      <w:r>
        <w:rPr>
          <w:sz w:val="20"/>
        </w:rPr>
        <w:t>14:51  ab faisle kya honge? faisle honge: kal mujhe koi bimari lag jaye.</w:t>
      </w:r>
      <w:r>
        <w:br/>
      </w:r>
      <w:r>
        <w:rPr>
          <w:sz w:val="20"/>
        </w:rPr>
        <w:t>14:55  kal mujhe mere maal mein koi</w:t>
      </w:r>
      <w:r>
        <w:br/>
      </w:r>
      <w:r>
        <w:rPr>
          <w:sz w:val="20"/>
        </w:rPr>
        <w:t>15:00  nuqsan ho jaye.</w:t>
      </w:r>
      <w:r>
        <w:br/>
      </w:r>
      <w:r>
        <w:rPr>
          <w:sz w:val="20"/>
        </w:rPr>
        <w:t>15:04  kal mera koi aziz, koi dost mar jaye.</w:t>
      </w:r>
      <w:r>
        <w:br/>
      </w:r>
      <w:r>
        <w:rPr>
          <w:sz w:val="20"/>
        </w:rPr>
        <w:t>15:09  hazaron qism ke waqiat ho sakte hain.</w:t>
      </w:r>
      <w:r>
        <w:br/>
      </w:r>
      <w:r>
        <w:rPr>
          <w:sz w:val="20"/>
        </w:rPr>
        <w:t>15:13  to main peshgi taur par yeh goya khuda se iqrar karoon ke khudaaya, main teri taqdeer par raazi hoon.</w:t>
      </w:r>
      <w:r>
        <w:br/>
      </w:r>
      <w:r>
        <w:rPr>
          <w:sz w:val="20"/>
        </w:rPr>
        <w:t>15:18  khudaaya, main tere faisle par raazi hoon.</w:t>
      </w:r>
      <w:r>
        <w:br/>
      </w:r>
      <w:r>
        <w:rPr>
          <w:sz w:val="20"/>
        </w:rPr>
        <w:t>15:22  khudaaya, main tere faisle par raazi hoon.</w:t>
      </w:r>
      <w:r>
        <w:br/>
      </w:r>
      <w:r>
        <w:rPr>
          <w:sz w:val="20"/>
        </w:rPr>
        <w:t>15:26  to yeh hai nafs al mutmainna ka maqam.</w:t>
      </w:r>
      <w:r>
        <w:br/>
      </w:r>
      <w:r>
        <w:rPr>
          <w:sz w:val="20"/>
        </w:rPr>
        <w:t>15:31  quran mein surah fajr mein bataya gaya hai ke jannat mein kaun jayenge? nafs al mutmainna.</w:t>
      </w:r>
      <w:r>
        <w:br/>
      </w:r>
      <w:r>
        <w:rPr>
          <w:sz w:val="20"/>
        </w:rPr>
        <w:t>15:35  mutmain nafs, mutmain insan.</w:t>
      </w:r>
      <w:r>
        <w:br/>
      </w:r>
      <w:r>
        <w:rPr>
          <w:sz w:val="20"/>
        </w:rPr>
        <w:t>15:40  yani mutmain kaun? jo raazi ho jane wala khuda ki har taqdeer par.</w:t>
      </w:r>
      <w:r>
        <w:br/>
      </w:r>
      <w:r>
        <w:rPr>
          <w:sz w:val="20"/>
        </w:rPr>
        <w:t>15:44  khuda ne agar aasani di to us par raazi.</w:t>
      </w:r>
      <w:r>
        <w:br/>
      </w:r>
      <w:r>
        <w:rPr>
          <w:sz w:val="20"/>
        </w:rPr>
        <w:t>15:49  mushkil diya to us par raazi.</w:t>
      </w:r>
      <w:r>
        <w:br/>
      </w:r>
      <w:r>
        <w:rPr>
          <w:sz w:val="20"/>
        </w:rPr>
        <w:t>15:53  ameeri diya to us par raazi.</w:t>
      </w:r>
      <w:r>
        <w:br/>
      </w:r>
      <w:r>
        <w:rPr>
          <w:sz w:val="20"/>
        </w:rPr>
        <w:t>15:58  ghareebi diya to us par raazi.</w:t>
      </w:r>
      <w:r>
        <w:br/>
      </w:r>
      <w:r>
        <w:rPr>
          <w:sz w:val="20"/>
        </w:rPr>
        <w:t>16:03  jo bhi Khuda ki taraf se aata hai, woh Khuda ke faisle ke tehat aata hai. Apne aap nahi aata. Is duniya mein koi bhi cheez apne aap nahi hoti hai. Lailatul Qadr ka yeh aqeedah jo bataya gaya is surah mein, yeh goya aap ko yaad dila raha hai ke dekho, is duniya mein jo kuch hota hai, woh Khuda ke faisle ke tehat hota hai. Aisa apne aap ult palt</w:t>
      </w:r>
    </w:p>
    <w:p>
      <w:pPr>
        <w:pStyle w:val="Heading2"/>
      </w:pPr>
      <w:r>
        <w:t>Kashmir's lost reputation as paradise on earth</w:t>
      </w:r>
    </w:p>
    <w:p>
      <w:r>
        <w:rPr>
          <w:color w:val="666666"/>
          <w:sz w:val="18"/>
        </w:rPr>
        <w:t>Kashmir, A Lesson September 14, 2014 · 1m 42s · at 1:55 · https://youtu.be/JQoYEj0Vntc?t=115</w:t>
      </w:r>
    </w:p>
    <w:p>
      <w:r>
        <w:rPr>
          <w:i/>
        </w:rPr>
        <w:t>“Kashmir was once called jannat nazeer, a paradise”</w:t>
      </w:r>
    </w:p>
    <w:p>
      <w:r>
        <w:rPr>
          <w:sz w:val="20"/>
        </w:rPr>
        <w:t>1:55  is mein bara sabaq hai. dekhiye, kaha jata hai ke sau saal se kashmir mein aisi koi tabahi nahi aayi thi.</w:t>
      </w:r>
      <w:r>
        <w:br/>
      </w:r>
      <w:r>
        <w:rPr>
          <w:sz w:val="20"/>
        </w:rPr>
        <w:t>2:10  aap jante hain ke kashmir ko kaha jata tha ke kashmir jannat nazeer, yani kashmir jannat ka namoona.</w:t>
      </w:r>
      <w:r>
        <w:br/>
      </w:r>
      <w:r>
        <w:rPr>
          <w:sz w:val="20"/>
        </w:rPr>
        <w:t>2:29  film companiyan kashmir mein ja kar ke shooting karti theen, wahan ki beauty itni zyada thi.</w:t>
      </w:r>
      <w:r>
        <w:br/>
      </w:r>
      <w:r>
        <w:rPr>
          <w:sz w:val="20"/>
        </w:rPr>
        <w:t>2:39  kaha jata hai ke mughal shehanshah jahangeer gaya tha kashmir, to jab us ne kashmir ke sar-sabz mahol ko dekha,</w:t>
      </w:r>
      <w:r>
        <w:br/>
      </w:r>
      <w:r>
        <w:rPr>
          <w:sz w:val="20"/>
        </w:rPr>
        <w:t>2:56  wahan ke nature ko dekha, to us ne kaha tha persian mein: «agar firdaus bar roo-e-zameen ast, hamin ast o hamin ast o hamin ast» .</w:t>
      </w:r>
      <w:r>
        <w:br/>
      </w:r>
      <w:r>
        <w:rPr>
          <w:sz w:val="20"/>
        </w:rPr>
        <w:t>3:13  lekin jannat agar dunya mein hai kahin to woh yahi kashmir hai.</w:t>
      </w:r>
      <w:r>
        <w:br/>
      </w:r>
      <w:r>
        <w:rPr>
          <w:sz w:val="20"/>
        </w:rPr>
        <w:t>3:19  wahan tourist aate the bohat zyada kashmir ki beauty ko dekhne ke liye.</w:t>
      </w:r>
      <w:r>
        <w:br/>
      </w:r>
      <w:r>
        <w:rPr>
          <w:sz w:val="20"/>
        </w:rPr>
        <w:t>3:28  lekin aaj kashmir tabahi ka alam bana hua hai.</w:t>
      </w:r>
    </w:p>
    <w:p>
      <w:pPr>
        <w:pStyle w:val="Heading2"/>
      </w:pPr>
      <w:r>
        <w:t>escalation from ignored warnings to sudden downfall</w:t>
      </w:r>
    </w:p>
    <w:p>
      <w:r>
        <w:rPr>
          <w:color w:val="666666"/>
          <w:sz w:val="18"/>
        </w:rPr>
        <w:t>The Quran 6 42-45 CPS Women Weekly Discussion March 16, 2025 #quran · 2m 03s · at 2:28 · https://youtu.be/mYePK_dupws?t=148</w:t>
      </w:r>
    </w:p>
    <w:p>
      <w:r>
        <w:rPr>
          <w:i/>
        </w:rPr>
        <w:t>“Aadmi ke saamne ek haqq aata hai aur usko nahi maanta”</w:t>
      </w:r>
    </w:p>
    <w:p>
      <w:r>
        <w:rPr>
          <w:sz w:val="20"/>
        </w:rPr>
        <w:t>2:28  Tafsir - Aadmi ke saamne ek haq aata hai aur usko nahi manta. To Allah usko fauran nahi pakadta, balki usko maali nuksan aur jismaani takleef ki surat mein kuch jhatke deta hai taaki uski sochne ki sadaiyat paidar ho aur vah apne ravaiye ke baare mein nazar aasani karen.</w:t>
      </w:r>
      <w:r>
        <w:br/>
      </w:r>
      <w:r>
        <w:rPr>
          <w:sz w:val="20"/>
        </w:rPr>
        <w:t>2:50  Zindagi ke hawadesh, mahaz hawadesh nahi, vah kuda ke bheje hue mahsus paidaamatr, mahsus paidaamatr jo isliye aate hain ki taaki raflat mein soe hue insaan ko jagayen. Magar aadmi aksar in cheezon se naseehat nahi leta.</w:t>
      </w:r>
      <w:r>
        <w:br/>
      </w:r>
      <w:r>
        <w:rPr>
          <w:sz w:val="20"/>
        </w:rPr>
        <w:t>3:09  Vah yeh kehkar apne ko mutmahi kar leta hai ki yeh to utaar chadhaav ke waaqyaat hain aur is pratham ke utaar chadhaav zindagi mein aate hi rehte is tarah har mauke par shaidan koi pushnuma tauji pesh karke aadmi ke zehan ko naseehat ke bajay vaklat ki taraf gher deta hai. Aadmi jab baar baar aisa karta hai to haq aur baaten aur sahi aur galat ke baare mein uske dil ke hassath khatm ho jata hai.</w:t>
      </w:r>
      <w:r>
        <w:br/>
      </w:r>
      <w:r>
        <w:rPr>
          <w:sz w:val="20"/>
        </w:rPr>
        <w:t>3:37  Vah asawat yaani behisi ka shikar hokar reh jata hai. Jab aadmi Khuda ki taraf se aai hui tambehaat ko nazarandaaz kar de, to uske baad uske baare mein Khuda ka andaaz badal jata hai. Ab uske liye Khuda ka faisla yeh hota hai ki us par aasaniyon aur kamyabiyon ki darwaze khol diye jaate hain. Us par khushhaali ki baarish ki jaaye.</w:t>
      </w:r>
      <w:r>
        <w:br/>
      </w:r>
      <w:r>
        <w:rPr>
          <w:sz w:val="20"/>
        </w:rPr>
        <w:t>4:04  Koi izzat aur makooliyat mein izafa kiya jaaye. Yeh darakeet ek saza hai jo isliye hoti hai taaki aati mudmahain hokar apni behisi ko aur badha len. Vah haq ko nazdaaz karne mein aur zyada heat ho jaaye aur is tarah kuda ka saza ka is tahakaat uske liye poori tarah saabit ho jaaye. Jab yeh maksad haasil ho jaaye to uske baad achaanak us par kuda ka zaar toot padta hai.</w:t>
      </w:r>
      <w:r>
        <w:br/>
      </w:r>
      <w:r>
        <w:rPr>
          <w:sz w:val="20"/>
        </w:rPr>
        <w:t>4:31  Uski duniyavi zindagi se mahroom karke aakhir ki adalat mein haazir kar diya jaata hai taaki uski sarkishi ki saza mein uske liye jamdun ka faisla ho. Yeh duniya kuda ki duniya hai. Yahan har qism ki badhai aur tareef ka haq sirf ek zaat ke liye hai. Isliye jab koi shakhs Khuda ki taraf se aaye hue haq ko nazarandaaz kar deta hai, to vah darasal Khuda ki naakadri karta hai.</w:t>
      </w:r>
    </w:p>
    <w:p>
      <w:pPr>
        <w:pStyle w:val="Heading2"/>
      </w:pPr>
      <w:r>
        <w:t>Temporary enjoyment as introduction to Paradise</w:t>
      </w:r>
    </w:p>
    <w:p>
      <w:r>
        <w:rPr>
          <w:color w:val="666666"/>
          <w:sz w:val="18"/>
        </w:rPr>
        <w:t>Art of Thinking May 7, 2006 Maulana Wahiduddin Khan · 2m 52s · at 19:07 · https://youtu.be/emWaKS55M_o?t=1147</w:t>
      </w:r>
    </w:p>
    <w:p>
      <w:r>
        <w:rPr>
          <w:i/>
        </w:rPr>
        <w:t>“Apne desir ko lekar aap sochiye”</w:t>
      </w:r>
    </w:p>
    <w:p>
      <w:r>
        <w:rPr>
          <w:sz w:val="20"/>
        </w:rPr>
        <w:t>19:07  lekin mein aap ko aik baat sochne ko kehna chahunga.</w:t>
      </w:r>
      <w:r>
        <w:br/>
      </w:r>
      <w:r>
        <w:rPr>
          <w:sz w:val="20"/>
        </w:rPr>
        <w:t>19:15  apne desire ko le kar aap sochiye. koi bhi desire jo aap ki ho maslan bohat acha khana.</w:t>
      </w:r>
      <w:r>
        <w:br/>
      </w:r>
      <w:r>
        <w:rPr>
          <w:sz w:val="20"/>
        </w:rPr>
        <w:t>19:24  ya aur koi cheez jo aap chahte hon, bohat achi.</w:t>
      </w:r>
      <w:r>
        <w:br/>
      </w:r>
      <w:r>
        <w:rPr>
          <w:sz w:val="20"/>
        </w:rPr>
        <w:t>19:30  aur woh cheez mil jaye aap ko. sab se bari jo kami hai woh yeh hai ke yeh cheezein jo aap apne desire ko poora karne ke liye hasil karte hain woh store nahi kar sakti.</w:t>
      </w:r>
      <w:r>
        <w:br/>
      </w:r>
      <w:r>
        <w:rPr>
          <w:sz w:val="20"/>
        </w:rPr>
        <w:t>19:47  maslan aap ne bohat acha khana khaya to khate hue aap ko is ka taste mila. lekin is ko aap store nahi kar lete ke kal parson narsoun tak bhi woh aap ko acha lagta rahe.</w:t>
      </w:r>
      <w:r>
        <w:br/>
      </w:r>
      <w:r>
        <w:rPr>
          <w:sz w:val="20"/>
        </w:rPr>
        <w:t>19:58  koi bhi cheez jisay aap enjoy karte hain, koi bhi cheez. xyz. aap sochiye ke jin cheezon se aap ne enjoy kiya kya woh store ho gayeen aap ke is mein?</w:t>
      </w:r>
      <w:r>
        <w:br/>
      </w:r>
      <w:r>
        <w:rPr>
          <w:sz w:val="20"/>
        </w:rPr>
        <w:t>20:10  aaj tak aap is ko is se lutf andoz ho rahe hain?</w:t>
      </w:r>
      <w:r>
        <w:br/>
      </w:r>
      <w:r>
        <w:rPr>
          <w:sz w:val="20"/>
        </w:rPr>
        <w:t>20:16  yani bohat hi temporary hota hai aap ka enjoyment. aap ki desire jo hai thori dair ke liye is se enjoy kar pati hain.</w:t>
      </w:r>
      <w:r>
        <w:br/>
      </w:r>
      <w:r>
        <w:rPr>
          <w:sz w:val="20"/>
        </w:rPr>
        <w:t>20:26  aur is ke baad khatam. yeh aik bohat bari sochne ki baat hai ke jin cheezon ko hum pasand karte hain, jisay hum enjoy karna chahte hain woh store nahi kar sakti.</w:t>
      </w:r>
      <w:r>
        <w:br/>
      </w:r>
      <w:r>
        <w:rPr>
          <w:sz w:val="20"/>
        </w:rPr>
        <w:t>20:41  to kyun hai yeh? woh kon sa tareeqa hai jis se hum is enjoyment ko permanent bana sakein? temporary enjoyment ko permanent bana sakein.</w:t>
      </w:r>
      <w:r>
        <w:br/>
      </w:r>
      <w:r>
        <w:rPr>
          <w:sz w:val="20"/>
        </w:rPr>
        <w:t>20:52  is ka kya method hai, kya formula hai is ka? yeh har aik ko sochna chahiye. kyun ke aap chahte hain ke eternally aap enjoy karein.</w:t>
      </w:r>
      <w:r>
        <w:br/>
      </w:r>
      <w:r>
        <w:rPr>
          <w:sz w:val="20"/>
        </w:rPr>
        <w:t>21:04  koi bhi aadmi aisa nahi chahega ke woh thori dair enjoy kare aur is ke baad khatam. lekin koi bhi cheez jo dunya mein aap hasil karte hain us ke sath yeh kami lagi hui hai ke woh store nahi hoti.</w:t>
      </w:r>
      <w:r>
        <w:br/>
      </w:r>
      <w:r>
        <w:rPr>
          <w:sz w:val="20"/>
        </w:rPr>
        <w:t>21:24  woh store nahi hoti. to mein yeh kahunga ke yeh aik clue hai. clue. is se le kar aap sochein ke kyun hamara enjoyment jo hai woh store nahi hota?</w:t>
      </w:r>
      <w:r>
        <w:br/>
      </w:r>
      <w:r>
        <w:rPr>
          <w:sz w:val="20"/>
        </w:rPr>
        <w:t>21:36  woh zakhira nahi banta?</w:t>
      </w:r>
      <w:r>
        <w:br/>
      </w:r>
      <w:r>
        <w:rPr>
          <w:sz w:val="20"/>
        </w:rPr>
        <w:t>21:41  is clue ko le kar aap sochein to aap aik haqeeqat tak pohnchenge. woh yeh ke dunya mein jo enjoyment rakha gaya hai hamare liye woh sirf introduction ke liye hai.</w:t>
      </w:r>
    </w:p>
    <w:p>
      <w:pPr>
        <w:pStyle w:val="Heading2"/>
      </w:pPr>
      <w:r>
        <w:t>hadith story of the last man to enter paradise</w:t>
      </w:r>
    </w:p>
    <w:p>
      <w:r>
        <w:rPr>
          <w:color w:val="666666"/>
          <w:sz w:val="18"/>
        </w:rPr>
        <w:t>The Message of Surah Al-Naba (1-20) –</w:t>
        <w:br/>
        <w:t>Preparing for the Day of Judgment (English) Dec 29, 2024 · 1m 47s · at 39:17 · https://youtu.be/E8lYDiaIhBg?t=2357</w:t>
      </w:r>
    </w:p>
    <w:p>
      <w:r>
        <w:rPr>
          <w:i/>
        </w:rPr>
        <w:t>“There will be one man standing alone on Judgment Day”</w:t>
      </w:r>
    </w:p>
    <w:p>
      <w:r>
        <w:rPr>
          <w:sz w:val="20"/>
        </w:rPr>
        <w:t>39:17  there is a hadith, when all the people will be judged, and people will go to paradise, or they will be deprived</w:t>
      </w:r>
      <w:r>
        <w:br/>
      </w:r>
      <w:r>
        <w:rPr>
          <w:sz w:val="20"/>
        </w:rPr>
        <w:t>39:26  . so there will be one man, who will be standing there, who will be standing there. he will have sort of draw, neither he can go to paradise, or he can go to hell.</w:t>
      </w:r>
      <w:r>
        <w:br/>
      </w:r>
      <w:r>
        <w:rPr>
          <w:sz w:val="20"/>
        </w:rPr>
        <w:t>39:37  so he is standing in the day of judgment alone, and then he says to god, oh my lord, you have not entered me into paradise, at least let me see a</w:t>
      </w:r>
      <w:r>
        <w:br/>
      </w:r>
      <w:r>
        <w:rPr>
          <w:sz w:val="20"/>
        </w:rPr>
        <w:t>39:52  t. ji so god will say, okay to the angels, take him around. so he will go and see all the paradise, and then he will come back.</w:t>
      </w:r>
      <w:r>
        <w:br/>
      </w:r>
      <w:r>
        <w:rPr>
          <w:sz w:val="20"/>
        </w:rPr>
        <w:t>40:04  then he will say to god, my lord, you have shown me the paradise, now please let me enter it. ya so god will say, oh my servant, dont ask me paradise.</w:t>
      </w:r>
      <w:r>
        <w:br/>
      </w:r>
      <w:r>
        <w:rPr>
          <w:sz w:val="20"/>
        </w:rPr>
        <w:t>40:18  the earth you are coming from, i will give the earth, and one more earth, i will give you two earths, ya which has america, and europe, and all those countries.</w:t>
      </w:r>
      <w:r>
        <w:br/>
      </w:r>
      <w:r>
        <w:rPr>
          <w:sz w:val="20"/>
        </w:rPr>
        <w:t>40:33  dont ask me paradise.</w:t>
      </w:r>
      <w:r>
        <w:br/>
      </w:r>
      <w:r>
        <w:rPr>
          <w:sz w:val="20"/>
        </w:rPr>
        <w:t>40:35  so the man will say, ya rabbi, la taj alni ashqa khalqik, my lord, do not make me the most unfortunate person of your creation.</w:t>
      </w:r>
      <w:r>
        <w:br/>
      </w:r>
      <w:r>
        <w:rPr>
          <w:sz w:val="20"/>
        </w:rPr>
        <w:t>40:50  so god will laugh at that. the hadith says, Allah azzawajal, god will laugh, and he will give permission to him for to go to the paradise.</w:t>
      </w:r>
    </w:p>
    <w:p>
      <w:pPr>
        <w:pStyle w:val="Heading2"/>
      </w:pPr>
      <w:r>
        <w:t>Quran verse on man-made corruption fulfilled by climate science</w:t>
      </w:r>
    </w:p>
    <w:p>
      <w:r>
        <w:rPr>
          <w:color w:val="666666"/>
          <w:sz w:val="18"/>
        </w:rPr>
        <w:t>Warning Signs of Doomsday February 4, 2007 · 1m 42s · at 27:06 · https://youtu.be/gU74yV1td-I?t=1626</w:t>
      </w:r>
    </w:p>
    <w:p>
      <w:r>
        <w:rPr>
          <w:i/>
        </w:rPr>
        <w:t>“Global warming is man-made — exactly yehi Quran mein hai”</w:t>
      </w:r>
    </w:p>
    <w:p>
      <w:r>
        <w:rPr>
          <w:sz w:val="20"/>
        </w:rPr>
        <w:t>27:06  to global warming is man made. exactly yahi Quran mein likha hua hai.</w:t>
      </w:r>
      <w:r>
        <w:br/>
      </w:r>
      <w:r>
        <w:rPr>
          <w:sz w:val="20"/>
        </w:rPr>
        <w:t>27:14  zahar al-fasad fi al-barr wa al-bahr ma kasabat an-nas</w:t>
      </w:r>
      <w:r>
        <w:br/>
      </w:r>
      <w:r>
        <w:rPr>
          <w:sz w:val="20"/>
        </w:rPr>
        <w:t>27:20  ab se chouda saal pehle jab ke koi soch bhi nahi sakta tha.</w:t>
      </w:r>
      <w:r>
        <w:br/>
      </w:r>
      <w:r>
        <w:rPr>
          <w:sz w:val="20"/>
        </w:rPr>
        <w:t>27:26  is ka matlab hai</w:t>
      </w:r>
      <w:r>
        <w:br/>
      </w:r>
      <w:r>
        <w:rPr>
          <w:sz w:val="20"/>
        </w:rPr>
        <w:t>27:30  ke man made corruption bima kasabat an-nas zahar al-fasad fi al-barr wa al-bahr bima kasabat an-nas bima kasabat an-nas yani man made.</w:t>
      </w:r>
      <w:r>
        <w:br/>
      </w:r>
      <w:r>
        <w:rPr>
          <w:sz w:val="20"/>
        </w:rPr>
        <w:t>27:48  Man-made corruption has spread in the land and the sea yeh likha hua hai Quran mein ke</w:t>
      </w:r>
      <w:r>
        <w:br/>
      </w:r>
      <w:r>
        <w:rPr>
          <w:sz w:val="20"/>
        </w:rPr>
        <w:t>27:58  samundar ka pani jo hai dangerous had tak barh raha hai. glacier pighal rahe hain. aur South Pole aur North Pole ki jo ice cap hai woh pighal rahi hai.</w:t>
      </w:r>
      <w:r>
        <w:br/>
      </w:r>
      <w:r>
        <w:rPr>
          <w:sz w:val="20"/>
        </w:rPr>
        <w:t>28:11  already barhta chala ja raha hai. kitne sare area doob jayenge aur kya hoga, kya hoga.</w:t>
      </w:r>
      <w:r>
        <w:br/>
      </w:r>
      <w:r>
        <w:rPr>
          <w:sz w:val="20"/>
        </w:rPr>
        <w:t>28:20  yahan mein aap ko yaad dilaoon</w:t>
      </w:r>
      <w:r>
        <w:br/>
      </w:r>
      <w:r>
        <w:rPr>
          <w:sz w:val="20"/>
        </w:rPr>
        <w:t>28:25  ke yeh duniya jis mein hum rehte hain, aap jante hain ke million billion years hai. aaj se nahi hai. billion years beet gaye is ko.</w:t>
      </w:r>
      <w:r>
        <w:br/>
      </w:r>
      <w:r>
        <w:rPr>
          <w:sz w:val="20"/>
        </w:rPr>
        <w:t>28:37  kaha jata hai ke thirteen billion saal pehle yeh kainat bani thi. yeh gas hai scientists ka. thirteen one three, thirteen billion saal</w:t>
      </w:r>
    </w:p>
    <w:p>
      <w:pPr>
        <w:pStyle w:val="Heading2"/>
      </w:pPr>
      <w:r>
        <w:t>Temporary phase of life like a journey</w:t>
      </w:r>
    </w:p>
    <w:p>
      <w:r>
        <w:rPr>
          <w:color w:val="666666"/>
          <w:sz w:val="18"/>
        </w:rPr>
        <w:t>The Concept of Death in Islam June 16, 2008 Maulana Wahiduddin Khan · 2m 04s · at 5:28 · https://youtu.be/cJZYpp3eP1Q?t=328</w:t>
      </w:r>
    </w:p>
    <w:p>
      <w:r>
        <w:rPr>
          <w:i/>
        </w:rPr>
        <w:t>“Ab aap sochiye ke ek aadmi agar safar kar raha hai”</w:t>
      </w:r>
    </w:p>
    <w:p>
      <w:r>
        <w:rPr>
          <w:sz w:val="20"/>
        </w:rPr>
        <w:t>5:28  ab aap sochiye ke ek aadmi agar safar kar raha hai, chahe bus se chal raha ho, car se, train se ya hawai jahaz se, to safar mein is ka kya haal hota hai?</w:t>
      </w:r>
      <w:r>
        <w:br/>
      </w:r>
      <w:r>
        <w:rPr>
          <w:sz w:val="20"/>
        </w:rPr>
        <w:t>5:42  safar ki halat mein jab woh hota hai to woh sab har cheez ko temporary samajhta hai.</w:t>
      </w:r>
      <w:r>
        <w:br/>
      </w:r>
      <w:r>
        <w:rPr>
          <w:sz w:val="20"/>
        </w:rPr>
        <w:t>5:53  jagah mili ya nahi mili,</w:t>
      </w:r>
      <w:r>
        <w:br/>
      </w:r>
      <w:r>
        <w:rPr>
          <w:sz w:val="20"/>
        </w:rPr>
        <w:t>5:58  khane ko theek se mila ya kam mila, aaram mila ya takleef mili, in sab ko woh ignore karta hai, sehta hai.</w:t>
      </w:r>
      <w:r>
        <w:br/>
      </w:r>
      <w:r>
        <w:rPr>
          <w:sz w:val="20"/>
        </w:rPr>
        <w:t>6:11  kyun? woh samajhta hai ke yeh kya hai? it is the temporary phase of my journey.</w:t>
      </w:r>
      <w:r>
        <w:br/>
      </w:r>
      <w:r>
        <w:rPr>
          <w:sz w:val="20"/>
        </w:rPr>
        <w:t>6:25  journey to bohat lambi hai, yeh to sirf ek temporary phase hai.</w:t>
      </w:r>
      <w:r>
        <w:br/>
      </w:r>
      <w:r>
        <w:rPr>
          <w:sz w:val="20"/>
        </w:rPr>
        <w:t>6:33  har musafir ka zehn yahi hota hai ke jab woh safar mein hota hai to woh apne safar ke is is muddat ko sirf ek temporary phase samajhta hai.</w:t>
      </w:r>
      <w:r>
        <w:br/>
      </w:r>
      <w:r>
        <w:rPr>
          <w:sz w:val="20"/>
        </w:rPr>
        <w:t>6:55  temporary phase samajhne ki wajah se har cheez ko woh</w:t>
      </w:r>
      <w:r>
        <w:br/>
      </w:r>
      <w:r>
        <w:rPr>
          <w:sz w:val="20"/>
        </w:rPr>
        <w:t>7:04  is tarah leta hai ke abhi thori der ke baad safar khatam ho jaye ga, is ke baad kuch nahi. mislan kuch saathi hote hain safar mein, woh bhi bas waqti hote hain,</w:t>
      </w:r>
      <w:r>
        <w:br/>
      </w:r>
      <w:r>
        <w:rPr>
          <w:sz w:val="20"/>
        </w:rPr>
        <w:t>7:19  koi life time ke saathi nahi hote, woh jo safar mein hote hain. to har cheez ko temporary samajh kar lena.</w:t>
      </w:r>
    </w:p>
    <w:p>
      <w:pPr>
        <w:pStyle w:val="Heading2"/>
      </w:pPr>
      <w:r>
        <w:t>Both fear and love of God essential</w:t>
      </w:r>
    </w:p>
    <w:p>
      <w:r>
        <w:rPr>
          <w:color w:val="666666"/>
          <w:sz w:val="18"/>
        </w:rPr>
        <w:t>Conversation with Maulana Wahiduddin Khan | October 01, 2017 · 2m 32s · at 2:12 · https://youtu.be/TmOYGd3rp2M?t=132</w:t>
      </w:r>
    </w:p>
    <w:p>
      <w:r>
        <w:rPr>
          <w:i/>
        </w:rPr>
        <w:t>“To main samajhta hoon ke ye dono hi matloob hain”</w:t>
      </w:r>
    </w:p>
    <w:p>
      <w:r>
        <w:rPr>
          <w:sz w:val="20"/>
        </w:rPr>
        <w:t>2:12  se.</w:t>
      </w:r>
      <w:r>
        <w:br/>
      </w:r>
      <w:r>
        <w:rPr>
          <w:sz w:val="20"/>
        </w:rPr>
        <w:t>2:22  to main samajhta hoon ke yeh dono hi matloob hain.</w:t>
      </w:r>
      <w:r>
        <w:br/>
      </w:r>
      <w:r>
        <w:rPr>
          <w:sz w:val="20"/>
        </w:rPr>
        <w:t>2:32  dono mein buniyadi farq yeh hai ke "walam yakhsha illallaha" us waqt zyada</w:t>
      </w:r>
      <w:r>
        <w:br/>
      </w:r>
      <w:r>
        <w:rPr>
          <w:sz w:val="20"/>
        </w:rPr>
        <w:t>2:42  ghor karata hai saamne, jab aap aakhirat ko sochein. Aakhirat ke maamle mein khashiyat ka pehlu ghalib hota hai, jaisa ke Sahaba ko hum dekhte hain. Khashiyat, yani qayamat mein jo jawab dehi hogi, accountability, us ko le kar Sahaba aksar khi</w:t>
      </w:r>
      <w:r>
        <w:br/>
      </w:r>
      <w:r>
        <w:rPr>
          <w:sz w:val="20"/>
        </w:rPr>
        <w:t>3:12  shiyat mein mubtala rehte thay. Aur jahan tak dunya ka ta'alluq hai, dunya mein jo insaan ka tajruba hota hai, woh sab ka sab mohabbat ilahi ka hota hai. Yeh jab main bol raha hoon, tab bhi mohabbat ilahi hai, kyun ke main</w:t>
      </w:r>
      <w:r>
        <w:br/>
      </w:r>
      <w:r>
        <w:rPr>
          <w:sz w:val="20"/>
        </w:rPr>
        <w:t>3:42  sochta hoon ke kaise main bol raha hoon, yeh nutq ki soch mere andar kaise aayi.</w:t>
      </w:r>
      <w:r>
        <w:br/>
      </w:r>
      <w:r>
        <w:rPr>
          <w:sz w:val="20"/>
        </w:rPr>
        <w:t>3:50  main dekh raha hoon, tab bhi main soch raha hoon ke kaise main dekh pata hoon.</w:t>
      </w:r>
      <w:r>
        <w:br/>
      </w:r>
      <w:r>
        <w:rPr>
          <w:sz w:val="20"/>
        </w:rPr>
        <w:t>3:57  main khata peeta hoon, tab bhi main sochta hoon ke kaise mera digestive system digest karta hai aur</w:t>
      </w:r>
      <w:r>
        <w:br/>
      </w:r>
      <w:r>
        <w:rPr>
          <w:sz w:val="20"/>
        </w:rPr>
        <w:t>4:05  kaise sara naz</w:t>
      </w:r>
      <w:r>
        <w:br/>
      </w:r>
      <w:r>
        <w:rPr>
          <w:sz w:val="20"/>
        </w:rPr>
        <w:t>4:12  am kaam karta hai.</w:t>
      </w:r>
      <w:r>
        <w:br/>
      </w:r>
      <w:r>
        <w:rPr>
          <w:sz w:val="20"/>
        </w:rPr>
        <w:t>4:21  to jahan tak love ka muamla hai, to har waqt aadmi ko iska tajurba hota rehta hai.</w:t>
      </w:r>
      <w:r>
        <w:br/>
      </w:r>
      <w:r>
        <w:rPr>
          <w:sz w:val="20"/>
        </w:rPr>
        <w:t>4:29  yani takhleeq ko le kar sochein, jo hum ko duniya mein milta hai, us ko le kar sochein hum.</w:t>
      </w:r>
      <w:r>
        <w:br/>
      </w:r>
      <w:r>
        <w:rPr>
          <w:sz w:val="20"/>
        </w:rPr>
        <w:t>4:37  to sab love ka item hai.</w:t>
      </w:r>
    </w:p>
    <w:p>
      <w:pPr>
        <w:pStyle w:val="Heading2"/>
      </w:pPr>
      <w:r>
        <w:t>Secular support and commercialization</w:t>
      </w:r>
    </w:p>
    <w:p>
      <w:r>
        <w:rPr>
          <w:color w:val="666666"/>
          <w:sz w:val="18"/>
        </w:rPr>
        <w:t>The Meaning of Ummat-i-Wasat Nov 25, 2018 · 2m 28s · at 6:25 · https://youtu.be/3POFfvXaFss?t=385</w:t>
      </w:r>
    </w:p>
    <w:p>
      <w:r>
        <w:rPr>
          <w:i/>
        </w:rPr>
        <w:t>“Fajir ke maani hain secular.”</w:t>
      </w:r>
    </w:p>
    <w:p>
      <w:r>
        <w:rPr>
          <w:sz w:val="20"/>
        </w:rPr>
        <w:t>6:25  beshak Allah taala zaroor is deen ki madad karega fajar aadmi ke zariye. haan, fajar ke ma'ne corrupt, corrupt nahi hai. fajar ke ma'ne corrupt nahi, fajar ke ma'ne hain secular.</w:t>
      </w:r>
      <w:r>
        <w:br/>
      </w:r>
      <w:r>
        <w:rPr>
          <w:sz w:val="20"/>
        </w:rPr>
        <w:t>6:40  yaani secular logon ke zariye bhi, yaani aam logon ke zariye bhi tum ko support faraham karega. support.</w:t>
      </w:r>
      <w:r>
        <w:br/>
      </w:r>
      <w:r>
        <w:rPr>
          <w:sz w:val="20"/>
        </w:rPr>
        <w:t>6:50  jaise dekhiye, main abhi ghar se chal kar yahan aaya, wheelchair par, to wheelchair kisne banayi?</w:t>
      </w:r>
      <w:r>
        <w:br/>
      </w:r>
      <w:r>
        <w:rPr>
          <w:sz w:val="20"/>
        </w:rPr>
        <w:t>6:59  secular logon ne. secular logon ne. main bol raha hoon, aap sun rahe hain, aur saari duniya mein meri awaaz pahunch rahi hai, potentially.</w:t>
      </w:r>
      <w:r>
        <w:br/>
      </w:r>
      <w:r>
        <w:rPr>
          <w:sz w:val="20"/>
        </w:rPr>
        <w:t>7:10  kaise ho rahi hai? secular logon ne yeh sab kiya. yaani Allah taala ne dekhiye, unki planning ko dekhiye, planning ko.</w:t>
      </w:r>
      <w:r>
        <w:br/>
      </w:r>
      <w:r>
        <w:rPr>
          <w:sz w:val="20"/>
        </w:rPr>
        <w:t>7:22  nature mein saari technology bhar di. saari technology, chahe hawai jahaz ho, ya communication ho, computer ho, koi bhi ho, hatta ke wheelchair ho, sab technology jo hai,</w:t>
      </w:r>
      <w:r>
        <w:br/>
      </w:r>
      <w:r>
        <w:rPr>
          <w:sz w:val="20"/>
        </w:rPr>
        <w:t>7:36  woh nature mein maujood maujood hai. phir Allah ne duniya mein commercialization ka daur laya. pehle zamane mein yeh hota tha ke maslan agar koi car banaye ya koi wheelchair banaye to woh badshah ke liye hoti thi.</w:t>
      </w:r>
      <w:r>
        <w:br/>
      </w:r>
      <w:r>
        <w:rPr>
          <w:sz w:val="20"/>
        </w:rPr>
        <w:t>7:56  badshah bade bade inaam o ikraam deta tha, uske liye hoti thi. to Quran ke nazool ke baad aaya daur commercialization.</w:t>
      </w:r>
      <w:r>
        <w:br/>
      </w:r>
      <w:r>
        <w:rPr>
          <w:sz w:val="20"/>
        </w:rPr>
        <w:t>8:07  ab har cheez jo hai, bazaar mein bikti hai, chahe hawai jahaz ho, ya wheelchair ho, ya camera ho, ya computer ho.</w:t>
      </w:r>
      <w:r>
        <w:br/>
      </w:r>
      <w:r>
        <w:rPr>
          <w:sz w:val="20"/>
        </w:rPr>
        <w:t>8:17  to saari duniya ko Allah taala ne dawat ke support par laga diya.</w:t>
      </w:r>
      <w:r>
        <w:br/>
      </w:r>
      <w:r>
        <w:rPr>
          <w:sz w:val="20"/>
        </w:rPr>
        <w:t>8:27  firishton se keh diya ke dekho, ummat-e-Muhammadi par hum ne yeh wazahat daali hai ke Allah ke paigham ko sadon ne pahunchana nahi.</w:t>
      </w:r>
      <w:r>
        <w:br/>
      </w:r>
      <w:r>
        <w:rPr>
          <w:sz w:val="20"/>
        </w:rPr>
        <w:t>8:36  lekin woh pahunchayein kaise? saari duniya ko unko support laga do. maslan dekhiye, Facebook ka tareeqa jo is zamane mein raaij hua hai, to Facebook ka tareeqa million billion logon tak aap ek jagah baithe hue pahuncha sakte hain.</w:t>
      </w:r>
    </w:p>
    <w:p>
      <w:pPr>
        <w:pStyle w:val="Heading2"/>
      </w:pPr>
      <w:r>
        <w:t>Who a true companion of the Prophet really is</w:t>
      </w:r>
    </w:p>
    <w:p>
      <w:r>
        <w:rPr>
          <w:color w:val="666666"/>
          <w:sz w:val="18"/>
        </w:rPr>
        <w:t>Prophetic Method November 18, 2013 · 1m 25s · at 30:00 · https://youtu.be/bGA92mdRq1g?t=1800</w:t>
      </w:r>
    </w:p>
    <w:p>
      <w:r>
        <w:rPr>
          <w:i/>
        </w:rPr>
        <w:t>“Sahabi ki asal tareef bilkul alag hai”</w:t>
      </w:r>
    </w:p>
    <w:p>
      <w:r>
        <w:rPr>
          <w:sz w:val="20"/>
        </w:rPr>
        <w:t>30:00  aam taur par yeh samjha jata hai, tareef ki jati hai sahabi ki ke jis ne rasool Allah ko halat iman mein dekha ho. yeh tareef bilkul galat hai. agar hai to is ko technical tareef keh sakte hain aap.</w:t>
      </w:r>
      <w:r>
        <w:br/>
      </w:r>
      <w:r>
        <w:rPr>
          <w:sz w:val="20"/>
        </w:rPr>
        <w:t>30:14  yani sahabi ki tareef yeh ki jati hai ke jis ne halat iman mein rasool Allah ko dekha to woh sahabi hai. agar yeh tareef hai to yeh bilkul technical tareef hai.</w:t>
      </w:r>
      <w:r>
        <w:br/>
      </w:r>
      <w:r>
        <w:rPr>
          <w:sz w:val="20"/>
        </w:rPr>
        <w:t>30:23  yeh bilkul qanooni tareef hai. haqeeqi tareef nahi hai. haqeeqi maano mein sahabi woh hai jis ne rasool Allah sal Allah alaihi wasallam se is is maani mein tarbiyat pai ho.</w:t>
      </w:r>
      <w:r>
        <w:br/>
      </w:r>
      <w:r>
        <w:rPr>
          <w:sz w:val="20"/>
        </w:rPr>
        <w:t>30:37  is maani mein maine arz kiya. to meri dua hai ke Allah taala mujh ko aur aap ko tofeeq de ke hum is nahaj ko pakrein aur marifat ke is course ko apne liye ikhtiyar karein.</w:t>
      </w:r>
      <w:r>
        <w:br/>
      </w:r>
      <w:r>
        <w:rPr>
          <w:sz w:val="20"/>
        </w:rPr>
        <w:t>30:56  assalam o alaikum wa rehmatullah.</w:t>
      </w:r>
    </w:p>
    <w:p>
      <w:pPr>
        <w:pStyle w:val="Heading2"/>
      </w:pPr>
      <w:r>
        <w:t>Prophet's forbearance despite persecution</w:t>
      </w:r>
    </w:p>
    <w:p>
      <w:r>
        <w:rPr>
          <w:color w:val="666666"/>
          <w:sz w:val="18"/>
        </w:rPr>
        <w:t>Love of God | Maulana Wahiduddin Khan |  4 October 2009 · 2m 33s · at 32:25 · https://youtu.be/dRR8aqMAVww?t=1945</w:t>
      </w:r>
    </w:p>
    <w:p>
      <w:r>
        <w:rPr>
          <w:i/>
        </w:rPr>
        <w:t>“Today after a long process we have religious tolerance.”</w:t>
      </w:r>
    </w:p>
    <w:p>
      <w:r>
        <w:rPr>
          <w:sz w:val="20"/>
        </w:rPr>
        <w:t>32:25  ya to mere mazhab maro, warna qatl kar doon ga tum ko. yaani religious intolerance. aaj to bohat lambe process ke baad humein is daur mein pohanch gaye hain jahan ke religious tolerance hai, religious freedom hai, yeh sab cheezen hain. to jab aap ne apna mission shuru kiya, us waqt shirk ghalib tha, sab log idol worshipper thay.</w:t>
      </w:r>
      <w:r>
        <w:br/>
      </w:r>
      <w:r>
        <w:rPr>
          <w:sz w:val="20"/>
        </w:rPr>
        <w:t>32:55  aap ne tauheed ki baat kahi to sab aap ke mukhalif ho gaye, mukhalif ho gaye. yaani aap ke khilaf hate propaganda chalaya, hate propaganda. aap ko muzammam kaha. rasool Allah ka naam tha Muhammad. Muhammad maani hai parhez vardi. un ko kaha ke nahi, muzammam, muzammam maani hai condemned person.</w:t>
      </w:r>
      <w:r>
        <w:br/>
      </w:r>
      <w:r>
        <w:rPr>
          <w:sz w:val="20"/>
        </w:rPr>
        <w:t>33:27  yaani super, yeh super gustakhi thi. lekin rasool Allah ne is par kuch un ko nahi kaha, siwaye dua dene ke. phir dekhiye, Kaaba jo tha, Hazrat Ibrahim ne banaya tha, mushrik logon ne nahi banaya tha. to Kaaba jo tha, woh tauheed ka ghar tha, Allah ki ibadat karne ke liye banaya gaya tha. woh to rasool Allah jatay thay wahan namaz parhne ke liye, aur aap ke sahaba to woh log wahan marte thay, bhagate thay.</w:t>
      </w:r>
      <w:r>
        <w:br/>
      </w:r>
      <w:r>
        <w:rPr>
          <w:sz w:val="20"/>
        </w:rPr>
        <w:t>33:58  Quran mein likha hua hai, aur ayat allazi abda sallu, aur ayat allazi abda sallu. dekho in logon ko ke Kaaba jo banaya gaya tha, isi liye Allah ki ibadat ke liye wahan yeh log rokte hain. Kaaba but to rakhe hi rakhe thay wahan par, aur wahan ibadat nahi karne dete thay. aik martaba</w:t>
      </w:r>
      <w:r>
        <w:br/>
      </w:r>
      <w:r>
        <w:rPr>
          <w:sz w:val="20"/>
        </w:rPr>
        <w:t>34:28  Hazrat Abu Bakr wahan gaye, wahan namaz parhe hue thay, itna mara ke sab chehra phool gaya, pehchan nahi aata tha ke kaun hai yeh aadmi. khud rasool Allah ke sath bura sulook kiya. yaani sirf Kaaba pe namaz parhne par. phir dekhiye, aap ko itna sataya, itna sataya ke aap ko Makkah chhod kar Madinah jana pada. phir aap ke khilaf ladai chhed di,</w:t>
      </w:r>
    </w:p>
    <w:p>
      <w:pPr>
        <w:pStyle w:val="Heading2"/>
      </w:pPr>
      <w:r>
        <w:t>Prophet's model: deliver message, not protest</w:t>
      </w:r>
    </w:p>
    <w:p>
      <w:r>
        <w:rPr>
          <w:color w:val="666666"/>
          <w:sz w:val="18"/>
        </w:rPr>
        <w:t>Freedom of Expression in Islam | 30th Sep  2012 · 2m 13s · at 47:06 · https://youtu.be/UCG6uWyvK6Q?t=2826</w:t>
      </w:r>
    </w:p>
    <w:p>
      <w:r>
        <w:rPr>
          <w:i/>
        </w:rPr>
        <w:t>“Jo Rasulullah ko agar aap model maanein”</w:t>
      </w:r>
    </w:p>
    <w:p>
      <w:r>
        <w:rPr>
          <w:sz w:val="20"/>
        </w:rPr>
        <w:t>47:06  to jo Rasool Allah Sal Allahu Alaihi Wasallam ko agar aap model manen, yeh model Rasool Allah Sal Allahu Alaihi Wasallam ka. kyunke jab aap Rasool Allah Sal Allahu Alaihi Wasallam ko apne fakhr manen, fakhr to phir aap ko kuch karna nahi rehta siwaye is ke ke yaani jo jis se lage ke jo aap ki nazar mein gustakhi jis ne ki hai, bas us ko manne ke liye khade ho jayenge. aap yeh mizaj banega. to main kah</w:t>
      </w:r>
      <w:r>
        <w:br/>
      </w:r>
      <w:r>
        <w:rPr>
          <w:sz w:val="20"/>
        </w:rPr>
        <w:t>47:36  unga ke aap log khud is ko samjhen aur doosron ko ja kar ja kar batayen ke yeh shor o gul, yeh hungama, is ka Islam se koi ta'alluq nahi hai. Islam ek dawati mazhab hai, Islam ek ek message Islam ke paas hai, us ko use pahunchana hai aur har surat mein pahunchana hai. is ko jahan tak punishment ki baat hai, woh Allah ka mamla hai.</w:t>
      </w:r>
      <w:r>
        <w:br/>
      </w:r>
      <w:r>
        <w:rPr>
          <w:sz w:val="20"/>
        </w:rPr>
        <w:t>48:08  det is det is god domain. quran mein saaf saaf yeh hai: "in lastu alaihim bimusaitarin". musaitar ka matlab ke darogha, ke tum un ke oopar darogha nahi ho. tumhara kaam faraghi karna nahi hai, tumhara kaam pohanchana hai. to yeh woh kaam kar rahe hain jo quran mein mana kiya gaya hai: "in lastu alaihim bimusaitar</w:t>
      </w:r>
      <w:r>
        <w:br/>
      </w:r>
      <w:r>
        <w:rPr>
          <w:sz w:val="20"/>
        </w:rPr>
        <w:t>48:38  in". tumhara kaam faraghi karna nahi hai, tumhara kaam logon ko maarna peetna nahi hai, tumhara kaam hai baat ko pohanchana.</w:t>
      </w:r>
    </w:p>
    <w:p>
      <w:pPr>
        <w:pStyle w:val="Heading2"/>
      </w:pPr>
      <w:r>
        <w:t>Minimum worship versus the deeper worship of Ihsan</w:t>
      </w:r>
    </w:p>
    <w:p>
      <w:r>
        <w:rPr>
          <w:color w:val="666666"/>
          <w:sz w:val="18"/>
        </w:rPr>
        <w:t>Love of God 19 Sept 2021 - Prof. Farida Khanam · 2m 02s · at 28:58 · https://youtu.be/mpGeGz_Cfrw?t=1738</w:t>
      </w:r>
    </w:p>
    <w:p>
      <w:r>
        <w:rPr>
          <w:i/>
        </w:rPr>
        <w:t>“Namaz, roza, hajj, zakat — samajh lijiye woh minimum qualification hai”</w:t>
      </w:r>
    </w:p>
    <w:p>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p>
    <w:p>
      <w:pPr>
        <w:pStyle w:val="Heading2"/>
      </w:pPr>
      <w:r>
        <w:t>Proud father forgets to thank God for his son</w:t>
      </w:r>
    </w:p>
    <w:p>
      <w:r>
        <w:rPr>
          <w:color w:val="666666"/>
          <w:sz w:val="18"/>
        </w:rPr>
        <w:t>Islam in Daily Life December 26, 2010 · 1m 28s · at 54:23 · https://youtu.be/H0VYpUX3q3Q?t=3263</w:t>
      </w:r>
    </w:p>
    <w:p>
      <w:r>
        <w:rPr>
          <w:i/>
        </w:rPr>
        <w:t>“Ek bacha ghar se nikla, khoobsurat aur tandurust”</w:t>
      </w:r>
    </w:p>
    <w:p>
      <w:r>
        <w:rPr>
          <w:sz w:val="20"/>
        </w:rPr>
        <w:t>54:23  ek baar to mein ek sahib ke haan gaya to unka itna bada bachha tha ghar ke andar se nikla bohat acha khoobsurat tandrust tha woh ab dekh ho rahe hain ho rahe hain ho rahe hain.</w:t>
      </w:r>
      <w:r>
        <w:br/>
      </w:r>
      <w:r>
        <w:rPr>
          <w:sz w:val="20"/>
        </w:rPr>
        <w:t>54:37  woh keh mein rone laga</w:t>
      </w:r>
      <w:r>
        <w:br/>
      </w:r>
      <w:r>
        <w:rPr>
          <w:sz w:val="20"/>
        </w:rPr>
        <w:t>54:40  yeh insaan kaisa insaan hai woh woh beta tu woh kisne diya hai tum ne paida kiya hai beta tu aapas sochte ho ke tum ne shadi ki ho ek khatoon se aur beta paida ho gaya woh khuda uska khaliq hai is bachay ka khaliq khuda hai</w:t>
      </w:r>
      <w:r>
        <w:br/>
      </w:r>
      <w:r>
        <w:rPr>
          <w:sz w:val="20"/>
        </w:rPr>
        <w:t>55:02  koi shukar nahi is insaan ki zuban mein koi shukar nahi ke khuda ya tu kitna azeem hai ki sa beta mujhe de diya bas khud</w:t>
      </w:r>
      <w:r>
        <w:br/>
      </w:r>
      <w:r>
        <w:rPr>
          <w:sz w:val="20"/>
        </w:rPr>
        <w:t>55:15  betay ko dekh dekh khush ho rahe hain ke mera beta itna acha hai yeh sab andha pan hai yaqeen kijiye andha pan hai yeh ke jo cheez di hai khuda ne usko tum apni apna kamal samajhte ho</w:t>
      </w:r>
      <w:r>
        <w:br/>
      </w:r>
      <w:r>
        <w:rPr>
          <w:sz w:val="20"/>
        </w:rPr>
        <w:t>55:27  mera beta</w:t>
      </w:r>
      <w:r>
        <w:br/>
      </w:r>
      <w:r>
        <w:rPr>
          <w:sz w:val="20"/>
        </w:rPr>
        <w:t>55:33  tu yeh sab ka haal hai chahe beta ho chahe ghar ho chahe bank balance ho chahe job ho chahe business ho kahin bhi aap jaiye koi khuda ko acknowledge karne wala nahi milega</w:t>
      </w:r>
    </w:p>
    <w:p>
      <w:pPr>
        <w:pStyle w:val="Heading2"/>
      </w:pPr>
      <w:r>
        <w:t>Using prophets as reference in prayer</w:t>
      </w:r>
    </w:p>
    <w:p>
      <w:r>
        <w:rPr>
          <w:color w:val="666666"/>
          <w:sz w:val="18"/>
        </w:rPr>
        <w:t>Help of God 17 Aug, 2019 - Maulana Wahiduddin Khan · 2m 51s · at 3:59 · https://youtu.be/AByIK_dLe0Q?t=239</w:t>
      </w:r>
    </w:p>
    <w:p>
      <w:r>
        <w:rPr>
          <w:i/>
        </w:rPr>
        <w:t>“Dua ka sab se acha tareeqa woh hai”</w:t>
      </w:r>
    </w:p>
    <w:p>
      <w:r>
        <w:rPr>
          <w:sz w:val="20"/>
        </w:rPr>
        <w:t>3:59  to is par sochte hue mere samne aaya ke yeh waqea jo hai is liye hai ke doosre insano ke liye woh point of reference ban rahe hain</w:t>
      </w:r>
      <w:r>
        <w:br/>
      </w:r>
      <w:r>
        <w:rPr>
          <w:sz w:val="20"/>
        </w:rPr>
        <w:t>4:19  dua ke liye. kyunke dekhiye, dua ka sab se acha, sab se achi dua woh hai jo aise alfaaz mein ki jaye jo Allah ki rehmat ko invoke karne wala ho.</w:t>
      </w:r>
      <w:r>
        <w:br/>
      </w:r>
      <w:r>
        <w:rPr>
          <w:sz w:val="20"/>
        </w:rPr>
        <w:t>4:43  Allah ki rehmat ko invoke karne wala ho.</w:t>
      </w:r>
      <w:r>
        <w:br/>
      </w:r>
      <w:r>
        <w:rPr>
          <w:sz w:val="20"/>
        </w:rPr>
        <w:t>4:53  to is ka matlab yeh hua ke aap ko koi</w:t>
      </w:r>
      <w:r>
        <w:br/>
      </w:r>
      <w:r>
        <w:rPr>
          <w:sz w:val="20"/>
        </w:rPr>
        <w:t>5:01  health problem ho</w:t>
      </w:r>
      <w:r>
        <w:br/>
      </w:r>
      <w:r>
        <w:rPr>
          <w:sz w:val="20"/>
        </w:rPr>
        <w:t>5:07  to aap yaad karein is is aayat ko aur phir</w:t>
      </w:r>
      <w:r>
        <w:br/>
      </w:r>
      <w:r>
        <w:rPr>
          <w:sz w:val="20"/>
        </w:rPr>
        <w:t>5:16  aise alfaaz mein dua karein</w:t>
      </w:r>
      <w:r>
        <w:br/>
      </w:r>
      <w:r>
        <w:rPr>
          <w:sz w:val="20"/>
        </w:rPr>
        <w:t>5:20  is is aayat ke reference mein jo Allah ki rehmat ko invoke karne wala ho. Maslan dekhiye, agar aap yeh dua karein</w:t>
      </w:r>
      <w:r>
        <w:br/>
      </w:r>
      <w:r>
        <w:rPr>
          <w:sz w:val="20"/>
        </w:rPr>
        <w:t>5:38  ke khudaaya Quran ki gawahi ke mutabiq tu Ibrahim ka doctor ban gaya,</w:t>
      </w:r>
      <w:r>
        <w:br/>
      </w:r>
      <w:r>
        <w:rPr>
          <w:sz w:val="20"/>
        </w:rPr>
        <w:t>5:51  yeh Quran ki gawahi hai.</w:t>
      </w:r>
      <w:r>
        <w:br/>
      </w:r>
      <w:r>
        <w:rPr>
          <w:sz w:val="20"/>
        </w:rPr>
        <w:t>5:57  to aap yeh kahein ke khudaaya main bhi, main bhi to tera banda hoon,</w:t>
      </w:r>
      <w:r>
        <w:br/>
      </w:r>
      <w:r>
        <w:rPr>
          <w:sz w:val="20"/>
        </w:rPr>
        <w:t>6:08  kya tu mujhko single out kar sakta hai? Kya teri rehmat aisa kar sakti hai ke woh mujhko single out de de? Phir jo Ibrahim ko de aur mujhko na de?</w:t>
      </w:r>
      <w:r>
        <w:br/>
      </w:r>
      <w:r>
        <w:rPr>
          <w:sz w:val="20"/>
        </w:rPr>
        <w:t>6:25  Ibrahim ko de aur mujhko na de to khudaaya teri shaan rehmi ke khilaaf hai.</w:t>
      </w:r>
      <w:r>
        <w:br/>
      </w:r>
      <w:r>
        <w:rPr>
          <w:sz w:val="20"/>
        </w:rPr>
        <w:t>6:37  Isi ko main keh raha hoon ke Allah ki rehmat ko invoke karne wale andaaz mein dua karna.</w:t>
      </w:r>
    </w:p>
    <w:p>
      <w:pPr>
        <w:pStyle w:val="Heading2"/>
      </w:pPr>
      <w:r>
        <w:t>true relationship with other humans is caller and called</w:t>
      </w:r>
    </w:p>
    <w:p>
      <w:r>
        <w:rPr>
          <w:color w:val="666666"/>
          <w:sz w:val="18"/>
        </w:rPr>
        <w:t>Road to God July 25, 2010 Maulana Wahiduddin Khan · 2m 49s · at 37:07 · https://youtu.be/1kLAQHcFaFk?t=2227</w:t>
      </w:r>
    </w:p>
    <w:p>
      <w:r>
        <w:rPr>
          <w:i/>
        </w:rPr>
        <w:t>“My relationship with other humans, misunderstood for centuries”</w:t>
      </w:r>
    </w:p>
    <w:p>
      <w:r>
        <w:rPr>
          <w:sz w:val="20"/>
        </w:rPr>
        <w:t>37:07  aise hi dekhiye, ek bohat hi bari baat jis se poora hazaar saal ke musalman be khabar thay, woh kya hai?</w:t>
      </w:r>
      <w:r>
        <w:br/>
      </w:r>
      <w:r>
        <w:rPr>
          <w:sz w:val="20"/>
        </w:rPr>
        <w:t>37:18  hamare aur doosre insan ka kya talluq hai?</w:t>
      </w:r>
      <w:r>
        <w:br/>
      </w:r>
      <w:r>
        <w:rPr>
          <w:sz w:val="20"/>
        </w:rPr>
        <w:t>37:24  woh talluq dekhiye, yeh nahin ke hum afzal qaum hain, woh ghair afzal qaum hain.</w:t>
      </w:r>
      <w:r>
        <w:br/>
      </w:r>
      <w:r>
        <w:rPr>
          <w:sz w:val="20"/>
        </w:rPr>
        <w:t>37:31  yeh nahin hai.</w:t>
      </w:r>
      <w:r>
        <w:br/>
      </w:r>
      <w:r>
        <w:rPr>
          <w:sz w:val="20"/>
        </w:rPr>
        <w:t>37:36  woh bhatke hue log hain, hum sachai walay log hain. woh hai shahad quran mein "wa shahi wa mashhood".</w:t>
      </w:r>
      <w:r>
        <w:br/>
      </w:r>
      <w:r>
        <w:rPr>
          <w:sz w:val="20"/>
        </w:rPr>
        <w:t>37:46  isi ko main kehta hoon daai mad'u. yaani shahi mad'u, shahi mashhood ka, shahi mashhood ka talluq. yaani daai mad'u ka talluq. yaani muslim jo hain, woh daai hain.</w:t>
      </w:r>
      <w:r>
        <w:br/>
      </w:r>
      <w:r>
        <w:rPr>
          <w:sz w:val="20"/>
        </w:rPr>
        <w:t>37:57  baqi saari duniya mad'u hai.</w:t>
      </w:r>
      <w:r>
        <w:br/>
      </w:r>
      <w:r>
        <w:rPr>
          <w:sz w:val="20"/>
        </w:rPr>
        <w:t>38:00  yeh daai mad'u ka relationship hai. poori history mein kisi ko pata nahin is ka. yaani sahaba ke baad yeh to quran mein maujood tha, lekin yeh abhi yaani ghayab ho gaya.</w:t>
      </w:r>
      <w:r>
        <w:br/>
      </w:r>
      <w:r>
        <w:rPr>
          <w:sz w:val="20"/>
        </w:rPr>
        <w:t>38:17  hazaar saal se logon ko is se be khabar thay ke hamara aur doosre insaanon ka jo talluq hai, woh talluq hai shahi mashhood ka ya daai mad'u ka talluq.</w:t>
      </w:r>
      <w:r>
        <w:br/>
      </w:r>
      <w:r>
        <w:rPr>
          <w:sz w:val="20"/>
        </w:rPr>
        <w:t>38:28  is se kya hota hai? dekhiye, jab aap ne koi daai samjhein, doosre insaanon ke liye kya hoga? aap khair khwah banenge, un ke hamdard banenge, un ko jahannum se bachane ki fikr karenge,</w:t>
      </w:r>
      <w:r>
        <w:br/>
      </w:r>
      <w:r>
        <w:rPr>
          <w:sz w:val="20"/>
        </w:rPr>
        <w:t>38:45  un ke liye dua'ein karenge, un par aap ko reham aayega.</w:t>
      </w:r>
      <w:r>
        <w:br/>
      </w:r>
      <w:r>
        <w:rPr>
          <w:sz w:val="20"/>
        </w:rPr>
        <w:t>38:52  yaani aap ke positive jazbaat un ke liye honge.</w:t>
      </w:r>
      <w:r>
        <w:br/>
      </w:r>
      <w:r>
        <w:rPr>
          <w:sz w:val="20"/>
        </w:rPr>
        <w:t>38:58  agar aap ne koi daai samjhein, un ko mad'u samhein. aur ab kya ho raha hai? ab hum samajhte hain hareef, rival, enemy.</w:t>
      </w:r>
      <w:r>
        <w:br/>
      </w:r>
      <w:r>
        <w:rPr>
          <w:sz w:val="20"/>
        </w:rPr>
        <w:t>39:08  woh hamare rival hain, hamare dushman hain, hamare mukhalif hain, hamare khilaf sazish karte hain, conspiracy karte hain. yeh hai aaj kal. to kya hai? saare musalman jo hain, doosron se nafrat karte hain.</w:t>
      </w:r>
      <w:r>
        <w:br/>
      </w:r>
      <w:r>
        <w:rPr>
          <w:sz w:val="20"/>
        </w:rPr>
        <w:t>39:19  one to all. is mein exception hai, sirf hamari team ka hai. hamari team ke bahar koi insan nahin hai. yaad rakhiye,</w:t>
      </w:r>
      <w:r>
        <w:br/>
      </w:r>
      <w:r>
        <w:rPr>
          <w:sz w:val="20"/>
        </w:rPr>
        <w:t>39:28  jo kahin na kahin doosron ke khilaf is ko shikayatein na hon. shikayatein hain, nafratein hain.</w:t>
      </w:r>
      <w:r>
        <w:br/>
      </w:r>
      <w:r>
        <w:rPr>
          <w:sz w:val="20"/>
        </w:rPr>
        <w:t>39:39  un ko aap mukhalif samajhte hain apna. to yeh hazaar saal se yeh obsession hai. yeh pehli baar Allah taala ne mere dil mein dala ke talluq jo hai mera aur doosre insaanon ka, woh daai mad'u ka talluq hai.</w:t>
      </w:r>
      <w:r>
        <w:br/>
      </w:r>
      <w:r>
        <w:rPr>
          <w:sz w:val="20"/>
        </w:rPr>
        <w:t>39:56  yeh kahan se aaya?</w:t>
      </w:r>
    </w:p>
    <w:p>
      <w:pPr>
        <w:pStyle w:val="Heading2"/>
      </w:pPr>
      <w:r>
        <w:t>Paradise as the true home of peace</w:t>
      </w:r>
    </w:p>
    <w:p>
      <w:r>
        <w:rPr>
          <w:color w:val="666666"/>
          <w:sz w:val="18"/>
        </w:rPr>
        <w:t>On Death June 08, 2014 · 2m 10s · at 25:01 · https://youtu.be/p0lSKQ0edmw?t=1501</w:t>
      </w:r>
    </w:p>
    <w:p>
      <w:r>
        <w:rPr>
          <w:i/>
        </w:rPr>
        <w:t>“Quran ki ek aayat hai: wallahu yad'u ila dari's-salam”</w:t>
      </w:r>
    </w:p>
    <w:p>
      <w:r>
        <w:rPr>
          <w:sz w:val="20"/>
        </w:rPr>
        <w:t>25:01  woh aala quality quran mein batai hui hai. maslan dekhiye،</w:t>
      </w:r>
      <w:r>
        <w:br/>
      </w:r>
      <w:r>
        <w:rPr>
          <w:sz w:val="20"/>
        </w:rPr>
        <w:t>25:10  quran ki aik ayat hai</w:t>
      </w:r>
      <w:r>
        <w:br/>
      </w:r>
      <w:r>
        <w:rPr>
          <w:sz w:val="20"/>
        </w:rPr>
        <w:t>25:20  "wallāhīda'ū ilā dāri s-salāmi" ۔ "And God calls to the home of peace" ۔ Allah bulata hai home of peace ki taraf۔</w:t>
      </w:r>
      <w:r>
        <w:br/>
      </w:r>
      <w:r>
        <w:rPr>
          <w:sz w:val="20"/>
        </w:rPr>
        <w:t>25:30  is ka matlab kya hua؟ ke woh jo duniya hai, aakhirat ki duniya, khuda ke paros ki duniya, jannat ki duniya, wahan peace hi peace hai۔</w:t>
      </w:r>
      <w:r>
        <w:br/>
      </w:r>
      <w:r>
        <w:rPr>
          <w:sz w:val="20"/>
        </w:rPr>
        <w:t>25:43  peace jo hai, peace aap dictionary mein dekhen to likha rahega ke absence of war. dictionary mein likha rahega ke is ka matlab absence of war۔</w:t>
      </w:r>
      <w:r>
        <w:br/>
      </w:r>
      <w:r>
        <w:rPr>
          <w:sz w:val="20"/>
        </w:rPr>
        <w:t>25:56  lekin quran mein jo peace hai, woh is mani mein nahi hai ke ladai nahi hui to peace hai. nahi quran ka jo salam hai, woh bohat hi aik comprehensive word hai۔</w:t>
      </w:r>
      <w:r>
        <w:br/>
      </w:r>
      <w:r>
        <w:rPr>
          <w:sz w:val="20"/>
        </w:rPr>
        <w:t>26:12  woh saare positive attitude ko liye gaye hain. peace ka matlab yeh hai. yaani quran mein jo lafz hai, salam hai.</w:t>
      </w:r>
      <w:r>
        <w:br/>
      </w:r>
      <w:r>
        <w:rPr>
          <w:sz w:val="20"/>
        </w:rPr>
        <w:t>26:25  ek dua bhi isi tarah ki aati hai</w:t>
      </w:r>
      <w:r>
        <w:br/>
      </w:r>
      <w:r>
        <w:rPr>
          <w:sz w:val="20"/>
        </w:rPr>
        <w:t>26:28  "allahumma antas salam wa minkas salam" .</w:t>
      </w:r>
      <w:r>
        <w:br/>
      </w:r>
      <w:r>
        <w:rPr>
          <w:sz w:val="20"/>
        </w:rPr>
        <w:t>26:35  "ilaika yudassalam" . "adkhilna daraka daras salam" . "tabarak rabbana wa ta'alaita ya dhal jalali wal ikram" .</w:t>
      </w:r>
      <w:r>
        <w:br/>
      </w:r>
      <w:r>
        <w:rPr>
          <w:sz w:val="20"/>
        </w:rPr>
        <w:t>26:43  khudaya tu peace hai. peace tujh se aati hai.</w:t>
      </w:r>
      <w:r>
        <w:br/>
      </w:r>
      <w:r>
        <w:rPr>
          <w:sz w:val="20"/>
        </w:rPr>
        <w:t>26:52  peace teri taraf lotati hai. tu hum ko peace ke ghar mein dakhil kar de. tu yeh jo quran ka jo concept hai peace ka ya salam ka, that includes all kinds of positive attitude .</w:t>
      </w:r>
    </w:p>
    <w:p>
      <w:pPr>
        <w:pStyle w:val="Heading2"/>
      </w:pPr>
      <w:r>
        <w:t>From general to selective paradise</w:t>
      </w:r>
    </w:p>
    <w:p>
      <w:r>
        <w:rPr>
          <w:color w:val="666666"/>
          <w:sz w:val="18"/>
        </w:rPr>
        <w:t>From Temporary Paradise to Permanent Paradise 18 Dec 2011 - Maulana Wahiduddin Khan · 2m 22s · at 0:54 · https://youtu.be/05CHVDjfozE?t=54</w:t>
      </w:r>
    </w:p>
    <w:p>
      <w:r>
        <w:rPr>
          <w:i/>
        </w:rPr>
        <w:t>“Aap jaante hain ki Allah Ta'ala ne jab pehla insaan paida kiya”</w:t>
      </w:r>
    </w:p>
    <w:p>
      <w:r>
        <w:rPr>
          <w:sz w:val="20"/>
        </w:rPr>
        <w:t>0:54  aap jante hain ke Allah taala ne</w:t>
      </w:r>
      <w:r>
        <w:br/>
      </w:r>
      <w:r>
        <w:rPr>
          <w:sz w:val="20"/>
        </w:rPr>
        <w:t>1:01  jab pehla insan paida kiya, jis ko hum Adam kehte hain, to us ko jannat mein basaya.</w:t>
      </w:r>
      <w:r>
        <w:br/>
      </w:r>
      <w:r>
        <w:rPr>
          <w:sz w:val="20"/>
        </w:rPr>
        <w:t>1:17  jannat mein basaya.</w:t>
      </w:r>
      <w:r>
        <w:br/>
      </w:r>
      <w:r>
        <w:rPr>
          <w:sz w:val="20"/>
        </w:rPr>
        <w:t>1:22  wahan un ko poori jannat mein rehne ka, enjoy karne ka mauqa tha. sirf ek forbidden tree tha jis se unhein roka gaya tha.</w:t>
      </w:r>
      <w:r>
        <w:br/>
      </w:r>
      <w:r>
        <w:rPr>
          <w:sz w:val="20"/>
        </w:rPr>
        <w:t>1:39  lekin woh is test mein poore nahin utre.</w:t>
      </w:r>
      <w:r>
        <w:br/>
      </w:r>
      <w:r>
        <w:rPr>
          <w:sz w:val="20"/>
        </w:rPr>
        <w:t>1:44  to kya hua ke un ko jannat se nikal kar yeh jo hamara planet Earth hai, yahan bhej diya gaya.</w:t>
      </w:r>
      <w:r>
        <w:br/>
      </w:r>
      <w:r>
        <w:rPr>
          <w:sz w:val="20"/>
        </w:rPr>
        <w:t>1:56  yeh</w:t>
      </w:r>
      <w:r>
        <w:br/>
      </w:r>
      <w:r>
        <w:rPr>
          <w:sz w:val="20"/>
        </w:rPr>
        <w:t>1:59  koi saada baat na thi. is ka matlab yeh tha ke insan ko pehle yeh mauqa diya tha Allah taala ne ke general basis par woh paradise mein rahe.</w:t>
      </w:r>
      <w:r>
        <w:br/>
      </w:r>
      <w:r>
        <w:rPr>
          <w:sz w:val="20"/>
        </w:rPr>
        <w:t>2:18  yeh saare insan jo paida hon, un ko paradise mil jaye paida hote hi. lekin jab</w:t>
      </w:r>
      <w:r>
        <w:br/>
      </w:r>
      <w:r>
        <w:rPr>
          <w:sz w:val="20"/>
        </w:rPr>
        <w:t>2:29  pehla insan test mein poora nahin utra, yani is ne is baat ka saboot diya ke woh disciplined way mein nahin reh sakta.</w:t>
      </w:r>
      <w:r>
        <w:br/>
      </w:r>
      <w:r>
        <w:rPr>
          <w:sz w:val="20"/>
        </w:rPr>
        <w:t>2:42  Allah taala ko disciplined character matloob hai. self-disciplined. yani baghair kisi dabao ke,</w:t>
      </w:r>
      <w:r>
        <w:br/>
      </w:r>
      <w:r>
        <w:rPr>
          <w:sz w:val="20"/>
        </w:rPr>
        <w:t>2:53  self-disciplined character ke sath rehna logon ke sath. to yeh is mein woh poore nahin utre to woh dunya mein bhej diya gaya un ka.</w:t>
      </w:r>
      <w:r>
        <w:br/>
      </w:r>
      <w:r>
        <w:rPr>
          <w:sz w:val="20"/>
        </w:rPr>
        <w:t>3:09  is ka matlab kya hai? ab selective basis par insan ko paradise mile gi.</w:t>
      </w:r>
    </w:p>
    <w:p>
      <w:pPr>
        <w:pStyle w:val="Heading2"/>
      </w:pPr>
      <w:r>
        <w:t>First meeting with Maulana, alone in Delhi</w:t>
      </w:r>
    </w:p>
    <w:p>
      <w:r>
        <w:rPr>
          <w:color w:val="666666"/>
          <w:sz w:val="18"/>
        </w:rPr>
        <w:t>In Conversation on Maulana Wahiduddin Khan with Omries October 9, 2022 · 1m 38s · at 10:39 · https://youtu.be/zMfnWSEr95I?t=639</w:t>
      </w:r>
    </w:p>
    <w:p>
      <w:r>
        <w:rPr>
          <w:i/>
        </w:rPr>
        <w:t>“2007 mein akela Maulana se milne pahuncha tha”</w:t>
      </w:r>
    </w:p>
    <w:p>
      <w:r>
        <w:rPr>
          <w:sz w:val="20"/>
        </w:rPr>
        <w:t>10:39  to is ke baray mein bataye. Bismillah Rehman Rahim. bohat acha sawal hai aap ka, Rejat bhai, ke yaqeenan Maulana se jab milte hain to ya to kisi bande ki koi talash rehti hai, us ka jawab milta hai,</w:t>
      </w:r>
      <w:r>
        <w:br/>
      </w:r>
      <w:r>
        <w:rPr>
          <w:sz w:val="20"/>
        </w:rPr>
        <w:t>10:55  ya koi incentive milta hai Maulana ki baaton se</w:t>
      </w:r>
      <w:r>
        <w:br/>
      </w:r>
      <w:r>
        <w:rPr>
          <w:sz w:val="20"/>
        </w:rPr>
        <w:t>10:58  ۔ jab main pehli martaba 2007 mein ek program ke liye idhar aaya hua tha Delhi, to Maulana se mulaqat karne ke liye aa gaya tha. main akela tha.</w:t>
      </w:r>
      <w:r>
        <w:br/>
      </w:r>
      <w:r>
        <w:rPr>
          <w:sz w:val="20"/>
        </w:rPr>
        <w:t>11:08  to Maulana mulaqat karne ke baad keh rahe thay ke jannat baqadr e ishtaha aur dunya baqadr e zaroorat.</w:t>
      </w:r>
      <w:r>
        <w:br/>
      </w:r>
      <w:r>
        <w:rPr>
          <w:sz w:val="20"/>
        </w:rPr>
        <w:t>11:18  to jaise hi unhone, Maulana ne jannat baqadr e ishtaha kaha to fori maine Quran ki ayat, us ke relate hone wali ayat padh di, wa fiha ma tashtahi al anfus wa taladh al ayn.</w:t>
      </w:r>
      <w:r>
        <w:br/>
      </w:r>
      <w:r>
        <w:rPr>
          <w:sz w:val="20"/>
        </w:rPr>
        <w:t>11:31  yaani ishtaha ka lafz suntay hi maine do ayatein padh dein. to Maulana bohat zyada, haan haan haan, Quran yahi kehta hai. Masha Allah! to us waqt Maulana jo hai na, mere sar par hath rakhe, sar par hath rakh ke dekho, tum kya kaam kar rahe ho?</w:t>
      </w:r>
      <w:r>
        <w:br/>
      </w:r>
      <w:r>
        <w:rPr>
          <w:sz w:val="20"/>
        </w:rPr>
        <w:t>11:47  tum ko Allah taala ne mulk qaum ke liye paida kiya, us ke liye tayyari karo.</w:t>
      </w:r>
      <w:r>
        <w:br/>
      </w:r>
      <w:r>
        <w:rPr>
          <w:sz w:val="20"/>
        </w:rPr>
        <w:t>11:53  to mujhe zindagi mein taqreeban parhne ke baad itne saal, taqreeban gyarah barah saal ho chuke thay, koi ek insaan aisa nahi mila ke jo mere andar kya potential hai, us ko jaan kar us ki taraf rehnumai karne wala.</w:t>
      </w:r>
      <w:r>
        <w:br/>
      </w:r>
      <w:r>
        <w:rPr>
          <w:sz w:val="20"/>
        </w:rPr>
        <w:t>12:11  to yeh to pehli mulaqat rahi jis mein maine Maulana ki zuban se jannat ke alfaaz sune.</w:t>
      </w:r>
    </w:p>
    <w:p>
      <w:pPr>
        <w:pStyle w:val="Heading2"/>
      </w:pPr>
      <w:r>
        <w:t>Da'wah is the only teaching for all humanity</w:t>
      </w:r>
    </w:p>
    <w:p>
      <w:r>
        <w:rPr>
          <w:color w:val="666666"/>
          <w:sz w:val="18"/>
        </w:rPr>
        <w:t>Good Tiding and Warning for Dayees 2 June 2006 - Maulana Wahiduddin Khan · 1m 26s · at 38:00 · https://youtu.be/fq7Wg1o6NeA?t=2280</w:t>
      </w:r>
    </w:p>
    <w:p>
      <w:r>
        <w:rPr>
          <w:i/>
        </w:rPr>
        <w:t>“Dawat ilallah ya da'wah work jo hai, wohi ek teaching aisi hai”</w:t>
      </w:r>
    </w:p>
    <w:p>
      <w:r>
        <w:rPr>
          <w:sz w:val="20"/>
        </w:rPr>
        <w:t>38:00  da'wah il Allah ya da'wah work jo hai, wohi ek teaching aisi hai jo aam insan ke liye hai. Isi liye woh hadaf ho gaya.</w:t>
      </w:r>
      <w:r>
        <w:br/>
      </w:r>
      <w:r>
        <w:rPr>
          <w:sz w:val="20"/>
        </w:rPr>
        <w:t>38:11  aap dekhen, sari sargharmiyan musalmanon mein zinda hain. Namaz khoob padhi ja rahi hai, roze khoob rakhe ja rahe hain, hajj khoob kiya ja raha hai, dhoom ke sath, zakat bhi nikali ja rahi hai.</w:t>
      </w:r>
      <w:r>
        <w:br/>
      </w:r>
      <w:r>
        <w:rPr>
          <w:sz w:val="20"/>
        </w:rPr>
        <w:t>38:26  madaris hain, masjidain hain, institutions hain, Quran chhap raha hai, hadith chhap rahi hai, Islamic books chhap rahi hain.</w:t>
      </w:r>
      <w:r>
        <w:br/>
      </w:r>
      <w:r>
        <w:rPr>
          <w:sz w:val="20"/>
        </w:rPr>
        <w:t>38:38  ya'ni sari sargharmiyan jo community ki sargharmiyan theen, woh chal rahi hain. Ek hi sargharmi nahi hai, ek hi activity nahi hai, woh da'wah.</w:t>
      </w:r>
      <w:r>
        <w:br/>
      </w:r>
      <w:r>
        <w:rPr>
          <w:sz w:val="20"/>
        </w:rPr>
        <w:t>38:49  kyunke dawah work woh hai jo is ka talluq insaan aam insaan se hai, larger humanity se hai. hamare haan aisi jamaatein bani hain jin mein baqayda likha jata hai: "ikram muslim".</w:t>
      </w:r>
      <w:r>
        <w:br/>
      </w:r>
      <w:r>
        <w:rPr>
          <w:sz w:val="20"/>
        </w:rPr>
        <w:t>39:05  lekin ikram insaan kisi bhi jamaat mein nahin.</w:t>
      </w:r>
      <w:r>
        <w:br/>
      </w:r>
      <w:r>
        <w:rPr>
          <w:sz w:val="20"/>
        </w:rPr>
        <w:t>39:10  kya poori soch muslim oriented hai? saari activities muslim oriented hain? kyunke ek hi taleem aisi thi jo insaan oriented thi, kyunke insaan musalmanon ko concern nahin raha tha baad ke zamane mein,</w:t>
      </w:r>
    </w:p>
    <w:p>
      <w:pPr>
        <w:pStyle w:val="Heading2"/>
      </w:pPr>
      <w:r>
        <w:t>Alexander the Great's fatal hunger for more conquest</w:t>
      </w:r>
    </w:p>
    <w:p>
      <w:r>
        <w:rPr>
          <w:color w:val="666666"/>
          <w:sz w:val="18"/>
        </w:rPr>
        <w:t>Between Hell and Paradise January 27, 2013 · 1m 29s · at 12:04 · https://youtu.be/0IItFxGXPQ4?t=724</w:t>
      </w:r>
    </w:p>
    <w:p>
      <w:r>
        <w:rPr>
          <w:i/>
        </w:rPr>
        <w:t>“Qadeem Iraq mein ek king paida hua, Alexander”</w:t>
      </w:r>
    </w:p>
    <w:p>
      <w:r>
        <w:rPr>
          <w:sz w:val="20"/>
        </w:rPr>
        <w:t>12:04  mein chand ek misaal deta hoon aap ko. dekhiye, qadeem iraq mein, yaani is before christianity, before christian era,</w:t>
      </w:r>
      <w:r>
        <w:br/>
      </w:r>
      <w:r>
        <w:rPr>
          <w:sz w:val="20"/>
        </w:rPr>
        <w:t>12:19  ek king paida hua, alexander the great jis ko kaha jata hai.</w:t>
      </w:r>
      <w:r>
        <w:br/>
      </w:r>
      <w:r>
        <w:rPr>
          <w:sz w:val="20"/>
        </w:rPr>
        <w:t>12:24  us ko paida hote hi poore yunan ki, poori greece ki hukumat mil gayi. kyunke is ka badshah, is ka baap badshah tha, to us ko mil gayi badshahi virasat.</w:t>
      </w:r>
      <w:r>
        <w:br/>
      </w:r>
      <w:r>
        <w:rPr>
          <w:sz w:val="20"/>
        </w:rPr>
        <w:t>12:41  lekin us ne kya banaya plan? sari dunya ko fateh karna.</w:t>
      </w:r>
      <w:r>
        <w:br/>
      </w:r>
      <w:r>
        <w:rPr>
          <w:sz w:val="20"/>
        </w:rPr>
        <w:t>12:50  yaani king of greece par raazi nahi hua woh. king of world us ko chahiye tha title.</w:t>
      </w:r>
      <w:r>
        <w:br/>
      </w:r>
      <w:r>
        <w:rPr>
          <w:sz w:val="20"/>
        </w:rPr>
        <w:t>12:59  us ne fauj le kar mulkon mulkon par hamla karna shuru kar diya. lekin aap jante hain ke sirf 33 saal mein mar gaya woh.</w:t>
      </w:r>
      <w:r>
        <w:br/>
      </w:r>
      <w:r>
        <w:rPr>
          <w:sz w:val="20"/>
        </w:rPr>
        <w:t>13:10  frustration mein mara.</w:t>
      </w:r>
      <w:r>
        <w:br/>
      </w:r>
      <w:r>
        <w:rPr>
          <w:sz w:val="20"/>
        </w:rPr>
        <w:t>13:13  to dekhiye, jo is ne mila tha Allah ne, jo us ko diya tha, us par shukr karta to us ko mauqa milta ke woh apni spiritual development kare.</w:t>
      </w:r>
      <w:r>
        <w:br/>
      </w:r>
      <w:r>
        <w:rPr>
          <w:sz w:val="20"/>
        </w:rPr>
        <w:t>13:25  lekin woh pad gaya na mile hue par, to kam umri mein mar gaya.</w:t>
      </w:r>
    </w:p>
    <w:p>
      <w:pPr>
        <w:pStyle w:val="Heading2"/>
      </w:pPr>
      <w:r>
        <w:t>You only value a blessing after losing it, two stories</w:t>
      </w:r>
    </w:p>
    <w:p>
      <w:r>
        <w:rPr>
          <w:color w:val="666666"/>
          <w:sz w:val="18"/>
        </w:rPr>
        <w:t>Love of God June 12, 2011 Maulana Wahiduddin Khan · 2m 07s · at 42:58 · https://youtu.be/TmcYUtTqQCg?t=2578</w:t>
      </w:r>
    </w:p>
    <w:p>
      <w:r>
        <w:rPr>
          <w:i/>
        </w:rPr>
        <w:t>“Aik martaba mein train mein safar kar raha tha South India ka”</w:t>
      </w:r>
    </w:p>
    <w:p>
      <w:r>
        <w:rPr>
          <w:sz w:val="20"/>
        </w:rPr>
        <w:t>42:58  ek martaba aisa hua ke mein train mein safar kar raha tha South India ka, to do din tak mein khana nahi kha saka. Yani do din aise guzre, woh lamba safar tha ke na breakfast, na lunch, na dinner.</w:t>
      </w:r>
      <w:r>
        <w:br/>
      </w:r>
      <w:r>
        <w:rPr>
          <w:sz w:val="20"/>
        </w:rPr>
        <w:t>43:17  is ke baad ek gaadi thehri, mein utra aur gaya canteen mein. To wahan par bilkul mein kuch andhera chha gaya, jo wahan baithe hue khana kha rahe the log, unhi ke upar baithne laga.</w:t>
      </w:r>
      <w:r>
        <w:br/>
      </w:r>
      <w:r>
        <w:rPr>
          <w:sz w:val="20"/>
        </w:rPr>
        <w:t>43:30  koi dikhai nahi de raha tha mujh ko. Woh samjhe ke aadmi piye hue hain, idhar udhar ladkhata hoon, idhar gir raha hoon.</w:t>
      </w:r>
      <w:r>
        <w:br/>
      </w:r>
      <w:r>
        <w:rPr>
          <w:sz w:val="20"/>
        </w:rPr>
        <w:t>43:38  aise do din ke faaqay se agar umar bhar khana na mila to kya jaunga? Woh</w:t>
      </w:r>
      <w:r>
        <w:br/>
      </w:r>
      <w:r>
        <w:rPr>
          <w:sz w:val="20"/>
        </w:rPr>
        <w:t>43:48  to pait bhare log jo hain to khoob baatein karenge faaqay ki, lekin jo faaqay jo koi guzar raha ho, un se poochhein.</w:t>
      </w:r>
      <w:r>
        <w:br/>
      </w:r>
      <w:r>
        <w:rPr>
          <w:sz w:val="20"/>
        </w:rPr>
        <w:t>44:01  ek martaba mein Patna station mein tha to wahan par ek andha kavi tha, andha kavi. To us ne ek kavi kabhi kabhi suna di apni.</w:t>
      </w:r>
      <w:r>
        <w:br/>
      </w:r>
      <w:r>
        <w:rPr>
          <w:sz w:val="20"/>
        </w:rPr>
        <w:t>44:13  is kabhi mein tha ke log mazdoor ke naam pe leadri to karte hain, unhein pata nahin ke mazdoori kya cheez hai. mazdoor ke naam pe leadri karte hain khoob.</w:t>
      </w:r>
      <w:r>
        <w:br/>
      </w:r>
      <w:r>
        <w:rPr>
          <w:sz w:val="20"/>
        </w:rPr>
        <w:t>44:23  to is ka ek, is ka ek line thi ke dard shah mazdoor ki mazdoor ban kar dekhiye,</w:t>
      </w:r>
      <w:r>
        <w:br/>
      </w:r>
      <w:r>
        <w:rPr>
          <w:sz w:val="20"/>
        </w:rPr>
        <w:t>44:32  dard shah mazdoor ki mazdoor ban kar dekhiye.</w:t>
      </w:r>
      <w:r>
        <w:br/>
      </w:r>
      <w:r>
        <w:rPr>
          <w:sz w:val="20"/>
        </w:rPr>
        <w:t>44:37  to dunya mein jo hamein mila hua hai, jab khote hain hamein tab pata chalta hai ke kitni qeemti cheez thi. phir hamein ehsaas hota hai. to yeh ehsaas ne'mat jo hai, yeh hai asal mein is se generate hoti hai woh cheez jis ko hum love kehte hain, love of god.</w:t>
      </w:r>
      <w:r>
        <w:br/>
      </w:r>
      <w:r>
        <w:rPr>
          <w:sz w:val="20"/>
        </w:rPr>
        <w:t>44:58  love of god koi mysterious cheez nahin hai. to chunke hum ne khuda ki blessing ko discover nahin kiya,</w:t>
      </w:r>
    </w:p>
    <w:p>
      <w:pPr>
        <w:pStyle w:val="Heading2"/>
      </w:pPr>
      <w:r>
        <w:t>Overcoming hesitation like horse jump</w:t>
      </w:r>
    </w:p>
    <w:p>
      <w:r>
        <w:rPr>
          <w:color w:val="666666"/>
          <w:sz w:val="18"/>
        </w:rPr>
        <w:t>From the Spiritual Tree | Sep 29, 2006 | Maulana Wahiduddin Khan · 2m 30s · at 1:38:08 · https://youtu.be/hOjGmwFykR4?t=5888</w:t>
      </w:r>
    </w:p>
    <w:p>
      <w:r>
        <w:rPr>
          <w:i/>
        </w:rPr>
        <w:t>“In horse racing, jumping is the game”</w:t>
      </w:r>
    </w:p>
    <w:p>
      <w:r>
        <w:rPr>
          <w:sz w:val="20"/>
        </w:rPr>
        <w:t>1:38:08  yeh jo horse race hoti hai ghud daur jis ko kehte hain hum urdu mein horse race to</w:t>
      </w:r>
      <w:r>
        <w:br/>
      </w:r>
      <w:r>
        <w:rPr>
          <w:sz w:val="20"/>
        </w:rPr>
        <w:t>1:38:14  is mein jump karte hain ghoṛe to is ka khulasa yeh hai ke jump karne ka ke race</w:t>
      </w:r>
      <w:r>
        <w:br/>
      </w:r>
      <w:r>
        <w:rPr>
          <w:sz w:val="20"/>
        </w:rPr>
        <w:t>1:38:20  jumping race thi woh kai log apne ghoṛon par charh charh kar aaye aur aur woh apne ghoṛe</w:t>
      </w:r>
      <w:r>
        <w:br/>
      </w:r>
      <w:r>
        <w:rPr>
          <w:sz w:val="20"/>
        </w:rPr>
        <w:t>1:38:26  ko kida rahe thay is mein to kai log aisay thay jo hichkichaa gaye aur nahi kida nahi</w:t>
      </w:r>
      <w:r>
        <w:br/>
      </w:r>
      <w:r>
        <w:rPr>
          <w:sz w:val="20"/>
        </w:rPr>
        <w:t>1:38:32  paye apne ghoṛon ko aur koi utha tha jis ko ke kood kar agay barh</w:t>
      </w:r>
      <w:r>
        <w:br/>
      </w:r>
      <w:r>
        <w:rPr>
          <w:sz w:val="20"/>
        </w:rPr>
        <w:t>1:38:38  gaya woh to sher yeh hai ke ghuṛ daur mein kidaai ki baazi thi ek din bohat hi</w:t>
      </w:r>
      <w:r>
        <w:br/>
      </w:r>
      <w:r>
        <w:rPr>
          <w:sz w:val="20"/>
        </w:rPr>
        <w:t>1:38:45  simple language hai aap samajh sakte hain is ko ghuṛ daur ka matlab hai horse race ghuṛ daur</w:t>
      </w:r>
      <w:r>
        <w:br/>
      </w:r>
      <w:r>
        <w:rPr>
          <w:sz w:val="20"/>
        </w:rPr>
        <w:t>1:38:53  mein kodai ki kodai ka matlab jump karna ghar dor mein kodai ki bazi thi ek din taziye</w:t>
      </w:r>
      <w:r>
        <w:br/>
      </w:r>
      <w:r>
        <w:rPr>
          <w:sz w:val="20"/>
        </w:rPr>
        <w:t>1:39:00  par koi turki pe apne</w:t>
      </w:r>
      <w:r>
        <w:br/>
      </w:r>
      <w:r>
        <w:rPr>
          <w:sz w:val="20"/>
        </w:rPr>
        <w:t>1:39:08  sawar tha tazi aur turki ek ghoron ke naam hain yani kuch jin kuch naslein hoti hain ghoron</w:t>
      </w:r>
      <w:r>
        <w:br/>
      </w:r>
      <w:r>
        <w:rPr>
          <w:sz w:val="20"/>
        </w:rPr>
        <w:t>1:39:15  ki un ko kehte hain tazi aur turki tazi aur turki aur arab yeh sab to ghar dor</w:t>
      </w:r>
      <w:r>
        <w:br/>
      </w:r>
      <w:r>
        <w:rPr>
          <w:sz w:val="20"/>
        </w:rPr>
        <w:t>1:39:23  mein kodai ki bazi thi ek din taziye par koi turki par apne sawar tha jo hichkichake</w:t>
      </w:r>
      <w:r>
        <w:br/>
      </w:r>
      <w:r>
        <w:rPr>
          <w:sz w:val="20"/>
        </w:rPr>
        <w:t>1:39:30  reh gaya to reh gaya idhar hichkichahat mein hesitation jo h</w:t>
      </w:r>
      <w:r>
        <w:br/>
      </w:r>
      <w:r>
        <w:rPr>
          <w:sz w:val="20"/>
        </w:rPr>
        <w:t>1:39:38  ichkachake reh gaya so reh gaya idhar jis ne lagai ead woh khandAK ke paar tha to</w:t>
      </w:r>
      <w:r>
        <w:br/>
      </w:r>
      <w:r>
        <w:rPr>
          <w:sz w:val="20"/>
        </w:rPr>
        <w:t>1:39:48  bari tamanna hai ke aap in logon se na banen jo kisi hesitation mein padh kar ke peechhe</w:t>
      </w:r>
      <w:r>
        <w:br/>
      </w:r>
      <w:r>
        <w:rPr>
          <w:sz w:val="20"/>
        </w:rPr>
        <w:t>1:39:58  reh jayen balke aap</w:t>
      </w:r>
      <w:r>
        <w:br/>
      </w:r>
      <w:r>
        <w:rPr>
          <w:sz w:val="20"/>
        </w:rPr>
        <w:t>1:40:08  in logon se banen in logon mein se banen jo hichkichahat ko tod kar hesitation ko khatm kar</w:t>
      </w:r>
      <w:r>
        <w:br/>
      </w:r>
      <w:r>
        <w:rPr>
          <w:sz w:val="20"/>
        </w:rPr>
        <w:t>1:40:18  ke aage badhen aur sabiqoon mein aap ka shumar ho aap ka shumar sabiqoon mein ho aakhir mein</w:t>
      </w:r>
      <w:r>
        <w:br/>
      </w:r>
      <w:r>
        <w:rPr>
          <w:sz w:val="20"/>
        </w:rPr>
        <w:t>1:40:28  mein ek hadith sunana chahta hoon</w:t>
      </w:r>
    </w:p>
    <w:p>
      <w:pPr>
        <w:pStyle w:val="Heading2"/>
      </w:pPr>
      <w:r>
        <w:t>Ontology's failure versus Quran's claim of purposeful creation</w:t>
      </w:r>
    </w:p>
    <w:p>
      <w:r>
        <w:rPr>
          <w:color w:val="666666"/>
          <w:sz w:val="18"/>
        </w:rPr>
        <w:t>The Philosophy of Creation 16 Oct 2011 · 1m 36s · at 2:17 · https://youtu.be/Bp5C5jpFz-o?t=137</w:t>
      </w:r>
    </w:p>
    <w:p>
      <w:r>
        <w:rPr>
          <w:i/>
        </w:rPr>
        <w:t>“Sara falsafiyana adab is sawal ka jawab nahi de saka”</w:t>
      </w:r>
    </w:p>
    <w:p>
      <w:r>
        <w:rPr>
          <w:sz w:val="20"/>
        </w:rPr>
        <w:t>2:17  dekhiye, quran mein hai surah al mominoon mein, chapter number 23 mein: "af khalaq af hasibtum innama khalaqnakum wa annakum ilayna la turjaun".</w:t>
      </w:r>
      <w:r>
        <w:br/>
      </w:r>
      <w:r>
        <w:rPr>
          <w:sz w:val="20"/>
        </w:rPr>
        <w:t>2:36  do you think we have created created you without purpose</w:t>
      </w:r>
      <w:r>
        <w:br/>
      </w:r>
      <w:r>
        <w:rPr>
          <w:sz w:val="20"/>
        </w:rPr>
        <w:t>2:44  ? kya tum samajhte ho ke hum ne tum ko paida kiya be maqsad, hbs? to quran ka yeh challenge hai ke Allah ki takhleeq jo hai, woh ba maqsad takhleeq hai, hbs nahi hai.</w:t>
      </w:r>
      <w:r>
        <w:br/>
      </w:r>
      <w:r>
        <w:rPr>
          <w:sz w:val="20"/>
        </w:rPr>
        <w:t>2:58  lekin poori tareekh mein jo philosophers hain, jo reformers hain, jo muslehain hain, jo thinkers hain, woh direct ya indirect yahi samajhte rahe ke kainat ka koi purpose nahi hai.</w:t>
      </w:r>
      <w:r>
        <w:br/>
      </w:r>
      <w:r>
        <w:rPr>
          <w:sz w:val="20"/>
        </w:rPr>
        <w:t>3:15  yeh bohat bara challenge hai deen toheed ke khilaaf</w:t>
      </w:r>
      <w:r>
        <w:br/>
      </w:r>
      <w:r>
        <w:rPr>
          <w:sz w:val="20"/>
        </w:rPr>
        <w:t>3:23  . hum yeh mante hain ke is kainat ko Allah ne paida kiya ba maani taur par, ba maqsad taur par. lekin mazhab se bahar jo studies hoti hain, philosophy mein, metaphysics mein,</w:t>
      </w:r>
      <w:r>
        <w:br/>
      </w:r>
      <w:r>
        <w:rPr>
          <w:sz w:val="20"/>
        </w:rPr>
        <w:t>3:39  aur doosre shobon mein, un ka mutafqa yeh yeh faisla hai ke is kainat ka koi maqsad nahi hai.</w:t>
      </w:r>
    </w:p>
    <w:p>
      <w:pPr>
        <w:pStyle w:val="Heading2"/>
      </w:pPr>
      <w:r>
        <w:t>Why ancient people worshipped sun, moon, mountains</w:t>
      </w:r>
    </w:p>
    <w:p>
      <w:r>
        <w:rPr>
          <w:color w:val="666666"/>
          <w:sz w:val="18"/>
        </w:rPr>
        <w:t>Realisation of God January 19, 2014 · 2m 07s · at 2:49 · https://youtu.be/uIn3AfDkk6Y?t=169</w:t>
      </w:r>
    </w:p>
    <w:p>
      <w:r>
        <w:rPr>
          <w:i/>
        </w:rPr>
        <w:t>“You cannot think about anything without a mental model”</w:t>
      </w:r>
    </w:p>
    <w:p>
      <w:r>
        <w:rPr>
          <w:sz w:val="20"/>
        </w:rPr>
        <w:t>2:49  to kyon aisa hua? aap dekhein, koi bhi cheez aap sochte hain to sochne se pehle aap ke dimagh mein is ka ek model hota hai.</w:t>
      </w:r>
      <w:r>
        <w:br/>
      </w:r>
      <w:r>
        <w:rPr>
          <w:sz w:val="20"/>
        </w:rPr>
        <w:t>3:03  model ke baghair aap soch nahi sakte. misaal ke taur par aap sochte hain car, to car ka model aap ke zehan mein maujood hai.</w:t>
      </w:r>
      <w:r>
        <w:br/>
      </w:r>
      <w:r>
        <w:rPr>
          <w:sz w:val="20"/>
        </w:rPr>
        <w:t>3:16  aap sochte hain Apple, to Apple ka model aap ke zehan mein pehle se maujood hai. aap sochte hain ghar, to ghar ka model aap ke zehan mein pehle se maujood hai.</w:t>
      </w:r>
      <w:r>
        <w:br/>
      </w:r>
      <w:r>
        <w:rPr>
          <w:sz w:val="20"/>
        </w:rPr>
        <w:t>3:30  jab model maujood ho aap ke zehan mein tabhi aap us ko soch paate hain. vacuum mein aap soch nahi sakte.</w:t>
      </w:r>
      <w:r>
        <w:br/>
      </w:r>
      <w:r>
        <w:rPr>
          <w:sz w:val="20"/>
        </w:rPr>
        <w:t>3:41  yeh insan ki limitations hain ke woh vacuum mein soch nahi pata.</w:t>
      </w:r>
      <w:r>
        <w:br/>
      </w:r>
      <w:r>
        <w:rPr>
          <w:sz w:val="20"/>
        </w:rPr>
        <w:t>3:48  to qadeem zamane mein</w:t>
      </w:r>
      <w:r>
        <w:br/>
      </w:r>
      <w:r>
        <w:rPr>
          <w:sz w:val="20"/>
        </w:rPr>
        <w:t>3:53  Allah rab ul alameen ko samajhne ke liye koi model maujood nahi tha.</w:t>
      </w:r>
      <w:r>
        <w:br/>
      </w:r>
      <w:r>
        <w:rPr>
          <w:sz w:val="20"/>
        </w:rPr>
        <w:t>4:02  yaani peghambaron ke siwa jo duniya thi us mein, us ka zikr mein kar raha hoon, un ke paas sirf superstition model tha. tohamati model.</w:t>
      </w:r>
      <w:r>
        <w:br/>
      </w:r>
      <w:r>
        <w:rPr>
          <w:sz w:val="20"/>
        </w:rPr>
        <w:t>4:13  superstition model.</w:t>
      </w:r>
      <w:r>
        <w:br/>
      </w:r>
      <w:r>
        <w:rPr>
          <w:sz w:val="20"/>
        </w:rPr>
        <w:t>4:16  is ke tehat unhone shirk ka aqeedah bana liya.</w:t>
      </w:r>
      <w:r>
        <w:br/>
      </w:r>
      <w:r>
        <w:rPr>
          <w:sz w:val="20"/>
        </w:rPr>
        <w:t>4:22  unhone dekha ke suraj bohat bara hai to samajh liya ke yeh Khuda hoga. chand bohat bara hai to samajh liya ke yeh Khuda hoga.</w:t>
      </w:r>
      <w:r>
        <w:br/>
      </w:r>
      <w:r>
        <w:rPr>
          <w:sz w:val="20"/>
        </w:rPr>
        <w:t>4:34  pahaad ko bohat bara dekha to usi ko samajh liya. samundar ko bohat bara dekha to usi ko samajh liya. that was a super superstition model of God.</w:t>
      </w:r>
      <w:r>
        <w:br/>
      </w:r>
      <w:r>
        <w:rPr>
          <w:sz w:val="20"/>
        </w:rPr>
        <w:t>4:46  Allah ka tohamati model. to qadeem tareekh poori ki poori isi toham mein jeeti rahi.</w:t>
      </w:r>
    </w:p>
    <w:p>
      <w:pPr>
        <w:pStyle w:val="Heading2"/>
      </w:pPr>
      <w:r>
        <w:t>Proving God's choice by not following Satan</w:t>
      </w:r>
    </w:p>
    <w:p>
      <w:r>
        <w:rPr>
          <w:color w:val="666666"/>
          <w:sz w:val="18"/>
        </w:rPr>
        <w:t>2 30 37 Chapter Al Baqrah, Aug 09, 2015 · 1m 18s · at 41:33 · https://youtu.be/9hF10hJ5BsU?t=2493</w:t>
      </w:r>
    </w:p>
    <w:p>
      <w:r>
        <w:rPr>
          <w:i/>
        </w:rPr>
        <w:t>“Yeh bhi bahut striking tha”</w:t>
      </w:r>
    </w:p>
    <w:p>
      <w:r>
        <w:rPr>
          <w:sz w:val="20"/>
        </w:rPr>
        <w:t>41:33  aur Maulana, yeh bhi bohat striking tha ke</w:t>
      </w:r>
      <w:r>
        <w:br/>
      </w:r>
      <w:r>
        <w:rPr>
          <w:sz w:val="20"/>
        </w:rPr>
        <w:t>41:37  ke shaitan ke rastay pe na chal ke yeh prove karna ke Khuda ki choice jo thi woh</w:t>
      </w:r>
      <w:r>
        <w:br/>
      </w:r>
      <w:r>
        <w:rPr>
          <w:sz w:val="20"/>
        </w:rPr>
        <w:t>41:44  sahi thi, to yeh bhi bohat bari cheez hai, Maulana.</w:t>
      </w:r>
      <w:r>
        <w:br/>
      </w:r>
      <w:r>
        <w:rPr>
          <w:sz w:val="20"/>
        </w:rPr>
        <w:t>41:47  bohat ajeeb cheez hai, yani aap kitne bare maqam par hain, insan kitne bare maqam par hai ke</w:t>
      </w:r>
      <w:r>
        <w:br/>
      </w:r>
      <w:r>
        <w:rPr>
          <w:sz w:val="20"/>
        </w:rPr>
        <w:t>41:54  Allah ke bare mein sabit karega woh ke Allah ka choice sahi tha.</w:t>
      </w:r>
      <w:r>
        <w:br/>
      </w:r>
      <w:r>
        <w:rPr>
          <w:sz w:val="20"/>
        </w:rPr>
        <w:t>41:59  kisi ajeeb baat hai!</w:t>
      </w:r>
      <w:r>
        <w:br/>
      </w:r>
      <w:r>
        <w:rPr>
          <w:sz w:val="20"/>
        </w:rPr>
        <w:t>42:00  ji, aur ab is is ke baad Allah kitni bari rehmaten dega is ko, kitna bara reward</w:t>
      </w:r>
      <w:r>
        <w:br/>
      </w:r>
      <w:r>
        <w:rPr>
          <w:sz w:val="20"/>
        </w:rPr>
        <w:t>42:07  dega is ko.</w:t>
      </w:r>
      <w:r>
        <w:br/>
      </w:r>
      <w:r>
        <w:rPr>
          <w:sz w:val="20"/>
        </w:rPr>
        <w:t>42:07  soch soch ke,</w:t>
      </w:r>
      <w:r>
        <w:br/>
      </w:r>
      <w:r>
        <w:rPr>
          <w:sz w:val="20"/>
        </w:rPr>
        <w:t>42:11  kyun ke Allah agar kahe ke mera choice sahi tha to woh to ek ek party ka khud</w:t>
      </w:r>
      <w:r>
        <w:br/>
      </w:r>
      <w:r>
        <w:rPr>
          <w:sz w:val="20"/>
        </w:rPr>
        <w:t>42:18  claim hua, lekin insan agar sabit kare to zyada bari baat hai.</w:t>
      </w:r>
      <w:r>
        <w:br/>
      </w:r>
      <w:r>
        <w:rPr>
          <w:sz w:val="20"/>
        </w:rPr>
        <w:t>42:24  agar Allah yeh kahe ke mera choice sahi tha to yeh to ek party hai, is ka is</w:t>
      </w:r>
      <w:r>
        <w:br/>
      </w:r>
      <w:r>
        <w:rPr>
          <w:sz w:val="20"/>
        </w:rPr>
        <w:t>42:28  ne claim kiya, woh zyada bari baat nahi hai.</w:t>
      </w:r>
      <w:r>
        <w:br/>
      </w:r>
      <w:r>
        <w:rPr>
          <w:sz w:val="20"/>
        </w:rPr>
        <w:t>42:32  bari baat yeh hai ke insaan</w:t>
      </w:r>
      <w:r>
        <w:br/>
      </w:r>
      <w:r>
        <w:rPr>
          <w:sz w:val="20"/>
        </w:rPr>
        <w:t>42:35  practically aisa kar ke dikhaye aur phir us ko</w:t>
      </w:r>
      <w:r>
        <w:br/>
      </w:r>
      <w:r>
        <w:rPr>
          <w:sz w:val="20"/>
        </w:rPr>
        <w:t>42:41  is baat ka demonstration de, insaan ke Allah ka choice sahi tha, to Allah us ko kitni zyada</w:t>
      </w:r>
      <w:r>
        <w:br/>
      </w:r>
      <w:r>
        <w:rPr>
          <w:sz w:val="20"/>
        </w:rPr>
        <w:t>42:49  reward de ga.</w:t>
      </w:r>
      <w:r>
        <w:br/>
      </w:r>
      <w:r>
        <w:rPr>
          <w:sz w:val="20"/>
        </w:rPr>
        <w:t>42:50  sochiye</w:t>
      </w:r>
    </w:p>
    <w:p>
      <w:pPr>
        <w:pStyle w:val="Heading2"/>
      </w:pPr>
      <w:r>
        <w:t>Prophet's first sermon in Medina about facing God's court</w:t>
      </w:r>
    </w:p>
    <w:p>
      <w:r>
        <w:rPr>
          <w:color w:val="666666"/>
          <w:sz w:val="18"/>
        </w:rPr>
        <w:t>The Concept of Death in Islam August 28, 2008 · 2m 09s · at 51:34 · https://youtu.be/mIfQQj-a_4M?t=3094</w:t>
      </w:r>
    </w:p>
    <w:p>
      <w:r>
        <w:rPr>
          <w:i/>
        </w:rPr>
        <w:t>“In Medina, the Prophet said the very same thing again”</w:t>
      </w:r>
    </w:p>
    <w:p>
      <w:r>
        <w:rPr>
          <w:sz w:val="20"/>
        </w:rPr>
        <w:t>51:34  madinah jab gaye to wahan bhi aap ne yahi baat boli. kitabon mein aata hai ke jab madinah aap pohanchay to aap dekhen sirat ibn e hisham mein, is mein aik chapter hai jis ka jis ka title yeh hai:</w:t>
      </w:r>
      <w:r>
        <w:br/>
      </w:r>
      <w:r>
        <w:rPr>
          <w:sz w:val="20"/>
        </w:rPr>
        <w:t>51:53  awwal khutba khutba rasool Allah salallahu alaihi wasallam fi al madina</w:t>
      </w:r>
      <w:r>
        <w:br/>
      </w:r>
      <w:r>
        <w:rPr>
          <w:sz w:val="20"/>
        </w:rPr>
        <w:t>52:00  rasool Allah salallahu alaihi wasallam ka pehla khutba, aap ki pehli taqreer jo aap ne madina pohnch kar di, pehla waaz, is mein aap parhiye</w:t>
      </w:r>
      <w:r>
        <w:br/>
      </w:r>
      <w:r>
        <w:rPr>
          <w:sz w:val="20"/>
        </w:rPr>
        <w:t>52:12  yeh sari baat wahan maut par hai, sari baat yani judgement par hai</w:t>
      </w:r>
      <w:r>
        <w:br/>
      </w:r>
      <w:r>
        <w:rPr>
          <w:sz w:val="20"/>
        </w:rPr>
        <w:t>52:24  aap ne farmaya tha is khutbe mein ke: "aiha al naas</w:t>
      </w:r>
      <w:r>
        <w:br/>
      </w:r>
      <w:r>
        <w:rPr>
          <w:sz w:val="20"/>
        </w:rPr>
        <w:t>52:34  ai ha al naas</w:t>
      </w:r>
      <w:r>
        <w:br/>
      </w:r>
      <w:r>
        <w:rPr>
          <w:sz w:val="20"/>
        </w:rPr>
        <w:t>52:39  apne aap ko bachao, chahe khajoor ka aik tukra de kar hi kyun na ho" to aap ne farmaya tha ke: "atqoo al nara waloo bi shaq qe tamra</w:t>
      </w:r>
      <w:r>
        <w:br/>
      </w:r>
      <w:r>
        <w:rPr>
          <w:sz w:val="20"/>
        </w:rPr>
        <w:t>52:51  ai ha al naas! at qoo al nara waloo bi shaq qe tamra. ae logon! apne aap ko bachao aag se, yaani maut ke baad jo aanay wala hai, us se bachao apne aap ko, chahe khajoor ke aik tukre ke zariye hi kyun na ho.</w:t>
      </w:r>
      <w:r>
        <w:br/>
      </w:r>
      <w:r>
        <w:rPr>
          <w:sz w:val="20"/>
        </w:rPr>
        <w:t>53:08  yaani naik amal karo, Khuda ke divine law ko follow karo, apni aazadi ko misuse na karo</w:t>
      </w:r>
      <w:r>
        <w:br/>
      </w:r>
      <w:r>
        <w:rPr>
          <w:sz w:val="20"/>
        </w:rPr>
        <w:t>53:18  ta ke tum bach jao is pakar se. to aap dekhiye ke aap ne Makkah mein bhi wohi baat kahi, Madinah mein bhi wohi baat kahi.</w:t>
      </w:r>
      <w:r>
        <w:br/>
      </w:r>
      <w:r>
        <w:rPr>
          <w:sz w:val="20"/>
        </w:rPr>
        <w:t>53:30  yeh bohat ziyada sochne ki baat hai kyun ke mera mission hi aap ka yeh tha, asal kaam hi aap ka yeh tha ke logon ko bataein ke is zindagi ki haqeeqat kya hai.</w:t>
      </w:r>
    </w:p>
    <w:p>
      <w:pPr>
        <w:pStyle w:val="Heading2"/>
      </w:pPr>
      <w:r>
        <w:t>Hadith explains God is always available to respond</w:t>
      </w:r>
    </w:p>
    <w:p>
      <w:r>
        <w:rPr>
          <w:color w:val="666666"/>
          <w:sz w:val="18"/>
        </w:rPr>
        <w:t>Personality Building January 05, 2014 · 1m 19s · at 6:09 · https://youtu.be/3Zppdm2K4ug?t=369</w:t>
      </w:r>
    </w:p>
    <w:p>
      <w:r>
        <w:rPr>
          <w:i/>
        </w:rPr>
        <w:t>“A hadith of Ibn Umar makes this crystal clear”</w:t>
      </w:r>
    </w:p>
    <w:p>
      <w:r>
        <w:rPr>
          <w:sz w:val="20"/>
        </w:rPr>
        <w:t>6:09  to Hazrat Abdullah Ibn Umar ki hadith hai, yeh aap is ko surah, is surah ke tehat Tafsir al-Qurtubi mein parh sakte hain.</w:t>
      </w:r>
      <w:r>
        <w:br/>
      </w:r>
      <w:r>
        <w:rPr>
          <w:sz w:val="20"/>
        </w:rPr>
        <w:t>6:19  is mein teen alfaaz hain, teen alfaaz hain is mein.</w:t>
      </w:r>
      <w:r>
        <w:br/>
      </w:r>
      <w:r>
        <w:rPr>
          <w:sz w:val="20"/>
        </w:rPr>
        <w:t>6:26  is mein hai ke "yaghfir zanba wayakshif karba wayujeeb dain" .</w:t>
      </w:r>
      <w:r>
        <w:br/>
      </w:r>
      <w:r>
        <w:rPr>
          <w:sz w:val="20"/>
        </w:rPr>
        <w:t>6:35  is ka matlab yeh hai ke har lamha Allah maujood hota hai, available hota hai ke woh kisi gunah karne wale ka gunah maaf kare,</w:t>
      </w:r>
      <w:r>
        <w:br/>
      </w:r>
      <w:r>
        <w:rPr>
          <w:sz w:val="20"/>
        </w:rPr>
        <w:t>6:51  kisi ke problem ko woh solve kare, aur kisi pukarne wale ki pukar ka jawab de.</w:t>
      </w:r>
      <w:r>
        <w:br/>
      </w:r>
      <w:r>
        <w:rPr>
          <w:sz w:val="20"/>
        </w:rPr>
        <w:t>7:05  har lamha woh available hai, har lamha. kyunke Khuda ko neend nahi aati, Khuda ko ongh nahi aati, Khuda kabhi rest nahi leta.</w:t>
      </w:r>
      <w:r>
        <w:br/>
      </w:r>
      <w:r>
        <w:rPr>
          <w:sz w:val="20"/>
        </w:rPr>
        <w:t>7:17  toh yeh bohat hi bari baat hai jo Quran mein batai gayi hai. bohat hi bari baat.</w:t>
      </w:r>
    </w:p>
    <w:p>
      <w:pPr>
        <w:pStyle w:val="Heading2"/>
      </w:pPr>
      <w:r>
        <w:t>why God stays hidden, illustrated by a silent VC in class</w:t>
      </w:r>
    </w:p>
    <w:p>
      <w:r>
        <w:rPr>
          <w:color w:val="666666"/>
          <w:sz w:val="18"/>
        </w:rPr>
        <w:t>God's Plan For Mankind September 24, 2023 · 1m 15s · at 43:14 · https://youtu.be/Z47sL5AFUAE?t=2594</w:t>
      </w:r>
    </w:p>
    <w:p>
      <w:r>
        <w:rPr>
          <w:i/>
        </w:rPr>
        <w:t>“वीसी चुपचाप क्लास में बैठ गए, किसी को पता नहीं चला”</w:t>
      </w:r>
    </w:p>
    <w:p>
      <w:r>
        <w:rPr>
          <w:sz w:val="20"/>
        </w:rPr>
        <w:t>43:14  gayi. to agar isi liye allah taala ne apne aap ko bilkul ghaib mein rakha hai. agar aap farz kariye ki class mein VC baitha rahe, to kiski himmat hai ki achha se, sahi tarike se nahi padhayega woh. ji, to woh is tarike se allah taala ne ek total sense mein har cheez ko ghaib mein rakha hai. na hamein farishte nazar aate hain, na hamein akhirat ki koi cheez nazar aati hai, na jannat nazar aati hai. to</w:t>
      </w:r>
      <w:r>
        <w:br/>
      </w:r>
      <w:r>
        <w:rPr>
          <w:sz w:val="20"/>
        </w:rPr>
        <w:t>43:40  yeh jo element of doubt, jisko iltibas ka parda kaha gaya hai, to is iltibas ke parde ko phaadna hai. aur hamein apni insight se, jo allah taala ne hamein bahut zyada aqal di hai, us aqal se hamein baaton ko gehrai se samajhna hai. aur kyunki jannat bahut zyada keemti</w:t>
      </w:r>
      <w:r>
        <w:br/>
      </w:r>
      <w:r>
        <w:rPr>
          <w:sz w:val="20"/>
        </w:rPr>
        <w:t>44:10  hai, ek eternal life, ek aisi life jo perfect world ki, ek eternal life, jahan koi bhi na bimari hai, na budhapa hai, na accident hai. to wahan par eternal, eternal ek hamara,</w:t>
      </w:r>
    </w:p>
    <w:p>
      <w:pPr>
        <w:pStyle w:val="Heading2"/>
      </w:pPr>
      <w:r>
        <w:t>Surah Al-Fatiha recited with full translation</w:t>
      </w:r>
    </w:p>
    <w:p>
      <w:r>
        <w:rPr>
          <w:color w:val="666666"/>
          <w:sz w:val="18"/>
        </w:rPr>
        <w:t>Dars e Quran December 5, 2006 Maulana Wahiduddin Khan · 2m 39s · at 5:21 · https://youtu.be/09Bs9GKXrL0?t=321</w:t>
      </w:r>
    </w:p>
    <w:p>
      <w:r>
        <w:rPr>
          <w:i/>
        </w:rPr>
        <w:t>“یہ سورہ ریلیٹولی چھوٹی سورہ ہے: بسم اللہ الرحمن الرحیم”</w:t>
      </w:r>
    </w:p>
    <w:p>
      <w:r>
        <w:rPr>
          <w:sz w:val="20"/>
        </w:rPr>
        <w:t>5:21  yeh surah relatively bohat choti surah hai, aur woh is tarah hai ke bismillah rahman rahim.</w:t>
      </w:r>
      <w:r>
        <w:br/>
      </w:r>
      <w:r>
        <w:rPr>
          <w:sz w:val="20"/>
        </w:rPr>
        <w:t>5:35  woh is tarah hai: aoozu billahi minash shaitanir rajeem, bismillah rahman rahim, alhamdu lillahi rabbil alameen, ar rahmanir rahim, maliki yaomid deen,</w:t>
      </w:r>
      <w:r>
        <w:br/>
      </w:r>
      <w:r>
        <w:rPr>
          <w:sz w:val="20"/>
        </w:rPr>
        <w:t>5:53  iyaka na'budu wa iyaka nasta'een, ihdinas siratal mustaqeem, siratal lazeena an'amta alaihim, ghairil maghdubi alaihim walad dallin,</w:t>
      </w:r>
      <w:r>
        <w:br/>
      </w:r>
      <w:r>
        <w:rPr>
          <w:sz w:val="20"/>
        </w:rPr>
        <w:t>6:09  ameen.</w:t>
      </w:r>
      <w:r>
        <w:br/>
      </w:r>
      <w:r>
        <w:rPr>
          <w:sz w:val="20"/>
        </w:rPr>
        <w:t>6:11  yeh hai poori surah. iska translation yeh hai ke Allah ke naam se shuru, Allah ke naam se jo bohat meherban,</w:t>
      </w:r>
      <w:r>
        <w:br/>
      </w:r>
      <w:r>
        <w:rPr>
          <w:sz w:val="20"/>
        </w:rPr>
        <w:t>6:29  nihayat reham wala hai.</w:t>
      </w:r>
      <w:r>
        <w:br/>
      </w:r>
      <w:r>
        <w:rPr>
          <w:sz w:val="20"/>
        </w:rPr>
        <w:t>6:33  saari hamd sirf Allah rabbul alameen ke liye hai. woh roz, woh woh jaza ke din ka malik hai.</w:t>
      </w:r>
      <w:r>
        <w:br/>
      </w:r>
      <w:r>
        <w:rPr>
          <w:sz w:val="20"/>
        </w:rPr>
        <w:t>6:50  hum teri hi ibadat karte hain, aur tujh hi se madad, madad, aur tujh hi se madad mangte hain.</w:t>
      </w:r>
      <w:r>
        <w:br/>
      </w:r>
      <w:r>
        <w:rPr>
          <w:sz w:val="20"/>
        </w:rPr>
        <w:t>7:03  ae ae rab! to hum ko</w:t>
      </w:r>
      <w:r>
        <w:br/>
      </w:r>
      <w:r>
        <w:rPr>
          <w:sz w:val="20"/>
        </w:rPr>
        <w:t>7:08  seedhe raaste ki tofeeq ata farma. woh rasta, un logon ka rasta jin par tera inaam hua, unka rasta nahi</w:t>
      </w:r>
      <w:r>
        <w:br/>
      </w:r>
      <w:r>
        <w:rPr>
          <w:sz w:val="20"/>
        </w:rPr>
        <w:t>7:25  jin par tera ghazab nazil hua, aur jo raaste se bhatak gaye.</w:t>
      </w:r>
      <w:r>
        <w:br/>
      </w:r>
      <w:r>
        <w:rPr>
          <w:sz w:val="20"/>
        </w:rPr>
        <w:t>7:32  to yeh surah padh kar kaha jata hai: ameen. yeh quran mein chupa hua nahi hota hai, lekin padh kar ke yeh kaha jata hai: ameen.</w:t>
      </w:r>
      <w:r>
        <w:br/>
      </w:r>
      <w:r>
        <w:rPr>
          <w:sz w:val="20"/>
        </w:rPr>
        <w:t>7:43  kyunke yeh surah haqeeqat mein ek dua hai. yeh poora surah ek dua hai. dua hone ki wajah se jab isko padha jata hai to kaha jata hai ke ameen, yani ae Khuda!</w:t>
      </w:r>
      <w:r>
        <w:br/>
      </w:r>
      <w:r>
        <w:rPr>
          <w:sz w:val="20"/>
        </w:rPr>
        <w:t>7:55  meri dua ko qabool farma.</w:t>
      </w:r>
    </w:p>
    <w:p>
      <w:pPr>
        <w:pStyle w:val="Heading2"/>
      </w:pPr>
      <w:r>
        <w:t>skin-graft metaphor for the self and the greater Self</w:t>
      </w:r>
    </w:p>
    <w:p>
      <w:r>
        <w:rPr>
          <w:color w:val="666666"/>
          <w:sz w:val="18"/>
        </w:rPr>
        <w:t>Love of God October 23, 2022 · 2m 02s · at 1:04:05 · https://youtu.be/bsF_DJhXAzk?t=3845</w:t>
      </w:r>
    </w:p>
    <w:p>
      <w:r>
        <w:rPr>
          <w:i/>
        </w:rPr>
        <w:t>“The body rejects skin that isn't its own”</w:t>
      </w:r>
    </w:p>
    <w:p>
      <w:r>
        <w:rPr>
          <w:sz w:val="20"/>
        </w:rPr>
        <w:t>1:04:05  phir hum ye sochein hi nahi ke ye hamare Khuda ki den hai, to hum kaise apni rabbani personality ko develop karenge. To ek baar taqreeban shayad nineteen eighty-two ki baat hai, jab Maulana ko electric burn ho gaya tha,</w:t>
      </w:r>
      <w:r>
        <w:br/>
      </w:r>
      <w:r>
        <w:rPr>
          <w:sz w:val="20"/>
        </w:rPr>
        <w:t>1:04:23  to usmein wo wahan wo heal healing nahi ho rahi thi, zyada tendon jal gaya tha.</w:t>
      </w:r>
      <w:r>
        <w:br/>
      </w:r>
      <w:r>
        <w:rPr>
          <w:sz w:val="20"/>
        </w:rPr>
        <w:t>1:04:29  to wo Safdarjung hospital gaye, aur wahan par unhon ne doctoron ne bataya ke ye antibiotic-biotic se nahi hoga, balkay isko autografting karni padegi. To skin grafting karte hain, to skin jo hai, usi insaan ki yahan se kahin se bhi le kar ke phir wo yahan lagai jati hai, phir uske baad wo healing ho jati hai. To Maulana to har baat par parhtay thay, unhon ne koi kitab usi is par is topic par padhi</w:t>
      </w:r>
      <w:r>
        <w:br/>
      </w:r>
      <w:r>
        <w:rPr>
          <w:sz w:val="20"/>
        </w:rPr>
        <w:t>1:04:58  , to us kitab mein likha hua tha ke self will not accept not self yani agar aap kisi doosray ki skin laga dein, to wo chand hi dinon mein wo reject kar degi body.</w:t>
      </w:r>
      <w:r>
        <w:br/>
      </w:r>
      <w:r>
        <w:rPr>
          <w:sz w:val="20"/>
        </w:rPr>
        <w:t>1:05:11  to isi tarah se unhon ne kaha ke jis tarah se doosray ki skin hamari skin qabool nahi karti, hamari body qabool nahi karti, usi tarah se jo hai Khuda, jo ke greater self hai, aur hum hum smaller self hain, Khuda greater self hai, to wo hamein accept hi nahi karega. Wo hamein hum reject ho jayenge wahan par. Jannat hamein accept nahi karegi. To</w:t>
      </w:r>
      <w:r>
        <w:br/>
      </w:r>
      <w:r>
        <w:rPr>
          <w:sz w:val="20"/>
        </w:rPr>
        <w:t>1:05:37  humein divine ethics ko adopt karna padega, aur Khuda se taluq qaim karna padega, tabhi hum jannat mein</w:t>
      </w:r>
      <w:r>
        <w:br/>
      </w:r>
      <w:r>
        <w:rPr>
          <w:sz w:val="20"/>
        </w:rPr>
        <w:t>1:05:45  entry pa sakte hain.</w:t>
      </w:r>
      <w:r>
        <w:br/>
      </w:r>
      <w:r>
        <w:rPr>
          <w:sz w:val="20"/>
        </w:rPr>
        <w:t>1:05:48  ji, apa, aap program ke aakhiri sawal ki taraf rukh karte hain, lekin usse pehle ek comment padhna</w:t>
      </w:r>
      <w:r>
        <w:br/>
      </w:r>
      <w:r>
        <w:rPr>
          <w:sz w:val="20"/>
        </w:rPr>
        <w:t>1:05:55  chahunga. ye Maulana Abdul Basit Umri ne likha hai, Gulbarga se unhone likha hai, "apa, aaj aap dubara</w:t>
      </w:r>
      <w:r>
        <w:br/>
      </w:r>
      <w:r>
        <w:rPr>
          <w:sz w:val="20"/>
        </w:rPr>
        <w:t>1:06:03  humein God-oriented thinking ki taraf le gayin.</w:t>
      </w:r>
    </w:p>
    <w:p>
      <w:pPr>
        <w:pStyle w:val="Heading2"/>
      </w:pPr>
      <w:r>
        <w:t>Moses asks to see God; seeing the unseen earns paradise</w:t>
      </w:r>
    </w:p>
    <w:p>
      <w:r>
        <w:rPr>
          <w:color w:val="666666"/>
          <w:sz w:val="18"/>
        </w:rPr>
        <w:t>God Realization 23 June 2018 - Maulana Wahiduddin Khan · 2m 30s · at 20:39 · https://youtu.be/nar5wBjiT7Q?t=1239</w:t>
      </w:r>
    </w:p>
    <w:p>
      <w:r>
        <w:rPr>
          <w:i/>
        </w:rPr>
        <w:t>“Hazrat Musa ne Allah se kaha: mujhe dikha apne aap ko”</w:t>
      </w:r>
    </w:p>
    <w:p>
      <w:r>
        <w:rPr>
          <w:sz w:val="20"/>
        </w:rPr>
        <w:t>20:39  woh kahin bhi nahiñ. Hazrat Musa ne Allah se kaha:</w:t>
      </w:r>
      <w:r>
        <w:br/>
      </w:r>
      <w:r>
        <w:rPr>
          <w:sz w:val="20"/>
        </w:rPr>
        <w:t>20:47  "ae Allah! mujhe dikha apne aap ko, main dekhun." to Allah ne baghair dikhaye hue jawab diya</w:t>
      </w:r>
      <w:r>
        <w:br/>
      </w:r>
      <w:r>
        <w:rPr>
          <w:sz w:val="20"/>
        </w:rPr>
        <w:t>20:56  ke "ae Musa! tum is ko ek sath dekh nahiñ sakte kyunke itna baṛa Khuda hai, itna baṛa Khuda hai, itna baṛa Khuda."</w:t>
      </w:r>
      <w:r>
        <w:br/>
      </w:r>
      <w:r>
        <w:rPr>
          <w:sz w:val="20"/>
        </w:rPr>
        <w:t>21:08  to aisa hi hoga. woh to jannat kyun insan ko milti hai?</w:t>
      </w:r>
      <w:r>
        <w:br/>
      </w:r>
      <w:r>
        <w:rPr>
          <w:sz w:val="20"/>
        </w:rPr>
        <w:t>21:17  ke in se God ko discover karne ke liye bahut hi zyada awake mind chahiye, bahut hi zyada jaga hua mind chahiye,</w:t>
      </w:r>
      <w:r>
        <w:br/>
      </w:r>
      <w:r>
        <w:rPr>
          <w:sz w:val="20"/>
        </w:rPr>
        <w:t>21:33  bahut hi zyada bidar dimagh chahiye.</w:t>
      </w:r>
      <w:r>
        <w:br/>
      </w:r>
      <w:r>
        <w:rPr>
          <w:sz w:val="20"/>
        </w:rPr>
        <w:t>21:39  aur is is bidar dimagh ko tayyar karne ke liye, is ko banane ke liye aap ko hamaliyai koshisheñ karni paṛti haiñ.</w:t>
      </w:r>
      <w:r>
        <w:br/>
      </w:r>
      <w:r>
        <w:rPr>
          <w:sz w:val="20"/>
        </w:rPr>
        <w:t>21:52  bahut zyada apne ko distraction se bachana, jo dictator ma'rifat ke haiñ, is ko dhund dhund kar nikalna,</w:t>
      </w:r>
      <w:r>
        <w:br/>
      </w:r>
      <w:r>
        <w:rPr>
          <w:sz w:val="20"/>
        </w:rPr>
        <w:t>22:03  in sen gaḍ ko sen gaḍ bananā,</w:t>
      </w:r>
      <w:r>
        <w:br/>
      </w:r>
      <w:r>
        <w:rPr>
          <w:sz w:val="20"/>
        </w:rPr>
        <w:t>22:11  yeh kitna baṛa kam hai. to yeh jab koi insan is is is shart pe pura hota hai aur insan ko aap jante haiñ ke har waqt vash vash kiya ja raha hai,</w:t>
      </w:r>
      <w:r>
        <w:br/>
      </w:r>
      <w:r>
        <w:rPr>
          <w:sz w:val="20"/>
        </w:rPr>
        <w:t>22:27  har waqt farishte watch kar rahe haiñ aap ko, to jab koi insan is shart pe pura utarta hai ke us ne in send guard ko dekh liya,</w:t>
      </w:r>
      <w:r>
        <w:br/>
      </w:r>
      <w:r>
        <w:rPr>
          <w:sz w:val="20"/>
        </w:rPr>
        <w:t>22:44  woh us ne is ma'rifat tak pahuñchaya apne aap ko, ant abdu-llah kanak ṭara, to sare asman o zamin chikh uṭhte haiñ: "ae rab!</w:t>
      </w:r>
      <w:r>
        <w:br/>
      </w:r>
      <w:r>
        <w:rPr>
          <w:sz w:val="20"/>
        </w:rPr>
        <w:t>23:00  tera woh banda yahan paida ho gaya, to us ke liye jannat likh de."</w:t>
      </w:r>
    </w:p>
    <w:p>
      <w:pPr>
        <w:pStyle w:val="Heading2"/>
      </w:pPr>
      <w:r>
        <w:t>Mind-based vs heart-based spirituality</w:t>
      </w:r>
    </w:p>
    <w:p>
      <w:r>
        <w:rPr>
          <w:color w:val="666666"/>
          <w:sz w:val="18"/>
        </w:rPr>
        <w:t>Islamic Pacifism Q&amp;A 8 May 2011 · 2m 06s · at 26:14 · https://youtu.be/5ZersGDNVcw?t=1574</w:t>
      </w:r>
    </w:p>
    <w:p>
      <w:r>
        <w:rPr>
          <w:i/>
        </w:rPr>
        <w:t>“My position is that there are two different ways to attain spirituality.”</w:t>
      </w:r>
    </w:p>
    <w:p>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p>
    <w:p>
      <w:pPr>
        <w:pStyle w:val="Heading2"/>
      </w:pPr>
      <w:r>
        <w:t>Real prayer is submission of the heart, not just form</w:t>
      </w:r>
    </w:p>
    <w:p>
      <w:r>
        <w:rPr>
          <w:color w:val="666666"/>
          <w:sz w:val="18"/>
        </w:rPr>
        <w:t>Dars -e-Quran 3 July 2007 Ch. 2 verses 219, 238, 249 &amp; 255 · 2m 12s · at 24:29 · https://youtu.be/R3NkkhEn-XA?t=1469</w:t>
      </w:r>
    </w:p>
    <w:p>
      <w:r>
        <w:rPr>
          <w:i/>
        </w:rPr>
        <w:t>“Namaz sirf ek form nahi — dil ka jhukaav zaroori hai”</w:t>
      </w:r>
    </w:p>
    <w:p>
      <w:r>
        <w:rPr>
          <w:sz w:val="20"/>
        </w:rPr>
        <w:t>24:29  qumu lillahi qaniteen. yeh ayat namaz ke context mein hai, yani jo worship hoti hai, jo namaz hoti hai،</w:t>
      </w:r>
      <w:r>
        <w:br/>
      </w:r>
      <w:r>
        <w:rPr>
          <w:sz w:val="20"/>
        </w:rPr>
        <w:t>24:43  jis ko salat kaha gaya hai quran mein, us ke context mein hai ke utho Allah ke liye qanit bankar.</w:t>
      </w:r>
      <w:r>
        <w:br/>
      </w:r>
      <w:r>
        <w:rPr>
          <w:sz w:val="20"/>
        </w:rPr>
        <w:t>24:55  qanit ka matlab hota hai ke aap ke dil mein jhukao ho, aap ka dil surrender kiye hue ho, aap ke dil mein submission ki spirit ho.</w:t>
      </w:r>
      <w:r>
        <w:br/>
      </w:r>
      <w:r>
        <w:rPr>
          <w:sz w:val="20"/>
        </w:rPr>
        <w:t>25:06  yeh hai qanit.</w:t>
      </w:r>
      <w:r>
        <w:br/>
      </w:r>
      <w:r>
        <w:rPr>
          <w:sz w:val="20"/>
        </w:rPr>
        <w:t>25:11  is se maloom hua ke namaz koi rituals ki baat nahi hai. Kuch rituals hain, us ko ada kar liya, kuch form hai, us ko poora kar liya.</w:t>
      </w:r>
      <w:r>
        <w:br/>
      </w:r>
      <w:r>
        <w:rPr>
          <w:sz w:val="20"/>
        </w:rPr>
        <w:t>25:25  lekin form ka talluq aap ke body se hota hai aur qanoot ka talluq aap ke andar ke wajood se hota hai.</w:t>
      </w:r>
      <w:r>
        <w:br/>
      </w:r>
      <w:r>
        <w:rPr>
          <w:sz w:val="20"/>
        </w:rPr>
        <w:t>25:38  to namaz yeh nahi hai ke ek form hai, ek set of rituals hai aur us ko dohrate rahen, aap dohrate rahen. Yeh namaz nahi hai.</w:t>
      </w:r>
      <w:r>
        <w:br/>
      </w:r>
      <w:r>
        <w:rPr>
          <w:sz w:val="20"/>
        </w:rPr>
        <w:t>25:49  farmaya: "قوموا للہ قانتین"۔ utho Khuda ke liye, Khuda ke liye namaz parhne ke liye, submission ke sath, jhukao ke sath,</w:t>
      </w:r>
      <w:r>
        <w:br/>
      </w:r>
      <w:r>
        <w:rPr>
          <w:sz w:val="20"/>
        </w:rPr>
        <w:t>26:04  khushu ke sath.</w:t>
      </w:r>
      <w:r>
        <w:br/>
      </w:r>
      <w:r>
        <w:rPr>
          <w:sz w:val="20"/>
        </w:rPr>
        <w:t>26:07  to dil mein agar khushu ho, submission ho, jhukao ho, tabhi woh namaz namaz hai. Sirf form ko dohrane se koi namaz namaz nahi banegi.</w:t>
      </w:r>
      <w:r>
        <w:br/>
      </w:r>
      <w:r>
        <w:rPr>
          <w:sz w:val="20"/>
        </w:rPr>
        <w:t>26:23  to farmaya: "قونو"۔ farmaya ke: "قوموا للہ قانتین"۔ utho namaz ke liye qanoot ke sath, jhukao ke sath, submission ke sath, dil mein izzat ka jazba liye hue.</w:t>
      </w:r>
    </w:p>
    <w:p>
      <w:pPr>
        <w:pStyle w:val="Heading2"/>
      </w:pPr>
      <w:r>
        <w:t>True story: a disowned son begs forgiveness at his father's feet</w:t>
      </w:r>
    </w:p>
    <w:p>
      <w:r>
        <w:rPr>
          <w:color w:val="666666"/>
          <w:sz w:val="18"/>
        </w:rPr>
        <w:t>Paradise Culture January 12, 2014 · 2m 46s · at 30:04 · https://youtu.be/Z3A6r7XjE00?t=1804</w:t>
      </w:r>
    </w:p>
    <w:p>
      <w:r>
        <w:rPr>
          <w:i/>
        </w:rPr>
        <w:t>“Yeh sacha waqia hai Karnataka ka.”</w:t>
      </w:r>
    </w:p>
    <w:p>
      <w:r>
        <w:rPr>
          <w:sz w:val="20"/>
        </w:rPr>
        <w:t>30:04  phir yeh sochte hue mujhe ek waqia yaad aaya. yeh sachcha waqia hai Karnataka ka. wahan hamare ek saathi the</w:t>
      </w:r>
      <w:r>
        <w:br/>
      </w:r>
      <w:r>
        <w:rPr>
          <w:sz w:val="20"/>
        </w:rPr>
        <w:t>30:13  , ab un ka inteqal ho chuka tha, inteqal ho chuka hai. unhon ne yeh baat batai thi ke wahan par shehar mein ek ek daulatmand aadmi the,</w:t>
      </w:r>
      <w:r>
        <w:br/>
      </w:r>
      <w:r>
        <w:rPr>
          <w:sz w:val="20"/>
        </w:rPr>
        <w:t>30:29  paise wale, lekin un ka ladka jo tha, woh bigad gaya aur gussa ho gaya.</w:t>
      </w:r>
      <w:r>
        <w:br/>
      </w:r>
      <w:r>
        <w:rPr>
          <w:sz w:val="20"/>
        </w:rPr>
        <w:t>30:38  baap apne bete se bohat gussa ho gaya</w:t>
      </w:r>
      <w:r>
        <w:br/>
      </w:r>
      <w:r>
        <w:rPr>
          <w:sz w:val="20"/>
        </w:rPr>
        <w:t>30:42  aur us ko nikaal diya ke bhago yahan se, mere ghar se chale jao tum. ab woh ladka jo tha, woh us ke paas koi hunar nahin tha, koi us ke paas koi aisi salahiyat nahin thi ke koi badi bada job mil sake.</w:t>
      </w:r>
      <w:r>
        <w:br/>
      </w:r>
      <w:r>
        <w:rPr>
          <w:sz w:val="20"/>
        </w:rPr>
        <w:t>30:59  to gaya jhonki jhonpri mein aur mazdoori. to kuch din is tarah ki zindagi guzari us ne, bohat hi musibaton ki zindagi.</w:t>
      </w:r>
      <w:r>
        <w:br/>
      </w:r>
      <w:r>
        <w:rPr>
          <w:sz w:val="20"/>
        </w:rPr>
        <w:t>31:09  phir jinhon ne bataya tha qissa mujhe, un se mulaqat hui. woh woh rone laga ke main paida hua ek achhe baap ke ghar mein aur ab main musibat utha raha hoon.</w:t>
      </w:r>
      <w:r>
        <w:br/>
      </w:r>
      <w:r>
        <w:rPr>
          <w:sz w:val="20"/>
        </w:rPr>
        <w:t>31:27  to unhon ne kaha ke dekho, tumhara tumhara jo problem hai, bohat aasani se woh solve ho sakta hai.</w:t>
      </w:r>
      <w:r>
        <w:br/>
      </w:r>
      <w:r>
        <w:rPr>
          <w:sz w:val="20"/>
        </w:rPr>
        <w:t>31:37  tum aisa karo ke ek din tum jao apne baap ke ghar, wahan par naak karo aur jab baap aaye tumhare saamne to uth ke baap ke paaon pe gir pado aur kaho ke baap, aap ne hum ko phenk diya,</w:t>
      </w:r>
      <w:r>
        <w:br/>
      </w:r>
      <w:r>
        <w:rPr>
          <w:sz w:val="20"/>
        </w:rPr>
        <w:t>32:00  aap ne hum ko janam diya aur phir mujh ko phenk diya.</w:t>
      </w:r>
      <w:r>
        <w:br/>
      </w:r>
      <w:r>
        <w:rPr>
          <w:sz w:val="20"/>
        </w:rPr>
        <w:t>32:07  to woh ladke ne aisa hi kiya. woh gaya wahan aur wahan naak kiya. baap bahar aaya to us ne woh us ke paaon pe gir pada aur kuch nahin, rone laga aur kaha ke baap, aap ne hum ko phenk diya.</w:t>
      </w:r>
      <w:r>
        <w:br/>
      </w:r>
      <w:r>
        <w:rPr>
          <w:sz w:val="20"/>
        </w:rPr>
        <w:t>32:26  to us ne utha liya, utha kar ke seene se laga liya aur andar le gaya. us ko bithaya, nahalaya, kapda pehnaya, sab kuch us ke liye.</w:t>
      </w:r>
      <w:r>
        <w:br/>
      </w:r>
      <w:r>
        <w:rPr>
          <w:sz w:val="20"/>
        </w:rPr>
        <w:t>32:35  to yeh ruddana wasafireen ka lafz ke parhte hue yeh aayat parhte hue mujhe yaad aaya. is mein hai ke phir hum ne phenk diya us ko nichle se nichle tabqe mein.</w:t>
      </w:r>
      <w:r>
        <w:br/>
      </w:r>
      <w:r>
        <w:rPr>
          <w:sz w:val="20"/>
        </w:rPr>
        <w:t>32:51  to jab dekhiye, ek baap ke andar apne bete ke liye yeh reham hai ke jab woh kehta hai to woh us ki us ka rehmat josh mein aa jaati hai.</w:t>
      </w:r>
    </w:p>
    <w:p>
      <w:pPr>
        <w:pStyle w:val="Heading2"/>
      </w:pPr>
      <w:r>
        <w:t>Patience (sabr) to avoid anger</w:t>
      </w:r>
    </w:p>
    <w:p>
      <w:r>
        <w:rPr>
          <w:color w:val="666666"/>
          <w:sz w:val="18"/>
        </w:rPr>
        <w:t>Dr  Naseem Siddiqui Memorial Part 2 · 2m 02s · at 22:24 · https://youtu.be/qX3ZreTSGaw?t=1344</w:t>
      </w:r>
    </w:p>
    <w:p>
      <w:r>
        <w:rPr>
          <w:i/>
        </w:rPr>
        <w:t>“Don't be angry, put it in God's account.”</w:t>
      </w:r>
    </w:p>
    <w:p>
      <w:r>
        <w:rPr>
          <w:sz w:val="20"/>
        </w:rPr>
        <w:t>22:24  Islam mein jo concept diya gaya hai, woh yeh hai ke aadmi jis ko hum kehte hain sabr. Sabr ka matlab kya hai? Sabr ka matlab hai ke jo unpleasant items paish aate hain, aap ko unpleasant jo experiences hote hain, us ko Allah ke khane mein daalo, us ko Khuda ke khane mein daalo. Bajaye is ke ke aap react karein, bajaye is ke ke aap gussa hon, bajaye is ke ke aap hate karein kisi, bajaye is ke ke aap violence karein, kisi ko maar pee</w:t>
      </w:r>
      <w:r>
        <w:br/>
      </w:r>
      <w:r>
        <w:rPr>
          <w:sz w:val="20"/>
        </w:rPr>
        <w:t>22:54  t shuru kar dein, us ke bajaye in sab ko daalo Khuda ke khane mein. Yeh bohat hi aasan nuskha hai apne aap ko free banane ka. Jaise hi aap ke andar koi negative thought aaya, jaise hi aap ke andar kisi cheez ne aap ko provoke kiya, kisi cheez ne aap ko gussa dila diya, to us ko daalo Allah ke khane mein. Ek qissa aata hai ke ek prophet ke ek companion the, woh aap ke paas aaye aur unhon ne kaha ke "Ya Rasool Allah, alimni</w:t>
      </w:r>
      <w:r>
        <w:br/>
      </w:r>
      <w:r>
        <w:rPr>
          <w:sz w:val="20"/>
        </w:rPr>
        <w:t>23:24  kalimatain ash wa bain wala tafsir." Is ka matlab hai ke o prophet of God, give me a master advice by which I may be able to manage all the affairs of my life. To aap ne kaha ke la tahzab, don't be angry. Dekhiye, is par main ne ghor kiya, main ne ke don't be angry ka matlab kya hai? Aap kab aisa hoga ke aadmi</w:t>
      </w:r>
      <w:r>
        <w:br/>
      </w:r>
      <w:r>
        <w:rPr>
          <w:sz w:val="20"/>
        </w:rPr>
        <w:t>23:56  gussa na ho? Kab aisa hoga? Kyun ke baar baar aisa hota hai ke hum ko kisi na kisi baat par gussa aata hai, aa jaata hai, hum provoke ho jaate hain, hamare andar negative negative thought aa jaate hain. To kaise aisa ho sakta hai ke hum gussa na hon? Is ki sirf ek hi shakal hai, woh yeh hai ke jo cheez paish aaye, us ko daalo Khuda ke khane mein, us ko daalo Khuda ke khane mein, apne aap ko free kar lo. Yahi ek hi formula hai jo hum ko</w:t>
      </w:r>
    </w:p>
    <w:p>
      <w:pPr>
        <w:pStyle w:val="Heading2"/>
      </w:pPr>
      <w:r>
        <w:t>True worship begins with discovering God, not performing rituals</w:t>
      </w:r>
    </w:p>
    <w:p>
      <w:r>
        <w:rPr>
          <w:color w:val="666666"/>
          <w:sz w:val="18"/>
        </w:rPr>
        <w:t>Dars-e-Quran June 23, 2007 · 2m 59s · at 14:00 · https://youtu.be/ajK0nNrp8n4?t=840</w:t>
      </w:r>
    </w:p>
    <w:p>
      <w:r>
        <w:rPr>
          <w:i/>
        </w:rPr>
        <w:t>“Ae logon! Ibadat karo apne Rab ki”</w:t>
      </w:r>
    </w:p>
    <w:p>
      <w:r>
        <w:rPr>
          <w:sz w:val="20"/>
        </w:rPr>
        <w:t>14:00  to ibadat jo hai, woh kisi form ka naam nahin hai.</w:t>
      </w:r>
      <w:r>
        <w:br/>
      </w:r>
      <w:r>
        <w:rPr>
          <w:sz w:val="20"/>
        </w:rPr>
        <w:t>14:06  ae logon! ibadat karo apne Rabb ki. is ke maani nahin, kuch rituals hain, kuch form hain, us ko dohra do. yeh ibadat ka reduced form hai.</w:t>
      </w:r>
      <w:r>
        <w:br/>
      </w:r>
      <w:r>
        <w:rPr>
          <w:sz w:val="20"/>
        </w:rPr>
        <w:t>14:19  yeh Khuda ko underestimate karna hai. ibadat jo hai, hadith mein bataya gaya hai ke abdullah kuntara</w:t>
      </w:r>
      <w:r>
        <w:br/>
      </w:r>
      <w:r>
        <w:rPr>
          <w:sz w:val="20"/>
        </w:rPr>
        <w:t>14:29  . Khuda ki ibadat is tarah karo jaise ke tum Khuda ko dekh rahe ho. yeh dekhna kya hai?</w:t>
      </w:r>
      <w:r>
        <w:br/>
      </w:r>
      <w:r>
        <w:rPr>
          <w:sz w:val="20"/>
        </w:rPr>
        <w:t>14:42  yeh hai result of realization.</w:t>
      </w:r>
      <w:r>
        <w:br/>
      </w:r>
      <w:r>
        <w:rPr>
          <w:sz w:val="20"/>
        </w:rPr>
        <w:t>14:47  jab aap ghhor karte hain aur discover karte hain ke is universe ka ek creator hai, woh is ka sustainer hai, woh Lord hai is ka, yani Khuda ko us ki tamam</w:t>
      </w:r>
      <w:r>
        <w:br/>
      </w:r>
      <w:r>
        <w:rPr>
          <w:sz w:val="20"/>
        </w:rPr>
        <w:t>15:08  haisiyat ke sath. jab aap discover karte hain to kya hota hai?</w:t>
      </w:r>
      <w:r>
        <w:br/>
      </w:r>
      <w:r>
        <w:rPr>
          <w:sz w:val="20"/>
        </w:rPr>
        <w:t>15:15  presence of God ka ehsaas hota hai aap ke andar. aisa lagta hai ke aap Khuda ke maujoodgi ko mehsoos karne lagte hain.</w:t>
      </w:r>
      <w:r>
        <w:br/>
      </w:r>
      <w:r>
        <w:rPr>
          <w:sz w:val="20"/>
        </w:rPr>
        <w:t>15:26  Khuda ki maujoodgi ko mehsoos karne ke baad aadmi ke andar jo behavior zahir hota hai, usi ka naam ibadat hai.</w:t>
      </w:r>
      <w:r>
        <w:br/>
      </w:r>
      <w:r>
        <w:rPr>
          <w:sz w:val="20"/>
        </w:rPr>
        <w:t>15:36  aap sochiye ke aadmi jab Khuda ko is tarah discover kare, is tarah realize kare ke khud us ko Khuda ki maujoodgi ka ehsaas hone lage to kya karega?</w:t>
      </w:r>
      <w:r>
        <w:br/>
      </w:r>
      <w:r>
        <w:rPr>
          <w:sz w:val="20"/>
        </w:rPr>
        <w:t>15:49  woh us ke aage sajde mein gir padega, us ke aage jhuk jayega, us ko acknowledge karega. to ibadat darasal Khuda ko acknowledge karne ka doosra naam hai.</w:t>
      </w:r>
      <w:r>
        <w:br/>
      </w:r>
      <w:r>
        <w:rPr>
          <w:sz w:val="20"/>
        </w:rPr>
        <w:t>16:04  is ka matlab kya hua?</w:t>
      </w:r>
      <w:r>
        <w:br/>
      </w:r>
      <w:r>
        <w:rPr>
          <w:sz w:val="20"/>
        </w:rPr>
        <w:t>16:06  ke ibadat ka jo aaghaz hai, beginning hai ibadat ki, woh kya hai? realization of God, discovery of God.</w:t>
      </w:r>
      <w:r>
        <w:br/>
      </w:r>
      <w:r>
        <w:rPr>
          <w:sz w:val="20"/>
        </w:rPr>
        <w:t>16:18  jab aadmi Khuda ko discover kare, jis ko marifat kaha gaya hai Quran o hadith mein, to marifat pehle aati hai, phir us ke baad ibadat aati hai.</w:t>
      </w:r>
      <w:r>
        <w:br/>
      </w:r>
      <w:r>
        <w:rPr>
          <w:sz w:val="20"/>
        </w:rPr>
        <w:t>16:30  agar aap ibadat ko sirf ritual ke maani mein le lein to is liye marifat ki zaroorat nahi hogi.</w:t>
      </w:r>
      <w:r>
        <w:br/>
      </w:r>
      <w:r>
        <w:rPr>
          <w:sz w:val="20"/>
        </w:rPr>
        <w:t>16:37  marifat ke baghair bhi aap rituals ko ada kar sakte hain, is ke form ko ada kar sakte hain. lekin woh ibadat jis ko hadith mein kaha gaya hai ke aisa, aisi ibadat jaise ke tum Khuda ko dekh rahe ho, to zahir hai ke woh to us realization ke baad aayega,</w:t>
      </w:r>
      <w:r>
        <w:br/>
      </w:r>
      <w:r>
        <w:rPr>
          <w:sz w:val="20"/>
        </w:rPr>
        <w:t>16:56  Khuda ki discovery ke baad aayega.</w:t>
      </w:r>
    </w:p>
    <w:p>
      <w:pPr>
        <w:pStyle w:val="Heading2"/>
      </w:pPr>
      <w:r>
        <w:t>How a political desire became declared part of faith</w:t>
      </w:r>
    </w:p>
    <w:p>
      <w:r>
        <w:rPr>
          <w:color w:val="666666"/>
          <w:sz w:val="18"/>
        </w:rPr>
        <w:t>The Reality Behind The Political Interpretation of Islam November 25, 2024 · 2m 42s · at 19:59 · https://youtu.be/E6CIcDXuQLQ?t=1199</w:t>
      </w:r>
    </w:p>
    <w:p>
      <w:r>
        <w:rPr>
          <w:i/>
        </w:rPr>
        <w:t>“Humans naturally want dominance and power, that's not new”</w:t>
      </w:r>
    </w:p>
    <w:p>
      <w:r>
        <w:rPr>
          <w:sz w:val="20"/>
        </w:rPr>
        <w:t>19:59  Dekhein jaisa ke abhi hum sun rahe the hamare saathi se ke insano ke andar jo hai ek khwahish hoti hai ke dunya mein woh dominant rahein,</w:t>
      </w:r>
      <w:r>
        <w:br/>
      </w:r>
      <w:r>
        <w:rPr>
          <w:sz w:val="20"/>
        </w:rPr>
        <w:t>20:12  un ki hukoomat ho, un ka power ho. Aur doosra aisa bhi hota hai insaan, yeh bhi ek fitri si baat hai ke jin logon ne yahan par taqreeban hazar saal hukoomat ki ho,</w:t>
      </w:r>
      <w:r>
        <w:br/>
      </w:r>
      <w:r>
        <w:rPr>
          <w:sz w:val="20"/>
        </w:rPr>
        <w:t>20:31  woh khone ke baad dobara un ke andar chahat paida hoti hai ke jo hum kho chuke hain, usay dobara haasil karein.</w:t>
      </w:r>
      <w:r>
        <w:br/>
      </w:r>
      <w:r>
        <w:rPr>
          <w:sz w:val="20"/>
        </w:rPr>
        <w:t>20:41  Yeh ek fitri khwahish hai. Aur yeh fitri khwahish poori bhi ho sakti hai aur poori nahi bhi ho sakti. Insaan waise bohat si khwahishein rakhta hai magar har khwahish ka poora hona zaroori nahi hota hai.</w:t>
      </w:r>
      <w:r>
        <w:br/>
      </w:r>
      <w:r>
        <w:rPr>
          <w:sz w:val="20"/>
        </w:rPr>
        <w:t>20:55  Lekin is maamle mein ghalti jo hui Maulana Abu al-Ala Maududi se, woh yeh ke unhon ne</w:t>
      </w:r>
      <w:r>
        <w:br/>
      </w:r>
      <w:r>
        <w:rPr>
          <w:sz w:val="20"/>
        </w:rPr>
        <w:t>21:05  yeh zaroori qarar de diya ke aadmi jab tak Allah ko Ilah ke sath hakim na maane, tab tak us ki tauheed mukammal nahi hoti hai.</w:t>
      </w:r>
      <w:r>
        <w:br/>
      </w:r>
      <w:r>
        <w:rPr>
          <w:sz w:val="20"/>
        </w:rPr>
        <w:t>21:19  Jab tak woh ibadat ke sath ibadat ko ek siyasi training na samjhe, tab tak us ki ibadat mukammal nahi hoti hai.</w:t>
      </w:r>
      <w:r>
        <w:br/>
      </w:r>
      <w:r>
        <w:rPr>
          <w:sz w:val="20"/>
        </w:rPr>
        <w:t>21:30  Deen ko jab tak woh ek siyasi qanoon ke taur par tasleem na kare, tab tak us ka deen poora nahi hota hai.</w:t>
      </w:r>
      <w:r>
        <w:br/>
      </w:r>
      <w:r>
        <w:rPr>
          <w:sz w:val="20"/>
        </w:rPr>
        <w:t>21:42  Is tarah jo baat insaan ki khwahish thi, us ko unhon ne deen ka hissa bana diya. Aur yahi sab se zyada khatarnak baat hai.</w:t>
      </w:r>
      <w:r>
        <w:br/>
      </w:r>
      <w:r>
        <w:rPr>
          <w:sz w:val="20"/>
        </w:rPr>
        <w:t>21:54  Dekhein Maulana Wahiduddin Khan sahib ne likha hai ke mujhe yaqeen hai ke unhon ne yeh jo taabeer ki hai, un ki yeh taabeer yaqeenan tehreef to hai magar unhon ne jaan boojh kar ke nahi ki.</w:t>
      </w:r>
      <w:r>
        <w:br/>
      </w:r>
      <w:r>
        <w:rPr>
          <w:sz w:val="20"/>
        </w:rPr>
        <w:t>22:13  Lekin ghalti yeh hai ke jab us ki ghalti wazeh ho kar ke samne aa jaye, tab bhi aadmi usi par</w:t>
      </w:r>
      <w:r>
        <w:br/>
      </w:r>
      <w:r>
        <w:rPr>
          <w:sz w:val="20"/>
        </w:rPr>
        <w:t>22:24  juda rahe aur yeh kahe ke main jo keh raha hoon, yeh jo hum ne taabeer ki hai, wahi sahih hai. Yeh jo hai asal buniyad banti hai fasad ki.</w:t>
      </w:r>
      <w:r>
        <w:br/>
      </w:r>
      <w:r>
        <w:rPr>
          <w:sz w:val="20"/>
        </w:rPr>
        <w:t>22:35  To Maulana ne is ko jo hai taabeer ki ghalti bataya.</w:t>
      </w:r>
    </w:p>
    <w:p>
      <w:pPr>
        <w:pStyle w:val="Heading2"/>
      </w:pPr>
      <w:r>
        <w:t>Rain metaphor: creation waits for humans to act</w:t>
      </w:r>
    </w:p>
    <w:p>
      <w:r>
        <w:rPr>
          <w:color w:val="666666"/>
          <w:sz w:val="18"/>
        </w:rPr>
        <w:t>Team Spirit November 29, 2013 Maulana Wahiduddin Khan · 2m 02s · at 1:24 · https://youtu.be/KRZ_uy8sxk0?t=84</w:t>
      </w:r>
    </w:p>
    <w:p>
      <w:r>
        <w:rPr>
          <w:i/>
        </w:rPr>
        <w:t>“Jab baarish barasti hai to baadalon ko intezar hota hai”</w:t>
      </w:r>
    </w:p>
    <w:p>
      <w:r>
        <w:rPr>
          <w:sz w:val="20"/>
        </w:rPr>
        <w:t>1:24  door jadeed mein kuch nai opportunities paida huin, kis liye? kisi kaam ke liye. jaise Allah barish barsate hain to kisi kaam ke liye.</w:t>
      </w:r>
      <w:r>
        <w:br/>
      </w:r>
      <w:r>
        <w:rPr>
          <w:sz w:val="20"/>
        </w:rPr>
        <w:t>1:41  jab barish marti hai to badalon ko intezar hota hai ek waqeye ka, ke kisan pani ko istemal kar ke fasal ugaye.</w:t>
      </w:r>
      <w:r>
        <w:br/>
      </w:r>
      <w:r>
        <w:rPr>
          <w:sz w:val="20"/>
        </w:rPr>
        <w:t>1:53  balkeh sari kainat, kyunke aap barish jab hoti hai to poori kainat milti hai, us waqt tab barish hoti hai. barish koi sadah waqea nahi hai.</w:t>
      </w:r>
      <w:r>
        <w:br/>
      </w:r>
      <w:r>
        <w:rPr>
          <w:sz w:val="20"/>
        </w:rPr>
        <w:t>2:05  goya ke poora kainaati nizam jo hai, us ne mutahid ho kar ek kaam kiya to barish hui. to kya aap samajhte hain ke bas baat khatam ho gayi?</w:t>
      </w:r>
      <w:r>
        <w:br/>
      </w:r>
      <w:r>
        <w:rPr>
          <w:sz w:val="20"/>
        </w:rPr>
        <w:t>2:18  woh poora kainaati nizam intezar kar raha hai ek waqeye ka,</w:t>
      </w:r>
      <w:r>
        <w:br/>
      </w:r>
      <w:r>
        <w:rPr>
          <w:sz w:val="20"/>
        </w:rPr>
        <w:t>2:23  jo doosron ko karna hai, barish ko nahi. woh hai ke pani ko istemal kar ke fasal ugana, taake dana paida ho, ghalla paida ho, phal paida ho, insaan ke liye ghiza hasil ho.</w:t>
      </w:r>
      <w:r>
        <w:br/>
      </w:r>
      <w:r>
        <w:rPr>
          <w:sz w:val="20"/>
        </w:rPr>
        <w:t>2:39  to poora kainaati nizam barish barsata hai, lekin khud is waqeye ko wajood mein nahi lata jo aakhri cheez darkar hai.</w:t>
      </w:r>
      <w:r>
        <w:br/>
      </w:r>
      <w:r>
        <w:rPr>
          <w:sz w:val="20"/>
        </w:rPr>
        <w:t>2:51  woh to kuch doosre logon ko karna hai.</w:t>
      </w:r>
      <w:r>
        <w:br/>
      </w:r>
      <w:r>
        <w:rPr>
          <w:sz w:val="20"/>
        </w:rPr>
        <w:t>2:53  lekin kainaati nizam jab barish barsata hai to woh poora kainaati nizam intezar kar raha hai ke woh log uthein jinhone barish ke pani ko istemal kar ke is ko lalati fasal mein tabdeel karna hai.</w:t>
      </w:r>
      <w:r>
        <w:br/>
      </w:r>
      <w:r>
        <w:rPr>
          <w:sz w:val="20"/>
        </w:rPr>
        <w:t>3:13  to</w:t>
      </w:r>
      <w:r>
        <w:br/>
      </w:r>
      <w:r>
        <w:rPr>
          <w:sz w:val="20"/>
        </w:rPr>
        <w:t>3:14  mujhe jo maine kaha vision ki baat, 200 saal se tareekh ko ek intezar hai, balkeh shayad 300 saal tak is ko barha sakte hain aap.</w:t>
      </w:r>
    </w:p>
    <w:p>
      <w:pPr>
        <w:pStyle w:val="Heading2"/>
      </w:pPr>
      <w:r>
        <w:t>Astronaut Irwin's mysterious line about God on the moon</w:t>
      </w:r>
    </w:p>
    <w:p>
      <w:r>
        <w:rPr>
          <w:color w:val="666666"/>
          <w:sz w:val="18"/>
        </w:rPr>
        <w:t>God and Man April 30, 2006 · 2m 11s · at 27:48 · https://youtu.be/57HbKTw6Udg?t=1668</w:t>
      </w:r>
    </w:p>
    <w:p>
      <w:r>
        <w:rPr>
          <w:i/>
        </w:rPr>
        <w:t>“In 1972, man went to the moon — one of them was Col. Irwin”</w:t>
      </w:r>
    </w:p>
    <w:p>
      <w:r>
        <w:rPr>
          <w:sz w:val="20"/>
        </w:rPr>
        <w:t>27:48  aap ko yeh maloom hoga ke 1972 mein insaan chaand par gaya tha.</w:t>
      </w:r>
      <w:r>
        <w:br/>
      </w:r>
      <w:r>
        <w:rPr>
          <w:sz w:val="20"/>
        </w:rPr>
        <w:t>28:01  un mein se ek the karnal, karnal jaims airvin. yeh amrikan the.</w:t>
      </w:r>
      <w:r>
        <w:br/>
      </w:r>
      <w:r>
        <w:rPr>
          <w:sz w:val="20"/>
        </w:rPr>
        <w:t>28:14  to wapsi ke baad unhon ne apne jo, apne jo bataaye the, apne jo experiences mein se ek baat yeh thi ke unhon ne kaha ke jab main chaand par khada hua akela,</w:t>
      </w:r>
      <w:r>
        <w:br/>
      </w:r>
      <w:r>
        <w:rPr>
          <w:sz w:val="20"/>
        </w:rPr>
        <w:t>28:34  sanaate mein, zaahir hai ke chaand par woh koi sosaiti nahi hai, koi koi insaan nahi hai, wahan koi siti nahi hai, wahan koi sivilaizeshan nahi hai.</w:t>
      </w:r>
      <w:r>
        <w:br/>
      </w:r>
      <w:r>
        <w:rPr>
          <w:sz w:val="20"/>
        </w:rPr>
        <w:t>28:45  chaand to ek raak hai, bas simpali ek raak. to unhon ne kaha ke jab main chaand par khada hua is sanaate mein to main ne khuda ke prezans ko dekha.</w:t>
      </w:r>
      <w:r>
        <w:br/>
      </w:r>
      <w:r>
        <w:rPr>
          <w:sz w:val="20"/>
        </w:rPr>
        <w:t>29:01  un ki varding yeh thi ke "I felt presence of God on the moon.</w:t>
      </w:r>
      <w:r>
        <w:br/>
      </w:r>
      <w:r>
        <w:rPr>
          <w:sz w:val="20"/>
        </w:rPr>
        <w:t>29:10  "I felt presence of God on the moon." Yeh baat unhon ne kahi thi 1972 mein.</w:t>
      </w:r>
      <w:r>
        <w:br/>
      </w:r>
      <w:r>
        <w:rPr>
          <w:sz w:val="20"/>
        </w:rPr>
        <w:t>29:20  lekin is ka matlab mujhe kal hi samajh aaya. yaani kya matlab hai is ka? kyun God's presence unhon ne dekha chaand par?</w:t>
      </w:r>
      <w:r>
        <w:br/>
      </w:r>
      <w:r>
        <w:rPr>
          <w:sz w:val="20"/>
        </w:rPr>
        <w:t>29:30  yeh baat abhi kal mujh par khuli. mere mind mein yeh feed tha in ka yeh sentence "</w:t>
      </w:r>
      <w:r>
        <w:br/>
      </w:r>
      <w:r>
        <w:rPr>
          <w:sz w:val="20"/>
        </w:rPr>
        <w:t>29:37  "I felt the presence of God on the moon." is ke andar kya meaning hai?</w:t>
      </w:r>
      <w:r>
        <w:br/>
      </w:r>
      <w:r>
        <w:rPr>
          <w:sz w:val="20"/>
        </w:rPr>
        <w:t>29:47  kyun aisa hua? yeh abhi kal mujh par discovery is ki hui. abhi tak mein is ko jaan nahi paaya tha. woh kya hui? dekhiye, asal baat kya hai?</w:t>
      </w:r>
    </w:p>
    <w:p>
      <w:pPr>
        <w:pStyle w:val="Heading2"/>
      </w:pPr>
      <w:r>
        <w:t>Inferential argument valid for God like X-rays</w:t>
      </w:r>
    </w:p>
    <w:p>
      <w:r>
        <w:rPr>
          <w:color w:val="666666"/>
          <w:sz w:val="18"/>
        </w:rPr>
        <w:t>Science of God | May 4, 2008 · 3m 30s · at 35:46 · https://youtu.be/bmZlGAnA8fE?t=2146</w:t>
      </w:r>
    </w:p>
    <w:p>
      <w:r>
        <w:rPr>
          <w:i/>
        </w:rPr>
        <w:t>“Jaise misaal ke taur par yeh kaha jaata tha pehle.”</w:t>
      </w:r>
    </w:p>
    <w:p>
      <w:r>
        <w:rPr>
          <w:sz w:val="20"/>
        </w:rPr>
        <w:t>35:46  jaise misaal ke taur par yeh kaha jata tha pehle ke jis ko kehte hain philosophers argument from design.</w:t>
      </w:r>
      <w:r>
        <w:br/>
      </w:r>
      <w:r>
        <w:rPr>
          <w:sz w:val="20"/>
        </w:rPr>
        <w:t>35:51  argument from design yani where there is design there is a designer.</w:t>
      </w:r>
      <w:r>
        <w:br/>
      </w:r>
      <w:r>
        <w:rPr>
          <w:sz w:val="20"/>
        </w:rPr>
        <w:t>35:56  argument from design ka matlab yeh hai ke where there is a design there is a designer.</w:t>
      </w:r>
      <w:r>
        <w:br/>
      </w:r>
      <w:r>
        <w:rPr>
          <w:sz w:val="20"/>
        </w:rPr>
        <w:t>36:01  to woh kehte hain yeh toh secondary argument hai.</w:t>
      </w:r>
      <w:r>
        <w:br/>
      </w:r>
      <w:r>
        <w:rPr>
          <w:sz w:val="20"/>
        </w:rPr>
        <w:t>36:06  inferential argument hai.</w:t>
      </w:r>
      <w:r>
        <w:br/>
      </w:r>
      <w:r>
        <w:rPr>
          <w:sz w:val="20"/>
        </w:rPr>
        <w:t>36:11  main ne pehli bar is por</w:t>
      </w:r>
      <w:r>
        <w:br/>
      </w:r>
      <w:r>
        <w:rPr>
          <w:sz w:val="20"/>
        </w:rPr>
        <w:t>36:16  poore twenty eight century mein yeh establish kiya ke yeh yeh to zamana khatam ho gaya. yeh logical positivism ka zamana hi khatam ho gaya. woh dead hai ho chuki hai. logical positivism ab dead ho chuki hai. jab jab jab atom jo hai woh is mein split ho gaya. aur maloom hua ke yeh to electron hai. to ek scientist ne kaha ke aage jo hum jab atom split hua to maloom hua ke yeh</w:t>
      </w:r>
      <w:r>
        <w:br/>
      </w:r>
      <w:r>
        <w:rPr>
          <w:sz w:val="20"/>
        </w:rPr>
        <w:t>36:46  to mate of mate of electron mate dance of electron ka mamla hai.</w:t>
      </w:r>
      <w:r>
        <w:br/>
      </w:r>
      <w:r>
        <w:rPr>
          <w:sz w:val="20"/>
        </w:rPr>
        <w:t>36:51  yani poori universe jo hai woh hai mate dance of electrons.</w:t>
      </w:r>
      <w:r>
        <w:br/>
      </w:r>
      <w:r>
        <w:rPr>
          <w:sz w:val="20"/>
        </w:rPr>
        <w:t>36:56  aur electron toh lehrein hain waves hain.</w:t>
      </w:r>
      <w:r>
        <w:br/>
      </w:r>
      <w:r>
        <w:rPr>
          <w:sz w:val="20"/>
        </w:rPr>
        <w:t>37:01  woh dikhai nahi dete.</w:t>
      </w:r>
      <w:r>
        <w:br/>
      </w:r>
      <w:r>
        <w:rPr>
          <w:sz w:val="20"/>
        </w:rPr>
        <w:t>37:06  ab sawal yeh hai ke jab sab kuch views nikla yani atom ke split hone ke baad jab</w:t>
      </w:r>
      <w:r>
        <w:br/>
      </w:r>
      <w:r>
        <w:rPr>
          <w:sz w:val="20"/>
        </w:rPr>
        <w:t>37:11  نیوکلیئر سائنس وجود میں آئی تو پتہ چلا کہ سب کچھ in the last resort سب ہر چیز الیکٹر</w:t>
      </w:r>
      <w:r>
        <w:br/>
      </w:r>
      <w:r>
        <w:rPr>
          <w:sz w:val="20"/>
        </w:rPr>
        <w:t>37:16  an hai.</w:t>
      </w:r>
      <w:r>
        <w:br/>
      </w:r>
      <w:r>
        <w:rPr>
          <w:sz w:val="20"/>
        </w:rPr>
        <w:t>37:20  electron dikhai nahi deta woh to views hain.</w:t>
      </w:r>
      <w:r>
        <w:br/>
      </w:r>
      <w:r>
        <w:rPr>
          <w:sz w:val="20"/>
        </w:rPr>
        <w:t>37:25  yani views of probability ek scientist ke alfaaz mein views of probabilities.</w:t>
      </w:r>
      <w:r>
        <w:br/>
      </w:r>
      <w:r>
        <w:rPr>
          <w:sz w:val="20"/>
        </w:rPr>
        <w:t>37:29  ab jo hai sara logic badal gayi.</w:t>
      </w:r>
      <w:r>
        <w:br/>
      </w:r>
      <w:r>
        <w:rPr>
          <w:sz w:val="20"/>
        </w:rPr>
        <w:t>37:33  sari logic badal gayi.</w:t>
      </w:r>
      <w:r>
        <w:br/>
      </w:r>
      <w:r>
        <w:rPr>
          <w:sz w:val="20"/>
        </w:rPr>
        <w:t>37:38  ab yeh maan liya gaya ke effect ke base par jo cheez prove hoti hai woh bhi ek</w:t>
      </w:r>
      <w:r>
        <w:br/>
      </w:r>
      <w:r>
        <w:rPr>
          <w:sz w:val="20"/>
        </w:rPr>
        <w:t>37:42  weld argument hai. Yani</w:t>
      </w:r>
      <w:r>
        <w:br/>
      </w:r>
      <w:r>
        <w:rPr>
          <w:sz w:val="20"/>
        </w:rPr>
        <w:t>37:46  ek cheez ek cheez hai is ka hum ko effect maloom ho raha hai effect. jaise misaal ke taur par woh hai misaal ke taur par woh hai x-ray. aap x-ray machine ke samne khade hote hain. idhar ek plate hai. is ne ek switch wahan dabayi. woh plate par aap ki picture aa gayi. kaise aayi? woh kaise aayi? kisi ko nahi maloom. sirf ek guess kiya gaya ke rays nikl</w:t>
      </w:r>
      <w:r>
        <w:br/>
      </w:r>
      <w:r>
        <w:rPr>
          <w:sz w:val="20"/>
        </w:rPr>
        <w:t>38:16  ti hain is se.</w:t>
      </w:r>
      <w:r>
        <w:br/>
      </w:r>
      <w:r>
        <w:rPr>
          <w:sz w:val="20"/>
        </w:rPr>
        <w:t>38:20  chunki is ka koi naam nahi tha is ko x rays kaha gaya.</w:t>
      </w:r>
      <w:r>
        <w:br/>
      </w:r>
      <w:r>
        <w:rPr>
          <w:sz w:val="20"/>
        </w:rPr>
        <w:t>38:23  x rays matlab be naam rays.</w:t>
      </w:r>
      <w:r>
        <w:br/>
      </w:r>
      <w:r>
        <w:rPr>
          <w:sz w:val="20"/>
        </w:rPr>
        <w:t>38:26  x rays ka matlab hai be naam rays.</w:t>
      </w:r>
      <w:r>
        <w:br/>
      </w:r>
      <w:r>
        <w:rPr>
          <w:sz w:val="20"/>
        </w:rPr>
        <w:t>38:30  jis ka koi naam nahi.</w:t>
      </w:r>
      <w:r>
        <w:br/>
      </w:r>
      <w:r>
        <w:rPr>
          <w:sz w:val="20"/>
        </w:rPr>
        <w:t>38:33  to sirf is liye maan liya gaya ke woh effect aaya is ke upar.</w:t>
      </w:r>
      <w:r>
        <w:br/>
      </w:r>
      <w:r>
        <w:rPr>
          <w:sz w:val="20"/>
        </w:rPr>
        <w:t>38:36  yani jo wahan par jo screen hai us screen mein ek effect dikhai pada.</w:t>
      </w:r>
      <w:r>
        <w:br/>
      </w:r>
      <w:r>
        <w:rPr>
          <w:sz w:val="20"/>
        </w:rPr>
        <w:t>38:40  views dikhai nahi parein.</w:t>
      </w:r>
      <w:r>
        <w:br/>
      </w:r>
      <w:r>
        <w:rPr>
          <w:sz w:val="20"/>
        </w:rPr>
        <w:t>38:43  rays dikhai nahi</w:t>
      </w:r>
      <w:r>
        <w:br/>
      </w:r>
      <w:r>
        <w:rPr>
          <w:sz w:val="20"/>
        </w:rPr>
        <w:t>38:46  parein.</w:t>
      </w:r>
      <w:r>
        <w:br/>
      </w:r>
      <w:r>
        <w:rPr>
          <w:sz w:val="20"/>
        </w:rPr>
        <w:t>38:52  yeh hai inferential argument. Inferential argument.</w:t>
      </w:r>
      <w:r>
        <w:br/>
      </w:r>
      <w:r>
        <w:rPr>
          <w:sz w:val="20"/>
        </w:rPr>
        <w:t>38:58  to main ne bataya logon ko ke jab inferential argument weld hai khud science mein to religion mein</w:t>
      </w:r>
      <w:r>
        <w:br/>
      </w:r>
      <w:r>
        <w:rPr>
          <w:sz w:val="20"/>
        </w:rPr>
        <w:t>39:04  kyun nahi? To religion mein kyun nahi? Jab inferential argument se aap prove karte hain scientific cheezon ko</w:t>
      </w:r>
      <w:r>
        <w:br/>
      </w:r>
      <w:r>
        <w:rPr>
          <w:sz w:val="20"/>
        </w:rPr>
        <w:t>39:10  isi tareeqe se god bhi prove hota hai inferential argument ke zariye se.</w:t>
      </w:r>
    </w:p>
    <w:p>
      <w:pPr>
        <w:pStyle w:val="Heading2"/>
      </w:pPr>
      <w:r>
        <w:t>Journey from discovery to shahada</w:t>
      </w:r>
    </w:p>
    <w:p>
      <w:r>
        <w:rPr>
          <w:color w:val="666666"/>
          <w:sz w:val="18"/>
        </w:rPr>
        <w:t>The Concept of Tawheed in Islam May 08, 2007 · 1m 43s · at 5:58 · https://youtu.be/FpogqzpAZVk?t=358</w:t>
      </w:r>
    </w:p>
    <w:p>
      <w:r>
        <w:rPr>
          <w:i/>
        </w:rPr>
        <w:t>“سٹارٹنگ پوائنٹ از ڈسکوری، ریلائزیشن، معرفہ”</w:t>
      </w:r>
    </w:p>
    <w:p>
      <w:r>
        <w:rPr>
          <w:sz w:val="20"/>
        </w:rPr>
        <w:t>5:58  starting point is discovery, realization, marifah. first of all, when you are going to say: "there is no god but one god, and muhammad is his prophet", before recitation this kalma,</w:t>
      </w:r>
      <w:r>
        <w:br/>
      </w:r>
      <w:r>
        <w:rPr>
          <w:sz w:val="20"/>
        </w:rPr>
        <w:t>6:23  you have to gain direct knowledge, so that you can say this kalma with conviction, with conviction, as a witness.</w:t>
      </w:r>
      <w:r>
        <w:br/>
      </w:r>
      <w:r>
        <w:rPr>
          <w:sz w:val="20"/>
        </w:rPr>
        <w:t>6:37  you not simply saying, but it is shahadat, there is witness.</w:t>
      </w:r>
      <w:r>
        <w:br/>
      </w:r>
      <w:r>
        <w:rPr>
          <w:sz w:val="20"/>
        </w:rPr>
        <w:t>6:47  so it is a journey, it is a process.</w:t>
      </w:r>
      <w:r>
        <w:br/>
      </w:r>
      <w:r>
        <w:rPr>
          <w:sz w:val="20"/>
        </w:rPr>
        <w:t>6:57  kalma is a journey, it is a process.</w:t>
      </w:r>
      <w:r>
        <w:br/>
      </w:r>
      <w:r>
        <w:rPr>
          <w:sz w:val="20"/>
        </w:rPr>
        <w:t>7:04  this process begins from inquiry, from study, from observation.</w:t>
      </w:r>
      <w:r>
        <w:br/>
      </w:r>
      <w:r>
        <w:rPr>
          <w:sz w:val="20"/>
        </w:rPr>
        <w:t>7:16  after a long observation, you become a seeker, a sincere seeker.</w:t>
      </w:r>
      <w:r>
        <w:br/>
      </w:r>
      <w:r>
        <w:rPr>
          <w:sz w:val="20"/>
        </w:rPr>
        <w:t>7:27  then after seeker, you become a believer. then you can say: "la ilaha illallah", as a witness.</w:t>
      </w:r>
    </w:p>
    <w:p>
      <w:pPr>
        <w:pStyle w:val="Heading2"/>
      </w:pPr>
      <w:r>
        <w:t>Language's true purpose: proclaiming God's greatness</w:t>
      </w:r>
    </w:p>
    <w:p>
      <w:r>
        <w:rPr>
          <w:color w:val="666666"/>
          <w:sz w:val="18"/>
        </w:rPr>
        <w:t>The Glory Of God 5 February 2006 - Maulana Wahiduddin Khan · 1m 51s · at 50:24 · https://youtu.be/Yah55gLyV8I?t=3024</w:t>
      </w:r>
    </w:p>
    <w:p>
      <w:r>
        <w:rPr>
          <w:i/>
        </w:rPr>
        <w:t>“Kya mountain bol sakta hai? Kya koi star bol sakta hai?”</w:t>
      </w:r>
    </w:p>
    <w:p>
      <w:r>
        <w:rPr>
          <w:sz w:val="20"/>
        </w:rPr>
        <w:t>50:24  aise hi ye zuban aap sochiye. kitni anokhi cheez hai ye zuban.</w:t>
      </w:r>
      <w:r>
        <w:br/>
      </w:r>
      <w:r>
        <w:rPr>
          <w:sz w:val="20"/>
        </w:rPr>
        <w:t>50:31  kya mountain bol sakta hai? kya ocean aur mountain ke beech mein conversation ho sakta hai? kya koi peed bol sakta hai?</w:t>
      </w:r>
      <w:r>
        <w:br/>
      </w:r>
      <w:r>
        <w:rPr>
          <w:sz w:val="20"/>
        </w:rPr>
        <w:t>50:43  koi star, koi planet, koi sun bol sakta hai? ye anokhi sifat hai insan ko sirf ke wo bolta hai.</w:t>
      </w:r>
      <w:r>
        <w:br/>
      </w:r>
      <w:r>
        <w:rPr>
          <w:sz w:val="20"/>
        </w:rPr>
        <w:t>50:54  chunanche kaha jata hai ke insan ko hayawan naatiq. speaking animal.</w:t>
      </w:r>
      <w:r>
        <w:br/>
      </w:r>
      <w:r>
        <w:rPr>
          <w:sz w:val="20"/>
        </w:rPr>
        <w:t>51:02  insan ki definition di jati hai. speaking animal. to agerche bolte hain animal bhi lekin un ki bol jo hai aisi hoti hai bas.</w:t>
      </w:r>
      <w:r>
        <w:br/>
      </w:r>
      <w:r>
        <w:rPr>
          <w:sz w:val="20"/>
        </w:rPr>
        <w:t>51:12  un ki bol mein koi meaningful kalam nahi hota hai. is liye sahi maano mein wo speaking animal nahi hai wo. aisa animal jis ki bol mein meaning ho.</w:t>
      </w:r>
      <w:r>
        <w:br/>
      </w:r>
      <w:r>
        <w:rPr>
          <w:sz w:val="20"/>
        </w:rPr>
        <w:t>51:26  jis ki bol meaningful ho wo sirf insan hai. sirf insan hai.</w:t>
      </w:r>
      <w:r>
        <w:br/>
      </w:r>
      <w:r>
        <w:rPr>
          <w:sz w:val="20"/>
        </w:rPr>
        <w:t>51:32  to ye zuban kis liye di gayi hai? ye zuban is liye di gayi hai ke aap khuda ka bakhan karein. khuda ki badai ko bayan karein.</w:t>
      </w:r>
      <w:r>
        <w:br/>
      </w:r>
      <w:r>
        <w:rPr>
          <w:sz w:val="20"/>
        </w:rPr>
        <w:t>51:45  aap ki zuban khuda ki glory se tar ho.</w:t>
      </w:r>
      <w:r>
        <w:br/>
      </w:r>
      <w:r>
        <w:rPr>
          <w:sz w:val="20"/>
        </w:rPr>
        <w:t>51:51  sab se bara jo istemal hai zuban ka. wo yahi hai ke is zuban se khuda ki badai zahir ho.</w:t>
      </w:r>
      <w:r>
        <w:br/>
      </w:r>
      <w:r>
        <w:rPr>
          <w:sz w:val="20"/>
        </w:rPr>
        <w:t>52:01  khuda ki badai, khuda ki glory, khuda ki greatness.</w:t>
      </w:r>
      <w:r>
        <w:br/>
      </w:r>
      <w:r>
        <w:rPr>
          <w:sz w:val="20"/>
        </w:rPr>
        <w:t>52:11  aap bayan karein.</w:t>
      </w:r>
    </w:p>
    <w:p>
      <w:pPr>
        <w:pStyle w:val="Heading2"/>
      </w:pPr>
      <w:r>
        <w:t>Allah's super planning against empires</w:t>
      </w:r>
    </w:p>
    <w:p>
      <w:r>
        <w:rPr>
          <w:color w:val="666666"/>
          <w:sz w:val="18"/>
        </w:rPr>
        <w:t>The Existence of God 2 Feb 2020 - Maulana Wahiduddin Khan · 1m 35s · at 7:57 · https://youtu.be/aXxkHtbysm4?t=477</w:t>
      </w:r>
    </w:p>
    <w:p>
      <w:r>
        <w:rPr>
          <w:i/>
        </w:rPr>
        <w:t>“Super management. Main aap ko misaal deta hoon.”</w:t>
      </w:r>
    </w:p>
    <w:p>
      <w:r>
        <w:rPr>
          <w:sz w:val="20"/>
        </w:rPr>
        <w:t>7:57  super management. main aap ko misaal deta hoon. ke rasool Allah ke rasool Allah ke jo sahabi the woh yahi inhi ki aulad se the.</w:t>
      </w:r>
      <w:r>
        <w:br/>
      </w:r>
      <w:r>
        <w:rPr>
          <w:sz w:val="20"/>
        </w:rPr>
        <w:t>8:09  bano ismail ki aulad se the.</w:t>
      </w:r>
      <w:r>
        <w:br/>
      </w:r>
      <w:r>
        <w:rPr>
          <w:sz w:val="20"/>
        </w:rPr>
        <w:t>8:14  to un ko yeh karna tha ke arab se shirk ka khatma karen.</w:t>
      </w:r>
      <w:r>
        <w:br/>
      </w:r>
      <w:r>
        <w:rPr>
          <w:sz w:val="20"/>
        </w:rPr>
        <w:t>8:22  ardwane mein shirk ke jo</w:t>
      </w:r>
      <w:r>
        <w:br/>
      </w:r>
      <w:r>
        <w:rPr>
          <w:sz w:val="20"/>
        </w:rPr>
        <w:t>8:31  defender bane hue the woh do</w:t>
      </w:r>
      <w:r>
        <w:br/>
      </w:r>
      <w:r>
        <w:rPr>
          <w:sz w:val="20"/>
        </w:rPr>
        <w:t>8:37  empire the. sasani empire aur bizantini empire. waqt ke do empire is zamane ke shirk culture ke</w:t>
      </w:r>
      <w:r>
        <w:br/>
      </w:r>
      <w:r>
        <w:rPr>
          <w:sz w:val="20"/>
        </w:rPr>
        <w:t>8:53  helper bane hue the. apne faide ke liye.</w:t>
      </w:r>
      <w:r>
        <w:br/>
      </w:r>
      <w:r>
        <w:rPr>
          <w:sz w:val="20"/>
        </w:rPr>
        <w:t>9:01  donon empire itne taqatwar the ke rasool Allah ke sahabi kisi tak tareeqe se unhein zair nahi kar sakte the.</w:t>
      </w:r>
      <w:r>
        <w:br/>
      </w:r>
      <w:r>
        <w:rPr>
          <w:sz w:val="20"/>
        </w:rPr>
        <w:t>9:12  to Allah taala ne ek bohat hi super planning ki. super planning ki. donon ko ek doosre se takra diya.</w:t>
      </w:r>
      <w:r>
        <w:br/>
      </w:r>
      <w:r>
        <w:rPr>
          <w:sz w:val="20"/>
        </w:rPr>
        <w:t>9:26  yani pehle pehle</w:t>
      </w:r>
    </w:p>
    <w:p>
      <w:pPr>
        <w:pStyle w:val="Heading2"/>
      </w:pPr>
      <w:r>
        <w:t>Prophet's peace treaty vs revenge culture</w:t>
      </w:r>
    </w:p>
    <w:p>
      <w:r>
        <w:rPr>
          <w:color w:val="666666"/>
          <w:sz w:val="18"/>
        </w:rPr>
        <w:t>Between Hell And Paradise Jan 27, 2013 - Maulana Wahiduddin Khan · 2m 52s · at 27:51 · https://youtu.be/ZsC5AXf1iKM?t=1671</w:t>
      </w:r>
    </w:p>
    <w:p>
      <w:r>
        <w:rPr>
          <w:i/>
        </w:rPr>
        <w:t>“Islam kya cheez hai aur Satanic culture kya hai?”</w:t>
      </w:r>
    </w:p>
    <w:p>
      <w:r>
        <w:rPr>
          <w:sz w:val="20"/>
        </w:rPr>
        <w:t>27:51  Islam aa gaya ya Satanic culture aa gaya? ab main aap ko compare karne ke liye misaal deta hoon.</w:t>
      </w:r>
      <w:r>
        <w:br/>
      </w:r>
      <w:r>
        <w:rPr>
          <w:sz w:val="20"/>
        </w:rPr>
        <w:t>28:00  Islam kya cheez hai aur Satanic culture kya cheez hai? Rasool Allah Sal Allahu Alaihi Wasallam ke zamanay mein kuch ghazwaat huay, is mein se aik ghazwa ka naam hai Ghazwa Uhud.</w:t>
      </w:r>
      <w:r>
        <w:br/>
      </w:r>
      <w:r>
        <w:rPr>
          <w:sz w:val="20"/>
        </w:rPr>
        <w:t>28:12  Ghazwa Uhud mein 70 Sahabi maray gaye thay. 70 Sahaba maray gaye thay.</w:t>
      </w:r>
      <w:r>
        <w:br/>
      </w:r>
      <w:r>
        <w:rPr>
          <w:sz w:val="20"/>
        </w:rPr>
        <w:t>28:21  is ke baad Rasool Allah nay kya kiya? Jesus Sudan nay kya kiya? ke negotiation kar ke, negotiation kar ke yahan tak ke aap nay Hudaybiyyah agreement kar liya, yani peace agreement.</w:t>
      </w:r>
      <w:r>
        <w:br/>
      </w:r>
      <w:r>
        <w:rPr>
          <w:sz w:val="20"/>
        </w:rPr>
        <w:t>28:36  agar aap yahi karte jo yeh dikha rahay hain ke hum Uhud ke shuhada ko nahin bhoolen gay, Uhud ke shuhada ko nahin bhoolen gay, "la ninsakum, la ninsakum" to kya hota?</w:t>
      </w:r>
      <w:r>
        <w:br/>
      </w:r>
      <w:r>
        <w:rPr>
          <w:sz w:val="20"/>
        </w:rPr>
        <w:t>28:51  Hudaybiyyah ka peace agreement na hota aur phir kya hota? Islam ki tareekh hi na banti. yeh jo Middle East hai woh bhi na banta.</w:t>
      </w:r>
      <w:r>
        <w:br/>
      </w:r>
      <w:r>
        <w:rPr>
          <w:sz w:val="20"/>
        </w:rPr>
        <w:t>29:02  yeh jo muslim dunya hai woh bhi na banti.</w:t>
      </w:r>
      <w:r>
        <w:br/>
      </w:r>
      <w:r>
        <w:rPr>
          <w:sz w:val="20"/>
        </w:rPr>
        <w:t>29:07  kuch bhi na hota. islam ki tareekh mein dafan ho jati.</w:t>
      </w:r>
      <w:r>
        <w:br/>
      </w:r>
      <w:r>
        <w:rPr>
          <w:sz w:val="20"/>
        </w:rPr>
        <w:t>29:14  to quran mein hai ke "gham bagham lakla tasay ma faatakum la tahrobu ma aataakum".</w:t>
      </w:r>
      <w:r>
        <w:br/>
      </w:r>
      <w:r>
        <w:rPr>
          <w:sz w:val="20"/>
        </w:rPr>
        <w:t>29:25  isi ke baad yeh ayat utar gayi uhud ke baad ke gham to pada hai lekin is ko bhulana pare ga tum ko. "gham bagham lakla tasay ma faatakum la tahrobu ma aataakum".</w:t>
      </w:r>
      <w:r>
        <w:br/>
      </w:r>
      <w:r>
        <w:rPr>
          <w:sz w:val="20"/>
        </w:rPr>
        <w:t>29:37  yeh jo waqea pesh aaya ke uhud mein 70 sahabi shaheed ho gaye, is ko bhulao.</w:t>
      </w:r>
      <w:r>
        <w:br/>
      </w:r>
      <w:r>
        <w:rPr>
          <w:sz w:val="20"/>
        </w:rPr>
        <w:t>29:48  yani is ko bhulao aur aur re planning karo. is ko bhula kar ke is ko peechay daal do. future ki re planning karo.</w:t>
      </w:r>
      <w:r>
        <w:br/>
      </w:r>
      <w:r>
        <w:rPr>
          <w:sz w:val="20"/>
        </w:rPr>
        <w:t>30:00  woh kia re planning thi? ke aap ne peace agreement kar liya inhi logon se jinho ne 70 aadmiyon ko shaheed kiya tha. inhi logon se kar liya aap ne. woh bhi unilateral sharton par.</w:t>
      </w:r>
      <w:r>
        <w:br/>
      </w:r>
      <w:r>
        <w:rPr>
          <w:sz w:val="20"/>
        </w:rPr>
        <w:t>30:12  ab yeh dekhiye yeh misr mein islam aaya hai ke satanic culture aaya hai. aap ghor kijiye. yahan par 70 aadmi mare gaye rasool allah ke zamanay mein to 70 aadmiyon ko bhula kar ke rasool allah ne peace agreement kiya.</w:t>
      </w:r>
      <w:r>
        <w:br/>
      </w:r>
      <w:r>
        <w:rPr>
          <w:sz w:val="20"/>
        </w:rPr>
        <w:t>30:31  aur yahan par kia hai? ke 70 aadmi mare gaye to isi ko kehte hain "la nansakum, la nansakum". hum tum ko kabhi nahi bhoolenge. aur phir dobara aaj to 28 ke marne ki khabar hai.</w:t>
      </w:r>
    </w:p>
    <w:p>
      <w:pPr>
        <w:pStyle w:val="Heading2"/>
      </w:pPr>
      <w:r>
        <w:t>why having faith makes a person more intelligent</w:t>
      </w:r>
    </w:p>
    <w:p>
      <w:r>
        <w:rPr>
          <w:color w:val="666666"/>
          <w:sz w:val="18"/>
        </w:rPr>
        <w:t>Belief and Wisdom August 10, 2008 · 1m 29s · at 20:26 · https://youtu.be/XZ-ITT8bvZg?t=1226</w:t>
      </w:r>
    </w:p>
    <w:p>
      <w:r>
        <w:rPr>
          <w:i/>
        </w:rPr>
        <w:t>“Log samajhte hain jiske paas aqeeda hai usko aqal se koi matlab nahi”</w:t>
      </w:r>
    </w:p>
    <w:p>
      <w:r>
        <w:rPr>
          <w:sz w:val="20"/>
        </w:rPr>
        <w:t>20:26  doosri baat jo main karna chahta hoon, woh belief and wisdom ke talluq se ke aqeedah aur aql aam taur par log samajhte hain ke jis ke paas aqeedah hai ya mazhab hai, us ko aql se koi matlab nahi hai.</w:t>
      </w:r>
      <w:r>
        <w:br/>
      </w:r>
      <w:r>
        <w:rPr>
          <w:sz w:val="20"/>
        </w:rPr>
        <w:t>20:45  toh yeh ek bilkul ek, yeh bhi ek baseless baat hai.</w:t>
      </w:r>
      <w:r>
        <w:br/>
      </w:r>
      <w:r>
        <w:rPr>
          <w:sz w:val="20"/>
        </w:rPr>
        <w:t>20:51  balkeh main yeh kahunga ke jis ke paas aqeedah hai, woh zyada aqalmand hai. jis ke paas aqeedah hai, woh zyada aqalmand hai.</w:t>
      </w:r>
      <w:r>
        <w:br/>
      </w:r>
      <w:r>
        <w:rPr>
          <w:sz w:val="20"/>
        </w:rPr>
        <w:t>21:02  quran o hadith mein hai, hadith mein hai ke "atqu فراست المومن فینظر بنور اللہ".</w:t>
      </w:r>
      <w:r>
        <w:br/>
      </w:r>
      <w:r>
        <w:rPr>
          <w:sz w:val="20"/>
        </w:rPr>
        <w:t>21:14  Momin ki, Momin ki wisdom se bachho kyunke woh Khuda ki roshni se dekhta hai.</w:t>
      </w:r>
      <w:r>
        <w:br/>
      </w:r>
      <w:r>
        <w:rPr>
          <w:sz w:val="20"/>
        </w:rPr>
        <w:t>21:24  kaisi ajeeb baat hai,</w:t>
      </w:r>
      <w:r>
        <w:br/>
      </w:r>
      <w:r>
        <w:rPr>
          <w:sz w:val="20"/>
        </w:rPr>
        <w:t>21:28  Momin ki wisdom se bachho kyunke woh Khuda ki roshni se dekhta hai.</w:t>
      </w:r>
      <w:r>
        <w:br/>
      </w:r>
      <w:r>
        <w:rPr>
          <w:sz w:val="20"/>
        </w:rPr>
        <w:t>21:35  he sees things in the light of God.</w:t>
      </w:r>
      <w:r>
        <w:br/>
      </w:r>
      <w:r>
        <w:rPr>
          <w:sz w:val="20"/>
        </w:rPr>
        <w:t>21:42  toh yeh kya cha</w:t>
      </w:r>
      <w:r>
        <w:br/>
      </w:r>
      <w:r>
        <w:rPr>
          <w:sz w:val="20"/>
        </w:rPr>
        <w:t>21:43  hiz hai? is par maine bahut socha ke kyun ek Momin jo hai, woh uncancreble ho jata hai? kyun aisa hota hai?</w:t>
      </w:r>
    </w:p>
    <w:p>
      <w:pPr>
        <w:pStyle w:val="Heading2"/>
      </w:pPr>
      <w:r>
        <w:t>U-turn to God-oriented life</w:t>
      </w:r>
    </w:p>
    <w:p>
      <w:r>
        <w:rPr>
          <w:color w:val="666666"/>
          <w:sz w:val="18"/>
        </w:rPr>
        <w:t>On the Month of Ramadan 23 sept, 2007 - Maulana Wahiduddin Khan · 2m 00s · at 25:09 · https://youtu.be/Q-bnwuQ42ns?t=1509</w:t>
      </w:r>
    </w:p>
    <w:p>
      <w:r>
        <w:rPr>
          <w:i/>
        </w:rPr>
        <w:t>“The angel says: O human, take a U-turn.”</w:t>
      </w:r>
    </w:p>
    <w:p>
      <w:r>
        <w:rPr>
          <w:sz w:val="20"/>
        </w:rPr>
        <w:t>25:09  To is hadith ko jab main sochta hoon to</w:t>
      </w:r>
      <w:r>
        <w:br/>
      </w:r>
      <w:r>
        <w:rPr>
          <w:sz w:val="20"/>
        </w:rPr>
        <w:t>25:16  main sochta hoon ke yani farishta yeh keh raha hai ke aye insaan, you turn le le</w:t>
      </w:r>
      <w:r>
        <w:br/>
      </w:r>
      <w:r>
        <w:rPr>
          <w:sz w:val="20"/>
        </w:rPr>
        <w:t>25:22  , you turn, yani burai ki taraf daudne wale peeche hat.</w:t>
      </w:r>
      <w:r>
        <w:br/>
      </w:r>
      <w:r>
        <w:rPr>
          <w:sz w:val="20"/>
        </w:rPr>
        <w:t>25:30  Jo insaan bekhabari mein jee raha tha, ho ha culture mein jee raha tha, aur apne doston mein khushiyan mana raha tha, to peeche hat, you turn le le.</w:t>
      </w:r>
      <w:r>
        <w:br/>
      </w:r>
      <w:r>
        <w:rPr>
          <w:sz w:val="20"/>
        </w:rPr>
        <w:t>25:44  Peeche hat ke mani kya hain? You turn ke mani kya hain? Yani main yeh kahunga ke from self oriented life to god oriented life.</w:t>
      </w:r>
      <w:r>
        <w:br/>
      </w:r>
      <w:r>
        <w:rPr>
          <w:sz w:val="20"/>
        </w:rPr>
        <w:t>25:59  Yani ab tak agar tum apne aap mein jee rahe the to ab Khuda mein jeena shuru kar do. Yani aakhri waqt aa gaya hai ke tum yeh yeh yeh decision lo, yeh decision lo.</w:t>
      </w:r>
      <w:r>
        <w:br/>
      </w:r>
      <w:r>
        <w:rPr>
          <w:sz w:val="20"/>
        </w:rPr>
        <w:t>26:12  Aakhri waqt aa gaya hai ke decision lo, kyunke dekhiye, ek ayat hai Quran majeed mein ke zarhum ya'qul wa tamatta' wa yulihimul 'amal fa sa y'alamoon</w:t>
      </w:r>
      <w:r>
        <w:br/>
      </w:r>
      <w:r>
        <w:rPr>
          <w:sz w:val="20"/>
        </w:rPr>
        <w:t>26:32  Leave them at and enjoy for while</w:t>
      </w:r>
      <w:r>
        <w:br/>
      </w:r>
      <w:r>
        <w:rPr>
          <w:sz w:val="20"/>
        </w:rPr>
        <w:t>26:39  Unhein kuch aur mauqa de do ke khayein piyein, iske baad to khana chhin jayega, pani chhin jayega. Goiya Ramzan ka mahina yaad dila raha hai ke aye insaan, ab se apne ko theek kar le.</w:t>
      </w:r>
      <w:r>
        <w:br/>
      </w:r>
      <w:r>
        <w:rPr>
          <w:sz w:val="20"/>
        </w:rPr>
        <w:t>26:54  Wo waqt bohat qareeb aa gaya hai jab ke tujh se khana chhin jayega, pani bhi chhin jayega. To kya karega? Abhi kal Times of India mein aaya tha global warming pe ek mazmoon, to us mein bohat hi hairat angez baatein theen.</w:t>
      </w:r>
    </w:p>
    <w:p>
      <w:pPr>
        <w:pStyle w:val="Heading2"/>
      </w:pPr>
      <w:r>
        <w:t>be the master of the situation, not its slave</w:t>
      </w:r>
    </w:p>
    <w:p>
      <w:r>
        <w:rPr>
          <w:color w:val="666666"/>
          <w:sz w:val="18"/>
        </w:rPr>
        <w:t>Dars-e-Quran Chapter 2 Verses 206, 208, 212, 213 &amp; 214 July 2, 2007 Maulana Wahiduddin Khan · 2m 32s · at 38:53 · https://youtu.be/34tQK67_TvQ?t=2333</w:t>
      </w:r>
    </w:p>
    <w:p>
      <w:r>
        <w:rPr>
          <w:i/>
        </w:rPr>
        <w:t>“آپ کو ماسٹر آف سچوئیشن بننا ہے، سلیو آف سچوئیشن نہیں بننا ہے”</w:t>
      </w:r>
    </w:p>
    <w:p>
      <w:r>
        <w:rPr>
          <w:sz w:val="20"/>
        </w:rPr>
        <w:t>38:53  to aap ko kya karna hai? Aap ko master of situation banna hai, slave of situation nahi banna hai.</w:t>
      </w:r>
      <w:r>
        <w:br/>
      </w:r>
      <w:r>
        <w:rPr>
          <w:sz w:val="20"/>
        </w:rPr>
        <w:t>39:04  situation ko manage karna hai. Master of situation, master of situation banne ka matlab kya hai? Jab aap ko ghussa aaye to aap sochen, kuch tham kar ke, ruk kar ke.</w:t>
      </w:r>
      <w:r>
        <w:br/>
      </w:r>
      <w:r>
        <w:rPr>
          <w:sz w:val="20"/>
        </w:rPr>
        <w:t>39:20  aap ke andar jab rage ki aag bhadke to aap apne ko thamen, apne ko control karen aur sochen. Yani soch samajh kar faisla karna,</w:t>
      </w:r>
      <w:r>
        <w:br/>
      </w:r>
      <w:r>
        <w:rPr>
          <w:sz w:val="20"/>
        </w:rPr>
        <w:t>39:35  soch samajh kar apni rai banana, soch samajh kar apna ravaiyya mutayyan karna, yeh hai insan ki zimmedari.</w:t>
      </w:r>
      <w:r>
        <w:br/>
      </w:r>
      <w:r>
        <w:rPr>
          <w:sz w:val="20"/>
        </w:rPr>
        <w:t>39:50  chunki insan ke andar Khuda ne yeh salahiyat, yeh isti'dad di hai, is liye woh aisa karna hai. Is ke upar farz hai ke woh aisa kare.</w:t>
      </w:r>
      <w:r>
        <w:br/>
      </w:r>
      <w:r>
        <w:rPr>
          <w:sz w:val="20"/>
        </w:rPr>
        <w:t>40:03  jaise ke mujhe pyas lagi, to pyas lagi to glass maujood hai. Mere hath mein Khuda ne taqat di hai ke main is ka hath ko yahan le jaon, glass ko pakrun, pakad kar yahan le aaon aur glass ko pani piyun.</w:t>
      </w:r>
      <w:r>
        <w:br/>
      </w:r>
      <w:r>
        <w:rPr>
          <w:sz w:val="20"/>
        </w:rPr>
        <w:t>40:21  to pyas to andar paida hui, lekin sath sath Khuda ne mujhe aankh di ke main glass ko dekhun, hath diya ke main Khuda glass ko pakrun.</w:t>
      </w:r>
      <w:r>
        <w:br/>
      </w:r>
      <w:r>
        <w:rPr>
          <w:sz w:val="20"/>
        </w:rPr>
        <w:t>40:32  to yeh mujhe karna parega khud. Agar main hath ko harkat na doon, glass ko apne hath se na pakrun, glass ko apne munh tak na le jaon to zahir hai ke meri pyas nahi bujhegi.</w:t>
      </w:r>
      <w:r>
        <w:br/>
      </w:r>
      <w:r>
        <w:rPr>
          <w:sz w:val="20"/>
        </w:rPr>
        <w:t>40:47  isi tarah se Khuda ne insan ke andar yeh mada rakha hai ke woh soch sake, cheezon ko assess kar sake, cheezon ko analyze kar sake.</w:t>
      </w:r>
      <w:r>
        <w:br/>
      </w:r>
      <w:r>
        <w:rPr>
          <w:sz w:val="20"/>
        </w:rPr>
        <w:t>40:59  woh to jo aadmi sahi dhang se analyze kare, yani apni is faculty ko, sochne ki faculty ko sahi taur par istemal kare.</w:t>
      </w:r>
      <w:r>
        <w:br/>
      </w:r>
      <w:r>
        <w:rPr>
          <w:sz w:val="20"/>
        </w:rPr>
        <w:t>41:16  jaise main apne hath ko sahi taur par istemal kiya to maine glass ko pakda, is ko munh tak le gaya aur pani pi kar apni pyas bujhai.</w:t>
      </w:r>
    </w:p>
    <w:p>
      <w:pPr>
        <w:pStyle w:val="Heading2"/>
      </w:pPr>
      <w:r>
        <w:t>Two views of scientific interpretation of Quran</w:t>
      </w:r>
    </w:p>
    <w:p>
      <w:r>
        <w:rPr>
          <w:color w:val="666666"/>
          <w:sz w:val="18"/>
        </w:rPr>
        <w:t>AL RISALA AUGUST 2017 AUDIO VERSION · 2m 40s · at 4:43 · https://youtu.be/bnYqzmsK1HI?t=283</w:t>
      </w:r>
    </w:p>
    <w:p>
      <w:r>
        <w:rPr>
          <w:i/>
        </w:rPr>
        <w:t>“Some people think the Quran contains all sciences”</w:t>
      </w:r>
    </w:p>
    <w:p>
      <w:r>
        <w:rPr>
          <w:sz w:val="20"/>
        </w:rPr>
        <w:t>4:43  quran ki saensy tafseer: baaz log samajhte hain ke quran mein tamam saensy mazameen maujood hain aur un hawalo ko le kar quran ki saensy tafseer ki ja sakti hai.</w:t>
      </w:r>
      <w:r>
        <w:br/>
      </w:r>
      <w:r>
        <w:rPr>
          <w:sz w:val="20"/>
        </w:rPr>
        <w:t>4:57  is mamle mein kuch log is had tak gaye hain jis ko sirf ghair ilmi nuqta nazar kaha ja sakta hai, masalan un ka yeh kehna ke alam nashrah laka sadrak mein ilm-e-tashreeh al-abdann yaani anatomy ka hawala hai, aur fakashafna anka qita'aka fabasaruk al-yawm hadeed mein ilm-e-amraz-e-chashm ka bayan hai waghera.</w:t>
      </w:r>
      <w:r>
        <w:br/>
      </w:r>
      <w:r>
        <w:rPr>
          <w:sz w:val="20"/>
        </w:rPr>
        <w:t>5:27  quran mein saensy mazameen ka yeh nazariya beshak ek be bunyad nazariya hai. quran in maanon mein har giz koi saensy kitaab nahi, lekin ek aur aitbar se yeh baat bilkul durust hai,</w:t>
      </w:r>
      <w:r>
        <w:br/>
      </w:r>
      <w:r>
        <w:rPr>
          <w:sz w:val="20"/>
        </w:rPr>
        <w:t>5:43  woh yeh ke jadeed saensy tehqiqat fahm-e-quran mein madadgar ki hesiyat rakhti hain. masalan quran mein bataya gaya hai: waja'alna minal ma'i kullu shai'in hayyin yaani aur hum ne pani se har jandar cheez ko banaya.</w:t>
      </w:r>
      <w:r>
        <w:br/>
      </w:r>
      <w:r>
        <w:rPr>
          <w:sz w:val="20"/>
        </w:rPr>
        <w:t>6:03  yeh baat pichle daur ka qari-e-quran bhi ibtidai taur par janta tha, magar maujooda zamane ka qari-e-quran jab is ayat ko science ki nai daryafton ke sath mila kar parhta hai to woh is ki mazeed tafseel jaan leta hai.</w:t>
      </w:r>
      <w:r>
        <w:br/>
      </w:r>
      <w:r>
        <w:rPr>
          <w:sz w:val="20"/>
        </w:rPr>
        <w:t>6:23  is bana par quran ki sadaqat ke bare mein is ka yaqeen barh jata hai. isi tarah surah yaseen mein yeh ayat hai: wakullun fi falakin yasbahun yaani aur sab ek ek daryaye mein tair rahe hain.</w:t>
      </w:r>
      <w:r>
        <w:br/>
      </w:r>
      <w:r>
        <w:rPr>
          <w:sz w:val="20"/>
        </w:rPr>
        <w:t>6:43  is ayat mein ajram-e-samavi ki gardish ke bare mein jo baat kahi gayi hai us ko qadeem zamane ka qari-e-quran bhi samajh sakta tha, lekin aaj ka ek qari-e-quran jab jadeed saensy daryafton ko le kar is ayat ko parhta hai to woh mazeed izafe ke sath is ayat ko samajhne lagta hai.</w:t>
      </w:r>
      <w:r>
        <w:br/>
      </w:r>
      <w:r>
        <w:rPr>
          <w:sz w:val="20"/>
        </w:rPr>
        <w:t>7:08  is tarah quran ki sadaqat ke bare mein is ka yaqeen barh jata hai. quran ki saensy tafseer ka ek tasawwur ghulu par mabni hai to quran ki saensy tafseer ka doosra tasawwur haqeeqat par mabni hai.</w:t>
      </w:r>
    </w:p>
    <w:p>
      <w:pPr>
        <w:pStyle w:val="Heading2"/>
      </w:pPr>
      <w:r>
        <w:t>Purpose of Quran</w:t>
      </w:r>
    </w:p>
    <w:p>
      <w:r>
        <w:rPr>
          <w:color w:val="666666"/>
          <w:sz w:val="18"/>
        </w:rPr>
        <w:t>ALRISALA SEPT 2017 - AUDIO · 3m 04s · at 17:33 · https://youtu.be/Vlx5p0jF8ew?t=1053</w:t>
      </w:r>
    </w:p>
    <w:p>
      <w:r>
        <w:rPr>
          <w:i/>
        </w:rPr>
        <w:t>“Quran's purpose is warning.”</w:t>
      </w:r>
    </w:p>
    <w:p>
      <w:r>
        <w:rPr>
          <w:sz w:val="20"/>
        </w:rPr>
        <w:t>17:33  quran ka maqsad-e-nuzool. madikar muhammad bashir, jinka taluq wanam bari se hai, unhone likha: "kaha jata hai ke quran ka maqsad-e-nuzool yeh hai ke society ke kisi bhi fard par zulm na ho aur koi mazloom dad rasi aur faryad se mehroom na ho."</w:t>
      </w:r>
      <w:r>
        <w:br/>
      </w:r>
      <w:r>
        <w:rPr>
          <w:sz w:val="20"/>
        </w:rPr>
        <w:t>17:55  koi shakhs bhooka na soye aur maashi aitbaar se musalmanon mein aisa tafaawut na rahe ke ek ki haalat yeh ho ke use apne maal o zar ke anbaar ke hisaab ki fursat na ho aur doosra naane joay ko tarsay.</w:t>
      </w:r>
      <w:r>
        <w:br/>
      </w:r>
      <w:r>
        <w:rPr>
          <w:sz w:val="20"/>
        </w:rPr>
        <w:t>18:13  ek ke paas kothiyon aur banglon ki bohatat ho to doosre ko sar chupanay ke liye jhonpdi bhi mayassar na ho. quran kareem ke nazool ka maqsad mukhtasaran yeh hai ke infiradi zindagi mein is ki taleemat par amal ho aur ijtimaai zindagi mein bhi.</w:t>
      </w:r>
      <w:r>
        <w:br/>
      </w:r>
      <w:r>
        <w:rPr>
          <w:sz w:val="20"/>
        </w:rPr>
        <w:t>18:33  aur jab tak is par amal nahin, us waqt tak hamara quran kareem par imaan laanay aur is ki taazeem o takreem karnay ka daawa be jaan hai.</w:t>
      </w:r>
      <w:r>
        <w:br/>
      </w:r>
      <w:r>
        <w:rPr>
          <w:sz w:val="20"/>
        </w:rPr>
        <w:t>18:46  raaqim al huroof ke nazdeek quran ka maqsad e nazool kya hai ke sawaal ka jawaab khud quran mein dhoondna chahiye. yeh ek ghair ilmi tareeqa hai ke aadmi khud apne zehn mein ek naqsha banaye aur us ko quran ke oopar chaspana kar de.</w:t>
      </w:r>
      <w:r>
        <w:br/>
      </w:r>
      <w:r>
        <w:rPr>
          <w:sz w:val="20"/>
        </w:rPr>
        <w:t>19:04  is pehlu se quran ko dekha jaaye to quran mein is ka jawaab un alfaaz mein milta hai: tabarak alladhi nazzal al furqan ala abdihi li yakuna lil alameen nazeera.</w:t>
      </w:r>
      <w:r>
        <w:br/>
      </w:r>
      <w:r>
        <w:rPr>
          <w:sz w:val="20"/>
        </w:rPr>
        <w:t>19:20  is aayat ke mutabiq quran ke nazool ka maqsad inzaar yaani warning hai yaani yeh ke insaan apni zindagi ko sahi nishaanay par lagaye.</w:t>
      </w:r>
      <w:r>
        <w:br/>
      </w:r>
      <w:r>
        <w:rPr>
          <w:sz w:val="20"/>
        </w:rPr>
        <w:t>19:33  yeh sahi nishaanay aakhirat ki taameer hai. yeh nishaanay haqeeqat e waqea ki bunyaad par banta hai. takhleeqi naqshay ke mutabiq maujooda duniya mein insaan ek mehdood muddat tak rehta hai.</w:t>
      </w:r>
      <w:r>
        <w:br/>
      </w:r>
      <w:r>
        <w:rPr>
          <w:sz w:val="20"/>
        </w:rPr>
        <w:t>19:48  iske baad woh aakhirat ki duniya mein chala jaata hai jo ke us ki abadi qayaam gaah hai. maujooda duniya mein jo masail hain, woh masail nahin hain balkeh woh challenge hain.</w:t>
      </w:r>
      <w:r>
        <w:br/>
      </w:r>
      <w:r>
        <w:rPr>
          <w:sz w:val="20"/>
        </w:rPr>
        <w:t>20:03  yeh challenge is liye hain ke insaan ko mutharrik kiya jaaye. insani zindagi mein masail is liye paish aate hain ke woh is ke liye muharrik yaani incentive ka kaam karen.</w:t>
      </w:r>
      <w:r>
        <w:br/>
      </w:r>
      <w:r>
        <w:rPr>
          <w:sz w:val="20"/>
        </w:rPr>
        <w:t>20:17  takhleeq ke mutabiq maujooda duniya jud o jahad ke usool par qaaim hai. agar jud o jahad na ho to duniya mein har taraf jamood yaani stagnation ka mahaul qaaim ho jaayega.</w:t>
      </w:r>
    </w:p>
    <w:p>
      <w:pPr>
        <w:pStyle w:val="Heading2"/>
      </w:pPr>
      <w:r>
        <w:t>Allah guides whom He wills - not compulsion</w:t>
      </w:r>
    </w:p>
    <w:p>
      <w:r>
        <w:rPr>
          <w:color w:val="666666"/>
          <w:sz w:val="18"/>
        </w:rPr>
        <w:t>Darse Quran Chapter 2 03 07 07 · 2m 32s · at 33:02 · https://youtu.be/Ru0qEt34nsw?t=1982</w:t>
      </w:r>
    </w:p>
    <w:p>
      <w:r>
        <w:rPr>
          <w:i/>
        </w:rPr>
        <w:t>“Aayat number 213, us mein farmaya”</w:t>
      </w:r>
    </w:p>
    <w:p>
      <w:r>
        <w:rPr>
          <w:sz w:val="20"/>
        </w:rPr>
        <w:t>33:02  is tarah aap ne namuna diya insaan ko ke tumhein kya karna hai. istighfar ka faida kya hota hai? ke aap Khuda ka, Khuda ki help hasil kar lete hain, Khuda ko apni dhaal bana lete hain, phir farishte aap ke madadgar ho jate hain, aur farishte aap ko is se bachate hain ke aap</w:t>
      </w:r>
      <w:r>
        <w:br/>
      </w:r>
      <w:r>
        <w:rPr>
          <w:sz w:val="20"/>
        </w:rPr>
        <w:t>33:32  false justification mein pad kar ghaltiyon ke aadi ban jayein, aur phir isi mein maut aa jaye. is ke baad dekhiye, ayat number 213 yani Al-Baqarah ki ayat number 213, is mein farmaya ke</w:t>
      </w:r>
      <w:r>
        <w:br/>
      </w:r>
      <w:r>
        <w:rPr>
          <w:sz w:val="20"/>
        </w:rPr>
        <w:t>34:03  alladhi yadee man yashaa ila siratin mustaqeem ayat number 213, alladhi yadee man yashaa ila siratin mustaqeem Allah jis ko chahta hai, us ko seedh</w:t>
      </w:r>
      <w:r>
        <w:br/>
      </w:r>
      <w:r>
        <w:rPr>
          <w:sz w:val="20"/>
        </w:rPr>
        <w:t>34:33  e rastay ki taraf rehnumai deta hai. Allah jis ko chahta hai, us ko seedhay rastay ki taraf, seedhay rastay ki rehnumai de deta hai. Yahan par dekhiye, yeh jo lafz hai "man yashaa", jis ko chahta hai, is ka mat</w:t>
      </w:r>
      <w:r>
        <w:br/>
      </w:r>
      <w:r>
        <w:rPr>
          <w:sz w:val="20"/>
        </w:rPr>
        <w:t>35:03  lab yeh nahi ke dunya mein jabar hai. Khuda chahega to aap ko hidayat mile gi, nahi to hidayat nahi mile gi. Yeh matlab nahi hai is ka. Dekhiye, kisi bhi ayat ko samajhne ke liye poore Quran ke context mein us ko dekhna parta hai. Agar aap kisi ek ayat ko single out kar lein aur</w:t>
      </w:r>
    </w:p>
    <w:p>
      <w:pPr>
        <w:pStyle w:val="Heading2"/>
      </w:pPr>
      <w:r>
        <w:t>Two attributes of God: Creator and Merciful</w:t>
      </w:r>
    </w:p>
    <w:p>
      <w:r>
        <w:rPr>
          <w:color w:val="666666"/>
          <w:sz w:val="18"/>
        </w:rPr>
        <w:t>Living with Angels April 24, 2007 Maulana Wahiduddin Kha · 3m 05s · at 28:56 · https://youtu.be/vftCoFxsQFw?t=1736</w:t>
      </w:r>
    </w:p>
    <w:p>
      <w:r>
        <w:rPr>
          <w:i/>
        </w:rPr>
        <w:t>“It means, 'In the name of God, Most Merciful, Most Compassionate.'”</w:t>
      </w:r>
    </w:p>
    <w:p>
      <w:r>
        <w:rPr>
          <w:sz w:val="20"/>
        </w:rPr>
        <w:t>28:56  It means, "In the name of God, Most Merciful, Most Compassionate." Now, in the name of God Bismillah</w:t>
      </w:r>
      <w:r>
        <w:br/>
      </w:r>
      <w:r>
        <w:rPr>
          <w:sz w:val="20"/>
        </w:rPr>
        <w:t>29:13  there are two parts of this sentence. There are two parts Bismillah and Ar-Rahmanir Rahim.</w:t>
      </w:r>
      <w:r>
        <w:br/>
      </w:r>
      <w:r>
        <w:rPr>
          <w:sz w:val="20"/>
        </w:rPr>
        <w:t>29:22  So, you know the first Surah al-Alaq the first Surah revealed to the Prophet was al-Alaq.</w:t>
      </w:r>
      <w:r>
        <w:br/>
      </w:r>
      <w:r>
        <w:rPr>
          <w:sz w:val="20"/>
        </w:rPr>
        <w:t>29:35  In this Surah, the first verse was</w:t>
      </w:r>
      <w:r>
        <w:br/>
      </w:r>
      <w:r>
        <w:rPr>
          <w:sz w:val="20"/>
        </w:rPr>
        <w:t>29:40  Iqra Bism Rabbik alladhi khalaq khalaqal linsan min alaq. Here you can say that Quran has bracketed creation with Allah.</w:t>
      </w:r>
      <w:r>
        <w:br/>
      </w:r>
      <w:r>
        <w:rPr>
          <w:sz w:val="20"/>
        </w:rPr>
        <w:t>29:56  So, Allah means Allah the Creator.</w:t>
      </w:r>
      <w:r>
        <w:br/>
      </w:r>
      <w:r>
        <w:rPr>
          <w:sz w:val="20"/>
        </w:rPr>
        <w:t>30:03  Iqra Bism Rabbik alladhi khalaq khalaqal linsan min alaq. Here you can say that Quran mentions the</w:t>
      </w:r>
      <w:r>
        <w:br/>
      </w:r>
      <w:r>
        <w:rPr>
          <w:sz w:val="20"/>
        </w:rPr>
        <w:t>30:15  attribute of creation to Allah</w:t>
      </w:r>
      <w:r>
        <w:br/>
      </w:r>
      <w:r>
        <w:rPr>
          <w:sz w:val="20"/>
        </w:rPr>
        <w:t>30:19  . So, Bismillah means in the name of Allah the Creator. In the name of Allah the Creator.</w:t>
      </w:r>
      <w:r>
        <w:br/>
      </w:r>
      <w:r>
        <w:rPr>
          <w:sz w:val="20"/>
        </w:rPr>
        <w:t>30:31  One who has created all these things. Then Ar-Rahmanir Rahim means Merciful, Compassionate.</w:t>
      </w:r>
      <w:r>
        <w:br/>
      </w:r>
      <w:r>
        <w:rPr>
          <w:sz w:val="20"/>
        </w:rPr>
        <w:t>30:41  In this verse in this part of the sentence, Quran mentions that attribute of God which is Ar-Rahma mercy, compassion.</w:t>
      </w:r>
      <w:r>
        <w:br/>
      </w:r>
      <w:r>
        <w:rPr>
          <w:sz w:val="20"/>
        </w:rPr>
        <w:t>30:58  So, I think that Bismillahir Rahmanir Rahim mentions two more two very, very important attributes of God</w:t>
      </w:r>
      <w:r>
        <w:br/>
      </w:r>
      <w:r>
        <w:rPr>
          <w:sz w:val="20"/>
        </w:rPr>
        <w:t>31:07  . Creation and Merciful.</w:t>
      </w:r>
      <w:r>
        <w:br/>
      </w:r>
      <w:r>
        <w:rPr>
          <w:sz w:val="20"/>
        </w:rPr>
        <w:t>31:13  God has created all these cosmos the universe, the world, everything. So, God is the Creator.</w:t>
      </w:r>
      <w:r>
        <w:br/>
      </w:r>
      <w:r>
        <w:rPr>
          <w:sz w:val="20"/>
        </w:rPr>
        <w:t>31:25  Creator.</w:t>
      </w:r>
      <w:r>
        <w:br/>
      </w:r>
      <w:r>
        <w:rPr>
          <w:sz w:val="20"/>
        </w:rPr>
        <w:t>31:29  And again, God is Merciful, Compassionate. So, these are in this verse Quran mentions two</w:t>
      </w:r>
      <w:r>
        <w:br/>
      </w:r>
      <w:r>
        <w:rPr>
          <w:sz w:val="20"/>
        </w:rPr>
        <w:t>31:41  important attributes of God</w:t>
      </w:r>
      <w:r>
        <w:br/>
      </w:r>
      <w:r>
        <w:rPr>
          <w:sz w:val="20"/>
        </w:rPr>
        <w:t>31:46  . Now, when you think about God the Creator, you will feel that God is great.</w:t>
      </w:r>
    </w:p>
    <w:p>
      <w:pPr>
        <w:pStyle w:val="Heading2"/>
      </w:pPr>
      <w:r>
        <w:t>Applying Maulana's positivity teaching to the Sweden riots</w:t>
      </w:r>
    </w:p>
    <w:p>
      <w:r>
        <w:rPr>
          <w:color w:val="666666"/>
          <w:sz w:val="18"/>
        </w:rPr>
        <w:t>Research On Maulana by Dr. Mattias Dahlkvist, Sweden Peace Conference April 29-30, 2023 · 2m 12s · at 40:15 · https://youtu.be/o_I4uV9ezKQ?t=2415</w:t>
      </w:r>
    </w:p>
    <w:p>
      <w:r>
        <w:rPr>
          <w:i/>
        </w:rPr>
        <w:t>“If there is a problem, simply ignore it.”</w:t>
      </w:r>
    </w:p>
    <w:p>
      <w:r>
        <w:rPr>
          <w:sz w:val="20"/>
        </w:rPr>
        <w:t>40:15  So accept his general notion to, if there is a problem, simply ignore it as a message to a reasonable, rational message to the Muslims of Sweden in in that particular context when they were being obviously baited by political activists. We know, because Maulana reminds us from Surah forty one thirty four, good and evil deeds are not equal. Repul evil with what is better.</w:t>
      </w:r>
      <w:r>
        <w:br/>
      </w:r>
      <w:r>
        <w:rPr>
          <w:sz w:val="20"/>
        </w:rPr>
        <w:t>40:44  Then you will see what one what one that one who was your enemy has become your dearest friend. In essence, this is positivity. This is what I didn't want to understand in 2013 or 2014 when my mind was too square or rigid. So that is the positive mindset, the positive status quo is in me. And that goes against a negative psychology.</w:t>
      </w:r>
      <w:r>
        <w:br/>
      </w:r>
      <w:r>
        <w:rPr>
          <w:sz w:val="20"/>
        </w:rPr>
        <w:t>41:10  What I didn't want to understand or couldn't understand at the time, what what what did it mean negativity? The negativity leads to hate and violence, and there's no end to it. And the desire for vengeance. So in short, Malana reminds us, one-sided good behavior is immensely persuasive, and it is a god given asset. Now what does that mean?</w:t>
      </w:r>
      <w:r>
        <w:br/>
      </w:r>
      <w:r>
        <w:rPr>
          <w:sz w:val="20"/>
        </w:rPr>
        <w:t>41:36  Well, from a Muslim perspective, the way I understand Maulana, that means that gentleness have divine blessing, carry divine blessing. But I think it's also rational and true, empirically true.</w:t>
      </w:r>
      <w:r>
        <w:br/>
      </w:r>
      <w:r>
        <w:rPr>
          <w:sz w:val="20"/>
        </w:rPr>
        <w:t>41:53  And he also says that in the modern times, in the contemporary times, the the the modern condition</w:t>
      </w:r>
      <w:r>
        <w:br/>
      </w:r>
      <w:r>
        <w:rPr>
          <w:sz w:val="20"/>
        </w:rPr>
        <w:t>41:58  provide endless possibilities for Muslims for nonviolence, for nonviolent action.</w:t>
      </w:r>
      <w:r>
        <w:br/>
      </w:r>
      <w:r>
        <w:rPr>
          <w:sz w:val="20"/>
        </w:rPr>
        <w:t>42:04  But not only for Muslims, for everyone.</w:t>
      </w:r>
      <w:r>
        <w:br/>
      </w:r>
      <w:r>
        <w:rPr>
          <w:sz w:val="20"/>
        </w:rPr>
        <w:t>42:10  This we go through darkness.</w:t>
      </w:r>
      <w:r>
        <w:br/>
      </w:r>
      <w:r>
        <w:rPr>
          <w:sz w:val="20"/>
        </w:rPr>
        <w:t>42:15  This is a dark time.</w:t>
      </w:r>
      <w:r>
        <w:br/>
      </w:r>
      <w:r>
        <w:rPr>
          <w:sz w:val="20"/>
        </w:rPr>
        <w:t>42:21  There especially for us in Sweden, Northern Europe with the war in Ukraine.</w:t>
      </w:r>
      <w:r>
        <w:br/>
      </w:r>
      <w:r>
        <w:rPr>
          <w:sz w:val="20"/>
        </w:rPr>
        <w:t>42:27  But this is still the best time to be human, and I'll prove it to you very quickly. If you ever come to Sweden, I would love to show you some of our national monuments. This is the famous Lekker Castle, one of the most famous examples of baroque architecture from the sixteen hundreds in Sweden. Now you're all thinking, okay.</w:t>
      </w:r>
    </w:p>
    <w:p>
      <w:pPr>
        <w:pStyle w:val="Heading2"/>
      </w:pPr>
      <w:r>
        <w:t>Why Maulana started keeping a daily diary at 20</w:t>
      </w:r>
    </w:p>
    <w:p>
      <w:r>
        <w:rPr>
          <w:color w:val="666666"/>
          <w:sz w:val="18"/>
        </w:rPr>
        <w:t>Living in Falsehood 25 Jan 2009 · 2m 06s · at 40:53 · https://youtu.be/Qt8VwwonU9k?t=2453</w:t>
      </w:r>
    </w:p>
    <w:p>
      <w:r>
        <w:rPr>
          <w:i/>
        </w:rPr>
        <w:t>“A caller from Bhagalpur asked what he should do”</w:t>
      </w:r>
    </w:p>
    <w:p>
      <w:r>
        <w:rPr>
          <w:sz w:val="20"/>
        </w:rPr>
        <w:t>40:53  yani yeh rozana ka ek kaam hai, apne ko reassess karna. mere paas ek sahib ka telephone aaya, bhagalpur se, parson ki baat hai.</w:t>
      </w:r>
      <w:r>
        <w:br/>
      </w:r>
      <w:r>
        <w:rPr>
          <w:sz w:val="20"/>
        </w:rPr>
        <w:t>41:05  to unhon ne kaha ke main aap ka magazine padhta hoon, aap ki kitaben padhta hoon, aur batayein mujhe kya karna hai. to maine kaha aap ek diary maintain kijiye</w:t>
      </w:r>
      <w:r>
        <w:br/>
      </w:r>
      <w:r>
        <w:rPr>
          <w:sz w:val="20"/>
        </w:rPr>
        <w:t>41:14  , woh bees saal ke the, woh abhi bees saal ke hain. daily apna kuch is mein likha kijiye, kya khoya, kya paya.</w:t>
      </w:r>
      <w:r>
        <w:br/>
      </w:r>
      <w:r>
        <w:rPr>
          <w:sz w:val="20"/>
        </w:rPr>
        <w:t>41:23  aaj to maine misaal di un ko ke France ka ek badshah tha, woh diary diary rakhta tha, to har din kuch na kuch is mein likhta tha.</w:t>
      </w:r>
      <w:r>
        <w:br/>
      </w:r>
      <w:r>
        <w:rPr>
          <w:sz w:val="20"/>
        </w:rPr>
        <w:t>41:35  to to us zamane mein aap jante hain ke king log jo the, shikar ke liye jaya karte the,</w:t>
      </w:r>
      <w:r>
        <w:br/>
      </w:r>
      <w:r>
        <w:rPr>
          <w:sz w:val="20"/>
        </w:rPr>
        <w:t>41:42  bhale entertainment ka koi zariya nahi tha aaj kal ke tareeqe se, to shikar ke liye jate the. to ek din gaya woh shikar ke liye, to kuch mila nahi, koi yani shikar nahi mila.</w:t>
      </w:r>
      <w:r>
        <w:br/>
      </w:r>
      <w:r>
        <w:rPr>
          <w:sz w:val="20"/>
        </w:rPr>
        <w:t>41:56  to us din diary mein us ne likha "nothing", sirf "nothing", matlab aaj maine kuch nahi paya. to maine kaha aaj is tarah kaise jab aap diary maintain karenge to apna muhasba hoga</w:t>
      </w:r>
      <w:r>
        <w:br/>
      </w:r>
      <w:r>
        <w:rPr>
          <w:sz w:val="20"/>
        </w:rPr>
        <w:t>42:12  ke to aap jab dekhenge is ke page ulat kar ke to aap apna aap ko jajchenge ke hamari kab kis din kya paya tha, kis din kya khoya tha.</w:t>
      </w:r>
      <w:r>
        <w:br/>
      </w:r>
      <w:r>
        <w:rPr>
          <w:sz w:val="20"/>
        </w:rPr>
        <w:t>42:24  to woh kya kehte hain ke meri umar to bees saal hai, kya aap bees saal jab the tab diary rakhte the? aap matlab mujh se aap keh rahe hain bees saal diary rakhne ke liye, to aap kya bees saal mein jab the to rakhte the diary?</w:t>
      </w:r>
      <w:r>
        <w:br/>
      </w:r>
      <w:r>
        <w:rPr>
          <w:sz w:val="20"/>
        </w:rPr>
        <w:t>42:40  maine kaha ke badqismati se mujhe koi batane wala nahi tha, aap ko to ek batane wala mil gaya hai.</w:t>
      </w:r>
      <w:r>
        <w:br/>
      </w:r>
      <w:r>
        <w:rPr>
          <w:sz w:val="20"/>
        </w:rPr>
        <w:t>42:49  agar koi batata mujhe bees saal ki umar mein to main zaroor diary rakhta tha, lekin meri maine to discover karna pada ke ke diary bhi ek tareeqa hai ke rakha jaye.</w:t>
      </w:r>
    </w:p>
    <w:p>
      <w:pPr>
        <w:pStyle w:val="Heading2"/>
      </w:pPr>
      <w:r>
        <w:t>Reward of self-acquired worship is paradise</w:t>
      </w:r>
    </w:p>
    <w:p>
      <w:r>
        <w:rPr>
          <w:color w:val="666666"/>
          <w:sz w:val="18"/>
        </w:rPr>
        <w:t>The Existence of God July 23, 2017 Maulana Wahiduddin Khan · 3m 05s · at 19:13 · https://youtu.be/shLM_JhG3iE?t=1153</w:t>
      </w:r>
    </w:p>
    <w:p>
      <w:r>
        <w:rPr>
          <w:i/>
        </w:rPr>
        <w:t>“Sawaal ye hai ke jo insaan is anokhi ibadat ka saboot dein”</w:t>
      </w:r>
    </w:p>
    <w:p>
      <w:r>
        <w:rPr>
          <w:sz w:val="20"/>
        </w:rPr>
        <w:t>19:13  is ke liye paida kiya. ab sawal yeh hai ke jo insan is anokhi ibadat ka saboot den, yeh jo Quran ki ayat mein jis ibadat ka zikr hai, woh ek anokhi ibadat hai,</w:t>
      </w:r>
      <w:r>
        <w:br/>
      </w:r>
      <w:r>
        <w:rPr>
          <w:sz w:val="20"/>
        </w:rPr>
        <w:t>19:31  yani self acquired ibadat, to anokhi ibadat hai. is anokhi ibadat ke liye un ko kya inaam diya jaye?</w:t>
      </w:r>
      <w:r>
        <w:br/>
      </w:r>
      <w:r>
        <w:rPr>
          <w:sz w:val="20"/>
        </w:rPr>
        <w:t>19:40  to woh inaam hai paradise. Paradise jo ke. to insan ka mutaliq kiya jaye to insan isi ke sath sath full of desire hai,</w:t>
      </w:r>
      <w:r>
        <w:br/>
      </w:r>
      <w:r>
        <w:rPr>
          <w:sz w:val="20"/>
        </w:rPr>
        <w:t>19:55  yani insan ek taraf yeh sari cheezein is ke andar hain, lekin sath sath bohat ziyada desire, bohat ziyada yani woh woh desire se bhara hua hai.</w:t>
      </w:r>
      <w:r>
        <w:br/>
      </w:r>
      <w:r>
        <w:rPr>
          <w:sz w:val="20"/>
        </w:rPr>
        <w:t>20:08  lekin ab dekhiye, dunya mein insaan ki desire poori nahi hoti, koi bhi bara insaan bhi is ko fulfillment haasil nahi hota.</w:t>
      </w:r>
      <w:r>
        <w:br/>
      </w:r>
      <w:r>
        <w:rPr>
          <w:sz w:val="20"/>
        </w:rPr>
        <w:t>20:22  to sawal yeh hai ke is ne jab itni bari cheez ka saboot diya ke self acquired ibadat</w:t>
      </w:r>
      <w:r>
        <w:br/>
      </w:r>
      <w:r>
        <w:rPr>
          <w:sz w:val="20"/>
        </w:rPr>
        <w:t>20:31  par qaim hua, woh yaani is ne khud se rab-ul-alameen ko discover kiya, khud se woh is ne jaana ke kainat Khuda ki paida karda hai, khud se jaana ke saare insaan,</w:t>
      </w:r>
      <w:r>
        <w:br/>
      </w:r>
      <w:r>
        <w:rPr>
          <w:sz w:val="20"/>
        </w:rPr>
        <w:t>20:45  saari makhlooqat Allah ki ibadat kar rahi hain, to khud se is ne jaana ke mujhe bhi karna chahiye. jab poori universe jo hai Khuda ki ibadat mein lagi hui hai, to mujhe bhi karna chahiye.</w:t>
      </w:r>
      <w:r>
        <w:br/>
      </w:r>
      <w:r>
        <w:rPr>
          <w:sz w:val="20"/>
        </w:rPr>
        <w:t>20:59  is tarah se khud khud daryaft kardah ibadat par khara hua.</w:t>
      </w:r>
      <w:r>
        <w:br/>
      </w:r>
      <w:r>
        <w:rPr>
          <w:sz w:val="20"/>
        </w:rPr>
        <w:t>21:07  ab is insaan ko, insaan ke liye is ka reward kya hai? to reward yeh hai ke jo cheez ibadat ke bawajood is ko nahi mil rahi hai, us ke liye is ka intezam kiya jaye.</w:t>
      </w:r>
      <w:r>
        <w:br/>
      </w:r>
      <w:r>
        <w:rPr>
          <w:sz w:val="20"/>
        </w:rPr>
        <w:t>21:21  yaani dunya mein woh karta hai ibadat, lekin dunya mein is ko milti nahi fulfillment. to is ke liye Allah ne ek aur dunya banai, us ka ek aur habitat banaya,</w:t>
      </w:r>
      <w:r>
        <w:br/>
      </w:r>
      <w:r>
        <w:rPr>
          <w:sz w:val="20"/>
        </w:rPr>
        <w:t>21:34  jahan is ko poora yaani is ki saari desire poori hogi. insaan ne saboot diya self acquired ibadat ka, to Khuda ne yeh kiya ke is ke liye intezam kiya is ke mukammal fulfillment ka, jis ko hum kahengay habitat.</w:t>
      </w:r>
      <w:r>
        <w:br/>
      </w:r>
      <w:r>
        <w:rPr>
          <w:sz w:val="20"/>
        </w:rPr>
        <w:t>21:58  to yahan par dekhiye, bande ne kya kiya aur Khuda ne kya kiya? bande ne saboot diya ke is ne apne mind ko istemal kiya, is ne sahi choice liya, is ne apni marzi se Allah ka ibadat guzar bana, woh is ko khud se apne ko</w:t>
      </w:r>
    </w:p>
    <w:p>
      <w:pPr>
        <w:pStyle w:val="Heading2"/>
      </w:pPr>
      <w:r>
        <w:t>Salam: peace and safety for all</w:t>
      </w:r>
    </w:p>
    <w:p>
      <w:r>
        <w:rPr>
          <w:color w:val="666666"/>
          <w:sz w:val="18"/>
        </w:rPr>
        <w:t>On Salah (Prayer) (Part 2) 22 Jan 2006 - Maulana Wahiduddin Khan · 2m 44s · at 33:22 · https://youtu.be/NL9OG_8LJVk?t=2002</w:t>
      </w:r>
    </w:p>
    <w:p>
      <w:r>
        <w:rPr>
          <w:i/>
        </w:rPr>
        <w:t>“At the end of prayer, say peace be upon you all.”</w:t>
      </w:r>
    </w:p>
    <w:p>
      <w:r>
        <w:rPr>
          <w:sz w:val="20"/>
        </w:rPr>
        <w:t>33:22  aap aakhir mein apna sar dayen aur bayen mor kar kehte hain assalam-o-alaikum wa rahmatullah, assalam-o-alaikum wa rahmatullah.</w:t>
      </w:r>
      <w:r>
        <w:br/>
      </w:r>
      <w:r>
        <w:rPr>
          <w:sz w:val="20"/>
        </w:rPr>
        <w:t>33:35  yeh har namaz ke baad kaha jata hai.</w:t>
      </w:r>
      <w:r>
        <w:br/>
      </w:r>
      <w:r>
        <w:rPr>
          <w:sz w:val="20"/>
        </w:rPr>
        <w:t>33:40  peace be upon you. peace and blessing be upon you. you se kaun murad hai? sari duniya ke log.</w:t>
      </w:r>
      <w:r>
        <w:br/>
      </w:r>
      <w:r>
        <w:rPr>
          <w:sz w:val="20"/>
        </w:rPr>
        <w:t>33:50  yani east mein, west mein, south mein, north mein har taraf jo log hain un sab ke liye.</w:t>
      </w:r>
      <w:r>
        <w:br/>
      </w:r>
      <w:r>
        <w:rPr>
          <w:sz w:val="20"/>
        </w:rPr>
        <w:t>33:59  to sar jab ghumata hai, sar jab ghumata hai namaz parhne wala idhar aur udhar to sare woh insan jo globe par hain chahe east ke hon ya west ke hon, north ke hon, south ke hon un se keh raha hota hai aye logon!</w:t>
      </w:r>
      <w:r>
        <w:br/>
      </w:r>
      <w:r>
        <w:rPr>
          <w:sz w:val="20"/>
        </w:rPr>
        <w:t>34:16  assalam-o-alaikum wa rahmatullah. tumhare upar peace ho khuda ki, tumhare upar blessing ho khuda ki. is ko ek bohat bare scholar the un ka naam tha ibn owaynah.</w:t>
      </w:r>
      <w:r>
        <w:br/>
      </w:r>
      <w:r>
        <w:rPr>
          <w:sz w:val="20"/>
        </w:rPr>
        <w:t>34:30  ibn owaynah. to unhon ne is ko kaha yeh assalam-o-alaikum kehna kya hai?</w:t>
      </w:r>
      <w:r>
        <w:br/>
      </w:r>
      <w:r>
        <w:rPr>
          <w:sz w:val="20"/>
        </w:rPr>
        <w:t>34:40  to unhon ne kaha ke assalam</w:t>
      </w:r>
      <w:r>
        <w:br/>
      </w:r>
      <w:r>
        <w:rPr>
          <w:sz w:val="20"/>
        </w:rPr>
        <w:t>34:46  assalam kya tum jante ho ke assalam-o-alaikum jab kehta hai namazi to kya matlab hota hai is ka? woh kehta hai ke ant aamin minni, ant aamin minni.</w:t>
      </w:r>
      <w:r>
        <w:br/>
      </w:r>
      <w:r>
        <w:rPr>
          <w:sz w:val="20"/>
        </w:rPr>
        <w:t>35:02  kaisi anokhi baat hai dekhiye ant aamin minni, ant aamin minni.</w:t>
      </w:r>
      <w:r>
        <w:br/>
      </w:r>
      <w:r>
        <w:rPr>
          <w:sz w:val="20"/>
        </w:rPr>
        <w:t>35:09  a logon! tum mujh se safe ho, a logon! tum mujh se safe ho.</w:t>
      </w:r>
      <w:r>
        <w:br/>
      </w:r>
      <w:r>
        <w:rPr>
          <w:sz w:val="20"/>
        </w:rPr>
        <w:t>35:17  yani ab jo purify ho kar nikla hoon masjid se main, ab jo main khuda ki spirit le kar nikla hoon masjid se main to kya hoga?</w:t>
      </w:r>
      <w:r>
        <w:br/>
      </w:r>
      <w:r>
        <w:rPr>
          <w:sz w:val="20"/>
        </w:rPr>
        <w:t>35:32  duniya mein modest ban kar rahoon ga.</w:t>
      </w:r>
      <w:r>
        <w:br/>
      </w:r>
      <w:r>
        <w:rPr>
          <w:sz w:val="20"/>
        </w:rPr>
        <w:t>35:36  duniya mein khuda ko surrender kar ke rahoon ga. duniya mein</w:t>
      </w:r>
    </w:p>
    <w:p>
      <w:pPr>
        <w:pStyle w:val="Heading2"/>
      </w:pPr>
      <w:r>
        <w:t>Don't give chance to dispute</w:t>
      </w:r>
    </w:p>
    <w:p>
      <w:r>
        <w:rPr>
          <w:color w:val="666666"/>
          <w:sz w:val="18"/>
        </w:rPr>
        <w:t>Living in a World of Competition I 24 Oct. 2010 - Maulana Wahiduddin Khan · 1m 25s · at 8:42 · https://youtu.be/2XgV28_3yug?t=522</w:t>
      </w:r>
    </w:p>
    <w:p>
      <w:r>
        <w:rPr>
          <w:i/>
        </w:rPr>
        <w:t>“Surah Hajj mein, Surah Hajj ka number 22 hai”</w:t>
      </w:r>
    </w:p>
    <w:p>
      <w:r>
        <w:rPr>
          <w:sz w:val="20"/>
        </w:rPr>
        <w:t>8:42  surah hajj mein, surah hajj ka number 22 hai, 22. is mein yeh ayat hai:</w:t>
      </w:r>
      <w:r>
        <w:br/>
      </w:r>
      <w:r>
        <w:rPr>
          <w:sz w:val="20"/>
        </w:rPr>
        <w:t>8:57  fala yunaza'unka fil amr woh tum se mamle mein niza' na karein.</w:t>
      </w:r>
      <w:r>
        <w:br/>
      </w:r>
      <w:r>
        <w:rPr>
          <w:sz w:val="20"/>
        </w:rPr>
        <w:t>9:08  niza' na karein ke ma'ni kya hain? unhein niza' ka mauqa na do. yeh arabi ki zaban ka usloob hai jab yeh kaha jaye ke la yadrubannka zaid zaid tum ko na mare.</w:t>
      </w:r>
      <w:r>
        <w:br/>
      </w:r>
      <w:r>
        <w:rPr>
          <w:sz w:val="20"/>
        </w:rPr>
        <w:t>9:22  to is ka matlab hai ke zaid ko marne ka mauqa na do.</w:t>
      </w:r>
      <w:r>
        <w:br/>
      </w:r>
      <w:r>
        <w:rPr>
          <w:sz w:val="20"/>
        </w:rPr>
        <w:t>9:28  fala yunaza'un yeh ta'kid ka hai, yani har giz har giz unhein mauqa na do ke woh tumhare sath niza' karein. yeh matlab hai is ka.</w:t>
      </w:r>
      <w:r>
        <w:br/>
      </w:r>
      <w:r>
        <w:rPr>
          <w:sz w:val="20"/>
        </w:rPr>
        <w:t>9:39  yani don't give don't give any chance to them</w:t>
      </w:r>
      <w:r>
        <w:br/>
      </w:r>
      <w:r>
        <w:rPr>
          <w:sz w:val="20"/>
        </w:rPr>
        <w:t>9:46  to dispute with you. Un ko hargiz yeh mauqa na do ke woh tumhare saath dispute koi khada kar dein.</w:t>
      </w:r>
      <w:r>
        <w:br/>
      </w:r>
      <w:r>
        <w:rPr>
          <w:sz w:val="20"/>
        </w:rPr>
        <w:t>9:57  ab is ayat ko le kar dekhiye, aap ehtiyat mein jo masjid bani thi, woh 1528 mein bani thi, yani solween sadi mein.</w:t>
      </w:r>
    </w:p>
    <w:p>
      <w:pPr>
        <w:pStyle w:val="Heading2"/>
      </w:pPr>
      <w:r>
        <w:t>Allah's mercy and justice with prophets</w:t>
      </w:r>
    </w:p>
    <w:p>
      <w:r>
        <w:rPr>
          <w:color w:val="666666"/>
          <w:sz w:val="18"/>
        </w:rPr>
        <w:t>Q&amp;A 06 Feb 2011 Maulana Wahiduddin Khan · 1m 06s · at 0:44 · https://youtu.be/FrKaSxe9INc?t=44</w:t>
      </w:r>
    </w:p>
    <w:p>
      <w:r>
        <w:rPr>
          <w:i/>
        </w:rPr>
        <w:t>“Both Allah's mercy and justice will manifest.”</w:t>
      </w:r>
    </w:p>
    <w:p>
      <w:r>
        <w:rPr>
          <w:sz w:val="20"/>
        </w:rPr>
        <w:t>0:44  dekhiye, allah taala ki ek sifat yeh hai ke wo rahim hai, apne bando ke upar meherban hai, shafiq hai.</w:t>
      </w:r>
      <w:r>
        <w:br/>
      </w:r>
      <w:r>
        <w:rPr>
          <w:sz w:val="20"/>
        </w:rPr>
        <w:t>0:56  doosri sifat hai aadil hai, aadil, insaaf karne wala.</w:t>
      </w:r>
      <w:r>
        <w:br/>
      </w:r>
      <w:r>
        <w:rPr>
          <w:sz w:val="20"/>
        </w:rPr>
        <w:t>1:02  to bilashuba allah taala ki rehmat ka taqaza yahi hai ke har ek jo hai usko nijat mile, lekin aadil ka taqaza yeh hai ke har ek ne jaisa kiya uske mutabiq usko anjaam uska ho.</w:t>
      </w:r>
      <w:r>
        <w:br/>
      </w:r>
      <w:r>
        <w:rPr>
          <w:sz w:val="20"/>
        </w:rPr>
        <w:t>1:17  to yeh namumkin baat hai ke</w:t>
      </w:r>
      <w:r>
        <w:br/>
      </w:r>
      <w:r>
        <w:rPr>
          <w:sz w:val="20"/>
        </w:rPr>
        <w:t>1:19  yani Allah taala apne adl ke taqaze ko mansookh kar de aur sirf rehmat wala taqaza jo hai aakhirat mein chalaye, woh aisa nahi hai.</w:t>
      </w:r>
      <w:r>
        <w:br/>
      </w:r>
      <w:r>
        <w:rPr>
          <w:sz w:val="20"/>
        </w:rPr>
        <w:t>1:29  Allah taala ki rehmat bhi wahan par ujaagar hogi aur uska adl bhi wahan par ujaagar hoga, dono baatein hongi.</w:t>
      </w:r>
      <w:r>
        <w:br/>
      </w:r>
      <w:r>
        <w:rPr>
          <w:sz w:val="20"/>
        </w:rPr>
        <w:t>1:37  iska matlab yeh hai ke jisne jaisa kiya hai uske mutabiq uska anjaam hoga, aur is baat ko batane ke liye Allah taala ne paighambaron ko bheja.</w:t>
      </w:r>
    </w:p>
    <w:p>
      <w:pPr>
        <w:pStyle w:val="Heading2"/>
      </w:pPr>
      <w:r>
        <w:t>Hadith: the man told to pray his prayer again</w:t>
      </w:r>
    </w:p>
    <w:p>
      <w:r>
        <w:rPr>
          <w:color w:val="666666"/>
          <w:sz w:val="18"/>
        </w:rPr>
        <w:t>Dars -e-Quran 3 July 2007 Ch. 2 verses 219, 238, 249 &amp; 255 · 2m 21s · at 31:12 · https://youtu.be/R3NkkhEn-XA?t=1872</w:t>
      </w:r>
    </w:p>
    <w:p>
      <w:r>
        <w:rPr>
          <w:i/>
        </w:rPr>
        <w:t>“Ek aadmi ne namaz parhi, Rasoolullah ne kaha: dobara parho”</w:t>
      </w:r>
    </w:p>
    <w:p>
      <w:r>
        <w:rPr>
          <w:sz w:val="20"/>
        </w:rPr>
        <w:t>31:12  hadees mein aata hai ke ek aadmi aaya madina mein, wahan ki jo masjid thi, us mein us ne namaz parhi. rasool Allah wahan maujood thay.</w:t>
      </w:r>
      <w:r>
        <w:br/>
      </w:r>
      <w:r>
        <w:rPr>
          <w:sz w:val="20"/>
        </w:rPr>
        <w:t>31:23  namaz parh kar ke woh aap ke paas aaya</w:t>
      </w:r>
      <w:r>
        <w:br/>
      </w:r>
      <w:r>
        <w:rPr>
          <w:sz w:val="20"/>
        </w:rPr>
        <w:t>31:28  ke aap ke paas baithe</w:t>
      </w:r>
      <w:r>
        <w:br/>
      </w:r>
      <w:r>
        <w:rPr>
          <w:sz w:val="20"/>
        </w:rPr>
        <w:t>31:31  to aap farmate hain ke: "irji' fasalli fa'innaka lam tusalli".</w:t>
      </w:r>
      <w:r>
        <w:br/>
      </w:r>
      <w:r>
        <w:rPr>
          <w:sz w:val="20"/>
        </w:rPr>
        <w:t>31:39  tum jao phir se namaz parho kyunke tum ne namaz nahi parhi. ab dekhen ke apni samajh se to namaz parh liya tha us ne,</w:t>
      </w:r>
      <w:r>
        <w:br/>
      </w:r>
      <w:r>
        <w:rPr>
          <w:sz w:val="20"/>
        </w:rPr>
        <w:t>31:53  lekin aap farmate hain ke tum ne namaz nahi parhi. "irji' fasalli fa'innaka lam tusalli".</w:t>
      </w:r>
      <w:r>
        <w:br/>
      </w:r>
      <w:r>
        <w:rPr>
          <w:sz w:val="20"/>
        </w:rPr>
        <w:t>32:00  to baat kya hai? us ne namaz parhi thi shakal wali, form wali, dil wali nahi, dil ke jhukao wali nahi,</w:t>
      </w:r>
      <w:r>
        <w:br/>
      </w:r>
      <w:r>
        <w:rPr>
          <w:sz w:val="20"/>
        </w:rPr>
        <w:t>32:15  dil ki spirit ke sath nahi. to sab jab. to form wali namaz jo hai, form wali namaz jo hai, woh Khuda ke haan accept nahi hoti.</w:t>
      </w:r>
      <w:r>
        <w:br/>
      </w:r>
      <w:r>
        <w:rPr>
          <w:sz w:val="20"/>
        </w:rPr>
        <w:t>32:27  Khuda ke haan woh namaz accept hoti hai jo sachi spirit ke sath parhi jaye. aur sachi spirit kya hai?</w:t>
      </w:r>
      <w:r>
        <w:br/>
      </w:r>
      <w:r>
        <w:rPr>
          <w:sz w:val="20"/>
        </w:rPr>
        <w:t>32:38  woh yahi hai ke jismani harkat jo hai, ruku aur sajda jo hai, jo jismani harkat, woh andar ki spirit ka izhaar ho.</w:t>
      </w:r>
      <w:r>
        <w:br/>
      </w:r>
      <w:r>
        <w:rPr>
          <w:sz w:val="20"/>
        </w:rPr>
        <w:t>32:54  andar</w:t>
      </w:r>
      <w:r>
        <w:br/>
      </w:r>
      <w:r>
        <w:rPr>
          <w:sz w:val="20"/>
        </w:rPr>
        <w:t>32:55  ki spirit se aadmi ke andar yeh kaifiyat paida hui aur us ne is is spirit, is is dakhili spirit ne us ko jhuka diya.</w:t>
      </w:r>
      <w:r>
        <w:br/>
      </w:r>
      <w:r>
        <w:rPr>
          <w:sz w:val="20"/>
        </w:rPr>
        <w:t>33:04  to yeh jo farmaya ke "qumuu lillahi qanitin", to is mein namaz ki haqeeqat bayan kar di</w:t>
      </w:r>
      <w:r>
        <w:br/>
      </w:r>
      <w:r>
        <w:rPr>
          <w:sz w:val="20"/>
        </w:rPr>
        <w:t>33:19  ke qunoot jab ho, jab jhukao ho, khushu ho, submission ho, tab woh namaz namaz hai, warna woh namaz namaz nahi hai.</w:t>
      </w:r>
    </w:p>
    <w:p>
      <w:pPr>
        <w:pStyle w:val="Heading2"/>
      </w:pPr>
      <w:r>
        <w:t>Story of khanqah and repetition</w:t>
      </w:r>
    </w:p>
    <w:p>
      <w:r>
        <w:rPr>
          <w:color w:val="666666"/>
          <w:sz w:val="18"/>
        </w:rPr>
        <w:t>Divine Love 19 Oct, 2019 - Maulana Wahiduddin Khan · 1m 13s · at 16:10 · https://youtu.be/PBiwMk_tLH8?t=970</w:t>
      </w:r>
    </w:p>
    <w:p>
      <w:r>
        <w:rPr>
          <w:i/>
        </w:rPr>
        <w:t>“Main ek baar gaya ek khanqah mein”</w:t>
      </w:r>
    </w:p>
    <w:p>
      <w:r>
        <w:rPr>
          <w:sz w:val="20"/>
        </w:rPr>
        <w:t>16:10  mein ek bar gaya ek khangah mein, ek bahut mashhoor buzurg ki khangah. to wahan maine dekha ke wahan par woh kuch log,</w:t>
      </w:r>
      <w:r>
        <w:br/>
      </w:r>
      <w:r>
        <w:rPr>
          <w:sz w:val="20"/>
        </w:rPr>
        <w:t>16:29  kayi log the wahan par jo bari bari Allah ho, Allah ho karte the.</w:t>
      </w:r>
      <w:r>
        <w:br/>
      </w:r>
      <w:r>
        <w:rPr>
          <w:sz w:val="20"/>
        </w:rPr>
        <w:t>16:39  yani ek ghanta kisi kya to doosra aya, usne ek aisa kiya, phir teesra aya, usne kiya. is tarah se 24 ghanta wahan par hi chalta tha.</w:t>
      </w:r>
      <w:r>
        <w:br/>
      </w:r>
      <w:r>
        <w:rPr>
          <w:sz w:val="20"/>
        </w:rPr>
        <w:t>16:53  24 ghanta. to maine poocha ke yeh kyun hai aisa?</w:t>
      </w:r>
      <w:r>
        <w:br/>
      </w:r>
      <w:r>
        <w:rPr>
          <w:sz w:val="20"/>
        </w:rPr>
        <w:t>17:02  to unhone kaha ke is se Allah se mohabbat paida hoti hai.</w:t>
      </w:r>
      <w:r>
        <w:br/>
      </w:r>
      <w:r>
        <w:rPr>
          <w:sz w:val="20"/>
        </w:rPr>
        <w:t>17:09  to mein usko samajh nahi paya. repeat naam ko repeat karne se Allah se mohabbat kaise paida ho jayegi?</w:t>
      </w:r>
    </w:p>
    <w:p>
      <w:pPr>
        <w:pStyle w:val="Heading2"/>
      </w:pPr>
      <w:r>
        <w:t>Refuting kalma as mantra correct understanding</w:t>
      </w:r>
    </w:p>
    <w:p>
      <w:r>
        <w:rPr>
          <w:color w:val="666666"/>
          <w:sz w:val="18"/>
        </w:rPr>
        <w:t>Faith in Action November 17, 2018 · 2m 54s · at 14:17 · https://youtu.be/weoRqHqTSKQ?t=857</w:t>
      </w:r>
    </w:p>
    <w:p>
      <w:r>
        <w:rPr>
          <w:i/>
        </w:rPr>
        <w:t>“Masalan mein ek ek sahab se meri mulaqaat hui”</w:t>
      </w:r>
    </w:p>
    <w:p>
      <w:r>
        <w:rPr>
          <w:sz w:val="20"/>
        </w:rPr>
        <w:t>14:17  misalan mein ek ek sahib se meri mulaqaat hui toh unhone kaha ke hum dawat ka kaam karte hain. Unhone kaha ke hum dawat ka kaam karte hain.</w:t>
      </w:r>
      <w:r>
        <w:br/>
      </w:r>
      <w:r>
        <w:rPr>
          <w:sz w:val="20"/>
        </w:rPr>
        <w:t>14:31  toh mein ne kaha aap kya karte hain? Toh unhone bataya ke woh rozana jaate hain park, ek park ka naam liya unhone ke is mein benchien lagi hui hain, woh us ki, woh is mein log aate hain, baithte hain,</w:t>
      </w:r>
      <w:r>
        <w:br/>
      </w:r>
      <w:r>
        <w:rPr>
          <w:sz w:val="20"/>
        </w:rPr>
        <w:t>14:53  log aate hain wahan baithte hain toh sab se milte hain, sab se phir kehte hain ke bhai jo yeh hadees sunate hain ke mein tum ko ek mantra bataunga, mantra is mantra ko padh lo, bas jannat mil jayegi.</w:t>
      </w:r>
      <w:r>
        <w:br/>
      </w:r>
      <w:r>
        <w:rPr>
          <w:sz w:val="20"/>
        </w:rPr>
        <w:t>15:13  yeh hadees sunai unhone: "man qala la ilaha illallah dakhala al jannah" toh is ko putar mantra pesh kiya us ke saamne ke yeh mantra hai,</w:t>
      </w:r>
      <w:r>
        <w:br/>
      </w:r>
      <w:r>
        <w:rPr>
          <w:sz w:val="20"/>
        </w:rPr>
        <w:t>15:26  is ko padh lo aur jannat mil jayegi tum ko. Woh bechare bechare ne padh diya ke chalo bhai, ek ek mantra se agar pairai milti hai toh kya bura hai?</w:t>
      </w:r>
      <w:r>
        <w:br/>
      </w:r>
      <w:r>
        <w:rPr>
          <w:sz w:val="20"/>
        </w:rPr>
        <w:t>15:38  toh yeh yeh yeh bilkul ridiculous baat hai, yaani kalma ko aap mantra bana ke pesh karein aur woh bechara padh de toh aap samjhein ke maine pairai mein mein daakhil kar diya is ko.</w:t>
      </w:r>
      <w:r>
        <w:br/>
      </w:r>
      <w:r>
        <w:rPr>
          <w:sz w:val="20"/>
        </w:rPr>
        <w:t>15:53  toh yeh ridiculous baat hai.</w:t>
      </w:r>
      <w:r>
        <w:br/>
      </w:r>
      <w:r>
        <w:rPr>
          <w:sz w:val="20"/>
        </w:rPr>
        <w:t>15:58  "man qala la ilaha illallah dakhala al jannah" ka matlab hai jis ne samajh boojh kar, samajh boojh kar Quran kalma kalma ko ikhtiyar kiya,</w:t>
      </w:r>
      <w:r>
        <w:br/>
      </w:r>
      <w:r>
        <w:rPr>
          <w:sz w:val="20"/>
        </w:rPr>
        <w:t>16:13  sirf lafz service nahi, aur phir woh kalma us ki us ke thinking process mein shaamil ho gaya.</w:t>
      </w:r>
      <w:r>
        <w:br/>
      </w:r>
      <w:r>
        <w:rPr>
          <w:sz w:val="20"/>
        </w:rPr>
        <w:t>16:25  woh rozana kalma ko ke saath tajrube ke shaamil karta raha</w:t>
      </w:r>
      <w:r>
        <w:br/>
      </w:r>
      <w:r>
        <w:rPr>
          <w:sz w:val="20"/>
        </w:rPr>
        <w:t>16:34  aur is tarah apni spiritual development karta raha. Spiritual development</w:t>
      </w:r>
      <w:r>
        <w:br/>
      </w:r>
      <w:r>
        <w:rPr>
          <w:sz w:val="20"/>
        </w:rPr>
        <w:t>16:43  is tarah se ek process, yaani kalma padh kar apni zindagi mein ek process jaari kar diya is ne.</w:t>
      </w:r>
      <w:r>
        <w:br/>
      </w:r>
      <w:r>
        <w:rPr>
          <w:sz w:val="20"/>
        </w:rPr>
        <w:t>16:57  isi par jiya, isi par</w:t>
      </w:r>
      <w:r>
        <w:br/>
      </w:r>
      <w:r>
        <w:rPr>
          <w:sz w:val="20"/>
        </w:rPr>
        <w:t>17:02  zindagi guzari, yahan tak ke isi par is ki maut aa gai. to bilashuba is liye jannat hai.</w:t>
      </w:r>
    </w:p>
    <w:p>
      <w:pPr>
        <w:pStyle w:val="Heading2"/>
      </w:pPr>
      <w:r>
        <w:t>Rituals not enough, need personality development</w:t>
      </w:r>
    </w:p>
    <w:p>
      <w:r>
        <w:rPr>
          <w:color w:val="666666"/>
          <w:sz w:val="18"/>
        </w:rPr>
        <w:t>Paradise as A Goal April 26, 2015 · 1m 50s · at 6:32 · https://youtu.be/4IWLd2SIBkw?t=392</w:t>
      </w:r>
    </w:p>
    <w:p>
      <w:r>
        <w:rPr>
          <w:i/>
        </w:rPr>
        <w:t>“For religious people, they think rituals will get them paradise.”</w:t>
      </w:r>
    </w:p>
    <w:p>
      <w:r>
        <w:rPr>
          <w:sz w:val="20"/>
        </w:rPr>
        <w:t>6:32  tam hai. mazhabi logon mein bhi. mazhabi logon ke bhi khatam hai. jaise mazhabi logon ko maine socha to woh kuch ritual samajh rakha unho ne ke yeh ritual karte raho tumhein jannat jannat mil jayegi tum ko.</w:t>
      </w:r>
      <w:r>
        <w:br/>
      </w:r>
      <w:r>
        <w:rPr>
          <w:sz w:val="20"/>
        </w:rPr>
        <w:t>6:49  yeh jannat mein aap ki personality mein koi taluq nahi hai. kuch ritual karo aur jannat mil jayegi.</w:t>
      </w:r>
      <w:r>
        <w:br/>
      </w:r>
      <w:r>
        <w:rPr>
          <w:sz w:val="20"/>
        </w:rPr>
        <w:t>6:58  jaise ek bar main park mein tha, wahan musalman aaye kuch. is mein kuch naujawan bhi thay. to woh lagay left side pe chalne.</w:t>
      </w:r>
      <w:r>
        <w:br/>
      </w:r>
      <w:r>
        <w:rPr>
          <w:sz w:val="20"/>
        </w:rPr>
        <w:t>7:11  kyun ke road par woh aadat hai un ko left mein. keep left ke usool par chalne. to ek sir jo topi wala tha aur dadi wala tha, us ne kya kaha?</w:t>
      </w:r>
      <w:r>
        <w:br/>
      </w:r>
      <w:r>
        <w:rPr>
          <w:sz w:val="20"/>
        </w:rPr>
        <w:t>7:23  ulte ulte haath kahan ja rahe ho? ulte haath kahan ja rahe ho</w:t>
      </w:r>
      <w:r>
        <w:br/>
      </w:r>
      <w:r>
        <w:rPr>
          <w:sz w:val="20"/>
        </w:rPr>
        <w:t>7:27  ? kaha tum ko jannat mein nahi jana hai? seedhe haath chalo. seedhe haath chalne mein jannat milegi. kaha us ke nazdeek jannat ka jannat hasil karne ka tareeqa yeh hai ke aadmi dayen haath mein chale, bayen haath mein nahi chale.</w:t>
      </w:r>
      <w:r>
        <w:br/>
      </w:r>
      <w:r>
        <w:rPr>
          <w:sz w:val="20"/>
        </w:rPr>
        <w:t>7:44  isi tarah ke kuch cheezein hain ritual type ki. hatta ke ibadat ko bhi logon ne ritual bana diya hai. form of ritual, set of ritual.</w:t>
      </w:r>
      <w:r>
        <w:br/>
      </w:r>
      <w:r>
        <w:rPr>
          <w:sz w:val="20"/>
        </w:rPr>
        <w:t>7:54  ek form hai, kuch rituals hain.</w:t>
      </w:r>
      <w:r>
        <w:br/>
      </w:r>
      <w:r>
        <w:rPr>
          <w:sz w:val="20"/>
        </w:rPr>
        <w:t>7:57  ek dress hai, ek identity hai ke aisi topi ho, aisa kapra ho. to bas us ki jannat jannat pakki ho jayegi.</w:t>
      </w:r>
      <w:r>
        <w:br/>
      </w:r>
      <w:r>
        <w:rPr>
          <w:sz w:val="20"/>
        </w:rPr>
        <w:t>8:09  to main samajhta hoon ke jo materialist hain woh bhi bekhabar hain ke sahi goal kya hona chahiye. aur jo so called mazhabi hain woh bhi nahi jante ke goal hamara kya hai.</w:t>
      </w:r>
    </w:p>
    <w:p>
      <w:pPr>
        <w:pStyle w:val="Heading2"/>
      </w:pPr>
      <w:r>
        <w:t>Intelligent design leads to intelligent Creator</w:t>
      </w:r>
    </w:p>
    <w:p>
      <w:r>
        <w:rPr>
          <w:color w:val="666666"/>
          <w:sz w:val="18"/>
        </w:rPr>
        <w:t>Right Thinking February 3, 2014 Maulana Wahiduddin Khan · 2m 38s · at 8:59 · https://youtu.be/RU4GUAVEOdw?t=539</w:t>
      </w:r>
    </w:p>
    <w:p>
      <w:r>
        <w:rPr>
          <w:i/>
        </w:rPr>
        <w:t>“Jo creator uske peeche hai wo bilashuba ek intelligent designer hai”</w:t>
      </w:r>
    </w:p>
    <w:p>
      <w:r>
        <w:rPr>
          <w:sz w:val="20"/>
        </w:rPr>
        <w:t>8:59  jo creator is ke peechay hai, woh bilashuba ek intelligent designer hai. yaani "where there is intelligent design, there is an intelligent designer".</w:t>
      </w:r>
      <w:r>
        <w:br/>
      </w:r>
      <w:r>
        <w:rPr>
          <w:sz w:val="20"/>
        </w:rPr>
        <w:t>9:14  to kitna bara faida hua. yaani makhlooqat mein ghore o fikr karne se hamein yeh daryaft jab hui ke nature mein to bohat zabardast design hai,</w:t>
      </w:r>
      <w:r>
        <w:br/>
      </w:r>
      <w:r>
        <w:rPr>
          <w:sz w:val="20"/>
        </w:rPr>
        <w:t>9:31  to hum ne daryaft kar liya is ke zariye se is baat ko ke jo khaliq hai woh ek be had hi zyada intelligent designer hai, bohat bara mind hai.</w:t>
      </w:r>
      <w:r>
        <w:br/>
      </w:r>
      <w:r>
        <w:rPr>
          <w:sz w:val="20"/>
        </w:rPr>
        <w:t>9:46  to yahi hamare liye kafi hai. is ki shakal kya hai, is ki zaat kya hai, is ke hath hain ke paon hain, yeh hamara masla nahi hai.</w:t>
      </w:r>
      <w:r>
        <w:br/>
      </w:r>
      <w:r>
        <w:rPr>
          <w:sz w:val="20"/>
        </w:rPr>
        <w:t>9:56  aur na hum is kahin ponch sakte hain in cheezen ko soch kar ke.</w:t>
      </w:r>
      <w:r>
        <w:br/>
      </w:r>
      <w:r>
        <w:rPr>
          <w:sz w:val="20"/>
        </w:rPr>
        <w:t>10:03  to isi tarah se mislan hamare body mein cells hotay hain jin ko living cells kaha jata hai.</w:t>
      </w:r>
      <w:r>
        <w:br/>
      </w:r>
      <w:r>
        <w:rPr>
          <w:sz w:val="20"/>
        </w:rPr>
        <w:t>10:16  to cells jo hotay hain woh bohat hi chote hotay hain. yaani naked eye se aap un ko dekh nahi sakte. is ko bohat zyada barhaya jata hai tab woh</w:t>
      </w:r>
      <w:r>
        <w:br/>
      </w:r>
      <w:r>
        <w:rPr>
          <w:sz w:val="20"/>
        </w:rPr>
        <w:t>10:28  microscope se dikhai detay hain. bohat zyada barhaya jata hai. yaani sainkaron hazaron guna barhaya jata hai un ko. to is tarah jab mutala kiya gaya to maloom hua ke yeh to bohat zabardast ek complex system hai.</w:t>
      </w:r>
      <w:r>
        <w:br/>
      </w:r>
      <w:r>
        <w:rPr>
          <w:sz w:val="20"/>
        </w:rPr>
        <w:t>10:48  ek science dan ne kaha ke</w:t>
      </w:r>
      <w:r>
        <w:br/>
      </w:r>
      <w:r>
        <w:rPr>
          <w:sz w:val="20"/>
        </w:rPr>
        <w:t>10:51  har har cell jo body mein hai, har cell ek itni zabardast factory hai, us ke andar itni</w:t>
      </w:r>
      <w:r>
        <w:br/>
      </w:r>
      <w:r>
        <w:rPr>
          <w:sz w:val="20"/>
        </w:rPr>
        <w:t>10:58  zabardast industry hai, jo sari dunya ke jo insanon ki jo technology hai, insanon ki jo factory hai,</w:t>
      </w:r>
      <w:r>
        <w:br/>
      </w:r>
      <w:r>
        <w:rPr>
          <w:sz w:val="20"/>
        </w:rPr>
        <w:t>11:06  insanon ki jo industry hai, in sab</w:t>
      </w:r>
      <w:r>
        <w:br/>
      </w:r>
      <w:r>
        <w:rPr>
          <w:sz w:val="20"/>
        </w:rPr>
        <w:t>11:10  se be hisab gina zyada perfect, zyada complex</w:t>
      </w:r>
      <w:r>
        <w:br/>
      </w:r>
      <w:r>
        <w:rPr>
          <w:sz w:val="20"/>
        </w:rPr>
        <w:t>11:18  aur zyada aala hai.</w:t>
      </w:r>
      <w:r>
        <w:br/>
      </w:r>
      <w:r>
        <w:rPr>
          <w:sz w:val="20"/>
        </w:rPr>
        <w:t>11:22  ab is ko aap ne jab jaana, yaani takhleeq ke ek hissay ko, to is mein aap ko quran ki is aayat ki tasdeeq mil gayi ke:</w:t>
      </w:r>
    </w:p>
    <w:p>
      <w:pPr>
        <w:pStyle w:val="Heading2"/>
      </w:pPr>
      <w:r>
        <w:t>Quran verse on remembering God standing sitting lying</w:t>
      </w:r>
    </w:p>
    <w:p>
      <w:r>
        <w:rPr>
          <w:color w:val="666666"/>
          <w:sz w:val="18"/>
        </w:rPr>
        <w:t>The Spirit of Zikr November 19, 2023 · 2m 11s · at 5:33 · https://youtu.be/uqpcRzUgaFk?t=333</w:t>
      </w:r>
    </w:p>
    <w:p>
      <w:r>
        <w:rPr>
          <w:i/>
        </w:rPr>
        <w:t>“Surah Aal-e-Imran chapter three ke end mein bahut achi ayat hai”</w:t>
      </w:r>
    </w:p>
    <w:p>
      <w:r>
        <w:rPr>
          <w:sz w:val="20"/>
        </w:rPr>
        <w:t>5:33  aur quran mein jo sura aal imran hai, chapter three, uske end mein bahut achhi ayat aayi hai jo jo batati hai ki ek momin ka kya ehsas hota hai, "in fi khalk samati wal arz wakhla fil leel wa nahaar la aayaat leel al baab," ki zameen aur aasman ki banawat mein aur raat aur din ke baari-baari aane jaane mein aqal walon ke liye bahut badi nishani hai.</w:t>
      </w:r>
      <w:r>
        <w:br/>
      </w:r>
      <w:r>
        <w:rPr>
          <w:sz w:val="20"/>
        </w:rPr>
        <w:t>6:02  "ajna yask allah qayam waqud aala janab," jo allah ka zikr karte hain, uthte, baithte aur lete hue, on their sides, "wa tafak fi khalk samati l arz," aur zameen aur aasman ki banawat par, yani jo creation hai, uske baare mein gaur karte hain. aur phir woh kah uthte hain, "rabbana ma khalk batila,</w:t>
      </w:r>
      <w:r>
        <w:br/>
      </w:r>
      <w:r>
        <w:rPr>
          <w:sz w:val="20"/>
        </w:rPr>
        <w:t>6:27  " a hamare rab, tune yeh koi bina maqsad ke, without any purpose, you have not created this universe without any purpose. there is a deep purpose behind it. aur woh kahte hain, "subhanaka fanar," to phir glorify karte hain allah ko ki tu pak hai aur azaab se humein bacha. to is tarah quran ki aayatein, quran to aap padhenge na, to right from the beginning, you wi</w:t>
      </w:r>
      <w:r>
        <w:br/>
      </w:r>
      <w:r>
        <w:rPr>
          <w:sz w:val="20"/>
        </w:rPr>
        <w:t>6:55  ll start, "alhamdulillah rabbil aalameen," se shuru hoti hai. to saari tareef allah ke liye hai. aur maulana khas taur se ek quran ki chhoti si ayat padhte the aksar, "nemal mawla wa nemal naseer," nemal mawla wa nemal naseer, yani what an excellent protector and what an excellent master, what an excellent helper, what an excellent protector and what an excellent helper</w:t>
      </w:r>
      <w:r>
        <w:br/>
      </w:r>
      <w:r>
        <w:rPr>
          <w:sz w:val="20"/>
        </w:rPr>
        <w:t>7:20  , "nemal mawla wa nemal naseer," nemal mawla wa nemal naseer, bahut maulana padhte the. to is tarah se quran to poora ka poora zikr hai. usko aap jab bhi padhenge, to aapko aisa lagega ki khuda ki yaad ki taraf aapko le ja raha hai. woh ji, bilkul, bahut mashallah, bahut achche se doctor sahab aapne waaz kiya aur aap jaise quran ke instances bata rahe the, maulana sahab ka bhi aapne zikr kiya.</w:t>
      </w:r>
    </w:p>
    <w:p>
      <w:pPr>
        <w:pStyle w:val="Heading2"/>
      </w:pPr>
      <w:r>
        <w:t>Exception amidst uniformity in fingerprints</w:t>
      </w:r>
    </w:p>
    <w:p>
      <w:r>
        <w:rPr>
          <w:color w:val="666666"/>
          <w:sz w:val="18"/>
        </w:rPr>
        <w:t>How to Discover God I May 09, 2008 · 1m 42s · at 24:53 · https://youtu.be/fv8fazBISsw?t=1493</w:t>
      </w:r>
    </w:p>
    <w:p>
      <w:r>
        <w:rPr>
          <w:i/>
        </w:rPr>
        <w:t>“There is a very unique phenomenon - exception amidst uniformity.”</w:t>
      </w:r>
    </w:p>
    <w:p>
      <w:r>
        <w:rPr>
          <w:sz w:val="20"/>
        </w:rPr>
        <w:t>24:53  then, there is a very unique phenomena in the world, very, very unique phenomena, that is exception amidst uniformity. exception amidst uniformity. i will, i will give on example. you see, these are fingers. every man and woman have fingers like this, and there is uniformity in this fingers.</w:t>
      </w:r>
      <w:r>
        <w:br/>
      </w:r>
      <w:r>
        <w:rPr>
          <w:sz w:val="20"/>
        </w:rPr>
        <w:t>25:21  but there is a exception that there is a thumb impression or finger print. finger print of every human being are quite different. other fingers are, and are, are uniform, equal. but finger print is quite different. so, it is on exception.</w:t>
      </w:r>
      <w:r>
        <w:br/>
      </w:r>
      <w:r>
        <w:rPr>
          <w:sz w:val="20"/>
        </w:rPr>
        <w:t>25:48  so, exception amidst uniformity is a unique phenomena.</w:t>
      </w:r>
      <w:r>
        <w:br/>
      </w:r>
      <w:r>
        <w:rPr>
          <w:sz w:val="20"/>
        </w:rPr>
        <w:t>25:56  it, so here, this, this phenomena cannot, cannot.</w:t>
      </w:r>
      <w:r>
        <w:br/>
      </w:r>
      <w:r>
        <w:rPr>
          <w:sz w:val="20"/>
        </w:rPr>
        <w:t>26:05  so, we are compelled to, we, we can explain, we cannot explain this phenomena without, without acknowledging,</w:t>
      </w:r>
      <w:r>
        <w:br/>
      </w:r>
      <w:r>
        <w:rPr>
          <w:sz w:val="20"/>
        </w:rPr>
        <w:t>26:14  acknowledging that there is a intelligent planner behind all this things.</w:t>
      </w:r>
      <w:r>
        <w:br/>
      </w:r>
      <w:r>
        <w:rPr>
          <w:sz w:val="20"/>
        </w:rPr>
        <w:t>26:23  exception amidst uniformity can, can, you can, you can. this phenomena is very common everywhere in the universe. everywhere in the universe.</w:t>
      </w:r>
      <w:r>
        <w:br/>
      </w:r>
      <w:r>
        <w:rPr>
          <w:sz w:val="20"/>
        </w:rPr>
        <w:t>26:35  for example, you see the our, our galaxy. you know, there are a billion, billion galaxies in the space. every galaxy have billion, billion stars.</w:t>
      </w:r>
    </w:p>
    <w:p>
      <w:pPr>
        <w:pStyle w:val="Heading2"/>
      </w:pPr>
      <w:r>
        <w:t>Trust in God and the story of Moses</w:t>
      </w:r>
    </w:p>
    <w:p>
      <w:r>
        <w:rPr>
          <w:color w:val="666666"/>
          <w:sz w:val="18"/>
        </w:rPr>
        <w:t>Help of God November 29, 2020 Maulana Wahiduddin Khan · 1m 18s · at 17:45 · https://youtu.be/FiM937kOHVQ?t=1065</w:t>
      </w:r>
    </w:p>
    <w:p>
      <w:r>
        <w:rPr>
          <w:i/>
        </w:rPr>
        <w:t>“This is a great effect”</w:t>
      </w:r>
    </w:p>
    <w:p>
      <w:r>
        <w:rPr>
          <w:sz w:val="20"/>
        </w:rPr>
        <w:t>17:45  yeh to bara asar hai, bohat bara, is bohat baray bharose ki baat hai.</w:t>
      </w:r>
      <w:r>
        <w:br/>
      </w:r>
      <w:r>
        <w:rPr>
          <w:sz w:val="20"/>
        </w:rPr>
        <w:t>17:58  yani Allah ki yaqeeni madad ki is mein basharat hai, inshallah.</w:t>
      </w:r>
      <w:r>
        <w:br/>
      </w:r>
      <w:r>
        <w:rPr>
          <w:sz w:val="20"/>
        </w:rPr>
        <w:t>18:09  mujhe Musa alaihiالسلام ka waqia yaad aya jab woh Bani Israel ko le kar Misr se nikle thay aur samne samandar aa gaya tha aur peechay se Firon ka lashkar aa raha tha.</w:t>
      </w:r>
      <w:r>
        <w:br/>
      </w:r>
      <w:r>
        <w:rPr>
          <w:sz w:val="20"/>
        </w:rPr>
        <w:t>18:22  us waqt un ke sathiyon ne kaha tha: "ab kya hoga?" to us waqt Musa alaihiالسلام ne jo kaha tha, mujhe lagta hai ke woh bilkul divine inspiration us waqt aya tha.</w:t>
      </w:r>
      <w:r>
        <w:br/>
      </w:r>
      <w:r>
        <w:rPr>
          <w:sz w:val="20"/>
        </w:rPr>
        <w:t>18:30  unhon ne kaha tha: "kalla inna ma'i Rabbi sa yahdin" har giz nahi, Allah mere sath hai, anqareeb woh mujhe hidayat de ga.</w:t>
      </w:r>
      <w:r>
        <w:br/>
      </w:r>
      <w:r>
        <w:rPr>
          <w:sz w:val="20"/>
        </w:rPr>
        <w:t>18:41  to main samajhta hoon fa-zkuruni azkurkum ki ek misal hai yeh.</w:t>
      </w:r>
      <w:r>
        <w:br/>
      </w:r>
      <w:r>
        <w:rPr>
          <w:sz w:val="20"/>
        </w:rPr>
        <w:t>18:49  yeh bohat achi,</w:t>
      </w:r>
      <w:r>
        <w:br/>
      </w:r>
      <w:r>
        <w:rPr>
          <w:sz w:val="20"/>
        </w:rPr>
        <w:t>18:53  bohat acha izafa hai, inshallah, aur hamare Allah par bharosa barhata hai.</w:t>
      </w:r>
    </w:p>
    <w:p>
      <w:pPr>
        <w:pStyle w:val="Heading2"/>
      </w:pPr>
      <w:r>
        <w:t>addressing the claim Sufism deviates into monism</w:t>
      </w:r>
    </w:p>
    <w:p>
      <w:r>
        <w:rPr>
          <w:color w:val="666666"/>
          <w:sz w:val="18"/>
        </w:rPr>
        <w:t>Understanding Sufism August 7, 2022 Prof. Farida Khanam · 3m 00s · at 54:56 · https://youtu.be/6J2Bb3Ypf2Y?t=3296</w:t>
      </w:r>
    </w:p>
    <w:p>
      <w:r>
        <w:rPr>
          <w:i/>
        </w:rPr>
        <w:t>“Kya Sufism ne Kashmiri logon ko monotheism se bhataka diya?”</w:t>
      </w:r>
    </w:p>
    <w:p>
      <w:r>
        <w:rPr>
          <w:sz w:val="20"/>
        </w:rPr>
        <w:t>54:56  unhon ne likha hai ki apa sufism has its own influence on kashmiri people but it has deviated them from islamic monotheism. is ke bare mein aap kya kahengi? haan vah sare logon ka deviation nahin hai. vah wadatul wajood aur wadatul shood jo hai, to wadatul wajood in ka ek concept hai jis ke mane hain oneness of being.</w:t>
      </w:r>
      <w:r>
        <w:br/>
      </w:r>
      <w:r>
        <w:rPr>
          <w:sz w:val="20"/>
        </w:rPr>
        <w:t>55:24  matlab is hinduism mein tha advit vaad aur duvit vaad. to duvit vaad to hum monotheism keh sakte hain aur advit vaad yeh hai वन्य sab being wala concept. ji. wadatul wajood wala. to yeh log motasy rue hain kyunki har country ka main jo in ka to suboof ka jo version hai vah fark hai. to local influences aaye hain.</w:t>
      </w:r>
      <w:r>
        <w:br/>
      </w:r>
      <w:r>
        <w:rPr>
          <w:sz w:val="20"/>
        </w:rPr>
        <w:t>55:50  to local influences to jo hum islam practice kar rahe hain, us mein bhi hain. ji. itna zyada jo rasm aur aawaz hai dekhiye aap rasoollah sawslam ke zamane mein yeh sab kuch nahin the. ji ji. shadi ekdam saada andaaz mein hoti thi aaj hoti hai. koi bhi saada andaaz mein shadi nahin karta hai. to jo hamesha aisa hota hai ki har generation mein ki local influencers hamare upar padte hain.</w:t>
      </w:r>
      <w:r>
        <w:br/>
      </w:r>
      <w:r>
        <w:rPr>
          <w:sz w:val="20"/>
        </w:rPr>
        <w:t>56:15  to us par bahut sare reformers hote hain us ko us par tankhit karte hain, us ko sudharte hain. to isi tarah se jo wadutul wajood hai us par bhi tankhit hui hai. wadatul shahood ke naam se punjab ke rehne wale the abhi naam yaad aa jayega.</w:t>
      </w:r>
      <w:r>
        <w:br/>
      </w:r>
      <w:r>
        <w:rPr>
          <w:sz w:val="20"/>
        </w:rPr>
        <w:t>56:33  to unhon ne wadatu shahood ka concept pesh kiya aur unhon ne kaha ki asal mein jo hai ki jab hum bahut zyada concentrate karte hain divine par, to hamein sirf vahi nazar aane lagta hai. bahut zyada concentration ki wajah se hamein sirf khuda hi khuda nazar aata hai aur kuch nazar nahin aata hai. to vah bhadatul shood hai to vah vision ki unity hai na ki reality ki unity.</w:t>
      </w:r>
      <w:r>
        <w:br/>
      </w:r>
      <w:r>
        <w:rPr>
          <w:sz w:val="20"/>
        </w:rPr>
        <w:t>57:03  jabki bhadatul wajood mein kehte hain ki vah reality ki unity, vah hinduism wala concept hai ki insan jo hai vah ya koi bhi being jo bhi hai vah sab hoda hi ka hissa hai. to yeh islam ka concept nahin hai is par tankhit ki gayi hai. to vahan datul shahood jo hai vah kehte hain vision ki unity hai, reality mein unity nahin hai.</w:t>
      </w:r>
      <w:r>
        <w:br/>
      </w:r>
      <w:r>
        <w:rPr>
          <w:sz w:val="20"/>
        </w:rPr>
        <w:t>57:30  vah bahut zyada yeh baadat karne ki wajah se aisa hota hai ki sab kuch khuda hi un ko nazar hi aane lagta hai, kuch aur nazar nahin aata. yeh hai. ji. aap ka ek aur sawal bangladesh se kiya hai mohammad roukebul hasan tamal sahab ne. unhon ne likha hai ki religion was perfected during the time of the prophet and during his lifetime. it is recognized in the quran.</w:t>
      </w:r>
      <w:r>
        <w:br/>
      </w:r>
      <w:r>
        <w:rPr>
          <w:sz w:val="20"/>
        </w:rPr>
        <w:t>57:56  then why is there so much discussion about different doctrines? why shouldn't the event of the time of rasul ullah and the companions be the best subject for us to discuss? ab itni badi empire, itne zyada log. ji. to everyone thinks differently kyunki interpretation ka to rom hamesha rehta hai. ji. fark ka isi tarah se development hua. itne sari fekh paida hui. to interpretation ka difference hai.</w:t>
      </w:r>
    </w:p>
    <w:p>
      <w:pPr>
        <w:pStyle w:val="Heading2"/>
      </w:pPr>
      <w:r>
        <w:t>Human's missing habitat leads to seeking paradise</w:t>
      </w:r>
    </w:p>
    <w:p>
      <w:r>
        <w:rPr>
          <w:color w:val="666666"/>
          <w:sz w:val="18"/>
        </w:rPr>
        <w:t>Al Risala Dec, 2017 · 2m 20s · at 0:04 · https://youtu.be/-bHsd7QNspw?t=4</w:t>
      </w:r>
    </w:p>
    <w:p>
      <w:r>
        <w:rPr>
          <w:i/>
        </w:rPr>
        <w:t>“Al-Risala, December 2017. Zawj ya habitat?”</w:t>
      </w:r>
    </w:p>
    <w:p>
      <w:r>
        <w:rPr>
          <w:sz w:val="20"/>
        </w:rPr>
        <w:t>0:04  Al-Risala, December 2017. zawj ya hebitel? Quran mein ek ayat in alfaaz mein aayi hai: "wa min kulli shai'in khalaqna zawjain la'allakum tazakkaroon", yani "aur hum ne har cheez se jore jore banaye ta ke tum naseehat hasil karo".</w:t>
      </w:r>
      <w:r>
        <w:br/>
      </w:r>
      <w:r>
        <w:rPr>
          <w:sz w:val="20"/>
        </w:rPr>
        <w:t>0:27  "we have created everything in pairs, so that perhaps you may take heed". Quran ki is ayat ka khitab un logon se hai jo tazakkur ki salahiyat rakhte hain, yani ghor o fikar karna aur naseehat lena.</w:t>
      </w:r>
      <w:r>
        <w:br/>
      </w:r>
      <w:r>
        <w:rPr>
          <w:sz w:val="20"/>
        </w:rPr>
        <w:t>0:44  is se wazeh hai ke is ayat ka khitab insan se hai. woh insan se keh rahi hai ke tum takhleeq par ghor karo aur is se naseehat hasil karo.</w:t>
      </w:r>
      <w:r>
        <w:br/>
      </w:r>
      <w:r>
        <w:rPr>
          <w:sz w:val="20"/>
        </w:rPr>
        <w:t>0:56  mazeed ghor karne se maloom hota hai ke yahan zawj se murad wohi cheez hai jis ko hebitel kaha jata hai. is dunya mein jitni cheezein hain, sab ke liye yahan un ka muwafiq hebitel maujood hai,</w:t>
      </w:r>
      <w:r>
        <w:br/>
      </w:r>
      <w:r>
        <w:rPr>
          <w:sz w:val="20"/>
        </w:rPr>
        <w:t>1:11  misalan gardish karte hue sitaron ke liye wasee khala ya vast space, nabatat ke liye muwafiq zameen ya soil, haiwanat ke liye jangla, machhli ke liye pani waghera.</w:t>
      </w:r>
      <w:r>
        <w:br/>
      </w:r>
      <w:r>
        <w:rPr>
          <w:sz w:val="20"/>
        </w:rPr>
        <w:t>1:25  is tarah kainat mein maujood har makhlooq ke liye us ka muwafiq hebitel maujood hai, magar yahan sirf insan ek aisi makhlooq hai jis ko us ka matloob hebitel hasil nahi.</w:t>
      </w:r>
      <w:r>
        <w:br/>
      </w:r>
      <w:r>
        <w:rPr>
          <w:sz w:val="20"/>
        </w:rPr>
        <w:t>1:40  insan ko aisi dunya mili hai jahan woh zinda reh sake, lekin insan ko aisi dunya hasil nahi jahan us ke liye har aitbar se fulfillment ka saman maujood ho.</w:t>
      </w:r>
      <w:r>
        <w:br/>
      </w:r>
      <w:r>
        <w:rPr>
          <w:sz w:val="20"/>
        </w:rPr>
        <w:t>1:54  yahi wajah hai ke insan is dunya mein is tarah rehta hai ke woh hamesha mahi-e-be-aab, fish without water ki tarah tadapta rehta hai.</w:t>
      </w:r>
      <w:r>
        <w:br/>
      </w:r>
      <w:r>
        <w:rPr>
          <w:sz w:val="20"/>
        </w:rPr>
        <w:t>2:05  us ko kabhi apne wajood ka zawj ya hebitel hasil nahi hota. insan is farq par ghor kare to woh jannat ko daryaft kare ga aur apni zindagi ki mansooba bandi is tarah kare ga jo us ko jannat ki manzil tak pounchaney wala ho.</w:t>
      </w:r>
    </w:p>
    <w:p>
      <w:pPr>
        <w:pStyle w:val="Heading2"/>
      </w:pPr>
      <w:r>
        <w:t>the withered spiritual tree that came back to life</w:t>
      </w:r>
    </w:p>
    <w:p>
      <w:r>
        <w:rPr>
          <w:color w:val="666666"/>
          <w:sz w:val="18"/>
        </w:rPr>
        <w:t>From The Spiritual Tree August 31, 2008 · 1m 47s · at 0:49 · https://youtu.be/Vo6ZZkMtpm0?t=49</w:t>
      </w:r>
    </w:p>
    <w:p>
      <w:r>
        <w:rPr>
          <w:i/>
        </w:rPr>
        <w:t>“Aap jante hain ke hamare ghar ke paas ek ped hai, spiritual tree”</w:t>
      </w:r>
    </w:p>
    <w:p>
      <w:r>
        <w:rPr>
          <w:sz w:val="20"/>
        </w:rPr>
        <w:t>0:49  aap jante hain ke hamare ghar ke paas aik peed hai, us ko hum spiritual tree kehte hain.</w:t>
      </w:r>
      <w:r>
        <w:br/>
      </w:r>
      <w:r>
        <w:rPr>
          <w:sz w:val="20"/>
        </w:rPr>
        <w:t>1:00  boht dinon se mein ne us ka reference nahi diya tha.</w:t>
      </w:r>
      <w:r>
        <w:br/>
      </w:r>
      <w:r>
        <w:rPr>
          <w:sz w:val="20"/>
        </w:rPr>
        <w:t>1:07  kyun? is liye ke woh kai mahinon se sookh gaya tha. Yani jis ko kehte hain Hindi mein thand, aur English mein kehte hain stump,</w:t>
      </w:r>
      <w:r>
        <w:br/>
      </w:r>
      <w:r>
        <w:rPr>
          <w:sz w:val="20"/>
        </w:rPr>
        <w:t>1:23  STUMP. To woh thand ya stump ho gaya tha. Sookhi lakri ke tareeqe se woh khara hua tha.</w:t>
      </w:r>
      <w:r>
        <w:br/>
      </w:r>
      <w:r>
        <w:rPr>
          <w:sz w:val="20"/>
        </w:rPr>
        <w:t>1:34  us mein haryali nahi thi, patiyan nahi thin, kuch bhi nahi tha.</w:t>
      </w:r>
      <w:r>
        <w:br/>
      </w:r>
      <w:r>
        <w:rPr>
          <w:sz w:val="20"/>
        </w:rPr>
        <w:t>1:42  mein ne samjha ke yeh hamara jo spiritual tree hai, shayad us ki umar poori ho gayi, woh dead ho gaya.</w:t>
      </w:r>
      <w:r>
        <w:br/>
      </w:r>
      <w:r>
        <w:rPr>
          <w:sz w:val="20"/>
        </w:rPr>
        <w:t>1:53  ab woh khatam ho gaya. Lekin abhi jo barsaat hui, to barsaat ke baad mein ne dekha ke phir us ke andar patiyan, hari patiyan nikal rahi hain.</w:t>
      </w:r>
      <w:r>
        <w:br/>
      </w:r>
      <w:r>
        <w:rPr>
          <w:sz w:val="20"/>
        </w:rPr>
        <w:t>2:11  nikalte nikalte phir woh waise hi ho gaya. Aaj subah mein apne spiritual tree ke neeche baitha to waise hi woh hara bhara tha, waise hi shadab tha.</w:t>
      </w:r>
      <w:r>
        <w:br/>
      </w:r>
      <w:r>
        <w:rPr>
          <w:sz w:val="20"/>
        </w:rPr>
        <w:t>2:26  mein der tak us ke neeche baitha raha, aur jaisa ke aap jante hain, inspiration leta raha.</w:t>
      </w:r>
    </w:p>
    <w:p>
      <w:pPr>
        <w:pStyle w:val="Heading2"/>
      </w:pPr>
      <w:r>
        <w:t>Dying rich man's story: wealth means nothing at death</w:t>
      </w:r>
    </w:p>
    <w:p>
      <w:r>
        <w:rPr>
          <w:color w:val="666666"/>
          <w:sz w:val="18"/>
        </w:rPr>
        <w:t>Hamd in Action October 19, 2014 · 1m 56s · at 2:53 · https://youtu.be/8CnKWzV8aBY?t=173</w:t>
      </w:r>
    </w:p>
    <w:p>
      <w:r>
        <w:rPr>
          <w:i/>
        </w:rPr>
        <w:t>“Dilli mein ek sahab the, unhone bahut paisa kamaya”</w:t>
      </w:r>
    </w:p>
    <w:p>
      <w:r>
        <w:rPr>
          <w:sz w:val="20"/>
        </w:rPr>
        <w:t>2:53  aaj subah mein kisi se baat kar raha tha, mein ne kaha ke mein ne ek waqia bataya ke dilli mein ek saahab thay, unhon ne bohat paisa kamaya, property banai.</w:t>
      </w:r>
      <w:r>
        <w:br/>
      </w:r>
      <w:r>
        <w:rPr>
          <w:sz w:val="20"/>
        </w:rPr>
        <w:t>3:08  to phir woh bimar hue. jab bimar hue to un ki maa, jo kisi aur maqam par rehti theen, woh dilli aaein un ko dekhne ke liye.</w:t>
      </w:r>
      <w:r>
        <w:br/>
      </w:r>
      <w:r>
        <w:rPr>
          <w:sz w:val="20"/>
        </w:rPr>
        <w:t>3:21  to mujhe maloom hua ke woh aksar yeh kehti theen ke: "mere bete ki daulat kaun lega?" kyunke un ki aulaad nahi thi, un ka beta jo tha be aulaad tha.</w:t>
      </w:r>
      <w:r>
        <w:br/>
      </w:r>
      <w:r>
        <w:rPr>
          <w:sz w:val="20"/>
        </w:rPr>
        <w:t>3:37  to keh rahi theen ke: "mere bete ki daulat kaun lega?"</w:t>
      </w:r>
      <w:r>
        <w:br/>
      </w:r>
      <w:r>
        <w:rPr>
          <w:sz w:val="20"/>
        </w:rPr>
        <w:t>3:43  maine jab suna is qisse ko to maine socha ke asal sawal beti ki daulat ka nahi hai, khud bete ka hai.</w:t>
      </w:r>
      <w:r>
        <w:br/>
      </w:r>
      <w:r>
        <w:rPr>
          <w:sz w:val="20"/>
        </w:rPr>
        <w:t>3:58  asal sawal yeh hai ke maut se pehle unhon ne bohat kuch kiya, paisa kamaya, property banai. lekin jab maut aai tab to sab kuch chhod ke chale gaye woh.</w:t>
      </w:r>
      <w:r>
        <w:br/>
      </w:r>
      <w:r>
        <w:rPr>
          <w:sz w:val="20"/>
        </w:rPr>
        <w:t>4:16  maut jab aai to woh kuch le kar nahi gaye. to agli duniya mein pahunche to woh</w:t>
      </w:r>
      <w:r>
        <w:br/>
      </w:r>
      <w:r>
        <w:rPr>
          <w:sz w:val="20"/>
        </w:rPr>
        <w:t>4:24  khaali haath. to masla yeh hai ke yahan to aadmi ne bohat kuch kamaya, bohat property banai, bank balance banaya,</w:t>
      </w:r>
      <w:r>
        <w:br/>
      </w:r>
      <w:r>
        <w:rPr>
          <w:sz w:val="20"/>
        </w:rPr>
        <w:t>4:39  aur kya aur kya aur kya, position banai. lekin maut jo aati hai to woh bohat ajeeb o ghareeb cheez hoti hai.</w:t>
      </w:r>
    </w:p>
    <w:p>
      <w:pPr>
        <w:pStyle w:val="Heading2"/>
      </w:pPr>
      <w:r>
        <w:t>Gratitude through availing blessings</w:t>
      </w:r>
    </w:p>
    <w:p>
      <w:r>
        <w:rPr>
          <w:color w:val="666666"/>
          <w:sz w:val="18"/>
        </w:rPr>
        <w:t>The Concept of Paradise and Hell July 22, 2017 · 2m 28s · at 6:17 · https://youtu.be/gG6ZaAIyeb4?t=377</w:t>
      </w:r>
    </w:p>
    <w:p>
      <w:r>
        <w:rPr>
          <w:i/>
        </w:rPr>
        <w:t>“Gratitude means availing the means of gratitude.”</w:t>
      </w:r>
    </w:p>
    <w:p>
      <w:r>
        <w:rPr>
          <w:sz w:val="20"/>
        </w:rPr>
        <w:t>6:17  shukr karne ka, shukr karne ka matlab hai shukr ke asbaab ko avail karna. jaise mein aik misaal deta hoon, aaj subah mein apne office ke samne baitha hua tha.</w:t>
      </w:r>
      <w:r>
        <w:br/>
      </w:r>
      <w:r>
        <w:rPr>
          <w:sz w:val="20"/>
        </w:rPr>
        <w:t>6:30  mere samne nature thi, darakhton ki line, nature ka scene.</w:t>
      </w:r>
      <w:r>
        <w:br/>
      </w:r>
      <w:r>
        <w:rPr>
          <w:sz w:val="20"/>
        </w:rPr>
        <w:t>6:42  is ko dekhte dekhte mera dhyan chala gaya kuch aur cheezen jo maine dekhi hain, maslan koi bara park ya taal mahal ya koi bara airport, is tarah kuch scene.</w:t>
      </w:r>
      <w:r>
        <w:br/>
      </w:r>
      <w:r>
        <w:rPr>
          <w:sz w:val="20"/>
        </w:rPr>
        <w:t>7:01  to wo scene jo abhi maine dekha tha, maslan koi bara park ya taal mahal, bara airport, to achank wo mere zehen mein aa gaya.</w:t>
      </w:r>
      <w:r>
        <w:br/>
      </w:r>
      <w:r>
        <w:rPr>
          <w:sz w:val="20"/>
        </w:rPr>
        <w:t>7:18  maine socha ke kaisa ajeeb in ladka insan ko. Aap ke mind mein million billion cheezen hain jo aap ne dekhen, ek do nahi,</w:t>
      </w:r>
      <w:r>
        <w:br/>
      </w:r>
      <w:r>
        <w:rPr>
          <w:sz w:val="20"/>
        </w:rPr>
        <w:t>7:32  ek do nahi, bohat shumar item. Jaise hi aap apne mind mein sochte hain, taal mahal, to within yeh ek second se kam waqt mein wo aap ke, yani aap ke andar jo dekhne ki salahiyat hai, aap ke andar us ke samne aa jata hai.</w:t>
      </w:r>
      <w:r>
        <w:br/>
      </w:r>
      <w:r>
        <w:rPr>
          <w:sz w:val="20"/>
        </w:rPr>
        <w:t>7:54  ek second se kam waqt se. Jaise hi aap ne kaha taal mahal, phone aap ka aa gaya. Agar aap badlen khud khud to to marar to phone ho jayega.</w:t>
      </w:r>
      <w:r>
        <w:br/>
      </w:r>
      <w:r>
        <w:rPr>
          <w:sz w:val="20"/>
        </w:rPr>
        <w:t>8:06  agar aap ne kaha hai ke device airport, wo phone aa jayega. Yeh beshumar scene hain jo aap ke mind mein mehfooz kar diye gaye hain.</w:t>
      </w:r>
      <w:r>
        <w:br/>
      </w:r>
      <w:r>
        <w:rPr>
          <w:sz w:val="20"/>
        </w:rPr>
        <w:t>8:18  lekin kaisa ajeeb hai yeh mind jo jaise hi aap chahte hain ke wo wo scene aap ke samne aaye to ek second ke fraction mein wo aap samne aa jata hai.</w:t>
      </w:r>
      <w:r>
        <w:br/>
      </w:r>
      <w:r>
        <w:rPr>
          <w:sz w:val="20"/>
        </w:rPr>
        <w:t>8:35  to aap yeh jab sochenge to shukr ka samandar aap ke scene mein aa jayega. Shukr ka samandar. Yeh hai le fikratum.</w:t>
      </w:r>
    </w:p>
    <w:p>
      <w:pPr>
        <w:pStyle w:val="Heading2"/>
      </w:pPr>
      <w:r>
        <w:t>Who hypocrites really are, in every era of history</w:t>
      </w:r>
    </w:p>
    <w:p>
      <w:r>
        <w:rPr>
          <w:color w:val="666666"/>
          <w:sz w:val="18"/>
        </w:rPr>
        <w:t>Dars-e-Quran (Al-Baqarah (The Heifer) 2 20-29 August 2, 2015 · 2m 35s · at 3:43 · https://youtu.be/HHIsKpSiODQ?t=223</w:t>
      </w:r>
    </w:p>
    <w:p>
      <w:r>
        <w:rPr>
          <w:i/>
        </w:rPr>
        <w:t>“Munafiq koi purana firqa nahi, har zamane ka insani phenomenon hai”</w:t>
      </w:r>
    </w:p>
    <w:p>
      <w:r>
        <w:rPr>
          <w:sz w:val="20"/>
        </w:rPr>
        <w:t>3:43  inhi ke bare mein yeh baat hai ke wahi ki roshni se inko roshni nahin mili kyunke woh zehan, inka mizaj bigda hua tha.</w:t>
      </w:r>
      <w:r>
        <w:br/>
      </w:r>
      <w:r>
        <w:rPr>
          <w:sz w:val="20"/>
        </w:rPr>
        <w:t>3:52  jin ko hum kehte hain munafiq, yeh inka bayan hai. to munafiq koi aisa nahin ke qadeem zamane mein koi aik firqa tha jo munafiqat karta tha.</w:t>
      </w:r>
      <w:r>
        <w:br/>
      </w:r>
      <w:r>
        <w:rPr>
          <w:sz w:val="20"/>
        </w:rPr>
        <w:t>4:03  nahin, har zamane mein yeh aik aik insani phenomenon hai.</w:t>
      </w:r>
      <w:r>
        <w:br/>
      </w:r>
      <w:r>
        <w:rPr>
          <w:sz w:val="20"/>
        </w:rPr>
        <w:t>4:08  yeh insaan ka aik phenomenon jo har zamane mein hota hai, hota rahega. yani jo log sachai ko dil se accept na kar payein, lekin saaf saaf inkar bhi karne ki himmat na unke andar ho, unko kehte hain munafiq.</w:t>
      </w:r>
      <w:r>
        <w:br/>
      </w:r>
      <w:r>
        <w:rPr>
          <w:sz w:val="20"/>
        </w:rPr>
        <w:t>4:25  to na to saaf saaf inkar aur na dil se manna isko. to tarah tarah ki baaten karte hain woh</w:t>
      </w:r>
      <w:r>
        <w:br/>
      </w:r>
      <w:r>
        <w:rPr>
          <w:sz w:val="20"/>
        </w:rPr>
        <w:t>4:32  . isiko kaha gaya hai ke aisa lagta hai ke roshni se unki aankhen chali jayengi, yani chakachaundh ho jayengi. yani unki aankhen ya unka mind tahammul nahin kar sakta, kar raha hai is sachai ko jo unki khwahishat ke against mein hai,</w:t>
      </w:r>
      <w:r>
        <w:br/>
      </w:r>
      <w:r>
        <w:rPr>
          <w:sz w:val="20"/>
        </w:rPr>
        <w:t>4:51  jo unke unke jazbat hain, uske against mein hai. to tahammul nahin kar saka, usko maane to tarah tarah ki baaten karte hain. ilmunashu wafihi</w:t>
      </w:r>
      <w:r>
        <w:br/>
      </w:r>
      <w:r>
        <w:rPr>
          <w:sz w:val="20"/>
        </w:rPr>
        <w:t>5:02  . jab roshni hoti hai to chal padte hain. idha alayhim qamu. aur jab roshni nahin hoti to theher jaate hain.</w:t>
      </w:r>
      <w:r>
        <w:br/>
      </w:r>
      <w:r>
        <w:rPr>
          <w:sz w:val="20"/>
        </w:rPr>
        <w:t>5:11  yeh lafzi taur par nahin, yeh baat kahi gayi hai. yeh misaal hai ke barish ho, barish bijli chamak rahi ho to aadmi aisa karega ke jo andhi raah, roshni hui to chal pada, phir andhi raah hui to ruk gaya.</w:t>
      </w:r>
      <w:r>
        <w:br/>
      </w:r>
      <w:r>
        <w:rPr>
          <w:sz w:val="20"/>
        </w:rPr>
        <w:t>5:26  aise hi inka haal hai ke kuch ayaten aisi agar inko aati hain jo inko samajh mein aati hain, jo inki khwahishat se takrati nahin hain, to aage badhte hain. kuch</w:t>
      </w:r>
      <w:r>
        <w:br/>
      </w:r>
      <w:r>
        <w:rPr>
          <w:sz w:val="20"/>
        </w:rPr>
        <w:t>5:36  jab dekhte hain ke aisi ayaten aa rahi hain, aisi baaten kahi ja rahi hain jo inko khwahishat takrati hain, jo inko galat lagti hain, to wahan par theher jaate hain, woh ruk jaate hain.</w:t>
      </w:r>
      <w:r>
        <w:br/>
      </w:r>
      <w:r>
        <w:rPr>
          <w:sz w:val="20"/>
        </w:rPr>
        <w:t>5:48  yeh yeh matlab hai iska. Allah aur Allah agar chahta to unke aankh aur kaan le leta.</w:t>
      </w:r>
      <w:r>
        <w:br/>
      </w:r>
      <w:r>
        <w:rPr>
          <w:sz w:val="20"/>
        </w:rPr>
        <w:t>5:58  iska matlab yeh nahin ke inko andha waghera bana deta. yeh matlab nahin hai.</w:t>
      </w:r>
      <w:r>
        <w:br/>
      </w:r>
      <w:r>
        <w:rPr>
          <w:sz w:val="20"/>
        </w:rPr>
        <w:t>6:02  iska matlab hai ke inko aur bhi zyada gumrahi mein pad jayenge. woh kuch samajh nahin aata inko, yani condition ki aakhri hadd par. kyunke Allah yeh nahin chahta ke woh condition ki aakhri hadd tak pahunch jayen, balke inko mauqa de raha hai, mauqa de raha hai, mauqa de raha hai.</w:t>
      </w:r>
    </w:p>
    <w:p>
      <w:pPr>
        <w:pStyle w:val="Heading2"/>
      </w:pPr>
      <w:r>
        <w:t>Legal rulings require explicit textual evidence</w:t>
      </w:r>
    </w:p>
    <w:p>
      <w:r>
        <w:rPr>
          <w:color w:val="666666"/>
          <w:sz w:val="18"/>
        </w:rPr>
        <w:t>Q&amp;A 16 Jan 2011 Maulana Wahiduddin Khan · 1m 45s · at 1:55 · https://youtu.be/N8FHA_uH3QI?t=115</w:t>
      </w:r>
    </w:p>
    <w:p>
      <w:r>
        <w:rPr>
          <w:i/>
        </w:rPr>
        <w:t>“Dekhiye, main ek usooli baat arz karta hoon”</w:t>
      </w:r>
    </w:p>
    <w:p>
      <w:r>
        <w:rPr>
          <w:sz w:val="20"/>
        </w:rPr>
        <w:t>1:55  yeh sab daleelein nahi hain, yeh sab jazbati baatein hain. dekhiye, main ek usooli baat arz karta hoon. fuqaha ka yeh maslak hai</w:t>
      </w:r>
      <w:r>
        <w:br/>
      </w:r>
      <w:r>
        <w:rPr>
          <w:sz w:val="20"/>
        </w:rPr>
        <w:t>2:05  ke koi amal sharai</w:t>
      </w:r>
      <w:r>
        <w:br/>
      </w:r>
      <w:r>
        <w:rPr>
          <w:sz w:val="20"/>
        </w:rPr>
        <w:t>2:09  amal se nahi niklega, qaul se niklega. qaul. yaani misaal ke taur par ek aadmi mandir se bahar aa raha hai doosre logon ke saath, to amal yeh hai ke wo mandir se nikal raha hai,</w:t>
      </w:r>
      <w:r>
        <w:br/>
      </w:r>
      <w:r>
        <w:rPr>
          <w:sz w:val="20"/>
        </w:rPr>
        <w:t>2:24  to yeh aap nahi keh sakte ke wo andar gaya tha buton ki pooja karne ke liye.</w:t>
      </w:r>
      <w:r>
        <w:br/>
      </w:r>
      <w:r>
        <w:rPr>
          <w:sz w:val="20"/>
        </w:rPr>
        <w:t>2:29  munh se jab bola hai wo ke main mandir gaya tha but ki pooja karne ke liye, tab aap kahenge ke yeh but ki pooja is ne ki. amal ko dekh kar hukm nahi lagega.</w:t>
      </w:r>
      <w:r>
        <w:br/>
      </w:r>
      <w:r>
        <w:rPr>
          <w:sz w:val="20"/>
        </w:rPr>
        <w:t>2:40  aise hi jo hai shatm-e-rasool ka masla hai. kyunke amal ki koi interpretation kai tareeqe se ho sakta hai.</w:t>
      </w:r>
      <w:r>
        <w:br/>
      </w:r>
      <w:r>
        <w:rPr>
          <w:sz w:val="20"/>
        </w:rPr>
        <w:t>2:49  ke wo aadmi mandir mein gaya ho wahan par logon ko quran bantne ke liye, wahan gaya ho logon ko samjhane ke liye. yeh koi zaroori nahi ke wo gaya ho wahan par but ki pooja karne ke liye.</w:t>
      </w:r>
      <w:r>
        <w:br/>
      </w:r>
      <w:r>
        <w:rPr>
          <w:sz w:val="20"/>
        </w:rPr>
        <w:t>3:00  kisi bhi amal ki tawjeeh ya interpretation kai tarah se hota hai. to</w:t>
      </w:r>
      <w:r>
        <w:br/>
      </w:r>
      <w:r>
        <w:rPr>
          <w:sz w:val="20"/>
        </w:rPr>
        <w:t>3:06  baaz waqeyat ko le kar wo kehte hain ke shaatim saza-e-qatl hai. main kahunga ke shaatim saza-e-qatl hai, is ka waqeyat se nahi sabit hoga yeh.</w:t>
      </w:r>
      <w:r>
        <w:br/>
      </w:r>
      <w:r>
        <w:rPr>
          <w:sz w:val="20"/>
        </w:rPr>
        <w:t>3:18  qaul se sabit hoga, qaul se. yaani aap ko batana padega ke quran mein ya hadith mein yeh hai ke "man shatama nabiy faqatluho".</w:t>
      </w:r>
      <w:r>
        <w:br/>
      </w:r>
      <w:r>
        <w:rPr>
          <w:sz w:val="20"/>
        </w:rPr>
        <w:t>3:30  jo tumhare rasool ko shatm kare us ko maar dalo. yeh to kahin hai hi nahi. lafzon mein jab tak yeh nahi hai tab tak sabit nahi hai, maana jayega.</w:t>
      </w:r>
    </w:p>
    <w:p>
      <w:pPr>
        <w:pStyle w:val="Heading2"/>
      </w:pPr>
      <w:r>
        <w:t>Quantum physics revives circumstantial proof for God's existence</w:t>
      </w:r>
    </w:p>
    <w:p>
      <w:r>
        <w:rPr>
          <w:color w:val="666666"/>
          <w:sz w:val="18"/>
        </w:rPr>
        <w:t>Science of God May 04, 2008 · 2m 49s · at 35:56 · https://youtu.be/L7aU_nJRRDQ?t=2156</w:t>
      </w:r>
    </w:p>
    <w:p>
      <w:r>
        <w:rPr>
          <w:i/>
        </w:rPr>
        <w:t>“Woh murda hai — mantiqi masbatiyat ab murda ho chuki hai”</w:t>
      </w:r>
    </w:p>
    <w:p>
      <w:r>
        <w:rPr>
          <w:sz w:val="20"/>
        </w:rPr>
        <w:t>35:56  woh murda hai, ho chuki hai. manṭiqi musbatit ab murda ho chuki hai.</w:t>
      </w:r>
      <w:r>
        <w:br/>
      </w:r>
      <w:r>
        <w:rPr>
          <w:sz w:val="20"/>
        </w:rPr>
        <w:t>36:02  jab jab jab atom jo hai woh is mein taqseem ho gaya. aur maloom hua ke yeh to electron hai. to aik scientist ne kaha ke aagay jo hum jab atom taqseem hua to maloom hua ke yeh to meet dance of electron ka mamla hai.</w:t>
      </w:r>
      <w:r>
        <w:br/>
      </w:r>
      <w:r>
        <w:rPr>
          <w:sz w:val="20"/>
        </w:rPr>
        <w:t>36:21  yani poori kainaat jo hai woh hai meet dance of electrons. aur electron to lehrein hain, moojain hain. woh dikhai nahi detay.</w:t>
      </w:r>
      <w:r>
        <w:br/>
      </w:r>
      <w:r>
        <w:rPr>
          <w:sz w:val="20"/>
        </w:rPr>
        <w:t>36:29  ab sawal yeh hai ke jab sab kuch moojain nikla. yani atom ke taqseem honay ke baad jab nuclear science wajood mein aai.</w:t>
      </w:r>
      <w:r>
        <w:br/>
      </w:r>
      <w:r>
        <w:rPr>
          <w:sz w:val="20"/>
        </w:rPr>
        <w:t>36:41  to pata chala ke sab kuch aakhri nateejay mein har cheez electron hai. electron dikhai nahi deta, woh to moojain hain. yani moojain of ehtimal.</w:t>
      </w:r>
      <w:r>
        <w:br/>
      </w:r>
      <w:r>
        <w:rPr>
          <w:sz w:val="20"/>
        </w:rPr>
        <w:t>36:51  aik scientist ke alfaaz mein moojain of ehtimalat.</w:t>
      </w:r>
      <w:r>
        <w:br/>
      </w:r>
      <w:r>
        <w:rPr>
          <w:sz w:val="20"/>
        </w:rPr>
        <w:t>36:57  ab jo hai sara manṭiq badal gayi. sari manṭiq badal gayi. ab yeh maan liya gaya.</w:t>
      </w:r>
      <w:r>
        <w:br/>
      </w:r>
      <w:r>
        <w:rPr>
          <w:sz w:val="20"/>
        </w:rPr>
        <w:t>37:09  ke asar ke bunyaad par jo cheez saabit hoti hai woh bhi aik durust daleel hai. yani aik cheez aik cheez hai, is ka hum ko asar maloom ho raha hai.</w:t>
      </w:r>
      <w:r>
        <w:br/>
      </w:r>
      <w:r>
        <w:rPr>
          <w:sz w:val="20"/>
        </w:rPr>
        <w:t>37:20  asar.</w:t>
      </w:r>
      <w:r>
        <w:br/>
      </w:r>
      <w:r>
        <w:rPr>
          <w:sz w:val="20"/>
        </w:rPr>
        <w:t>37:21  jaisay misaal ke tor par woh hai. misaal ke tor par woh hai x-ray. aap x-ray machine ke samnay kharay hotay hain.</w:t>
      </w:r>
      <w:r>
        <w:br/>
      </w:r>
      <w:r>
        <w:rPr>
          <w:sz w:val="20"/>
        </w:rPr>
        <w:t>37:31  idhar aik plate hai. is ne aik switch wahan dabai. woh plate par aap ki tasweer aa gayi. kaisay aayi? woh kaisay aayi?</w:t>
      </w:r>
      <w:r>
        <w:br/>
      </w:r>
      <w:r>
        <w:rPr>
          <w:sz w:val="20"/>
        </w:rPr>
        <w:t>37:40  kisi ko nahi maloom. sirf aik andaza kiya gaya ke rays nikalti hain is se. kyunke is ka koi naam nahi tha, is ko x rays kaha gaya.</w:t>
      </w:r>
      <w:r>
        <w:br/>
      </w:r>
      <w:r>
        <w:rPr>
          <w:sz w:val="20"/>
        </w:rPr>
        <w:t>37:49  x rays ka matlab be-naam rays.</w:t>
      </w:r>
      <w:r>
        <w:br/>
      </w:r>
      <w:r>
        <w:rPr>
          <w:sz w:val="20"/>
        </w:rPr>
        <w:t>37:52  x rays ka matlab hai be-naam rays. jis ka koi naam nahi. to sirf is liye maan liya gaya ke woh asar aaya is ke oopar.</w:t>
      </w:r>
      <w:r>
        <w:br/>
      </w:r>
      <w:r>
        <w:rPr>
          <w:sz w:val="20"/>
        </w:rPr>
        <w:t>38:05  yani jo wahan par jo screen hai, us screen mein aik asar dikhai para. moojain dikhai nahi parain. rays dikhai nahi parain.</w:t>
      </w:r>
      <w:r>
        <w:br/>
      </w:r>
      <w:r>
        <w:rPr>
          <w:sz w:val="20"/>
        </w:rPr>
        <w:t>38:17  yeh hai asrati daleel. asrati daleel. to maine bataya logon ko ke jab asrati daleel durust hai khud science mein to mazhab mein kyun nahi?</w:t>
      </w:r>
      <w:r>
        <w:br/>
      </w:r>
      <w:r>
        <w:rPr>
          <w:sz w:val="20"/>
        </w:rPr>
        <w:t>38:32  to mazhab mein kyun nahi? jab asrati daleel se aap sabit karte hain saensi cheezon ko isi tarah se god bhi sabit hota hai asrati daleel ke zariye se.</w:t>
      </w:r>
    </w:p>
    <w:p>
      <w:pPr>
        <w:pStyle w:val="Heading2"/>
      </w:pPr>
      <w:r>
        <w:t>hadith on the true worth of paradise</w:t>
      </w:r>
    </w:p>
    <w:p>
      <w:r>
        <w:rPr>
          <w:color w:val="666666"/>
          <w:sz w:val="18"/>
        </w:rPr>
        <w:t>Creation Plan of God (English) June 30, 2024 Dr. Rajat Malhotra · 37s · at 58:32 · https://youtu.be/w1muAtEno7E?t=3512</w:t>
      </w:r>
    </w:p>
    <w:p>
      <w:r>
        <w:rPr>
          <w:i/>
        </w:rPr>
        <w:t>“Would you trade your paradise status for gold equal to the earth?”</w:t>
      </w:r>
    </w:p>
    <w:p>
      <w:r>
        <w:rPr>
          <w:sz w:val="20"/>
        </w:rPr>
        <w:t>58:32  Then it will be said to him that, if you have gold equal to the earth, will you give it in place of what your present status is? And he will say, of course I will give that. But then it'll be said to him that when you were on earth, you were asked much less. What is this much less? This much less is nothing but just acknowledgement, acknowledgement of god.</w:t>
      </w:r>
      <w:r>
        <w:br/>
      </w:r>
      <w:r>
        <w:rPr>
          <w:sz w:val="20"/>
        </w:rPr>
        <w:t>59:02  It is not just a lip service ki bas humne kalma bhar diya and that is enough. Many people do that.</w:t>
      </w:r>
      <w:r>
        <w:br/>
      </w:r>
      <w:r>
        <w:rPr>
          <w:sz w:val="20"/>
        </w:rPr>
        <w:t>59:09  But the real acknowledgement is that when you discover God's glory, when you discover, why you were created and when from the depths of your heart, you know, you reach out, you lead a god oriented life and the words that comes on your lips, that is the true remembrance of of god and that is what, you know, the real acknowledgement is.</w:t>
      </w:r>
    </w:p>
    <w:p>
      <w:pPr>
        <w:pStyle w:val="Heading2"/>
      </w:pPr>
      <w:r>
        <w:t>Social philosophers can't solve how to change man</w:t>
      </w:r>
    </w:p>
    <w:p>
      <w:r>
        <w:rPr>
          <w:color w:val="666666"/>
          <w:sz w:val="18"/>
        </w:rPr>
        <w:t>Personality Building January 05, 2014 · 2m 05s · at 11:01 · https://youtu.be/3Zppdm2K4ug?t=661</w:t>
      </w:r>
    </w:p>
    <w:p>
      <w:r>
        <w:rPr>
          <w:i/>
        </w:rPr>
        <w:t>“How do you change man? That's their biggest problem”</w:t>
      </w:r>
    </w:p>
    <w:p>
      <w:r>
        <w:rPr>
          <w:sz w:val="20"/>
        </w:rPr>
        <w:t>11:01  to sare social philosophers ka yeh bohat hi bara inka problem hai ke insan ko kaise badla jaye?</w:t>
      </w:r>
      <w:r>
        <w:br/>
      </w:r>
      <w:r>
        <w:rPr>
          <w:sz w:val="20"/>
        </w:rPr>
        <w:t>11:13  insan ki jo soch hai, insan ki jo value system hai, insan ke andar jo hybirds hain, usko kaise badla jaye?</w:t>
      </w:r>
      <w:r>
        <w:br/>
      </w:r>
      <w:r>
        <w:rPr>
          <w:sz w:val="20"/>
        </w:rPr>
        <w:t>11:25  to iska jawab is mein hai. dekhiye, inka inke paas badalne ke liye koi ideology nahi hai.</w:t>
      </w:r>
      <w:r>
        <w:br/>
      </w:r>
      <w:r>
        <w:rPr>
          <w:sz w:val="20"/>
        </w:rPr>
        <w:t>11:31  aap dekhiye, jitne bhi uthte hain tehreekein, chahe democracy ho, chahe socialism ho, aur khud abhi jo muslim dunya mein jo tehreekein chal rahi hain, justice ko le kar, woh tehreekein hon,</w:t>
      </w:r>
      <w:r>
        <w:br/>
      </w:r>
      <w:r>
        <w:rPr>
          <w:sz w:val="20"/>
        </w:rPr>
        <w:t>11:45  sab ka jo target hota hai, woh kya hota hai? koi bahar ka system hota hai. bahar ka system, yani all the movements are yani have some external target</w:t>
      </w:r>
      <w:r>
        <w:br/>
      </w:r>
      <w:r>
        <w:rPr>
          <w:sz w:val="20"/>
        </w:rPr>
        <w:t>12:03  .sare movement jo thin, sab kuch external target le kar uthti hain. yani injustice hai, zulm ho raha hai, corruption hai.</w:t>
      </w:r>
      <w:r>
        <w:br/>
      </w:r>
      <w:r>
        <w:rPr>
          <w:sz w:val="20"/>
        </w:rPr>
        <w:t>12:14  to bahar ka problem, usko le kar uthti hain, aur bohat se log inka sath dete hain, bheer akhatta hoti hai, aur phir government badal jati hai.</w:t>
      </w:r>
      <w:r>
        <w:br/>
      </w:r>
      <w:r>
        <w:rPr>
          <w:sz w:val="20"/>
        </w:rPr>
        <w:t>12:24  lekin jo naye log aate hain, rule karne wale, woh to wahi ke wahi rehte hain. in mein to koi change nahi aya.</w:t>
      </w:r>
      <w:r>
        <w:br/>
      </w:r>
      <w:r>
        <w:rPr>
          <w:sz w:val="20"/>
        </w:rPr>
        <w:t>12:31  to social philosophers ka yeh bohat bara sawal hai ke ke insan ko kaise badla jaye? hum system ko badal paate hain, lekin insan badalta nahi, to phir baat wahin ke wahin rehti hai.</w:t>
      </w:r>
      <w:r>
        <w:br/>
      </w:r>
      <w:r>
        <w:rPr>
          <w:sz w:val="20"/>
        </w:rPr>
        <w:t>12:48  to iska jawab dekhiye, yeh hai ke inke paas koi aisi strong ideology nahi hai jo insan ko badle.</w:t>
      </w:r>
      <w:r>
        <w:br/>
      </w:r>
      <w:r>
        <w:rPr>
          <w:sz w:val="20"/>
        </w:rPr>
        <w:t>12:56  inki ideologies jo hain, woh sab yani external oriented ideology hain. apne ko badle kaise aadmi?</w:t>
      </w:r>
    </w:p>
    <w:p>
      <w:pPr>
        <w:pStyle w:val="Heading2"/>
      </w:pPr>
      <w:r>
        <w:t>Allah selects people to convey message</w:t>
      </w:r>
    </w:p>
    <w:p>
      <w:r>
        <w:rPr>
          <w:color w:val="666666"/>
          <w:sz w:val="18"/>
        </w:rPr>
        <w:t>The Concept of Paradise | February 12, 2017 · 2m 32s · at 28:54 · https://youtu.be/u9G8FqEjjA0?t=1734</w:t>
      </w:r>
    </w:p>
    <w:p>
      <w:r>
        <w:rPr>
          <w:i/>
        </w:rPr>
        <w:t>“To Quran mein ek aayat hai ke is mein ijteba ka lafz hai”</w:t>
      </w:r>
    </w:p>
    <w:p>
      <w:r>
        <w:rPr>
          <w:sz w:val="20"/>
        </w:rPr>
        <w:t>28:54  taake woh batayein dunya ko. to Quran mein ek ayat hai ke is mein ijtiba ka lafz hai. Allah ijtiba karta hai. aap log ja ke gharon mein ja ke is ayat ko padhiye. Surah Al-Hajj ki ayat number 75. Surah Al-Hajj ki ayat number 75. is mein hai ke Allah muntakhib karta hai kuch logon ko apna peghambr, firisht</w:t>
      </w:r>
      <w:r>
        <w:br/>
      </w:r>
      <w:r>
        <w:rPr>
          <w:sz w:val="20"/>
        </w:rPr>
        <w:t>29:24  on mein se aur insanon mein se. to is ayat ko main abhi tak samajhta tha ke yaani nabi ke mani mein yeh hai. is ke siwa bhi kuch log hote hain jo Allah ka paigham pohanchate hain logon ko. logon mein se, logon mein se. yaani is Surah Al-Hajj ayat Surah number 22 hai aur ayat number 75. is ko aap padhiye ga ghar ja kar</w:t>
      </w:r>
      <w:r>
        <w:br/>
      </w:r>
      <w:r>
        <w:rPr>
          <w:sz w:val="20"/>
        </w:rPr>
        <w:t>29:54  aap log. is mein bataya gaya hai ke Allah select karta hai, select, kuch logon ko firishton mein se aur insanon mein se. to yeh selection ka ek matlab to yeh hai ke peghambr hote hain. lekin main samajhta hoon ke is ka ek greater matlab bhi hai is ka. ke doosre doosre bandon ke liye bhi Allah intekhab karta hai. to main samajhta hoon ke yeh bhi Allah ka</w:t>
      </w:r>
      <w:r>
        <w:br/>
      </w:r>
      <w:r>
        <w:rPr>
          <w:sz w:val="20"/>
        </w:rPr>
        <w:t>30:24  intekhab hai, selection hai ke history mein kabhi kabhi kisi ko chunta hai ke woh jannat ke khwab dekhte hain. aur kisi ko dekhta hai ke pre-death period mein woh glimpses jo hote hain, glimpses, jhalak, aur batate hain aye insanon, aye insanon suno, yeh to hubza ka mamla hai, wonderful scene mere samne hai, daudo is ki taraf, daudo is ki taraf, chodo tum dunya ki</w:t>
      </w:r>
      <w:r>
        <w:br/>
      </w:r>
      <w:r>
        <w:rPr>
          <w:sz w:val="20"/>
        </w:rPr>
        <w:t>30:54  choti choti baaton par jo tum phanse hue ho. to kal mujhe bohat ajeeb discovery hui. bohat ajeeb discovery hui. hum yeh samajhte the ke Allah peghambron ko yaani nabiyon ko muntakhib karta hai. nahi, Allah bohat si cheezon ko muntakhib karta hai. poori kainat ko muntakhib karta hai. woh batayein insan ko. Allah ka introduction karayein. jannat ka introduction karayein.</w:t>
      </w:r>
    </w:p>
    <w:p>
      <w:pPr>
        <w:pStyle w:val="Heading2"/>
      </w:pPr>
      <w:r>
        <w:t>Quranic verse on divine protection from heat</w:t>
      </w:r>
    </w:p>
    <w:p>
      <w:r>
        <w:rPr>
          <w:color w:val="666666"/>
          <w:sz w:val="18"/>
        </w:rPr>
        <w:t>Realization of God March 16, 2014 Maulana Wahiduddin Khan · 1m 22s · at 10:30 · https://youtu.be/OA8Apjhruag?t=630</w:t>
      </w:r>
    </w:p>
    <w:p>
      <w:r>
        <w:rPr>
          <w:i/>
        </w:rPr>
        <w:t>“اس کا translation یہ ہے کہ تم کو کون تمہاری کون حفاظت کرتا ہے”</w:t>
      </w:r>
    </w:p>
    <w:p>
      <w:r>
        <w:rPr>
          <w:sz w:val="20"/>
        </w:rPr>
        <w:t>10:30  iska translation yeh hai ke keho ke tum ko kaun tumhari kaun hifazat karta hai raat din?</w:t>
      </w:r>
      <w:r>
        <w:br/>
      </w:r>
      <w:r>
        <w:rPr>
          <w:sz w:val="20"/>
        </w:rPr>
        <w:t>10:44  rehman ke ilawa. yani rehman hifazat kar raha hai raat din tumhari.</w:t>
      </w:r>
      <w:r>
        <w:br/>
      </w:r>
      <w:r>
        <w:rPr>
          <w:sz w:val="20"/>
        </w:rPr>
        <w:t>10:50  to yeh itni bari nishani hai lekin log jo hain is se ignore kiye hue hain, aaraaz kar rahe hain is ko. yahan par dekhein jo lafz hai woh yaqlao arabi mein qala yaqlao ke maani hote hain hifazat karna.</w:t>
      </w:r>
      <w:r>
        <w:br/>
      </w:r>
      <w:r>
        <w:rPr>
          <w:sz w:val="20"/>
        </w:rPr>
        <w:t>11:05  guard karna guard yani kaun tumhara tum ko guard kar raha hai?</w:t>
      </w:r>
      <w:r>
        <w:br/>
      </w:r>
      <w:r>
        <w:rPr>
          <w:sz w:val="20"/>
        </w:rPr>
        <w:t>11:11  yani who guards you? kaun tumhari hifazat kar raha hai? is ayat ko koi samajh nahi paya tha.</w:t>
      </w:r>
      <w:r>
        <w:br/>
      </w:r>
      <w:r>
        <w:rPr>
          <w:sz w:val="20"/>
        </w:rPr>
        <w:t>11:20  lekin jo modern knowledge hai modern discovery us se samajh mein aayi hai yeh ayat. ke tum aag ke beech mein ho. kaun tum ko bachaye hue hai?</w:t>
      </w:r>
      <w:r>
        <w:br/>
      </w:r>
      <w:r>
        <w:rPr>
          <w:sz w:val="20"/>
        </w:rPr>
        <w:t>11:33  tumhari zameen ke andar aag, tumhare sar ke upar suraj, woh aag, charon taraf sitare sitare, woh bhi aag.</w:t>
      </w:r>
      <w:r>
        <w:br/>
      </w:r>
      <w:r>
        <w:rPr>
          <w:sz w:val="20"/>
        </w:rPr>
        <w:t>11:42  yani heat ka ek yani ek jangla hai charon taraf tumhare. phir bhi tum zinda ho.</w:t>
      </w:r>
    </w:p>
    <w:p>
      <w:pPr>
        <w:pStyle w:val="Heading2"/>
      </w:pPr>
      <w:r>
        <w:t>Father-son bicycle story about the right to ask boldly</w:t>
      </w:r>
    </w:p>
    <w:p>
      <w:r>
        <w:rPr>
          <w:color w:val="666666"/>
          <w:sz w:val="18"/>
        </w:rPr>
        <w:t>Love of God April 10, 2011 · 2m 42s · at 45:01 · https://youtu.be/Pt1wxMp7nvE?t=2701</w:t>
      </w:r>
    </w:p>
    <w:p>
      <w:r>
        <w:rPr>
          <w:i/>
        </w:rPr>
        <w:t>“ایک سچا قصہ ہے، غالباً رام پور کا”</w:t>
      </w:r>
    </w:p>
    <w:p>
      <w:r>
        <w:rPr>
          <w:sz w:val="20"/>
        </w:rPr>
        <w:t>45:01  toh is darje mein aap ko pahunchana hai apne aap ko. jaise ek qissa maine is se pehle bayan kiya tha ke ek sachha qissa hai.</w:t>
      </w:r>
      <w:r>
        <w:br/>
      </w:r>
      <w:r>
        <w:rPr>
          <w:sz w:val="20"/>
        </w:rPr>
        <w:t>45:16  ek sachha qissa hai ghaliban Rampur ka. ek baap tha woh teacher tha mamooli teacher. teacher ki aamdani is zamane mein toh bohat kam hoti thi.</w:t>
      </w:r>
      <w:r>
        <w:br/>
      </w:r>
      <w:r>
        <w:rPr>
          <w:sz w:val="20"/>
        </w:rPr>
        <w:t>45:27  ab toh kuch badh bhi gayi hai.</w:t>
      </w:r>
      <w:r>
        <w:br/>
      </w:r>
      <w:r>
        <w:rPr>
          <w:sz w:val="20"/>
        </w:rPr>
        <w:t>45:30  toh bachche ko yeh shauq hua ke us ke paas bicycle ho. apne baap se us ne kaha ke mujhe aap ek bicycle khareed dijiye.</w:t>
      </w:r>
      <w:r>
        <w:br/>
      </w:r>
      <w:r>
        <w:rPr>
          <w:sz w:val="20"/>
        </w:rPr>
        <w:t>45:41  toh baap chunke us ke paas paisa nahin tha toh us ne nazar andaaz kiya. kuch jawab nahin diya us ne. toh bete ne kai baar baap se kaha ke mujhe aap ek bicycle khareed dijiye.</w:t>
      </w:r>
      <w:r>
        <w:br/>
      </w:r>
      <w:r>
        <w:rPr>
          <w:sz w:val="20"/>
        </w:rPr>
        <w:t>45:54  mujhe bicycle chahiye.</w:t>
      </w:r>
      <w:r>
        <w:br/>
      </w:r>
      <w:r>
        <w:rPr>
          <w:sz w:val="20"/>
        </w:rPr>
        <w:t>45:57  toh kai baar ke baad jab bete ne ek din kaha toh baap ghussa ho gaya. main ne mujhe mein bicycle nahin khareed sakta.</w:t>
      </w:r>
      <w:r>
        <w:br/>
      </w:r>
      <w:r>
        <w:rPr>
          <w:sz w:val="20"/>
        </w:rPr>
        <w:t>46:08  mere bas mein nahin hai. aur tum agar use kehte rahe toh tum maroonga main tum ko.</w:t>
      </w:r>
      <w:r>
        <w:br/>
      </w:r>
      <w:r>
        <w:rPr>
          <w:sz w:val="20"/>
        </w:rPr>
        <w:t>46:16  toh toh kya hua ke beta ro pada. bete ne kaha aap hi toh hamare baap hain.</w:t>
      </w:r>
      <w:r>
        <w:br/>
      </w:r>
      <w:r>
        <w:rPr>
          <w:sz w:val="20"/>
        </w:rPr>
        <w:t>46:27  aap se na kaha toh kis se kahein?</w:t>
      </w:r>
      <w:r>
        <w:br/>
      </w:r>
      <w:r>
        <w:rPr>
          <w:sz w:val="20"/>
        </w:rPr>
        <w:t>46:32  aap hi toh hamare baap hain. aap se na kaha toh kis se kahein? yeh kehte hue beta bhi ro pada. baap bhi ro pada. baap ne jab suna woh bhi rone laga.</w:t>
      </w:r>
      <w:r>
        <w:br/>
      </w:r>
      <w:r>
        <w:rPr>
          <w:sz w:val="20"/>
        </w:rPr>
        <w:t>46:43  aur beta bhi rone laga. ke aap hi toh hamare baap hain. aap se na kaha toh kis se kahein? yeh hai beta jo apne baap se mohabbat karta hai toh us ko ek naaz paida ho jata hai.</w:t>
      </w:r>
      <w:r>
        <w:br/>
      </w:r>
      <w:r>
        <w:rPr>
          <w:sz w:val="20"/>
        </w:rPr>
        <w:t>46:57  wohi beta kisi aur se nahin kahega. is rag ke chalne wale ko pakad kar nahin kahega aisa woh. yeh talluq bande ko Khuda se hona chahiye.</w:t>
      </w:r>
      <w:r>
        <w:br/>
      </w:r>
      <w:r>
        <w:rPr>
          <w:sz w:val="20"/>
        </w:rPr>
        <w:t>47:10  banda yeh keh sake Khudaaya tu hi toh mera Khuda hai. tere liye maine apni saari jazbaat o mohabbat qurban kar diya.</w:t>
      </w:r>
      <w:r>
        <w:br/>
      </w:r>
      <w:r>
        <w:rPr>
          <w:sz w:val="20"/>
        </w:rPr>
        <w:t>47:20  tere liye main apna wajood saunp diya. tujh ko maine apna concern banaya.</w:t>
      </w:r>
      <w:r>
        <w:br/>
      </w:r>
      <w:r>
        <w:rPr>
          <w:sz w:val="20"/>
        </w:rPr>
        <w:t>47:27  to tujh se na kahoon to kis se kahoon?</w:t>
      </w:r>
      <w:r>
        <w:br/>
      </w:r>
      <w:r>
        <w:rPr>
          <w:sz w:val="20"/>
        </w:rPr>
        <w:t>47:32  yeh yeh is darje mein talluq bande se bande ko khuda se ho jaye woh matloob hai. technical talluq matloob nahi hai.</w:t>
      </w:r>
    </w:p>
    <w:p>
      <w:pPr>
        <w:pStyle w:val="Heading2"/>
      </w:pPr>
      <w:r>
        <w:t>Realizing one's place in Allah's kingdom</w:t>
      </w:r>
    </w:p>
    <w:p>
      <w:r>
        <w:rPr>
          <w:color w:val="666666"/>
          <w:sz w:val="18"/>
        </w:rPr>
        <w:t>Kingdom of God August 25, 2018 · 2m 15s · at 3:50 · https://youtu.be/SrnWPkMbEQw?t=230</w:t>
      </w:r>
    </w:p>
    <w:p>
      <w:r>
        <w:rPr>
          <w:i/>
        </w:rPr>
        <w:t>“Main kahan hoon? From Delhi to galaxy to Allah's hand.”</w:t>
      </w:r>
    </w:p>
    <w:p>
      <w:r>
        <w:rPr>
          <w:sz w:val="20"/>
        </w:rPr>
        <w:t>3:50  to ek anokhi baat mere zehen mein aai, ek anokha sawaal woh yeh ke main main kahan hoon?</w:t>
      </w:r>
      <w:r>
        <w:br/>
      </w:r>
      <w:r>
        <w:rPr>
          <w:sz w:val="20"/>
        </w:rPr>
        <w:t>4:03  us waqt andhera tha, abhi roshni nahin phaili thi, to mere zehen mein achanak aaya ke main kahan hoon?</w:t>
      </w:r>
      <w:r>
        <w:br/>
      </w:r>
      <w:r>
        <w:rPr>
          <w:sz w:val="20"/>
        </w:rPr>
        <w:t>4:14  jab walid ne kaha ke main dilli mein hoon,</w:t>
      </w:r>
      <w:r>
        <w:br/>
      </w:r>
      <w:r>
        <w:rPr>
          <w:sz w:val="20"/>
        </w:rPr>
        <w:t>4:20  phir main ne socha ke dilli kahan hai?</w:t>
      </w:r>
      <w:r>
        <w:br/>
      </w:r>
      <w:r>
        <w:rPr>
          <w:sz w:val="20"/>
        </w:rPr>
        <w:t>4:26  to mere walid ne kaha ke dilli india mein hai. phir main ne socha ke india kahan hai? to main ne socha ke india planet earth par hai.</w:t>
      </w:r>
      <w:r>
        <w:br/>
      </w:r>
      <w:r>
        <w:rPr>
          <w:sz w:val="20"/>
        </w:rPr>
        <w:t>4:43  phir main ne socha ke yeh planet earth kahan hai? to main ne socha ke woh solar system ka ek part hai.</w:t>
      </w:r>
      <w:r>
        <w:br/>
      </w:r>
      <w:r>
        <w:rPr>
          <w:sz w:val="20"/>
        </w:rPr>
        <w:t>4:56  phir main ne socha ke solar system kahan hai? To meri aankhon ke samne woh naqsha aa gaya</w:t>
      </w:r>
      <w:r>
        <w:br/>
      </w:r>
      <w:r>
        <w:rPr>
          <w:sz w:val="20"/>
        </w:rPr>
        <w:t>5:06  jo main ne dekha hai</w:t>
      </w:r>
      <w:r>
        <w:br/>
      </w:r>
      <w:r>
        <w:rPr>
          <w:sz w:val="20"/>
        </w:rPr>
        <w:t>5:10  ke yeh galaxy hamari hai jo hum Milky Way kehte hain, is ke ek taraf hai poora poora ka poora solar system.</w:t>
      </w:r>
      <w:r>
        <w:br/>
      </w:r>
      <w:r>
        <w:rPr>
          <w:sz w:val="20"/>
        </w:rPr>
        <w:t>5:21  is tarah se jab main ne socha,</w:t>
      </w:r>
      <w:r>
        <w:br/>
      </w:r>
      <w:r>
        <w:rPr>
          <w:sz w:val="20"/>
        </w:rPr>
        <w:t>5:26  tab mere samne aaya ke woh woh woh woh baat to aaji hai, woh waqea to aaji hai</w:t>
      </w:r>
      <w:r>
        <w:br/>
      </w:r>
      <w:r>
        <w:rPr>
          <w:sz w:val="20"/>
        </w:rPr>
        <w:t>5:38  ke hamari poori duniya, yeh poora solar system, poori galaxy, yeh poora space,</w:t>
      </w:r>
      <w:r>
        <w:br/>
      </w:r>
      <w:r>
        <w:rPr>
          <w:sz w:val="20"/>
        </w:rPr>
        <w:t>5:52  to rab-ul-alameen ki azmat itni zyada hai ke woh in sab ko apne hath mein liye hue hai.</w:t>
      </w:r>
    </w:p>
    <w:p>
      <w:pPr>
        <w:pStyle w:val="Heading2"/>
      </w:pPr>
      <w:r>
        <w:t>why too much praise can secretly harm you</w:t>
      </w:r>
    </w:p>
    <w:p>
      <w:r>
        <w:rPr>
          <w:color w:val="666666"/>
          <w:sz w:val="18"/>
        </w:rPr>
        <w:t>Creation Plan of God (English) June 30, 2024 Dr. Rajat Malhotra · 1m 57s · at 1:47:19 · https://youtu.be/w1muAtEno7E?t=6439</w:t>
      </w:r>
    </w:p>
    <w:p>
      <w:r>
        <w:rPr>
          <w:i/>
        </w:rPr>
        <w:t>“A man praised the Prophet excessively — see what happened”</w:t>
      </w:r>
    </w:p>
    <w:p>
      <w:r>
        <w:rPr>
          <w:sz w:val="20"/>
        </w:rPr>
        <w:t>1:47:19  See, what it means is you understand by this hadith that once a person came and usne bahut zyada praises kari prophet ke saamne. So you know what prophet said? He said you just killed that man because what happens is, you know, satan is very clever.</w:t>
      </w:r>
      <w:r>
        <w:br/>
      </w:r>
      <w:r>
        <w:rPr>
          <w:sz w:val="20"/>
        </w:rPr>
        <w:t>1:47:38  He tries to sow the seed of arrogance in the person and, you know, he will make you believe, oh, you are better, you are best, there's no one like you and you start feeling, you know, you get swelled with pride.</w:t>
      </w:r>
      <w:r>
        <w:br/>
      </w:r>
      <w:r>
        <w:rPr>
          <w:sz w:val="20"/>
        </w:rPr>
        <w:t>1:47:54  So when you are praising someone and it's more to do in the field of spirituality, in the field of marefat, jab aap bahut zyada kisi ko praise karte ho na, to aap ek tarike se usko door kar dete ho from becoming better because you know he he thinks that he is good. To arrogance se bachna hai aur isiliye humility bahut important hai. Criticism I said that criticism should not offend you.</w:t>
      </w:r>
      <w:r>
        <w:br/>
      </w:r>
      <w:r>
        <w:rPr>
          <w:sz w:val="20"/>
        </w:rPr>
        <w:t>1:48:23  If you if somebody criticizes you, that is a point that you should not react. You should think that what made him criticize me? Maybe there was something that I was missing. If you develop that attitude, there are organizations which have become great. There are individuals who become super achievers because they have constantly improved themselves by not taking criticism as something bad.</w:t>
      </w:r>
      <w:r>
        <w:br/>
      </w:r>
      <w:r>
        <w:rPr>
          <w:sz w:val="20"/>
        </w:rPr>
        <w:t>1:48:48  And, you know, when somebody says that you are great, you are good, you are fantastic, you like hearing all those words. But it has subconsciously an opposite effect. And that is why you should be practical for yourself. Don't take it to your head. It means that don't get arrogant. Doesn't mean literally in that sense. Pat har ko chahiye, har kisi ko chahiye hota hai, pat on the back.</w:t>
      </w:r>
      <w:r>
        <w:br/>
      </w:r>
      <w:r>
        <w:rPr>
          <w:sz w:val="20"/>
        </w:rPr>
        <w:t>1:49:16  Sir aapne Abu Dardar Azela unhone ki story sunai thi ki inke paas saare worldly pleasures available the lekin unhone avail nahi kare the because of the hair after aur aaj hum jo mehnat hard work kar rahe hain wah usi ke liye kar rahe hain. Bada ghar aur gaadi wagera ke liye. To sir humein aage jaakar sab cheezein avail karni chahiye ya kaise? Haan to wahi to hai na ki usko target mat banao. That will come your way. Car, big salary, house, trust me it will come your way.</w:t>
      </w:r>
    </w:p>
    <w:p>
      <w:pPr>
        <w:pStyle w:val="Heading2"/>
      </w:pPr>
      <w:r>
        <w:t>How ancient humans mistook nature for God</w:t>
      </w:r>
    </w:p>
    <w:p>
      <w:r>
        <w:rPr>
          <w:color w:val="666666"/>
          <w:sz w:val="18"/>
        </w:rPr>
        <w:t>The Glory Of God 5 February 2006 - Maulana Wahiduddin Khan · 2m 15s · at 59:02 · https://youtu.be/Yah55gLyV8I?t=3542</w:t>
      </w:r>
    </w:p>
    <w:p>
      <w:r>
        <w:rPr>
          <w:i/>
        </w:rPr>
        <w:t>“Pehle zamane mein insaan ne nature ko hi God samajh liya”</w:t>
      </w:r>
    </w:p>
    <w:p>
      <w:r>
        <w:rPr>
          <w:sz w:val="20"/>
        </w:rPr>
        <w:t>59:02  25 hazar saal ke bare mein hum kuch jaan paate hain.</w:t>
      </w:r>
      <w:r>
        <w:br/>
      </w:r>
      <w:r>
        <w:rPr>
          <w:sz w:val="20"/>
        </w:rPr>
        <w:t>59:08  to pehle zamane mein kya hua? ke insan jo is ne nature ko jab dekha. to nature hi ko is ne God samajh liya.</w:t>
      </w:r>
      <w:r>
        <w:br/>
      </w:r>
      <w:r>
        <w:rPr>
          <w:sz w:val="20"/>
        </w:rPr>
        <w:t>59:20  yani creature ko creator samajh liya. to chunaanche sun God, moon God, star God, planet God, sea God, mountain God.</w:t>
      </w:r>
      <w:r>
        <w:br/>
      </w:r>
      <w:r>
        <w:rPr>
          <w:sz w:val="20"/>
        </w:rPr>
        <w:t>59:32  yeh nazariye paida hue. jis ko kehte hain nature worship.</w:t>
      </w:r>
      <w:r>
        <w:br/>
      </w:r>
      <w:r>
        <w:rPr>
          <w:sz w:val="20"/>
        </w:rPr>
        <w:t>59:39  is liye hazaron saal tak insan nature worship mein mubtala raha. hazaron saal tak. to jo nature creation thi.</w:t>
      </w:r>
      <w:r>
        <w:br/>
      </w:r>
      <w:r>
        <w:rPr>
          <w:sz w:val="20"/>
        </w:rPr>
        <w:t>59:53  us ko rakh diya creator ki jagah par. to is ka matlab kya hua hai? ke aap ne dunya ko discovery hi nahin kiya. Khuda ko paya hi nahin.</w:t>
      </w:r>
      <w:r>
        <w:br/>
      </w:r>
      <w:r>
        <w:rPr>
          <w:sz w:val="20"/>
        </w:rPr>
        <w:t>1:00:04  paya kis ko? makhlooq ko</w:t>
      </w:r>
      <w:r>
        <w:br/>
      </w:r>
      <w:r>
        <w:rPr>
          <w:sz w:val="20"/>
        </w:rPr>
        <w:t>1:00:08  . yani Khaliq se bekhabar rahe makhlooq ko paya. aur isi makhlooq ko hi Khuda bana liya. ab ghaur kijiye.</w:t>
      </w:r>
      <w:r>
        <w:br/>
      </w:r>
      <w:r>
        <w:rPr>
          <w:sz w:val="20"/>
        </w:rPr>
        <w:t>1:00:17  ke jab insan aisa kare. ke nature hi ko woh Khuda samajh le. to kahan se woh nature us ko inspire kare gi? nature us ko inspire kar hi nahin sakti.</w:t>
      </w:r>
      <w:r>
        <w:br/>
      </w:r>
      <w:r>
        <w:rPr>
          <w:sz w:val="20"/>
        </w:rPr>
        <w:t>1:00:28  inspire karne ki taqat to Khuda ke paas hai.</w:t>
      </w:r>
      <w:r>
        <w:br/>
      </w:r>
      <w:r>
        <w:rPr>
          <w:sz w:val="20"/>
        </w:rPr>
        <w:t>1:00:32  to hazaron saal tak insan nature ko dekh kar. is se jo inspiration milna chahiye tha woh nahin pa saka. kyun ke nature hi ko Khuda samajh liya is ne.</w:t>
      </w:r>
      <w:r>
        <w:br/>
      </w:r>
      <w:r>
        <w:rPr>
          <w:sz w:val="20"/>
        </w:rPr>
        <w:t>1:00:42  nature hi ko woh poojne laga. nature ko God samajh liya.</w:t>
      </w:r>
      <w:r>
        <w:br/>
      </w:r>
      <w:r>
        <w:rPr>
          <w:sz w:val="20"/>
        </w:rPr>
        <w:t>1:00:48  jab ke nature ke andar koi power nahin thi. yeh to simply creation thi. to hazaron saal tak insan is galat fehmi mein pada raha.</w:t>
      </w:r>
      <w:r>
        <w:br/>
      </w:r>
      <w:r>
        <w:rPr>
          <w:sz w:val="20"/>
        </w:rPr>
        <w:t>1:01:00  keh nature hi ko is ne khuda samajh liya. aur nature worship mein mubtala raha. to nature worship ki wajah se woh is qabil nahi ho saka keh woh anthem geet ga sake.</w:t>
      </w:r>
      <w:r>
        <w:br/>
      </w:r>
      <w:r>
        <w:rPr>
          <w:sz w:val="20"/>
        </w:rPr>
        <w:t>1:01:10  final geet ga sake. yani final geet gaane ki zaroorat hai khuda se contact ho aap ka.</w:t>
      </w:r>
    </w:p>
    <w:p>
      <w:pPr>
        <w:pStyle w:val="Heading2"/>
      </w:pPr>
      <w:r>
        <w:t>why praying for someone else to change often fails</w:t>
      </w:r>
    </w:p>
    <w:p>
      <w:r>
        <w:rPr>
          <w:color w:val="666666"/>
          <w:sz w:val="18"/>
        </w:rPr>
        <w:t>Thought of The Day February 08, 2009 · 2m 40s · at 1:11:59 · https://youtu.be/tn8PNm6y2mg?t=4319</w:t>
      </w:r>
    </w:p>
    <w:p>
      <w:r>
        <w:rPr>
          <w:i/>
        </w:rPr>
        <w:t>“Musalmano mein tradition hai ke bado se dua karwate hain”</w:t>
      </w:r>
    </w:p>
    <w:p>
      <w:r>
        <w:rPr>
          <w:sz w:val="20"/>
        </w:rPr>
        <w:t>1:11:59  das question is from mr khalid ansari. there is a tradition amongst muslims to ask their acquaintances and elderly people to do dua for their betterment of their life or getting rid of some problems.</w:t>
      </w:r>
      <w:r>
        <w:br/>
      </w:r>
      <w:r>
        <w:rPr>
          <w:sz w:val="20"/>
        </w:rPr>
        <w:t>1:12:19  whats the correct perspective in this regard, especially when god has opened a direct channel of praying to him and doing dua for betterment?</w:t>
      </w:r>
      <w:r>
        <w:br/>
      </w:r>
      <w:r>
        <w:rPr>
          <w:sz w:val="20"/>
        </w:rPr>
        <w:t>1:12:30  dekhen, dua ke muamle mein mein arz karoon</w:t>
      </w:r>
      <w:r>
        <w:br/>
      </w:r>
      <w:r>
        <w:rPr>
          <w:sz w:val="20"/>
        </w:rPr>
        <w:t>1:12:36  ke quran mein hai ke</w:t>
      </w:r>
      <w:r>
        <w:br/>
      </w:r>
      <w:r>
        <w:rPr>
          <w:sz w:val="20"/>
        </w:rPr>
        <w:t>1:12:54  dua jo hai, bande aur insan ka muamla hai, yeh teesre ka muamla nahi hai.</w:t>
      </w:r>
      <w:r>
        <w:br/>
      </w:r>
      <w:r>
        <w:rPr>
          <w:sz w:val="20"/>
        </w:rPr>
        <w:t>1:13:04  aaj kal riwaj hai ke kahin jayen, kisi aalim ke haan, buzurg ke haan, hazrat mere liye dua kijiye. there is absurd, kisi ke dua karne se nahi kuch milne wala hai, kisi ko kuch bhi nahi.</w:t>
      </w:r>
      <w:r>
        <w:br/>
      </w:r>
      <w:r>
        <w:rPr>
          <w:sz w:val="20"/>
        </w:rPr>
        <w:t>1:13:18  one percent bhi is ka koi faida nahi hai. log bare bare, yani isi mein buzurg bane hue hain, bohat se log un ke haan log dua karwane ke liye atay hain ke jao hazrat se dua karwa lo.</w:t>
      </w:r>
      <w:r>
        <w:br/>
      </w:r>
      <w:r>
        <w:rPr>
          <w:sz w:val="20"/>
        </w:rPr>
        <w:t>1:13:30  yeh bilkul yeh sab falsehood mein jeena hai.</w:t>
      </w:r>
      <w:r>
        <w:br/>
      </w:r>
      <w:r>
        <w:rPr>
          <w:sz w:val="20"/>
        </w:rPr>
        <w:t>1:13:34  yeh sab false hood mein jeena hai. yaad rakhein, kisi ke dua se kuch hone wala nahi hai. mein ab batata hoon aap ko, Hazrat Nuh peghambar thay, unhon ne dua ki apne bete ke liye, kuch bhi nahi hua,</w:t>
      </w:r>
      <w:r>
        <w:br/>
      </w:r>
      <w:r>
        <w:rPr>
          <w:sz w:val="20"/>
        </w:rPr>
        <w:t>1:13:48  kyunke bete ke andar koi, bete ke andar kuch tha hi nahi. kuch woh is mein kuch chahat thi nahi. is ke andar Hazrat Ibrahim ne apne baap ke liye dua kiya, phir bhi kuch nahi hua, kyunke baap baap chahta nahi tha.</w:t>
      </w:r>
      <w:r>
        <w:br/>
      </w:r>
      <w:r>
        <w:rPr>
          <w:sz w:val="20"/>
        </w:rPr>
        <w:t>1:14:01  kuch Rasool Allah ne apne chacha ke liye dua kiya, aur kuch bhi nahi hua, kyunke chacha ke liye talab nahi thi. chacha ke andar</w:t>
      </w:r>
      <w:r>
        <w:br/>
      </w:r>
      <w:r>
        <w:rPr>
          <w:sz w:val="20"/>
        </w:rPr>
        <w:t>1:14:13  yeh bilkul absurd baat hai ke aap jayein kahin se safar kar ke aur kahin Hazrat mere liye dua ki jiye. bilkul false hood mein jeena hai. yeh dua bande ka aur Khuda ka direct communion hai, direct muamla hai.</w:t>
      </w:r>
      <w:r>
        <w:br/>
      </w:r>
      <w:r>
        <w:rPr>
          <w:sz w:val="20"/>
        </w:rPr>
        <w:t>1:14:30  har aadmi ko wohi milega jo use khud Khuda se manga ho. yaad rakhiye, har aadmi ko wohi milega jo use khud Khuda se manga</w:t>
      </w:r>
    </w:p>
    <w:p>
      <w:pPr>
        <w:pStyle w:val="Heading2"/>
      </w:pPr>
      <w:r>
        <w:t>Eating together as worship brings angel company</w:t>
      </w:r>
    </w:p>
    <w:p>
      <w:r>
        <w:rPr>
          <w:color w:val="666666"/>
          <w:sz w:val="18"/>
        </w:rPr>
        <w:t>Discovery of God May 1, 2010 Maulana Wahiduddin Khan · 2m 56s · at 23:53 · https://youtu.be/8uH7AqevG6g?t=1433</w:t>
      </w:r>
    </w:p>
    <w:p>
      <w:r>
        <w:rPr>
          <w:i/>
        </w:rPr>
        <w:t>“سات گھروں میں کھانا کھانا تو ساتھ مل کر”</w:t>
      </w:r>
    </w:p>
    <w:p>
      <w:r>
        <w:rPr>
          <w:sz w:val="20"/>
        </w:rPr>
        <w:t>23:53  saat gharon mein khana khana to saath mil kar khana khana yeh ek bohat bari worship hai, yaani bohat bara yeh,</w:t>
      </w:r>
      <w:r>
        <w:br/>
      </w:r>
      <w:r>
        <w:rPr>
          <w:sz w:val="20"/>
        </w:rPr>
        <w:t>24:08  yaani woh ek aisa woh hai jis mein ke farishte wahan shareek ho jate hain.</w:t>
      </w:r>
      <w:r>
        <w:br/>
      </w:r>
      <w:r>
        <w:rPr>
          <w:sz w:val="20"/>
        </w:rPr>
        <w:t>24:15  to main yeh kahunga aap sab log apne gharon mein karein ke aaj kal chunke zindagi ka naqsha bohat alag ho gaya hai to aap teeno waqt to shayad nahin kha sakenge.</w:t>
      </w:r>
      <w:r>
        <w:br/>
      </w:r>
      <w:r>
        <w:rPr>
          <w:sz w:val="20"/>
        </w:rPr>
        <w:t>24:27  aap mein se har shakhs ko apne ghar mein kam az kam ek waqt khana ek saath khana chahiye, ek table par, chahe breakfast ho ya lunch ho ya dinner ho.</w:t>
      </w:r>
      <w:r>
        <w:br/>
      </w:r>
      <w:r>
        <w:rPr>
          <w:sz w:val="20"/>
        </w:rPr>
        <w:t>24:39  kam az kam ek waqt laazim hai.</w:t>
      </w:r>
      <w:r>
        <w:br/>
      </w:r>
      <w:r>
        <w:rPr>
          <w:sz w:val="20"/>
        </w:rPr>
        <w:t>24:43  ghar ke sab log, chahe chhote hon ya bade hon, jaise aaj hum logon ne khaya yahan par isi tarike se. to is mein kuch aap ko apni habit badalni hogi, aap bhi kuch aage peeche karna hoga, timing badalna hoga.</w:t>
      </w:r>
      <w:r>
        <w:br/>
      </w:r>
      <w:r>
        <w:rPr>
          <w:sz w:val="20"/>
        </w:rPr>
        <w:t>25:02  to badliye is ko. is mein kya hai? sone ka time badalna ho, sone ka time badliye.</w:t>
      </w:r>
      <w:r>
        <w:br/>
      </w:r>
      <w:r>
        <w:rPr>
          <w:sz w:val="20"/>
        </w:rPr>
        <w:t>25:09  kuch bhi kijiye, kuch bhi kijiye, lekin ek waqt ka khana, chahe breakfast, chahe lunch, chahe dinner, apne gharon mein aap ek saath khayein.</w:t>
      </w:r>
      <w:r>
        <w:br/>
      </w:r>
      <w:r>
        <w:rPr>
          <w:sz w:val="20"/>
        </w:rPr>
        <w:t>25:20  is se kya hoga? is agar aap positive mind ke saath khayenge, mohabbat ke saath khayenge, aapas mein khair khwahi ke saath khayenge to hadith mein aata hai ke al mutahabbeen fihi ke allah un se bohat zyada khush hota hai jo aapas mein ek doosre se mohabbat karein allah ke liye.</w:t>
      </w:r>
      <w:r>
        <w:br/>
      </w:r>
      <w:r>
        <w:rPr>
          <w:sz w:val="20"/>
        </w:rPr>
        <w:t>25:39  to main samajhta hoon ke is culture ko CPS mein chalana chahiye ke alag alag khane ka shiza jo hai, woh teeno waqt par nahin ho sakta hai.</w:t>
      </w:r>
      <w:r>
        <w:br/>
      </w:r>
      <w:r>
        <w:rPr>
          <w:sz w:val="20"/>
        </w:rPr>
        <w:t>25:49  ek waqt to zaroor ho sakta hai, mere khayal se ek waqt to CPS ka ek ek yeh bhi ek culture ho ke ke rozana kam az kam ek waqt ghar ke sab log ek saath baith kar khana khayein</w:t>
      </w:r>
      <w:r>
        <w:br/>
      </w:r>
      <w:r>
        <w:rPr>
          <w:sz w:val="20"/>
        </w:rPr>
        <w:t>26:04  aur woh woh sunnat zinda ho jo prophet ki sunnat mein kahunga us ko ke us ne kaha tha, unhone ke us ko le aao taake hum woh hamare saath roti khaye.</w:t>
      </w:r>
      <w:r>
        <w:br/>
      </w:r>
      <w:r>
        <w:rPr>
          <w:sz w:val="20"/>
        </w:rPr>
        <w:t>26:13  yeh bhi shamil hai ke hum us ke saath roti khayein, hum us ke saath khayein, woh hamare saath khaye. to mil kar khana.</w:t>
      </w:r>
      <w:r>
        <w:br/>
      </w:r>
      <w:r>
        <w:rPr>
          <w:sz w:val="20"/>
        </w:rPr>
        <w:t>26:29  to mein chahta hoon ke aap mein se har ek yeh tay kar le</w:t>
      </w:r>
      <w:r>
        <w:br/>
      </w:r>
      <w:r>
        <w:rPr>
          <w:sz w:val="20"/>
        </w:rPr>
        <w:t>26:33  ke kuch bhi ho, hum apni habits ko badlenge, apni timing ko badlenge aur kam az kam ek khana ek saath mil kar ghar wale sab khayenge taake farishton ki sohbat hamein aur bhi milti rahe.</w:t>
      </w:r>
    </w:p>
    <w:p>
      <w:pPr>
        <w:pStyle w:val="Heading2"/>
      </w:pPr>
      <w:r>
        <w:t>Only the Quran's future predictions actually came true</w:t>
      </w:r>
    </w:p>
    <w:p>
      <w:r>
        <w:rPr>
          <w:color w:val="666666"/>
          <w:sz w:val="18"/>
        </w:rPr>
        <w:t>Computer A Sign of God January 27, 2008 Maulana Wahiduddin Khan · 2m 14s · at 1:07 · https://youtu.be/MdBcX_Q_rWg?t=67</w:t>
      </w:r>
    </w:p>
    <w:p>
      <w:r>
        <w:rPr>
          <w:i/>
        </w:rPr>
        <w:t>“Baad ke zamane mein jo discoveries hongi, Quran ki tasdeeq karengi”</w:t>
      </w:r>
    </w:p>
    <w:p>
      <w:r>
        <w:rPr>
          <w:sz w:val="20"/>
        </w:rPr>
        <w:t>1:07  baad ke zamane mein, yaani latter period mein, jo discoveries hongi, jo inventions hongi, woh Quran ki baaton ki tasdeeq karne wali ban jayengi,</w:t>
      </w:r>
      <w:r>
        <w:br/>
      </w:r>
      <w:r>
        <w:rPr>
          <w:sz w:val="20"/>
        </w:rPr>
        <w:t>1:23  yaani unko confirm karne wali ban jayengi. History mein dekhiye, hum paate hain ke bahut se logon ne future ke bare mein kuch prediction kiye,</w:t>
      </w:r>
      <w:r>
        <w:br/>
      </w:r>
      <w:r>
        <w:rPr>
          <w:sz w:val="20"/>
        </w:rPr>
        <w:t>1:40  magar sab ke sab prediction galat sabit hue.</w:t>
      </w:r>
      <w:r>
        <w:br/>
      </w:r>
      <w:r>
        <w:rPr>
          <w:sz w:val="20"/>
        </w:rPr>
        <w:t>1:48  jaise Karl Marx ne kaha tha ke</w:t>
      </w:r>
      <w:r>
        <w:br/>
      </w:r>
      <w:r>
        <w:rPr>
          <w:sz w:val="20"/>
        </w:rPr>
        <w:t>1:55  communism ki subah Paris se jhaank rahi hai, haalanki aap jante hain ke Paris ya kisi bhi developed country se communism ki subah talu nahi hua.</w:t>
      </w:r>
      <w:r>
        <w:br/>
      </w:r>
      <w:r>
        <w:rPr>
          <w:sz w:val="20"/>
        </w:rPr>
        <w:t>2:14  aise hi hum paate hain ke history mein bahut se logon ne kuch predictions kiye, yeh predictions unke liye ek bahut badi cheez thi, kyunke isi par unke sahi ya galat hone ka</w:t>
      </w:r>
      <w:r>
        <w:br/>
      </w:r>
      <w:r>
        <w:rPr>
          <w:sz w:val="20"/>
        </w:rPr>
        <w:t>2:36  faisla hona tha.</w:t>
      </w:r>
      <w:r>
        <w:br/>
      </w:r>
      <w:r>
        <w:rPr>
          <w:sz w:val="20"/>
        </w:rPr>
        <w:t>2:40  agar yeh prediction sahi ho jayen to woh right the, yeh prediction galat ho jayen to woh galat the. To prediction bahut hi zyada serious cheez hai,</w:t>
      </w:r>
      <w:r>
        <w:br/>
      </w:r>
      <w:r>
        <w:rPr>
          <w:sz w:val="20"/>
        </w:rPr>
        <w:t>2:54  bahut zyada serious cheez hai.</w:t>
      </w:r>
      <w:r>
        <w:br/>
      </w:r>
      <w:r>
        <w:rPr>
          <w:sz w:val="20"/>
        </w:rPr>
        <w:t>3:01  lekin hum dekhte hain ke history of thought mein sirf Quran hi ek aisi kitab hai ke jisne ek cheez ko bataya future ke liye, yaani predict kiya, aur woh waise hi ke waise hi nikli.</w:t>
      </w:r>
    </w:p>
    <w:p>
      <w:pPr>
        <w:pStyle w:val="Heading2"/>
      </w:pPr>
      <w:r>
        <w:t>Duty-conscious vs right-conscious mindset</w:t>
      </w:r>
    </w:p>
    <w:p>
      <w:r>
        <w:rPr>
          <w:color w:val="666666"/>
          <w:sz w:val="18"/>
        </w:rPr>
        <w:t>The Concept of Death in Islam June 16, 2008 Maulana Wahiduddin Khan · 1m 20s · at 12:13 · https://youtu.be/cJZYpp3eP1Q?t=733</w:t>
      </w:r>
    </w:p>
    <w:p>
      <w:r>
        <w:rPr>
          <w:i/>
        </w:rPr>
        <w:t>“Ek hadith hai jo Sahih Bukhari mein hai”</w:t>
      </w:r>
    </w:p>
    <w:p>
      <w:r>
        <w:rPr>
          <w:sz w:val="20"/>
        </w:rPr>
        <w:t>12:13  ek hadith hai jo sahih al bukhari mein hai. wo ye hai ke: "ado ilayhim haqqahum wasal allahu haqqakum".</w:t>
      </w:r>
      <w:r>
        <w:br/>
      </w:r>
      <w:r>
        <w:rPr>
          <w:sz w:val="20"/>
        </w:rPr>
        <w:t>12:30  logon ko un ka haq do aur apna jo haq hai wo khuda se mango.</w:t>
      </w:r>
      <w:r>
        <w:br/>
      </w:r>
      <w:r>
        <w:rPr>
          <w:sz w:val="20"/>
        </w:rPr>
        <w:t>12:39  logon ka jo haq hai wo un ko do aur tumhara jo haq hai wo khuda se mango. is ka matlab kya hai? ke tum duty conscious bano,</w:t>
      </w:r>
      <w:r>
        <w:br/>
      </w:r>
      <w:r>
        <w:rPr>
          <w:sz w:val="20"/>
        </w:rPr>
        <w:t>12:54  right conscious na bano.</w:t>
      </w:r>
      <w:r>
        <w:br/>
      </w:r>
      <w:r>
        <w:rPr>
          <w:sz w:val="20"/>
        </w:rPr>
        <w:t>12:58  ye saada baat nahi hai. ye bohat hi aham hai.</w:t>
      </w:r>
      <w:r>
        <w:br/>
      </w:r>
      <w:r>
        <w:rPr>
          <w:sz w:val="20"/>
        </w:rPr>
        <w:t>13:06  ye is baat ki teaching hai ke ek individual aur ek society kaisa hona chahiye. is ko duty conscious hona chahiye.</w:t>
      </w:r>
      <w:r>
        <w:br/>
      </w:r>
      <w:r>
        <w:rPr>
          <w:sz w:val="20"/>
        </w:rPr>
        <w:t>13:22  right conscious nahi hona chahiye. ab sochiye ke agar log duty conscious ban jayein, right conscious na rahein, to kya hoga?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