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Clips — Maulana Wahiduddin Khan</w:t>
      </w:r>
    </w:p>
    <w:p>
      <w:r>
        <w:rPr>
          <w:sz w:val="18"/>
        </w:rPr>
        <w:t>201 clips · theme hadith · full transcripts with timestamps · exported 2026-09-21</w:t>
      </w:r>
    </w:p>
    <w:p>
      <w:pPr>
        <w:pStyle w:val="Heading2"/>
      </w:pPr>
      <w:r>
        <w:t>Traditional period from potential to actual</w:t>
      </w:r>
    </w:p>
    <w:p>
      <w:r>
        <w:rPr>
          <w:color w:val="666666"/>
          <w:sz w:val="18"/>
        </w:rPr>
        <w:t>Three Periods of History May 17, 2009 Maulana Wahiduddin Khan · 2m 57s · at 7:04 · https://youtu.be/iNS-3Yo58Gk?t=424</w:t>
      </w:r>
    </w:p>
    <w:p>
      <w:r>
        <w:rPr>
          <w:i/>
        </w:rPr>
        <w:t>“Sab se pehla zamana jo hai, woh traditional period ka hai”</w:t>
      </w:r>
    </w:p>
    <w:p>
      <w:r>
        <w:rPr>
          <w:sz w:val="20"/>
        </w:rPr>
        <w:t>7:04  isi ke baray mein is waqt mein kuch kehna chahta hoon. sab se pehla zamana jo hai, woh traditional period ka hai.</w:t>
      </w:r>
      <w:r>
        <w:br/>
      </w:r>
      <w:r>
        <w:rPr>
          <w:sz w:val="20"/>
        </w:rPr>
        <w:t>7:16  insaan jab paida hua to agarche is ke nature mein sab kuch interwoven tha, lekin woh unconscious mind mein tha.</w:t>
      </w:r>
      <w:r>
        <w:br/>
      </w:r>
      <w:r>
        <w:rPr>
          <w:sz w:val="20"/>
        </w:rPr>
        <w:t>7:28  consciously insaan kuch nahin janta tha.</w:t>
      </w:r>
      <w:r>
        <w:br/>
      </w:r>
      <w:r>
        <w:rPr>
          <w:sz w:val="20"/>
        </w:rPr>
        <w:t>7:32  yeh sara maamla ek discovery method ke tor par chala. yani potentially sab kuch tha, lekin insaan par yeh tha ke woh is ko actual banaye.</w:t>
      </w:r>
      <w:r>
        <w:br/>
      </w:r>
      <w:r>
        <w:rPr>
          <w:sz w:val="20"/>
        </w:rPr>
        <w:t>7:45  yani Khuda ne aisa nahin kiya ke is spoken language mein har jagah har darakht jala raha ho, har sitara aur har sayara bol raha ho.</w:t>
      </w:r>
      <w:r>
        <w:br/>
      </w:r>
      <w:r>
        <w:rPr>
          <w:sz w:val="20"/>
        </w:rPr>
        <w:t>7:55  nahin,</w:t>
      </w:r>
      <w:r>
        <w:br/>
      </w:r>
      <w:r>
        <w:rPr>
          <w:sz w:val="20"/>
        </w:rPr>
        <w:t>7:59  silent language mein sab baat yahan maujood thi. humein is ko sunna tha, ya yun keh sakte hain ke aap in terms of potential har cheez maujood thi.</w:t>
      </w:r>
      <w:r>
        <w:br/>
      </w:r>
      <w:r>
        <w:rPr>
          <w:sz w:val="20"/>
        </w:rPr>
        <w:t>8:11  hum ko hamara kaam yeh tha ke hum is ko actual banayein. to journey shuru hui kahan se? traditional period se.</w:t>
      </w:r>
      <w:r>
        <w:br/>
      </w:r>
      <w:r>
        <w:rPr>
          <w:sz w:val="20"/>
        </w:rPr>
        <w:t>8:24  is waqt insan</w:t>
      </w:r>
      <w:r>
        <w:br/>
      </w:r>
      <w:r>
        <w:rPr>
          <w:sz w:val="20"/>
        </w:rPr>
        <w:t>8:29  kans aaj jo jante hain, hum jo kuch, woh kuch nahi janta tha. Yani civilizations ko hum kehte hain. To civilization se pehle jo tha daur, woh tha traditional daur.</w:t>
      </w:r>
      <w:r>
        <w:br/>
      </w:r>
      <w:r>
        <w:rPr>
          <w:sz w:val="20"/>
        </w:rPr>
        <w:t>8:44  civilization se pehle to har cheez Allah taala ne rakh diya potential, aur is ko humein actual banana tha.</w:t>
      </w:r>
      <w:r>
        <w:br/>
      </w:r>
      <w:r>
        <w:rPr>
          <w:sz w:val="20"/>
        </w:rPr>
        <w:t>8:54  Misalan aap dekhiye, insan ko food chahiye, food, lekin Khuda ne roti aur chawal aur daal nahi hum ko provide kar diya.</w:t>
      </w:r>
      <w:r>
        <w:br/>
      </w:r>
      <w:r>
        <w:rPr>
          <w:sz w:val="20"/>
        </w:rPr>
        <w:t>9:06  Darakhton par phall laga diye, phall tod tod khao, phir dheere dheere dheere dheere discover karo, aur agriculture aur horticulture banao.</w:t>
      </w:r>
      <w:r>
        <w:br/>
      </w:r>
      <w:r>
        <w:rPr>
          <w:sz w:val="20"/>
        </w:rPr>
        <w:t>9:18  Indus food, industry, food industry paida karo.</w:t>
      </w:r>
      <w:r>
        <w:br/>
      </w:r>
      <w:r>
        <w:rPr>
          <w:sz w:val="20"/>
        </w:rPr>
        <w:t>9:25  Isi tarah se dekhiye, humein sawari chahiye, to Allah taala ne aisa nahi kaha ke humein car aur hawaijahat de de. Nahi, Allah taala ne humein kya diya?</w:t>
      </w:r>
      <w:r>
        <w:br/>
      </w:r>
      <w:r>
        <w:rPr>
          <w:sz w:val="20"/>
        </w:rPr>
        <w:t>9:35  Ghore diye. Yani bane banaye, bani banai sawariyan. Jangalon mein ghore hote the, insan ne pakda, un ko tame kiya, aur woh sawari karne laga.</w:t>
      </w:r>
      <w:r>
        <w:br/>
      </w:r>
      <w:r>
        <w:rPr>
          <w:sz w:val="20"/>
        </w:rPr>
        <w:t>9:49  Phir dheere dheere is ne wheel banai, phir bohat dinon ke baad is ne car aur hawaijahat banaye. Is tarah se ek journey hai, civilizational journey.</w:t>
      </w:r>
    </w:p>
    <w:p>
      <w:pPr>
        <w:pStyle w:val="Heading2"/>
      </w:pPr>
      <w:r>
        <w:t>people wrongly equate ummah's unity with an issue being true</w:t>
      </w:r>
    </w:p>
    <w:p>
      <w:r>
        <w:rPr>
          <w:color w:val="666666"/>
          <w:sz w:val="18"/>
        </w:rPr>
        <w:t>Muslim Unity March 15, 2014 Maulana Wahiduddin Khan · 48s · at 2:47 · https://youtu.be/CZHU5z3SEjc?t=167</w:t>
      </w:r>
    </w:p>
    <w:p>
      <w:r>
        <w:rPr>
          <w:i/>
        </w:rPr>
        <w:t>“Log ne samjha agar ummat kisi issue par mutahid ho jaye to woh sahi hoga”</w:t>
      </w:r>
    </w:p>
    <w:p>
      <w:r>
        <w:rPr>
          <w:sz w:val="20"/>
        </w:rPr>
        <w:t>2:47  lekin dono ke mamle mein logon ne sakht ghaltiyan ki hain. pehla jo hissa hai: "la tajtama' ummati 'ala dalalah".</w:t>
      </w:r>
      <w:r>
        <w:br/>
      </w:r>
      <w:r>
        <w:rPr>
          <w:sz w:val="20"/>
        </w:rPr>
        <w:t>2:56  meri ummat, yaani ummat-e-muslima, dalalat par ikattha nahi hogi.</w:t>
      </w:r>
      <w:r>
        <w:br/>
      </w:r>
      <w:r>
        <w:rPr>
          <w:sz w:val="20"/>
        </w:rPr>
        <w:t>3:06  iska matlab logon ne yeh samajh liya ke ummat jab kisi issue par mutahid ho jaye to woh issue sahi hoga, yaani ijtima' ko haq ke mani mein le liya.</w:t>
      </w:r>
      <w:r>
        <w:br/>
      </w:r>
      <w:r>
        <w:rPr>
          <w:sz w:val="20"/>
        </w:rPr>
        <w:t>3:20  yeh hargiz is hadith ka mafhoom nahi hai. kisi bheed ka mujtami' ho jana yeh is baat ka saboot nahi hai ke woh mawqaf jo hai haq hai.</w:t>
      </w:r>
    </w:p>
    <w:p>
      <w:pPr>
        <w:pStyle w:val="Heading2"/>
      </w:pPr>
      <w:r>
        <w:t>Political interpretation of Islam</w:t>
      </w:r>
    </w:p>
    <w:p>
      <w:r>
        <w:rPr>
          <w:color w:val="666666"/>
          <w:sz w:val="18"/>
        </w:rPr>
        <w:t>Warnings of Doomsday February 4, 2007 · 1m 28s · at 5:52 · https://youtu.be/VT0BnPl_-zc?t=352</w:t>
      </w:r>
    </w:p>
    <w:p>
      <w:r>
        <w:rPr>
          <w:i/>
        </w:rPr>
        <w:t>“Pichle hazar saal mein kabhi bhi Islam ka political interpretation nahi diya gaya”</w:t>
      </w:r>
    </w:p>
    <w:p>
      <w:r>
        <w:rPr>
          <w:sz w:val="20"/>
        </w:rPr>
        <w:t>5:52  to maine arz kiya tha ke mazhab mein, yaani Islam mein, to yeh hua ke political interpretation diya gaya Islam ka. pichhle hazar saal mein kabhi bhi Islam ka political interpretation nahi diya gaya tha.</w:t>
      </w:r>
      <w:r>
        <w:br/>
      </w:r>
      <w:r>
        <w:rPr>
          <w:sz w:val="20"/>
        </w:rPr>
        <w:t>6:11  political interpretation ka matlab kya hai? yeh batana ke Islam ek mukammal nizam hai, ek complete system hai, ek complete order hai.</w:t>
      </w:r>
      <w:r>
        <w:br/>
      </w:r>
      <w:r>
        <w:rPr>
          <w:sz w:val="20"/>
        </w:rPr>
        <w:t>6:24  to jab aap yeh kahein to kya iska matlab hota hai? foran aa jata hai ke political power humein chahiye. agar aap kahein ke Islam mein yeh hai ke Khuda ko ek mano, "oneness of God",</w:t>
      </w:r>
      <w:r>
        <w:br/>
      </w:r>
      <w:r>
        <w:rPr>
          <w:sz w:val="20"/>
        </w:rPr>
        <w:t>6:39  ya aap yeh kahein ke Khuda ki hi ki ibadat karo, agar aap yeh kahein ke Khuda ke bataye hue moral values ko apnao, to aap ko political power ki koi zaroorat nahi.</w:t>
      </w:r>
      <w:r>
        <w:br/>
      </w:r>
      <w:r>
        <w:rPr>
          <w:sz w:val="20"/>
        </w:rPr>
        <w:t>6:52  is mein kya hoga? dialogue hoga aur persuasion hoga, samjhana bujhana hoga. yeh hoga to is mein political power ki kya zaroorat hai?</w:t>
      </w:r>
      <w:r>
        <w:br/>
      </w:r>
      <w:r>
        <w:rPr>
          <w:sz w:val="20"/>
        </w:rPr>
        <w:t>7:05  lekin jab aap yeh kahein ke Islam ek complete system hai jis mein qanoon bhi hai aur hukumat bhi hai aur social order bhi hai, to foran zaroorat ho jati hai political power ki.</w:t>
      </w:r>
    </w:p>
    <w:p>
      <w:pPr>
        <w:pStyle w:val="Heading2"/>
      </w:pPr>
      <w:r>
        <w:t>Jagane wala mal'un hai</w:t>
      </w:r>
    </w:p>
    <w:p>
      <w:r>
        <w:rPr>
          <w:color w:val="666666"/>
          <w:sz w:val="18"/>
        </w:rPr>
        <w:t>Life after Death (Prophetic Wisdom) · 2m 23s · at 19:34 · https://youtu.be/7bA2WIsKLMQ?t=1174</w:t>
      </w:r>
    </w:p>
    <w:p>
      <w:r>
        <w:rPr>
          <w:i/>
        </w:rPr>
        <w:t>“Laanat us par jo jagaye”</w:t>
      </w:r>
    </w:p>
    <w:p>
      <w:r>
        <w:rPr>
          <w:sz w:val="20"/>
        </w:rPr>
        <w:t>19:34  lanat us par hai jo us ko jagaye. yahan par ghor kijiye ke jagane wale ko lanat ki gayi hai. na ke bharkne wale ko.</w:t>
      </w:r>
      <w:r>
        <w:br/>
      </w:r>
      <w:r>
        <w:rPr>
          <w:sz w:val="20"/>
        </w:rPr>
        <w:t>19:46  yaani is qisse mein dekhiye ek hai bhark kar gadbad machane wala. ek hai us ko provoke kar ke bharkane wala.</w:t>
      </w:r>
      <w:r>
        <w:br/>
      </w:r>
      <w:r>
        <w:rPr>
          <w:sz w:val="20"/>
        </w:rPr>
        <w:t>19:58  to lanat kis ko ki gayi? kis ko bura bataya gaya? kis ko condemn kiya gaya? bhark kar fasaad machane wale ko nahi bura kaha gaya.</w:t>
      </w:r>
      <w:r>
        <w:br/>
      </w:r>
      <w:r>
        <w:rPr>
          <w:sz w:val="20"/>
        </w:rPr>
        <w:t>20:11  jis ne bharka kar logon ko fasad ka mauqa diya unhein kaha gaya. yeh bohat ziyada sochne ki baat hai.</w:t>
      </w:r>
      <w:r>
        <w:br/>
      </w:r>
      <w:r>
        <w:rPr>
          <w:sz w:val="20"/>
        </w:rPr>
        <w:t>20:22  aam taur par kya hota hai ke jo log bharkate hain un ko koi nahi kehta. aur bhark kar jo fasad barpa karta hai us ko kehte hain log bura.</w:t>
      </w:r>
      <w:r>
        <w:br/>
      </w:r>
      <w:r>
        <w:rPr>
          <w:sz w:val="20"/>
        </w:rPr>
        <w:t>20:36  jaise ke ek shehar mein aisa hua ke kuch logon ka ek mazhabi program chal raha tha.</w:t>
      </w:r>
      <w:r>
        <w:br/>
      </w:r>
      <w:r>
        <w:rPr>
          <w:sz w:val="20"/>
        </w:rPr>
        <w:t>20:47  us mein loudspeaker tha. loudspeaker par un ke haan program chalaya ja raha tha. to paas mein ek aur logon ka ek jalsa ho raha tha.</w:t>
      </w:r>
      <w:r>
        <w:br/>
      </w:r>
      <w:r>
        <w:rPr>
          <w:sz w:val="20"/>
        </w:rPr>
        <w:t>21:02  to wahan kya loudspeaker ki awaz wahan tak pahunch rahi thi. to unhon ne samjha ke hamara jalsa kharab kar rahe hain yeh log. wahan par gaye kuch log ke band karo apna loudspeaker.</w:t>
      </w:r>
      <w:r>
        <w:br/>
      </w:r>
      <w:r>
        <w:rPr>
          <w:sz w:val="20"/>
        </w:rPr>
        <w:t>21:14  to unhon ne kaha ke hum ko band kar rahe hain tum hi apna jalsa band kar lo. ab to to mein woh takrar hui. aur unhon ne un ke loudspeaker ko tod ke phenk diya.</w:t>
      </w:r>
      <w:r>
        <w:br/>
      </w:r>
      <w:r>
        <w:rPr>
          <w:sz w:val="20"/>
        </w:rPr>
        <w:t>21:26  ab kya hua? un ka ana bhark utha. un ka ghussa bhark utha. aur unhon ne sare sare shehar mein riot kiya.</w:t>
      </w:r>
      <w:r>
        <w:br/>
      </w:r>
      <w:r>
        <w:rPr>
          <w:sz w:val="20"/>
        </w:rPr>
        <w:t>21:38  jalaya, phoonka, toda. ab jab paperon mein khabar aayi to log sirf un ko kehne lage jinhon ne jalaya, phoonka tha.</w:t>
      </w:r>
      <w:r>
        <w:br/>
      </w:r>
      <w:r>
        <w:rPr>
          <w:sz w:val="20"/>
        </w:rPr>
        <w:t>21:48  maine kaha aap aisa kyun karte hain? is hadith ko dekhiye. is mein lanat un par nahi ki gayi hai jo unhon ne gadbad machayi.</w:t>
      </w:r>
    </w:p>
    <w:p>
      <w:pPr>
        <w:pStyle w:val="Heading2"/>
      </w:pPr>
      <w:r>
        <w:t>No one is perfect, but effort brings change</w:t>
      </w:r>
    </w:p>
    <w:p>
      <w:r>
        <w:rPr>
          <w:color w:val="666666"/>
          <w:sz w:val="18"/>
        </w:rPr>
        <w:t>Behtar Khatoon Kon CPS Women Article Discussion July 2, 2023 · 1m 16s · at 16:48 · https://youtu.be/tGPJwzCnCMM?t=1008</w:t>
      </w:r>
    </w:p>
    <w:p>
      <w:r>
        <w:rPr>
          <w:i/>
        </w:rPr>
        <w:t>“Koi bhi perfect mard ya perfect aurat nahi hoti”</w:t>
      </w:r>
    </w:p>
    <w:p>
      <w:r>
        <w:rPr>
          <w:sz w:val="20"/>
        </w:rPr>
        <w:t>16:48  To mujhe lagta hai ki ismein behtareen ek to main yeh cheez jaan payi ki kaise ek doosre ke best ruffy ke hayat hum log ban sakte hain aur yeh baat Maulana sahab hamesha kehte the ki koi bhi perfect mard ya perfect aurat nahi hoti. Kabhi bhi, kabhi bhi koi paidaishi taur par ya aapko aisa husband ya aisi wife nahi milti ki jo ki aap sochenge ki yeh mere husband agar aisa hota to main aise kar leti. Aisa humein kabhi nahi hota.</w:t>
      </w:r>
      <w:r>
        <w:br/>
      </w:r>
      <w:r>
        <w:rPr>
          <w:sz w:val="20"/>
        </w:rPr>
        <w:t>17:15  Humein khud ko us person ko aisa banana padta hai. Hum jab apni koshishein karenge to uske baad doosre insaan mein change aayega aur agar nahi bhi aata hai to laa taalaah usko zaya nahi jaane dega aapke aapke efforts ko. To humein yahi efforts karne hain ki hum apne husband ke liye intellectual partner banein aur agar hum iman mein unse zyada jante hain to unka bhi iman badhane ki baatein karein, unse batayein ki humne aaj yeh seekha.</w:t>
      </w:r>
      <w:r>
        <w:br/>
      </w:r>
      <w:r>
        <w:rPr>
          <w:sz w:val="20"/>
        </w:rPr>
        <w:t>17:41  shayad ussay unko bhi kuch haasil ho jaye aur woh humsay koi aur behtar cheez samajh payein usko aur doosri baat yeh hai ke ghar mein hum jo sab say important baat thi ke woh saadgi culture ko hum raaij karein. yahi main is par focus karna chahti hoon jiza kalna. haan jiza kalna doctor safeena.</w:t>
      </w:r>
      <w:r>
        <w:br/>
      </w:r>
      <w:r>
        <w:rPr>
          <w:sz w:val="20"/>
        </w:rPr>
        <w:t>18:04  aap ne bohat achhay achhay points bataye very very important points that we need to inculcate as a wife, as a homemaker and that needs to be taken care of from all of us since this is a ladies platform. so kaafi achha yeh matlab yeh session hai hum sab ki grooming ke liye. main Doctor Nazma Siddiqui ko invite karti hoon apni learning ko share karne ke liye.</w:t>
      </w:r>
    </w:p>
    <w:p>
      <w:pPr>
        <w:pStyle w:val="Heading2"/>
      </w:pPr>
      <w:r>
        <w:t>reconstructing the hidden real-life scene behind a hadith</w:t>
      </w:r>
    </w:p>
    <w:p>
      <w:r>
        <w:rPr>
          <w:color w:val="666666"/>
          <w:sz w:val="18"/>
        </w:rPr>
        <w:t>Bird Culture March 6, 2014 Maulana Wahiduddin Khan · 1m 54s · at 2:42 · https://youtu.be/zLSCXGvTJ9A?t=162</w:t>
      </w:r>
    </w:p>
    <w:p>
      <w:r>
        <w:rPr>
          <w:i/>
        </w:rPr>
        <w:t>“Yeh hadith jo aapke saamne parhi gayi, main sochta raha”</w:t>
      </w:r>
    </w:p>
    <w:p>
      <w:r>
        <w:rPr>
          <w:sz w:val="20"/>
        </w:rPr>
        <w:t>2:42  misalan yeh jo hadees hai jo aap ko parhi gayi, aap ke samne parhi gayi, is ko le kar main bohat din sochta raha. to meri aqal ne is ko nahi mana ke aap masjid-e-nabwi mein baithe honge,</w:t>
      </w:r>
      <w:r>
        <w:br/>
      </w:r>
      <w:r>
        <w:rPr>
          <w:sz w:val="20"/>
        </w:rPr>
        <w:t>2:57  wahan aap ne yeh keh diya hoga. yeh ghair fitri baat hai ke aap ne hujre mein baithe hue hain ya masjid-e-nabwi mein baithe hain.</w:t>
      </w:r>
      <w:r>
        <w:br/>
      </w:r>
      <w:r>
        <w:rPr>
          <w:sz w:val="20"/>
        </w:rPr>
        <w:t>3:11  is tarah nahi keh diya hoga. qiyasan maine samjha ke aap apne kuch ashaab ke sath kahin chal rahe honge,</w:t>
      </w:r>
      <w:r>
        <w:br/>
      </w:r>
      <w:r>
        <w:rPr>
          <w:sz w:val="20"/>
        </w:rPr>
        <w:t>3:22  aur rastay mein kahin aap ko yeh nazar aya hoga ke chidiya wahan baithi hui hai, koi dana chug rahi hai.</w:t>
      </w:r>
      <w:r>
        <w:br/>
      </w:r>
      <w:r>
        <w:rPr>
          <w:sz w:val="20"/>
        </w:rPr>
        <w:t>3:36  to is ko dekh kar aap ne farmaya hoga ke jannat mein woh log jayenge jin ke dil chidiyon ke manind honge.</w:t>
      </w:r>
      <w:r>
        <w:br/>
      </w:r>
      <w:r>
        <w:rPr>
          <w:sz w:val="20"/>
        </w:rPr>
        <w:t>3:51  aisi misalan ek hadees mein hai ke: "misal al momin kal misal al khamah." momin ki misal narm paudhe jaisi hai.</w:t>
      </w:r>
      <w:r>
        <w:br/>
      </w:r>
      <w:r>
        <w:rPr>
          <w:sz w:val="20"/>
        </w:rPr>
        <w:t>4:00  yeh bhi mera qiyas hai ke aap kahin safar mein honge, kahin baithe honge bahar khuli jagah par, aur wahan par koi paudha hoga, koi ghaas hogi,</w:t>
      </w:r>
      <w:r>
        <w:br/>
      </w:r>
      <w:r>
        <w:rPr>
          <w:sz w:val="20"/>
        </w:rPr>
        <w:t>4:14  hawa chali hogi, woh paudha hila hoga. to aap ne farmaya ke dekho, momin paudhe hi ke manind hota hai, in mein to akkar nahi hoti is mein.</w:t>
      </w:r>
      <w:r>
        <w:br/>
      </w:r>
      <w:r>
        <w:rPr>
          <w:sz w:val="20"/>
        </w:rPr>
        <w:t>4:26  to yahi muamla hai is hadees ka jo abhi aap ke samne parhi gayi.</w:t>
      </w:r>
    </w:p>
    <w:p>
      <w:pPr>
        <w:pStyle w:val="Heading2"/>
      </w:pPr>
      <w:r>
        <w:t>Hadith as divine revelation, obeying the Prophet</w:t>
      </w:r>
    </w:p>
    <w:p>
      <w:r>
        <w:rPr>
          <w:color w:val="666666"/>
          <w:sz w:val="18"/>
        </w:rPr>
        <w:t>Understanding The Importance of Hadith November 20, 2022 · 2m 12s · at 9:22 · https://youtu.be/xwY_Qsz4HSQ?t=562</w:t>
      </w:r>
    </w:p>
    <w:p>
      <w:r>
        <w:rPr>
          <w:i/>
        </w:rPr>
        <w:t>“Wahi ki do qismein hain: wahi matlu'w aur ghair matlu'w”</w:t>
      </w:r>
    </w:p>
    <w:p>
      <w:r>
        <w:rPr>
          <w:sz w:val="20"/>
        </w:rPr>
        <w:t>9:22  is is bat ko thora sa aur aap wazeh kar dein hum sab ke liye. kyunke bar bar quran mein aya hai ke rasool apni khwahish se kuch nahi kehta, balkeh woh wahi hoti hai jo isko ki jati hai.</w:t>
      </w:r>
      <w:r>
        <w:br/>
      </w:r>
      <w:r>
        <w:rPr>
          <w:sz w:val="20"/>
        </w:rPr>
        <w:t>9:38  to wahi ki asal mein do shaklein hain, do do qism hain: wahi mat lu' aur wahi ghair mat lu'. to</w:t>
      </w:r>
      <w:r>
        <w:br/>
      </w:r>
      <w:r>
        <w:rPr>
          <w:sz w:val="20"/>
        </w:rPr>
        <w:t>9:47  quran ko wahi mat lu' kehte hain. mat lu' yani tilawat ki jaye jis ki, aur wahi ghair mat lu' jis ki tilawat na ki jaye. to woh hadith ke liye yeh lafz aata hai: wahi ghair mat lu'. yani jo kuch bhi rasool Allah sal Allah aleh wasalam bolte hain, to aap ne jo bhi bola, woh sab inspired hota tha apne nafs se, apni khwahishat ke mutabiq aap kuch nahi kehte the.</w:t>
      </w:r>
      <w:r>
        <w:br/>
      </w:r>
      <w:r>
        <w:rPr>
          <w:sz w:val="20"/>
        </w:rPr>
        <w:t>10:13  to quran mein aya hai ke rasool ke andar tumhare liye bohat hi, ah, bohat hi acha namuna hai: uswa-e-hasna.</w:t>
      </w:r>
      <w:r>
        <w:br/>
      </w:r>
      <w:r>
        <w:rPr>
          <w:sz w:val="20"/>
        </w:rPr>
        <w:t>10:22  to yeh surah al ahzab mein aya hai, bar bar aya hai ke Allah aur rasool ki it'at karo taake tum par reham kiya jaye. ek aur ayat hai ke jis ne meri it'at ki, us ne Allah ki it'at ki; jis ne meri nafarmani ki, us ne Allah ki nafarmani ki.</w:t>
      </w:r>
      <w:r>
        <w:br/>
      </w:r>
      <w:r>
        <w:rPr>
          <w:sz w:val="20"/>
        </w:rPr>
        <w:t>10:40  yeh ek hadith hai ke jis ne meri it'at ki, us ne Allah ki it'at ki; aur jis ne meri nafarmani ki, us ne Allah ki nafarmani ki.</w:t>
      </w:r>
      <w:r>
        <w:br/>
      </w:r>
      <w:r>
        <w:rPr>
          <w:sz w:val="20"/>
        </w:rPr>
        <w:t>10:51  to yeh bohat sare aisi quran mein ayatein hain, aur rasool Allah sal Allah aleh wasalam ki hadith hai ke humein har haal mein rasool Allah sal Allah aleh wasalam ki it'at karni hai, is</w:t>
      </w:r>
      <w:r>
        <w:br/>
      </w:r>
      <w:r>
        <w:rPr>
          <w:sz w:val="20"/>
        </w:rPr>
        <w:t>11:05  mein hamari bhalai hai. aur quran ka yeh hukum ek aur ayat mein aya hai, chapter 59 ke rasool se jo kuch tum ko mila, tum us ki pairwi karo; aur jis se rasool tum ko roke, tum us se ruk jao.</w:t>
      </w:r>
      <w:r>
        <w:br/>
      </w:r>
      <w:r>
        <w:rPr>
          <w:sz w:val="20"/>
        </w:rPr>
        <w:t>11:21  to yeh bilkul clear hai ke humein har haal mein rasool Allah sal Allah aleh wasalam ki hadith aur aap ki sunnat par amal karna hai, tabhi hum quran ke peeru kahe ja sakte hain.</w:t>
      </w:r>
    </w:p>
    <w:p>
      <w:pPr>
        <w:pStyle w:val="Heading2"/>
      </w:pPr>
      <w:r>
        <w:t>Muslims' rebellion without true servanthood</w:t>
      </w:r>
    </w:p>
    <w:p>
      <w:r>
        <w:rPr>
          <w:color w:val="666666"/>
          <w:sz w:val="18"/>
        </w:rPr>
        <w:t>Hadith-e-Qudsi April 24, 2014 Maulana Wahiduddin Khan · 1m 49s · at 13:08 · https://youtu.be/DXaqyk0uct0?t=788</w:t>
      </w:r>
    </w:p>
    <w:p>
      <w:r>
        <w:rPr>
          <w:i/>
        </w:rPr>
        <w:t>“Today's Muslims are making noise, but God's help does not come.”</w:t>
      </w:r>
    </w:p>
    <w:p>
      <w:r>
        <w:rPr>
          <w:sz w:val="20"/>
        </w:rPr>
        <w:t>13:08  aaj kal musalman jo hain, hangame kar rahe hain, ladai jhagda kar rahe hain, sadkon par hangame ho rahe hain, takrao ho raha hai, gun aur bam chalai ja rahi hai, aur Allah ki madad nahi aati.</w:t>
      </w:r>
      <w:r>
        <w:br/>
      </w:r>
      <w:r>
        <w:rPr>
          <w:sz w:val="20"/>
        </w:rPr>
        <w:t>13:23  halanke duayen bhi ho rahi hain, masjidon mein duayen ho rahi hain, khoob khoob duayen ho rahi hain in ke liye, lekin qabool nahi hoti dua,</w:t>
      </w:r>
      <w:r>
        <w:br/>
      </w:r>
      <w:r>
        <w:rPr>
          <w:sz w:val="20"/>
        </w:rPr>
        <w:t>13:32  kyun ke woh aisi cheez mang rahe hain jo Allah ne muqaddar hi nahi kiya hai.</w:t>
      </w:r>
      <w:r>
        <w:br/>
      </w:r>
      <w:r>
        <w:rPr>
          <w:sz w:val="20"/>
        </w:rPr>
        <w:t>13:42  Allah ne aap ko hukum hi nahi diya hai ke aap dunya mein Islam ka jhanda uthayen, Islam ki hukumat qaim karen. yeh yeh Allah ne hukum hi nahi diya.</w:t>
      </w:r>
      <w:r>
        <w:br/>
      </w:r>
      <w:r>
        <w:rPr>
          <w:sz w:val="20"/>
        </w:rPr>
        <w:t>13:53  yeh to aap ne khud khud sakhta, aap ka yeh</w:t>
      </w:r>
      <w:r>
        <w:br/>
      </w:r>
      <w:r>
        <w:rPr>
          <w:sz w:val="20"/>
        </w:rPr>
        <w:t>13:59  khud khud sakhta naqsha hai.</w:t>
      </w:r>
      <w:r>
        <w:br/>
      </w:r>
      <w:r>
        <w:rPr>
          <w:sz w:val="20"/>
        </w:rPr>
        <w:t>14:03  Allah ka jo hukum hai, woh yeh hai ke aap</w:t>
      </w:r>
      <w:r>
        <w:br/>
      </w:r>
      <w:r>
        <w:rPr>
          <w:sz w:val="20"/>
        </w:rPr>
        <w:t>14:09  sachche momin banen, sachche ibadat guzar banen, apne akhlaq ko rabani akhlaq banayen, aap insan ke khair khwah ban kar rahen,</w:t>
      </w:r>
      <w:r>
        <w:br/>
      </w:r>
      <w:r>
        <w:rPr>
          <w:sz w:val="20"/>
        </w:rPr>
        <w:t>14:25  apne mamlat ko dhandari par qaim karen,</w:t>
      </w:r>
      <w:r>
        <w:br/>
      </w:r>
      <w:r>
        <w:rPr>
          <w:sz w:val="20"/>
        </w:rPr>
        <w:t>14:32  apni family mein, apne samaj mein, apne huqooq ko ada karen, aur phir dawat Allah ka kaam karen, Allah ke paigham ko sari dunya tak pahunchana.</w:t>
      </w:r>
      <w:r>
        <w:br/>
      </w:r>
      <w:r>
        <w:rPr>
          <w:sz w:val="20"/>
        </w:rPr>
        <w:t>14:48  is tareeqe se jab aap ikhtiyar karenge divine culture ko, to har qadam par aap ko Allah ki madad milegi.</w:t>
      </w:r>
    </w:p>
    <w:p>
      <w:pPr>
        <w:pStyle w:val="Heading2"/>
      </w:pPr>
      <w:r>
        <w:t>Introduction and recitation of hadith</w:t>
      </w:r>
    </w:p>
    <w:p>
      <w:r>
        <w:rPr>
          <w:color w:val="666666"/>
          <w:sz w:val="18"/>
        </w:rPr>
        <w:t>Why God gives Shocks to a Person September 22, 2018 · 2m 02s · at 0:14 · https://youtu.be/dG3v31RusHo?t=14</w:t>
      </w:r>
    </w:p>
    <w:p>
      <w:r>
        <w:rPr>
          <w:i/>
        </w:rPr>
        <w:t>“Bismillah ir-Rahman ir-Rahim, wa salli ala an-Nabi al-Kareem.”</w:t>
      </w:r>
    </w:p>
    <w:p>
      <w:r>
        <w:rPr>
          <w:sz w:val="20"/>
        </w:rPr>
        <w:t>0:14  Bismillah-ir-Rahman-ir-Rahim, wa sallallahu 'ala-n-nabiyyi-l-kareem.</w:t>
      </w:r>
      <w:r>
        <w:br/>
      </w:r>
      <w:r>
        <w:rPr>
          <w:sz w:val="20"/>
        </w:rPr>
        <w:t>0:27  22 September 2018.</w:t>
      </w:r>
      <w:r>
        <w:br/>
      </w:r>
      <w:r>
        <w:rPr>
          <w:sz w:val="20"/>
        </w:rPr>
        <w:t>0:35  aaj ke liye, aaj ke dars ke liye, ek hadith ka intikhab kiya gaya hai.</w:t>
      </w:r>
      <w:r>
        <w:br/>
      </w:r>
      <w:r>
        <w:rPr>
          <w:sz w:val="20"/>
        </w:rPr>
        <w:t>0:45  woh hadith</w:t>
      </w:r>
      <w:r>
        <w:br/>
      </w:r>
      <w:r>
        <w:rPr>
          <w:sz w:val="20"/>
        </w:rPr>
        <w:t>0:48  pehley aap ke samne parhi jayegi, is ke baad is par inshallah kuch arz kiya jayega.</w:t>
      </w:r>
      <w:r>
        <w:br/>
      </w:r>
      <w:r>
        <w:rPr>
          <w:sz w:val="20"/>
        </w:rPr>
        <w:t>0:59  an Abdullah ibn Mughaffal qala: qala rajulun li-n-nabiyyi sallallahu 'alayhi wa sallam:</w:t>
      </w:r>
      <w:r>
        <w:br/>
      </w:r>
      <w:r>
        <w:rPr>
          <w:sz w:val="20"/>
        </w:rPr>
        <w:t>1:07  "ya rasool Allah, wallah inni lahubbuk." kaha us se: "dekho tum kya keh rahe ho." kaha: "wallah inni lahubbuk" teen martaba.</w:t>
      </w:r>
      <w:r>
        <w:br/>
      </w:r>
      <w:r>
        <w:rPr>
          <w:sz w:val="20"/>
        </w:rPr>
        <w:t>1:19  kaha: "agar tum mujh se muhabbat karte ho to tayyari kar lo bohat sakht faqir ki, kyun ke faqr us se ziyada tezi se utarta hai jaisa ke sailab dhalwan ki taraf utarta hai." sunan tirmazi hadith number 2350.</w:t>
      </w:r>
      <w:r>
        <w:br/>
      </w:r>
      <w:r>
        <w:rPr>
          <w:sz w:val="20"/>
        </w:rPr>
        <w:t>1:35  abdullah bin mughaffal se riwayat hai ke ek aadmi ne nabi sallallahu alaihi wasallam se kaha: "ae Allah ke rasool,</w:t>
      </w:r>
      <w:r>
        <w:br/>
      </w:r>
      <w:r>
        <w:rPr>
          <w:sz w:val="20"/>
        </w:rPr>
        <w:t>1:42  Allah ki qasam, main aap se muhabbat karta hoon." aap ne un se kaha: "soch lo tum kya keh rahe ho." us ne kaha: "Allah ki qasam, main aap se muhabbat karta hoon." aisa us ne teen martaba kaha.</w:t>
      </w:r>
      <w:r>
        <w:br/>
      </w:r>
      <w:r>
        <w:rPr>
          <w:sz w:val="20"/>
        </w:rPr>
        <w:t>1:59  aap ne kaha: "agar tum mujh se muhabbat karte ho to tayyari kar lo bohat hi sakht qism ke faqr ke liye, kyun ke jo mujh se muhabbat kare us ki taraf faqr us se bhi ziyada tezi se utarta hai jaisa ke sailab dhalwan ki taraf utarta hai."</w:t>
      </w:r>
    </w:p>
    <w:p>
      <w:pPr>
        <w:pStyle w:val="Heading2"/>
      </w:pPr>
      <w:r>
        <w:t>Examples refuting majority equals truth</w:t>
      </w:r>
    </w:p>
    <w:p>
      <w:r>
        <w:rPr>
          <w:color w:val="666666"/>
          <w:sz w:val="18"/>
        </w:rPr>
        <w:t>The Importance of Unity March 15, 2014 · 2m 39s · at 3:05 · https://youtu.be/-xS-eK4zw-k?t=185</w:t>
      </w:r>
    </w:p>
    <w:p>
      <w:r>
        <w:rPr>
          <w:i/>
        </w:rPr>
        <w:t>“Is ka matlab logon ne yeh samajh liya”</w:t>
      </w:r>
    </w:p>
    <w:p>
      <w:r>
        <w:rPr>
          <w:sz w:val="20"/>
        </w:rPr>
        <w:t>3:05  iska matlab logon ne yeh samajh liya ke ummat jab kisi issue par mutahid ho jaye to woh issue sahi hoga.</w:t>
      </w:r>
      <w:r>
        <w:br/>
      </w:r>
      <w:r>
        <w:rPr>
          <w:sz w:val="20"/>
        </w:rPr>
        <w:t>3:16  yani ijtima ko haq ke mani mein le liya. yeh hargiz is hadith ka mafhoom nahi hai. kisi bheed ka mujtami ho jana yeh is baat ka saboot nahi hai ke woh mawqaf jo hai haq hai.</w:t>
      </w:r>
      <w:r>
        <w:br/>
      </w:r>
      <w:r>
        <w:rPr>
          <w:sz w:val="20"/>
        </w:rPr>
        <w:t>3:35  misalan dekhen,</w:t>
      </w:r>
      <w:r>
        <w:br/>
      </w:r>
      <w:r>
        <w:rPr>
          <w:sz w:val="20"/>
        </w:rPr>
        <w:t>3:38  agar haq ho to is tarah ke waqiat kai baar hue hain, aur is mein ummat sakht nakaam hui. misalan dekhen,</w:t>
      </w:r>
      <w:r>
        <w:br/>
      </w:r>
      <w:r>
        <w:rPr>
          <w:sz w:val="20"/>
        </w:rPr>
        <w:t>3:52  beesveen sadi ke rub'e awwal mein taqreeban poori ummat jo hai mujtami ho gayi thi khilafat-e-turki ke masle par.</w:t>
      </w:r>
      <w:r>
        <w:br/>
      </w:r>
      <w:r>
        <w:rPr>
          <w:sz w:val="20"/>
        </w:rPr>
        <w:t>4:03  yani turki khilafat ko bachao, lekin poori ummat ka ijtima turki khilafat ko bacha nahi saka. khilafat khatm ho gayi.</w:t>
      </w:r>
      <w:r>
        <w:br/>
      </w:r>
      <w:r>
        <w:rPr>
          <w:sz w:val="20"/>
        </w:rPr>
        <w:t>4:16  to agar poori ummat ka kisi issue par aktha ho jana yeh haq ki alamat ho to kya Allah ne saath nahi diya in ka?</w:t>
      </w:r>
      <w:r>
        <w:br/>
      </w:r>
      <w:r>
        <w:rPr>
          <w:sz w:val="20"/>
        </w:rPr>
        <w:t>4:26  halankeh yeh namumkin baat hai. yani poori poori ummat ek sachay issue par aktha ho jaye aur Allah saath na de is ka, yeh to bilkul unthinkable hai.</w:t>
      </w:r>
      <w:r>
        <w:br/>
      </w:r>
      <w:r>
        <w:rPr>
          <w:sz w:val="20"/>
        </w:rPr>
        <w:t>4:39  aise hi dekhen, falasteen ke issue par tamam arab, jitne bhi arab hain, sab mutahid hain.</w:t>
      </w:r>
      <w:r>
        <w:br/>
      </w:r>
      <w:r>
        <w:rPr>
          <w:sz w:val="20"/>
        </w:rPr>
        <w:t>4:46  to agar in ka mawqaf durust ho to falasteen mein woh nakaam kyun ho rahe hain? agar in ka mawqaf durust hota zaroor in ko falasteen mein kamyabi hoti.</w:t>
      </w:r>
      <w:r>
        <w:br/>
      </w:r>
      <w:r>
        <w:rPr>
          <w:sz w:val="20"/>
        </w:rPr>
        <w:t>4:58  aise hi dekhen, maghribi qomon ke baray mein sare musalman, shayad mein hi ek mustasni hoon, yeh samajhte hain ke sab maghribi qomein muslim dushman hain,</w:t>
      </w:r>
      <w:r>
        <w:br/>
      </w:r>
      <w:r>
        <w:rPr>
          <w:sz w:val="20"/>
        </w:rPr>
        <w:t>5:12  islam ke khilaf hain.</w:t>
      </w:r>
      <w:r>
        <w:br/>
      </w:r>
      <w:r>
        <w:rPr>
          <w:sz w:val="20"/>
        </w:rPr>
        <w:t>5:15  to agar yeh mawqaf durust hota to unhein koi taraqqi kyun ho rahi hai? wohi har jagah kyun dominate kar rahe hain? musalman to sirf protest kar rahe hain, complaint kar rahe hain, shikayatein kar rahe hain.</w:t>
      </w:r>
      <w:r>
        <w:br/>
      </w:r>
      <w:r>
        <w:rPr>
          <w:sz w:val="20"/>
        </w:rPr>
        <w:t>5:30  to yeh baat bazahir ghalat hai ke ummat agar kisi issue par ek ho jaye,</w:t>
      </w:r>
    </w:p>
    <w:p>
      <w:pPr>
        <w:pStyle w:val="Heading2"/>
      </w:pPr>
      <w:r>
        <w:t>Shura as demonopolization and freedom of expression</w:t>
      </w:r>
    </w:p>
    <w:p>
      <w:r>
        <w:rPr>
          <w:color w:val="666666"/>
          <w:sz w:val="18"/>
        </w:rPr>
        <w:t>CPS Women Monthly Q and A with Prof. Farida Khanam and Maulana Farhad Ahmed Umeri July 30, 2023 · 2m 49s · at 14:57 · https://youtu.be/zKtfjSCnoAE?t=897</w:t>
      </w:r>
    </w:p>
    <w:p>
      <w:r>
        <w:rPr>
          <w:i/>
        </w:rPr>
        <w:t>“Pehle zamane mein tribal age mein monopoly hoti thi”</w:t>
      </w:r>
    </w:p>
    <w:p>
      <w:r>
        <w:rPr>
          <w:sz w:val="20"/>
        </w:rPr>
        <w:t>14:57  pehlay zamane mein tribal age mein hota tha monopoly hoti thi.</w:t>
      </w:r>
      <w:r>
        <w:br/>
      </w:r>
      <w:r>
        <w:rPr>
          <w:sz w:val="20"/>
        </w:rPr>
        <w:t>15:14  King jo bolega wahi kya hai?</w:t>
      </w:r>
      <w:r>
        <w:br/>
      </w:r>
      <w:r>
        <w:rPr>
          <w:sz w:val="20"/>
        </w:rPr>
        <w:t>15:31  qanoon ban gaya.</w:t>
      </w:r>
      <w:r>
        <w:br/>
      </w:r>
      <w:r>
        <w:rPr>
          <w:sz w:val="20"/>
        </w:rPr>
        <w:t>15:49  uski ek ek baat qanoon hoti thi.</w:t>
      </w:r>
      <w:r>
        <w:br/>
      </w:r>
      <w:r>
        <w:rPr>
          <w:sz w:val="20"/>
        </w:rPr>
        <w:t>16:06  to shurra ka jo concept diya na woh asal mein demonopolization hai.</w:t>
      </w:r>
      <w:r>
        <w:br/>
      </w:r>
      <w:r>
        <w:rPr>
          <w:sz w:val="20"/>
        </w:rPr>
        <w:t>16:24  To yeh sari cheezein kya mashwara ki buniyad par hi hoti hain. Mashwara ki yeh ek badli hui shakal hai. To har ek koi jo Islam ne yeh diya tha ki aapko apni rai rakhne ka haq hai. Wahi cheez to democracy hai. Woh freedom of expression hai. Haan. Wahi democracy ki buniyad hai. Woh to poori tarike se Islam ne usko jagah diya. Khulafaye Rashidun ke zamane tak yahi hota tha.</w:t>
      </w:r>
      <w:r>
        <w:br/>
      </w:r>
      <w:r>
        <w:rPr>
          <w:sz w:val="20"/>
        </w:rPr>
        <w:t>16:52  Koi kaam bagair mashware ke nahi hota tha. Ab zamane ke lihaz se tha jaise jaise zamana badalta jaye uski shaklein badalti jayengi. Ab kuch aur clear na ho to bataiye. Nahi bahut clear ho gaya aur yeh jo demonetization, freedom of expression all these they were always there. Bahut clear ho gaya. Thank you. Thank you, Apa, for this beautiful answer that you gave.</w:t>
      </w:r>
      <w:r>
        <w:br/>
      </w:r>
      <w:r>
        <w:rPr>
          <w:sz w:val="20"/>
        </w:rPr>
        <w:t>17:20  Freedom of expression is a very important part of democracy. Without it, the new democracy can stand. So now the question goes comes from other ladies who have joined in this session. Kindly ask your question whoever one has. Ok, Doctor Shravana Paresh please ask your question. Please mute yourself, unmute yourself. Salaam Alaikum. Wa alaikum assalam.</w:t>
      </w:r>
      <w:r>
        <w:br/>
      </w:r>
      <w:r>
        <w:rPr>
          <w:sz w:val="20"/>
        </w:rPr>
        <w:t>17:46  nahi, qurbani to ab jo hoti hai woh alag hi naam pata hai lekin ghar gaay mein saat</w:t>
      </w:r>
    </w:p>
    <w:p>
      <w:pPr>
        <w:pStyle w:val="Heading2"/>
      </w:pPr>
      <w:r>
        <w:t>Reason behind shift of emphasis in dawah</w:t>
      </w:r>
    </w:p>
    <w:p>
      <w:r>
        <w:rPr>
          <w:color w:val="666666"/>
          <w:sz w:val="18"/>
        </w:rPr>
        <w:t>Lessons from My Journey to Canada II January 10, 2016 · 2m 59s · at 42:11 · https://youtu.be/GHF2Ph3GW7A?t=2531</w:t>
      </w:r>
    </w:p>
    <w:p>
      <w:r>
        <w:rPr>
          <w:i/>
        </w:rPr>
        <w:t>“What is the reason behind the shift of their emphasis?”</w:t>
      </w:r>
    </w:p>
    <w:p>
      <w:r>
        <w:rPr>
          <w:sz w:val="20"/>
        </w:rPr>
        <w:t>42:11  "What is the reason behind the shift of their emphasis?"</w:t>
      </w:r>
      <w:r>
        <w:br/>
      </w:r>
      <w:r>
        <w:rPr>
          <w:sz w:val="20"/>
        </w:rPr>
        <w:t>42:18  mein ne chand baar mujhe is ka tajurba hua hai kuch musalmanon se jo parhe likhe thay.</w:t>
      </w:r>
      <w:r>
        <w:br/>
      </w:r>
      <w:r>
        <w:rPr>
          <w:sz w:val="20"/>
        </w:rPr>
        <w:t>42:26  mein ne kaha ke aap log dawat ka kaam kyun nahi karte? dawat hai Allah ka kaam.</w:t>
      </w:r>
      <w:r>
        <w:br/>
      </w:r>
      <w:r>
        <w:rPr>
          <w:sz w:val="20"/>
        </w:rPr>
        <w:t>42:33  to unhon ne kaha ke dawat to</w:t>
      </w:r>
      <w:r>
        <w:br/>
      </w:r>
      <w:r>
        <w:rPr>
          <w:sz w:val="20"/>
        </w:rPr>
        <w:t>42:36  rasool Allah ka kaam tha.</w:t>
      </w:r>
      <w:r>
        <w:br/>
      </w:r>
      <w:r>
        <w:rPr>
          <w:sz w:val="20"/>
        </w:rPr>
        <w:t>42:42  ya rasool to</w:t>
      </w:r>
      <w:r>
        <w:br/>
      </w:r>
      <w:r>
        <w:rPr>
          <w:sz w:val="20"/>
        </w:rPr>
        <w:t>42:48  musalmanon mein shayad consciously ya unconsciously yeh baat baithi hui hai ke dawat tha ghair muslimon ki dawat.</w:t>
      </w:r>
      <w:r>
        <w:br/>
      </w:r>
      <w:r>
        <w:rPr>
          <w:sz w:val="20"/>
        </w:rPr>
        <w:t>42:57  rasool Allah ka kaam tha, hamara kaam tha ke namaz roza karein, madarse qaim karein, masjid banayein.</w:t>
      </w:r>
      <w:r>
        <w:br/>
      </w:r>
      <w:r>
        <w:rPr>
          <w:sz w:val="20"/>
        </w:rPr>
        <w:t>43:04  yeh ek galat soch hai.</w:t>
      </w:r>
      <w:r>
        <w:br/>
      </w:r>
      <w:r>
        <w:rPr>
          <w:sz w:val="20"/>
        </w:rPr>
        <w:t>43:09  poori tareekh mein dawat ki ahmiyat jo hai hadaf ho gayi.</w:t>
      </w:r>
      <w:r>
        <w:br/>
      </w:r>
      <w:r>
        <w:rPr>
          <w:sz w:val="20"/>
        </w:rPr>
        <w:t>43:14  dawat ka kaam jaari raha is shakal mein ke Quran apni khud apni taqat se phailta raha, apni</w:t>
      </w:r>
      <w:r>
        <w:br/>
      </w:r>
      <w:r>
        <w:rPr>
          <w:sz w:val="20"/>
        </w:rPr>
        <w:t>43:21  taqat se. kyunke musalmanon mein jo barh bari tehrikein uthein, barh bari tehrikein to un mein se koi</w:t>
      </w:r>
      <w:r>
        <w:br/>
      </w:r>
      <w:r>
        <w:rPr>
          <w:sz w:val="20"/>
        </w:rPr>
        <w:t>43:27  dawat par nahi thi, koi kalam par, koi fiqah par, koi</w:t>
      </w:r>
      <w:r>
        <w:br/>
      </w:r>
      <w:r>
        <w:rPr>
          <w:sz w:val="20"/>
        </w:rPr>
        <w:t>43:34  millat ke ahya par,</w:t>
      </w:r>
      <w:r>
        <w:br/>
      </w:r>
      <w:r>
        <w:rPr>
          <w:sz w:val="20"/>
        </w:rPr>
        <w:t>43:37  koi jihad par,</w:t>
      </w:r>
      <w:r>
        <w:br/>
      </w:r>
      <w:r>
        <w:rPr>
          <w:sz w:val="20"/>
        </w:rPr>
        <w:t>43:40  yaani doosre doosre nishanon par tehrikein uthein, is par nahi uthi.</w:t>
      </w:r>
      <w:r>
        <w:br/>
      </w:r>
      <w:r>
        <w:rPr>
          <w:sz w:val="20"/>
        </w:rPr>
        <w:t>43:46  to kisi wajah se logon ka yeh zehan baith gaya ke dawat ka kaam to rasool ka kaam</w:t>
      </w:r>
      <w:r>
        <w:br/>
      </w:r>
      <w:r>
        <w:rPr>
          <w:sz w:val="20"/>
        </w:rPr>
        <w:t>43:51  tha, unhon ne kar diya.</w:t>
      </w:r>
      <w:r>
        <w:br/>
      </w:r>
      <w:r>
        <w:rPr>
          <w:sz w:val="20"/>
        </w:rPr>
        <w:t>43:53  ab hamein to millat ka kaam karna hai.</w:t>
      </w:r>
      <w:r>
        <w:br/>
      </w:r>
      <w:r>
        <w:rPr>
          <w:sz w:val="20"/>
        </w:rPr>
        <w:t>43:59  waqai yeh tareekh ka ek sawal hai ke kaise, yaani</w:t>
      </w:r>
      <w:r>
        <w:br/>
      </w:r>
      <w:r>
        <w:rPr>
          <w:sz w:val="20"/>
        </w:rPr>
        <w:t>44:04  patri jo hai dawat se hat gayi.</w:t>
      </w:r>
      <w:r>
        <w:br/>
      </w:r>
      <w:r>
        <w:rPr>
          <w:sz w:val="20"/>
        </w:rPr>
        <w:t>44:08  to ek wajah meri samajh mein yeh aati hai ke logon ne yeh samajh liya ke dawat ka</w:t>
      </w:r>
      <w:r>
        <w:br/>
      </w:r>
      <w:r>
        <w:rPr>
          <w:sz w:val="20"/>
        </w:rPr>
        <w:t>44:11  kaam ghair muslimon, dawat ka kaam peghambar ka kaam tha, unhon ne kar diya.</w:t>
      </w:r>
      <w:r>
        <w:br/>
      </w:r>
      <w:r>
        <w:rPr>
          <w:sz w:val="20"/>
        </w:rPr>
        <w:t>44:16  lekin sawal yeh hai ke jo baad ki generation hai, jo jab peghambar mojood nahi hain,</w:t>
      </w:r>
      <w:r>
        <w:br/>
      </w:r>
      <w:r>
        <w:rPr>
          <w:sz w:val="20"/>
        </w:rPr>
        <w:t>44:23  to kya woh un ko dawat nahi pahunchai gayi? rasool Allah ne apne contemporary logon ko pahunchaya dawat.</w:t>
      </w:r>
      <w:r>
        <w:br/>
      </w:r>
      <w:r>
        <w:rPr>
          <w:sz w:val="20"/>
        </w:rPr>
        <w:t>44:30  ab jo baad ke log hain,</w:t>
      </w:r>
      <w:r>
        <w:br/>
      </w:r>
      <w:r>
        <w:rPr>
          <w:sz w:val="20"/>
        </w:rPr>
        <w:t>44:32  un ki baad ki naslein</w:t>
      </w:r>
      <w:r>
        <w:br/>
      </w:r>
      <w:r>
        <w:rPr>
          <w:sz w:val="20"/>
        </w:rPr>
        <w:t>44:35  to unhein bhi pohnchana hai humein.</w:t>
      </w:r>
      <w:r>
        <w:br/>
      </w:r>
      <w:r>
        <w:rPr>
          <w:sz w:val="20"/>
        </w:rPr>
        <w:t>44:38  to behrhaal yeh baat sahi hai, lekin is se humein hamari zimmedari ka ehsaas barhta barhna chahiye</w:t>
      </w:r>
      <w:r>
        <w:br/>
      </w:r>
      <w:r>
        <w:rPr>
          <w:sz w:val="20"/>
        </w:rPr>
        <w:t>44:47  ke jo kaam,</w:t>
      </w:r>
      <w:r>
        <w:br/>
      </w:r>
      <w:r>
        <w:rPr>
          <w:sz w:val="20"/>
        </w:rPr>
        <w:t>44:52  yani ummat mein bohat kam kiya gaya, us ko hum zyada taqat ke sath karna hai.</w:t>
      </w:r>
      <w:r>
        <w:br/>
      </w:r>
      <w:r>
        <w:rPr>
          <w:sz w:val="20"/>
        </w:rPr>
        <w:t>44:58  مولانا، ان کا ایک اور سوال ہے، انہوں نے آپ سے یہ بھی پوچھا ہے کہ "What is</w:t>
      </w:r>
      <w:r>
        <w:br/>
      </w:r>
      <w:r>
        <w:rPr>
          <w:sz w:val="20"/>
        </w:rPr>
        <w:t>45:03  The meaning of Ulul Albab that is mentioned in the Quran more than once</w:t>
      </w:r>
    </w:p>
    <w:p>
      <w:pPr>
        <w:pStyle w:val="Heading2"/>
      </w:pPr>
      <w:r>
        <w:t>Reassessment as sunnah proven by Hudaybiyyah</w:t>
      </w:r>
    </w:p>
    <w:p>
      <w:r>
        <w:rPr>
          <w:color w:val="666666"/>
          <w:sz w:val="18"/>
        </w:rPr>
        <w:t>The Issues of Islam in the Present World 11 Nov, 2012 - Maulana Wahiduddin Khan · 2m 35s · at 2:40 · https://youtu.be/_2hQa846Qzc?t=160</w:t>
      </w:r>
    </w:p>
    <w:p>
      <w:r>
        <w:rPr>
          <w:i/>
        </w:rPr>
        <w:t>“You have to reassess the whole matter.”</w:t>
      </w:r>
    </w:p>
    <w:p>
      <w:r>
        <w:rPr>
          <w:sz w:val="20"/>
        </w:rPr>
        <w:t>2:40  you have to reassess the whole matter. Yeh bhi Islam ki ek sunnat hai. Is ka ek saboot yeh hai ke Rasool Allah sallallahu alaihi wasallam ke zamanay mein dekhiye,</w:t>
      </w:r>
      <w:r>
        <w:br/>
      </w:r>
      <w:r>
        <w:rPr>
          <w:sz w:val="20"/>
        </w:rPr>
        <w:t>2:54  badr ka ghazwa hua, hunain ka ghazwa hua, uhud ka ghazwa hua, aur chhote chhote ghazwat hue.</w:t>
      </w:r>
      <w:r>
        <w:br/>
      </w:r>
      <w:r>
        <w:rPr>
          <w:sz w:val="20"/>
        </w:rPr>
        <w:t>3:06  lekin masla hal nahi hota tha.</w:t>
      </w:r>
      <w:r>
        <w:br/>
      </w:r>
      <w:r>
        <w:rPr>
          <w:sz w:val="20"/>
        </w:rPr>
        <w:t>3:12  shirk ka dard khatm nahi hota tha. to aap ne reassess kiya, revise kiya, aur aap ne replanning ki.</w:t>
      </w:r>
      <w:r>
        <w:br/>
      </w:r>
      <w:r>
        <w:rPr>
          <w:sz w:val="20"/>
        </w:rPr>
        <w:t>3:24  yani</w:t>
      </w:r>
      <w:r>
        <w:br/>
      </w:r>
      <w:r>
        <w:rPr>
          <w:sz w:val="20"/>
        </w:rPr>
        <w:t>3:28  war ke bajaye peace par mabni planning. woh thi hudaybiyah. bohat hi zyada sochne ki baat hai ke makki daur se le kar madani taur tak bar bar takrao hota raha, chhote baday.</w:t>
      </w:r>
      <w:r>
        <w:br/>
      </w:r>
      <w:r>
        <w:rPr>
          <w:sz w:val="20"/>
        </w:rPr>
        <w:t>3:52  lekin masla hal nahi hota tha.</w:t>
      </w:r>
      <w:r>
        <w:br/>
      </w:r>
      <w:r>
        <w:rPr>
          <w:sz w:val="20"/>
        </w:rPr>
        <w:t>3:57  masla yeh tha ke shirk ka dard khatm ho aur tauheed ka daur aaye. to woh nahi aata tha woh. to rasool allah sallallahu alaihi wasallam ne allah ki tawfeeq se replanning ki.</w:t>
      </w:r>
      <w:r>
        <w:br/>
      </w:r>
      <w:r>
        <w:rPr>
          <w:sz w:val="20"/>
        </w:rPr>
        <w:t>4:15  ke is se pehle jo aap ki struggle thi, us mein bar bar war pesh aati thi, skirmishes pesh aati thin, takrao pesh aata tha.</w:t>
      </w:r>
      <w:r>
        <w:br/>
      </w:r>
      <w:r>
        <w:rPr>
          <w:sz w:val="20"/>
        </w:rPr>
        <w:t>4:29  to aap ne saare mamle ko ult diya aur aap ne san hudaybiyah kar li. san hudaybiyah jo hai, anokhi sunnat thi jis mein fareeq-e-sani ki sharton ko unilateral taur par maan liya gaya.</w:t>
      </w:r>
      <w:r>
        <w:br/>
      </w:r>
      <w:r>
        <w:rPr>
          <w:sz w:val="20"/>
        </w:rPr>
        <w:t>4:48  jo kaho manzoor, jo kaho manzoor. bas peace hum chahte hain. hatta ke allah rasool allah ko aap ne kaghaz se mita diya.</w:t>
      </w:r>
      <w:r>
        <w:br/>
      </w:r>
      <w:r>
        <w:rPr>
          <w:sz w:val="20"/>
        </w:rPr>
        <w:t>4:59  jo kehte gaye woh sab manzoor.</w:t>
      </w:r>
      <w:r>
        <w:br/>
      </w:r>
      <w:r>
        <w:rPr>
          <w:sz w:val="20"/>
        </w:rPr>
        <w:t>5:04  to yani from war to peace, yeh thi planning aap ki hudaybiyah ke mauqe par.</w:t>
      </w:r>
    </w:p>
    <w:p>
      <w:pPr>
        <w:pStyle w:val="Heading2"/>
      </w:pPr>
      <w:r>
        <w:t>Hadith: enter every home, not every heart</w:t>
      </w:r>
    </w:p>
    <w:p>
      <w:r>
        <w:rPr>
          <w:color w:val="666666"/>
          <w:sz w:val="18"/>
        </w:rPr>
        <w:t>Living in the 21st Century I 17th February 2013 - Maulana Wahiduddin Khan · 2m 14s · at 17:25 · https://youtu.be/ccUhM8fLtpU?t=1045</w:t>
      </w:r>
    </w:p>
    <w:p>
      <w:r>
        <w:rPr>
          <w:i/>
        </w:rPr>
        <w:t>“حدیث: لا يبقى على ظهر الأرض بيت مادر ولا وبر”</w:t>
      </w:r>
    </w:p>
    <w:p>
      <w:r>
        <w:rPr>
          <w:sz w:val="20"/>
        </w:rPr>
        <w:t>17:25  ke "la yabaqa ala zahr al-ard bait madar wala wabar illa adkhalallahu kalimatal Islam".</w:t>
      </w:r>
      <w:r>
        <w:br/>
      </w:r>
      <w:r>
        <w:rPr>
          <w:sz w:val="20"/>
        </w:rPr>
        <w:t>17:42  Is ka translation yeh hai</w:t>
      </w:r>
      <w:r>
        <w:br/>
      </w:r>
      <w:r>
        <w:rPr>
          <w:sz w:val="20"/>
        </w:rPr>
        <w:t>17:45  ke zameen ki satah par ek bhi ghar chhota ya bada nahi bachega</w:t>
      </w:r>
      <w:r>
        <w:br/>
      </w:r>
      <w:r>
        <w:rPr>
          <w:sz w:val="20"/>
        </w:rPr>
        <w:t>17:55  jahan Allah apne kalma ko dakhil na kar de.</w:t>
      </w:r>
      <w:r>
        <w:br/>
      </w:r>
      <w:r>
        <w:rPr>
          <w:sz w:val="20"/>
        </w:rPr>
        <w:t>18:02  Yeh Hadees mein bahut dinon se jaanta hoon lekin is ki ek meaning ko aaj hi mein discover kar paya.</w:t>
      </w:r>
      <w:r>
        <w:br/>
      </w:r>
      <w:r>
        <w:rPr>
          <w:sz w:val="20"/>
        </w:rPr>
        <w:t>18:11  Woh yeh hai ke dekhiye is Hadees mein Aaqa Nabi Alaihissalam ne yeh nahi kaha ke yeh nahi kaha ke har dil mein dakhil ho jayega.</w:t>
      </w:r>
      <w:r>
        <w:br/>
      </w:r>
      <w:r>
        <w:rPr>
          <w:sz w:val="20"/>
        </w:rPr>
        <w:t>18:24  Balke kaha ke har ghar mein dakhil ho jayega. Yeh bahut ajeeb baat hai.</w:t>
      </w:r>
      <w:r>
        <w:br/>
      </w:r>
      <w:r>
        <w:rPr>
          <w:sz w:val="20"/>
        </w:rPr>
        <w:t>18:31  Yeh Musalmanon ke mission ko batata yeh Hadees. Rasool Allah ke manne walon ko mission bata rahi hai yeh Hadees.</w:t>
      </w:r>
      <w:r>
        <w:br/>
      </w:r>
      <w:r>
        <w:rPr>
          <w:sz w:val="20"/>
        </w:rPr>
        <w:t>18:42  Achha Hadees mein agar yeh lafz hota ke har dil mein Allah ki baat dakhil ho jayegi</w:t>
      </w:r>
      <w:r>
        <w:br/>
      </w:r>
      <w:r>
        <w:rPr>
          <w:sz w:val="20"/>
        </w:rPr>
        <w:t>18:49  toh kaha Musalmanon ka mission yeh banta ke logon ke dilon mein dakhil karo. Logon ke mind ko badlo. Yeh mission ban jata.</w:t>
      </w:r>
      <w:r>
        <w:br/>
      </w:r>
      <w:r>
        <w:rPr>
          <w:sz w:val="20"/>
        </w:rPr>
        <w:t>19:00  Toh yeh nahi hai. Yeh hai ke gharon mein dakhil ho jana.</w:t>
      </w:r>
      <w:r>
        <w:br/>
      </w:r>
      <w:r>
        <w:rPr>
          <w:sz w:val="20"/>
        </w:rPr>
        <w:t>19:08  Har chhote bade ghar mein. Yeh kaisi ajeeb baat hai. Kyun ke insaan ko aap jaante hain ke Allah Ta'ala ne aazad paida kiya hai.</w:t>
      </w:r>
      <w:r>
        <w:br/>
      </w:r>
      <w:r>
        <w:rPr>
          <w:sz w:val="20"/>
        </w:rPr>
        <w:t>19:19  Is ko freedom of choice diya hai. Aur Quran mein la ikraha fid deen. Isi par koi pressure nahi hai kuch.</w:t>
      </w:r>
      <w:r>
        <w:br/>
      </w:r>
      <w:r>
        <w:rPr>
          <w:sz w:val="20"/>
        </w:rPr>
        <w:t>19:28  Toh agar goal yeh hota ke logon ke dilon mein tum ko dakhil karna hai Allah ki baat toh yeh ek unachievable goal hota.</w:t>
      </w:r>
    </w:p>
    <w:p>
      <w:pPr>
        <w:pStyle w:val="Heading2"/>
      </w:pPr>
      <w:r>
        <w:t>Story of Rashid Rida and sectarian hadith</w:t>
      </w:r>
    </w:p>
    <w:p>
      <w:r>
        <w:rPr>
          <w:color w:val="666666"/>
          <w:sz w:val="18"/>
        </w:rPr>
        <w:t>Wisdom of Hadith February 23, 2014 · 2m 26s · at 4:38 · https://youtu.be/8GZmhBU-LwE?t=278</w:t>
      </w:r>
    </w:p>
    <w:p>
      <w:r>
        <w:rPr>
          <w:i/>
        </w:rPr>
        <w:t>“Hamare madraso mein jis tarah hadith parhayi jati hai”</w:t>
      </w:r>
    </w:p>
    <w:p>
      <w:r>
        <w:rPr>
          <w:sz w:val="20"/>
        </w:rPr>
        <w:t>4:38  hamare madarison mein jis tarah hadith padhai jaati hai is ka main ek qissa batata hoon aap ko. unnis sau chudah mein Arab ke ek mashhoor aalim Rashid Raza Sheikh Rashid Raza India aaye the.</w:t>
      </w:r>
      <w:r>
        <w:br/>
      </w:r>
      <w:r>
        <w:rPr>
          <w:sz w:val="20"/>
        </w:rPr>
        <w:t>4:59  toh Deoband gaye woh. us waqt Deoband ka jo Darul Uloom hai us ke shakh al-hadith the Maulana Anwar Shah Kashmiri jinka inteqal hua hai nineteen thirty three mein.</w:t>
      </w:r>
      <w:r>
        <w:br/>
      </w:r>
      <w:r>
        <w:rPr>
          <w:sz w:val="20"/>
        </w:rPr>
        <w:t>5:17  toh unhone taqreer ki. Arabi mein taqreer ki unhone. jo rawdad mein chhapi hui maujood hai. toh sari taqreer mein unhone dikhaya ke Hanafi maslak jo hai woh ain hadith ke mutabiq hai.</w:t>
      </w:r>
      <w:r>
        <w:br/>
      </w:r>
      <w:r>
        <w:rPr>
          <w:sz w:val="20"/>
        </w:rPr>
        <w:t>5:34  Hanafi maslak kya hai wohi juz'iyati maslak. Hanafi aur ghair Hanafi mein juz'iyati shariat juz'iyat-e-shariat ke maamle mein bahut baatein hain bahut baatein hain.</w:t>
      </w:r>
      <w:r>
        <w:br/>
      </w:r>
      <w:r>
        <w:rPr>
          <w:sz w:val="20"/>
        </w:rPr>
        <w:t>5:45  bohat bahasain hain. maslan hanfi log mante hain "ameen bil-sir" ko. aur doosre log mante hain "ameen bil-jahr" ko. is bari bahas hai is ke upar.</w:t>
      </w:r>
      <w:r>
        <w:br/>
      </w:r>
      <w:r>
        <w:rPr>
          <w:sz w:val="20"/>
        </w:rPr>
        <w:t>5:56  hanfi log "rafayadain" ko nahi mante. woh doosre log "rafayadain" ko mante hain. to yeh bari bahas hai. to allama anwar shah kashmiri ne apni taqreer mein yeh sabit kiya ke jo maslak hanfi hai wohi hadith ke mutabiq hai.</w:t>
      </w:r>
      <w:r>
        <w:br/>
      </w:r>
      <w:r>
        <w:rPr>
          <w:sz w:val="20"/>
        </w:rPr>
        <w:t>6:13  yani hadithon ko is tareeqe se unhon ne is ko intervention kiya is ka ke sab hadithain jo hain hanfi maslak ke mutabiq. to rasheed raza hanfi nahi thay.</w:t>
      </w:r>
      <w:r>
        <w:br/>
      </w:r>
      <w:r>
        <w:rPr>
          <w:sz w:val="20"/>
        </w:rPr>
        <w:t>6:27  un ko bara taajjub hua. unhon ne apne aik tabsaray mein kaha tha "halil al-hadith hanfiyun". kya hadith bhi hanfi hai?</w:t>
      </w:r>
      <w:r>
        <w:br/>
      </w:r>
      <w:r>
        <w:rPr>
          <w:sz w:val="20"/>
        </w:rPr>
        <w:t>6:39  to yeh sab ka maslak hai. "halil al-hadith hanfiyun" "halil al-hadith salafiyun" "halil al-hadith shafi'iyun" yani sab ne hadith ko ghuma phira kar apne maslak mein dhal rakha hai.</w:t>
      </w:r>
      <w:r>
        <w:br/>
      </w:r>
      <w:r>
        <w:rPr>
          <w:sz w:val="20"/>
        </w:rPr>
        <w:t>6:54  is se firqay paida hue. juz'iyati bahasain paida huin. to hadith ki asal jo ahmiyat hai wohi gum ho gayi.</w:t>
      </w:r>
    </w:p>
    <w:p>
      <w:pPr>
        <w:pStyle w:val="Heading2"/>
      </w:pPr>
      <w:r>
        <w:t>Real divide is awakened mind, not Muslim vs non-Muslim</w:t>
      </w:r>
    </w:p>
    <w:p>
      <w:r>
        <w:rPr>
          <w:color w:val="666666"/>
          <w:sz w:val="18"/>
        </w:rPr>
        <w:t>Journey to a Mediterranean Island November 23, 2008 · 2m 52s · at 1:17:40 · https://youtu.be/uoOiuhWeSIQ?t=4660</w:t>
      </w:r>
    </w:p>
    <w:p>
      <w:r>
        <w:rPr>
          <w:i/>
        </w:rPr>
        <w:t>“مسلم اور نان مسلم کا جو یہ بات ہے، یہ صحیح نہیں ہے”</w:t>
      </w:r>
    </w:p>
    <w:p>
      <w:r>
        <w:rPr>
          <w:sz w:val="20"/>
        </w:rPr>
        <w:t>1:17:40  there is another question by doctor farida khanam: the basic requirement of dawah work is to interact with non muslims.</w:t>
      </w:r>
      <w:r>
        <w:br/>
      </w:r>
      <w:r>
        <w:rPr>
          <w:sz w:val="20"/>
        </w:rPr>
        <w:t>1:17:49  nowhere muslims interact with non muslims,</w:t>
      </w:r>
      <w:r>
        <w:br/>
      </w:r>
      <w:r>
        <w:rPr>
          <w:sz w:val="20"/>
        </w:rPr>
        <w:t>1:17:53  still they believe that they are performing dawah work. why is this so? dekhein, muslim aur non muslim ka jo yeh baat hai, yeh sahi nahi hai.</w:t>
      </w:r>
      <w:r>
        <w:br/>
      </w:r>
      <w:r>
        <w:rPr>
          <w:sz w:val="20"/>
        </w:rPr>
        <w:t>1:18:03  maine di yeh sahi nahi hai. yeh yeh samajhne ke liye bola jata hai, samajhne ke liye, lekin yeh sahi word nahi hai. sahi word kya hai?</w:t>
      </w:r>
      <w:r>
        <w:br/>
      </w:r>
      <w:r>
        <w:rPr>
          <w:sz w:val="20"/>
        </w:rPr>
        <w:t>1:18:13  ek wo insan hai jo aware ho, ek wo insan jo aware na ho, ek insan jo bhool mein pada hua hai, ek insan jis ki aql jaag jaag uthi hai.</w:t>
      </w:r>
      <w:r>
        <w:br/>
      </w:r>
      <w:r>
        <w:rPr>
          <w:sz w:val="20"/>
        </w:rPr>
        <w:t>1:18:23  to dawah work bhi spiritual work ke sense mein hai. dawah work koi spiritual cheez, wo koi mysterious cheez nahi hai. yeh bhi samajh lijiye, ek convenient word ke taur par main dawah work istemal karta hoon.</w:t>
      </w:r>
      <w:r>
        <w:br/>
      </w:r>
      <w:r>
        <w:rPr>
          <w:sz w:val="20"/>
        </w:rPr>
        <w:t>1:18:35  ek convenient word, yani mera matlab kya kya hai? wahi hai ke yani intellectual awakening. dawah work ka matlab hai intellectual awakening, mind ko kholna.</w:t>
      </w:r>
      <w:r>
        <w:br/>
      </w:r>
      <w:r>
        <w:rPr>
          <w:sz w:val="20"/>
        </w:rPr>
        <w:t>1:18:46  hamara manna kya hai? hamara manna yeh hai ke insan ke nature mein sab kuch hai,</w:t>
      </w:r>
      <w:r>
        <w:br/>
      </w:r>
      <w:r>
        <w:rPr>
          <w:sz w:val="20"/>
        </w:rPr>
        <w:t>1:18:52  sab kuch environment hai aap ke nature mein. lekin conditioning se aadmi bhool mein pad jata hai. conditioning ko decondition karna, jise koi hum kehte hain dawah work, wo koi mysterious cheez nahi hai.</w:t>
      </w:r>
      <w:r>
        <w:br/>
      </w:r>
      <w:r>
        <w:rPr>
          <w:sz w:val="20"/>
        </w:rPr>
        <w:t>1:19:06  conditioning ko todna, decondition kar ke insan ko mister nature banana. hum yeh mante hain ke har aadmi mister nature hi paida hota hai, har aadmi mister nature paida hota hai.</w:t>
      </w:r>
      <w:r>
        <w:br/>
      </w:r>
      <w:r>
        <w:rPr>
          <w:sz w:val="20"/>
        </w:rPr>
        <w:t>1:19:20  main abhi ek ek gana aata hai radio par: bachche mann ke sachhe. main bohat pasand hai mujhe wo gana: bachche mann ke sachhe.</w:t>
      </w:r>
      <w:r>
        <w:br/>
      </w:r>
      <w:r>
        <w:rPr>
          <w:sz w:val="20"/>
        </w:rPr>
        <w:t>1:19:29  to maine socha ke yeh bachche ki baat nahi hai, yeh insan ki baat hai. har insan mann ka sachha hota hai, magar conditioning ki wajah se wo badal jata hai.</w:t>
      </w:r>
      <w:r>
        <w:br/>
      </w:r>
      <w:r>
        <w:rPr>
          <w:sz w:val="20"/>
        </w:rPr>
        <w:t>1:19:40  bachche mann ke sachhe jo hai, wo bachche ko keh rahe hain ke mann ke sachhe hote hain. bade bhi mann ke sachhe hain apni nature ke etbaar se</w:t>
      </w:r>
      <w:r>
        <w:br/>
      </w:r>
      <w:r>
        <w:rPr>
          <w:sz w:val="20"/>
        </w:rPr>
        <w:t>1:19:49  , lekin conditioning ne un ke un ko kuch se kuch bana diya hai. to hum bhi hamare mission sar pe to deconditioning ka mission hai.</w:t>
      </w:r>
      <w:r>
        <w:br/>
      </w:r>
      <w:r>
        <w:rPr>
          <w:sz w:val="20"/>
        </w:rPr>
        <w:t>1:19:57  hum chahte hain ke decondition kar kar ke logon ko wahi banayein, wahi jahan jahan ke wo paida hue the, yani mister nature banayein. bachche mister nature hote hain, baad ka insan mister nature nahi baki rehta, due to conditioning.</w:t>
      </w:r>
      <w:r>
        <w:br/>
      </w:r>
      <w:r>
        <w:rPr>
          <w:sz w:val="20"/>
        </w:rPr>
        <w:t>1:20:13  to hum deconditioning kar ke is ko phir se chahte hain ke mister nature ban jaye. wo bas yahi hamara mission hai.</w:t>
      </w:r>
      <w:r>
        <w:br/>
      </w:r>
      <w:r>
        <w:rPr>
          <w:sz w:val="20"/>
        </w:rPr>
        <w:t>1:20:20  tu muslim nan muslim ka farq nahi hai, asal mein asal mein farq hai ke kon, yani yani oiken mind hai aur kon abhi is ke mind ki oikning nahi hui hai.</w:t>
      </w:r>
    </w:p>
    <w:p>
      <w:pPr>
        <w:pStyle w:val="Heading2"/>
      </w:pPr>
      <w:r>
        <w:t>Abundance mindset frees from conflict</w:t>
      </w:r>
    </w:p>
    <w:p>
      <w:r>
        <w:rPr>
          <w:color w:val="666666"/>
          <w:sz w:val="18"/>
        </w:rPr>
        <w:t>Prophetic Guidance Aug 13, 2017 · 1m 21s · at 39:12 · https://youtu.be/kRWf11h-acQ?t=2352</w:t>
      </w:r>
    </w:p>
    <w:p>
      <w:r>
        <w:rPr>
          <w:i/>
        </w:rPr>
        <w:t>“Maine ek martaba aap se ek qissa bayan kiya tha”</w:t>
      </w:r>
    </w:p>
    <w:p>
      <w:r>
        <w:rPr>
          <w:sz w:val="20"/>
        </w:rPr>
        <w:t>39:12  kya chheene ga?</w:t>
      </w:r>
      <w:r>
        <w:br/>
      </w:r>
      <w:r>
        <w:rPr>
          <w:sz w:val="20"/>
        </w:rPr>
        <w:t>39:19  main ne ek martaba aap se ek qissa bayan kiya tha, shayad aap ko yaad ho ke ek din mere sath do qisse pesh aaye. ek sahib milne aaye rickshaw se, toh jab utre woh toh der tak rickshaw wale se unki behas hui.</w:t>
      </w:r>
      <w:r>
        <w:br/>
      </w:r>
      <w:r>
        <w:rPr>
          <w:sz w:val="20"/>
        </w:rPr>
        <w:t>39:38  unhone kaha itna paisa, unka itna paisa, itna paisa, itna paisa.</w:t>
      </w:r>
      <w:r>
        <w:br/>
      </w:r>
      <w:r>
        <w:rPr>
          <w:sz w:val="20"/>
        </w:rPr>
        <w:t>39:44  usi din ek aur waqia hua. ek sahib taxi se aaye, woh utre toh taxi driver ne jo paisa manga, usi waqt nikaal ke de diya.</w:t>
      </w:r>
      <w:r>
        <w:br/>
      </w:r>
      <w:r>
        <w:rPr>
          <w:sz w:val="20"/>
        </w:rPr>
        <w:t>39:57  unhone kuch poocha bhi nahi ke itna kyun mangte ho. jeb mein haath daala aur usko note de diya. toh main ne socha ke aisa kyun hua?</w:t>
      </w:r>
      <w:r>
        <w:br/>
      </w:r>
      <w:r>
        <w:rPr>
          <w:sz w:val="20"/>
        </w:rPr>
        <w:t>40:11  kyun hua? to meri samajh mein aaya ke jo aadmi rikshay se aaya tha, us bechare ke paas thori raqam thi, us ko lotna bhi tha.</w:t>
      </w:r>
      <w:r>
        <w:br/>
      </w:r>
      <w:r>
        <w:rPr>
          <w:sz w:val="20"/>
        </w:rPr>
        <w:t>40:21  to us ne chaha ke wahan kam paisa dena paray taake lotna aasan ho mere liye. aur jo aadmi aaya tha taxi se, us ki jeb mein bohat paise thay.</w:t>
      </w:r>
    </w:p>
    <w:p>
      <w:pPr>
        <w:pStyle w:val="Heading2"/>
      </w:pPr>
      <w:r>
        <w:t>true democracy requires accepting electoral defeat</w:t>
      </w:r>
    </w:p>
    <w:p>
      <w:r>
        <w:rPr>
          <w:color w:val="666666"/>
          <w:sz w:val="18"/>
        </w:rPr>
        <w:t>From The Spiritual Tree December 3, 2006 · 3m 02s · at 1:16:45 · https://youtu.be/m3JXYXORP5w?t=4605</w:t>
      </w:r>
    </w:p>
    <w:p>
      <w:r>
        <w:rPr>
          <w:i/>
        </w:rPr>
        <w:t>“Democracy's biggest requirement is accepting defeat”</w:t>
      </w:r>
    </w:p>
    <w:p>
      <w:r>
        <w:rPr>
          <w:sz w:val="20"/>
        </w:rPr>
        <w:t>1:16:45  to koi society ke liye, islam kisi society ki baat nahin hai, insani society koi bhi ho, uske liye part of life hai politics.</w:t>
      </w:r>
      <w:r>
        <w:br/>
      </w:r>
      <w:r>
        <w:rPr>
          <w:sz w:val="20"/>
        </w:rPr>
        <w:t>1:16:54  lekin jab uske, yaani uski condition par maujood hai to</w:t>
      </w:r>
      <w:r>
        <w:br/>
      </w:r>
      <w:r>
        <w:rPr>
          <w:sz w:val="20"/>
        </w:rPr>
        <w:t>1:17:03  politics dekhein, yaani healthy politics ke liye sab se pehle cheez chahiye education,</w:t>
      </w:r>
      <w:r>
        <w:br/>
      </w:r>
      <w:r>
        <w:rPr>
          <w:sz w:val="20"/>
        </w:rPr>
        <w:t>1:17:12  jisko jo alhiron ne kaha tha ke scientific temper, logical type, scientific temper ho. for example dekhein, democracy ke liye.</w:t>
      </w:r>
      <w:r>
        <w:br/>
      </w:r>
      <w:r>
        <w:rPr>
          <w:sz w:val="20"/>
        </w:rPr>
        <w:t>1:17:21  main samajhta hoon ke democracy mein sab se zyada jo requirement hai bari, woh hai defeat ko accept karna.</w:t>
      </w:r>
      <w:r>
        <w:br/>
      </w:r>
      <w:r>
        <w:rPr>
          <w:sz w:val="20"/>
        </w:rPr>
        <w:t>1:17:34  is par democracy khadi hoti hai. defeat ko accept karna.</w:t>
      </w:r>
      <w:r>
        <w:br/>
      </w:r>
      <w:r>
        <w:rPr>
          <w:sz w:val="20"/>
        </w:rPr>
        <w:t>1:17:39  jaise america mein jo aadmi election mein haarta hai, sab se pehla telegraph uska pohanchta hai jeetne wale ke paas.</w:t>
      </w:r>
      <w:r>
        <w:br/>
      </w:r>
      <w:r>
        <w:rPr>
          <w:sz w:val="20"/>
        </w:rPr>
        <w:t>1:17:50  britain mein bhi aisa hi hai. ab india mein kya hai? defeat hone ke sath sath woh plan karte hain kaise hum power mein aayein, usko ulat dein.</w:t>
      </w:r>
      <w:r>
        <w:br/>
      </w:r>
      <w:r>
        <w:rPr>
          <w:sz w:val="20"/>
        </w:rPr>
        <w:t>1:18:00  ab woh jo hai bharat band aur delhi band aur strike aur ek hungama khada hota hai.</w:t>
      </w:r>
      <w:r>
        <w:br/>
      </w:r>
      <w:r>
        <w:rPr>
          <w:sz w:val="20"/>
        </w:rPr>
        <w:t>1:18:07  to democracy us waqt nahin la sakte aap jab tak ke society accept karne ka uske andar mood na ho. india mein koi accept nahin karta.</w:t>
      </w:r>
      <w:r>
        <w:br/>
      </w:r>
      <w:r>
        <w:rPr>
          <w:sz w:val="20"/>
        </w:rPr>
        <w:t>1:18:21  dekhenkyahekeitnatodphod,itnaastrik,saarakambigrahuwahai.kyun ?</w:t>
      </w:r>
      <w:r>
        <w:br/>
      </w:r>
      <w:r>
        <w:rPr>
          <w:sz w:val="20"/>
        </w:rPr>
        <w:t>1:18:27  jojojohارجatana, woh chahta hai ke main yahin kahoon ke sab raging hue hain election mein aur yeh log. Duniya bhar ki baatein to wahin spiritual aani chahiye jaise ke hum ek educated society hain.</w:t>
      </w:r>
      <w:r>
        <w:br/>
      </w:r>
      <w:r>
        <w:rPr>
          <w:sz w:val="20"/>
        </w:rPr>
        <w:t>1:18:46  wahawohjantekehadimonichalegainhijnbtkkehmaieksepinahkarunask.yanihaarnevalajabieksepitkartahai tabjitnevalakuchkamkarpatatahai.</w:t>
      </w:r>
      <w:r>
        <w:br/>
      </w:r>
      <w:r>
        <w:rPr>
          <w:sz w:val="20"/>
        </w:rPr>
        <w:t>1:18:56  isiliye wahan per tradition hai ke jo harega sabse pehle iska telegram pahunchega jeetne wale ke paas mubarakbad ka. Britain mein bhi aisa hi hai aur har developed country mein aisa hi hai.</w:t>
      </w:r>
      <w:r>
        <w:br/>
      </w:r>
      <w:r>
        <w:rPr>
          <w:sz w:val="20"/>
        </w:rPr>
        <w:t>1:19:11  in the name of mankind.</w:t>
      </w:r>
      <w:r>
        <w:br/>
      </w:r>
      <w:r>
        <w:rPr>
          <w:sz w:val="20"/>
        </w:rPr>
        <w:t>1:19:20  Galbraith ne baat kahi thi jahan par hum base karte hain ke India mein India aik functioning anarchy hai. India ki demo ko isne kaha tha ke functioning anarchy ke anarchy hai magar function kar rahi hai.</w:t>
      </w:r>
      <w:r>
        <w:br/>
      </w:r>
      <w:r>
        <w:rPr>
          <w:sz w:val="20"/>
        </w:rPr>
        <w:t>1:19:35  main samjhtahunkekindiyajo is ispozishnmeithayahaike the moon ko is kahani ek se pinsh mile,</w:t>
      </w:r>
      <w:r>
        <w:br/>
      </w:r>
      <w:r>
        <w:rPr>
          <w:sz w:val="20"/>
        </w:rPr>
        <w:t>1:19:48  iskeliyechahiyebahathismjhdarlogchahiye.utnazyadalahaurhaihamraharsal kyunkijoharta hai wohitnaaltplthojatahai.</w:t>
      </w:r>
    </w:p>
    <w:p>
      <w:pPr>
        <w:pStyle w:val="Heading2"/>
      </w:pPr>
      <w:r>
        <w:t>Dajjal is a historical process, not a literal monster</w:t>
      </w:r>
    </w:p>
    <w:p>
      <w:r>
        <w:rPr>
          <w:color w:val="666666"/>
          <w:sz w:val="18"/>
        </w:rPr>
        <w:t>Dajjal and Dajjalism July 26, 2009 · 2m 31s · at 22:06 · https://youtu.be/CxQTfG01O_s?t=1326</w:t>
      </w:r>
    </w:p>
    <w:p>
      <w:r>
        <w:rPr>
          <w:i/>
        </w:rPr>
        <w:t>“Dajjal kisi anokhi cheez ka naam nahi hai.”</w:t>
      </w:r>
    </w:p>
    <w:p>
      <w:r>
        <w:rPr>
          <w:sz w:val="20"/>
        </w:rPr>
        <w:t>22:06  to ye duality jo hai, duality ke ka jo age hai, age of duality, usi ke hero ka naam hai Dajjal.</w:t>
      </w:r>
      <w:r>
        <w:br/>
      </w:r>
      <w:r>
        <w:rPr>
          <w:sz w:val="20"/>
        </w:rPr>
        <w:t>22:16  uske champion ka naam Dajjal hai. yani Dajjal kisi yani aisa nahin ke koi anokhi ek cheez paida ho jayegi. Dajjal badi badi seengh uski hongi, badi badin hath uske honge, koi master type ka koi cheez hoga. woh</w:t>
      </w:r>
      <w:r>
        <w:br/>
      </w:r>
      <w:r>
        <w:rPr>
          <w:sz w:val="20"/>
        </w:rPr>
        <w:t>22:32  aisa nahin hai. woh yani insaan jaise insaan hain, woh aise hain insaan. ye ek process tha Dajjali ka jo Hazrat Aadam se shuru ho gaya tha.</w:t>
      </w:r>
      <w:r>
        <w:br/>
      </w:r>
      <w:r>
        <w:rPr>
          <w:sz w:val="20"/>
        </w:rPr>
        <w:t>22:41  ab woh bahut zyada yani superficial tareeqe se kiya jaane laga. woh justified way mein kiya jaane laga. woh idealized way mein kiya jaane laga. woh bas yahi farq hai.</w:t>
      </w:r>
      <w:r>
        <w:br/>
      </w:r>
      <w:r>
        <w:rPr>
          <w:sz w:val="20"/>
        </w:rPr>
        <w:t>22:52  ab jiska asar mazhab tak pahuncha. mazhab mein dekhein jo political interpretation hai, woh yehi cheez hai.</w:t>
      </w:r>
      <w:r>
        <w:br/>
      </w:r>
      <w:r>
        <w:rPr>
          <w:sz w:val="20"/>
        </w:rPr>
        <w:t>23:01  political interpretation ne kya kya? Islam ki saari woh values jo hain, taqwa aur khushu aur khuzu aur ikhbat aur Khuda se muhabbat, Khuda se khauf aur jannat woh sab secular ban gayin.</w:t>
      </w:r>
      <w:r>
        <w:br/>
      </w:r>
      <w:r>
        <w:rPr>
          <w:sz w:val="20"/>
        </w:rPr>
        <w:t>23:14  aap un logon se kabhi bhi miliye jo political interpretation se influenced hue hain to khoob baatein karein ke woh America zalim hai, Yahudi zalim hai, mumiyan karna hai, woh karna hai.</w:t>
      </w:r>
      <w:r>
        <w:br/>
      </w:r>
      <w:r>
        <w:rPr>
          <w:sz w:val="20"/>
        </w:rPr>
        <w:t>23:26  khauf-e-Khuda ki koi baat nahin karenge.</w:t>
      </w:r>
      <w:r>
        <w:br/>
      </w:r>
      <w:r>
        <w:rPr>
          <w:sz w:val="20"/>
        </w:rPr>
        <w:t>23:30  khauf khuda ki koi baat nahin hai. ab jab chaahein tajurba kar lijie un logon se jo political interpretation ka shikaar hain. sab cheez secret rah gayi unke yahan.</w:t>
      </w:r>
      <w:r>
        <w:br/>
      </w:r>
      <w:r>
        <w:rPr>
          <w:sz w:val="20"/>
        </w:rPr>
        <w:t>23:40  yani wohi duality jo thi, wohi duality yahan bhi aagayi ke unhonne alag kar liya is is aspect ko jo political aspect hai.</w:t>
      </w:r>
      <w:r>
        <w:br/>
      </w:r>
      <w:r>
        <w:rPr>
          <w:sz w:val="20"/>
        </w:rPr>
        <w:t>23:51  isi pehle rahe hain. iske liye woh gun chal rahe hain, bomb chal rahe hain, suicide bombing kar rahe hain. woh yahan ke liye sab kuchh bana hua hai.</w:t>
      </w:r>
      <w:r>
        <w:br/>
      </w:r>
      <w:r>
        <w:rPr>
          <w:sz w:val="20"/>
        </w:rPr>
        <w:t>24:00  ye hai dajjali. koi dajjali naam hai is bat ka ke insaan ko yani philosophical evil mein phansa diya jaye, idealized evil mein phansa diya jaye, justified evil mein phansa diya jaye.</w:t>
      </w:r>
      <w:r>
        <w:br/>
      </w:r>
      <w:r>
        <w:rPr>
          <w:sz w:val="20"/>
        </w:rPr>
        <w:t>24:15  aur aadmi woh kare aur samjhe ke hum to bahut theek thaak kar rahe hain. ye zamana is ke illumination ka zamana hai.</w:t>
      </w:r>
      <w:r>
        <w:br/>
      </w:r>
      <w:r>
        <w:rPr>
          <w:sz w:val="20"/>
        </w:rPr>
        <w:t>24:23  hadith ke mutabiq dajjal aayega bilkul qayamat ke qareeb. jab qayamat aane wali hogi to us waqt dajjal zaahir hoga. to ab to saare signs jo hain qayamat ke hadithon mein shuru ho chuke hain.</w:t>
      </w:r>
    </w:p>
    <w:p>
      <w:pPr>
        <w:pStyle w:val="Heading2"/>
      </w:pPr>
      <w:r>
        <w:t>A scholar's humbling hajj story shows books aren't enough</w:t>
      </w:r>
    </w:p>
    <w:p>
      <w:r>
        <w:rPr>
          <w:color w:val="666666"/>
          <w:sz w:val="18"/>
        </w:rPr>
        <w:t>The Living Tradition: Why Hadith Matters in Islam?</w:t>
        <w:br/>
        <w:t>December 8, 2024 · 1m 53s · at 48:49 · https://youtu.be/2w9-vnnJBeY?t=2929</w:t>
      </w:r>
    </w:p>
    <w:p>
      <w:r>
        <w:rPr>
          <w:i/>
        </w:rPr>
        <w:t>“Rituals of worship can never be understood from Quran alone”</w:t>
      </w:r>
    </w:p>
    <w:p>
      <w:r>
        <w:rPr>
          <w:sz w:val="20"/>
        </w:rPr>
        <w:t>48:49  aur khaas taur par jo ibadat hain, woh to quran se samajh mein aayenge nahin, kyunkeh jo practical hota hai is mein, aur woh hamein quran se samajh mein nahin aa sakta.</w:t>
      </w:r>
      <w:r>
        <w:br/>
      </w:r>
      <w:r>
        <w:rPr>
          <w:sz w:val="20"/>
        </w:rPr>
        <w:t>48:59  quran mein to sirf yeh hai keh namaz parho, hajj karo waghera. to yeh jo hai, rasool Allah sal Allah aleh wasallam ne khud kaha hai keh main tumhare darmiyan do cheezen chhod raha hoon, tum hargiz gumrah nahin hoge jab tak in donon ko pakde rahoge: Allah ki kitab aur us ke rasool ki sunnat.</w:t>
      </w:r>
      <w:r>
        <w:br/>
      </w:r>
      <w:r>
        <w:rPr>
          <w:sz w:val="20"/>
        </w:rPr>
        <w:t>49:18  to quran o sunnat donon ekoli Khudai hidayat ka maqhaz hain, source hain.</w:t>
      </w:r>
      <w:r>
        <w:br/>
      </w:r>
      <w:r>
        <w:rPr>
          <w:sz w:val="20"/>
        </w:rPr>
        <w:t>49:25  to bilkul aise hi jaise ek pure science hoti hai aur ek applied science hoti hai. to woh pure Islam hai, theory hai, aur hadith jo hai, woh applied Islam hai, practice hai.</w:t>
      </w:r>
      <w:r>
        <w:br/>
      </w:r>
      <w:r>
        <w:rPr>
          <w:sz w:val="20"/>
        </w:rPr>
        <w:t>49:38  to Islam par amal karne ke liye hamein donon pehluon ko samajhna bohat zaroori hai.</w:t>
      </w:r>
      <w:r>
        <w:br/>
      </w:r>
      <w:r>
        <w:rPr>
          <w:sz w:val="20"/>
        </w:rPr>
        <w:t>49:45  ek aalim ne hajj ke safar mein yeh Furqan June 1979 mein aaya tha. to us ne, ek aalim ne hajj ke safar ke baad likha keh main bees saal se fiqh o hadith padha raha tha aur main samajh raha tha keh main hajj kar sakta hoon.</w:t>
      </w:r>
      <w:r>
        <w:br/>
      </w:r>
      <w:r>
        <w:rPr>
          <w:sz w:val="20"/>
        </w:rPr>
        <w:t>50:01  hamein koi guide ki bhi zaroorat nahin hai, itna hamare paas ilm hai keh hum aasani se hajj kar sakte hain. lekin jab woh hajj karne gaye to unhein laga keh jo hadith ki taleem woh de rahe the, woh woh kitabi ilm kafi nahin hai.</w:t>
      </w:r>
      <w:r>
        <w:br/>
      </w:r>
      <w:r>
        <w:rPr>
          <w:sz w:val="20"/>
        </w:rPr>
        <w:t>50:14  to rasool Allah sal Allah aleh wasallam ne kaha tha keh tum mujh ko dekh kar hajj ke tareeqe seekh lo. to yeh to chand baaten hain.</w:t>
      </w:r>
      <w:r>
        <w:br/>
      </w:r>
      <w:r>
        <w:rPr>
          <w:sz w:val="20"/>
        </w:rPr>
        <w:t>50:24  isi tareeqe se har kaam, jab tak hum rasool Allah sal Allah aleh wasallam ke aqwal aur aap ki practices ko nahin samjhenge, hum quran par amal nahin kar sakte.</w:t>
      </w:r>
      <w:r>
        <w:br/>
      </w:r>
      <w:r>
        <w:rPr>
          <w:sz w:val="20"/>
        </w:rPr>
        <w:t>50:35  phir woh jo quran jo hai, woh ek book of recitation ho ke reh jayega.</w:t>
      </w:r>
    </w:p>
    <w:p>
      <w:pPr>
        <w:pStyle w:val="Heading2"/>
      </w:pPr>
      <w:r>
        <w:t>why complaint-free living frees the mind for growth</w:t>
      </w:r>
    </w:p>
    <w:p>
      <w:r>
        <w:rPr>
          <w:color w:val="666666"/>
          <w:sz w:val="18"/>
        </w:rPr>
        <w:t>Bird Culture March 6, 2014 Maulana Wahiduddin Khan · 2m 06s · at 9:19 · https://youtu.be/zLSCXGvTJ9A?t=559</w:t>
      </w:r>
    </w:p>
    <w:p>
      <w:r>
        <w:rPr>
          <w:i/>
        </w:rPr>
        <w:t>“Insan agar be-shikayat ho jaye to kya hoga”</w:t>
      </w:r>
    </w:p>
    <w:p>
      <w:r>
        <w:rPr>
          <w:sz w:val="20"/>
        </w:rPr>
        <w:t>9:19  lekin insan jo hai, agar woh be shikayat ho jaye, agar woh protest aur manfi soch se apne ko khali kar le,</w:t>
      </w:r>
      <w:r>
        <w:br/>
      </w:r>
      <w:r>
        <w:rPr>
          <w:sz w:val="20"/>
        </w:rPr>
        <w:t>9:33  radd-e-amal ki nafsiyat se apne ko khali kar le, to insan ka mind jo hai, woh chidiya ke mind se ek bara waqe'a is ke andar paish aayega.</w:t>
      </w:r>
      <w:r>
        <w:br/>
      </w:r>
      <w:r>
        <w:rPr>
          <w:sz w:val="20"/>
        </w:rPr>
        <w:t>9:44  woh kya? aap ke mind ko zyada mauqa mil jayega positive thinking ka, intellectual development ka.</w:t>
      </w:r>
      <w:r>
        <w:br/>
      </w:r>
      <w:r>
        <w:rPr>
          <w:sz w:val="20"/>
        </w:rPr>
        <w:t>9:55  jab aap kisi shikayat mein, protest mein mubtala hote hain to aap ke mind mein thinking process stop ho jata hai.</w:t>
      </w:r>
      <w:r>
        <w:br/>
      </w:r>
      <w:r>
        <w:rPr>
          <w:sz w:val="20"/>
        </w:rPr>
        <w:t>10:03  dekhein, yeh namumkin hai ke aap shikayat aur protest ki nafsiyat mein jiyen aur phir bhi aap ke mind mein intellectual process jari rahe.</w:t>
      </w:r>
      <w:r>
        <w:br/>
      </w:r>
      <w:r>
        <w:rPr>
          <w:sz w:val="20"/>
        </w:rPr>
        <w:t>10:16  nahi, nahi ho sakta aisa.</w:t>
      </w:r>
      <w:r>
        <w:br/>
      </w:r>
      <w:r>
        <w:rPr>
          <w:sz w:val="20"/>
        </w:rPr>
        <w:t>10:20  to chidiya agar shikayat mein nahi jeeti, agar woh nafrat mein nahi jeeti to us ke liye</w:t>
      </w:r>
      <w:r>
        <w:br/>
      </w:r>
      <w:r>
        <w:rPr>
          <w:sz w:val="20"/>
        </w:rPr>
        <w:t>10:35  ek bohat achi baat hai. lekin chidiya se barh kar insan ke liye achi baat hai yeh.</w:t>
      </w:r>
      <w:r>
        <w:br/>
      </w:r>
      <w:r>
        <w:rPr>
          <w:sz w:val="20"/>
        </w:rPr>
        <w:t>10:42  kyun ke is wajah se insan na sirf tension free ho jata hai balke jo aala matloob hai, jo sab se bara jo insan ko ki zarurat hai, intellectual development, woh is is ke liye us ko mauqa mil jata hai.</w:t>
      </w:r>
      <w:r>
        <w:br/>
      </w:r>
      <w:r>
        <w:rPr>
          <w:sz w:val="20"/>
        </w:rPr>
        <w:t>11:00  woh apne aap ko distraction se bachata hai, deviation se bachata hai, zehan ko idhar udhar uljhane se bachata hai.</w:t>
      </w:r>
      <w:r>
        <w:br/>
      </w:r>
      <w:r>
        <w:rPr>
          <w:sz w:val="20"/>
        </w:rPr>
        <w:t>11:10  phir sara waqt us ko, sari tawajjuh us ko apni laga sakta hai woh positive thinking mein. to ghaur kijiye ke kitni bari baat hai.</w:t>
      </w:r>
    </w:p>
    <w:p>
      <w:pPr>
        <w:pStyle w:val="Heading2"/>
      </w:pPr>
      <w:r>
        <w:t>The clue: one-eyed Dajjal means one-sided worldview</w:t>
      </w:r>
    </w:p>
    <w:p>
      <w:r>
        <w:rPr>
          <w:color w:val="666666"/>
          <w:sz w:val="18"/>
        </w:rPr>
        <w:t>Dajjal and Dajjalism July 26, 2009 · 2m 33s · at 7:07 · https://youtu.be/CxQTfG01O_s?t=427</w:t>
      </w:r>
    </w:p>
    <w:p>
      <w:r>
        <w:rPr>
          <w:i/>
        </w:rPr>
        <w:t>“Maine iss par bohot ghor kiya toh mujhe ek clue mila.”</w:t>
      </w:r>
    </w:p>
    <w:p>
      <w:r>
        <w:rPr>
          <w:sz w:val="20"/>
        </w:rPr>
        <w:t>7:07  to humein bahut zyada hoshiyari ke saath is maamle mein jeena chahiye. ab dekhein ke dajjal kya hai. main ne is par bahut zyada ghaur kiya to mujhe ek clue mila, T.S. Eliot ka clue.</w:t>
      </w:r>
      <w:r>
        <w:br/>
      </w:r>
      <w:r>
        <w:rPr>
          <w:sz w:val="20"/>
        </w:rPr>
        <w:t>7:23  woh clue hadees mein tha. hadees dekhein, hadees ki bahut si kitaabein hain. taqreeban sab kitaabon mein dajjal ka zikr aaya hai.</w:t>
      </w:r>
      <w:r>
        <w:br/>
      </w:r>
      <w:r>
        <w:rPr>
          <w:sz w:val="20"/>
        </w:rPr>
        <w:t>7:33  Quran mein dajjal ka word nahi hai. Quran mein dajjal ka zikr nahi hai. lekin hadees mein to bhari hui hain riwayatein.</w:t>
      </w:r>
      <w:r>
        <w:br/>
      </w:r>
      <w:r>
        <w:rPr>
          <w:sz w:val="20"/>
        </w:rPr>
        <w:t>7:44  to hadees mein aane se iska darja kam nahi hua. main samajhta hoon ke ab isi yaqeen ke saath humein maanna chahiye, jis yaqeen ke saath Quran ki kisi baat ko hum maante hain.</w:t>
      </w:r>
      <w:r>
        <w:br/>
      </w:r>
      <w:r>
        <w:rPr>
          <w:sz w:val="20"/>
        </w:rPr>
        <w:t>7:57  kyunke riwayatein bahut aayi hui hain.</w:t>
      </w:r>
      <w:r>
        <w:br/>
      </w:r>
      <w:r>
        <w:rPr>
          <w:sz w:val="20"/>
        </w:rPr>
        <w:t>8:01  to Bukhari ki ek riwayat mein mujhe ek clue mila. woh clue ye hai ke dajjal aawar hoga.</w:t>
      </w:r>
      <w:r>
        <w:br/>
      </w:r>
      <w:r>
        <w:rPr>
          <w:sz w:val="20"/>
        </w:rPr>
        <w:t>8:09  alif ain wao re aawar. aawar ka matlab hai one eyed, ek aankh wala.</w:t>
      </w:r>
      <w:r>
        <w:br/>
      </w:r>
      <w:r>
        <w:rPr>
          <w:sz w:val="20"/>
        </w:rPr>
        <w:t>8:20  aawar. ke dajjal ek aankh wala hoga. aur riwayat mein ye bhi hai ke woh iski daayin aankh nahi hogi, baayin aankh hogi.</w:t>
      </w:r>
      <w:r>
        <w:br/>
      </w:r>
      <w:r>
        <w:rPr>
          <w:sz w:val="20"/>
        </w:rPr>
        <w:t>8:31  isse mujhe clue mila ke dajjal kya cheez hai. dekhein, dajjal naam hai is baat ka ke one sided interpretation of things.</w:t>
      </w:r>
      <w:r>
        <w:br/>
      </w:r>
      <w:r>
        <w:rPr>
          <w:sz w:val="20"/>
        </w:rPr>
        <w:t>8:44  woh cheezon ka ek taraf ka description dega. ek taraf ka. yani duniya ki baaton ko highlight karega aur aakhirat ki baaton ko khatam karega.</w:t>
      </w:r>
      <w:r>
        <w:br/>
      </w:r>
      <w:r>
        <w:rPr>
          <w:sz w:val="20"/>
        </w:rPr>
        <w:t>8:59  duniya mein socha nahi hai iske baare mein.</w:t>
      </w:r>
      <w:r>
        <w:br/>
      </w:r>
      <w:r>
        <w:rPr>
          <w:sz w:val="20"/>
        </w:rPr>
        <w:t>9:01  ye hai one sided interpretation of life. ke aap duniya ke baare mein khoob sochein aur aakhirat ke baare mein kuch na sochein.</w:t>
      </w:r>
      <w:r>
        <w:br/>
      </w:r>
      <w:r>
        <w:rPr>
          <w:sz w:val="20"/>
        </w:rPr>
        <w:t>9:11  ye karega woh. isi ko main keh raha hoon one sided, one sided interpretation of life. ye</w:t>
      </w:r>
      <w:r>
        <w:br/>
      </w:r>
      <w:r>
        <w:rPr>
          <w:sz w:val="20"/>
        </w:rPr>
        <w:t>9:19  main isse samjha hoon ke shaitan ko kaha gaya hai ke woh jo ek aankh wala hoga, one eyed hoga, iska matlab hoga ke woh one sided interpretation dega life ka.</w:t>
      </w:r>
      <w:r>
        <w:br/>
      </w:r>
      <w:r>
        <w:rPr>
          <w:sz w:val="20"/>
        </w:rPr>
        <w:t>9:31  one sided description dega zindagi ka. ab maine is par aur mazeed ghaur kiya to maloom hua ke yeh kab se shuru hua.</w:t>
      </w:r>
    </w:p>
    <w:p>
      <w:pPr>
        <w:pStyle w:val="Heading2"/>
      </w:pPr>
      <w:r>
        <w:t>Hadith as report from companions</w:t>
      </w:r>
    </w:p>
    <w:p>
      <w:r>
        <w:rPr>
          <w:color w:val="666666"/>
          <w:sz w:val="18"/>
        </w:rPr>
        <w:t>Wisdom of Hadith February 23, 2014 · 2m 02s · at 11:25 · https://youtu.be/8GZmhBU-LwE?t=685</w:t>
      </w:r>
    </w:p>
    <w:p>
      <w:r>
        <w:rPr>
          <w:i/>
        </w:rPr>
        <w:t>“To hadith kya hai”</w:t>
      </w:r>
    </w:p>
    <w:p>
      <w:r>
        <w:rPr>
          <w:sz w:val="20"/>
        </w:rPr>
        <w:t>11:25  to hadith kya hai? woh sahaba ke zariye jo Report mili hai wahi to hai hadith. hadith kya cheez hai? rasool Allah sal Allah alih wasalam ki baaton ko Report kiya sahaba ne.</w:t>
      </w:r>
      <w:r>
        <w:br/>
      </w:r>
      <w:r>
        <w:rPr>
          <w:sz w:val="20"/>
        </w:rPr>
        <w:t>11:37  phir sahaba ne Report kiya tabeen ko. phir tabeen ne bataya tabe tabeen ko. phir Generation After Generation woh chalta raha.</w:t>
      </w:r>
      <w:r>
        <w:br/>
      </w:r>
      <w:r>
        <w:rPr>
          <w:sz w:val="20"/>
        </w:rPr>
        <w:t>11:48  logon ne kitaben likhin. pehle zamaney mein chhapayi nahin hua karti thi. to logon ne kitaben likhin. un ke Manuscript jagah jagah maujood the.</w:t>
      </w:r>
      <w:r>
        <w:br/>
      </w:r>
      <w:r>
        <w:rPr>
          <w:sz w:val="20"/>
        </w:rPr>
        <w:t>12:00  phir atharveen sadi mein Press ka daur aaya. Printing Press ka daur. to jo Orientalist hain unhone ek bohat bara kaam kiya ke in makhtootat ko Manuscript ko le kar koi padhe.</w:t>
      </w:r>
      <w:r>
        <w:br/>
      </w:r>
      <w:r>
        <w:rPr>
          <w:sz w:val="20"/>
        </w:rPr>
        <w:t>12:12  Edit kiya un ko chhapaya.</w:t>
      </w:r>
      <w:r>
        <w:br/>
      </w:r>
      <w:r>
        <w:rPr>
          <w:sz w:val="20"/>
        </w:rPr>
        <w:t>12:17  main ek misaal deta hoon. tareekh ki ek kitab hai is ka naam hai "Al-Bidaya wa al-Nihaya". Ibn Kathir is ke musannif hain. Shibli ke zamaney mein Shibli ke zamaney mein in ka intiqal hua hai unees chaudah mein.</w:t>
      </w:r>
      <w:r>
        <w:br/>
      </w:r>
      <w:r>
        <w:rPr>
          <w:sz w:val="20"/>
        </w:rPr>
        <w:t>12:33  yeh kitab chhapi hui maujood nahin thi. Shibli ko is kitab ko padhne ke liye us zamaney mein bahri safar karna pada.</w:t>
      </w:r>
      <w:r>
        <w:br/>
      </w:r>
      <w:r>
        <w:rPr>
          <w:sz w:val="20"/>
        </w:rPr>
        <w:t>12:42  is Shipship ke zariye woh Istanbul gaye. Istanbul mein ja kar unhone is ke makhtoota yani Script ko padha. aaj mere kab aap aaj mere office mein mein chhapi hui maujood hai.</w:t>
      </w:r>
      <w:r>
        <w:br/>
      </w:r>
      <w:r>
        <w:rPr>
          <w:sz w:val="20"/>
        </w:rPr>
        <w:t>12:54  itni zakheem chalte hain is ki. yani shelf mein itna sa bhara hua hai woh. woh chhapi hui halat mein hai. to Shibli ke zamaney mein makhtootat the aaj woh sab matbooaat hain.</w:t>
      </w:r>
      <w:r>
        <w:br/>
      </w:r>
      <w:r>
        <w:rPr>
          <w:sz w:val="20"/>
        </w:rPr>
        <w:t>13:08  ab to internet par sab kuch maujood hai. aap button dabaiye aur sari kitaben samne aa jayengi aap ki. yeh sab kis ne kiya?</w:t>
      </w:r>
      <w:r>
        <w:br/>
      </w:r>
      <w:r>
        <w:rPr>
          <w:sz w:val="20"/>
        </w:rPr>
        <w:t>13:18  rasool Allah ke sahatiyon ne kiya. rasool Allah ke sahatiyon ne rasool Allah se le kar Report kiya is ko. baat karoon ko phir baat karoon ko phir baat karoon ko.</w:t>
      </w:r>
    </w:p>
    <w:p>
      <w:pPr>
        <w:pStyle w:val="Heading2"/>
      </w:pPr>
      <w:r>
        <w:t>Hadith: Allah treats you as you expect of Him</w:t>
      </w:r>
    </w:p>
    <w:p>
      <w:r>
        <w:rPr>
          <w:color w:val="666666"/>
          <w:sz w:val="18"/>
        </w:rPr>
        <w:t>CPS Women Monthly Q and A with Prof. Farida Khanam and Maulana Farhad Ahmed Umeri July 30, 2023 · 1m 10s · at 22:10 · https://youtu.be/zKtfjSCnoAE?t=1330</w:t>
      </w:r>
    </w:p>
    <w:p>
      <w:r>
        <w:rPr>
          <w:i/>
        </w:rPr>
        <w:t>“Sahabi ne poocha: Allah ki nazar mein tumhari kya position hai?”</w:t>
      </w:r>
    </w:p>
    <w:p>
      <w:r>
        <w:rPr>
          <w:sz w:val="20"/>
        </w:rPr>
        <w:t>22:10  ek hadees yeh hai ki jab prophet ke paas ek sahabi aa kar, aye rasool allah sallallahu alaihi wasallam ne farmaya ki tumhare nazar mein allah ki position kya hai? wohi position allah ke nazar mein tumhari hai. pehle yeh hai isko explain kijiye. main next hadees ko bataun.</w:t>
      </w:r>
      <w:r>
        <w:br/>
      </w:r>
      <w:r>
        <w:rPr>
          <w:sz w:val="20"/>
        </w:rPr>
        <w:t>22:40  yeh hadees ko ek doosre hadees se iska yeh hota hai, explanation hota hai. uska main kuch portion bata raha hoon. abhi toh exact hadees ki yaad nahi hai. allah taala ne yeh kaha. main bande ke gumaan ke mutabiq hoon.</w:t>
      </w:r>
      <w:r>
        <w:br/>
      </w:r>
      <w:r>
        <w:rPr>
          <w:sz w:val="20"/>
        </w:rPr>
        <w:t>23:07  wohi meri taraf tezi ke saath aayega main usse aur zyada tezi ke saath aaunga. toh allah taala yeh kehna chahta hai ki pehle aapki taraf se hona chahiye mamla. din ki taraf aane mein kya hai?</w:t>
      </w:r>
      <w:r>
        <w:br/>
      </w:r>
      <w:r>
        <w:rPr>
          <w:sz w:val="20"/>
        </w:rPr>
        <w:t>23:20  aap clear hai baat?</w:t>
      </w:r>
    </w:p>
    <w:p>
      <w:pPr>
        <w:pStyle w:val="Heading2"/>
      </w:pPr>
      <w:r>
        <w:t>Understanding prayer and hajj requires the Prophet's example</w:t>
      </w:r>
    </w:p>
    <w:p>
      <w:r>
        <w:rPr>
          <w:color w:val="666666"/>
          <w:sz w:val="18"/>
        </w:rPr>
        <w:t>The Living Tradition: Why Hadith Matters in Islam?</w:t>
        <w:br/>
        <w:t>December 8, 2024 · 1m 19s · at 4:14 · https://youtu.be/2w9-vnnJBeY?t=254</w:t>
      </w:r>
    </w:p>
    <w:p>
      <w:r>
        <w:rPr>
          <w:i/>
        </w:rPr>
        <w:t>“Watch me pray, and pray as you see me pray”</w:t>
      </w:r>
    </w:p>
    <w:p>
      <w:r>
        <w:rPr>
          <w:sz w:val="20"/>
        </w:rPr>
        <w:t>4:14  rasool allah salallahu alaihi wasallam ne kaha ke mujhe dekho namaz padhte hue to "صلو کما رأیتموني أصلي"۔</w:t>
      </w:r>
      <w:r>
        <w:br/>
      </w:r>
      <w:r>
        <w:rPr>
          <w:sz w:val="20"/>
        </w:rPr>
        <w:t>4:24  jaise mein namaz padhta hoon waise namaz padho. jo quran mein hai bas namaz qaim karo. ab kaise namaz qaim karein, iski kitni rakatein hain, iske kya a</w:t>
      </w:r>
      <w:r>
        <w:br/>
      </w:r>
      <w:r>
        <w:rPr>
          <w:sz w:val="20"/>
        </w:rPr>
        <w:t>4:34  rakaan hain, yeh saari cheezein jo hain woh hamein paighambar ki ki namaz padhte hue dekh kar sahaba ne isko dekha, iske baad generation after generation log isko dekh kar namaz padh rahe hain.</w:t>
      </w:r>
      <w:r>
        <w:br/>
      </w:r>
      <w:r>
        <w:rPr>
          <w:sz w:val="20"/>
        </w:rPr>
        <w:t>4:48  isi tarah saari ibaadaat hain, chahe woh roza ho, hajj ho. hajj to aadmi bilkul hi nahi samajh sakta kyunke hajj mein bohat zyada practicals involve hain.</w:t>
      </w:r>
      <w:r>
        <w:br/>
      </w:r>
      <w:r>
        <w:rPr>
          <w:sz w:val="20"/>
        </w:rPr>
        <w:t>4:57  to hajj jo hai rasool allah salallahu alaihi wasallam ne farmaaya ke mujhe hajj karte hue dekho aur isi tarah karo.</w:t>
      </w:r>
      <w:r>
        <w:br/>
      </w:r>
      <w:r>
        <w:rPr>
          <w:sz w:val="20"/>
        </w:rPr>
        <w:t>5:05  to is tarah se hum dekhte hain ke quran jo hai woh theory hai aur hadith jo hai woh practice hai, practical hai woh. isko hum commentary bhi keh sakte hain.</w:t>
      </w:r>
      <w:r>
        <w:br/>
      </w:r>
      <w:r>
        <w:rPr>
          <w:sz w:val="20"/>
        </w:rPr>
        <w:t>5:16  to hum samajh sakte hain ke quran aur hadith cannot be separated from one another. surah an-nahl chapter sixteen mein aaya hai: "hum ne zikr nazil kiya taake aap isko logon ke saamne wazeh kar dein"۔</w:t>
      </w:r>
    </w:p>
    <w:p>
      <w:pPr>
        <w:pStyle w:val="Heading2"/>
      </w:pPr>
      <w:r>
        <w:t>Story of Pakistanis seeking asylum, praising India's freedom</w:t>
      </w:r>
    </w:p>
    <w:p>
      <w:r>
        <w:rPr>
          <w:color w:val="666666"/>
          <w:sz w:val="18"/>
        </w:rPr>
        <w:t>Dajjal and Dajjalism July 26, 2009 · 2m 23s · at 39:41 · https://youtu.be/CxQTfG01O_s?t=2381</w:t>
      </w:r>
    </w:p>
    <w:p>
      <w:r>
        <w:rPr>
          <w:i/>
        </w:rPr>
        <w:t>“Aaj subah mere paas telephone aaya hai Arab se.”</w:t>
      </w:r>
    </w:p>
    <w:p>
      <w:r>
        <w:rPr>
          <w:sz w:val="20"/>
        </w:rPr>
        <w:t>39:41  ab mein ek baat aur kehna chahta hoon aapse keh hum log jo India mein paida kiya, Allah Ta'ala ne. mein samajhta hoon keh aap badi blessing hai Allah Ta'ala ki.</w:t>
      </w:r>
      <w:r>
        <w:br/>
      </w:r>
      <w:r>
        <w:rPr>
          <w:sz w:val="20"/>
        </w:rPr>
        <w:t>39:50  aaj subah mere paas telephone aaya hai Arab se ek sahib ka. hamare saathi hain, woh India mein paida huye, ab woh Arab mein rehte hain.</w:t>
      </w:r>
      <w:r>
        <w:br/>
      </w:r>
      <w:r>
        <w:rPr>
          <w:sz w:val="20"/>
        </w:rPr>
        <w:t>40:02  to unhonne kaha keh wahan par Arab mein bahut se Pakistani, kai hazar Pakistani jo hain, woh illegal reh rahe the wahan par.</w:t>
      </w:r>
      <w:r>
        <w:br/>
      </w:r>
      <w:r>
        <w:rPr>
          <w:sz w:val="20"/>
        </w:rPr>
        <w:t>40:12  illegal.</w:t>
      </w:r>
      <w:r>
        <w:br/>
      </w:r>
      <w:r>
        <w:rPr>
          <w:sz w:val="20"/>
        </w:rPr>
        <w:t>40:13  to wahan ki government ne unhen kaha diya keh tum nikal jao, wapas jao. gaye deport kiye jaane wale the woh saare log.</w:t>
      </w:r>
      <w:r>
        <w:br/>
      </w:r>
      <w:r>
        <w:rPr>
          <w:sz w:val="20"/>
        </w:rPr>
        <w:t>40:23  unhonne wahan ek bahot bada kaam kiya jo kehte hain istirham. istirham maani hote hain yani rahem chaahna.</w:t>
      </w:r>
      <w:r>
        <w:br/>
      </w:r>
      <w:r>
        <w:rPr>
          <w:sz w:val="20"/>
        </w:rPr>
        <w:t>40:36  yani to seek barasi. istirham ke maani hote hain to seek barasi. to unhonne istir</w:t>
      </w:r>
      <w:r>
        <w:br/>
      </w:r>
      <w:r>
        <w:rPr>
          <w:sz w:val="20"/>
        </w:rPr>
        <w:t>40:42  haam ka ek ek movement chalai baqaida government se keh aap in logon ko barasi kijiye. yeh log jo hain wapas jayen, kya karenge? aur unhen ghar dekhein. poora official level par unhonne ek koshish ki aur woh sab log wahan par le liye gaye.</w:t>
      </w:r>
      <w:r>
        <w:br/>
      </w:r>
      <w:r>
        <w:rPr>
          <w:sz w:val="20"/>
        </w:rPr>
        <w:t>40:56  wapas nahin deport nahin kiye gaye woh.</w:t>
      </w:r>
      <w:r>
        <w:br/>
      </w:r>
      <w:r>
        <w:rPr>
          <w:sz w:val="20"/>
        </w:rPr>
        <w:t>41:00  to Pakistan ka safeer jo wahan par hai, usne unhen bulaya aur kaha ki aap ne bahut bada kaam kiya hai aur hum aap ko Pakistan ki wahdiyat dete hain, izazi shahriyat.</w:t>
      </w:r>
      <w:r>
        <w:br/>
      </w:r>
      <w:r>
        <w:rPr>
          <w:sz w:val="20"/>
        </w:rPr>
        <w:t>41:12  yani citizenship. izazi shahriyat, citizenship dete hain hum aap ko. offer kiya usne? to unhon ne kaha ki mujhe do condition meri hai ki yeh agar ho to main man lo to lene ki aap ka offer lene ko tayyar hon.</w:t>
      </w:r>
      <w:r>
        <w:br/>
      </w:r>
      <w:r>
        <w:rPr>
          <w:sz w:val="20"/>
        </w:rPr>
        <w:t>41:27  unhon ne kaha ki woh kya? kaha ki India mein main woh Indian nahin, rehte hain Arab mein, hamare sathi hain. India mein main Mahatma Gandhi par tanqeed kar sakta hoon.</w:t>
      </w:r>
      <w:r>
        <w:br/>
      </w:r>
      <w:r>
        <w:rPr>
          <w:sz w:val="20"/>
        </w:rPr>
        <w:t>41:39  India mein main keh sakta hoon ki Mahatma Gandhi ne jo kuch kaha woh ek kutta tha, woh revolution nahin tha. aur meri koi pakad thakad nahin.</w:t>
      </w:r>
      <w:r>
        <w:br/>
      </w:r>
      <w:r>
        <w:rPr>
          <w:sz w:val="20"/>
        </w:rPr>
        <w:t>41:51  India jo main raaspati hai Gandhi is mulk ke aur un par hum tanqeed karte hain, hamari koi pakad thakad nahin. kya hum Pakistan mein aap ke Quaid-e-Azam par tanqeed kar sakte hain?</w:t>
      </w:r>
    </w:p>
    <w:p>
      <w:pPr>
        <w:pStyle w:val="Heading2"/>
      </w:pPr>
      <w:r>
        <w:t>Hadith and explanation on Madinah</w:t>
      </w:r>
    </w:p>
    <w:p>
      <w:r>
        <w:rPr>
          <w:color w:val="666666"/>
          <w:sz w:val="18"/>
        </w:rPr>
        <w:t>Patriotism for One's Homeland 19 May 2014 - Maulana Wahiduddin Khan · 1m 34s · at 0:11 · https://youtu.be/BJfxpN_6ba4?t=11</w:t>
      </w:r>
    </w:p>
    <w:p>
      <w:r>
        <w:rPr>
          <w:i/>
        </w:rPr>
        <w:t>“Sahih al-Bukhari, hadith number 6372”</w:t>
      </w:r>
    </w:p>
    <w:p>
      <w:r>
        <w:rPr>
          <w:sz w:val="20"/>
        </w:rPr>
        <w:t>0:11  sahih al- Bukhari, hadith number 6372. An Aisha radi Allahu anha qalat: qala Nabi sallallahu alaihi wasallam: "Allahumma habbib ilayna al-Madinah kama habbabt ilayna Makkah, aw ashaddah,</w:t>
      </w:r>
      <w:r>
        <w:br/>
      </w:r>
      <w:r>
        <w:rPr>
          <w:sz w:val="20"/>
        </w:rPr>
        <w:t>0:30  wa anqil himaha ila al-Juhfah. Allahumma barik lana fi mudanna wa sa'ina." Aisha radi Allahu anha riwayat karti hain ke Nabi sallallahu alaihi wasallam ne dua farmayi:</w:t>
      </w:r>
      <w:r>
        <w:br/>
      </w:r>
      <w:r>
        <w:rPr>
          <w:sz w:val="20"/>
        </w:rPr>
        <w:t>0:44  "Ae Allah!</w:t>
      </w:r>
      <w:r>
        <w:br/>
      </w:r>
      <w:r>
        <w:rPr>
          <w:sz w:val="20"/>
        </w:rPr>
        <w:t>0:46  hamare liye Madinah ko mehboob bana de, jaisa ke tu ne Makkah ko hamare liye mehboob banaya tha, ya is se bhi ziyada, aur is ki waba ko Juhfah ki taraf muntaqil kar de.</w:t>
      </w:r>
      <w:r>
        <w:br/>
      </w:r>
      <w:r>
        <w:rPr>
          <w:sz w:val="20"/>
        </w:rPr>
        <w:t>1:00  ae allah! hamare liye hamare mad mein barkat de, aur hamare sa mein barkat de." maulana is hadith ki wazahat farmayein.</w:t>
      </w:r>
      <w:r>
        <w:br/>
      </w:r>
      <w:r>
        <w:rPr>
          <w:sz w:val="20"/>
        </w:rPr>
        <w:t>1:12  bismillah rahman rahim.</w:t>
      </w:r>
      <w:r>
        <w:br/>
      </w:r>
      <w:r>
        <w:rPr>
          <w:sz w:val="20"/>
        </w:rPr>
        <w:t>1:18  is hadith mein</w:t>
      </w:r>
      <w:r>
        <w:br/>
      </w:r>
      <w:r>
        <w:rPr>
          <w:sz w:val="20"/>
        </w:rPr>
        <w:t>1:22  yeh hadith hijrat ke baad ki hai, yaani rasool allah salallaho alaihi wasallam aur aap ke ashaab makka chhod kar jab madina chale gaye.</w:t>
      </w:r>
      <w:r>
        <w:br/>
      </w:r>
      <w:r>
        <w:rPr>
          <w:sz w:val="20"/>
        </w:rPr>
        <w:t>1:32  is zamane ki hai yeh hadith. to wahan par log thoda pareshan rehte the, sehat pe bhi asar padta pad gaya tha.</w:t>
      </w:r>
    </w:p>
    <w:p>
      <w:pPr>
        <w:pStyle w:val="Heading2"/>
      </w:pPr>
      <w:r>
        <w:t>Mass conversion and mindset unchanged</w:t>
      </w:r>
    </w:p>
    <w:p>
      <w:r>
        <w:rPr>
          <w:color w:val="666666"/>
          <w:sz w:val="18"/>
        </w:rPr>
        <w:t>Hadith Prediction November 3, 2013 · 1m 35s · at 4:48 · https://youtu.be/cb5Lzw9c8aE?t=288</w:t>
      </w:r>
    </w:p>
    <w:p>
      <w:r>
        <w:rPr>
          <w:i/>
        </w:rPr>
        <w:t>“I pondered deeply on this phenomenon of mass conversion.”</w:t>
      </w:r>
    </w:p>
    <w:p>
      <w:r>
        <w:rPr>
          <w:sz w:val="20"/>
        </w:rPr>
        <w:t>4:48  to is par mein ne kafi ghor kiya. yeh asal mein is phenomenon of mass conversion.</w:t>
      </w:r>
      <w:r>
        <w:br/>
      </w:r>
      <w:r>
        <w:rPr>
          <w:sz w:val="20"/>
        </w:rPr>
        <w:t>4:59  mass conversion jo hai, woh bazahir bohat achi cheez hai, lekin isi ke sath ek problem aata hai.</w:t>
      </w:r>
      <w:r>
        <w:br/>
      </w:r>
      <w:r>
        <w:rPr>
          <w:sz w:val="20"/>
        </w:rPr>
        <w:t>5:08  problem yeh hai ke jab log bohat zyada barh kar ke dakhil hon deen mein to woh kalma to parh lete hain, lekin un ki tarbiyat ya training nahi ho pati,</w:t>
      </w:r>
      <w:r>
        <w:br/>
      </w:r>
      <w:r>
        <w:rPr>
          <w:sz w:val="20"/>
        </w:rPr>
        <w:t>5:21  un ki education nahi ho pati. to is ka matlab kya hota hai? unhon ne mazhab to badal liya, mindset un ka wahi kabhi raha jo pehle tha.</w:t>
      </w:r>
      <w:r>
        <w:br/>
      </w:r>
      <w:r>
        <w:rPr>
          <w:sz w:val="20"/>
        </w:rPr>
        <w:t>5:35  dekhiye, ek hai aqide ke aitbar se mazhab ko badal lena, aur ek apne mindset ko badalna. dono mein farq hai.</w:t>
      </w:r>
      <w:r>
        <w:br/>
      </w:r>
      <w:r>
        <w:rPr>
          <w:sz w:val="20"/>
        </w:rPr>
        <w:t>5:46  to mass conversion jab bhi hota hai to hamesha yeh hota hai ke mindset wahi rehta hai. sirf log mazhab badal kar ke ek naye fold mein aa jate hain.</w:t>
      </w:r>
      <w:r>
        <w:br/>
      </w:r>
      <w:r>
        <w:rPr>
          <w:sz w:val="20"/>
        </w:rPr>
        <w:t>6:01  yeh waqia bare paimane par hua hai Christianity mein aur Islam mein, dono mein.</w:t>
      </w:r>
      <w:r>
        <w:br/>
      </w:r>
      <w:r>
        <w:rPr>
          <w:sz w:val="20"/>
        </w:rPr>
        <w:t>6:12  dekhiye, Hazrat Masih ke baad teesri sadi Isvi tak Hazrat Masih ki taleemat bilkul intact rahin, sahih rahin.</w:t>
      </w:r>
    </w:p>
    <w:p>
      <w:pPr>
        <w:pStyle w:val="Heading2"/>
      </w:pPr>
      <w:r>
        <w:t>Lack of confidence is baseless when God supplies the rest</w:t>
      </w:r>
    </w:p>
    <w:p>
      <w:r>
        <w:rPr>
          <w:color w:val="666666"/>
          <w:sz w:val="18"/>
        </w:rPr>
        <w:t>Journey to a Mediterranean Island November 23, 2008 · 2m 16s · at 6:22 · https://youtu.be/uoOiuhWeSIQ?t=382</w:t>
      </w:r>
    </w:p>
    <w:p>
      <w:r>
        <w:rPr>
          <w:i/>
        </w:rPr>
        <w:t>“لیک آف کانفیڈنس جو ہے، بہت ہی زیادہ بیس لیس چیز ہوتی ہے”</w:t>
      </w:r>
    </w:p>
    <w:p>
      <w:r>
        <w:rPr>
          <w:sz w:val="20"/>
        </w:rPr>
        <w:t>6:22  toh baharhal is safar ke kuch lessons, kuch experience mein batana chahunga aap ko, share karna chahunga. toh pehli cheez toh mein yahi kahunga ke lack of confidence jo hai, bohat hi zyada baseless cheez hoti hai.</w:t>
      </w:r>
      <w:r>
        <w:br/>
      </w:r>
      <w:r>
        <w:rPr>
          <w:sz w:val="20"/>
        </w:rPr>
        <w:t>6:40  kyunke mein, mein ne aap se kaha ke mein helplessness mein jeeta hoon hamesha.</w:t>
      </w:r>
      <w:r>
        <w:br/>
      </w:r>
      <w:r>
        <w:rPr>
          <w:sz w:val="20"/>
        </w:rPr>
        <w:t>6:46  mera nature hai helplessness par. mere nature mein help help helplessness interbon hai. toh hamesha mein apne ko samajhta hoon ke mein toh kuch nahin kar paunga.</w:t>
      </w:r>
      <w:r>
        <w:br/>
      </w:r>
      <w:r>
        <w:rPr>
          <w:sz w:val="20"/>
        </w:rPr>
        <w:t>7:02  lekin jab koi lack of confidence mere andar bohat zyada hai, balkeh confidence toh hai hi nahin mere andar.</w:t>
      </w:r>
      <w:r>
        <w:br/>
      </w:r>
      <w:r>
        <w:rPr>
          <w:sz w:val="20"/>
        </w:rPr>
        <w:t>7:12  lekin phir mujhe Hazrat Masih ka woh yaad aata hai ke ek shakhs ne un ki baat suni aur woh mutasir hua.</w:t>
      </w:r>
      <w:r>
        <w:br/>
      </w:r>
      <w:r>
        <w:rPr>
          <w:sz w:val="20"/>
        </w:rPr>
        <w:t>7:24  us ne kaha ke mein bhi chahta hoon ke karoon woh kaam jis ki taraf aap bulate hain logon ko. lekin mein kaise karunga? mere paas toh kuch hai nahin.</w:t>
      </w:r>
      <w:r>
        <w:br/>
      </w:r>
      <w:r>
        <w:rPr>
          <w:sz w:val="20"/>
        </w:rPr>
        <w:t>7:35  mein toh ek source less aadmi hoon.</w:t>
      </w:r>
      <w:r>
        <w:br/>
      </w:r>
      <w:r>
        <w:rPr>
          <w:sz w:val="20"/>
        </w:rPr>
        <w:t>7:39  Hazrat Masih ne kaha ke kitna, yaani kitna zabardast, ek hi shabd mein, ek hi sentence mein kitni zabardast baat hai.</w:t>
      </w:r>
      <w:r>
        <w:br/>
      </w:r>
      <w:r>
        <w:rPr>
          <w:sz w:val="20"/>
        </w:rPr>
        <w:t>7:50  unhone kaha ke insaan se nahin ho sakta, magar Khuda se ho sakta hai. man can not do, but God can. yeh hai formula is baat ka ke aap kehte hain confidence kaise aaye.</w:t>
      </w:r>
      <w:r>
        <w:br/>
      </w:r>
      <w:r>
        <w:rPr>
          <w:sz w:val="20"/>
        </w:rPr>
        <w:t>8:08  toh mein keh sakta hoon ke duniya mein shayad mein woh insaan hoon ke jis ke andar confidence bilkul hi nahin hai. lack of confidence mere andar, yaani extreme sense jo hai, uska is had tak mere andar lack of confidence hai.</w:t>
      </w:r>
      <w:r>
        <w:br/>
      </w:r>
      <w:r>
        <w:rPr>
          <w:sz w:val="20"/>
        </w:rPr>
        <w:t>8:25  lekin Hazrat Masih ka yeh jumla jo hai, hamesha mujhe yaad aata hai. man can not do, but God can. ke mujh se toh nahin ho sakta, magar Khuda se ho sakta hai.</w:t>
      </w:r>
    </w:p>
    <w:p>
      <w:pPr>
        <w:pStyle w:val="Heading2"/>
      </w:pPr>
      <w:r>
        <w:t>Believer sees God's design in water</w:t>
      </w:r>
    </w:p>
    <w:p>
      <w:r>
        <w:rPr>
          <w:color w:val="666666"/>
          <w:sz w:val="18"/>
        </w:rPr>
        <w:t>Three Periods of History May 17, 2009 Maulana Wahiduddin Khan · 2m 46s · at 48:16 · https://youtu.be/iNS-3Yo58Gk?t=2896</w:t>
      </w:r>
    </w:p>
    <w:p>
      <w:r>
        <w:rPr>
          <w:i/>
        </w:rPr>
        <w:t>“Ek hadith mein hai ke munafiq aur momin ka farq kya hai?”</w:t>
      </w:r>
    </w:p>
    <w:p>
      <w:r>
        <w:rPr>
          <w:sz w:val="20"/>
        </w:rPr>
        <w:t>48:16  ek hadith mein hai ke munafiq aur momin ka farq kya hai? munafiq aur momin ka farq yeh hai ke</w:t>
      </w:r>
      <w:r>
        <w:br/>
      </w:r>
      <w:r>
        <w:rPr>
          <w:sz w:val="20"/>
        </w:rPr>
        <w:t>48:29  munafiq khaye piye aur bas hum animal ki tarah se kha pi kar khush ho jayen, aur momin woh hai jo is khane peene mein khuda ka khuda ka jalwa dekh sake.</w:t>
      </w:r>
      <w:r>
        <w:br/>
      </w:r>
      <w:r>
        <w:rPr>
          <w:sz w:val="20"/>
        </w:rPr>
        <w:t>48:45  jaise mein yeh pani peeta hoon, ek peena yeh hai ke mujhe yeh lage ke glass hai aur is mein pani hai, bas pi liya aur pyas bujh gayi.</w:t>
      </w:r>
      <w:r>
        <w:br/>
      </w:r>
      <w:r>
        <w:rPr>
          <w:sz w:val="20"/>
        </w:rPr>
        <w:t>48:57  ek yeh hai ke is is is pani mein mujhe ek billion saal dikhai de, ek billion saal,</w:t>
      </w:r>
      <w:r>
        <w:br/>
      </w:r>
      <w:r>
        <w:rPr>
          <w:sz w:val="20"/>
        </w:rPr>
        <w:t>49:06  15 billion saal ke 15 billion saal pehle khuda ne universe banayi,</w:t>
      </w:r>
      <w:r>
        <w:br/>
      </w:r>
      <w:r>
        <w:rPr>
          <w:sz w:val="20"/>
        </w:rPr>
        <w:t>49:13  phir ek billion saal us ne pehle us ne solar system banaya, phir us ne zameen banayi. itne sare ult pher hue, tab ja kar pani bana.</w:t>
      </w:r>
      <w:r>
        <w:br/>
      </w:r>
      <w:r>
        <w:rPr>
          <w:sz w:val="20"/>
        </w:rPr>
        <w:t>49:26  to pani ki history shuru hoti hai 15 billion saal se pehle. pani ki history yeh nahi hai ke bas glass mein pani hai aur pi liya aap ne.</w:t>
      </w:r>
      <w:r>
        <w:br/>
      </w:r>
      <w:r>
        <w:rPr>
          <w:sz w:val="20"/>
        </w:rPr>
        <w:t>49:38  to munafiq woh hai jo jis ko bas glass dikhai de aur pani dikhai de,</w:t>
      </w:r>
      <w:r>
        <w:br/>
      </w:r>
      <w:r>
        <w:rPr>
          <w:sz w:val="20"/>
        </w:rPr>
        <w:t>49:45  aur momin woh hai jis ko is pani ke peeche 15 billion saal ki history dikhai de. aap ghor kijiye ke dono mein kya farq hoga?</w:t>
      </w:r>
      <w:r>
        <w:br/>
      </w:r>
      <w:r>
        <w:rPr>
          <w:sz w:val="20"/>
        </w:rPr>
        <w:t>49:57  dono mein kya farq hoga? wohi farq hai jannati mein aur jahannami mein.</w:t>
      </w:r>
      <w:r>
        <w:br/>
      </w:r>
      <w:r>
        <w:rPr>
          <w:sz w:val="20"/>
        </w:rPr>
        <w:t>50:08  wohi farq hai jannatiyon mein aur jahannami mein.</w:t>
      </w:r>
      <w:r>
        <w:br/>
      </w:r>
      <w:r>
        <w:rPr>
          <w:sz w:val="20"/>
        </w:rPr>
        <w:t>50:13  jo aadmi yeh samjhe ke main mere paas paisa tha, ja kar main ne market se bus daily khareed liya aur bus daily ko nikaal kar is ka pani pee raha hoon,</w:t>
      </w:r>
      <w:r>
        <w:br/>
      </w:r>
      <w:r>
        <w:rPr>
          <w:sz w:val="20"/>
        </w:rPr>
        <w:t>50:28  toh wohi woh aadmi hai jo Khuda ke nazdeek sirf animal hai.</w:t>
      </w:r>
      <w:r>
        <w:br/>
      </w:r>
      <w:r>
        <w:rPr>
          <w:sz w:val="20"/>
        </w:rPr>
        <w:t>50:33  woh is qabil hai ke woh is ko reject kar diya jaye, aur jis ne is pani mein Khuda ke planning ko dekha, Khuda ki wisdom ko dekha, Khuda ki barhai ko dekha, Khuda ke Rab hone ko dekha,</w:t>
      </w:r>
      <w:r>
        <w:br/>
      </w:r>
      <w:r>
        <w:rPr>
          <w:sz w:val="20"/>
        </w:rPr>
        <w:t>50:49  yaani 15 billion saal samet aaye is ke mind mein, toh wohi insaan hai jis ne Khuda ko dekhe baghair dekha. isi ko Khuda select karega, select jannat ke liye.</w:t>
      </w:r>
    </w:p>
    <w:p>
      <w:pPr>
        <w:pStyle w:val="Heading2"/>
      </w:pPr>
      <w:r>
        <w:t>Quran's Byzantine-Persian victory prophecy fulfilled in nine years</w:t>
      </w:r>
    </w:p>
    <w:p>
      <w:r>
        <w:rPr>
          <w:color w:val="666666"/>
          <w:sz w:val="18"/>
        </w:rPr>
        <w:t>Islam in A New Age March 18, 2012 · 1m 09s · at 34:22 · https://youtu.be/P5hzq_NheY0?t=2062</w:t>
      </w:r>
    </w:p>
    <w:p>
      <w:r>
        <w:rPr>
          <w:i/>
        </w:rPr>
        <w:t>“Surah Al-Rum: Romans will win within ten years”</w:t>
      </w:r>
    </w:p>
    <w:p>
      <w:r>
        <w:rPr>
          <w:sz w:val="20"/>
        </w:rPr>
        <w:t>34:22  quran mein surah al-room mein hai ghalabat al-room fi in al-ard wa min ba'di ghalabihim sayaghlabuna fi buz sanin wahan aisa hua tha ke arab ke atraf mein do bari saltanaten theen, romi aur irani.</w:t>
      </w:r>
      <w:r>
        <w:br/>
      </w:r>
      <w:r>
        <w:rPr>
          <w:sz w:val="20"/>
        </w:rPr>
        <w:t>34:40  to un mein takrao hua. to irani haar gaye, romi jeet gaye. is waqt bohat hi ajeeb ghareeb tor par quran mein yeh peshingoyi utri</w:t>
      </w:r>
      <w:r>
        <w:br/>
      </w:r>
      <w:r>
        <w:rPr>
          <w:sz w:val="20"/>
        </w:rPr>
        <w:t>34:50  ke das saal ke andar andar dobara aisa hoga ke romi jeet jayenge, irani haar jayenge. aur yeh waqea theek das saal ke andar, nau taqreeban nau saal mein pesh aaya.</w:t>
      </w:r>
      <w:r>
        <w:br/>
      </w:r>
      <w:r>
        <w:rPr>
          <w:sz w:val="20"/>
        </w:rPr>
        <w:t>35:04  yeh is ki tafseel maine likhi apni kitab mein mazhab aur jadeed chalain. do misaal woh hain jo ek infiradi event ki peshin goi quran mein aai aur phir woh poori hui.</w:t>
      </w:r>
      <w:r>
        <w:br/>
      </w:r>
      <w:r>
        <w:rPr>
          <w:sz w:val="20"/>
        </w:rPr>
        <w:t>35:15  ab age ko lijiye, ek age</w:t>
      </w:r>
      <w:r>
        <w:br/>
      </w:r>
      <w:r>
        <w:rPr>
          <w:sz w:val="20"/>
        </w:rPr>
        <w:t>35:19  . yeh to ek infiradi event tha, ek infiradi waqea. doosri bohat sari peshin goi'en hain jis mein ke poore ek age ki peshin goi hai. poore poore age ki.</w:t>
      </w:r>
    </w:p>
    <w:p>
      <w:pPr>
        <w:pStyle w:val="Heading2"/>
      </w:pPr>
      <w:r>
        <w:t>Gossip and accountability</w:t>
      </w:r>
    </w:p>
    <w:p>
      <w:r>
        <w:rPr>
          <w:color w:val="666666"/>
          <w:sz w:val="18"/>
        </w:rPr>
        <w:t>The Concept of Accountability in Islam (English) | June 21, 2007 | Maulana Wahiduddin Khan · 3m 03s · at 54:32 · https://youtu.be/g-GqrJp9iTY?t=3272</w:t>
      </w:r>
    </w:p>
    <w:p>
      <w:r>
        <w:rPr>
          <w:i/>
        </w:rPr>
        <w:t>“In Baghdad, there was a scholar, Sufyan Sawri”</w:t>
      </w:r>
    </w:p>
    <w:p>
      <w:r>
        <w:rPr>
          <w:sz w:val="20"/>
        </w:rPr>
        <w:t>54:32  in Baghdad?</w:t>
      </w:r>
      <w:r>
        <w:br/>
      </w:r>
      <w:r>
        <w:rPr>
          <w:sz w:val="20"/>
        </w:rPr>
        <w:t>54:37  In Baghdad, there was a scholar, Sufyan Sawri.</w:t>
      </w:r>
      <w:r>
        <w:br/>
      </w:r>
      <w:r>
        <w:rPr>
          <w:sz w:val="20"/>
        </w:rPr>
        <w:t>54:42  In Baghdad, there was a scholar, Sufyan Sawri.</w:t>
      </w:r>
      <w:r>
        <w:br/>
      </w:r>
      <w:r>
        <w:rPr>
          <w:sz w:val="20"/>
        </w:rPr>
        <w:t>54:47  So one day he saw—this scholar one day saw a man.</w:t>
      </w:r>
      <w:r>
        <w:br/>
      </w:r>
      <w:r>
        <w:rPr>
          <w:sz w:val="20"/>
        </w:rPr>
        <w:t>54:52  His name was Mu'afiri.</w:t>
      </w:r>
      <w:r>
        <w:br/>
      </w:r>
      <w:r>
        <w:rPr>
          <w:sz w:val="20"/>
        </w:rPr>
        <w:t>54:57  He was engaged in goss</w:t>
      </w:r>
      <w:r>
        <w:br/>
      </w:r>
      <w:r>
        <w:rPr>
          <w:sz w:val="20"/>
        </w:rPr>
        <w:t>55:02  ips with some people.</w:t>
      </w:r>
      <w:r>
        <w:br/>
      </w:r>
      <w:r>
        <w:rPr>
          <w:sz w:val="20"/>
        </w:rPr>
        <w:t>55:08  There was a gathering and this person, this man, Mu'afiri, was there.</w:t>
      </w:r>
      <w:r>
        <w:br/>
      </w:r>
      <w:r>
        <w:rPr>
          <w:sz w:val="20"/>
        </w:rPr>
        <w:t>55:14  And he was engaged in gossips.</w:t>
      </w:r>
      <w:r>
        <w:br/>
      </w:r>
      <w:r>
        <w:rPr>
          <w:sz w:val="20"/>
        </w:rPr>
        <w:t>55:21  So Abu Sufyan Sawri saw him.</w:t>
      </w:r>
      <w:r>
        <w:br/>
      </w:r>
      <w:r>
        <w:rPr>
          <w:sz w:val="20"/>
        </w:rPr>
        <w:t>55:27  He said, "O man,</w:t>
      </w:r>
      <w:r>
        <w:br/>
      </w:r>
      <w:r>
        <w:rPr>
          <w:sz w:val="20"/>
        </w:rPr>
        <w:t>55:33  you know there is a verse in the Qur'an, 'The day will come when you will be in loss.' Those who are engaged in gossips will be in loss on that day." So what happened? This person, Mu'afiri, stopp</w:t>
      </w:r>
      <w:r>
        <w:br/>
      </w:r>
      <w:r>
        <w:rPr>
          <w:sz w:val="20"/>
        </w:rPr>
        <w:t>56:03  ed his speech and he returned back to his home.</w:t>
      </w:r>
      <w:r>
        <w:br/>
      </w:r>
      <w:r>
        <w:rPr>
          <w:sz w:val="20"/>
        </w:rPr>
        <w:t>56:14  And the tradition says that then he was changed completely.</w:t>
      </w:r>
      <w:r>
        <w:br/>
      </w:r>
      <w:r>
        <w:rPr>
          <w:sz w:val="20"/>
        </w:rPr>
        <w:t>56:24  After this day, people never saw him in gossips,</w:t>
      </w:r>
      <w:r>
        <w:br/>
      </w:r>
      <w:r>
        <w:rPr>
          <w:sz w:val="20"/>
        </w:rPr>
        <w:t>56:35  hatta lahiqa billahi ta'ala, until his death.</w:t>
      </w:r>
      <w:r>
        <w:br/>
      </w:r>
      <w:r>
        <w:rPr>
          <w:sz w:val="20"/>
        </w:rPr>
        <w:t>56:41  Hatta lahiqa billahi ta'ala, until his death.</w:t>
      </w:r>
      <w:r>
        <w:br/>
      </w:r>
      <w:r>
        <w:rPr>
          <w:sz w:val="20"/>
        </w:rPr>
        <w:t>56:47  So this was the miracle of the concept of accountability.</w:t>
      </w:r>
      <w:r>
        <w:br/>
      </w:r>
      <w:r>
        <w:rPr>
          <w:sz w:val="20"/>
        </w:rPr>
        <w:t>56:53  After reminding by Sufyan Sawri, his mind was awakened.</w:t>
      </w:r>
      <w:r>
        <w:br/>
      </w:r>
      <w:r>
        <w:rPr>
          <w:sz w:val="20"/>
        </w:rPr>
        <w:t>56:59  His mind was awakened.</w:t>
      </w:r>
      <w:r>
        <w:br/>
      </w:r>
      <w:r>
        <w:rPr>
          <w:sz w:val="20"/>
        </w:rPr>
        <w:t>57:05  He remembered that, "I am not free.</w:t>
      </w:r>
      <w:r>
        <w:br/>
      </w:r>
      <w:r>
        <w:rPr>
          <w:sz w:val="20"/>
        </w:rPr>
        <w:t>57:11  I am under God Almighty." God Almighty says that, "Don't go to gossips.</w:t>
      </w:r>
      <w:r>
        <w:br/>
      </w:r>
      <w:r>
        <w:rPr>
          <w:sz w:val="20"/>
        </w:rPr>
        <w:t>57:17  Otherwise, I will punish you.</w:t>
      </w:r>
      <w:r>
        <w:br/>
      </w:r>
      <w:r>
        <w:rPr>
          <w:sz w:val="20"/>
        </w:rPr>
        <w:t>57:23  Gossip is wasting your time.</w:t>
      </w:r>
      <w:r>
        <w:br/>
      </w:r>
      <w:r>
        <w:rPr>
          <w:sz w:val="20"/>
        </w:rPr>
        <w:t>57:29  Why you are—God gave you</w:t>
      </w:r>
    </w:p>
    <w:p>
      <w:pPr>
        <w:pStyle w:val="Heading2"/>
      </w:pPr>
      <w:r>
        <w:t>Sun heat and squeezed water from hadith</w:t>
      </w:r>
    </w:p>
    <w:p>
      <w:r>
        <w:rPr>
          <w:color w:val="666666"/>
          <w:sz w:val="18"/>
        </w:rPr>
        <w:t>Warnings of Doomsday February 4, 2007 · 2m 52s · at 36:45 · https://youtu.be/VT0BnPl_-zc?t=2205</w:t>
      </w:r>
    </w:p>
    <w:p>
      <w:r>
        <w:rPr>
          <w:i/>
        </w:rPr>
        <w:t>“Yeh mat samjhiye ke Suraj khud hi qareeb aa jayega”</w:t>
      </w:r>
    </w:p>
    <w:p>
      <w:r>
        <w:rPr>
          <w:sz w:val="20"/>
        </w:rPr>
        <w:t>36:45  yeh mat na samjhiye ke suraj khud hi qareeb aa jayega, is ki heat qareeb aa jayegi. to yahi to hai global warming. yani yeh jo hadith hai, is ka literal translate yeh hoga ke suraj qareeb aa jayega insano ke.</w:t>
      </w:r>
      <w:r>
        <w:br/>
      </w:r>
      <w:r>
        <w:rPr>
          <w:sz w:val="20"/>
        </w:rPr>
        <w:t>37:09  to main yeh kahunga ke is ka matlab yeh nahi hai ke suraj khud qareeb aa jayega, is ka matlab suraj ki heat qareeb aa jayegi. to itna bada problem paida ho gaya hai global warming ka.</w:t>
      </w:r>
      <w:r>
        <w:br/>
      </w:r>
      <w:r>
        <w:rPr>
          <w:sz w:val="20"/>
        </w:rPr>
        <w:t>37:20  yeh itni pehle hadith bhi likhi hui thi. phir hadith mein yeh hai ke "yakunu al-nasu 'ala qadri a'malihim fi al-'araq".</w:t>
      </w:r>
      <w:r>
        <w:br/>
      </w:r>
      <w:r>
        <w:rPr>
          <w:sz w:val="20"/>
        </w:rPr>
        <w:t>37:36  log itna, yani jab yeh hoga global warming ke dour zaman aayega, to itna pasina niklega logo ka. hadith mein yeh hai ke woh doob jayenge pasine mein.</w:t>
      </w:r>
      <w:r>
        <w:br/>
      </w:r>
      <w:r>
        <w:rPr>
          <w:sz w:val="20"/>
        </w:rPr>
        <w:t>37:49  pasine mein doob jayenge. to is mein hai ke koi yahan tak takhne ke barabar doobega, koi ghutne ke barabar doobega, koi kamar ke barabar doobega, koi face ke barabar doob jayega.</w:t>
      </w:r>
      <w:r>
        <w:br/>
      </w:r>
      <w:r>
        <w:rPr>
          <w:sz w:val="20"/>
        </w:rPr>
        <w:t>38:02  yahan tak doob jayega. pasine mein log doob jayenge. to yahan par jo word istemal hua hai, woh 'araq hai. 'araq ka matlab jo hota hai, yani pasina.</w:t>
      </w:r>
      <w:r>
        <w:br/>
      </w:r>
      <w:r>
        <w:rPr>
          <w:sz w:val="20"/>
        </w:rPr>
        <w:t>38:14  lekin sahi ma'no mein 'araq ka matlab hai "squeezed water". main ne 'ushriya mein dekha hai is ko. 'araq ka matlab samjha jata hai pasina, lekin is ka jo asal sense hai, asal sense woh "squeezed water", nichora hua pani.</w:t>
      </w:r>
      <w:r>
        <w:br/>
      </w:r>
      <w:r>
        <w:rPr>
          <w:sz w:val="20"/>
        </w:rPr>
        <w:t>38:31  isi liye jo is se jo yeh sharab banai jati hai, us ko nichod kar ke, woh angur ko nichod kar ke jo sharab hai, us ko bhi 'araq kehte hain.</w:t>
      </w:r>
      <w:r>
        <w:br/>
      </w:r>
      <w:r>
        <w:rPr>
          <w:sz w:val="20"/>
        </w:rPr>
        <w:t>38:46  angur ko nichod kar sharab banai jati hai, aap jante hain, to us ko kehte hain 'araq. kehte hain aisi aur bhi kai cheezein, us ko nichod kar jo cheez banti hai, us ko 'araq kaha gaya hai dictionary mein.</w:t>
      </w:r>
      <w:r>
        <w:br/>
      </w:r>
      <w:r>
        <w:rPr>
          <w:sz w:val="20"/>
        </w:rPr>
        <w:t>38:57  to is liye main samajhta hoon ke 'araq ke ma'ne hain "squeezed water". aap dekhein ke "squeezed water" jo hai, kitna meaningful word hai.</w:t>
      </w:r>
      <w:r>
        <w:br/>
      </w:r>
      <w:r>
        <w:rPr>
          <w:sz w:val="20"/>
        </w:rPr>
        <w:t>39:06  glacier se pani nichoda ja raha hai, aur north pole, south pole pe jo ice ki gap hai, us se pani nichod ke kaha raha hai samundaron mein.</w:t>
      </w:r>
      <w:r>
        <w:br/>
      </w:r>
      <w:r>
        <w:rPr>
          <w:sz w:val="20"/>
        </w:rPr>
        <w:t>39:16  to nichre hue pani se zameen jo hai, bhar pani se bhari chali ja rahi hai. aur aap aap ne dekha hoga kal paper mein ke kahin yeh bilkul exactly yahi baat ke kahin itna pani aa jayega ke itna pani aa jayega, to kahin itna kehta hai, yani bhag gaye ke log ek dam exactly wohi baat hai.</w:t>
      </w:r>
    </w:p>
    <w:p>
      <w:pPr>
        <w:pStyle w:val="Heading2"/>
      </w:pPr>
      <w:r>
        <w:t>How a woman managing money builds a simple-living culture</w:t>
      </w:r>
    </w:p>
    <w:p>
      <w:r>
        <w:rPr>
          <w:color w:val="666666"/>
          <w:sz w:val="18"/>
        </w:rPr>
        <w:t>Behtar Khatoon Kon CPS Women Article Discussion July 2, 2023 · 1m 11s · at 15:09 · https://youtu.be/tGPJwzCnCMM?t=909</w:t>
      </w:r>
    </w:p>
    <w:p>
      <w:r>
        <w:rPr>
          <w:i/>
        </w:rPr>
        <w:t>“Aurat mard ke maal ko manage karti hai”</w:t>
      </w:r>
    </w:p>
    <w:p>
      <w:r>
        <w:rPr>
          <w:sz w:val="20"/>
        </w:rPr>
        <w:t>15:09  To aurat ke Maulana sahab ne to is baat par bahut likha hai ki aurat ke haath mein bahut badi yeh cheez hai ki woh mard ke maal ko manage karti hai. Ghar ka jo paisa hai usko kis tarah kahan kahan lagana hai yeh cheez woh dekhti hai aksar auraton ke haath mein hota hai yeh.</w:t>
      </w:r>
      <w:r>
        <w:br/>
      </w:r>
      <w:r>
        <w:rPr>
          <w:sz w:val="20"/>
        </w:rPr>
        <w:t>15:27  To agar aurat is cheez mein apne aap ko simplify kar le aur apne aap ko zyada zindagi par le aaye, apne ghar ke mahaul mein woh fazool kharchi ko chhod de jo aajkal ki auraton ka ek pattern hai, family functions hain, furnitures hain, show off hai aur bhi kapde hain, bahut zyada excess shoppings hain.</w:t>
      </w:r>
      <w:r>
        <w:br/>
      </w:r>
      <w:r>
        <w:rPr>
          <w:sz w:val="20"/>
        </w:rPr>
        <w:t>15:48  To in cheezon se apne aap ko hatakar agar woh paison ko simple cheezon mein to zaroorat ki cheezon mein kharch karein aur ghar ka culture simple living wala kar dein.</w:t>
      </w:r>
      <w:r>
        <w:br/>
      </w:r>
      <w:r>
        <w:rPr>
          <w:sz w:val="20"/>
        </w:rPr>
        <w:t>15:58  To ek line Maulana Shah aapne us baat par likhi thi aur mujhe bahut acchi lagi ki aurat agar sirf yeh kare ki maal ka sahi intezam kare zarie ghar ke andar saadgi culture ko raij kare, to yeh itna bada kaam hoga ki usi ek karname ki usi ek karname par usko mehamari insaniyat talqat de diya jayega.</w:t>
      </w:r>
      <w:r>
        <w:br/>
      </w:r>
      <w:r>
        <w:rPr>
          <w:sz w:val="20"/>
        </w:rPr>
        <w:t>16:20  To yeh jo builder of humanity hai, mehamari insaniyat hai yeh title Maulana sahab ne aurat ko diya hai kyunki woh train karti hain, tarbiyat deti hain humanity ko, insaniyat. To woh ek itni badi baat woh title mil jaye ek aurat ko sirf is baat par ki woh apne maal ko bahut hi zyada zaroorat par kharch karne wali ho jaye. Fazool kharchi se bache aur ghar walon ko bhi iska ekamam kare, ghar walon ko bhi bataye.</w:t>
      </w:r>
    </w:p>
    <w:p>
      <w:pPr>
        <w:pStyle w:val="Heading2"/>
      </w:pPr>
      <w:r>
        <w:t>Spiritualism and materialism culminate</w:t>
      </w:r>
    </w:p>
    <w:p>
      <w:r>
        <w:rPr>
          <w:color w:val="666666"/>
          <w:sz w:val="18"/>
        </w:rPr>
        <w:t>Warnings of Doomsday February 4, 2007 · 1m 42s · at 1:40 · https://youtu.be/VT0BnPl_-zc?t=100</w:t>
      </w:r>
    </w:p>
    <w:p>
      <w:r>
        <w:rPr>
          <w:i/>
        </w:rPr>
        <w:t>“Main samajhta hoon ke yeh baat sahi nahi hai”</w:t>
      </w:r>
    </w:p>
    <w:p>
      <w:r>
        <w:rPr>
          <w:sz w:val="20"/>
        </w:rPr>
        <w:t>1:40  main samajhta hoon ke yeh baat sahi nahi hai. Sahi baat yeh hai ke Khuda ne jo banai yeh duniya, to is mein is tarah banaya Khuda ne ke ek taraf spiritualism hai aur doosri taraf materialism hai.</w:t>
      </w:r>
      <w:r>
        <w:br/>
      </w:r>
      <w:r>
        <w:rPr>
          <w:sz w:val="20"/>
        </w:rPr>
        <w:t>1:55  spiritualism se meri murad koi mysterious cheez nahi hai, yeh wohi cheez hai jis ko hum kehte hain Khuda ka bataya hua religion.</w:t>
      </w:r>
      <w:r>
        <w:br/>
      </w:r>
      <w:r>
        <w:rPr>
          <w:sz w:val="20"/>
        </w:rPr>
        <w:t>2:07  to yeh dono, dono yeh stream history mein chalte rahe hain kyunke duniya aap jante hain ke test ke liye hai.</w:t>
      </w:r>
      <w:r>
        <w:br/>
      </w:r>
      <w:r>
        <w:rPr>
          <w:sz w:val="20"/>
        </w:rPr>
        <w:t>2:19  to materialism ka jo culmination hai, isi ko kehte hain dajjal. Yani materialism ka represent karta hai Satan,</w:t>
      </w:r>
      <w:r>
        <w:br/>
      </w:r>
      <w:r>
        <w:rPr>
          <w:sz w:val="20"/>
        </w:rPr>
        <w:t>2:34  aur scientific era mein ya industrial era mein jo development hua, jo progress hui, aur available material barh gaya bohat zyada, to</w:t>
      </w:r>
      <w:r>
        <w:br/>
      </w:r>
      <w:r>
        <w:rPr>
          <w:sz w:val="20"/>
        </w:rPr>
        <w:t>2:50  naye naye possibilities samne aayin dono stream ke liye, dono ke liye. To dajjal jo hai, woh hoga culmination material culture ka,</w:t>
      </w:r>
      <w:r>
        <w:br/>
      </w:r>
      <w:r>
        <w:rPr>
          <w:sz w:val="20"/>
        </w:rPr>
        <w:t>3:07  aur mehdi jo hai, woh culmination hoga spiritual culture ka. Yeh main is se pehle arz kiya tha. To</w:t>
      </w:r>
    </w:p>
    <w:p>
      <w:pPr>
        <w:pStyle w:val="Heading2"/>
      </w:pPr>
      <w:r>
        <w:t>Hudaybiyyah: breakthrough of reassessment</w:t>
      </w:r>
    </w:p>
    <w:p>
      <w:r>
        <w:rPr>
          <w:color w:val="666666"/>
          <w:sz w:val="18"/>
        </w:rPr>
        <w:t>The Issues of Islam in the Present World 11 Nov, 2012 - Maulana Wahiduddin Khan · 2m 37s · at 3:28 · https://youtu.be/_2hQa846Qzc?t=208</w:t>
      </w:r>
    </w:p>
    <w:p>
      <w:r>
        <w:rPr>
          <w:i/>
        </w:rPr>
        <w:t>“War ke bajaye peace par mabni planning. Woh thi Hudaybiyah.”</w:t>
      </w:r>
    </w:p>
    <w:p>
      <w:r>
        <w:rPr>
          <w:sz w:val="20"/>
        </w:rPr>
        <w:t>3:28  war ke bajaye peace par mabni planning. woh thi hudaybiyah. bohat hi zyada sochne ki baat hai ke makki daur se le kar madani taur tak bar bar takrao hota raha, chhote baday.</w:t>
      </w:r>
      <w:r>
        <w:br/>
      </w:r>
      <w:r>
        <w:rPr>
          <w:sz w:val="20"/>
        </w:rPr>
        <w:t>3:52  lekin masla hal nahi hota tha.</w:t>
      </w:r>
      <w:r>
        <w:br/>
      </w:r>
      <w:r>
        <w:rPr>
          <w:sz w:val="20"/>
        </w:rPr>
        <w:t>3:57  masla yeh tha ke shirk ka dard khatm ho aur tauheed ka daur aaye. to woh nahi aata tha woh. to rasool allah sallallahu alaihi wasallam ne allah ki tawfeeq se replanning ki.</w:t>
      </w:r>
      <w:r>
        <w:br/>
      </w:r>
      <w:r>
        <w:rPr>
          <w:sz w:val="20"/>
        </w:rPr>
        <w:t>4:15  ke is se pehle jo aap ki struggle thi, us mein bar bar war pesh aati thi, skirmishes pesh aati thin, takrao pesh aata tha.</w:t>
      </w:r>
      <w:r>
        <w:br/>
      </w:r>
      <w:r>
        <w:rPr>
          <w:sz w:val="20"/>
        </w:rPr>
        <w:t>4:29  to aap ne saare mamle ko ult diya aur aap ne san hudaybiyah kar li. san hudaybiyah jo hai, anokhi sunnat thi jis mein fareeq-e-sani ki sharton ko unilateral taur par maan liya gaya.</w:t>
      </w:r>
      <w:r>
        <w:br/>
      </w:r>
      <w:r>
        <w:rPr>
          <w:sz w:val="20"/>
        </w:rPr>
        <w:t>4:48  jo kaho manzoor, jo kaho manzoor. bas peace hum chahte hain. hatta ke allah rasool allah ko aap ne kaghaz se mita diya.</w:t>
      </w:r>
      <w:r>
        <w:br/>
      </w:r>
      <w:r>
        <w:rPr>
          <w:sz w:val="20"/>
        </w:rPr>
        <w:t>4:59  jo kehte gaye woh sab manzoor.</w:t>
      </w:r>
      <w:r>
        <w:br/>
      </w:r>
      <w:r>
        <w:rPr>
          <w:sz w:val="20"/>
        </w:rPr>
        <w:t>5:04  to yani from war to peace, yeh thi planning aap ki hudaybiyah ke mauqe par.</w:t>
      </w:r>
      <w:r>
        <w:br/>
      </w:r>
      <w:r>
        <w:rPr>
          <w:sz w:val="20"/>
        </w:rPr>
        <w:t>5:15  yeh itna bara waqia tha ke Allah taala ne ayat utari: "inna fatahna kaffatana". aap ghore kijiye ke badr ke baad, hunain ke baad, uhud ke baad, jo bhi ghazwaat kahe jaate hain, un ke baad yeh ayat utri thi kya?</w:t>
      </w:r>
      <w:r>
        <w:br/>
      </w:r>
      <w:r>
        <w:rPr>
          <w:sz w:val="20"/>
        </w:rPr>
        <w:t>5:31  kabhi aisa nahi utri ayat ke aaj tum ko hum ne open victory de di. aap ghore kijiye, is se pehle jitne bhi waqiaat hue the jin ko hum kehte hain ghazwaat, is ke pehle, is ke baad yeh yeh ayat kahan utri thi?</w:t>
      </w:r>
      <w:r>
        <w:br/>
      </w:r>
      <w:r>
        <w:rPr>
          <w:sz w:val="20"/>
        </w:rPr>
        <w:t>5:49  to kaha war par jo cheez nahi mil raha tha, us ko aap ne pees ke zariye hasil kiya.</w:t>
      </w:r>
      <w:r>
        <w:br/>
      </w:r>
      <w:r>
        <w:rPr>
          <w:sz w:val="20"/>
        </w:rPr>
        <w:t>5:58  that was a period of reassessment.</w:t>
      </w:r>
      <w:r>
        <w:br/>
      </w:r>
      <w:r>
        <w:rPr>
          <w:sz w:val="20"/>
        </w:rPr>
        <w:t>6:01  that was break of replanning.</w:t>
      </w:r>
    </w:p>
    <w:p>
      <w:pPr>
        <w:pStyle w:val="Heading2"/>
      </w:pPr>
      <w:r>
        <w:t>Quran and Sunnah's preservation guarantees some stay guided</w:t>
      </w:r>
    </w:p>
    <w:p>
      <w:r>
        <w:rPr>
          <w:color w:val="666666"/>
          <w:sz w:val="18"/>
        </w:rPr>
        <w:t>Muslim Unity March 15, 2014 Maulana Wahiduddin Khan · 1m 04s · at 6:45 · https://youtu.be/CZHU5z3SEjc?t=405</w:t>
      </w:r>
    </w:p>
    <w:p>
      <w:r>
        <w:rPr>
          <w:i/>
        </w:rPr>
        <w:t>“Ye ummat ki fazilat ki baat nahi hai”</w:t>
      </w:r>
    </w:p>
    <w:p>
      <w:r>
        <w:rPr>
          <w:sz w:val="20"/>
        </w:rPr>
        <w:t>6:45  yeh ummat ki fazilat ki baat nahi hai. is ka matlab nahi ke ummat boht afzal hai, is liye aisa hoga. hargiz nahi. is ka matlab yeh hai ke chunke is ummat ki bana jo hai Quran par hai aur sunnat-e-rasool par hai, aur woh mehfooz hai,</w:t>
      </w:r>
      <w:r>
        <w:br/>
      </w:r>
      <w:r>
        <w:rPr>
          <w:sz w:val="20"/>
        </w:rPr>
        <w:t>7:06  to Quran aur sunnat-e-rasool ka mehfooz hona is baat ka zaman ban jayega ke kuch na kuch log zaroor dalalat se bach jayenge.</w:t>
      </w:r>
      <w:r>
        <w:br/>
      </w:r>
      <w:r>
        <w:rPr>
          <w:sz w:val="20"/>
        </w:rPr>
        <w:t>7:18  agar Quran mehfooz na hota, agar sunnat-e-rasool mehfooz na hoti to ek taraf se saat feesad bigaad aa sakta tha.</w:t>
      </w:r>
      <w:r>
        <w:br/>
      </w:r>
      <w:r>
        <w:rPr>
          <w:sz w:val="20"/>
        </w:rPr>
        <w:t>7:28  lekin Quran ka mehfooz hona, sunnat-e-rasool ka mehfooz hona, yeh is baat ka ek zaman hai, abadi taur par, abadi taur par ke sare ke sare log bigaad ka shikar na hon,</w:t>
      </w:r>
      <w:r>
        <w:br/>
      </w:r>
      <w:r>
        <w:rPr>
          <w:sz w:val="20"/>
        </w:rPr>
        <w:t>7:45  kuch log zaroor is se bach jayen ge.</w:t>
      </w:r>
    </w:p>
    <w:p>
      <w:pPr>
        <w:pStyle w:val="Heading2"/>
      </w:pPr>
      <w:r>
        <w:t>Life as paradise journey - hadith explanation</w:t>
      </w:r>
    </w:p>
    <w:p>
      <w:r>
        <w:rPr>
          <w:color w:val="666666"/>
          <w:sz w:val="18"/>
        </w:rPr>
        <w:t>Preparation for Paradise March 9, 2019 · 1m 32s · at 0:48 · https://youtu.be/o03dZArw8W0?t=48</w:t>
      </w:r>
    </w:p>
    <w:p>
      <w:r>
        <w:rPr>
          <w:i/>
        </w:rPr>
        <w:t>“Zindagi kya hai?”</w:t>
      </w:r>
    </w:p>
    <w:p>
      <w:r>
        <w:rPr>
          <w:sz w:val="20"/>
        </w:rPr>
        <w:t>0:48  zindagi kya hai? zindagi jannat ka safar hai.</w:t>
      </w:r>
      <w:r>
        <w:br/>
      </w:r>
      <w:r>
        <w:rPr>
          <w:sz w:val="20"/>
        </w:rPr>
        <w:t>1:00  har insan jannat ka musafir hai.</w:t>
      </w:r>
      <w:r>
        <w:br/>
      </w:r>
      <w:r>
        <w:rPr>
          <w:sz w:val="20"/>
        </w:rPr>
        <w:t>1:09  is ke bare mein aik hadith, bohat hi maani khaiz hadith, aai hai. to woh hadith aap ke samne parhi jayegi, phir inshallah us ki sharah ki jayegi.</w:t>
      </w:r>
      <w:r>
        <w:br/>
      </w:r>
      <w:r>
        <w:rPr>
          <w:sz w:val="20"/>
        </w:rPr>
        <w:t>1:26  aap woh hadith parhiye aur us ka tarjuma kijiye.</w:t>
      </w:r>
      <w:r>
        <w:br/>
      </w:r>
      <w:r>
        <w:rPr>
          <w:sz w:val="20"/>
        </w:rPr>
        <w:t>1:33  an abi hurairah yaqul: qala rasul Allah sallallahu alayhi wa sallam: "man khafa adlaj wa man adlaj balagha al-manzilah, ala in salat Allah ghaliyah, ala in salat Allah al-jannah." sunan tirmidhi, hadith number 2450.</w:t>
      </w:r>
      <w:r>
        <w:br/>
      </w:r>
      <w:r>
        <w:rPr>
          <w:sz w:val="20"/>
        </w:rPr>
        <w:t>1:53  abu hurairah se riwayat hai, woh kehte hain ke maine rasul Allah sallallahu alayhi wa sallam ko kehte hue suna: "jo dara us ne raat ko safar shuru kiya, aur jis ne raat ko safar shuru kiya woh manzil par pahunch gaya." yaad rakho, beshak Allah ka saman qeemti hai,</w:t>
      </w:r>
      <w:r>
        <w:br/>
      </w:r>
      <w:r>
        <w:rPr>
          <w:sz w:val="20"/>
        </w:rPr>
        <w:t>2:14  aur beshak Allah ka saman jannat hai.</w:t>
      </w:r>
    </w:p>
    <w:p>
      <w:pPr>
        <w:pStyle w:val="Heading2"/>
      </w:pPr>
      <w:r>
        <w:t>Hadith of God descending and symbolic insight</w:t>
      </w:r>
    </w:p>
    <w:p>
      <w:r>
        <w:rPr>
          <w:color w:val="666666"/>
          <w:sz w:val="18"/>
        </w:rPr>
        <w:t>Avail Your Morning Time August 23, 2020 Maulana Wahiduddin Khan · 2m 25s · at 0:31 · https://youtu.be/mVs7Y0lavYk?t=31</w:t>
      </w:r>
    </w:p>
    <w:p>
      <w:r>
        <w:rPr>
          <w:i/>
        </w:rPr>
        <w:t>“Aaj bas woh utha to ek hadith mujhe yaad aayi.”</w:t>
      </w:r>
    </w:p>
    <w:p>
      <w:r>
        <w:rPr>
          <w:sz w:val="20"/>
        </w:rPr>
        <w:t>0:31  Aaj bas woh utha to ek hadith mujhe yaad aayi.</w:t>
      </w:r>
      <w:r>
        <w:br/>
      </w:r>
      <w:r>
        <w:rPr>
          <w:sz w:val="20"/>
        </w:rPr>
        <w:t>0:40  Woh hadith yeh hai ke Allah rozana subah ke waqt aasman duniya par utarta hai</w:t>
      </w:r>
      <w:r>
        <w:br/>
      </w:r>
      <w:r>
        <w:rPr>
          <w:sz w:val="20"/>
        </w:rPr>
        <w:t>0:55  aur awaaz deta hai:</w:t>
      </w:r>
      <w:r>
        <w:br/>
      </w:r>
      <w:r>
        <w:rPr>
          <w:sz w:val="20"/>
        </w:rPr>
        <w:t>1:01  "Hal min saail fa'utah?" Koi maangne wala hai jo usko doon?</w:t>
      </w:r>
      <w:r>
        <w:br/>
      </w:r>
      <w:r>
        <w:rPr>
          <w:sz w:val="20"/>
        </w:rPr>
        <w:t>1:09  An Abi Hurairah 'an Rasul Allah Sallallahu 'alaihi wa sallam qala: "Yunzil Allah ila as-samaa' ad-dunyaa kulla laylatin hiyma yamshee thulthul layl al-awwal.</w:t>
      </w:r>
      <w:r>
        <w:br/>
      </w:r>
      <w:r>
        <w:rPr>
          <w:sz w:val="20"/>
        </w:rPr>
        <w:t>1:19  Fayaqool: Ana al-malik, ana al-malik. Man yado'onee fa'astajeeb lahu, man yas'alunee fa'u'teeh, man yastaghfirunee fa'aghfir lahu.</w:t>
      </w:r>
      <w:r>
        <w:br/>
      </w:r>
      <w:r>
        <w:rPr>
          <w:sz w:val="20"/>
        </w:rPr>
        <w:t>1:33  Fala yazaalu kadhalika hatta yuzee' al-fajr." Saheeh Muslim hadith number 758. Wa fi riwayat: "Hal min saail fa'u'teeh?" Abu Hurairah riwayat karte hain ke Rasool Allah Sallallahu 'alaihi wa sallam ne kaha: "Allah taala samaaye duniya par har raat</w:t>
      </w:r>
      <w:r>
        <w:br/>
      </w:r>
      <w:r>
        <w:rPr>
          <w:sz w:val="20"/>
        </w:rPr>
        <w:t>1:54  jab ke pehla tihai hissa guzar jaye utarta hai aur kehta hai: Main baadshah hoon, main baadshah hoon.</w:t>
      </w:r>
      <w:r>
        <w:br/>
      </w:r>
      <w:r>
        <w:rPr>
          <w:sz w:val="20"/>
        </w:rPr>
        <w:t>2:04  Kaun hai jo mujh se dua kare, main uski dua qubool karoon? Kaun hai jo mujh se maange to main usko</w:t>
      </w:r>
      <w:r>
        <w:br/>
      </w:r>
      <w:r>
        <w:rPr>
          <w:sz w:val="20"/>
        </w:rPr>
        <w:t>2:11  ata karoon? Kaun hai jo mujh se maghfirat chahe, main usko bakhsh doon?" Isi tarah rehta hai yahan tak ke fajar ki roshni fajar roshan ho jata hai.</w:t>
      </w:r>
      <w:r>
        <w:br/>
      </w:r>
      <w:r>
        <w:rPr>
          <w:sz w:val="20"/>
        </w:rPr>
        <w:t>2:24  Ek riwayat mein izafa hai: "Hai koi maangne wala to main usko doon?"</w:t>
      </w:r>
      <w:r>
        <w:br/>
      </w:r>
      <w:r>
        <w:rPr>
          <w:sz w:val="20"/>
        </w:rPr>
        <w:t>2:29  Musnad Ahmad hadith number 9591.</w:t>
      </w:r>
      <w:r>
        <w:br/>
      </w:r>
      <w:r>
        <w:rPr>
          <w:sz w:val="20"/>
        </w:rPr>
        <w:t>2:35  Main is hadith ko bahut dinon se sochta tha.</w:t>
      </w:r>
      <w:r>
        <w:br/>
      </w:r>
      <w:r>
        <w:rPr>
          <w:sz w:val="20"/>
        </w:rPr>
        <w:t>2:45  Aaj subah mujhe achaanak mere zehen mein aaya ke yeh symbolic sense mein hai.</w:t>
      </w:r>
    </w:p>
    <w:p>
      <w:pPr>
        <w:pStyle w:val="Heading2"/>
      </w:pPr>
      <w:r>
        <w:t>Two Quranic lessons on what makes a woman best</w:t>
      </w:r>
    </w:p>
    <w:p>
      <w:r>
        <w:rPr>
          <w:color w:val="666666"/>
          <w:sz w:val="18"/>
        </w:rPr>
        <w:t>Behtar Khatoon Kon CPS Women Article Discussion July 2, 2023 · 1m 43s · at 32:49 · https://youtu.be/tGPJwzCnCMM?t=1969</w:t>
      </w:r>
    </w:p>
    <w:p>
      <w:r>
        <w:rPr>
          <w:i/>
        </w:rPr>
        <w:t>“Do baatein maine Quran se seekhi”</w:t>
      </w:r>
    </w:p>
    <w:p>
      <w:r>
        <w:rPr>
          <w:sz w:val="20"/>
        </w:rPr>
        <w:t>32:49  Ma'am mujhe is topic se related thoda sa research kiya tha. to do baatein maine Quran se seekhi. agar main matlab kahin par galat ho jaati hoon please correct me. ek to yeh cheez ki behtareen auratein behtareen aadmiyon ke liye bani hui hain.</w:t>
      </w:r>
      <w:r>
        <w:br/>
      </w:r>
      <w:r>
        <w:rPr>
          <w:sz w:val="20"/>
        </w:rPr>
        <w:t>33:05  ek yeh likha hua mila mujhe aur doosra yeh likha hua tha ki women according to Surah Nisa women have got a very special place and a very special status according to our religion which is Islam. So, behtareen aurat kaun hai?</w:t>
      </w:r>
      <w:r>
        <w:br/>
      </w:r>
      <w:r>
        <w:rPr>
          <w:sz w:val="20"/>
        </w:rPr>
        <w:t>33:23  agar hum is cheez ko simple words mein define karna chahenge aur agar hum daily life ke basis par isko dekhein to behtareen aurat woh hai jo apne aap ko Allah ke parameters par judge karein. kyunki hum jis tarah ki society mein reh rahe hain ya jis tarah mauzhe mein hum hain, to hum majboor rehna chahte hue bhi hum apne aap ko judge karne lagte hain on the parameters which have been decided by people around us.</w:t>
      </w:r>
      <w:r>
        <w:br/>
      </w:r>
      <w:r>
        <w:rPr>
          <w:sz w:val="20"/>
        </w:rPr>
        <w:t>33:48  Like like certain standards like beauty aur the standards of how much money do we earn, hum kitne educated hain ya phir hamara family background kya hai? What kind of clothes do we wear? hamare paas kya kya jewelry hai?</w:t>
      </w:r>
      <w:r>
        <w:br/>
      </w:r>
      <w:r>
        <w:rPr>
          <w:sz w:val="20"/>
        </w:rPr>
        <w:t>34:00  So, hum jo hai majboor ho jaate hain kahin na kahin apne aap ko duniyavi parameters par measure karne</w:t>
      </w:r>
      <w:r>
        <w:br/>
      </w:r>
      <w:r>
        <w:rPr>
          <w:sz w:val="20"/>
        </w:rPr>
        <w:t>34:06  ke liye and because hum usmein behtar matlab hum usmein excel karna chahte hain so kahin na kahin</w:t>
      </w:r>
      <w:r>
        <w:br/>
      </w:r>
      <w:r>
        <w:rPr>
          <w:sz w:val="20"/>
        </w:rPr>
        <w:t>34:12  hum Allah ke decide kiye hue parameters jaise ki paakizgi hai, jaise ki self control hai, apne aap ko</w:t>
      </w:r>
      <w:r>
        <w:br/>
      </w:r>
      <w:r>
        <w:rPr>
          <w:sz w:val="20"/>
        </w:rPr>
        <w:t>34:19  jo qurbani ki jo ek chahat hai, un parameters par apne aap ko measure karna ya apne aap ko judge</w:t>
      </w:r>
      <w:r>
        <w:br/>
      </w:r>
      <w:r>
        <w:rPr>
          <w:sz w:val="20"/>
        </w:rPr>
        <w:t>34:25  karna band kar dete hain kyunki hum duniyavi cheezon mein bahut zyada gum ho jate hain.</w:t>
      </w:r>
      <w:r>
        <w:br/>
      </w:r>
      <w:r>
        <w:rPr>
          <w:sz w:val="20"/>
        </w:rPr>
        <w:t>34:32  to agar hamein apne aap ko behtareen saanche mein daalna hai aur ek behtareen aurat ka form lena hai to mujhe aisa lagta hai ki apne aap ko worldly jo scale hai rating scale jo humne bana rakha hai, agar us par hamein world judge kitna bhi kare, hamari behtari aur hamare standard internally hamare apne upar depend karna chahiye aur woh jo standard hai woh hum with reference to Allah rakhein.</w:t>
      </w:r>
    </w:p>
    <w:p>
      <w:pPr>
        <w:pStyle w:val="Heading2"/>
      </w:pPr>
      <w:r>
        <w:t>How Hadith guides family and marital life</w:t>
      </w:r>
    </w:p>
    <w:p>
      <w:r>
        <w:rPr>
          <w:color w:val="666666"/>
          <w:sz w:val="18"/>
        </w:rPr>
        <w:t>The Living Tradition: Why Hadith Matters in Islam?</w:t>
        <w:br/>
        <w:t>December 8, 2024 · 1m 24s · at 1:08:18 · https://youtu.be/2w9-vnnJBeY?t=4098</w:t>
      </w:r>
    </w:p>
    <w:p>
      <w:r>
        <w:rPr>
          <w:i/>
        </w:rPr>
        <w:t>“How does Hadith address family, marriage, and society?”</w:t>
      </w:r>
    </w:p>
    <w:p>
      <w:r>
        <w:rPr>
          <w:sz w:val="20"/>
        </w:rPr>
        <w:t>1:08:18  aakhir mein ek sawal jo kuch log karte rehte hain, is par main apni taraf se kuch baat bata deta hoon. Woh yeh hai, sawal yeh hai ke</w:t>
      </w:r>
      <w:r>
        <w:br/>
      </w:r>
      <w:r>
        <w:rPr>
          <w:sz w:val="20"/>
        </w:rPr>
        <w:t>1:08:30  hadith mein kaise address kiya gaya hai is muamle ko jo family ka hai, marriage ka hai, aur society ka hai? Kaise address kiya gaya hai?</w:t>
      </w:r>
      <w:r>
        <w:br/>
      </w:r>
      <w:r>
        <w:rPr>
          <w:sz w:val="20"/>
        </w:rPr>
        <w:t>1:08:39  to dekhiye, is ka jawab yeh hai ke Quran agar hum parhein to is mein jo family ya kisi bhi talluq se baatein hain, to spirituality ka pehlu zyada aham hai, phaila hua hai, zyada focus kiya gaya hai.</w:t>
      </w:r>
      <w:r>
        <w:br/>
      </w:r>
      <w:r>
        <w:rPr>
          <w:sz w:val="20"/>
        </w:rPr>
        <w:t>1:08:51  hadith mein hum jaate to is mein practical wisdom ke sath baaton ko bataya gaya hai. Jaisa ke Maulana kehte thay ke hadith ki hikmat ko bhi janna chahiye, ya marifat hadith ko janiye, to woh hum ko</w:t>
      </w:r>
      <w:r>
        <w:br/>
      </w:r>
      <w:r>
        <w:rPr>
          <w:sz w:val="20"/>
        </w:rPr>
        <w:t>1:09:02  hadith se maloom hota hai. Aur muhaddiseen ne is par kai bab bhi bandhe hain, jaisa ke ek bab hai "Husn al-Mu'asharat ma' al-Ahl" ke naam se ke ghar walon ke sath kaise achhe tarike se raha jaye.</w:t>
      </w:r>
      <w:r>
        <w:br/>
      </w:r>
      <w:r>
        <w:rPr>
          <w:sz w:val="20"/>
        </w:rPr>
        <w:t>1:09:15  isi tarike se "Husn Mu'asharat al-Nisa" auraton ke sath kaise achhe tarike se rehna chahiye, is par hai.</w:t>
      </w:r>
      <w:r>
        <w:br/>
      </w:r>
      <w:r>
        <w:rPr>
          <w:sz w:val="20"/>
        </w:rPr>
        <w:t>1:09:21  to aise aayi hain, kai cheezain aayi hain. Ek hadith hai, Allah ke Rasool sallallahu alaihi wasallam ne kaha ke society mein kaisa achhe tarike se reh sakta hai insaan? Is par yeh hadith ke ek insaan jo logon ke sath milta julta hai aur us ki aza par sabr karta hai, woh us se behtar hai jo logon se milta julta nahi aur un ki aza par sabr nahi karta.</w:t>
      </w:r>
    </w:p>
    <w:p>
      <w:pPr>
        <w:pStyle w:val="Heading2"/>
      </w:pPr>
      <w:r>
        <w:t>story of a family that raised children to fake omniscience</w:t>
      </w:r>
    </w:p>
    <w:p>
      <w:r>
        <w:rPr>
          <w:color w:val="666666"/>
          <w:sz w:val="18"/>
        </w:rPr>
        <w:t>Modesty and Arrogance January 31, 2008 · 2m 33s · at 13:35 · https://youtu.be/8EHBmsIAF_Q?t=815</w:t>
      </w:r>
    </w:p>
    <w:p>
      <w:r>
        <w:rPr>
          <w:i/>
        </w:rPr>
        <w:t>“Once I went to a village outside Delhi”</w:t>
      </w:r>
    </w:p>
    <w:p>
      <w:r>
        <w:rPr>
          <w:sz w:val="20"/>
        </w:rPr>
        <w:t>13:35  ek baar main ek sahib ek gaya, ek delhi ke bahar ek jagah thi, ek gaon mein.</w:t>
      </w:r>
      <w:r>
        <w:br/>
      </w:r>
      <w:r>
        <w:rPr>
          <w:sz w:val="20"/>
        </w:rPr>
        <w:t>13:45  to wahan main gaya to wahan main raha ek adh din, lekin unke bachche, unke bachche mere paas aate the.</w:t>
      </w:r>
      <w:r>
        <w:br/>
      </w:r>
      <w:r>
        <w:rPr>
          <w:sz w:val="20"/>
        </w:rPr>
        <w:t>13:54  to unke bachchon ko main kuch sikha nahin saka, kuch bhi nahin. kyun? bachchon ke jo sarparast the, woh ajeeb o ghareeb aadmi the.</w:t>
      </w:r>
      <w:r>
        <w:br/>
      </w:r>
      <w:r>
        <w:rPr>
          <w:sz w:val="20"/>
        </w:rPr>
        <w:t>14:09  apne bachchon ko sikhaya kya? unhon ne tha</w:t>
      </w:r>
      <w:r>
        <w:br/>
      </w:r>
      <w:r>
        <w:rPr>
          <w:sz w:val="20"/>
        </w:rPr>
        <w:t>14:13  ke koi kuch kahe to kaho ke hum ko sab maloom hai. wahan aise bola jata tha, hum yaani hum ko, hum ko hum ko sab maloom hai, hum ko sab pata hai, hum sab jaante hain.</w:t>
      </w:r>
      <w:r>
        <w:br/>
      </w:r>
      <w:r>
        <w:rPr>
          <w:sz w:val="20"/>
        </w:rPr>
        <w:t>14:26  we know everything. kabhi yeh mat kehna ke hum to nahin jaante. to yeh unka ek anokha mind tha.</w:t>
      </w:r>
      <w:r>
        <w:br/>
      </w:r>
      <w:r>
        <w:rPr>
          <w:sz w:val="20"/>
        </w:rPr>
        <w:t>14:36  apne bachchon ko yeh sikhate the ke kisi ke samne yeh show mat karna ke hum ko nahin pata hai.</w:t>
      </w:r>
      <w:r>
        <w:br/>
      </w:r>
      <w:r>
        <w:rPr>
          <w:sz w:val="20"/>
        </w:rPr>
        <w:t>14:41  yeh show karna, hum to sab jaante hain. to jab main koi baat un se poochta tha to kehte the, hum ko sab maloom hai. nateeja kya hua?</w:t>
      </w:r>
      <w:r>
        <w:br/>
      </w:r>
      <w:r>
        <w:rPr>
          <w:sz w:val="20"/>
        </w:rPr>
        <w:t>14:52  ke main wahan raha aur main un ke bachchon ko kuch bhi bata nahin saka. kuch lene ki position mein nahin the.</w:t>
      </w:r>
      <w:r>
        <w:br/>
      </w:r>
      <w:r>
        <w:rPr>
          <w:sz w:val="20"/>
        </w:rPr>
        <w:t>15:01  woh gaya ke unka container bhara hua tha, ab is mein kuch dalenge aap to idhar beh jayega, idhar beh jayega.</w:t>
      </w:r>
      <w:r>
        <w:br/>
      </w:r>
      <w:r>
        <w:rPr>
          <w:sz w:val="20"/>
        </w:rPr>
        <w:t>15:12  woh kaise? jab jab bhara hua bartan hai to aur is mein kaise koi cheez aa sakti hai? to dekhen, do qism ke aadmi hote hain: ek yeh ke hum ko sab maloom hai, ek yeh ke hum ko kuch nahin maloom hai.</w:t>
      </w:r>
      <w:r>
        <w:br/>
      </w:r>
      <w:r>
        <w:rPr>
          <w:sz w:val="20"/>
        </w:rPr>
        <w:t>15:28  to jo is ehsaas mein jeeta ho ke hum seekher hain, hum ko jaanna hai, hamein abhi kuch pata nahin hai, to jo baat aaj us ko milegi, jaldi se us ko le lega.</w:t>
      </w:r>
      <w:r>
        <w:br/>
      </w:r>
      <w:r>
        <w:rPr>
          <w:sz w:val="20"/>
        </w:rPr>
        <w:t>15:44  aur jis ko yeh ehsaas bhara hua hai is ke mind mein ke main to sab jaanta hi, jaanta hi hoon, to woh kuch bhi nahin nahin le payega.</w:t>
      </w:r>
      <w:r>
        <w:br/>
      </w:r>
      <w:r>
        <w:rPr>
          <w:sz w:val="20"/>
        </w:rPr>
        <w:t>15:51  is liye main yeh samjha hoon ke yeh kehna bilkul durust hoga ke arrogance sari buraiyon ki jar hai aur modesty sari achhaiyon ki jar hai.</w:t>
      </w:r>
    </w:p>
    <w:p>
      <w:pPr>
        <w:pStyle w:val="Heading2"/>
      </w:pPr>
      <w:r>
        <w:t>Why the Quran alone isn't sufficient without Hadith</w:t>
      </w:r>
    </w:p>
    <w:p>
      <w:r>
        <w:rPr>
          <w:color w:val="666666"/>
          <w:sz w:val="18"/>
        </w:rPr>
        <w:t>The Living Tradition: Why Hadith Matters in Islam?</w:t>
        <w:br/>
        <w:t>December 8, 2024 · 1m 25s · at 2:49 · https://youtu.be/2w9-vnnJBeY?t=169</w:t>
      </w:r>
    </w:p>
    <w:p>
      <w:r>
        <w:rPr>
          <w:i/>
        </w:rPr>
        <w:t>“So why is Hadith even necessary?”</w:t>
      </w:r>
    </w:p>
    <w:p>
      <w:r>
        <w:rPr>
          <w:sz w:val="20"/>
        </w:rPr>
        <w:t>2:49  to hadith ki zaroorat kyun hai?</w:t>
      </w:r>
      <w:r>
        <w:br/>
      </w:r>
      <w:r>
        <w:rPr>
          <w:sz w:val="20"/>
        </w:rPr>
        <w:t>2:53  bahut sare log kehte hain ke hamare liye quran kafi hai. lekin quran ko hum hadith ke baghair, prophet ki sunnat ke baghair hum quran ko samajh nahi sakte.</w:t>
      </w:r>
      <w:r>
        <w:br/>
      </w:r>
      <w:r>
        <w:rPr>
          <w:sz w:val="20"/>
        </w:rPr>
        <w:t>3:06  to quran jo hai bilkul jaise basic principle ki kitab hai aur hadith jo hai us ki tafseel. to sari tafseel jo hai woh hum ko hadith se milti hai.</w:t>
      </w:r>
      <w:r>
        <w:br/>
      </w:r>
      <w:r>
        <w:rPr>
          <w:sz w:val="20"/>
        </w:rPr>
        <w:t>3:18  to is liye yeh bahut zyada zaroori hai ke hum hadith ko samjhein aur prophet ki sunnat ko samajhne ki koshish karein, tabhi hum quran ko bhi samajh sakte hain.</w:t>
      </w:r>
      <w:r>
        <w:br/>
      </w:r>
      <w:r>
        <w:rPr>
          <w:sz w:val="20"/>
        </w:rPr>
        <w:t>3:33  hazrat aisha ne ek baar farmaaya: "kaan khulqahu al-quran"۔ aap quran ki amli tafseer thay. yaani aap quran in action hum keh sakte hain, quran in action thay poora.</w:t>
      </w:r>
      <w:r>
        <w:br/>
      </w:r>
      <w:r>
        <w:rPr>
          <w:sz w:val="20"/>
        </w:rPr>
        <w:t>3:46  kyunke maulana azaad ne ek baar kaha hai ke ek quran woh hai jo mujallad shakal mein hai aur doosra quran woh hai jo madina mein chalta phirta tha.</w:t>
      </w:r>
      <w:r>
        <w:br/>
      </w:r>
      <w:r>
        <w:rPr>
          <w:sz w:val="20"/>
        </w:rPr>
        <w:t>3:57  to aap poori tarah se quran par amal karte thay. to woh misaal ke taur par ek khaas taur par ibaadaat, woh to hum samajh hi nahi sakte baghair rasool allah salallahu alaihi wasallam ki practice ko jaane hue.</w:t>
      </w:r>
    </w:p>
    <w:p>
      <w:pPr>
        <w:pStyle w:val="Heading2"/>
      </w:pPr>
      <w:r>
        <w:t>Tiger analogy and becoming aligned with nature</w:t>
      </w:r>
    </w:p>
    <w:p>
      <w:r>
        <w:rPr>
          <w:color w:val="666666"/>
          <w:sz w:val="18"/>
        </w:rPr>
        <w:t>Hadith-e-Qudsi April 24, 2014 Maulana Wahiduddin Khan · 1m 53s · at 6:05 · https://youtu.be/DXaqyk0uct0?t=365</w:t>
      </w:r>
    </w:p>
    <w:p>
      <w:r>
        <w:rPr>
          <w:i/>
        </w:rPr>
        <w:t>“There was a tiger hunter named Jim Corbett.”</w:t>
      </w:r>
    </w:p>
    <w:p>
      <w:r>
        <w:rPr>
          <w:sz w:val="20"/>
        </w:rPr>
        <w:t>6:05  jaise mein ek misaal deta hoon,</w:t>
      </w:r>
      <w:r>
        <w:br/>
      </w:r>
      <w:r>
        <w:rPr>
          <w:sz w:val="20"/>
        </w:rPr>
        <w:t>6:10  ek tha British period mein ek woh hunter kaha jata tha, yaani sher ka shikar karne wala, Jim Corbett.</w:t>
      </w:r>
      <w:r>
        <w:br/>
      </w:r>
      <w:r>
        <w:rPr>
          <w:sz w:val="20"/>
        </w:rPr>
        <w:t>6:24  uski kitaab hai, us mein apne tajrubaat likhe hain.</w:t>
      </w:r>
      <w:r>
        <w:br/>
      </w:r>
      <w:r>
        <w:rPr>
          <w:sz w:val="20"/>
        </w:rPr>
        <w:t>6:30  to woh kehta hai ke agar aap jungle mein chal rahe hain aur aap notice karte hain ke paas ki jhaari mein ek sher khara hua hai,</w:t>
      </w:r>
      <w:r>
        <w:br/>
      </w:r>
      <w:r>
        <w:rPr>
          <w:sz w:val="20"/>
        </w:rPr>
        <w:t>6:43  chand gaz, chand meter ke faaslay par</w:t>
      </w:r>
      <w:r>
        <w:br/>
      </w:r>
      <w:r>
        <w:rPr>
          <w:sz w:val="20"/>
        </w:rPr>
        <w:t>6:48  , to aap ke jism mein</w:t>
      </w:r>
      <w:r>
        <w:br/>
      </w:r>
      <w:r>
        <w:rPr>
          <w:sz w:val="20"/>
        </w:rPr>
        <w:t>6:53  blood circulation, blood asar badh jata hai. Yaani khoon ki gardish, khoon ka toofan badh jati hai. To aap ghor kijiye ke jis aadmi ko sher ki daryaft hui, uska yeh haal ho gaya.</w:t>
      </w:r>
      <w:r>
        <w:br/>
      </w:r>
      <w:r>
        <w:rPr>
          <w:sz w:val="20"/>
        </w:rPr>
        <w:t>7:07  to jis aadmi ko Allah ki daryaft hui, us ka kya haal hoga?</w:t>
      </w:r>
      <w:r>
        <w:br/>
      </w:r>
      <w:r>
        <w:rPr>
          <w:sz w:val="20"/>
        </w:rPr>
        <w:t>7:12  to yahan abd se murad hai aisa insaan nahi hai jo sarkashi karta hai, apni apni ananiyat chalata hai, apna jhanda uthata hai, hangame khade karta hai, tod phod karta hai.</w:t>
      </w:r>
      <w:r>
        <w:br/>
      </w:r>
      <w:r>
        <w:rPr>
          <w:sz w:val="20"/>
        </w:rPr>
        <w:t>7:28  wo insaan murad nahi hai.</w:t>
      </w:r>
      <w:r>
        <w:br/>
      </w:r>
      <w:r>
        <w:rPr>
          <w:sz w:val="20"/>
        </w:rPr>
        <w:t>7:31  yahan to wo insaan hai jisko haal yeh ho ke Allah ki daryaft ne us ko ek عارف insaan bana diya ho, mutawazi insaan bana diya ho, modest insaan bana diya ho.</w:t>
      </w:r>
      <w:r>
        <w:br/>
      </w:r>
      <w:r>
        <w:rPr>
          <w:sz w:val="20"/>
        </w:rPr>
        <w:t>7:45  to wo insaan haqeeqat mein nature ke sath pahunch jata hai. Allah ki daryaft aur Allah ke creation plan ki daryaft saada baat nahi hai.</w:t>
      </w:r>
    </w:p>
    <w:p>
      <w:pPr>
        <w:pStyle w:val="Heading2"/>
      </w:pPr>
      <w:r>
        <w:t>Prophet's character as example for all</w:t>
      </w:r>
    </w:p>
    <w:p>
      <w:r>
        <w:rPr>
          <w:color w:val="666666"/>
          <w:sz w:val="18"/>
        </w:rPr>
        <w:t>Hadith Prediction November 3, 2013 · 2m 24s · at 13:27 · https://youtu.be/cb5Lzw9c8aE?t=807</w:t>
      </w:r>
    </w:p>
    <w:p>
      <w:r>
        <w:rPr>
          <w:i/>
        </w:rPr>
        <w:t>“For example, the Quran says you are upon a great character.”</w:t>
      </w:r>
    </w:p>
    <w:p>
      <w:r>
        <w:rPr>
          <w:sz w:val="20"/>
        </w:rPr>
        <w:t>13:27  misal ke taur par dekhiye, quran mein hai ke inna laka ala khulqin azeem tum bare character par ho, sublime character par ho, high character par ho.</w:t>
      </w:r>
      <w:r>
        <w:br/>
      </w:r>
      <w:r>
        <w:rPr>
          <w:sz w:val="20"/>
        </w:rPr>
        <w:t>13:42  to is ko jor diya kis se? rasool allah se. kaha high character ke baad jo hai, khulq azeem ke baad bas rasool allah ke liye hamein hamein is mein kuch nahi karna hai. halanke woh sab ke liye, woh example hai, woh woh example hai</w:t>
      </w:r>
      <w:r>
        <w:br/>
      </w:r>
      <w:r>
        <w:rPr>
          <w:sz w:val="20"/>
        </w:rPr>
        <w:t>13:59  jo quran mein aaya hai ke laqad kana lakum fi rasool allah uswa hasana yeh uswa hasana ki baat jo hai, woh rasool allah ki poori zindagi sab ke liye hai, siwa un chand ek baaton ke jis mein sarahatan keh diya gaya ho ke woh rasool allah ke liye hai.</w:t>
      </w:r>
      <w:r>
        <w:br/>
      </w:r>
      <w:r>
        <w:rPr>
          <w:sz w:val="20"/>
        </w:rPr>
        <w:t>14:16  misalan kai auraton se shadi karna. to wahan saaf saaf likha hua hai quran mein khassatan laka min dunil momineen yaani doosre ahl-e-iman ke liye ek had hai,</w:t>
      </w:r>
      <w:r>
        <w:br/>
      </w:r>
      <w:r>
        <w:rPr>
          <w:sz w:val="20"/>
        </w:rPr>
        <w:t>14:30  lekin rasool allah ke liye woh had tod di gayi thi kisi maslehat ki bina par. to wahan likha hua hai saaf saaf khassatan laka min dunil momineen baqi jahan sarahat na ho, woh sab sare ahl-e-iman ke liye hai.</w:t>
      </w:r>
      <w:r>
        <w:br/>
      </w:r>
      <w:r>
        <w:rPr>
          <w:sz w:val="20"/>
        </w:rPr>
        <w:t>14:46  to khulq azeem bhi sare ahl-e-iman ke liye example hai. to khulq azeem ka matlab kya hai?</w:t>
      </w:r>
      <w:r>
        <w:br/>
      </w:r>
      <w:r>
        <w:rPr>
          <w:sz w:val="20"/>
        </w:rPr>
        <w:t>14:56  yaani khulq azeem ka matlab hai, yaani reaction se apne ko bacha kar aala akhlaq par qaim hona.</w:t>
      </w:r>
      <w:r>
        <w:br/>
      </w:r>
      <w:r>
        <w:rPr>
          <w:sz w:val="20"/>
        </w:rPr>
        <w:t>15:07  reaction se bacha kar aala akhlaq par qaim hona, yaani koi radd-e-amal nahi, koi nafrat nahi, koi intiqam ka jazba nahi, koi hate nahi.</w:t>
      </w:r>
      <w:r>
        <w:br/>
      </w:r>
      <w:r>
        <w:rPr>
          <w:sz w:val="20"/>
        </w:rPr>
        <w:t>15:22  log to aisa karenge, zahir hai ke dunya mein differences hote hain. log to aisi baatein karenge, negative reaction un ki taraf se ravaiyya hoga, lekin rasool allah ka tareeqa tha ke un se bilkul upar uth kar ke,</w:t>
      </w:r>
      <w:r>
        <w:br/>
      </w:r>
      <w:r>
        <w:rPr>
          <w:sz w:val="20"/>
        </w:rPr>
        <w:t>15:37  ek dum upar uth kar ke apna akhlaq banana. is ki ek misal deta hoon mein ke rasool allah ko, rasool allah madine mein aap ne apna mission shuru kiya.</w:t>
      </w:r>
    </w:p>
    <w:p>
      <w:pPr>
        <w:pStyle w:val="Heading2"/>
      </w:pPr>
      <w:r>
        <w:t>VIP shoe story teaches realistic approach to life</w:t>
      </w:r>
    </w:p>
    <w:p>
      <w:r>
        <w:rPr>
          <w:color w:val="666666"/>
          <w:sz w:val="18"/>
        </w:rPr>
        <w:t>God's Protection November 28, 2013 · 1m 16s · at 16:44 · https://youtu.be/QgqXbChsr5c?t=1004</w:t>
      </w:r>
    </w:p>
    <w:p>
      <w:r>
        <w:rPr>
          <w:i/>
        </w:rPr>
        <w:t>“Hamare VIP sahiban America gaye, airport security ne unhe utarwaya”</w:t>
      </w:r>
    </w:p>
    <w:p>
      <w:r>
        <w:rPr>
          <w:sz w:val="20"/>
        </w:rPr>
        <w:t>16:44  realistic approach. jaise ek misaal deta hoon mein ke hamare India ke kuch VIP, jo kaha jata hai VIP aur BVIp log, America gaye to airport par un ki jo security hoti hai, to un ka utara gaya.</w:t>
      </w:r>
      <w:r>
        <w:br/>
      </w:r>
      <w:r>
        <w:rPr>
          <w:sz w:val="20"/>
        </w:rPr>
        <w:t>17:07  ab woh akhbaron mein chapa, bara ghussa ke dekho hamare falan sahib ka unhone joota utar kar check kiya.</w:t>
      </w:r>
      <w:r>
        <w:br/>
      </w:r>
      <w:r>
        <w:rPr>
          <w:sz w:val="20"/>
        </w:rPr>
        <w:t>17:18  mein pichle thore dino mein do baar America gaya hoon, mera bhi joota utara kiya gaya.</w:t>
      </w:r>
      <w:r>
        <w:br/>
      </w:r>
      <w:r>
        <w:rPr>
          <w:sz w:val="20"/>
        </w:rPr>
        <w:t>17:27  woh to sirf is ne dekha mere joote ki tarah to mein ne jaldi utar diya. khud hi utar diya. to woh thank you, thank you kehne laga.</w:t>
      </w:r>
      <w:r>
        <w:br/>
      </w:r>
      <w:r>
        <w:rPr>
          <w:sz w:val="20"/>
        </w:rPr>
        <w:t>17:37  to woh hazraat jinho ne react kiya, woh jante nahi thay ke realistic approach kya hota hai. kitna ehtiyat paida ho jayega ke jahan bhi koi cheez Quran o Sunnat sabit ho jaye, bas aap under kar dein.</w:t>
      </w:r>
      <w:r>
        <w:br/>
      </w:r>
      <w:r>
        <w:rPr>
          <w:sz w:val="20"/>
        </w:rPr>
        <w:t>17:56  is ko follow karne lagien.</w:t>
      </w:r>
    </w:p>
    <w:p>
      <w:pPr>
        <w:pStyle w:val="Heading2"/>
      </w:pPr>
      <w:r>
        <w:t>Relevance of hadith for later times</w:t>
      </w:r>
    </w:p>
    <w:p>
      <w:r>
        <w:rPr>
          <w:color w:val="666666"/>
          <w:sz w:val="18"/>
        </w:rPr>
        <w:t>The Importance of Unity March 15, 2014 · 1m 44s · at 19:11 · https://youtu.be/-xS-eK4zw-k?t=1151</w:t>
      </w:r>
    </w:p>
    <w:p>
      <w:r>
        <w:rPr>
          <w:i/>
        </w:rPr>
        <w:t>“To yeh hadees mein samajhta hoon ke bohot hi ahem hadees hai”</w:t>
      </w:r>
    </w:p>
    <w:p>
      <w:r>
        <w:rPr>
          <w:sz w:val="20"/>
        </w:rPr>
        <w:t>19:11  to yeh hadith mein samajhta hoon ke bohat hi ahem hadith hai. is mein baad ke zamane ke musalmanon ke liye bohat bari rehnumai hai.</w:t>
      </w:r>
      <w:r>
        <w:br/>
      </w:r>
      <w:r>
        <w:rPr>
          <w:sz w:val="20"/>
        </w:rPr>
        <w:t>19:24  yeh sab halaat zyada tar baad ke daur mein pesh aane wale the. rasool Allah ke baad. yani yeh surat-e-haal jis ka zikr hai is hadith mein is ka taluq rasool Allah ke apne zamane se nahin hai.</w:t>
      </w:r>
      <w:r>
        <w:br/>
      </w:r>
      <w:r>
        <w:rPr>
          <w:sz w:val="20"/>
        </w:rPr>
        <w:t>19:38  baad ke zamane se hai.</w:t>
      </w:r>
      <w:r>
        <w:br/>
      </w:r>
      <w:r>
        <w:rPr>
          <w:sz w:val="20"/>
        </w:rPr>
        <w:t>19:42  to baad ke zamane mein jo surat-e-haal pesh aane wali thi us ke liye aap ne Allah ki tofeeq se ummat ko rehnumai di hai ke tum ko kya karna chahiye,</w:t>
      </w:r>
      <w:r>
        <w:br/>
      </w:r>
      <w:r>
        <w:rPr>
          <w:sz w:val="20"/>
        </w:rPr>
        <w:t>19:57  kya mauqaf ikhtiyar karna chahiye.</w:t>
      </w:r>
      <w:r>
        <w:br/>
      </w:r>
      <w:r>
        <w:rPr>
          <w:sz w:val="20"/>
        </w:rPr>
        <w:t>20:03  to mein samajhta hoon ke is hadith, hadith mein bohat thi, yani is golden naseehat ki gayi hai.</w:t>
      </w:r>
      <w:r>
        <w:br/>
      </w:r>
      <w:r>
        <w:rPr>
          <w:sz w:val="20"/>
        </w:rPr>
        <w:t>20:12  golden usool bataye gaye hain. lekin ummat bekhabar hai is se.</w:t>
      </w:r>
      <w:r>
        <w:br/>
      </w:r>
      <w:r>
        <w:rPr>
          <w:sz w:val="20"/>
        </w:rPr>
        <w:t>20:20  ya to log galat tashrihat karte hain ya is ko galat mauqaf ke liye istemal karte hain. asal jo rehnumai hai is se ummat bekhabar hai.</w:t>
      </w:r>
      <w:r>
        <w:br/>
      </w:r>
      <w:r>
        <w:rPr>
          <w:sz w:val="20"/>
        </w:rPr>
        <w:t>20:43  to is ka relevance mauzu zamane mein bohat zyada hai. is hadith ka jo application hai woh mauzu zamane mein bohat zyada ho gaya hai.</w:t>
      </w:r>
    </w:p>
    <w:p>
      <w:pPr>
        <w:pStyle w:val="Heading2"/>
      </w:pPr>
      <w:r>
        <w:t>Top scholars failed to unlock a hadith's deep meaning without ijtihad</w:t>
      </w:r>
    </w:p>
    <w:p>
      <w:r>
        <w:rPr>
          <w:color w:val="666666"/>
          <w:sz w:val="18"/>
        </w:rPr>
        <w:t>Islam in A New Age March 18, 2012 · 2m 59s · at 7:14 · https://youtu.be/P5hzq_NheY0?t=434</w:t>
      </w:r>
    </w:p>
    <w:p>
      <w:r>
        <w:rPr>
          <w:i/>
        </w:rPr>
        <w:t>“Maine sab parha, lekin sirf lafzon ka matlab mila”</w:t>
      </w:r>
    </w:p>
    <w:p>
      <w:r>
        <w:rPr>
          <w:sz w:val="20"/>
        </w:rPr>
        <w:t>7:14  is ko is ka kya, is mein kya baatein hain? yeh bohat hi ajeeb baat hai ke poori tareekh mein is se bekhabar reh gaye log. aur is ka mein hawala deta hoon aap ko ke allama anwar shah kashmiri, jo bohat hi top ke muhaddis thay,</w:t>
      </w:r>
      <w:r>
        <w:br/>
      </w:r>
      <w:r>
        <w:rPr>
          <w:sz w:val="20"/>
        </w:rPr>
        <w:t>7:35  saari hadees ki kitabein, saari mutalliq kitabein, saara zakhira jo hai sunnat ka, woh unhon ne parha tha. to woh likhte hain, un ki kitab mere paas maujood hai,</w:t>
      </w:r>
      <w:r>
        <w:br/>
      </w:r>
      <w:r>
        <w:rPr>
          <w:sz w:val="20"/>
        </w:rPr>
        <w:t>7:49  jo amali hai, lekin bahar haal unhi ki kitab hai woh. woh kehte hain ke maine sab parha. shaukani ki kitab parhi, aur falan kitab parhi, saara parh dala maine is hadees ko samajhnay ke liye.</w:t>
      </w:r>
      <w:r>
        <w:br/>
      </w:r>
      <w:r>
        <w:rPr>
          <w:sz w:val="20"/>
        </w:rPr>
        <w:t>8:01  lekin</w:t>
      </w:r>
      <w:r>
        <w:br/>
      </w:r>
      <w:r>
        <w:rPr>
          <w:sz w:val="20"/>
        </w:rPr>
        <w:t>8:02  is ke baad likhte hain ke "lam yatahassal shay'un ghair hall al-lughaat, ghair hall al-alfaz, lam yatahassal shay'un ghair hall al-alfaz" .</w:t>
      </w:r>
      <w:r>
        <w:br/>
      </w:r>
      <w:r>
        <w:rPr>
          <w:sz w:val="20"/>
        </w:rPr>
        <w:t>8:18  yani yeh saara zakhira jo is hadees ki sharah mein likha gaya hai, is mein is hadees ke mani par mujhe kuch nahi mila.</w:t>
      </w:r>
      <w:r>
        <w:br/>
      </w:r>
      <w:r>
        <w:rPr>
          <w:sz w:val="20"/>
        </w:rPr>
        <w:t>8:26  sirf alfaaz ki grammatical explanation, literal explanation, bas yeh mila. aap ghor kijiye, kaisi ajeeb baat yeh hai.</w:t>
      </w:r>
      <w:r>
        <w:br/>
      </w:r>
      <w:r>
        <w:rPr>
          <w:sz w:val="20"/>
        </w:rPr>
        <w:t>8:38  aur is hadees ke baray mein jo ke bukhari mein bhi hai, aur ibn hajar ki jo kitab hai, fath al-bari, ibn hajar ki kitab jo fath al-bari hai, us ko hadees ka encyclopedia kaha jata hai.</w:t>
      </w:r>
      <w:r>
        <w:br/>
      </w:r>
      <w:r>
        <w:rPr>
          <w:sz w:val="20"/>
        </w:rPr>
        <w:t>8:53  bees jildon mein hai woh.</w:t>
      </w:r>
      <w:r>
        <w:br/>
      </w:r>
      <w:r>
        <w:rPr>
          <w:sz w:val="20"/>
        </w:rPr>
        <w:t>8:56  is mein bhi is tarah behs hai, lekin aik jumla bhi us ki maanoiyat, us ki meaning ke baray mein kuch nahi hai. kaisi ajeeb baat hai.</w:t>
      </w:r>
      <w:r>
        <w:br/>
      </w:r>
      <w:r>
        <w:rPr>
          <w:sz w:val="20"/>
        </w:rPr>
        <w:t>9:07  lekin isi mein aik jumla bohat ahem likha unhon ne ke is hadees mein jo baat hai, us ka janna mumkin hai, lekin thoday logon ke liye mumkin hai woh.</w:t>
      </w:r>
      <w:r>
        <w:br/>
      </w:r>
      <w:r>
        <w:rPr>
          <w:sz w:val="20"/>
        </w:rPr>
        <w:t>9:16  ab woh kon thoday log hain? woh mujtahid log hain.</w:t>
      </w:r>
      <w:r>
        <w:br/>
      </w:r>
      <w:r>
        <w:rPr>
          <w:sz w:val="20"/>
        </w:rPr>
        <w:t>9:24  marifat hukmihi mumkin, walakin lil qaleel min an-nas wa hum al-mujtahidun. is se kya nikla?</w:t>
      </w:r>
      <w:r>
        <w:br/>
      </w:r>
      <w:r>
        <w:rPr>
          <w:sz w:val="20"/>
        </w:rPr>
        <w:t>9:34  is mani ke jo baray baray mani hain jo hadees o quran mein, us ke liye ijtihad ki zaroorat hai. ijtihadi ghor o fikr, ijtihadi zehan.</w:t>
      </w:r>
      <w:r>
        <w:br/>
      </w:r>
      <w:r>
        <w:rPr>
          <w:sz w:val="20"/>
        </w:rPr>
        <w:t>9:46  agar aap ke andar ijtihadi salahiyat nahi hai to in mani tak aap pohnchenge nahi.</w:t>
      </w:r>
      <w:r>
        <w:br/>
      </w:r>
      <w:r>
        <w:rPr>
          <w:sz w:val="20"/>
        </w:rPr>
        <w:t>9:53  is ka matlab kya hua? ke ijtihad na karne ki wajah se poori poori ummat, poori poori ummat jo hai, islam ke reduced form tak pahunch saki.</w:t>
      </w:r>
      <w:r>
        <w:br/>
      </w:r>
      <w:r>
        <w:rPr>
          <w:sz w:val="20"/>
        </w:rPr>
        <w:t>10:06  islam ka jo higher form tha, us se bekhabar reh gayi. kaisi ajeeb mahroomi hai ye.</w:t>
      </w:r>
    </w:p>
    <w:p>
      <w:pPr>
        <w:pStyle w:val="Heading2"/>
      </w:pPr>
      <w:r>
        <w:t>21st century enables positive mind and heart salim</w:t>
      </w:r>
    </w:p>
    <w:p>
      <w:r>
        <w:rPr>
          <w:color w:val="666666"/>
          <w:sz w:val="18"/>
        </w:rPr>
        <w:t>Living in the 21st Century I 17th February 2013 - Maulana Wahiduddin Khan · 1m 35s · at 35:58 · https://youtu.be/ccUhM8fLtpU?t=2158</w:t>
      </w:r>
    </w:p>
    <w:p>
      <w:r>
        <w:rPr>
          <w:i/>
        </w:rPr>
        <w:t>“قرآن میں ہے کہ إِلَّا مَنْ أَتَى اللَّهَ بِقَلْبٍ سَلِيمٍ”</w:t>
      </w:r>
    </w:p>
    <w:p>
      <w:r>
        <w:rPr>
          <w:sz w:val="20"/>
        </w:rPr>
        <w:t>35:58  aur dekhiye, positive mind ke sath jeena ya positive personalities ke sath jeena, yeh sadah baat nahin hai. yahi to woh log hain jo jannat mein jaen ge.</w:t>
      </w:r>
      <w:r>
        <w:br/>
      </w:r>
      <w:r>
        <w:rPr>
          <w:sz w:val="20"/>
        </w:rPr>
        <w:t>36:09  quran mein hai ke illa man ataa allaha biqalbin saleemin yaani jannat mein woh jayega jo yaani akhirat mein pahunche qalb saleem ke sath.</w:t>
      </w:r>
      <w:r>
        <w:br/>
      </w:r>
      <w:r>
        <w:rPr>
          <w:sz w:val="20"/>
        </w:rPr>
        <w:t>36:24  qalb saleem kya hai?</w:t>
      </w:r>
      <w:r>
        <w:br/>
      </w:r>
      <w:r>
        <w:rPr>
          <w:sz w:val="20"/>
        </w:rPr>
        <w:t>36:26  Hundred percent positive mind۔ kisi se dushmani nahi, kisi se nafrat nahi, kisi se hate nahi, kisi se revenge ka jazba nahi.</w:t>
      </w:r>
      <w:r>
        <w:br/>
      </w:r>
      <w:r>
        <w:rPr>
          <w:sz w:val="20"/>
        </w:rPr>
        <w:t>36:40  kuch bhi nahi, kisi se shikayat nahi, kisi se protest nahi.</w:t>
      </w:r>
      <w:r>
        <w:br/>
      </w:r>
      <w:r>
        <w:rPr>
          <w:sz w:val="20"/>
        </w:rPr>
        <w:t>36:44  woh hai qalb saleem. lekin is tarah ke qalb saleem banne ke liye halaat chahiye. halaat na hon to nahi ban sakta.</w:t>
      </w:r>
      <w:r>
        <w:br/>
      </w:r>
      <w:r>
        <w:rPr>
          <w:sz w:val="20"/>
        </w:rPr>
        <w:t>36:57  to Allah taala ne woh halaat paida kiye ke agar is ko aap samajh len,</w:t>
      </w:r>
      <w:r>
        <w:br/>
      </w:r>
      <w:r>
        <w:rPr>
          <w:sz w:val="20"/>
        </w:rPr>
        <w:t>37:04  agar aap is se ba-khabar ho jayen, to tareekh mein, poori history mein pehli baar yeh duniya mein mauqa aaya hai ke aap</w:t>
      </w:r>
      <w:r>
        <w:br/>
      </w:r>
      <w:r>
        <w:rPr>
          <w:sz w:val="20"/>
        </w:rPr>
        <w:t>37:22  aakhri had tak qalb saleem ke sath jayen. aakhri had tak positive personalities ke sath jayen. aakhri had tak positive mind ke sath jayen.</w:t>
      </w:r>
    </w:p>
    <w:p>
      <w:pPr>
        <w:pStyle w:val="Heading2"/>
      </w:pPr>
      <w:r>
        <w:t>Translation to Maulana insight</w:t>
      </w:r>
    </w:p>
    <w:p>
      <w:r>
        <w:rPr>
          <w:color w:val="666666"/>
          <w:sz w:val="18"/>
        </w:rPr>
        <w:t>War And Peace November 15, 2013 Maulana Wahiduddin Khan · 1m 07s · at 1:03 · https://youtu.be/dxgn0Pp7iVQ?t=63</w:t>
      </w:r>
    </w:p>
    <w:p>
      <w:r>
        <w:rPr>
          <w:i/>
        </w:rPr>
        <w:t>“Is hadith ka tarjuma hai:”</w:t>
      </w:r>
    </w:p>
    <w:p>
      <w:r>
        <w:rPr>
          <w:sz w:val="20"/>
        </w:rPr>
        <w:t>1:03  is hadith ka tarjuma hai: abdullah bin abi aufa se riwayat hai ke rasool allah sallallahu alaihi wasallam ba'z un safaron mein jin mein dushman se amna samna hua, us waqt tak intazar karte jab tak suraj dhal na jata, phir logon mein khare hote aur farmate: "ae logon!</w:t>
      </w:r>
      <w:r>
        <w:br/>
      </w:r>
      <w:r>
        <w:rPr>
          <w:sz w:val="20"/>
        </w:rPr>
        <w:t>1:24  dushman se muqable ki tamanna na karo, allah se afiyat talab karo, aur agar tumhara dushman se muqabla ho to sabr karo, aur yeh jaan lo ke jannat talwaron ke saye mein hai." phir kaha: "ae allah!</w:t>
      </w:r>
      <w:r>
        <w:br/>
      </w:r>
      <w:r>
        <w:rPr>
          <w:sz w:val="20"/>
        </w:rPr>
        <w:t>1:38  kitab ke nazil karne wale aur lashkaroon ko shikast dene wale, unhein shikast de aur hamein un par ghalba ata farma." molana, is hadith ko wazeh kijiye.</w:t>
      </w:r>
      <w:r>
        <w:br/>
      </w:r>
      <w:r>
        <w:rPr>
          <w:sz w:val="20"/>
        </w:rPr>
        <w:t>1:50  bismillah rahman rahim.</w:t>
      </w:r>
      <w:r>
        <w:br/>
      </w:r>
      <w:r>
        <w:rPr>
          <w:sz w:val="20"/>
        </w:rPr>
        <w:t>1:56  yeh hadith jo aap ne suni, yeh qital yani war ke masle ko samajhne ke liye bohat aham hai.</w:t>
      </w:r>
    </w:p>
    <w:p>
      <w:pPr>
        <w:pStyle w:val="Heading2"/>
      </w:pPr>
      <w:r>
        <w:t>Age of Openness and peaceful dawah opportunities</w:t>
      </w:r>
    </w:p>
    <w:p>
      <w:r>
        <w:rPr>
          <w:color w:val="666666"/>
          <w:sz w:val="18"/>
        </w:rPr>
        <w:t>Tayeed e Deen | July 13, 2014 · 2m 00s · at 27:51 · https://youtu.be/n94xyIC-RE0?t=1671</w:t>
      </w:r>
    </w:p>
    <w:p>
      <w:r>
        <w:rPr>
          <w:i/>
        </w:rPr>
        <w:t>“Consider that the Kaaba was a mosque.”</w:t>
      </w:r>
    </w:p>
    <w:p>
      <w:r>
        <w:rPr>
          <w:sz w:val="20"/>
        </w:rPr>
        <w:t>27:51  nazdeek kaba hamara hai to hum tumhein namaz nahi tum ko parhne dein ge. tum apne jao jahan parho. in ke in ke khayal ke mutabiq kaba un ka un ka tha. to tum ko hum namaz nahi parhne dein ge. aaj kya hai? aap chahe church mein namaz parhiye ya mandir mein namaz parhiye, koi rokne wala nahi hai aap ko. chahe jahan parhiye, airport mein parhiye, aap railway station mein parhiye, hotel mein parhiye, koi rok</w:t>
      </w:r>
      <w:r>
        <w:br/>
      </w:r>
      <w:r>
        <w:rPr>
          <w:sz w:val="20"/>
        </w:rPr>
        <w:t>28:21  ne wala nahi hai.</w:t>
      </w:r>
      <w:r>
        <w:br/>
      </w:r>
      <w:r>
        <w:rPr>
          <w:sz w:val="20"/>
        </w:rPr>
        <w:t>28:24  is zamane mein aisa nahi tha.</w:t>
      </w:r>
      <w:r>
        <w:br/>
      </w:r>
      <w:r>
        <w:rPr>
          <w:sz w:val="20"/>
        </w:rPr>
        <w:t>28:28  yeh ek chhoti si misaal hai.</w:t>
      </w:r>
      <w:r>
        <w:br/>
      </w:r>
      <w:r>
        <w:rPr>
          <w:sz w:val="20"/>
        </w:rPr>
        <w:t>28:31  to openance ka jo zamana aaya hai, is ne woh ek mein samajhta hoon ke woh opportunity explosion</w:t>
      </w:r>
      <w:r>
        <w:br/>
      </w:r>
      <w:r>
        <w:rPr>
          <w:sz w:val="20"/>
        </w:rPr>
        <w:t>28:34  ka zamana hai.</w:t>
      </w:r>
      <w:r>
        <w:br/>
      </w:r>
      <w:r>
        <w:rPr>
          <w:sz w:val="20"/>
        </w:rPr>
        <w:t>28:38  aaj sirf ek hi cheez hai jo tabu hai.</w:t>
      </w:r>
      <w:r>
        <w:br/>
      </w:r>
      <w:r>
        <w:rPr>
          <w:sz w:val="20"/>
        </w:rPr>
        <w:t>28:41  aur woh islam mein bhi tabu hai.</w:t>
      </w:r>
      <w:r>
        <w:br/>
      </w:r>
      <w:r>
        <w:rPr>
          <w:sz w:val="20"/>
        </w:rPr>
        <w:t>28:44  woh kya hai? violence.</w:t>
      </w:r>
      <w:r>
        <w:br/>
      </w:r>
      <w:r>
        <w:rPr>
          <w:sz w:val="20"/>
        </w:rPr>
        <w:t>28:48  agar aap violence na karein to sari dunya aap ke liye khuli hui hai. yeh sara</w:t>
      </w:r>
      <w:r>
        <w:br/>
      </w:r>
      <w:r>
        <w:rPr>
          <w:sz w:val="20"/>
        </w:rPr>
        <w:t>28:51  musalman, jitne bhi musalman hain, mere nazdeek one to all, without any exception, chahe woh mazhabi hon</w:t>
      </w:r>
      <w:r>
        <w:br/>
      </w:r>
      <w:r>
        <w:rPr>
          <w:sz w:val="20"/>
        </w:rPr>
        <w:t>28:56  ya ghair mazhabi, ek boli bolte hain ke maghrib jo hai anti muslim hai, anti islam hai.</w:t>
      </w:r>
      <w:r>
        <w:br/>
      </w:r>
      <w:r>
        <w:rPr>
          <w:sz w:val="20"/>
        </w:rPr>
        <w:t>29:01  maghrib jo hai sazishien karta hai hamare khilaf.</w:t>
      </w:r>
      <w:r>
        <w:br/>
      </w:r>
      <w:r>
        <w:rPr>
          <w:sz w:val="20"/>
        </w:rPr>
        <w:t>29:06  aur bilkul mere nazdeek baseless baat hai yeh.</w:t>
      </w:r>
      <w:r>
        <w:br/>
      </w:r>
      <w:r>
        <w:rPr>
          <w:sz w:val="20"/>
        </w:rPr>
        <w:t>29:11  aap jab nine eleven karenge to aap ke mukhalif ban jayenge.</w:t>
      </w:r>
      <w:r>
        <w:br/>
      </w:r>
      <w:r>
        <w:rPr>
          <w:sz w:val="20"/>
        </w:rPr>
        <w:t>29:16  aap jab society warming karenge to aap ke khilaf ho jayenge. baqi islam</w:t>
      </w:r>
      <w:r>
        <w:br/>
      </w:r>
      <w:r>
        <w:rPr>
          <w:sz w:val="20"/>
        </w:rPr>
        <w:t>29:21  ko aap peaceful tareeqe se phailaiye. koi ek shakhs nahi hai abhi zameen par jo rukawat dale aap ko. yani hamare saathi sab se buri jagah musalmanon ki nazar mein israel hai. yani israel ka yeh haal hai ke hamare ulma ne chote fatwe de rakhe hain ke aqsa mein jane, aqsa mein namaz parhni jaiz nahi hai. kyun? jab tak occupation wahan yahood ka hai, us waqt tak hum ja kar namaz nahi parhen ge. koi jata</w:t>
      </w:r>
    </w:p>
    <w:p>
      <w:pPr>
        <w:pStyle w:val="Heading2"/>
      </w:pPr>
      <w:r>
        <w:t>hadith on modesty elevating a person onto God's approved list</w:t>
      </w:r>
    </w:p>
    <w:p>
      <w:r>
        <w:rPr>
          <w:color w:val="666666"/>
          <w:sz w:val="18"/>
        </w:rPr>
        <w:t>Modesty and Arrogance January 31, 2008 · 1m 47s · at 19:50 · https://youtu.be/8EHBmsIAF_Q?t=1190</w:t>
      </w:r>
    </w:p>
    <w:p>
      <w:r>
        <w:rPr>
          <w:i/>
        </w:rPr>
        <w:t>“Now hear another hadith — whoever adopts modesty, God elevates him”</w:t>
      </w:r>
    </w:p>
    <w:p>
      <w:r>
        <w:rPr>
          <w:sz w:val="20"/>
        </w:rPr>
        <w:t>19:50  rasool allah ne farmaya: "man tuwazo rafaho allah". man tuwazo rafaho allah.</w:t>
      </w:r>
      <w:r>
        <w:br/>
      </w:r>
      <w:r>
        <w:rPr>
          <w:sz w:val="20"/>
        </w:rPr>
        <w:t>20:02  jis ne tuwazo ikhtiyar ki, us ko khuda oopar uthata hai.</w:t>
      </w:r>
      <w:r>
        <w:br/>
      </w:r>
      <w:r>
        <w:rPr>
          <w:sz w:val="20"/>
        </w:rPr>
        <w:t>20:08  yaani tuwazo ka matlab hai modesty. jis ne modesty ko apnaya,</w:t>
      </w:r>
      <w:r>
        <w:br/>
      </w:r>
      <w:r>
        <w:rPr>
          <w:sz w:val="20"/>
        </w:rPr>
        <w:t>20:17  jis ne modesty ko apnaya to khuda us ko elevate karta hai, us ko uthata hai, us ko barhata hai. kyun ke us ko khuda ki nisbat hasil ho gai.</w:t>
      </w:r>
      <w:r>
        <w:br/>
      </w:r>
      <w:r>
        <w:rPr>
          <w:sz w:val="20"/>
        </w:rPr>
        <w:t>20:27  modesty hai to meri pehchan ban gai khuda ke haan. khuda ke haan pehchan banti hai is insan ki jis ke andar modesty ho, tuwazo ho.</w:t>
      </w:r>
      <w:r>
        <w:br/>
      </w:r>
      <w:r>
        <w:rPr>
          <w:sz w:val="20"/>
        </w:rPr>
        <w:t>20:43  to isi ko khuda uthata hai. yaani is par khuda ki blessing aati hai, us ko khuda ka inspiration milta hai, us ki marifat barhai jati hai, us ko angels ka support milta hai.</w:t>
      </w:r>
      <w:r>
        <w:br/>
      </w:r>
      <w:r>
        <w:rPr>
          <w:sz w:val="20"/>
        </w:rPr>
        <w:t>20:57  kyun ke woh accepted list mein aa gaya.</w:t>
      </w:r>
      <w:r>
        <w:br/>
      </w:r>
      <w:r>
        <w:rPr>
          <w:sz w:val="20"/>
        </w:rPr>
        <w:t>21:02  jis aadmi ke andar madesti ki sifat hai, tawazu ki sifat hai, to woh Khuda ki approved list mein aa gaya.</w:t>
      </w:r>
      <w:r>
        <w:br/>
      </w:r>
      <w:r>
        <w:rPr>
          <w:sz w:val="20"/>
        </w:rPr>
        <w:t>21:13  is ka matlab kya hua? ke jis aadmi ke andar arrogance hai, woh Khuda ki approved list mein nahi aayega. aur jis aadmi ke andar tawazu aur madesti hai, woh Khuda ki approved list mein aa gaya.</w:t>
      </w:r>
      <w:r>
        <w:br/>
      </w:r>
      <w:r>
        <w:rPr>
          <w:sz w:val="20"/>
        </w:rPr>
        <w:t>21:29  kitna bara difference hai! dekhiye, bohat hi bara difference hai.</w:t>
      </w:r>
    </w:p>
    <w:p>
      <w:pPr>
        <w:pStyle w:val="Heading2"/>
      </w:pPr>
      <w:r>
        <w:t>The covenant of Alast with all humans</w:t>
      </w:r>
    </w:p>
    <w:p>
      <w:r>
        <w:rPr>
          <w:color w:val="666666"/>
          <w:sz w:val="18"/>
        </w:rPr>
        <w:t>Three Periods of History May 17, 2009 Maulana Wahiduddin Khan · 2m 03s · at 1:43 · https://youtu.be/iNS-3Yo58Gk?t=103</w:t>
      </w:r>
    </w:p>
    <w:p>
      <w:r>
        <w:rPr>
          <w:i/>
        </w:rPr>
        <w:t>“In Quran chapter seven, a very special event is referenced”</w:t>
      </w:r>
    </w:p>
    <w:p>
      <w:r>
        <w:rPr>
          <w:sz w:val="20"/>
        </w:rPr>
        <w:t>1:43  quran mein jo chapter number seven hai, us mein ek bohat hi special waqe' ka reference diya gaya hai.</w:t>
      </w:r>
      <w:r>
        <w:br/>
      </w:r>
      <w:r>
        <w:rPr>
          <w:sz w:val="20"/>
        </w:rPr>
        <w:t>1:59  is se maloom hota hai ke Allah taala ne jab insaan ko banaya to saare insano ko ikatthe hi bana diya.</w:t>
      </w:r>
      <w:r>
        <w:br/>
      </w:r>
      <w:r>
        <w:rPr>
          <w:sz w:val="20"/>
        </w:rPr>
        <w:t>2:11  ab jo hum paida ho rahe hain to sab ke sab create kiya ja chuke the, pehle din hi. phir woh</w:t>
      </w:r>
      <w:r>
        <w:br/>
      </w:r>
      <w:r>
        <w:rPr>
          <w:sz w:val="20"/>
        </w:rPr>
        <w:t>2:24  adam ki peeth mein daal diye gaye, aur phir hereditary taur par woh generation of generation</w:t>
      </w:r>
      <w:r>
        <w:br/>
      </w:r>
      <w:r>
        <w:rPr>
          <w:sz w:val="20"/>
        </w:rPr>
        <w:t>2:35  transfer hote rahe.</w:t>
      </w:r>
      <w:r>
        <w:br/>
      </w:r>
      <w:r>
        <w:rPr>
          <w:sz w:val="20"/>
        </w:rPr>
        <w:t>2:39  to Allah taala ne saare insano ko bana kar hazir kiya, un se kaha ke: "kya tum is baat ki gawahi dete ho</w:t>
      </w:r>
      <w:r>
        <w:br/>
      </w:r>
      <w:r>
        <w:rPr>
          <w:sz w:val="20"/>
        </w:rPr>
        <w:t>2:58  ke main tumhara creator hoon, tumhara rab hoon,</w:t>
      </w:r>
      <w:r>
        <w:br/>
      </w:r>
      <w:r>
        <w:rPr>
          <w:sz w:val="20"/>
        </w:rPr>
        <w:t>3:07  tumhara maabood hoon?"</w:t>
      </w:r>
      <w:r>
        <w:br/>
      </w:r>
      <w:r>
        <w:rPr>
          <w:sz w:val="20"/>
        </w:rPr>
        <w:t>3:12  to saare logon ne kaha ke: "haan, hum gawahi dete hain."</w:t>
      </w:r>
      <w:r>
        <w:br/>
      </w:r>
      <w:r>
        <w:rPr>
          <w:sz w:val="20"/>
        </w:rPr>
        <w:t>3:19  alastu birabbikum qalu bala shahidna.</w:t>
      </w:r>
      <w:r>
        <w:br/>
      </w:r>
      <w:r>
        <w:rPr>
          <w:sz w:val="20"/>
        </w:rPr>
        <w:t>3:26  is ko aam taur par ahad alast kaha jata hai.</w:t>
      </w:r>
      <w:r>
        <w:br/>
      </w:r>
      <w:r>
        <w:rPr>
          <w:sz w:val="20"/>
        </w:rPr>
        <w:t>3:30  ahad alast ke taur par yeh mashhoor hai, yeh waqe'a hai. yeh koi symbolic statement nahi hai, virtually aise hi hua, actually yahi waqe'a pesh aaya.</w:t>
      </w:r>
    </w:p>
    <w:p>
      <w:pPr>
        <w:pStyle w:val="Heading2"/>
      </w:pPr>
      <w:r>
        <w:t>Consultation in Islam ashuro al-nas principle</w:t>
      </w:r>
    </w:p>
    <w:p>
      <w:r>
        <w:rPr>
          <w:color w:val="666666"/>
          <w:sz w:val="18"/>
        </w:rPr>
        <w:t>Principles of Life (Prophetic Wisdom) · 2m 31s · at 34:52 · https://youtu.be/dWzIQ5DQMNU?t=2092</w:t>
      </w:r>
    </w:p>
    <w:p>
      <w:r>
        <w:rPr>
          <w:i/>
        </w:rPr>
        <w:t>“Jab koi problem pesh aata tha.”</w:t>
      </w:r>
    </w:p>
    <w:p>
      <w:r>
        <w:rPr>
          <w:sz w:val="20"/>
        </w:rPr>
        <w:t>34:52  hai rasool Allah ke bare mein ke jab koi problem pesh aata tha, yani koi ejtemai masla, yani</w:t>
      </w:r>
      <w:r>
        <w:br/>
      </w:r>
      <w:r>
        <w:rPr>
          <w:sz w:val="20"/>
        </w:rPr>
        <w:t>35:02  aisa problem jis mein doosre log bhi involve hon, to aap kya karte? Logon ko ikattha karte the</w:t>
      </w:r>
      <w:r>
        <w:br/>
      </w:r>
      <w:r>
        <w:rPr>
          <w:sz w:val="20"/>
        </w:rPr>
        <w:t>35:12  aur kehte the ke ashru nass, logon ko ikattha kar ke aap kehte the ke</w:t>
      </w:r>
      <w:r>
        <w:br/>
      </w:r>
      <w:r>
        <w:rPr>
          <w:sz w:val="20"/>
        </w:rPr>
        <w:t>35:22  ashru nass, aey logon!</w:t>
      </w:r>
      <w:r>
        <w:br/>
      </w:r>
      <w:r>
        <w:rPr>
          <w:sz w:val="20"/>
        </w:rPr>
        <w:t>35:26  mujhe mashwara do, aey logon!</w:t>
      </w:r>
      <w:r>
        <w:br/>
      </w:r>
      <w:r>
        <w:rPr>
          <w:sz w:val="20"/>
        </w:rPr>
        <w:t>35:30  mujhe mashwara do.</w:t>
      </w:r>
      <w:r>
        <w:br/>
      </w:r>
      <w:r>
        <w:rPr>
          <w:sz w:val="20"/>
        </w:rPr>
        <w:t>35:33  dekhiye, yeh bhi ek principle ki baat hai.</w:t>
      </w:r>
      <w:r>
        <w:br/>
      </w:r>
      <w:r>
        <w:rPr>
          <w:sz w:val="20"/>
        </w:rPr>
        <w:t>35:37  iska matlab yeh nahi ke rasool Allah ke reference mein ek baat aap jaan lein aur bas</w:t>
      </w:r>
      <w:r>
        <w:br/>
      </w:r>
      <w:r>
        <w:rPr>
          <w:sz w:val="20"/>
        </w:rPr>
        <w:t>35:41  is baat khatam.</w:t>
      </w:r>
      <w:r>
        <w:br/>
      </w:r>
      <w:r>
        <w:rPr>
          <w:sz w:val="20"/>
        </w:rPr>
        <w:t>35:45  is ke baad is mein koi aap ke liye koi lesson na ho.</w:t>
      </w:r>
      <w:r>
        <w:br/>
      </w:r>
      <w:r>
        <w:rPr>
          <w:sz w:val="20"/>
        </w:rPr>
        <w:t>35:48  nahi, is tarah se aap ne ek tradition qaim ki, ek example set</w:t>
      </w:r>
      <w:r>
        <w:br/>
      </w:r>
      <w:r>
        <w:rPr>
          <w:sz w:val="20"/>
        </w:rPr>
        <w:t>35:52  kiya, ek method bataya aap ne ke jab bhi koi problem aaye to tum log discuss karo aapas</w:t>
      </w:r>
      <w:r>
        <w:br/>
      </w:r>
      <w:r>
        <w:rPr>
          <w:sz w:val="20"/>
        </w:rPr>
        <w:t>35:58  mein, dialogue karo aapas mein.</w:t>
      </w:r>
      <w:r>
        <w:br/>
      </w:r>
      <w:r>
        <w:rPr>
          <w:sz w:val="20"/>
        </w:rPr>
        <w:t>36:04  koi faisla lene se pehle, koi koi decision lene se pehle yeh karo ke sab log baith kar</w:t>
      </w:r>
      <w:r>
        <w:br/>
      </w:r>
      <w:r>
        <w:rPr>
          <w:sz w:val="20"/>
        </w:rPr>
        <w:t>36:10  ke is par discuss karo taake jo kaam kiya jaye, jo step liya jaye, woh sab ki rai se ho.</w:t>
      </w:r>
      <w:r>
        <w:br/>
      </w:r>
      <w:r>
        <w:rPr>
          <w:sz w:val="20"/>
        </w:rPr>
        <w:t>36:16  har ek apne ex</w:t>
      </w:r>
      <w:r>
        <w:br/>
      </w:r>
      <w:r>
        <w:rPr>
          <w:sz w:val="20"/>
        </w:rPr>
        <w:t>36:22  perience ko share kare.</w:t>
      </w:r>
      <w:r>
        <w:br/>
      </w:r>
      <w:r>
        <w:rPr>
          <w:sz w:val="20"/>
        </w:rPr>
        <w:t>36:27  jab aap kai logon ko le kar baithte hain to aap jante hain har aadmi ke paas koi</w:t>
      </w:r>
      <w:r>
        <w:br/>
      </w:r>
      <w:r>
        <w:rPr>
          <w:sz w:val="20"/>
        </w:rPr>
        <w:t>36:33  knowledge hoti hai, har aadmi ke paas koi experience hota hai, har aadmi ke paas koi soch hoti</w:t>
      </w:r>
      <w:r>
        <w:br/>
      </w:r>
      <w:r>
        <w:rPr>
          <w:sz w:val="20"/>
        </w:rPr>
        <w:t>36:38  hai, to us ko share karta hai.</w:t>
      </w:r>
      <w:r>
        <w:br/>
      </w:r>
      <w:r>
        <w:rPr>
          <w:sz w:val="20"/>
        </w:rPr>
        <w:t>36:43  to yeh hai ek sharing practice hai.</w:t>
      </w:r>
      <w:r>
        <w:br/>
      </w:r>
      <w:r>
        <w:rPr>
          <w:sz w:val="20"/>
        </w:rPr>
        <w:t>36:48  yeh to jab aisa karenge aap to kya hoga? sab ki rai se ek manthan hoga,</w:t>
      </w:r>
      <w:r>
        <w:br/>
      </w:r>
      <w:r>
        <w:rPr>
          <w:sz w:val="20"/>
        </w:rPr>
        <w:t>36:53  ek sab ki rai se mil kar ke ek ek zyada achhi rai emerge karegi, zyada achhi</w:t>
      </w:r>
      <w:r>
        <w:br/>
      </w:r>
      <w:r>
        <w:rPr>
          <w:sz w:val="20"/>
        </w:rPr>
        <w:t>37:01  tarah aap mamle ko samjhenge aur zyada behtar tareeqe se aap us ko cope karne ki planning</w:t>
      </w:r>
      <w:r>
        <w:br/>
      </w:r>
      <w:r>
        <w:rPr>
          <w:sz w:val="20"/>
        </w:rPr>
        <w:t>37:08  kar payenge.</w:t>
      </w:r>
      <w:r>
        <w:br/>
      </w:r>
      <w:r>
        <w:rPr>
          <w:sz w:val="20"/>
        </w:rPr>
        <w:t>37:16  to ashra al-nas jo hai, woh ek single waqea nahi hai prophet ka.</w:t>
      </w:r>
    </w:p>
    <w:p>
      <w:pPr>
        <w:pStyle w:val="Heading2"/>
      </w:pPr>
      <w:r>
        <w:t>Second part follow majority to avoid division</w:t>
      </w:r>
    </w:p>
    <w:p>
      <w:r>
        <w:rPr>
          <w:color w:val="666666"/>
          <w:sz w:val="18"/>
        </w:rPr>
        <w:t>The Importance of Unity March 15, 2014 · 1m 45s · at 10:02 · https://youtu.be/-xS-eK4zw-k?t=602</w:t>
      </w:r>
    </w:p>
    <w:p>
      <w:r>
        <w:rPr>
          <w:i/>
        </w:rPr>
        <w:t>“Suwaad e azam ka ittiba karo”</w:t>
      </w:r>
    </w:p>
    <w:p>
      <w:r>
        <w:rPr>
          <w:sz w:val="20"/>
        </w:rPr>
        <w:t>10:02  to ek pehlu yeh hai. doosra pehlu woh hai ke sawad-e-aazam ka itteba karo. sawad-e-aazam ka matlab hai aksariyat, majority.</w:t>
      </w:r>
      <w:r>
        <w:br/>
      </w:r>
      <w:r>
        <w:rPr>
          <w:sz w:val="20"/>
        </w:rPr>
        <w:t>10:13  yeh yahan itteba ki baat hai, yeh baat nahin ke sawad-e-aazam haq par hoga.</w:t>
      </w:r>
      <w:r>
        <w:br/>
      </w:r>
      <w:r>
        <w:rPr>
          <w:sz w:val="20"/>
        </w:rPr>
        <w:t>10:22  ya sirf is wajah liye ke is ka hargiz yeh matlab nahin ke sawad-e-aazam jo hoga woh haq par hoga.</w:t>
      </w:r>
      <w:r>
        <w:br/>
      </w:r>
      <w:r>
        <w:rPr>
          <w:sz w:val="20"/>
        </w:rPr>
        <w:t>10:30  nahin. is ka matlab sirf yeh hai ke jab beshtar log</w:t>
      </w:r>
      <w:r>
        <w:br/>
      </w:r>
      <w:r>
        <w:rPr>
          <w:sz w:val="20"/>
        </w:rPr>
        <w:t>10:39  kisi amar par mutaffiq ho jayen to wahan par tum un ka bhi saath do. chahe woh tumhein galat nazar aate hon.</w:t>
      </w:r>
      <w:r>
        <w:br/>
      </w:r>
      <w:r>
        <w:rPr>
          <w:sz w:val="20"/>
        </w:rPr>
        <w:t>10:50  kyunke al-khilaf shar .</w:t>
      </w:r>
      <w:r>
        <w:br/>
      </w:r>
      <w:r>
        <w:rPr>
          <w:sz w:val="20"/>
        </w:rPr>
        <w:t>10:55  jaise misaal ke taur par dekhen, ek masjid hai, is ke andar baqayda panch waqt ki namaz qaim hai.</w:t>
      </w:r>
      <w:r>
        <w:br/>
      </w:r>
      <w:r>
        <w:rPr>
          <w:sz w:val="20"/>
        </w:rPr>
        <w:t>11:06  ek imam sahab hain, un par sare namaziyon ka ittefaq hai. ab is mein agar chand aadmi yeh samjhen ke yeh ke is imam ke peeche namaz jaiz nahin hai, is mein falan kharabi hai,</w:t>
      </w:r>
      <w:r>
        <w:br/>
      </w:r>
      <w:r>
        <w:rPr>
          <w:sz w:val="20"/>
        </w:rPr>
        <w:t>11:24  to in chand aadmiyon ke liye jaiz nahin hoga ke jamaat chhod den. nahin, woh doosre musalmanon ke sath unhein namaz padhna chahiye.</w:t>
      </w:r>
      <w:r>
        <w:br/>
      </w:r>
      <w:r>
        <w:rPr>
          <w:sz w:val="20"/>
        </w:rPr>
        <w:t>11:35  yeh matlab hai is ka. yani doosre hisse mein jis cheez ka zikr hai woh hai ijtimaiyat ko baqi rakhna.</w:t>
      </w:r>
    </w:p>
    <w:p>
      <w:pPr>
        <w:pStyle w:val="Heading2"/>
      </w:pPr>
      <w:r>
        <w:t>True meaning of shafa'at</w:t>
      </w:r>
    </w:p>
    <w:p>
      <w:r>
        <w:rPr>
          <w:color w:val="666666"/>
          <w:sz w:val="18"/>
        </w:rPr>
        <w:t>Hadith-e-Qudsi April 24, 2014 Maulana Wahiduddin Khan · 1m 31s · at 15:08 · https://youtu.be/DXaqyk0uct0?t=908</w:t>
      </w:r>
    </w:p>
    <w:p>
      <w:r>
        <w:rPr>
          <w:i/>
        </w:rPr>
        <w:t>“Shafa'at is not recommendation; it is speaking God's pleasure.”</w:t>
      </w:r>
    </w:p>
    <w:p>
      <w:r>
        <w:rPr>
          <w:sz w:val="20"/>
        </w:rPr>
        <w:t>15:08  jaise shafaat ke bare mein Quran mein bhi hai ke woh usi cheez ki shafaat karega jis par Allah razi ho,</w:t>
      </w:r>
      <w:r>
        <w:br/>
      </w:r>
      <w:r>
        <w:rPr>
          <w:sz w:val="20"/>
        </w:rPr>
        <w:t>15:18  kyun ke woh shafi jo hai, us ko pata hai ke Allah ki razamandagi kis cheez mein hai.</w:t>
      </w:r>
      <w:r>
        <w:br/>
      </w:r>
      <w:r>
        <w:rPr>
          <w:sz w:val="20"/>
        </w:rPr>
        <w:t>15:27  shafaat ka jo tasawwur hai, woh shafaat tasawwuri hai, recommendation ka nahi hai. log samajhte hain ke shafaat ka mani hai recommendation. harghiz nahi,</w:t>
      </w:r>
      <w:r>
        <w:br/>
      </w:r>
      <w:r>
        <w:rPr>
          <w:sz w:val="20"/>
        </w:rPr>
        <w:t>15:43  recommendation nahi hai. yeh wahi hai ke ek realized person, ek عارف insan ko mauqa hoga, to woh peshgi taur par yeh janta hoga ke Allah ka mansooba kya hai, Allah ka naqsha takhleeq kya hai.</w:t>
      </w:r>
      <w:r>
        <w:br/>
      </w:r>
      <w:r>
        <w:rPr>
          <w:sz w:val="20"/>
        </w:rPr>
        <w:t>16:01  to is cheez ki cheez ki munh se bolay ga, woh jo Allah ki marzi hai,</w:t>
      </w:r>
      <w:r>
        <w:br/>
      </w:r>
      <w:r>
        <w:rPr>
          <w:sz w:val="20"/>
        </w:rPr>
        <w:t>16:10  jo Allah ki razamandi hai.</w:t>
      </w:r>
      <w:r>
        <w:br/>
      </w:r>
      <w:r>
        <w:rPr>
          <w:sz w:val="20"/>
        </w:rPr>
        <w:t>16:15  Allah ki razamandi hi ki baat bolay ga woh. To shafaat ke mani recommendation nahi hain. Shafaat ke mani hain ke aap itna ziyada aarif ho chukay hon ke wohi baat aap ke munh se niklay jo Allah ki razamandi hai.</w:t>
      </w:r>
    </w:p>
    <w:p>
      <w:pPr>
        <w:pStyle w:val="Heading2"/>
      </w:pPr>
      <w:r>
        <w:t>be grateful for preserved scripture instead of just complaining</w:t>
      </w:r>
    </w:p>
    <w:p>
      <w:r>
        <w:rPr>
          <w:color w:val="666666"/>
          <w:sz w:val="18"/>
        </w:rPr>
        <w:t>Muslim Unity March 15, 2014 Maulana Wahiduddin Khan · 1m 21s · at 14:14 · https://youtu.be/CZHU5z3SEjc?t=854</w:t>
      </w:r>
    </w:p>
    <w:p>
      <w:r>
        <w:rPr>
          <w:i/>
        </w:rPr>
        <w:t>“Sawal, shikayatein kyun karte ho? Iss par shukar ada karo”</w:t>
      </w:r>
    </w:p>
    <w:p>
      <w:r>
        <w:rPr>
          <w:sz w:val="20"/>
        </w:rPr>
        <w:t>14:14  bohat zabardast formula ke maslan pehle hisse ko lijiye, aap logon mein bigaad aa gaya hai. aksar log shikayatein karte hain, arey bhai yeh bigaad hai, woh bigaad hai.</w:t>
      </w:r>
      <w:r>
        <w:br/>
      </w:r>
      <w:r>
        <w:rPr>
          <w:sz w:val="20"/>
        </w:rPr>
        <w:t>14:24  toh sawal shikayatein kyun karte ho? is par shukr ada karo ke Quran o Sunnat mehfooz hain, aur hum is position mein hain ke Quran o Sunnat ke zariye deen sahih ko akhz kar saken.</w:t>
      </w:r>
      <w:r>
        <w:br/>
      </w:r>
      <w:r>
        <w:rPr>
          <w:sz w:val="20"/>
        </w:rPr>
        <w:t>14:37  aksar log yahi kehte hain, bohat bigaad hai, bohat ummat mein fasad hai, yeh hai, woh hai.</w:t>
      </w:r>
      <w:r>
        <w:br/>
      </w:r>
      <w:r>
        <w:rPr>
          <w:sz w:val="20"/>
        </w:rPr>
        <w:t>14:46  toh is se kya maani hoga? aap apne andar negative nafsiyat ko janam de rahe hain, apne andar negative thinking ko develop kar rahe hain.</w:t>
      </w:r>
      <w:r>
        <w:br/>
      </w:r>
      <w:r>
        <w:rPr>
          <w:sz w:val="20"/>
        </w:rPr>
        <w:t>14:59  yeh tareeqa galat hai. aap se shukr khatm ho jata hai.</w:t>
      </w:r>
      <w:r>
        <w:br/>
      </w:r>
      <w:r>
        <w:rPr>
          <w:sz w:val="20"/>
        </w:rPr>
        <w:t>15:06  bilfarz agar bade paimane par ummat mein bigaad aa gaya ho toh aap ko shukr karna chahiye ke chahe amalan bigaad aa gaya ho, lekin main zaati taur par abhi bhi mujhe yeh neamat hasil hai ke Quran ko parhoon, Sunnat-e-Rasool ko parhoon, aur is se main sachche deen ko hasil karoon.</w:t>
      </w:r>
      <w:r>
        <w:br/>
      </w:r>
      <w:r>
        <w:rPr>
          <w:sz w:val="20"/>
        </w:rPr>
        <w:t>15:30  toh ajeeb neamat hai yeh.</w:t>
      </w:r>
    </w:p>
    <w:p>
      <w:pPr>
        <w:pStyle w:val="Heading2"/>
      </w:pPr>
      <w:r>
        <w:t>the Kirtas incident and the fabricated Ali khilafat claim</w:t>
      </w:r>
    </w:p>
    <w:p>
      <w:r>
        <w:rPr>
          <w:color w:val="666666"/>
          <w:sz w:val="18"/>
        </w:rPr>
        <w:t>History of Islamic Learning May 14, 2006 Part 2 · 2m 49s · at 17:54 · https://youtu.be/snrt_NRyjLI?t=1074</w:t>
      </w:r>
    </w:p>
    <w:p>
      <w:r>
        <w:rPr>
          <w:i/>
        </w:rPr>
        <w:t>“رسول اللہ نے آخری بیماری میں فرمایا: کرتاس لاؤ، قلم لاؤ”</w:t>
      </w:r>
    </w:p>
    <w:p>
      <w:r>
        <w:rPr>
          <w:sz w:val="20"/>
        </w:rPr>
        <w:t>17:54  kartas ka waqea kya hai? Rasool Allah ne jab aap bimar hue, aakhri zamane mein, aur jab aap ki wafat hone wali thi, to aap ne aap</w:t>
      </w:r>
      <w:r>
        <w:br/>
      </w:r>
      <w:r>
        <w:rPr>
          <w:sz w:val="20"/>
        </w:rPr>
        <w:t>18:13  aap bed par the. aap ne kaha ke kartas lao. kartas means paper. kartas maani hote hain paper, kaghaz lao aur qalam lao</w:t>
      </w:r>
      <w:r>
        <w:br/>
      </w:r>
      <w:r>
        <w:rPr>
          <w:sz w:val="20"/>
        </w:rPr>
        <w:t>18:24  , main tum ko kuch likhwa doon taake tum mere baad gumrah na ho. yeh aap ne farmaya to Hakam ne rok diya ke mat kartas mat lao, us waqt tabiyat aap ki theek nahi hai.</w:t>
      </w:r>
      <w:r>
        <w:br/>
      </w:r>
      <w:r>
        <w:rPr>
          <w:sz w:val="20"/>
        </w:rPr>
        <w:t>18:38  abhi ah, yaani is ko mana kar diya ke kaghaz lane se. to kaghaz nahi laya gaya aur qalam nahi laya gaya, aur woh likha nahi gaya jo aap ne farmaya tha.</w:t>
      </w:r>
      <w:r>
        <w:br/>
      </w:r>
      <w:r>
        <w:rPr>
          <w:sz w:val="20"/>
        </w:rPr>
        <w:t>18:49  yeh kitabon mein aata hai.</w:t>
      </w:r>
      <w:r>
        <w:br/>
      </w:r>
      <w:r>
        <w:rPr>
          <w:sz w:val="20"/>
        </w:rPr>
        <w:t>18:51  to is ko le kar ke ek groh ne kya nikala? is ka matlab ke is kartas mein, yaani is paper mein, aap likhwane wale the Hazrat Ali ki khilafat ke mere baad khalifa jo hain, woh Ali honge.</w:t>
      </w:r>
      <w:r>
        <w:br/>
      </w:r>
      <w:r>
        <w:rPr>
          <w:sz w:val="20"/>
        </w:rPr>
        <w:t>19:04  yaani apni taraf se yeh jod diya is ne, haalanke is ka koi matlab nahi tha is se. is liye ke woh us waqt agarchay kaghaz nahi laya gaya, lekin jo baat aap chahte the likhwana, woh baat to kahi aap ne, woh maujood hai kitabon mein.</w:t>
      </w:r>
      <w:r>
        <w:br/>
      </w:r>
      <w:r>
        <w:rPr>
          <w:sz w:val="20"/>
        </w:rPr>
        <w:t>19:18  woh kya? woh yeh hai ke doosri riwayat mein yeh maujood hai ke aap ne farmaya ke tark tum qalamain, yaani yahi baat aap likhwana chahte the paper par.</w:t>
      </w:r>
      <w:r>
        <w:br/>
      </w:r>
      <w:r>
        <w:rPr>
          <w:sz w:val="20"/>
        </w:rPr>
        <w:t>19:33  baat ko aap ne farmaya aur logon ne yaad kiya is ko, aur woh aaj bhi kitabon mein maujood hai ke tark tum qalamain, kitab Allah wa sunnati, main tumhare darmiyan do bhaari cheez chhod raha hoon</w:t>
      </w:r>
      <w:r>
        <w:br/>
      </w:r>
      <w:r>
        <w:rPr>
          <w:sz w:val="20"/>
        </w:rPr>
        <w:t>19:47  . thaqalain maani bhaari cheez, main tumhare beech mein do bhaari cheez chhod raha hoon. jab tak tum us ko pakde rahoge, tum bhatkoge nahi.</w:t>
      </w:r>
      <w:r>
        <w:br/>
      </w:r>
      <w:r>
        <w:rPr>
          <w:sz w:val="20"/>
        </w:rPr>
        <w:t>20:00  yeh aap likhwana chahte the jo baat ko aap ne munh se bol kar ke logon ko bataya. ab is waqea ko le kar ke yeh nikala ke is kartas par ya is paper par aap likhna chahte the Hazrat Ali ki khilafat, yeh bilkul baseless baat hai.</w:t>
      </w:r>
      <w:r>
        <w:br/>
      </w:r>
      <w:r>
        <w:rPr>
          <w:sz w:val="20"/>
        </w:rPr>
        <w:t>20:16  yeh hai wrong interpretation. to Islam mein jo text hai, woh to waise ke waise hi raha, lekin khud se logon ne aisi aisi baatein nikal ke jod diya jinko main keh raha hoon ke wrong interpretation.</w:t>
      </w:r>
      <w:r>
        <w:br/>
      </w:r>
      <w:r>
        <w:rPr>
          <w:sz w:val="20"/>
        </w:rPr>
        <w:t>20:29  to is interpretation mein bohat sari ghalat baatein aa gayeen, aur sara jo bigaad aaya hai baad ke zamane mein, jis ko rasool Allah ne farmaya tha, woh sab bigaad aaya through interpretation.</w:t>
      </w:r>
    </w:p>
    <w:p>
      <w:pPr>
        <w:pStyle w:val="Heading2"/>
      </w:pPr>
      <w:r>
        <w:t>Ibn Muqla and Hajjaj perfecting Arabic script and Quran diacritics</w:t>
      </w:r>
    </w:p>
    <w:p>
      <w:r>
        <w:rPr>
          <w:color w:val="666666"/>
          <w:sz w:val="18"/>
        </w:rPr>
        <w:t>History of Islamic Learning May 14, 2006 Part 2 · 2m 04s · at 1:39 · https://youtu.be/snrt_NRyjLI?t=99</w:t>
      </w:r>
    </w:p>
    <w:p>
      <w:r>
        <w:rPr>
          <w:i/>
        </w:rPr>
        <w:t>“ابن مقلہ ایک پیدا ہوا عباسی پیریڈ میں بغداد میں”</w:t>
      </w:r>
    </w:p>
    <w:p>
      <w:r>
        <w:rPr>
          <w:sz w:val="20"/>
        </w:rPr>
        <w:t>1:39  abhi bhi museum mein, kutub khane mein aisi cheezein maujood hain. to aise log paida hue jinho ne zabaan ko poori tarah se develop kiya.</w:t>
      </w:r>
      <w:r>
        <w:br/>
      </w:r>
      <w:r>
        <w:rPr>
          <w:sz w:val="20"/>
        </w:rPr>
        <w:t>1:52  misal ke taur par Ibn Muqla ek paida hua Abbasi period mein Baghdad mein. us ne apni poori zindagi waqf ki is mein ke script ko woh zyada achha banaye.</w:t>
      </w:r>
      <w:r>
        <w:br/>
      </w:r>
      <w:r>
        <w:rPr>
          <w:sz w:val="20"/>
        </w:rPr>
        <w:t>2:06  to Kufi khat ko us ne woh khat ki shakal di, jis ko kaha jata hai Naskh. yani Kufi khat ko develop kar ke us ne Naskh ka khat banaya.</w:t>
      </w:r>
      <w:r>
        <w:br/>
      </w:r>
      <w:r>
        <w:rPr>
          <w:sz w:val="20"/>
        </w:rPr>
        <w:t>2:16  Noon, Seen, Kha. jo ke aaj chal bhi chalta hai. woh beautiful, woh woh khoobsurat khat jo aaj aap dekhte hain, us ko kehte hain Naskh.</w:t>
      </w:r>
      <w:r>
        <w:br/>
      </w:r>
      <w:r>
        <w:rPr>
          <w:sz w:val="20"/>
        </w:rPr>
        <w:t>2:27  lekin is se pehle Kufi shakal tha woh. to us ko itna beautiful banaya us ne.</w:t>
      </w:r>
      <w:r>
        <w:br/>
      </w:r>
      <w:r>
        <w:rPr>
          <w:sz w:val="20"/>
        </w:rPr>
        <w:t>2:35  is tareeqay say is zamanay kay jo quran hua kartay thay, is par zer zabar nahi hota tha, nuqtay nahi hua kartay thay. yeh sab kaam hajjaj nay kiya.</w:t>
      </w:r>
      <w:r>
        <w:br/>
      </w:r>
      <w:r>
        <w:rPr>
          <w:sz w:val="20"/>
        </w:rPr>
        <w:t>2:46  bohat say expert logon ko lay kar is nay yeh kaam kiya kay poooray quran mein nuqtay qaim kiye gaye aur aaraab lagaye gaye. is say pehlay sirf hafiz log hi quran ko parh patay thay.</w:t>
      </w:r>
      <w:r>
        <w:br/>
      </w:r>
      <w:r>
        <w:rPr>
          <w:sz w:val="20"/>
        </w:rPr>
        <w:t>3:00  is liye nuskhay, nuskhey jo quran ki thay, jo copy, shuru kay jo copies thay quran ki, us mein zabar zer nahi hota tha, nuqtay nahi hotay thay. to sirf hafiz log hi parh patay thay sahi sahi us ko.</w:t>
      </w:r>
      <w:r>
        <w:br/>
      </w:r>
      <w:r>
        <w:rPr>
          <w:sz w:val="20"/>
        </w:rPr>
        <w:t>3:14  ab har aadmi parh sakta hai. ab jab kay</w:t>
      </w:r>
      <w:r>
        <w:br/>
      </w:r>
      <w:r>
        <w:rPr>
          <w:sz w:val="20"/>
        </w:rPr>
        <w:t>3:20  saray quran kay saray alfaaz par zabar zer hotay hain aur saray us par nuqtay hua kartay hain,</w:t>
      </w:r>
      <w:r>
        <w:br/>
      </w:r>
      <w:r>
        <w:rPr>
          <w:sz w:val="20"/>
        </w:rPr>
        <w:t>3:28  to is ki wajah say har aadmi kay liye mumkin hoga kay woh quran ko sahi sahi parhay. yeh sab kaam bohat dil lagay hain, bohat mehnatain ki hain logon nay, tab ja kar yeh kaam anjaam paya hai.</w:t>
      </w:r>
    </w:p>
    <w:p>
      <w:pPr>
        <w:pStyle w:val="Heading2"/>
      </w:pPr>
      <w:r>
        <w:t>Manuscript discovery proves hadith authenticity</w:t>
      </w:r>
    </w:p>
    <w:p>
      <w:r>
        <w:rPr>
          <w:color w:val="666666"/>
          <w:sz w:val="18"/>
        </w:rPr>
        <w:t>Understanding The Importance of Hadith November 20, 2022 · 1m 44s · at 39:40 · https://youtu.be/xwY_Qsz4HSQ?t=2380</w:t>
      </w:r>
    </w:p>
    <w:p>
      <w:r>
        <w:rPr>
          <w:i/>
        </w:rPr>
        <w:t>“Ek tha Hammam ibn Munabbih, Abu Hurairah ke shagird”</w:t>
      </w:r>
    </w:p>
    <w:p>
      <w:r>
        <w:rPr>
          <w:sz w:val="20"/>
        </w:rPr>
        <w:t>39:40  to ek hai Hammam bin Munabbeh. Hammam bin Munabbeh, woh Abu Huraira ke hamwatn</w:t>
      </w:r>
      <w:r>
        <w:br/>
      </w:r>
      <w:r>
        <w:rPr>
          <w:sz w:val="20"/>
        </w:rPr>
        <w:t>39:47  the, to isi liye woh Abu Huraira ke khidmat mein hazir hue, aur un se unhon ne bohat bohat kuch hadithon ko seekha. to kehte hain ke 150 hadithain Hazrat Abu Huraira ne in ko imla karai thin, dictate karai thin.</w:t>
      </w:r>
      <w:r>
        <w:br/>
      </w:r>
      <w:r>
        <w:rPr>
          <w:sz w:val="20"/>
        </w:rPr>
        <w:t>40:02  to yeh jo yeh iska yeh jo hai na, Sahifa Hammam bin Munabbeh</w:t>
      </w:r>
      <w:r>
        <w:br/>
      </w:r>
      <w:r>
        <w:rPr>
          <w:sz w:val="20"/>
        </w:rPr>
        <w:t>40:08  hai, to yeh jo hai, iski khaas baat yeh hai ke yeh asal Berlin aur Damascus ke kutub khane mein iska manuscript maujood tha.</w:t>
      </w:r>
      <w:r>
        <w:br/>
      </w:r>
      <w:r>
        <w:rPr>
          <w:sz w:val="20"/>
        </w:rPr>
        <w:t>40:19  to Dr. Muhammad Hamidullah, jo ke bohat, ah, is par unhon ne kaam kiya hai hadith par, to un ko yeh manuscript mila.</w:t>
      </w:r>
      <w:r>
        <w:br/>
      </w:r>
      <w:r>
        <w:rPr>
          <w:sz w:val="20"/>
        </w:rPr>
        <w:t>40:28  phir unhon ne yeh hadithain jo hain, Musnad Ahmad mein shamil hain,</w:t>
      </w:r>
      <w:r>
        <w:br/>
      </w:r>
      <w:r>
        <w:rPr>
          <w:sz w:val="20"/>
        </w:rPr>
        <w:t>40:33  to unhon ne is manuscript se Musnad Ahmad ki hadithon ko milaya, to bilkul exact woh tha. to agar ek cheez aisi sabit ho jaye to is se pata chalta hai ke jo kuch Musnad Ahmad mein aur doosri kitabon mein shamil kiya gaya hai, un logon ke jo sahife, woh bilkul exact sabit shamil kiya</w:t>
      </w:r>
      <w:r>
        <w:br/>
      </w:r>
      <w:r>
        <w:rPr>
          <w:sz w:val="20"/>
        </w:rPr>
        <w:t>40:56  kiya gaya hai. kyunke Rasool Allah (SAW) ne kaha tha ke mere ko ke meri baat koi galat naqal karega to isko bohat ziyada gunah milega.</w:t>
      </w:r>
      <w:r>
        <w:br/>
      </w:r>
      <w:r>
        <w:rPr>
          <w:sz w:val="20"/>
        </w:rPr>
        <w:t>41:07  to log is mamle mein bohat ziyada hassas the, to is mein kuch bhi ghaltiyan nahi hone dete the. is dar ke mare kai log jo kuch likha hua hota tha, woh jala dete the, kahin koi ghalti na ho jaye.</w:t>
      </w:r>
      <w:r>
        <w:br/>
      </w:r>
      <w:r>
        <w:rPr>
          <w:sz w:val="20"/>
        </w:rPr>
        <w:t>41:20  to un logon ne bohat ziyada ehtiyat ke sath yeh kaam kiya.</w:t>
      </w:r>
    </w:p>
    <w:p>
      <w:pPr>
        <w:pStyle w:val="Heading2"/>
      </w:pPr>
      <w:r>
        <w:t>Contradictory fatwas blocked Quran translation printing for decades</w:t>
      </w:r>
    </w:p>
    <w:p>
      <w:r>
        <w:rPr>
          <w:color w:val="666666"/>
          <w:sz w:val="18"/>
        </w:rPr>
        <w:t>Islam in A New Age March 18, 2012 · 2m 52s · at 49:49 · https://youtu.be/P5hzq_NheY0?t=2989</w:t>
      </w:r>
    </w:p>
    <w:p>
      <w:r>
        <w:rPr>
          <w:i/>
        </w:rPr>
        <w:t>“Printing press aaya taake Quran duniya tak pahunche”</w:t>
      </w:r>
    </w:p>
    <w:p>
      <w:r>
        <w:rPr>
          <w:sz w:val="20"/>
        </w:rPr>
        <w:t>49:49  aap ghor kijiye, jab printing press aaya to yeh mumkin ho gaya ke Quran ko chhap kar aap sari dunya mein logon tak pohncha saken. aur phir international language aa gayi, English.</w:t>
      </w:r>
      <w:r>
        <w:br/>
      </w:r>
      <w:r>
        <w:rPr>
          <w:sz w:val="20"/>
        </w:rPr>
        <w:t>50:01  aaj dunya ke taqreeban jitne bhi educated log hain, woh taqreeban sab ke sab English jante hain.</w:t>
      </w:r>
      <w:r>
        <w:br/>
      </w:r>
      <w:r>
        <w:rPr>
          <w:sz w:val="20"/>
        </w:rPr>
        <w:t>50:08  to kaisi ajeeb baat hai. yani ek taraf modern jo halaat the, naye daur ke halaat, is ne saari dunya mein English ko international language bana diya, jo kabhi aisa nahi hua tha.</w:t>
      </w:r>
      <w:r>
        <w:br/>
      </w:r>
      <w:r>
        <w:rPr>
          <w:sz w:val="20"/>
        </w:rPr>
        <w:t>50:20  doosri taraf yeh mumkin ho gaya ke Quran ko chhaap kar ke aap is ke tarjume saari dunya mein phaila dein. lekin ijtihadi zehan na hone ke nateejay mein dekhiye kya hua.</w:t>
      </w:r>
      <w:r>
        <w:br/>
      </w:r>
      <w:r>
        <w:rPr>
          <w:sz w:val="20"/>
        </w:rPr>
        <w:t>50:31  pehlay to yeh fatwa tha ke baghair matan ke aap Quran chhaap nahi s</w:t>
      </w:r>
      <w:r>
        <w:br/>
      </w:r>
      <w:r>
        <w:rPr>
          <w:sz w:val="20"/>
        </w:rPr>
        <w:t>50:35  akte. yani arabi matan jo hai, agar aap angrezi tarjuma karein, angrezi tarjume se ke saath saath aap ko arabi matan chhaapni paregi.</w:t>
      </w:r>
      <w:r>
        <w:br/>
      </w:r>
      <w:r>
        <w:rPr>
          <w:sz w:val="20"/>
        </w:rPr>
        <w:t>50:44  warna jaiz hi nahi hua woh. ab itna mota sa ban gaya Quran, tarjuma aur aur matan ko le kar ke. ab pata nahi kaun is ko parhega, kaun is ko distribute karega.</w:t>
      </w:r>
      <w:r>
        <w:br/>
      </w:r>
      <w:r>
        <w:rPr>
          <w:sz w:val="20"/>
        </w:rPr>
        <w:t>50:57  mazeed yeh ke yeh fatwa lag gaya ke ghair muslim is ki be-hurmati karein ge, is liye matan ke saath de nahi sakte.</w:t>
      </w:r>
      <w:r>
        <w:br/>
      </w:r>
      <w:r>
        <w:rPr>
          <w:sz w:val="20"/>
        </w:rPr>
        <w:t>51:05  yeh matan ke baghair agar aap dein, sirf tarjuma, tab bhi najaaiz ke matan zaroori hai saath saath. yani ek taraf yeh fatwa tha ke matan ke baghair aap translate chhaap nahi sakte.</w:t>
      </w:r>
      <w:r>
        <w:br/>
      </w:r>
      <w:r>
        <w:rPr>
          <w:sz w:val="20"/>
        </w:rPr>
        <w:t>51:20  doosra yeh fatwa ke matan ke saath aap ne chhaapa to is ko dena najaaiz. yani matan ke baghair chhaapna najaaiz aur matan ke saath in ko dena najaaiz.</w:t>
      </w:r>
      <w:r>
        <w:br/>
      </w:r>
      <w:r>
        <w:rPr>
          <w:sz w:val="20"/>
        </w:rPr>
        <w:t>51:33  natija yeh kya hai? saari dunya mein log log jo hain mehroom thay ke Quran mein kya hai janne ke liye.</w:t>
      </w:r>
      <w:r>
        <w:br/>
      </w:r>
      <w:r>
        <w:rPr>
          <w:sz w:val="20"/>
        </w:rPr>
        <w:t>51:42  poori poori dunya ko mehroom kar diya. ek yani mera poora bachpan ka zamana, jawani ka zamana isi mein guzra hai, isi isi museebat mein ke matan ke saath chhaapo to dena najaaiz, matan ke baghair chhaapo to chhaapna najaaiz.</w:t>
      </w:r>
      <w:r>
        <w:br/>
      </w:r>
      <w:r>
        <w:rPr>
          <w:sz w:val="20"/>
        </w:rPr>
        <w:t>52:01  ab jo darwaza khula hai, jante hain kis ne khola hai? yeh musalmanon ne nahi khola hai, is ne yeh secular logon ne khola hai. jo secular idaray hain, baray baray publishing idaray,</w:t>
      </w:r>
      <w:r>
        <w:br/>
      </w:r>
      <w:r>
        <w:rPr>
          <w:sz w:val="20"/>
        </w:rPr>
        <w:t>52:14  unhon ne dekha ke Quran ke arabi tarjume ki maang hai to unhon ne kaha yeh jhanjhat chhoro, matan ke baghair English tarjuma chhaapo.</w:t>
      </w:r>
      <w:r>
        <w:br/>
      </w:r>
      <w:r>
        <w:rPr>
          <w:sz w:val="20"/>
        </w:rPr>
        <w:t>52:24  to baray baray jo international publishing ke idaray hain, unhon ne chhaapa sab se pehle</w:t>
      </w:r>
      <w:r>
        <w:br/>
      </w:r>
      <w:r>
        <w:rPr>
          <w:sz w:val="20"/>
        </w:rPr>
        <w:t>52:31  text ke baghair English translation, woh lagay phailanay. ab musalman bhi thora bohat is mein agay barhay hain. kaisi ajeeb baat hai.</w:t>
      </w:r>
    </w:p>
    <w:p>
      <w:pPr>
        <w:pStyle w:val="Heading2"/>
      </w:pPr>
      <w:r>
        <w:t>Reading Quran with understanding revives faith</w:t>
      </w:r>
    </w:p>
    <w:p>
      <w:r>
        <w:rPr>
          <w:color w:val="666666"/>
          <w:sz w:val="18"/>
        </w:rPr>
        <w:t>Lessons from My Journey to Canada II January 10, 2016 · 2m 01s · at 53:19 · https://youtu.be/GHF2Ph3GW7A?t=3199</w:t>
      </w:r>
    </w:p>
    <w:p>
      <w:r>
        <w:rPr>
          <w:i/>
        </w:rPr>
        <w:t>“I think saying read Quran with understanding will speed revive”</w:t>
      </w:r>
    </w:p>
    <w:p>
      <w:r>
        <w:rPr>
          <w:sz w:val="20"/>
        </w:rPr>
        <w:t>53:19  main samajhta hoon ke</w:t>
      </w:r>
      <w:r>
        <w:br/>
      </w:r>
      <w:r>
        <w:rPr>
          <w:sz w:val="20"/>
        </w:rPr>
        <w:t>53:22  yeh kehna ke quran ko samajh ke parho,</w:t>
      </w:r>
      <w:r>
        <w:br/>
      </w:r>
      <w:r>
        <w:rPr>
          <w:sz w:val="20"/>
        </w:rPr>
        <w:t>53:26  yeh isi se speed revive hogi.</w:t>
      </w:r>
      <w:r>
        <w:br/>
      </w:r>
      <w:r>
        <w:rPr>
          <w:sz w:val="20"/>
        </w:rPr>
        <w:t>53:29  misalan aik baar mein aik musalman ke sath safar kar raha tha, to woh parhe likhe musalman thay,</w:t>
      </w:r>
      <w:r>
        <w:br/>
      </w:r>
      <w:r>
        <w:rPr>
          <w:sz w:val="20"/>
        </w:rPr>
        <w:t>53:38  to un ke paas aik chota sa</w:t>
      </w:r>
      <w:r>
        <w:br/>
      </w:r>
      <w:r>
        <w:rPr>
          <w:sz w:val="20"/>
        </w:rPr>
        <w:t>53:42  quran tha, arabi,</w:t>
      </w:r>
      <w:r>
        <w:br/>
      </w:r>
      <w:r>
        <w:rPr>
          <w:sz w:val="20"/>
        </w:rPr>
        <w:t>53:45  to jeeb mein rakhte thay.</w:t>
      </w:r>
      <w:r>
        <w:br/>
      </w:r>
      <w:r>
        <w:rPr>
          <w:sz w:val="20"/>
        </w:rPr>
        <w:t>53:47  woh jahan kahin thora sa moqa milta tha, to jeeb mein se nikalte aur likhte, parhne.</w:t>
      </w:r>
      <w:r>
        <w:br/>
      </w:r>
      <w:r>
        <w:rPr>
          <w:sz w:val="20"/>
        </w:rPr>
        <w:t>53:55  to maine un se poocha is ke baray mein, to unhon ne kaha ke main 14 saal</w:t>
      </w:r>
      <w:r>
        <w:br/>
      </w:r>
      <w:r>
        <w:rPr>
          <w:sz w:val="20"/>
        </w:rPr>
        <w:t>54:00  se aise hi karta hoon.</w:t>
      </w:r>
      <w:r>
        <w:br/>
      </w:r>
      <w:r>
        <w:rPr>
          <w:sz w:val="20"/>
        </w:rPr>
        <w:t>54:03  mere paas hamesha</w:t>
      </w:r>
      <w:r>
        <w:br/>
      </w:r>
      <w:r>
        <w:rPr>
          <w:sz w:val="20"/>
        </w:rPr>
        <w:t>54:05  chote size ka aik quran rehta hai, jahan moqa milta hai, parhta rehta hoon.</w:t>
      </w:r>
      <w:r>
        <w:br/>
      </w:r>
      <w:r>
        <w:rPr>
          <w:sz w:val="20"/>
        </w:rPr>
        <w:t>54:10  14 saal se.</w:t>
      </w:r>
      <w:r>
        <w:br/>
      </w:r>
      <w:r>
        <w:rPr>
          <w:sz w:val="20"/>
        </w:rPr>
        <w:t>54:12  to maine poocha ke aap quran ka khulasa bataiye,</w:t>
      </w:r>
      <w:r>
        <w:br/>
      </w:r>
      <w:r>
        <w:rPr>
          <w:sz w:val="20"/>
        </w:rPr>
        <w:t>54:18  kya paya aap ne?</w:t>
      </w:r>
      <w:r>
        <w:br/>
      </w:r>
      <w:r>
        <w:rPr>
          <w:sz w:val="20"/>
        </w:rPr>
        <w:t>54:21  to unhon ne kaha ke hum quran parhte hain, samajh ke, sawab ke liye,</w:t>
      </w:r>
      <w:r>
        <w:br/>
      </w:r>
      <w:r>
        <w:rPr>
          <w:sz w:val="20"/>
        </w:rPr>
        <w:t>54:25  samajh samajh kar, is ka matlab nikalne ke liye nahi.</w:t>
      </w:r>
      <w:r>
        <w:br/>
      </w:r>
      <w:r>
        <w:rPr>
          <w:sz w:val="20"/>
        </w:rPr>
        <w:t>54:29  yeh consciously ya unconsciously sab ka tareeqa hai ke quran parhte hain, woh sawab ke liye.</w:t>
      </w:r>
      <w:r>
        <w:br/>
      </w:r>
      <w:r>
        <w:rPr>
          <w:sz w:val="20"/>
        </w:rPr>
        <w:t>54:37  yeh nahi ke quran mein kya likha hai, is mein kya message hai, quran hum se kya karne</w:t>
      </w:r>
      <w:r>
        <w:br/>
      </w:r>
      <w:r>
        <w:rPr>
          <w:sz w:val="20"/>
        </w:rPr>
        <w:t>54:42  ko kehta hai, kya na karne ko kehta hai, yeh sab nahi.</w:t>
      </w:r>
      <w:r>
        <w:br/>
      </w:r>
      <w:r>
        <w:rPr>
          <w:sz w:val="20"/>
        </w:rPr>
        <w:t>54:46  to main samajhta hoon ke quran,</w:t>
      </w:r>
      <w:r>
        <w:br/>
      </w:r>
      <w:r>
        <w:rPr>
          <w:sz w:val="20"/>
        </w:rPr>
        <w:t>54:50  main samajhta hoon ke musalmanon ko yeh batana ke quran ko samajh kar parho,</w:t>
      </w:r>
      <w:r>
        <w:br/>
      </w:r>
      <w:r>
        <w:rPr>
          <w:sz w:val="20"/>
        </w:rPr>
        <w:t>54:56  is se un ke andar islam</w:t>
      </w:r>
      <w:r>
        <w:br/>
      </w:r>
      <w:r>
        <w:rPr>
          <w:sz w:val="20"/>
        </w:rPr>
        <w:t>54:59  paida hogi. Maulana, agla sawal ifat ahmed ne kiya hai poonay se, aur unhon ne likha hai ke</w:t>
      </w:r>
      <w:r>
        <w:br/>
      </w:r>
      <w:r>
        <w:rPr>
          <w:sz w:val="20"/>
        </w:rPr>
        <w:t>55:08  It is said that the four 'quls' given in the Quran were sent down when someone died"</w:t>
      </w:r>
      <w:r>
        <w:br/>
      </w:r>
      <w:r>
        <w:rPr>
          <w:sz w:val="20"/>
        </w:rPr>
        <w:t>55:15  black magic in the prophet".</w:t>
      </w:r>
      <w:r>
        <w:br/>
      </w:r>
      <w:r>
        <w:rPr>
          <w:sz w:val="20"/>
        </w:rPr>
        <w:t>55:18  is this true</w:t>
      </w:r>
    </w:p>
    <w:p>
      <w:pPr>
        <w:pStyle w:val="Heading2"/>
      </w:pPr>
      <w:r>
        <w:t>Sunnah of avoiding complaints and negativity</w:t>
      </w:r>
    </w:p>
    <w:p>
      <w:r>
        <w:rPr>
          <w:color w:val="666666"/>
          <w:sz w:val="18"/>
        </w:rPr>
        <w:t>What is Sunnah | June 02, 2008 · 3m 03s · at 52:10 · https://youtu.be/RHfm7wuEMEM?t=3130</w:t>
      </w:r>
    </w:p>
    <w:p>
      <w:r>
        <w:rPr>
          <w:i/>
        </w:rPr>
        <w:t>“The Prophet's way was to let go of complaints.”</w:t>
      </w:r>
    </w:p>
    <w:p>
      <w:r>
        <w:rPr>
          <w:sz w:val="20"/>
        </w:rPr>
        <w:t>52:10  baar aisa hota hai ke ek se doosre ko shikayat ho jati hai. ab kya kiya ke bol chaal band, woh alag ghussa hai, woh alag ghussa hai. rasool Allah ka tareeqa yeh nahi tha. rasool Allah ka tareeqa yeh tha ke agar kisi se kuch ho jaye to usi waqt dena dena khatam kar do, usi waqt khatam. aap ne kaha ke kisi ko kisi ke liye jaiz nahi ke teen din se zyada woh</w:t>
      </w:r>
      <w:r>
        <w:br/>
      </w:r>
      <w:r>
        <w:rPr>
          <w:sz w:val="20"/>
        </w:rPr>
        <w:t>52:40  apne bhai se salam kalam na kare.</w:t>
      </w:r>
      <w:r>
        <w:br/>
      </w:r>
      <w:r>
        <w:rPr>
          <w:sz w:val="20"/>
        </w:rPr>
        <w:t>52:45  is ka matlab yeh hai ke agar kisi se koi shikayat ho jaye, wahin ke wahin khatam kar</w:t>
      </w:r>
      <w:r>
        <w:br/>
      </w:r>
      <w:r>
        <w:rPr>
          <w:sz w:val="20"/>
        </w:rPr>
        <w:t>52:50  do is ko, is ke dil mein liye na raho.</w:t>
      </w:r>
      <w:r>
        <w:br/>
      </w:r>
      <w:r>
        <w:rPr>
          <w:sz w:val="20"/>
        </w:rPr>
        <w:t>52:55  ab aam taur par logon ka haal aap dekhiye, har ek apne dil mein shikayatein liye hue hain.</w:t>
      </w:r>
      <w:r>
        <w:br/>
      </w:r>
      <w:r>
        <w:rPr>
          <w:sz w:val="20"/>
        </w:rPr>
        <w:t>53:01  jis ko dekhiye, shikayatein liye hue hain.</w:t>
      </w:r>
      <w:r>
        <w:br/>
      </w:r>
      <w:r>
        <w:rPr>
          <w:sz w:val="20"/>
        </w:rPr>
        <w:t>53:06  koi apne ghar walon ke sath shikayat, kisi ko rishtedaron ke sath shikayat,</w:t>
      </w:r>
      <w:r>
        <w:br/>
      </w:r>
      <w:r>
        <w:rPr>
          <w:sz w:val="20"/>
        </w:rPr>
        <w:t>53:11  kisi ko kisi ko doosron se shikayat, kisi ko sari duniya se shikayat.</w:t>
      </w:r>
      <w:r>
        <w:br/>
      </w:r>
      <w:r>
        <w:rPr>
          <w:sz w:val="20"/>
        </w:rPr>
        <w:t>53:18  to shikayatein log apne dil mein liye hue hain.</w:t>
      </w:r>
      <w:r>
        <w:br/>
      </w:r>
      <w:r>
        <w:rPr>
          <w:sz w:val="20"/>
        </w:rPr>
        <w:t>53:26  yeh to sab se zyada hai sunnat ke khilaf amal.</w:t>
      </w:r>
      <w:r>
        <w:br/>
      </w:r>
      <w:r>
        <w:rPr>
          <w:sz w:val="20"/>
        </w:rPr>
        <w:t>53:34  to asal cheez jo hai, woh janna chahiye ke asal cheez kya aati hai, woh jo sunnat hai.</w:t>
      </w:r>
      <w:r>
        <w:br/>
      </w:r>
      <w:r>
        <w:rPr>
          <w:sz w:val="20"/>
        </w:rPr>
        <w:t>53:42  ke jab bhi shikayat ka mauqa aaye to wahin dena dena is ko khatam karna, is ko paalna nahi.</w:t>
      </w:r>
      <w:r>
        <w:br/>
      </w:r>
      <w:r>
        <w:rPr>
          <w:sz w:val="20"/>
        </w:rPr>
        <w:t>53:52  ek to mera yeh tajurba hai ke ke aksar shikayat ka sabab hota hai galat fehmi.</w:t>
      </w:r>
      <w:r>
        <w:br/>
      </w:r>
      <w:r>
        <w:rPr>
          <w:sz w:val="20"/>
        </w:rPr>
        <w:t>54:02  ke galat fehmi se bacho, kyun ke galat fehmi gunah hai. aksar</w:t>
      </w:r>
      <w:r>
        <w:br/>
      </w:r>
      <w:r>
        <w:rPr>
          <w:sz w:val="20"/>
        </w:rPr>
        <w:t>54:12  aisa hota hai ke hum ko ek ek baat pahunchi to hum ne suna, is ko maan liya,</w:t>
      </w:r>
      <w:r>
        <w:br/>
      </w:r>
      <w:r>
        <w:rPr>
          <w:sz w:val="20"/>
        </w:rPr>
        <w:t>54:18  waise hi ke waise hi aur shikayat dil mein bana liya.</w:t>
      </w:r>
      <w:r>
        <w:br/>
      </w:r>
      <w:r>
        <w:rPr>
          <w:sz w:val="20"/>
        </w:rPr>
        <w:t>54:24  yeh bilkul galat hai.</w:t>
      </w:r>
      <w:r>
        <w:br/>
      </w:r>
      <w:r>
        <w:rPr>
          <w:sz w:val="20"/>
        </w:rPr>
        <w:t>54:30  agar koi aap se bataye ke falan ne aisa koi galat baat bataye to aap ke liye do</w:t>
      </w:r>
      <w:r>
        <w:br/>
      </w:r>
      <w:r>
        <w:rPr>
          <w:sz w:val="20"/>
        </w:rPr>
        <w:t>54:36  option hain, do mein se ek option</w:t>
      </w:r>
      <w:r>
        <w:br/>
      </w:r>
      <w:r>
        <w:rPr>
          <w:sz w:val="20"/>
        </w:rPr>
        <w:t>54:43  ya to us ki baat ko suna hi nahi, dil mein rakha hi nahi.</w:t>
      </w:r>
      <w:r>
        <w:br/>
      </w:r>
      <w:r>
        <w:rPr>
          <w:sz w:val="20"/>
        </w:rPr>
        <w:t>54:49  aap soch lein ke bhai woh jaane, us ka kaam jaane.</w:t>
      </w:r>
      <w:r>
        <w:br/>
      </w:r>
      <w:r>
        <w:rPr>
          <w:sz w:val="20"/>
        </w:rPr>
        <w:t>54:55  yani kisi ki taraf se koi baat aap ko aisi pahunche jis mein aap ke liye shikayat ka</w:t>
      </w:r>
      <w:r>
        <w:br/>
      </w:r>
      <w:r>
        <w:rPr>
          <w:sz w:val="20"/>
        </w:rPr>
        <w:t>55:01  pehlu ho to us ko wahin ke wahin bhula dein.</w:t>
      </w:r>
      <w:r>
        <w:br/>
      </w:r>
      <w:r>
        <w:rPr>
          <w:sz w:val="20"/>
        </w:rPr>
        <w:t>55:07  aik tareeqa to yeh hai, aik option to yeh hai aap ke liye.</w:t>
      </w:r>
    </w:p>
    <w:p>
      <w:pPr>
        <w:pStyle w:val="Heading2"/>
      </w:pPr>
      <w:r>
        <w:t>What the science of narrator-biography (ilm al-rijal) is</w:t>
      </w:r>
    </w:p>
    <w:p>
      <w:r>
        <w:rPr>
          <w:color w:val="666666"/>
          <w:sz w:val="18"/>
        </w:rPr>
        <w:t>The Living Tradition: Why Hadith Matters in Islam?</w:t>
        <w:br/>
        <w:t>December 8, 2024 · 2m 09s · at 1:03:48 · https://youtu.be/2w9-vnnJBeY?t=3828</w:t>
      </w:r>
    </w:p>
    <w:p>
      <w:r>
        <w:rPr>
          <w:i/>
        </w:rPr>
        <w:t>“What is the science of ilm al-rijal?”</w:t>
      </w:r>
    </w:p>
    <w:p>
      <w:r>
        <w:rPr>
          <w:sz w:val="20"/>
        </w:rPr>
        <w:t>1:03:48  agle sawal mein aap se karunga aap ka ke asma ul rijal ka ilm</w:t>
      </w:r>
      <w:r>
        <w:br/>
      </w:r>
      <w:r>
        <w:rPr>
          <w:sz w:val="20"/>
        </w:rPr>
        <w:t>1:03:53  kya hai? hadith jab hum padhte hain to is ka zikr to aata hai, is par kuch bataein humein. asal mein jab hadisein jama huin, pehle to alag alag sahabi aur alag alag tabi, yeh log apna alag alag hadisein bayan karte the.</w:t>
      </w:r>
      <w:r>
        <w:br/>
      </w:r>
      <w:r>
        <w:rPr>
          <w:sz w:val="20"/>
        </w:rPr>
        <w:t>1:04:11  baad mein jab jama huin, tab is mein bahut sari jama karne mein aur log doosre log is mein beech beech mein kuch hadisein shamil karne lag gaye jo zyada authentic nahi thi, zaeef thi.</w:t>
      </w:r>
      <w:r>
        <w:br/>
      </w:r>
      <w:r>
        <w:rPr>
          <w:sz w:val="20"/>
        </w:rPr>
        <w:t>1:04:23  to yeh masla ho gaya ke is ko kaise scrutiny kaise karein ke hadith ki authenticity kaise maloom karein.</w:t>
      </w:r>
      <w:r>
        <w:br/>
      </w:r>
      <w:r>
        <w:rPr>
          <w:sz w:val="20"/>
        </w:rPr>
        <w:t>1:04:33  to yeh poora ek ek ek poora science develop ki gayi. matlab jo jo bhi narrators the, jo bhi narrators the hadith ke, to un ke bare mein poori maloomat document, documentary andaaz mein un pesh ki gayi.</w:t>
      </w:r>
      <w:r>
        <w:br/>
      </w:r>
      <w:r>
        <w:rPr>
          <w:sz w:val="20"/>
        </w:rPr>
        <w:t>1:04:50  jaise biography likhte hain</w:t>
      </w:r>
      <w:r>
        <w:br/>
      </w:r>
      <w:r>
        <w:rPr>
          <w:sz w:val="20"/>
        </w:rPr>
        <w:t>1:04:53  to woh kaun the, kya the, aur rawiyon ke poore mukammal halaat. kyunke jab tak rawiyon ke bare mein pata nahi chalega, tab tak unhon ne jo baat hum tak pahunchai hai, to woh authentic hai ke nahi, pata nahi chalega is ka.</w:t>
      </w:r>
      <w:r>
        <w:br/>
      </w:r>
      <w:r>
        <w:rPr>
          <w:sz w:val="20"/>
        </w:rPr>
        <w:t>1:05:09  to un ke naam, nasab, kis qaum se talluq rakhte the, un ka watan kya tha, un ke paas ilm kitna tha</w:t>
      </w:r>
      <w:r>
        <w:br/>
      </w:r>
      <w:r>
        <w:rPr>
          <w:sz w:val="20"/>
        </w:rPr>
        <w:t>1:05:17  , aur sab se zyada woh justice un ke andar thi ke nahi, taqwa un ke andar tha ke nahi. kyunke taqwa jo hai, woh bahut zyada zaroori hai.</w:t>
      </w:r>
      <w:r>
        <w:br/>
      </w:r>
      <w:r>
        <w:rPr>
          <w:sz w:val="20"/>
        </w:rPr>
        <w:t>1:05:26  jab insaan darega khuda se, to tabhi woh sach sach baat kahega. aur aur bahut ek badi cheez thi, woh hafiza.</w:t>
      </w:r>
      <w:r>
        <w:br/>
      </w:r>
      <w:r>
        <w:rPr>
          <w:sz w:val="20"/>
        </w:rPr>
        <w:t>1:05:38  to yeh sari cheezon ka jaiza liya jata hai ke kisi bhi cheez mein agar koi bhi kami pai jaye, koi imperfection pai jaye, to phir us ko, us ko, us ko authentic is mein nahi shamil karte ke is ka narration jo hai, woh authentic hai.</w:t>
      </w:r>
    </w:p>
    <w:p>
      <w:pPr>
        <w:pStyle w:val="Heading2"/>
      </w:pPr>
      <w:r>
        <w:t>Hadith about smoke and sun global warming</w:t>
      </w:r>
    </w:p>
    <w:p>
      <w:r>
        <w:rPr>
          <w:color w:val="666666"/>
          <w:sz w:val="18"/>
        </w:rPr>
        <w:t>Warnings of Doomsday February 4, 2007 · 2m 58s · at 33:46 · https://youtu.be/VT0BnPl_-zc?t=2026</w:t>
      </w:r>
    </w:p>
    <w:p>
      <w:r>
        <w:rPr>
          <w:i/>
        </w:rPr>
        <w:t>“Global warming is man-made. Is parche mein”</w:t>
      </w:r>
    </w:p>
    <w:p>
      <w:r>
        <w:rPr>
          <w:sz w:val="20"/>
        </w:rPr>
        <w:t>33:46  global warming is man made. is parche mein, yani kal ka jo parcha tha, us mein kai articles the aur kai kai reports thin isi hi par.</w:t>
      </w:r>
      <w:r>
        <w:br/>
      </w:r>
      <w:r>
        <w:rPr>
          <w:sz w:val="20"/>
        </w:rPr>
        <w:t>33:59  kyunke zahir hai ke yeh bohat bara qissa hai, bohat bari cheez hai. to mein keh raha tha ke is par bohat sari, yani predictions hain hadithon mein.</w:t>
      </w:r>
      <w:r>
        <w:br/>
      </w:r>
      <w:r>
        <w:rPr>
          <w:sz w:val="20"/>
        </w:rPr>
        <w:t>34:17  mein chand ek ko bataunga aap ko. to ek baat yeh bataya aap ko ke "zahiral fasad fil barri wal bahri, ma kasabat al-nas" ke "man made corruption has spread in the land and in the sea".</w:t>
      </w:r>
      <w:r>
        <w:br/>
      </w:r>
      <w:r>
        <w:rPr>
          <w:sz w:val="20"/>
        </w:rPr>
        <w:t>34:32  yeh kitna zyada sahi utra hai aaj! yeh to hadith mein aya hai ke</w:t>
      </w:r>
      <w:r>
        <w:br/>
      </w:r>
      <w:r>
        <w:rPr>
          <w:sz w:val="20"/>
        </w:rPr>
        <w:t>34:41  hadith mein aya hai ke</w:t>
      </w:r>
      <w:r>
        <w:br/>
      </w:r>
      <w:r>
        <w:rPr>
          <w:sz w:val="20"/>
        </w:rPr>
        <w:t>34:48  hadith mein aya hai ke qayamat se pehle ek dukhan zahir hoga. dukhan means smoke.</w:t>
      </w:r>
      <w:r>
        <w:br/>
      </w:r>
      <w:r>
        <w:rPr>
          <w:sz w:val="20"/>
        </w:rPr>
        <w:t>35:00  dukhan ka matlab hota hai smoke. to hadith mein aya hai ke "yamlu, yamlu, yamlu dukhan ma bain al-mashriq wal maghrib". yamlu dukhan ma bain al-mashriq wal maghrib.</w:t>
      </w:r>
      <w:r>
        <w:br/>
      </w:r>
      <w:r>
        <w:rPr>
          <w:sz w:val="20"/>
        </w:rPr>
        <w:t>35:16  yani dhuwan bhar jayega eid se eid se wish tak. dukhan means dhuwan, yani smoke.</w:t>
      </w:r>
      <w:r>
        <w:br/>
      </w:r>
      <w:r>
        <w:rPr>
          <w:sz w:val="20"/>
        </w:rPr>
        <w:t>35:25  eid se wish tak dhuwan hi dhuwan bhar jayega. ab kaun janta tha is ko? bataiye pehle ke air pollution bhi koi cheez hai.</w:t>
      </w:r>
      <w:r>
        <w:br/>
      </w:r>
      <w:r>
        <w:rPr>
          <w:sz w:val="20"/>
        </w:rPr>
        <w:t>35:37  yani eid se wish tak air pollution ka ka problem paida ho jayega. kaun janta tha is ko? to bohat hi ajeeb baat hai ke itne pehle yeh likha hua hai ke "yamlu dukhanu bil ma binli". yamlu dukhanu ma bain al-mashriq wal maghrib.</w:t>
      </w:r>
      <w:r>
        <w:br/>
      </w:r>
      <w:r>
        <w:rPr>
          <w:sz w:val="20"/>
        </w:rPr>
        <w:t>36:02  eid se vish tak dhuan phail jayega. yani woh cheez jis ko hum kehte hain air pollution. is tarah se ek hadith hai ke "adnati al-shamsu min al-'ibad".</w:t>
      </w:r>
      <w:r>
        <w:br/>
      </w:r>
      <w:r>
        <w:rPr>
          <w:sz w:val="20"/>
        </w:rPr>
        <w:t>36:23  suraj insan se qareeb aa jayega. "adnati al-shamsu min al-'ibad".</w:t>
      </w:r>
      <w:r>
        <w:br/>
      </w:r>
      <w:r>
        <w:rPr>
          <w:sz w:val="20"/>
        </w:rPr>
        <w:t>36:34  insan se qareeb aa jayega suraj. yahi to hai global warming. suraj khud nahi aa jayega qareeb, is ki heat qareeb aa jayegi.</w:t>
      </w:r>
    </w:p>
    <w:p>
      <w:pPr>
        <w:pStyle w:val="Heading2"/>
      </w:pPr>
      <w:r>
        <w:t>Museum visit and stuffed tiger analogy</w:t>
      </w:r>
    </w:p>
    <w:p>
      <w:r>
        <w:rPr>
          <w:color w:val="666666"/>
          <w:sz w:val="18"/>
        </w:rPr>
        <w:t>Living God March 10, 2019 Maulana Wahiduddin Khan · 1m 49s · at 6:00 · https://youtu.be/RCBFUw2KAdI?t=360</w:t>
      </w:r>
    </w:p>
    <w:p>
      <w:r>
        <w:rPr>
          <w:i/>
        </w:rPr>
        <w:t>“I understood this once when I went to a museum”</w:t>
      </w:r>
    </w:p>
    <w:p>
      <w:r>
        <w:rPr>
          <w:sz w:val="20"/>
        </w:rPr>
        <w:t>6:00  ye kya cheez hai? is ko maine samjha ek bar jab ke main gaya hua tha kisi museum mein.</w:t>
      </w:r>
      <w:r>
        <w:br/>
      </w:r>
      <w:r>
        <w:rPr>
          <w:sz w:val="20"/>
        </w:rPr>
        <w:t>6:11  museum mein to is museum mein</w:t>
      </w:r>
      <w:r>
        <w:br/>
      </w:r>
      <w:r>
        <w:rPr>
          <w:sz w:val="20"/>
        </w:rPr>
        <w:t>6:20  tiger, jis ko kehte hain, stuff kiya hua. tiger, yani tiger ka ke khaal le lete hain, phir andar bhus bhar dete hain, aur bilkul tiger ki tarah dikhai deta hai woh shakal ke aitbaar se.</w:t>
      </w:r>
      <w:r>
        <w:br/>
      </w:r>
      <w:r>
        <w:rPr>
          <w:sz w:val="20"/>
        </w:rPr>
        <w:t>6:45  to woh is ko kehte hain stuff tiger.</w:t>
      </w:r>
      <w:r>
        <w:br/>
      </w:r>
      <w:r>
        <w:rPr>
          <w:sz w:val="20"/>
        </w:rPr>
        <w:t>6:51  to main museum mein kuch item dekh raha tha to wahan par ek tiger rakha hua tha. stuff kiya hua?</w:t>
      </w:r>
      <w:r>
        <w:br/>
      </w:r>
      <w:r>
        <w:rPr>
          <w:sz w:val="20"/>
        </w:rPr>
        <w:t>7:04  shakal ke aitbaar se woh tiger tha, lekin woh stuff kiya hua tha, yani bhus bhara hua tha, aur itni maharat ke saath, itni maharat, expertise ke saath bhara gaya tha ke dekhne lagta tha sach much tiger hai.</w:t>
      </w:r>
      <w:r>
        <w:br/>
      </w:r>
      <w:r>
        <w:rPr>
          <w:sz w:val="20"/>
        </w:rPr>
        <w:t>7:25  to main ne dekha ke log aa rahe hain, bohat aitmaad ke saath is ko dekhte hain, chale aate hain, aa rahe hain, ja rahe hain.</w:t>
      </w:r>
      <w:r>
        <w:br/>
      </w:r>
      <w:r>
        <w:rPr>
          <w:sz w:val="20"/>
        </w:rPr>
        <w:t>7:38  is shakal ke aitbaar se woh ek tiger tha, lekin log aa rahe hain, ja rahe hain, koi kisi ka dil kaanp nahin raha hai.</w:t>
      </w:r>
    </w:p>
    <w:p>
      <w:pPr>
        <w:pStyle w:val="Heading2"/>
      </w:pPr>
      <w:r>
        <w:t>Hadith explains how to practice zikr-e-kaseer</w:t>
      </w:r>
    </w:p>
    <w:p>
      <w:r>
        <w:rPr>
          <w:color w:val="666666"/>
          <w:sz w:val="18"/>
        </w:rPr>
        <w:t>Understanding The Importance of Hadith November 20, 2022 · 1m 38s · at 4:01 · https://youtu.be/xwY_Qsz4HSQ?t=241</w:t>
      </w:r>
    </w:p>
    <w:p>
      <w:r>
        <w:rPr>
          <w:i/>
        </w:rPr>
        <w:t>“Quran mein aaya: zikr kaseer karo, ab yeh kaise karein?”</w:t>
      </w:r>
    </w:p>
    <w:p>
      <w:r>
        <w:rPr>
          <w:sz w:val="20"/>
        </w:rPr>
        <w:t>4:01  to har maamle mein Quran ki jo tashreeh o tawzeeh hai, woh Hadith se hoti hai. hum Hadith ko Quran ki tafseer keh sakte hain.</w:t>
      </w:r>
      <w:r>
        <w:br/>
      </w:r>
      <w:r>
        <w:rPr>
          <w:sz w:val="20"/>
        </w:rPr>
        <w:t>4:13  to isko applied, applied quran bhi keh sakte</w:t>
      </w:r>
      <w:r>
        <w:br/>
      </w:r>
      <w:r>
        <w:rPr>
          <w:sz w:val="20"/>
        </w:rPr>
        <w:t>4:18  hain. kyunke quran ka application hamari day to day life mein kaise hoga, woh humko hadith se hi maloom hota hai.</w:t>
      </w:r>
      <w:r>
        <w:br/>
      </w:r>
      <w:r>
        <w:rPr>
          <w:sz w:val="20"/>
        </w:rPr>
        <w:t>4:27  hum ek misaal ke taur par quran mein aaya hai: zikr e kaseer karo. tum Allah ka zikr e kaseer karo. yeh surah al ahzab mein, ah, verse 41 hai.</w:t>
      </w:r>
      <w:r>
        <w:br/>
      </w:r>
      <w:r>
        <w:rPr>
          <w:sz w:val="20"/>
        </w:rPr>
        <w:t>4:40  ab zikr e kaseer kaise karein? zikr e kaseer ka kya tareeqa</w:t>
      </w:r>
      <w:r>
        <w:br/>
      </w:r>
      <w:r>
        <w:rPr>
          <w:sz w:val="20"/>
        </w:rPr>
        <w:t>4:44  ho? kuch logon ne kaha ke tasbeeh parhne ka: so baar parho, hazar baar parho, lakh baar parho.</w:t>
      </w:r>
      <w:r>
        <w:br/>
      </w:r>
      <w:r>
        <w:rPr>
          <w:sz w:val="20"/>
        </w:rPr>
        <w:t>4:53  to lekin jab hum rasool Allah salallahu alaihi wasallam ko dekhte hain, tab samajh mein aata hai ke zikr e kaseer kya hai. yaani har mauqe par, har jo tajurba ho, ismein Allah ko yaad karna. to hazrat aisha ne kaha hai ke aap har mauqe par Allah ko yaad karte</w:t>
      </w:r>
      <w:r>
        <w:br/>
      </w:r>
      <w:r>
        <w:rPr>
          <w:sz w:val="20"/>
        </w:rPr>
        <w:t>5:11  the. jaise koi tajurba guzarta hai to ismein koi na koi aap sabak ka pehlu nikaal ke is Allah ko yaad karte the. ek Abu Zar, ek sahabi the, unhone kaha ke agar aap chidiya bhedte hue dekhte to aap usse koi na koi sabak humein yaad dilate the.</w:t>
      </w:r>
      <w:r>
        <w:br/>
      </w:r>
      <w:r>
        <w:rPr>
          <w:sz w:val="20"/>
        </w:rPr>
        <w:t>5:31  to is wajah se hadith jo hai, woh bohat zyada important hai. iske baghair humko poori tareeqe se quran bhi samajhne mein nahin</w:t>
      </w:r>
    </w:p>
    <w:p>
      <w:pPr>
        <w:pStyle w:val="Heading2"/>
      </w:pPr>
      <w:r>
        <w:t>Hindu teacher refuses to teach without his Muslim student</w:t>
      </w:r>
    </w:p>
    <w:p>
      <w:r>
        <w:rPr>
          <w:color w:val="666666"/>
          <w:sz w:val="18"/>
        </w:rPr>
        <w:t>From The Spiritual Tree December 3, 2006 · 2m 04s · at 1:37:23 · https://youtu.be/m3JXYXORP5w?t=5843</w:t>
      </w:r>
    </w:p>
    <w:p>
      <w:r>
        <w:rPr>
          <w:i/>
        </w:rPr>
        <w:t>“In Lahore, a Hindu teacher had a student named Mir Jafar”</w:t>
      </w:r>
    </w:p>
    <w:p>
      <w:r>
        <w:rPr>
          <w:sz w:val="20"/>
        </w:rPr>
        <w:t>1:37:23  bohat alag the. ya jaise lahore mein ek teacher tha, woh hindu teacher tha, ek musalman ladka tha, uska naam tha mir jafar.</w:t>
      </w:r>
      <w:r>
        <w:br/>
      </w:r>
      <w:r>
        <w:rPr>
          <w:sz w:val="20"/>
        </w:rPr>
        <w:t>1:37:33  toh us zamane ki baat hai, first world war ke zamane ki baat hai. toh woh bohat acha student tha, woh ek din nahin aaya.</w:t>
      </w:r>
      <w:r>
        <w:br/>
      </w:r>
      <w:r>
        <w:rPr>
          <w:sz w:val="20"/>
        </w:rPr>
        <w:t>1:37:44  uss zamane mein musalmanon mein ek josh movement chalti thi, woh woh movement thi tehreek hijrat kehte the uss ko. uska naara tha ke darya-e-atak ke paar chalo, jaate hain jahan sab yaar, chalo qandhar, chalo qandhar, chalo.</w:t>
      </w:r>
      <w:r>
        <w:br/>
      </w:r>
      <w:r>
        <w:rPr>
          <w:sz w:val="20"/>
        </w:rPr>
        <w:t>1:37:58  matlab india ko chhod chhod kar jao Afghanistan.</w:t>
      </w:r>
      <w:r>
        <w:br/>
      </w:r>
      <w:r>
        <w:rPr>
          <w:sz w:val="20"/>
        </w:rPr>
        <w:t>1:38:02  india aur Afghanistan ke beech mein ek ek ek river hai, atak uska naam hai. atak toh darya-e-atak ke paar chalo, rehte hain jahan sab yaar, chalo.</w:t>
      </w:r>
      <w:r>
        <w:br/>
      </w:r>
      <w:r>
        <w:rPr>
          <w:sz w:val="20"/>
        </w:rPr>
        <w:t>1:38:11  hum toh hindu bhi yaar the hamare, kya wohi yaar the jo Afghanistan rehte the? woh yeh saare yaar nahin hamare. yeh woh insaan nahin, main bhi insaan hoon.</w:t>
      </w:r>
      <w:r>
        <w:br/>
      </w:r>
      <w:r>
        <w:rPr>
          <w:sz w:val="20"/>
        </w:rPr>
        <w:t>1:38:22  rasool Allah ne kaha tha ke alaihi salam, woh bhi insaan, main bhi insaan. lekin kya Allah diya hua hai ke Afghanistan chalo, wahan sab yaar rehte hain hamare, matlab musalman</w:t>
      </w:r>
      <w:r>
        <w:br/>
      </w:r>
      <w:r>
        <w:rPr>
          <w:sz w:val="20"/>
        </w:rPr>
        <w:t>1:38:34  . toh uss se woh woh hua, influence hua, woh chala gaya, woh bhi bechara. ab agle din jab woh nahin aaya toh us hindu teacher ne class nahin liya.</w:t>
      </w:r>
      <w:r>
        <w:br/>
      </w:r>
      <w:r>
        <w:rPr>
          <w:sz w:val="20"/>
        </w:rPr>
        <w:t>1:38:45  uss ne kaha ke bhai, baghair uss ke main class nahin le sakta. do din, teen din wait karta raha. pata chala ke woh toh chala gaya Afghanistan, ab nahin aye ga, tab class li bechare ne.</w:t>
      </w:r>
      <w:r>
        <w:br/>
      </w:r>
      <w:r>
        <w:rPr>
          <w:sz w:val="20"/>
        </w:rPr>
        <w:t>1:38:55  toh uss waqt teacheron mein woh aapko apna concern banate the. woh khud mere bachpan mein aisa hota tha.</w:t>
      </w:r>
      <w:r>
        <w:br/>
      </w:r>
      <w:r>
        <w:rPr>
          <w:sz w:val="20"/>
        </w:rPr>
        <w:t>1:39:03  toh uss waqt student jo the, woh waqai bohat aaj se bohat different hote the, aaj se. haan, ab teacheron ka concern nahin hai, bas teacheron ka concern kya hai? paisa, paisa, paisa, paisa.</w:t>
      </w:r>
      <w:r>
        <w:br/>
      </w:r>
      <w:r>
        <w:rPr>
          <w:sz w:val="20"/>
        </w:rPr>
        <w:t>1:39:16  student concern nahin hai aaj ke teacher ka. toh toh change aaye toh kaise aaye? change aaye, bilashuba change aa sakta hai aur chand mahine mein aa sakta hai change.</w:t>
      </w:r>
    </w:p>
    <w:p>
      <w:pPr>
        <w:pStyle w:val="Heading2"/>
      </w:pPr>
      <w:r>
        <w:t>Hadith about neighbor's complaint on Judgment Day</w:t>
      </w:r>
    </w:p>
    <w:p>
      <w:r>
        <w:rPr>
          <w:color w:val="666666"/>
          <w:sz w:val="18"/>
        </w:rPr>
        <w:t>CPS Women Article Discussion 14 January 8, 2023 · 1m 34s · at 1:00 · https://youtu.be/XVluFGBfxcI?t=60</w:t>
      </w:r>
    </w:p>
    <w:p>
      <w:r>
        <w:rPr>
          <w:i/>
        </w:rPr>
        <w:t>“दावत एक संगीन ज़िम्मेदारी. इस्लाम की एक खदीज पड़ोसी के”</w:t>
      </w:r>
    </w:p>
    <w:p>
      <w:r>
        <w:rPr>
          <w:sz w:val="20"/>
        </w:rPr>
        <w:t>1:00  daawat ek sangeen zimmedari. islam ki ek khadij padosi ke bare mein in alfaaz mein aayi hai. yaani kitney hi padosi hain jo apne padosi ko pakdey hue honge qayamat ke din.</w:t>
      </w:r>
      <w:r>
        <w:br/>
      </w:r>
      <w:r>
        <w:rPr>
          <w:sz w:val="20"/>
        </w:rPr>
        <w:t>1:22  woh kahenge ke aye mere rab, isne apna darwaza mere liye band rakha aur apni bhalai ko mujhse rok diya. al adab ul mufrat lil mukhari, hadith number ek sau gyarah. yahan maroof ka lafz deeni hidayat ke maaney mein aaya hai.</w:t>
      </w:r>
      <w:r>
        <w:br/>
      </w:r>
      <w:r>
        <w:rPr>
          <w:sz w:val="20"/>
        </w:rPr>
        <w:t>1:41  yaani ek shakhs qayamat ke din rabulaalameen se apne padosi ke bare mein shikayat karega ke is insaan ke paas meri nijaat ka rasta tha magar isne apne ghar ke darwaze ko mere upar band rakha aur islam ki daawat mujhko nahi diya. jo aaj mere kaam aata aur mujhko aabadi tabahi se bacha leta.</w:t>
      </w:r>
      <w:r>
        <w:br/>
      </w:r>
      <w:r>
        <w:rPr>
          <w:sz w:val="20"/>
        </w:rPr>
        <w:t>2:05  is hadith mein ek padosi se buradh woh shakhs hai jo duniya mein imaan ka dawa karta tha aur uske paas allah ki hidayat quran aur sunnat ki shakal mein maujood thi. doosre padosi se buradh woh insaan hai jo apni bekhabri ke bina parsa bhi imaan na ban saka. kyunke uske momin padosi ne uski qabile fahm zabaan mein usko allah ki hidayat nahi pahunchai. yahan di is ghayamat ke bare mein hai.</w:t>
      </w:r>
      <w:r>
        <w:br/>
      </w:r>
      <w:r>
        <w:rPr>
          <w:sz w:val="20"/>
        </w:rPr>
        <w:t>2:34  ghayamat mein kisi ko yeh mehrumi nahi satayegi ke woh duniya mein maadi cheezon ke paaney mein nakaam raha. kyunke ab uska daur khatam ho chuka hoga. qayamat mein kisi ko sirf yeh cheez tadpayegi ke kaash mere padosi ne, meri qabili fahm zabaan mein, mujhko hidayat pahunchai hoti, to main us par imaan laata aur aaj main channat mein daakhle se mehroom na rehta.</w:t>
      </w:r>
    </w:p>
    <w:p>
      <w:pPr>
        <w:pStyle w:val="Heading2"/>
      </w:pPr>
      <w:r>
        <w:t>Avoiding extravagance can transform the whole household</w:t>
      </w:r>
    </w:p>
    <w:p>
      <w:r>
        <w:rPr>
          <w:color w:val="666666"/>
          <w:sz w:val="18"/>
        </w:rPr>
        <w:t>Behtar Khatoon Kon CPS Women Article Discussion July 2, 2023 · 2m 19s · at 48:07 · https://youtu.be/tGPJwzCnCMM?t=2887</w:t>
      </w:r>
    </w:p>
    <w:p>
      <w:r>
        <w:rPr>
          <w:i/>
        </w:rPr>
        <w:t>“Fizool kharchi se bachna hamara aaj ka takeaway hai”</w:t>
      </w:r>
    </w:p>
    <w:p>
      <w:r>
        <w:rPr>
          <w:sz w:val="20"/>
        </w:rPr>
        <w:t>48:07  to doctor sabina aap last mein kuch kehna chahenge uske baad aap aap discuss kar dein session ko. shabina main bas ek mulana sahab ki line kehna chahungi jo main kehne se reh gayi thi ke mulana sahab ne likha hai ke fizool kharchi aur aala insaniyat dono ek sath jama nahi ho sakte.</w:t>
      </w:r>
      <w:r>
        <w:br/>
      </w:r>
      <w:r>
        <w:rPr>
          <w:sz w:val="20"/>
        </w:rPr>
        <w:t>48:27  to yeh main sochti hoon ke aaj ka hamara ek take away hona chahiye ke hum log apne aap ko fajoor farchi se bachayein, apni family ko bachayein tabhi hum apne andar woh aala insaan develop kar payenge. woh apna elm badha payenge aur apne intellect ko badha payenge. bas is par bhi main apni baat khatam karna chahu zyada karna. sunao ne to. main apne ek thodi ek do ek minute mein kal apni learning share karna chahti hoon na.</w:t>
      </w:r>
      <w:r>
        <w:br/>
      </w:r>
      <w:r>
        <w:rPr>
          <w:sz w:val="20"/>
        </w:rPr>
        <w:t>48:56  to main ek cheez yeh shuru ki ke main main bhi usko ek aayi thi subah main bhi</w:t>
      </w:r>
      <w:r>
        <w:br/>
      </w:r>
      <w:r>
        <w:rPr>
          <w:sz w:val="20"/>
        </w:rPr>
        <w:t>49:06  unhone bataya fajar ke namaz padhne ke baad main ek aayi thi aur uske baare mein tafsir, tarjuma</w:t>
      </w:r>
      <w:r>
        <w:br/>
      </w:r>
      <w:r>
        <w:rPr>
          <w:sz w:val="20"/>
        </w:rPr>
        <w:t>49:17  aur tafsir ke baare mein bahut achhe se sochi aur padhkar jab unhone apne tafsir tarjuma usko lekar</w:t>
      </w:r>
      <w:r>
        <w:br/>
      </w:r>
      <w:r>
        <w:rPr>
          <w:sz w:val="20"/>
        </w:rPr>
        <w:t>49:27  woh bhi achhi tarah se samjhate the to hamare liye ek itna achha moment ho gaya hai ki</w:t>
      </w:r>
      <w:r>
        <w:br/>
      </w:r>
      <w:r>
        <w:rPr>
          <w:sz w:val="20"/>
        </w:rPr>
        <w:t>49:38  woh aisa dikhta tha din bhar uske baare mein sochna aur uske baare mein baat karna aur ghar</w:t>
      </w:r>
      <w:r>
        <w:br/>
      </w:r>
      <w:r>
        <w:rPr>
          <w:sz w:val="20"/>
        </w:rPr>
        <w:t>49:48  mein hamara teen hi mahaul ka ek ek roshan roshan fal ban gaya hamara ghar ka.</w:t>
      </w:r>
      <w:r>
        <w:br/>
      </w:r>
      <w:r>
        <w:rPr>
          <w:sz w:val="20"/>
        </w:rPr>
        <w:t>49:59  to yeh mera tazurba tha ke hum apne ghar ko hum khud bhi badal sakte hain. hum apne bachchon ke sath, apne shauhar ke sath iske bare mein lene se phir hamara ghar ka mahol bhi badal sakta hai. hamare ghar ka mahol khush gawara ho sakta hai. very good. aur deeni baaten aur gaon kaam ki baaten aur quran ki baaten yeh sab hum ghar mein karne se hamara ghar bohat khushhal aur bohat sukoon ka ho sakta hai. yeh meri learning thi.</w:t>
      </w:r>
      <w:r>
        <w:br/>
      </w:r>
      <w:r>
        <w:rPr>
          <w:sz w:val="20"/>
        </w:rPr>
        <w:t>50:26  aapne bohat achhi baat batai, very nice experience that you shared with us and it is very very good that we promote our family life in this way by sharing God's what we have learned we we should share with our family members, our children and definitely in sha Allah yeh jo divine mission hai hum logon ka ismein ismein Allah humein guide karenge aur hum apne family members ko aur unke bachchon ko bhi guide kar sakte hain is divine mission mein.</w:t>
      </w:r>
    </w:p>
    <w:p>
      <w:pPr>
        <w:pStyle w:val="Heading2"/>
      </w:pPr>
      <w:r>
        <w:t>Imperial mindset in Islamic thought</w:t>
      </w:r>
    </w:p>
    <w:p>
      <w:r>
        <w:rPr>
          <w:color w:val="666666"/>
          <w:sz w:val="18"/>
        </w:rPr>
        <w:t>Hadith Prediction November 3, 2013 · 2m 09s · at 11:07 · https://youtu.be/cb5Lzw9c8aE?t=667</w:t>
      </w:r>
    </w:p>
    <w:p>
      <w:r>
        <w:rPr>
          <w:i/>
        </w:rPr>
        <w:t>“I want to give some examples.”</w:t>
      </w:r>
    </w:p>
    <w:p>
      <w:r>
        <w:rPr>
          <w:sz w:val="20"/>
        </w:rPr>
        <w:t>11:07  is ki is ki mein kuch misaal dena chahta hoon. dekhein, yeh log jo aaye thay,</w:t>
      </w:r>
      <w:r>
        <w:br/>
      </w:r>
      <w:r>
        <w:rPr>
          <w:sz w:val="20"/>
        </w:rPr>
        <w:t>11:17  yaani empire se nikal kar ke, un ka mindset kya tha</w:t>
      </w:r>
      <w:r>
        <w:br/>
      </w:r>
      <w:r>
        <w:rPr>
          <w:sz w:val="20"/>
        </w:rPr>
        <w:t>11:21  , woh sab ke sab imperial culture ko maante thay. imperial culture ke tehat un ka mindset bana tha. imperial culture kya hota hai?</w:t>
      </w:r>
      <w:r>
        <w:br/>
      </w:r>
      <w:r>
        <w:rPr>
          <w:sz w:val="20"/>
        </w:rPr>
        <w:t>11:32  aik bara hai, baqi sab chhotay hain. yaani ruler aur ruled ka equation hota hai, king aur subject ka equation hota hai.</w:t>
      </w:r>
      <w:r>
        <w:br/>
      </w:r>
      <w:r>
        <w:rPr>
          <w:sz w:val="20"/>
        </w:rPr>
        <w:t>11:40  wahan par</w:t>
      </w:r>
      <w:r>
        <w:br/>
      </w:r>
      <w:r>
        <w:rPr>
          <w:sz w:val="20"/>
        </w:rPr>
        <w:t>11:44  wohi culture ko unhon ne Islam mein dakhil kar diya, aur usi ki bina par unhon ne Rasool ko itna bara darja diya ke us ko Khuda se mila diya, aur aam logon ka darja kuch bhi nahi.</w:t>
      </w:r>
      <w:r>
        <w:br/>
      </w:r>
      <w:r>
        <w:rPr>
          <w:sz w:val="20"/>
        </w:rPr>
        <w:t>11:55  isi isi se paida hue tamam, yaani azmat Rasool ke aqeeday.</w:t>
      </w:r>
      <w:r>
        <w:br/>
      </w:r>
      <w:r>
        <w:rPr>
          <w:sz w:val="20"/>
        </w:rPr>
        <w:t>12:03  is ka aik, yaani is ki aik misaal yeh hai ke hamaray aik bohat baray scholar ne aik kitaab likhi seerat par, seerat Rasool par.</w:t>
      </w:r>
      <w:r>
        <w:br/>
      </w:r>
      <w:r>
        <w:rPr>
          <w:sz w:val="20"/>
        </w:rPr>
        <w:t>12:16  bohat hi top ke scholar ki baat hai yeh. is mein unhon ne likha ke is ke shuru mein aik safha ke aik gadaye be nawa shahanshah konain ke darbar mein ikhlas o aqeedat ki nazar le kar aaya hai.</w:t>
      </w:r>
      <w:r>
        <w:br/>
      </w:r>
      <w:r>
        <w:rPr>
          <w:sz w:val="20"/>
        </w:rPr>
        <w:t>12:32  kaha peghambar to shah shahanshah konain hain, baqi log gadaye be nawa hain. yeh kahan se aaya hai? yeh imperial culture se aaya hai ke aik insaan shah shah konain hai, baqi sab log jo hain gadaye be nawa hain.</w:t>
      </w:r>
      <w:r>
        <w:br/>
      </w:r>
      <w:r>
        <w:rPr>
          <w:sz w:val="20"/>
        </w:rPr>
        <w:t>12:50  to yeh saada baat nahi hai, yeh bohat hi zyada serious baat hai, bohat zyada serious.</w:t>
      </w:r>
      <w:r>
        <w:br/>
      </w:r>
      <w:r>
        <w:rPr>
          <w:sz w:val="20"/>
        </w:rPr>
        <w:t>12:59  yeh saada baat nahi hai, bohat serious baat hai. kyunke dekhiye, quran mein bohat si baatein aisi hain jo wahid ke sadqe mein hain, yaani rasool ke hawale se hain.</w:t>
      </w:r>
    </w:p>
    <w:p>
      <w:pPr>
        <w:pStyle w:val="Heading2"/>
      </w:pPr>
      <w:r>
        <w:t>Why ideal system is impossible due to human freedom</w:t>
      </w:r>
    </w:p>
    <w:p>
      <w:r>
        <w:rPr>
          <w:color w:val="666666"/>
          <w:sz w:val="18"/>
        </w:rPr>
        <w:t>Ideology of Life December 29, 2013 Maulana Wahiduddin Khan · 2m 14s · at 6:46 · https://youtu.be/N5psCFw23MI?t=406</w:t>
      </w:r>
    </w:p>
    <w:p>
      <w:r>
        <w:rPr>
          <w:i/>
        </w:rPr>
        <w:t>“acha is ke baad kya hoga is se khatam nahin hoga”</w:t>
      </w:r>
    </w:p>
    <w:p>
      <w:r>
        <w:rPr>
          <w:sz w:val="20"/>
        </w:rPr>
        <w:t>6:46  achha is ke baad kya hoga? is se khatm nahi hoga. kyun ke dekhen Allah ka jo qanoon hai is ke mutabiq yahan ideal justice kabhi ban nahi sakta.</w:t>
      </w:r>
      <w:r>
        <w:br/>
      </w:r>
      <w:r>
        <w:rPr>
          <w:sz w:val="20"/>
        </w:rPr>
        <w:t>6:59  yeh dunya aap jante hain ke dunya mein Allah ne har ek ko freedom di hai. jab freedom di hai to aadmi ko yeh bhi freedom hai ke chahe to proper use kare freedom ka, chahe to misuse kare.</w:t>
      </w:r>
      <w:r>
        <w:br/>
      </w:r>
      <w:r>
        <w:rPr>
          <w:sz w:val="20"/>
        </w:rPr>
        <w:t>7:12  misuse of freedom ki bhi is ko aazadi hai. is bina par kabhi bhi aisa nahi hoga ke social level par, ijtamai level par ideal system qaim ho.</w:t>
      </w:r>
      <w:r>
        <w:br/>
      </w:r>
      <w:r>
        <w:rPr>
          <w:sz w:val="20"/>
        </w:rPr>
        <w:t>7:23  kuch na kuch gadbad karne wale woh rahenge hamesha. to ek baar aap tod phod kar aap ne ek hukumat khatm kiya, doosri hukumat qaim ki to woh bhi less than ideal hogi.</w:t>
      </w:r>
      <w:r>
        <w:br/>
      </w:r>
      <w:r>
        <w:rPr>
          <w:sz w:val="20"/>
        </w:rPr>
        <w:t>7:36  woh bhi to less than ideal hogi. to phir ladenge dobara aap. yahi Egypt mein ho raha hai. wahan King Farooq tha, woh logon ko laga ke woh justice nahi qaim kar raha hai, is ko toda.</w:t>
      </w:r>
      <w:r>
        <w:br/>
      </w:r>
      <w:r>
        <w:rPr>
          <w:sz w:val="20"/>
        </w:rPr>
        <w:t>7:47  phir Najib aaye, is ke khilaf ho gaye. phir Jawan Abdul Nasser aaye, un ke khilaf ho gaye. phir Amer Saad aata aaya, un ke khilaf ho gaye.</w:t>
      </w:r>
      <w:r>
        <w:br/>
      </w:r>
      <w:r>
        <w:rPr>
          <w:sz w:val="20"/>
        </w:rPr>
        <w:t>7:56  phir Hassan Mubarak aaye, un ke khilaf ho gaye. ab jo hain un ke bhi khilaf. kyun? is dunya mein yaad rakhiye kabhi bhi ideal nizam qaim ho nahi sakta hai.</w:t>
      </w:r>
      <w:r>
        <w:br/>
      </w:r>
      <w:r>
        <w:rPr>
          <w:sz w:val="20"/>
        </w:rPr>
        <w:t>8:08  it is impossible to establish ideal system in this world.</w:t>
      </w:r>
      <w:r>
        <w:br/>
      </w:r>
      <w:r>
        <w:rPr>
          <w:sz w:val="20"/>
        </w:rPr>
        <w:t>8:13  kyunke allah ne banaya hai insan ko azadi di hai test ke liye, har aadmi test par hai, har aadmi ko freedom hai chahe yeh kare chahe woh kare.</w:t>
      </w:r>
      <w:r>
        <w:br/>
      </w:r>
      <w:r>
        <w:rPr>
          <w:sz w:val="20"/>
        </w:rPr>
        <w:t>8:22  kya karenge aap? It requires yani agar aap ko, agar aap ko yani agar aap ko ideal system banana hai to aap ko insan ki azadi ko abolish karna parega.</w:t>
      </w:r>
      <w:r>
        <w:br/>
      </w:r>
      <w:r>
        <w:rPr>
          <w:sz w:val="20"/>
        </w:rPr>
        <w:t>8:41  aur chunke aap insan ki azadi ko abolish nahi kar sakte is liye aap yeh bhi nahi kar sakte ke ideal system banaein. To is ka matlab kya hua?</w:t>
      </w:r>
      <w:r>
        <w:br/>
      </w:r>
      <w:r>
        <w:rPr>
          <w:sz w:val="20"/>
        </w:rPr>
        <w:t>8:53  ke you have to accept less than ideal. Yeh hai Christian plan of God.</w:t>
      </w:r>
    </w:p>
    <w:p>
      <w:pPr>
        <w:pStyle w:val="Heading2"/>
      </w:pPr>
      <w:r>
        <w:t>Hadith of Miraj: 50 prayers explained symbolically</w:t>
      </w:r>
    </w:p>
    <w:p>
      <w:r>
        <w:rPr>
          <w:color w:val="666666"/>
          <w:sz w:val="18"/>
        </w:rPr>
        <w:t>God's Protection November 28, 2013 · 2m 13s · at 36:33 · https://youtu.be/QgqXbChsr5c?t=2193</w:t>
      </w:r>
    </w:p>
    <w:p>
      <w:r>
        <w:rPr>
          <w:i/>
        </w:rPr>
        <w:t>“Meraj mein Hazrat Musa se mulaqat hui, kya laaye aap?”</w:t>
      </w:r>
    </w:p>
    <w:p>
      <w:r>
        <w:rPr>
          <w:sz w:val="20"/>
        </w:rPr>
        <w:t>36:33  woh jo hai hadith hai, us ko bhi log matlab nahi samajhte. Hazrat Musa ki jo hadith hai ke miraj mein Rasool Allah salla Allahu alaihi wasallam jab loot rahe the to Hazrat Musa se mulaqat hui to unhon ne kaha ke kya laye aap?</w:t>
      </w:r>
      <w:r>
        <w:br/>
      </w:r>
      <w:r>
        <w:rPr>
          <w:sz w:val="20"/>
        </w:rPr>
        <w:t>36:51  to unhon ne kaha ke pachaas waqt ki namaz.</w:t>
      </w:r>
      <w:r>
        <w:br/>
      </w:r>
      <w:r>
        <w:rPr>
          <w:sz w:val="20"/>
        </w:rPr>
        <w:t>36:55  kaha ke pachaas waqt? ummat kaise padhegi aap ki pachaas waqt? aur ghataiye to aik yeh sab tamseel ki zaban mein hai. yaar, yeh matlab hai ke sach much aisa kuch dialogue hua, aisa aana jaana hua.</w:t>
      </w:r>
      <w:r>
        <w:br/>
      </w:r>
      <w:r>
        <w:rPr>
          <w:sz w:val="20"/>
        </w:rPr>
        <w:t>37:14  is ka matlab yeh hai ke paanch waqt ki namaz to bait par farma hai, bait par shakal hai, form. baqi to pachaason waqt ki namaz padhna hai, pachaas hazar waqt ki namaz padhna hai, namazi namaz padhna hai.</w:t>
      </w:r>
      <w:r>
        <w:br/>
      </w:r>
      <w:r>
        <w:rPr>
          <w:sz w:val="20"/>
        </w:rPr>
        <w:t>37:29  bait bibana zikr, zikr ke mani mein ke aap ne pani piya, tab bhi aap ne zikr kiya ke kaise pani ban gaya.</w:t>
      </w:r>
      <w:r>
        <w:br/>
      </w:r>
      <w:r>
        <w:rPr>
          <w:sz w:val="20"/>
        </w:rPr>
        <w:t>37:39  mein to jab wash basin mein ja ke hath dhota hoon, kuch hath pe lag gaya to sochta hoon ke agar pani na hota to mera hath kaise saaf hota? kaise saaf hota?</w:t>
      </w:r>
      <w:r>
        <w:br/>
      </w:r>
      <w:r>
        <w:rPr>
          <w:sz w:val="20"/>
        </w:rPr>
        <w:t>37:52  yani pani ka kaam aap kisi aur cheez se nahi le sakte, petrol se ya mitti se ya kisi cheez se. lag gayi cheez to woh lagi hi reh jayegi aur pani saafai kar deti hai.</w:t>
      </w:r>
      <w:r>
        <w:br/>
      </w:r>
      <w:r>
        <w:rPr>
          <w:sz w:val="20"/>
        </w:rPr>
        <w:t>38:07  be shumar kaam hote hain pani ke</w:t>
      </w:r>
      <w:r>
        <w:br/>
      </w:r>
      <w:r>
        <w:rPr>
          <w:sz w:val="20"/>
        </w:rPr>
        <w:t>38:12  to har cheez, har cheez, har cheez aap ko remind karti hai Allah ki qudrat, rehmat, blessing ki. wohi to namaz hai.</w:t>
      </w:r>
      <w:r>
        <w:br/>
      </w:r>
      <w:r>
        <w:rPr>
          <w:sz w:val="20"/>
        </w:rPr>
        <w:t>38:24  to is hadith ka matlab lafzan na lijiye, is ka ahadith ka matlab tamseel ke mani mein lijiye.</w:t>
      </w:r>
      <w:r>
        <w:br/>
      </w:r>
      <w:r>
        <w:rPr>
          <w:sz w:val="20"/>
        </w:rPr>
        <w:t>38:33  is ka matlab yeh hai ke namaz agarche by aitbaar form sirf paanch waqt muqarrar ki gayi hai, lekin by par haqeeqat, by par speed to namaz padhna hi padhna hai.</w:t>
      </w:r>
    </w:p>
    <w:p>
      <w:pPr>
        <w:pStyle w:val="Heading2"/>
      </w:pPr>
      <w:r>
        <w:t>Hadith ka matlab aur uske asraat</w:t>
      </w:r>
    </w:p>
    <w:p>
      <w:r>
        <w:rPr>
          <w:color w:val="666666"/>
          <w:sz w:val="18"/>
        </w:rPr>
        <w:t>Life after Death (Prophetic Wisdom) · 2m 09s · at 10:57 · https://youtu.be/7bA2WIsKLMQ?t=657</w:t>
      </w:r>
    </w:p>
    <w:p>
      <w:r>
        <w:rPr>
          <w:i/>
        </w:rPr>
        <w:t>“Toh yeh hai matlab is ka”</w:t>
      </w:r>
    </w:p>
    <w:p>
      <w:r>
        <w:rPr>
          <w:sz w:val="20"/>
        </w:rPr>
        <w:t>10:57  to yeh hai matlab is ka</w:t>
      </w:r>
      <w:r>
        <w:br/>
      </w:r>
      <w:r>
        <w:rPr>
          <w:sz w:val="20"/>
        </w:rPr>
        <w:t>11:02  keh in in al dunaya</w:t>
      </w:r>
      <w:r>
        <w:br/>
      </w:r>
      <w:r>
        <w:rPr>
          <w:sz w:val="20"/>
        </w:rPr>
        <w:t>11:07  al dunaya mazrat al aakhirah. al dunaya mazrat al aakhirah. yeh bohat hi</w:t>
      </w:r>
      <w:r>
        <w:br/>
      </w:r>
      <w:r>
        <w:rPr>
          <w:sz w:val="20"/>
        </w:rPr>
        <w:t>11:17  inqilaabi teaching hai.</w:t>
      </w:r>
      <w:r>
        <w:br/>
      </w:r>
      <w:r>
        <w:rPr>
          <w:sz w:val="20"/>
        </w:rPr>
        <w:t>11:22  yeh aadmi ke andar yeh soch agar aadmi ke andar paida ho jaye to goya keh us ke apne andar aik teacher baith gaya. har waqt batane ke liye kya karna hai, kya nahi karna hai.</w:t>
      </w:r>
      <w:r>
        <w:br/>
      </w:r>
      <w:r>
        <w:rPr>
          <w:sz w:val="20"/>
        </w:rPr>
        <w:t>11:38  yani khud apne interest mein ho jata hai. is yeh aqeedah jo hai, us ka nateeja yeh hota hai keh har aadmi ke ko apne interest mein yeh dikhai dene lagta hai keh woh bura kaam na kare, acha kaam kare.</w:t>
      </w:r>
      <w:r>
        <w:br/>
      </w:r>
      <w:r>
        <w:rPr>
          <w:sz w:val="20"/>
        </w:rPr>
        <w:t>11:55  buri baat na bole, achi bhi achi baat bole. woh</w:t>
      </w:r>
      <w:r>
        <w:br/>
      </w:r>
      <w:r>
        <w:rPr>
          <w:sz w:val="20"/>
        </w:rPr>
        <w:t>12:02  yeh us ke apne interest mein yeh baat ho jati hai. to aik qadar tarah ka keh self control spirit us ke andar paida ho jati hai.</w:t>
      </w:r>
      <w:r>
        <w:br/>
      </w:r>
      <w:r>
        <w:rPr>
          <w:sz w:val="20"/>
        </w:rPr>
        <w:t>12:14  yeh hai is hadees ka matlab. islam jo insaan banana chahta hai, woh yahi insaan hai. keh andar spirit jagana, andar incentive paida karna,</w:t>
      </w:r>
      <w:r>
        <w:br/>
      </w:r>
      <w:r>
        <w:rPr>
          <w:sz w:val="20"/>
        </w:rPr>
        <w:t>12:30  aadmi ke mind ko is tarah se train kar dena keh woh khud apna monitor ban jaye, khud apna teacher ban jaye, khud apna supervisor ban jaye.</w:t>
      </w:r>
      <w:r>
        <w:br/>
      </w:r>
      <w:r>
        <w:rPr>
          <w:sz w:val="20"/>
        </w:rPr>
        <w:t>12:44  yeh hai islam ki scheme.</w:t>
      </w:r>
      <w:r>
        <w:br/>
      </w:r>
      <w:r>
        <w:rPr>
          <w:sz w:val="20"/>
        </w:rPr>
        <w:t>12:49  to yeh hai jis aadmi ke dil mein baith jaye keh dunya aakhirat ki kheti hai, to yahi aik aqeedah us ki poori zindagi ko sudharne ke liye kafi ho jayega.</w:t>
      </w:r>
    </w:p>
    <w:p>
      <w:pPr>
        <w:pStyle w:val="Heading2"/>
      </w:pPr>
      <w:r>
        <w:t>Who is a true servant in the hadith</w:t>
      </w:r>
    </w:p>
    <w:p>
      <w:r>
        <w:rPr>
          <w:color w:val="666666"/>
          <w:sz w:val="18"/>
        </w:rPr>
        <w:t>Hadith-e-Qudsi April 24, 2014 Maulana Wahiduddin Khan · 2m 25s · at 1:59 · https://youtu.be/DXaqyk0uct0?t=119</w:t>
      </w:r>
    </w:p>
    <w:p>
      <w:r>
        <w:rPr>
          <w:i/>
        </w:rPr>
        <w:t>“First understand: this hadith is about a servant, not a rebellious person.”</w:t>
      </w:r>
    </w:p>
    <w:p>
      <w:r>
        <w:rPr>
          <w:sz w:val="20"/>
        </w:rPr>
        <w:t>1:59  dekhen, is hadith ko samajhne ke liye sab se pehle yeh baat janna chahiye ke yahan 'abd ki baat hai, ek sarkash insan ki baat nahi hai.</w:t>
      </w:r>
      <w:r>
        <w:br/>
      </w:r>
      <w:r>
        <w:rPr>
          <w:sz w:val="20"/>
        </w:rPr>
        <w:t>2:15  ek sarkash insan yeh samjhe ke main dunya mein islami hukumat qaim karunga aur lage ladai karne logon se, aur samjhe ke khuda madad karega, to aisa kabhi hone wala nahi hai.</w:t>
      </w:r>
      <w:r>
        <w:br/>
      </w:r>
      <w:r>
        <w:rPr>
          <w:sz w:val="20"/>
        </w:rPr>
        <w:t>2:29  ek sarkash insan</w:t>
      </w:r>
      <w:r>
        <w:br/>
      </w:r>
      <w:r>
        <w:rPr>
          <w:sz w:val="20"/>
        </w:rPr>
        <w:t>2:36  siyasi hangame khare kare, kahe ke mein aur Islam ke naam par yeh kaam kar raha hoon, to Allah ki madad hogi. Yeh bilkul galat baat hai.</w:t>
      </w:r>
      <w:r>
        <w:br/>
      </w:r>
      <w:r>
        <w:rPr>
          <w:sz w:val="20"/>
        </w:rPr>
        <w:t>2:48  yahan par jo abd ka lafz hai, bohat ba-maani hai. Abd kaun hai?</w:t>
      </w:r>
      <w:r>
        <w:br/>
      </w:r>
      <w:r>
        <w:rPr>
          <w:sz w:val="20"/>
        </w:rPr>
        <w:t>2:58  haqeeqi maano mein abd kaun hai? Yeh woh insaan hai jo waqe'atan seekhe, jo talash kare, aur sanjeeda talash ke nateejay mein woh apne khalq ko daryaft kare.</w:t>
      </w:r>
      <w:r>
        <w:br/>
      </w:r>
      <w:r>
        <w:rPr>
          <w:sz w:val="20"/>
        </w:rPr>
        <w:t>3:17  aur phir daryaft karne ke baad khalq uska soul concern ban jaye.</w:t>
      </w:r>
      <w:r>
        <w:br/>
      </w:r>
      <w:r>
        <w:rPr>
          <w:sz w:val="20"/>
        </w:rPr>
        <w:t>3:24  woh khalq mein jeeye, khalq ke baare mein soche, woh khalq ki sift ko daryaft kare. To yeh abd, to sacha abd jo hai, woh kaun hai?</w:t>
      </w:r>
      <w:r>
        <w:br/>
      </w:r>
      <w:r>
        <w:rPr>
          <w:sz w:val="20"/>
        </w:rPr>
        <w:t>3:38  sacha abd woh hai jo khalq ko daryaft karte hi woh khalq ke naqsha-e-takhleeq ko bhi daryaft kar leta hai.</w:t>
      </w:r>
      <w:r>
        <w:br/>
      </w:r>
      <w:r>
        <w:rPr>
          <w:sz w:val="20"/>
        </w:rPr>
        <w:t>3:48  yaani Allah ki kya, Allah ka creation</w:t>
      </w:r>
      <w:r>
        <w:br/>
      </w:r>
      <w:r>
        <w:rPr>
          <w:sz w:val="20"/>
        </w:rPr>
        <w:t>3:53  plan kya hai, woh bhi daryaft kar leta hai. Woh Allah ko bande se kya matloob hai, woh bhi daryaft kar leta hai. Allah ko kya pasand hai, kya pasand nahi, woh sab daryaft kar leta hai.</w:t>
      </w:r>
      <w:r>
        <w:br/>
      </w:r>
      <w:r>
        <w:rPr>
          <w:sz w:val="20"/>
        </w:rPr>
        <w:t>4:06  Allah ne insaan ke liye kya muqaddar kiya hai, woh bhi daryaft kar leta hai.</w:t>
      </w:r>
      <w:r>
        <w:br/>
      </w:r>
      <w:r>
        <w:rPr>
          <w:sz w:val="20"/>
        </w:rPr>
        <w:t>4:11  to is mein abd se murad hai ek realized insaan, ek aarif insaan, ek aisa insaan jis ko sachai ki daryaft ho chuki ho.</w:t>
      </w:r>
    </w:p>
    <w:p>
      <w:pPr>
        <w:pStyle w:val="Heading2"/>
      </w:pPr>
      <w:r>
        <w:t>Cow story: turning a Swiss woman's negativity into insight</w:t>
      </w:r>
    </w:p>
    <w:p>
      <w:r>
        <w:rPr>
          <w:color w:val="666666"/>
          <w:sz w:val="18"/>
        </w:rPr>
        <w:t>Journey to a Mediterranean Island November 23, 2008 · 2m 35s · at 1:12:40 · https://youtu.be/uoOiuhWeSIQ?t=4360</w:t>
      </w:r>
    </w:p>
    <w:p>
      <w:r>
        <w:rPr>
          <w:i/>
        </w:rPr>
        <w:t>“میں آپ کو بتاؤں کہ اس سے پہلے زوری ایئرپورٹ پہ ایک ہندو لیڈی ملی”</w:t>
      </w:r>
    </w:p>
    <w:p>
      <w:r>
        <w:rPr>
          <w:sz w:val="20"/>
        </w:rPr>
        <w:t>1:12:40  kuch mere mujhe mujhe is se koi lena dena nahi hai. mera ek hi mission hai ke logon ke dil badal jayein. logon ki mein aap ko bataoon ke mujhe mein gaya tha is se pehle to zuri airport pe ek hindu lady mili,</w:t>
      </w:r>
      <w:r>
        <w:br/>
      </w:r>
      <w:r>
        <w:rPr>
          <w:sz w:val="20"/>
        </w:rPr>
        <w:t>1:12:55  yaani dilli mein rehti hain. woh</w:t>
      </w:r>
      <w:r>
        <w:br/>
      </w:r>
      <w:r>
        <w:rPr>
          <w:sz w:val="20"/>
        </w:rPr>
        <w:t>1:12:57  to woh artist hain, woh gayi thi teen mahine ke liye. government switzerland, government ne un ko bulaya tha. to airport par lagi woh switzerland ki burai karne.</w:t>
      </w:r>
      <w:r>
        <w:br/>
      </w:r>
      <w:r>
        <w:rPr>
          <w:sz w:val="20"/>
        </w:rPr>
        <w:t>1:13:11  meri soch kya hai? is is se aap samajh sakte hain meri soch kya hai. yeh bhi gawah hain, is waqt maujood the wahan par aur bhi kai log the.</w:t>
      </w:r>
      <w:r>
        <w:br/>
      </w:r>
      <w:r>
        <w:rPr>
          <w:sz w:val="20"/>
        </w:rPr>
        <w:t>1:13:20  to teen mahine ke liye government of switzerland ne bulaya, un ko apna mehman rakha, kharcha diya un ko aur burai kar rahe hain switzerland ki.</w:t>
      </w:r>
      <w:r>
        <w:br/>
      </w:r>
      <w:r>
        <w:rPr>
          <w:sz w:val="20"/>
        </w:rPr>
        <w:t>1:13:31  to maine kaha ke dekhiye, aap gaaye ko poochtii hain lekin gaaye ke culture ko nahi manti hain. aap ne kaha woh kaise? maine kaha what is cow?</w:t>
      </w:r>
      <w:r>
        <w:br/>
      </w:r>
      <w:r>
        <w:rPr>
          <w:sz w:val="20"/>
        </w:rPr>
        <w:t>1:13:42  cow is an cow is a divine industry.</w:t>
      </w:r>
      <w:r>
        <w:br/>
      </w:r>
      <w:r>
        <w:rPr>
          <w:sz w:val="20"/>
        </w:rPr>
        <w:t>1:13:49  kaise hai ke cow jo hai non milk ko milk mein badalti hai. cow ko aap dete hain ghaas, aap ko dete hain doodh.</w:t>
      </w:r>
      <w:r>
        <w:br/>
      </w:r>
      <w:r>
        <w:rPr>
          <w:sz w:val="20"/>
        </w:rPr>
        <w:t>1:14:01  so cow is an industry. cow has the capacity to to convert non milk to milk.</w:t>
      </w:r>
      <w:r>
        <w:br/>
      </w:r>
      <w:r>
        <w:rPr>
          <w:sz w:val="20"/>
        </w:rPr>
        <w:t>1:14:10  to aap ko agar koi sad experience wahan hua ho to isi ko liye kyun baithi hain? aap ko is sad experience ko badliye positive experience mein.</w:t>
      </w:r>
      <w:r>
        <w:br/>
      </w:r>
      <w:r>
        <w:rPr>
          <w:sz w:val="20"/>
        </w:rPr>
        <w:t>1:14:19  agar aap sach mein cow ko manti hain to cow ko poojna hasil nahi hai, cow ke culture ko badal lena hasil hai ke aap cow ki tarah baniye.</w:t>
      </w:r>
      <w:r>
        <w:br/>
      </w:r>
      <w:r>
        <w:rPr>
          <w:sz w:val="20"/>
        </w:rPr>
        <w:t>1:14:29  negative thought ko positive thought mein convert kijiye. koi hate ka experience ho, tab bhi us ke pyar mein badliye aap. yaani non milk ko milk mein badliye, tab aap cow ko manne wale hon gi.</w:t>
      </w:r>
      <w:r>
        <w:br/>
      </w:r>
      <w:r>
        <w:rPr>
          <w:sz w:val="20"/>
        </w:rPr>
        <w:t>1:14:42  woh bechari aurat bahut achhi thi, woh rone lagi. woh us ki aankhon se aansu tip tip tip girne laga.</w:t>
      </w:r>
      <w:r>
        <w:br/>
      </w:r>
      <w:r>
        <w:rPr>
          <w:sz w:val="20"/>
        </w:rPr>
        <w:t>1:14:49  to yeh hai mera mission ke log cow ko poochtay hain. mein kehta hoon cow culture ko apnao to</w:t>
      </w:r>
      <w:r>
        <w:br/>
      </w:r>
      <w:r>
        <w:rPr>
          <w:sz w:val="20"/>
        </w:rPr>
        <w:t>1:14:59  matlab dil ko badlo, mind ko badlo, negativity ko khatam karo. yeh hai mera mission. mein samajhta hoon ke yahi wahan mahatma gandhi ka mission tha. is is ko ek lafz, ek shabd mein kahunga ke yeh spiritual revolution.</w:t>
      </w:r>
    </w:p>
    <w:p>
      <w:pPr>
        <w:pStyle w:val="Heading2"/>
      </w:pPr>
      <w:r>
        <w:t>Quran and Hadith on trembling hearts</w:t>
      </w:r>
    </w:p>
    <w:p>
      <w:r>
        <w:rPr>
          <w:color w:val="666666"/>
          <w:sz w:val="18"/>
        </w:rPr>
        <w:t>Living God March 10, 2019 Maulana Wahiduddin Khan · 2m 17s · at 0:57 · https://youtu.be/RCBFUw2KAdI?t=57</w:t>
      </w:r>
    </w:p>
    <w:p>
      <w:r>
        <w:rPr>
          <w:i/>
        </w:rPr>
        <w:t>“I will start with a verse”</w:t>
      </w:r>
    </w:p>
    <w:p>
      <w:r>
        <w:rPr>
          <w:sz w:val="20"/>
        </w:rPr>
        <w:t>0:57  to shuru mein karunga aik ayat se, aur phir aik hadith se. phir is ke bare mein kuch arz kiya jayega, inshallah.</w:t>
      </w:r>
      <w:r>
        <w:br/>
      </w:r>
      <w:r>
        <w:rPr>
          <w:sz w:val="20"/>
        </w:rPr>
        <w:t>1:08  suniye.</w:t>
      </w:r>
      <w:r>
        <w:br/>
      </w:r>
      <w:r>
        <w:rPr>
          <w:sz w:val="20"/>
        </w:rPr>
        <w:t>1:10  bismillah hir rahman nir rahim. wallazina yutuna ma ataw qulubuhum qulubuhum wajilat innahum ila rabbihim rajiun.</w:t>
      </w:r>
      <w:r>
        <w:br/>
      </w:r>
      <w:r>
        <w:rPr>
          <w:sz w:val="20"/>
        </w:rPr>
        <w:t>1:23  ulaika yusariuna fi alkhairati wahum laha sabiqun. surah almominoon, chapter number 20, 23, wa ras number 60, 61.</w:t>
      </w:r>
      <w:r>
        <w:br/>
      </w:r>
      <w:r>
        <w:rPr>
          <w:sz w:val="20"/>
        </w:rPr>
        <w:t>1:34  wo log jo dete hain, jo unhein diya gaya hai, aur un ke dil dar rahe hote hain ke wo be shak Allah ki taraf lotne wale hain.</w:t>
      </w:r>
      <w:r>
        <w:br/>
      </w:r>
      <w:r>
        <w:rPr>
          <w:sz w:val="20"/>
        </w:rPr>
        <w:t>1:45  yahi log hain jo bhalai ke kamon mein sabqat karne wale hain, sabqat karte hain, aur wahi log age rehne wale hain. is ayat ko le kar ek hadith aai hai, wo is tarah hai:</w:t>
      </w:r>
      <w:r>
        <w:br/>
      </w:r>
      <w:r>
        <w:rPr>
          <w:sz w:val="20"/>
        </w:rPr>
        <w:t>1:59  ana aisha zawj alnabi sallallahu alaihi wasallam qalat: salat rasul Allah sallallahu alaihi wasallam anha: "wallazina yutuna ma ataw qulubuhum wajilat".</w:t>
      </w:r>
      <w:r>
        <w:br/>
      </w:r>
      <w:r>
        <w:rPr>
          <w:sz w:val="20"/>
        </w:rPr>
        <w:t>2:10  qalat aisha: "ahum allazina yashrabuna alkhamra wayasriqun". qala: "ya bint al-siddiq". walakinnahum allazina yasumuna wayusalluna wayatasaddiquna,</w:t>
      </w:r>
      <w:r>
        <w:br/>
      </w:r>
      <w:r>
        <w:rPr>
          <w:sz w:val="20"/>
        </w:rPr>
        <w:t>2:23  wahum yakhufuna Allah tuqbal minhum. ulaika yusariuna fi alkhairati wahum laha sabiqun. sunan tirmidhi, hadith number 3175.</w:t>
      </w:r>
      <w:r>
        <w:br/>
      </w:r>
      <w:r>
        <w:rPr>
          <w:sz w:val="20"/>
        </w:rPr>
        <w:t>2:35  aisha, nabi sallallahu alaihi wasallam ki biwi, kehti hain ke maine rasul Allah se is ayat ke bare mein poocha: "wallazina yutuna ma ataw qulubuhum wajilah".</w:t>
      </w:r>
      <w:r>
        <w:br/>
      </w:r>
      <w:r>
        <w:rPr>
          <w:sz w:val="20"/>
        </w:rPr>
        <w:t>2:46  aisha kehti hain: "kya ye wo log hain jo sharab pite hain aur chori karte hain?" aap ne kaha: "nahi, aye siddiq ki beti, lekin ye wo log hain jo roza rakhte hain, namaz padhte hain, sadqa dete hain,</w:t>
      </w:r>
      <w:r>
        <w:br/>
      </w:r>
      <w:r>
        <w:rPr>
          <w:sz w:val="20"/>
        </w:rPr>
        <w:t>3:00  aur wo dar rahe hote hain ke un se qabul nahi kiya jayega. to yahi log bhalai ke kamon mein sab se age barhte hain, aur yahi log sabqat karne wale hain."</w:t>
      </w:r>
    </w:p>
    <w:p>
      <w:pPr>
        <w:pStyle w:val="Heading2"/>
      </w:pPr>
      <w:r>
        <w:t>Muslim diaspora today takes; earlier generations came to give</w:t>
      </w:r>
    </w:p>
    <w:p>
      <w:r>
        <w:rPr>
          <w:color w:val="666666"/>
          <w:sz w:val="18"/>
        </w:rPr>
        <w:t>Journey to a Mediterranean Island November 23, 2008 · 1m 31s · at 16:00 · https://youtu.be/uoOiuhWeSIQ?t=960</w:t>
      </w:r>
    </w:p>
    <w:p>
      <w:r>
        <w:rPr>
          <w:i/>
        </w:rPr>
        <w:t>“یہ لوگ جو مسلمز ہیں، ڈائسپورا ساری دنیا میں پھیلے ہوئے ہیں”</w:t>
      </w:r>
    </w:p>
    <w:p>
      <w:r>
        <w:rPr>
          <w:sz w:val="20"/>
        </w:rPr>
        <w:t>16:00  to yeh log jo muslims hain, diaspora sari dunya mein phailay hue hain.</w:t>
      </w:r>
      <w:r>
        <w:br/>
      </w:r>
      <w:r>
        <w:rPr>
          <w:sz w:val="20"/>
        </w:rPr>
        <w:t>16:09  mein to mere andazay ke mutabiq kam az kam, yaani yeh log jo hain, yaani 20 million log jo hain, bahar ki dunya mein phailay hue hain.</w:t>
      </w:r>
      <w:r>
        <w:br/>
      </w:r>
      <w:r>
        <w:rPr>
          <w:sz w:val="20"/>
        </w:rPr>
        <w:t>16:21  kam az kam seven billion to sirf America mein hain.</w:t>
      </w:r>
      <w:r>
        <w:br/>
      </w:r>
      <w:r>
        <w:rPr>
          <w:sz w:val="20"/>
        </w:rPr>
        <w:t>16:28  to sahaba jo gaye thay, kis liye gaye thay? woh gaye thay dawa work ke liye. ab jo aate hain, jo log kis liye?</w:t>
      </w:r>
      <w:r>
        <w:br/>
      </w:r>
      <w:r>
        <w:rPr>
          <w:sz w:val="20"/>
        </w:rPr>
        <w:t>16:37  sirf money ke liye, job ke liye, paise ke liye. to un ke zamanay mein kya hua? sari dunya mein Islam ka dabdaba qaim ho gaya.</w:t>
      </w:r>
      <w:r>
        <w:br/>
      </w:r>
      <w:r>
        <w:rPr>
          <w:sz w:val="20"/>
        </w:rPr>
        <w:t>16:48  aaj kuch bhi nahi ho raha hai. woh jatay thay denay ke liye, yeh log gaye hain lenay ke liye. and there is big difference between giver and taker.</w:t>
      </w:r>
      <w:r>
        <w:br/>
      </w:r>
      <w:r>
        <w:rPr>
          <w:sz w:val="20"/>
        </w:rPr>
        <w:t>17:03  woh jo thay, woh giver group ke tor par gaye thay. ab hum jatay hain taker group ke tor par.</w:t>
      </w:r>
      <w:r>
        <w:br/>
      </w:r>
      <w:r>
        <w:rPr>
          <w:sz w:val="20"/>
        </w:rPr>
        <w:t>17:13  phir aik cheez mujhe bohat bari baat mujhe samajh aai is tajrubay se. is zamane mein taqreeban sari dunya mein aik bohat bari cheez thi is ko ke jis se log be khabar rahe, un aware rahe.</w:t>
      </w:r>
    </w:p>
    <w:p>
      <w:pPr>
        <w:pStyle w:val="Heading2"/>
      </w:pPr>
      <w:r>
        <w:t>businessman analogy for why modesty builds a loving society</w:t>
      </w:r>
    </w:p>
    <w:p>
      <w:r>
        <w:rPr>
          <w:color w:val="666666"/>
          <w:sz w:val="18"/>
        </w:rPr>
        <w:t>Modesty and Arrogance January 31, 2008 · 1m 18s · at 46:25 · https://youtu.be/8EHBmsIAF_Q?t=2785</w:t>
      </w:r>
    </w:p>
    <w:p>
      <w:r>
        <w:rPr>
          <w:i/>
        </w:rPr>
        <w:t>“Take a businessman — he has to build good relations with everyone”</w:t>
      </w:r>
    </w:p>
    <w:p>
      <w:r>
        <w:rPr>
          <w:sz w:val="20"/>
        </w:rPr>
        <w:t>46:25  har ek ke liye aap ke andar friendly behaviour hoga.</w:t>
      </w:r>
      <w:r>
        <w:br/>
      </w:r>
      <w:r>
        <w:rPr>
          <w:sz w:val="20"/>
        </w:rPr>
        <w:t>46:30  har ek ke liye aap ke andar friendly behaviour hoga.</w:t>
      </w:r>
      <w:r>
        <w:br/>
      </w:r>
      <w:r>
        <w:rPr>
          <w:sz w:val="20"/>
        </w:rPr>
        <w:t>46:36  jaise ke business man hai, business man ko sab se sab ko acha taluq banana parta hai.</w:t>
      </w:r>
      <w:r>
        <w:br/>
      </w:r>
      <w:r>
        <w:rPr>
          <w:sz w:val="20"/>
        </w:rPr>
        <w:t>46:47  kyunke har ek is ka customer hai, har ek se is ko faida lena hai. to sab se is ko acha taluq banana parta hai. sab ko woh apna customer samajhta hai.</w:t>
      </w:r>
      <w:r>
        <w:br/>
      </w:r>
      <w:r>
        <w:rPr>
          <w:sz w:val="20"/>
        </w:rPr>
        <w:t>46:59  to</w:t>
      </w:r>
      <w:r>
        <w:br/>
      </w:r>
      <w:r>
        <w:rPr>
          <w:sz w:val="20"/>
        </w:rPr>
        <w:t>47:00  yeh jo soch hai businessman ke andar, is ki waja se is ke andar customer friendly behavior banta hai. customer friendly, har insan se pyar, har insan se mohabbat.</w:t>
      </w:r>
      <w:r>
        <w:br/>
      </w:r>
      <w:r>
        <w:rPr>
          <w:sz w:val="20"/>
        </w:rPr>
        <w:t>47:15  kyunke agar aap se nahi karega to is ka business nahi chalega. to yahi baat zyada bare paimane par hoti hai is insan ke andar jo jis ke andar madasti ho.</w:t>
      </w:r>
      <w:r>
        <w:br/>
      </w:r>
      <w:r>
        <w:rPr>
          <w:sz w:val="20"/>
        </w:rPr>
        <w:t>47:30  to jahan madasti wale log rehte hon, wahan acha samaj banega. aur jahan arrogance wale log rehte hon, wahan bura samaj banega.</w:t>
      </w:r>
    </w:p>
    <w:p>
      <w:pPr>
        <w:pStyle w:val="Heading2"/>
      </w:pPr>
      <w:r>
        <w:t>Silence is half of wisdom story</w:t>
      </w:r>
    </w:p>
    <w:p>
      <w:r>
        <w:rPr>
          <w:color w:val="666666"/>
          <w:sz w:val="18"/>
        </w:rPr>
        <w:t>Principles of Life (Prophetic Wisdom) · 2m 00s · at 1:42 · https://youtu.be/dWzIQ5DQMNU?t=102</w:t>
      </w:r>
    </w:p>
    <w:p>
      <w:r>
        <w:rPr>
          <w:i/>
        </w:rPr>
        <w:t>“Ek baar main bahar kisi safar mein tha.”</w:t>
      </w:r>
    </w:p>
    <w:p>
      <w:r>
        <w:rPr>
          <w:sz w:val="20"/>
        </w:rPr>
        <w:t>1:42  ut paai.</w:t>
      </w:r>
      <w:r>
        <w:br/>
      </w:r>
      <w:r>
        <w:rPr>
          <w:sz w:val="20"/>
        </w:rPr>
        <w:t>1:48  jo chup raha, woh kamyab hua.</w:t>
      </w:r>
      <w:r>
        <w:br/>
      </w:r>
      <w:r>
        <w:rPr>
          <w:sz w:val="20"/>
        </w:rPr>
        <w:t>1:54  yeh ek bohat bari baat hai.</w:t>
      </w:r>
      <w:r>
        <w:br/>
      </w:r>
      <w:r>
        <w:rPr>
          <w:sz w:val="20"/>
        </w:rPr>
        <w:t>2:01  ek bar mein bahar kisi safar mein tha, ek aadmi se mulaqat hui, woh japan se aa raha tha.</w:t>
      </w:r>
      <w:r>
        <w:br/>
      </w:r>
      <w:r>
        <w:rPr>
          <w:sz w:val="20"/>
        </w:rPr>
        <w:t>2:07  us ne bataya ke mein japan mein ek university mein parhta hoon, aur us waqt mein research kar raha hoon.</w:t>
      </w:r>
      <w:r>
        <w:br/>
      </w:r>
      <w:r>
        <w:rPr>
          <w:sz w:val="20"/>
        </w:rPr>
        <w:t>2:13  research kar raha tha kis baat par? woh silence par.</w:t>
      </w:r>
      <w:r>
        <w:br/>
      </w:r>
      <w:r>
        <w:rPr>
          <w:sz w:val="20"/>
        </w:rPr>
        <w:t>2:18  silence, chup, khamoshi par.</w:t>
      </w:r>
      <w:r>
        <w:br/>
      </w:r>
      <w:r>
        <w:rPr>
          <w:sz w:val="20"/>
        </w:rPr>
        <w:t>2:23  yani yahi is ki research ka mozu tha ke silence kya hai.</w:t>
      </w:r>
      <w:r>
        <w:br/>
      </w:r>
      <w:r>
        <w:rPr>
          <w:sz w:val="20"/>
        </w:rPr>
        <w:t>2:28  different religion mein ya different system mein silence ko kya importance di gayi hai.</w:t>
      </w:r>
      <w:r>
        <w:br/>
      </w:r>
      <w:r>
        <w:rPr>
          <w:sz w:val="20"/>
        </w:rPr>
        <w:t>2:33  to jab is ne kaha ke main silence par research kar raha hoon, to main ne kaha aap</w:t>
      </w:r>
      <w:r>
        <w:br/>
      </w:r>
      <w:r>
        <w:rPr>
          <w:sz w:val="20"/>
        </w:rPr>
        <w:t>2:38  ko main profit of</w:t>
      </w:r>
      <w:r>
        <w:br/>
      </w:r>
      <w:r>
        <w:rPr>
          <w:sz w:val="20"/>
        </w:rPr>
        <w:t>2:43  islam ki ek hadith sunata hoon.</w:t>
      </w:r>
      <w:r>
        <w:br/>
      </w:r>
      <w:r>
        <w:rPr>
          <w:sz w:val="20"/>
        </w:rPr>
        <w:t>2:48  to main ne yeh hadith sunai: "man samata najaa".</w:t>
      </w:r>
      <w:r>
        <w:br/>
      </w:r>
      <w:r>
        <w:rPr>
          <w:sz w:val="20"/>
        </w:rPr>
        <w:t>2:53  jo chup raha, us ne nijat pai.</w:t>
      </w:r>
      <w:r>
        <w:br/>
      </w:r>
      <w:r>
        <w:rPr>
          <w:sz w:val="20"/>
        </w:rPr>
        <w:t>2:58  to is ne jaldi se is hadith ko likha.</w:t>
      </w:r>
      <w:r>
        <w:br/>
      </w:r>
      <w:r>
        <w:rPr>
          <w:sz w:val="20"/>
        </w:rPr>
        <w:t>3:03  waqea yeh hai ke yeh half of the wisdom hai.</w:t>
      </w:r>
      <w:r>
        <w:br/>
      </w:r>
      <w:r>
        <w:rPr>
          <w:sz w:val="20"/>
        </w:rPr>
        <w:t>3:08  yani is mein ek bohat bari baat</w:t>
      </w:r>
      <w:r>
        <w:br/>
      </w:r>
      <w:r>
        <w:rPr>
          <w:sz w:val="20"/>
        </w:rPr>
        <w:t>3:13  kahi gayi hai ke kabhi chup rehna jo hai, woh bolne se zyada important hota hai.</w:t>
      </w:r>
      <w:r>
        <w:br/>
      </w:r>
      <w:r>
        <w:rPr>
          <w:sz w:val="20"/>
        </w:rPr>
        <w:t>3:17  kabhi karna yeh hota hai ke aadmi kuch na kare.</w:t>
      </w:r>
      <w:r>
        <w:br/>
      </w:r>
      <w:r>
        <w:rPr>
          <w:sz w:val="20"/>
        </w:rPr>
        <w:t>3:22  kabhi bolna yeh hota hai ke aadmi chup rahe.</w:t>
      </w:r>
      <w:r>
        <w:br/>
      </w:r>
      <w:r>
        <w:rPr>
          <w:sz w:val="20"/>
        </w:rPr>
        <w:t>3:26  yeh bohat bari science hai.</w:t>
      </w:r>
      <w:r>
        <w:br/>
      </w:r>
      <w:r>
        <w:rPr>
          <w:sz w:val="20"/>
        </w:rPr>
        <w:t>3:30  woh aadmi jo science par research kar raha tha, woh aadmi jo silence par research kar raha tha,</w:t>
      </w:r>
      <w:r>
        <w:br/>
      </w:r>
      <w:r>
        <w:rPr>
          <w:sz w:val="20"/>
        </w:rPr>
        <w:t>3:34  us ne is ki importance samjhi.</w:t>
      </w:r>
      <w:r>
        <w:br/>
      </w:r>
      <w:r>
        <w:rPr>
          <w:sz w:val="20"/>
        </w:rPr>
        <w:t>3:39  is ki importance ko. to</w:t>
      </w:r>
    </w:p>
    <w:p>
      <w:pPr>
        <w:pStyle w:val="Heading2"/>
      </w:pPr>
      <w:r>
        <w:t>Prophet's dream of sea voyage</w:t>
      </w:r>
    </w:p>
    <w:p>
      <w:r>
        <w:rPr>
          <w:color w:val="666666"/>
          <w:sz w:val="18"/>
        </w:rPr>
        <w:t>Non Complaining Attitude Feb 23, 2019 · 1m 48s · at 3:46 · https://youtu.be/W_UN5PdpeR8?t=226</w:t>
      </w:r>
    </w:p>
    <w:p>
      <w:r>
        <w:rPr>
          <w:i/>
        </w:rPr>
        <w:t>“Unhone poochha ke aap ke chehre par muskurahat hai, kya baat hai?”</w:t>
      </w:r>
    </w:p>
    <w:p>
      <w:r>
        <w:rPr>
          <w:sz w:val="20"/>
        </w:rPr>
        <w:t>3:46  unhon ne poocha ke aap ke chehray par muskurahat hai, kya baat hai? to aap ne kaha ke maine aik khwab dekha, abhi.</w:t>
      </w:r>
      <w:r>
        <w:br/>
      </w:r>
      <w:r>
        <w:rPr>
          <w:sz w:val="20"/>
        </w:rPr>
        <w:t>3:58  khwab yeh dekha ke meri ummat ke kuch log samandar ka safar tay kar ke aik mulk mein pohanchay hain aur wahan da'wati kaam kiya hai.</w:t>
      </w:r>
      <w:r>
        <w:br/>
      </w:r>
      <w:r>
        <w:rPr>
          <w:sz w:val="20"/>
        </w:rPr>
        <w:t>4:13  to woh khatoon jo hain bohat khush hueen.</w:t>
      </w:r>
      <w:r>
        <w:br/>
      </w:r>
      <w:r>
        <w:rPr>
          <w:sz w:val="20"/>
        </w:rPr>
        <w:t>4:20  is ke baad kya hua, hadith batati hai ke Rasool Allah Sal Allahu Alaihi Wasallam ko phir neend aa gayi, dobara so gaye. phir jab</w:t>
      </w:r>
      <w:r>
        <w:br/>
      </w:r>
      <w:r>
        <w:rPr>
          <w:sz w:val="20"/>
        </w:rPr>
        <w:t>4:36  khwab dekha aap ne phir to is mein bataya aap ne ke main dobara aap ne aik safar dekha khwab mein, jo bahri safar tha.</w:t>
      </w:r>
      <w:r>
        <w:br/>
      </w:r>
      <w:r>
        <w:rPr>
          <w:sz w:val="20"/>
        </w:rPr>
        <w:t>4:54  to</w:t>
      </w:r>
      <w:r>
        <w:br/>
      </w:r>
      <w:r>
        <w:rPr>
          <w:sz w:val="20"/>
        </w:rPr>
        <w:t>4:58  jo khatoon theen Umm Haram, pehli baar jab aap ne bataya tha khwab tha to unhon ne kaha ke dua kijiye ke main bhi is safar mein rahoon.</w:t>
      </w:r>
      <w:r>
        <w:br/>
      </w:r>
      <w:r>
        <w:rPr>
          <w:sz w:val="20"/>
        </w:rPr>
        <w:t>5:08  to aap ne kaha ke nahi, tum is safar mein nahi hogi. yeh pehla khwab tha. phir jab doosra khwab aap ne dekha</w:t>
      </w:r>
      <w:r>
        <w:br/>
      </w:r>
      <w:r>
        <w:rPr>
          <w:sz w:val="20"/>
        </w:rPr>
        <w:t>5:20  to unhon ne phir yahi kaha ke aap dua farmayein ke main is mein rahoon. to aap ne farmaya ke haan, tum is safar mein, is safar mein raho, is is da'wati safar mein.</w:t>
      </w:r>
    </w:p>
    <w:p>
      <w:pPr>
        <w:pStyle w:val="Heading2"/>
      </w:pPr>
      <w:r>
        <w:t>the hadith itself: Arabic text plus Urdu translation</w:t>
      </w:r>
    </w:p>
    <w:p>
      <w:r>
        <w:rPr>
          <w:color w:val="666666"/>
          <w:sz w:val="18"/>
        </w:rPr>
        <w:t>Muslim Unity March 15, 2014 Maulana Wahiduddin Khan · 54s · at 0:14 · https://youtu.be/CZHU5z3SEjc?t=14</w:t>
      </w:r>
    </w:p>
    <w:p>
      <w:r>
        <w:rPr>
          <w:i/>
        </w:rPr>
        <w:t>“Ana Anas ibn Malik: sami'tu Rasool Allah sallallahu alaihi wasallam yaqul...”</w:t>
      </w:r>
    </w:p>
    <w:p>
      <w:r>
        <w:rPr>
          <w:sz w:val="20"/>
        </w:rPr>
        <w:t>0:14  15 March 2014. An Anas ibn Malik yqool: Sam'tu Rasool Allah Sallallahu Alaihi Wasallam yaqool: "Inna ummati la tajtami'u 'ala dalalah,</w:t>
      </w:r>
      <w:r>
        <w:br/>
      </w:r>
      <w:r>
        <w:rPr>
          <w:sz w:val="20"/>
        </w:rPr>
        <w:t>0:30  fa-idha ra'aytumukhtilafan fa-'alaykum bis-sawad al-a'zam." Ibn Majah, hadith number 3950.</w:t>
      </w:r>
      <w:r>
        <w:br/>
      </w:r>
      <w:r>
        <w:rPr>
          <w:sz w:val="20"/>
        </w:rPr>
        <w:t>0:44  Anas bin Malik se riwayat hai, woh kehte hain: Maine Rasool Allah Sallallahu Alaihi Wasallam ko farmate hue suna: "Meri ummat zalalat par ikattha nahi hogi, to jab tum ikhtilaf dekho to sawad a'zam ko lazim pakdo." Maulana is hadith ki wazahat farmayen.</w:t>
      </w:r>
    </w:p>
    <w:p>
      <w:pPr>
        <w:pStyle w:val="Heading2"/>
      </w:pPr>
      <w:r>
        <w:t>Personal journey to understand hadith</w:t>
      </w:r>
    </w:p>
    <w:p>
      <w:r>
        <w:rPr>
          <w:color w:val="666666"/>
          <w:sz w:val="18"/>
        </w:rPr>
        <w:t>Character Building March 25, 2017 · 1m 51s · at 0:30 · https://youtu.be/GTuBwenwkco?t=30</w:t>
      </w:r>
    </w:p>
    <w:p>
      <w:r>
        <w:rPr>
          <w:i/>
        </w:rPr>
        <w:t>“Aik hadith hai jo kai kitabon mein aayi hai”</w:t>
      </w:r>
    </w:p>
    <w:p>
      <w:r>
        <w:rPr>
          <w:sz w:val="20"/>
        </w:rPr>
        <w:t>0:30  ek hadith hai jo kai kitabon mein aai hai, sahih al-bukhari mein bhi aai hai.</w:t>
      </w:r>
      <w:r>
        <w:br/>
      </w:r>
      <w:r>
        <w:rPr>
          <w:sz w:val="20"/>
        </w:rPr>
        <w:t>0:44  to is hadith par main shayad kai baras se sunta raha hoon. is ka matlab mujhe samajh mein nahin aata tha ke kya hai.</w:t>
      </w:r>
      <w:r>
        <w:br/>
      </w:r>
      <w:r>
        <w:rPr>
          <w:sz w:val="20"/>
        </w:rPr>
        <w:t>0:55  kyunki is mein ek insan ke ek adat ka zikr hai. ek lekin misaal nahin di gai. main kisi baat ko misaal se samajh pata hoon.</w:t>
      </w:r>
      <w:r>
        <w:br/>
      </w:r>
      <w:r>
        <w:rPr>
          <w:sz w:val="20"/>
        </w:rPr>
        <w:t>1:11  mujhe mujarrad taur par to nahin samajhta. main</w:t>
      </w:r>
      <w:r>
        <w:br/>
      </w:r>
      <w:r>
        <w:rPr>
          <w:sz w:val="20"/>
        </w:rPr>
        <w:t>1:15  to kal woh hai ek tajurba hua mujh ko jis se main andaza kar paya ke yeh matlab hai is ka.</w:t>
      </w:r>
      <w:r>
        <w:br/>
      </w:r>
      <w:r>
        <w:rPr>
          <w:sz w:val="20"/>
        </w:rPr>
        <w:t>1:26  to isi ko main leta hoon aaj. to woh hadith pehle padhenge faraz umri sahib, phir main arz karunga.</w:t>
      </w:r>
      <w:r>
        <w:br/>
      </w:r>
      <w:r>
        <w:rPr>
          <w:sz w:val="20"/>
        </w:rPr>
        <w:t>1:35  anas razi allah anhu qal: "innakum latamaloona a'maalan ya'daqu fi a'yunikum min ash-sha'r, inna kunna lanadduha ala ahd an-nabi sallallahu alaihi wa sallam min al-mubiqat." sahih al-bukhari hadith number 6492.</w:t>
      </w:r>
      <w:r>
        <w:br/>
      </w:r>
      <w:r>
        <w:rPr>
          <w:sz w:val="20"/>
        </w:rPr>
        <w:t>1:58  anas razi allah anhu se riwayat hai, woh kehte hain ke tum log kuch kaam karte ho, yeh tumhari nazron mein baal se bhi barik hai.</w:t>
      </w:r>
      <w:r>
        <w:br/>
      </w:r>
      <w:r>
        <w:rPr>
          <w:sz w:val="20"/>
        </w:rPr>
        <w:t>2:09  halka ke hum log is ko rasool sallallahu alaihi wa sallam ke ahd mein halakat khayz cheez samajhte the, shumar karte the.</w:t>
      </w:r>
    </w:p>
    <w:p>
      <w:pPr>
        <w:pStyle w:val="Heading2"/>
      </w:pPr>
      <w:r>
        <w:t>Wudu is an inner purification, not just washing</w:t>
      </w:r>
    </w:p>
    <w:p>
      <w:r>
        <w:rPr>
          <w:color w:val="666666"/>
          <w:sz w:val="18"/>
        </w:rPr>
        <w:t>God's Protection November 28, 2013 · 1m 27s · at 9:03 · https://youtu.be/QgqXbChsr5c?t=543</w:t>
      </w:r>
    </w:p>
    <w:p>
      <w:r>
        <w:rPr>
          <w:i/>
        </w:rPr>
        <w:t>“Is se bhi pehle aap ne wazu kiya, wazu kya hai?”</w:t>
      </w:r>
    </w:p>
    <w:p>
      <w:r>
        <w:rPr>
          <w:sz w:val="20"/>
        </w:rPr>
        <w:t>9:03  is se bhi pehle aap ne wuzu kiya. wuzu kya hai? wuzu dhone ka naam nahi hai.</w:t>
      </w:r>
      <w:r>
        <w:br/>
      </w:r>
      <w:r>
        <w:rPr>
          <w:sz w:val="20"/>
        </w:rPr>
        <w:t>9:15  wuzu ke khatme par yeh dua aayi hai hadithon mein: "allahumma j'alni min at-tawwabeen wa j'alni min at-tahireen".</w:t>
      </w:r>
      <w:r>
        <w:br/>
      </w:r>
      <w:r>
        <w:rPr>
          <w:sz w:val="20"/>
        </w:rPr>
        <w:t>9:25  iska matlab kya hai? yeh ke wuzu jo hai, amali, ek amali dua hai.</w:t>
      </w:r>
      <w:r>
        <w:br/>
      </w:r>
      <w:r>
        <w:rPr>
          <w:sz w:val="20"/>
        </w:rPr>
        <w:t>9:33  ek badan ko dhote hue aap ke yeh khuda hai, mere wajood ko pak pak kar de. bazahir pani se aap pak kar rahe hain.</w:t>
      </w:r>
      <w:r>
        <w:br/>
      </w:r>
      <w:r>
        <w:rPr>
          <w:sz w:val="20"/>
        </w:rPr>
        <w:t>9:46  aap ka poora dakhili wajood jo hai, woh allah sargoshi kar raha hai. jaise hadith mein aata hai ke "ya rabba".</w:t>
      </w:r>
      <w:r>
        <w:br/>
      </w:r>
      <w:r>
        <w:rPr>
          <w:sz w:val="20"/>
        </w:rPr>
        <w:t>9:58  to bazahir aap apne body ko pani se saaf kar rahe hain, lekin aap ka jo wajood hai, laga hua hai allah ki taraf: "khudaya mere, dakhili wajood ko pak kar de, meri soch ko pak kar de, mere jazbat ko pak kar de, mere amal ko pak kar de, meri niyat ko pak kar de".</w:t>
      </w:r>
      <w:r>
        <w:br/>
      </w:r>
      <w:r>
        <w:rPr>
          <w:sz w:val="20"/>
        </w:rPr>
        <w:t>10:18  to aap bataiye ke is tarah se jab wuzu kiya aap ne to kaisa ek inqalabi, ek revolutionary act kiya aap ne?</w:t>
      </w:r>
    </w:p>
    <w:p>
      <w:pPr>
        <w:pStyle w:val="Heading2"/>
      </w:pPr>
      <w:r>
        <w:t>From rain gods to natural desalination</w:t>
      </w:r>
    </w:p>
    <w:p>
      <w:r>
        <w:rPr>
          <w:color w:val="666666"/>
          <w:sz w:val="18"/>
        </w:rPr>
        <w:t>Three Periods of History May 17, 2009 Maulana Wahiduddin Khan · 2m 58s · at 12:14 · https://youtu.be/iNS-3Yo58Gk?t=734</w:t>
      </w:r>
    </w:p>
    <w:p>
      <w:r>
        <w:rPr>
          <w:i/>
        </w:rPr>
        <w:t>“Pehle zamane mein rain god maane jaate the”</w:t>
      </w:r>
    </w:p>
    <w:p>
      <w:r>
        <w:rPr>
          <w:sz w:val="20"/>
        </w:rPr>
        <w:t>12:14  Jaise main ek misal deta hoon, aap jante hain ke har saal barish hoti hai. To pehle zamane mein rain god maane jate the, rain god yani barish ke devta.</w:t>
      </w:r>
      <w:r>
        <w:br/>
      </w:r>
      <w:r>
        <w:rPr>
          <w:sz w:val="20"/>
        </w:rPr>
        <w:t>12:31  Yeh samjha jata tha ke aasmanon mein barish ke devta hain, wahan se pani barsate hain, neeche pani aata hai.</w:t>
      </w:r>
      <w:r>
        <w:br/>
      </w:r>
      <w:r>
        <w:rPr>
          <w:sz w:val="20"/>
        </w:rPr>
        <w:t>12:39  Yeh tha traditional daur ka aqeedah, insan ka traditional period ka. Phir bohat baad ko insan ne daryaft kiya ke aisa nahi hai, koi devta, koi rain god nahi barish barsata.</w:t>
      </w:r>
      <w:r>
        <w:br/>
      </w:r>
      <w:r>
        <w:rPr>
          <w:sz w:val="20"/>
        </w:rPr>
        <w:t>12:56  Yeh ek process hai, process. Yani Khuda ne yeh duniya banai to sab se zyada jo cheez chahiye thi life ke liye, woh pani tha.</w:t>
      </w:r>
      <w:r>
        <w:br/>
      </w:r>
      <w:r>
        <w:rPr>
          <w:sz w:val="20"/>
        </w:rPr>
        <w:t>13:08  pani</w:t>
      </w:r>
      <w:r>
        <w:br/>
      </w:r>
      <w:r>
        <w:rPr>
          <w:sz w:val="20"/>
        </w:rPr>
        <w:t>13:10  to pani ko bohat hi abended miqdar mein is ne zameen par phaila diya, daryaaon ko aur ocean ko, seas ko bhar diya pani se.</w:t>
      </w:r>
      <w:r>
        <w:br/>
      </w:r>
      <w:r>
        <w:rPr>
          <w:sz w:val="20"/>
        </w:rPr>
        <w:t>13:23  lekin masla yeh tha ke woh muta'affan ho jayega, kharab ho jayega.</w:t>
      </w:r>
      <w:r>
        <w:br/>
      </w:r>
      <w:r>
        <w:rPr>
          <w:sz w:val="20"/>
        </w:rPr>
        <w:t>13:33  to Khuda ne is mein preservative ke taur par namak mila diya,</w:t>
      </w:r>
      <w:r>
        <w:br/>
      </w:r>
      <w:r>
        <w:rPr>
          <w:sz w:val="20"/>
        </w:rPr>
        <w:t>13:39  preservative ke taur par salt mila diya. to samundaron mein jo pani hai, unka 10 percent salt hai,</w:t>
      </w:r>
      <w:r>
        <w:br/>
      </w:r>
      <w:r>
        <w:rPr>
          <w:sz w:val="20"/>
        </w:rPr>
        <w:t>13:51  as a preservative. lekin insan salty pani ko to pee nahi sakta, istemal nahi kar sakta.</w:t>
      </w:r>
      <w:r>
        <w:br/>
      </w:r>
      <w:r>
        <w:rPr>
          <w:sz w:val="20"/>
        </w:rPr>
        <w:t>14:00  to kya ho? to phir kya hua ke aasman upar se suraj ki garmi aati hai, samundaron par</w:t>
      </w:r>
      <w:r>
        <w:br/>
      </w:r>
      <w:r>
        <w:rPr>
          <w:sz w:val="20"/>
        </w:rPr>
        <w:t>14:10  garmi se pani kholta hai, bhap ban kar urta hai. ab nature ne la kya rakha hai wahan par? nature la hai ke pani lighter hai, silt aur salt heavier hai.</w:t>
      </w:r>
      <w:r>
        <w:br/>
      </w:r>
      <w:r>
        <w:rPr>
          <w:sz w:val="20"/>
        </w:rPr>
        <w:t>14:26  to heavy hone ki wajah se salt neeche reh jata hai, aur light hone ki wajah se pani upar chala jata hai.</w:t>
      </w:r>
      <w:r>
        <w:br/>
      </w:r>
      <w:r>
        <w:rPr>
          <w:sz w:val="20"/>
        </w:rPr>
        <w:t>14:34  ab upar ja kar ke wahan bohat hi ek khaas level par pahunch kar ke ek khaas process hota hai, ek natural process.</w:t>
      </w:r>
      <w:r>
        <w:br/>
      </w:r>
      <w:r>
        <w:rPr>
          <w:sz w:val="20"/>
        </w:rPr>
        <w:t>14:45  to phir pani dobara downpour hota hai, neeche aata hai. that is desalination. yeh hai natural desalination, yani namak ko alag kar ke fresh pani ko aap ko lotana.</w:t>
      </w:r>
      <w:r>
        <w:br/>
      </w:r>
      <w:r>
        <w:rPr>
          <w:sz w:val="20"/>
        </w:rPr>
        <w:t>15:01  ab insan ne yeh jana jis cheez ko insan pehle attribute karta tha rain god ki taraf, ab maloom hua ke woh ek natural process hai.</w:t>
      </w:r>
    </w:p>
    <w:p>
      <w:pPr>
        <w:pStyle w:val="Heading2"/>
      </w:pPr>
      <w:r>
        <w:t>From Shahanshah to Rabb-ul-Aalameen - a shift in thought</w:t>
      </w:r>
    </w:p>
    <w:p>
      <w:r>
        <w:rPr>
          <w:color w:val="666666"/>
          <w:sz w:val="18"/>
        </w:rPr>
        <w:t>Prophetic Guidance Aug 13, 2017 · 1m 35s · at 2:37 · https://youtu.be/kRWf11h-acQ?t=157</w:t>
      </w:r>
    </w:p>
    <w:p>
      <w:r>
        <w:rPr>
          <w:i/>
        </w:rPr>
        <w:t>“Is kitaab mein sabse pehle ek poora safha hai... Uss ka title tha 'Sarnama'”</w:t>
      </w:r>
    </w:p>
    <w:p>
      <w:r>
        <w:rPr>
          <w:sz w:val="20"/>
        </w:rPr>
        <w:t>2:37  to ek bada safha hai, uske andar chand satrein likhi hui thin. uska title tha "Sar-nama".</w:t>
      </w:r>
      <w:r>
        <w:br/>
      </w:r>
      <w:r>
        <w:rPr>
          <w:sz w:val="20"/>
        </w:rPr>
        <w:t>2:49  Sar-nama. to us mein likha tha ke ek gadaye behnawa, shahanshah-e-konain ke darbar mein, ikhlas o aqeedat ki nazar le kar aaya hai.</w:t>
      </w:r>
      <w:r>
        <w:br/>
      </w:r>
      <w:r>
        <w:rPr>
          <w:sz w:val="20"/>
        </w:rPr>
        <w:t>3:07  yeh maine jab padha aur kaha yeh sar-nama, to mera mahol mukhtalif tha. unhon ne yeh sar-nama likha hoga kisi office mein.</w:t>
      </w:r>
      <w:r>
        <w:br/>
      </w:r>
      <w:r>
        <w:rPr>
          <w:sz w:val="20"/>
        </w:rPr>
        <w:t>3:21  mera mahol tha nature.</w:t>
      </w:r>
      <w:r>
        <w:br/>
      </w:r>
      <w:r>
        <w:rPr>
          <w:sz w:val="20"/>
        </w:rPr>
        <w:t>3:27  to nature ke mahol ki wajah se mera mind ek nayi taraf chala gaya. unhon ne likha tha ke ek gadaye behnawa, shahanshah-e-konain ke darbar mein, ikhlas o aqeedat ki nazar le kar aaya hai.</w:t>
      </w:r>
      <w:r>
        <w:br/>
      </w:r>
      <w:r>
        <w:rPr>
          <w:sz w:val="20"/>
        </w:rPr>
        <w:t>3:46  mere mind mein ek aur sentence aa gaya, apne mahol ke aitbar se. ke ek gadaye behnawa, Rab-ul-alameen ke darbar mein,</w:t>
      </w:r>
      <w:r>
        <w:br/>
      </w:r>
      <w:r>
        <w:rPr>
          <w:sz w:val="20"/>
        </w:rPr>
        <w:t>4:04  izzt ka</w:t>
      </w:r>
      <w:r>
        <w:br/>
      </w:r>
      <w:r>
        <w:rPr>
          <w:sz w:val="20"/>
        </w:rPr>
        <w:t>4:07  sarmaya le kar aya hai.</w:t>
      </w:r>
    </w:p>
    <w:p>
      <w:pPr>
        <w:pStyle w:val="Heading2"/>
      </w:pPr>
      <w:r>
        <w:t>everything in creation is a parable for human behavior</w:t>
      </w:r>
    </w:p>
    <w:p>
      <w:r>
        <w:rPr>
          <w:color w:val="666666"/>
          <w:sz w:val="18"/>
        </w:rPr>
        <w:t>Bird Culture March 6, 2014 Maulana Wahiduddin Khan · 1m 55s · at 23:52 · https://youtu.be/zLSCXGvTJ9A?t=1432</w:t>
      </w:r>
    </w:p>
    <w:p>
      <w:r>
        <w:rPr>
          <w:i/>
        </w:rPr>
        <w:t>“Allah ne poori duniya insan ke liye tamseel banaya”</w:t>
      </w:r>
    </w:p>
    <w:p>
      <w:r>
        <w:rPr>
          <w:sz w:val="20"/>
        </w:rPr>
        <w:t>23:52  main samajhta hoon ke Allah taala ne poori yeh jo dunya banai hai, is mein insan ke siwa jo madi cheezein hain ya jo hawani cheezein hain, un sab ko Allah taala ne tamseel bana diya insan ke liye.</w:t>
      </w:r>
      <w:r>
        <w:br/>
      </w:r>
      <w:r>
        <w:rPr>
          <w:sz w:val="20"/>
        </w:rPr>
        <w:t>24:07  har cheez mein ek tamseel hai. insani behavior ke liye hawani zindagi mein ya suraj aur chand mein, sitare aur sayare mein madi tamseelat qaim kar di gayi hain.</w:t>
      </w:r>
      <w:r>
        <w:br/>
      </w:r>
      <w:r>
        <w:rPr>
          <w:sz w:val="20"/>
        </w:rPr>
        <w:t>24:23  to yahan par chidiya ki zindagi mein ek tamseel qaim kar di gayi hai. wo tamseel ko hum kahenge bird culture. to bird culture jo hai, wo aap ko batata hai ke imani culture kya hona chahiye.</w:t>
      </w:r>
      <w:r>
        <w:br/>
      </w:r>
      <w:r>
        <w:rPr>
          <w:sz w:val="20"/>
        </w:rPr>
        <w:t>24:41  bird culture ko aap jitna zyada sochenge to aap ko maloom hoga ke imani culture kya hona chahiye.</w:t>
      </w:r>
      <w:r>
        <w:br/>
      </w:r>
      <w:r>
        <w:rPr>
          <w:sz w:val="20"/>
        </w:rPr>
        <w:t>24:49  aur chunke aap insan hain to aap mazeed izafe ke sath bird culture ko apnayenge. chidiyon mein jo bird culture hai, wo to bohat محدود معنی mein hai.</w:t>
      </w:r>
      <w:r>
        <w:br/>
      </w:r>
      <w:r>
        <w:rPr>
          <w:sz w:val="20"/>
        </w:rPr>
        <w:t>25:03  kyun ke un ka zehn محدود hai, un ki un ki aql محدود hai. lekin insan jab is ko ikhtiyar karega, bird culture ko to wo zyada waseeh peymane, waseeh معنی mein is ko ikhtiyar karega.</w:t>
      </w:r>
      <w:r>
        <w:br/>
      </w:r>
      <w:r>
        <w:rPr>
          <w:sz w:val="20"/>
        </w:rPr>
        <w:t>25:21  to chidiyon ki shakal mein bird culture ek bohat hi محدود daira mein hota hai. lekin insani shakal mein bird culture jo hai, bohat zyada is ka daira badh jayega.</w:t>
      </w:r>
      <w:r>
        <w:br/>
      </w:r>
      <w:r>
        <w:rPr>
          <w:sz w:val="20"/>
        </w:rPr>
        <w:t>25:36  sari kainat, sari insaniyat, zindagi ke tamam mamlaat is ke is ke andar shamil ho jayenge.</w:t>
      </w:r>
    </w:p>
    <w:p>
      <w:pPr>
        <w:pStyle w:val="Heading2"/>
      </w:pPr>
      <w:r>
        <w:t>Prophet's dream: Umm Hiram promised place among voyagers to paradise</w:t>
      </w:r>
    </w:p>
    <w:p>
      <w:r>
        <w:rPr>
          <w:color w:val="666666"/>
          <w:sz w:val="18"/>
        </w:rPr>
        <w:t>Journey to a Mediterranean Island November 23, 2008 · 1m 18s · at 31:01 · https://youtu.be/uoOiuhWeSIQ?t=1861</w:t>
      </w:r>
    </w:p>
    <w:p>
      <w:r>
        <w:rPr>
          <w:i/>
        </w:rPr>
        <w:t>“تو وہاں آپ سو گئے، نیند آ گئی آپ کو ان کے گھر پر”</w:t>
      </w:r>
    </w:p>
    <w:p>
      <w:r>
        <w:rPr>
          <w:sz w:val="20"/>
        </w:rPr>
        <w:t>31:01  to wahan aap so gaye, neend aa gayi aap ko un ke ghar par</w:t>
      </w:r>
      <w:r>
        <w:br/>
      </w:r>
      <w:r>
        <w:rPr>
          <w:sz w:val="20"/>
        </w:rPr>
        <w:t>31:06  jab aap uthe to aap muskura rahe the, rasool Allah sal Allah alaihi wasallam muskura rahe the. to umm e haraam ne poocha ke aey Allah ke rasool, aap kyun muskura rahe hain?</w:t>
      </w:r>
      <w:r>
        <w:br/>
      </w:r>
      <w:r>
        <w:rPr>
          <w:sz w:val="20"/>
        </w:rPr>
        <w:t>31:20  to aap ne farmaya ke mujhe aik group dikhaya gaya,</w:t>
      </w:r>
      <w:r>
        <w:br/>
      </w:r>
      <w:r>
        <w:rPr>
          <w:sz w:val="20"/>
        </w:rPr>
        <w:t>31:27  aik group dikhaya gaya, ahl e jannat ka group. woh samandar ka safar kar raha hai,</w:t>
      </w:r>
      <w:r>
        <w:br/>
      </w:r>
      <w:r>
        <w:rPr>
          <w:sz w:val="20"/>
        </w:rPr>
        <w:t>31:34  samandar ka safar kar ke woh aik jazeeray mein pahunch raha hai, aur un ke baray mein aap kaha. aap ne farmaya ke kal muluk ala al-asr, badshahon ki tarah takhton par,</w:t>
      </w:r>
      <w:r>
        <w:br/>
      </w:r>
      <w:r>
        <w:rPr>
          <w:sz w:val="20"/>
        </w:rPr>
        <w:t>31:49  unlike, like kings in thrones.</w:t>
      </w:r>
      <w:r>
        <w:br/>
      </w:r>
      <w:r>
        <w:rPr>
          <w:sz w:val="20"/>
        </w:rPr>
        <w:t>32:00  to</w:t>
      </w:r>
      <w:r>
        <w:br/>
      </w:r>
      <w:r>
        <w:rPr>
          <w:sz w:val="20"/>
        </w:rPr>
        <w:t>32:03  hazrat umm e haraam ko bohat shauq hua, unhon ne kaha ke aap dua kijiye ke main bhi is jamaat mein, is group mein shamil ho jaon. to aap ne farmaya ke tum un mein se ho, tum un mein se ho.</w:t>
      </w:r>
    </w:p>
    <w:p>
      <w:pPr>
        <w:pStyle w:val="Heading2"/>
      </w:pPr>
      <w:r>
        <w:t>Hadith about fasting reward for God's sake</w:t>
      </w:r>
    </w:p>
    <w:p>
      <w:r>
        <w:rPr>
          <w:color w:val="666666"/>
          <w:sz w:val="18"/>
        </w:rPr>
        <w:t>Tayeed e Deen | July 13, 2014 · 2m 02s · at 5:21 · https://youtu.be/n94xyIC-RE0?t=321</w:t>
      </w:r>
    </w:p>
    <w:p>
      <w:r>
        <w:rPr>
          <w:i/>
        </w:rPr>
        <w:t>“There is a hadith about fasting.”</w:t>
      </w:r>
    </w:p>
    <w:p>
      <w:r>
        <w:rPr>
          <w:sz w:val="20"/>
        </w:rPr>
        <w:t>5:21  sirf Allah ke liye kaam karne wala.</w:t>
      </w:r>
      <w:r>
        <w:br/>
      </w:r>
      <w:r>
        <w:rPr>
          <w:sz w:val="20"/>
        </w:rPr>
        <w:t>5:29  to wahan mujhe aik hadith ka matlab samajh aaya.</w:t>
      </w:r>
      <w:r>
        <w:br/>
      </w:r>
      <w:r>
        <w:rPr>
          <w:sz w:val="20"/>
        </w:rPr>
        <w:t>5:36  dekhiye, roze ke baray mein aik hadith hai keh jo aamal hain islam mein, un ka ajr Allah</w:t>
      </w:r>
      <w:r>
        <w:br/>
      </w:r>
      <w:r>
        <w:rPr>
          <w:sz w:val="20"/>
        </w:rPr>
        <w:t>5:44  ke haan das guna se saat so guna tak diya jata hai.</w:t>
      </w:r>
      <w:r>
        <w:br/>
      </w:r>
      <w:r>
        <w:rPr>
          <w:sz w:val="20"/>
        </w:rPr>
        <w:t>5:52  illa as-sawm.</w:t>
      </w:r>
      <w:r>
        <w:br/>
      </w:r>
      <w:r>
        <w:rPr>
          <w:sz w:val="20"/>
        </w:rPr>
        <w:t>5:57  wa innahu li wa ana ajzeehi.</w:t>
      </w:r>
      <w:r>
        <w:br/>
      </w:r>
      <w:r>
        <w:rPr>
          <w:sz w:val="20"/>
        </w:rPr>
        <w:t>6:02  magar sawm mere liye hai aur main is ka badla doonga.</w:t>
      </w:r>
      <w:r>
        <w:br/>
      </w:r>
      <w:r>
        <w:rPr>
          <w:sz w:val="20"/>
        </w:rPr>
        <w:t>6:07  to dekhen, yeh baat be hisab ajr ki baat Quran mein bhi hai.</w:t>
      </w:r>
      <w:r>
        <w:br/>
      </w:r>
      <w:r>
        <w:rPr>
          <w:sz w:val="20"/>
        </w:rPr>
        <w:t>6:13  innama yuwaffas sabiroona ajruhum bi ghairi hisab.</w:t>
      </w:r>
      <w:r>
        <w:br/>
      </w:r>
      <w:r>
        <w:rPr>
          <w:sz w:val="20"/>
        </w:rPr>
        <w:t>6:18  to main samajhta hoon ke is hadith mein jo crucial word hai, woh hai li ajli</w:t>
      </w:r>
      <w:r>
        <w:br/>
      </w:r>
      <w:r>
        <w:rPr>
          <w:sz w:val="20"/>
        </w:rPr>
        <w:t xml:space="preserve">6:23  </w:t>
      </w:r>
      <w:r>
        <w:br/>
      </w:r>
      <w:r>
        <w:rPr>
          <w:sz w:val="20"/>
        </w:rPr>
        <w:t>6:26  yani li ajli Allah.</w:t>
      </w:r>
      <w:r>
        <w:br/>
      </w:r>
      <w:r>
        <w:rPr>
          <w:sz w:val="20"/>
        </w:rPr>
        <w:t>6:30  crucial word sawm nahin hai.</w:t>
      </w:r>
      <w:r>
        <w:br/>
      </w:r>
      <w:r>
        <w:rPr>
          <w:sz w:val="20"/>
        </w:rPr>
        <w:t>6:33  is hadith mein jo crucial word hai, woh sawm nahin hai.</w:t>
      </w:r>
      <w:r>
        <w:br/>
      </w:r>
      <w:r>
        <w:rPr>
          <w:sz w:val="20"/>
        </w:rPr>
        <w:t>6:36  woh li ajli Allah hai.</w:t>
      </w:r>
      <w:r>
        <w:br/>
      </w:r>
      <w:r>
        <w:rPr>
          <w:sz w:val="20"/>
        </w:rPr>
        <w:t>6:40  is ka matlab hai ke jo kaam bhi sirf li ajli Allah ho, yani for the sake of God.</w:t>
      </w:r>
      <w:r>
        <w:br/>
      </w:r>
      <w:r>
        <w:rPr>
          <w:sz w:val="20"/>
        </w:rPr>
        <w:t>6:43  li ajli Allah ka matlab hai for the sake of God.</w:t>
      </w:r>
      <w:r>
        <w:br/>
      </w:r>
      <w:r>
        <w:rPr>
          <w:sz w:val="20"/>
        </w:rPr>
        <w:t>6:47  yani purely for the sake of God jo kaam ho.</w:t>
      </w:r>
      <w:r>
        <w:br/>
      </w:r>
      <w:r>
        <w:rPr>
          <w:sz w:val="20"/>
        </w:rPr>
        <w:t>6:50  to is sab ke liye yeh hadith</w:t>
      </w:r>
      <w:r>
        <w:br/>
      </w:r>
      <w:r>
        <w:rPr>
          <w:sz w:val="20"/>
        </w:rPr>
        <w:t>6:53  is par apply hogi.</w:t>
      </w:r>
      <w:r>
        <w:br/>
      </w:r>
      <w:r>
        <w:rPr>
          <w:sz w:val="20"/>
        </w:rPr>
        <w:t>6:58  to kal jo main ne dekha wahan, to meri samajh mein aayi ke li ajli Allah jo hai for</w:t>
      </w:r>
      <w:r>
        <w:br/>
      </w:r>
      <w:r>
        <w:rPr>
          <w:sz w:val="20"/>
        </w:rPr>
        <w:t>7:03  the sake of God, woh bohat hi bohat hi comprehensive word hai.</w:t>
      </w:r>
      <w:r>
        <w:br/>
      </w:r>
      <w:r>
        <w:rPr>
          <w:sz w:val="20"/>
        </w:rPr>
        <w:t>7:08  aur har us kaam par woh chaspana hoga jo waqeatan sirf Allah ke liye, sirf Allah ke liye,</w:t>
      </w:r>
      <w:r>
        <w:br/>
      </w:r>
      <w:r>
        <w:rPr>
          <w:sz w:val="20"/>
        </w:rPr>
        <w:t>7:13  sirf Allah ke liye ho.</w:t>
      </w:r>
      <w:r>
        <w:br/>
      </w:r>
      <w:r>
        <w:rPr>
          <w:sz w:val="20"/>
        </w:rPr>
        <w:t>7:18  koi material interest nahin, koi shohrat nahin</w:t>
      </w:r>
    </w:p>
    <w:p>
      <w:pPr>
        <w:pStyle w:val="Heading2"/>
      </w:pPr>
      <w:r>
        <w:t>Future vision as Sunnah</w:t>
      </w:r>
    </w:p>
    <w:p>
      <w:r>
        <w:rPr>
          <w:color w:val="666666"/>
          <w:sz w:val="18"/>
        </w:rPr>
        <w:t>Non Complaining Attitude Feb 23, 2019 · 2m 41s · at 13:07 · https://youtu.be/W_UN5PdpeR8?t=787</w:t>
      </w:r>
    </w:p>
    <w:p>
      <w:r>
        <w:rPr>
          <w:i/>
        </w:rPr>
        <w:t>“Woh hai mustaqbil-bini, seeing the future.”</w:t>
      </w:r>
    </w:p>
    <w:p>
      <w:r>
        <w:rPr>
          <w:sz w:val="20"/>
        </w:rPr>
        <w:t>13:07  woh hai mustaqbil bini, seeing the future.</w:t>
      </w:r>
      <w:r>
        <w:br/>
      </w:r>
      <w:r>
        <w:rPr>
          <w:sz w:val="20"/>
        </w:rPr>
        <w:t>13:17  future ko dekhna, future ko dekh kar rai qaim karna. rasool Allah salallaho alaihi wasallam ne is waqt ke makka mein jo kaha tha ke agar tum meri baat ko maan loge to arab o ajam tumhare matahat ho jayenge.</w:t>
      </w:r>
      <w:r>
        <w:br/>
      </w:r>
      <w:r>
        <w:rPr>
          <w:sz w:val="20"/>
        </w:rPr>
        <w:t>13:40  yeh is waqt to aisa tha nahi, yeh to future ki baat thi. to rasool Allah ne jo baat kahi woh mustaqbil bini ke tehat thi,</w:t>
      </w:r>
      <w:r>
        <w:br/>
      </w:r>
      <w:r>
        <w:rPr>
          <w:sz w:val="20"/>
        </w:rPr>
        <w:t>13:55  yani future ko dekh kar aap ne farmaya tha. ab aaj ke musalman agar is sunnat ko ikhtiyar karein, is sunnat ko ikhtiyar karein</w:t>
      </w:r>
      <w:r>
        <w:br/>
      </w:r>
      <w:r>
        <w:rPr>
          <w:sz w:val="20"/>
        </w:rPr>
        <w:t>14:11  to woh kya bolenge? woh bolenge ke yeh deen jo hai Allah ka deen itna phailne wala hai, itna phail raha hai,</w:t>
      </w:r>
      <w:r>
        <w:br/>
      </w:r>
      <w:r>
        <w:rPr>
          <w:sz w:val="20"/>
        </w:rPr>
        <w:t>14:27  itna phail raha hai</w:t>
      </w:r>
      <w:r>
        <w:br/>
      </w:r>
      <w:r>
        <w:rPr>
          <w:sz w:val="20"/>
        </w:rPr>
        <w:t>14:32  ke koi rukawat rukawat na rahe, koi unka dushman na rahe, har taraf peace hasil ho jaye unko.</w:t>
      </w:r>
      <w:r>
        <w:br/>
      </w:r>
      <w:r>
        <w:rPr>
          <w:sz w:val="20"/>
        </w:rPr>
        <w:t>14:44  ek yani ek favorable halat mein woh apna dawat ka kaam kar sakein.</w:t>
      </w:r>
      <w:r>
        <w:br/>
      </w:r>
      <w:r>
        <w:rPr>
          <w:sz w:val="20"/>
        </w:rPr>
        <w:t>14:57  to is is ki wajah kya hai? is ki wajah yeh hai ke hamare log jo hain sunnat rasool ko sirf partial sense mein jante hain, kuch فنی pehlu ko nikalte hain is mein se, koi masle misaal nikalte hain.</w:t>
      </w:r>
      <w:r>
        <w:br/>
      </w:r>
      <w:r>
        <w:rPr>
          <w:sz w:val="20"/>
        </w:rPr>
        <w:t>15:18  mustaqbil bini ki jo is mein ek sunnat rasool hai, yani future ko dekh kar rai qaim karne ki jo sunnat rasool hai, is se bilkul bekhabar hain,</w:t>
      </w:r>
      <w:r>
        <w:br/>
      </w:r>
      <w:r>
        <w:rPr>
          <w:sz w:val="20"/>
        </w:rPr>
        <w:t>15:34  is se bekhabar hain. agar woh janein to kya hoga? bajaye shukr ke, bajaye shikayat ke, woh shukr karenge.</w:t>
      </w:r>
    </w:p>
    <w:p>
      <w:pPr>
        <w:pStyle w:val="Heading2"/>
      </w:pPr>
      <w:r>
        <w:t>Peace is the greatest good in Islam</w:t>
      </w:r>
    </w:p>
    <w:p>
      <w:r>
        <w:rPr>
          <w:color w:val="666666"/>
          <w:sz w:val="18"/>
        </w:rPr>
        <w:t>Hadith Prediction November 3, 2013 · 2m 59s · at 20:34 · https://youtu.be/cb5Lzw9c8aE?t=1234</w:t>
      </w:r>
    </w:p>
    <w:p>
      <w:r>
        <w:rPr>
          <w:i/>
        </w:rPr>
        <w:t>“Read Surah Al-Fath. It was revealed after the Treaty of Hudaybiya.”</w:t>
      </w:r>
    </w:p>
    <w:p>
      <w:r>
        <w:rPr>
          <w:sz w:val="20"/>
        </w:rPr>
        <w:t>20:34  ke quran ki surah al fath padhiye aap. yeh surah jo hudaybiya ka agreement jo hua tha, us ke baad nazil hui thi.</w:t>
      </w:r>
      <w:r>
        <w:br/>
      </w:r>
      <w:r>
        <w:rPr>
          <w:sz w:val="20"/>
        </w:rPr>
        <w:t>20:45  to us mein hai ke inna fatahna laka fatḥan mubeena yahan dekhiye, wahid ka seigha hai, yani hum ne aye rasool, hum ne tum ko khuli fateh de di, open victory.</w:t>
      </w:r>
      <w:r>
        <w:br/>
      </w:r>
      <w:r>
        <w:rPr>
          <w:sz w:val="20"/>
        </w:rPr>
        <w:t>20:59  ab dekhein, chounke wahan wahid ka seigha hai, sari ummat ne is ko rasool se jod diya. yeh samajhte hain ke hudaybiya ka jo mamla tha, woh rasool ka, woh khasaas nabwi mein se tha.</w:t>
      </w:r>
      <w:r>
        <w:br/>
      </w:r>
      <w:r>
        <w:rPr>
          <w:sz w:val="20"/>
        </w:rPr>
        <w:t>21:13  hudaybiya ka mamla kya tha? peace agreement tha. hudaybiya, yani fareeqe sani ke tamam conditions ko maan kar ke, yani unilateral tor par ek agreement karna,</w:t>
      </w:r>
      <w:r>
        <w:br/>
      </w:r>
      <w:r>
        <w:rPr>
          <w:sz w:val="20"/>
        </w:rPr>
        <w:t>21:32  sab shartein un ki maani, yahan tak ke lafz rasool ko unhon ne mitaya kaghaz par, tab mita bhi diya us ko. aur kyunke peace is se peace hasil hota tha,</w:t>
      </w:r>
      <w:r>
        <w:br/>
      </w:r>
      <w:r>
        <w:rPr>
          <w:sz w:val="20"/>
        </w:rPr>
        <w:t>21:43  to is ka matlab kya hua? ke you have to establish peace at any cost hudaybiya ka jo rasool Allah sal Allah alaihi wasallam ne mamla kiya tha, woh ek sunnat hai.</w:t>
      </w:r>
      <w:r>
        <w:br/>
      </w:r>
      <w:r>
        <w:rPr>
          <w:sz w:val="20"/>
        </w:rPr>
        <w:t>21:55  sunnat woh khasaas nabwi mein se nahi hai, woh ke you have to establish peace at any cost at any cost, chahe rasool ko mitana pade.</w:t>
      </w:r>
      <w:r>
        <w:br/>
      </w:r>
      <w:r>
        <w:rPr>
          <w:sz w:val="20"/>
        </w:rPr>
        <w:t>22:06  aaj musalman, ek bhi musalman nahi hai jo is ko janta ho. aap dekhiye, rasool rasool Allah ke o</w:t>
      </w:r>
      <w:r>
        <w:br/>
      </w:r>
      <w:r>
        <w:rPr>
          <w:sz w:val="20"/>
        </w:rPr>
        <w:t>22:13  par kahin zara sa bhi ek afwah ur jaye, ek rumor ke gustakhi ki gayi hai, woh hangama khara ho jata hai. is mein kitne log mar jate hain, tashaddud hota hai, kya hota hai?</w:t>
      </w:r>
      <w:r>
        <w:br/>
      </w:r>
      <w:r>
        <w:rPr>
          <w:sz w:val="20"/>
        </w:rPr>
        <w:t>22:24  rasool Allah ne kaghaz par lafz rasool Allah ko mita diya, aur koi wahan par, aur aaj kya hai?</w:t>
      </w:r>
      <w:r>
        <w:br/>
      </w:r>
      <w:r>
        <w:rPr>
          <w:sz w:val="20"/>
        </w:rPr>
        <w:t>22:34  zara sa koi baat ho jaye to is mein hangama khara hota hai. to is sunnat ko samajhte hain ke woh rasool Allah ka khasa tha,</w:t>
      </w:r>
      <w:r>
        <w:br/>
      </w:r>
      <w:r>
        <w:rPr>
          <w:sz w:val="20"/>
        </w:rPr>
        <w:t>22:41  yeh khasaas nabwi mein se tha. nahi, woh ek sunnat rasool hai. kuch kuch bhi karna, karna, karna, kuch bhi karna pade at any cost you have to establish peace to main is se nikal paya hoon ke peace is the sum of born in Islam.</w:t>
      </w:r>
      <w:r>
        <w:br/>
      </w:r>
      <w:r>
        <w:rPr>
          <w:sz w:val="20"/>
        </w:rPr>
        <w:t>23:00  Peace is the greatest good in Islam.</w:t>
      </w:r>
      <w:r>
        <w:br/>
      </w:r>
      <w:r>
        <w:rPr>
          <w:sz w:val="20"/>
        </w:rPr>
        <w:t>23:04  kyun? peace ho gayi to normalcy hogi, peace ho gayi to kaam ke mawaqe khulenge, peace ho gayi to aap sab kaam khule taur par kar payenge, kisi record ke baghair.</w:t>
      </w:r>
      <w:r>
        <w:br/>
      </w:r>
      <w:r>
        <w:rPr>
          <w:sz w:val="20"/>
        </w:rPr>
        <w:t>23:19  to Islam mein peace jo hai, samm bonam hai, lekin koi musalman is ko jaanta nahin. kyun? wahi nazariya ke woh shehenshah-e-konain ka culture hai, hum to gadaye be-nawa hain.</w:t>
      </w:r>
    </w:p>
    <w:p>
      <w:pPr>
        <w:pStyle w:val="Heading2"/>
      </w:pPr>
      <w:r>
        <w:t>Sunnah of remembering God in daily life</w:t>
      </w:r>
    </w:p>
    <w:p>
      <w:r>
        <w:rPr>
          <w:color w:val="666666"/>
          <w:sz w:val="18"/>
        </w:rPr>
        <w:t>What is Sunnah | June 02, 2008 · 2m 31s · at 4:20 · https://youtu.be/RHfm7wuEMEM?t=260</w:t>
      </w:r>
    </w:p>
    <w:p>
      <w:r>
        <w:rPr>
          <w:i/>
        </w:rPr>
        <w:t>“The real thing is to remember God.”</w:t>
      </w:r>
    </w:p>
    <w:p>
      <w:r>
        <w:rPr>
          <w:sz w:val="20"/>
        </w:rPr>
        <w:t>4:20  america mein tha to wahan masjid mein aik sahab ne namaz ke baad taqreer ki.</w:t>
      </w:r>
      <w:r>
        <w:br/>
      </w:r>
      <w:r>
        <w:rPr>
          <w:sz w:val="20"/>
        </w:rPr>
        <w:t>4:31  unhon ne apni taqreer mein kaha ke aap log yehi baat kahi unhon ne, dayen taraf wali baat.</w:t>
      </w:r>
      <w:r>
        <w:br/>
      </w:r>
      <w:r>
        <w:rPr>
          <w:sz w:val="20"/>
        </w:rPr>
        <w:t>4:41  ke aap log yaani america ke log jo hain rozana gaari par unhein chalna hota hai.</w:t>
      </w:r>
      <w:r>
        <w:br/>
      </w:r>
      <w:r>
        <w:rPr>
          <w:sz w:val="20"/>
        </w:rPr>
        <w:t>4:51  kahin bhi jana hai to car par jana hota hai.</w:t>
      </w:r>
      <w:r>
        <w:br/>
      </w:r>
      <w:r>
        <w:rPr>
          <w:sz w:val="20"/>
        </w:rPr>
        <w:t>4:55  to unhon ne kaha ke mein aap ko aik tareeqa batata hoon ke aap ka car mein aana</w:t>
      </w:r>
      <w:r>
        <w:br/>
      </w:r>
      <w:r>
        <w:rPr>
          <w:sz w:val="20"/>
        </w:rPr>
        <w:t>5:00  jana ibadat ban jae.</w:t>
      </w:r>
      <w:r>
        <w:br/>
      </w:r>
      <w:r>
        <w:rPr>
          <w:sz w:val="20"/>
        </w:rPr>
        <w:t>5:04  khuda ki ibadat.</w:t>
      </w:r>
      <w:r>
        <w:br/>
      </w:r>
      <w:r>
        <w:rPr>
          <w:sz w:val="20"/>
        </w:rPr>
        <w:t>5:08  woh yeh bataya unhon ne ke jab aap car mein baithein to pehla paon jab aap car mein</w:t>
      </w:r>
      <w:r>
        <w:br/>
      </w:r>
      <w:r>
        <w:rPr>
          <w:sz w:val="20"/>
        </w:rPr>
        <w:t>5:13  baithein to sab se pehle apna dayen paon car mein dalen.</w:t>
      </w:r>
      <w:r>
        <w:br/>
      </w:r>
      <w:r>
        <w:rPr>
          <w:sz w:val="20"/>
        </w:rPr>
        <w:t>5:17  aur jab aap utrein</w:t>
      </w:r>
      <w:r>
        <w:br/>
      </w:r>
      <w:r>
        <w:rPr>
          <w:sz w:val="20"/>
        </w:rPr>
        <w:t>5:21  to aap apna bayen paon bahir nikalein.</w:t>
      </w:r>
      <w:r>
        <w:br/>
      </w:r>
      <w:r>
        <w:rPr>
          <w:sz w:val="20"/>
        </w:rPr>
        <w:t>5:27  to aik shakhs ne kaha ke yeh to bari musibat ki baat bata di aap ne.</w:t>
      </w:r>
      <w:r>
        <w:br/>
      </w:r>
      <w:r>
        <w:rPr>
          <w:sz w:val="20"/>
        </w:rPr>
        <w:t>5:33  is liye car mein dayen taraf bhi door hota hai, bayen taraf bhi door hota hai.</w:t>
      </w:r>
      <w:r>
        <w:br/>
      </w:r>
      <w:r>
        <w:rPr>
          <w:sz w:val="20"/>
        </w:rPr>
        <w:t>5:39  to agar aap gaari mein baithe is tarah se ke aap is ke left side se andar ja rahe hain.</w:t>
      </w:r>
      <w:r>
        <w:br/>
      </w:r>
      <w:r>
        <w:rPr>
          <w:sz w:val="20"/>
        </w:rPr>
        <w:t>5:45  to aap ko pehle ap</w:t>
      </w:r>
      <w:r>
        <w:br/>
      </w:r>
      <w:r>
        <w:rPr>
          <w:sz w:val="20"/>
        </w:rPr>
        <w:t>5:51  na dayen paon andar dalne mein aasani ho gi.</w:t>
      </w:r>
      <w:r>
        <w:br/>
      </w:r>
      <w:r>
        <w:rPr>
          <w:sz w:val="20"/>
        </w:rPr>
        <w:t>5:56  agar right side se aap andar ja rahe hain to aap ko bayen paon pehle andar dalne mein aasani ho gi.</w:t>
      </w:r>
      <w:r>
        <w:br/>
      </w:r>
      <w:r>
        <w:rPr>
          <w:sz w:val="20"/>
        </w:rPr>
        <w:t>6:00  warna bari musibat ho jae gi.</w:t>
      </w:r>
      <w:r>
        <w:br/>
      </w:r>
      <w:r>
        <w:rPr>
          <w:sz w:val="20"/>
        </w:rPr>
        <w:t>6:05  to mein ne kaha ke yehi sahi keh rahe hain aap.</w:t>
      </w:r>
      <w:r>
        <w:br/>
      </w:r>
      <w:r>
        <w:rPr>
          <w:sz w:val="20"/>
        </w:rPr>
        <w:t>6:09  keh asal cheez yeh nahi keh dayaan paaon pehle daalo keh bayaan paaon pehle daalo.</w:t>
      </w:r>
      <w:r>
        <w:br/>
      </w:r>
      <w:r>
        <w:rPr>
          <w:sz w:val="20"/>
        </w:rPr>
        <w:t>6:13  asal cheez yeh hai keh aap Allah ko yaad karte hue andar dakhil huiay.</w:t>
      </w:r>
      <w:r>
        <w:br/>
      </w:r>
      <w:r>
        <w:rPr>
          <w:sz w:val="20"/>
        </w:rPr>
        <w:t>6:18  jo tareeqa aap ke liye sehoolat hai</w:t>
      </w:r>
      <w:r>
        <w:br/>
      </w:r>
      <w:r>
        <w:rPr>
          <w:sz w:val="20"/>
        </w:rPr>
        <w:t>6:22  us ko ikhtiyar kijiye.</w:t>
      </w:r>
      <w:r>
        <w:br/>
      </w:r>
      <w:r>
        <w:rPr>
          <w:sz w:val="20"/>
        </w:rPr>
        <w:t>6:26  to asal cheez yeh nahi hai keh aap dayaan paaon daalein ya bayaan paaon daalein.</w:t>
      </w:r>
      <w:r>
        <w:br/>
      </w:r>
      <w:r>
        <w:rPr>
          <w:sz w:val="20"/>
        </w:rPr>
        <w:t>6:30  asal cheez hai Allah ko yaad karna.</w:t>
      </w:r>
      <w:r>
        <w:br/>
      </w:r>
      <w:r>
        <w:rPr>
          <w:sz w:val="20"/>
        </w:rPr>
        <w:t>6:33  keh Khuda ne kitni bari blessing ki hai hamare upar.</w:t>
      </w:r>
      <w:r>
        <w:br/>
      </w:r>
      <w:r>
        <w:rPr>
          <w:sz w:val="20"/>
        </w:rPr>
        <w:t>6:37  keh hum janwar paaon par chalte hain.</w:t>
      </w:r>
      <w:r>
        <w:br/>
      </w:r>
      <w:r>
        <w:rPr>
          <w:sz w:val="20"/>
        </w:rPr>
        <w:t>6:41  hum ko Khuda ne sawari de di.</w:t>
      </w:r>
      <w:r>
        <w:br/>
      </w:r>
      <w:r>
        <w:rPr>
          <w:sz w:val="20"/>
        </w:rPr>
        <w:t>6:45  yeh saare janwar jo hain apne paaon par in ko chalna parta hai.</w:t>
      </w:r>
      <w:r>
        <w:br/>
      </w:r>
      <w:r>
        <w:rPr>
          <w:sz w:val="20"/>
        </w:rPr>
        <w:t>6:48  yeh insaan ki sifat hai keh woh sawari</w:t>
      </w:r>
    </w:p>
    <w:p>
      <w:pPr>
        <w:pStyle w:val="Heading2"/>
      </w:pPr>
      <w:r>
        <w:t>where the concept of Muslim pride actually came from</w:t>
      </w:r>
    </w:p>
    <w:p>
      <w:r>
        <w:rPr>
          <w:color w:val="666666"/>
          <w:sz w:val="18"/>
        </w:rPr>
        <w:t>History of Islamic Learning May 14, 2006 Part 2 · 1m 35s · at 30:11 · https://youtu.be/snrt_NRyjLI?t=1811</w:t>
      </w:r>
    </w:p>
    <w:p>
      <w:r>
        <w:rPr>
          <w:i/>
        </w:rPr>
        <w:t>“فخر سے کہو کہ ہم مسلمان ہیں — یہ کہاں سے آیا؟”</w:t>
      </w:r>
    </w:p>
    <w:p>
      <w:r>
        <w:rPr>
          <w:sz w:val="20"/>
        </w:rPr>
        <w:t>30:11  is se yeh kya hua ke pride ka zehan bana. pride aam taur par jo aap dekhte hain ke fakhr se kaho ke hum musalman hain, yeh kahan se</w:t>
      </w:r>
      <w:r>
        <w:br/>
      </w:r>
      <w:r>
        <w:rPr>
          <w:sz w:val="20"/>
        </w:rPr>
        <w:t>30:20  aata hai? is ka source kya hai? aam taur par bazahir dukaanon mein, gharon mein jagah dekhenge, aap likha hua fakhr se kaho ke hum musalman hain.</w:t>
      </w:r>
      <w:r>
        <w:br/>
      </w:r>
      <w:r>
        <w:rPr>
          <w:sz w:val="20"/>
        </w:rPr>
        <w:t>30:29  aam taur par aap speeches mein sunenge, kitabon mein padhenge ke hum hum fakhr, hamein hum hum ko is par fakhr hai ke hum musalman hain. yeh kahan se aaya?</w:t>
      </w:r>
      <w:r>
        <w:br/>
      </w:r>
      <w:r>
        <w:rPr>
          <w:sz w:val="20"/>
        </w:rPr>
        <w:t>30:40  yani fakhr ka concept kahan se aaya? na quran mein kahin likha hua hai ke islam to hamare liye fakhr hai, na hadith mein kahin aisa hai.</w:t>
      </w:r>
      <w:r>
        <w:br/>
      </w:r>
      <w:r>
        <w:rPr>
          <w:sz w:val="20"/>
        </w:rPr>
        <w:t>30:49  yeh hai history se aaya hua fakhr ka concept. history se aaya hai, woh quran aur hadith se nahi aaya hai. kyun?</w:t>
      </w:r>
      <w:r>
        <w:br/>
      </w:r>
      <w:r>
        <w:rPr>
          <w:sz w:val="20"/>
        </w:rPr>
        <w:t>30:58  aap quran padhenge to aap ko to modesty aayegi, khuda ka khauf aayega, aap ko dar lagega ke khuda mujhe pakde na, mujhe jahannum mein na daal de.</w:t>
      </w:r>
      <w:r>
        <w:br/>
      </w:r>
      <w:r>
        <w:rPr>
          <w:sz w:val="20"/>
        </w:rPr>
        <w:t>31:07  to fakhr kahan se aayega? wahan pe, wahan fakhr ka koi sawal hi nahi paida hota. yani khuda ke kalam ko jo sunte hain, aap quran mein ya padhte hain, aap to aap ka dil dahal uthta hai.</w:t>
      </w:r>
      <w:r>
        <w:br/>
      </w:r>
      <w:r>
        <w:rPr>
          <w:sz w:val="20"/>
        </w:rPr>
        <w:t>31:20  aap ko lagta hai ke jo khaliq hai, jo creator hai, woh mujhe khitab kar raha hai. to aap ko idhar modesty aati hai, main khuda ka banda hoon, yeh ehsas aata hai.</w:t>
      </w:r>
      <w:r>
        <w:br/>
      </w:r>
      <w:r>
        <w:rPr>
          <w:sz w:val="20"/>
        </w:rPr>
        <w:t>31:31  aap ko khuda ki ibadat karni chahiye, ehsas aata hai, fakhr nahi aata hai. fakhr kahan aata hai? kahan se aata hai? history ko padhne se, aur history jo ghalat rang par likhi gayi hai.</w:t>
      </w:r>
    </w:p>
    <w:p>
      <w:pPr>
        <w:pStyle w:val="Heading2"/>
      </w:pPr>
      <w:r>
        <w:t>Being judged by the world versus chasing a higher goal</w:t>
      </w:r>
    </w:p>
    <w:p>
      <w:r>
        <w:rPr>
          <w:color w:val="666666"/>
          <w:sz w:val="18"/>
        </w:rPr>
        <w:t>Behtar Khatoon Kon CPS Women Article Discussion July 2, 2023 · 1m 39s · at 38:37 · https://youtu.be/tGPJwzCnCMM?t=2317</w:t>
      </w:r>
    </w:p>
    <w:p>
      <w:r>
        <w:rPr>
          <w:i/>
        </w:rPr>
        <w:t>“Jab duniya mein humein judge kiya jaata hai”</w:t>
      </w:r>
    </w:p>
    <w:p>
      <w:r>
        <w:rPr>
          <w:sz w:val="20"/>
        </w:rPr>
        <w:t>38:37  aap ab main sochti hoon ki hum CPS members jitni hain, woh is baat ko achhe se samajhti hain ki jab duniya mein hamein judge kiya jata hai to shayad sabhi ke saath aisa hota hoga, mere saath bhi hota hai. log aksar kehte hain ki bhai aap kahan kaise rehte ho? kya? mujhe to keh dete hain ki aapko us tarah se rehna chahiye, waise karna chahiye.</w:t>
      </w:r>
      <w:r>
        <w:br/>
      </w:r>
      <w:r>
        <w:rPr>
          <w:sz w:val="20"/>
        </w:rPr>
        <w:t>38:59  lekin hum hum jab jaan rahe hote hain ki hum ek higher goal ko dekh rahe hain, to hum un baaton ko dil par hi nahi asar lete hain aur zyada tar sabhi ke saath hum sabne face itna hi kahungi disaster. bilkul sahi kaha aapne hai.</w:t>
      </w:r>
      <w:r>
        <w:br/>
      </w:r>
      <w:r>
        <w:rPr>
          <w:sz w:val="20"/>
        </w:rPr>
        <w:t>39:28  waqai hum sab ke sath hai ke hum hamari jo soch hai woh alag ho gayi hai. to hum mein bhi bohat sari cheezen aisi tarah ki mili aur aksar yeh bhi hota hai ke yeh galat hai, yeh sahi hai jaise batana bata deti hoon bohat mere jawan se niklta hai woh mera hamesha ka tha bachpan se samajh liye.</w:t>
      </w:r>
      <w:r>
        <w:br/>
      </w:r>
      <w:r>
        <w:rPr>
          <w:sz w:val="20"/>
        </w:rPr>
        <w:t>39:49  to is ke liye maine bohat zyada aise logon ke ke zariye bohat daant bhi khaya hai bohat woh ke har waqt yeh kya kehna ke yeh Allah kya is waqt jo ho raha hai woh dekho. to yeh cheez yeh soch agar insaan ki nahi banegi to kabhi kamyab nahi ho sakta aur shayad yeh soch hi ki wajah se aaj hum is mission mein hain. nahi to hum bhi wahi material cheezon mein hote hain.</w:t>
      </w:r>
      <w:r>
        <w:br/>
      </w:r>
      <w:r>
        <w:rPr>
          <w:sz w:val="20"/>
        </w:rPr>
        <w:t>40:16  aap princess ek haan aap apni learning ko share karen. acha, kyunke main apne uska jo lubelabad school jo chehri ka usmein bohat achhi cheezen andaaz ke liye mana chahte jinhone mein sab sudharna hai.</w:t>
      </w:r>
    </w:p>
    <w:p>
      <w:pPr>
        <w:pStyle w:val="Heading2"/>
      </w:pPr>
      <w:r>
        <w:t>Alhamdulillah explained through gravity holding everything stable</w:t>
      </w:r>
    </w:p>
    <w:p>
      <w:r>
        <w:rPr>
          <w:color w:val="666666"/>
          <w:sz w:val="18"/>
        </w:rPr>
        <w:t>God's Protection November 28, 2013 · 2m 54s · at 3:41 · https://youtu.be/QgqXbChsr5c?t=221</w:t>
      </w:r>
    </w:p>
    <w:p>
      <w:r>
        <w:rPr>
          <w:i/>
        </w:rPr>
        <w:t>“Sabse pehle padhi jaati hai Surah Fatiha: Alhamdulillahi Rabbil Aalameen”</w:t>
      </w:r>
    </w:p>
    <w:p>
      <w:r>
        <w:rPr>
          <w:sz w:val="20"/>
        </w:rPr>
        <w:t>3:41  misalan dekhiye, abhi jab namaz padhi gayi to jante hain aap ke pehli hoti hai Surah Fatiha, jis mein padha gaya: "Alhamdulillah Rabbil Alameen".</w:t>
      </w:r>
      <w:r>
        <w:br/>
      </w:r>
      <w:r>
        <w:rPr>
          <w:sz w:val="20"/>
        </w:rPr>
        <w:t>3:58  to main ne socha ke dekhiye, Rabbil Alameen ki hamd ke matlab kya hai?</w:t>
      </w:r>
      <w:r>
        <w:br/>
      </w:r>
      <w:r>
        <w:rPr>
          <w:sz w:val="20"/>
        </w:rPr>
        <w:t>4:08  hamd, hamd kya cheez hai</w:t>
      </w:r>
      <w:r>
        <w:br/>
      </w:r>
      <w:r>
        <w:rPr>
          <w:sz w:val="20"/>
        </w:rPr>
        <w:t>4:10  ? hamd ke maani hain</w:t>
      </w:r>
      <w:r>
        <w:br/>
      </w:r>
      <w:r>
        <w:rPr>
          <w:sz w:val="20"/>
        </w:rPr>
        <w:t>4:14  Allah ke azmat ko, uski glory ko, uske attributes ko, uski badai ko yaad karna aur yeh aitraf karna.</w:t>
      </w:r>
      <w:r>
        <w:br/>
      </w:r>
      <w:r>
        <w:rPr>
          <w:sz w:val="20"/>
        </w:rPr>
        <w:t>4:26  yaad kar ke usko acknowledge karna.</w:t>
      </w:r>
      <w:r>
        <w:br/>
      </w:r>
      <w:r>
        <w:rPr>
          <w:sz w:val="20"/>
        </w:rPr>
        <w:t>4:31  to hamd kis ke liye? Rabbil Alameen ke liye. iske maani hain ke hamd matloob hai aalami rububiyat ke qadar.</w:t>
      </w:r>
      <w:r>
        <w:br/>
      </w:r>
      <w:r>
        <w:rPr>
          <w:sz w:val="20"/>
        </w:rPr>
        <w:t>4:43  ab yeh kalma sun kar ke mind trigger ho gaya mera, trigger ho gaya ke rububiyat ke qadar hamd kya hai.</w:t>
      </w:r>
      <w:r>
        <w:br/>
      </w:r>
      <w:r>
        <w:rPr>
          <w:sz w:val="20"/>
        </w:rPr>
        <w:t>5:00  ab jab main nikla masjid namaz ke baad to har cheez mein wahi cheez dikhai dene lagi. misalan hum chal rahe the apne kuchh saathiyon ke hamrah to mujhe yaad aaya ke dekhiye, zameen mein jo gravity hai,</w:t>
      </w:r>
      <w:r>
        <w:br/>
      </w:r>
      <w:r>
        <w:rPr>
          <w:sz w:val="20"/>
        </w:rPr>
        <w:t>5:20  zameen mein jo kashish hai, wo na ho to hum chal nahin sakte. hum urenge idhar udhar. yeh ghar jo khade hue hain,</w:t>
      </w:r>
      <w:r>
        <w:br/>
      </w:r>
      <w:r>
        <w:rPr>
          <w:sz w:val="20"/>
        </w:rPr>
        <w:t>5:32  wo jam nahin, jam is tarah se khade nahin hote, wo bhi urenge hawa mein. to iska maani kya hai? agar kashish na ho to kya hoga?</w:t>
      </w:r>
      <w:r>
        <w:br/>
      </w:r>
      <w:r>
        <w:rPr>
          <w:sz w:val="20"/>
        </w:rPr>
        <w:t>5:43  poori zameen mein disability aa jayegi.</w:t>
      </w:r>
      <w:r>
        <w:br/>
      </w:r>
      <w:r>
        <w:rPr>
          <w:sz w:val="20"/>
        </w:rPr>
        <w:t>5:50  hamara chalna, gharon ka zameen par khada hona, darakht ka zameen par ug kar khada hona, har cheez, har cheez, motor car ka chalna, har cheez ke liye zaroori hai ke zameen mein kashish ho.</w:t>
      </w:r>
      <w:r>
        <w:br/>
      </w:r>
      <w:r>
        <w:rPr>
          <w:sz w:val="20"/>
        </w:rPr>
        <w:t>6:10  tabhi zameen par disability hai. to</w:t>
      </w:r>
      <w:r>
        <w:br/>
      </w:r>
      <w:r>
        <w:rPr>
          <w:sz w:val="20"/>
        </w:rPr>
        <w:t>6:19  zameen mein har cheez mustahkam tabqa juri hui, har cheez stable hai. yaani ke disability aa jaye.</w:t>
      </w:r>
      <w:r>
        <w:br/>
      </w:r>
      <w:r>
        <w:rPr>
          <w:sz w:val="20"/>
        </w:rPr>
        <w:t>6:29  jo zameen par stability hai, jo cheezein qaim hain mustahkam taur par, uske liye</w:t>
      </w:r>
    </w:p>
    <w:p>
      <w:pPr>
        <w:pStyle w:val="Heading2"/>
      </w:pPr>
      <w:r>
        <w:t>Prophet's anger only for principles hadith</w:t>
      </w:r>
    </w:p>
    <w:p>
      <w:r>
        <w:rPr>
          <w:color w:val="666666"/>
          <w:sz w:val="18"/>
        </w:rPr>
        <w:t>Principles of Life (Prophetic Wisdom) · 2m 00s · at 15:56 · https://youtu.be/dWzIQ5DQMNU?t=956</w:t>
      </w:r>
    </w:p>
    <w:p>
      <w:r>
        <w:rPr>
          <w:i/>
        </w:rPr>
        <w:t>“Kehte hain ke Rasool Allah ghussay mein aa gaye.”</w:t>
      </w:r>
    </w:p>
    <w:p>
      <w:r>
        <w:rPr>
          <w:sz w:val="20"/>
        </w:rPr>
        <w:t>15:56  kehte hain ke rasool Allah ghusse mein aa gaye. "ashadd ghazabuhu".</w:t>
      </w:r>
      <w:r>
        <w:br/>
      </w:r>
      <w:r>
        <w:rPr>
          <w:sz w:val="20"/>
        </w:rPr>
        <w:t>16:01  ek martaba ho ke aap ghusse mein aa gaye, aap ka ghussa bhark utha, aap ki aankhein laal ho gayin.</w:t>
      </w:r>
      <w:r>
        <w:br/>
      </w:r>
      <w:r>
        <w:rPr>
          <w:sz w:val="20"/>
        </w:rPr>
        <w:t>16:06  to log yeh samajhte hain ke rasool Allah jo the, koi narmi ka mujassama the, ghussa un ko</w:t>
      </w:r>
      <w:r>
        <w:br/>
      </w:r>
      <w:r>
        <w:rPr>
          <w:sz w:val="20"/>
        </w:rPr>
        <w:t>16:11  aata nahi tha.</w:t>
      </w:r>
      <w:r>
        <w:br/>
      </w:r>
      <w:r>
        <w:rPr>
          <w:sz w:val="20"/>
        </w:rPr>
        <w:t>16:16  khaali naram naram updesh dete the.</w:t>
      </w:r>
      <w:r>
        <w:br/>
      </w:r>
      <w:r>
        <w:rPr>
          <w:sz w:val="20"/>
        </w:rPr>
        <w:t>16:21  yeh aap ka concept nahi hai. rasool Allah</w:t>
      </w:r>
      <w:r>
        <w:br/>
      </w:r>
      <w:r>
        <w:rPr>
          <w:sz w:val="20"/>
        </w:rPr>
        <w:t>16:26  poori tarah se the, yaani un ka saara principle ko, ghussa ke maani yahan kya hain? dekhiye, ghussa</w:t>
      </w:r>
      <w:r>
        <w:br/>
      </w:r>
      <w:r>
        <w:rPr>
          <w:sz w:val="20"/>
        </w:rPr>
        <w:t>16:31  do qism ka hota hai.</w:t>
      </w:r>
      <w:r>
        <w:br/>
      </w:r>
      <w:r>
        <w:rPr>
          <w:sz w:val="20"/>
        </w:rPr>
        <w:t>16:36  hazrat ayesha kehti hain ke aap apni zaat ke maamle mein koi ghussa nahi hote the.</w:t>
      </w:r>
      <w:r>
        <w:br/>
      </w:r>
      <w:r>
        <w:rPr>
          <w:sz w:val="20"/>
        </w:rPr>
        <w:t>16:41  principle ki baat ho to us par ghussa hote the.</w:t>
      </w:r>
      <w:r>
        <w:br/>
      </w:r>
      <w:r>
        <w:rPr>
          <w:sz w:val="20"/>
        </w:rPr>
        <w:t>16:46  yeh baat ko samjhiye.</w:t>
      </w:r>
      <w:r>
        <w:br/>
      </w:r>
      <w:r>
        <w:rPr>
          <w:sz w:val="20"/>
        </w:rPr>
        <w:t>16:51  "ashadd ghazabuhu" jo kaha to us ka matlab yeh nahi ke aap ke o</w:t>
      </w:r>
      <w:r>
        <w:br/>
      </w:r>
      <w:r>
        <w:rPr>
          <w:sz w:val="20"/>
        </w:rPr>
        <w:t>16:56  par kisi ne bura keh diya, aap ki zaat par kisi ne hamla kar diya to aap ghussa ho gaye. Rasool Allah hamesha principle par ghussa hote thay. apni zaat ke bare mein ghussa nahi hote thay. aise bohat se waqiat aate hain, misaal ke taur par aap ko saamne aa kar kehne wale kehte thay ke "anta mudhamam".</w:t>
      </w:r>
      <w:r>
        <w:br/>
      </w:r>
      <w:r>
        <w:rPr>
          <w:sz w:val="20"/>
        </w:rPr>
        <w:t>17:26  "mudmam nabina". ke aap ko hum kaddam karte hain. aap ek bure insaan hain. qabil muzammat insaan hain. lekin aap ko kuch bhi ghussa nahi aata tha. normal tareeqe se sunte thay bas. kuch bhi nahi, dua karte thay us ke liye. to jab bhi aap ki zaat par hamla kiya gaya to kabhi aap ko ghussa nahi aaya. lekin jab mamla principle ka hota tha, kisi usool ka hota tha, to woh</w:t>
      </w:r>
    </w:p>
    <w:p>
      <w:pPr>
        <w:pStyle w:val="Heading2"/>
      </w:pPr>
      <w:r>
        <w:t>Full lecture segment on hadith and meaning</w:t>
      </w:r>
    </w:p>
    <w:p>
      <w:r>
        <w:rPr>
          <w:color w:val="666666"/>
          <w:sz w:val="18"/>
        </w:rPr>
        <w:t>Avail Your Morning Time August 23, 2020 Maulana Wahiduddin Khan · 2m 42s · at 0:14 · https://youtu.be/mVs7Y0lavYk?t=14</w:t>
      </w:r>
    </w:p>
    <w:p>
      <w:r>
        <w:rPr>
          <w:i/>
        </w:rPr>
        <w:t>“Bismillah hir Rahman nir Rahim”</w:t>
      </w:r>
    </w:p>
    <w:p>
      <w:r>
        <w:rPr>
          <w:sz w:val="20"/>
        </w:rPr>
        <w:t>0:14  Bismillah Rehmanur Rahim.</w:t>
      </w:r>
      <w:r>
        <w:br/>
      </w:r>
      <w:r>
        <w:rPr>
          <w:sz w:val="20"/>
        </w:rPr>
        <w:t>0:18  Wasalli Allahu ala Nabi il Kareem. 23 August 2020.</w:t>
      </w:r>
      <w:r>
        <w:br/>
      </w:r>
      <w:r>
        <w:rPr>
          <w:sz w:val="20"/>
        </w:rPr>
        <w:t>0:31  Aaj bas woh utha to ek hadith mujhe yaad aayi.</w:t>
      </w:r>
      <w:r>
        <w:br/>
      </w:r>
      <w:r>
        <w:rPr>
          <w:sz w:val="20"/>
        </w:rPr>
        <w:t>0:40  Woh hadith yeh hai ke Allah rozana subah ke waqt aasman duniya par utarta hai</w:t>
      </w:r>
      <w:r>
        <w:br/>
      </w:r>
      <w:r>
        <w:rPr>
          <w:sz w:val="20"/>
        </w:rPr>
        <w:t>0:55  aur awaaz deta hai:</w:t>
      </w:r>
      <w:r>
        <w:br/>
      </w:r>
      <w:r>
        <w:rPr>
          <w:sz w:val="20"/>
        </w:rPr>
        <w:t>1:01  "Hal min saail fa'utah?" Koi maangne wala hai jo usko doon?</w:t>
      </w:r>
      <w:r>
        <w:br/>
      </w:r>
      <w:r>
        <w:rPr>
          <w:sz w:val="20"/>
        </w:rPr>
        <w:t>1:09  An Abi Hurairah 'an Rasul Allah Sallallahu 'alaihi wa sallam qala: "Yunzil Allah ila as-samaa' ad-dunyaa kulla laylatin hiyma yamshee thulthul layl al-awwal.</w:t>
      </w:r>
      <w:r>
        <w:br/>
      </w:r>
      <w:r>
        <w:rPr>
          <w:sz w:val="20"/>
        </w:rPr>
        <w:t>1:19  Fayaqool: Ana al-malik, ana al-malik. Man yado'onee fa'astajeeb lahu, man yas'alunee fa'u'teeh, man yastaghfirunee fa'aghfir lahu.</w:t>
      </w:r>
      <w:r>
        <w:br/>
      </w:r>
      <w:r>
        <w:rPr>
          <w:sz w:val="20"/>
        </w:rPr>
        <w:t>1:33  Fala yazaalu kadhalika hatta yuzee' al-fajr." Saheeh Muslim hadith number 758. Wa fi riwayat: "Hal min saail fa'u'teeh?" Abu Hurairah riwayat karte hain ke Rasool Allah Sallallahu 'alaihi wa sallam ne kaha: "Allah taala samaaye duniya par har raat</w:t>
      </w:r>
      <w:r>
        <w:br/>
      </w:r>
      <w:r>
        <w:rPr>
          <w:sz w:val="20"/>
        </w:rPr>
        <w:t>1:54  jab ke pehla tihai hissa guzar jaye utarta hai aur kehta hai: Main baadshah hoon, main baadshah hoon.</w:t>
      </w:r>
      <w:r>
        <w:br/>
      </w:r>
      <w:r>
        <w:rPr>
          <w:sz w:val="20"/>
        </w:rPr>
        <w:t>2:04  Kaun hai jo mujh se dua kare, main uski dua qubool karoon? Kaun hai jo mujh se maange to main usko</w:t>
      </w:r>
      <w:r>
        <w:br/>
      </w:r>
      <w:r>
        <w:rPr>
          <w:sz w:val="20"/>
        </w:rPr>
        <w:t>2:11  ata karoon? Kaun hai jo mujh se maghfirat chahe, main usko bakhsh doon?" Isi tarah rehta hai yahan tak ke fajar ki roshni fajar roshan ho jata hai.</w:t>
      </w:r>
      <w:r>
        <w:br/>
      </w:r>
      <w:r>
        <w:rPr>
          <w:sz w:val="20"/>
        </w:rPr>
        <w:t>2:24  Ek riwayat mein izafa hai: "Hai koi maangne wala to main usko doon?"</w:t>
      </w:r>
      <w:r>
        <w:br/>
      </w:r>
      <w:r>
        <w:rPr>
          <w:sz w:val="20"/>
        </w:rPr>
        <w:t>2:29  Musnad Ahmad hadith number 9591.</w:t>
      </w:r>
      <w:r>
        <w:br/>
      </w:r>
      <w:r>
        <w:rPr>
          <w:sz w:val="20"/>
        </w:rPr>
        <w:t>2:35  Main is hadith ko bahut dinon se sochta tha.</w:t>
      </w:r>
      <w:r>
        <w:br/>
      </w:r>
      <w:r>
        <w:rPr>
          <w:sz w:val="20"/>
        </w:rPr>
        <w:t>2:45  Aaj subah mujhe achaanak mere zehen mein aaya ke yeh symbolic sense mein hai.</w:t>
      </w:r>
    </w:p>
    <w:p>
      <w:pPr>
        <w:pStyle w:val="Heading2"/>
      </w:pPr>
      <w:r>
        <w:t>Hadith recitation and partial translation</w:t>
      </w:r>
    </w:p>
    <w:p>
      <w:r>
        <w:rPr>
          <w:color w:val="666666"/>
          <w:sz w:val="18"/>
        </w:rPr>
        <w:t>The Reality of Angels December 01, 2018 · 1m 28s · at 0:43 · https://youtu.be/Tz_yrfnJktA?t=43</w:t>
      </w:r>
    </w:p>
    <w:p>
      <w:r>
        <w:rPr>
          <w:i/>
        </w:rPr>
        <w:t>“Angels, yani farishte”</w:t>
      </w:r>
    </w:p>
    <w:p>
      <w:r>
        <w:rPr>
          <w:sz w:val="20"/>
        </w:rPr>
        <w:t>0:43  angels, yaani farishte.</w:t>
      </w:r>
      <w:r>
        <w:br/>
      </w:r>
      <w:r>
        <w:rPr>
          <w:sz w:val="20"/>
        </w:rPr>
        <w:t>0:55  farishton ke bare mein ek hadith aayi hai, woh pehle aap ke samne parhi jaye gi, us ke baad inshallah is ki tashreeh mein kuch arz kiya jaye ga.</w:t>
      </w:r>
      <w:r>
        <w:br/>
      </w:r>
      <w:r>
        <w:rPr>
          <w:sz w:val="20"/>
        </w:rPr>
        <w:t>1:10  ana bi zar qala: qala rasool allah: "ani aram ma la tarawn, wa asma ma la tasmawun. al samaa wa haq wa haq laha an ata, ma fiha mawdu' arba asabi' illa alayhi malakun sajid.</w:t>
      </w:r>
      <w:r>
        <w:br/>
      </w:r>
      <w:r>
        <w:rPr>
          <w:sz w:val="20"/>
        </w:rPr>
        <w:t>1:27  lo alimtu ma a'lam la dahiktum qalilan wa la bakaytum kathiran, wa la taladhdhtum bil nisa' ala al furush, wa la kharajtum ala aw ila al sa'adat tijarun ila allah." qala: fa qala abu zar: "wallah lawadtu anni shajaratun tu'add." abu zar se riwayat hai ke rasool allah sallallahu alayhi wasallam ne kaha: "main woh cheez dekhta hoon jo tum nahi dekhte ho,</w:t>
      </w:r>
      <w:r>
        <w:br/>
      </w:r>
      <w:r>
        <w:rPr>
          <w:sz w:val="20"/>
        </w:rPr>
        <w:t>1:56  aur sunta hoon jo tum nahi sunte ho. aasman charcharata hai, aur haq hai ke woh charcharaye. aasman mein char ungli ke barabar bhi koi jagah nahi hai, magar wahan par ek farishta sajda karne wala hai.</w:t>
      </w:r>
    </w:p>
    <w:p>
      <w:pPr>
        <w:pStyle w:val="Heading2"/>
      </w:pPr>
      <w:r>
        <w:t>what 'your Lord's provision' really means in the Quran</w:t>
      </w:r>
    </w:p>
    <w:p>
      <w:r>
        <w:rPr>
          <w:color w:val="666666"/>
          <w:sz w:val="18"/>
        </w:rPr>
        <w:t>Bird Culture March 6, 2014 Maulana Wahiduddin Khan · 1m 05s · at 12:38 · https://youtu.be/zLSCXGvTJ9A?t=758</w:t>
      </w:r>
    </w:p>
    <w:p>
      <w:r>
        <w:rPr>
          <w:i/>
        </w:rPr>
        <w:t>“Quran mein hai: rizq rabbik khair — iska matlab”</w:t>
      </w:r>
    </w:p>
    <w:p>
      <w:r>
        <w:rPr>
          <w:sz w:val="20"/>
        </w:rPr>
        <w:t>12:38  aur jo quran mein hai ke: "warzuq rabbaka khairun ma yastaoon." to yeh rizq rabb kya hai? yeh koi purasrar cheez nahi hai. rizq rabb jo hai quran mein, yeh koi purasrar cheez nahi hai.</w:t>
      </w:r>
      <w:r>
        <w:br/>
      </w:r>
      <w:r>
        <w:rPr>
          <w:sz w:val="20"/>
        </w:rPr>
        <w:t>12:49  iska matlab yeh hai ke tumhare imaan ne tumhare andar jo shaoori bedari paida ki hai, jo intellectual awakening aayi hai, tumhare jo intellectual awakening aayi hai, tumhare andar iski wajah se aisa hua hai ke har cheez mein tum ko rizq milta rehta hai.</w:t>
      </w:r>
      <w:r>
        <w:br/>
      </w:r>
      <w:r>
        <w:rPr>
          <w:sz w:val="20"/>
        </w:rPr>
        <w:t>13:10  har cheez se tum rizq lete rehte ho. jis tarah shehad ki makkhi phoolon se necter leti rehti hai.</w:t>
      </w:r>
      <w:r>
        <w:br/>
      </w:r>
      <w:r>
        <w:rPr>
          <w:sz w:val="20"/>
        </w:rPr>
        <w:t>13:18  to yeh rizq rabb jo hai, koi basira cheez nahi hai. yeh shaoori bedari ka ek lazmi hissa hai.</w:t>
      </w:r>
      <w:r>
        <w:br/>
      </w:r>
      <w:r>
        <w:rPr>
          <w:sz w:val="20"/>
        </w:rPr>
        <w:t>13:30  isko kehte hain intellectual awakening. to intellectual awakening agar hogi to yeh lazman aisa hoga. yeh saari baat is mein shamil hai.</w:t>
      </w:r>
    </w:p>
    <w:p>
      <w:pPr>
        <w:pStyle w:val="Heading2"/>
      </w:pPr>
      <w:r>
        <w:t>Bomb blast sparks question on unachievable goal</w:t>
      </w:r>
    </w:p>
    <w:p>
      <w:r>
        <w:rPr>
          <w:color w:val="666666"/>
          <w:sz w:val="18"/>
        </w:rPr>
        <w:t>Living in the 21st Century I 17th February 2013 - Maulana Wahiduddin Khan · 1m 44s · at 2:10 · https://youtu.be/ccUhM8fLtpU?t=130</w:t>
      </w:r>
    </w:p>
    <w:p>
      <w:r>
        <w:rPr>
          <w:i/>
        </w:rPr>
        <w:t>“اس خبر کو پڑھ کر کے میرے اندر ایک برین اسٹارم آیا”</w:t>
      </w:r>
    </w:p>
    <w:p>
      <w:r>
        <w:rPr>
          <w:sz w:val="20"/>
        </w:rPr>
        <w:t>2:10  is khabar ko parh kar ke mere andar ek brain storm aaya, jo psychology ke istilaah mein kehte hain brainstorming.</w:t>
      </w:r>
      <w:r>
        <w:br/>
      </w:r>
      <w:r>
        <w:rPr>
          <w:sz w:val="20"/>
        </w:rPr>
        <w:t>2:23  yani wahan ka jo bomb dhamaka tha woh mere liye</w:t>
      </w:r>
      <w:r>
        <w:br/>
      </w:r>
      <w:r>
        <w:rPr>
          <w:sz w:val="20"/>
        </w:rPr>
        <w:t>2:30  intellectual dhamaka ban gaya. main sochne laga, sochne laga, sochne laga, kis baat par?</w:t>
      </w:r>
      <w:r>
        <w:br/>
      </w:r>
      <w:r>
        <w:rPr>
          <w:sz w:val="20"/>
        </w:rPr>
        <w:t>2:41  is baat par ke yeh koi ek waqea nahi hai, yeh hamara jo age hai,</w:t>
      </w:r>
      <w:r>
        <w:br/>
      </w:r>
      <w:r>
        <w:rPr>
          <w:sz w:val="20"/>
        </w:rPr>
        <w:t>2:51  modern age,</w:t>
      </w:r>
      <w:r>
        <w:br/>
      </w:r>
      <w:r>
        <w:rPr>
          <w:sz w:val="20"/>
        </w:rPr>
        <w:t>2:55  yeh modern age jo hai jis ko hum age of technology kehte hain, jab se technology aai hai to bohat si opportunities aai hain.</w:t>
      </w:r>
      <w:r>
        <w:br/>
      </w:r>
      <w:r>
        <w:rPr>
          <w:sz w:val="20"/>
        </w:rPr>
        <w:t>3:09  age of technology means age of opportunities.</w:t>
      </w:r>
      <w:r>
        <w:br/>
      </w:r>
      <w:r>
        <w:rPr>
          <w:sz w:val="20"/>
        </w:rPr>
        <w:t>3:15  to jab se technology aai hai musalman sari dunya mein bohat ziyada active ho gaye hain, kam az kam 200 years se.</w:t>
      </w:r>
      <w:r>
        <w:br/>
      </w:r>
      <w:r>
        <w:rPr>
          <w:sz w:val="20"/>
        </w:rPr>
        <w:t>3:27  lekin active kis sense mein? Yahi.</w:t>
      </w:r>
      <w:r>
        <w:br/>
      </w:r>
      <w:r>
        <w:rPr>
          <w:sz w:val="20"/>
        </w:rPr>
        <w:t>3:32  gun culture, bomb culture, larai, jihad ke naam se, sab islami jihad ke naam se.</w:t>
      </w:r>
      <w:r>
        <w:br/>
      </w:r>
      <w:r>
        <w:rPr>
          <w:sz w:val="20"/>
        </w:rPr>
        <w:t>3:42  lekin aap dekhiye ke jis cheez ko goal bana kar yeh jihad kiya ja raha hai, aaj tak woh achieve nahi hua.</w:t>
      </w:r>
    </w:p>
    <w:p>
      <w:pPr>
        <w:pStyle w:val="Heading2"/>
      </w:pPr>
      <w:r>
        <w:t>Caliph Umar ibn Abdul Aziz orders hadith compilation</w:t>
      </w:r>
    </w:p>
    <w:p>
      <w:r>
        <w:rPr>
          <w:color w:val="666666"/>
          <w:sz w:val="18"/>
        </w:rPr>
        <w:t>Understanding The Importance of Hadith November 20, 2022 · 2m 25s · at 30:01 · https://youtu.be/xwY_Qsz4HSQ?t=1801</w:t>
      </w:r>
    </w:p>
    <w:p>
      <w:r>
        <w:rPr>
          <w:i/>
        </w:rPr>
        <w:t>“Unhon ne farmaan bheja ke jahan jahan hadithein milein jama ki jayein”</w:t>
      </w:r>
    </w:p>
    <w:p>
      <w:r>
        <w:rPr>
          <w:sz w:val="20"/>
        </w:rPr>
        <w:t>30:01  to individual level pe to kaam shuru se ho raha tha, lekin officially level pe Hazrat Umar Ibn Abdul Aziz, jo ke panchwein Khalifa Rashid kahe jaate hain, to unke zamane mein hua.</w:t>
      </w:r>
      <w:r>
        <w:br/>
      </w:r>
      <w:r>
        <w:rPr>
          <w:sz w:val="20"/>
        </w:rPr>
        <w:t>30:13  to</w:t>
      </w:r>
      <w:r>
        <w:br/>
      </w:r>
      <w:r>
        <w:rPr>
          <w:sz w:val="20"/>
        </w:rPr>
        <w:t>30:14  kehte hain keh woh ek parast thay, to shuru mein bohat hi aish o ishrat ki zindagi guzarte thay, lekin jab unko khilafat mili to unhone sab kuch chhod diya, bilkul saada zindagi, Khuda se dar ke,</w:t>
      </w:r>
      <w:r>
        <w:br/>
      </w:r>
      <w:r>
        <w:rPr>
          <w:sz w:val="20"/>
        </w:rPr>
        <w:t>30:29  har waqt ibadat karte rehna, masjid mein rehna. to is tarah ki unki zindagi thi. to unko yeh baat iska ehsaas hua keh sab sahaba log chale jayenge, tabeyi chale jayenge, to hum kya hoga?</w:t>
      </w:r>
      <w:r>
        <w:br/>
      </w:r>
      <w:r>
        <w:rPr>
          <w:sz w:val="20"/>
        </w:rPr>
        <w:t>30:42  to unhone kaha keh ilm, isi ko ilm, isi ko ilm kaha jata tha, hadees ki knowledge ko ilm kaha jata tha, to ilm mit jayega.</w:t>
      </w:r>
      <w:r>
        <w:br/>
      </w:r>
      <w:r>
        <w:rPr>
          <w:sz w:val="20"/>
        </w:rPr>
        <w:t>30:51  to ab chuki woh Khalifa thay, to unhone sarkari taur par tamam logon ko, tamam amileen ko, governors ko, tamam hukam ko, ah, farman bheje keh is ilaaqe mein jahan jahan bhi hadeesein mili, usko jama kiya jaye.</w:t>
      </w:r>
      <w:r>
        <w:br/>
      </w:r>
      <w:r>
        <w:rPr>
          <w:sz w:val="20"/>
        </w:rPr>
        <w:t>31:09  to is tarike se, kyunke woh Khalifa thay, to unka to farman jo hai, woh ispar poori tarike se amal, ah, hua, aur har jagah logon ne jama karna shuru kiya.</w:t>
      </w:r>
      <w:r>
        <w:br/>
      </w:r>
      <w:r>
        <w:rPr>
          <w:sz w:val="20"/>
        </w:rPr>
        <w:t>31:22  aur jo Ibn Shihab Al-Zuhri wohi, woh iske iske hi head ab das, ah, poora campaign ke head banaye gaye, aur woh unka unka hafiza bhi bohat bohat acha tha.</w:t>
      </w:r>
      <w:r>
        <w:br/>
      </w:r>
      <w:r>
        <w:rPr>
          <w:sz w:val="20"/>
        </w:rPr>
        <w:t>31:37  to unhone bohat mehnat se isko tamam jo hadeesein jama ho rahi thi, usko madon kiya. phir uske baad Hazrat Umar Ibn Abdul Aziz ne iski naqlein tayyar kien.</w:t>
      </w:r>
      <w:r>
        <w:br/>
      </w:r>
      <w:r>
        <w:rPr>
          <w:sz w:val="20"/>
        </w:rPr>
        <w:t>31:49  to yeh log ghar ghar jaakar hadeesein jama karte thay, door daraz ka safar kiya karte thay, pata chal jata tha kisi ek aadmi ko doosre shehar mein uske paas ek hadees hai, to woh bas oont par baith ke wahan chal padte thay.</w:t>
      </w:r>
      <w:r>
        <w:br/>
      </w:r>
      <w:r>
        <w:rPr>
          <w:sz w:val="20"/>
        </w:rPr>
        <w:t>32:04  to din raat bas woh usi kaam mein lage rehte thay. to is tarike se Hazrat Umar Ibn Abdul Aziz ka yeh bohat bada contribution tha, halanke woh do do saal hi Khalifa rahe, to lekin unhone ek ek poori muhim chaladi thi, woh unke baad bhi log jama karte rahe hadeeson ko.</w:t>
      </w:r>
    </w:p>
    <w:p>
      <w:pPr>
        <w:pStyle w:val="Heading2"/>
      </w:pPr>
      <w:r>
        <w:t>Meaning of trembling heart in good deeds</w:t>
      </w:r>
    </w:p>
    <w:p>
      <w:r>
        <w:rPr>
          <w:color w:val="666666"/>
          <w:sz w:val="18"/>
        </w:rPr>
        <w:t>Living God March 10, 2019 Maulana Wahiduddin Khan · 2m 45s · at 3:14 · https://youtu.be/RCBFUw2KAdI?t=194</w:t>
      </w:r>
    </w:p>
    <w:p>
      <w:r>
        <w:rPr>
          <w:i/>
        </w:rPr>
        <w:t>“Look here, the words that came”</w:t>
      </w:r>
    </w:p>
    <w:p>
      <w:r>
        <w:rPr>
          <w:sz w:val="20"/>
        </w:rPr>
        <w:t>3:14  yahan par dekhiye, jo</w:t>
      </w:r>
      <w:r>
        <w:br/>
      </w:r>
      <w:r>
        <w:rPr>
          <w:sz w:val="20"/>
        </w:rPr>
        <w:t>3:20  jo alfaz aaye hain, wo hain: "wa qulubuhum wajilah". in ka darja bataya gaya hai.</w:t>
      </w:r>
      <w:r>
        <w:br/>
      </w:r>
      <w:r>
        <w:rPr>
          <w:sz w:val="20"/>
        </w:rPr>
        <w:t>3:34  wajilah ke mani hote hain kanpna, yani ke dil kanp rahe hote hain.</w:t>
      </w:r>
      <w:r>
        <w:br/>
      </w:r>
      <w:r>
        <w:rPr>
          <w:sz w:val="20"/>
        </w:rPr>
        <w:t>3:47  to ye log jo kanpte hue dil ke sath amal khair karte hain,</w:t>
      </w:r>
      <w:r>
        <w:br/>
      </w:r>
      <w:r>
        <w:rPr>
          <w:sz w:val="20"/>
        </w:rPr>
        <w:t>4:04  goya amal khair ki jo surat hai, wo kafi nahi hai. amal khair karte hue aap ka hal ye ho ke aap ka dil kanp raha ho, to tab wo bara bara amal hua.</w:t>
      </w:r>
      <w:r>
        <w:br/>
      </w:r>
      <w:r>
        <w:rPr>
          <w:sz w:val="20"/>
        </w:rPr>
        <w:t>4:22  to ek hai</w:t>
      </w:r>
      <w:r>
        <w:br/>
      </w:r>
      <w:r>
        <w:rPr>
          <w:sz w:val="20"/>
        </w:rPr>
        <w:t>4:26  kanpte hue dil ke sath amal khair karna, ek hai sadah tor par karna,</w:t>
      </w:r>
      <w:r>
        <w:br/>
      </w:r>
      <w:r>
        <w:rPr>
          <w:sz w:val="20"/>
        </w:rPr>
        <w:t>4:38  ek hai amal khair karna sadah tor par ke aap ne kisi ko apne paise paisa de diya, kisi ko khana khila diya, sadah tor par.</w:t>
      </w:r>
      <w:r>
        <w:br/>
      </w:r>
      <w:r>
        <w:rPr>
          <w:sz w:val="20"/>
        </w:rPr>
        <w:t>4:49  aur ek hai ke aap ek amal khair kar rahe hain aur aap ka dil kanp raha hai.</w:t>
      </w:r>
      <w:r>
        <w:br/>
      </w:r>
      <w:r>
        <w:rPr>
          <w:sz w:val="20"/>
        </w:rPr>
        <w:t>5:00  to jo amal khair kanpte hue dil ke sath kiya jaye, wahi bara amal hai aur wahi aadmi ko jannat tak pahunchane wala hai.</w:t>
      </w:r>
      <w:r>
        <w:br/>
      </w:r>
      <w:r>
        <w:rPr>
          <w:sz w:val="20"/>
        </w:rPr>
        <w:t>5:17  is ke mani kya hue? ke amal khair ki surat kisi amal ko bara amal nahi banati hai,</w:t>
      </w:r>
      <w:r>
        <w:br/>
      </w:r>
      <w:r>
        <w:rPr>
          <w:sz w:val="20"/>
        </w:rPr>
        <w:t>5:28  balke amal khair ke sath jab ye ye cheez add ho jaye ke aap kanpte hue dil ke sath wo amal kar rahe hain, tab wo bara amal banta hai.</w:t>
      </w:r>
      <w:r>
        <w:br/>
      </w:r>
      <w:r>
        <w:rPr>
          <w:sz w:val="20"/>
        </w:rPr>
        <w:t>5:45  to ye ye jo ayat hai,</w:t>
      </w:r>
      <w:r>
        <w:br/>
      </w:r>
      <w:r>
        <w:rPr>
          <w:sz w:val="20"/>
        </w:rPr>
        <w:t>5:49  ye farq kar rahi hai sadah amal mein aur us amal mein jo kanpti hui dil ke sath kiya jaye.</w:t>
      </w:r>
      <w:r>
        <w:br/>
      </w:r>
      <w:r>
        <w:rPr>
          <w:sz w:val="20"/>
        </w:rPr>
        <w:t>6:00  ye kya cheez hai? is ko maine samjha ek bar jab ke main gaya hua tha kisi museum mein.</w:t>
      </w:r>
    </w:p>
    <w:p>
      <w:pPr>
        <w:pStyle w:val="Heading2"/>
      </w:pPr>
      <w:r>
        <w:t>Hadith on fasting mentioned in Sahihain</w:t>
      </w:r>
    </w:p>
    <w:p>
      <w:r>
        <w:rPr>
          <w:color w:val="666666"/>
          <w:sz w:val="18"/>
        </w:rPr>
        <w:t>Unlimited Rewards for Devotion to Divine Mission June 8, 2019 - Maulana Wahiduddin Khan · 1m 31s · at 0:14 · https://youtu.be/yA3G5LXomtw?t=14</w:t>
      </w:r>
    </w:p>
    <w:p>
      <w:r>
        <w:rPr>
          <w:i/>
        </w:rPr>
        <w:t>“Bismillah ar-Rahman ar-Rahim wa salla Allah ala Nabi al-Karim”</w:t>
      </w:r>
    </w:p>
    <w:p>
      <w:r>
        <w:rPr>
          <w:sz w:val="20"/>
        </w:rPr>
        <w:t>0:14  bismillah rahman rahim, wa sali allah ala nabiy al-karim. 8 joon 2019.</w:t>
      </w:r>
      <w:r>
        <w:br/>
      </w:r>
      <w:r>
        <w:rPr>
          <w:sz w:val="20"/>
        </w:rPr>
        <w:t>0:27  aaj ek hadith ko le kar kuch baat inshallah kahi jayegi. sab se pehle aap is hadith ko suniye.</w:t>
      </w:r>
      <w:r>
        <w:br/>
      </w:r>
      <w:r>
        <w:rPr>
          <w:sz w:val="20"/>
        </w:rPr>
        <w:t>0:38  an abi huraira radi allah anhu qala: qala rasul allah salallahu alayhi wasallam: «kull amal ibn adam yudaaf, al-hasanat ashru amthalihi ila sab mi at dauf».</w:t>
      </w:r>
      <w:r>
        <w:br/>
      </w:r>
      <w:r>
        <w:rPr>
          <w:sz w:val="20"/>
        </w:rPr>
        <w:t>0:49  qala allah azza wajal: «illa as-sawm fa innahu li, wa ana ajzi bih». yadau shahwatahu wa ta'amahu min ajli. sahih muslim hadith number 1151.</w:t>
      </w:r>
      <w:r>
        <w:br/>
      </w:r>
      <w:r>
        <w:rPr>
          <w:sz w:val="20"/>
        </w:rPr>
        <w:t>1:02  ab huraira radi allah anhu se riwayat hai ke rasul allah salallahu alayhi wasallam ne kaha: «insan ke har amal ko badha diya jata hai, das guna se le kar saat sau guna tak.</w:t>
      </w:r>
      <w:r>
        <w:br/>
      </w:r>
      <w:r>
        <w:rPr>
          <w:sz w:val="20"/>
        </w:rPr>
        <w:t>1:12  allah ta'ala ne kaha: siwaye roze ke, kyunke woh mere liye hai aur main is ka badla doonga. insaan apni khwahishat aur apne khane ko meri wajah se chhodta hai.» dek</w:t>
      </w:r>
      <w:r>
        <w:br/>
      </w:r>
      <w:r>
        <w:rPr>
          <w:sz w:val="20"/>
        </w:rPr>
        <w:t>1:25  hiye, yeh jo hadith hai, do sab se zyada</w:t>
      </w:r>
      <w:r>
        <w:br/>
      </w:r>
      <w:r>
        <w:rPr>
          <w:sz w:val="20"/>
        </w:rPr>
        <w:t>1:33  important hadith ki kitaben hain jin ko sahihain kaha jata hai. sahihain to is mein dono mein yeh hadith aai hai</w:t>
      </w:r>
    </w:p>
    <w:p>
      <w:pPr>
        <w:pStyle w:val="Heading2"/>
      </w:pPr>
      <w:r>
        <w:t>Only government can bear arms in Islam</w:t>
      </w:r>
    </w:p>
    <w:p>
      <w:r>
        <w:rPr>
          <w:color w:val="666666"/>
          <w:sz w:val="18"/>
        </w:rPr>
        <w:t>What is Sunnah | June 02, 2008 · 2m 03s · at 16:32 · https://youtu.be/RHfm7wuEMEM?t=992</w:t>
      </w:r>
    </w:p>
    <w:p>
      <w:r>
        <w:rPr>
          <w:i/>
        </w:rPr>
        <w:t>“Bearing arms is only the government's job.”</w:t>
      </w:r>
    </w:p>
    <w:p>
      <w:r>
        <w:rPr>
          <w:sz w:val="20"/>
        </w:rPr>
        <w:t>16:32  ke is par aap tashaddud karein, is ko goli marein.</w:t>
      </w:r>
      <w:r>
        <w:br/>
      </w:r>
      <w:r>
        <w:rPr>
          <w:sz w:val="20"/>
        </w:rPr>
        <w:t>16:37  bilkul haq nahi hai aap ko.</w:t>
      </w:r>
      <w:r>
        <w:br/>
      </w:r>
      <w:r>
        <w:rPr>
          <w:sz w:val="20"/>
        </w:rPr>
        <w:t>16:42  aap ya to report kijiye police ko ya government ko report kijiye ya jo rulers hain un se</w:t>
      </w:r>
      <w:r>
        <w:br/>
      </w:r>
      <w:r>
        <w:rPr>
          <w:sz w:val="20"/>
        </w:rPr>
        <w:t>16:48  mil kar ke un ko bataiye.</w:t>
      </w:r>
      <w:r>
        <w:br/>
      </w:r>
      <w:r>
        <w:rPr>
          <w:sz w:val="20"/>
        </w:rPr>
        <w:t>16:53  bas kyunke hathyar uthana sirf hukoomat ka kaam hai.</w:t>
      </w:r>
      <w:r>
        <w:br/>
      </w:r>
      <w:r>
        <w:rPr>
          <w:sz w:val="20"/>
        </w:rPr>
        <w:t>16:58  islam ka usool dekhiye yeh hai ke ar-ra'il lil-imam</w:t>
      </w:r>
      <w:r>
        <w:br/>
      </w:r>
      <w:r>
        <w:rPr>
          <w:sz w:val="20"/>
        </w:rPr>
        <w:t>17:04  ke hathyar uthana, jang karna yeh sirf hakim ka kaam hai.</w:t>
      </w:r>
      <w:r>
        <w:br/>
      </w:r>
      <w:r>
        <w:rPr>
          <w:sz w:val="20"/>
        </w:rPr>
        <w:t>17:11  hakim ke siwa kisi ko haq hi nahi hai ke woh hathyar uthaye, woh jang kare.</w:t>
      </w:r>
      <w:r>
        <w:br/>
      </w:r>
      <w:r>
        <w:rPr>
          <w:sz w:val="20"/>
        </w:rPr>
        <w:t>17:19  aur hakim bhi jang kar sakta hai sirf difaa ke liye, defense ke liye.</w:t>
      </w:r>
      <w:r>
        <w:br/>
      </w:r>
      <w:r>
        <w:rPr>
          <w:sz w:val="20"/>
        </w:rPr>
        <w:t>17:26  yani agar bahar se koi qaum attack kar de, is ko kaha jata hai</w:t>
      </w:r>
      <w:r>
        <w:br/>
      </w:r>
      <w:r>
        <w:rPr>
          <w:sz w:val="20"/>
        </w:rPr>
        <w:t>17:34  yani defensive situation. to agar koi bahar se attack kar de, yani border cross kar ke woh aap ke mulk mein dakhil ho jaye to woh hai attack, woh hai aggression. is ka muqabla hukumat karegi, fauj karegi, army karegi. aam log is mein aisa nahi kar sakte ke woh bandook le kar ke lage laren. to us waqt jo dahshatgardi ke mamle</w:t>
      </w:r>
      <w:r>
        <w:br/>
      </w:r>
      <w:r>
        <w:rPr>
          <w:sz w:val="20"/>
        </w:rPr>
        <w:t>18:04  mein jo batane ki baat hai woh yeh hai ke jo log tashaddud kar rahe hain, jinhone</w:t>
      </w:r>
      <w:r>
        <w:br/>
      </w:r>
      <w:r>
        <w:rPr>
          <w:sz w:val="20"/>
        </w:rPr>
        <w:t>18:10  ne hathyar utha rakha hai, un ke liye hathyar uthana jaiz hi nahi hai.</w:t>
      </w:r>
      <w:r>
        <w:br/>
      </w:r>
      <w:r>
        <w:rPr>
          <w:sz w:val="20"/>
        </w:rPr>
        <w:t>18:16  to un ka, un ki jo jahad hai, un ki jo struggle hai, woh dahshat gardi is liye</w:t>
      </w:r>
      <w:r>
        <w:br/>
      </w:r>
      <w:r>
        <w:rPr>
          <w:sz w:val="20"/>
        </w:rPr>
        <w:t>18:22  hai ke woh government nahi hai, tab bhi hathyar utha hui hai.</w:t>
      </w:r>
      <w:r>
        <w:br/>
      </w:r>
      <w:r>
        <w:rPr>
          <w:sz w:val="20"/>
        </w:rPr>
        <w:t>18:29  is liye woh dahshat gardi hai.</w:t>
      </w:r>
    </w:p>
    <w:p>
      <w:pPr>
        <w:pStyle w:val="Heading2"/>
      </w:pPr>
      <w:r>
        <w:t>Arabs abandoned wine through accountability</w:t>
      </w:r>
    </w:p>
    <w:p>
      <w:r>
        <w:rPr>
          <w:color w:val="666666"/>
          <w:sz w:val="18"/>
        </w:rPr>
        <w:t>The Concept of Accountability in Islam (English) | June 21, 2007 | Maulana Wahiduddin Khan · 2m 05s · at 32:41 · https://youtu.be/g-GqrJp9iTY?t=1961</w:t>
      </w:r>
    </w:p>
    <w:p>
      <w:r>
        <w:rPr>
          <w:i/>
        </w:rPr>
        <w:t>“There was a revolution”</w:t>
      </w:r>
    </w:p>
    <w:p>
      <w:r>
        <w:rPr>
          <w:sz w:val="20"/>
        </w:rPr>
        <w:t>32:41  There was a revolution.</w:t>
      </w:r>
      <w:r>
        <w:br/>
      </w:r>
      <w:r>
        <w:rPr>
          <w:sz w:val="20"/>
        </w:rPr>
        <w:t>32:48  For example, at that time, Arabs were habitual to take wine.</w:t>
      </w:r>
      <w:r>
        <w:br/>
      </w:r>
      <w:r>
        <w:rPr>
          <w:sz w:val="20"/>
        </w:rPr>
        <w:t>32:56  They were using wine as water.</w:t>
      </w:r>
      <w:r>
        <w:br/>
      </w:r>
      <w:r>
        <w:rPr>
          <w:sz w:val="20"/>
        </w:rPr>
        <w:t>33:03  Then the Prophet said, after train</w:t>
      </w:r>
      <w:r>
        <w:br/>
      </w:r>
      <w:r>
        <w:rPr>
          <w:sz w:val="20"/>
        </w:rPr>
        <w:t>33:11  ing, after educating, that God has said that wine is unlawful.</w:t>
      </w:r>
      <w:r>
        <w:br/>
      </w:r>
      <w:r>
        <w:rPr>
          <w:sz w:val="20"/>
        </w:rPr>
        <w:t>33:22  You will be punished if you don't abandon wine.</w:t>
      </w:r>
      <w:r>
        <w:br/>
      </w:r>
      <w:r>
        <w:rPr>
          <w:sz w:val="20"/>
        </w:rPr>
        <w:t>33:34  Then suddenly, all the people in Mecca and Madinah</w:t>
      </w:r>
      <w:r>
        <w:br/>
      </w:r>
      <w:r>
        <w:rPr>
          <w:sz w:val="20"/>
        </w:rPr>
        <w:t>33:45  abandoned wine. Why?</w:t>
      </w:r>
      <w:r>
        <w:br/>
      </w:r>
      <w:r>
        <w:rPr>
          <w:sz w:val="20"/>
        </w:rPr>
        <w:t>33:53  There was no law, no police, no army.</w:t>
      </w:r>
      <w:r>
        <w:br/>
      </w:r>
      <w:r>
        <w:rPr>
          <w:sz w:val="20"/>
        </w:rPr>
        <w:t>34:01  Only their inner spirit, the spirit of accountability.</w:t>
      </w:r>
      <w:r>
        <w:br/>
      </w:r>
      <w:r>
        <w:rPr>
          <w:sz w:val="20"/>
        </w:rPr>
        <w:t>34:08  When the Prophet made them believe that there is a Day of Judgment and you will be punished</w:t>
      </w:r>
      <w:r>
        <w:br/>
      </w:r>
      <w:r>
        <w:rPr>
          <w:sz w:val="20"/>
        </w:rPr>
        <w:t>34:16  by God, so this was so strong—this spirit was so strong—that they couldn't afford to take wine again.</w:t>
      </w:r>
      <w:r>
        <w:br/>
      </w:r>
      <w:r>
        <w:rPr>
          <w:sz w:val="20"/>
        </w:rPr>
        <w:t>34:26  This is the sense of accountability.</w:t>
      </w:r>
      <w:r>
        <w:br/>
      </w:r>
      <w:r>
        <w:rPr>
          <w:sz w:val="20"/>
        </w:rPr>
        <w:t>34:36  So it is an experience of history that simply</w:t>
      </w:r>
    </w:p>
    <w:p>
      <w:pPr>
        <w:pStyle w:val="Heading2"/>
      </w:pPr>
      <w:r>
        <w:t>sparrow's heart teaches living without complaint or grudge</w:t>
      </w:r>
    </w:p>
    <w:p>
      <w:r>
        <w:rPr>
          <w:color w:val="666666"/>
          <w:sz w:val="18"/>
        </w:rPr>
        <w:t>Bird Culture March 6, 2014 Maulana Wahiduddin Khan · 1m 55s · at 4:40 · https://youtu.be/zLSCXGvTJ9A?t=280</w:t>
      </w:r>
    </w:p>
    <w:p>
      <w:r>
        <w:rPr>
          <w:i/>
        </w:rPr>
        <w:t>“Main samajhta hoon is hadith ka matlab yeh hai”</w:t>
      </w:r>
    </w:p>
    <w:p>
      <w:r>
        <w:rPr>
          <w:sz w:val="20"/>
        </w:rPr>
        <w:t>4:40  lekin main samajhta hoon ke is hadees ka matlab hai</w:t>
      </w:r>
      <w:r>
        <w:br/>
      </w:r>
      <w:r>
        <w:rPr>
          <w:sz w:val="20"/>
        </w:rPr>
        <w:t>4:46  ke chidiya ke dil mein koi haqd, koi hasad, koi jalan, koi shikayat, koi negative thought nahi hota.</w:t>
      </w:r>
      <w:r>
        <w:br/>
      </w:r>
      <w:r>
        <w:rPr>
          <w:sz w:val="20"/>
        </w:rPr>
        <w:t>4:59  yani is ke nature mein yeh baat maujood nahi hai.</w:t>
      </w:r>
      <w:r>
        <w:br/>
      </w:r>
      <w:r>
        <w:rPr>
          <w:sz w:val="20"/>
        </w:rPr>
        <w:t>5:05  misalan chidiya kahin hai, kuch woh kha rahi hai, is ka kuch ghiza wahan par hai, kuch kha rahi hai. ab aap wahan pohnche, aap ko dekh kar urr gayi woh.</w:t>
      </w:r>
      <w:r>
        <w:br/>
      </w:r>
      <w:r>
        <w:rPr>
          <w:sz w:val="20"/>
        </w:rPr>
        <w:t>5:20  to jab uregi to shikayat le kar nahi uregi ke dekho, unhon ne mera khana gadbad kar diya,</w:t>
      </w:r>
      <w:r>
        <w:br/>
      </w:r>
      <w:r>
        <w:rPr>
          <w:sz w:val="20"/>
        </w:rPr>
        <w:t>5:33  main ne mujhe disturb kar diya.</w:t>
      </w:r>
      <w:r>
        <w:br/>
      </w:r>
      <w:r>
        <w:rPr>
          <w:sz w:val="20"/>
        </w:rPr>
        <w:t>5:37  aisa nahi karengi. hatta ke koi bachcha agar wahan kankri phenk de aur urr jaye, tab bhi woh koi shikayat le kar nahi uregi. urr kar jayegi, kisi daale pe baithegi wahan, chehchahayegi.</w:t>
      </w:r>
      <w:r>
        <w:br/>
      </w:r>
      <w:r>
        <w:rPr>
          <w:sz w:val="20"/>
        </w:rPr>
        <w:t>5:53  na koi protest hai, na koi complaint hai, na koi nafrat hai, na koi negative thinking hai. yahan se cheez hai.</w:t>
      </w:r>
      <w:r>
        <w:br/>
      </w:r>
      <w:r>
        <w:rPr>
          <w:sz w:val="20"/>
        </w:rPr>
        <w:t>6:05  to chidiya ko chidiya ki shakal mein Allah ne ek misal qaim ki hai insaan ke liye.</w:t>
      </w:r>
      <w:r>
        <w:br/>
      </w:r>
      <w:r>
        <w:rPr>
          <w:sz w:val="20"/>
        </w:rPr>
        <w:t>6:20  chidiya insaan nahi hoti, lekin is ki zindagi mein insaan ke liye ek misal hai.</w:t>
      </w:r>
      <w:r>
        <w:br/>
      </w:r>
      <w:r>
        <w:rPr>
          <w:sz w:val="20"/>
        </w:rPr>
        <w:t>6:25  woh yeh hai ke shikayat ke baghair jiyo, protest ke baghair jiyo, negative thinking ke baghair jiyo.</w:t>
      </w:r>
    </w:p>
    <w:p>
      <w:pPr>
        <w:pStyle w:val="Heading2"/>
      </w:pPr>
      <w:r>
        <w:t>Solution to violence is changing ideology</w:t>
      </w:r>
    </w:p>
    <w:p>
      <w:r>
        <w:rPr>
          <w:color w:val="666666"/>
          <w:sz w:val="18"/>
        </w:rPr>
        <w:t>Ideology of Life December 29, 2013 Maulana Wahiduddin Khan · 1m 26s · at 9:28 · https://youtu.be/N5psCFw23MI?t=568</w:t>
      </w:r>
    </w:p>
    <w:p>
      <w:r>
        <w:rPr>
          <w:i/>
        </w:rPr>
        <w:t>“khatam karne ka tareeqa yeh nahin ke aap us ko maarein”</w:t>
      </w:r>
    </w:p>
    <w:p>
      <w:r>
        <w:rPr>
          <w:sz w:val="20"/>
        </w:rPr>
        <w:t>9:28  khatm karne ka tareeqa yeh nahi ke aap is ko marein is aadmi ko. Nahi, aap is ideology ko badlein. Is ka solution jo hai ke is ideology ko badla jaye.</w:t>
      </w:r>
      <w:r>
        <w:br/>
      </w:r>
      <w:r>
        <w:rPr>
          <w:sz w:val="20"/>
        </w:rPr>
        <w:t>9:39  yani system based ideology ko badla jaye. Aur kahein ke Islam jo individual based hai, system based nahi hai. Yani ek individual mein change lana.</w:t>
      </w:r>
      <w:r>
        <w:br/>
      </w:r>
      <w:r>
        <w:rPr>
          <w:sz w:val="20"/>
        </w:rPr>
        <w:t>9:54  ek individual mein change lana is ke andar positive thinking ho, is ke andar peace ka mizaj ho, is ke andar tolerance ho, is ke andar compassion ho, is ke andar love ho.</w:t>
      </w:r>
      <w:r>
        <w:br/>
      </w:r>
      <w:r>
        <w:rPr>
          <w:sz w:val="20"/>
        </w:rPr>
        <w:t>10:07  yeh yeh yeh yeh hai target Islam ka. Yeh nahi ke social level par koi ideal system par qaim karna. Woh kabhi bhi qaim nahi hoga is liye hum is liye ladte rahenge aap.</w:t>
      </w:r>
      <w:r>
        <w:br/>
      </w:r>
      <w:r>
        <w:rPr>
          <w:sz w:val="20"/>
        </w:rPr>
        <w:t>10:16  isi ko mein keh raha hoon ke justified violence. Yeh raaz hai is ka. Kaise himmat padti hai logon ko?</w:t>
      </w:r>
      <w:r>
        <w:br/>
      </w:r>
      <w:r>
        <w:rPr>
          <w:sz w:val="20"/>
        </w:rPr>
        <w:t>10:25  is liye ke un ke paas ideology hai. Is ideology ko to marte rahenge, suicide bombing bhi karte rahenge.</w:t>
      </w:r>
      <w:r>
        <w:br/>
      </w:r>
      <w:r>
        <w:rPr>
          <w:sz w:val="20"/>
        </w:rPr>
        <w:t>10:36  to yeh saada baat nahi hai. Yeh saada baat, yeh simple baat bas wajah hai ke koi yani law and order ka masla nahi hai. Ke kuch student ne agar wahan par protest kiya aur police ne firing kar di, is se problem solve hone wala nahi hai.</w:t>
      </w:r>
    </w:p>
    <w:p>
      <w:pPr>
        <w:pStyle w:val="Heading2"/>
      </w:pPr>
      <w:r>
        <w:t>why a preserved religion still developed corruption</w:t>
      </w:r>
    </w:p>
    <w:p>
      <w:r>
        <w:rPr>
          <w:color w:val="666666"/>
          <w:sz w:val="18"/>
        </w:rPr>
        <w:t>History of Islamic Learning May 14, 2006 Part 2 · 2m 23s · at 8:36 · https://youtu.be/snrt_NRyjLI?t=516</w:t>
      </w:r>
    </w:p>
    <w:p>
      <w:r>
        <w:rPr>
          <w:i/>
        </w:rPr>
        <w:t>“ایک طرف قرآن پریزرو ہے، تو پھر یہ بگاڑ کیوں آیا؟”</w:t>
      </w:r>
    </w:p>
    <w:p>
      <w:r>
        <w:rPr>
          <w:sz w:val="20"/>
        </w:rPr>
        <w:t>8:36  ab yahan par sochne ki baat hai ke aik taraf quran jo hai, preserved hai, islam preserved mazhab hai, to phir yeh bigaar kyun aaya?</w:t>
      </w:r>
      <w:r>
        <w:br/>
      </w:r>
      <w:r>
        <w:rPr>
          <w:sz w:val="20"/>
        </w:rPr>
        <w:t>8:48  koi bhi shakhs soch sakta hai ke jab aap yeh kehtay hain ke islam ka jo text hai, woh apni original form mein aaj bhi preserved hai, to phir islam mein bigaar kahan se aaya?</w:t>
      </w:r>
      <w:r>
        <w:br/>
      </w:r>
      <w:r>
        <w:rPr>
          <w:sz w:val="20"/>
        </w:rPr>
        <w:t>9:00  yeh mein clear karna chahta hoon is baat ko. dekhen, aik hai text aur aik hai interpretation. doosray religion mein aur islam mein yeh farq hai ke doosray religion mein khud text hi mein milawat ho gayi,</w:t>
      </w:r>
      <w:r>
        <w:br/>
      </w:r>
      <w:r>
        <w:rPr>
          <w:sz w:val="20"/>
        </w:rPr>
        <w:t>9:16  khud text mein. ab un ka text jo hai, woh adulterated form mein baqi nahi raha. misaal ke tor par, bible jo hai, woh bohat sari books likhi gayi hain aur aik is tarah ka discipline ban gaya hai, woh higher criticism.</w:t>
      </w:r>
      <w:r>
        <w:br/>
      </w:r>
      <w:r>
        <w:rPr>
          <w:sz w:val="20"/>
        </w:rPr>
        <w:t>9:34  higher criticism bola jata hai in kitabon ke mutalay ke liye, yani yani critical study ke liye.</w:t>
      </w:r>
      <w:r>
        <w:br/>
      </w:r>
      <w:r>
        <w:rPr>
          <w:sz w:val="20"/>
        </w:rPr>
        <w:t>9:41  yeh baat scholars ke darmiyan sabit ho chuki hai, prove ho chuki hai ke bible mein is ke text mein bohat si baatein shamil ho gayi.</w:t>
      </w:r>
      <w:r>
        <w:br/>
      </w:r>
      <w:r>
        <w:rPr>
          <w:sz w:val="20"/>
        </w:rPr>
        <w:t>9:51  yani original text jo tha pehlay, woh ab baqi nahi raha hai. yahi sab mazhabi kitabon mein hua ke khud text hi mein milawat ho gayi.</w:t>
      </w:r>
      <w:r>
        <w:br/>
      </w:r>
      <w:r>
        <w:rPr>
          <w:sz w:val="20"/>
        </w:rPr>
        <w:t>10:02  lekin islam mein kya hua hai ke text to intact, intact hai. interpretation mein logon ne bohat ziyada gadbad ki. yeh</w:t>
      </w:r>
      <w:r>
        <w:br/>
      </w:r>
      <w:r>
        <w:rPr>
          <w:sz w:val="20"/>
        </w:rPr>
        <w:t>10:11  farq hai. is ka matlab yeh hai ke agar aap doosray mazhabon ko un ke original form mein jana janna chahen to aap jaan nahi saktay. kyunke jab text hi mein milawat ho gayi ho to aap kya karogay?</w:t>
      </w:r>
      <w:r>
        <w:br/>
      </w:r>
      <w:r>
        <w:rPr>
          <w:sz w:val="20"/>
        </w:rPr>
        <w:t>10:24  aap nahi kar saktay. lekin islam mein yeh possible hai ke aap</w:t>
      </w:r>
      <w:r>
        <w:br/>
      </w:r>
      <w:r>
        <w:rPr>
          <w:sz w:val="20"/>
        </w:rPr>
        <w:t>10:33  is ke text ko parh kar ke, is pe study kar ke jaan sakain ke islam kya hai.</w:t>
      </w:r>
      <w:r>
        <w:br/>
      </w:r>
      <w:r>
        <w:rPr>
          <w:sz w:val="20"/>
        </w:rPr>
        <w:t>10:38  to islam mein jo bigaar aaya hai, woh bigaar aaya hai interpretation mein. text mein koi bigaar nahi aaya hai.</w:t>
      </w:r>
      <w:r>
        <w:br/>
      </w:r>
      <w:r>
        <w:rPr>
          <w:sz w:val="20"/>
        </w:rPr>
        <w:t>10:51  is pehlu se mein kuch baatein arz karna chahta hoon.</w:t>
      </w:r>
    </w:p>
    <w:p>
      <w:pPr>
        <w:pStyle w:val="Heading2"/>
      </w:pPr>
      <w:r>
        <w:t>Abu Lahab's insult and its real meaning</w:t>
      </w:r>
    </w:p>
    <w:p>
      <w:r>
        <w:rPr>
          <w:color w:val="666666"/>
          <w:sz w:val="18"/>
        </w:rPr>
        <w:t>From The Spiritual Tree December 3, 2006 · 2m 24s · at 12:42 · https://youtu.be/m3JXYXORP5w?t=762</w:t>
      </w:r>
    </w:p>
    <w:p>
      <w:r>
        <w:rPr>
          <w:i/>
        </w:rPr>
        <w:t>“Then Abu Lahab stood and cursed the whole day”</w:t>
      </w:r>
    </w:p>
    <w:p>
      <w:r>
        <w:rPr>
          <w:sz w:val="20"/>
        </w:rPr>
        <w:t>12:42  iske baad yeh hua ke wahan par jo leader tha, iska naam tha abul lahab. asal naam to kuch aur tha lekin yeh naam chal pada tha iska, abul lahab.</w:t>
      </w:r>
      <w:r>
        <w:br/>
      </w:r>
      <w:r>
        <w:rPr>
          <w:sz w:val="20"/>
        </w:rPr>
        <w:t>12:57  to aap ka chacha bhi tha woh, woh rasool Allah ke chacha bhi tha aur wahan ka leader, leader bhi tha wahan ka. to gaya ke woh seedha adamiyat tha audience</w:t>
      </w:r>
      <w:r>
        <w:br/>
      </w:r>
      <w:r>
        <w:rPr>
          <w:sz w:val="20"/>
        </w:rPr>
        <w:t>13:08  mein. to woh khada hua aur khade hokar ke isne kaha,</w:t>
      </w:r>
      <w:r>
        <w:br/>
      </w:r>
      <w:r>
        <w:rPr>
          <w:sz w:val="20"/>
        </w:rPr>
        <w:t>13:18  isne khade hokar rasool Allah se kaha ke "</w:t>
      </w:r>
      <w:r>
        <w:br/>
      </w:r>
      <w:r>
        <w:rPr>
          <w:sz w:val="20"/>
        </w:rPr>
        <w:t>13:28  saara din tumhara khara ho, kya tum ne isi ke liye hum ko bulaya tha?</w:t>
      </w:r>
      <w:r>
        <w:br/>
      </w:r>
      <w:r>
        <w:rPr>
          <w:sz w:val="20"/>
        </w:rPr>
        <w:t>13:39  saara din tumhara khara ho, kya tum ne yahi khabar dene ke liye bulaya tha hum ko ?"</w:t>
      </w:r>
      <w:r>
        <w:br/>
      </w:r>
      <w:r>
        <w:rPr>
          <w:sz w:val="20"/>
        </w:rPr>
        <w:t>13:50  iske maani kiya hue?</w:t>
      </w:r>
      <w:r>
        <w:br/>
      </w:r>
      <w:r>
        <w:rPr>
          <w:sz w:val="20"/>
        </w:rPr>
        <w:t>13:56  ke woh log jante nahi the ke zindagi ko kahan se shuru kiya jaye. aur phir Rab ne bataya ke kahan se shuru kiya jaye.</w:t>
      </w:r>
      <w:r>
        <w:br/>
      </w:r>
      <w:r>
        <w:rPr>
          <w:sz w:val="20"/>
        </w:rPr>
        <w:t>14:08  yani aap ne bataya ke kamyab zindagi ka raaz yeh hai ke tum apne mind ko re engineer karo. tumhara mind jo ab tak dunya mein chal raha tha aur akhirat par nahi chal raha tha,</w:t>
      </w:r>
      <w:r>
        <w:br/>
      </w:r>
      <w:r>
        <w:rPr>
          <w:sz w:val="20"/>
        </w:rPr>
        <w:t>14:24  to tum apne mind ko God oriented mind banao. apni zindagi ko akhirat oriented zindagi banao.</w:t>
      </w:r>
      <w:r>
        <w:br/>
      </w:r>
      <w:r>
        <w:rPr>
          <w:sz w:val="20"/>
        </w:rPr>
        <w:t>14:34  to yeh isko bohat choti si baat lagi.</w:t>
      </w:r>
      <w:r>
        <w:br/>
      </w:r>
      <w:r>
        <w:rPr>
          <w:sz w:val="20"/>
        </w:rPr>
        <w:t>14:38  yeh konsi baat hui ?</w:t>
      </w:r>
      <w:r>
        <w:br/>
      </w:r>
      <w:r>
        <w:rPr>
          <w:sz w:val="20"/>
        </w:rPr>
        <w:t>14:45  yeh baat bohat choti si lagi ke maut ko aur jahannum ko aur aur jannat ko, hashar ko, qayamat ko, ko ko hum apne mind mein rakhein aur aur isko soch kar apni zindagi ki tadbeer karein.</w:t>
      </w:r>
    </w:p>
    <w:p>
      <w:pPr>
        <w:pStyle w:val="Heading2"/>
      </w:pPr>
      <w:r>
        <w:t>What globalization really means: communication built one global village</w:t>
      </w:r>
    </w:p>
    <w:p>
      <w:r>
        <w:rPr>
          <w:color w:val="666666"/>
          <w:sz w:val="18"/>
        </w:rPr>
        <w:t>Journey to a Mediterranean Island November 23, 2008 · 1m 11s · at 18:27 · https://youtu.be/uoOiuhWeSIQ?t=1107</w:t>
      </w:r>
    </w:p>
    <w:p>
      <w:r>
        <w:rPr>
          <w:i/>
        </w:rPr>
        <w:t>“دیکھیں، واٹ از گلوبلائزیشن؟”</w:t>
      </w:r>
    </w:p>
    <w:p>
      <w:r>
        <w:rPr>
          <w:sz w:val="20"/>
        </w:rPr>
        <w:t>18:27  dekhein, what is globalization?</w:t>
      </w:r>
      <w:r>
        <w:br/>
      </w:r>
      <w:r>
        <w:rPr>
          <w:sz w:val="20"/>
        </w:rPr>
        <w:t>18:31  is zamane mein jo nai cheezein paida huien, maslan communication. communication ne poori dunya ko aik aik global village bana diya.</w:t>
      </w:r>
      <w:r>
        <w:br/>
      </w:r>
      <w:r>
        <w:rPr>
          <w:sz w:val="20"/>
        </w:rPr>
        <w:t>18:41  is ka matlab kya hua? ke sari dunya se aap aik country mein hon, aik aik city mein hon, tabhi poori dunya se aap jurr gaye.</w:t>
      </w:r>
      <w:r>
        <w:br/>
      </w:r>
      <w:r>
        <w:rPr>
          <w:sz w:val="20"/>
        </w:rPr>
        <w:t>18:50  aap poori dunya se aap jurr gaye. pehle jo tha, woh land based economy</w:t>
      </w:r>
      <w:r>
        <w:br/>
      </w:r>
      <w:r>
        <w:rPr>
          <w:sz w:val="20"/>
        </w:rPr>
        <w:t>18:58  hoti thi, jahan land hai, wohin par rehte hain, wohin par kheti karte hain. ab woh dobara khatam ho gaya. ab aap dilli mein rahenge aur sari dunya se business karenge.</w:t>
      </w:r>
      <w:r>
        <w:br/>
      </w:r>
      <w:r>
        <w:rPr>
          <w:sz w:val="20"/>
        </w:rPr>
        <w:t>19:08  dilli mein rahenge, sari dunya par ja kar ke aap job mile ga. aap ko dilli mein rahenge aur communication ke zariye aap sari dunya se aap contract bana sakein ge.</w:t>
      </w:r>
      <w:r>
        <w:br/>
      </w:r>
      <w:r>
        <w:rPr>
          <w:sz w:val="20"/>
        </w:rPr>
        <w:t>19:19  yeh sab cheezein to globalization ko negative sense mein lene ki wajah se kya hua? aik bohat bara nuqsaan hua, bohat bara.</w:t>
      </w:r>
      <w:r>
        <w:br/>
      </w:r>
      <w:r>
        <w:rPr>
          <w:sz w:val="20"/>
        </w:rPr>
        <w:t>19:30  yeh jo aaj kal aap sunte honge ke developed world aur underdeveloped world, developed countries aur underdeveloped countries, yeh kya hai?</w:t>
      </w:r>
    </w:p>
    <w:p>
      <w:pPr>
        <w:pStyle w:val="Heading2"/>
      </w:pPr>
      <w:r>
        <w:t>Authenticity of narrations discussed</w:t>
      </w:r>
    </w:p>
    <w:p>
      <w:r>
        <w:rPr>
          <w:color w:val="666666"/>
          <w:sz w:val="18"/>
        </w:rPr>
        <w:t>Lessons from My Journey to Canada II January 10, 2016 · 1m 08s · at 55:20 · https://youtu.be/GHF2Ph3GW7A?t=3320</w:t>
      </w:r>
    </w:p>
    <w:p>
      <w:r>
        <w:rPr>
          <w:i/>
        </w:rPr>
        <w:t>“See, such a narration exists but it is not authentic”</w:t>
      </w:r>
    </w:p>
    <w:p>
      <w:r>
        <w:rPr>
          <w:sz w:val="20"/>
        </w:rPr>
        <w:t>55:20  ? dekhen, aisi riwayat to maujood hai, lekin woh koi authentic baat nahi hai.</w:t>
      </w:r>
      <w:r>
        <w:br/>
      </w:r>
      <w:r>
        <w:rPr>
          <w:sz w:val="20"/>
        </w:rPr>
        <w:t>55:27  bohat sari riwayatein hain, lakhon ki tadad mein, jo authentic nahi hain.</w:t>
      </w:r>
      <w:r>
        <w:br/>
      </w:r>
      <w:r>
        <w:rPr>
          <w:sz w:val="20"/>
        </w:rPr>
        <w:t>55:33  to yeh jo hai, yeh authentic riwayat nahi hai.</w:t>
      </w:r>
      <w:r>
        <w:br/>
      </w:r>
      <w:r>
        <w:rPr>
          <w:sz w:val="20"/>
        </w:rPr>
        <w:t>55:36  woh sab ke liye hai, har haal ke liye hai.</w:t>
      </w:r>
      <w:r>
        <w:br/>
      </w:r>
      <w:r>
        <w:rPr>
          <w:sz w:val="20"/>
        </w:rPr>
        <w:t>55:39  aisa nahi ke koi black magic ho to riwayat zaroorat hai.</w:t>
      </w:r>
      <w:r>
        <w:br/>
      </w:r>
      <w:r>
        <w:rPr>
          <w:sz w:val="20"/>
        </w:rPr>
        <w:t>55:43  har waqt insan shaitan ke jazbe mein hai, har waqt insan</w:t>
      </w:r>
      <w:r>
        <w:br/>
      </w:r>
      <w:r>
        <w:rPr>
          <w:sz w:val="20"/>
        </w:rPr>
        <w:t>55:48  ko insan ko shaitan ke waswase ka samna hai, har waqt.</w:t>
      </w:r>
      <w:r>
        <w:br/>
      </w:r>
      <w:r>
        <w:rPr>
          <w:sz w:val="20"/>
        </w:rPr>
        <w:t>55:55  to black magic ki baat nahi, yeh daily life ki baat hai.</w:t>
      </w:r>
      <w:r>
        <w:br/>
      </w:r>
      <w:r>
        <w:rPr>
          <w:sz w:val="20"/>
        </w:rPr>
        <w:t>55:59  to woh baat sahi nahi hai, lekin yeh aayatein jo hain,</w:t>
      </w:r>
      <w:r>
        <w:br/>
      </w:r>
      <w:r>
        <w:rPr>
          <w:sz w:val="20"/>
        </w:rPr>
        <w:t>56:05  is ke liye utri hain ke hum agar is ko samajh kar parhein to hum shaitan ke waswase</w:t>
      </w:r>
      <w:r>
        <w:br/>
      </w:r>
      <w:r>
        <w:rPr>
          <w:sz w:val="20"/>
        </w:rPr>
        <w:t>56:11  se bach bach kar zindagi guzaren ge, inshallah.</w:t>
      </w:r>
      <w:r>
        <w:br/>
      </w:r>
      <w:r>
        <w:rPr>
          <w:sz w:val="20"/>
        </w:rPr>
        <w:t>56:15  maulana, agla sawal doctor shark ne kiya hai bangalore se, aur unhon ne aap se poocha hai ke</w:t>
      </w:r>
      <w:r>
        <w:br/>
      </w:r>
      <w:r>
        <w:rPr>
          <w:sz w:val="20"/>
        </w:rPr>
        <w:t>56:21  "How should Muslim countries treat non-Muslims living in their countries?</w:t>
      </w:r>
    </w:p>
    <w:p>
      <w:pPr>
        <w:pStyle w:val="Heading2"/>
      </w:pPr>
      <w:r>
        <w:t>Distributing Quran on Eid to neighbors</w:t>
      </w:r>
    </w:p>
    <w:p>
      <w:r>
        <w:rPr>
          <w:color w:val="666666"/>
          <w:sz w:val="18"/>
        </w:rPr>
        <w:t>CPS Women Article Discussion 14 January 8, 2023 · 1m 18s · at 49:46 · https://youtu.be/XVluFGBfxcI?t=2986</w:t>
      </w:r>
    </w:p>
    <w:p>
      <w:r>
        <w:rPr>
          <w:i/>
        </w:rPr>
        <w:t>“तो जो हमारी colony होती है वहां पर मिलना जुलना socializing पर बहुत”</w:t>
      </w:r>
    </w:p>
    <w:p>
      <w:r>
        <w:rPr>
          <w:sz w:val="20"/>
        </w:rPr>
        <w:t>49:46  toh jo hamari colony hoti hai wahan par milna julna socializing par bahut hota hai lekin jo baat hai woh log spiritual baat ko aajkal log pasand nahi karte aur fun ki, entertainment ki baatein zyada, parties hoti hain bahut. toh main bahut zyada wahan koshish kar rahi thi jab wahan rehti thi ki in logon ko kis tarah se quran doon, kis tarah bataoon? baat cut jaati thi aksar toh phir eid hui.</w:t>
      </w:r>
      <w:r>
        <w:br/>
      </w:r>
      <w:r>
        <w:rPr>
          <w:sz w:val="20"/>
        </w:rPr>
        <w:t>50:12  eid ke roz maine seviyan pakayi aur sabke ghar seviyan bheji saath mein quran bheja. mujhe laga yahi ek tareeka hai ki main sabko ek saath pahunch doon aur kyunki meri baat wahan ho nahi pa rahi thi main zyada jaise bhi kuch is tarah ki baat shuru karti thi toh us baat ko khatm kar dete the ya kuch aur baat aa jaati thi. picnic ki baatein, parties ki baatein wahan zyada popular hoti thi.</w:t>
      </w:r>
      <w:r>
        <w:br/>
      </w:r>
      <w:r>
        <w:rPr>
          <w:sz w:val="20"/>
        </w:rPr>
        <w:t>50:37  to main is tarah se bata rahi thi ke hum apne pados mein, apne hisab se kis tarah se logon tak baat ko pahuncha sakte hain, books de sakte hain, quran de sakte hain. to maine example diya ke yeh tareeqa bhi hum apna sakte hain apne padosiyon ke liye. ji. sure. doctor sana se kuch puch lena batayenge? ji ji ji.</w:t>
      </w:r>
      <w:r>
        <w:br/>
      </w:r>
      <w:r>
        <w:rPr>
          <w:sz w:val="20"/>
        </w:rPr>
        <w:t>51:04  haan, doctor sana aap kuch kehna chahti hain? asslam wali to. mali gussa. actually main kya hi kahoon itna sab mujhe to rozi li kuch dekhne ko hi mil jata hai bahut acha acha.</w:t>
      </w:r>
    </w:p>
    <w:p>
      <w:pPr>
        <w:pStyle w:val="Heading2"/>
      </w:pPr>
      <w:r>
        <w:t>Full hadith on fasting and multiplication of deeds</w:t>
      </w:r>
    </w:p>
    <w:p>
      <w:r>
        <w:rPr>
          <w:color w:val="666666"/>
          <w:sz w:val="18"/>
        </w:rPr>
        <w:t>Unlimited Rewards for Devotion to Divine Mission June 8, 2019 - Maulana Wahiduddin Khan · 1m 10s · at 0:14 · https://youtu.be/yA3G5LXomtw?t=14</w:t>
      </w:r>
    </w:p>
    <w:p>
      <w:r>
        <w:rPr>
          <w:i/>
        </w:rPr>
        <w:t>“Bismillah ar-Rahman ar-Rahim wa salla Allah ala Nabi al-Karim”</w:t>
      </w:r>
    </w:p>
    <w:p>
      <w:r>
        <w:rPr>
          <w:sz w:val="20"/>
        </w:rPr>
        <w:t>0:14  bismillah rahman rahim, wa sali allah ala nabiy al-karim. 8 joon 2019.</w:t>
      </w:r>
      <w:r>
        <w:br/>
      </w:r>
      <w:r>
        <w:rPr>
          <w:sz w:val="20"/>
        </w:rPr>
        <w:t>0:27  aaj ek hadith ko le kar kuch baat inshallah kahi jayegi. sab se pehle aap is hadith ko suniye.</w:t>
      </w:r>
      <w:r>
        <w:br/>
      </w:r>
      <w:r>
        <w:rPr>
          <w:sz w:val="20"/>
        </w:rPr>
        <w:t>0:38  an abi huraira radi allah anhu qala: qala rasul allah salallahu alayhi wasallam: «kull amal ibn adam yudaaf, al-hasanat ashru amthalihi ila sab mi at dauf».</w:t>
      </w:r>
      <w:r>
        <w:br/>
      </w:r>
      <w:r>
        <w:rPr>
          <w:sz w:val="20"/>
        </w:rPr>
        <w:t>0:49  qala allah azza wajal: «illa as-sawm fa innahu li, wa ana ajzi bih». yadau shahwatahu wa ta'amahu min ajli. sahih muslim hadith number 1151.</w:t>
      </w:r>
      <w:r>
        <w:br/>
      </w:r>
      <w:r>
        <w:rPr>
          <w:sz w:val="20"/>
        </w:rPr>
        <w:t>1:02  ab huraira radi allah anhu se riwayat hai ke rasul allah salallahu alayhi wasallam ne kaha: «insan ke har amal ko badha diya jata hai, das guna se le kar saat sau guna tak.</w:t>
      </w:r>
      <w:r>
        <w:br/>
      </w:r>
      <w:r>
        <w:rPr>
          <w:sz w:val="20"/>
        </w:rPr>
        <w:t>1:12  allah ta'ala ne kaha: siwaye roze ke, kyunke woh mere liye hai aur main is ka badla doonga. insaan apni khwahishat aur apne khane ko meri wajah se chhodta hai.» dek</w:t>
      </w:r>
    </w:p>
    <w:p>
      <w:pPr>
        <w:pStyle w:val="Heading2"/>
      </w:pPr>
      <w:r>
        <w:t>A clear English Quran as the key modern dawah tool</w:t>
      </w:r>
    </w:p>
    <w:p>
      <w:r>
        <w:rPr>
          <w:color w:val="666666"/>
          <w:sz w:val="18"/>
        </w:rPr>
        <w:t>Journey to a Mediterranean Island November 23, 2008 · 2m 27s · at 55:45 · https://youtu.be/uoOiuhWeSIQ?t=3345</w:t>
      </w:r>
    </w:p>
    <w:p>
      <w:r>
        <w:rPr>
          <w:i/>
        </w:rPr>
        <w:t>“تو میں یہی کہوں گا کہ آپ اس زمانے کو جانیے، اپنے آپ کو جانیے”</w:t>
      </w:r>
    </w:p>
    <w:p>
      <w:r>
        <w:rPr>
          <w:sz w:val="20"/>
        </w:rPr>
        <w:t>55:45  to mein yahi kahunga ke aap is zamane ko janiye, apne aap ko janiye, is mission ko janiye, aaj ke jo scope hain naye, un ko janiye, un ko bharpoor tor par avail kijiye,</w:t>
      </w:r>
      <w:r>
        <w:br/>
      </w:r>
      <w:r>
        <w:rPr>
          <w:sz w:val="20"/>
        </w:rPr>
        <w:t>56:02  bharpoor tor par avail kijiye. is ke liye apne aap ko prepare kijiye. ab jo Allah ke fazl se hamara quran ka trust tayar ho gaya angrezi mein</w:t>
      </w:r>
      <w:r>
        <w:br/>
      </w:r>
      <w:r>
        <w:rPr>
          <w:sz w:val="20"/>
        </w:rPr>
        <w:t>56:14  , woh ek hamare liye ek bohat bara hathiyar hai. jo bhi padhta hai, woh kehta hai ke bhai yeh to khud ko samajh mein aata hai quran. ab tak to jo quran hum padhte the, woh samajh mein nahi aata tha.</w:t>
      </w:r>
      <w:r>
        <w:br/>
      </w:r>
      <w:r>
        <w:rPr>
          <w:sz w:val="20"/>
        </w:rPr>
        <w:t>56:25  mein to translation english ke translation bohat sare chhpe hain, more than a dozen, but sab mein confusion hai, kisi mein clarity nahi hai.</w:t>
      </w:r>
      <w:r>
        <w:br/>
      </w:r>
      <w:r>
        <w:rPr>
          <w:sz w:val="20"/>
        </w:rPr>
        <w:t>56:35  clarity dekhiye, quran jo arabic quran hai, us mein clarity par excelsa hai.</w:t>
      </w:r>
      <w:r>
        <w:br/>
      </w:r>
      <w:r>
        <w:rPr>
          <w:sz w:val="20"/>
        </w:rPr>
        <w:t>56:43  quran jo arabic quran hai, us mein clarity par excelsa hai, lekin jo translation kiye gaye hain english zaban mein, us mein clarity nahi hai. to aadmi padhta aur samajh nahi pata bharpoor tor par,</w:t>
      </w:r>
      <w:r>
        <w:br/>
      </w:r>
      <w:r>
        <w:rPr>
          <w:sz w:val="20"/>
        </w:rPr>
        <w:t>56:56  kyunke Allah ke fazl se jo dars hamara sipah hai, poora poora clarity us ke andar hai. padhte jaiye aur samajhte jaiye, is ko phailaiye, sari dunya</w:t>
      </w:r>
      <w:r>
        <w:br/>
      </w:r>
      <w:r>
        <w:rPr>
          <w:sz w:val="20"/>
        </w:rPr>
        <w:t>57:08  mein is ko phailaiye. mein to samajhta hoon ke jo hadith mein aaya hai ke "word of god" ghar ghar ghar pahunch jayega. ek zamana aayega ke jab "word of god" ghar ghar pahunch jayega, woh yahi hai,</w:t>
      </w:r>
      <w:r>
        <w:br/>
      </w:r>
      <w:r>
        <w:rPr>
          <w:sz w:val="20"/>
        </w:rPr>
        <w:t>57:21  yahi to "word of god" hai. logon ki understandable language mein poori clarity ke sath tayar ho gaya hai.</w:t>
      </w:r>
      <w:r>
        <w:br/>
      </w:r>
      <w:r>
        <w:rPr>
          <w:sz w:val="20"/>
        </w:rPr>
        <w:t>57:30  ek is ka version,</w:t>
      </w:r>
      <w:r>
        <w:br/>
      </w:r>
      <w:r>
        <w:rPr>
          <w:sz w:val="20"/>
        </w:rPr>
        <w:t>57:33  is ko pahuncha ghar pahuncha dijiye internet ke zariye se aur doosre jo zariye hain, un ke zariye se pahuncha dijiye.</w:t>
      </w:r>
      <w:r>
        <w:br/>
      </w:r>
      <w:r>
        <w:rPr>
          <w:sz w:val="20"/>
        </w:rPr>
        <w:t>57:42  aur woh credit aap ko milega, jo credit in logon ke liye likha hua hai, jo "word of god" ko har ghar mein pahuncha de. kaisa ajeeb anokha yeh hai!</w:t>
      </w:r>
      <w:r>
        <w:br/>
      </w:r>
      <w:r>
        <w:rPr>
          <w:sz w:val="20"/>
        </w:rPr>
        <w:t>57:52  ek credit milne wala tha history mein ke "word of god" ko kuch log honge jo ghar ghar pahuncha dein.</w:t>
      </w:r>
      <w:r>
        <w:br/>
      </w:r>
      <w:r>
        <w:rPr>
          <w:sz w:val="20"/>
        </w:rPr>
        <w:t>58:01  to ab zamana aap ko sath de raha hai, aur isi mission ko ke liye uthiye aur "word of god" ko ek ghar mein pahuncha dijiye.</w:t>
      </w:r>
    </w:p>
    <w:p>
      <w:pPr>
        <w:pStyle w:val="Heading2"/>
      </w:pPr>
      <w:r>
        <w:t>Moses' staff-miracle now fulfilled for all through technology</w:t>
      </w:r>
    </w:p>
    <w:p>
      <w:r>
        <w:rPr>
          <w:color w:val="666666"/>
          <w:sz w:val="18"/>
        </w:rPr>
        <w:t>Islam in A New Age March 18, 2012 · 1m 49s · at 15:30 · https://youtu.be/P5hzq_NheY0?t=930</w:t>
      </w:r>
    </w:p>
    <w:p>
      <w:r>
        <w:rPr>
          <w:i/>
        </w:rPr>
        <w:t>“Musa ka asa saanp bana, aaj wahi meter car ban gaya”</w:t>
      </w:r>
    </w:p>
    <w:p>
      <w:r>
        <w:rPr>
          <w:sz w:val="20"/>
        </w:rPr>
        <w:t>15:30  haz</w:t>
      </w:r>
      <w:r>
        <w:br/>
      </w:r>
      <w:r>
        <w:rPr>
          <w:sz w:val="20"/>
        </w:rPr>
        <w:t>15:31  rat moosa alaihi assalam ke hath mein ek lathi thi, ek danda lakri ka. to Allah taala ne un ko ek moajza diya ke woh jab dalte the us ko zameen par, to saanp ban kar rengne lagta tha.</w:t>
      </w:r>
      <w:r>
        <w:br/>
      </w:r>
      <w:r>
        <w:rPr>
          <w:sz w:val="20"/>
        </w:rPr>
        <w:t>15:46  yani meter jo hai, woh move karta tha. aaj technology ke nateejay mein kya hai? bohat baray peemanay par meter move kar raha hai. car ban kar chal raha hai.</w:t>
      </w:r>
      <w:r>
        <w:br/>
      </w:r>
      <w:r>
        <w:rPr>
          <w:sz w:val="20"/>
        </w:rPr>
        <w:t>15:56  hawa jahaz ban kar urr raha hai.</w:t>
      </w:r>
      <w:r>
        <w:br/>
      </w:r>
      <w:r>
        <w:rPr>
          <w:sz w:val="20"/>
        </w:rPr>
        <w:t>15:59  yeh daur aanay wala tha. to moajze ka bohat bara badal Allah taala ne muqaddar kar diya tha insan ke liye.</w:t>
      </w:r>
      <w:r>
        <w:br/>
      </w:r>
      <w:r>
        <w:rPr>
          <w:sz w:val="20"/>
        </w:rPr>
        <w:t>16:10  is ummat ke liye. to moajza to ek shakhs dikha sakta tha. ek shakhs. ab kya hai ke poori poori ummat jo hai, moajze mein shareek hai.</w:t>
      </w:r>
      <w:r>
        <w:br/>
      </w:r>
      <w:r>
        <w:rPr>
          <w:sz w:val="20"/>
        </w:rPr>
        <w:t>16:23  yeh meter us ko le kar dorr raha hai. meter move kar raha hai. motor harkat kar raha hai. meter poora poora karkhana chala raha hai.</w:t>
      </w:r>
      <w:r>
        <w:br/>
      </w:r>
      <w:r>
        <w:rPr>
          <w:sz w:val="20"/>
        </w:rPr>
        <w:t>16:33  to rasool Allah ke zamanay mein jo moajza aana, yeh ailan kiya Allah taala ne ke aap ko moajza nahi aayega. to us mein yeh cheez understood thi ke ab ek super moajza tum ko diya jayega.</w:t>
      </w:r>
      <w:r>
        <w:br/>
      </w:r>
      <w:r>
        <w:rPr>
          <w:sz w:val="20"/>
        </w:rPr>
        <w:t>16:47  ke poora poora meter jo hai, woh tumhare liye moajza ban jayega.</w:t>
      </w:r>
      <w:r>
        <w:br/>
      </w:r>
      <w:r>
        <w:rPr>
          <w:sz w:val="20"/>
        </w:rPr>
        <w:t>16:51  har ummat ke liye mumkin ho jaye ke woh is moajze se hissa paye. kaisi ajeeb baat hai. kaisi ajeeb baat hai.</w:t>
      </w:r>
      <w:r>
        <w:br/>
      </w:r>
      <w:r>
        <w:rPr>
          <w:sz w:val="20"/>
        </w:rPr>
        <w:t>17:04  hum yeh sabit karne mein phansay hue hain ke rasool Allah ko moajza diya gaya. aur Allah taala yeh bata raha hai ke is se bari cheez tum ko di gayi jis mein poori ummat shareek hai.</w:t>
      </w:r>
      <w:r>
        <w:br/>
      </w:r>
      <w:r>
        <w:rPr>
          <w:sz w:val="20"/>
        </w:rPr>
        <w:t>17:14  poori ummat shareek hai is mein. kaisi ajeeb baat hai.</w:t>
      </w:r>
    </w:p>
    <w:p>
      <w:pPr>
        <w:pStyle w:val="Heading2"/>
      </w:pPr>
      <w:r>
        <w:t>The mother bird parable on Allah's mercy</w:t>
      </w:r>
    </w:p>
    <w:p>
      <w:r>
        <w:rPr>
          <w:color w:val="666666"/>
          <w:sz w:val="18"/>
        </w:rPr>
        <w:t>The Living Tradition: Why Hadith Matters in Islam?</w:t>
        <w:br/>
        <w:t>December 8, 2024 · 1m 21s · at 50:59 · https://youtu.be/2w9-vnnJBeY?t=3059</w:t>
      </w:r>
    </w:p>
    <w:p>
      <w:r>
        <w:rPr>
          <w:i/>
        </w:rPr>
        <w:t>“A companion picked up a baby bird on the road”</w:t>
      </w:r>
    </w:p>
    <w:p>
      <w:r>
        <w:rPr>
          <w:sz w:val="20"/>
        </w:rPr>
        <w:t>50:59  aik hadith hai ke Allah ke rasool sallay alaihi wasallam ke zamanay mein aap kahin safar par ja rahay thay apnay ashaab ke sath. to aik sahabi ne rastay mein parinday ke bachay ko dekha, us ko utha</w:t>
      </w:r>
      <w:r>
        <w:br/>
      </w:r>
      <w:r>
        <w:rPr>
          <w:sz w:val="20"/>
        </w:rPr>
        <w:t>51:12  liya, us ne apni god mein rakh liya aur le kar chalay aye jahan par parao dala hua tha. wahan to aur us ke baad us ki maan ayi, parinday bachay ki maan ayi, aur us ne aa kar jo yahan par parao tha, us ke pas aas pas aa kar chahchahana shuru kar diya.</w:t>
      </w:r>
      <w:r>
        <w:br/>
      </w:r>
      <w:r>
        <w:rPr>
          <w:sz w:val="20"/>
        </w:rPr>
        <w:t>51:28  wo talash kar rahi thi apne bachay ko. Allah ke rasool sallay alaihi wasallam ne dekha ke aisay kar raha hai to poocha ke kis ne is ke bachay ko uthaya hai?</w:t>
      </w:r>
      <w:r>
        <w:br/>
      </w:r>
      <w:r>
        <w:rPr>
          <w:sz w:val="20"/>
        </w:rPr>
        <w:t>51:36  to aik sahabi ne kaha: " aey Allah ke rasool! mein ne." to kaha: " jao, is ke bachay ko us ko wapas kar do." phir us ke baad us se Allah ke rasool sallay alaihi wasallam ne aik lesson draw kar ke</w:t>
      </w:r>
      <w:r>
        <w:br/>
      </w:r>
      <w:r>
        <w:rPr>
          <w:sz w:val="20"/>
        </w:rPr>
        <w:t>51:46  bataya. poocha apnay ashaab se ke kya tum is baat ko yaqeen kar sakte ho ke yeh maada parinda jo hai, woh apne bachay ko aag mein daal degi ya us ko maar degi?</w:t>
      </w:r>
      <w:r>
        <w:br/>
      </w:r>
      <w:r>
        <w:rPr>
          <w:sz w:val="20"/>
        </w:rPr>
        <w:t>51:59  ashaab e rasool ne kaha: " nahin." to Allah taala ki rehmat ki taraf ishara karte hue kaha ke Allah taala is se bhi boht ziyada reham dil hai ke woh apne kisi banday ko aag mein dalay.</w:t>
      </w:r>
      <w:r>
        <w:br/>
      </w:r>
      <w:r>
        <w:rPr>
          <w:sz w:val="20"/>
        </w:rPr>
        <w:t>52:10  to hum samajh saktay hain ke Allah ke rasool sallay alaihi wasallam quran mein hum parhtay hain ke Allah arham ul rahimin hai. is ki kitni achi explanation hai is mein.</w:t>
      </w:r>
    </w:p>
    <w:p>
      <w:pPr>
        <w:pStyle w:val="Heading2"/>
      </w:pPr>
      <w:r>
        <w:t>Hadith not personal virtue but historical fact</w:t>
      </w:r>
    </w:p>
    <w:p>
      <w:r>
        <w:rPr>
          <w:color w:val="666666"/>
          <w:sz w:val="18"/>
        </w:rPr>
        <w:t>Prophetic Guidance Aug 13, 2017 · 1m 22s · at 7:03 · https://youtu.be/kRWf11h-acQ?t=423</w:t>
      </w:r>
    </w:p>
    <w:p>
      <w:r>
        <w:rPr>
          <w:i/>
        </w:rPr>
        <w:t>“To aam taur par is hadees ko log lete hain, Nabi ki fazilat ke taur par”</w:t>
      </w:r>
    </w:p>
    <w:p>
      <w:r>
        <w:rPr>
          <w:sz w:val="20"/>
        </w:rPr>
        <w:t>7:03  to aam taur par is hadith ko log lete hain, Nabi ki fazilat ke taur par.</w:t>
      </w:r>
      <w:r>
        <w:br/>
      </w:r>
      <w:r>
        <w:rPr>
          <w:sz w:val="20"/>
        </w:rPr>
        <w:t>7:13  Nabi ki fazilat ke taur par. main sochta raha, sochta raha. to maine socha, meri samajh mein aaya ke ummat kitni badi bhool mein mubtala hai.</w:t>
      </w:r>
      <w:r>
        <w:br/>
      </w:r>
      <w:r>
        <w:rPr>
          <w:sz w:val="20"/>
        </w:rPr>
        <w:t>7:29  sari ummat kitni badi bhool mein mubtala hai. dekhiye, Rasool Allah ne jo baatein kahi hain, woh sab ki sab azma ke taur par hain,</w:t>
      </w:r>
      <w:r>
        <w:br/>
      </w:r>
      <w:r>
        <w:rPr>
          <w:sz w:val="20"/>
        </w:rPr>
        <w:t>7:44  fazilat ke taur par nahi. baad ke logon ne is ko fazilat ke haal mein daal diya. warna wahan kaha tha, "laqad kana lakum fi Rasool Allah".</w:t>
      </w:r>
      <w:r>
        <w:br/>
      </w:r>
      <w:r>
        <w:rPr>
          <w:sz w:val="20"/>
        </w:rPr>
        <w:t>7:59  fazilat ki baat na Quran mein hai, na hadith mein hai. woh sirf azma ki baat hai. to yeh sari baatein jo hain, azma ke mani mein,</w:t>
      </w:r>
      <w:r>
        <w:br/>
      </w:r>
      <w:r>
        <w:rPr>
          <w:sz w:val="20"/>
        </w:rPr>
        <w:t>8:13  example ke mani mein, ek historical fact ke mani mein, woh kisi ek fard ki fazilat ke mani mein nahi hain.</w:t>
      </w:r>
    </w:p>
    <w:p>
      <w:pPr>
        <w:pStyle w:val="Heading2"/>
      </w:pPr>
      <w:r>
        <w:t>hadith: the pampered man forgets all his past comfort</w:t>
      </w:r>
    </w:p>
    <w:p>
      <w:r>
        <w:rPr>
          <w:color w:val="666666"/>
          <w:sz w:val="18"/>
        </w:rPr>
        <w:t>From The Spiritual Tree December 3, 2006 · 2m 32s · at 2:08:38 · https://youtu.be/m3JXYXORP5w?t=7718</w:t>
      </w:r>
    </w:p>
    <w:p>
      <w:r>
        <w:rPr>
          <w:i/>
        </w:rPr>
        <w:t>“Two men will be brought forward on Judgment Day”</w:t>
      </w:r>
    </w:p>
    <w:p>
      <w:r>
        <w:rPr>
          <w:sz w:val="20"/>
        </w:rPr>
        <w:t>2:08:38  koi is ka importance nahi hai, kyunke aap dunya mein achha bana aayein, aur us ke baad wahan hell bhejayein. To bataiye, kya hua? Hadees mein aata hai ke ek aadmi, do aadmi laye jayenge wahan.</w:t>
      </w:r>
      <w:r>
        <w:br/>
      </w:r>
      <w:r>
        <w:rPr>
          <w:sz w:val="20"/>
        </w:rPr>
        <w:t>2:08:51  ek aadmi woh laye jayega jis ko dunya ki har har comfort mila hoga. Sab se zyada jis ko dunya ka comfort mila hoga, woh laye jayega,</w:t>
      </w:r>
      <w:r>
        <w:br/>
      </w:r>
      <w:r>
        <w:rPr>
          <w:sz w:val="20"/>
        </w:rPr>
        <w:t>2:09:05  aur aur sari umar us ne aaram hi aaram kiya hoga. To us ko hell mein le jayega, sirf dikhane ke liye.</w:t>
      </w:r>
      <w:r>
        <w:br/>
      </w:r>
      <w:r>
        <w:rPr>
          <w:sz w:val="20"/>
        </w:rPr>
        <w:t>2:09:16  andardijakarjabwahdekhega, ispehjabpuchhajayegausko kehkiyadunyamaintumnekabhiaramuthayahai? Koikahgegahi,kabhiaramnahinuthaya.main sab bhooljayegawoh.yani ek ek mominka tajurbajwohai, pichli zindaghibhula dega.</w:t>
      </w:r>
      <w:r>
        <w:br/>
      </w:r>
      <w:r>
        <w:rPr>
          <w:sz w:val="20"/>
        </w:rPr>
        <w:t>2:09:35  aur main samajhtahoonkeh yeh bilkul scientific hai.</w:t>
      </w:r>
      <w:r>
        <w:br/>
      </w:r>
      <w:r>
        <w:rPr>
          <w:sz w:val="20"/>
        </w:rPr>
        <w:t>2:09:39  mainnekhud aiseaadmi kodikhahai kehbahutihiarammainthi,uski zindagithi. Iskebaad woh ittifaqse aagmainpad gaya, girpada, auriskebaad jal gaya, phurbhi zindabacha.</w:t>
      </w:r>
      <w:r>
        <w:br/>
      </w:r>
      <w:r>
        <w:rPr>
          <w:sz w:val="20"/>
        </w:rPr>
        <w:t>2:09:52  to iskebaad wohkethatha, aisa hi baatboltatha kehjaisekehaskokabhiaramkakabhi dekhahinain. Usne aaram aise hi mar gaya. Woh to dunyaka aaram jwohai, ek sakhtobhulabhooljatay aadmi ko. Agar wohtakleefpad jaye, aage</w:t>
      </w:r>
      <w:r>
        <w:br/>
      </w:r>
      <w:r>
        <w:rPr>
          <w:sz w:val="20"/>
        </w:rPr>
        <w:t>2:10:09  aisanahi keh woharamapko roz roz yaadra</w:t>
      </w:r>
      <w:r>
        <w:br/>
      </w:r>
      <w:r>
        <w:rPr>
          <w:sz w:val="20"/>
        </w:rPr>
        <w:t>2:10:21  khatekhaterahkephir khatam. To basic baat yeh hai keh yahanpar sochneki baat hai keh kiya yeh concept sahihai keh dunyamain temporary life hai hamari, eternal life mautkebaadhai?</w:t>
      </w:r>
      <w:r>
        <w:br/>
      </w:r>
      <w:r>
        <w:rPr>
          <w:sz w:val="20"/>
        </w:rPr>
        <w:t>2:10:34  koisawaliyahanhai keh aadmi yatumanay, yatuyahan rejectkarey.</w:t>
      </w:r>
      <w:r>
        <w:br/>
      </w:r>
      <w:r>
        <w:rPr>
          <w:sz w:val="20"/>
        </w:rPr>
        <w:t>2:10:38  baqijokartehain, wohto yanijojojoo irrelevant point hai, wahanse shuru kartehain. Woh ya jo irrelevant point hai, woh wohanse apni baatko shuru kartehain. Sochna woh woh galat hai. Woh</w:t>
      </w:r>
      <w:r>
        <w:br/>
      </w:r>
      <w:r>
        <w:rPr>
          <w:sz w:val="20"/>
        </w:rPr>
        <w:t>2:10:57  yani agar yeh manliyajaye keh aajkidunya aaj temporary hai, aur eternal life mautkebaad aanewali hai, to sabkuchh yeh sab philosophy bekar rahtihai.</w:t>
      </w:r>
    </w:p>
    <w:p>
      <w:pPr>
        <w:pStyle w:val="Heading2"/>
      </w:pPr>
      <w:r>
        <w:t>modern culture that treats criticism as taboo, blocking learning</w:t>
      </w:r>
    </w:p>
    <w:p>
      <w:r>
        <w:rPr>
          <w:color w:val="666666"/>
          <w:sz w:val="18"/>
        </w:rPr>
        <w:t>Modesty and Arrogance January 31, 2008 · 2m 23s · at 33:42 · https://youtu.be/8EHBmsIAF_Q?t=2022</w:t>
      </w:r>
    </w:p>
    <w:p>
      <w:r>
        <w:rPr>
          <w:i/>
        </w:rPr>
        <w:t>“I heard a program on the radio once”</w:t>
      </w:r>
    </w:p>
    <w:p>
      <w:r>
        <w:rPr>
          <w:sz w:val="20"/>
        </w:rPr>
        <w:t>33:42  mein ne ek ek program suna radio par to bachche the kisi ghar mein, wahan koi aaya</w:t>
      </w:r>
      <w:r>
        <w:br/>
      </w:r>
      <w:r>
        <w:rPr>
          <w:sz w:val="20"/>
        </w:rPr>
        <w:t>33:54  to is ne kuch toka kisi baat par. hai mere bachchon ko aisa mat kaho, yeh to aap mujh ko demoralize kar denge.</w:t>
      </w:r>
      <w:r>
        <w:br/>
      </w:r>
      <w:r>
        <w:rPr>
          <w:sz w:val="20"/>
        </w:rPr>
        <w:t>34:05  mein khud apna aik tajruba batata hoon.</w:t>
      </w:r>
      <w:r>
        <w:br/>
      </w:r>
      <w:r>
        <w:rPr>
          <w:sz w:val="20"/>
        </w:rPr>
        <w:t>34:08  bohat din ki baat hai, mein aik sahib se milne ke liye gaya un ke ghar par. un ka aik beta tha, chhota tha abhi. to aik bartan mein kuch rakha hua tha,</w:t>
      </w:r>
      <w:r>
        <w:br/>
      </w:r>
      <w:r>
        <w:rPr>
          <w:sz w:val="20"/>
        </w:rPr>
        <w:t>34:23  kuch woh khane peene ki cheez, sokhi galla waghera tha, koi aisa kuch. to bachcha aise hila hila kar ke us ko gira raha tha idhar udhar.</w:t>
      </w:r>
      <w:r>
        <w:br/>
      </w:r>
      <w:r>
        <w:rPr>
          <w:sz w:val="20"/>
        </w:rPr>
        <w:t>34:34  to maine us ko mana kiya ke bhai yeh yeh dana hai, aap daane ko gira rahe hain. to baap ne kaha nahi nahi, mere bachche ko mana mat kijiye, us se uska dil toot jayega,</w:t>
      </w:r>
      <w:r>
        <w:br/>
      </w:r>
      <w:r>
        <w:rPr>
          <w:sz w:val="20"/>
        </w:rPr>
        <w:t>34:50  us se woh de-moralize ho jayega. to aaj kal ke zamane mein mein dekhta hoon ke logon ne criticism ko taboo bana liya.</w:t>
      </w:r>
      <w:r>
        <w:br/>
      </w:r>
      <w:r>
        <w:rPr>
          <w:sz w:val="20"/>
        </w:rPr>
        <w:t>35:00  taboo</w:t>
      </w:r>
      <w:r>
        <w:br/>
      </w:r>
      <w:r>
        <w:rPr>
          <w:sz w:val="20"/>
        </w:rPr>
        <w:t>35:02  woh chahte hain ke hum ko achhi achhi baatein sunne ko milein, praise sunne ko mile, aisi baat mile jis se hamare organs ko feed kar rahi ho.</w:t>
      </w:r>
      <w:r>
        <w:br/>
      </w:r>
      <w:r>
        <w:rPr>
          <w:sz w:val="20"/>
        </w:rPr>
        <w:t>35:13  ab zahir hai ke aisi halat mein un ka learning process kahan se chalega? kuch bhi nahi seekh payenge woh.</w:t>
      </w:r>
      <w:r>
        <w:br/>
      </w:r>
      <w:r>
        <w:rPr>
          <w:sz w:val="20"/>
        </w:rPr>
        <w:t>35:23  institutes jeete hain, institutes marte hain. intellectual development in ka ruka rehta hai,</w:t>
      </w:r>
      <w:r>
        <w:br/>
      </w:r>
      <w:r>
        <w:rPr>
          <w:sz w:val="20"/>
        </w:rPr>
        <w:t>35:33  in ka intellectual development ruka rehta hai.</w:t>
      </w:r>
      <w:r>
        <w:br/>
      </w:r>
      <w:r>
        <w:rPr>
          <w:sz w:val="20"/>
        </w:rPr>
        <w:t>35:39  to sahi maano mein dekhein to organ culture jo hai, woh koi culture nahi hai. jo culture hai sahi, woh hai modesty culture.</w:t>
      </w:r>
      <w:r>
        <w:br/>
      </w:r>
      <w:r>
        <w:rPr>
          <w:sz w:val="20"/>
        </w:rPr>
        <w:t>35:53  modesty hai to sab kuch hai, modesty nahi hai to kuch bhi nahi hai.</w:t>
      </w:r>
    </w:p>
    <w:p>
      <w:pPr>
        <w:pStyle w:val="Heading2"/>
      </w:pPr>
      <w:r>
        <w:t>Removing hadith destroys Islam's history</w:t>
      </w:r>
    </w:p>
    <w:p>
      <w:r>
        <w:rPr>
          <w:color w:val="666666"/>
          <w:sz w:val="18"/>
        </w:rPr>
        <w:t>Wisdom of Hadith February 23, 2014 · 1m 34s · at 13:28 · https://youtu.be/8GZmhBU-LwE?t=808</w:t>
      </w:r>
    </w:p>
    <w:p>
      <w:r>
        <w:rPr>
          <w:i/>
        </w:rPr>
        <w:t>“Agar aap hadith ko hazf karein to jaante hain kya hai”</w:t>
      </w:r>
    </w:p>
    <w:p>
      <w:r>
        <w:rPr>
          <w:sz w:val="20"/>
        </w:rPr>
        <w:t>13:28  yahan tak ke woh hum tak pahunch gaya. agar aap hadith ko hadaf karein to jante hain kya hai? Quran bhi hadaf Muhammad bhi hadaf sab kuch hadaf.</w:t>
      </w:r>
      <w:r>
        <w:br/>
      </w:r>
      <w:r>
        <w:rPr>
          <w:sz w:val="20"/>
        </w:rPr>
        <w:t>13:36  kyun ke sab Myth ban jayega. Abstract ban jayega. jaisa bana hua. jitne bhi peghambar hain Including Hazrat Masih jab sab ki sab kahaniyan hain.</w:t>
      </w:r>
      <w:r>
        <w:br/>
      </w:r>
      <w:r>
        <w:rPr>
          <w:sz w:val="20"/>
        </w:rPr>
        <w:t>13:50  Myth hain. aqeeday hain. tareekh nahin hai.</w:t>
      </w:r>
      <w:r>
        <w:br/>
      </w:r>
      <w:r>
        <w:rPr>
          <w:sz w:val="20"/>
        </w:rPr>
        <w:t>13:55  isi liye Doctor Nashri Doctor Nashri Khan Chehlubadiya bohat bara Scholar tha Hindu Scholar is ki kitaben padhin. to sare nabiyon ke bare mein padha padha padha malwah ke sab nabi to Myth hain.</w:t>
      </w:r>
      <w:r>
        <w:br/>
      </w:r>
      <w:r>
        <w:rPr>
          <w:sz w:val="20"/>
        </w:rPr>
        <w:t>14:09  sirf aqeedah hain. koi Historical Base nahin hai in ko. kaise hum yaqeen karein? kaise yaqeen karein ke yeh yeh peghambar the?</w:t>
      </w:r>
      <w:r>
        <w:br/>
      </w:r>
      <w:r>
        <w:rPr>
          <w:sz w:val="20"/>
        </w:rPr>
        <w:t>14:19  aakhir mein rasool Allah sal Allah alih wasalam ko padha is ne. to is ne kitab likhi aur Islam qabool kar liya. to woh kehta hai ke oh</w:t>
      </w:r>
      <w:r>
        <w:br/>
      </w:r>
      <w:r>
        <w:rPr>
          <w:sz w:val="20"/>
        </w:rPr>
        <w:t>14:27  What are you leave to find after all a truly historical Prophet to believe in؟</w:t>
      </w:r>
      <w:r>
        <w:br/>
      </w:r>
      <w:r>
        <w:rPr>
          <w:sz w:val="20"/>
        </w:rPr>
        <w:t>14:36  to yeh jo rasool Allah ko yeh tareekhi hasiyat mili kaise mili hai? in hadithon ke zariye to mili hai. hadithen jo hain woh Historical Record hain Quran ka rasool Allah ka Islam ka.</w:t>
      </w:r>
      <w:r>
        <w:br/>
      </w:r>
      <w:r>
        <w:rPr>
          <w:sz w:val="20"/>
        </w:rPr>
        <w:t>14:51  hadith ko aap hadaf kar dein to Islam ki History hadaf hai. phir to na Quran hai na hadith hai na Islam hai na kuch hai na kuch hai. ek Myth hai bas.</w:t>
      </w:r>
    </w:p>
    <w:p>
      <w:pPr>
        <w:pStyle w:val="Heading2"/>
      </w:pPr>
      <w:r>
        <w:t>Hadith of the rain shows this ummah's future improves</w:t>
      </w:r>
    </w:p>
    <w:p>
      <w:r>
        <w:rPr>
          <w:color w:val="666666"/>
          <w:sz w:val="18"/>
        </w:rPr>
        <w:t>Islam in A New Age March 18, 2012 · 1m 24s · at 1:32 · https://youtu.be/P5hzq_NheY0?t=92</w:t>
      </w:r>
    </w:p>
    <w:p>
      <w:r>
        <w:rPr>
          <w:i/>
        </w:rPr>
        <w:t>“Mithl al-mu'min ka mithl al-matar — hadith of the rain”</w:t>
      </w:r>
    </w:p>
    <w:p>
      <w:r>
        <w:rPr>
          <w:sz w:val="20"/>
        </w:rPr>
        <w:t>1:32  dekhiye, Rasool Allah sal Allah alaihi wasallam ki ek hadith hai jo Tirmizi mein aur doosri hadith ki kai kitabon mein aayi hai.</w:t>
      </w:r>
      <w:r>
        <w:br/>
      </w:r>
      <w:r>
        <w:rPr>
          <w:sz w:val="20"/>
        </w:rPr>
        <w:t>1:45  is ke alfaaz yeh hain: "مثل المؤمن كمثل المطر، لا يدرى أوله خير أم آخره" ۔</w:t>
      </w:r>
      <w:r>
        <w:br/>
      </w:r>
      <w:r>
        <w:rPr>
          <w:sz w:val="20"/>
        </w:rPr>
        <w:t>2:00  meri ummat ki misaal barish jaisi hai. Nahi maloom ke is ka pehla hissa behtar hoga ya doosra hissa.</w:t>
      </w:r>
      <w:r>
        <w:br/>
      </w:r>
      <w:r>
        <w:rPr>
          <w:sz w:val="20"/>
        </w:rPr>
        <w:t>2:09  dekhiye, yeh ek usloob hai kehne ka. Yeh shubha ki baat nahi hai. Is ka matlab hai ke agla hissa zyada behtar hoga.</w:t>
      </w:r>
      <w:r>
        <w:br/>
      </w:r>
      <w:r>
        <w:rPr>
          <w:sz w:val="20"/>
        </w:rPr>
        <w:t>2:21  kyunke barish jab aati hai toh shuru mein toh kuch cheezein ugti hain, lekin baad ko toh bargi fasal lehlati hai.</w:t>
      </w:r>
      <w:r>
        <w:br/>
      </w:r>
      <w:r>
        <w:rPr>
          <w:sz w:val="20"/>
        </w:rPr>
        <w:t>2:29  bagh aur khet lehle uthte hain. Toh yeh maloom baat hai ke barish ka agla hissa zyada behtar hota. Aisa kabhi nahi ho sakta ke barish ka agla hissa jo hai zyada behtar na ho.</w:t>
      </w:r>
      <w:r>
        <w:br/>
      </w:r>
      <w:r>
        <w:rPr>
          <w:sz w:val="20"/>
        </w:rPr>
        <w:t>2:45  toh barish ki misaal de kar Rasool Allah sal Allah alaihi wasallam ne mutayyan kar diya ke is ummat ka agla hissa zyada behtar hoga. Dekhiye, yeh ummat ki fazilat nahi hai.</w:t>
      </w:r>
    </w:p>
    <w:p>
      <w:pPr>
        <w:pStyle w:val="Heading2"/>
      </w:pPr>
      <w:r>
        <w:t>Women's contribution to preserving Hadith</w:t>
      </w:r>
    </w:p>
    <w:p>
      <w:r>
        <w:rPr>
          <w:color w:val="666666"/>
          <w:sz w:val="18"/>
        </w:rPr>
        <w:t>The Living Tradition: Why Hadith Matters in Islam?</w:t>
        <w:br/>
        <w:t>December 8, 2024 · 1m 21s · at 56:32 · https://youtu.be/2w9-vnnJBeY?t=3392</w:t>
      </w:r>
    </w:p>
    <w:p>
      <w:r>
        <w:rPr>
          <w:i/>
        </w:rPr>
        <w:t>“What was women's contribution to preserving Hadith?”</w:t>
      </w:r>
    </w:p>
    <w:p>
      <w:r>
        <w:rPr>
          <w:sz w:val="20"/>
        </w:rPr>
        <w:t>56:32  is ke baad agla sawal hai woh yeh ke hadith ke irshad mein, hadith ki hifazat mein auraton ka contribution kya hai?</w:t>
      </w:r>
      <w:r>
        <w:br/>
      </w:r>
      <w:r>
        <w:rPr>
          <w:sz w:val="20"/>
        </w:rPr>
        <w:t>56:44  asal mein arbon mein to auratein bilkul azaad theen.</w:t>
      </w:r>
      <w:r>
        <w:br/>
      </w:r>
      <w:r>
        <w:rPr>
          <w:sz w:val="20"/>
        </w:rPr>
        <w:t>56:49  rasool Allah sal-lal-lahu alaihi wasallam ke sath masjid mein namaz padhti theen, sermon sunti theen, battlefield mein jaati theen. to har tarah se woh azaad theen. ab yahi hai ke jis ke andar jitni salahiyat thi, us ke hisab se woh apni learning kar raha tha.</w:t>
      </w:r>
      <w:r>
        <w:br/>
      </w:r>
      <w:r>
        <w:rPr>
          <w:sz w:val="20"/>
        </w:rPr>
        <w:t>57:03  bas yeh hai ke auraton ko baad baad mein bhi auraton ne bohat kaam kiya hai, lekin woh itna record mein nahi aati theen. to is wajah se logon ko lagta hai ke auraton ne kaam kam kiya hai.</w:t>
      </w:r>
      <w:r>
        <w:br/>
      </w:r>
      <w:r>
        <w:rPr>
          <w:sz w:val="20"/>
        </w:rPr>
        <w:t>57:14  ek hain doctor Muhammad Akram Nadvi, to unhone ek bohat zakhim kitaab likhi hai. to is mein aurat ka contribution, auraton ka contribution, aur unhone tafsir mein kya kiya, unhone contribute kiya hai.</w:t>
      </w:r>
      <w:r>
        <w:br/>
      </w:r>
      <w:r>
        <w:rPr>
          <w:sz w:val="20"/>
        </w:rPr>
        <w:t>57:29  to woh unhone bohat detail mein, unhone research work ki haisiyat se is ko likha hai. to bohat sare kaam kiye hain. aur Maulana ne khatoon Islam aur aurat mein hamare insaniyat mein bohat sare hawale diye hain ke auraton ne jo kaam kiye hain.</w:t>
      </w:r>
      <w:r>
        <w:br/>
      </w:r>
      <w:r>
        <w:rPr>
          <w:sz w:val="20"/>
        </w:rPr>
        <w:t>57:44  is se aaj satah mein bhi bataya gaya hai ke riwayat karne wali sahabi'aat ki tadad taqreeban 115 hai.</w:t>
      </w:r>
    </w:p>
    <w:p>
      <w:pPr>
        <w:pStyle w:val="Heading2"/>
      </w:pPr>
      <w:r>
        <w:t>Plato, Marx and Indian leaders chose wrong priorities</w:t>
      </w:r>
    </w:p>
    <w:p>
      <w:r>
        <w:rPr>
          <w:color w:val="666666"/>
          <w:sz w:val="18"/>
        </w:rPr>
        <w:t>From The Spiritual Tree December 3, 2006 · 2m 33s · at 2:25 · https://youtu.be/m3JXYXORP5w?t=145</w:t>
      </w:r>
    </w:p>
    <w:p>
      <w:r>
        <w:rPr>
          <w:i/>
        </w:rPr>
        <w:t>“Look at Plato — where did he start?”</w:t>
      </w:r>
    </w:p>
    <w:p>
      <w:r>
        <w:rPr>
          <w:sz w:val="20"/>
        </w:rPr>
        <w:t>2:25  yeh poori historic ma'amla hai. misaal ke taur par Plato jo tha, us ne kahan se shuru kiya?</w:t>
      </w:r>
      <w:r>
        <w:br/>
      </w:r>
      <w:r>
        <w:rPr>
          <w:sz w:val="20"/>
        </w:rPr>
        <w:t>2:33  ek philosopher king banane se. woh samajhta tha ke philosopher king banana, "here the starting point". lekin aap jante hain ke Plato jo hai, frustration mein mara.</w:t>
      </w:r>
      <w:r>
        <w:br/>
      </w:r>
      <w:r>
        <w:rPr>
          <w:sz w:val="20"/>
        </w:rPr>
        <w:t>2:50  uska jo plan tha, woh kuch bhi, kuch bhi realize na ho saka. is ka matlab hai ke starting point hi galat tha uska.</w:t>
      </w:r>
      <w:r>
        <w:br/>
      </w:r>
      <w:r>
        <w:rPr>
          <w:sz w:val="20"/>
        </w:rPr>
        <w:t>3:03  aise hi aap dekhiye, carl marx ne starting point yeh banaya ke logon se property chheen lo, inko state ke control mein de do .</w:t>
      </w:r>
      <w:r>
        <w:br/>
      </w:r>
      <w:r>
        <w:rPr>
          <w:sz w:val="20"/>
        </w:rPr>
        <w:t>3:19  lekin kya hua ? 75 saal tak yeh tajurba kiya gaya, 25 million insaan maar daale gaye, aur no result.</w:t>
      </w:r>
      <w:r>
        <w:br/>
      </w:r>
      <w:r>
        <w:rPr>
          <w:sz w:val="20"/>
        </w:rPr>
        <w:t>3:32  is maani hi yahan bhi wahi baat hai ke isne jis cheez ko priority di, woh sahi nahi thi. woh false priority thi.</w:t>
      </w:r>
      <w:r>
        <w:br/>
      </w:r>
      <w:r>
        <w:rPr>
          <w:sz w:val="20"/>
        </w:rPr>
        <w:t>3:46  hamare apne desh mein dekhiye, hamare leaders ne yeh samjha ke british rule ko khatm karo toh bas yahan ganga aur jamna mein sona chandi behne lagega.</w:t>
      </w:r>
      <w:r>
        <w:br/>
      </w:r>
      <w:r>
        <w:rPr>
          <w:sz w:val="20"/>
        </w:rPr>
        <w:t>3:59  yeh hua , lekin nateeja kuch nahi .</w:t>
      </w:r>
      <w:r>
        <w:br/>
      </w:r>
      <w:r>
        <w:rPr>
          <w:sz w:val="20"/>
        </w:rPr>
        <w:t>4:03  toh yahan bhi dekhiye, wohi kaam kar raha hai, false priority ko apni priority banana. main samajhta hoon ke poori zindagi mein sabse important part yeh hai ke aap yeh jaanein ke "from where to begin".</w:t>
      </w:r>
      <w:r>
        <w:br/>
      </w:r>
      <w:r>
        <w:rPr>
          <w:sz w:val="20"/>
        </w:rPr>
        <w:t>4:24  bahut arsa hua, main ek safar mein tha arab mein, ek sheikh ne yeh baat kahi thi ke sabse bahut padha likha aadmi tha woh, ke sabse pehla sawal toh yeh hai ke "min ayna nabda" kahan se shuru karein?</w:t>
      </w:r>
      <w:r>
        <w:br/>
      </w:r>
      <w:r>
        <w:rPr>
          <w:sz w:val="20"/>
        </w:rPr>
        <w:t>4:42  toh "from where to begin" sabse pehla masla hota hai.</w:t>
      </w:r>
      <w:r>
        <w:br/>
      </w:r>
      <w:r>
        <w:rPr>
          <w:sz w:val="20"/>
        </w:rPr>
        <w:t>4:49  aur main samajhta hoon ke poori history mein insaan isko na jaan saka ke priority kis cheez ko deni hai.</w:t>
      </w:r>
    </w:p>
    <w:p>
      <w:pPr>
        <w:pStyle w:val="Heading2"/>
      </w:pPr>
      <w:r>
        <w:t>Take up da'wah work alone with an 'I will do it' spirit</w:t>
      </w:r>
    </w:p>
    <w:p>
      <w:r>
        <w:rPr>
          <w:color w:val="666666"/>
          <w:sz w:val="18"/>
        </w:rPr>
        <w:t>Islam in A New Age March 18, 2012 · 1m 45s · at 53:43 · https://youtu.be/P5hzq_NheY0?t=3223</w:t>
      </w:r>
    </w:p>
    <w:p>
      <w:r>
        <w:rPr>
          <w:i/>
        </w:rPr>
        <w:t>“Koi nahi karta to main karunga — I will do it”</w:t>
      </w:r>
    </w:p>
    <w:p>
      <w:r>
        <w:rPr>
          <w:sz w:val="20"/>
        </w:rPr>
        <w:t>53:43  bada bada hausla jo hai is se bhi mahroom</w:t>
      </w:r>
      <w:r>
        <w:br/>
      </w:r>
      <w:r>
        <w:rPr>
          <w:sz w:val="20"/>
        </w:rPr>
        <w:t>53:48  to yeh baatein mein is liye kar raha hoon ke aap log jo Allah ke fazl se yani</w:t>
      </w:r>
      <w:r>
        <w:br/>
      </w:r>
      <w:r>
        <w:rPr>
          <w:sz w:val="20"/>
        </w:rPr>
        <w:t>53:53  jin ko ke yeh samajh hasil hui hai ke woh jaanen naye daur ki ahmiyat ko aur dawat</w:t>
      </w:r>
      <w:r>
        <w:br/>
      </w:r>
      <w:r>
        <w:rPr>
          <w:sz w:val="20"/>
        </w:rPr>
        <w:t>54:00  Allah ki ahmiyat ko</w:t>
      </w:r>
      <w:r>
        <w:br/>
      </w:r>
      <w:r>
        <w:rPr>
          <w:sz w:val="20"/>
        </w:rPr>
        <w:t>54:04  to aap logon ke andar yeh yeh hausla paida ho ke aap ko</w:t>
      </w:r>
      <w:r>
        <w:br/>
      </w:r>
      <w:r>
        <w:rPr>
          <w:sz w:val="20"/>
        </w:rPr>
        <w:t>54:09  aap ko yeh kaam karna hai</w:t>
      </w:r>
      <w:r>
        <w:br/>
      </w:r>
      <w:r>
        <w:rPr>
          <w:sz w:val="20"/>
        </w:rPr>
        <w:t>54:13  yani I, jin ko mein ne ek waqt to kaha tha ke I will do it ki spirits le kar agay barhna hai aap ko. yani koi nahi karta to mein mein karoon ga yeh kaam.</w:t>
      </w:r>
      <w:r>
        <w:br/>
      </w:r>
      <w:r>
        <w:rPr>
          <w:sz w:val="20"/>
        </w:rPr>
        <w:t>54:23  koi nahi karta to mein koi mujhe karna hai. I will do it. yani hakoomatein nahi karti, jamaatein nahi karti, tanzeemein nahi karti, log nahi karte to na karein.</w:t>
      </w:r>
      <w:r>
        <w:br/>
      </w:r>
      <w:r>
        <w:rPr>
          <w:sz w:val="20"/>
        </w:rPr>
        <w:t>54:33  I will do it. is is spirit ke saath aap ko agay barhna hai. doosray nahi karte to na karein</w:t>
      </w:r>
      <w:r>
        <w:br/>
      </w:r>
      <w:r>
        <w:rPr>
          <w:sz w:val="20"/>
        </w:rPr>
        <w:t>54:42  mujhe kar dalna hai is kaam ko. is liye yeh baatein mein aap se keh raha hoon. to naye daur ko samjhiye.</w:t>
      </w:r>
      <w:r>
        <w:br/>
      </w:r>
      <w:r>
        <w:rPr>
          <w:sz w:val="20"/>
        </w:rPr>
        <w:t>54:54  naye daur ke ke jo naye mawaqe khule hain, un ko janiye. aur</w:t>
      </w:r>
      <w:r>
        <w:br/>
      </w:r>
      <w:r>
        <w:rPr>
          <w:sz w:val="20"/>
        </w:rPr>
        <w:t>55:04  Allah taala ne jo aap ko lamha diya hai, is lamhe ko istemal kijiye.</w:t>
      </w:r>
      <w:r>
        <w:br/>
      </w:r>
      <w:r>
        <w:rPr>
          <w:sz w:val="20"/>
        </w:rPr>
        <w:t>55:13  aala marifat mein jeena seekhiye. Allah ki aala qurbat hasil kijiye. aala peymane ki dawat ka kaam kijiye.</w:t>
      </w:r>
    </w:p>
    <w:p>
      <w:pPr>
        <w:pStyle w:val="Heading2"/>
      </w:pPr>
      <w:r>
        <w:t>Hadith introduction to translation part one</w:t>
      </w:r>
    </w:p>
    <w:p>
      <w:r>
        <w:rPr>
          <w:color w:val="666666"/>
          <w:sz w:val="18"/>
        </w:rPr>
        <w:t>The Reality of Angels December 01, 2018 · 1m 16s · at 0:55 · https://youtu.be/Tz_yrfnJktA?t=55</w:t>
      </w:r>
    </w:p>
    <w:p>
      <w:r>
        <w:rPr>
          <w:i/>
        </w:rPr>
        <w:t>“Farishton ke baare mein ek hadith aai hai”</w:t>
      </w:r>
    </w:p>
    <w:p>
      <w:r>
        <w:rPr>
          <w:sz w:val="20"/>
        </w:rPr>
        <w:t>0:55  farishton ke bare mein ek hadith aayi hai, woh pehle aap ke samne parhi jaye gi, us ke baad inshallah is ki tashreeh mein kuch arz kiya jaye ga.</w:t>
      </w:r>
      <w:r>
        <w:br/>
      </w:r>
      <w:r>
        <w:rPr>
          <w:sz w:val="20"/>
        </w:rPr>
        <w:t>1:10  ana bi zar qala: qala rasool allah: "ani aram ma la tarawn, wa asma ma la tasmawun. al samaa wa haq wa haq laha an ata, ma fiha mawdu' arba asabi' illa alayhi malakun sajid.</w:t>
      </w:r>
      <w:r>
        <w:br/>
      </w:r>
      <w:r>
        <w:rPr>
          <w:sz w:val="20"/>
        </w:rPr>
        <w:t>1:27  lo alimtu ma a'lam la dahiktum qalilan wa la bakaytum kathiran, wa la taladhdhtum bil nisa' ala al furush, wa la kharajtum ala aw ila al sa'adat tijarun ila allah." qala: fa qala abu zar: "wallah lawadtu anni shajaratun tu'add." abu zar se riwayat hai ke rasool allah sallallahu alayhi wasallam ne kaha: "main woh cheez dekhta hoon jo tum nahi dekhte ho,</w:t>
      </w:r>
      <w:r>
        <w:br/>
      </w:r>
      <w:r>
        <w:rPr>
          <w:sz w:val="20"/>
        </w:rPr>
        <w:t>1:56  aur sunta hoon jo tum nahi sunte ho. aasman charcharata hai, aur haq hai ke woh charcharaye. aasman mein char ungli ke barabar bhi koi jagah nahi hai, magar wahan par ek farishta sajda karne wala hai.</w:t>
      </w:r>
    </w:p>
    <w:p>
      <w:pPr>
        <w:pStyle w:val="Heading2"/>
      </w:pPr>
      <w:r>
        <w:t>Prophet's complete guidance explained by Abu Dharr</w:t>
      </w:r>
    </w:p>
    <w:p>
      <w:r>
        <w:rPr>
          <w:color w:val="666666"/>
          <w:sz w:val="18"/>
        </w:rPr>
        <w:t>Prophetic Method November 18, 2013 Maulana Wahiduddin Khan · 1m 04s · at 0:14 · https://youtu.be/X6cNF26QzBg?t=14</w:t>
      </w:r>
    </w:p>
    <w:p>
      <w:r>
        <w:rPr>
          <w:i/>
        </w:rPr>
        <w:t>“18 Nov 2013: An Abi Dharr qala”</w:t>
      </w:r>
    </w:p>
    <w:p>
      <w:r>
        <w:rPr>
          <w:sz w:val="20"/>
        </w:rPr>
        <w:t>0:14  18 November 2013. an Abi Dharr qaal: tarkna Rasool Allah sallallahu alaihi wasallam wa ma ta'irun yuqallibu jannahaifil hawa'i illa wa huwa yadhkuruna minhu ilman.</w:t>
      </w:r>
      <w:r>
        <w:br/>
      </w:r>
      <w:r>
        <w:rPr>
          <w:sz w:val="20"/>
        </w:rPr>
        <w:t>0:31  qaal: faqaala sallallahu alaihi wasallam: ma baqiya shay'un yuqarrib min al-jannati wa yuba'id min an-nari illa qad bayyan lakum.</w:t>
      </w:r>
      <w:r>
        <w:br/>
      </w:r>
      <w:r>
        <w:rPr>
          <w:sz w:val="20"/>
        </w:rPr>
        <w:t>0:43  al-Mu'jam al-Kabir lil-Tabarani, hadith number 1624. Abu Dharr riwayat karte hain ke Rasool Allah hum se is haal mein juda hue ke koi bhi chidiya hawa mein par marti to aap hamein us se ek ilm sikhaate hain.</w:t>
      </w:r>
      <w:r>
        <w:br/>
      </w:r>
      <w:r>
        <w:rPr>
          <w:sz w:val="20"/>
        </w:rPr>
        <w:t>1:05  hazrat Abu Dharr mazeed kehte hain ke aap ne farmaya: koi bhi cheez jo tum ko jannat se qareeb kare aur jahannum se door kare, woh tumhare liye wazeh kar di gayi.</w:t>
      </w:r>
    </w:p>
    <w:p>
      <w:pPr>
        <w:pStyle w:val="Heading2"/>
      </w:pPr>
      <w:r>
        <w:t>A heartfelt dua for the team's dawah mission</w:t>
      </w:r>
    </w:p>
    <w:p>
      <w:r>
        <w:rPr>
          <w:color w:val="666666"/>
          <w:sz w:val="18"/>
        </w:rPr>
        <w:t>Dajjal and Dajjalism July 26, 2009 · 3m 03s · at 47:28 · https://youtu.be/CxQTfG01O_s?t=2848</w:t>
      </w:r>
    </w:p>
    <w:p>
      <w:r>
        <w:rPr>
          <w:i/>
        </w:rPr>
        <w:t>“Kal main yahan apne barajay mein baitha hua tha.”</w:t>
      </w:r>
    </w:p>
    <w:p>
      <w:r>
        <w:rPr>
          <w:sz w:val="20"/>
        </w:rPr>
        <w:t>47:28  to Allah Ta'ala ne aap ko, mujhe to kal kal mein yahan apne baarje mein baitha hua tha, mere ghar ka jo baarja hai, balcony.</w:t>
      </w:r>
      <w:r>
        <w:br/>
      </w:r>
      <w:r>
        <w:rPr>
          <w:sz w:val="20"/>
        </w:rPr>
        <w:t>47:39  to main wahan soch raha tha aur dua kar raha tha ke khudaya</w:t>
      </w:r>
      <w:r>
        <w:br/>
      </w:r>
      <w:r>
        <w:rPr>
          <w:sz w:val="20"/>
        </w:rPr>
        <w:t>47:44  hamari yeh team hai, yeh is team ke liye jannat likh de.</w:t>
      </w:r>
      <w:r>
        <w:br/>
      </w:r>
      <w:r>
        <w:rPr>
          <w:sz w:val="20"/>
        </w:rPr>
        <w:t>47:53  hum sab ko jannat mein ikatha kar de.</w:t>
      </w:r>
      <w:r>
        <w:br/>
      </w:r>
      <w:r>
        <w:rPr>
          <w:sz w:val="20"/>
        </w:rPr>
        <w:t>48:00  us waqt meri zaban se nikla ke khudaya tere paighambar ne yeh bataya hai ke qayamat se pehle idkhal-e-kalima hoga.</w:t>
      </w:r>
      <w:r>
        <w:br/>
      </w:r>
      <w:r>
        <w:rPr>
          <w:sz w:val="20"/>
        </w:rPr>
        <w:t>48:11  la yabqa ala wajh al-ard bayt madar wa la wabar illa Allah kalimat al-islam ke zamin par ek bhi ghar chhota ya bada nahin bachega jahan word of God daakhil na ho jaye. word of God</w:t>
      </w:r>
      <w:r>
        <w:br/>
      </w:r>
      <w:r>
        <w:rPr>
          <w:sz w:val="20"/>
        </w:rPr>
        <w:t>48:27  to pehli baar history mein ek aisa Quran ka tarjuma chhapa taiyar hua, international language mein. English aaj ki international language mein,</w:t>
      </w:r>
      <w:r>
        <w:br/>
      </w:r>
      <w:r>
        <w:rPr>
          <w:sz w:val="20"/>
        </w:rPr>
        <w:t>48:36  us mein bahut hi clear language mein, bahut hi sahi language mein, bahut hi simple language mein ke har aadmi isko padhta jaye, padhta jaye, padhta jaye.</w:t>
      </w:r>
      <w:r>
        <w:br/>
      </w:r>
      <w:r>
        <w:rPr>
          <w:sz w:val="20"/>
        </w:rPr>
        <w:t>48:48  woh tarjuma khuda ke fazl se to maine, maine Allah Ta'ala se kaha ke dekh khudaya tere kuch aajiz bandon ne yeh tarjuma taiyar kiya, tere kuch aajiz bandon ne isko chhapa, waqt ka jo aala standard hai chhapayi ka, us par chhapa isko.</w:t>
      </w:r>
      <w:r>
        <w:br/>
      </w:r>
      <w:r>
        <w:rPr>
          <w:sz w:val="20"/>
        </w:rPr>
        <w:t>49:04  phir tere kuch bande isko phaila rahe hain. to maine kaha khudaya in ki bahut is mein sirf madad farma, kyunki agar tu ne in ki madad nahin ki</w:t>
      </w:r>
      <w:r>
        <w:br/>
      </w:r>
      <w:r>
        <w:rPr>
          <w:sz w:val="20"/>
        </w:rPr>
        <w:t>49:18  to tujhko istighna-e-kalima se pehle hi jannat aayegi, qayamat lani padegi. qayamat to aani hai, lekin qayamat se pehle idkhal-e-kalima hona hai.</w:t>
      </w:r>
      <w:r>
        <w:br/>
      </w:r>
      <w:r>
        <w:rPr>
          <w:sz w:val="20"/>
        </w:rPr>
        <w:t>49:32  word of God jo har ghar mein daakhil ho jaye. maine kaha koi doosri team uthne wali nahin nazar aati mujhe duniya mein. koi bhi team nahin, koi insaan nahin jo is ke liye tarapata ho, insaanon ke liye iska dil, iske dil mein insaanon ka dard ho,</w:t>
      </w:r>
      <w:r>
        <w:br/>
      </w:r>
      <w:r>
        <w:rPr>
          <w:sz w:val="20"/>
        </w:rPr>
        <w:t>49:48  jo tarapata ho ke logon ko hum bata dein Allah ki is scheme, kisi plan of God, jannat aur dozakh ka mamla. kuch nahin, koi tarapne wala nahin, koi insaanon ke liye tarapne wala nahin.</w:t>
      </w:r>
      <w:r>
        <w:br/>
      </w:r>
      <w:r>
        <w:rPr>
          <w:sz w:val="20"/>
        </w:rPr>
        <w:t>50:03  kisi ke andar maine nahin paya is scheme ke bahar jo insaan ki mohabbat uske dil mein ho. jab mohabbat nahin to aap dawati kaam kya karenge?</w:t>
      </w:r>
      <w:r>
        <w:br/>
      </w:r>
      <w:r>
        <w:rPr>
          <w:sz w:val="20"/>
        </w:rPr>
        <w:t>50:14  to ek deewangi ke aalam mein meri zaban se nikla ke khudaya is team ki agar aap ne madad na ki aur yeh team agar yeh kaam anjam na de sake, idkhal-e-kalima wala, to aap ko apni scheme badalni padegi, nauzubillah.</w:t>
      </w:r>
    </w:p>
    <w:p>
      <w:pPr>
        <w:pStyle w:val="Heading2"/>
      </w:pPr>
      <w:r>
        <w:t>Misinterpretation of wholeheartedly in Quran</w:t>
      </w:r>
    </w:p>
    <w:p>
      <w:r>
        <w:rPr>
          <w:color w:val="666666"/>
          <w:sz w:val="18"/>
        </w:rPr>
        <w:t>God Oriented Life (In Conversation with Maulana) 23 10 11 · 2m 18s · at 0:51 · https://youtu.be/E_LWwsWww2U?t=51</w:t>
      </w:r>
    </w:p>
    <w:p>
      <w:r>
        <w:rPr>
          <w:i/>
        </w:rPr>
        <w:t>“To dekhein pura ke pura ka matlab yeh nahi”</w:t>
      </w:r>
    </w:p>
    <w:p>
      <w:r>
        <w:rPr>
          <w:sz w:val="20"/>
        </w:rPr>
        <w:t>0:51  to dekhen poore ke poore ka matlab yeh nahi ke sara nizam dakhil karo islam mein yeh bilkul</w:t>
      </w:r>
      <w:r>
        <w:br/>
      </w:r>
      <w:r>
        <w:rPr>
          <w:sz w:val="20"/>
        </w:rPr>
        <w:t>0:56  hi baseless baat hai yeh qisse nikala jaye nazariya</w:t>
      </w:r>
      <w:r>
        <w:br/>
      </w:r>
      <w:r>
        <w:rPr>
          <w:sz w:val="20"/>
        </w:rPr>
        <w:t>0:59  ke siyasi nizam samaji nizam iqtisadi nizam falan nizam yeh nizam nahi nahi yeh ayat individual ko mukhatib</w:t>
      </w:r>
      <w:r>
        <w:br/>
      </w:r>
      <w:r>
        <w:rPr>
          <w:sz w:val="20"/>
        </w:rPr>
        <w:t>1:08  kar rahi hai ek fard ko ek shakhs apne aap ko</w:t>
      </w:r>
      <w:r>
        <w:br/>
      </w:r>
      <w:r>
        <w:rPr>
          <w:sz w:val="20"/>
        </w:rPr>
        <w:t>1:15  apne jo bas mein hai us ke aitbar se poore ke poore islam mein dakhil ho yani</w:t>
      </w:r>
      <w:r>
        <w:br/>
      </w:r>
      <w:r>
        <w:rPr>
          <w:sz w:val="20"/>
        </w:rPr>
        <w:t>1:22  poori zindagi us ki god oriented zindagi ban jaye</w:t>
      </w:r>
      <w:r>
        <w:br/>
      </w:r>
      <w:r>
        <w:rPr>
          <w:sz w:val="20"/>
        </w:rPr>
        <w:t>1:27  uski sochna</w:t>
      </w:r>
      <w:r>
        <w:br/>
      </w:r>
      <w:r>
        <w:rPr>
          <w:sz w:val="20"/>
        </w:rPr>
        <w:t>1:29  uska bolna uska behavior uski dealing yeh matlab hai iska yeh harghiz matlab nahi</w:t>
      </w:r>
      <w:r>
        <w:br/>
      </w:r>
      <w:r>
        <w:rPr>
          <w:sz w:val="20"/>
        </w:rPr>
        <w:t>1:36  hai ke</w:t>
      </w:r>
      <w:r>
        <w:br/>
      </w:r>
      <w:r>
        <w:rPr>
          <w:sz w:val="20"/>
        </w:rPr>
        <w:t>1:37  sare nizam hayat ko woh karo</w:t>
      </w:r>
      <w:r>
        <w:br/>
      </w:r>
      <w:r>
        <w:rPr>
          <w:sz w:val="20"/>
        </w:rPr>
        <w:t>1:41  lad kar logon se qabza karo aur har jagah islam nafiz karo iska koi taluq</w:t>
      </w:r>
      <w:r>
        <w:br/>
      </w:r>
      <w:r>
        <w:rPr>
          <w:sz w:val="20"/>
        </w:rPr>
        <w:t>1:48  is khud sakhta mafhoom ka is ayat se nahi kyunke kai log is se yeh matlab nikalte hain</w:t>
      </w:r>
      <w:r>
        <w:br/>
      </w:r>
      <w:r>
        <w:rPr>
          <w:sz w:val="20"/>
        </w:rPr>
        <w:t>1:56  is ka tarjuma yeh hai ke</w:t>
      </w:r>
      <w:r>
        <w:br/>
      </w:r>
      <w:r>
        <w:rPr>
          <w:sz w:val="20"/>
        </w:rPr>
        <w:t>1:59  ae iman lane walon tum</w:t>
      </w:r>
      <w:r>
        <w:br/>
      </w:r>
      <w:r>
        <w:rPr>
          <w:sz w:val="20"/>
        </w:rPr>
        <w:t>2:05  poore ke poore islam mein dakhil ho jao</w:t>
      </w:r>
      <w:r>
        <w:br/>
      </w:r>
      <w:r>
        <w:rPr>
          <w:sz w:val="20"/>
        </w:rPr>
        <w:t>2:11  yeh nahi kaha ke ae logon logon tum munazzam ho kar</w:t>
      </w:r>
      <w:r>
        <w:br/>
      </w:r>
      <w:r>
        <w:rPr>
          <w:sz w:val="20"/>
        </w:rPr>
        <w:t>2:16  logon se ittedar chheeno yeh kahan is mein hai</w:t>
      </w:r>
      <w:r>
        <w:br/>
      </w:r>
      <w:r>
        <w:rPr>
          <w:sz w:val="20"/>
        </w:rPr>
        <w:t>2:19  ke iqtidaar chheen kar ke sare mamlaat hayat par islam par qanoon naafiz karo yeh kahan hai is mein</w:t>
      </w:r>
      <w:r>
        <w:br/>
      </w:r>
      <w:r>
        <w:rPr>
          <w:sz w:val="20"/>
        </w:rPr>
        <w:t>2:28  is is woh woh shakhs jo islam laya hai us shakhs ko khitab kar rahi hai ayat</w:t>
      </w:r>
      <w:r>
        <w:br/>
      </w:r>
      <w:r>
        <w:rPr>
          <w:sz w:val="20"/>
        </w:rPr>
        <w:t>2:34  ke ae ae shakhs jo tu islam laya hai tu dawah kar raha hai momin hone ka tu</w:t>
      </w:r>
      <w:r>
        <w:br/>
      </w:r>
      <w:r>
        <w:rPr>
          <w:sz w:val="20"/>
        </w:rPr>
        <w:t>2:40  apni poori zindagi ko islam mein rang rang le</w:t>
      </w:r>
      <w:r>
        <w:br/>
      </w:r>
      <w:r>
        <w:rPr>
          <w:sz w:val="20"/>
        </w:rPr>
        <w:t>2:43  woh jo doosri jagah hai sabqat</w:t>
      </w:r>
      <w:r>
        <w:br/>
      </w:r>
      <w:r>
        <w:rPr>
          <w:sz w:val="20"/>
        </w:rPr>
        <w:t>2:47  allah allah apni zaati zindagi ko tumhare aitbar se</w:t>
      </w:r>
      <w:r>
        <w:br/>
      </w:r>
      <w:r>
        <w:rPr>
          <w:sz w:val="20"/>
        </w:rPr>
        <w:t>2:53  islam ke rang mein rang do yani poori tarah ins ban jao poori tarah sachche ban jao mamlaat</w:t>
      </w:r>
      <w:r>
        <w:br/>
      </w:r>
      <w:r>
        <w:rPr>
          <w:sz w:val="20"/>
        </w:rPr>
        <w:t>3:00  mein poori tarike se sahi dealing karo yeh matlab hai is ka</w:t>
      </w:r>
    </w:p>
    <w:p>
      <w:pPr>
        <w:pStyle w:val="Heading2"/>
      </w:pPr>
      <w:r>
        <w:t>Prophet's historicity through companions</w:t>
      </w:r>
    </w:p>
    <w:p>
      <w:r>
        <w:rPr>
          <w:color w:val="666666"/>
          <w:sz w:val="18"/>
        </w:rPr>
        <w:t>Wisdom of Hadith February 23, 2014 · 2m 48s · at 8:37 · https://youtu.be/8GZmhBU-LwE?t=517</w:t>
      </w:r>
    </w:p>
    <w:p>
      <w:r>
        <w:rPr>
          <w:i/>
        </w:rPr>
        <w:t>“Main ek misaal deta hoon”</w:t>
      </w:r>
    </w:p>
    <w:p>
      <w:r>
        <w:rPr>
          <w:sz w:val="20"/>
        </w:rPr>
        <w:t>8:37  mein aik misaal deta hoon.</w:t>
      </w:r>
      <w:r>
        <w:br/>
      </w:r>
      <w:r>
        <w:rPr>
          <w:sz w:val="20"/>
        </w:rPr>
        <w:t>8:42  rasool allah sallallahu alaihi wasallam tamam peghambaron mein aik hi peghambar aisay hain jo Historical peghambar ki haisiyat rakhte hain.</w:t>
      </w:r>
      <w:r>
        <w:br/>
      </w:r>
      <w:r>
        <w:rPr>
          <w:sz w:val="20"/>
        </w:rPr>
        <w:t>8:53  pichlay peghambar aqeeday ke peghambar hain. batore aqeedah hum un ko mante hain. lekin un ko Historical Base hasil nahi hai. to Philip Hickory jo aik Christian thay un ki kitab hai "History of the Arabs".</w:t>
      </w:r>
      <w:r>
        <w:br/>
      </w:r>
      <w:r>
        <w:rPr>
          <w:sz w:val="20"/>
        </w:rPr>
        <w:t>9:10  is mein woh likhte hain ke "Muhammad was born in the full light of history". "Muhammad was born in the full light of history".</w:t>
      </w:r>
      <w:r>
        <w:br/>
      </w:r>
      <w:r>
        <w:rPr>
          <w:sz w:val="20"/>
        </w:rPr>
        <w:t>9:24  muhammad paida hue mukammal tareekh ki roshni mein. to yeh muhammad sallallahu alaihi wasallam ko yeh haisiyat kaise mili?</w:t>
      </w:r>
      <w:r>
        <w:br/>
      </w:r>
      <w:r>
        <w:rPr>
          <w:sz w:val="20"/>
        </w:rPr>
        <w:t>9:36  aap ghor kijiye ke rasool allah sallallahu alaihi wasallam se sirf chhay so saal pehle. sirf chhay so saal pehle hazrat masih paida hue falasteen mein.</w:t>
      </w:r>
      <w:r>
        <w:br/>
      </w:r>
      <w:r>
        <w:rPr>
          <w:sz w:val="20"/>
        </w:rPr>
        <w:t>9:45  unki koi History nahi. Burt Nerson ne likha hai ke Historically it is quite doubtful whether Christ ever existed at all.</w:t>
      </w:r>
      <w:r>
        <w:br/>
      </w:r>
      <w:r>
        <w:rPr>
          <w:sz w:val="20"/>
        </w:rPr>
        <w:t>9:57  kyun ke Historical Document nahi hai hazrat masih ke liye. kyun nahi hai? un ke is ke sath koi tape nahi thi. khud bible mein likha hua hai ke jab woh un ko suuli par charhanay ke liye le gaye to un ke jo shagird thay wahan par taqreeban das shagird thay woh sab ke sab bhag gaye.</w:t>
      </w:r>
      <w:r>
        <w:br/>
      </w:r>
      <w:r>
        <w:rPr>
          <w:sz w:val="20"/>
        </w:rPr>
        <w:t>10:18  yeh khud bible mein likha hua hai ke bhag gaye sab ke sab.</w:t>
      </w:r>
      <w:r>
        <w:br/>
      </w:r>
      <w:r>
        <w:rPr>
          <w:sz w:val="20"/>
        </w:rPr>
        <w:t>10:25  to History ko insan banate hain. History jo hai woh insan banate hain. team banati hai. to pichlay peghambaron ke sath koi team nahi thi is liye un ki History bhi nahi bani.</w:t>
      </w:r>
      <w:r>
        <w:br/>
      </w:r>
      <w:r>
        <w:rPr>
          <w:sz w:val="20"/>
        </w:rPr>
        <w:t>10:38  rasool Allah ke sath team thi yani sahaba karam jin ko hum kehte hain. taqreeban deid lakh sahaba. yahi to Reporters of History hain.</w:t>
      </w:r>
      <w:r>
        <w:br/>
      </w:r>
      <w:r>
        <w:rPr>
          <w:sz w:val="20"/>
        </w:rPr>
        <w:t>10:52  inhi ki waja se to History bani rasool Allah sal Allah alih wasalam ki. to hazrat maseeh jo sirf chhay sau saal pehle paida hue un ki History nahin.</w:t>
      </w:r>
      <w:r>
        <w:br/>
      </w:r>
      <w:r>
        <w:rPr>
          <w:sz w:val="20"/>
        </w:rPr>
        <w:t>11:01  kyun ke Reporters nahin the. History ko Report karne wale log nahin the. rasool Allah ki History ko Report karne wale log the. jinho ne rasool Allah ko dekha aap ke sath rahe.</w:t>
      </w:r>
      <w:r>
        <w:br/>
      </w:r>
      <w:r>
        <w:rPr>
          <w:sz w:val="20"/>
        </w:rPr>
        <w:t>11:13  aap tamam mamlaat mein un ke shareek rahe. woh Report karte hain. to yahi sahaba hain. to sahaba aur Reporters of History of the Prophet.</w:t>
      </w:r>
    </w:p>
    <w:p>
      <w:pPr>
        <w:pStyle w:val="Heading2"/>
      </w:pPr>
      <w:r>
        <w:t>Defining hadith: qawli, fi'li, taqriri types</w:t>
      </w:r>
    </w:p>
    <w:p>
      <w:r>
        <w:rPr>
          <w:color w:val="666666"/>
          <w:sz w:val="18"/>
        </w:rPr>
        <w:t>Understanding The Importance of Hadith November 20, 2022 · 1m 50s · at 1:14 · https://youtu.be/xwY_Qsz4HSQ?t=74</w:t>
      </w:r>
    </w:p>
    <w:p>
      <w:r>
        <w:rPr>
          <w:i/>
        </w:rPr>
        <w:t>“Hadith na ho to hum Quran bhi nahi samajh sakte”</w:t>
      </w:r>
    </w:p>
    <w:p>
      <w:r>
        <w:rPr>
          <w:sz w:val="20"/>
        </w:rPr>
        <w:t>1:14  ji bohat hi important question hai. Hadith ki importance aur itni zyada hai ke Hadith na ho, Rasool Allah sallallahu alaihi wasallam ke amal na hon to hum Quran bhi achhe tareeqe se nahi samajh sakte.</w:t>
      </w:r>
      <w:r>
        <w:br/>
      </w:r>
      <w:r>
        <w:rPr>
          <w:sz w:val="20"/>
        </w:rPr>
        <w:t>1:33  to Hadith ke literal maani hain baat cheet ke, lekin har cheez ka ek literal meaning hota hai aur uska ek istilahi maani hota hai.</w:t>
      </w:r>
      <w:r>
        <w:br/>
      </w:r>
      <w:r>
        <w:rPr>
          <w:sz w:val="20"/>
        </w:rPr>
        <w:t>1:43  to istilahi maani mein hai ke Rasool Allah sallallahu alaihi wasallam ke aqwal o afaal, sayings and deeds.</w:t>
      </w:r>
      <w:r>
        <w:br/>
      </w:r>
      <w:r>
        <w:rPr>
          <w:sz w:val="20"/>
        </w:rPr>
        <w:t>1:53  to Hadith ki teen qismein bayan ki gayi hain: qawli, fe'li aur taqreeri.</w:t>
      </w:r>
      <w:r>
        <w:br/>
      </w:r>
      <w:r>
        <w:rPr>
          <w:sz w:val="20"/>
        </w:rPr>
        <w:t>2:01  qawli woh jo Rasool Allah sallallahu alaihi wasallam ne ka jo conversation tha aap ke paas, aap ke paas jo sahabi aaya karte the to aap un se jo baat cheet karte the, woh saara recorded hai.</w:t>
      </w:r>
      <w:r>
        <w:br/>
      </w:r>
      <w:r>
        <w:rPr>
          <w:sz w:val="20"/>
        </w:rPr>
        <w:t>2:14  to isi ko qawli bolte hain. fe'li jo aap ka amal hota tha. aur taqreeri kehte hain aap ne sanctions jaise aap ne kaha ya approval.</w:t>
      </w:r>
      <w:r>
        <w:br/>
      </w:r>
      <w:r>
        <w:rPr>
          <w:sz w:val="20"/>
        </w:rPr>
        <w:t>2:26  ji matlab aap ke saamne kisi ne koi amal kiya aur aap ne us ko mana nahi kiya, is ka matlab aap ne approve kiya. kyunke agar is mein koi Islami Islam ke khilaaf koi baat hoti to aap zaroor us ko mana karte.</w:t>
      </w:r>
      <w:r>
        <w:br/>
      </w:r>
      <w:r>
        <w:rPr>
          <w:sz w:val="20"/>
        </w:rPr>
        <w:t>2:43  to woh is liye maana jaata hai ke woh approved by the Prophet hai. to deen-e-Islam ke do maakhaz hain: Quran aur Sunnah.</w:t>
      </w:r>
      <w:r>
        <w:br/>
      </w:r>
      <w:r>
        <w:rPr>
          <w:sz w:val="20"/>
        </w:rPr>
        <w:t>2:55  Sunnah mein Hadith aur aap ke jo amal hain, matlab sayings and actions dono shamil hain.</w:t>
      </w:r>
    </w:p>
    <w:p>
      <w:pPr>
        <w:pStyle w:val="Heading2"/>
      </w:pPr>
      <w:r>
        <w:t>Ibn Asakir's female hadith teachers and a dictated book</w:t>
      </w:r>
    </w:p>
    <w:p>
      <w:r>
        <w:rPr>
          <w:color w:val="666666"/>
          <w:sz w:val="18"/>
        </w:rPr>
        <w:t>The Living Tradition: Why Hadith Matters in Islam?</w:t>
        <w:br/>
        <w:t>December 8, 2024 · 1m 15s · at 1:02:33 · https://youtu.be/2w9-vnnJBeY?t=3753</w:t>
      </w:r>
    </w:p>
    <w:p>
      <w:r>
        <w:rPr>
          <w:i/>
        </w:rPr>
        <w:t>“A huge number of Ibn Asakir's teachers were women”</w:t>
      </w:r>
    </w:p>
    <w:p>
      <w:r>
        <w:rPr>
          <w:sz w:val="20"/>
        </w:rPr>
        <w:t>1:02:33  maulana ne aurat mein hamare insaniyat mein do waqiyat zikr kiya jo main yahan samajhta hoon ke munasib hoga batana. maulana ne yeh kaha hai ke mashhoor muhaddis aur aalim</w:t>
      </w:r>
      <w:r>
        <w:br/>
      </w:r>
      <w:r>
        <w:rPr>
          <w:sz w:val="20"/>
        </w:rPr>
        <w:t>1:02:50  ibn asakir, un ki kitab tareekh damishq, yeh taqreeban pachas volume se zyada mein phaili hui kitab hai.</w:t>
      </w:r>
      <w:r>
        <w:br/>
      </w:r>
      <w:r>
        <w:rPr>
          <w:sz w:val="20"/>
        </w:rPr>
        <w:t>1:02:58  woh yeh kehte hain ke ibn asakir ne jin logon se hadith ka ilm hasil kiya, un mein ek badi tadad auraton ki thi. aur ek bazabta is par ek kitab likhi gayi hai: "al-muhaddathat min tareekh damishq" ibn asakir ke jo auratein muhaddisa thi jin ka zikr hai aur jin se bayan ki gayi yeh baatein, ibn asakir ki tareekh damishq mein un ka zikr ek kitab hai, bazabta is par likhi gayi hai.</w:t>
      </w:r>
      <w:r>
        <w:br/>
      </w:r>
      <w:r>
        <w:rPr>
          <w:sz w:val="20"/>
        </w:rPr>
        <w:t>1:03:26  isi tarah se ek aur mashhoor aalim ka zikr karte hue kehte hain ke unhon ne ek kitab likhi thi: "sharh ma'ani al-athar". woh kehte hain ke unhon ne apni beti se is ko imla karwaya tha.</w:t>
      </w:r>
      <w:r>
        <w:br/>
      </w:r>
      <w:r>
        <w:rPr>
          <w:sz w:val="20"/>
        </w:rPr>
        <w:t>1:03:36  zahiri si baat hai, beti itni janne wali hongi, tab unhon ne un ko bitha kar imla karwaya tha ke yeh kitab likho. to bahut ahem contribution hadith ke mamle mein aur doosre ilmi field mein bahut ahem contribution auraton ka.</w:t>
      </w:r>
    </w:p>
    <w:p>
      <w:pPr>
        <w:pStyle w:val="Heading2"/>
      </w:pPr>
      <w:r>
        <w:t>Complete hadith discussion intro</w:t>
      </w:r>
    </w:p>
    <w:p>
      <w:r>
        <w:rPr>
          <w:color w:val="666666"/>
          <w:sz w:val="18"/>
        </w:rPr>
        <w:t>War And Peace November 15, 2013 Maulana Wahiduddin Khan · 1m 56s · at 0:14 · https://youtu.be/dxgn0Pp7iVQ?t=14</w:t>
      </w:r>
    </w:p>
    <w:p>
      <w:r>
        <w:rPr>
          <w:i/>
        </w:rPr>
        <w:t>“15 November 2013. An Abdullah ibn Abi Aufa:”</w:t>
      </w:r>
    </w:p>
    <w:p>
      <w:r>
        <w:rPr>
          <w:sz w:val="20"/>
        </w:rPr>
        <w:t>0:14  15 november 2013. an abdullah ibn abi aufa: "in rasool allah sallallahu alaihi wasallam fi ba'z ayyamihi, allati laqa fiha al-'aduw,</w:t>
      </w:r>
      <w:r>
        <w:br/>
      </w:r>
      <w:r>
        <w:rPr>
          <w:sz w:val="20"/>
        </w:rPr>
        <w:t>0:27  intazar hatta malat al-shams, thumma qama fi al-nas fa-qal: ayyuha al-nas,</w:t>
      </w:r>
      <w:r>
        <w:br/>
      </w:r>
      <w:r>
        <w:rPr>
          <w:sz w:val="20"/>
        </w:rPr>
        <w:t>0:34  la tamannu liqa' al-'aduw, wa-as'alu allaha al-'afiyah, fa-idha laqaytumuhum fa-asbiru, wa-a'lamu anna al-jannata tahta zilali al-suyuf." thumma qala:</w:t>
      </w:r>
      <w:r>
        <w:br/>
      </w:r>
      <w:r>
        <w:rPr>
          <w:sz w:val="20"/>
        </w:rPr>
        <w:t>0:48  "allahumma munzil al-kitab, wa-mujri al-sahab, wa-hazim al-ahzab, hazimhum wa-nsurna 'alayhim." bukhari, hadith number 30, 24, 30, 25.</w:t>
      </w:r>
      <w:r>
        <w:br/>
      </w:r>
      <w:r>
        <w:rPr>
          <w:sz w:val="20"/>
        </w:rPr>
        <w:t>1:03  is hadith ka tarjuma hai: abdullah bin abi aufa se riwayat hai ke rasool allah sallallahu alaihi wasallam ba'z un safaron mein jin mein dushman se amna samna hua, us waqt tak intazar karte jab tak suraj dhal na jata, phir logon mein khare hote aur farmate: "ae logon!</w:t>
      </w:r>
      <w:r>
        <w:br/>
      </w:r>
      <w:r>
        <w:rPr>
          <w:sz w:val="20"/>
        </w:rPr>
        <w:t>1:24  dushman se muqable ki tamanna na karo, allah se afiyat talab karo, aur agar tumhara dushman se muqabla ho to sabr karo, aur yeh jaan lo ke jannat talwaron ke saye mein hai." phir kaha: "ae allah!</w:t>
      </w:r>
      <w:r>
        <w:br/>
      </w:r>
      <w:r>
        <w:rPr>
          <w:sz w:val="20"/>
        </w:rPr>
        <w:t>1:38  kitab ke nazil karne wale aur lashkaroon ko shikast dene wale, unhein shikast de aur hamein un par ghalba ata farma." molana, is hadith ko wazeh kijiye.</w:t>
      </w:r>
      <w:r>
        <w:br/>
      </w:r>
      <w:r>
        <w:rPr>
          <w:sz w:val="20"/>
        </w:rPr>
        <w:t>1:50  bismillah rahman rahim.</w:t>
      </w:r>
      <w:r>
        <w:br/>
      </w:r>
      <w:r>
        <w:rPr>
          <w:sz w:val="20"/>
        </w:rPr>
        <w:t>1:56  yeh hadith jo aap ne suni, yeh qital yani war ke masle ko samajhne ke liye bohat aham hai.</w:t>
      </w:r>
    </w:p>
    <w:p>
      <w:pPr>
        <w:pStyle w:val="Heading2"/>
      </w:pPr>
      <w:r>
        <w:t>Reconciling free will and qadr (destiny)</w:t>
      </w:r>
    </w:p>
    <w:p>
      <w:r>
        <w:rPr>
          <w:color w:val="666666"/>
          <w:sz w:val="18"/>
        </w:rPr>
        <w:t>Understanding The Importance of Hadith November 20, 2022 · 1m 38s · at 43:27 · https://youtu.be/xwY_Qsz4HSQ?t=2607</w:t>
      </w:r>
    </w:p>
    <w:p>
      <w:r>
        <w:rPr>
          <w:i/>
        </w:rPr>
        <w:t>“Quran mein hai jo museebat aati hai wo tumhare apne kaamon ki wajah se”</w:t>
      </w:r>
    </w:p>
    <w:p>
      <w:r>
        <w:rPr>
          <w:sz w:val="20"/>
        </w:rPr>
        <w:t>43:27  apa, yeh sawal hai, yeh subject se bahar hai, lekin phir bhi main lena chahunga. Saifanwar sahab ne likha hai: "ah, unhon ne poocha hai aapse ke Quran mein hai ke tum par jo bhi museebat aati hai, woh tumhare apne hi kaam o ki wajah se."</w:t>
      </w:r>
      <w:r>
        <w:br/>
      </w:r>
      <w:r>
        <w:rPr>
          <w:sz w:val="20"/>
        </w:rPr>
        <w:t>43:43  doos ri taraf qism tika aqeedah hai,</w:t>
      </w:r>
      <w:r>
        <w:br/>
      </w:r>
      <w:r>
        <w:rPr>
          <w:sz w:val="20"/>
        </w:rPr>
        <w:t>43:46  aah, jo hota hai, Allah ne pehle se likh diya hai. to yeh dono baatein bazahir aapas mein contradict nazar aati hain. to iske peeche kya, aah, jawab hai ?</w:t>
      </w:r>
      <w:r>
        <w:br/>
      </w:r>
      <w:r>
        <w:rPr>
          <w:sz w:val="20"/>
        </w:rPr>
        <w:t>43:58  woh chahte hain ke aap isko wazeh karein. qism is matlab mein nahi hai jaise hum log bolte hain,</w:t>
      </w:r>
      <w:r>
        <w:br/>
      </w:r>
      <w:r>
        <w:rPr>
          <w:sz w:val="20"/>
        </w:rPr>
        <w:t>44:07  balkeh is matlab mein hai ke Allah ta'ala ne yeh likh diya hai, misaal ke taur par, kaha agar hum mehnat nahi karenge to hum kamyabon ko kamyabi nahi milegi.</w:t>
      </w:r>
      <w:r>
        <w:br/>
      </w:r>
      <w:r>
        <w:rPr>
          <w:sz w:val="20"/>
        </w:rPr>
        <w:t>44:18  yeh qism hai. to yeh jo hai ke jo kuch tum ko museebat pahunchti hai, woh tumhare apne kiye ka hota hai. to yeh jang e ahad ke mauqe par, aah, tha kyunke logon ko yeh ehsas ho gaya tha ke hum bohat taqatwar hain aur kuch galat ho gayi thi wahan par. to iski wajah se tha.</w:t>
      </w:r>
      <w:r>
        <w:br/>
      </w:r>
      <w:r>
        <w:rPr>
          <w:sz w:val="20"/>
        </w:rPr>
        <w:t>44:37  to hum ko hamesha ab blame do it to ourselves par humein hona chahiye. to ho, hum aksar hamari hi apni ghalti hoti hai, lekin hum isko ignore karte hain aur doosre ko koi doosra koi iske good dhoondte hain.</w:t>
      </w:r>
      <w:r>
        <w:br/>
      </w:r>
      <w:r>
        <w:rPr>
          <w:sz w:val="20"/>
        </w:rPr>
        <w:t>44:51  to yeh Islami tareeqa nahi hai. qism banne se hi banti hai aur jo Allah ta'ala ne jo usool muqarrar kar diye hain, usi par chalne se hamari qism banti hai aur bigadti hai.</w:t>
      </w:r>
    </w:p>
    <w:p>
      <w:pPr>
        <w:pStyle w:val="Heading2"/>
      </w:pPr>
      <w:r>
        <w:t>Dajjali thought divides and one-eyed</w:t>
      </w:r>
    </w:p>
    <w:p>
      <w:r>
        <w:rPr>
          <w:color w:val="666666"/>
          <w:sz w:val="18"/>
        </w:rPr>
        <w:t>Warnings of Doomsday February 4, 2007 · 1m 25s · at 10:57 · https://youtu.be/VT0BnPl_-zc?t=657</w:t>
      </w:r>
    </w:p>
    <w:p>
      <w:r>
        <w:rPr>
          <w:i/>
        </w:rPr>
        <w:t>“Dajjali thought ki best pehchan kya hai?”</w:t>
      </w:r>
    </w:p>
    <w:p>
      <w:r>
        <w:rPr>
          <w:sz w:val="20"/>
        </w:rPr>
        <w:t>10:57  to dajali thought ya dajali ideology ki best pehchan kya hai? best pehchan yeh hai ke woh insaan ko do mein bantay.</w:t>
      </w:r>
      <w:r>
        <w:br/>
      </w:r>
      <w:r>
        <w:rPr>
          <w:sz w:val="20"/>
        </w:rPr>
        <w:t>11:10  isi liye hadith mein aata hai ke dajjal ek aankh ka hoga, dajjal ek aankh ka hoga. is ka matlab yahi hai ke ek ki side lay ga aur us ko doosray se takraye ga.</w:t>
      </w:r>
      <w:r>
        <w:br/>
      </w:r>
      <w:r>
        <w:rPr>
          <w:sz w:val="20"/>
        </w:rPr>
        <w:t>11:22  woh yeh matlab hai is ka. yahi secular field mein hua. marx ne side liya un logon ki jin ko apnay taur par kaha ke exploited log hain.</w:t>
      </w:r>
      <w:r>
        <w:br/>
      </w:r>
      <w:r>
        <w:rPr>
          <w:sz w:val="20"/>
        </w:rPr>
        <w:t>11:35  mein nahi manta ke woh exploited log thay, lekin phir marx ne jo banta insaan ko, ek exploited, ek exploiter, to exploited ki side liya.</w:t>
      </w:r>
      <w:r>
        <w:br/>
      </w:r>
      <w:r>
        <w:rPr>
          <w:sz w:val="20"/>
        </w:rPr>
        <w:t>11:45  us ne un ko takraya exploiter se apni samajh ke mutabiq, aur phir woh takrao paida hua ke 25 million insaan commission empire mein wada le gaye, 25 million insaan is takrao ke nateejay mein.</w:t>
      </w:r>
      <w:r>
        <w:br/>
      </w:r>
      <w:r>
        <w:rPr>
          <w:sz w:val="20"/>
        </w:rPr>
        <w:t>12:01  russion ke nazariye mein, aur dekhiye, ruler aur ruled ka batwara tha. king rule kartay hain aur doosray log ruled hain. ab in dono mein takrao kya?</w:t>
      </w:r>
      <w:r>
        <w:br/>
      </w:r>
      <w:r>
        <w:rPr>
          <w:sz w:val="20"/>
        </w:rPr>
        <w:t>12:11  aaj tak woh takrao khatam nahi hua. democracy kya hua? democracy ke naam par kya aaya? anarchy aayi. democracy ke naam par anarchy aayi kyunke takrao aaya.</w:t>
      </w:r>
    </w:p>
    <w:p>
      <w:pPr>
        <w:pStyle w:val="Heading2"/>
      </w:pPr>
      <w:r>
        <w:t>Mann ne Ali se seekha zarra ka hisaab</w:t>
      </w:r>
    </w:p>
    <w:p>
      <w:r>
        <w:rPr>
          <w:color w:val="666666"/>
          <w:sz w:val="18"/>
        </w:rPr>
        <w:t>Life after Death (Prophetic Wisdom) · 2m 59s · at 6:18 · https://youtu.be/7bA2WIsKLMQ?t=378</w:t>
      </w:r>
    </w:p>
    <w:p>
      <w:r>
        <w:rPr>
          <w:i/>
        </w:rPr>
        <w:t>“Rasool Allah ke zamane mein ek aadmi aaya”</w:t>
      </w:r>
    </w:p>
    <w:p>
      <w:r>
        <w:rPr>
          <w:sz w:val="20"/>
        </w:rPr>
        <w:t>6:18  ke rasool ALLAH صلی اللہ علیہ وسلم ke zamane mein aik aadmi aaya bahar se, madine ke bahar se. us ne islam accept kiya.</w:t>
      </w:r>
      <w:r>
        <w:br/>
      </w:r>
      <w:r>
        <w:rPr>
          <w:sz w:val="20"/>
        </w:rPr>
        <w:t>6:32  to us ki tarbiyat ke liye aap ne us ko keh diya ke tum ali ke sath raho. ali ibn abi talib aik sahabi the, senior sahabi.</w:t>
      </w:r>
      <w:r>
        <w:br/>
      </w:r>
      <w:r>
        <w:rPr>
          <w:sz w:val="20"/>
        </w:rPr>
        <w:t>6:44  to aap ne kaha hai ke un ke sath raho aur un ke sath reh kar ke tum deen sikho.</w:t>
      </w:r>
      <w:r>
        <w:br/>
      </w:r>
      <w:r>
        <w:rPr>
          <w:sz w:val="20"/>
        </w:rPr>
        <w:t>6:53  to wahan par aisa tha ke log har din masjid mein ate the. to pata chalta tha ke aadmi aaya hai ke aadmi nahi aaya. to chand din ke baad aap ne dekha ke woh aadmi dikhai nahi de raha hai.</w:t>
      </w:r>
      <w:r>
        <w:br/>
      </w:r>
      <w:r>
        <w:rPr>
          <w:sz w:val="20"/>
        </w:rPr>
        <w:t>7:10  to aap ne kya kiya ke ali ibn abi talib jo the un se poocha ke woh aadmi dikhai nahi de raha hai? woh kahan hai woh?</w:t>
      </w:r>
      <w:r>
        <w:br/>
      </w:r>
      <w:r>
        <w:rPr>
          <w:sz w:val="20"/>
        </w:rPr>
        <w:t>7:21  to unhon ne kaha ke woh mujhe bhi nahi maloom. mere sath chand din raha. phir woh chala gaya. ab mujhe khud pata nahi us ke whereabouts ka pata nahi.</w:t>
      </w:r>
      <w:r>
        <w:br/>
      </w:r>
      <w:r>
        <w:rPr>
          <w:sz w:val="20"/>
        </w:rPr>
        <w:t>7:35  to aap ne logon se kaha ke woh aadmi jo hai kahin bhi mil jaye to us ko le aao hamare pas. to aik aadmi ne us ko kisi maqam par dekh liya to us se kaha ke tum ko rasool ALLAH ne bulaya hai.</w:t>
      </w:r>
      <w:r>
        <w:br/>
      </w:r>
      <w:r>
        <w:rPr>
          <w:sz w:val="20"/>
        </w:rPr>
        <w:t>7:52  to aaya aap ke pas.</w:t>
      </w:r>
      <w:r>
        <w:br/>
      </w:r>
      <w:r>
        <w:rPr>
          <w:sz w:val="20"/>
        </w:rPr>
        <w:t>7:56  to aap ne poocha ke mein ne tum se kaha tha ke tum ali ke sath raho aur deen sikho. to tum chale kyun gaye? us ne kaha mein ne seekh liya.</w:t>
      </w:r>
      <w:r>
        <w:br/>
      </w:r>
      <w:r>
        <w:rPr>
          <w:sz w:val="20"/>
        </w:rPr>
        <w:t>8:08  deen to mein ne seekh liya. is liye mein chala gaya.</w:t>
      </w:r>
      <w:r>
        <w:br/>
      </w:r>
      <w:r>
        <w:rPr>
          <w:sz w:val="20"/>
        </w:rPr>
        <w:t>8:16  to aap ne kaha kaise seekh liya? to us ne kaha ke mujhe ali ibn abi talib ne quran ki aik surah batai.</w:t>
      </w:r>
      <w:r>
        <w:br/>
      </w:r>
      <w:r>
        <w:rPr>
          <w:sz w:val="20"/>
        </w:rPr>
        <w:t>8:31  jis ko mein ne yaad kar liya. us surah mein mujhe aik bohat hi basic baat mil gayi. aik bohat hi basic formula.</w:t>
      </w:r>
      <w:r>
        <w:br/>
      </w:r>
      <w:r>
        <w:rPr>
          <w:sz w:val="20"/>
        </w:rPr>
        <w:t>8:45  woh yeh ke</w:t>
      </w:r>
      <w:r>
        <w:br/>
      </w:r>
      <w:r>
        <w:rPr>
          <w:sz w:val="20"/>
        </w:rPr>
        <w:t>8:57  is ka matlab yeh hai ke ke jo shakhs aaj ki duniya mein zara ke barabar bhi khair kare ga, neki kare ga, to agli zindagi mein woh us ka acha anjam, us ka inaam pa le ga.</w:t>
      </w:r>
    </w:p>
    <w:p>
      <w:pPr>
        <w:pStyle w:val="Heading2"/>
      </w:pPr>
      <w:r>
        <w:t>The best-couple hadith applies equally to husband and wife</w:t>
      </w:r>
    </w:p>
    <w:p>
      <w:r>
        <w:rPr>
          <w:color w:val="666666"/>
          <w:sz w:val="18"/>
        </w:rPr>
        <w:t>Behtar Khatoon Kon CPS Women Article Discussion July 2, 2023 · 1m 31s · at 18:29 · https://youtu.be/tGPJwzCnCMM?t=1109</w:t>
      </w:r>
    </w:p>
    <w:p>
      <w:r>
        <w:rPr>
          <w:i/>
        </w:rPr>
        <w:t>“Yeh hadees husband aur wife dono ke liye hai”</w:t>
      </w:r>
    </w:p>
    <w:p>
      <w:r>
        <w:rPr>
          <w:sz w:val="20"/>
        </w:rPr>
        <w:t>18:29  aap sab logon ne, dono ne, teeno ne bohat achhi tarah say isko elaborate kar diya aur yahi meri bhi learning hai aur yeh Maulana ka article ek hadees say shuru hota hai jaisa ke ke Huzoor sallallahu alaihi wasallam say jab poocha gaya ke sab say behtar aurat kaun hai?</w:t>
      </w:r>
      <w:r>
        <w:br/>
      </w:r>
      <w:r>
        <w:rPr>
          <w:sz w:val="20"/>
        </w:rPr>
        <w:t>18:47  to unhon ne yahi kaha ke jiska marz ussay dekh kar khush ho aur woh dil say apnay marz ka kaam karein aur uski marzi ke khilaaf na karein.</w:t>
      </w:r>
      <w:r>
        <w:br/>
      </w:r>
      <w:r>
        <w:rPr>
          <w:sz w:val="20"/>
        </w:rPr>
        <w:t>19:01  to yeh ek tarah say oopri sa matlab hai ke sirf saari zimmedari aurat ki hai aur Maulana sahab ne is hadees ko kaafi elaborate kiya hai aur yahan unhon ne kaha hai ke yeh husband aur wife dono hi ke liye hai mard aur aurat dono ke liye hai yeh baat ke husband aur wife ki kya relationship honi chahiye? kaisi relationship hona chahiye? aur dono mein bohat achhi understanding ho.</w:t>
      </w:r>
      <w:r>
        <w:br/>
      </w:r>
      <w:r>
        <w:rPr>
          <w:sz w:val="20"/>
        </w:rPr>
        <w:t>19:30  ek doosray ke raazdaar hon. to yeh understanding to develop hona chahiye kyunke bola na yeh bhi likhte hain ke yeh ek aisi relation hai jo blood relation nahi hai. yeh relation ke liye humein apnay aap ko tayyar bhi karna hota hai ke hum apna ghar bana rahe hain jahan humaray bachhay honge. to ek hi relation aisi ho jisay ghar ka atmosphere bohat achha rahe.</w:t>
      </w:r>
      <w:r>
        <w:br/>
      </w:r>
      <w:r>
        <w:rPr>
          <w:sz w:val="20"/>
        </w:rPr>
        <w:t>20:00  to phir main yeh bhi sochti hoon ke ki dono mein compatibility honi chahiye.</w:t>
      </w:r>
    </w:p>
    <w:p>
      <w:pPr>
        <w:pStyle w:val="Heading2"/>
      </w:pPr>
      <w:r>
        <w:t>Hadith on closing eyes of the dead and making dua</w:t>
      </w:r>
    </w:p>
    <w:p>
      <w:r>
        <w:rPr>
          <w:color w:val="666666"/>
          <w:sz w:val="18"/>
        </w:rPr>
        <w:t>CPS Women Monthly Q and A with Prof. Farida Khanam and Maulana Farhad Ahmed Umeri July 30, 2023 · 1m 34s · at 29:54 · https://youtu.be/zKtfjSCnoAE?t=1794</w:t>
      </w:r>
    </w:p>
    <w:p>
      <w:r>
        <w:rPr>
          <w:i/>
        </w:rPr>
        <w:t>“Jab Rasulullah ek marhoom sahabi ke paas aaye”</w:t>
      </w:r>
    </w:p>
    <w:p>
      <w:r>
        <w:rPr>
          <w:sz w:val="20"/>
        </w:rPr>
        <w:t>29:54  mera sawal ek hadees se related hai. yeh sahih muslim ki hadees se two one three zero. rasoolullah sallallahu alaihi wasallam abu sallama razi allahu anhu ke paas tashreef laye. us waqt unki aankhein khuli hui thi. toh aapne unhein band kar diya. jab rooh cups aur farmaya jab rooh cups ki jati hai toh nazar uska peecha karti hai. toh yeh sunne ke baad unke ghar wale jo hai woh rone lage. toh aap suno suno ne farmaya.</w:t>
      </w:r>
      <w:r>
        <w:br/>
      </w:r>
      <w:r>
        <w:rPr>
          <w:sz w:val="20"/>
        </w:rPr>
        <w:t>30:20  tum apne liye bhalai ke alawa aur koi dua na karo kyunki tum jo kehte ho farishte us par aameen kehte hain. toh mera question phir uske baad aapne unke liye dua ki abu sallama ke liye.</w:t>
      </w:r>
      <w:r>
        <w:br/>
      </w:r>
      <w:r>
        <w:rPr>
          <w:sz w:val="20"/>
        </w:rPr>
        <w:t>30:32  toh mera question yeh hai ki matlab yeh particular usi time ke liye thi kisi matlab inkar ho jata hai us bande ke liye yeh hum logon ke liye bhi hai aam din mein aur iske baad second yeh tha ki agar yeh aam dinon mein bhi hai toh jaise hamare negative thoughts ya comments aise rehte hain toh kya farishte us par bhi aameen kehte hain? mera question yeh tha. aameen kehne ka mamla jo hai woh toh har waqt ke liye hai.</w:t>
      </w:r>
      <w:r>
        <w:br/>
      </w:r>
      <w:r>
        <w:rPr>
          <w:sz w:val="20"/>
        </w:rPr>
        <w:t>30:59  aisa nahi ki sirf usi ke liye fast tha, toh farishte kehte hain aameen tumhare liye usi tarah. toh yeh toh har achhi cheez ke liye farishte aameen kehte hain. hum achhi dua karte hain.</w:t>
      </w:r>
      <w:r>
        <w:br/>
      </w:r>
      <w:r>
        <w:rPr>
          <w:sz w:val="20"/>
        </w:rPr>
        <w:t>31:28  i hope this answer is clear to you. achha. ji answer toh clear hai aap bas yeh keh rahe the ki jaise kabhi jaise negative thought ya comments aate hain toh insaan keh deta hai toh us par bhi farishte aameen kehte hain kya matlab uske liye bhi? dekhiye hadees mein baddua waghera se mana kiya gaya. baddua ke andar negative thaata aa jaate hain. mana kiya gaya hai especially maa baap ko mana kiya gaya hai ki woh baddua na kare bachchon ka.</w:t>
      </w:r>
    </w:p>
    <w:p>
      <w:pPr>
        <w:pStyle w:val="Heading2"/>
      </w:pPr>
      <w:r>
        <w:t>closing thesis: how you treat people is how you treat God</w:t>
      </w:r>
    </w:p>
    <w:p>
      <w:r>
        <w:rPr>
          <w:color w:val="666666"/>
          <w:sz w:val="18"/>
        </w:rPr>
        <w:t>Modesty and Arrogance January 31, 2008 · 1m 46s · at 57:35 · https://youtu.be/8EHBmsIAF_Q?t=3455</w:t>
      </w:r>
    </w:p>
    <w:p>
      <w:r>
        <w:rPr>
          <w:i/>
        </w:rPr>
        <w:t>“Remember, arrogance and modesty are both crucial for man”</w:t>
      </w:r>
    </w:p>
    <w:p>
      <w:r>
        <w:rPr>
          <w:sz w:val="20"/>
        </w:rPr>
        <w:t>57:35  to</w:t>
      </w:r>
      <w:r>
        <w:br/>
      </w:r>
      <w:r>
        <w:rPr>
          <w:sz w:val="20"/>
        </w:rPr>
        <w:t>57:36  yaad rakhiye, arrogance aur modesty yeh dono cheezain hain jo bohat hi crucial hain insaan ke liye.</w:t>
      </w:r>
      <w:r>
        <w:br/>
      </w:r>
      <w:r>
        <w:rPr>
          <w:sz w:val="20"/>
        </w:rPr>
        <w:t>57:48  insaan ko duniya mein modest ban kar rehna hai, kyunkay modesty ka jo test hota hai, woh insaanon hi ke samnay hota hai.</w:t>
      </w:r>
      <w:r>
        <w:br/>
      </w:r>
      <w:r>
        <w:rPr>
          <w:sz w:val="20"/>
        </w:rPr>
        <w:t>57:57  kyunkay khuda to samnay khada hua hai hi nahi.</w:t>
      </w:r>
      <w:r>
        <w:br/>
      </w:r>
      <w:r>
        <w:rPr>
          <w:sz w:val="20"/>
        </w:rPr>
        <w:t>58:02  insaan ke samnay agar aap ne arrogance dikhaya to aap ne khuda ke samnay arrogance dikhaya, aur insaan ke samnay agar modest ban gaye aap to aap khuda ke samnay modest banay.</w:t>
      </w:r>
      <w:r>
        <w:br/>
      </w:r>
      <w:r>
        <w:rPr>
          <w:sz w:val="20"/>
        </w:rPr>
        <w:t>58:16  is ko achi tarah samajh lijiye.</w:t>
      </w:r>
      <w:r>
        <w:br/>
      </w:r>
      <w:r>
        <w:rPr>
          <w:sz w:val="20"/>
        </w:rPr>
        <w:t>58:20  agar aap is duniya mein rehtay hue logon ke beech mein insaan se jo mamlaat paṛa aap ka, to us waqt insaan ke samnay aap organ ban gaye,</w:t>
      </w:r>
      <w:r>
        <w:br/>
      </w:r>
      <w:r>
        <w:rPr>
          <w:sz w:val="20"/>
        </w:rPr>
        <w:t>58:33  ghamand dikhanay lagay. to aap ne khuda ke samnay ghamand dikhaya, khuda ke samnay aap ne arrogance dikhaya. aur agar aap insaanon ke beech mein rehtay hue insaanon se modesty ki to aap ne khuda ke samnay modesty ki.</w:t>
      </w:r>
      <w:r>
        <w:br/>
      </w:r>
      <w:r>
        <w:rPr>
          <w:sz w:val="20"/>
        </w:rPr>
        <w:t>58:52  woh modesty khuda ke samnay modesty ke tor par likhi jaye gi. yeh hai sara mamla. aqool qawli haza</w:t>
      </w:r>
    </w:p>
    <w:p>
      <w:pPr>
        <w:pStyle w:val="Heading2"/>
      </w:pPr>
      <w:r>
        <w:t>Full explanation of simplicity hadith</w:t>
      </w:r>
    </w:p>
    <w:p>
      <w:r>
        <w:rPr>
          <w:color w:val="666666"/>
          <w:sz w:val="18"/>
        </w:rPr>
        <w:t>Simplicity is part of Faith 2 May 2014 - Maulana Wahiduddin Khan · 1m 35s · at 0:31 · https://youtu.be/IdhUcheTbO4?t=31</w:t>
      </w:r>
    </w:p>
    <w:p>
      <w:r>
        <w:rPr>
          <w:i/>
        </w:rPr>
        <w:t>“Listen! Listen! Simplicity is part of faith.”</w:t>
      </w:r>
    </w:p>
    <w:p>
      <w:r>
        <w:rPr>
          <w:sz w:val="20"/>
        </w:rPr>
        <w:t>0:31  faqala rasool Allah sallallahu alaihi wasallam: "ala tasma'un? ala tasma'un? innal bazazata min al-iman." innal bazazata min al-iman.</w:t>
      </w:r>
      <w:r>
        <w:br/>
      </w:r>
      <w:r>
        <w:rPr>
          <w:sz w:val="20"/>
        </w:rPr>
        <w:t>0:46  abu dawood, hadith number 4161. abu imamah riwayat karte hain ke rasool Allah ke ashab ne aik din aap ke pas duniya ka zikr kiya to aap ne farmaya:</w:t>
      </w:r>
      <w:r>
        <w:br/>
      </w:r>
      <w:r>
        <w:rPr>
          <w:sz w:val="20"/>
        </w:rPr>
        <w:t>1:08  "kya tum suntay nahi ho? kya tum suntay nahi ho? bazazat iman ka hissa hai." bazazat iman ka hissa hai.</w:t>
      </w:r>
      <w:r>
        <w:br/>
      </w:r>
      <w:r>
        <w:rPr>
          <w:sz w:val="20"/>
        </w:rPr>
        <w:t>1:22  maulana is hadith ki wazahat farmayen.</w:t>
      </w:r>
      <w:r>
        <w:br/>
      </w:r>
      <w:r>
        <w:rPr>
          <w:sz w:val="20"/>
        </w:rPr>
        <w:t>1:25  bismillah-hir-rahman-nir-rahim.</w:t>
      </w:r>
      <w:r>
        <w:br/>
      </w:r>
      <w:r>
        <w:rPr>
          <w:sz w:val="20"/>
        </w:rPr>
        <w:t>1:32  is hadith mein</w:t>
      </w:r>
      <w:r>
        <w:br/>
      </w:r>
      <w:r>
        <w:rPr>
          <w:sz w:val="20"/>
        </w:rPr>
        <w:t>1:36  bazzaha ka lafz aaya hai, is ke lafzi ma'ni hote hain badhali, shebines. yeh zahir ke aitbar se yeh hai, asal mein is ka mafhoom hai sadgi, simplicity.</w:t>
      </w:r>
    </w:p>
    <w:p>
      <w:pPr>
        <w:pStyle w:val="Heading2"/>
      </w:pPr>
      <w:r>
        <w:t>Hadith: Fear Allah and have good character</w:t>
      </w:r>
    </w:p>
    <w:p>
      <w:r>
        <w:rPr>
          <w:color w:val="666666"/>
          <w:sz w:val="18"/>
        </w:rPr>
        <w:t>Lessons from My Journey to Canada II January 10, 2016 · 1m 57s · at 51:22 · https://youtu.be/GHF2Ph3GW7A?t=3082</w:t>
      </w:r>
    </w:p>
    <w:p>
      <w:r>
        <w:rPr>
          <w:i/>
        </w:rPr>
        <w:t>“Kindly guide me. This is a very good question.”</w:t>
      </w:r>
    </w:p>
    <w:p>
      <w:r>
        <w:rPr>
          <w:sz w:val="20"/>
        </w:rPr>
        <w:t>51:22  kindly guide me."</w:t>
      </w:r>
      <w:r>
        <w:br/>
      </w:r>
      <w:r>
        <w:rPr>
          <w:sz w:val="20"/>
        </w:rPr>
        <w:t>51:25  yeh bohat achha question hai.</w:t>
      </w:r>
      <w:r>
        <w:br/>
      </w:r>
      <w:r>
        <w:rPr>
          <w:sz w:val="20"/>
        </w:rPr>
        <w:t>51:29  main samajhta hoon ke ek hadith mein hum ko is ka poora jawab milta hai.</w:t>
      </w:r>
      <w:r>
        <w:br/>
      </w:r>
      <w:r>
        <w:rPr>
          <w:sz w:val="20"/>
        </w:rPr>
        <w:t>51:36  ek shakhs se aap ne isi tarah ke sawal ke jawab mein kaha tha ke "atqullah</w:t>
      </w:r>
      <w:r>
        <w:br/>
      </w:r>
      <w:r>
        <w:rPr>
          <w:sz w:val="20"/>
        </w:rPr>
        <w:t>51:44  khuluq hasan", yaani is tarah ho ke tumhare dil mein allah ka dar ho aur logon ke sath</w:t>
      </w:r>
      <w:r>
        <w:br/>
      </w:r>
      <w:r>
        <w:rPr>
          <w:sz w:val="20"/>
        </w:rPr>
        <w:t>51:57  achhe akhlaq ke sath sulook karo.</w:t>
      </w:r>
      <w:r>
        <w:br/>
      </w:r>
      <w:r>
        <w:rPr>
          <w:sz w:val="20"/>
        </w:rPr>
        <w:t>52:01  bas yaani is spirit ke aitbar se allah ka, allah tumhara kastr bana hua ho.</w:t>
      </w:r>
      <w:r>
        <w:br/>
      </w:r>
      <w:r>
        <w:rPr>
          <w:sz w:val="20"/>
        </w:rPr>
        <w:t>52:09  spirit yaani internal spirit ke aitbar se allah tumhara concern bana hua ho.</w:t>
      </w:r>
      <w:r>
        <w:br/>
      </w:r>
      <w:r>
        <w:rPr>
          <w:sz w:val="20"/>
        </w:rPr>
        <w:t>52:15  tum apne aap ko allah ke samne accountable samjho.</w:t>
      </w:r>
      <w:r>
        <w:br/>
      </w:r>
      <w:r>
        <w:rPr>
          <w:sz w:val="20"/>
        </w:rPr>
        <w:t>52:21  accountable. aur doosri baat yeh hai ke jis jis insaan se sabqa pade, chahe</w:t>
      </w:r>
      <w:r>
        <w:br/>
      </w:r>
      <w:r>
        <w:rPr>
          <w:sz w:val="20"/>
        </w:rPr>
        <w:t>52:28  yaani baat cheet ke aitbar se ho ya koi dealing ho, us se kisi nabuwat ka</w:t>
      </w:r>
      <w:r>
        <w:br/>
      </w:r>
      <w:r>
        <w:rPr>
          <w:sz w:val="20"/>
        </w:rPr>
        <w:t>52:36  taalluq ho, to us mein tum ko is tarah muamla karna chahiye ke tumhara ke woh yaani friendly</w:t>
      </w:r>
      <w:r>
        <w:br/>
      </w:r>
      <w:r>
        <w:rPr>
          <w:sz w:val="20"/>
        </w:rPr>
        <w:t>52:44  behavior ke sath,</w:t>
      </w:r>
      <w:r>
        <w:br/>
      </w:r>
      <w:r>
        <w:rPr>
          <w:sz w:val="20"/>
        </w:rPr>
        <w:t>52:48  aakhir bi khuluq hasan logon se mile julo, logon se muamla karo, achhe akhlaq ke sath.</w:t>
      </w:r>
      <w:r>
        <w:br/>
      </w:r>
      <w:r>
        <w:rPr>
          <w:sz w:val="20"/>
        </w:rPr>
        <w:t>52:56  bas yahi do cheezen agar maujood hain to isi ka naam hai yaani islam in daily life.</w:t>
      </w:r>
      <w:r>
        <w:br/>
      </w:r>
      <w:r>
        <w:rPr>
          <w:sz w:val="20"/>
        </w:rPr>
        <w:t>53:04  مولانا، اگلا سوال کیا ہے دلی سے مس نغمہ صدیقی نے، اور ان کا سوال ہے کہ "according</w:t>
      </w:r>
      <w:r>
        <w:br/>
      </w:r>
      <w:r>
        <w:rPr>
          <w:sz w:val="20"/>
        </w:rPr>
        <w:t>53:13  to you, how can we revive the islamic spirit among muslims?"</w:t>
      </w:r>
    </w:p>
    <w:p>
      <w:pPr>
        <w:pStyle w:val="Heading2"/>
      </w:pPr>
      <w:r>
        <w:t>Identity of Dajjal and Mahdi</w:t>
      </w:r>
    </w:p>
    <w:p>
      <w:r>
        <w:rPr>
          <w:color w:val="666666"/>
          <w:sz w:val="18"/>
        </w:rPr>
        <w:t>Warnings of Doomsday February 4, 2007 · 1m 42s · at 4:10 · https://youtu.be/VT0BnPl_-zc?t=250</w:t>
      </w:r>
    </w:p>
    <w:p>
      <w:r>
        <w:rPr>
          <w:i/>
        </w:rPr>
        <w:t>“Aakhri zamane mein Dajjal bhi zaahir hoga aur Mahdi bhi”</w:t>
      </w:r>
    </w:p>
    <w:p>
      <w:r>
        <w:rPr>
          <w:sz w:val="20"/>
        </w:rPr>
        <w:t>4:10  Dajjal bhi zahir hoga aur Mahdi bhi zahir honge, dono. to dekhen, Dajjal jo hai aur Mahdi jo hai, dono ki pehchan kya hogi?</w:t>
      </w:r>
      <w:r>
        <w:br/>
      </w:r>
      <w:r>
        <w:rPr>
          <w:sz w:val="20"/>
        </w:rPr>
        <w:t>4:21  sab se bari baat yeh jaanna hai ke Dajjal ki pehchan kya hai aur Mahdi ki pehchan kya hai.</w:t>
      </w:r>
      <w:r>
        <w:br/>
      </w:r>
      <w:r>
        <w:rPr>
          <w:sz w:val="20"/>
        </w:rPr>
        <w:t>4:29  Dajjal ka matlab hota hai "great deceiver", bohat ziyada bara farebi. to Dajjal bohat hi beautiful ideologies pesh karega, beautiful ideology,</w:t>
      </w:r>
      <w:r>
        <w:br/>
      </w:r>
      <w:r>
        <w:rPr>
          <w:sz w:val="20"/>
        </w:rPr>
        <w:t>4:46  beautiful nazariyat.</w:t>
      </w:r>
      <w:r>
        <w:br/>
      </w:r>
      <w:r>
        <w:rPr>
          <w:sz w:val="20"/>
        </w:rPr>
        <w:t>4:54  woh uski pehchan kya hogi? pehchan hogi result. result, result ko dekh kar aap samjhenge ke yeh Dajali ideology hai ya nahi hai.</w:t>
      </w:r>
      <w:r>
        <w:br/>
      </w:r>
      <w:r>
        <w:rPr>
          <w:sz w:val="20"/>
        </w:rPr>
        <w:t>5:06  aur Mahdi jo hai, woh isi ko expose karega, uski beautiful ideology, jisko jo logon ko bohat ziyada dhoke mein daal degi.</w:t>
      </w:r>
      <w:r>
        <w:br/>
      </w:r>
      <w:r>
        <w:rPr>
          <w:sz w:val="20"/>
        </w:rPr>
        <w:t>5:18  bohat se log iski bheed ki bheed chal padegi Dajjal ke peeche, uski ideological beauty ki wajah se. to Mahdi ka kaam hoga usko expose karna.</w:t>
      </w:r>
      <w:r>
        <w:br/>
      </w:r>
      <w:r>
        <w:rPr>
          <w:sz w:val="20"/>
        </w:rPr>
        <w:t>5:30  to main aap ko ek pehchan batata hoon ke pehchan hoga result. to maine arz kiya tha ke is zamane mein dekhen, religion mein bhi aur secular shobon mein bhi, dono mein Dajali nazariyat, Dajali thought zahir hue.</w:t>
      </w:r>
    </w:p>
    <w:p>
      <w:pPr>
        <w:pStyle w:val="Heading2"/>
      </w:pPr>
      <w:r>
        <w:t>Umar Farooq chasing a lost camel and his famous humility line</w:t>
      </w:r>
    </w:p>
    <w:p>
      <w:r>
        <w:rPr>
          <w:color w:val="666666"/>
          <w:sz w:val="18"/>
        </w:rPr>
        <w:t>Modesty and Arrogance January 31, 2008 · 2m 13s · at 23:42 · https://youtu.be/8EHBmsIAF_Q?t=1422</w:t>
      </w:r>
    </w:p>
    <w:p>
      <w:r>
        <w:rPr>
          <w:i/>
        </w:rPr>
        <w:t>“In that era a camel from the public treasury went missing”</w:t>
      </w:r>
    </w:p>
    <w:p>
      <w:r>
        <w:rPr>
          <w:sz w:val="20"/>
        </w:rPr>
        <w:t>23:42  jaise ek main aap ko ek misaal deta hoon. woh Khalifa the is zamane mein. Musalmanon ka ek empire ban chuka tha.</w:t>
      </w:r>
      <w:r>
        <w:br/>
      </w:r>
      <w:r>
        <w:rPr>
          <w:sz w:val="20"/>
        </w:rPr>
        <w:t>23:52  is ke woh Khalifa the.</w:t>
      </w:r>
      <w:r>
        <w:br/>
      </w:r>
      <w:r>
        <w:rPr>
          <w:sz w:val="20"/>
        </w:rPr>
        <w:t>23:55  to is zamane mein bait ul maal hua karta tha. to bait ul maal ka ek oont gum ho gaya.</w:t>
      </w:r>
      <w:r>
        <w:br/>
      </w:r>
      <w:r>
        <w:rPr>
          <w:sz w:val="20"/>
        </w:rPr>
        <w:t>24:05  rassi khul gayi, woh bhaag gaya</w:t>
      </w:r>
      <w:r>
        <w:br/>
      </w:r>
      <w:r>
        <w:rPr>
          <w:sz w:val="20"/>
        </w:rPr>
        <w:t>24:09  kahin desert mein, idhar udhar. yeh Madine ka waqia hai. to Umar Farooq, jo Khalifa the, nikle us ko talash karne ke liye.</w:t>
      </w:r>
      <w:r>
        <w:br/>
      </w:r>
      <w:r>
        <w:rPr>
          <w:sz w:val="20"/>
        </w:rPr>
        <w:t>24:22  ab woh talash karne ke daud rahe hain, idhar se, idhar se, idhar.</w:t>
      </w:r>
      <w:r>
        <w:br/>
      </w:r>
      <w:r>
        <w:rPr>
          <w:sz w:val="20"/>
        </w:rPr>
        <w:t>24:26  to isi waqt Shaam se, yani Syria se, kuch log un se milne ke liye aaye Khalifa se. to poocha ke kahan hain?</w:t>
      </w:r>
      <w:r>
        <w:br/>
      </w:r>
      <w:r>
        <w:rPr>
          <w:sz w:val="20"/>
        </w:rPr>
        <w:t>24:37  maloom hua ke woh idhar gaye hain. to idhar gaye un se milne ke liye. to unhon ne kaha ke aap yahan kya kar rahe hain? to unhon ne kaha ke bait ul maal ka ek oont gum ho gaya hai, main us ko talash kar raha hoon.</w:t>
      </w:r>
      <w:r>
        <w:br/>
      </w:r>
      <w:r>
        <w:rPr>
          <w:sz w:val="20"/>
        </w:rPr>
        <w:t>24:56  to unhon ne kaha ke aap ne kisi abd ko, kisi ghulam ko, kisi abd ko is kaam ke liye keh diya hota?</w:t>
      </w:r>
      <w:r>
        <w:br/>
      </w:r>
      <w:r>
        <w:rPr>
          <w:sz w:val="20"/>
        </w:rPr>
        <w:t>25:04  koi abd jo hai, woh is kaam ko karta? to Hazrat Umar ne kaha: "Ay abd abd minni!"</w:t>
      </w:r>
      <w:r>
        <w:br/>
      </w:r>
      <w:r>
        <w:rPr>
          <w:sz w:val="20"/>
        </w:rPr>
        <w:t>25:18  ae abd abd mani! mujh se zyada abd kaun hai? mujh se zyada ghulam kaun hai?</w:t>
      </w:r>
      <w:r>
        <w:br/>
      </w:r>
      <w:r>
        <w:rPr>
          <w:sz w:val="20"/>
        </w:rPr>
        <w:t>25:26  aap is ko zara sochiye ke woh keh rahe hain ke "ae abd abd mani!" is ke andar ek thrill aap payenge, jaise woh keh rahe hon to un ko thrill aata ho.</w:t>
      </w:r>
      <w:r>
        <w:br/>
      </w:r>
      <w:r>
        <w:rPr>
          <w:sz w:val="20"/>
        </w:rPr>
        <w:t>25:38  kyun ke apni sachi hesiyat ko is mein woh maan rahe the ke mein abd hoon, mein Khuda ka ghulam hoon. to unhon ne kaha ke "ae abd abd mani!</w:t>
      </w:r>
      <w:r>
        <w:br/>
      </w:r>
      <w:r>
        <w:rPr>
          <w:sz w:val="20"/>
        </w:rPr>
        <w:t>25:49  mujh se zyada abd kaun hai?" yeh thi un ki modesty.</w:t>
      </w:r>
    </w:p>
    <w:p>
      <w:pPr>
        <w:pStyle w:val="Heading2"/>
      </w:pPr>
      <w:r>
        <w:t>Hadith qudsi on God's mercy</w:t>
      </w:r>
    </w:p>
    <w:p>
      <w:r>
        <w:rPr>
          <w:color w:val="666666"/>
          <w:sz w:val="18"/>
        </w:rPr>
        <w:t>Positive Thinking 7 May 2014 - Maulana Wahiduddin Khan · 1m 43s · at 0:18 · https://youtu.be/D6zupEZ6LLw?t=18</w:t>
      </w:r>
    </w:p>
    <w:p>
      <w:r>
        <w:rPr>
          <w:i/>
        </w:rPr>
        <w:t>“An Abi Dharr an al-Nabi”</w:t>
      </w:r>
    </w:p>
    <w:p>
      <w:r>
        <w:rPr>
          <w:sz w:val="20"/>
        </w:rPr>
        <w:t>0:18  an abi dharr an an nabi sallallahu alaihi wasallam fima rawa an Allah tabarak wa taala, innahu qal: "ya ibadi, inni harramtuz zulma ala nafsi, wa jaaltuhu bainakum muharriman, fala tazalamu." ya ibadi,</w:t>
      </w:r>
      <w:r>
        <w:br/>
      </w:r>
      <w:r>
        <w:rPr>
          <w:sz w:val="20"/>
        </w:rPr>
        <w:t>0:36  kullukum dhalun illa man hadaytuhu, fastahiduni ahdikum. ya ibadi, kullukum ja'i'un illa man atamtuhu, fastat'imuni ut'imukum.</w:t>
      </w:r>
      <w:r>
        <w:br/>
      </w:r>
      <w:r>
        <w:rPr>
          <w:sz w:val="20"/>
        </w:rPr>
        <w:t>0:50  ya ibadi, kullukum 'arun illa man kasawtuhu, fastaqsunini aksukum. sahih muslim hadith number 257.</w:t>
      </w:r>
      <w:r>
        <w:br/>
      </w:r>
      <w:r>
        <w:rPr>
          <w:sz w:val="20"/>
        </w:rPr>
        <w:t>1:06  abu dharr riwayat karte hain nabi sallallahu alaihi wasallam se: aap ne Allah taala se riwayat kiya, Allah ne farmaya: "ae mere bando!</w:t>
      </w:r>
      <w:r>
        <w:br/>
      </w:r>
      <w:r>
        <w:rPr>
          <w:sz w:val="20"/>
        </w:rPr>
        <w:t>1:20  mein ne apne oper zulm ko haram kar liya hai, aur mein ne tumhare darmiyan bhi zulm ko haram kar diya, to tum aapas mein zulm na karo.</w:t>
      </w:r>
      <w:r>
        <w:br/>
      </w:r>
      <w:r>
        <w:rPr>
          <w:sz w:val="20"/>
        </w:rPr>
        <w:t>1:33  ae mere bando! tum sab ke sab bhatke hue ho, magar woh shakhs jis ko mein hidayat doon, to tum mujh se hidayat talab karo, mein tum ko hidayat doon ga.</w:t>
      </w:r>
      <w:r>
        <w:br/>
      </w:r>
      <w:r>
        <w:rPr>
          <w:sz w:val="20"/>
        </w:rPr>
        <w:t>1:48  ae mere bando!</w:t>
      </w:r>
      <w:r>
        <w:br/>
      </w:r>
      <w:r>
        <w:rPr>
          <w:sz w:val="20"/>
        </w:rPr>
        <w:t>1:50  tum sab ke sab bhooke ho, siwaye us ke jis ko mein khilaon, to tum mujh se khana mango, mein tum ko khilaon ga.</w:t>
      </w:r>
    </w:p>
    <w:p>
      <w:pPr>
        <w:pStyle w:val="Heading2"/>
      </w:pPr>
      <w:r>
        <w:t>Ibn Shihab al-Zuhri's astonishing memory test</w:t>
      </w:r>
    </w:p>
    <w:p>
      <w:r>
        <w:rPr>
          <w:color w:val="666666"/>
          <w:sz w:val="18"/>
        </w:rPr>
        <w:t>Understanding The Importance of Hadith November 20, 2022 · 1m 00s · at 38:15 · https://youtu.be/xwY_Qsz4HSQ?t=2295</w:t>
      </w:r>
    </w:p>
    <w:p>
      <w:r>
        <w:rPr>
          <w:i/>
        </w:rPr>
        <w:t>“Khalifa Hisham ne unka hafiza test karna chaha”</w:t>
      </w:r>
    </w:p>
    <w:p>
      <w:r>
        <w:rPr>
          <w:sz w:val="20"/>
        </w:rPr>
        <w:t>38:15  To aik Imam Ibn Shihab Al-Zuhri thay, to unka hafiza bohat zabardast tha. To aik bar Khalifa Hisham ibn Abd al-Malik ne unka hafizay ki test lena chaha,</w:t>
      </w:r>
      <w:r>
        <w:br/>
      </w:r>
      <w:r>
        <w:rPr>
          <w:sz w:val="20"/>
        </w:rPr>
        <w:t>38:29  to unhon ne 400 hadithain unse, ah, imla karwayeen. Unhon ne jis order mein 400 hadithain imla keen, to woh unhon ne isko likhwa liya.</w:t>
      </w:r>
      <w:r>
        <w:br/>
      </w:r>
      <w:r>
        <w:rPr>
          <w:sz w:val="20"/>
        </w:rPr>
        <w:t>38:40  Badshah ne, Khalifa ne isko likhwa liya. Phir aik mahinay kay baad unse kaha ke woh hadithain misplace ho gayi hain, aap dobara se usi order se imla karadijiye.</w:t>
      </w:r>
      <w:r>
        <w:br/>
      </w:r>
      <w:r>
        <w:rPr>
          <w:sz w:val="20"/>
        </w:rPr>
        <w:t>38:52  To</w:t>
      </w:r>
      <w:r>
        <w:br/>
      </w:r>
      <w:r>
        <w:rPr>
          <w:sz w:val="20"/>
        </w:rPr>
        <w:t>38:53  unhon ne poora usi order se imla karadiya. Aur is mein jab unhon ne dono milaye, woh to aisay hi tha unse. Jab dono tally kiye to dono mein koi bhi farq nahi tha.</w:t>
      </w:r>
      <w:r>
        <w:br/>
      </w:r>
      <w:r>
        <w:rPr>
          <w:sz w:val="20"/>
        </w:rPr>
        <w:t>39:03  to kuch logon ki bohat zabardast memory hoti hai, to iska jo hai, woh iska pura istemal kiya. unhon ne pura apne aap ko dedicate kar diya is mission ke liye.</w:t>
      </w:r>
    </w:p>
    <w:p>
      <w:pPr>
        <w:pStyle w:val="Heading2"/>
      </w:pPr>
      <w:r>
        <w:t>Hadith on endless violence and its prediction</w:t>
      </w:r>
    </w:p>
    <w:p>
      <w:r>
        <w:rPr>
          <w:color w:val="666666"/>
          <w:sz w:val="18"/>
        </w:rPr>
        <w:t>Ideology of Life December 29, 2013 Maulana Wahiduddin Khan · 2m 30s · at 2:39 · https://youtu.be/N5psCFw23MI?t=159</w:t>
      </w:r>
    </w:p>
    <w:p>
      <w:r>
        <w:rPr>
          <w:i/>
        </w:rPr>
        <w:t>“to mujhe ek hadees yaad aayi”</w:t>
      </w:r>
    </w:p>
    <w:p>
      <w:r>
        <w:rPr>
          <w:sz w:val="20"/>
        </w:rPr>
        <w:t>2:39  aisa kyun? yeh koi simple baat nahin hai, yeh bohat hi bari baat hai. to mujhe aik hadith yaad aayi, is hadith mein ab bohat ajeeb tor par is ka explanation milta hai.</w:t>
      </w:r>
      <w:r>
        <w:br/>
      </w:r>
      <w:r>
        <w:rPr>
          <w:sz w:val="20"/>
        </w:rPr>
        <w:t>2:56  aik hadith hai ke: "as a wazir safe of your ummati lam yurf'a anha hatta yoom al qiyamah" ke meri ummat mein jab talwar dakhil hogi to woh qayamat tak phir nikle gi nahin.</w:t>
      </w:r>
      <w:r>
        <w:br/>
      </w:r>
      <w:r>
        <w:rPr>
          <w:sz w:val="20"/>
        </w:rPr>
        <w:t>3:15  to mein ne socha ke aakhir talwar agar dakhil hogi to kyun qayamat tak chalti rahe gi, kyun? jaisa ke aap dekh rahe hain aap, yahi to hai.</w:t>
      </w:r>
      <w:r>
        <w:br/>
      </w:r>
      <w:r>
        <w:rPr>
          <w:sz w:val="20"/>
        </w:rPr>
        <w:t>3:28  kyun ke hamesha aisa hota hai dekhen ke larai ka ek had hoti hai. First World War ki ek had thi, Second World War ki ek had thi. ek had par ja kar khatm ho gayi.</w:t>
      </w:r>
      <w:r>
        <w:br/>
      </w:r>
      <w:r>
        <w:rPr>
          <w:sz w:val="20"/>
        </w:rPr>
        <w:t>3:40  ya musalmanon mein kyun aisa hoga ke talwar chalti hi rahe gi, chalti hi rahe gi. is ko kehte hain justified militancy, justified violence.</w:t>
      </w:r>
      <w:r>
        <w:br/>
      </w:r>
      <w:r>
        <w:rPr>
          <w:sz w:val="20"/>
        </w:rPr>
        <w:t>3:58  yani musalmanon mein yeh yeh yeh prediction tha rasool Allah sal Allah alaih wasallam ka ke musalmanon mein ek ek ideology develop kare gi, system based ideology.</w:t>
      </w:r>
      <w:r>
        <w:br/>
      </w:r>
      <w:r>
        <w:rPr>
          <w:sz w:val="20"/>
        </w:rPr>
        <w:t>4:11  yani musalman yeh samajh len ke hamein dunya mein islami nizam qaim karna hai.</w:t>
      </w:r>
      <w:r>
        <w:br/>
      </w:r>
      <w:r>
        <w:rPr>
          <w:sz w:val="20"/>
        </w:rPr>
        <w:t>4:18  yani that was an innovation. yeh Islam mein kahin aisa nahi hai ke hamari duty hai ke hum dunya mein islami hukumat qaim karen. yeh aisi aisa kahin nahi hai.</w:t>
      </w:r>
      <w:r>
        <w:br/>
      </w:r>
      <w:r>
        <w:rPr>
          <w:sz w:val="20"/>
        </w:rPr>
        <w:t>4:30  to yeh prediction tha ke ek daur aayega ke musalmanon mein yeh zehan banega.</w:t>
      </w:r>
      <w:r>
        <w:br/>
      </w:r>
      <w:r>
        <w:rPr>
          <w:sz w:val="20"/>
        </w:rPr>
        <w:t>4:39  to is ke baad kya karenge woh? jab woh chahenge ke islami hukumat qaim karen to koi na koi tarjeeh qaim hogi. to is ko hatana hai, is ko depose karna hai, is ko overthrow karna hai.</w:t>
      </w:r>
      <w:r>
        <w:br/>
      </w:r>
      <w:r>
        <w:rPr>
          <w:sz w:val="20"/>
        </w:rPr>
        <w:t>4:52  to woh to hate ga nahi marzi se apni, to violence karenge. that is justified violence. yani insaaf qaim karne ke liye, justice qaim karne ke liye, islami hukumat qaim karne ke liye, Khuda ki hukumat qaim karne ke liye.</w:t>
      </w:r>
    </w:p>
    <w:p>
      <w:pPr>
        <w:pStyle w:val="Heading2"/>
      </w:pPr>
      <w:r>
        <w:t>Hadith as wisdom and applied Quran</w:t>
      </w:r>
    </w:p>
    <w:p>
      <w:r>
        <w:rPr>
          <w:color w:val="666666"/>
          <w:sz w:val="18"/>
        </w:rPr>
        <w:t>Wisdom of Hadith February 23, 2014 · 1m 31s · at 7:05 · https://youtu.be/8GZmhBU-LwE?t=425</w:t>
      </w:r>
    </w:p>
    <w:p>
      <w:r>
        <w:rPr>
          <w:i/>
        </w:rPr>
        <w:t>“Dekhiye hadith jo hai iske liye Quran mein aaya hai hikmat”</w:t>
      </w:r>
    </w:p>
    <w:p>
      <w:r>
        <w:rPr>
          <w:sz w:val="20"/>
        </w:rPr>
        <w:t>7:05  dekhen hadith jo hai is ke liye quran mein aaya hai "hikmat kalim". "yu'allimuhul kitaba wal-hikmah" yani peghambar ka aik kaam yeh hai ke us ne kitab diya insan ko.</w:t>
      </w:r>
      <w:r>
        <w:br/>
      </w:r>
      <w:r>
        <w:rPr>
          <w:sz w:val="20"/>
        </w:rPr>
        <w:t>7:20  quran. doosri cheez yeh hai ke us ne hikmat diya. yeh hikmat jo hai yahi hadith hai. hikmat ka matlab hota hai Wisdom.</w:t>
      </w:r>
      <w:r>
        <w:br/>
      </w:r>
      <w:r>
        <w:rPr>
          <w:sz w:val="20"/>
        </w:rPr>
        <w:t>7:33  to dekhen hadith ka muamla juz'iyat shariat ka mozu nahi hai hadith. hadith jo hai woh is se zyada bohat hi ahim cheez hai hadith.</w:t>
      </w:r>
      <w:r>
        <w:br/>
      </w:r>
      <w:r>
        <w:rPr>
          <w:sz w:val="20"/>
        </w:rPr>
        <w:t>7:46  yani quran agar allah ki kitab hai to hadith is ka Applied Edition hai Applied Version hai.</w:t>
      </w:r>
      <w:r>
        <w:br/>
      </w:r>
      <w:r>
        <w:rPr>
          <w:sz w:val="20"/>
        </w:rPr>
        <w:t>7:56  yani quran ka Applied Version.</w:t>
      </w:r>
      <w:r>
        <w:br/>
      </w:r>
      <w:r>
        <w:rPr>
          <w:sz w:val="20"/>
        </w:rPr>
        <w:t>8:05  quran jo hai</w:t>
      </w:r>
      <w:r>
        <w:br/>
      </w:r>
      <w:r>
        <w:rPr>
          <w:sz w:val="20"/>
        </w:rPr>
        <w:t>8:09  agar Principles hain is ke andar hain to hadith mein is ki Detail hain.</w:t>
      </w:r>
      <w:r>
        <w:br/>
      </w:r>
      <w:r>
        <w:rPr>
          <w:sz w:val="20"/>
        </w:rPr>
        <w:t>8:19  woh sari cheezain jo baad ki tareekh mein is ko jis ki wajah se islam aik kiya ko ahmiyat hasil hui woh sab hadithain hi se to maloom hoti hain.</w:t>
      </w:r>
      <w:r>
        <w:br/>
      </w:r>
      <w:r>
        <w:rPr>
          <w:sz w:val="20"/>
        </w:rPr>
        <w:t>8:29  hadith ko hadaf karte hain to sara muamla jo hai aik aik bilkul Abstract ban kar reh jayega.</w:t>
      </w:r>
    </w:p>
    <w:p>
      <w:pPr>
        <w:pStyle w:val="Heading2"/>
      </w:pPr>
      <w:r>
        <w:t>Opening through first part of hadith</w:t>
      </w:r>
    </w:p>
    <w:p>
      <w:r>
        <w:rPr>
          <w:color w:val="666666"/>
          <w:sz w:val="18"/>
        </w:rPr>
        <w:t>The Reality of Angels December 01, 2018 · 1m 14s · at 0:13 · https://youtu.be/Tz_yrfnJktA?t=13</w:t>
      </w:r>
    </w:p>
    <w:p>
      <w:r>
        <w:rPr>
          <w:i/>
        </w:rPr>
        <w:t>“Bismillah”</w:t>
      </w:r>
    </w:p>
    <w:p>
      <w:r>
        <w:rPr>
          <w:sz w:val="20"/>
        </w:rPr>
        <w:t>0:13  bismillah rahman rahim.</w:t>
      </w:r>
      <w:r>
        <w:br/>
      </w:r>
      <w:r>
        <w:rPr>
          <w:sz w:val="20"/>
        </w:rPr>
        <w:t>0:20  wasalli allah ala nabiyil karim. yakum december</w:t>
      </w:r>
      <w:r>
        <w:br/>
      </w:r>
      <w:r>
        <w:rPr>
          <w:sz w:val="20"/>
        </w:rPr>
        <w:t>0:27  2018.</w:t>
      </w:r>
      <w:r>
        <w:br/>
      </w:r>
      <w:r>
        <w:rPr>
          <w:sz w:val="20"/>
        </w:rPr>
        <w:t>0:34  aaj ka topic hai:</w:t>
      </w:r>
      <w:r>
        <w:br/>
      </w:r>
      <w:r>
        <w:rPr>
          <w:sz w:val="20"/>
        </w:rPr>
        <w:t>0:43  angels, yaani farishte.</w:t>
      </w:r>
      <w:r>
        <w:br/>
      </w:r>
      <w:r>
        <w:rPr>
          <w:sz w:val="20"/>
        </w:rPr>
        <w:t>0:55  farishton ke bare mein ek hadith aayi hai, woh pehle aap ke samne parhi jaye gi, us ke baad inshallah is ki tashreeh mein kuch arz kiya jaye ga.</w:t>
      </w:r>
      <w:r>
        <w:br/>
      </w:r>
      <w:r>
        <w:rPr>
          <w:sz w:val="20"/>
        </w:rPr>
        <w:t>1:10  ana bi zar qala: qala rasool allah: "ani aram ma la tarawn, wa asma ma la tasmawun. al samaa wa haq wa haq laha an ata, ma fiha mawdu' arba asabi' illa alayhi malakun sajid.</w:t>
      </w:r>
    </w:p>
    <w:p>
      <w:pPr>
        <w:pStyle w:val="Heading2"/>
      </w:pPr>
      <w:r>
        <w:t>Prophet's team removed shirk enabled science</w:t>
      </w:r>
    </w:p>
    <w:p>
      <w:r>
        <w:rPr>
          <w:color w:val="666666"/>
          <w:sz w:val="18"/>
        </w:rPr>
        <w:t>Three Periods of History May 17, 2009 Maulana Wahiduddin Khan · 2m 25s · at 21:49 · https://youtu.be/iNS-3Yo58Gk?t=1309</w:t>
      </w:r>
    </w:p>
    <w:p>
      <w:r>
        <w:rPr>
          <w:i/>
        </w:rPr>
        <w:t>“Muhammad SAW pehle prophet hain jin ko specially ek team di gayi”</w:t>
      </w:r>
    </w:p>
    <w:p>
      <w:r>
        <w:rPr>
          <w:sz w:val="20"/>
        </w:rPr>
        <w:t>21:49  yani Muhammad (SAW) pehle prophet hain jin ko specially aik team di gayi. is se pehle kisi prophet ke sath team nahi bani.</w:t>
      </w:r>
      <w:r>
        <w:br/>
      </w:r>
      <w:r>
        <w:rPr>
          <w:sz w:val="20"/>
        </w:rPr>
        <w:t>22:00  yeh aap jantay hain, Quran mein jo history di gayi hai mukhtalif prophets ki, us ko aap parhiye. kisi prophet ke sath koi strong team, koi bari team, koi bara group nahi bana jo revolution laye.</w:t>
      </w:r>
      <w:r>
        <w:br/>
      </w:r>
      <w:r>
        <w:rPr>
          <w:sz w:val="20"/>
        </w:rPr>
        <w:t>22:15  revolution</w:t>
      </w:r>
      <w:r>
        <w:br/>
      </w:r>
      <w:r>
        <w:rPr>
          <w:sz w:val="20"/>
        </w:rPr>
        <w:t>22:17  , is ka matlab yeh hua ke pichlay prophet ke zamanay mein bhi wohi ideology of tauheed le kar prophet atay rahay,</w:t>
      </w:r>
      <w:r>
        <w:br/>
      </w:r>
      <w:r>
        <w:rPr>
          <w:sz w:val="20"/>
        </w:rPr>
        <w:t>22:31  lekin ideology kabhi bhi revolution nahi bani. ideology hi tak baqi raha mamla.</w:t>
      </w:r>
      <w:r>
        <w:br/>
      </w:r>
      <w:r>
        <w:rPr>
          <w:sz w:val="20"/>
        </w:rPr>
        <w:t>22:40  to rasool Allah ke zamane mein jab team mili, aap ko ek zabardast team jis mein bohat hi, jo kaha jata hai, yani logon ne historian mante hain ke yeh yeh to group of heroes tha, woh us mein ek ek aadmi hero hua karta tha.</w:t>
      </w:r>
      <w:r>
        <w:br/>
      </w:r>
      <w:r>
        <w:rPr>
          <w:sz w:val="20"/>
        </w:rPr>
        <w:t>23:00  to in logon ne ek bohat hi zyada struggle kar ke, bohat hi sacrifice kar ke</w:t>
      </w:r>
      <w:r>
        <w:br/>
      </w:r>
      <w:r>
        <w:rPr>
          <w:sz w:val="20"/>
        </w:rPr>
        <w:t>23:08  zamane ko badal diya,</w:t>
      </w:r>
      <w:r>
        <w:br/>
      </w:r>
      <w:r>
        <w:rPr>
          <w:sz w:val="20"/>
        </w:rPr>
        <w:t>23:10  is shirk ke, shirk ke, shirk ke culture ko ukhaad kar phenk diya.</w:t>
      </w:r>
      <w:r>
        <w:br/>
      </w:r>
      <w:r>
        <w:rPr>
          <w:sz w:val="20"/>
        </w:rPr>
        <w:t>23:19  muarikhin ne, yani yani historian ne is ko bana hai,</w:t>
      </w:r>
      <w:r>
        <w:br/>
      </w:r>
      <w:r>
        <w:rPr>
          <w:sz w:val="20"/>
        </w:rPr>
        <w:t>23:26  aur main ne apni kitabon mein kai references diye hain manne ke. misaal ke taur par ek historian ne kaha hai ke Islam change the course of human history,</w:t>
      </w:r>
      <w:r>
        <w:br/>
      </w:r>
      <w:r>
        <w:rPr>
          <w:sz w:val="20"/>
        </w:rPr>
        <w:t>23:41  ek naya zamana wapas aa gaya. zamane ke maani kya hain? shirk par base karta tha jo culture, woh hata diya gaya, aur tauheed par jo culture base karta tha, woh aaya.</w:t>
      </w:r>
      <w:r>
        <w:br/>
      </w:r>
      <w:r>
        <w:rPr>
          <w:sz w:val="20"/>
        </w:rPr>
        <w:t>23:55  to kya hua? woh obstacle khatam ho gaya, mental block khatam ho gaya, aur phir log explore karne lage</w:t>
      </w:r>
      <w:r>
        <w:br/>
      </w:r>
      <w:r>
        <w:rPr>
          <w:sz w:val="20"/>
        </w:rPr>
        <w:t>24:04  science ko. science khud Islam ne direct to pehle hi paida ki hai, lekin indirect taur par woh Islam ka byproduct hai.</w:t>
      </w:r>
    </w:p>
    <w:p>
      <w:pPr>
        <w:pStyle w:val="Heading2"/>
      </w:pPr>
      <w:r>
        <w:t>Da'wah responsibility includes electronic neighbors</w:t>
      </w:r>
    </w:p>
    <w:p>
      <w:r>
        <w:rPr>
          <w:color w:val="666666"/>
          <w:sz w:val="18"/>
        </w:rPr>
        <w:t>CPS Women Article Discussion 14 January 8, 2023 · 1m 42s · at 1:41 · https://youtu.be/XVluFGBfxcI?t=101</w:t>
      </w:r>
    </w:p>
    <w:p>
      <w:r>
        <w:rPr>
          <w:i/>
        </w:rPr>
        <w:t>“यानी एक शख्स क़ियामत के दिन रबुलालमीन से अपने पड़ोसी के बारे में”</w:t>
      </w:r>
    </w:p>
    <w:p>
      <w:r>
        <w:rPr>
          <w:sz w:val="20"/>
        </w:rPr>
        <w:t>1:41  yaani ek shakhs qayamat ke din rabulaalameen se apne padosi ke bare mein shikayat karega ke is insaan ke paas meri nijaat ka rasta tha magar isne apne ghar ke darwaze ko mere upar band rakha aur islam ki daawat mujhko nahi diya. jo aaj mere kaam aata aur mujhko aabadi tabahi se bacha leta.</w:t>
      </w:r>
      <w:r>
        <w:br/>
      </w:r>
      <w:r>
        <w:rPr>
          <w:sz w:val="20"/>
        </w:rPr>
        <w:t>2:05  is hadith mein ek padosi se buradh woh shakhs hai jo duniya mein imaan ka dawa karta tha aur uske paas allah ki hidayat quran aur sunnat ki shakal mein maujood thi. doosre padosi se buradh woh insaan hai jo apni bekhabri ke bina parsa bhi imaan na ban saka. kyunke uske momin padosi ne uski qabile fahm zabaan mein usko allah ki hidayat nahi pahunchai. yahan di is ghayamat ke bare mein hai.</w:t>
      </w:r>
      <w:r>
        <w:br/>
      </w:r>
      <w:r>
        <w:rPr>
          <w:sz w:val="20"/>
        </w:rPr>
        <w:t>2:34  ghayamat mein kisi ko yeh mehrumi nahi satayegi ke woh duniya mein maadi cheezon ke paaney mein nakaam raha. kyunke ab uska daur khatam ho chuka hoga. qayamat mein kisi ko sirf yeh cheez tadpayegi ke kaash mere padosi ne, meri qabili fahm zabaan mein, mujhko hidayat pahunchai hoti, to main us par imaan laata aur aaj main channat mein daakhle se mehroom na rehta.</w:t>
      </w:r>
      <w:r>
        <w:br/>
      </w:r>
      <w:r>
        <w:rPr>
          <w:sz w:val="20"/>
        </w:rPr>
        <w:t>3:00  is hadish ko maujooda zamane ke lihaz se dekha jaye to ismein aam padosi ke alawa electronic padosi in neighbor bhi shamil honge kyunke aaj door ke padosi ko hidayat pahunchana utna hi aasan ho gaya hai jitna ke qareebi padosi ko pahunchana.</w:t>
      </w:r>
      <w:r>
        <w:br/>
      </w:r>
      <w:r>
        <w:rPr>
          <w:sz w:val="20"/>
        </w:rPr>
        <w:t>3:23  is article ko padhkar main is hadish mein jo ismein jo hadish batai gayi hai woh isko padhkar iski jo baat hai ke deen ki daawat ki importance ka uski meaning yeh samajh mein aaya hai ke is duniya mein kisi insaan ke liye nijaat ka rasta agar hum kholte hain to usi ke zariye humare nijaat ka rasta bhi khulega.</w:t>
      </w:r>
    </w:p>
    <w:p>
      <w:pPr>
        <w:pStyle w:val="Heading2"/>
      </w:pPr>
      <w:r>
        <w:t>clarifying obedience to parents versus kindness in Islam</w:t>
      </w:r>
    </w:p>
    <w:p>
      <w:r>
        <w:rPr>
          <w:color w:val="666666"/>
          <w:sz w:val="18"/>
        </w:rPr>
        <w:t>From The Spiritual Tree December 3, 2006 · 2m 55s · at 2:13:51 · https://youtu.be/m3JXYXORP5w?t=8031</w:t>
      </w:r>
    </w:p>
    <w:p>
      <w:r>
        <w:rPr>
          <w:i/>
        </w:rPr>
        <w:t>“What is the concept of obeying parents in Islam?”</w:t>
      </w:r>
    </w:p>
    <w:p>
      <w:r>
        <w:rPr>
          <w:sz w:val="20"/>
        </w:rPr>
        <w:t>2:13:51  Maulana, Islam mein ataa't e walidain ka tasawwur kya hai? Specially is reference se poochh raha hoon. Main aapki kitaab padhta hoon to hamare parents ekdam askomana karte hain. Foran</w:t>
      </w:r>
      <w:r>
        <w:br/>
      </w:r>
      <w:r>
        <w:rPr>
          <w:sz w:val="20"/>
        </w:rPr>
        <w:t>2:14:03  sirfmanenahin karte balkeh kaafi yaani sakht reaction bhi is par aata hai. yeh nahin, aapki sab ki kitaab mein, aapki jo zarib karda jitni bhi hain, woh sab mujh se chheen bhi li gayi theen.</w:t>
      </w:r>
      <w:r>
        <w:br/>
      </w:r>
      <w:r>
        <w:rPr>
          <w:sz w:val="20"/>
        </w:rPr>
        <w:t>2:14:14  aur aaj bhi agar yeh pata chal jaye ke Maulana ek class mein shareek hua tha to phir mujhe achhe khaase reaction ka saamna karne ke liye tayyar rehna hoga. to is reference mein poochta hoon ke walidain ki kya concept, parents aur guardians ka kya conception hai Islam mein?</w:t>
      </w:r>
      <w:r>
        <w:br/>
      </w:r>
      <w:r>
        <w:rPr>
          <w:sz w:val="20"/>
        </w:rPr>
        <w:t>2:14:28  sirf do bus aur kuch nahin.</w:t>
      </w:r>
      <w:r>
        <w:br/>
      </w:r>
      <w:r>
        <w:rPr>
          <w:sz w:val="20"/>
        </w:rPr>
        <w:t>2:14:33  is se inka koi ta'alluq walidain ka nahin hai ke aapka class mein aayein ya na aayein, kuch nahin. ek yeh hai ke woh shirk ke liye agar kahein to usko aap jo Quran mein jo cheez hai kaha agar woh shirk ke liye kahein to usko aap kode baandhna hai.</w:t>
      </w:r>
      <w:r>
        <w:br/>
      </w:r>
      <w:r>
        <w:rPr>
          <w:sz w:val="20"/>
        </w:rPr>
        <w:t>2:14:50  ji haan, doosri baat yeh hai ke agar woh ma'zoor hain to bhi aapko khidmat karna hai, yeh dilchaspi saabit hoti hai. baqi yeh hai ke walidain ka koi haq aapka aisa hai ke woh aapko mana karein ke tum chalo jao ya na jao, main aisa nahin manta isko.</w:t>
      </w:r>
      <w:r>
        <w:br/>
      </w:r>
      <w:r>
        <w:rPr>
          <w:sz w:val="20"/>
        </w:rPr>
        <w:t>2:15:04  yaani physical koi need inko hai aur main specialism mein hoon ke main isko poora kar sakoon to mujhe isko poora karna hai.</w:t>
      </w:r>
      <w:r>
        <w:br/>
      </w:r>
      <w:r>
        <w:rPr>
          <w:sz w:val="20"/>
        </w:rPr>
        <w:t>2:15:12  ji haan, bas main bilkul nahin manta ke walidain ko right hai ke woh aapko rokein ke tum spiritualty par na jao. main, main, mera friend hai, main sochunga apne mind se, jo mujhe samajh mein aaye woh karunga.</w:t>
      </w:r>
      <w:r>
        <w:br/>
      </w:r>
      <w:r>
        <w:rPr>
          <w:sz w:val="20"/>
        </w:rPr>
        <w:t>2:15:29  main walidain ka ek concept jo aaj kal hai hamari society mein, usko nahin manta. main is, main is baat se baghi hoon, us ka, us concept ka.</w:t>
      </w:r>
      <w:r>
        <w:br/>
      </w:r>
      <w:r>
        <w:rPr>
          <w:sz w:val="20"/>
        </w:rPr>
        <w:t>2:15:39  ji haan, Maulana, Quran aur Hadees mein walidain ki it'aat ka tasawwur nahin hai, wahan sirf husn-e-sulook hai. yeh it'aat sirf Allah aur Rasool ki hai.</w:t>
      </w:r>
      <w:r>
        <w:br/>
      </w:r>
      <w:r>
        <w:rPr>
          <w:sz w:val="20"/>
        </w:rPr>
        <w:t>2:15:48  bahut sahih kaha hai, bahut theek baat ki hai. Allah aur sirf husn-e-sulook karna hai. dekhein, yeh bahut galat baat hai. ek hai it'aat, yaani un ki jo un ke kahe ko maanna.</w:t>
      </w:r>
      <w:r>
        <w:br/>
      </w:r>
      <w:r>
        <w:rPr>
          <w:sz w:val="20"/>
        </w:rPr>
        <w:t>2:16:00  it'aat mein jo woh kahein, usko maano.</w:t>
      </w:r>
      <w:r>
        <w:br/>
      </w:r>
      <w:r>
        <w:rPr>
          <w:sz w:val="20"/>
        </w:rPr>
        <w:t>2:16:03  yeh sirf God aur Prophet ke liye farmaya gaya hai. aur jahan tak walidain hain to husn-e-sulook, yaani un ke saath achhe tareeqe se milo, achhi bol baat karo.</w:t>
      </w:r>
      <w:r>
        <w:br/>
      </w:r>
      <w:r>
        <w:rPr>
          <w:sz w:val="20"/>
        </w:rPr>
        <w:t>2:16:16  un ko bhooke hain to khana khila do, bas. baqi it'aat nahin. bahut sahih kaha unhone.</w:t>
      </w:r>
    </w:p>
    <w:p>
      <w:pPr>
        <w:pStyle w:val="Heading2"/>
      </w:pPr>
      <w:r>
        <w:t>Prophet's mission covers age of global planning</w:t>
      </w:r>
    </w:p>
    <w:p>
      <w:r>
        <w:rPr>
          <w:color w:val="666666"/>
          <w:sz w:val="18"/>
        </w:rPr>
        <w:t>Prophetic Guidance Aug 13, 2017 · 1m 51s · at 9:05 · https://youtu.be/kRWf11h-acQ?t=545</w:t>
      </w:r>
    </w:p>
    <w:p>
      <w:r>
        <w:rPr>
          <w:i/>
        </w:rPr>
        <w:t>“Rasul Allah ne jo baat kahi, woh khatm-e-nubuwat ke aitbaar se thi”</w:t>
      </w:r>
    </w:p>
    <w:p>
      <w:r>
        <w:rPr>
          <w:sz w:val="20"/>
        </w:rPr>
        <w:t>9:05  is ka matlab yeh hai ke rasool Allah ne jo baat kahi, woh khatam nabuwat ke aitbar se thi. yani chounke main final prophet hoon, aur meri nabuwat ka zamana qayamat tak chalega.</w:t>
      </w:r>
      <w:r>
        <w:br/>
      </w:r>
      <w:r>
        <w:rPr>
          <w:sz w:val="20"/>
        </w:rPr>
        <w:t>9:23  to qayamat tak jo revolution aayenge, jo dunya mein bari bari opportunity khulegi, woh sab ko meri nabuwat cover kar rahi hai.</w:t>
      </w:r>
      <w:r>
        <w:br/>
      </w:r>
      <w:r>
        <w:rPr>
          <w:sz w:val="20"/>
        </w:rPr>
        <w:t>9:37  meri ummat ke liye woh sari is hisse mein aa jayengi.</w:t>
      </w:r>
      <w:r>
        <w:br/>
      </w:r>
      <w:r>
        <w:rPr>
          <w:sz w:val="20"/>
        </w:rPr>
        <w:t>9:44  dusra lafz yeh ke aap ne yeh kaha ke yani shakhsi fazilat ki baat nahi ki,</w:t>
      </w:r>
      <w:r>
        <w:br/>
      </w:r>
      <w:r>
        <w:rPr>
          <w:sz w:val="20"/>
        </w:rPr>
        <w:t>10:00  balke yeh kaha ke</w:t>
      </w:r>
      <w:r>
        <w:br/>
      </w:r>
      <w:r>
        <w:rPr>
          <w:sz w:val="20"/>
        </w:rPr>
        <w:t>10:04  "my prophethood will cover that age</w:t>
      </w:r>
      <w:r>
        <w:br/>
      </w:r>
      <w:r>
        <w:rPr>
          <w:sz w:val="20"/>
        </w:rPr>
        <w:t>10:17  in which</w:t>
      </w:r>
      <w:r>
        <w:br/>
      </w:r>
      <w:r>
        <w:rPr>
          <w:sz w:val="20"/>
        </w:rPr>
        <w:t>10:21  global planning will become a possibility"۔ yani meri nabuwat is daur ko cover karegi.</w:t>
      </w:r>
      <w:r>
        <w:br/>
      </w:r>
      <w:r>
        <w:rPr>
          <w:sz w:val="20"/>
        </w:rPr>
        <w:t>10:34  meri nabuwat mere manne walon ke liye</w:t>
      </w:r>
      <w:r>
        <w:br/>
      </w:r>
      <w:r>
        <w:rPr>
          <w:sz w:val="20"/>
        </w:rPr>
        <w:t>10:41  woh daur tak cover ho jayega. jabke dunya mein itne zyada changes aayenge, itne zyada changes aayenge ke global planning mumkin ho jayegi.</w:t>
      </w:r>
    </w:p>
    <w:p>
      <w:pPr>
        <w:pStyle w:val="Heading2"/>
      </w:pPr>
      <w:r>
        <w:t>Why marriages fail: lack of realistic thinking</w:t>
      </w:r>
    </w:p>
    <w:p>
      <w:r>
        <w:rPr>
          <w:color w:val="666666"/>
          <w:sz w:val="18"/>
        </w:rPr>
        <w:t>God's Protection November 28, 2013 · 2m 42s · at 12:57 · https://youtu.be/QgqXbChsr5c?t=777</w:t>
      </w:r>
    </w:p>
    <w:p>
      <w:r>
        <w:rPr>
          <w:i/>
        </w:rPr>
        <w:t>“Shaadi hoti hai, miyan biwi ikattha hote hain, jhagda hota hai”</w:t>
      </w:r>
    </w:p>
    <w:p>
      <w:r>
        <w:rPr>
          <w:sz w:val="20"/>
        </w:rPr>
        <w:t>12:57  jaise misaal ke taur par dekhiye, shadi hoti hai, miyan biwi ekatha hote hain to jhagda hota hai hamesha.</w:t>
      </w:r>
      <w:r>
        <w:br/>
      </w:r>
      <w:r>
        <w:rPr>
          <w:sz w:val="20"/>
        </w:rPr>
        <w:t>13:06  taqreeban 99 feesad shadiyon mein aapas mein jhagda shuru hota hai. kyon? It is due to lack of realistic approach.</w:t>
      </w:r>
      <w:r>
        <w:br/>
      </w:r>
      <w:r>
        <w:rPr>
          <w:sz w:val="20"/>
        </w:rPr>
        <w:t>13:22  yani shadi ke baad agar husband aur wife yeh sochein ke is se pehle hum jab family mein thay to hum blood relationship ke darmiyan thay.</w:t>
      </w:r>
      <w:r>
        <w:br/>
      </w:r>
      <w:r>
        <w:rPr>
          <w:sz w:val="20"/>
        </w:rPr>
        <w:t>13:38  ab hum non blood relationship ke darmiyan hain. yani family mein har aadmi ek doosre se juda hua tha, is liye ke khooni taluq tha.</w:t>
      </w:r>
      <w:r>
        <w:br/>
      </w:r>
      <w:r>
        <w:rPr>
          <w:sz w:val="20"/>
        </w:rPr>
        <w:t>13:48  ab hum hain aisi jagah jahan khooni taluq nahi hai.</w:t>
      </w:r>
      <w:r>
        <w:br/>
      </w:r>
      <w:r>
        <w:rPr>
          <w:sz w:val="20"/>
        </w:rPr>
        <w:t>13:52  yani jo kehte hain in laws, jitne in laws hain, woh sab ghair khooni rishtedar hain aap ke. yeh sochein aap to sara approach badal jayega.</w:t>
      </w:r>
      <w:r>
        <w:br/>
      </w:r>
      <w:r>
        <w:rPr>
          <w:sz w:val="20"/>
        </w:rPr>
        <w:t>14:06  sara approach badal jayega. apne ghar par jab mein tha to</w:t>
      </w:r>
      <w:r>
        <w:br/>
      </w:r>
      <w:r>
        <w:rPr>
          <w:sz w:val="20"/>
        </w:rPr>
        <w:t>14:15  baghair kisi koshish ke mujhe mohabbat mili hui thi. kyunke jahan khooni taluq hai to wahan mohabbat</w:t>
      </w:r>
      <w:r>
        <w:br/>
      </w:r>
      <w:r>
        <w:rPr>
          <w:sz w:val="20"/>
        </w:rPr>
        <w:t>14:20  hai. fitri taur par mujhe kuch karna nahi hai. ek ghar mein give and take ka usool nahi hota hai.</w:t>
      </w:r>
      <w:r>
        <w:br/>
      </w:r>
      <w:r>
        <w:rPr>
          <w:sz w:val="20"/>
        </w:rPr>
        <w:t>14:29  do tap paoge. ghar mein kya ho? baghair diye milta hai.</w:t>
      </w:r>
      <w:r>
        <w:br/>
      </w:r>
      <w:r>
        <w:rPr>
          <w:sz w:val="20"/>
        </w:rPr>
        <w:t>14:37  baghair diye mitti milti hai. baghair diye khane par khana mez par rakha hua hota hai. to ghar family life mein aap ko rehna padta hai</w:t>
      </w:r>
      <w:r>
        <w:br/>
      </w:r>
      <w:r>
        <w:rPr>
          <w:sz w:val="20"/>
        </w:rPr>
        <w:t>14:48  ek aise culture mein jo give and take nahi hai. yani jitna doge utna hi paoge. yeh nahi hai.</w:t>
      </w:r>
      <w:r>
        <w:br/>
      </w:r>
      <w:r>
        <w:rPr>
          <w:sz w:val="20"/>
        </w:rPr>
        <w:t>14:57  baghair diye milta hai. maa baap mohabbat karte hain, behan bhai mohabbat karte hain. achha, ab aa gaye aap yani yeh mahr rishte mein yani sasural wale rishte mein to sab kuch ho jati hai give and take ke usool par.</w:t>
      </w:r>
      <w:r>
        <w:br/>
      </w:r>
      <w:r>
        <w:rPr>
          <w:sz w:val="20"/>
        </w:rPr>
        <w:t>15:17  jitna dena utna pana. kyunke haan, ghair khooni taluqat hain. ab bataiye ke agar yeh soch aa jaye, is ko mein kehta hoon realistic thinking, to ek bhi shadi kamyab na fail na ho.</w:t>
      </w:r>
      <w:r>
        <w:br/>
      </w:r>
      <w:r>
        <w:rPr>
          <w:sz w:val="20"/>
        </w:rPr>
        <w:t>15:35  har shadi kamyab ho.</w:t>
      </w:r>
    </w:p>
    <w:p>
      <w:pPr>
        <w:pStyle w:val="Heading2"/>
      </w:pPr>
      <w:r>
        <w:t>Two hadiths on underestimating sins</w:t>
      </w:r>
    </w:p>
    <w:p>
      <w:r>
        <w:rPr>
          <w:color w:val="666666"/>
          <w:sz w:val="18"/>
        </w:rPr>
        <w:t>Character Building March 25, 2017 · 1m 11s · at 1:35 · https://youtu.be/GTuBwenwkco?t=95</w:t>
      </w:r>
    </w:p>
    <w:p>
      <w:r>
        <w:rPr>
          <w:i/>
        </w:rPr>
        <w:t>“Anas radhiyallahu anhu qala innakum lata'maloon”</w:t>
      </w:r>
    </w:p>
    <w:p>
      <w:r>
        <w:rPr>
          <w:sz w:val="20"/>
        </w:rPr>
        <w:t>1:35  anas razi allah anhu qal: "innakum latamaloona a'maalan ya'daqu fi a'yunikum min ash-sha'r, inna kunna lanadduha ala ahd an-nabi sallallahu alaihi wa sallam min al-mubiqat." sahih al-bukhari hadith number 6492.</w:t>
      </w:r>
      <w:r>
        <w:br/>
      </w:r>
      <w:r>
        <w:rPr>
          <w:sz w:val="20"/>
        </w:rPr>
        <w:t>1:58  anas razi allah anhu se riwayat hai, woh kehte hain ke tum log kuch kaam karte ho, yeh tumhari nazron mein baal se bhi barik hai.</w:t>
      </w:r>
      <w:r>
        <w:br/>
      </w:r>
      <w:r>
        <w:rPr>
          <w:sz w:val="20"/>
        </w:rPr>
        <w:t>2:09  halka ke hum log is ko rasool sallallahu alaihi wa sallam ke ahd mein halakat khayz cheez samajhte the, shumar karte the.</w:t>
      </w:r>
      <w:r>
        <w:br/>
      </w:r>
      <w:r>
        <w:rPr>
          <w:sz w:val="20"/>
        </w:rPr>
        <w:t>2:21  aur musnad ahmad mein hai: "anna sulayk bin mathhal al-ghatafani qalu kharaja alayna hudhayfah wa nahnu natahadathu faqala innakum lataklamoona kalamman,</w:t>
      </w:r>
      <w:r>
        <w:br/>
      </w:r>
      <w:r>
        <w:rPr>
          <w:sz w:val="20"/>
        </w:rPr>
        <w:t>2:35  inna kunna lanaddu ala ahd rasool allah sallallahu alaihi wa sallam an-nifaq." musnad ahmad hadith number 23262.</w:t>
      </w:r>
    </w:p>
    <w:p>
      <w:pPr>
        <w:pStyle w:val="Heading2"/>
      </w:pPr>
      <w:r>
        <w:t>Quran verse on imitation and system-based thinking</w:t>
      </w:r>
    </w:p>
    <w:p>
      <w:r>
        <w:rPr>
          <w:color w:val="666666"/>
          <w:sz w:val="18"/>
        </w:rPr>
        <w:t>Ideology of Life December 29, 2013 Maulana Wahiduddin Khan · 2m 47s · at 11:24 · https://youtu.be/N5psCFw23MI?t=684</w:t>
      </w:r>
    </w:p>
    <w:p>
      <w:r>
        <w:rPr>
          <w:i/>
        </w:rPr>
        <w:t>“Quran mein Surah Taubah mein ayat number thirty mein kaha gaya hai”</w:t>
      </w:r>
    </w:p>
    <w:p>
      <w:r>
        <w:rPr>
          <w:sz w:val="20"/>
        </w:rPr>
        <w:t>11:24  ab woh bohat hi zabardast tor par aaj apply hoti hai aaj ke halaat par. Quran mein Surah Taubah mein ayat number thirty mein kaha gaya hai ke ke Yahood aur Nasara ne yeh kiya ke Paighambaron ko Allah ka beta bana diya, son of God.</w:t>
      </w:r>
      <w:r>
        <w:br/>
      </w:r>
      <w:r>
        <w:rPr>
          <w:sz w:val="20"/>
        </w:rPr>
        <w:t>11:45  aur yeh is ke baray mein kaha ke</w:t>
      </w:r>
      <w:r>
        <w:br/>
      </w:r>
      <w:r>
        <w:rPr>
          <w:sz w:val="20"/>
        </w:rPr>
        <w:t>11:50  wo imitate karte hain un logon ko jo is se pehlay jinhone inkar kiya. Yani doosron ko imitate kar kar rahe hain.</w:t>
      </w:r>
      <w:r>
        <w:br/>
      </w:r>
      <w:r>
        <w:rPr>
          <w:sz w:val="20"/>
        </w:rPr>
        <w:t>12:00  Imitate kar ke keh diya ke yeh Allah ke bete hain, son of God hain. Is ko log samjhein nahi ke imitation kiya cheez hoti hai.</w:t>
      </w:r>
      <w:r>
        <w:br/>
      </w:r>
      <w:r>
        <w:rPr>
          <w:sz w:val="20"/>
        </w:rPr>
        <w:t>12:10  mushabahat ke maani hote hain imitation. Imitation kiya cheez hoti hai? Imitation yeh hai ke kisi zamane mein jis jis civilization ka ka ka dabdaba ho, uska ghalba ho.</w:t>
      </w:r>
      <w:r>
        <w:br/>
      </w:r>
      <w:r>
        <w:rPr>
          <w:sz w:val="20"/>
        </w:rPr>
        <w:t>12:25  jis government ka ghalba, ghalba ho, jis jo jo jo log jin logon ka dabdaba ghaib ho jaye, un se maroof ho kar un ke mutabiq karna.</w:t>
      </w:r>
      <w:r>
        <w:br/>
      </w:r>
      <w:r>
        <w:rPr>
          <w:sz w:val="20"/>
        </w:rPr>
        <w:t>12:37  Imitation naam hai un logon ko imitate karna jin ko ghalba mil gaya ho.</w:t>
      </w:r>
      <w:r>
        <w:br/>
      </w:r>
      <w:r>
        <w:rPr>
          <w:sz w:val="20"/>
        </w:rPr>
        <w:t>12:46  yeh hai matlab. Mushabahat ka asal jo woh hai woh kisi tafsir mein wazeh hi nahi. Isi liye log is ko confusion mein pade rehte hain. Bas itna hi samajhte hain ke kuch thay Isai, Yahoodi, unhon ne apne Paighambar ko Khuda ka beta keh diya.</w:t>
      </w:r>
      <w:r>
        <w:br/>
      </w:r>
      <w:r>
        <w:rPr>
          <w:sz w:val="20"/>
        </w:rPr>
        <w:t>12:59  itna hi jante hain bas. Nahi, is ke andar ek bohat bara principle hai ke jab kisi tehzeeb ko, kisi civilization ko ghalba hota hai, kisi qaum ko ghalba hasil hota hai to log usi ko imitate karne lagte hain.</w:t>
      </w:r>
      <w:r>
        <w:br/>
      </w:r>
      <w:r>
        <w:rPr>
          <w:sz w:val="20"/>
        </w:rPr>
        <w:t>13:15  isi ko imitate karne lagte hain. is zamane mein kya hua? is zamane mein ek naya phenomena aaya jo pehle kabhi nahi tha. wahi system based thinking.</w:t>
      </w:r>
      <w:r>
        <w:br/>
      </w:r>
      <w:r>
        <w:rPr>
          <w:sz w:val="20"/>
        </w:rPr>
        <w:t>13:28  Democracy kya hai? System based thinking hai. Socialism kya hai? System based thinking hai. yeh is se pehle kabhi aisa nahi tha.</w:t>
      </w:r>
      <w:r>
        <w:br/>
      </w:r>
      <w:r>
        <w:rPr>
          <w:sz w:val="20"/>
        </w:rPr>
        <w:t>13:38  to system based thinking is zamane mein paida hui aur press ki wajah se khoob badhi, khoob badhi, khoob phaili.</w:t>
      </w:r>
      <w:r>
        <w:br/>
      </w:r>
      <w:r>
        <w:rPr>
          <w:sz w:val="20"/>
        </w:rPr>
        <w:t>13:47  to badi baat yeh samajh lein ke nizaam ho kisi ke paas. jis ke paas nizaam ho woh woh badi cheez us ke paas hai. Social system, political system, mukammal system.</w:t>
      </w:r>
      <w:r>
        <w:br/>
      </w:r>
      <w:r>
        <w:rPr>
          <w:sz w:val="20"/>
        </w:rPr>
        <w:t>14:01  isi ki muzahamat hai ke musalmanon mein yeh baat aayi. isi ki muzahamat hai, isi ki isi ki naqal hai.</w:t>
      </w:r>
    </w:p>
    <w:p>
      <w:pPr>
        <w:pStyle w:val="Heading2"/>
      </w:pPr>
      <w:r>
        <w:t>Why halal divorce is still Allah's most hated act</w:t>
      </w:r>
    </w:p>
    <w:p>
      <w:r>
        <w:rPr>
          <w:color w:val="666666"/>
          <w:sz w:val="18"/>
        </w:rPr>
        <w:t>Married Life April 29, 2017 Maulana Wahiduddin Khan · 2m 37s · at 0:50 · https://youtu.be/ONfOGL9_VHg?t=50</w:t>
      </w:r>
    </w:p>
    <w:p>
      <w:r>
        <w:rPr>
          <w:i/>
        </w:rPr>
        <w:t>“Dekhiye, ek hadith hai nikah ke baare mein”</w:t>
      </w:r>
    </w:p>
    <w:p>
      <w:r>
        <w:rPr>
          <w:sz w:val="20"/>
        </w:rPr>
        <w:t>0:50  dekhiye, ek hadith hai nikah ke bare mein,</w:t>
      </w:r>
      <w:r>
        <w:br/>
      </w:r>
      <w:r>
        <w:rPr>
          <w:sz w:val="20"/>
        </w:rPr>
        <w:t>0:59  woh yeh hai ke: "abghad-ul-halal 'ind-al-lah hai at-talaq</w:t>
      </w:r>
      <w:r>
        <w:br/>
      </w:r>
      <w:r>
        <w:rPr>
          <w:sz w:val="20"/>
        </w:rPr>
        <w:t>1:06  " ke Allah ke nazdeek sab se zyada mabghood cheez talaq hai, agarche halal kiya gaya hai is ko, lekin woh bohat zyada mabghood cheez hai.</w:t>
      </w:r>
      <w:r>
        <w:br/>
      </w:r>
      <w:r>
        <w:rPr>
          <w:sz w:val="20"/>
        </w:rPr>
        <w:t>1:20  to mein bohat din sochta tha</w:t>
      </w:r>
      <w:r>
        <w:br/>
      </w:r>
      <w:r>
        <w:rPr>
          <w:sz w:val="20"/>
        </w:rPr>
        <w:t>1:25  ke aakhir kya baat hai ke mabghood itni zyada hai, agarche is ko</w:t>
      </w:r>
      <w:r>
        <w:br/>
      </w:r>
      <w:r>
        <w:rPr>
          <w:sz w:val="20"/>
        </w:rPr>
        <w:t>1:35  as a law of justice halal kiya gaya hai. to is ka jawab mujhe ek aur hadith se mila.</w:t>
      </w:r>
      <w:r>
        <w:br/>
      </w:r>
      <w:r>
        <w:rPr>
          <w:sz w:val="20"/>
        </w:rPr>
        <w:t>1:46  ek hadith hai ke iblis jo hai, yani iblis woh hai jo shayateen ka sardar hua hai,</w:t>
      </w:r>
      <w:r>
        <w:br/>
      </w:r>
      <w:r>
        <w:rPr>
          <w:sz w:val="20"/>
        </w:rPr>
        <w:t>2:00  to woh apna</w:t>
      </w:r>
      <w:r>
        <w:br/>
      </w:r>
      <w:r>
        <w:rPr>
          <w:sz w:val="20"/>
        </w:rPr>
        <w:t>2:05  jalsa karta hai samandar par. saare dunya ke shaitan ikattha hote hain, woh poochta hai ke tum ne kya kiya, tum ne kya kiya?</w:t>
      </w:r>
      <w:r>
        <w:br/>
      </w:r>
      <w:r>
        <w:rPr>
          <w:sz w:val="20"/>
        </w:rPr>
        <w:t>2:19  to har ek ko jo kuch batata hai ke maine kisi ka qatl karwa diya, maine kisi ka yeh kar diya, woh kar diya.</w:t>
      </w:r>
      <w:r>
        <w:br/>
      </w:r>
      <w:r>
        <w:rPr>
          <w:sz w:val="20"/>
        </w:rPr>
        <w:t>2:31  to iblis un ki baaton ko kuch dhyan nahi deta. ek shaitan aata hai, woh kehta hai ke main ek married couple jo the, un ke peeche lag gaya aur itna un ko aapas mein rift paida kiya ke talaq ho gayi.</w:t>
      </w:r>
      <w:r>
        <w:br/>
      </w:r>
      <w:r>
        <w:rPr>
          <w:sz w:val="20"/>
        </w:rPr>
        <w:t>2:57  to iblis kehta hai: "naam ant, haan to ne kaam kiya,</w:t>
      </w:r>
      <w:r>
        <w:br/>
      </w:r>
      <w:r>
        <w:rPr>
          <w:sz w:val="20"/>
        </w:rPr>
        <w:t>3:06  naam ant</w:t>
      </w:r>
      <w:r>
        <w:br/>
      </w:r>
      <w:r>
        <w:rPr>
          <w:sz w:val="20"/>
        </w:rPr>
        <w:t>3:07  " to is ka ma'ni yeh hai ke do aadmi shadi mein kar ke ek doosre se saathi banein, phir un mein talaq ho jaye to woh shaitan ki fateh hoti hai.</w:t>
      </w:r>
      <w:r>
        <w:br/>
      </w:r>
      <w:r>
        <w:rPr>
          <w:sz w:val="20"/>
        </w:rPr>
        <w:t>3:21  yani talaq shaitan ki fateh hai.</w:t>
      </w:r>
    </w:p>
    <w:p>
      <w:pPr>
        <w:pStyle w:val="Heading2"/>
      </w:pPr>
      <w:r>
        <w:t>sun and moon parable on how interpretation multiplies one truth</w:t>
      </w:r>
    </w:p>
    <w:p>
      <w:r>
        <w:rPr>
          <w:color w:val="666666"/>
          <w:sz w:val="18"/>
        </w:rPr>
        <w:t>History of Islamic Learning May 14, 2006 Part 2 · 2m 53s · at 11:20 · https://youtu.be/snrt_NRyjLI?t=680</w:t>
      </w:r>
    </w:p>
    <w:p>
      <w:r>
        <w:rPr>
          <w:i/>
        </w:rPr>
        <w:t>“کیا آسمان پر آپ دیکھتے ہیں کہ سورج اور چاند چمک رہا ہے؟”</w:t>
      </w:r>
    </w:p>
    <w:p>
      <w:r>
        <w:rPr>
          <w:sz w:val="20"/>
        </w:rPr>
        <w:t>11:20  kya aasman par aap dekhte hain ke suraj aur chand chamak raha hai? har din suraj chand nikalte hain aur chamakte hain. to originally to suraj aur chand ek hain, kai nahin hain.</w:t>
      </w:r>
      <w:r>
        <w:br/>
      </w:r>
      <w:r>
        <w:rPr>
          <w:sz w:val="20"/>
        </w:rPr>
        <w:t>11:33  lekin insan ne tarah tarah se is ko interpretation diya. is ka</w:t>
      </w:r>
      <w:r>
        <w:br/>
      </w:r>
      <w:r>
        <w:rPr>
          <w:sz w:val="20"/>
        </w:rPr>
        <w:t>11:36  misalan ek shayar the, nazeer akbarabadi, unhon ne kaha ke hum to na chand samjhen, na suraj hain jante.</w:t>
      </w:r>
      <w:r>
        <w:br/>
      </w:r>
      <w:r>
        <w:rPr>
          <w:sz w:val="20"/>
        </w:rPr>
        <w:t>11:47  baba, hamein to yeh nazar aati hain rotiyan. ab ek aadmi jo roti ka se pareshan tha, roti ko apna, yani roti ke problem se dochar tha, wo to wo us ko har cheez roti hi dikhai padi.</w:t>
      </w:r>
      <w:r>
        <w:br/>
      </w:r>
      <w:r>
        <w:rPr>
          <w:sz w:val="20"/>
        </w:rPr>
        <w:t>12:06  hum to na chand samjhen, na suraj hain jante. baba, hamein to yeh nazar aati hain rotiyan. ab dekhiye ke kuch aur logon ne kya kiya.</w:t>
      </w:r>
      <w:r>
        <w:br/>
      </w:r>
      <w:r>
        <w:rPr>
          <w:sz w:val="20"/>
        </w:rPr>
        <w:t>12:18  unhon ne kaha ke unhon ne isi ko khuda samajh liya, chand suraj ko khuda samajh liya. unhon ne is ko roti samjha.</w:t>
      </w:r>
      <w:r>
        <w:br/>
      </w:r>
      <w:r>
        <w:rPr>
          <w:sz w:val="20"/>
        </w:rPr>
        <w:t>12:30  ek shayar ne chand suraj ko roti samj</w:t>
      </w:r>
      <w:r>
        <w:br/>
      </w:r>
      <w:r>
        <w:rPr>
          <w:sz w:val="20"/>
        </w:rPr>
        <w:t>12:32  ha. doosra insan kya kehta hai ke hum to na chand samjhen, na suraj hain jante. baba, hamein to yeh nazar aate hain devta.</w:t>
      </w:r>
      <w:r>
        <w:br/>
      </w:r>
      <w:r>
        <w:rPr>
          <w:sz w:val="20"/>
        </w:rPr>
        <w:t>12:43  yani mein isi kuch shair ko is tareeqe se daal kar keh raha hoon ke dunya mein hazaron saal tak chand aur suraj ko pooja gaya hai, is ko khuda samjha gaya hai.</w:t>
      </w:r>
      <w:r>
        <w:br/>
      </w:r>
      <w:r>
        <w:rPr>
          <w:sz w:val="20"/>
        </w:rPr>
        <w:t>12:52  to goya ke unhon ne yeh kaha ke hum to na chand samjhen, na suraj hain jante. baba, hamein to yeh nazar aate hain devta.</w:t>
      </w:r>
      <w:r>
        <w:br/>
      </w:r>
      <w:r>
        <w:rPr>
          <w:sz w:val="20"/>
        </w:rPr>
        <w:t>13:01  ek hi cheez ko unhon ne roti kaha, doosre ko unhon ne devta kaha.</w:t>
      </w:r>
      <w:r>
        <w:br/>
      </w:r>
      <w:r>
        <w:rPr>
          <w:sz w:val="20"/>
        </w:rPr>
        <w:t>13:09  isi tarah se kuch logon ne kaha ke bhai, yeh kya hai? yeh to sirf roshni ka source hai, hum to is se light milti hai. to goya ke unhon ne yeh kaha ke hum to na chand samjhen, na suraj hain jante.</w:t>
      </w:r>
      <w:r>
        <w:br/>
      </w:r>
      <w:r>
        <w:rPr>
          <w:sz w:val="20"/>
        </w:rPr>
        <w:t>13:22  baba, hamein to yeh nazar aati hain lalten.</w:t>
      </w:r>
      <w:r>
        <w:br/>
      </w:r>
      <w:r>
        <w:rPr>
          <w:sz w:val="20"/>
        </w:rPr>
        <w:t>13:28  asal jo tha ke khuda ka creation hai, wo khuda ke kamal ko dikha rahe hain, wo khuda ke existence ko bol rahe hain.</w:t>
      </w:r>
      <w:r>
        <w:br/>
      </w:r>
      <w:r>
        <w:rPr>
          <w:sz w:val="20"/>
        </w:rPr>
        <w:t>13:37  wo kaisa ajeeb hai, wo khuda jis ne ittifaq universe banaya, is tarah se chand aur suraj ka nizam qaim kiya, jis ne stars banaye, planet banaye, sun banaya.</w:t>
      </w:r>
      <w:r>
        <w:br/>
      </w:r>
      <w:r>
        <w:rPr>
          <w:sz w:val="20"/>
        </w:rPr>
        <w:t>13:52  yeh yeh khuda, yeh jo hai, khamosh zaban mein khuda ki khudai ka aelan tha, khuda ke existence ka aelan aelan tha.</w:t>
      </w:r>
      <w:r>
        <w:br/>
      </w:r>
      <w:r>
        <w:rPr>
          <w:sz w:val="20"/>
        </w:rPr>
        <w:t>14:01  yeh kisi ne nahin samjha, kisi ne is ko roti samajh liya, kisi ne wo devta samajh liya, kisi ne is ko lalten samajh liya. yeh tha interpretation ka farq.</w:t>
      </w:r>
    </w:p>
    <w:p>
      <w:pPr>
        <w:pStyle w:val="Heading2"/>
      </w:pPr>
      <w:r>
        <w:t>Full lecture on hadith about love and poverty</w:t>
      </w:r>
    </w:p>
    <w:p>
      <w:r>
        <w:rPr>
          <w:color w:val="666666"/>
          <w:sz w:val="18"/>
        </w:rPr>
        <w:t>Why God gives Shocks to a Person September 22, 2018 · 2m 57s · at 0:14 · https://youtu.be/dG3v31RusHo?t=14</w:t>
      </w:r>
    </w:p>
    <w:p>
      <w:r>
        <w:rPr>
          <w:i/>
        </w:rPr>
        <w:t>“Bismillah ir-Rahman ir-Rahim, wa salli ala an-Nabi al-Kareem.”</w:t>
      </w:r>
    </w:p>
    <w:p>
      <w:r>
        <w:rPr>
          <w:sz w:val="20"/>
        </w:rPr>
        <w:t>0:14  Bismillah-ir-Rahman-ir-Rahim, wa sallallahu 'ala-n-nabiyyi-l-kareem.</w:t>
      </w:r>
      <w:r>
        <w:br/>
      </w:r>
      <w:r>
        <w:rPr>
          <w:sz w:val="20"/>
        </w:rPr>
        <w:t>0:27  22 September 2018.</w:t>
      </w:r>
      <w:r>
        <w:br/>
      </w:r>
      <w:r>
        <w:rPr>
          <w:sz w:val="20"/>
        </w:rPr>
        <w:t>0:35  aaj ke liye, aaj ke dars ke liye, ek hadith ka intikhab kiya gaya hai.</w:t>
      </w:r>
      <w:r>
        <w:br/>
      </w:r>
      <w:r>
        <w:rPr>
          <w:sz w:val="20"/>
        </w:rPr>
        <w:t>0:45  woh hadith</w:t>
      </w:r>
      <w:r>
        <w:br/>
      </w:r>
      <w:r>
        <w:rPr>
          <w:sz w:val="20"/>
        </w:rPr>
        <w:t>0:48  pehley aap ke samne parhi jayegi, is ke baad is par inshallah kuch arz kiya jayega.</w:t>
      </w:r>
      <w:r>
        <w:br/>
      </w:r>
      <w:r>
        <w:rPr>
          <w:sz w:val="20"/>
        </w:rPr>
        <w:t>0:59  an Abdullah ibn Mughaffal qala: qala rajulun li-n-nabiyyi sallallahu 'alayhi wa sallam:</w:t>
      </w:r>
      <w:r>
        <w:br/>
      </w:r>
      <w:r>
        <w:rPr>
          <w:sz w:val="20"/>
        </w:rPr>
        <w:t>1:07  "ya rasool Allah, wallah inni lahubbuk." kaha us se: "dekho tum kya keh rahe ho." kaha: "wallah inni lahubbuk" teen martaba.</w:t>
      </w:r>
      <w:r>
        <w:br/>
      </w:r>
      <w:r>
        <w:rPr>
          <w:sz w:val="20"/>
        </w:rPr>
        <w:t>1:19  kaha: "agar tum mujh se muhabbat karte ho to tayyari kar lo bohat sakht faqir ki, kyun ke faqr us se ziyada tezi se utarta hai jaisa ke sailab dhalwan ki taraf utarta hai." sunan tirmazi hadith number 2350.</w:t>
      </w:r>
      <w:r>
        <w:br/>
      </w:r>
      <w:r>
        <w:rPr>
          <w:sz w:val="20"/>
        </w:rPr>
        <w:t>1:35  abdullah bin mughaffal se riwayat hai ke ek aadmi ne nabi sallallahu alaihi wasallam se kaha: "ae Allah ke rasool,</w:t>
      </w:r>
      <w:r>
        <w:br/>
      </w:r>
      <w:r>
        <w:rPr>
          <w:sz w:val="20"/>
        </w:rPr>
        <w:t>1:42  Allah ki qasam, main aap se muhabbat karta hoon." aap ne un se kaha: "soch lo tum kya keh rahe ho." us ne kaha: "Allah ki qasam, main aap se muhabbat karta hoon." aisa us ne teen martaba kaha.</w:t>
      </w:r>
      <w:r>
        <w:br/>
      </w:r>
      <w:r>
        <w:rPr>
          <w:sz w:val="20"/>
        </w:rPr>
        <w:t>1:59  aap ne kaha: "agar tum mujh se muhabbat karte ho to tayyari kar lo bohat hi sakht qism ke faqr ke liye, kyun ke jo mujh se muhabbat kare us ki taraf faqr us se bhi ziyada tezi se utarta hai jaisa ke sailab dhalwan ki taraf utarta hai."</w:t>
      </w:r>
      <w:r>
        <w:br/>
      </w:r>
      <w:r>
        <w:rPr>
          <w:sz w:val="20"/>
        </w:rPr>
        <w:t>2:16  dekhiye, yeh yeh jo rasool, yeh jo hadith hai, is mein kehne wala yeh kehta hai ke "main aap se muhabbat karta hoon." is ka matlab kis ka kya hai?</w:t>
      </w:r>
      <w:r>
        <w:br/>
      </w:r>
      <w:r>
        <w:rPr>
          <w:sz w:val="20"/>
        </w:rPr>
        <w:t>2:37  yeh koi love affair ki baat nahi hai.</w:t>
      </w:r>
      <w:r>
        <w:br/>
      </w:r>
      <w:r>
        <w:rPr>
          <w:sz w:val="20"/>
        </w:rPr>
        <w:t>2:41  is ka matlab hai ke "main aap ke rastay par chalna chahta hoon</w:t>
      </w:r>
    </w:p>
    <w:p>
      <w:pPr>
        <w:pStyle w:val="Heading2"/>
      </w:pPr>
      <w:r>
        <w:t>The white and black thread story about fasting</w:t>
      </w:r>
    </w:p>
    <w:p>
      <w:r>
        <w:rPr>
          <w:color w:val="666666"/>
          <w:sz w:val="18"/>
        </w:rPr>
        <w:t>Understanding The Importance of Hadith November 20, 2022 · 1m 53s · at 6:48 · https://youtu.be/xwY_Qsz4HSQ?t=408</w:t>
      </w:r>
    </w:p>
    <w:p>
      <w:r>
        <w:rPr>
          <w:i/>
        </w:rPr>
        <w:t>“Quran mein aaya: khao piyo yahan tak ke dhaaga saaf alag dikhe”</w:t>
      </w:r>
    </w:p>
    <w:p>
      <w:r>
        <w:rPr>
          <w:sz w:val="20"/>
        </w:rPr>
        <w:t>6:48  to quran mein aaya hai ke tum roze ke baare mein ke ab is zamane mein toh is tarah se ghadiyan waghera thi nahin ke pata chale sehri ka waqt kab se shuru hota hai, kab se khatam hota</w:t>
      </w:r>
      <w:r>
        <w:br/>
      </w:r>
      <w:r>
        <w:rPr>
          <w:sz w:val="20"/>
        </w:rPr>
        <w:t>7:01  hai. to quran mein aaya hai ke khaate peete raho. matlab yeh toh word mein wording nahin hai, khaate peete raho. lekin bracket mein yeh likha jaata hai clarity ke liye: yahan tak ke safed dhaaga tum mein kaale dhaage se saaf alag dikhai dene lage.</w:t>
      </w:r>
      <w:r>
        <w:br/>
      </w:r>
      <w:r>
        <w:rPr>
          <w:sz w:val="20"/>
        </w:rPr>
        <w:t>7:19  yeh chapter two hai, 187. to ek Adi bin Hatim the, unhone kya kiya</w:t>
      </w:r>
      <w:r>
        <w:br/>
      </w:r>
      <w:r>
        <w:rPr>
          <w:sz w:val="20"/>
        </w:rPr>
        <w:t>7:27  ke do dhaage unhone liye, ek safed aur ek kala, aur dono unhone apne paas rakh liye, apne takiye ke neeche. aur woh dekhte rahe isko. jab safed aur kala dhaaga dono alag alag nazar aane laga, tab unhone khana peena band kiya.</w:t>
      </w:r>
      <w:r>
        <w:br/>
      </w:r>
      <w:r>
        <w:rPr>
          <w:sz w:val="20"/>
        </w:rPr>
        <w:t>7:44  to rasool Allah salallahu alaihi wasallam ke paas yeh baat jab pahunchi to rasool Allah salallahu alaihi wasallam ka heumor bohat hi refined tha. ek baar ek boodhi aurat aapke paas aayi to aapne kaha: "ab boodhiya jannat mein nahin jayengi."</w:t>
      </w:r>
      <w:r>
        <w:br/>
      </w:r>
      <w:r>
        <w:rPr>
          <w:sz w:val="20"/>
        </w:rPr>
        <w:t>8:00  woh lagirone to aapne kaha: "jannat mein jayengi toh jawano ke jaayengi, boodhiya nahin jayengi." tab woh hasne lagi. ji to yeh jab rasool Allah salallahu alaihi wasallam ko pata chala yeh do dhaage wali baat to aapne kaha ke yeh heumor tha ke tumhara takiya bada lamba choda hai jismein raat aur din dono sama jaate hain.</w:t>
      </w:r>
      <w:r>
        <w:br/>
      </w:r>
      <w:r>
        <w:rPr>
          <w:sz w:val="20"/>
        </w:rPr>
        <w:t>8:25  to phir aapne farmaya ke isse raat ki siyahi aur din ki roshni murad hai. to is tarike se bohat sari examples hain jisse pata chalta hai ke hamare liye sunnat par amal, hadith par amal kitna zyada zaroori hai.</w:t>
      </w:r>
      <w:r>
        <w:br/>
      </w:r>
      <w:r>
        <w:rPr>
          <w:sz w:val="20"/>
        </w:rPr>
        <w:t>8:42  ji, apa, prophet of Islam not only taught the believers about the divine commandments of the Quran, but he himself taught it with his practice.</w:t>
      </w:r>
    </w:p>
    <w:p>
      <w:pPr>
        <w:pStyle w:val="Heading2"/>
      </w:pPr>
      <w:r>
        <w:t>Explanation of hadith qudsi on oppression</w:t>
      </w:r>
    </w:p>
    <w:p>
      <w:r>
        <w:rPr>
          <w:color w:val="666666"/>
          <w:sz w:val="18"/>
        </w:rPr>
        <w:t>Positive Thinking 7 May 2014 - Maulana Wahiduddin Khan · 1m 07s · at 2:18 · https://youtu.be/D6zupEZ6LLw?t=138</w:t>
      </w:r>
    </w:p>
    <w:p>
      <w:r>
        <w:rPr>
          <w:i/>
        </w:rPr>
        <w:t>“Bismillah ir-Rahman ir-Rahim”</w:t>
      </w:r>
    </w:p>
    <w:p>
      <w:r>
        <w:rPr>
          <w:sz w:val="20"/>
        </w:rPr>
        <w:t>2:18  bismillah hir rahman nir rahim.</w:t>
      </w:r>
      <w:r>
        <w:br/>
      </w:r>
      <w:r>
        <w:rPr>
          <w:sz w:val="20"/>
        </w:rPr>
        <w:t>2:23  dekhen, yeh jo hadith hai, is ko kehte hain hadith qudsi. hadith qudsi is hadith ko kehta hai jis mein rasool Allah ne Khuda ki taraf se kaha ho.</w:t>
      </w:r>
      <w:r>
        <w:br/>
      </w:r>
      <w:r>
        <w:rPr>
          <w:sz w:val="20"/>
        </w:rPr>
        <w:t>2:40  is mein Khuda ki taraf se, Allah ki taraf se.</w:t>
      </w:r>
      <w:r>
        <w:br/>
      </w:r>
      <w:r>
        <w:rPr>
          <w:sz w:val="20"/>
        </w:rPr>
        <w:t>2:46  to is hadith ke do hissay hain. bait yeh farmaya ke</w:t>
      </w:r>
      <w:r>
        <w:br/>
      </w:r>
      <w:r>
        <w:rPr>
          <w:sz w:val="20"/>
        </w:rPr>
        <w:t>2:54  Allah ne apne oper zulm ko haram kar liya hai, to ae</w:t>
      </w:r>
      <w:r>
        <w:br/>
      </w:r>
      <w:r>
        <w:rPr>
          <w:sz w:val="20"/>
        </w:rPr>
        <w:t>3:02  logo! tum bhi is baat ko haram kar lo ke tum kisi ke oper zulm karo. dekhen, zulm ke lafz se ek baat is mein batai gayi hai.</w:t>
      </w:r>
      <w:r>
        <w:br/>
      </w:r>
      <w:r>
        <w:rPr>
          <w:sz w:val="20"/>
        </w:rPr>
        <w:t>3:14  is ka matlab kya hai? na to Khuda kisi se kuch chheenta, na koi insan kisi se kuch chheen sakta.</w:t>
      </w:r>
    </w:p>
    <w:p>
      <w:pPr>
        <w:pStyle w:val="Heading2"/>
      </w:pPr>
      <w:r>
        <w:t>Iblis gathers all devils at sea to hear their deeds</w:t>
      </w:r>
    </w:p>
    <w:p>
      <w:r>
        <w:rPr>
          <w:color w:val="666666"/>
          <w:sz w:val="18"/>
        </w:rPr>
        <w:t>Married Life April 29, 2017 Maulana Wahiduddin Khan · 1m 42s · at 1:46 · https://youtu.be/ONfOGL9_VHg?t=106</w:t>
      </w:r>
    </w:p>
    <w:p>
      <w:r>
        <w:rPr>
          <w:i/>
        </w:rPr>
        <w:t>“Ek hadith hai ke Iblees samandar par jalsa karta hai”</w:t>
      </w:r>
    </w:p>
    <w:p>
      <w:r>
        <w:rPr>
          <w:sz w:val="20"/>
        </w:rPr>
        <w:t>1:46  ek hadith hai ke iblis jo hai, yani iblis woh hai jo shayateen ka sardar hua hai,</w:t>
      </w:r>
      <w:r>
        <w:br/>
      </w:r>
      <w:r>
        <w:rPr>
          <w:sz w:val="20"/>
        </w:rPr>
        <w:t>2:00  to woh apna</w:t>
      </w:r>
      <w:r>
        <w:br/>
      </w:r>
      <w:r>
        <w:rPr>
          <w:sz w:val="20"/>
        </w:rPr>
        <w:t>2:05  jalsa karta hai samandar par. saare dunya ke shaitan ikattha hote hain, woh poochta hai ke tum ne kya kiya, tum ne kya kiya?</w:t>
      </w:r>
      <w:r>
        <w:br/>
      </w:r>
      <w:r>
        <w:rPr>
          <w:sz w:val="20"/>
        </w:rPr>
        <w:t>2:19  to har ek ko jo kuch batata hai ke maine kisi ka qatl karwa diya, maine kisi ka yeh kar diya, woh kar diya.</w:t>
      </w:r>
      <w:r>
        <w:br/>
      </w:r>
      <w:r>
        <w:rPr>
          <w:sz w:val="20"/>
        </w:rPr>
        <w:t>2:31  to iblis un ki baaton ko kuch dhyan nahi deta. ek shaitan aata hai, woh kehta hai ke main ek married couple jo the, un ke peeche lag gaya aur itna un ko aapas mein rift paida kiya ke talaq ho gayi.</w:t>
      </w:r>
      <w:r>
        <w:br/>
      </w:r>
      <w:r>
        <w:rPr>
          <w:sz w:val="20"/>
        </w:rPr>
        <w:t>2:57  to iblis kehta hai: "naam ant, haan to ne kaam kiya,</w:t>
      </w:r>
      <w:r>
        <w:br/>
      </w:r>
      <w:r>
        <w:rPr>
          <w:sz w:val="20"/>
        </w:rPr>
        <w:t>3:06  naam ant</w:t>
      </w:r>
      <w:r>
        <w:br/>
      </w:r>
      <w:r>
        <w:rPr>
          <w:sz w:val="20"/>
        </w:rPr>
        <w:t>3:07  " to is ka ma'ni yeh hai ke do aadmi shadi mein kar ke ek doosre se saathi banein, phir un mein talaq ho jaye to woh shaitan ki fateh hoti hai.</w:t>
      </w:r>
      <w:r>
        <w:br/>
      </w:r>
      <w:r>
        <w:rPr>
          <w:sz w:val="20"/>
        </w:rPr>
        <w:t>3:21  yani talaq shaitan ki fateh hai.</w:t>
      </w:r>
    </w:p>
    <w:p>
      <w:pPr>
        <w:pStyle w:val="Heading2"/>
      </w:pPr>
      <w:r>
        <w:t>Industrial smoke causes global warming</w:t>
      </w:r>
    </w:p>
    <w:p>
      <w:r>
        <w:rPr>
          <w:color w:val="666666"/>
          <w:sz w:val="18"/>
        </w:rPr>
        <w:t>Warnings of Doomsday February 4, 2007 · 1m 40s · at 23:53 · https://youtu.be/VT0BnPl_-zc?t=1433</w:t>
      </w:r>
    </w:p>
    <w:p>
      <w:r>
        <w:rPr>
          <w:i/>
        </w:rPr>
        <w:t>“Kyunki is dhuen ne, industrial dhuen ne kya kya?”</w:t>
      </w:r>
    </w:p>
    <w:p>
      <w:r>
        <w:rPr>
          <w:sz w:val="20"/>
        </w:rPr>
        <w:t>23:53  kyunke is dhuein ne, industrial dhuein ne kya kiya? yeh kiya ke ke carbon dioxide ka jo content hai hamare atmosphere mein, is ko ab double karne</w:t>
      </w:r>
      <w:r>
        <w:br/>
      </w:r>
      <w:r>
        <w:rPr>
          <w:sz w:val="20"/>
        </w:rPr>
        <w:t>24:07  ja raha hai. double! bataiye ke kitni kitna bara danger yeh hai? woh jo zehriili gases hoti hain, aap jante hain, agar un ki barh jaye, un ki quantity to kya hoga?</w:t>
      </w:r>
      <w:r>
        <w:br/>
      </w:r>
      <w:r>
        <w:rPr>
          <w:sz w:val="20"/>
        </w:rPr>
        <w:t>24:18  to main samajhta hoon ke yeh jo hai baat ke qayamat se pehle dajjal o dajjal aur Mahdi zahir honge. yaani bohat pehle ke mani ki bilkul jab qareeb aa chuki gi, qareeb tab.</w:t>
      </w:r>
      <w:r>
        <w:br/>
      </w:r>
      <w:r>
        <w:rPr>
          <w:sz w:val="20"/>
        </w:rPr>
        <w:t>24:34  to main samajhta hoon ke toms day qareeb aa chuka, aur dajjal aur Mahdi ke zuhoor ka waqt aa chuka.</w:t>
      </w:r>
      <w:r>
        <w:br/>
      </w:r>
      <w:r>
        <w:rPr>
          <w:sz w:val="20"/>
        </w:rPr>
        <w:t>24:45  to hadith mein aata hai jab waqt aaye to us waqt toba ka waqt hoga. toba ka matlab hai repentance.</w:t>
      </w:r>
      <w:r>
        <w:br/>
      </w:r>
      <w:r>
        <w:rPr>
          <w:sz w:val="20"/>
        </w:rPr>
        <w:t>24:56  yaani aap ko agar bataya jaye ke ertaqay ka aanay wala hai paanch minute ke baad to aap ka kya haal hoga? mujhe bataiye, agar yeh announce kiya jaye government ki taraf se ke sirf five minute ke baad aik ertaqay ka aanay wala hai, bohat bara, to hum mein se kya kaha hoga?</w:t>
      </w:r>
      <w:r>
        <w:br/>
      </w:r>
      <w:r>
        <w:rPr>
          <w:sz w:val="20"/>
        </w:rPr>
        <w:t>25:17  hum kaha hum sab kuch bhool jayenge, koi excuse nahi rahega hamare paas, kuch bhi nahi. woh Khuda ki taraf daudenge, sab kuch bhool jayenge, sab kuch bhool jayenge.</w:t>
      </w:r>
    </w:p>
    <w:p>
      <w:pPr>
        <w:pStyle w:val="Heading2"/>
      </w:pPr>
      <w:r>
        <w:t>Experience reveals meaning of hadith</w:t>
      </w:r>
    </w:p>
    <w:p>
      <w:r>
        <w:rPr>
          <w:color w:val="666666"/>
          <w:sz w:val="18"/>
        </w:rPr>
        <w:t>Character Building March 25, 2017 · 1m 05s · at 1:15 · https://youtu.be/GTuBwenwkco?t=75</w:t>
      </w:r>
    </w:p>
    <w:p>
      <w:r>
        <w:rPr>
          <w:i/>
        </w:rPr>
        <w:t>“To kal woh hai ek tajurba hua mujh ko”</w:t>
      </w:r>
    </w:p>
    <w:p>
      <w:r>
        <w:rPr>
          <w:sz w:val="20"/>
        </w:rPr>
        <w:t>1:15  to kal woh hai ek tajurba hua mujh ko jis se main andaza kar paya ke yeh matlab hai is ka.</w:t>
      </w:r>
      <w:r>
        <w:br/>
      </w:r>
      <w:r>
        <w:rPr>
          <w:sz w:val="20"/>
        </w:rPr>
        <w:t>1:26  to isi ko main leta hoon aaj. to woh hadith pehle padhenge faraz umri sahib, phir main arz karunga.</w:t>
      </w:r>
      <w:r>
        <w:br/>
      </w:r>
      <w:r>
        <w:rPr>
          <w:sz w:val="20"/>
        </w:rPr>
        <w:t>1:35  anas razi allah anhu qal: "innakum latamaloona a'maalan ya'daqu fi a'yunikum min ash-sha'r, inna kunna lanadduha ala ahd an-nabi sallallahu alaihi wa sallam min al-mubiqat." sahih al-bukhari hadith number 6492.</w:t>
      </w:r>
      <w:r>
        <w:br/>
      </w:r>
      <w:r>
        <w:rPr>
          <w:sz w:val="20"/>
        </w:rPr>
        <w:t>1:58  anas razi allah anhu se riwayat hai, woh kehte hain ke tum log kuch kaam karte ho, yeh tumhari nazron mein baal se bhi barik hai.</w:t>
      </w:r>
      <w:r>
        <w:br/>
      </w:r>
      <w:r>
        <w:rPr>
          <w:sz w:val="20"/>
        </w:rPr>
        <w:t>2:09  halka ke hum log is ko rasool sallallahu alaihi wa sallam ke ahd mein halakat khayz cheez samajhte the, shumar karte the.</w:t>
      </w:r>
    </w:p>
    <w:p>
      <w:pPr>
        <w:pStyle w:val="Heading2"/>
      </w:pPr>
      <w:r>
        <w:t>Tourists reframed as potential converts, not enemies, via a Singapore story</w:t>
      </w:r>
    </w:p>
    <w:p>
      <w:r>
        <w:rPr>
          <w:color w:val="666666"/>
          <w:sz w:val="18"/>
        </w:rPr>
        <w:t>Islam in A New Age March 18, 2012 · 2m 33s · at 38:39 · https://youtu.be/P5hzq_NheY0?t=2319</w:t>
      </w:r>
    </w:p>
    <w:p>
      <w:r>
        <w:rPr>
          <w:i/>
        </w:rPr>
        <w:t>“Mister Sharaf ne kaha: tourist hamare dushman mulk ke hain”</w:t>
      </w:r>
    </w:p>
    <w:p>
      <w:r>
        <w:rPr>
          <w:sz w:val="20"/>
        </w:rPr>
        <w:t>38:39  log khoob yahan jayenge, wahan jayenge. Yeh hai global mobilization. Abhi hamare saathi Mr Rajat Malhotra gaye the Singapore.</w:t>
      </w:r>
      <w:r>
        <w:br/>
      </w:r>
      <w:r>
        <w:rPr>
          <w:sz w:val="20"/>
        </w:rPr>
        <w:t>38:51  wahan par un ko Morocco ka ek Musalman mile, Mr Sharaf. Un se unhon ne kaha ke bhai aap Quran phailaiye Morocco mein.</w:t>
      </w:r>
      <w:r>
        <w:br/>
      </w:r>
      <w:r>
        <w:rPr>
          <w:sz w:val="20"/>
        </w:rPr>
        <w:t>39:02  to unhon ne kaha ke wahan to sab Musalman hain. Unhon ne kaha ke nahi, aap ke haan to tourist bohat aate hain.</w:t>
      </w:r>
      <w:r>
        <w:br/>
      </w:r>
      <w:r>
        <w:rPr>
          <w:sz w:val="20"/>
        </w:rPr>
        <w:t>39:12  to is is Morocco ke Musalman ne kaha ke hum to zyada tourist aana band band ho jaye.</w:t>
      </w:r>
      <w:r>
        <w:br/>
      </w:r>
      <w:r>
        <w:rPr>
          <w:sz w:val="20"/>
        </w:rPr>
        <w:t>39:19  yani tourist ko aana aana band ho jaye, tourist na aayen hamare haan, kyunke yeh to dushman mulkon ke log hote hain.</w:t>
      </w:r>
      <w:r>
        <w:br/>
      </w:r>
      <w:r>
        <w:rPr>
          <w:sz w:val="20"/>
        </w:rPr>
        <w:t>39:28  ab bataiye, Allah taala ne un ko khola, matlab madu ke aap ke ghar bhej diya. Yani pehle madu ke paas dawi aaya karta tha, ab madu khud dawi ke paas aa raha hai.</w:t>
      </w:r>
      <w:r>
        <w:br/>
      </w:r>
      <w:r>
        <w:rPr>
          <w:sz w:val="20"/>
        </w:rPr>
        <w:t>39:41  kehti hai, ajeeb baat hai. To aap ko khush hona chahiye, khoob janna chahiye un ko Quran aur Islami kitaben. Lekin</w:t>
      </w:r>
      <w:r>
        <w:br/>
      </w:r>
      <w:r>
        <w:rPr>
          <w:sz w:val="20"/>
        </w:rPr>
        <w:t>39:51  Allah ke is scheme ko na janne ki wajah se kya hai, is ko dushman samjhe hue hain. Jab Mr Rajat ne un ko samjhaya ke bhai yeh to madu hain jo aap ke ghar khud aa rahe hain, to un ko dijiye Quran, un ko dijiye Islami kitaben.</w:t>
      </w:r>
      <w:r>
        <w:br/>
      </w:r>
      <w:r>
        <w:rPr>
          <w:sz w:val="20"/>
        </w:rPr>
        <w:t>40:07  to khair, woh samajh gaya, bohat khush hua. Us ne kaha ke main ke yeh main is angle se main nahi dikhate cheezon ko. Yeh baat wahin ki baat nahi hai.</w:t>
      </w:r>
      <w:r>
        <w:br/>
      </w:r>
      <w:r>
        <w:rPr>
          <w:sz w:val="20"/>
        </w:rPr>
        <w:t>40:17  ab jitne muslim mumalik hain, har jagah bohat bari tadad mein tourist atay hain. yani Iraq mein, aur Afghanistan mein, aur Misr mein, Lebanon mein,</w:t>
      </w:r>
      <w:r>
        <w:br/>
      </w:r>
      <w:r>
        <w:rPr>
          <w:sz w:val="20"/>
        </w:rPr>
        <w:t>40:34  Sham mein, Falasteen mein, Kashmir mein, khud India mein bohat ziyada tourist atay hain. lekin musalman in ko dekhte hain dushman ke roop mein.</w:t>
      </w:r>
      <w:r>
        <w:br/>
      </w:r>
      <w:r>
        <w:rPr>
          <w:sz w:val="20"/>
        </w:rPr>
        <w:t>40:46  yani Allah taala ne khol diya darwazay ke log khoob idhar udhar jayen. yani madu khud daai ke paas pohanchay, aur musalmanon ko yeh mauqa milay ke sab ko Allah ke deen pohanchayen.</w:t>
      </w:r>
      <w:r>
        <w:br/>
      </w:r>
      <w:r>
        <w:rPr>
          <w:sz w:val="20"/>
        </w:rPr>
        <w:t>41:01  woh lekin hum ne kya kar rakha hai, in ko dub kar rakha hai. yani yeh yeh yeh yeh conspirator hain, yeh yeh dushman hain. yeh bilkul bilkul base less baaten hain.</w:t>
      </w:r>
    </w:p>
    <w:p>
      <w:pPr>
        <w:pStyle w:val="Heading2"/>
      </w:pPr>
      <w:r>
        <w:t>how scattered hadith were compiled from 1.5 million narrators</w:t>
      </w:r>
    </w:p>
    <w:p>
      <w:r>
        <w:rPr>
          <w:color w:val="666666"/>
          <w:sz w:val="18"/>
        </w:rPr>
        <w:t>History of Islamic Learning May 14, 2006 Part 2 · 2m 27s · at 4:04 · https://youtu.be/snrt_NRyjLI?t=244</w:t>
      </w:r>
    </w:p>
    <w:p>
      <w:r>
        <w:rPr>
          <w:i/>
        </w:rPr>
        <w:t>“ایک لاکھ 25 ہزار صحابی تھے رسول اللہ کے”</w:t>
      </w:r>
    </w:p>
    <w:p>
      <w:r>
        <w:rPr>
          <w:sz w:val="20"/>
        </w:rPr>
        <w:t>4:04  is tareeqay say hadees ko,</w:t>
      </w:r>
      <w:r>
        <w:br/>
      </w:r>
      <w:r>
        <w:rPr>
          <w:sz w:val="20"/>
        </w:rPr>
        <w:t>4:11  hadeesain bikhri hui theen. aap jantay hain kay aik lakh 25 hazar sahabi thay rasool Allah kay. un say bohat say logon nay suna, jin ko hum tabayee kehtay hain.</w:t>
      </w:r>
      <w:r>
        <w:br/>
      </w:r>
      <w:r>
        <w:rPr>
          <w:sz w:val="20"/>
        </w:rPr>
        <w:t>4:22  phir rasool Allah say suna sahaba nay, jo aik lakh 25 hazar thay.</w:t>
      </w:r>
      <w:r>
        <w:br/>
      </w:r>
      <w:r>
        <w:rPr>
          <w:sz w:val="20"/>
        </w:rPr>
        <w:t>4:27  phir sahaba say suna tabayeen nay, jo kai lakh thay. to aap jantay hain kay hadeesain jo hain jama ki gayi hain, yani bikhri hui theen, sab logon kay yaadon mein theen.</w:t>
      </w:r>
      <w:r>
        <w:br/>
      </w:r>
      <w:r>
        <w:rPr>
          <w:sz w:val="20"/>
        </w:rPr>
        <w:t>4:39  kuch tukray mein likh rakha tha logon nay kuch. aur different cities mein, different countries mein woh log seenay mein theen, woh logon kay gharon mein.</w:t>
      </w:r>
      <w:r>
        <w:br/>
      </w:r>
      <w:r>
        <w:rPr>
          <w:sz w:val="20"/>
        </w:rPr>
        <w:t>4:50  to yeh kaam jo hua, is ka yeh bohat bara kaam tha kay sari hadeesoon ko jama kar kay unhain book form mein ikatha karna.</w:t>
      </w:r>
      <w:r>
        <w:br/>
      </w:r>
      <w:r>
        <w:rPr>
          <w:sz w:val="20"/>
        </w:rPr>
        <w:t>5:01  is ko hum kehtay hain tadween hadees. to in logon nay kiya kiya? aik fan rijal banaya.</w:t>
      </w:r>
      <w:r>
        <w:br/>
      </w:r>
      <w:r>
        <w:rPr>
          <w:sz w:val="20"/>
        </w:rPr>
        <w:t>5:10  rijal maani hotay hain, yani woh log jo jin say hadeesain mil rahi theen, un kay, un ki tareekh, un kay halaat, woh kaisay thay, woh.</w:t>
      </w:r>
      <w:r>
        <w:br/>
      </w:r>
      <w:r>
        <w:rPr>
          <w:sz w:val="20"/>
        </w:rPr>
        <w:t>5:22  is tarah koi 15 lakh aadmiyon kay halaat ikatha kiye gaye. moti moti kitabein is par hain, aaj bhi libraryon mein.</w:t>
      </w:r>
      <w:r>
        <w:br/>
      </w:r>
      <w:r>
        <w:rPr>
          <w:sz w:val="20"/>
        </w:rPr>
        <w:t>5:33  yani 15 lakh aadmiyon kay halaat. main bataoon kay history mein kabhi aisa nahi hua kay 15 lakh aadmiyon kay halaat ikatha kiye gaye, kiye jayen.</w:t>
      </w:r>
      <w:r>
        <w:br/>
      </w:r>
      <w:r>
        <w:rPr>
          <w:sz w:val="20"/>
        </w:rPr>
        <w:t>5:46  to bib jo muhaddiseen thay, un logon nay yeh sab kaam kiya. yahan tak kay hadees ki kitabein tayyar huien.</w:t>
      </w:r>
      <w:r>
        <w:br/>
      </w:r>
      <w:r>
        <w:rPr>
          <w:sz w:val="20"/>
        </w:rPr>
        <w:t>5:56  yani chhay kitabein mashhoor hain, jin ko hum siha kehtay hain. is kay siway bohat si hadees ki kitabein hain,</w:t>
      </w:r>
      <w:r>
        <w:br/>
      </w:r>
      <w:r>
        <w:rPr>
          <w:sz w:val="20"/>
        </w:rPr>
        <w:t>6:03  bohat si kitabein hain. to 15 lakh aadmiyon say unhon nay hadeesoon ko liya, is ko chhaanta, is ki research ki, is ki tehqeeq ki.</w:t>
      </w:r>
      <w:r>
        <w:br/>
      </w:r>
      <w:r>
        <w:rPr>
          <w:sz w:val="20"/>
        </w:rPr>
        <w:t>6:14  aur phir hadees ka aik poora woh ban gaya, un ko compile kiya. to aaj library mein aap dekh patay hain kay quran, aik mukammal quran maujood hai.</w:t>
      </w:r>
      <w:r>
        <w:br/>
      </w:r>
      <w:r>
        <w:rPr>
          <w:sz w:val="20"/>
        </w:rPr>
        <w:t>6:29  hadees ko patay hain kay mukammal hadeesain maujood hain kitabon ki form</w:t>
      </w:r>
    </w:p>
    <w:p>
      <w:pPr>
        <w:pStyle w:val="Heading2"/>
      </w:pPr>
      <w:r>
        <w:t>Tree analogy and real mission dawat</w:t>
      </w:r>
    </w:p>
    <w:p>
      <w:r>
        <w:rPr>
          <w:color w:val="666666"/>
          <w:sz w:val="18"/>
        </w:rPr>
        <w:t>Living in the 21st Century I 17th February 2013 - Maulana Wahiduddin Khan · 1m 50s · at 8:03 · https://youtu.be/ccUhM8fLtpU?t=483</w:t>
      </w:r>
    </w:p>
    <w:p>
      <w:r>
        <w:rPr>
          <w:i/>
        </w:rPr>
        <w:t>“مثلاً میرے گھر کے آس پاس بہت سارے درخت ہیں”</w:t>
      </w:r>
    </w:p>
    <w:p>
      <w:r>
        <w:rPr>
          <w:sz w:val="20"/>
        </w:rPr>
        <w:t>8:03  misalan mere ghar ke aas pas bohat saray darakht hain. aik taraf mein akhbar mein parh raha tha yeh khabar, doosri taraf mein ne dekha ke haray bharay darakht khaday hue hain.</w:t>
      </w:r>
      <w:r>
        <w:br/>
      </w:r>
      <w:r>
        <w:rPr>
          <w:sz w:val="20"/>
        </w:rPr>
        <w:t>8:17  in ko Khuda ne achievable goal diya ke</w:t>
      </w:r>
      <w:r>
        <w:br/>
      </w:r>
      <w:r>
        <w:rPr>
          <w:sz w:val="20"/>
        </w:rPr>
        <w:t>8:22  aik seed tha, aik beej tha, aik chota sa poda tha, woh zameen mein laga diya gaya. ab woh barhta hua, barhta hua, barhta hua, ab itna ooncha ho gaya ke teen manzila building ke barabar ho gaya woh.</w:t>
      </w:r>
      <w:r>
        <w:br/>
      </w:r>
      <w:r>
        <w:rPr>
          <w:sz w:val="20"/>
        </w:rPr>
        <w:t>8:41  to kaha ke darakht ko Allah taala ne achievable goal diya hai</w:t>
      </w:r>
      <w:r>
        <w:br/>
      </w:r>
      <w:r>
        <w:rPr>
          <w:sz w:val="20"/>
        </w:rPr>
        <w:t>8:48  ke apnay ko grow karo, barhao, aur sari dunya se apnay liye food lo, zameen se, hawa se, suraj se, aur barhao apnay ko, barhao apnay ko, barhao, yahan tak ke tum aik bohat ooncha darakht ban jao.</w:t>
      </w:r>
      <w:r>
        <w:br/>
      </w:r>
      <w:r>
        <w:rPr>
          <w:sz w:val="20"/>
        </w:rPr>
        <w:t>9:07  to musalmanon ke sath sirf aisa hua ke</w:t>
      </w:r>
      <w:r>
        <w:br/>
      </w:r>
      <w:r>
        <w:rPr>
          <w:sz w:val="20"/>
        </w:rPr>
        <w:t>9:11  unachievable goal day diya.</w:t>
      </w:r>
      <w:r>
        <w:br/>
      </w:r>
      <w:r>
        <w:rPr>
          <w:sz w:val="20"/>
        </w:rPr>
        <w:t>9:18  to aisa nahi ho sakta hai. aisa nahi ho sakta hai. phir mujhe quran ke baray mein sochna shuru kiya mein ne ke quran mein musalmanon ko mission kiya diya gaya hai?</w:t>
      </w:r>
      <w:r>
        <w:br/>
      </w:r>
      <w:r>
        <w:rPr>
          <w:sz w:val="20"/>
        </w:rPr>
        <w:t>9:35  woh mission hai</w:t>
      </w:r>
      <w:r>
        <w:br/>
      </w:r>
      <w:r>
        <w:rPr>
          <w:sz w:val="20"/>
        </w:rPr>
        <w:t>9:39  da'wat lil-lah. yani Allah ke message ko dunya tak pohnchana, peaceful tareeqay se.</w:t>
      </w:r>
      <w:r>
        <w:br/>
      </w:r>
      <w:r>
        <w:rPr>
          <w:sz w:val="20"/>
        </w:rPr>
        <w:t>9:54  aik lafz mein aap kahein to quran ko logon tak pohnchana. la tudallil al-furqana 'ala 'abdihi li-yakuna lil-'alamina nadhira yani musalmanon ko jo goal diya gaya tha woh kya tha?</w:t>
      </w:r>
    </w:p>
    <w:p>
      <w:pPr>
        <w:pStyle w:val="Heading2"/>
      </w:pPr>
      <w:r>
        <w:t>Complete lecture on intellect hadiths</w:t>
      </w:r>
    </w:p>
    <w:p>
      <w:r>
        <w:rPr>
          <w:color w:val="666666"/>
          <w:sz w:val="18"/>
        </w:rPr>
        <w:t>Reason And Islam April 21, 2014 Maulana Wahiduddin Khan · 2m 10s · at 0:12 · https://youtu.be/xNSJWgVAn9U?t=12</w:t>
      </w:r>
    </w:p>
    <w:p>
      <w:r>
        <w:rPr>
          <w:i/>
        </w:rPr>
        <w:t>“سمعت رسول اللہ صلی اللہ علیہ وسلم یقول”</w:t>
      </w:r>
    </w:p>
    <w:p>
      <w:r>
        <w:rPr>
          <w:sz w:val="20"/>
        </w:rPr>
        <w:t>0:12  sami'tu rasulallahi sallallahu 'alaihi wa sallam yaqool: "wa man lam yakun fihi fala 'aql lah." hasanul ma'rifati billahi 'azzawajal,</w:t>
      </w:r>
      <w:r>
        <w:br/>
      </w:r>
      <w:r>
        <w:rPr>
          <w:sz w:val="20"/>
        </w:rPr>
        <w:t>0:27  wa hasanul ta'ati lillahi 'azzawajal, wa hasanul sabri lillahi 'azzawajal. hilyatul awliya, wa al-yaum number teen, page number 371.</w:t>
      </w:r>
      <w:r>
        <w:br/>
      </w:r>
      <w:r>
        <w:rPr>
          <w:sz w:val="20"/>
        </w:rPr>
        <w:t>0:46  is hadith ka tarjuma hai: abu sa'eed al-khidri riwayat karte hain ke unhon ne rasulallahi sallallahu 'alaihi wa sallam ko farmate hue suna: "Allah taala ne aql ko teen hisson mein taqseem kiya hai,</w:t>
      </w:r>
      <w:r>
        <w:br/>
      </w:r>
      <w:r>
        <w:rPr>
          <w:sz w:val="20"/>
        </w:rPr>
        <w:t>1:03  to jis ke andar yeh cheez pai jaye woh aqalmand hai, aur jis ke andar na pai jaye us ko kuch bhi aql nahin hai."</w:t>
      </w:r>
      <w:r>
        <w:br/>
      </w:r>
      <w:r>
        <w:rPr>
          <w:sz w:val="20"/>
        </w:rPr>
        <w:t>1:16  Allah ki behtar marifat, Allah ki behtar itaat, aur Allah ke liye behtar sabr.</w:t>
      </w:r>
      <w:r>
        <w:br/>
      </w:r>
      <w:r>
        <w:rPr>
          <w:sz w:val="20"/>
        </w:rPr>
        <w:t>1:31  Maulana is hadith ki wazahat farmayen.</w:t>
      </w:r>
      <w:r>
        <w:br/>
      </w:r>
      <w:r>
        <w:rPr>
          <w:sz w:val="20"/>
        </w:rPr>
        <w:t>1:35  bismillah rahman rahim.</w:t>
      </w:r>
      <w:r>
        <w:br/>
      </w:r>
      <w:r>
        <w:rPr>
          <w:sz w:val="20"/>
        </w:rPr>
        <w:t>1:42  yeh hadith aql ke bare mein hai, yani mind ke bare mein.</w:t>
      </w:r>
      <w:r>
        <w:br/>
      </w:r>
      <w:r>
        <w:rPr>
          <w:sz w:val="20"/>
        </w:rPr>
        <w:t>1:49  aql</w:t>
      </w:r>
      <w:r>
        <w:br/>
      </w:r>
      <w:r>
        <w:rPr>
          <w:sz w:val="20"/>
        </w:rPr>
        <w:t>1:53  aur hadithon se main aur hadithon mein yeh baat aayi hai ke insaan ko jo kuch diya gaya hai us mein aql sab se bari cheez hai.</w:t>
      </w:r>
    </w:p>
    <w:p>
      <w:pPr>
        <w:pStyle w:val="Heading2"/>
      </w:pPr>
      <w:r>
        <w:t>Hadith translation and explanation</w:t>
      </w:r>
    </w:p>
    <w:p>
      <w:r>
        <w:rPr>
          <w:color w:val="666666"/>
          <w:sz w:val="18"/>
        </w:rPr>
        <w:t>Reason And Islam April 21, 2014 Maulana Wahiduddin Khan · 1m 37s · at 0:46 · https://youtu.be/xNSJWgVAn9U?t=46</w:t>
      </w:r>
    </w:p>
    <w:p>
      <w:r>
        <w:rPr>
          <w:i/>
        </w:rPr>
        <w:t>“اس حدیث کا ترجمہ ہے”</w:t>
      </w:r>
    </w:p>
    <w:p>
      <w:r>
        <w:rPr>
          <w:sz w:val="20"/>
        </w:rPr>
        <w:t>0:46  is hadith ka tarjuma hai: abu sa'eed al-khidri riwayat karte hain ke unhon ne rasulallahi sallallahu 'alaihi wa sallam ko farmate hue suna: "Allah taala ne aql ko teen hisson mein taqseem kiya hai,</w:t>
      </w:r>
      <w:r>
        <w:br/>
      </w:r>
      <w:r>
        <w:rPr>
          <w:sz w:val="20"/>
        </w:rPr>
        <w:t>1:03  to jis ke andar yeh cheez pai jaye woh aqalmand hai, aur jis ke andar na pai jaye us ko kuch bhi aql nahin hai."</w:t>
      </w:r>
      <w:r>
        <w:br/>
      </w:r>
      <w:r>
        <w:rPr>
          <w:sz w:val="20"/>
        </w:rPr>
        <w:t>1:16  Allah ki behtar marifat, Allah ki behtar itaat, aur Allah ke liye behtar sabr.</w:t>
      </w:r>
      <w:r>
        <w:br/>
      </w:r>
      <w:r>
        <w:rPr>
          <w:sz w:val="20"/>
        </w:rPr>
        <w:t>1:31  Maulana is hadith ki wazahat farmayen.</w:t>
      </w:r>
      <w:r>
        <w:br/>
      </w:r>
      <w:r>
        <w:rPr>
          <w:sz w:val="20"/>
        </w:rPr>
        <w:t>1:35  bismillah rahman rahim.</w:t>
      </w:r>
      <w:r>
        <w:br/>
      </w:r>
      <w:r>
        <w:rPr>
          <w:sz w:val="20"/>
        </w:rPr>
        <w:t>1:42  yeh hadith aql ke bare mein hai, yani mind ke bare mein.</w:t>
      </w:r>
      <w:r>
        <w:br/>
      </w:r>
      <w:r>
        <w:rPr>
          <w:sz w:val="20"/>
        </w:rPr>
        <w:t>1:49  aql</w:t>
      </w:r>
      <w:r>
        <w:br/>
      </w:r>
      <w:r>
        <w:rPr>
          <w:sz w:val="20"/>
        </w:rPr>
        <w:t>1:53  aur hadithon se main aur hadithon mein yeh baat aayi hai ke insaan ko jo kuch diya gaya hai us mein aql sab se bari cheez hai.</w:t>
      </w:r>
    </w:p>
    <w:p>
      <w:pPr>
        <w:pStyle w:val="Heading2"/>
      </w:pPr>
      <w:r>
        <w:t>Hadith on mixing with people and patience</w:t>
      </w:r>
    </w:p>
    <w:p>
      <w:r>
        <w:rPr>
          <w:color w:val="666666"/>
          <w:sz w:val="18"/>
        </w:rPr>
        <w:t>Spirit of Team Work April 6, 2019 · 1m 03s · at 0:32 · https://youtu.be/0tSocvvX_Ks?t=32</w:t>
      </w:r>
    </w:p>
    <w:p>
      <w:r>
        <w:rPr>
          <w:i/>
        </w:rPr>
        <w:t>“Aaj Qur'an ki ek hadith ko le kar kuchh baat kahna hai”</w:t>
      </w:r>
    </w:p>
    <w:p>
      <w:r>
        <w:rPr>
          <w:sz w:val="20"/>
        </w:rPr>
        <w:t>0:32  Aaj Quran ki aaj aik hadith ko le kar kuch baat kehna hai.</w:t>
      </w:r>
      <w:r>
        <w:br/>
      </w:r>
      <w:r>
        <w:rPr>
          <w:sz w:val="20"/>
        </w:rPr>
        <w:t>0:45  Yeh hadith Ibn Majah mein aayi hai, aur is ke shabda yeh hain.</w:t>
      </w:r>
      <w:r>
        <w:br/>
      </w:r>
      <w:r>
        <w:rPr>
          <w:sz w:val="20"/>
        </w:rPr>
        <w:t>0:55  An Ibn Umar an al-nabi salla Allahu alayhi wa sallam qala: "Al-mumin alladhi yukhalitu al-nas wa yasbiru ala azahim khayrun min alladhi la yukhalitu al-nas wa la yasbiru ala azahim".</w:t>
      </w:r>
      <w:r>
        <w:br/>
      </w:r>
      <w:r>
        <w:rPr>
          <w:sz w:val="20"/>
        </w:rPr>
        <w:t>1:08  Al-Adab al-Mufrad li al-Bukhari, hadith number 388. Ibn Umar riwayat karte hain nabi salla Allahu alayhi wa sallam se, aap ne kaha: "Woh momin jo logon se milta julta hai aur un ki azzaon par sabr karta hai,</w:t>
      </w:r>
      <w:r>
        <w:br/>
      </w:r>
      <w:r>
        <w:rPr>
          <w:sz w:val="20"/>
        </w:rPr>
        <w:t>1:23  Woh is se behtar hai jo logon se nahi milta aur na un ki takleefon par sabr karta hai". Is hadith ko Tirmidhi ne bhi riwayat kiya hai aur Ibn Majah ne bhi.</w:t>
      </w:r>
    </w:p>
    <w:p>
      <w:pPr>
        <w:pStyle w:val="Heading2"/>
      </w:pPr>
      <w:r>
        <w:t>Islam alone survives intact, others retreat into social work</w:t>
      </w:r>
    </w:p>
    <w:p>
      <w:r>
        <w:rPr>
          <w:color w:val="666666"/>
          <w:sz w:val="18"/>
        </w:rPr>
        <w:t>Journey to a Mediterranean Island November 23, 2008 · 2m 58s · at 23:26 · https://youtu.be/uoOiuhWeSIQ?t=1406</w:t>
      </w:r>
    </w:p>
    <w:p>
      <w:r>
        <w:rPr>
          <w:i/>
        </w:rPr>
        <w:t>“اللہ تعالی نے ایسے، جو ہسٹوریکل پروسیس ہوا بعد کے زمانے میں”</w:t>
      </w:r>
    </w:p>
    <w:p>
      <w:r>
        <w:rPr>
          <w:sz w:val="20"/>
        </w:rPr>
        <w:t>23:26  aik cheez maine discover ki wahan par, woh yeh hai ke Allah taala ne aise, yani jo historical process hua baad ke zamane mein,</w:t>
      </w:r>
      <w:r>
        <w:br/>
      </w:r>
      <w:r>
        <w:rPr>
          <w:sz w:val="20"/>
        </w:rPr>
        <w:t>23:39  to doosre jitne bhi religion hain, woh sab woh dis start ho gaye. koi bhi religion jo hai, apni original shape mein baqi nahi hai, siwaye Islam ke.</w:t>
      </w:r>
      <w:r>
        <w:br/>
      </w:r>
      <w:r>
        <w:rPr>
          <w:sz w:val="20"/>
        </w:rPr>
        <w:t>23:54  Islam is the only religion in its original form, like a preserved religion. to is ke maani kya hue?</w:t>
      </w:r>
      <w:r>
        <w:br/>
      </w:r>
      <w:r>
        <w:rPr>
          <w:sz w:val="20"/>
        </w:rPr>
        <w:t>24:05  is ke maani yeh hue ke ideology of religion agar kahin mil sakti hai aap ko sahi maanon mein, to woh sirf Islam mein milegi, sirf Quran mein milegi.</w:t>
      </w:r>
      <w:r>
        <w:br/>
      </w:r>
      <w:r>
        <w:rPr>
          <w:sz w:val="20"/>
        </w:rPr>
        <w:t>24:16  jo Quran mein aaya hai ke la yattakhizil مؤمنون الكافرين أولياء من دون المؤمنين، aur ya lekin الدين كله لله، is ka matlab yahi hai, yani woh ideological sense mein hai, woh political sense mein nahi hai.</w:t>
      </w:r>
      <w:r>
        <w:br/>
      </w:r>
      <w:r>
        <w:rPr>
          <w:sz w:val="20"/>
        </w:rPr>
        <w:t>24:31  log is ko lete hain ke sari dunya mein Islam ki hukumat, woh bilkul baseless baat hai.</w:t>
      </w:r>
      <w:r>
        <w:br/>
      </w:r>
      <w:r>
        <w:rPr>
          <w:sz w:val="20"/>
        </w:rPr>
        <w:t>24:38  Islam ki ideological monopoly, is ka matlab hai ke ideological ideological level par koi aur stand na kar sake, siwaye Islam ke.</w:t>
      </w:r>
      <w:r>
        <w:br/>
      </w:r>
      <w:r>
        <w:rPr>
          <w:sz w:val="20"/>
        </w:rPr>
        <w:t>24:51  yeh matlab hai is ka, aur woh aisa hua. isi liye aap dekhiye, wahan mein aik baat mujhe samajh mein aayi ke kyun aisa hai ke sare mazhabon mein log baat karte hain social work ki.</w:t>
      </w:r>
      <w:r>
        <w:br/>
      </w:r>
      <w:r>
        <w:rPr>
          <w:sz w:val="20"/>
        </w:rPr>
        <w:t>25:06  har mazhab mein social work, social work, social work. is ka wajah kya hai? jo ideological level par, woh un ka mind bol raha hota hai ke hum stand nahi kar sakte.</w:t>
      </w:r>
      <w:r>
        <w:br/>
      </w:r>
      <w:r>
        <w:rPr>
          <w:sz w:val="20"/>
        </w:rPr>
        <w:t>25:21  ideology ke level par, woh apne aap ko samajhte hain ke hum to hum to bohat peechay hain. to unhon ne social level par apna aik aik jagah banane ki koshish karte hain.</w:t>
      </w:r>
      <w:r>
        <w:br/>
      </w:r>
      <w:r>
        <w:rPr>
          <w:sz w:val="20"/>
        </w:rPr>
        <w:t>25:33  woh log</w:t>
      </w:r>
      <w:r>
        <w:br/>
      </w:r>
      <w:r>
        <w:rPr>
          <w:sz w:val="20"/>
        </w:rPr>
        <w:t>25:34  ideology ke level par jo un ko base nahi mil rahi hai, scientific door mein, age of reason mein, koi bhi mazhab Islam ke siwa aisa nahi jo age of reason mein stand kar sake.</w:t>
      </w:r>
      <w:r>
        <w:br/>
      </w:r>
      <w:r>
        <w:rPr>
          <w:sz w:val="20"/>
        </w:rPr>
        <w:t>25:48  yeh is zamane mein aadmi chahta hai ke scientific, scientific argument chahta hai, woh reason, reason based ideology chahta hai.</w:t>
      </w:r>
      <w:r>
        <w:br/>
      </w:r>
      <w:r>
        <w:rPr>
          <w:sz w:val="20"/>
        </w:rPr>
        <w:t>26:02  woh kahin hai hi nahi.</w:t>
      </w:r>
      <w:r>
        <w:br/>
      </w:r>
      <w:r>
        <w:rPr>
          <w:sz w:val="20"/>
        </w:rPr>
        <w:t>26:04  to unhon ne ek aur level par apne liye talash kar liya hai, woh social work. aaj bohat hi baray paimane par social work sari dunya mein ho raha hai, aur musalman jo hain, khud itnay be khabar hain ke woh khud bhi isi mein dorna chahtay hain.</w:t>
      </w:r>
    </w:p>
    <w:p>
      <w:pPr>
        <w:pStyle w:val="Heading2"/>
      </w:pPr>
      <w:r>
        <w:t>Prophet's judgment and accountability</w:t>
      </w:r>
    </w:p>
    <w:p>
      <w:r>
        <w:rPr>
          <w:color w:val="666666"/>
          <w:sz w:val="18"/>
        </w:rPr>
        <w:t>The Concept of Accountability in Islam (English) | June 21, 2007 | Maulana Wahiduddin Khan · 2m 33s · at 19:23 · https://youtu.be/g-GqrJp9iTY?t=1163</w:t>
      </w:r>
    </w:p>
    <w:p>
      <w:r>
        <w:rPr>
          <w:i/>
        </w:rPr>
        <w:t>“When the Prophet was in Madinah, two persons came to him”</w:t>
      </w:r>
    </w:p>
    <w:p>
      <w:r>
        <w:rPr>
          <w:sz w:val="20"/>
        </w:rPr>
        <w:t>19:23  When the Prophet was in Madinah, two persons came to him.</w:t>
      </w:r>
      <w:r>
        <w:br/>
      </w:r>
      <w:r>
        <w:rPr>
          <w:sz w:val="20"/>
        </w:rPr>
        <w:t>19:31  There was a dispute between the two—between these persons.</w:t>
      </w:r>
      <w:r>
        <w:br/>
      </w:r>
      <w:r>
        <w:rPr>
          <w:sz w:val="20"/>
        </w:rPr>
        <w:t>19:39  This dispute was about a land, about a piece of land.</w:t>
      </w:r>
      <w:r>
        <w:br/>
      </w:r>
      <w:r>
        <w:rPr>
          <w:sz w:val="20"/>
        </w:rPr>
        <w:t>19:46  So both were claiming that it is my land.</w:t>
      </w:r>
      <w:r>
        <w:br/>
      </w:r>
      <w:r>
        <w:rPr>
          <w:sz w:val="20"/>
        </w:rPr>
        <w:t>19:54  And at that time, there was no paper, no legal proof.</w:t>
      </w:r>
      <w:r>
        <w:br/>
      </w:r>
      <w:r>
        <w:rPr>
          <w:sz w:val="20"/>
        </w:rPr>
        <w:t>20:05  So both have only claimed but without proof.</w:t>
      </w:r>
      <w:r>
        <w:br/>
      </w:r>
      <w:r>
        <w:rPr>
          <w:sz w:val="20"/>
        </w:rPr>
        <w:t>20:15  So the Prophet said that, "Although I am a Prophet, but if I</w:t>
      </w:r>
      <w:r>
        <w:br/>
      </w:r>
      <w:r>
        <w:rPr>
          <w:sz w:val="20"/>
        </w:rPr>
        <w:t>20:26  give my judgment and that judgment is not correct—for example, if the land—if the owner of the land is Mr.</w:t>
      </w:r>
      <w:r>
        <w:br/>
      </w:r>
      <w:r>
        <w:rPr>
          <w:sz w:val="20"/>
        </w:rPr>
        <w:t>20:36  A and I am giving the land wrongly to Mr.</w:t>
      </w:r>
      <w:r>
        <w:br/>
      </w:r>
      <w:r>
        <w:rPr>
          <w:sz w:val="20"/>
        </w:rPr>
        <w:t>20:46  B—although I am a Prophet, but my judgment, if it is not correct, will be in</w:t>
      </w:r>
      <w:r>
        <w:br/>
      </w:r>
      <w:r>
        <w:rPr>
          <w:sz w:val="20"/>
        </w:rPr>
        <w:t>20:56  valid before God.</w:t>
      </w:r>
      <w:r>
        <w:br/>
      </w:r>
      <w:r>
        <w:rPr>
          <w:sz w:val="20"/>
        </w:rPr>
        <w:t>21:06  God will punish that person who is the usurper, who occupied the land without having aright." So both</w:t>
      </w:r>
      <w:r>
        <w:br/>
      </w:r>
      <w:r>
        <w:rPr>
          <w:sz w:val="20"/>
        </w:rPr>
        <w:t>21:16  the persons cried and said,</w:t>
      </w:r>
      <w:r>
        <w:br/>
      </w:r>
      <w:r>
        <w:rPr>
          <w:sz w:val="20"/>
        </w:rPr>
        <w:t>21:26  "Hakki reakhi, hakki reakhi.</w:t>
      </w:r>
      <w:r>
        <w:br/>
      </w:r>
      <w:r>
        <w:rPr>
          <w:sz w:val="20"/>
        </w:rPr>
        <w:t>21:34  If the land was mine, I am giving it to my brother.</w:t>
      </w:r>
      <w:r>
        <w:br/>
      </w:r>
      <w:r>
        <w:rPr>
          <w:sz w:val="20"/>
        </w:rPr>
        <w:t>21:41  If I was the owner of this land, I am giving this land to my brother only to</w:t>
      </w:r>
      <w:r>
        <w:br/>
      </w:r>
      <w:r>
        <w:rPr>
          <w:sz w:val="20"/>
        </w:rPr>
        <w:t>21:49  save myself from God's punishment." So this</w:t>
      </w:r>
    </w:p>
    <w:p>
      <w:pPr>
        <w:pStyle w:val="Heading2"/>
      </w:pPr>
      <w:r>
        <w:t>Palestine and the West: Arab unity hasn't brought success</w:t>
      </w:r>
    </w:p>
    <w:p>
      <w:r>
        <w:rPr>
          <w:color w:val="666666"/>
          <w:sz w:val="18"/>
        </w:rPr>
        <w:t>Muslim Unity March 15, 2014 Maulana Wahiduddin Khan · 1m 06s · at 4:39 · https://youtu.be/CZHU5z3SEjc?t=279</w:t>
      </w:r>
    </w:p>
    <w:p>
      <w:r>
        <w:rPr>
          <w:i/>
        </w:rPr>
        <w:t>“Falasteen ke issue par tamam Arab, sab mutahid hain”</w:t>
      </w:r>
    </w:p>
    <w:p>
      <w:r>
        <w:rPr>
          <w:sz w:val="20"/>
        </w:rPr>
        <w:t>4:39  aise hi dekhen, falasteen ke issue par tamam arab, jitne bhi arab hain, sab mutahid hain. to agar unka mawqaf durust ho to falasteen mein woh nakam kyun ho rahe hain?</w:t>
      </w:r>
      <w:r>
        <w:br/>
      </w:r>
      <w:r>
        <w:rPr>
          <w:sz w:val="20"/>
        </w:rPr>
        <w:t>4:54  agar unka mawqaf durust hota to zaroor unko falasteen mein kamyabi hoti. aise hi dekhen, maghribi qaumon ke bare mein sare musalman, shayad mein hi ek mustasna hoon, yeh samajhte hain ke sab maghribi qaumein muslim dushman hain,</w:t>
      </w:r>
      <w:r>
        <w:br/>
      </w:r>
      <w:r>
        <w:rPr>
          <w:sz w:val="20"/>
        </w:rPr>
        <w:t>5:13  islam ke khilaf hain. to agar yeh mawqaf durust hota to inhi ko taraqqi kyun ho rahi hai? wahi har jagah kyun dominate kar rahe hain?</w:t>
      </w:r>
      <w:r>
        <w:br/>
      </w:r>
      <w:r>
        <w:rPr>
          <w:sz w:val="20"/>
        </w:rPr>
        <w:t>5:24  musalman to sirf protest kar rahe hain, complaint kar rahe hain, shikayatein kar rahe hain. to yeh baat bazahatan galat hai ke ummat agar kisi issue par ek ho jaye,</w:t>
      </w:r>
    </w:p>
    <w:p>
      <w:pPr>
        <w:pStyle w:val="Heading2"/>
      </w:pPr>
      <w:r>
        <w:t>Duniya aakhirat ki kheti ka matlab</w:t>
      </w:r>
    </w:p>
    <w:p>
      <w:r>
        <w:rPr>
          <w:color w:val="666666"/>
          <w:sz w:val="18"/>
        </w:rPr>
        <w:t>Life after Death (Prophetic Wisdom) · 2m 07s · at 0:38 · https://youtu.be/7bA2WIsKLMQ?t=38</w:t>
      </w:r>
    </w:p>
    <w:p>
      <w:r>
        <w:rPr>
          <w:i/>
        </w:rPr>
        <w:t>“Duniya aakhirat ki kheti hai”</w:t>
      </w:r>
    </w:p>
    <w:p>
      <w:r>
        <w:rPr>
          <w:sz w:val="20"/>
        </w:rPr>
        <w:t>0:38  dunya akhirat ki kheti hai.</w:t>
      </w:r>
      <w:r>
        <w:br/>
      </w:r>
      <w:r>
        <w:rPr>
          <w:sz w:val="20"/>
        </w:rPr>
        <w:t>0:45  matlab yeh hai ke yahan bona, wahan kaatna. dunya kehte hain islam mein pre-death period ko, aur akhirat kehte hain post-death period ko.</w:t>
      </w:r>
      <w:r>
        <w:br/>
      </w:r>
      <w:r>
        <w:rPr>
          <w:sz w:val="20"/>
        </w:rPr>
        <w:t>1:03  to islam ke mutabiq aadmi ko aik eternal being ki hesiyat se paida kiya gaya hai, lekin is ka life span do hisse bata hua hai.</w:t>
      </w:r>
      <w:r>
        <w:br/>
      </w:r>
      <w:r>
        <w:rPr>
          <w:sz w:val="20"/>
        </w:rPr>
        <w:t>1:21  thoda sa hissa is dunya mein, baqi hissa us dunya mein. jaise iceberg hota hai, iceberg ka aik tip upar dikhai deta hai, baqi sara ka sara samandar ke neeche daba rehta hai, chupa rehta hai.</w:t>
      </w:r>
      <w:r>
        <w:br/>
      </w:r>
      <w:r>
        <w:rPr>
          <w:sz w:val="20"/>
        </w:rPr>
        <w:t>1:39  to aaj ki dunya yeh pre-death period hai, aur post-death period jo hai woh akhirat hai.</w:t>
      </w:r>
      <w:r>
        <w:br/>
      </w:r>
      <w:r>
        <w:rPr>
          <w:sz w:val="20"/>
        </w:rPr>
        <w:t>1:50  to farmaya ke "aldunya mazrat al-akhira". yaani present world jo hai, pre-death period jo hai,</w:t>
      </w:r>
      <w:r>
        <w:br/>
      </w:r>
      <w:r>
        <w:rPr>
          <w:sz w:val="20"/>
        </w:rPr>
        <w:t>2:06  us mein hum aik kheti karte hain, lekin phal is ka milega post-death period mein. yaani aaj amal karna, aur kal ke ki dunya mein is ka phal paana.</w:t>
      </w:r>
      <w:r>
        <w:br/>
      </w:r>
      <w:r>
        <w:rPr>
          <w:sz w:val="20"/>
        </w:rPr>
        <w:t>2:25  aaj amal karna, aur maut ke baad wali dunya mein is ka anjam paana.</w:t>
      </w:r>
      <w:r>
        <w:br/>
      </w:r>
      <w:r>
        <w:rPr>
          <w:sz w:val="20"/>
        </w:rPr>
        <w:t>2:34  aap jante hain ke yeh anjam do dhang par hai: aik reward aur aik punishment. saza aur inaam.</w:t>
      </w:r>
    </w:p>
    <w:p>
      <w:pPr>
        <w:pStyle w:val="Heading2"/>
      </w:pPr>
      <w:r>
        <w:t>Result-oriented action principle in detail</w:t>
      </w:r>
    </w:p>
    <w:p>
      <w:r>
        <w:rPr>
          <w:color w:val="666666"/>
          <w:sz w:val="18"/>
        </w:rPr>
        <w:t>Principles of Life (Prophetic Wisdom) · 2m 34s · at 28:46 · https://youtu.be/dWzIQ5DQMNU?t=1726</w:t>
      </w:r>
    </w:p>
    <w:p>
      <w:r>
        <w:rPr>
          <w:i/>
        </w:rPr>
        <w:t>“Rait aur rang, rait aur rang. Ek teesri cheez.”</w:t>
      </w:r>
    </w:p>
    <w:p>
      <w:r>
        <w:rPr>
          <w:sz w:val="20"/>
        </w:rPr>
        <w:t>28:46  , right aur wrong, right aur wrong.</w:t>
      </w:r>
      <w:r>
        <w:br/>
      </w:r>
      <w:r>
        <w:rPr>
          <w:sz w:val="20"/>
        </w:rPr>
        <w:t>28:51  ek teesri cheez ko bhi aap ko sochna chahiye, aur woh hai result.</w:t>
      </w:r>
      <w:r>
        <w:br/>
      </w:r>
      <w:r>
        <w:rPr>
          <w:sz w:val="20"/>
        </w:rPr>
        <w:t>28:56  action ka result.</w:t>
      </w:r>
      <w:r>
        <w:br/>
      </w:r>
      <w:r>
        <w:rPr>
          <w:sz w:val="20"/>
        </w:rPr>
        <w:t>29:01  agar aap ke paas sirf do ki fehrist hai to aap duniya mein sirf burai paida karenge.</w:t>
      </w:r>
      <w:r>
        <w:br/>
      </w:r>
      <w:r>
        <w:rPr>
          <w:sz w:val="20"/>
        </w:rPr>
        <w:t>29:06  jahan right, jahan dekhenge ke wrong ho raha hai to aap daud padenge aur aap kuch</w:t>
      </w:r>
      <w:r>
        <w:br/>
      </w:r>
      <w:r>
        <w:rPr>
          <w:sz w:val="20"/>
        </w:rPr>
        <w:t>29:11  kar nahin payenge siwaye is ke ke aur problem ko badhayen.</w:t>
      </w:r>
      <w:r>
        <w:br/>
      </w:r>
      <w:r>
        <w:rPr>
          <w:sz w:val="20"/>
        </w:rPr>
        <w:t>29:16  yeh bohat hi zaroori hai ke aap is dichotomy mein na jiyen, right aur wrong ki dichotomy mein.</w:t>
      </w:r>
      <w:r>
        <w:br/>
      </w:r>
      <w:r>
        <w:rPr>
          <w:sz w:val="20"/>
        </w:rPr>
        <w:t>29:21  balke yeh bhi janen ke hamesha right aur wrong ke siwa ek third position bhi hoti hai.</w:t>
      </w:r>
      <w:r>
        <w:br/>
      </w:r>
      <w:r>
        <w:rPr>
          <w:sz w:val="20"/>
        </w:rPr>
        <w:t>29:26  woh kya hai? result ko dekhna.</w:t>
      </w:r>
      <w:r>
        <w:br/>
      </w:r>
      <w:r>
        <w:rPr>
          <w:sz w:val="20"/>
        </w:rPr>
        <w:t>29:31  result ko dekh kar ke action lena.</w:t>
      </w:r>
      <w:r>
        <w:br/>
      </w:r>
      <w:r>
        <w:rPr>
          <w:sz w:val="20"/>
        </w:rPr>
        <w:t>29:36  aur agar chup rehne mein, chup rehne mein aap dekhen ke chup rehna zyada theek hai.</w:t>
      </w:r>
      <w:r>
        <w:br/>
      </w:r>
      <w:r>
        <w:rPr>
          <w:sz w:val="20"/>
        </w:rPr>
        <w:t>29:41  chup rehne ka kam se kam itna to faida hai</w:t>
      </w:r>
      <w:r>
        <w:br/>
      </w:r>
      <w:r>
        <w:rPr>
          <w:sz w:val="20"/>
        </w:rPr>
        <w:t>29:46  ke problem aur badhega nahin.</w:t>
      </w:r>
      <w:r>
        <w:br/>
      </w:r>
      <w:r>
        <w:rPr>
          <w:sz w:val="20"/>
        </w:rPr>
        <w:t>29:52  problem aur zyada complex nahin ho jayega.</w:t>
      </w:r>
      <w:r>
        <w:br/>
      </w:r>
      <w:r>
        <w:rPr>
          <w:sz w:val="20"/>
        </w:rPr>
        <w:t>29:59  ek simple problem hai shuru mein, aap ka action lene se woh complex, woh complex problem ban jaye.</w:t>
      </w:r>
      <w:r>
        <w:br/>
      </w:r>
      <w:r>
        <w:rPr>
          <w:sz w:val="20"/>
        </w:rPr>
        <w:t>30:05  to aisi halat mein aap ko hargiz hargiz action nahin lena chahiye.</w:t>
      </w:r>
      <w:r>
        <w:br/>
      </w:r>
      <w:r>
        <w:rPr>
          <w:sz w:val="20"/>
        </w:rPr>
        <w:t>30:11  to jin logon ke paas yahi dichotomy hai, right aur wrong, right aur wrong, justice injustice, justice injustice,</w:t>
      </w:r>
      <w:r>
        <w:br/>
      </w:r>
      <w:r>
        <w:rPr>
          <w:sz w:val="20"/>
        </w:rPr>
        <w:t>30:17  to duniya mein bigaad paida karenge woh.</w:t>
      </w:r>
      <w:r>
        <w:br/>
      </w:r>
      <w:r>
        <w:rPr>
          <w:sz w:val="20"/>
        </w:rPr>
        <w:t>30:22  kai logon ko hum dekhte hain ke justice lene ki ladai chhod rakhi hai unhon ne.</w:t>
      </w:r>
      <w:r>
        <w:br/>
      </w:r>
      <w:r>
        <w:rPr>
          <w:sz w:val="20"/>
        </w:rPr>
        <w:t>30:27  woh kehte hain hamara justice ho raha hai, hamare sath injustice ho raha hai, hamein justice lena hai,</w:t>
      </w:r>
      <w:r>
        <w:br/>
      </w:r>
      <w:r>
        <w:rPr>
          <w:sz w:val="20"/>
        </w:rPr>
        <w:t>30:32  justice ko establish karna hai.</w:t>
      </w:r>
      <w:r>
        <w:br/>
      </w:r>
      <w:r>
        <w:rPr>
          <w:sz w:val="20"/>
        </w:rPr>
        <w:t>30:37  lekin aap result dekhen to so so baras ki ladai se kya hua hai? tabahi, tabahi, tabahi, tabahi.</w:t>
      </w:r>
      <w:r>
        <w:br/>
      </w:r>
      <w:r>
        <w:rPr>
          <w:sz w:val="20"/>
        </w:rPr>
        <w:t>30:42  to is hadith se</w:t>
      </w:r>
      <w:r>
        <w:br/>
      </w:r>
      <w:r>
        <w:rPr>
          <w:sz w:val="20"/>
        </w:rPr>
        <w:t>30:47  yeh usool nikla ke tumhare paas sirf, ke tum ko sirf right aur wrong ki dichotomy mein nahin jeena chahiye.</w:t>
      </w:r>
      <w:r>
        <w:br/>
      </w:r>
      <w:r>
        <w:rPr>
          <w:sz w:val="20"/>
        </w:rPr>
        <w:t>30:55  justice aur injustice ki dichotomy mein nahin jeena chahiye.</w:t>
      </w:r>
      <w:r>
        <w:br/>
      </w:r>
      <w:r>
        <w:rPr>
          <w:sz w:val="20"/>
        </w:rPr>
        <w:t>31:03  zulm aur insaaf ki dichotomy mein nahin jeena chahiye.</w:t>
      </w:r>
      <w:r>
        <w:br/>
      </w:r>
      <w:r>
        <w:rPr>
          <w:sz w:val="20"/>
        </w:rPr>
        <w:t>31:11  balkay aik teesri cheez bhi tumhare paas honi chahiye tumhari list mein, woh hai result. result. aap agar</w:t>
      </w:r>
    </w:p>
    <w:p>
      <w:pPr>
        <w:pStyle w:val="Heading2"/>
      </w:pPr>
      <w:r>
        <w:t>Mahdi and Christ will expose, not physically kill, Dajjal</w:t>
      </w:r>
    </w:p>
    <w:p>
      <w:r>
        <w:rPr>
          <w:color w:val="666666"/>
          <w:sz w:val="18"/>
        </w:rPr>
        <w:t>Dajjal and Dajjalism July 26, 2009 · 2m 41s · at 36:55 · https://youtu.be/CxQTfG01O_s?t=2215</w:t>
      </w:r>
    </w:p>
    <w:p>
      <w:r>
        <w:rPr>
          <w:i/>
        </w:rPr>
        <w:t>“Yehi woh zamana hai jismein Mehdi aur Maseeh paida honge.”</w:t>
      </w:r>
    </w:p>
    <w:p>
      <w:r>
        <w:rPr>
          <w:sz w:val="20"/>
        </w:rPr>
        <w:t>36:55  to yehi woh zaman hai jismein keh hadees mein aaya hai keh mahdi paida honge, maseeh paida honge aur is mein hai keh dajjal ko qatal karenge.</w:t>
      </w:r>
      <w:r>
        <w:br/>
      </w:r>
      <w:r>
        <w:rPr>
          <w:sz w:val="20"/>
        </w:rPr>
        <w:t>37:04  mein hadees ek hadees hai keh "la mahdi illa aisa ibn maryam." mein uske mutabiq hadees ke mutabiq samajhta hoon keh mahdi aur maseeh ek hi personality hain.</w:t>
      </w:r>
      <w:r>
        <w:br/>
      </w:r>
      <w:r>
        <w:rPr>
          <w:sz w:val="20"/>
        </w:rPr>
        <w:t>37:14  yeh hadees mein maujood hai, yeh hadees keh mahdi aur maseeh do alag personality nahin hain, ek hi hain. to woh hai keh qatal karenge dajjal ko.</w:t>
      </w:r>
      <w:r>
        <w:br/>
      </w:r>
      <w:r>
        <w:rPr>
          <w:sz w:val="20"/>
        </w:rPr>
        <w:t>37:25  mein samajhta hoon keh qatal ka matlab yeh nahin keh fizikli qatal karenge, unko expose karenge. kyunkeh aap dekhiye, agar kisi ko fizikli qatal kiya jaye to woh to woh to shaheed ho jata hai, martyr ho jata hai. woh to ek leader ko, yani dajjal ka concept jo hadees mein aata hai, ek leader hoga jis par bahut saare log uske saath ho jayenge.</w:t>
      </w:r>
      <w:r>
        <w:br/>
      </w:r>
      <w:r>
        <w:rPr>
          <w:sz w:val="20"/>
        </w:rPr>
        <w:t>37:50  yeh hadees mein aaya hai yeh baat keh dajjal ke saath ek crowd hoga.</w:t>
      </w:r>
      <w:r>
        <w:br/>
      </w:r>
      <w:r>
        <w:rPr>
          <w:sz w:val="20"/>
        </w:rPr>
        <w:t>37:55  uske maani keh woh leader hoga. aap leader ko agar fizikil qatal karein fizikli to jaante hain kya hota hai? woh to shaheed ban jata hai, woh martyr ban jata hai.</w:t>
      </w:r>
      <w:r>
        <w:br/>
      </w:r>
      <w:r>
        <w:rPr>
          <w:sz w:val="20"/>
        </w:rPr>
        <w:t>38:08  Pakistan mein Bhutto ko phansi di gayi to aur bada Bhutto jo ban gaya, uski ladki Bhutto super Bhutto ban gayi aur sab se badi party ban gayi Pakistan mein uski.</w:t>
      </w:r>
      <w:r>
        <w:br/>
      </w:r>
      <w:r>
        <w:rPr>
          <w:sz w:val="20"/>
        </w:rPr>
        <w:t>38:19  jahan bhi kaheen yaad rakhiye, leader ko jab qatal kiya gaya hai to super leader ban gaya hai.</w:t>
      </w:r>
      <w:r>
        <w:br/>
      </w:r>
      <w:r>
        <w:rPr>
          <w:sz w:val="20"/>
        </w:rPr>
        <w:t>38:25  woh mara hua leader super leader hota hai. to dajjal ko fizikli qadr karne se koi matlab nahin hai. aur jab woh deceive karega to usse deception ko qatal karna hai.</w:t>
      </w:r>
      <w:r>
        <w:br/>
      </w:r>
      <w:r>
        <w:rPr>
          <w:sz w:val="20"/>
        </w:rPr>
        <w:t>38:40  dajjal jo hai, woh koi military general nahin hoga. hadees mein yeh nahin bataya gaya keh military general hoga. woh woh deceive karega. deceive</w:t>
      </w:r>
      <w:r>
        <w:br/>
      </w:r>
      <w:r>
        <w:rPr>
          <w:sz w:val="20"/>
        </w:rPr>
        <w:t>38:50  dajjal ke maani hote hain great deceiver. to uske uske uske uske jo uski jo deceiving ideology hai, usko khatam karna padega aapko.</w:t>
      </w:r>
      <w:r>
        <w:br/>
      </w:r>
      <w:r>
        <w:rPr>
          <w:sz w:val="20"/>
        </w:rPr>
        <w:t>39:01  deceiving ideology.</w:t>
      </w:r>
      <w:r>
        <w:br/>
      </w:r>
      <w:r>
        <w:rPr>
          <w:sz w:val="20"/>
        </w:rPr>
        <w:t>39:05  to mein samajhta hoon keh mahdi aur maseeh ka jo role hai, woh hai dajjal ko expose karna, address karke level par usko khatam karna, logon ke dimaghon se uski ahmiyat ko nikaalna.</w:t>
      </w:r>
      <w:r>
        <w:br/>
      </w:r>
      <w:r>
        <w:rPr>
          <w:sz w:val="20"/>
        </w:rPr>
        <w:t>39:17  yeh hai uska qatal.</w:t>
      </w:r>
      <w:r>
        <w:br/>
      </w:r>
      <w:r>
        <w:rPr>
          <w:sz w:val="20"/>
        </w:rPr>
        <w:t>39:25  yeh sab batein bahot zyada sochne ki hain. aap aisa mat kijiye keh aap intezaar mein rahein, intezaar mein rahein yahan tak ke israfil ka soor phoonk jaye.</w:t>
      </w:r>
    </w:p>
    <w:p>
      <w:pPr>
        <w:pStyle w:val="Heading2"/>
      </w:pPr>
      <w:r>
        <w:t>unity conferences are theater, not real unity</w:t>
      </w:r>
    </w:p>
    <w:p>
      <w:r>
        <w:rPr>
          <w:color w:val="666666"/>
          <w:sz w:val="18"/>
        </w:rPr>
        <w:t>Muslim Unity March 15, 2014 Maulana Wahiduddin Khan · 1m 21s · at 23:37 · https://youtu.be/CZHU5z3SEjc?t=1417</w:t>
      </w:r>
    </w:p>
    <w:p>
      <w:r>
        <w:rPr>
          <w:i/>
        </w:rPr>
        <w:t>“Qaum musalmano mein ittehad, ittehad millat ka reference nahi aa sakta”</w:t>
      </w:r>
    </w:p>
    <w:p>
      <w:r>
        <w:rPr>
          <w:sz w:val="20"/>
        </w:rPr>
        <w:t>23:37  dekhen, qaum musalmanon mein ittehad, ittehad-e-millat ka reference nahi aa sakta. aap hazaron ki tadad mein ittehad-e-millat ka reference karen, is se kuch hone wala nahi hai.</w:t>
      </w:r>
      <w:r>
        <w:br/>
      </w:r>
      <w:r>
        <w:rPr>
          <w:sz w:val="20"/>
        </w:rPr>
        <w:t>23:52  ittehad-e-millat conference ka koi bhi ta'alluq ittehad se nahi hai. yeh to ek qism ki leadership hai. ittehad-e-millat ka nuskha is hadith mein hai, usko batao logon ko.</w:t>
      </w:r>
      <w:r>
        <w:br/>
      </w:r>
      <w:r>
        <w:rPr>
          <w:sz w:val="20"/>
        </w:rPr>
        <w:t>24:09  aaj kal ek mizaj bana hua hai, ittehad-e-millat conference. main samajhta hoon ke yeh leadership hai, iska koi bhi ta'alluq ittehad-e-millat se nahi hai.</w:t>
      </w:r>
      <w:r>
        <w:br/>
      </w:r>
      <w:r>
        <w:rPr>
          <w:sz w:val="20"/>
        </w:rPr>
        <w:t>24:21  ittehad-e-millat ke liye zaroorat hai ke is shaoor ko paida kiya jaye, jo is shaoor is is hadith mein diya gaya. is hadith mein ek shaoor diya gaya hai,</w:t>
      </w:r>
      <w:r>
        <w:br/>
      </w:r>
      <w:r>
        <w:rPr>
          <w:sz w:val="20"/>
        </w:rPr>
        <w:t>24:32  shaoor-e-ittehad, shaoor-e-islah,</w:t>
      </w:r>
      <w:r>
        <w:br/>
      </w:r>
      <w:r>
        <w:rPr>
          <w:sz w:val="20"/>
        </w:rPr>
        <w:t>24:42  yani millat-e-ijtimaiyat ka ek shaoor. to is shaoor ko phailane ki zaroorat hai.</w:t>
      </w:r>
      <w:r>
        <w:br/>
      </w:r>
      <w:r>
        <w:rPr>
          <w:sz w:val="20"/>
        </w:rPr>
        <w:t>24:52  logon ko, logon ke andar yeh shaoor paida karne ki zaroorat hai.</w:t>
      </w:r>
    </w:p>
    <w:p>
      <w:pPr>
        <w:pStyle w:val="Heading2"/>
      </w:pPr>
      <w:r>
        <w:t>Enthusiasm of CPS workers distributing Quran</w:t>
      </w:r>
    </w:p>
    <w:p>
      <w:r>
        <w:rPr>
          <w:color w:val="666666"/>
          <w:sz w:val="18"/>
        </w:rPr>
        <w:t>Tayeed e Deen | July 13, 2014 · 2m 32s · at 2:17 · https://youtu.be/n94xyIC-RE0?t=137</w:t>
      </w:r>
    </w:p>
    <w:p>
      <w:r>
        <w:rPr>
          <w:i/>
        </w:rPr>
        <w:t>“There were several speakers on spirituality.”</w:t>
      </w:r>
    </w:p>
    <w:p>
      <w:r>
        <w:rPr>
          <w:sz w:val="20"/>
        </w:rPr>
        <w:t>2:17  chand speakers thay jo spirituality ke subject par bolne ke liye wahan aaye thay.</w:t>
      </w:r>
      <w:r>
        <w:br/>
      </w:r>
      <w:r>
        <w:rPr>
          <w:sz w:val="20"/>
        </w:rPr>
        <w:t>2:23  mein bhi un mein se ek tha.</w:t>
      </w:r>
      <w:r>
        <w:br/>
      </w:r>
      <w:r>
        <w:rPr>
          <w:sz w:val="20"/>
        </w:rPr>
        <w:t>2:29  toh yahan par khaas baat yeh hai ke Quran ka distribution, jis ko mein kehta hoon supporting</w:t>
      </w:r>
      <w:r>
        <w:br/>
      </w:r>
      <w:r>
        <w:rPr>
          <w:sz w:val="20"/>
        </w:rPr>
        <w:t>2:36  distribution, bohat hi baray paimane par hua.</w:t>
      </w:r>
      <w:r>
        <w:br/>
      </w:r>
      <w:r>
        <w:rPr>
          <w:sz w:val="20"/>
        </w:rPr>
        <w:t>2:42  is waqey ka ek pehlu yeh tha</w:t>
      </w:r>
      <w:r>
        <w:br/>
      </w:r>
      <w:r>
        <w:rPr>
          <w:sz w:val="20"/>
        </w:rPr>
        <w:t>2:48  keh yeh sara ka sara c p ke logon ne apne aap planning ki thi is ki.</w:t>
      </w:r>
      <w:r>
        <w:br/>
      </w:r>
      <w:r>
        <w:rPr>
          <w:sz w:val="20"/>
        </w:rPr>
        <w:t>2:53  mera is mein kuch bhi dakhal nahi hai.</w:t>
      </w:r>
      <w:r>
        <w:br/>
      </w:r>
      <w:r>
        <w:rPr>
          <w:sz w:val="20"/>
        </w:rPr>
        <w:t>2:58  yani maine to yeh bhi nahi kaha tha keh aap wahan star lagaiye.</w:t>
      </w:r>
      <w:r>
        <w:br/>
      </w:r>
      <w:r>
        <w:rPr>
          <w:sz w:val="20"/>
        </w:rPr>
        <w:t>3:03  kuch bhi nahi.</w:t>
      </w:r>
      <w:r>
        <w:br/>
      </w:r>
      <w:r>
        <w:rPr>
          <w:sz w:val="20"/>
        </w:rPr>
        <w:t>3:08  aur logon ne itni zabardast planning ki keh hamare aik saathi faiz abad se is mein aa gaye.</w:t>
      </w:r>
      <w:r>
        <w:br/>
      </w:r>
      <w:r>
        <w:rPr>
          <w:sz w:val="20"/>
        </w:rPr>
        <w:t>3:13  yani electronic yeh e planning thi.</w:t>
      </w:r>
      <w:r>
        <w:br/>
      </w:r>
      <w:r>
        <w:rPr>
          <w:sz w:val="20"/>
        </w:rPr>
        <w:t>3:18  e planning. to wahan par hamare saathiyon ne bohat acha star lagaya aur bohat josh o kharosh ke sath quran ko distribute kiya. logon ne bohat hi shauq se liya. mujhe yeh dekh kar bohat hi khushi hui ke hamare jo saathi wahan quran ko distri</w:t>
      </w:r>
      <w:r>
        <w:br/>
      </w:r>
      <w:r>
        <w:rPr>
          <w:sz w:val="20"/>
        </w:rPr>
        <w:t>3:48  beat kar rahe thay, to aisa lagta tha keh un ke liye aaj hi eid ka din hai.</w:t>
      </w:r>
      <w:r>
        <w:br/>
      </w:r>
      <w:r>
        <w:rPr>
          <w:sz w:val="20"/>
        </w:rPr>
        <w:t>3:54  yani dawat ke kaam mein, dawat Allah ke kaam mein yeh zouq o shouq.</w:t>
      </w:r>
      <w:r>
        <w:br/>
      </w:r>
      <w:r>
        <w:rPr>
          <w:sz w:val="20"/>
        </w:rPr>
        <w:t>4:00  aur jabkeh is ka koi bhi unhein material aitbar se koi sila nahi.</w:t>
      </w:r>
      <w:r>
        <w:br/>
      </w:r>
      <w:r>
        <w:rPr>
          <w:sz w:val="20"/>
        </w:rPr>
        <w:t>4:06  na is mein koi paisa milna hai, na koi shohrat milni hai, na koi stage milna hai, na</w:t>
      </w:r>
      <w:r>
        <w:br/>
      </w:r>
      <w:r>
        <w:rPr>
          <w:sz w:val="20"/>
        </w:rPr>
        <w:t>4:12  koi wah wah milna hai, kuch bhi nahi. aur</w:t>
      </w:r>
      <w:r>
        <w:br/>
      </w:r>
      <w:r>
        <w:rPr>
          <w:sz w:val="20"/>
        </w:rPr>
        <w:t>4:18  is tarah se log is mein lage hue thay jaise keh un ka koi bohat hi zyada interest</w:t>
      </w:r>
      <w:r>
        <w:br/>
      </w:r>
      <w:r>
        <w:rPr>
          <w:sz w:val="20"/>
        </w:rPr>
        <w:t>4:23  wala kaam ho.</w:t>
      </w:r>
      <w:r>
        <w:br/>
      </w:r>
      <w:r>
        <w:rPr>
          <w:sz w:val="20"/>
        </w:rPr>
        <w:t>4:29  yeh aik bohat bara sign hai.</w:t>
      </w:r>
      <w:r>
        <w:br/>
      </w:r>
      <w:r>
        <w:rPr>
          <w:sz w:val="20"/>
        </w:rPr>
        <w:t>4:34  kyunkeh dekhiye, yeh dawat ka jo mission hai, yeh is par chal nahi sakta keh logon ka koi</w:t>
      </w:r>
      <w:r>
        <w:br/>
      </w:r>
      <w:r>
        <w:rPr>
          <w:sz w:val="20"/>
        </w:rPr>
        <w:t>4:39  interest is se juda hua ho.</w:t>
      </w:r>
      <w:r>
        <w:br/>
      </w:r>
      <w:r>
        <w:rPr>
          <w:sz w:val="20"/>
        </w:rPr>
        <w:t>4:44  jab interest juda ga to dawat ka kaam khatam ho jaye ga.</w:t>
      </w:r>
    </w:p>
    <w:p>
      <w:pPr>
        <w:pStyle w:val="Heading2"/>
      </w:pPr>
      <w:r>
        <w:t>Low-profile method to spread Islam effectively</w:t>
      </w:r>
    </w:p>
    <w:p>
      <w:r>
        <w:rPr>
          <w:color w:val="666666"/>
          <w:sz w:val="18"/>
        </w:rPr>
        <w:t>Prophetic Guidance Aug 13, 2017 · 2m 56s · at 25:55 · https://youtu.be/kRWf11h-acQ?t=1555</w:t>
      </w:r>
    </w:p>
    <w:p>
      <w:r>
        <w:rPr>
          <w:i/>
        </w:rPr>
        <w:t>“Kal humare paas ek angrezi akhbaar ke correspondent aaye the”</w:t>
      </w:r>
    </w:p>
    <w:p>
      <w:r>
        <w:rPr>
          <w:sz w:val="20"/>
        </w:rPr>
        <w:t>25:55  toh aap ke liye global level par mauqa mil jayega aap ko ke peaceful empire aap log khada karein, ideological empire.</w:t>
      </w:r>
      <w:r>
        <w:br/>
      </w:r>
      <w:r>
        <w:rPr>
          <w:sz w:val="20"/>
        </w:rPr>
        <w:t>26:06  ab dekhiye, main ek aur baat arz karunga isi se mutalliq. kal hamare paas ek, ek angrezi akhbar ke correspondent aaye the kal shaam ko</w:t>
      </w:r>
      <w:r>
        <w:br/>
      </w:r>
      <w:r>
        <w:rPr>
          <w:sz w:val="20"/>
        </w:rPr>
        <w:t>26:20  toh unhone kai tarah ke question kiye. Mr. Rajat bhi the maujood yahan.</w:t>
      </w:r>
      <w:r>
        <w:br/>
      </w:r>
      <w:r>
        <w:rPr>
          <w:sz w:val="20"/>
        </w:rPr>
        <w:t>26:30  ek sawal unka yeh tha ke aap ke paas fund kahan se aata hai? aap jo itna bada kaam kar rahe hain shayad dunya mein, toh fund kahan se aata hai aap ke paas?</w:t>
      </w:r>
      <w:r>
        <w:br/>
      </w:r>
      <w:r>
        <w:rPr>
          <w:sz w:val="20"/>
        </w:rPr>
        <w:t>26:44  toh aqeed kijiye ke mujhe koi is par bura nahi laga. bahut hi thande mind ke sath maine kaha ke dekhiye, bilkul understandable baat hai yeh.</w:t>
      </w:r>
      <w:r>
        <w:br/>
      </w:r>
      <w:r>
        <w:rPr>
          <w:sz w:val="20"/>
        </w:rPr>
        <w:t>26:59  yeh koi mysterious baat nahi hai. is ka sabab yeh hai ke hamara jo tareeqa hai, woh hai low profile ka tareeqa, high profile ka tareeqa nahi hai.</w:t>
      </w:r>
      <w:r>
        <w:br/>
      </w:r>
      <w:r>
        <w:rPr>
          <w:sz w:val="20"/>
        </w:rPr>
        <w:t>27:14  hum jo kaam kar rahe hain, woh sara ka sara low profile mein hai, high profile mein nahi hai. phir maine misaal di ke high profile kya hai?</w:t>
      </w:r>
      <w:r>
        <w:br/>
      </w:r>
      <w:r>
        <w:rPr>
          <w:sz w:val="20"/>
        </w:rPr>
        <w:t>27:27  aap bahut badi raqam kharch karein, sare dunya ke logon ko bulayein, ek all India, ek all world samurdar karein.</w:t>
      </w:r>
      <w:r>
        <w:br/>
      </w:r>
      <w:r>
        <w:rPr>
          <w:sz w:val="20"/>
        </w:rPr>
        <w:t>27:36  all world samurdar, bahut bade hall mein log ikattha hon, is par lakhon nahi, bade karoron par kharch karein. aap yeh hai high profile mein kaam karna.</w:t>
      </w:r>
      <w:r>
        <w:br/>
      </w:r>
      <w:r>
        <w:rPr>
          <w:sz w:val="20"/>
        </w:rPr>
        <w:t>27:49  hamare log kya karte hain? hum log aisa nahi karte, hum is tarah ke koi bade bade jalse nahi karte. hamare logon ne kya kiya hai?</w:t>
      </w:r>
      <w:r>
        <w:br/>
      </w:r>
      <w:r>
        <w:rPr>
          <w:sz w:val="20"/>
        </w:rPr>
        <w:t>28:00  bahut hi, yaani bahut hi impressive andaaz mein, bahut hi creative andaaz mein pamphlet tayyar kiye hain</w:t>
      </w:r>
      <w:r>
        <w:br/>
      </w:r>
      <w:r>
        <w:rPr>
          <w:sz w:val="20"/>
        </w:rPr>
        <w:t>28:12  jo sab ke liye readable hain. is ke, is ke chhote chhote pamphlet chhapte hain aur us ko le ke pahunch jaate hain wahan seminar mein.</w:t>
      </w:r>
      <w:r>
        <w:br/>
      </w:r>
      <w:r>
        <w:rPr>
          <w:sz w:val="20"/>
        </w:rPr>
        <w:t>28:25  aur wahan bahut hi khamoshi ke sath distribute karte hain stage par, stage ke bahar, audience mein. aur badi khushi se lete hain kyunke woh pocket mein rakh sakte hain, woh jab chahein padhein toh bahut khushi se lete hain.</w:t>
      </w:r>
      <w:r>
        <w:br/>
      </w:r>
      <w:r>
        <w:rPr>
          <w:sz w:val="20"/>
        </w:rPr>
        <w:t>28:43  Quran ka transition pocket size mein, pamphlet pocket size mein.</w:t>
      </w:r>
    </w:p>
    <w:p>
      <w:pPr>
        <w:pStyle w:val="Heading2"/>
      </w:pPr>
      <w:r>
        <w:t>Introducing Dajjal: two ages of deception explained</w:t>
      </w:r>
    </w:p>
    <w:p>
      <w:r>
        <w:rPr>
          <w:color w:val="666666"/>
          <w:sz w:val="18"/>
        </w:rPr>
        <w:t>Dajjal and Dajjalism July 26, 2009 · 2m 28s · at 0:52 · https://youtu.be/CxQTfG01O_s?t=52</w:t>
      </w:r>
    </w:p>
    <w:p>
      <w:r>
        <w:rPr>
          <w:i/>
        </w:rPr>
        <w:t>“Aaj ka topic hai Dajjal and Dajjaliyat.”</w:t>
      </w:r>
    </w:p>
    <w:p>
      <w:r>
        <w:rPr>
          <w:sz w:val="20"/>
        </w:rPr>
        <w:t>0:52  Dajjal bohat hi</w:t>
      </w:r>
      <w:r>
        <w:br/>
      </w:r>
      <w:r>
        <w:rPr>
          <w:sz w:val="20"/>
        </w:rPr>
        <w:t>0:56  Mashhoor lafz hai, sab log jaante hain isko. Lekin main samajhta hoon ke concept clear nahi hai is maamle mein.</w:t>
      </w:r>
      <w:r>
        <w:br/>
      </w:r>
      <w:r>
        <w:rPr>
          <w:sz w:val="20"/>
        </w:rPr>
        <w:t>1:08  Isko samajhne ke liye humein thoda sa ghaur karna chahiye. Dekhiye, Dajjal ka jo literal meaning hai woh hai "Deceiving".</w:t>
      </w:r>
      <w:r>
        <w:br/>
      </w:r>
      <w:r>
        <w:rPr>
          <w:sz w:val="20"/>
        </w:rPr>
        <w:t>1:23  Dajjal jo hai, noun hai, to iska matlab hoga "Great Deceiver". Yani is mein mubaligha bhi</w:t>
      </w:r>
      <w:r>
        <w:br/>
      </w:r>
      <w:r>
        <w:rPr>
          <w:sz w:val="20"/>
        </w:rPr>
        <w:t>1:34  hai. To Dajjal ka matlab hai "Great Deceiver".</w:t>
      </w:r>
      <w:r>
        <w:br/>
      </w:r>
      <w:r>
        <w:rPr>
          <w:sz w:val="20"/>
        </w:rPr>
        <w:t>1:42  Dekhiye, yeh jo deceiving ka kaam hai, yeh shaitan ka kaam hai. Aur</w:t>
      </w:r>
      <w:r>
        <w:br/>
      </w:r>
      <w:r>
        <w:rPr>
          <w:sz w:val="20"/>
        </w:rPr>
        <w:t>1:52  Hadees mein aata hai ke "Siras wa dajjalun kazzabun". Yani jo gumrah karne wale log hain, jo leader hon ya shaitan hon, unka tareeqa yahi hai ke woh dajj karte hain.</w:t>
      </w:r>
      <w:r>
        <w:br/>
      </w:r>
      <w:r>
        <w:rPr>
          <w:sz w:val="20"/>
        </w:rPr>
        <w:t>2:05  Yani deceive karte hain.</w:t>
      </w:r>
      <w:r>
        <w:br/>
      </w:r>
      <w:r>
        <w:rPr>
          <w:sz w:val="20"/>
        </w:rPr>
        <w:t>2:09  To aap ghaur kijiye to dajj ka kaam shuru ho gaya tha jab insaan paida hua,</w:t>
      </w:r>
      <w:r>
        <w:br/>
      </w:r>
      <w:r>
        <w:rPr>
          <w:sz w:val="20"/>
        </w:rPr>
        <w:t>2:25  Isko aap simple deception keh sakte hain.</w:t>
      </w:r>
      <w:r>
        <w:br/>
      </w:r>
      <w:r>
        <w:rPr>
          <w:sz w:val="20"/>
        </w:rPr>
        <w:t>2:31  Baad ke zamane mein jo hai bohat hi hoshiyari ke saath yeh kaam hone wala tha. Jisko aap cunning deception keh sakte hain.</w:t>
      </w:r>
      <w:r>
        <w:br/>
      </w:r>
      <w:r>
        <w:rPr>
          <w:sz w:val="20"/>
        </w:rPr>
        <w:t>2:41  To iska matlab hai ke do age hain dajjali ke. Ek hai simple deception ka age. Aur doosra hai cunning deception ka age.</w:t>
      </w:r>
      <w:r>
        <w:br/>
      </w:r>
      <w:r>
        <w:rPr>
          <w:sz w:val="20"/>
        </w:rPr>
        <w:t>2:53  To baad ke zamane mein jab ke dajj ka kaam ya dajjali ka kaam bohat hi zyada hoshiyari ke saath kiya jane wala tha.</w:t>
      </w:r>
      <w:r>
        <w:br/>
      </w:r>
      <w:r>
        <w:rPr>
          <w:sz w:val="20"/>
        </w:rPr>
        <w:t>3:06  Zyada bade pemaane par. To ise Dajjal kaha gaya. Warna dajj ka jo kaam hai woh to hamesha hota raha hai. Yahan tak ke Hazrat Aadam hi se shuru ho gaya woh.</w:t>
      </w:r>
    </w:p>
    <w:p>
      <w:pPr>
        <w:pStyle w:val="Heading2"/>
      </w:pPr>
      <w:r>
        <w:t>Negative thinking leads to wrong perception</w:t>
      </w:r>
    </w:p>
    <w:p>
      <w:r>
        <w:rPr>
          <w:color w:val="666666"/>
          <w:sz w:val="18"/>
        </w:rPr>
        <w:t>Non Complaining Attitude Feb 23, 2019 · 1m 16s · at 22:42 · https://youtu.be/W_UN5PdpeR8?t=1362</w:t>
      </w:r>
    </w:p>
    <w:p>
      <w:r>
        <w:rPr>
          <w:i/>
        </w:rPr>
        <w:t>“Iska nuqsan ye hai ke ultee soch banti hai.”</w:t>
      </w:r>
    </w:p>
    <w:p>
      <w:r>
        <w:rPr>
          <w:sz w:val="20"/>
        </w:rPr>
        <w:t>22:42  ulti soch banti hai. zamana to ja raha hai Allah ke deen ki kamyabi ki taraf, hum ulta rai bana lete hain ke hum gire hue hain.</w:t>
      </w:r>
      <w:r>
        <w:br/>
      </w:r>
      <w:r>
        <w:rPr>
          <w:sz w:val="20"/>
        </w:rPr>
        <w:t>22:59  bahut zyada yeh baat maine suni logon ki zuban se ke "we are under siege, we are under siege". to yeh yeh hoga ke ab sab raste hamare liye khule hue hain, sirf aage badhna hai.</w:t>
      </w:r>
      <w:r>
        <w:br/>
      </w:r>
      <w:r>
        <w:rPr>
          <w:sz w:val="20"/>
        </w:rPr>
        <w:t>23:15  Allah ke farishte hamara intezar kar rahe hain darwaze kholne ke liye.</w:t>
      </w:r>
      <w:r>
        <w:br/>
      </w:r>
      <w:r>
        <w:rPr>
          <w:sz w:val="20"/>
        </w:rPr>
        <w:t>23:24  to agar sahi soch aayegi to positive thinking banegi, hausla aayega,</w:t>
      </w:r>
      <w:r>
        <w:br/>
      </w:r>
      <w:r>
        <w:rPr>
          <w:sz w:val="20"/>
        </w:rPr>
        <w:t>23:36  aur azm o himmat ke sath planning karna seekhenge,</w:t>
      </w:r>
      <w:r>
        <w:br/>
      </w:r>
      <w:r>
        <w:rPr>
          <w:sz w:val="20"/>
        </w:rPr>
        <w:t>23:44  jaisa ke sahaba ke zamane mein hua. Yani sahaba ki waqiat kahani ban gaye hain, lekin woh woh waqiat dobara waqia banne ke liye intezar kar rahe hain.</w:t>
      </w:r>
    </w:p>
    <w:p>
      <w:pPr>
        <w:pStyle w:val="Heading2"/>
      </w:pPr>
      <w:r>
        <w:t>Adjusting and combining prayer times while traveling</w:t>
      </w:r>
    </w:p>
    <w:p>
      <w:r>
        <w:rPr>
          <w:color w:val="666666"/>
          <w:sz w:val="18"/>
        </w:rPr>
        <w:t>CPS Women Monthly Q and A with Prof. Farida Khanam and Maulana Farhad Ahmed Umeri July 30, 2023 · 2m 20s · at 27:34 · https://youtu.be/zKtfjSCnoAE?t=1654</w:t>
      </w:r>
    </w:p>
    <w:p>
      <w:r>
        <w:rPr>
          <w:i/>
        </w:rPr>
        <w:t>“Maghrib ki namaz ka waqt mulk mein alag alag hota hai”</w:t>
      </w:r>
    </w:p>
    <w:p>
      <w:r>
        <w:rPr>
          <w:sz w:val="20"/>
        </w:rPr>
        <w:t>27:34  chal jayega woh. so, question is coming now from doctor sartina. please ask your question. phir haath sahab, main yeh jaanana chah rahi hoon ki jaise maghrib ki namaz ka waqt mulk mein alag alag time par hota hai. awaaz aa rahi hai? ji.</w:t>
      </w:r>
      <w:r>
        <w:br/>
      </w:r>
      <w:r>
        <w:rPr>
          <w:sz w:val="20"/>
        </w:rPr>
        <w:t>27:54  toh kya kya hum aise jaise aaj program hai ya koi bhi aisi zaroorat hai usko apne hisaab se aage peeche ka kar sakte hain kya kaisa ismein namaz ko kaise adjust kara ja sakta hai? dekhiye allah ghusul sallallahu alaihi wasallam ka jo tareeqa tha usko aap follow kar lijiye bahut aasan tareeqa hai. allah ghusul normally us zamane mein toh aisa program hota nahi tha ki time zone kafr ko paisa nahi hota tha. safar mein yeh pareshani aati thi.</w:t>
      </w:r>
      <w:r>
        <w:br/>
      </w:r>
      <w:r>
        <w:rPr>
          <w:sz w:val="20"/>
        </w:rPr>
        <w:t>28:23  to safar mein kya karte the agar johar se pehle nikalte hain namaze johar se pehle agar safar</w:t>
      </w:r>
      <w:r>
        <w:br/>
      </w:r>
      <w:r>
        <w:rPr>
          <w:sz w:val="20"/>
        </w:rPr>
        <w:t>28:30  ke liye jaa rahe hain.</w:t>
      </w:r>
      <w:r>
        <w:br/>
      </w:r>
      <w:r>
        <w:rPr>
          <w:sz w:val="20"/>
        </w:rPr>
        <w:t>28:37  to aur yeh yakeen hota ki hum asr ke waqt kahan pahunch jayenge.</w:t>
      </w:r>
      <w:r>
        <w:br/>
      </w:r>
      <w:r>
        <w:rPr>
          <w:sz w:val="20"/>
        </w:rPr>
        <w:t>28:44  to asr ke waqt wahan jaate hain johar aur asr ko jama karke padh liya karte the.</w:t>
      </w:r>
      <w:r>
        <w:br/>
      </w:r>
      <w:r>
        <w:rPr>
          <w:sz w:val="20"/>
        </w:rPr>
        <w:t>28:51  tabhi aisa hota ki johar ke baad nikalte.</w:t>
      </w:r>
      <w:r>
        <w:br/>
      </w:r>
      <w:r>
        <w:rPr>
          <w:sz w:val="20"/>
        </w:rPr>
        <w:t>28:58  yeh tareeqa alag shubh se le samjhata hai. baqi hai ki waqt se pehle padhne ka toh aam taur se aisa nahi hai. waqt par hi padhna usko. haan jama bayana salata hai na aasani ke liye bataya gaya woh kar sakte hain. shukriya. toh yeh maghrib ki namaz isha ke saath ki ja sakti hai aap? haan, dono ki darmiyan mein jaise maghrib ki padhne ke baad nafl ya sunnat padhte woh nahi padhna.</w:t>
      </w:r>
      <w:r>
        <w:br/>
      </w:r>
      <w:r>
        <w:rPr>
          <w:sz w:val="20"/>
        </w:rPr>
        <w:t>29:24  pehle aap padh lena maghrib ki teen rakat phir uske baad char rakat phir shayad. ji. toh farz farz. haan, farz farz. farz padhne hain. theek hai. baqi uske baad kuch padhne asr ko jo asr ko zuhar ke saath jama kar sakte hain. haan kar sakte pehle bhi kar sakte hain baad mein bhi kar sakte hain. pehle ka matlab zuhar ke saath. zuhar ke saath. ya asr ke saath bhi kar sakte hain. sawal karein. assalamu alaikum.</w:t>
      </w:r>
      <w:r>
        <w:br/>
      </w:r>
      <w:r>
        <w:rPr>
          <w:sz w:val="20"/>
        </w:rPr>
        <w:t>29:54  mera sawal ek hadees se related hai. yeh sahih muslim ki hadees se two one three zero. rasoolullah sallallahu alaihi wasallam abu sallama razi allahu anhu ke paas tashreef laye. us waqt unki aankhein khuli hui thi. toh aapne unhein band kar diya. jab rooh cups aur farmaya jab rooh cups ki jati hai toh nazar uska peecha karti hai. toh yeh sunne ke baad unke ghar wale jo hai woh rone lage. toh aap suno suno ne farmaya.</w:t>
      </w:r>
    </w:p>
    <w:p>
      <w:pPr>
        <w:pStyle w:val="Heading2"/>
      </w:pPr>
      <w:r>
        <w:t>Principle of eliminating side questions</w:t>
      </w:r>
    </w:p>
    <w:p>
      <w:r>
        <w:rPr>
          <w:color w:val="666666"/>
          <w:sz w:val="18"/>
        </w:rPr>
        <w:t>God Oriented Life (In Conversation with Maulana) 23 10 11 · 2m 21s · at 8:32 · https://youtu.be/E_LWwsWww2U?t=512</w:t>
      </w:r>
    </w:p>
    <w:p>
      <w:r>
        <w:rPr>
          <w:i/>
        </w:rPr>
        <w:t>“Dekhiye yeh yahi ek question nahi, billion questions hain”</w:t>
      </w:r>
    </w:p>
    <w:p>
      <w:r>
        <w:rPr>
          <w:sz w:val="20"/>
        </w:rPr>
        <w:t>8:32  dekhein yeh yahi ek question nahi billion question hain lekin aap ko karna kya hai science mein ek formula hai us ko kehte hain principle of elimination yani kuch question aise hote hain un ko aap ko yani chhodna padta hai ignore karna padta hai warna aap kahin nahi pahunche</w:t>
      </w:r>
      <w:r>
        <w:br/>
      </w:r>
      <w:r>
        <w:rPr>
          <w:sz w:val="20"/>
        </w:rPr>
        <w:t>8:57  farz kijiye ke aap delhi mein hai aap ko jana hai kanpur toh har waqt yeh andesha hai ke mein train se jaon toh kahin train jo hai patri se utar jaye kahin earthquake aa jaye kahin woh storm aa jaye toh kya aap safar nahi karenge</w:t>
      </w:r>
      <w:r>
        <w:br/>
      </w:r>
      <w:r>
        <w:rPr>
          <w:sz w:val="20"/>
        </w:rPr>
        <w:t>9:17  us ko eliminate karte hain aap is is sawalat ko eliminate karte hain har maamle mein isi ki baat nahi hai har maamle mein hazaron question hain side questions side us ko aap eliminate karte hain toh duniya mein zinda hain toh yeh ek side question hai asal baat jo sochne ki us mein focus hona chahiye woh kya hai</w:t>
      </w:r>
      <w:r>
        <w:br/>
      </w:r>
      <w:r>
        <w:rPr>
          <w:sz w:val="20"/>
        </w:rPr>
        <w:t>9:40  ke allah taala ne kitni bari mere sath yani rehmat ki hai ke mujhe paida kiya jab ke mein mera wajood nahi tha ek duniya mein rakha 60 70 saal 50 saal 80 saal ke liye aur mujhe sirf itna karna hai ke hai ke azadi ko misuse na karoon aur us ke baad mujhe eternal priority milegi</w:t>
      </w:r>
      <w:r>
        <w:br/>
      </w:r>
      <w:r>
        <w:rPr>
          <w:sz w:val="20"/>
        </w:rPr>
        <w:t>10:09  mein ek shakhs se mila ek baar jo padh raha tha university mein toh ek kamre mein raat din rehta tha woh farz us ko zaroor tha ke mujhe top karna hai top karna hai bade bade baal ho gaye the baal nahi banwata tha woh</w:t>
      </w:r>
      <w:r>
        <w:br/>
      </w:r>
      <w:r>
        <w:rPr>
          <w:sz w:val="20"/>
        </w:rPr>
        <w:t>10:27  yani bilkul neat bana hua tha us zamane mein woh toh mein ne us se poocha ke bhai aap ki halat hai aisi toh yeh aap ko kaisa lagta hai yeh</w:t>
      </w:r>
      <w:r>
        <w:br/>
      </w:r>
      <w:r>
        <w:rPr>
          <w:sz w:val="20"/>
        </w:rPr>
        <w:t>10:39  toh us ne kaha yeh baat kahi ke jab mein yeh sochta hoon jis din mein top karunga us din foran mere taraqqi ke darwaze khul jayenge toh sab bhool jata hai pareshani bhool jati hai</w:t>
      </w:r>
    </w:p>
    <w:p>
      <w:pPr>
        <w:pStyle w:val="Heading2"/>
      </w:pPr>
      <w:r>
        <w:t>Two types of Sunnah: habit and mission</w:t>
      </w:r>
    </w:p>
    <w:p>
      <w:r>
        <w:rPr>
          <w:color w:val="666666"/>
          <w:sz w:val="18"/>
        </w:rPr>
        <w:t>What is Sunnah | June 02, 2008 · 2m 31s · at 20:11 · https://youtu.be/RHfm7wuEMEM?t=1211</w:t>
      </w:r>
    </w:p>
    <w:p>
      <w:r>
        <w:rPr>
          <w:i/>
        </w:rPr>
        <w:t>“Sunnah can be divided into two parts.”</w:t>
      </w:r>
    </w:p>
    <w:p>
      <w:r>
        <w:rPr>
          <w:sz w:val="20"/>
        </w:rPr>
        <w:t>20:11  Dekhein sunnat jo hai to us ko aap do hisse mein bant sakte hain.</w:t>
      </w:r>
      <w:r>
        <w:br/>
      </w:r>
      <w:r>
        <w:rPr>
          <w:sz w:val="20"/>
        </w:rPr>
        <w:t>20:18  Ek rozmarra ki zindagi mein aap ne kya tareeqa ikhtiyar farmaya? Masalan pani peena, chalna, khana khana, sona,</w:t>
      </w:r>
      <w:r>
        <w:br/>
      </w:r>
      <w:r>
        <w:rPr>
          <w:sz w:val="20"/>
        </w:rPr>
        <w:t>20:26  baithna, uthna, yeh hai is mein.</w:t>
      </w:r>
      <w:r>
        <w:br/>
      </w:r>
      <w:r>
        <w:rPr>
          <w:sz w:val="20"/>
        </w:rPr>
        <w:t>20:33  To yeh bhi sunnat hai, lekin asal sunnat jo hai</w:t>
      </w:r>
      <w:r>
        <w:br/>
      </w:r>
      <w:r>
        <w:rPr>
          <w:sz w:val="20"/>
        </w:rPr>
        <w:t>20:41  yahi nahi hai. yani Rasool Allah Sal Allahu Alaihi Wasallam is liye nahi aaye the ke logon ko yeh batayen ke dekho bhai, dahne hath se pani piyo, dekho bhai, chalo to daayen taraf se chalo. yeh to bohat bari museebat hai. agar aap yeh samjhen ke Rasool Allah ka tareeqa yeh tha ke daayen taraf se chala jaye, to agar aap aise mulk mein hon jahan ki left ka usool hai, to aap kya karenge? aap daayen taraf chalenge aur woh mulk to keh raha hai ke left,</w:t>
      </w:r>
      <w:r>
        <w:br/>
      </w:r>
      <w:r>
        <w:rPr>
          <w:sz w:val="20"/>
        </w:rPr>
        <w:t>21:11  baayein taraf se chalo, phir to takrao hoga.</w:t>
      </w:r>
      <w:r>
        <w:br/>
      </w:r>
      <w:r>
        <w:rPr>
          <w:sz w:val="20"/>
        </w:rPr>
        <w:t>21:15  To aap ko is mulk ke traffic ko follow karna hoga.</w:t>
      </w:r>
      <w:r>
        <w:br/>
      </w:r>
      <w:r>
        <w:rPr>
          <w:sz w:val="20"/>
        </w:rPr>
        <w:t>21:20  Is mulk ka jo rule ho traffic ka, us ko follow karna hoga.</w:t>
      </w:r>
      <w:r>
        <w:br/>
      </w:r>
      <w:r>
        <w:rPr>
          <w:sz w:val="20"/>
        </w:rPr>
        <w:t>21:24  Agar keep left ka usool hai to aap ko bhi keep left, keep left ka usool follow karna hoga.</w:t>
      </w:r>
      <w:r>
        <w:br/>
      </w:r>
      <w:r>
        <w:rPr>
          <w:sz w:val="20"/>
        </w:rPr>
        <w:t>21:28  Keep right ka hai to keep right follow karna hoga.</w:t>
      </w:r>
      <w:r>
        <w:br/>
      </w:r>
      <w:r>
        <w:rPr>
          <w:sz w:val="20"/>
        </w:rPr>
        <w:t>21:33  Yeh nahi ke aap kahein ke sahib, hamare rasool ne bataya hai ke dahni chalo, to hum to</w:t>
      </w:r>
      <w:r>
        <w:br/>
      </w:r>
      <w:r>
        <w:rPr>
          <w:sz w:val="20"/>
        </w:rPr>
        <w:t>21:37  dahni chalen ge, chahe takrain, chahe sarak par takra kar marain.</w:t>
      </w:r>
      <w:r>
        <w:br/>
      </w:r>
      <w:r>
        <w:rPr>
          <w:sz w:val="20"/>
        </w:rPr>
        <w:t>21:42  yeh koi sunnat nahi hai.</w:t>
      </w:r>
      <w:r>
        <w:br/>
      </w:r>
      <w:r>
        <w:rPr>
          <w:sz w:val="20"/>
        </w:rPr>
        <w:t>21:47  to sunnat jo hai woh cheez hai jo convenient ho, jis mein sahulat ho, jis mein kisi ke</w:t>
      </w:r>
      <w:r>
        <w:br/>
      </w:r>
      <w:r>
        <w:rPr>
          <w:sz w:val="20"/>
        </w:rPr>
        <w:t>21:52  liye aap problem na bante hon.</w:t>
      </w:r>
      <w:r>
        <w:br/>
      </w:r>
      <w:r>
        <w:rPr>
          <w:sz w:val="20"/>
        </w:rPr>
        <w:t>21:57  woh sunnat hai is tarah ke chhote mamlaat mein.</w:t>
      </w:r>
      <w:r>
        <w:br/>
      </w:r>
      <w:r>
        <w:rPr>
          <w:sz w:val="20"/>
        </w:rPr>
        <w:t>22:02  ab bari sunnat kya hai? bari sunnat woh hai jis ke liye rasool Allah bheje gaye.</w:t>
      </w:r>
      <w:r>
        <w:br/>
      </w:r>
      <w:r>
        <w:rPr>
          <w:sz w:val="20"/>
        </w:rPr>
        <w:t>22:07  jo aap ne zindagi bhar kiya, woh kiya kiya aap ne? aap ki sab se bari sunnat thi dawat</w:t>
      </w:r>
      <w:r>
        <w:br/>
      </w:r>
      <w:r>
        <w:rPr>
          <w:sz w:val="20"/>
        </w:rPr>
        <w:t>22:12  . dawat.</w:t>
      </w:r>
      <w:r>
        <w:br/>
      </w:r>
      <w:r>
        <w:rPr>
          <w:sz w:val="20"/>
        </w:rPr>
        <w:t>22:16  quran mein bataya gaya hai ke hum ne rasool ko bheja hai daai bana kar.</w:t>
      </w:r>
      <w:r>
        <w:br/>
      </w:r>
      <w:r>
        <w:rPr>
          <w:sz w:val="20"/>
        </w:rPr>
        <w:t>22:20  daai ila Allah bhej nahi.</w:t>
      </w:r>
      <w:r>
        <w:br/>
      </w:r>
      <w:r>
        <w:rPr>
          <w:sz w:val="20"/>
        </w:rPr>
        <w:t>22:25  rasool ko bheja hai hum ne daai bana kar.</w:t>
      </w:r>
      <w:r>
        <w:br/>
      </w:r>
      <w:r>
        <w:rPr>
          <w:sz w:val="20"/>
        </w:rPr>
        <w:t>22:29  to aap jab peghambar banaya hai Allah taala ne aap ko to foran aap ne dawat shuru kar</w:t>
      </w:r>
      <w:r>
        <w:br/>
      </w:r>
      <w:r>
        <w:rPr>
          <w:sz w:val="20"/>
        </w:rPr>
        <w:t>22:33  di aur aakhir umar tak dawat dete rahe aap.</w:t>
      </w:r>
      <w:r>
        <w:br/>
      </w:r>
      <w:r>
        <w:rPr>
          <w:sz w:val="20"/>
        </w:rPr>
        <w:t>22:38  yani 23 saal aap nabi ki hesiyat</w:t>
      </w:r>
    </w:p>
    <w:p>
      <w:pPr>
        <w:pStyle w:val="Heading2"/>
      </w:pPr>
      <w:r>
        <w:t>Turning face in salam greets the whole world</w:t>
      </w:r>
    </w:p>
    <w:p>
      <w:r>
        <w:rPr>
          <w:color w:val="666666"/>
          <w:sz w:val="18"/>
        </w:rPr>
        <w:t>God's Protection November 28, 2013 · 2m 52s · at 20:52 · https://youtu.be/QgqXbChsr5c?t=1252</w:t>
      </w:r>
    </w:p>
    <w:p>
      <w:r>
        <w:rPr>
          <w:i/>
        </w:rPr>
        <w:t>“Namaz khatam karte hain to kehte hain: Assalamu alaikum”</w:t>
      </w:r>
    </w:p>
    <w:p>
      <w:r>
        <w:rPr>
          <w:sz w:val="20"/>
        </w:rPr>
        <w:t>20:52  arzi dekhiye, jab aap namaz khatam karte hain aur fajar mein jab aap ne namaz khatam ki to aakhir mein kaha jata hai: "Assalamu Alaikum Wa Rahmatullahi".</w:t>
      </w:r>
      <w:r>
        <w:br/>
      </w:r>
      <w:r>
        <w:rPr>
          <w:sz w:val="20"/>
        </w:rPr>
        <w:t>21:08  aur is mein chehra pheraya jata hai, idhar pheraya jata hai, idhar pheraya jata hai.</w:t>
      </w:r>
      <w:r>
        <w:br/>
      </w:r>
      <w:r>
        <w:rPr>
          <w:sz w:val="20"/>
        </w:rPr>
        <w:t>21:17  to aap jante hain ke namaz parhi jati hai kaba ko rukh kar ke. to ab koi yahan is is taraf hai, woh bhi dayen bayein pher raha hai, idhar hai, tab bhi pher raha hai, idhar hai, tab bhi pher raha hai.</w:t>
      </w:r>
      <w:r>
        <w:br/>
      </w:r>
      <w:r>
        <w:rPr>
          <w:sz w:val="20"/>
        </w:rPr>
        <w:t>21:31  is mani ke tamam namaziyon ko le kar aap sochen to sare alam ki taraf chehra pher pher phira ja raha hai. yani matlab yahan kaba hai, koi jo yahan parh rahe hain, woh kuch wahan parh rahe honge, kuch yahan parh rahe honge, kuch yahan parh rahe honge.</w:t>
      </w:r>
      <w:r>
        <w:br/>
      </w:r>
      <w:r>
        <w:rPr>
          <w:sz w:val="20"/>
        </w:rPr>
        <w:t>21:46  har jagah aisa chehra pher ke kar rahe hon, keh rahe hon ge: "assalam o alaikum wa rehmatullah". to sara east and west, south and north cover ho gaya is mein.</w:t>
      </w:r>
      <w:r>
        <w:br/>
      </w:r>
      <w:r>
        <w:rPr>
          <w:sz w:val="20"/>
        </w:rPr>
        <w:t>22:02  is ke maani kya hue? ke poore globe par, poore is planet par jo log base hue hain, woh sab se aap keh rahe hain:</w:t>
      </w:r>
      <w:r>
        <w:br/>
      </w:r>
      <w:r>
        <w:rPr>
          <w:sz w:val="20"/>
        </w:rPr>
        <w:t>22:14  "chehra pherne ke maani kya hain?" idhar jitne insaan hain, idhar jitne insaan hain, idhar jitne insaan hain, sab ko ke liye keh rahe hain ke: "ae logon!</w:t>
      </w:r>
      <w:r>
        <w:br/>
      </w:r>
      <w:r>
        <w:rPr>
          <w:sz w:val="20"/>
        </w:rPr>
        <w:t>22:24  tum par salamti ho, ae logon! tum par salamti ho".</w:t>
      </w:r>
      <w:r>
        <w:br/>
      </w:r>
      <w:r>
        <w:rPr>
          <w:sz w:val="20"/>
        </w:rPr>
        <w:t>22:30  ab yeh keh kar niklen ge, aap sochen ge, sochen ge, sochen ge to aap sochen ge: kya lip service kaafi hai?</w:t>
      </w:r>
      <w:r>
        <w:br/>
      </w:r>
      <w:r>
        <w:rPr>
          <w:sz w:val="20"/>
        </w:rPr>
        <w:t>22:41  duniya walon ke liye maine bol diya ke: "peace be upon you, peace be upon you" to yeh kaafi ho gaya. aap sochen ke ke formula peace dena hai,</w:t>
      </w:r>
      <w:r>
        <w:br/>
      </w:r>
      <w:r>
        <w:rPr>
          <w:sz w:val="20"/>
        </w:rPr>
        <w:t>22:58  isi formula peace hi ka daam dawat hai.</w:t>
      </w:r>
      <w:r>
        <w:br/>
      </w:r>
      <w:r>
        <w:rPr>
          <w:sz w:val="20"/>
        </w:rPr>
        <w:t>23:04  yaani jab aap ne logon ki taraf saare alam walon ko keh diya ke: "ae logon! peace be upon you, peace be upon you" to agar aap waqai serious hain, agar waqai aap aap ke andar sincerity hai to aap zaroor sochen ge ke kya Allah is par raazi ho jaye ga ke maine is lip service ke taur par keh diya: "peace be upon you, peace be upon you"?</w:t>
      </w:r>
      <w:r>
        <w:br/>
      </w:r>
      <w:r>
        <w:rPr>
          <w:sz w:val="20"/>
        </w:rPr>
        <w:t>23:32  kya Allah Allah raazi ho jaye ga is par?</w:t>
      </w:r>
      <w:r>
        <w:br/>
      </w:r>
      <w:r>
        <w:rPr>
          <w:sz w:val="20"/>
        </w:rPr>
        <w:t>23:39  to aap kahen ge: "nahi, aisa kabhi nahi ho sakta".</w:t>
      </w:r>
    </w:p>
    <w:p>
      <w:pPr>
        <w:pStyle w:val="Heading2"/>
      </w:pPr>
      <w:r>
        <w:t>Why spouses should be each other's intellectual partner</w:t>
      </w:r>
    </w:p>
    <w:p>
      <w:r>
        <w:rPr>
          <w:color w:val="666666"/>
          <w:sz w:val="18"/>
        </w:rPr>
        <w:t>Behtar Khatoon Kon CPS Women Article Discussion July 2, 2023 · 1m 06s · at 4:00 · https://youtu.be/tGPJwzCnCMM?t=240</w:t>
      </w:r>
    </w:p>
    <w:p>
      <w:r>
        <w:rPr>
          <w:i/>
        </w:rPr>
        <w:t>“Insaan ki sabse badi zaroorat sochne mein sath dena hai”</w:t>
      </w:r>
    </w:p>
    <w:p>
      <w:r>
        <w:rPr>
          <w:sz w:val="20"/>
        </w:rPr>
        <w:t>4:00  to intellectually develop ka matlab yeh hai ki Allah taala ne insaan ko ek sochne wali mahloq banaya hai. insaan ki sabse badi zaroorat yeh hai ki koi ho jo sochne sochne ke amal mein uska uske saath share karen. to mard ke liye ek aurat hi uska sabse qareebi saathi hota hai kyunki vah subah shaam uske saath hoti hai.</w:t>
      </w:r>
      <w:r>
        <w:br/>
      </w:r>
      <w:r>
        <w:rPr>
          <w:sz w:val="20"/>
        </w:rPr>
        <w:t>4:27  jo poori tarah uski intellectual partner van sakti hain. example se hum samajh sakte hain jaise ki hum jaante hain ki zindagi mein bahut saare masaal hote hain kabhi ghar ke andar, kabhi ghar ke bahar. to insaan ke upar bahut saari mushkil pareshani bhi aati hain. insaan disturb ho jata hai.</w:t>
      </w:r>
      <w:r>
        <w:br/>
      </w:r>
      <w:r>
        <w:rPr>
          <w:sz w:val="20"/>
        </w:rPr>
        <w:t>4:49  to aise mauke par jab koi ek partner negative ho ho jaaye kisi maamle se, to doosre partner ka kaam hota hai ki uski usko duniya ki soch se hatakar khuda se joden. chhoti cheezon se hatakar khuda se connect kar den.</w:t>
      </w:r>
      <w:r>
        <w:br/>
      </w:r>
      <w:r>
        <w:rPr>
          <w:sz w:val="20"/>
        </w:rPr>
        <w:t>5:06  isi tarah agar kabhi koi material cheezen ya desire ki aisi ki baaten hon to aurat ka kaam hai ki umr ko simple living ki soch ki taraf le jaaye aur is tarah ke har mauke par humko quran aur hadith ki hawala bhi milta hai.</w:t>
      </w:r>
    </w:p>
    <w:p>
      <w:pPr>
        <w:pStyle w:val="Heading2"/>
      </w:pPr>
      <w:r>
        <w:t>Complete hadith of God descending at night</w:t>
      </w:r>
    </w:p>
    <w:p>
      <w:r>
        <w:rPr>
          <w:color w:val="666666"/>
          <w:sz w:val="18"/>
        </w:rPr>
        <w:t>Avail Your Morning Time August 23, 2020 Maulana Wahiduddin Khan · 1m 49s · at 0:40 · https://youtu.be/mVs7Y0lavYk?t=40</w:t>
      </w:r>
    </w:p>
    <w:p>
      <w:r>
        <w:rPr>
          <w:i/>
        </w:rPr>
        <w:t>“Woh hadith yeh hai ke Allah rozana subah ke waqt”</w:t>
      </w:r>
    </w:p>
    <w:p>
      <w:r>
        <w:rPr>
          <w:sz w:val="20"/>
        </w:rPr>
        <w:t>0:40  Woh hadith yeh hai ke Allah rozana subah ke waqt aasman duniya par utarta hai</w:t>
      </w:r>
      <w:r>
        <w:br/>
      </w:r>
      <w:r>
        <w:rPr>
          <w:sz w:val="20"/>
        </w:rPr>
        <w:t>0:55  aur awaaz deta hai:</w:t>
      </w:r>
      <w:r>
        <w:br/>
      </w:r>
      <w:r>
        <w:rPr>
          <w:sz w:val="20"/>
        </w:rPr>
        <w:t>1:01  "Hal min saail fa'utah?" Koi maangne wala hai jo usko doon?</w:t>
      </w:r>
      <w:r>
        <w:br/>
      </w:r>
      <w:r>
        <w:rPr>
          <w:sz w:val="20"/>
        </w:rPr>
        <w:t>1:09  An Abi Hurairah 'an Rasul Allah Sallallahu 'alaihi wa sallam qala: "Yunzil Allah ila as-samaa' ad-dunyaa kulla laylatin hiyma yamshee thulthul layl al-awwal.</w:t>
      </w:r>
      <w:r>
        <w:br/>
      </w:r>
      <w:r>
        <w:rPr>
          <w:sz w:val="20"/>
        </w:rPr>
        <w:t>1:19  Fayaqool: Ana al-malik, ana al-malik. Man yado'onee fa'astajeeb lahu, man yas'alunee fa'u'teeh, man yastaghfirunee fa'aghfir lahu.</w:t>
      </w:r>
      <w:r>
        <w:br/>
      </w:r>
      <w:r>
        <w:rPr>
          <w:sz w:val="20"/>
        </w:rPr>
        <w:t>1:33  Fala yazaalu kadhalika hatta yuzee' al-fajr." Saheeh Muslim hadith number 758. Wa fi riwayat: "Hal min saail fa'u'teeh?" Abu Hurairah riwayat karte hain ke Rasool Allah Sallallahu 'alaihi wa sallam ne kaha: "Allah taala samaaye duniya par har raat</w:t>
      </w:r>
      <w:r>
        <w:br/>
      </w:r>
      <w:r>
        <w:rPr>
          <w:sz w:val="20"/>
        </w:rPr>
        <w:t>1:54  jab ke pehla tihai hissa guzar jaye utarta hai aur kehta hai: Main baadshah hoon, main baadshah hoon.</w:t>
      </w:r>
      <w:r>
        <w:br/>
      </w:r>
      <w:r>
        <w:rPr>
          <w:sz w:val="20"/>
        </w:rPr>
        <w:t>2:04  Kaun hai jo mujh se dua kare, main uski dua qubool karoon? Kaun hai jo mujh se maange to main usko</w:t>
      </w:r>
      <w:r>
        <w:br/>
      </w:r>
      <w:r>
        <w:rPr>
          <w:sz w:val="20"/>
        </w:rPr>
        <w:t>2:11  ata karoon? Kaun hai jo mujh se maghfirat chahe, main usko bakhsh doon?" Isi tarah rehta hai yahan tak ke fajar ki roshni fajar roshan ho jata hai.</w:t>
      </w:r>
      <w:r>
        <w:br/>
      </w:r>
      <w:r>
        <w:rPr>
          <w:sz w:val="20"/>
        </w:rPr>
        <w:t>2:24  Ek riwayat mein izafa hai: "Hai koi maangne wala to main usko doon?"</w:t>
      </w:r>
    </w:p>
    <w:p>
      <w:pPr>
        <w:pStyle w:val="Heading2"/>
      </w:pPr>
      <w:r>
        <w:t>Hadith and explanation on understanding of religion</w:t>
      </w:r>
    </w:p>
    <w:p>
      <w:r>
        <w:rPr>
          <w:color w:val="666666"/>
          <w:sz w:val="18"/>
        </w:rPr>
        <w:t>Deep Thinking April 3, 2014 - Maulana Wahiduddin Khan · 1m 48s · at 0:23 · https://youtu.be/D2tvutnQTv0?t=23</w:t>
      </w:r>
    </w:p>
    <w:p>
      <w:r>
        <w:rPr>
          <w:i/>
        </w:rPr>
        <w:t>“From Muawiyah: I heard the Prophet say”</w:t>
      </w:r>
    </w:p>
    <w:p>
      <w:r>
        <w:rPr>
          <w:sz w:val="20"/>
        </w:rPr>
        <w:t>0:23  عن معاویہ، یقول: سمعت النبی صلی اللہ علیہ وسلم یقول: "من یرد اللہ بہ خیرا یفقہ فی الدین، وانما انا قاسم، واللہ یعطی۔" ولن تزال هذه الأمة قائمة على أمر الله، لا يضرهم من خالفهم حتى يأتي أمر الله.</w:t>
      </w:r>
      <w:r>
        <w:br/>
      </w:r>
      <w:r>
        <w:rPr>
          <w:sz w:val="20"/>
        </w:rPr>
        <w:t>0:49  معاویہ روایت کرتے ہیں، انہوں نے نبی صلی اللہ علیہ وسلم کو فرماتے ہوئے سنا: "اللہ جس کے ساتھ خیر کا ارادہ کرتا ہے، اس کو دین کی سمجھ دیتا ہے،</w:t>
      </w:r>
      <w:r>
        <w:br/>
      </w:r>
      <w:r>
        <w:rPr>
          <w:sz w:val="20"/>
        </w:rPr>
        <w:t>1:03  اور میں تو صرف تقسیم کرنے والا ہوں، اللہ عطا کرتا ہے۔" اور یہ امت برابر اللہ کے حکم پر قائم رہے گی</w:t>
      </w:r>
      <w:r>
        <w:br/>
      </w:r>
      <w:r>
        <w:rPr>
          <w:sz w:val="20"/>
        </w:rPr>
        <w:t>1:15  جو ان کی مخالفت کریں گے، وہ ان کو نقصان نہیں پہنچا پائیں گے، یہاں تک کہ اللہ تعالیٰ کا حکم آ جائے گا۔ مولانا، اس حدیث کی وضاحت فرمائیں۔</w:t>
      </w:r>
      <w:r>
        <w:br/>
      </w:r>
      <w:r>
        <w:rPr>
          <w:sz w:val="20"/>
        </w:rPr>
        <w:t>1:28  بسم اللہ الرحمن الرحیم۔</w:t>
      </w:r>
      <w:r>
        <w:br/>
      </w:r>
      <w:r>
        <w:rPr>
          <w:sz w:val="20"/>
        </w:rPr>
        <w:t>1:35  اس حدیث رسول میں</w:t>
      </w:r>
      <w:r>
        <w:br/>
      </w:r>
      <w:r>
        <w:rPr>
          <w:sz w:val="20"/>
        </w:rPr>
        <w:t>1:41  بتایا گیا ہے کہ اللہ تعالیٰ جس کے لیے خیر کا فیصلہ فرماتا ہے، اس کو تفقع دے دیتا ہے۔</w:t>
      </w:r>
    </w:p>
    <w:p>
      <w:pPr>
        <w:pStyle w:val="Heading2"/>
      </w:pPr>
      <w:r>
        <w:t>UN scientists warn of environmental disaster</w:t>
      </w:r>
    </w:p>
    <w:p>
      <w:r>
        <w:rPr>
          <w:color w:val="666666"/>
          <w:sz w:val="18"/>
        </w:rPr>
        <w:t>Warnings of Doomsday February 4, 2007 · 2m 58s · at 19:24 · https://youtu.be/VT0BnPl_-zc?t=1164</w:t>
      </w:r>
    </w:p>
    <w:p>
      <w:r>
        <w:rPr>
          <w:i/>
        </w:rPr>
        <w:t>“Usne 130 countries ke scientists ko ek panel banaya”</w:t>
      </w:r>
    </w:p>
    <w:p>
      <w:r>
        <w:rPr>
          <w:sz w:val="20"/>
        </w:rPr>
        <w:t>19:24  us ne 130 countries ke scientist ko ek panel banaya, 130 mulkon ke scientist ka panel, aur dhai hazar scientist the, more than 2000 scientist.</w:t>
      </w:r>
      <w:r>
        <w:br/>
      </w:r>
      <w:r>
        <w:rPr>
          <w:sz w:val="20"/>
        </w:rPr>
        <w:t>19:44  to mor din, mor din 2000 scientist, international report ke log, aur 130 countries ke, aur kai baras tak unhon ne research ki, research ki, research ki, jis ka result aap ne dekha hoga ke kal media mein aaya hai,</w:t>
      </w:r>
      <w:r>
        <w:br/>
      </w:r>
      <w:r>
        <w:rPr>
          <w:sz w:val="20"/>
        </w:rPr>
        <w:t>20:05  aur woh bohat hi, yaani bohat hi mayous kun picture, bohat hi mayusi ka picture bataya hai unhon ne zameen ke baray mein.</w:t>
      </w:r>
      <w:r>
        <w:br/>
      </w:r>
      <w:r>
        <w:rPr>
          <w:sz w:val="20"/>
        </w:rPr>
        <w:t>20:17  zameen ke baray mein is mein dekhiye, yeh jo times of India kal ka jo issue hai, yaani kal ka matlab hai february third, february third ka jo times of India hai, is mein bohat si news isi ke baray mein hai jo report aayi hai in scientist ke is panel ki.</w:t>
      </w:r>
      <w:r>
        <w:br/>
      </w:r>
      <w:r>
        <w:rPr>
          <w:sz w:val="20"/>
        </w:rPr>
        <w:t>20:40  to is ki main unhon ne jo title banaya hai, is ka woh hai "warning, warning science", s i g n s, "warning ki nishaniyan".</w:t>
      </w:r>
      <w:r>
        <w:br/>
      </w:r>
      <w:r>
        <w:rPr>
          <w:sz w:val="20"/>
        </w:rPr>
        <w:t>20:55  to warning science mein is mein aata add karunga ke "warning signs of toms day" . is mein to jo hai "warning signs", s i g n s,</w:t>
      </w:r>
      <w:r>
        <w:br/>
      </w:r>
      <w:r>
        <w:rPr>
          <w:sz w:val="20"/>
        </w:rPr>
        <w:t>21:09  "warning ki nishaniyan" . to main ne izafa kar ke kahunga ke yeh hai "warning signs of toms day" . kyunke jo aaya hai, woh aap sab logon ne parha hoga, aur aur TV mein dekha hoga ke bohat hi dangerous situation ki taraf hum ja rahe hain, aur yeh bhi keh rahe hain ke "irreversible" hai.</w:t>
      </w:r>
      <w:r>
        <w:br/>
      </w:r>
      <w:r>
        <w:rPr>
          <w:sz w:val="20"/>
        </w:rPr>
        <w:t>21:29  woh ab hum lot nahi sakte peechay ki taraf, yaani pre industrial era mein yeh situation jo thi ke carbon dioxide ab double, is ke muqablay mein double hua ja raha hai hamare atmosphere mein.</w:t>
      </w:r>
      <w:r>
        <w:br/>
      </w:r>
      <w:r>
        <w:rPr>
          <w:sz w:val="20"/>
        </w:rPr>
        <w:t>21:46  pre industrial era mein jitna carbon dioxide hua karta tha atmosphere mein, to is ka double hua ja raha hai. sea level jo hai, 80 centimeter ooncha hone wala hai,</w:t>
      </w:r>
      <w:r>
        <w:br/>
      </w:r>
      <w:r>
        <w:rPr>
          <w:sz w:val="20"/>
        </w:rPr>
        <w:t>22:01  barh raha hai, barh raha hai, barh raha hai. ab bohat jald yeh hoga ke 80 centimeter sea level ooncha ho jayega. kitnay saray log doob jayenge?</w:t>
      </w:r>
      <w:r>
        <w:br/>
      </w:r>
      <w:r>
        <w:rPr>
          <w:sz w:val="20"/>
        </w:rPr>
        <w:t>22:11  yeh kya hai? yeh wahi to hai qayamat ke asar. to asar qayamat par bohat si kitaben hamare likhi gayi thi, aur bohat is mein riwayatein hain.</w:t>
      </w:r>
    </w:p>
    <w:p>
      <w:pPr>
        <w:pStyle w:val="Heading2"/>
      </w:pPr>
      <w:r>
        <w:t>Life journey, hadith, and travel analogy</w:t>
      </w:r>
    </w:p>
    <w:p>
      <w:r>
        <w:rPr>
          <w:color w:val="666666"/>
          <w:sz w:val="18"/>
        </w:rPr>
        <w:t>Preparation for Paradise March 9, 2019 · 1m 51s · at 0:48 · https://youtu.be/o03dZArw8W0?t=48</w:t>
      </w:r>
    </w:p>
    <w:p>
      <w:r>
        <w:rPr>
          <w:i/>
        </w:rPr>
        <w:t>“Zindagi kya hai?”</w:t>
      </w:r>
    </w:p>
    <w:p>
      <w:r>
        <w:rPr>
          <w:sz w:val="20"/>
        </w:rPr>
        <w:t>0:48  zindagi kya hai? zindagi jannat ka safar hai.</w:t>
      </w:r>
      <w:r>
        <w:br/>
      </w:r>
      <w:r>
        <w:rPr>
          <w:sz w:val="20"/>
        </w:rPr>
        <w:t>1:00  har insan jannat ka musafir hai.</w:t>
      </w:r>
      <w:r>
        <w:br/>
      </w:r>
      <w:r>
        <w:rPr>
          <w:sz w:val="20"/>
        </w:rPr>
        <w:t>1:09  is ke bare mein aik hadith, bohat hi maani khaiz hadith, aai hai. to woh hadith aap ke samne parhi jayegi, phir inshallah us ki sharah ki jayegi.</w:t>
      </w:r>
      <w:r>
        <w:br/>
      </w:r>
      <w:r>
        <w:rPr>
          <w:sz w:val="20"/>
        </w:rPr>
        <w:t>1:26  aap woh hadith parhiye aur us ka tarjuma kijiye.</w:t>
      </w:r>
      <w:r>
        <w:br/>
      </w:r>
      <w:r>
        <w:rPr>
          <w:sz w:val="20"/>
        </w:rPr>
        <w:t>1:33  an abi hurairah yaqul: qala rasul Allah sallallahu alayhi wa sallam: "man khafa adlaj wa man adlaj balagha al-manzilah, ala in salat Allah ghaliyah, ala in salat Allah al-jannah." sunan tirmidhi, hadith number 2450.</w:t>
      </w:r>
      <w:r>
        <w:br/>
      </w:r>
      <w:r>
        <w:rPr>
          <w:sz w:val="20"/>
        </w:rPr>
        <w:t>1:53  abu hurairah se riwayat hai, woh kehte hain ke maine rasul Allah sallallahu alayhi wa sallam ko kehte hue suna: "jo dara us ne raat ko safar shuru kiya, aur jis ne raat ko safar shuru kiya woh manzil par pahunch gaya." yaad rakho, beshak Allah ka saman qeemti hai,</w:t>
      </w:r>
      <w:r>
        <w:br/>
      </w:r>
      <w:r>
        <w:rPr>
          <w:sz w:val="20"/>
        </w:rPr>
        <w:t>2:14  aur beshak Allah ka saman jannat hai.</w:t>
      </w:r>
      <w:r>
        <w:br/>
      </w:r>
      <w:r>
        <w:rPr>
          <w:sz w:val="20"/>
        </w:rPr>
        <w:t>2:20  dekhiye,</w:t>
      </w:r>
      <w:r>
        <w:br/>
      </w:r>
      <w:r>
        <w:rPr>
          <w:sz w:val="20"/>
        </w:rPr>
        <w:t>2:26  safar har insan ke liye zindagi ka aik part hai. har insan safar karta hai.</w:t>
      </w:r>
    </w:p>
    <w:p>
      <w:pPr>
        <w:pStyle w:val="Heading2"/>
      </w:pPr>
      <w:r>
        <w:t>when the majority is wrong: join quietly or stay home, Ibn Umar's example</w:t>
      </w:r>
    </w:p>
    <w:p>
      <w:r>
        <w:rPr>
          <w:color w:val="666666"/>
          <w:sz w:val="18"/>
        </w:rPr>
        <w:t>Muslim Unity March 15, 2014 Maulana Wahiduddin Khan · 2m 11s · at 15:41 · https://youtu.be/CZHU5z3SEjc?t=941</w:t>
      </w:r>
    </w:p>
    <w:p>
      <w:r>
        <w:rPr>
          <w:i/>
        </w:rPr>
        <w:t>“Majority jo hai kisi issue par ikattha ho jaye to samjhein sahi nahi”</w:t>
      </w:r>
    </w:p>
    <w:p>
      <w:r>
        <w:rPr>
          <w:sz w:val="20"/>
        </w:rPr>
        <w:t>15:41  majority jo hai, aksariyat jo hai, kisi issue pe ikattha ho jaye toh aap samjhein ke yeh ikattha hona in ka sahih nahi hai.</w:t>
      </w:r>
      <w:r>
        <w:br/>
      </w:r>
      <w:r>
        <w:rPr>
          <w:sz w:val="20"/>
        </w:rPr>
        <w:t>15:52  aap alag jhanda uthayenge toh jhanda uthayenge, kya hoga? iftiraq paida hoga, takrao paida hoga, bahami yaani bahami nafratein paida hongi.</w:t>
      </w:r>
      <w:r>
        <w:br/>
      </w:r>
      <w:r>
        <w:rPr>
          <w:sz w:val="20"/>
        </w:rPr>
        <w:t>16:04  toh doosre hisse mein yeh bataya gaya hai ke agar kuch afraad samajhte hon ke yeh theek nahi toh un ko alag jhanda aur nahi uthana chahiye, khamosh hona chahiye.</w:t>
      </w:r>
      <w:r>
        <w:br/>
      </w:r>
      <w:r>
        <w:rPr>
          <w:sz w:val="20"/>
        </w:rPr>
        <w:t>16:15  khamosh apne gharon mein baithe hain, kya zaroorat hai ke koi maidan mein aa ke jhanda uthayein? woh</w:t>
      </w:r>
      <w:r>
        <w:br/>
      </w:r>
      <w:r>
        <w:rPr>
          <w:sz w:val="20"/>
        </w:rPr>
        <w:t>16:23  yaani aisi halat mein afraad ko ya toh</w:t>
      </w:r>
      <w:r>
        <w:br/>
      </w:r>
      <w:r>
        <w:rPr>
          <w:sz w:val="20"/>
        </w:rPr>
        <w:t>16:29  ya toh aksariyat ka saath dena chahiye, nahi toh ghar baithna chahiye. jaise Hazrat Abdullah, Hazrat Hazrat Abdullah Ibn Umar fitne ke zamane mein ghar mein baith gaye the,</w:t>
      </w:r>
      <w:r>
        <w:br/>
      </w:r>
      <w:r>
        <w:rPr>
          <w:sz w:val="20"/>
        </w:rPr>
        <w:t>16:44  woh shareek nahi hue</w:t>
      </w:r>
      <w:r>
        <w:br/>
      </w:r>
      <w:r>
        <w:rPr>
          <w:sz w:val="20"/>
        </w:rPr>
        <w:t>16:49  dusron ke saath, lekin woh jhanda bhi nahi uthaya, woh apne ghar mein baith gaye.</w:t>
      </w:r>
      <w:r>
        <w:br/>
      </w:r>
      <w:r>
        <w:rPr>
          <w:sz w:val="20"/>
        </w:rPr>
        <w:t>16:57  toh agar aap dekhein ke bari tadaad logon ki aisi hai jo kisi ek taraf, kisi ek issue par mutahid ho gayi hai, aur aap ke khayal khayal se woh issue sahi nahi hai,</w:t>
      </w:r>
      <w:r>
        <w:br/>
      </w:r>
      <w:r>
        <w:rPr>
          <w:sz w:val="20"/>
        </w:rPr>
        <w:t>17:13  toh aap ke liye do mein se ek ka option hai: ya toh is mein shareek ho jayen, active role aap ka na ho, bas sirf shirkat kar lein taake fasad na, ikhtilaf na badhe.</w:t>
      </w:r>
      <w:r>
        <w:br/>
      </w:r>
      <w:r>
        <w:rPr>
          <w:sz w:val="20"/>
        </w:rPr>
        <w:t>17:31  yaani ikhtilaf ko na badhane ke liye shareek ho jayen, lekin active na hon, active na hon.</w:t>
      </w:r>
      <w:r>
        <w:br/>
      </w:r>
      <w:r>
        <w:rPr>
          <w:sz w:val="20"/>
        </w:rPr>
        <w:t>17:42  aur doosra option yeh hai ke aap ghar mein baithen,</w:t>
      </w:r>
      <w:r>
        <w:br/>
      </w:r>
      <w:r>
        <w:rPr>
          <w:sz w:val="20"/>
        </w:rPr>
        <w:t>17:48  bahar niklein hi nahi.</w:t>
      </w:r>
    </w:p>
    <w:p>
      <w:pPr>
        <w:pStyle w:val="Heading2"/>
      </w:pPr>
      <w:r>
        <w:t>What sanad and matn mean, explained via a famous hadith</w:t>
      </w:r>
    </w:p>
    <w:p>
      <w:r>
        <w:rPr>
          <w:color w:val="666666"/>
          <w:sz w:val="18"/>
        </w:rPr>
        <w:t>The Living Tradition: Why Hadith Matters in Islam?</w:t>
        <w:br/>
        <w:t>December 8, 2024 · 1m 10s · at 8:05 · https://youtu.be/2w9-vnnJBeY?t=485</w:t>
      </w:r>
    </w:p>
    <w:p>
      <w:r>
        <w:rPr>
          <w:i/>
        </w:rPr>
        <w:t>“Every hadith we receive has two parts”</w:t>
      </w:r>
    </w:p>
    <w:p>
      <w:r>
        <w:rPr>
          <w:sz w:val="20"/>
        </w:rPr>
        <w:t>8:05  kyunke hadith jab hamare paas aati hai to iske do part hote hain.</w:t>
      </w:r>
      <w:r>
        <w:br/>
      </w:r>
      <w:r>
        <w:rPr>
          <w:sz w:val="20"/>
        </w:rPr>
        <w:t>8:10  ek sanad hoti hai ke kis ne kis se suna. misaal ke taur par tabi'i ne sahaba se suna aur sahaba ne rasool allah salallahu alaihi wasallam se suna.</w:t>
      </w:r>
      <w:r>
        <w:br/>
      </w:r>
      <w:r>
        <w:rPr>
          <w:sz w:val="20"/>
        </w:rPr>
        <w:t>8:22  to yeh jo hai yeh chain hai aur is ka jo content hai, matan hai woh woh jo hai us ko matan kehte hain.</w:t>
      </w:r>
      <w:r>
        <w:br/>
      </w:r>
      <w:r>
        <w:rPr>
          <w:sz w:val="20"/>
        </w:rPr>
        <w:t>8:32  hadees jo hai is ke do hisse ho gaye: aik sanad aur aik matan.</w:t>
      </w:r>
      <w:r>
        <w:br/>
      </w:r>
      <w:r>
        <w:rPr>
          <w:sz w:val="20"/>
        </w:rPr>
        <w:t>8:37  to jaise ab aap lijiye ke aik bohat hi mashhoor hadees hai aur imam bukhari ne apni kitaab mein sahih bukhari mein sab se pehli hadees isi ko shamil kiya hai: "inma al aamaalu binniyat".</w:t>
      </w:r>
      <w:r>
        <w:br/>
      </w:r>
      <w:r>
        <w:rPr>
          <w:sz w:val="20"/>
        </w:rPr>
        <w:t>8:51  to yeh jo hai yeh matan hai aur kis ne kis se suna, yeh poora jo hai chain, poora sanad, yeh us ko sanad kehte hain.</w:t>
      </w:r>
      <w:r>
        <w:br/>
      </w:r>
      <w:r>
        <w:rPr>
          <w:sz w:val="20"/>
        </w:rPr>
        <w:t>9:00  poora chain ke kahan se kis kis ne kis se suna.</w:t>
      </w:r>
      <w:r>
        <w:br/>
      </w:r>
      <w:r>
        <w:rPr>
          <w:sz w:val="20"/>
        </w:rPr>
        <w:t>9:04  to yeh bohat ziyada important hota hai ke woh jis se hum ne suna hai woh jo hai woh reliable narrator hai ke nahi reliable hai.</w:t>
      </w:r>
    </w:p>
    <w:p>
      <w:pPr>
        <w:pStyle w:val="Heading2"/>
      </w:pPr>
      <w:r>
        <w:t>Why names are given symbolically in animal sacrifice</w:t>
      </w:r>
    </w:p>
    <w:p>
      <w:r>
        <w:rPr>
          <w:color w:val="666666"/>
          <w:sz w:val="18"/>
        </w:rPr>
        <w:t>CPS Women Monthly Q and A with Prof. Farida Khanam and Maulana Farhad Ahmed Umeri July 30, 2023 · 2m 22s · at 17:46 · https://youtu.be/zKtfjSCnoAE?t=1066</w:t>
      </w:r>
    </w:p>
    <w:p>
      <w:r>
        <w:rPr>
          <w:i/>
        </w:rPr>
        <w:t>“Kurbani mein ghar walon ka naam kyun diya jata hai?”</w:t>
      </w:r>
    </w:p>
    <w:p>
      <w:r>
        <w:rPr>
          <w:sz w:val="20"/>
        </w:rPr>
        <w:t>17:46  nahi, qurbani to ab jo hoti hai woh alag hi naam pata hai lekin ghar gaay mein saat</w:t>
      </w:r>
      <w:r>
        <w:br/>
      </w:r>
      <w:r>
        <w:rPr>
          <w:sz w:val="20"/>
        </w:rPr>
        <w:t>17:51  naam diya jata hai, bakra mein ek naam diya jata hai yeh kya masla hai?</w:t>
      </w:r>
      <w:r>
        <w:br/>
      </w:r>
      <w:r>
        <w:rPr>
          <w:sz w:val="20"/>
        </w:rPr>
        <w:t>17:57  yahi question hai.</w:t>
      </w:r>
      <w:r>
        <w:br/>
      </w:r>
      <w:r>
        <w:rPr>
          <w:sz w:val="20"/>
        </w:rPr>
        <w:t>18:02  ghar walon ka naam diya jata hai qurbani mein.</w:t>
      </w:r>
      <w:r>
        <w:br/>
      </w:r>
      <w:r>
        <w:rPr>
          <w:sz w:val="20"/>
        </w:rPr>
        <w:t>18:08  यह तुम्हारे साथ पता है क्योंकि Ok ok sharan pravis we have got your question.</w:t>
      </w:r>
      <w:r>
        <w:br/>
      </w:r>
      <w:r>
        <w:rPr>
          <w:sz w:val="20"/>
        </w:rPr>
        <w:t>18:14  Let her reply to your question.</w:t>
      </w:r>
      <w:r>
        <w:br/>
      </w:r>
      <w:r>
        <w:rPr>
          <w:sz w:val="20"/>
        </w:rPr>
        <w:t>18:19  Kindly mute yourself please.</w:t>
      </w:r>
      <w:r>
        <w:br/>
      </w:r>
      <w:r>
        <w:rPr>
          <w:sz w:val="20"/>
        </w:rPr>
        <w:t>18:25  Let for her sab reply to her question.</w:t>
      </w:r>
      <w:r>
        <w:br/>
      </w:r>
      <w:r>
        <w:rPr>
          <w:sz w:val="20"/>
        </w:rPr>
        <w:t>18:31  aur woh jo hai ke bakhar qurbaani jo hai hamari apni qurbaani hai. toh naam toh diya jayega na woh toh symbolic hai. bakra ya koi bhi doosra jaanwar symbolic hai.</w:t>
      </w:r>
      <w:r>
        <w:br/>
      </w:r>
      <w:r>
        <w:rPr>
          <w:sz w:val="20"/>
        </w:rPr>
        <w:t>18:44  to hamari apni qurbani hai to hum apna naam hi nahi lenge to kaise qurbani upnegi woh ab</w:t>
      </w:r>
      <w:r>
        <w:br/>
      </w:r>
      <w:r>
        <w:rPr>
          <w:sz w:val="20"/>
        </w:rPr>
        <w:t>18:50  hum log in baaton ko clear tarike se samajhte nahi hai isliye ki maurana ne bar bar likha</w:t>
      </w:r>
      <w:r>
        <w:br/>
      </w:r>
      <w:r>
        <w:rPr>
          <w:sz w:val="20"/>
        </w:rPr>
        <w:t>18:57  hai hazrat ibrahim alaih salam ne jo qurbani hazrat ismail ki de rahe the to woh hazrat ismail</w:t>
      </w:r>
      <w:r>
        <w:br/>
      </w:r>
      <w:r>
        <w:rPr>
          <w:sz w:val="20"/>
        </w:rPr>
        <w:t>19:04  ki qurbani isliye aasthi thi ki wahan par shuhra mein zindagi guzarna poori zindagi guzarna wahan par wahan</w:t>
      </w:r>
      <w:r>
        <w:br/>
      </w:r>
      <w:r>
        <w:rPr>
          <w:sz w:val="20"/>
        </w:rPr>
        <w:t>19:11  par koi koi sahoolaten nahi thi wahan par to woh qurbani thi us din ke liye qurbani ek</w:t>
      </w:r>
      <w:r>
        <w:br/>
      </w:r>
      <w:r>
        <w:rPr>
          <w:sz w:val="20"/>
        </w:rPr>
        <w:t>19:18  nasl banane ke liye qurbani asal qurbani woh hai woh woh to symbolic hai yeh hum bakra zaba</w:t>
      </w:r>
      <w:r>
        <w:br/>
      </w:r>
      <w:r>
        <w:rPr>
          <w:sz w:val="20"/>
        </w:rPr>
        <w:t>19:25  karte hain ya harz karte hain to yeh hum batate hain ki hum isi tarike se allah taala</w:t>
      </w:r>
      <w:r>
        <w:br/>
      </w:r>
      <w:r>
        <w:rPr>
          <w:sz w:val="20"/>
        </w:rPr>
        <w:t>19:32  ke liye hum apne aap ko qurman kar denge jaise hazrat ibrahim aur hazrat ismail ne kiya to yeh hai.</w:t>
      </w:r>
      <w:r>
        <w:br/>
      </w:r>
      <w:r>
        <w:rPr>
          <w:sz w:val="20"/>
        </w:rPr>
        <w:t>19:39  log usko asal samajh lete hain na isliye baat samajh mein nahi aati hai. clear hai question? is that clear? apa i would like to ask the same question regarding this. i have often heard people saying baap dada ke naam par karo, iske naam par karo. sir, peer parmaron ke naam par bhi qurbaani hoti hai. yeh mujhe baat samajh mein nahi aati hai ki yeh kya concept hai?</w:t>
      </w:r>
      <w:r>
        <w:br/>
      </w:r>
      <w:r>
        <w:rPr>
          <w:sz w:val="20"/>
        </w:rPr>
        <w:t>20:08  jaise ki aapne abhi bataya ki qurbaani apni zindagi ki hai aur taqwa aur parhezgari ki hai. apni zindagi mein humein instill karna hai. toh yeh how is this related to giving the qurbaani in the name of the prophets and wali and this things people do? sab toh hai nahi islam mein. dekhiye islam mein yeh sab cheezein nahi hain.</w:t>
      </w:r>
    </w:p>
    <w:p>
      <w:pPr>
        <w:pStyle w:val="Heading2"/>
      </w:pPr>
      <w:r>
        <w:t>Political interpretation causes problems</w:t>
      </w:r>
    </w:p>
    <w:p>
      <w:r>
        <w:rPr>
          <w:color w:val="666666"/>
          <w:sz w:val="18"/>
        </w:rPr>
        <w:t>Non Complaining Attitude Feb 23, 2019 · 1m 14s · at 18:46 · https://youtu.be/W_UN5PdpeR8?t=1126</w:t>
      </w:r>
    </w:p>
    <w:p>
      <w:r>
        <w:rPr>
          <w:i/>
        </w:rPr>
        <w:t>“Sara fasad jo hai, woh hai political interpretation of Islam ka.”</w:t>
      </w:r>
    </w:p>
    <w:p>
      <w:r>
        <w:rPr>
          <w:sz w:val="20"/>
        </w:rPr>
        <w:t>18:46  ke sara fasad jo hai, woh hai political interpretation of islam ka.</w:t>
      </w:r>
      <w:r>
        <w:br/>
      </w:r>
      <w:r>
        <w:rPr>
          <w:sz w:val="20"/>
        </w:rPr>
        <w:t>18:57  main samajhta hoon ke sara zehan jo bigadta hai, negative musalman ho gaye hain, negative.</w:t>
      </w:r>
      <w:r>
        <w:br/>
      </w:r>
      <w:r>
        <w:rPr>
          <w:sz w:val="20"/>
        </w:rPr>
        <w:t>19:07  to is ki wajah yeh hai ke is zamane mein</w:t>
      </w:r>
      <w:r>
        <w:br/>
      </w:r>
      <w:r>
        <w:rPr>
          <w:sz w:val="20"/>
        </w:rPr>
        <w:t>19:15  political interpretation of islam ko logon ne phala rakha hai, isi ko jante hain woh.</w:t>
      </w:r>
      <w:r>
        <w:br/>
      </w:r>
      <w:r>
        <w:rPr>
          <w:sz w:val="20"/>
        </w:rPr>
        <w:t>19:25  agar woh janen ke islam ek dawat hai, ek mission hai,</w:t>
      </w:r>
      <w:r>
        <w:br/>
      </w:r>
      <w:r>
        <w:rPr>
          <w:sz w:val="20"/>
        </w:rPr>
        <w:t>19:33  islam ek khudai mission hai, to woh janenge ke yeh to rukne wale hain hi nahin, yeh to sailab hai.</w:t>
      </w:r>
      <w:r>
        <w:br/>
      </w:r>
      <w:r>
        <w:rPr>
          <w:sz w:val="20"/>
        </w:rPr>
        <w:t>19:46  as a mission, islam ek sailab hai, woh Allah ne muqaddar kar liya hai ke yeh badhta hi rahe, badhta hi rahe, badhta hi rahe.</w:t>
      </w:r>
    </w:p>
    <w:p>
      <w:pPr>
        <w:pStyle w:val="Heading2"/>
      </w:pPr>
      <w:r>
        <w:t>Gratitude and not raising separate flag</w:t>
      </w:r>
    </w:p>
    <w:p>
      <w:r>
        <w:rPr>
          <w:color w:val="666666"/>
          <w:sz w:val="18"/>
        </w:rPr>
        <w:t>The Importance of Unity March 15, 2014 · 2m 15s · at 13:49 · https://youtu.be/-xS-eK4zw-k?t=829</w:t>
      </w:r>
    </w:p>
    <w:p>
      <w:r>
        <w:rPr>
          <w:i/>
        </w:rPr>
        <w:t>“Is hadees mein bohot zabardast formula bata diya gaya”</w:t>
      </w:r>
    </w:p>
    <w:p>
      <w:r>
        <w:rPr>
          <w:sz w:val="20"/>
        </w:rPr>
        <w:t>13:49  aur yeh bohat hi zyada aham hadayat hai, bohat zyada aham hadith hai. is mein bohat zabardast formula bata diya gaya۔</w:t>
      </w:r>
      <w:r>
        <w:br/>
      </w:r>
      <w:r>
        <w:rPr>
          <w:sz w:val="20"/>
        </w:rPr>
        <w:t>14:03  bohat zabardast formula. ke mislan pehle hisse ko leejie aap. logon mein bigaad aa gaya hai. aksar log shikayatein karte hain. arey bhai yeh bigaad hai, woh bigaad hai۔</w:t>
      </w:r>
      <w:r>
        <w:br/>
      </w:r>
      <w:r>
        <w:rPr>
          <w:sz w:val="20"/>
        </w:rPr>
        <w:t>14:13  to sawal shikayatein kyun karte ho? is par shukr ada karo ke Quran o Sunnat mehfooz hain aur hum is position mein hain ke Quran o Sunnat aur hadith deen-e-saheeh ko akhaz kar saken۔</w:t>
      </w:r>
      <w:r>
        <w:br/>
      </w:r>
      <w:r>
        <w:rPr>
          <w:sz w:val="20"/>
        </w:rPr>
        <w:t>14:26  aksar log yahi kehte hain, bohat bigaad hai, bohat ummat mein fasaad hai, yeh hai, woh hai۔</w:t>
      </w:r>
      <w:r>
        <w:br/>
      </w:r>
      <w:r>
        <w:rPr>
          <w:sz w:val="20"/>
        </w:rPr>
        <w:t>14:35  to is se kya maani hoga? aap apne andar negative nafsiyat ko janam de rahe hain. apne andar negative thinking ko develop kar rahe hain۔</w:t>
      </w:r>
      <w:r>
        <w:br/>
      </w:r>
      <w:r>
        <w:rPr>
          <w:sz w:val="20"/>
        </w:rPr>
        <w:t>14:48  yeh tareeqa galat hai. aap se shukr khatm ho jata hai۔</w:t>
      </w:r>
      <w:r>
        <w:br/>
      </w:r>
      <w:r>
        <w:rPr>
          <w:sz w:val="20"/>
        </w:rPr>
        <w:t>14:55  bilfarz agar barhe peymane par ummat mein bigaad aa gaya ho to aap ko shukr karna chahiye ke chahe amalan bigaad aa gaya ho lekin mein zaati taur par abhi bhi mujhe yeh ne'mat haasil hai ke Quran ko parhoon, Sunnat-e-Rasool ko parhoon aur is se mein sachche deen ko haasil karoon۔</w:t>
      </w:r>
      <w:r>
        <w:br/>
      </w:r>
      <w:r>
        <w:rPr>
          <w:sz w:val="20"/>
        </w:rPr>
        <w:t>15:19  to ajeeb ne'mat hai yeh۔</w:t>
      </w:r>
      <w:r>
        <w:br/>
      </w:r>
      <w:r>
        <w:rPr>
          <w:sz w:val="20"/>
        </w:rPr>
        <w:t>15:25  isi tareeqe se agar</w:t>
      </w:r>
      <w:r>
        <w:br/>
      </w:r>
      <w:r>
        <w:rPr>
          <w:sz w:val="20"/>
        </w:rPr>
        <w:t>15:30  majority jo hai, aksariyat jo hai, kisi issue par ikattha ho jaye to aap samjhein ke yeh ikattha hona unka sahi nahi hai۔</w:t>
      </w:r>
      <w:r>
        <w:br/>
      </w:r>
      <w:r>
        <w:rPr>
          <w:sz w:val="20"/>
        </w:rPr>
        <w:t>15:41  aap alag jhanda uthayenge to jhanda uthayenge, kya hoga? ikhtilaf paida hoga, takrao paida hoga, bahami, yani bahami nafratein paida hongi۔</w:t>
      </w:r>
      <w:r>
        <w:br/>
      </w:r>
      <w:r>
        <w:rPr>
          <w:sz w:val="20"/>
        </w:rPr>
        <w:t>15:53  to doosre hisse mein yeh bataya gaya hai ke agar kuch afraad samajhte hon ke yeh theek nahi hai to unko alag jhanda nahi uthana chahiye. khamosh hona chahiye۔</w:t>
      </w:r>
    </w:p>
    <w:p>
      <w:pPr>
        <w:pStyle w:val="Heading2"/>
      </w:pPr>
      <w:r>
        <w:t>Arabic hadith and Maulana's commentary</w:t>
      </w:r>
    </w:p>
    <w:p>
      <w:r>
        <w:rPr>
          <w:color w:val="666666"/>
          <w:sz w:val="18"/>
        </w:rPr>
        <w:t>Why God gives Shocks to a Person September 22, 2018 · 2m 12s · at 0:59 · https://youtu.be/dG3v31RusHo?t=59</w:t>
      </w:r>
    </w:p>
    <w:p>
      <w:r>
        <w:rPr>
          <w:i/>
        </w:rPr>
        <w:t>“An Abdullah ibn Mughaffal qala: qala rajulun lil-Nabi sallallahu alayhi wa sallam:”</w:t>
      </w:r>
    </w:p>
    <w:p>
      <w:r>
        <w:rPr>
          <w:sz w:val="20"/>
        </w:rPr>
        <w:t>0:59  an Abdullah ibn Mughaffal qala: qala rajulun li-n-nabiyyi sallallahu 'alayhi wa sallam:</w:t>
      </w:r>
      <w:r>
        <w:br/>
      </w:r>
      <w:r>
        <w:rPr>
          <w:sz w:val="20"/>
        </w:rPr>
        <w:t>1:07  "ya rasool Allah, wallah inni lahubbuk." kaha us se: "dekho tum kya keh rahe ho." kaha: "wallah inni lahubbuk" teen martaba.</w:t>
      </w:r>
      <w:r>
        <w:br/>
      </w:r>
      <w:r>
        <w:rPr>
          <w:sz w:val="20"/>
        </w:rPr>
        <w:t>1:19  kaha: "agar tum mujh se muhabbat karte ho to tayyari kar lo bohat sakht faqir ki, kyun ke faqr us se ziyada tezi se utarta hai jaisa ke sailab dhalwan ki taraf utarta hai." sunan tirmazi hadith number 2350.</w:t>
      </w:r>
      <w:r>
        <w:br/>
      </w:r>
      <w:r>
        <w:rPr>
          <w:sz w:val="20"/>
        </w:rPr>
        <w:t>1:35  abdullah bin mughaffal se riwayat hai ke ek aadmi ne nabi sallallahu alaihi wasallam se kaha: "ae Allah ke rasool,</w:t>
      </w:r>
      <w:r>
        <w:br/>
      </w:r>
      <w:r>
        <w:rPr>
          <w:sz w:val="20"/>
        </w:rPr>
        <w:t>1:42  Allah ki qasam, main aap se muhabbat karta hoon." aap ne un se kaha: "soch lo tum kya keh rahe ho." us ne kaha: "Allah ki qasam, main aap se muhabbat karta hoon." aisa us ne teen martaba kaha.</w:t>
      </w:r>
      <w:r>
        <w:br/>
      </w:r>
      <w:r>
        <w:rPr>
          <w:sz w:val="20"/>
        </w:rPr>
        <w:t>1:59  aap ne kaha: "agar tum mujh se muhabbat karte ho to tayyari kar lo bohat hi sakht qism ke faqr ke liye, kyun ke jo mujh se muhabbat kare us ki taraf faqr us se bhi ziyada tezi se utarta hai jaisa ke sailab dhalwan ki taraf utarta hai."</w:t>
      </w:r>
      <w:r>
        <w:br/>
      </w:r>
      <w:r>
        <w:rPr>
          <w:sz w:val="20"/>
        </w:rPr>
        <w:t>2:16  dekhiye, yeh yeh jo rasool, yeh jo hadith hai, is mein kehne wala yeh kehta hai ke "main aap se muhabbat karta hoon." is ka matlab kis ka kya hai?</w:t>
      </w:r>
      <w:r>
        <w:br/>
      </w:r>
      <w:r>
        <w:rPr>
          <w:sz w:val="20"/>
        </w:rPr>
        <w:t>2:37  yeh koi love affair ki baat nahi hai.</w:t>
      </w:r>
      <w:r>
        <w:br/>
      </w:r>
      <w:r>
        <w:rPr>
          <w:sz w:val="20"/>
        </w:rPr>
        <w:t>2:41  is ka matlab hai ke "main aap ke rastay par chalna chahta hoon</w:t>
      </w:r>
    </w:p>
    <w:p>
      <w:pPr>
        <w:pStyle w:val="Heading2"/>
      </w:pPr>
      <w:r>
        <w:t>Companions' story: blind loyalty that builds a team</w:t>
      </w:r>
    </w:p>
    <w:p>
      <w:r>
        <w:rPr>
          <w:color w:val="666666"/>
          <w:sz w:val="18"/>
        </w:rPr>
        <w:t>Dajjal and Dajjalism July 26, 2009 · 3m 12s · at 1:03:15 · https://youtu.be/CxQTfG01O_s?t=3795</w:t>
      </w:r>
    </w:p>
    <w:p>
      <w:r>
        <w:rPr>
          <w:i/>
        </w:rPr>
        <w:t>“Main aapko ek qissa sunata hoon.”</w:t>
      </w:r>
    </w:p>
    <w:p>
      <w:r>
        <w:rPr>
          <w:sz w:val="20"/>
        </w:rPr>
        <w:t>1:03:15  mujhe bohat hi dukh hua . main ne kaha blind follow karna parta hai? kaisi baat kar rahe hain aap ? tabhi to team banti hai, tabhi team bikhar jati hai ke jab aap yeh kahein ke mujhe main blind follow nahin karunga.</w:t>
      </w:r>
      <w:r>
        <w:br/>
      </w:r>
      <w:r>
        <w:rPr>
          <w:sz w:val="20"/>
        </w:rPr>
        <w:t>1:03:33  main ne inse kaha ke blind hi follow karna parta hai, tab team banti hai.</w:t>
      </w:r>
      <w:r>
        <w:br/>
      </w:r>
      <w:r>
        <w:rPr>
          <w:sz w:val="20"/>
        </w:rPr>
        <w:t>1:03:39  main aapko ek qissa batata hoon ke rasool Allah ne ek apne zamanay mein ek ek dasta bhi bhejha to dasta mein pehla jo do hissay karke bhejhe thay, aap ne sab se pehle gaye Abdullah bin Al-Aas,</w:t>
      </w:r>
      <w:r>
        <w:br/>
      </w:r>
      <w:r>
        <w:rPr>
          <w:sz w:val="20"/>
        </w:rPr>
        <w:t>1:03:56  aage chal diye. woh to aage ja ke padao dala, unhon ne unki madad ke liye phir doosra dasta bhejha. aap ne to woh Abu Ubaidah bin Al-Jarrah uske ameer</w:t>
      </w:r>
      <w:r>
        <w:br/>
      </w:r>
      <w:r>
        <w:rPr>
          <w:sz w:val="20"/>
        </w:rPr>
        <w:t>1:04:07  the, is pehle daste ke ameer thay Abdullah bin Al-Aas aur doosre ke ameer thay Abu Ubaidah. jaate hue rasool Allah ne keh diya tha unse ke dekho, jab tum ne milna , yaani Abu Ubaidah se kaha ke ab ab Abdullah bin Al-Aas se jab milna, tum fata wala takhtalifa to tum mil kar kaam karna,</w:t>
      </w:r>
      <w:r>
        <w:br/>
      </w:r>
      <w:r>
        <w:rPr>
          <w:sz w:val="20"/>
        </w:rPr>
        <w:t>1:04:30  difference le kar ke mat alag ho jana.</w:t>
      </w:r>
      <w:r>
        <w:br/>
      </w:r>
      <w:r>
        <w:rPr>
          <w:sz w:val="20"/>
        </w:rPr>
        <w:t>1:04:35  to wahan jab pahunche to namaz ka waqt ho gaya tha, namaz parhna tha. is zamanay mein imamat jo thi namaz ki, woh sardari ke maani hua karti thi. jo imamat kare, woh hi sardar hai.</w:t>
      </w:r>
      <w:r>
        <w:br/>
      </w:r>
      <w:r>
        <w:rPr>
          <w:sz w:val="20"/>
        </w:rPr>
        <w:t>1:04:47  to Abdullah bin Al-Aas sar kharay hue imamat ke liye to doosra tabqa tha, unhon ne kaha ke nahin, Abul Jarrah imamat karenge, kyunke woh senior thay, woh Abu Ubaidah senior thay.</w:t>
      </w:r>
      <w:r>
        <w:br/>
      </w:r>
      <w:r>
        <w:rPr>
          <w:sz w:val="20"/>
        </w:rPr>
        <w:t>1:05:00  to</w:t>
      </w:r>
      <w:r>
        <w:br/>
      </w:r>
      <w:r>
        <w:rPr>
          <w:sz w:val="20"/>
        </w:rPr>
        <w:t>1:05:01  Abdullah bin Al-Aas ne kaha ke nahin, pehle main bheja gaya hoon, main hi asal hoon, yeh meri madad ko bheje gaye hain. to unhon ne yeh sawal utha diya.</w:t>
      </w:r>
      <w:r>
        <w:br/>
      </w:r>
      <w:r>
        <w:rPr>
          <w:sz w:val="20"/>
        </w:rPr>
        <w:t>1:05:12  to Abu Ubaidah ne kya kaha? yaad rakhiye,</w:t>
      </w:r>
      <w:r>
        <w:br/>
      </w:r>
      <w:r>
        <w:rPr>
          <w:sz w:val="20"/>
        </w:rPr>
        <w:t>1:05:17  unhon ne kaha ke rasool Allah ne sab farmaya tha, sab tum milo , fata wala takhtalifa to takhtalaf mein mat parna, mil jul kar kaam karna.</w:t>
      </w:r>
      <w:r>
        <w:br/>
      </w:r>
      <w:r>
        <w:rPr>
          <w:sz w:val="20"/>
        </w:rPr>
        <w:t>1:05:29  tumhone farmaya ke wallah,</w:t>
      </w:r>
      <w:r>
        <w:br/>
      </w:r>
      <w:r>
        <w:rPr>
          <w:sz w:val="20"/>
        </w:rPr>
        <w:t>1:05:38  len la ka, wallah, len la ka, yani khuda ke sath meri baat na chale, tab bhi main jara rahunga. kaisi anokhi baat hai yeh!</w:t>
      </w:r>
      <w:r>
        <w:br/>
      </w:r>
      <w:r>
        <w:rPr>
          <w:sz w:val="20"/>
        </w:rPr>
        <w:t>1:05:47  abu ubaidah ibn al jarrah bahut sineer sahabi hain, bahut taap ke sahabi hain, unka darja bahut bada mana jata hai. unhone kaha wallah,</w:t>
      </w:r>
      <w:r>
        <w:br/>
      </w:r>
      <w:r>
        <w:rPr>
          <w:sz w:val="20"/>
        </w:rPr>
        <w:t>1:05:57  iska matlab yeh ho ke khuda ki qasam, agar tum, agar meri baat na chale, tab bhi main jara rahunga team ke saath. yeh main aap se kehta hoon, isko speed, is sahaba speed yeh hai.</w:t>
      </w:r>
      <w:r>
        <w:br/>
      </w:r>
      <w:r>
        <w:rPr>
          <w:sz w:val="20"/>
        </w:rPr>
        <w:t>1:06:11  is sahaba speed ko pakdiye, koi difference aaye to kahin difference bhag na jaye. hamein to team ke saath jara rehna hai,</w:t>
      </w:r>
    </w:p>
    <w:p>
      <w:pPr>
        <w:pStyle w:val="Heading2"/>
      </w:pPr>
      <w:r>
        <w:t>political interpretation of Islam behind today's conflicts</w:t>
      </w:r>
    </w:p>
    <w:p>
      <w:r>
        <w:rPr>
          <w:color w:val="666666"/>
          <w:sz w:val="18"/>
        </w:rPr>
        <w:t>History of Islamic Learning May 14, 2006 Part 2 · 2m 20s · at 36:26 · https://youtu.be/snrt_NRyjLI?t=2186</w:t>
      </w:r>
    </w:p>
    <w:p>
      <w:r>
        <w:rPr>
          <w:i/>
        </w:rPr>
        <w:t>“اسلام کا پولیٹیکل انٹرپریٹیشن دیا گیا — اسی وجہ سے ہر جگہ لڑائی ہے”</w:t>
      </w:r>
    </w:p>
    <w:p>
      <w:r>
        <w:rPr>
          <w:sz w:val="20"/>
        </w:rPr>
        <w:t>36:26  isi tarah se is zamanay mein dekhiye, aap islam ke ka political interpretation diya gaya. isi ka nateeja hai ke har jagah larai chhi hui hai.</w:t>
      </w:r>
      <w:r>
        <w:br/>
      </w:r>
      <w:r>
        <w:rPr>
          <w:sz w:val="20"/>
        </w:rPr>
        <w:t>36:35  muslim mulkon mein kya hai ke parties jo hain, woh wahan ke rulers se lad rahi hain. har muslim mulk mein jo muslim wahan par ruling hesiyat mein hain, un se larai chhi hui hai.</w:t>
      </w:r>
      <w:r>
        <w:br/>
      </w:r>
      <w:r>
        <w:rPr>
          <w:sz w:val="20"/>
        </w:rPr>
        <w:t>36:48  jamaaton ki, so called islami jamaaton ki, yeh kyun hai? yeh wrong interpretation diya gaya hai islam ka, jis ko mein kehta hoon political interpretation.</w:t>
      </w:r>
      <w:r>
        <w:br/>
      </w:r>
      <w:r>
        <w:rPr>
          <w:sz w:val="20"/>
        </w:rPr>
        <w:t>36:58  yani yeh bataya gaya hai ke islam aik political system hai aur islam ko chahiye ke woh rule kare.</w:t>
      </w:r>
      <w:r>
        <w:br/>
      </w:r>
      <w:r>
        <w:rPr>
          <w:sz w:val="20"/>
        </w:rPr>
        <w:t>37:04  to ab in ko dekhte hain ke yeh to secular log hain, to in ko kehte hain ke woh hatao, in ko in seat karo aur islam ko lao wahan par, jaisa ke afghanistan mein hua, pakistan mein, har muslim mulk mein hi ho raha hai.</w:t>
      </w:r>
      <w:r>
        <w:br/>
      </w:r>
      <w:r>
        <w:rPr>
          <w:sz w:val="20"/>
        </w:rPr>
        <w:t>37:15  yeh wrong interpretation hai. islam political system nahi hai, islam spiritual system hai. islam yeh hai ke aap khuda se daren, aap khuda ko discover karein, aap paradise ke hareese banein, khuda ka jo kaise plan hai, us ko jaanein, us ke mutabiq apne andar tabdeeli laayein,</w:t>
      </w:r>
      <w:r>
        <w:br/>
      </w:r>
      <w:r>
        <w:rPr>
          <w:sz w:val="20"/>
        </w:rPr>
        <w:t>37:34  khuda ke bande bankar duniya mein rahein, jis mein modesty ho, jis mein woh qualities hon jo batai gayi hain quran o hadees mein.</w:t>
      </w:r>
      <w:r>
        <w:br/>
      </w:r>
      <w:r>
        <w:rPr>
          <w:sz w:val="20"/>
        </w:rPr>
        <w:t>37:45  to political interpretation bhi aik wrong interpretation hai islam ka, jis ki wajah se aaj kal har jagah laraiyan chhi hui hain.</w:t>
      </w:r>
      <w:r>
        <w:br/>
      </w:r>
      <w:r>
        <w:rPr>
          <w:sz w:val="20"/>
        </w:rPr>
        <w:t>37:53  is tarah se jo in teen discipline ko chhod kar, jo mein ne pehle arz kiya, jitnay bhi discipline doosray hain, sab shikar hue hain wrong interpretation ka.</w:t>
      </w:r>
      <w:r>
        <w:br/>
      </w:r>
      <w:r>
        <w:rPr>
          <w:sz w:val="20"/>
        </w:rPr>
        <w:t>38:05  to baad ke scholars ka yeh bohat bara kaam hai ke woh re-write karein aur islam ki true picture ko numayan karein, warna yeh jo shakal ban gayi hai ke islam doosray mazhabon jaisa ban gaya hai,</w:t>
      </w:r>
      <w:r>
        <w:br/>
      </w:r>
      <w:r>
        <w:rPr>
          <w:sz w:val="20"/>
        </w:rPr>
        <w:t>38:17  doosray mazhab bane hain text mein milawat ki wajah se, yahan par kya hua? galat interpretation ki wajah se. to yeh hai kaam jo karna hai hum sab logon ko, aur Allah taala hum sab ko tofeeq de ke hum yeh sab kaam karein, aur Allah taala ke deen par jo ghubar aa gaya hai galat interpretation ka, us ghubar ko hatayein, islam ka jo sacha face hai, woh logon ke samnay aa sake.</w:t>
      </w:r>
    </w:p>
    <w:p>
      <w:pPr>
        <w:pStyle w:val="Heading2"/>
      </w:pPr>
      <w:r>
        <w:t>Tatars broke Muslim stagnation positively</w:t>
      </w:r>
    </w:p>
    <w:p>
      <w:r>
        <w:rPr>
          <w:color w:val="666666"/>
          <w:sz w:val="18"/>
        </w:rPr>
        <w:t>Tayeed e Deen | July 13, 2014 · 2m 34s · at 18:38 · https://youtu.be/n94xyIC-RE0?t=1118</w:t>
      </w:r>
    </w:p>
    <w:p>
      <w:r>
        <w:rPr>
          <w:i/>
        </w:rPr>
        <w:t>“All Muslim literature portrays Tatars negatively.”</w:t>
      </w:r>
    </w:p>
    <w:p>
      <w:r>
        <w:rPr>
          <w:sz w:val="20"/>
        </w:rPr>
        <w:t>18:38  ko tod diya.</w:t>
      </w:r>
      <w:r>
        <w:br/>
      </w:r>
      <w:r>
        <w:rPr>
          <w:sz w:val="20"/>
        </w:rPr>
        <w:t>18:42  ab jitna bhi literature padhein musalmanon ka, one to all, without any exception, sab Tatariyon ko negative</w:t>
      </w:r>
      <w:r>
        <w:br/>
      </w:r>
      <w:r>
        <w:rPr>
          <w:sz w:val="20"/>
        </w:rPr>
        <w:t>18:47  tasweer pesh karta hai.</w:t>
      </w:r>
      <w:r>
        <w:br/>
      </w:r>
      <w:r>
        <w:rPr>
          <w:sz w:val="20"/>
        </w:rPr>
        <w:t>18:51  Ibn Taymiyyah se le kar ke aaj tak jitne bhi hain sab ke sab.</w:t>
      </w:r>
      <w:r>
        <w:br/>
      </w:r>
      <w:r>
        <w:rPr>
          <w:sz w:val="20"/>
        </w:rPr>
        <w:t>18:55  halankeh Tatariyon ka bohat bara positive role hai.</w:t>
      </w:r>
      <w:r>
        <w:br/>
      </w:r>
      <w:r>
        <w:rPr>
          <w:sz w:val="20"/>
        </w:rPr>
        <w:t>19:00  yaani wahan bhi taayidi role hai.</w:t>
      </w:r>
      <w:r>
        <w:br/>
      </w:r>
      <w:r>
        <w:rPr>
          <w:sz w:val="20"/>
        </w:rPr>
        <w:t>19:04  woh kaise? woh jo zamana tha, yaani terveen sadi ka zamana, musalman jo hai bohat hi</w:t>
      </w:r>
      <w:r>
        <w:br/>
      </w:r>
      <w:r>
        <w:rPr>
          <w:sz w:val="20"/>
        </w:rPr>
        <w:t>19:08  jaboot, stagnation mein mubtala ho chuke the. lambi muddat tak, yani aish o aram, iqtadar aur ek position, ye sab mein jeete jeete stagnation aa gaya tha. bohat bare paimane par. is stagnation ko toda tatariyon ne. is is jaboot ko tatariyon ne toda. is tarah ka jaboot jo hai, is tarah nahi, jaboot meethi meethi baat</w:t>
      </w:r>
      <w:r>
        <w:br/>
      </w:r>
      <w:r>
        <w:rPr>
          <w:sz w:val="20"/>
        </w:rPr>
        <w:t>19:38  on se nahi tootta. agar aap ja kar wo kahen ke a musalmanon, tum ko jaboot paida ho gaya hai to apne andar jaboot ko todo to koi nahi todega. meethi meethi baaton se duniya mein koi inqilab nahi aata. it requires shock treatment. yaad rakhen, koi bada waqea jo hota hai wo shock treatment ke zariye hota hai. to is mein ye bhi chhi hui hai ye baat</w:t>
      </w:r>
      <w:r>
        <w:br/>
      </w:r>
      <w:r>
        <w:rPr>
          <w:sz w:val="20"/>
        </w:rPr>
        <w:t>20:08  ke ahle ghair ahle deen jo hain, ghair ahle deen, wahi to shock treatment denge aap ko. apne log kya denge? apne log to meethi meethi baaten karenge. apne log to hain, baradaran e islam ki boli bolenge. baradaran e islam ki boli se kuch intikhab nahi aaya karta. wo to wo karega jo kahega ke a a dushmanon, a insaniyat ke dushmanon, tab compreshan k</w:t>
      </w:r>
      <w:r>
        <w:br/>
      </w:r>
      <w:r>
        <w:rPr>
          <w:sz w:val="20"/>
        </w:rPr>
        <w:t>20:38  rate hota hai, tab shock treatment aata hai, tab koi bara inqilab hota hai.</w:t>
      </w:r>
      <w:r>
        <w:br/>
      </w:r>
      <w:r>
        <w:rPr>
          <w:sz w:val="20"/>
        </w:rPr>
        <w:t>20:44  to Tatariyon ne yeh kaam kiya terveen sadi mein.</w:t>
      </w:r>
      <w:r>
        <w:br/>
      </w:r>
      <w:r>
        <w:rPr>
          <w:sz w:val="20"/>
        </w:rPr>
        <w:t>20:50  aur is ke baad musalmanon mein ek naya daur aaya.</w:t>
      </w:r>
      <w:r>
        <w:br/>
      </w:r>
      <w:r>
        <w:rPr>
          <w:sz w:val="20"/>
        </w:rPr>
        <w:t>20:55  ek naya daur.</w:t>
      </w:r>
      <w:r>
        <w:br/>
      </w:r>
      <w:r>
        <w:rPr>
          <w:sz w:val="20"/>
        </w:rPr>
        <w:t>21:01  unhon ne bari bari taraqqi ki.</w:t>
      </w:r>
      <w:r>
        <w:br/>
      </w:r>
      <w:r>
        <w:rPr>
          <w:sz w:val="20"/>
        </w:rPr>
        <w:t>21:07  isi tarah dekhein, maujooda zamane mein jo European qaumein uthein, jin ko hum kehte hain colonial powers,</w:t>
      </w:r>
    </w:p>
    <w:p>
      <w:pPr>
        <w:pStyle w:val="Heading2"/>
      </w:pPr>
      <w:r>
        <w:t>Hadith on killing apostates is about rebellion</w:t>
      </w:r>
    </w:p>
    <w:p>
      <w:r>
        <w:rPr>
          <w:color w:val="666666"/>
          <w:sz w:val="18"/>
        </w:rPr>
        <w:t>God Oriented Life (In Conversation with Maulana) 23 10 11 · 2m 16s · at 16:27 · https://youtu.be/E_LWwsWww2U?t=987</w:t>
      </w:r>
    </w:p>
    <w:p>
      <w:r>
        <w:rPr>
          <w:i/>
        </w:rPr>
        <w:t>“Dekhiye yeh hadith hai khabar wahid ke taur par hai”</w:t>
      </w:r>
    </w:p>
    <w:p>
      <w:r>
        <w:rPr>
          <w:sz w:val="20"/>
        </w:rPr>
        <w:t>16:27  dekhiye yeh hadith hai khabar wahid ke taur par hai woh mun badla deen faqtaloo mein ne is</w:t>
      </w:r>
      <w:r>
        <w:br/>
      </w:r>
      <w:r>
        <w:rPr>
          <w:sz w:val="20"/>
        </w:rPr>
        <w:t>16:34  peh kitaab likhi hai woh maqala likha hai thirty pages ka meri kitaab hikmat-e-islam mein ne is</w:t>
      </w:r>
      <w:r>
        <w:br/>
      </w:r>
      <w:r>
        <w:rPr>
          <w:sz w:val="20"/>
        </w:rPr>
        <w:t>16:42  mein likha hai ke haan lafz deen jo hai mazhab maani mein nahi hai dekhiye is zamane mein</w:t>
      </w:r>
      <w:r>
        <w:br/>
      </w:r>
      <w:r>
        <w:rPr>
          <w:sz w:val="20"/>
        </w:rPr>
        <w:t>16:50  jo aaj kal jo term bolte hain hum is tarah se is tarah terminology nahi bani thi is</w:t>
      </w:r>
      <w:r>
        <w:br/>
      </w:r>
      <w:r>
        <w:rPr>
          <w:sz w:val="20"/>
        </w:rPr>
        <w:t>16:56  tarah se nahi bani thi misaal ke taur par dekhiye aaj hum bolte hain woh</w:t>
      </w:r>
      <w:r>
        <w:br/>
      </w:r>
      <w:r>
        <w:rPr>
          <w:sz w:val="20"/>
        </w:rPr>
        <w:t>17:01  yaani baghavat ka lafz bolte hain state se baghavat</w:t>
      </w:r>
      <w:r>
        <w:br/>
      </w:r>
      <w:r>
        <w:rPr>
          <w:sz w:val="20"/>
        </w:rPr>
        <w:t>17:06  is zamane mein state se baghavat ka lafz nahi hua karta tha toh yahi deen hi ka lafz</w:t>
      </w:r>
      <w:r>
        <w:br/>
      </w:r>
      <w:r>
        <w:rPr>
          <w:sz w:val="20"/>
        </w:rPr>
        <w:t>17:10  bola jata tha toh yahan</w:t>
      </w:r>
      <w:r>
        <w:br/>
      </w:r>
      <w:r>
        <w:rPr>
          <w:sz w:val="20"/>
        </w:rPr>
        <w:t>17:12  jo lafz deen hai woh state se baghavat ke maani mein hai woh mazhab badalne ke maani mein</w:t>
      </w:r>
      <w:r>
        <w:br/>
      </w:r>
      <w:r>
        <w:rPr>
          <w:sz w:val="20"/>
        </w:rPr>
        <w:t>17:17  nahi hai woh ek poori kahani hai is ke woh aisa nahi hai ke sirf ek hadith ho</w:t>
      </w:r>
      <w:r>
        <w:br/>
      </w:r>
      <w:r>
        <w:rPr>
          <w:sz w:val="20"/>
        </w:rPr>
        <w:t>17:22  ek poora waqia hai is ka is poore waqie ki taraf bhi dekhiye aap</w:t>
      </w:r>
      <w:r>
        <w:br/>
      </w:r>
      <w:r>
        <w:rPr>
          <w:sz w:val="20"/>
        </w:rPr>
        <w:t>17:27  toh jo yeh jo log is ko lete hain woh yeh samajhte nahi is cheez ko ke woh</w:t>
      </w:r>
      <w:r>
        <w:br/>
      </w:r>
      <w:r>
        <w:rPr>
          <w:sz w:val="20"/>
        </w:rPr>
        <w:t>17:33  mazhab maani mein nahi hai woh state se wafadari badalne ke maani mein hai yaani dushman woh woh</w:t>
      </w:r>
      <w:r>
        <w:br/>
      </w:r>
      <w:r>
        <w:rPr>
          <w:sz w:val="20"/>
        </w:rPr>
        <w:t>17:40  jang ke waqt ka maamla hai dekhiye jang ke waqt agar koi shakhs wafadari ko badle aur dushman</w:t>
      </w:r>
      <w:r>
        <w:br/>
      </w:r>
      <w:r>
        <w:rPr>
          <w:sz w:val="20"/>
        </w:rPr>
        <w:t>17:46  se mil jaye toh aaj bhi yeh maana jata hai ke woh qabil-e-gurd badal nahi hai</w:t>
      </w:r>
      <w:r>
        <w:br/>
      </w:r>
      <w:r>
        <w:rPr>
          <w:sz w:val="20"/>
        </w:rPr>
        <w:t>17:52  mazhab badalne par agar maarne ko ho toh Quran mein saaf saaf kyun nahi hukum aaya</w:t>
      </w:r>
      <w:r>
        <w:br/>
      </w:r>
      <w:r>
        <w:rPr>
          <w:sz w:val="20"/>
        </w:rPr>
        <w:t>17:58  yeh bhi yaad rakhiye ke Quran jo hai capital punishment ke maani mein sirf Quran se sabit hona</w:t>
      </w:r>
      <w:r>
        <w:br/>
      </w:r>
      <w:r>
        <w:rPr>
          <w:sz w:val="20"/>
        </w:rPr>
        <w:t>18:06  chahiye ab capital punishment ka usool jo hai hadith se nahi nikaal sakte aap</w:t>
      </w:r>
      <w:r>
        <w:br/>
      </w:r>
      <w:r>
        <w:rPr>
          <w:sz w:val="20"/>
        </w:rPr>
        <w:t>18:12  yaani itni badi baat jo hai yaani saare jo Quran majeed mein jitne basic teachings hain woh sab</w:t>
      </w:r>
      <w:r>
        <w:br/>
      </w:r>
      <w:r>
        <w:rPr>
          <w:sz w:val="20"/>
        </w:rPr>
        <w:t>18:18  Quran mein hai koi basic teaching aisi nahi jo Quran mein na ho hadith mein detail hai basic</w:t>
      </w:r>
      <w:r>
        <w:br/>
      </w:r>
      <w:r>
        <w:rPr>
          <w:sz w:val="20"/>
        </w:rPr>
        <w:t>18:24  teaching hai sab hadith Quran mein sab maujood hai toh yeh capital punishment ki cheez ka taalluq basic</w:t>
      </w:r>
      <w:r>
        <w:br/>
      </w:r>
      <w:r>
        <w:rPr>
          <w:sz w:val="20"/>
        </w:rPr>
        <w:t>18:30  teaching se hai woh Quran mein milna chahiye toh usool yeh hai dekhiye ke agar Quran aur hadith</w:t>
      </w:r>
      <w:r>
        <w:br/>
      </w:r>
      <w:r>
        <w:rPr>
          <w:sz w:val="20"/>
        </w:rPr>
        <w:t>18:37  ke darmiyan bazahir koi takrao dikhai de jaye toh hadith ki taweel ki jayegi Quran ki</w:t>
      </w:r>
    </w:p>
    <w:p>
      <w:pPr>
        <w:pStyle w:val="Heading2"/>
      </w:pPr>
      <w:r>
        <w:t>mosque imam story: why you shouldn't split the congregation</w:t>
      </w:r>
    </w:p>
    <w:p>
      <w:r>
        <w:rPr>
          <w:color w:val="666666"/>
          <w:sz w:val="18"/>
        </w:rPr>
        <w:t>Muslim Unity March 15, 2014 Maulana Wahiduddin Khan · 2m 27s · at 11:06 · https://youtu.be/CZHU5z3SEjc?t=666</w:t>
      </w:r>
    </w:p>
    <w:p>
      <w:r>
        <w:rPr>
          <w:i/>
        </w:rPr>
        <w:t>“Ek masjid hai, uske andar baqaida panch waqt ki namaz qaim hai”</w:t>
      </w:r>
    </w:p>
    <w:p>
      <w:r>
        <w:rPr>
          <w:sz w:val="20"/>
        </w:rPr>
        <w:t>11:06  jaise misaal ke taur par dekhiye, ek masjid hai, us ke andar baqayda paanch waqt ki namaz qaim hai.</w:t>
      </w:r>
      <w:r>
        <w:br/>
      </w:r>
      <w:r>
        <w:rPr>
          <w:sz w:val="20"/>
        </w:rPr>
        <w:t>11:16  ek imam sahab hain, un par saare namaziyon ka ittefaq hai.</w:t>
      </w:r>
      <w:r>
        <w:br/>
      </w:r>
      <w:r>
        <w:rPr>
          <w:sz w:val="20"/>
        </w:rPr>
        <w:t>11:23  ab is mein agar chand aadmi yeh samjhein ke yeh ke is imam ke peeche namaz jaiz nahi hai, is mein falan kharabi hai, to in chand aadmiyon ke liye jaiz nahi hoga ke jama'at chhod den.</w:t>
      </w:r>
      <w:r>
        <w:br/>
      </w:r>
      <w:r>
        <w:rPr>
          <w:sz w:val="20"/>
        </w:rPr>
        <w:t>11:40  nahi, woh doosre musalmanon ke saath unhein namaz padhna chahiye.</w:t>
      </w:r>
      <w:r>
        <w:br/>
      </w:r>
      <w:r>
        <w:rPr>
          <w:sz w:val="20"/>
        </w:rPr>
        <w:t>11:46  yeh matlab hai is ka. Yani doosre hisse mein jis cheez ka zikr hai, woh hai ijtimaiyat ko baqi rakhna.</w:t>
      </w:r>
      <w:r>
        <w:br/>
      </w:r>
      <w:r>
        <w:rPr>
          <w:sz w:val="20"/>
        </w:rPr>
        <w:t>11:58  yani pehle hisse mein zikr tha ke Quran o Sunnat ke mehfooz hone ki bina par hamesha kuch na kuch afraad bigaad se bach jayenge.</w:t>
      </w:r>
      <w:r>
        <w:br/>
      </w:r>
      <w:r>
        <w:rPr>
          <w:sz w:val="20"/>
        </w:rPr>
        <w:t>12:09  woh deen ki sahih numaindagi kareinge,</w:t>
      </w:r>
      <w:r>
        <w:br/>
      </w:r>
      <w:r>
        <w:rPr>
          <w:sz w:val="20"/>
        </w:rPr>
        <w:t>12:14  deen ki sahih numaindagi kareinge. aur doosre hisse mein zikr hai ke intishar o ikhtilaf bohat buri cheez hai.</w:t>
      </w:r>
      <w:r>
        <w:br/>
      </w:r>
      <w:r>
        <w:rPr>
          <w:sz w:val="20"/>
        </w:rPr>
        <w:t>12:29  toh intishar ikhtilaf se ummat ko bachane ke liye tum ko aisa karna hai ke agar tum ko ikhtilaf ho majmooe se, lekin majmooe ko tum badalne ki koshish mein nahi ho,</w:t>
      </w:r>
      <w:r>
        <w:br/>
      </w:r>
      <w:r>
        <w:rPr>
          <w:sz w:val="20"/>
        </w:rPr>
        <w:t>12:48  yaani jo aksariyat hai, us ko tum badalne ki koshish mein nahi ho, toh tum apni zaati rai ko amalan moattal kar do.</w:t>
      </w:r>
      <w:r>
        <w:br/>
      </w:r>
      <w:r>
        <w:rPr>
          <w:sz w:val="20"/>
        </w:rPr>
        <w:t>12:57  amalan, zehni taur par nahi. jaise maine arz kiya ke masjid mein, masjid mein farz kijiye ke beshtar namazi ek imam ki imam pe mutafiq hain.</w:t>
      </w:r>
      <w:r>
        <w:br/>
      </w:r>
      <w:r>
        <w:rPr>
          <w:sz w:val="20"/>
        </w:rPr>
        <w:t>13:10  ab chand aadmi samajhte hain ke is imam ke peeche namaz jaiz nahi hai, toh un chand aadmi ko alag hona jaiz nahi hai. kyunke ijtimaaiyat muntashir hoti hai, aapas mein jhagde jhagde khade hote hain.</w:t>
      </w:r>
      <w:r>
        <w:br/>
      </w:r>
      <w:r>
        <w:rPr>
          <w:sz w:val="20"/>
        </w:rPr>
        <w:t>13:25  toh hadith ke pehle hisse mein hikmat nazri ki baat hai, aur doosre hisse mein hikmat amli ki baat hai.</w:t>
      </w:r>
    </w:p>
    <w:p>
      <w:pPr>
        <w:pStyle w:val="Heading2"/>
      </w:pPr>
      <w:r>
        <w:t>Using age of mobility for Islamic outreach</w:t>
      </w:r>
    </w:p>
    <w:p>
      <w:r>
        <w:rPr>
          <w:color w:val="666666"/>
          <w:sz w:val="18"/>
        </w:rPr>
        <w:t>Prophetic Guidance Aug 13, 2017 · 2m 12s · at 28:52 · https://youtu.be/kRWf11h-acQ?t=1732</w:t>
      </w:r>
    </w:p>
    <w:p>
      <w:r>
        <w:rPr>
          <w:i/>
        </w:rPr>
        <w:t>“Kal parson humare mission ke ek member, Sofia Khan, Delhi se Mumbai gayi”</w:t>
      </w:r>
    </w:p>
    <w:p>
      <w:r>
        <w:rPr>
          <w:sz w:val="20"/>
        </w:rPr>
        <w:t>28:52  aur yeh pure pura kaam hamare is andaaz mein ho raha hai. isi ko main kehta hoon ke low profile mein, high profile mein nahi.</w:t>
      </w:r>
      <w:r>
        <w:br/>
      </w:r>
      <w:r>
        <w:rPr>
          <w:sz w:val="20"/>
        </w:rPr>
        <w:t>29:07  aur phir dekhiye, main aap ko abhi ka ek waqea batata hoon. kal parson hamare mission ke ek member, Sofia Khan, Delhi se Bombay gayi toh hawai jahaz mein un ke paas ke seat par ek aadmi baitha hua tha.</w:t>
      </w:r>
      <w:r>
        <w:br/>
      </w:r>
      <w:r>
        <w:rPr>
          <w:sz w:val="20"/>
        </w:rPr>
        <w:t>29:28  likhta tha ke bohat educated aadmi hai. to us ko unhon ne nikaal kar ke ek quran ka english translation diya.</w:t>
      </w:r>
      <w:r>
        <w:br/>
      </w:r>
      <w:r>
        <w:rPr>
          <w:sz w:val="20"/>
        </w:rPr>
        <w:t>29:38  us ne dekha, is mein bara naam likha hua tha. kaha acha, yeh un ko to hum saare sab parhte rehte hain. bare shauq se le liya us ne.</w:t>
      </w:r>
      <w:r>
        <w:br/>
      </w:r>
      <w:r>
        <w:rPr>
          <w:sz w:val="20"/>
        </w:rPr>
        <w:t>29:50  is mein dekhiye, bohat bara sabak hai. yeh daur jo hai, yeh age jo hai, ek bilkul different age hai. is daur ko mein kehta hoon age of mobility.</w:t>
      </w:r>
      <w:r>
        <w:br/>
      </w:r>
      <w:r>
        <w:rPr>
          <w:sz w:val="20"/>
        </w:rPr>
        <w:t>30:02  is saari duniya ke umar log yahan se wahan ja rahe hain, wahan se wahan ja rahe hain. age of communication.</w:t>
      </w:r>
      <w:r>
        <w:br/>
      </w:r>
      <w:r>
        <w:rPr>
          <w:sz w:val="20"/>
        </w:rPr>
        <w:t>30:12  ab dekhiye, mein likhta hoon aur regular basis par time of india chhappta hai. aaj ka parcha jo hai, aaj ka is mein bhi hamare ek article chhaapa hai.</w:t>
      </w:r>
      <w:r>
        <w:br/>
      </w:r>
      <w:r>
        <w:rPr>
          <w:sz w:val="20"/>
        </w:rPr>
        <w:t>30:23  aaj ka time of india, time of india ka jo aaj ka edition hai, is mein hamara ek article chhaapa hua hai. to aap jante hain ke time of india india mein bohat padhaya jata hai.</w:t>
      </w:r>
      <w:r>
        <w:br/>
      </w:r>
      <w:r>
        <w:rPr>
          <w:sz w:val="20"/>
        </w:rPr>
        <w:t>30:35  saare parhe likhe log is ko parhte hain. to log mere naam ko se favorite ho gaye hain. aksar aisa hota hai ke mein kahoon jata hoon, agar doctor kahan jaon, woh bhi kahega acha aap, aap ko to parhte rehte hain time of india mein.</w:t>
      </w:r>
      <w:r>
        <w:br/>
      </w:r>
      <w:r>
        <w:rPr>
          <w:sz w:val="20"/>
        </w:rPr>
        <w:t>30:53  is tarah sofia khan ka woh aadmi jo tha hawai jahaz mein, us ne naam dekha to kaha acha ji, in ko to hum parhte rehte hain. yeh kya? yeh bhi age ki baat hai.</w:t>
      </w:r>
    </w:p>
    <w:p>
      <w:pPr>
        <w:pStyle w:val="Heading2"/>
      </w:pPr>
      <w:r>
        <w:t>Hadith: three droughts will deplete the world's water</w:t>
      </w:r>
    </w:p>
    <w:p>
      <w:r>
        <w:rPr>
          <w:color w:val="666666"/>
          <w:sz w:val="18"/>
        </w:rPr>
        <w:t>Dajjal and Dajjalism July 26, 2009 · 2m 25s · at 27:36 · https://youtu.be/CxQTfG01O_s?t=1656</w:t>
      </w:r>
    </w:p>
    <w:p>
      <w:r>
        <w:rPr>
          <w:i/>
        </w:rPr>
        <w:t>“Rasulullah ne farmaya paani ke baare mein: qeht aayega.”</w:t>
      </w:r>
    </w:p>
    <w:p>
      <w:r>
        <w:rPr>
          <w:sz w:val="20"/>
        </w:rPr>
        <w:t>27:36  is Hadees mein hai ke Rasool Allah (SAW) ne farmaya pani ke bare mein ke pani drought aaye ga. drought yaani qahat, teen qahat aayengi.</w:t>
      </w:r>
      <w:r>
        <w:br/>
      </w:r>
      <w:r>
        <w:rPr>
          <w:sz w:val="20"/>
        </w:rPr>
        <w:t>27:51  qaht aayega, sukha. to teen sukhe ke zaman aayega. pehle sukhe ke zamane mein ek siyalvat khatam ho jayega.</w:t>
      </w:r>
      <w:r>
        <w:br/>
      </w:r>
      <w:r>
        <w:rPr>
          <w:sz w:val="20"/>
        </w:rPr>
        <w:t>28:04  one third water khatam ho jayega. isko aap sunein, bohat hi zyada dhiyan ke saath.</w:t>
      </w:r>
      <w:r>
        <w:br/>
      </w:r>
      <w:r>
        <w:rPr>
          <w:sz w:val="20"/>
        </w:rPr>
        <w:t>28:13  pehla jo sukha padega, pehla jo drought aayega, is mein one third paani khatam ho jayega. nabatat khatam ho jayengi, sabziyaan khatam ho jayengi, haywan marne lagenge.</w:t>
      </w:r>
      <w:r>
        <w:br/>
      </w:r>
      <w:r>
        <w:rPr>
          <w:sz w:val="20"/>
        </w:rPr>
        <w:t>28:28  phir doosra sukha padega, doosra drought aayega.</w:t>
      </w:r>
      <w:r>
        <w:br/>
      </w:r>
      <w:r>
        <w:rPr>
          <w:sz w:val="20"/>
        </w:rPr>
        <w:t>28:31  jab two third watar khatam ho jayega, two third watar, aur phir sabziyaan khatam hongi, janwar, insan, sab ka asar padega iska.</w:t>
      </w:r>
      <w:r>
        <w:br/>
      </w:r>
      <w:r>
        <w:rPr>
          <w:sz w:val="20"/>
        </w:rPr>
        <w:t>28:45  phir teesra dobarah aayega aur aur aur paani bilkul khatam ho jayega. pehle ye teen period hain. pehle period mein one third watar khatam ho jayega,</w:t>
      </w:r>
      <w:r>
        <w:br/>
      </w:r>
      <w:r>
        <w:rPr>
          <w:sz w:val="20"/>
        </w:rPr>
        <w:t>28:56  doosre period mein two third watar khatam ho jayega, aur aakhri period mein no water ka zamana aayega. aur sab khatam ho chuke honge. wohi qayamat shuru ho jayegi. ye hadees hai. hadees. ab aaj kya ho raha hai? dekhiye, ye sab log jaante hain ki paani hi par humari zindagi hai.</w:t>
      </w:r>
      <w:r>
        <w:br/>
      </w:r>
      <w:r>
        <w:rPr>
          <w:sz w:val="20"/>
        </w:rPr>
        <w:t>29:15  paae nahin to life nahin. sab log jaante hain ye paani par life depend karti hai paani ke uppar.</w:t>
      </w:r>
      <w:r>
        <w:br/>
      </w:r>
      <w:r>
        <w:rPr>
          <w:sz w:val="20"/>
        </w:rPr>
        <w:t>29:25  chahe plant hon, animal hon ya insaan hon, paani par depend karte hain. paae nahin to sab khatam. Rahim Khan Khan ne bohat sahih kaha tha ke "Rehmann paani rakhiyo,</w:t>
      </w:r>
      <w:r>
        <w:br/>
      </w:r>
      <w:r>
        <w:rPr>
          <w:sz w:val="20"/>
        </w:rPr>
        <w:t>29:40  bin paani sab soon."</w:t>
      </w:r>
      <w:r>
        <w:br/>
      </w:r>
      <w:r>
        <w:rPr>
          <w:sz w:val="20"/>
        </w:rPr>
        <w:t>29:46  Rehmann paani rakhiyo, bin paani sab soon.</w:t>
      </w:r>
      <w:r>
        <w:br/>
      </w:r>
      <w:r>
        <w:rPr>
          <w:sz w:val="20"/>
        </w:rPr>
        <w:t>29:51  to aap jaante hain ke sab kuch zindagi jo hai, woh paani par base base karti hai. ab kya hai? global warming se kya ho raha hai?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