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quran · full transcripts with timestamps · exported 2026-09-22</w:t>
      </w:r>
    </w:p>
    <w:p>
      <w:pPr>
        <w:pStyle w:val="Heading2"/>
      </w:pPr>
      <w:r>
        <w:t>Why doesn't 'Alhamdulillah' fill Muslim hearts with gratitude?</w:t>
      </w:r>
    </w:p>
    <w:p>
      <w:r>
        <w:rPr>
          <w:color w:val="666666"/>
          <w:sz w:val="18"/>
        </w:rPr>
        <w:t>Quran A Book of God June 5, 2011 · 2m 24s · at 51:27 · https://youtu.be/xT0YdQ1Jgc8?t=3087</w:t>
      </w:r>
    </w:p>
    <w:p>
      <w:r>
        <w:rPr>
          <w:i/>
        </w:rPr>
        <w:t>“سینہ تو بھر جانا چاہیے اللہ کے گلوری کے احساس سے”</w:t>
      </w:r>
    </w:p>
    <w:p>
      <w:r>
        <w:rPr>
          <w:sz w:val="20"/>
        </w:rPr>
        <w:t>51:27  jayen: "alhamdu lillahi rabbil alameen". yeh jo ayat hai, hamd ke mani hain, shukr, eteraaf, tareef, yeh sari baaten is ke andar maujood hain.</w:t>
      </w:r>
      <w:r>
        <w:br/>
      </w:r>
      <w:r>
        <w:rPr>
          <w:sz w:val="20"/>
        </w:rPr>
        <w:t>51:40  yaani yeh allah ka bohat hi bara taraf khuda hai, to hi qabil hamd hai, to hi qabil azmat hai, to hi sab kuch hai, to hi qabil tareef hai.</w:t>
      </w:r>
      <w:r>
        <w:br/>
      </w:r>
      <w:r>
        <w:rPr>
          <w:sz w:val="20"/>
        </w:rPr>
        <w:t>51:50  yaani seena to bhar jana chahiye allah ke glory ke ehsas se.</w:t>
      </w:r>
      <w:r>
        <w:br/>
      </w:r>
      <w:r>
        <w:rPr>
          <w:sz w:val="20"/>
        </w:rPr>
        <w:t>51:56  lekin kya hota hai? kisi kisi ka seena bharta nahin. koi musalman pooche, aap sari dilli mein ek bhi musalman keh kya "alhamdu lillahi rabbil alameen" padh kar ke tumhare seena allah ke eteraaf se samundaron ko samundar ka jaisa shukr aa gaya tumhare dil mein?</w:t>
      </w:r>
      <w:r>
        <w:br/>
      </w:r>
      <w:r>
        <w:rPr>
          <w:sz w:val="20"/>
        </w:rPr>
        <w:t>52:14  oceanic acknowledgement aa gaya tumhare dil mein? kuch nahin, kyun? sab yeh rahe hain negativity mein.</w:t>
      </w:r>
      <w:r>
        <w:br/>
      </w:r>
      <w:r>
        <w:rPr>
          <w:sz w:val="20"/>
        </w:rPr>
        <w:t>52:22  jab aap ke dil mein yeh bhara hua hai ke yeh zulm, woh sazish, yeh conspiracy ya atrocity ya yeh sab bhara hua hai ke aap ke huqooq chhene ja rahe hain, aap ko muhasre mein le rakha hai logon ne, hum siege mein sare musalman kehte hain hum siege mein hain.</w:t>
      </w:r>
      <w:r>
        <w:br/>
      </w:r>
      <w:r>
        <w:rPr>
          <w:sz w:val="20"/>
        </w:rPr>
        <w:t>52:40  jab aap musalmanon ka yeh mizaj ho to "alhamdu lillahi rabbil alameen" padh kar ke aap ko samundar shukr kahan se uble ga? kahan se uble ga?</w:t>
      </w:r>
      <w:r>
        <w:br/>
      </w:r>
      <w:r>
        <w:rPr>
          <w:sz w:val="20"/>
        </w:rPr>
        <w:t>52:54  "alhamdu lillahi rabb" "alhamdu lillahi rabbil alameen" padh kar kaam hoga. idhar samundar jaisa shukr ubalna chahiye. nahin ubalta, padh lete hain, khali quran mein padhte hain, roza namazon mein padhte hain.</w:t>
      </w:r>
      <w:r>
        <w:br/>
      </w:r>
      <w:r>
        <w:rPr>
          <w:sz w:val="20"/>
        </w:rPr>
        <w:t>53:09  lekin aap kisi ek bhi musalman ko mujhe mila dijiye dilli mein,</w:t>
      </w:r>
      <w:r>
        <w:br/>
      </w:r>
      <w:r>
        <w:rPr>
          <w:sz w:val="20"/>
        </w:rPr>
        <w:t>53:13  aik musalman mila dijiye dili, poori dili mein jo yeh kahe ke jab mein "alhamdulillah rabbil alameen" parhta hoon to mein to shukr ka samandar maujood ho jata hai mere seene mein.</w:t>
      </w:r>
      <w:r>
        <w:br/>
      </w:r>
      <w:r>
        <w:rPr>
          <w:sz w:val="20"/>
        </w:rPr>
        <w:t>53:24  mujhe is ko mila dijiye, aise musalman ko. yeh yeh yeh sirf jumla bol de woh</w:t>
      </w:r>
      <w:r>
        <w:br/>
      </w:r>
      <w:r>
        <w:rPr>
          <w:sz w:val="20"/>
        </w:rPr>
        <w:t>53:31  ke jab mein kehta hoon "alhamdulillah rabbil alameen" to mere seene mein shukr ka samandar maujood ho jata hai, shukr ka toofan aa jata hai.</w:t>
      </w:r>
      <w:r>
        <w:br/>
      </w:r>
      <w:r>
        <w:rPr>
          <w:sz w:val="20"/>
        </w:rPr>
        <w:t>53:42  sirf yeh jumla bol de, woh us musalman mein se mila dijiye is musalman ko. wajah kya hai?</w:t>
      </w:r>
    </w:p>
    <w:p>
      <w:pPr>
        <w:pStyle w:val="Heading2"/>
      </w:pPr>
      <w:r>
        <w:t>Ataturk's rejection of Surah At-Tin</w:t>
      </w:r>
    </w:p>
    <w:p>
      <w:r>
        <w:rPr>
          <w:color w:val="666666"/>
          <w:sz w:val="18"/>
        </w:rPr>
        <w:t>Man &amp; Paradise Aug 18, 2013 - Maulana Wahiduddin Khan · 2m 39s · at 5:27 · https://youtu.be/yKy1suwbP8o?t=327</w:t>
      </w:r>
    </w:p>
    <w:p>
      <w:r>
        <w:rPr>
          <w:i/>
        </w:rPr>
        <w:t>“This became clearer to me through a reference”</w:t>
      </w:r>
    </w:p>
    <w:p>
      <w:r>
        <w:rPr>
          <w:sz w:val="20"/>
        </w:rPr>
        <w:t>5:27  yeh baat mujhe ek reference mein zyada clear hui. aaj ke topic ko le kar main soch raha tha quran ki surah at-teen ke bare mein, jis ka chapter number 95 hai.</w:t>
      </w:r>
      <w:r>
        <w:br/>
      </w:r>
      <w:r>
        <w:rPr>
          <w:sz w:val="20"/>
        </w:rPr>
        <w:t>5:47  is mein aap jante hain ke yeh alfaaz hain ke: "wateen-o-zaitoon, wa toor-e-seeneen, wahadhal-balad-il-ameen, laqad khalqnal-insana fi ahsani taqweem, thumma radadnahu asfala safileen".</w:t>
      </w:r>
      <w:r>
        <w:br/>
      </w:r>
      <w:r>
        <w:rPr>
          <w:sz w:val="20"/>
        </w:rPr>
        <w:t>6:08  yani is mein teen aur zaitoon ki aur بلد امین ki qasam khai gayi hai.</w:t>
      </w:r>
      <w:r>
        <w:br/>
      </w:r>
      <w:r>
        <w:rPr>
          <w:sz w:val="20"/>
        </w:rPr>
        <w:t>6:16  qasam ke maani hain gawah thehraya gaya hai. yani is ka tarjuma yeh hoga</w:t>
      </w:r>
      <w:r>
        <w:br/>
      </w:r>
      <w:r>
        <w:rPr>
          <w:sz w:val="20"/>
        </w:rPr>
        <w:t>6:27  ke teen gawah hai, zaitoon gawah hai, aur yeh shehar gawah hai</w:t>
      </w:r>
      <w:r>
        <w:br/>
      </w:r>
      <w:r>
        <w:rPr>
          <w:sz w:val="20"/>
        </w:rPr>
        <w:t>6:38  ke Allah ne paida kiya insaan ko behtareen saakht ke sath, phir is ko daal diya bohat hi nichle tabqe mein.</w:t>
      </w:r>
      <w:r>
        <w:br/>
      </w:r>
      <w:r>
        <w:rPr>
          <w:sz w:val="20"/>
        </w:rPr>
        <w:t>6:55  "we have created man in the best of mould, then we cast him down at the lowest of the low".</w:t>
      </w:r>
      <w:r>
        <w:br/>
      </w:r>
      <w:r>
        <w:rPr>
          <w:sz w:val="20"/>
        </w:rPr>
        <w:t>7:12  to is ke bare mein main kuch arz karunga. pehle main ek aap ko ek qissa batata hoon. kamal ataturk, jo turkey ke mashhoor leader the, unhone quran ko padha to is ayat ko le kar ke un ka zehn atak gaya.</w:t>
      </w:r>
      <w:r>
        <w:br/>
      </w:r>
      <w:r>
        <w:rPr>
          <w:sz w:val="20"/>
        </w:rPr>
        <w:t>7:33  unhone is ko reticulate kiya ke aisa quran kya guide karega mujh ko jis mein teen zaitoon ka zikr ho, teen zaitoon ka charcha ho?</w:t>
      </w:r>
      <w:r>
        <w:br/>
      </w:r>
      <w:r>
        <w:rPr>
          <w:sz w:val="20"/>
        </w:rPr>
        <w:t>7:47  is mein kya guidance milegi mujh ko? dekhen, unhone woh jee rahe the is ehsas mein ke "I know", is liye is mein daryaft nahi kar sake is mein kya baat hai.</w:t>
      </w:r>
      <w:r>
        <w:br/>
      </w:r>
      <w:r>
        <w:rPr>
          <w:sz w:val="20"/>
        </w:rPr>
        <w:t>8:02  daryaft nahi kar sake.</w:t>
      </w:r>
    </w:p>
    <w:p>
      <w:pPr>
        <w:pStyle w:val="Heading2"/>
      </w:pPr>
      <w:r>
        <w:t>True meaning of Alhamdulillah</w:t>
      </w:r>
    </w:p>
    <w:p>
      <w:r>
        <w:rPr>
          <w:color w:val="666666"/>
          <w:sz w:val="18"/>
        </w:rPr>
        <w:t>Ramadan and The Quran July 22, 2012 · 2m 29s · at 16:22 · https://youtu.be/0fFJ1_hkS_o?t=982</w:t>
      </w:r>
    </w:p>
    <w:p>
      <w:r>
        <w:rPr>
          <w:i/>
        </w:rPr>
        <w:t>“Alhamdulillah Rabbil Alameen”</w:t>
      </w:r>
    </w:p>
    <w:p>
      <w:r>
        <w:rPr>
          <w:sz w:val="20"/>
        </w:rPr>
        <w:t>16:22  alhamdolillah rabbul alameen. ab phir sochiye, khule zehan ke sath to aap ek ajeeb baat daryaft karenge.</w:t>
      </w:r>
      <w:r>
        <w:br/>
      </w:r>
      <w:r>
        <w:rPr>
          <w:sz w:val="20"/>
        </w:rPr>
        <w:t>16:38  aam taur par musalmanon mein alhamdolillah kehne ka bohat riwaj hai, magar wo kis baat par alhamdolillah kehte hain, is par ghaur kijiye.</w:t>
      </w:r>
      <w:r>
        <w:br/>
      </w:r>
      <w:r>
        <w:rPr>
          <w:sz w:val="20"/>
        </w:rPr>
        <w:t>16:49  mera bachcha ka dakhla hoga achhe school mein, is par alhamdolillah. meri beti ka rishta lag gaya, achha alhamdolillah.</w:t>
      </w:r>
      <w:r>
        <w:br/>
      </w:r>
      <w:r>
        <w:rPr>
          <w:sz w:val="20"/>
        </w:rPr>
        <w:t>17:00  mera business achha chal raha hai, alhamdolillah. is qism ki baaton par wo alhamdolillah kehna jante hain.</w:t>
      </w:r>
      <w:r>
        <w:br/>
      </w:r>
      <w:r>
        <w:rPr>
          <w:sz w:val="20"/>
        </w:rPr>
        <w:t>17:07  yani zaati aitbar se jo aap ko material sense mein jo milta hai, is par alhamdolillah. lekin quran mein aap dekhiye, alhamdolillah kaha gaya rabbul alameen ke aitbar se.</w:t>
      </w:r>
      <w:r>
        <w:br/>
      </w:r>
      <w:r>
        <w:rPr>
          <w:sz w:val="20"/>
        </w:rPr>
        <w:t>17:25  kaisi ajeeb baat hai.</w:t>
      </w:r>
      <w:r>
        <w:br/>
      </w:r>
      <w:r>
        <w:rPr>
          <w:sz w:val="20"/>
        </w:rPr>
        <w:t>17:29  yani allah ka, allah ka yeh jo hai mamla ke wo rabbul alameen hai, sare alam ka ko control kiye hue hai,</w:t>
      </w:r>
      <w:r>
        <w:br/>
      </w:r>
      <w:r>
        <w:rPr>
          <w:sz w:val="20"/>
        </w:rPr>
        <w:t>17:44  sare alam ko sambhale hue hai, sare alam ko is ki zarooraten faraham kar raha hai. sare alam par is ka dabdaba hai.</w:t>
      </w:r>
      <w:r>
        <w:br/>
      </w:r>
      <w:r>
        <w:rPr>
          <w:sz w:val="20"/>
        </w:rPr>
        <w:t>17:55  ek zarra bhi is ki marzi ke baghair nahi chal sakta.</w:t>
      </w:r>
      <w:r>
        <w:br/>
      </w:r>
      <w:r>
        <w:rPr>
          <w:sz w:val="20"/>
        </w:rPr>
        <w:t>18:00  itni badi kainat, beshumar sitare, beshumar galaxy, bohat hi badi yeh kainat hai.</w:t>
      </w:r>
      <w:r>
        <w:br/>
      </w:r>
      <w:r>
        <w:rPr>
          <w:sz w:val="20"/>
        </w:rPr>
        <w:t>18:09  sari kainat allah ke poori tarah control mein hai aur har ek ko is ki zaroorat faraham ho rahi hai.</w:t>
      </w:r>
      <w:r>
        <w:br/>
      </w:r>
      <w:r>
        <w:rPr>
          <w:sz w:val="20"/>
        </w:rPr>
        <w:t>18:18  yeh hai rabbul alameen. to kya alhamdolillah ka jo lafz hai, wo is liye hai ke aap allah ko is hesiyat se daryaft karen</w:t>
      </w:r>
      <w:r>
        <w:br/>
      </w:r>
      <w:r>
        <w:rPr>
          <w:sz w:val="20"/>
        </w:rPr>
        <w:t>18:30  aur phir kahen: khudaaya, tu kaisa azeem hai, kitna bada hai, teri qudrat kitni zyada hai.</w:t>
      </w:r>
      <w:r>
        <w:br/>
      </w:r>
      <w:r>
        <w:rPr>
          <w:sz w:val="20"/>
        </w:rPr>
        <w:t>18:39  azmat khudaawandi ko daryaft kar ke, is ki rehmat, raheem, is ki rehmat ko daryaft kar ke, is ki blessing ko daryaft kar ke,</w:t>
      </w:r>
    </w:p>
    <w:p>
      <w:pPr>
        <w:pStyle w:val="Heading2"/>
      </w:pPr>
      <w:r>
        <w:t>Banu Shaiban chief refuses Islam fearing kings dislike new ideas</w:t>
      </w:r>
    </w:p>
    <w:p>
      <w:r>
        <w:rPr>
          <w:color w:val="666666"/>
          <w:sz w:val="18"/>
        </w:rPr>
        <w:t>Freedom of Expression in Islam 30 Sept 2012 - Maulana Wahiduddin Khan · 2m 28s · at 27:01 · https://youtu.be/WLlXSyxX8Q4?t=1621</w:t>
      </w:r>
    </w:p>
    <w:p>
      <w:r>
        <w:rPr>
          <w:i/>
        </w:rPr>
        <w:t>“Arab qabail Kaaba ki ziyarat ke liye aate the har saal”</w:t>
      </w:r>
    </w:p>
    <w:p>
      <w:r>
        <w:rPr>
          <w:sz w:val="20"/>
        </w:rPr>
        <w:t>27:01  misaalan dekhiye, makki daur mein jo waqiyat hue, is mein se ek waqia yeh hai ke qabail arab jo thay, woh kaba ki ziyarat ke liye mukhtalif ilaqon se aya karte thay har saal.</w:t>
      </w:r>
      <w:r>
        <w:br/>
      </w:r>
      <w:r>
        <w:rPr>
          <w:sz w:val="20"/>
        </w:rPr>
        <w:t>27:22  ek saal aisa hua ke jab qabail aaye, phir us ke baad gaye wahan par tablegh ke liye, quran logon ko batane ke liye.</w:t>
      </w:r>
      <w:r>
        <w:br/>
      </w:r>
      <w:r>
        <w:rPr>
          <w:sz w:val="20"/>
        </w:rPr>
        <w:t>27:31  toh is mein ek qabila tha, uska naam tha banu shaiyban. us ke paas aap gaye toh aap ne quran sunaya, un ko is tauheed ki baat batai.</w:t>
      </w:r>
      <w:r>
        <w:br/>
      </w:r>
      <w:r>
        <w:rPr>
          <w:sz w:val="20"/>
        </w:rPr>
        <w:t>27:43  jo sardar jo tha, woh mutasir hua, woh us ko aap ki baatein achi lagin lekin us ko mana nahi kyun?</w:t>
      </w:r>
      <w:r>
        <w:br/>
      </w:r>
      <w:r>
        <w:rPr>
          <w:sz w:val="20"/>
        </w:rPr>
        <w:t>27:55  us ne daleel yeh di thi.</w:t>
      </w:r>
      <w:r>
        <w:br/>
      </w:r>
      <w:r>
        <w:rPr>
          <w:sz w:val="20"/>
        </w:rPr>
        <w:t>27:57  aap woh kitab hamare paas hai, mujhe jahan bhi dekh sakte hain, aap ke hum hum jahan rehte hain, woh arab ki woh sarhad hai jo iran se milti hai.</w:t>
      </w:r>
      <w:r>
        <w:br/>
      </w:r>
      <w:r>
        <w:rPr>
          <w:sz w:val="20"/>
        </w:rPr>
        <w:t>28:09  hum irani badshah ki sarhad par rehte hain aur irani badshahon se hamare muahde hain.</w:t>
      </w:r>
      <w:r>
        <w:br/>
      </w:r>
      <w:r>
        <w:rPr>
          <w:sz w:val="20"/>
        </w:rPr>
        <w:t>28:19  us ne is mein kaha tha ke badshah log is ko pasand nahi karte ke koi nai cheez introduce ki, koi nai cheez ikhtiyar ki jaye,</w:t>
      </w:r>
      <w:r>
        <w:br/>
      </w:r>
      <w:r>
        <w:rPr>
          <w:sz w:val="20"/>
        </w:rPr>
        <w:t>28:30  koi nai cheez ikhtiyar ki jaye. toh aap ki cheez jo hai, ek nai cheez hai. yani duniya jo hai, woh yani yani jo duniya ka jo is waqt culture hai, woh sikh culture hai.</w:t>
      </w:r>
      <w:r>
        <w:br/>
      </w:r>
      <w:r>
        <w:rPr>
          <w:sz w:val="20"/>
        </w:rPr>
        <w:t>28:43  aap tauheed culture un ko pesh kar rahe hain, jo ek nai cheez hai.</w:t>
      </w:r>
      <w:r>
        <w:br/>
      </w:r>
      <w:r>
        <w:rPr>
          <w:sz w:val="20"/>
        </w:rPr>
        <w:t>28:47  toh us ne kaha ke shahan kisra jo hain, is ko pasand nahi karenge.</w:t>
      </w:r>
      <w:r>
        <w:br/>
      </w:r>
      <w:r>
        <w:rPr>
          <w:sz w:val="20"/>
        </w:rPr>
        <w:t>28:56  yeh us yeh us mein kaha tha: "mamma qatal al muluk". yeh woh cheez hai, yeh yeh ek nai cheez hai, is liye badshah log is ko pasand nahi karenge.</w:t>
      </w:r>
      <w:r>
        <w:br/>
      </w:r>
      <w:r>
        <w:rPr>
          <w:sz w:val="20"/>
        </w:rPr>
        <w:t>29:05  is liye mein is ko ikhtiyar nahi kar sakta.</w:t>
      </w:r>
      <w:r>
        <w:br/>
      </w:r>
      <w:r>
        <w:rPr>
          <w:sz w:val="20"/>
        </w:rPr>
        <w:t>29:08  toh woh zamana jo tha ke ikhtilaf e rai, distant, alag koi rai rakhna, yeh bilkul shajar mamnooa tha, forbidden tha.</w:t>
      </w:r>
      <w:r>
        <w:br/>
      </w:r>
      <w:r>
        <w:rPr>
          <w:sz w:val="20"/>
        </w:rPr>
        <w:t>29:19  is liye science ko koi taraqqi nahi hui. europe mein is ke khilaf tehreekein uthi hain, bade bade log paida hue aur takra hua.</w:t>
      </w:r>
    </w:p>
    <w:p>
      <w:pPr>
        <w:pStyle w:val="Heading2"/>
      </w:pPr>
      <w:r>
        <w:t>salvation in Islam is individual not group-based</w:t>
      </w:r>
    </w:p>
    <w:p>
      <w:r>
        <w:rPr>
          <w:color w:val="666666"/>
          <w:sz w:val="18"/>
        </w:rPr>
        <w:t>History Repeats Itself 10th March 2013 · 1m 52s · at 18:20 · https://youtu.be/dsjxiXLPXeg?t=1100</w:t>
      </w:r>
    </w:p>
    <w:p>
      <w:r>
        <w:rPr>
          <w:i/>
        </w:rPr>
        <w:t>“Har mazhab mein group-wise salvation hai — Islam mein nahi”</w:t>
      </w:r>
    </w:p>
    <w:p>
      <w:r>
        <w:rPr>
          <w:sz w:val="20"/>
        </w:rPr>
        <w:t>18:20  aise hi yeh sawal tha ke salvation ka concept aap ke haan kya hai? is ka jo wording thi us ka matlab yeh tha ke har mazhab mein group wise conversion hai.</w:t>
      </w:r>
      <w:r>
        <w:br/>
      </w:r>
      <w:r>
        <w:rPr>
          <w:sz w:val="20"/>
        </w:rPr>
        <w:t>18:30  group wise salvation hai. is group se jud jao to nijat hai. is se jud jao to nijat hai.</w:t>
      </w:r>
      <w:r>
        <w:br/>
      </w:r>
      <w:r>
        <w:rPr>
          <w:sz w:val="20"/>
        </w:rPr>
        <w:t>18:41  jo quran mein hai ke kono hudan aur nasara tahaddudu. yani yahudiyon ka group hai, use mil jao to salvation hai.</w:t>
      </w:r>
      <w:r>
        <w:br/>
      </w:r>
      <w:r>
        <w:rPr>
          <w:sz w:val="20"/>
        </w:rPr>
        <w:t>18:53  christian ka group hai, wahan mil jao to salvation hai. maine kaha ke salvation islam mein group wise hai hi nahin. yeh hai individual wise.</w:t>
      </w:r>
      <w:r>
        <w:br/>
      </w:r>
      <w:r>
        <w:rPr>
          <w:sz w:val="20"/>
        </w:rPr>
        <w:t>19:06  har aadmi ka apna yeh ek ek ek bilkul personal mamla hai. kyunke sachai jab mili aap ko to aap ne kya kiya?</w:t>
      </w:r>
      <w:r>
        <w:br/>
      </w:r>
      <w:r>
        <w:rPr>
          <w:sz w:val="20"/>
        </w:rPr>
        <w:t>19:20  aap ne apna intellectual development kiya. apna personality development kiya. aap ne andar jannati shakhsiyat banai. yani jo yeh jo hai quran mein qital ka, jaza o mutadaq ka.</w:t>
      </w:r>
      <w:r>
        <w:br/>
      </w:r>
      <w:r>
        <w:rPr>
          <w:sz w:val="20"/>
        </w:rPr>
        <w:t>19:35  to ek fard, ek individual apne andar ek personality banata hai.</w:t>
      </w:r>
      <w:r>
        <w:br/>
      </w:r>
      <w:r>
        <w:rPr>
          <w:sz w:val="20"/>
        </w:rPr>
        <w:t>19:45  ek shakhsiyat develop karta hai. woh shakhsiyat agar allah ke nazdeek qualify kar rahi hai jannat ke liye to aap ko select kar liya jayega.</w:t>
      </w:r>
      <w:r>
        <w:br/>
      </w:r>
      <w:r>
        <w:rPr>
          <w:sz w:val="20"/>
        </w:rPr>
        <w:t>19:57  aur jannat mein aap ko basa diya jayega.</w:t>
      </w:r>
      <w:r>
        <w:br/>
      </w:r>
      <w:r>
        <w:rPr>
          <w:sz w:val="20"/>
        </w:rPr>
        <w:t>20:04  to poori tareekh se section hoga. poori poori history se section hoga.</w:t>
      </w:r>
    </w:p>
    <w:p>
      <w:pPr>
        <w:pStyle w:val="Heading2"/>
      </w:pPr>
      <w:r>
        <w:t>Quran man post office story</w:t>
      </w:r>
    </w:p>
    <w:p>
      <w:r>
        <w:rPr>
          <w:color w:val="666666"/>
          <w:sz w:val="18"/>
        </w:rPr>
        <w:t>In Conversation with Khaja Kaleemuddin 29 Aug 2021 · 1m 15s · at 1:02:41 · https://youtu.be/oKq_ptPZOVE?t=3761</w:t>
      </w:r>
    </w:p>
    <w:p>
      <w:r>
        <w:rPr>
          <w:i/>
        </w:rPr>
        <w:t>“یہ اور مولانا نے اس کو لکھا بھی ہے الرسالہ میں”</w:t>
      </w:r>
    </w:p>
    <w:p>
      <w:r>
        <w:rPr>
          <w:sz w:val="20"/>
        </w:rPr>
        <w:t>1:02:41  yeh aur Maulana ne is ko likha bhi hai Al-Risala mein. ji. quran distribution ka kaam 2010 mein yani yahan Maulana ne launch kiya tha.</w:t>
      </w:r>
      <w:r>
        <w:br/>
      </w:r>
      <w:r>
        <w:rPr>
          <w:sz w:val="20"/>
        </w:rPr>
        <w:t>1:02:53  2010 mein quran ko different languages mein sari duniya mein karna hai. to is ko wahan hum ne bhi quran ke initially to jo hai koi paanch sau hazar aaya karte the mangwa.</w:t>
      </w:r>
      <w:r>
        <w:br/>
      </w:r>
      <w:r>
        <w:rPr>
          <w:sz w:val="20"/>
        </w:rPr>
        <w:t>1:03:12  ji. phir jo hai woh hathi se likh kar ke label bana kar ke woh kar ke jo hai khud post office jo hai hand truck se le ja ke diya karte the.</w:t>
      </w:r>
      <w:r>
        <w:br/>
      </w:r>
      <w:r>
        <w:rPr>
          <w:sz w:val="20"/>
        </w:rPr>
        <w:t>1:03:22  to mera bar bar wahan woh pahunchta tha to dekhte to un logon ko bata</w:t>
      </w:r>
      <w:r>
        <w:br/>
      </w:r>
      <w:r>
        <w:rPr>
          <w:sz w:val="20"/>
        </w:rPr>
        <w:t>1:03:28  aya is mein kya hai yeh aap le ke aate hain is mein kuch nahi hai quran hai yeh to ab woh bar bar ke aane mein woh dekhte hi jo hai woh kehte hain here comes quran man.</w:t>
      </w:r>
      <w:r>
        <w:br/>
      </w:r>
      <w:r>
        <w:rPr>
          <w:sz w:val="20"/>
        </w:rPr>
        <w:t>1:03:38  here comes the quran man. ji. ji. to yeh kaha mein ne Maulana ko sunaya yeh qissa ke is tarah</w:t>
      </w:r>
      <w:r>
        <w:br/>
      </w:r>
      <w:r>
        <w:rPr>
          <w:sz w:val="20"/>
        </w:rPr>
        <w:t>1:03:47  woh kaha unhone. to mere khayal se kaleem sahib is se acha title nahi ho sakta hai ke aap ko yeh kaha jaye ke here comes the quran man.</w:t>
      </w:r>
    </w:p>
    <w:p>
      <w:pPr>
        <w:pStyle w:val="Heading2"/>
      </w:pPr>
      <w:r>
        <w:t>Apostasy and blasphemy are da'wah subjects</w:t>
      </w:r>
    </w:p>
    <w:p>
      <w:r>
        <w:rPr>
          <w:color w:val="666666"/>
          <w:sz w:val="18"/>
        </w:rPr>
        <w:t>The Importance of the Quran May 15, 2016 Maulana Wahiduddin Khan · 2m 33s · at 26:14 · https://youtu.be/9a-OOUR_bLg?t=1574</w:t>
      </w:r>
    </w:p>
    <w:p>
      <w:r>
        <w:rPr>
          <w:i/>
        </w:rPr>
        <w:t>“In later times, our jurists made many issues: kill the apostate.”</w:t>
      </w:r>
    </w:p>
    <w:p>
      <w:r>
        <w:rPr>
          <w:sz w:val="20"/>
        </w:rPr>
        <w:t>26:14  baad ke zamane mein hamare fuqaha ne bohat se masail banae. misaal ke taur par, jo murtad ho jaye, us ko qatl kar do.</w:t>
      </w:r>
      <w:r>
        <w:br/>
      </w:r>
      <w:r>
        <w:rPr>
          <w:sz w:val="20"/>
        </w:rPr>
        <w:t>26:29  jo rasool Allah ki shatm kare, us ko qatl kar do. fuqaha kehte hain ke "yقتل حد، بدر حد،" us ko qatl kiya jayega.</w:t>
      </w:r>
      <w:r>
        <w:br/>
      </w:r>
      <w:r>
        <w:rPr>
          <w:sz w:val="20"/>
        </w:rPr>
        <w:t>26:42  ab aap sari hadithain parh daliyye, sara quran parh daliyye, aap ko kahin yeh lafz hi nahi milega ke "yقتل حد،" murtad ko qatl kar do, shaatim ko qatl kar do.</w:t>
      </w:r>
      <w:r>
        <w:br/>
      </w:r>
      <w:r>
        <w:rPr>
          <w:sz w:val="20"/>
        </w:rPr>
        <w:t>26:55  yeh kahin milegi nahin.</w:t>
      </w:r>
      <w:r>
        <w:br/>
      </w:r>
      <w:r>
        <w:rPr>
          <w:sz w:val="20"/>
        </w:rPr>
        <w:t>26:59  to kahan se bana? yeh bana baad ke zamane mein tareekh se. tareekh yahan kaise involve hai?</w:t>
      </w:r>
      <w:r>
        <w:br/>
      </w:r>
      <w:r>
        <w:rPr>
          <w:sz w:val="20"/>
        </w:rPr>
        <w:t>27:09  jo hukmaran hue baad ke zamane mein, hukmaranon ka yeh tha aala karsan, yani ke hukumat qaim rahe, un ki hukumat mein koi rakhna na pade,</w:t>
      </w:r>
      <w:r>
        <w:br/>
      </w:r>
      <w:r>
        <w:rPr>
          <w:sz w:val="20"/>
        </w:rPr>
        <w:t>27:24  koi un ki hukumat ko koi governor. to unhon ne sakht qawaneen nafiz kiye, yani shaatim ko qatl ka hukum, murtad ko qatl ka hukum, yeh sab hukmaranon ki apni siyasat ki wajah se paida hua, na ke islam ki talimat se.</w:t>
      </w:r>
      <w:r>
        <w:br/>
      </w:r>
      <w:r>
        <w:rPr>
          <w:sz w:val="20"/>
        </w:rPr>
        <w:t>27:45  koi islam ki talim de, koi murtad ho jaye, us ko dawat do, samjhao us ko, koi shabdh kare to us ko samjhao, us ko nasihat karo.</w:t>
      </w:r>
      <w:r>
        <w:br/>
      </w:r>
      <w:r>
        <w:rPr>
          <w:sz w:val="20"/>
        </w:rPr>
        <w:t>27:54  qatl kahan se aa jayega? qatl kahan se aa jayega? to yeh jo tareekh se, yani tareekh mein jo kuch cheezein paida hui thin, us ko le kar ke islam ka, yani masla bana liya, shariat ka masla bana liya.</w:t>
      </w:r>
      <w:r>
        <w:br/>
      </w:r>
      <w:r>
        <w:rPr>
          <w:sz w:val="20"/>
        </w:rPr>
        <w:t>28:19  warna chahe chahe irtidad ki baat ho ya shatm ki baat ho, dono hi dawat ka subject hain, qatl ka subject nahi hai.</w:t>
      </w:r>
      <w:r>
        <w:br/>
      </w:r>
      <w:r>
        <w:rPr>
          <w:sz w:val="20"/>
        </w:rPr>
        <w:t>28:36  yaad rakhiye, chahe irtidad ka mamla ho ya shatm ka mamla ho, dono hi dawat ka subject hain.</w:t>
      </w:r>
    </w:p>
    <w:p>
      <w:pPr>
        <w:pStyle w:val="Heading2"/>
      </w:pPr>
      <w:r>
        <w:t>Aisha's tears of joy at the permission to migrate</w:t>
      </w:r>
    </w:p>
    <w:p>
      <w:r>
        <w:rPr>
          <w:color w:val="666666"/>
          <w:sz w:val="18"/>
        </w:rPr>
        <w:t>In Conversation with Dr. Saniyasnain Khan December 12, 2021 · 1m 06s · at 5:20 · https://youtu.be/9Lp76ckNRYE?t=320</w:t>
      </w:r>
    </w:p>
    <w:p>
      <w:r>
        <w:rPr>
          <w:i/>
        </w:rPr>
        <w:t>“Hazrat Aisha ne bataya ke unhein khushi ke aansu pehli baar dikhe”</w:t>
      </w:r>
    </w:p>
    <w:p>
      <w:r>
        <w:rPr>
          <w:sz w:val="20"/>
        </w:rPr>
        <w:t>5:20  aah, Sahabiyon ka yeh alam hota tha ke agar kuch bhi mission se talluq koi baat hoti thi to ek dam se ready ho jatay thay. aah, mein ek baat parh parh raha tha Hazrat Aisha se riwayat hai, aah, ke unhon ne bataya yahi incident ko le ke, aah, ke Prophet hamesha, aah, Hazrat Abu Bakr se din mein do dafa milnay atay thay subah aur sham ko.</w:t>
      </w:r>
      <w:r>
        <w:br/>
      </w:r>
      <w:r>
        <w:rPr>
          <w:sz w:val="20"/>
        </w:rPr>
        <w:t>5:42  aah, par ek din woh dopahar mein aaye to un ko jab dekha to Hazrat Abu Bakr ne kaha, aah, ke zaroor koi bohat hi urgent matter hai.</w:t>
      </w:r>
      <w:r>
        <w:br/>
      </w:r>
      <w:r>
        <w:rPr>
          <w:sz w:val="20"/>
        </w:rPr>
        <w:t>5:52  aur phir Prophet ne bataya ke, aah, unhein Allah ki taraf se yeh permission mili hai ke woh hijrat karein. to Hazrat Aisha ne kaha ke, aah, is se pehlay mein nahi janti thi ke khushi ke aansu kya hotay hain lekin jab mein ne Hazrat Abu Bakr ko dekha ke woh yeh jaise hi unhon ne yeh khabar suni ke kaise woh khushi ke aansu se ro uthay tab unhon ne un ko pata chala ke khushi ke aansu kya hotay hain.</w:t>
      </w:r>
      <w:r>
        <w:br/>
      </w:r>
      <w:r>
        <w:rPr>
          <w:sz w:val="20"/>
        </w:rPr>
        <w:t>6:18  to yeh jazba ya yaqeen, aah, yeh sab hum hum ko yeh seekh milti hai, aah, yeh, aah, is incident se. aah, Masha Allah.</w:t>
      </w:r>
    </w:p>
    <w:p>
      <w:pPr>
        <w:pStyle w:val="Heading2"/>
      </w:pPr>
      <w:r>
        <w:t>Full teaching on anger management as spiritual discipline</w:t>
      </w:r>
    </w:p>
    <w:p>
      <w:r>
        <w:rPr>
          <w:color w:val="666666"/>
          <w:sz w:val="18"/>
        </w:rPr>
        <w:t>How to Understand The Quran July 19, 2007 · 1m 40s · at 56:39 · https://youtu.be/usxOhncIdq4?t=3399</w:t>
      </w:r>
    </w:p>
    <w:p>
      <w:r>
        <w:rPr>
          <w:i/>
        </w:rPr>
        <w:t>“Walkazibin al-ghaiz wal afeena anin naas”</w:t>
      </w:r>
    </w:p>
    <w:p>
      <w:r>
        <w:rPr>
          <w:sz w:val="20"/>
        </w:rPr>
        <w:t>56:39  quran ki ayat pesh karunga ke walkazibeen al-ghayz wa lafeen an al-nas woh log jo ghussa ko peene wale hain, logon ko maaf karne wale hain.</w:t>
      </w:r>
      <w:r>
        <w:br/>
      </w:r>
      <w:r>
        <w:rPr>
          <w:sz w:val="20"/>
        </w:rPr>
        <w:t>56:51  ab yahan par dekhiye, yeh nahi farmaya ke walfaqideen al-ghayz yaani woh log jin ke andar ghussa hai nahi, balke farmaya ke walkazibeen al-ghayz yaani ghussa to aata hai, lekin us ko pi jate hain.</w:t>
      </w:r>
      <w:r>
        <w:br/>
      </w:r>
      <w:r>
        <w:rPr>
          <w:sz w:val="20"/>
        </w:rPr>
        <w:t>57:07  tab mumkin hota hai ke woh un ke andar taqwa ki parvarish ho, hamd o shukr ki parvarish ho, aur khuda se mohabbat ki parvarish ho dil ke andar.</w:t>
      </w:r>
      <w:r>
        <w:br/>
      </w:r>
      <w:r>
        <w:rPr>
          <w:sz w:val="20"/>
        </w:rPr>
        <w:t>57:19  tab aata hai. to quran mein walkazibeen al-ghayz farmaya ghusse ko peene wale. yeh nahi farmaya ke walfaqideen al-ghayz ke jin ke andar ghussa hai hi nahi.</w:t>
      </w:r>
      <w:r>
        <w:br/>
      </w:r>
      <w:r>
        <w:rPr>
          <w:sz w:val="20"/>
        </w:rPr>
        <w:t>57:34  to insan ko farishta nahi ban</w:t>
      </w:r>
      <w:r>
        <w:br/>
      </w:r>
      <w:r>
        <w:rPr>
          <w:sz w:val="20"/>
        </w:rPr>
        <w:t>57:36  aya gaya ke ghussa na aaye. is ko ghussa aayega, lekin is ko pi jana hai, is ko manage kar lena hai.</w:t>
      </w:r>
      <w:r>
        <w:br/>
      </w:r>
      <w:r>
        <w:rPr>
          <w:sz w:val="20"/>
        </w:rPr>
        <w:t>57:46  to you so, you have to know. so, you have to know the art of anger management. you have to know the art of anger management.</w:t>
      </w:r>
      <w:r>
        <w:br/>
      </w:r>
      <w:r>
        <w:rPr>
          <w:sz w:val="20"/>
        </w:rPr>
        <w:t>57:57  ghusse ko manage karna yeh aana chahiye aap ko.</w:t>
      </w:r>
      <w:r>
        <w:br/>
      </w:r>
      <w:r>
        <w:rPr>
          <w:sz w:val="20"/>
        </w:rPr>
        <w:t>58:04  to khulasa yeh hai ke misbat nafsiyat jab aap ke andar hogi, tabhi aap khuda ke sachche bande ban sakenge.</w:t>
      </w:r>
    </w:p>
    <w:p>
      <w:pPr>
        <w:pStyle w:val="Heading2"/>
      </w:pPr>
      <w:r>
        <w:t>World has a life-support system but no desire-support system</w:t>
      </w:r>
    </w:p>
    <w:p>
      <w:r>
        <w:rPr>
          <w:color w:val="666666"/>
          <w:sz w:val="18"/>
        </w:rPr>
        <w:t>Ramadan and Roza August 5, 2012 · 2m 46s · at 23:04 · https://youtu.be/G1oFWcZ1gBg?t=1384</w:t>
      </w:r>
    </w:p>
    <w:p>
      <w:r>
        <w:rPr>
          <w:i/>
        </w:rPr>
        <w:t>“Duniya mein life support hai, desire support nahi”</w:t>
      </w:r>
    </w:p>
    <w:p>
      <w:r>
        <w:rPr>
          <w:sz w:val="20"/>
        </w:rPr>
        <w:t>23:04  wa atakum min kulli ma sa'altumoo ka matlab yeh mere samne aya ke dunya mein life support system qaim kar diya tumhari zarooraten jo hain poori karne ke liye dunya mein life support system qaim kar diya acha doosri cheez jo hai khwahishein desire woh hasil nahi hoti</w:t>
      </w:r>
      <w:r>
        <w:br/>
      </w:r>
      <w:r>
        <w:rPr>
          <w:sz w:val="20"/>
        </w:rPr>
        <w:t>23:27  yani dunya mein life support system to hai lekin dunya mein desired support system nahi hai kaisi ajeeb baat hai insan yani insan chahta hai ke mujhe pleasure mile mujhe fulfillment mile meri khwahishein poori hon lekin</w:t>
      </w:r>
      <w:r>
        <w:br/>
      </w:r>
      <w:r>
        <w:rPr>
          <w:sz w:val="20"/>
        </w:rPr>
        <w:t>23:46  jab dunya mein woh dakhil hota hai to chahe kitna hi paisa kama le kitni hi us ko</w:t>
      </w:r>
      <w:r>
        <w:br/>
      </w:r>
      <w:r>
        <w:rPr>
          <w:sz w:val="20"/>
        </w:rPr>
        <w:t>23:51  power mil jaye lekin zaroorat hi ke baad mere woh dunya se le pata hai is se zyada nahi</w:t>
      </w:r>
      <w:r>
        <w:br/>
      </w:r>
      <w:r>
        <w:rPr>
          <w:sz w:val="20"/>
        </w:rPr>
        <w:t>23:57  le pata us ki khwahishein jo hain un fulfilled reh jati hain</w:t>
      </w:r>
      <w:r>
        <w:br/>
      </w:r>
      <w:r>
        <w:rPr>
          <w:sz w:val="20"/>
        </w:rPr>
        <w:t>24:03  kyunke dunya mein life support system to hai lekin dunya mein desire support system nahi hai</w:t>
      </w:r>
      <w:r>
        <w:br/>
      </w:r>
      <w:r>
        <w:rPr>
          <w:sz w:val="20"/>
        </w:rPr>
        <w:t>24:12  ab main sochne laga ke phir allah taala ne jo paida kiya insan ko</w:t>
      </w:r>
      <w:r>
        <w:br/>
      </w:r>
      <w:r>
        <w:rPr>
          <w:sz w:val="20"/>
        </w:rPr>
        <w:t>24:18  to kyun aisa paida kiya desire bhar diye is ke andar hum mein se har shakhs janta hai ke hum hum sab log ki khwahishein hain andar desires hain hum chahte hain ke woh fulfill hon lekin woh fulfill nahi hoti hain fulfill nahi hoti hain hum mein se har shakhs ko is ka tajurba hai to phir mujhe quran ki ek ayat yaad ayi</w:t>
      </w:r>
      <w:r>
        <w:br/>
      </w:r>
      <w:r>
        <w:rPr>
          <w:sz w:val="20"/>
        </w:rPr>
        <w:t>24:44  quran mein hai ke wa min kulli shay'in khalqna zawjayn la'allakum tazakkaroon ke har cheez ke hum ne paida kiya jora pair</w:t>
      </w:r>
      <w:r>
        <w:br/>
      </w:r>
      <w:r>
        <w:rPr>
          <w:sz w:val="20"/>
        </w:rPr>
        <w:t>24:57  to mein ne socha ke har cheez ka jab pair hai</w:t>
      </w:r>
      <w:r>
        <w:br/>
      </w:r>
      <w:r>
        <w:rPr>
          <w:sz w:val="20"/>
        </w:rPr>
        <w:t>25:05  yani male ka pair female hai female ke pair male hai aisi har cheez ka to insan ke andar jo desire hai is ka pair kahan hai</w:t>
      </w:r>
      <w:r>
        <w:br/>
      </w:r>
      <w:r>
        <w:rPr>
          <w:sz w:val="20"/>
        </w:rPr>
        <w:t>25:18  yani man is a desire seeking animal man is a pleasure seeking animal</w:t>
      </w:r>
      <w:r>
        <w:br/>
      </w:r>
      <w:r>
        <w:rPr>
          <w:sz w:val="20"/>
        </w:rPr>
        <w:t>25:25  aadmi chahta hai ke is ko pleasure mile is ki desires poori hon to is ka pair kahan hai is ka pair jannat hai to life support system yahan diya dunya mein lekin yahan par desire support system nahi diya is ko rakh diya jannat mein taake insan jannat ko yaad kare</w:t>
      </w:r>
    </w:p>
    <w:p>
      <w:pPr>
        <w:pStyle w:val="Heading2"/>
      </w:pPr>
      <w:r>
        <w:t>Major Hasan and opportunity empire</w:t>
      </w:r>
    </w:p>
    <w:p>
      <w:r>
        <w:rPr>
          <w:color w:val="666666"/>
          <w:sz w:val="18"/>
        </w:rPr>
        <w:t>From Political Empire to Opportunity Empire January 03, 2010 Maulana Wahiduddin Khan · 2m 13s · at 17:59 · https://youtu.be/qomMKXzqdb0?t=1079</w:t>
      </w:r>
    </w:p>
    <w:p>
      <w:r>
        <w:rPr>
          <w:i/>
        </w:rPr>
        <w:t>“Ab dekhiye ke abhi jo qissa hua hai America mein”</w:t>
      </w:r>
    </w:p>
    <w:p>
      <w:r>
        <w:rPr>
          <w:sz w:val="20"/>
        </w:rPr>
        <w:t>17:59  ab dekhiye keh abhi jo qissa hua hai America mein Major Hassan Nidal ek Palestinian naujawan jo American American military mein tha aur us ne 13 Americanon ko maar dala to yeh sab yeh sab yeh sab jaiz hai yeh</w:t>
      </w:r>
      <w:r>
        <w:br/>
      </w:r>
      <w:r>
        <w:rPr>
          <w:sz w:val="20"/>
        </w:rPr>
        <w:t>18:28  kyun maar dala abhi is ka thirty first ko yani ab main English paper maine parha thirty first December ko keh kya kehta hai woh aadmi</w:t>
      </w:r>
      <w:r>
        <w:br/>
      </w:r>
      <w:r>
        <w:rPr>
          <w:sz w:val="20"/>
        </w:rPr>
        <w:t>18:41  وہ کہتا ہے کہ بجائے یعنی Muslims will establish InshaAllah their empire.</w:t>
      </w:r>
      <w:r>
        <w:br/>
      </w:r>
      <w:r>
        <w:rPr>
          <w:sz w:val="20"/>
        </w:rPr>
        <w:t>18:49  der great empire once again in the world yani yeh jo kar rahe hain yeh sab kis liye</w:t>
      </w:r>
      <w:r>
        <w:br/>
      </w:r>
      <w:r>
        <w:rPr>
          <w:sz w:val="20"/>
        </w:rPr>
        <w:t>18:56  kar rahe hain</w:t>
      </w:r>
      <w:r>
        <w:br/>
      </w:r>
      <w:r>
        <w:rPr>
          <w:sz w:val="20"/>
        </w:rPr>
        <w:t>18:58  ke duniya mein musalmanon ka dobara empire qaim ho</w:t>
      </w:r>
      <w:r>
        <w:br/>
      </w:r>
      <w:r>
        <w:rPr>
          <w:sz w:val="20"/>
        </w:rPr>
        <w:t>19:03  yeh kya hai yeh andhe pan ki baat hai empire to already qaim ho chuka hai yeh baat</w:t>
      </w:r>
      <w:r>
        <w:br/>
      </w:r>
      <w:r>
        <w:rPr>
          <w:sz w:val="20"/>
        </w:rPr>
        <w:t>19:08  karte hue mein ne kaha kisi sahib se ke dekhiye empire to already qaim ho chuka hai lekin</w:t>
      </w:r>
      <w:r>
        <w:br/>
      </w:r>
      <w:r>
        <w:rPr>
          <w:sz w:val="20"/>
        </w:rPr>
        <w:t>19:15  ghalti kahan hai</w:t>
      </w:r>
      <w:r>
        <w:br/>
      </w:r>
      <w:r>
        <w:rPr>
          <w:sz w:val="20"/>
        </w:rPr>
        <w:t>19:18  yeh ghalti yahan hai ke woh empire ko in terms of politics le rahe hain woh log in</w:t>
      </w:r>
      <w:r>
        <w:br/>
      </w:r>
      <w:r>
        <w:rPr>
          <w:sz w:val="20"/>
        </w:rPr>
        <w:t>19:25  terms of ideology</w:t>
      </w:r>
      <w:r>
        <w:br/>
      </w:r>
      <w:r>
        <w:rPr>
          <w:sz w:val="20"/>
        </w:rPr>
        <w:t>19:26  nahin le rahe hain</w:t>
      </w:r>
      <w:r>
        <w:br/>
      </w:r>
      <w:r>
        <w:rPr>
          <w:sz w:val="20"/>
        </w:rPr>
        <w:t>19:28  wohi maine aaj ka jo topic rakha hai from political empire to opportunity empire</w:t>
      </w:r>
      <w:r>
        <w:br/>
      </w:r>
      <w:r>
        <w:rPr>
          <w:sz w:val="20"/>
        </w:rPr>
        <w:t>19:36  to political empire</w:t>
      </w:r>
      <w:r>
        <w:br/>
      </w:r>
      <w:r>
        <w:rPr>
          <w:sz w:val="20"/>
        </w:rPr>
        <w:t>19:39  bazaahir nahin hai</w:t>
      </w:r>
      <w:r>
        <w:br/>
      </w:r>
      <w:r>
        <w:rPr>
          <w:sz w:val="20"/>
        </w:rPr>
        <w:t>19:41  to musalman jo hain sab se hate kar rahe hain negative bane hue hain ain usi waqt opportunity</w:t>
      </w:r>
      <w:r>
        <w:br/>
      </w:r>
      <w:r>
        <w:rPr>
          <w:sz w:val="20"/>
        </w:rPr>
        <w:t>19:48  empire qaim ho chuka hai opportunity empire</w:t>
      </w:r>
      <w:r>
        <w:br/>
      </w:r>
      <w:r>
        <w:rPr>
          <w:sz w:val="20"/>
        </w:rPr>
        <w:t>19:54  sab mawaqe hi mawaqe mawaqe hi mawaqe jaise aaj jo deccan se mere paas telephone aaya to</w:t>
      </w:r>
      <w:r>
        <w:br/>
      </w:r>
      <w:r>
        <w:rPr>
          <w:sz w:val="20"/>
        </w:rPr>
        <w:t>19:59  maine socha</w:t>
      </w:r>
      <w:r>
        <w:br/>
      </w:r>
      <w:r>
        <w:rPr>
          <w:sz w:val="20"/>
        </w:rPr>
        <w:t>20:01  ke akbar jo tha shehanshah tha woh emperor tha us ko jana tha agra se deccan</w:t>
      </w:r>
      <w:r>
        <w:br/>
      </w:r>
      <w:r>
        <w:rPr>
          <w:sz w:val="20"/>
        </w:rPr>
        <w:t>20:12  to</w:t>
      </w:r>
    </w:p>
    <w:p>
      <w:pPr>
        <w:pStyle w:val="Heading2"/>
      </w:pPr>
      <w:r>
        <w:t>The Prophet's one-line advice: don't be angry</w:t>
      </w:r>
    </w:p>
    <w:p>
      <w:r>
        <w:rPr>
          <w:color w:val="666666"/>
          <w:sz w:val="18"/>
        </w:rPr>
        <w:t>Hadith Literature (English) March 8, 2007 Maulan Wahiduddin Khan · 1m 08s · at 1:00:39 · https://youtu.be/UdxzmJTYqXk?t=3639</w:t>
      </w:r>
    </w:p>
    <w:p>
      <w:r>
        <w:rPr>
          <w:i/>
        </w:rPr>
        <w:t>“O Prophet, give me advice to manage all my affairs”</w:t>
      </w:r>
    </w:p>
    <w:p>
      <w:r>
        <w:rPr>
          <w:sz w:val="20"/>
        </w:rPr>
        <w:t>1:00:39  a person came to the prophet.</w:t>
      </w:r>
      <w:r>
        <w:br/>
      </w:r>
      <w:r>
        <w:rPr>
          <w:sz w:val="20"/>
        </w:rPr>
        <w:t>1:00:44  he was a muslim</w:t>
      </w:r>
      <w:r>
        <w:br/>
      </w:r>
      <w:r>
        <w:rPr>
          <w:sz w:val="20"/>
        </w:rPr>
        <w:t>1:00:47  . so he asked: "ya rasool allah! allimni kalimat aishna alayh pan sah.</w:t>
      </w:r>
      <w:r>
        <w:br/>
      </w:r>
      <w:r>
        <w:rPr>
          <w:sz w:val="20"/>
        </w:rPr>
        <w:t>1:01:02  o prophet of allah! give me a master advice by which i may be able to manage all the affairs of my life." prophet replied:</w:t>
      </w:r>
      <w:r>
        <w:br/>
      </w:r>
      <w:r>
        <w:rPr>
          <w:sz w:val="20"/>
        </w:rPr>
        <w:t>1:01:25  "la taghzab!</w:t>
      </w:r>
      <w:r>
        <w:br/>
      </w:r>
      <w:r>
        <w:rPr>
          <w:sz w:val="20"/>
        </w:rPr>
        <w:t>1:01:29  la taghzab!</w:t>
      </w:r>
      <w:r>
        <w:br/>
      </w:r>
      <w:r>
        <w:rPr>
          <w:sz w:val="20"/>
        </w:rPr>
        <w:t>1:01:32  don't be angry!</w:t>
      </w:r>
      <w:r>
        <w:br/>
      </w:r>
      <w:r>
        <w:rPr>
          <w:sz w:val="20"/>
        </w:rPr>
        <w:t>1:01:37  don't be angry!" it means that don't be angry even when provoked.</w:t>
      </w:r>
    </w:p>
    <w:p>
      <w:pPr>
        <w:pStyle w:val="Heading2"/>
      </w:pPr>
      <w:r>
        <w:t>Discovering God's nearness turns life into constant prayer</w:t>
      </w:r>
    </w:p>
    <w:p>
      <w:r>
        <w:rPr>
          <w:color w:val="666666"/>
          <w:sz w:val="18"/>
        </w:rPr>
        <w:t>Ramadan and Quranic Guidance July 29, 2012 · 2m 12s · at 42:53 · https://youtu.be/WxpcI7qi4d0?t=2573</w:t>
      </w:r>
    </w:p>
    <w:p>
      <w:r>
        <w:rPr>
          <w:i/>
        </w:rPr>
        <w:t>“Jab mere bande mere baare mein poochein, kaho main qareeb hoon”</w:t>
      </w:r>
    </w:p>
    <w:p>
      <w:r>
        <w:rPr>
          <w:sz w:val="20"/>
        </w:rPr>
        <w:t>42:53  . woh ji woh dawat daai zatan falyastajibuli walion bi la lahum yashudun. is ka translation yeh hai ke jab mere bande mere bare mein poochhen to kahon ke mein bilkul qareeb hoon.</w:t>
      </w:r>
      <w:r>
        <w:br/>
      </w:r>
      <w:r>
        <w:rPr>
          <w:sz w:val="20"/>
        </w:rPr>
        <w:t>43:17  ini qareeb, mein to tumhare bilkul qareeb hoon.</w:t>
      </w:r>
      <w:r>
        <w:br/>
      </w:r>
      <w:r>
        <w:rPr>
          <w:sz w:val="20"/>
        </w:rPr>
        <w:t>43:23  sunta hoon tumhari baton ko aur jawab deta hoon tumhari pukar ko. to tum mujh ko pukaaro aur mere par yaqeen karo.</w:t>
      </w:r>
      <w:r>
        <w:br/>
      </w:r>
      <w:r>
        <w:rPr>
          <w:sz w:val="20"/>
        </w:rPr>
        <w:t>43:35  yeh hai rushd ka tareeqa. ab aap ghor kijiye. agar aap Allah ko is aise se daryaft karen ke woh to bilkul mere qareeb hai.</w:t>
      </w:r>
      <w:r>
        <w:br/>
      </w:r>
      <w:r>
        <w:rPr>
          <w:sz w:val="20"/>
        </w:rPr>
        <w:t>43:47  mein mein isi ki presence mein jee raha hoon.</w:t>
      </w:r>
      <w:r>
        <w:br/>
      </w:r>
      <w:r>
        <w:rPr>
          <w:sz w:val="20"/>
        </w:rPr>
        <w:t>43:51  mein mein aur khuda koi do door door ki cheezen nahin hain. mein Allah ki presence mein jee raha hoon, chaubis ghante har lamha.</w:t>
      </w:r>
      <w:r>
        <w:br/>
      </w:r>
      <w:r>
        <w:rPr>
          <w:sz w:val="20"/>
        </w:rPr>
        <w:t>44:03  to kya ho ga? yahi ho ga, whisper shuru ho jayega.</w:t>
      </w:r>
      <w:r>
        <w:br/>
      </w:r>
      <w:r>
        <w:rPr>
          <w:sz w:val="20"/>
        </w:rPr>
        <w:t>44:13  jis ko munajat ko log samajhte hain, yani munajat maqbool waghera bhi kaha jata hai, woh sab woh woh cheez nahin hai.</w:t>
      </w:r>
      <w:r>
        <w:br/>
      </w:r>
      <w:r>
        <w:rPr>
          <w:sz w:val="20"/>
        </w:rPr>
        <w:t>44:22  yeh munajat mani dua nahin hai. munajat ka mani sargoshi, whisper. to jab khuda ko aap is aise se daryaft karen, khuda har waqt sunta hai, har waqt meri baton, mujh ko dekh raha hai.</w:t>
      </w:r>
      <w:r>
        <w:br/>
      </w:r>
      <w:r>
        <w:rPr>
          <w:sz w:val="20"/>
        </w:rPr>
        <w:t>44:38  woh mujh se bilkul hi qareeb hai.</w:t>
      </w:r>
      <w:r>
        <w:br/>
      </w:r>
      <w:r>
        <w:rPr>
          <w:sz w:val="20"/>
        </w:rPr>
        <w:t>44:44  quran mein hai ke Allah tum se dar ke jahan se bhi zyada qareeb hai. aap ghor kijiye ke phir kya ho ga aap ka haal?</w:t>
      </w:r>
      <w:r>
        <w:br/>
      </w:r>
      <w:r>
        <w:rPr>
          <w:sz w:val="20"/>
        </w:rPr>
        <w:t>44:54  har waqt aap Allah ko yaad karenge. har waqt aap Allah ko pukarenge. har waqt aap ke dil se Allah se duaen niklengi.</w:t>
      </w:r>
    </w:p>
    <w:p>
      <w:pPr>
        <w:pStyle w:val="Heading2"/>
      </w:pPr>
      <w:r>
        <w:t>How anger and hatred stop the mind from working</w:t>
      </w:r>
    </w:p>
    <w:p>
      <w:r>
        <w:rPr>
          <w:color w:val="666666"/>
          <w:sz w:val="18"/>
        </w:rPr>
        <w:t>The Secret of Divine Wisdom September 2, 2012 · 1m 19s · at 10:49 · https://youtu.be/ZXQlrW7PqAE?t=649</w:t>
      </w:r>
    </w:p>
    <w:p>
      <w:r>
        <w:rPr>
          <w:i/>
        </w:rPr>
        <w:t>“Jab tak aap normal hain tab tak mind kaam karta hai”</w:t>
      </w:r>
    </w:p>
    <w:p>
      <w:r>
        <w:rPr>
          <w:sz w:val="20"/>
        </w:rPr>
        <w:t>10:49  aur yeh bohat hi. aap sochen to is ko samajh sakte hain aap. dekhiye hota kya hai?</w:t>
      </w:r>
      <w:r>
        <w:br/>
      </w:r>
      <w:r>
        <w:rPr>
          <w:sz w:val="20"/>
        </w:rPr>
        <w:t>10:57  jab tak aap normal hon tab tak aap mind theek se kaam karta hai. agar positive hon, aap normal hon,</w:t>
      </w:r>
      <w:r>
        <w:br/>
      </w:r>
      <w:r>
        <w:rPr>
          <w:sz w:val="20"/>
        </w:rPr>
        <w:t>11:09  mo'tedil hon to aap ka mind, mind ke andar bohat capacity hai. lekin mind tabhi kaam karta hai theek se jab ke yeh sab baatein hon aap ke andar.</w:t>
      </w:r>
      <w:r>
        <w:br/>
      </w:r>
      <w:r>
        <w:rPr>
          <w:sz w:val="20"/>
        </w:rPr>
        <w:t>11:24  jaise hi aap ke andar ghussa aaya, nafrat aayi, inteqaam aaya, violence aaya, fighting culture mein pad gaye aap.</w:t>
      </w:r>
      <w:r>
        <w:br/>
      </w:r>
      <w:r>
        <w:rPr>
          <w:sz w:val="20"/>
        </w:rPr>
        <w:t>11:36  jaise hi yeh baatein aayin to kya hota hai? mind ka process stop ho jata hai.</w:t>
      </w:r>
      <w:r>
        <w:br/>
      </w:r>
      <w:r>
        <w:rPr>
          <w:sz w:val="20"/>
        </w:rPr>
        <w:t>11:46  yani bohat qeemti mind aap ko mila hua hai lekin woh work nahi karega phir woh. jaise main aankh band kar loon to roshni mujhe nahi milegi.</w:t>
      </w:r>
      <w:r>
        <w:br/>
      </w:r>
      <w:r>
        <w:rPr>
          <w:sz w:val="20"/>
        </w:rPr>
        <w:t>11:57  yeh maamla hota hai.</w:t>
      </w:r>
      <w:r>
        <w:br/>
      </w:r>
      <w:r>
        <w:rPr>
          <w:sz w:val="20"/>
        </w:rPr>
        <w:t>12:03  to kitni bari wisdom yeh hai.</w:t>
      </w:r>
    </w:p>
    <w:p>
      <w:pPr>
        <w:pStyle w:val="Heading2"/>
      </w:pPr>
      <w:r>
        <w:t>The three real purposes of fasting in Ramadan</w:t>
      </w:r>
    </w:p>
    <w:p>
      <w:r>
        <w:rPr>
          <w:color w:val="666666"/>
          <w:sz w:val="18"/>
        </w:rPr>
        <w:t>Ramadan and Quranic Guidance July 29, 2012 · 2m 03s · at 2:15 · https://youtu.be/WxpcI7qi4d0?t=135</w:t>
      </w:r>
    </w:p>
    <w:p>
      <w:r>
        <w:rPr>
          <w:i/>
        </w:rPr>
        <w:t>“Surah Al-Baqarah mein Ramadan ke kuch tafseeli ahkaam hain”</w:t>
      </w:r>
    </w:p>
    <w:p>
      <w:r>
        <w:rPr>
          <w:sz w:val="20"/>
        </w:rPr>
        <w:t>2:15  chalein, sab se pehli baat yeh hai ke quran mein surah al-baqarah mein ramzan ke kuch qadr tafseeli</w:t>
      </w:r>
      <w:r>
        <w:br/>
      </w:r>
      <w:r>
        <w:rPr>
          <w:sz w:val="20"/>
        </w:rPr>
        <w:t>2:28  ahkam aaye hain. to is mein teen lafz hain maqsad ramzan ke bare mein:</w:t>
      </w:r>
      <w:r>
        <w:br/>
      </w:r>
      <w:r>
        <w:rPr>
          <w:sz w:val="20"/>
        </w:rPr>
        <w:t>2:40  la'allakum tattaqun, la'allakum tashkurun, aur la'allakum yarsudun, la'allakum yarsudun.</w:t>
      </w:r>
      <w:r>
        <w:br/>
      </w:r>
      <w:r>
        <w:rPr>
          <w:sz w:val="20"/>
        </w:rPr>
        <w:t>2:52  yani ramzan ke mahine mein roza rakhne ka maqsad yeh hai ke rozedar ke andar taqwa ki spirit paida ho, shukr ki spirit paida ho,</w:t>
      </w:r>
      <w:r>
        <w:br/>
      </w:r>
      <w:r>
        <w:rPr>
          <w:sz w:val="20"/>
        </w:rPr>
        <w:t>3:06  aur rushd ki spirit paida ho.</w:t>
      </w:r>
      <w:r>
        <w:br/>
      </w:r>
      <w:r>
        <w:rPr>
          <w:sz w:val="20"/>
        </w:rPr>
        <w:t>3:12  to is se pehle maine taqwa aur shukr par kuch baatein arz ki thi, aaj main rushd par arz arz karna chahta hoon. la'allakum yarsudun ka matlab hai: taake woh hidayat paayein. yarsudun ka matlab yeh nahi hai ke woh hidayat ko follow karein,</w:t>
      </w:r>
      <w:r>
        <w:br/>
      </w:r>
      <w:r>
        <w:rPr>
          <w:sz w:val="20"/>
        </w:rPr>
        <w:t>3:35  hidayat ki pairvi karein, yeh matlab nahi hai.</w:t>
      </w:r>
      <w:r>
        <w:br/>
      </w:r>
      <w:r>
        <w:rPr>
          <w:sz w:val="20"/>
        </w:rPr>
        <w:t>3:39  is ka matlab hai rushd ko paayein, rushd ko discover karein, rushd ko realize karein.</w:t>
      </w:r>
      <w:r>
        <w:br/>
      </w:r>
      <w:r>
        <w:rPr>
          <w:sz w:val="20"/>
        </w:rPr>
        <w:t>3:49  rushd ka matlab hota hai guidance, hidayat, rehnumai.</w:t>
      </w:r>
      <w:r>
        <w:br/>
      </w:r>
      <w:r>
        <w:rPr>
          <w:sz w:val="20"/>
        </w:rPr>
        <w:t>3:55  to goya ke is mahine mein quran ke mutale'e ka ek khaas maqsad yeh hai ke quran ke zariye hum hidayat ko discover karein, hidayat ko daryaft karein.</w:t>
      </w:r>
      <w:r>
        <w:br/>
      </w:r>
      <w:r>
        <w:rPr>
          <w:sz w:val="20"/>
        </w:rPr>
        <w:t>4:11  yeh khaas maqsad hai ramzan ke mahine ka.</w:t>
      </w:r>
    </w:p>
    <w:p>
      <w:pPr>
        <w:pStyle w:val="Heading2"/>
      </w:pPr>
      <w:r>
        <w:t>The crow's lesson: God built modesty into creation</w:t>
      </w:r>
    </w:p>
    <w:p>
      <w:r>
        <w:rPr>
          <w:color w:val="666666"/>
          <w:sz w:val="18"/>
        </w:rPr>
        <w:t>Lessons from The Quran April 30, 2014 · 1m 50s · at 4:44 · https://youtu.be/3Snh2dw-6tk?t=284</w:t>
      </w:r>
    </w:p>
    <w:p>
      <w:r>
        <w:rPr>
          <w:i/>
        </w:rPr>
        <w:t>“Adam's son didn't know how to bury his brother”</w:t>
      </w:r>
    </w:p>
    <w:p>
      <w:r>
        <w:rPr>
          <w:sz w:val="20"/>
        </w:rPr>
        <w:t>4:44  ab dekhiye, is aayat se maloom hota hai ke adam ke bete ko maloom nahi tha ke apne bhai ki dead body ko kis tarah woh thikane lagaye.</w:t>
      </w:r>
      <w:r>
        <w:br/>
      </w:r>
      <w:r>
        <w:rPr>
          <w:sz w:val="20"/>
        </w:rPr>
        <w:t>5:03  to kowe ke zariye use rehnumai mili. is se maloom hua ke kowe ke andar bhi insan ke liye sabaq hai.</w:t>
      </w:r>
      <w:r>
        <w:br/>
      </w:r>
      <w:r>
        <w:rPr>
          <w:sz w:val="20"/>
        </w:rPr>
        <w:t>5:12  yani allah ne rakha hai, tab hai. khaliq ne kowe ke andar sabaq rakha hai, tab insan ko sabaq mil raha hai.</w:t>
      </w:r>
      <w:r>
        <w:br/>
      </w:r>
      <w:r>
        <w:rPr>
          <w:sz w:val="20"/>
        </w:rPr>
        <w:t>5:24  agar allah ne na rakha hota to sabaq milta bhi nahi.</w:t>
      </w:r>
      <w:r>
        <w:br/>
      </w:r>
      <w:r>
        <w:rPr>
          <w:sz w:val="20"/>
        </w:rPr>
        <w:t>5:30  is se maloom hua ke allah ko matloob hai ke hum har cheez se modesty ka sabaq lein. modesty.</w:t>
      </w:r>
      <w:r>
        <w:br/>
      </w:r>
      <w:r>
        <w:rPr>
          <w:sz w:val="20"/>
        </w:rPr>
        <w:t>5:42  chunanche woh adam ka beta kehta hai ke: "ke kaise ajeeb hai ke mein kowe jaisa bhi na ho saka". to allah ne apne nizam fitrat mein yeh ittefaq ki baat nahi hai.</w:t>
      </w:r>
      <w:r>
        <w:br/>
      </w:r>
      <w:r>
        <w:rPr>
          <w:sz w:val="20"/>
        </w:rPr>
        <w:t>5:55  yeh yani creation plan of god mein shamil hai. yeh creation plan of god ka ek hissa hai.</w:t>
      </w:r>
      <w:r>
        <w:br/>
      </w:r>
      <w:r>
        <w:rPr>
          <w:sz w:val="20"/>
        </w:rPr>
        <w:t>6:05  allah ne takhleeq ka nizam is tarah banaya hai ke yahan insan ko cheezon se modesty ka sabaq milta rahe, ajz ka sabaq milta rahe.</w:t>
      </w:r>
      <w:r>
        <w:br/>
      </w:r>
      <w:r>
        <w:rPr>
          <w:sz w:val="20"/>
        </w:rPr>
        <w:t>6:18  yeh khud takhleeq mein yeh shamil hai. agar aisa na hota to sabaq bhi na milta.</w:t>
      </w:r>
      <w:r>
        <w:br/>
      </w:r>
      <w:r>
        <w:rPr>
          <w:sz w:val="20"/>
        </w:rPr>
        <w:t>6:29  to yeh kaisi ajeeb baat hai.</w:t>
      </w:r>
    </w:p>
    <w:p>
      <w:pPr>
        <w:pStyle w:val="Heading2"/>
      </w:pPr>
      <w:r>
        <w:t>False anger leads to terrorism</w:t>
      </w:r>
    </w:p>
    <w:p>
      <w:r>
        <w:rPr>
          <w:color w:val="666666"/>
          <w:sz w:val="18"/>
        </w:rPr>
        <w:t>Terrorism in the name of Islam December 23, 2016 · 2m 17s · at 1:33 · https://youtu.be/sm_0z6s2UPs?t=93</w:t>
      </w:r>
    </w:p>
    <w:p>
      <w:r>
        <w:rPr>
          <w:i/>
        </w:rPr>
        <w:t>“The reason is false anger.”</w:t>
      </w:r>
    </w:p>
    <w:p>
      <w:r>
        <w:rPr>
          <w:sz w:val="20"/>
        </w:rPr>
        <w:t>1:33  dekhiye, meri study ke mutabiq is ka reason anger hai, woh bhi false anger.</w:t>
      </w:r>
      <w:r>
        <w:br/>
      </w:r>
      <w:r>
        <w:rPr>
          <w:sz w:val="20"/>
        </w:rPr>
        <w:t>1:39  musalmanon mein ek false qism ka anger aa gaya hai, false.</w:t>
      </w:r>
      <w:r>
        <w:br/>
      </w:r>
      <w:r>
        <w:rPr>
          <w:sz w:val="20"/>
        </w:rPr>
        <w:t>1:46  to is liye woh react karte hain.</w:t>
      </w:r>
      <w:r>
        <w:br/>
      </w:r>
      <w:r>
        <w:rPr>
          <w:sz w:val="20"/>
        </w:rPr>
        <w:t>1:53  to sara yeh terrorism jo hai, woh out of reaction hai.</w:t>
      </w:r>
      <w:r>
        <w:br/>
      </w:r>
      <w:r>
        <w:rPr>
          <w:sz w:val="20"/>
        </w:rPr>
        <w:t>2:00  اس کا بھی میرے نزدیک ریزن جو ہے، وہ false food ہے، یعنی anger جو ہے ان کا،</w:t>
      </w:r>
      <w:r>
        <w:br/>
      </w:r>
      <w:r>
        <w:rPr>
          <w:sz w:val="20"/>
        </w:rPr>
        <w:t>2:07  is ki koi base nahi hai.</w:t>
      </w:r>
      <w:r>
        <w:br/>
      </w:r>
      <w:r>
        <w:rPr>
          <w:sz w:val="20"/>
        </w:rPr>
        <w:t>2:14  asal yeh hai ke woh chahte hain ke dunya un ki pasand ke mutabiq rahe.</w:t>
      </w:r>
      <w:r>
        <w:br/>
      </w:r>
      <w:r>
        <w:rPr>
          <w:sz w:val="20"/>
        </w:rPr>
        <w:t>2:20  democracy bas ho nahi sakti.</w:t>
      </w:r>
      <w:r>
        <w:br/>
      </w:r>
      <w:r>
        <w:rPr>
          <w:sz w:val="20"/>
        </w:rPr>
        <w:t>2:27  musalmanon ka jo model bana baat ko, woh tha kingship ka model, jis ko woh khilafat kehte thay.</w:t>
      </w:r>
      <w:r>
        <w:br/>
      </w:r>
      <w:r>
        <w:rPr>
          <w:sz w:val="20"/>
        </w:rPr>
        <w:t>2:34  to kingship ke model mein jo equation hota hai, woh ruler aur ruled ka hota hai.</w:t>
      </w:r>
      <w:r>
        <w:br/>
      </w:r>
      <w:r>
        <w:rPr>
          <w:sz w:val="20"/>
        </w:rPr>
        <w:t>2:41  matlab ruler committee jo chahe wahi ho, baqi log is ko accept karein.</w:t>
      </w:r>
      <w:r>
        <w:br/>
      </w:r>
      <w:r>
        <w:rPr>
          <w:sz w:val="20"/>
        </w:rPr>
        <w:t>2:48  to musalmanon ka jo mindset hai, isi mein banaye ga.</w:t>
      </w:r>
      <w:r>
        <w:br/>
      </w:r>
      <w:r>
        <w:rPr>
          <w:sz w:val="20"/>
        </w:rPr>
        <w:t>2:55  isi tarah ki kitabein parhte hain.</w:t>
      </w:r>
      <w:r>
        <w:br/>
      </w:r>
      <w:r>
        <w:rPr>
          <w:sz w:val="20"/>
        </w:rPr>
        <w:t>3:02  sari kitabein likhi gayi hain isi model par.</w:t>
      </w:r>
      <w:r>
        <w:br/>
      </w:r>
      <w:r>
        <w:rPr>
          <w:sz w:val="20"/>
        </w:rPr>
        <w:t>3:08  to mein samajhta hoon ke jab tak musalmanon ke mindset ko badla na jaye, un ko bataya</w:t>
      </w:r>
      <w:r>
        <w:br/>
      </w:r>
      <w:r>
        <w:rPr>
          <w:sz w:val="20"/>
        </w:rPr>
        <w:t>3:15  jaye ke new age democracy ka age hai.</w:t>
      </w:r>
      <w:r>
        <w:br/>
      </w:r>
      <w:r>
        <w:rPr>
          <w:sz w:val="20"/>
        </w:rPr>
        <w:t>3:22  democracy kingship ka age nahi hai.</w:t>
      </w:r>
      <w:r>
        <w:br/>
      </w:r>
      <w:r>
        <w:rPr>
          <w:sz w:val="20"/>
        </w:rPr>
        <w:t>3:29  is waqt, is zamane mein jis tarah se hum azaad hain, doosra bhi azaad hai.</w:t>
      </w:r>
      <w:r>
        <w:br/>
      </w:r>
      <w:r>
        <w:rPr>
          <w:sz w:val="20"/>
        </w:rPr>
        <w:t>3:36  to hamein manage karna pare ga, adjust karna pare ga.</w:t>
      </w:r>
      <w:r>
        <w:br/>
      </w:r>
      <w:r>
        <w:rPr>
          <w:sz w:val="20"/>
        </w:rPr>
        <w:t>3:43  warna yahi hoga ke react karte rahen ge aur apne aap ko kham kham marwate rahen ge.</w:t>
      </w:r>
      <w:r>
        <w:br/>
      </w:r>
      <w:r>
        <w:rPr>
          <w:sz w:val="20"/>
        </w:rPr>
        <w:t>3:50  ji. molana sahib, some Muslim terrorists have been killing innocent people in western countries, and they justify this by their anger, saying that this is against the policies that these western countries have created. so what would you say to this kind of an approach?</w:t>
      </w:r>
    </w:p>
    <w:p>
      <w:pPr>
        <w:pStyle w:val="Heading2"/>
      </w:pPr>
      <w:r>
        <w:t>Alternative way to get Aqsa blessings</w:t>
      </w:r>
    </w:p>
    <w:p>
      <w:r>
        <w:rPr>
          <w:color w:val="666666"/>
          <w:sz w:val="18"/>
        </w:rPr>
        <w:t>Q&amp;A 09 Nov 2008 - Maulana Wahiduddin Khan · 1m 47s · at 10:59 · https://youtu.be/iA8ELjlgPLU?t=659</w:t>
      </w:r>
    </w:p>
    <w:p>
      <w:r>
        <w:rPr>
          <w:i/>
        </w:rPr>
        <w:t>“Mai chahta hoon ki iska jo alternative hai, woh dua hai.”</w:t>
      </w:r>
    </w:p>
    <w:p>
      <w:r>
        <w:rPr>
          <w:sz w:val="20"/>
        </w:rPr>
        <w:t>10:59  mein chahta hoon ke is ka jo alternative hai, woh dua hai. dua hai. jaise wahan bhi mein ne jo dua ki thi ke peghambaron ke ki jo jamaat yahan thi ya un ki jo gathering thi, us mein shamil ho jao.</w:t>
      </w:r>
      <w:r>
        <w:br/>
      </w:r>
      <w:r>
        <w:rPr>
          <w:sz w:val="20"/>
        </w:rPr>
        <w:t>11:16  to dua hi to thi woh, kyunke peghambar to maujood nahi thay. woh</w:t>
      </w:r>
      <w:r>
        <w:br/>
      </w:r>
      <w:r>
        <w:rPr>
          <w:sz w:val="20"/>
        </w:rPr>
        <w:t>11:22  to mein ne jo hadith sunai, woh hadith bohat bari is mein woh har hope hai aur har aadmi ke liye. ana abdi bi nabi ma sha'a ke mein bande guman ke sath hoon.</w:t>
      </w:r>
      <w:r>
        <w:br/>
      </w:r>
      <w:r>
        <w:rPr>
          <w:sz w:val="20"/>
        </w:rPr>
        <w:t>11:39  to jo chahe, woh guman kar le mere bare mein. matlab woh jo guman karega, us ko poora karunga. woh</w:t>
      </w:r>
      <w:r>
        <w:br/>
      </w:r>
      <w:r>
        <w:rPr>
          <w:sz w:val="20"/>
        </w:rPr>
        <w:t>11:47  to agar koi shakhs yahi guman kare ke khudaya mein dua ke zariye is blessing ko mujhe de de, woh blessing mujhe mil jaye dua ke zariye, kyunke mein wahan safar kar ke nahi ja saka, to mein chahta hoon ke dua ke zariye us ko woh blessing mil jayegi.</w:t>
      </w:r>
      <w:r>
        <w:br/>
      </w:r>
      <w:r>
        <w:rPr>
          <w:sz w:val="20"/>
        </w:rPr>
        <w:t>12:05  ana abdi bi nabi ma sha'a.</w:t>
      </w:r>
      <w:r>
        <w:br/>
      </w:r>
      <w:r>
        <w:rPr>
          <w:sz w:val="20"/>
        </w:rPr>
        <w:t>12:10  mein bande guman ke sath hoon. to jo guman chahe, woh mere bare mein kar le. mein us ko poora karunga. is ka matlab yeh nahi ke aap ulta seedha guman kar len.</w:t>
      </w:r>
      <w:r>
        <w:br/>
      </w:r>
      <w:r>
        <w:rPr>
          <w:sz w:val="20"/>
        </w:rPr>
        <w:t>12:21  yani jo durust guman agar karenge, aap jo sahi guman jo Khuda ke</w:t>
      </w:r>
      <w:r>
        <w:br/>
      </w:r>
      <w:r>
        <w:rPr>
          <w:sz w:val="20"/>
        </w:rPr>
        <w:t>12:28  is ke mutabiq hoga, scheme ke mutabiq hoga, to Khuda is ko poora karega. To agar koi yahi dua kare ke Khudaaya main Aqsa mein nahi aa saka, to yahi mujhe to Aqsa wali blessing de de.</w:t>
      </w:r>
      <w:r>
        <w:br/>
      </w:r>
      <w:r>
        <w:rPr>
          <w:sz w:val="20"/>
        </w:rPr>
        <w:t>12:39  mujhe yaqeen hai ke is ko mil jayegi blessing yahin par dua ke zariye se.</w:t>
      </w:r>
    </w:p>
    <w:p>
      <w:pPr>
        <w:pStyle w:val="Heading2"/>
      </w:pPr>
      <w:r>
        <w:t>Positive history interpretation for peace</w:t>
      </w:r>
    </w:p>
    <w:p>
      <w:r>
        <w:rPr>
          <w:color w:val="666666"/>
          <w:sz w:val="18"/>
        </w:rPr>
        <w:t>Why have Muslims turned violent December 14, 2008 Maulana Wahiduddin Khan · 2m 42s · at 7:10 · https://youtu.be/tPI2TlGq_QY?t=430</w:t>
      </w:r>
    </w:p>
    <w:p>
      <w:r>
        <w:rPr>
          <w:i/>
        </w:rPr>
        <w:t>“Any community lives in its history.”</w:t>
      </w:r>
    </w:p>
    <w:p>
      <w:r>
        <w:rPr>
          <w:sz w:val="20"/>
        </w:rPr>
        <w:t>7:10  is phenomena ka bhi jawab ho. ab dekhiye, yahan main yeh kahoon ga apne is study ki roshni mein ke koi bhi community ho, koi islam musalman ho ya doosre log hon,</w:t>
      </w:r>
      <w:r>
        <w:br/>
      </w:r>
      <w:r>
        <w:rPr>
          <w:sz w:val="20"/>
        </w:rPr>
        <w:t>7:30  har community apni history mein jeeti hai. history.</w:t>
      </w:r>
      <w:r>
        <w:br/>
      </w:r>
      <w:r>
        <w:rPr>
          <w:sz w:val="20"/>
        </w:rPr>
        <w:t>7:37  history hamesha communities ki viewed memory mein hoti hai. aur history kya hai? history is full of orders, full of problems, full of good news or bad news.</w:t>
      </w:r>
      <w:r>
        <w:br/>
      </w:r>
      <w:r>
        <w:rPr>
          <w:sz w:val="20"/>
        </w:rPr>
        <w:t>7:52  kisi ki history, ideal history to hoti hi nahin. kisi ki bhi nahin. kyun ke insaan ko khuda ne di hai azadi, freedom.</w:t>
      </w:r>
      <w:r>
        <w:br/>
      </w:r>
      <w:r>
        <w:rPr>
          <w:sz w:val="20"/>
        </w:rPr>
        <w:t>8:04  to insaan freedom ko misuse kare ga. us ki bhi azadi hai us ko. so it is misuse of freedom that creates problems.</w:t>
      </w:r>
      <w:r>
        <w:br/>
      </w:r>
      <w:r>
        <w:rPr>
          <w:sz w:val="20"/>
        </w:rPr>
        <w:t>8:14  fathers.</w:t>
      </w:r>
      <w:r>
        <w:br/>
      </w:r>
      <w:r>
        <w:rPr>
          <w:sz w:val="20"/>
        </w:rPr>
        <w:t>8:23  to yeh wajah hai ke hamesha history mein aisa hota hai ke har qism ki cheezein bhari hoti hain. yaani bad events aur good events.</w:t>
      </w:r>
      <w:r>
        <w:br/>
      </w:r>
      <w:r>
        <w:rPr>
          <w:sz w:val="20"/>
        </w:rPr>
        <w:t>8:36  to har generation, har community inherit karti hai is history ko.</w:t>
      </w:r>
      <w:r>
        <w:br/>
      </w:r>
      <w:r>
        <w:rPr>
          <w:sz w:val="20"/>
        </w:rPr>
        <w:t>8:48  is ka matlab kya hua? is ka matlab yeh hua ke aap ko, yaani jo kisi community ke jo opinion makers hote hain ya jo leaders hote hain, un ko apni history ka ek positive interpretation dena hota hai.</w:t>
      </w:r>
      <w:r>
        <w:br/>
      </w:r>
      <w:r>
        <w:rPr>
          <w:sz w:val="20"/>
        </w:rPr>
        <w:t>9:08  positive interpretation. agar woh, agar woh na de paen to log negativity mein jiyen ge. yaani woh history jo chali aa rahi hai, dunya bhar ki baaton ko liye hue, woh un ke mind mein bhar jae gi.</w:t>
      </w:r>
      <w:r>
        <w:br/>
      </w:r>
      <w:r>
        <w:rPr>
          <w:sz w:val="20"/>
        </w:rPr>
        <w:t>9:23  woh negative ban jaen ge.</w:t>
      </w:r>
      <w:r>
        <w:br/>
      </w:r>
      <w:r>
        <w:rPr>
          <w:sz w:val="20"/>
        </w:rPr>
        <w:t>9:27  to is ka solution sirf yeh hai ke jo kisi community ke jo leaders hain, jo opinion makers hain, woh history ka positive interpretation de saken.</w:t>
      </w:r>
      <w:r>
        <w:br/>
      </w:r>
      <w:r>
        <w:rPr>
          <w:sz w:val="20"/>
        </w:rPr>
        <w:t>9:41  tab ja kar yeh mumkin hai ke community jo hai bache hate se, violence se, negative thoughts se.</w:t>
      </w:r>
    </w:p>
    <w:p>
      <w:pPr>
        <w:pStyle w:val="Heading2"/>
      </w:pPr>
      <w:r>
        <w:t>Rabbaniyat: the Quran's real word for spirituality</w:t>
      </w:r>
    </w:p>
    <w:p>
      <w:r>
        <w:rPr>
          <w:color w:val="666666"/>
          <w:sz w:val="18"/>
        </w:rPr>
        <w:t>The Concept of Spirituality In Islam - I January 27, 2006 Maulana Wahiduddin Khan · 2m 48s · at 22:00 · https://youtu.be/xnI_QVVDWgk?t=1320</w:t>
      </w:r>
    </w:p>
    <w:p>
      <w:r>
        <w:rPr>
          <w:i/>
        </w:rPr>
        <w:t>“The Persian and Urdu word for spirituality is Ruhaniyat”</w:t>
      </w:r>
    </w:p>
    <w:p>
      <w:r>
        <w:rPr>
          <w:sz w:val="20"/>
        </w:rPr>
        <w:t>22:00  the persian word aur urdu word for spirituality is roohaniyat.</w:t>
      </w:r>
      <w:r>
        <w:br/>
      </w:r>
      <w:r>
        <w:rPr>
          <w:sz w:val="20"/>
        </w:rPr>
        <w:t>22:11  roohaniyat is an equal, equal word. what we call in english spirituality is called in urdu and persian roohaniyat. all those sufis we are speaking in, in this term, in term of roohaniyat. but, you know,</w:t>
      </w:r>
      <w:r>
        <w:br/>
      </w:r>
      <w:r>
        <w:rPr>
          <w:sz w:val="20"/>
        </w:rPr>
        <w:t>22:31  word roohaniyat is not mentioned in the quran. roohaniyat is not a quranic word.</w:t>
      </w:r>
      <w:r>
        <w:br/>
      </w:r>
      <w:r>
        <w:rPr>
          <w:sz w:val="20"/>
        </w:rPr>
        <w:t>22:40  also, it is used by, frequently used by sufi, but it is not quranic word. quranic word for this purpose is arbaniyat. koon rabbani. to, what we call spirituality is,</w:t>
      </w:r>
      <w:r>
        <w:br/>
      </w:r>
      <w:r>
        <w:rPr>
          <w:sz w:val="20"/>
        </w:rPr>
        <w:t>23:01  is, is according to islamic teachings.</w:t>
      </w:r>
      <w:r>
        <w:br/>
      </w:r>
      <w:r>
        <w:rPr>
          <w:sz w:val="20"/>
        </w:rPr>
        <w:t>23:05  but, quran does not use word roohaniyat or sufis. quran uses word rabbaniyat. arbaniyat. rabbaniyat is drive from rabb. rabb, the god. so, rabbaniyat means god oriented or god based.</w:t>
      </w:r>
      <w:r>
        <w:br/>
      </w:r>
      <w:r>
        <w:rPr>
          <w:sz w:val="20"/>
        </w:rPr>
        <w:t>23:33  so, arbaniyat means god oriented thinking, god oriented speech, god oriented practice,</w:t>
      </w:r>
      <w:r>
        <w:br/>
      </w:r>
      <w:r>
        <w:rPr>
          <w:sz w:val="20"/>
        </w:rPr>
        <w:t>23:47  god oriented action, god oriented behavior. this is spirituality of islam.</w:t>
      </w:r>
      <w:r>
        <w:br/>
      </w:r>
      <w:r>
        <w:rPr>
          <w:sz w:val="20"/>
        </w:rPr>
        <w:t>24:01  i greatly believe that spirituality, spirituality is, is the essence of islam. what i, what, what i want to say here, that spirituality or roohaniyat are not quranic word. quranic word is</w:t>
      </w:r>
      <w:r>
        <w:br/>
      </w:r>
      <w:r>
        <w:rPr>
          <w:sz w:val="20"/>
        </w:rPr>
        <w:t>24:21  rabbaniyat. arbaniyat.</w:t>
      </w:r>
      <w:r>
        <w:br/>
      </w:r>
      <w:r>
        <w:rPr>
          <w:sz w:val="20"/>
        </w:rPr>
        <w:t>24:28  arbaniyat is very meaningful word. very meaningful word. because, here, we can say, yani the word itself is telling us what is spirituality in islam.</w:t>
      </w:r>
    </w:p>
    <w:p>
      <w:pPr>
        <w:pStyle w:val="Heading2"/>
      </w:pPr>
      <w:r>
        <w:t>Life is an exam hall, avoid time waste</w:t>
      </w:r>
    </w:p>
    <w:p>
      <w:r>
        <w:rPr>
          <w:color w:val="666666"/>
          <w:sz w:val="18"/>
        </w:rPr>
        <w:t>Different Aspects of Islam · 2m 01s · at 42:02 · https://youtu.be/Y77bzb5Vbr8?t=2522</w:t>
      </w:r>
    </w:p>
    <w:p>
      <w:r>
        <w:rPr>
          <w:i/>
        </w:rPr>
        <w:t>“Yeh duniya imtihan hall hai”</w:t>
      </w:r>
    </w:p>
    <w:p>
      <w:r>
        <w:rPr>
          <w:sz w:val="20"/>
        </w:rPr>
        <w:t>42:02  milane ka mauqa mil jaye.</w:t>
      </w:r>
      <w:r>
        <w:br/>
      </w:r>
      <w:r>
        <w:rPr>
          <w:sz w:val="20"/>
        </w:rPr>
        <w:t>42:07  to yeh quran batata hai ke yeh dunya jo hai yeh intikhabi maidan hai.</w:t>
      </w:r>
      <w:r>
        <w:br/>
      </w:r>
      <w:r>
        <w:rPr>
          <w:sz w:val="20"/>
        </w:rPr>
        <w:t>42:11  intikhabi maidan hai yeh.</w:t>
      </w:r>
      <w:r>
        <w:br/>
      </w:r>
      <w:r>
        <w:rPr>
          <w:sz w:val="20"/>
        </w:rPr>
        <w:t>42:15  yeh dunya hamare liye ek intikhabi maidan hai.</w:t>
      </w:r>
      <w:r>
        <w:br/>
      </w:r>
      <w:r>
        <w:rPr>
          <w:sz w:val="20"/>
        </w:rPr>
        <w:t>42:20  woh sab kuch jo wahan par kamil shakal mein hai yahan par namukammal shakal mein hai.</w:t>
      </w:r>
      <w:r>
        <w:br/>
      </w:r>
      <w:r>
        <w:rPr>
          <w:sz w:val="20"/>
        </w:rPr>
        <w:t>42:24  is namukammal dunya mein hum ko har cheez ka taaruf diya ja raha hai.</w:t>
      </w:r>
      <w:r>
        <w:br/>
      </w:r>
      <w:r>
        <w:rPr>
          <w:sz w:val="20"/>
        </w:rPr>
        <w:t>42:28  hum yeh jaan sakein ke kamil dunya</w:t>
      </w:r>
      <w:r>
        <w:br/>
      </w:r>
      <w:r>
        <w:rPr>
          <w:sz w:val="20"/>
        </w:rPr>
        <w:t>42:33  jo hai woh kaisa hoga.</w:t>
      </w:r>
      <w:r>
        <w:br/>
      </w:r>
      <w:r>
        <w:rPr>
          <w:sz w:val="20"/>
        </w:rPr>
        <w:t>42:38  to namukammal dunya mein hamein ek test ke liye rakha gaya hai.</w:t>
      </w:r>
      <w:r>
        <w:br/>
      </w:r>
      <w:r>
        <w:rPr>
          <w:sz w:val="20"/>
        </w:rPr>
        <w:t>42:43  is test mein poora utarne ke baad hum.</w:t>
      </w:r>
      <w:r>
        <w:br/>
      </w:r>
      <w:r>
        <w:rPr>
          <w:sz w:val="20"/>
        </w:rPr>
        <w:t>42:48  wahan par kamil dunya ke liye muntakhib kiye jayenge.</w:t>
      </w:r>
      <w:r>
        <w:br/>
      </w:r>
      <w:r>
        <w:rPr>
          <w:sz w:val="20"/>
        </w:rPr>
        <w:t>42:53  ab bataiye ke imtehan hall mein jab koi talib ilm jata hai.</w:t>
      </w:r>
      <w:r>
        <w:br/>
      </w:r>
      <w:r>
        <w:rPr>
          <w:sz w:val="20"/>
        </w:rPr>
        <w:t>42:58  to kya wahan gosp karega? ek talib ilm jo hai woh school ka ya college ka</w:t>
      </w:r>
      <w:r>
        <w:br/>
      </w:r>
      <w:r>
        <w:rPr>
          <w:sz w:val="20"/>
        </w:rPr>
        <w:t xml:space="preserve">43:03  </w:t>
      </w:r>
      <w:r>
        <w:br/>
      </w:r>
      <w:r>
        <w:rPr>
          <w:sz w:val="20"/>
        </w:rPr>
        <w:t>43:08  jab jata hai imtehan hall mein.</w:t>
      </w:r>
      <w:r>
        <w:br/>
      </w:r>
      <w:r>
        <w:rPr>
          <w:sz w:val="20"/>
        </w:rPr>
        <w:t>43:13  to bohat thoda waqt is ke paas hota hai.</w:t>
      </w:r>
      <w:r>
        <w:br/>
      </w:r>
      <w:r>
        <w:rPr>
          <w:sz w:val="20"/>
        </w:rPr>
        <w:t>43:18  to kya woh gosp karega? kya wahan hooha culture chalaye ga woh? woh samjhega ke bas</w:t>
      </w:r>
      <w:r>
        <w:br/>
      </w:r>
      <w:r>
        <w:rPr>
          <w:sz w:val="20"/>
        </w:rPr>
        <w:t>43:23  thoda sa waqt hai is ko achi tarah mujhe istemal karna hai. tahke mein.</w:t>
      </w:r>
      <w:r>
        <w:br/>
      </w:r>
      <w:r>
        <w:rPr>
          <w:sz w:val="20"/>
        </w:rPr>
        <w:t>43:28  mein sare apne apna jo imtehan mera jo mera imtehan hai.</w:t>
      </w:r>
      <w:r>
        <w:br/>
      </w:r>
      <w:r>
        <w:rPr>
          <w:sz w:val="20"/>
        </w:rPr>
        <w:t>43:34  is mein mein pass ho jaon aur phir aage ki taraqqiyan mujhe milein.</w:t>
      </w:r>
      <w:r>
        <w:br/>
      </w:r>
      <w:r>
        <w:rPr>
          <w:sz w:val="20"/>
        </w:rPr>
        <w:t>43:41  to maujooda dunya bilkul ek imtehan hall hai.</w:t>
      </w:r>
      <w:r>
        <w:br/>
      </w:r>
      <w:r>
        <w:rPr>
          <w:sz w:val="20"/>
        </w:rPr>
        <w:t>43:49  hum nahi bardasht kar sakte hooha culture.</w:t>
      </w:r>
      <w:r>
        <w:br/>
      </w:r>
      <w:r>
        <w:rPr>
          <w:sz w:val="20"/>
        </w:rPr>
        <w:t>43:56  hum hooha culture ko bardasht nahi kar sakte. to</w:t>
      </w:r>
    </w:p>
    <w:p>
      <w:pPr>
        <w:pStyle w:val="Heading2"/>
      </w:pPr>
      <w:r>
        <w:t>Quran's preservation proves its divine origin</w:t>
      </w:r>
    </w:p>
    <w:p>
      <w:r>
        <w:rPr>
          <w:color w:val="666666"/>
          <w:sz w:val="18"/>
        </w:rPr>
        <w:t>2 20 29  Chapter Al Baqrah, Aug 02, 2015 · 2m 18s · at 13:39 · https://youtu.be/cTJGD7yxFyM?t=819</w:t>
      </w:r>
    </w:p>
    <w:p>
      <w:r>
        <w:rPr>
          <w:i/>
        </w:rPr>
        <w:t>“Quran aik aisi kitab hai jo ab se 1500 saal pehle utri”</w:t>
      </w:r>
    </w:p>
    <w:p>
      <w:r>
        <w:rPr>
          <w:sz w:val="20"/>
        </w:rPr>
        <w:t>13:39  par mein ne tafseel se likha hai apni kitaabon mein.</w:t>
      </w:r>
      <w:r>
        <w:br/>
      </w:r>
      <w:r>
        <w:rPr>
          <w:sz w:val="20"/>
        </w:rPr>
        <w:t>13:44  quran ek aisi kitaab hai jo ab se taqreeban deyr hazaar saal pehle utri.</w:t>
      </w:r>
      <w:r>
        <w:br/>
      </w:r>
      <w:r>
        <w:rPr>
          <w:sz w:val="20"/>
        </w:rPr>
        <w:t>13:49  quran ke siwa koi aisi kitaab nahin hai jis ke statement ab tak valid hon.</w:t>
      </w:r>
      <w:r>
        <w:br/>
      </w:r>
      <w:r>
        <w:rPr>
          <w:sz w:val="20"/>
        </w:rPr>
        <w:t>13:54  yaani lambe muddat guzarne ke baad bhi is ke tamaam statement valid hain.</w:t>
      </w:r>
      <w:r>
        <w:br/>
      </w:r>
      <w:r>
        <w:rPr>
          <w:sz w:val="20"/>
        </w:rPr>
        <w:t>13:59  quran mein dekhiye, history ke baare mein kai references hain.</w:t>
      </w:r>
      <w:r>
        <w:br/>
      </w:r>
      <w:r>
        <w:rPr>
          <w:sz w:val="20"/>
        </w:rPr>
        <w:t>14:04  science ke baare mein kai references hain.</w:t>
      </w:r>
      <w:r>
        <w:br/>
      </w:r>
      <w:r>
        <w:rPr>
          <w:sz w:val="20"/>
        </w:rPr>
        <w:t>14:10  jo mukhtalif qism ke jo discipline hain, woh un ke baare mein references hain.</w:t>
      </w:r>
      <w:r>
        <w:br/>
      </w:r>
      <w:r>
        <w:rPr>
          <w:sz w:val="20"/>
        </w:rPr>
        <w:t>14:14  lekin aaj tak woh references apni validity ko baaqi rakhe hue hain.</w:t>
      </w:r>
      <w:r>
        <w:br/>
      </w:r>
      <w:r>
        <w:rPr>
          <w:sz w:val="20"/>
        </w:rPr>
        <w:t>14:18  is mein koi farq nahin aaya.</w:t>
      </w:r>
      <w:r>
        <w:br/>
      </w:r>
      <w:r>
        <w:rPr>
          <w:sz w:val="20"/>
        </w:rPr>
        <w:t>14:23  to koi insaan aisi kitaab nahin likh sakta jo kitaab itni lambi muddat tak apni validity ko baaqi</w:t>
      </w:r>
      <w:r>
        <w:br/>
      </w:r>
      <w:r>
        <w:rPr>
          <w:sz w:val="20"/>
        </w:rPr>
        <w:t>14:27  rakhe hue ho.</w:t>
      </w:r>
      <w:r>
        <w:br/>
      </w:r>
      <w:r>
        <w:rPr>
          <w:sz w:val="20"/>
        </w:rPr>
        <w:t>14:31  kuch dinon ke baad khatm ho jaati hai.</w:t>
      </w:r>
      <w:r>
        <w:br/>
      </w:r>
      <w:r>
        <w:rPr>
          <w:sz w:val="20"/>
        </w:rPr>
        <w:t>14:36  aise hi zabaan bhi dekhiye.</w:t>
      </w:r>
      <w:r>
        <w:br/>
      </w:r>
      <w:r>
        <w:rPr>
          <w:sz w:val="20"/>
        </w:rPr>
        <w:t>14:40  quran ki zabaan jo hai, deyr hazaar saal se wohi ki wohi hai.</w:t>
      </w:r>
      <w:r>
        <w:br/>
      </w:r>
      <w:r>
        <w:rPr>
          <w:sz w:val="20"/>
        </w:rPr>
        <w:t>14:44  duniya mein koi zabaan aisi nahin hai jo deyr hazaar saal se wohi ki wohi baaqi ho.</w:t>
      </w:r>
      <w:r>
        <w:br/>
      </w:r>
      <w:r>
        <w:rPr>
          <w:sz w:val="20"/>
        </w:rPr>
        <w:t>14:47  tamaam zabaanen badal gayeen. tamaam zabaanen.</w:t>
      </w:r>
      <w:r>
        <w:br/>
      </w:r>
      <w:r>
        <w:rPr>
          <w:sz w:val="20"/>
        </w:rPr>
        <w:t>14:51  jo zabaan angrezi, misaal ke taur par, angrezi zabaan jo hai, misaal ke taur par, jo zabaan bolte the Chaucer ya</w:t>
      </w:r>
      <w:r>
        <w:br/>
      </w:r>
      <w:r>
        <w:rPr>
          <w:sz w:val="20"/>
        </w:rPr>
        <w:t>14:55  Shakespeare, woh zabaan nahin hai aaj.</w:t>
      </w:r>
      <w:r>
        <w:br/>
      </w:r>
      <w:r>
        <w:rPr>
          <w:sz w:val="20"/>
        </w:rPr>
        <w:t>14:59  aaj mukhtalif ho chuki hai.</w:t>
      </w:r>
      <w:r>
        <w:br/>
      </w:r>
      <w:r>
        <w:rPr>
          <w:sz w:val="20"/>
        </w:rPr>
        <w:t>15:03  halankay shakespeare ki zaban sirf 300 sal hai.</w:t>
      </w:r>
      <w:r>
        <w:br/>
      </w:r>
      <w:r>
        <w:rPr>
          <w:sz w:val="20"/>
        </w:rPr>
        <w:t>15:06  chaser ki zaban 500</w:t>
      </w:r>
      <w:r>
        <w:br/>
      </w:r>
      <w:r>
        <w:rPr>
          <w:sz w:val="20"/>
        </w:rPr>
        <w:t>15:10  sal hai.</w:t>
      </w:r>
      <w:r>
        <w:br/>
      </w:r>
      <w:r>
        <w:rPr>
          <w:sz w:val="20"/>
        </w:rPr>
        <w:t>15:13  aur arabi zaban dehd hazar sal say wahi ki wahi hai.</w:t>
      </w:r>
      <w:r>
        <w:br/>
      </w:r>
      <w:r>
        <w:rPr>
          <w:sz w:val="20"/>
        </w:rPr>
        <w:t>15:16  yani jo zaban boltay thay rasool Allah, sahaba, wahi zaban aaj bhi boli jati hai.</w:t>
      </w:r>
      <w:r>
        <w:br/>
      </w:r>
      <w:r>
        <w:rPr>
          <w:sz w:val="20"/>
        </w:rPr>
        <w:t>15:19  wahi samjhi jati hai.</w:t>
      </w:r>
      <w:r>
        <w:br/>
      </w:r>
      <w:r>
        <w:rPr>
          <w:sz w:val="20"/>
        </w:rPr>
        <w:t>15:22  isi zaban mein aaj bhi kitabein likhi jati hain.</w:t>
      </w:r>
      <w:r>
        <w:br/>
      </w:r>
      <w:r>
        <w:rPr>
          <w:sz w:val="20"/>
        </w:rPr>
        <w:t>15:25  maamooli farq hai.</w:t>
      </w:r>
      <w:r>
        <w:br/>
      </w:r>
      <w:r>
        <w:rPr>
          <w:sz w:val="20"/>
        </w:rPr>
        <w:t>15:28  is maamooli farq ko to zamanay kay lihaz say hoga.</w:t>
      </w:r>
      <w:r>
        <w:br/>
      </w:r>
      <w:r>
        <w:rPr>
          <w:sz w:val="20"/>
        </w:rPr>
        <w:t>15:31  misal kay tor par telephone zamanay mein nahi tha.</w:t>
      </w:r>
      <w:r>
        <w:br/>
      </w:r>
      <w:r>
        <w:rPr>
          <w:sz w:val="20"/>
        </w:rPr>
        <w:t>15:34  to aap aik lafz ka izafa ho jayega.</w:t>
      </w:r>
      <w:r>
        <w:br/>
      </w:r>
      <w:r>
        <w:rPr>
          <w:sz w:val="20"/>
        </w:rPr>
        <w:t>15:37  arabi mein kehtay hain tali</w:t>
      </w:r>
      <w:r>
        <w:br/>
      </w:r>
      <w:r>
        <w:rPr>
          <w:sz w:val="20"/>
        </w:rPr>
        <w:t>15:40  phone, aur Arabi mein kaha jata hai hatif. to aisa hota hai. asal zaban to wohi ki wohi hai. asal zaban mein koi farq nahi hai. to yeh is baat ka saboot hai ke yeh koi insani kitab nahi hai.</w:t>
      </w:r>
    </w:p>
    <w:p>
      <w:pPr>
        <w:pStyle w:val="Heading2"/>
      </w:pPr>
      <w:r>
        <w:t>Ramadan's spirit lost to overeating and shopping frenzy</w:t>
      </w:r>
    </w:p>
    <w:p>
      <w:r>
        <w:rPr>
          <w:color w:val="666666"/>
          <w:sz w:val="18"/>
        </w:rPr>
        <w:t>Ramadan and Roza August 5, 2012 · 2m 26s · at 35:44 · https://youtu.be/G1oFWcZ1gBg?t=2144</w:t>
      </w:r>
    </w:p>
    <w:p>
      <w:r>
        <w:rPr>
          <w:i/>
        </w:rPr>
        <w:t>“Ramadan aata hai, log bas overeating karte hain”</w:t>
      </w:r>
    </w:p>
    <w:p>
      <w:r>
        <w:rPr>
          <w:sz w:val="20"/>
        </w:rPr>
        <w:t>35:44  to ramzan aata hai har saal lekin log bas overeating karte hain aur dhoom machate hain khane peene ki</w:t>
      </w:r>
      <w:r>
        <w:br/>
      </w:r>
      <w:r>
        <w:rPr>
          <w:sz w:val="20"/>
        </w:rPr>
        <w:t>35:57  kal kal parson ek ek hindu se meri mulaqat hui woh rehte hain muslim ilaqay mein to unhon ne dekha ke wahan musalman jo hain bohat shopping kar rahe hain to unhon ne poocha kisi musalman se ke aaj kal tum shopping ziyada kar rahe ho ramzan se pehle itna nahin tha to unhon ne kaha ke ramzan mein sab maaf hai khoob khao piyo jitna shopping karo sab maaf hai ramzan ke mahine</w:t>
      </w:r>
      <w:r>
        <w:br/>
      </w:r>
      <w:r>
        <w:rPr>
          <w:sz w:val="20"/>
        </w:rPr>
        <w:t>36:24  mein to ye ulta ho gaya hai</w:t>
      </w:r>
      <w:r>
        <w:br/>
      </w:r>
      <w:r>
        <w:rPr>
          <w:sz w:val="20"/>
        </w:rPr>
        <w:t>36:28  aur ye waqia hai ye waqia hai ke ek musalman kar rahe hain har jagah ke dhoom machti</w:t>
      </w:r>
      <w:r>
        <w:br/>
      </w:r>
      <w:r>
        <w:rPr>
          <w:sz w:val="20"/>
        </w:rPr>
        <w:t>36:32  hai dhoom machti hai Ramzan ke zamane mein ek sahab ja rahe the umrah karne ke liye Ramzan</w:t>
      </w:r>
      <w:r>
        <w:br/>
      </w:r>
      <w:r>
        <w:rPr>
          <w:sz w:val="20"/>
        </w:rPr>
        <w:t>36:40  mein to unhone kaha ke unhone kaha ke mein wahan ek mahina guzarta hoon aur is</w:t>
      </w:r>
      <w:r>
        <w:br/>
      </w:r>
      <w:r>
        <w:rPr>
          <w:sz w:val="20"/>
        </w:rPr>
        <w:t>36:46  bar bhi ja raha hoon Ramzan wahan guzarnay ke liye to unhone kya kaha ke wahan par</w:t>
      </w:r>
      <w:r>
        <w:br/>
      </w:r>
      <w:r>
        <w:rPr>
          <w:sz w:val="20"/>
        </w:rPr>
        <w:t>36:52  ek paisa kharch nahi karna parta</w:t>
      </w:r>
      <w:r>
        <w:br/>
      </w:r>
      <w:r>
        <w:rPr>
          <w:sz w:val="20"/>
        </w:rPr>
        <w:t>36:54  wahan par haram sharif mein khoob khana peena rehta hai bas khoob khai pijye aur ramzan poora guzar lijye phir wapas aajaiye goya ramzan ke mahine mein ja rahe hain wahan par makkah aur madinah kyunke wahan par shuyookh jo hain khane peene ka dastkhat bicha dete hain dher ke dher khoob khao piyo yeh ramzan hai</w:t>
      </w:r>
      <w:r>
        <w:br/>
      </w:r>
      <w:r>
        <w:rPr>
          <w:sz w:val="20"/>
        </w:rPr>
        <w:t>37:17  to ramzan ho gaya woh jo farsi shayar ne kaha tha ke tan parwari khalq fazu shuda riyazat juzz garmi iftar nazarat ramzan haiz ke ramzan mein aur ziyada khoob khate peete hain log to ramzan ka maqsad faut ho jata hai ramzan ka maqsad khatam ho jata hai</w:t>
      </w:r>
      <w:r>
        <w:br/>
      </w:r>
      <w:r>
        <w:rPr>
          <w:sz w:val="20"/>
        </w:rPr>
        <w:t>37:40  Ramzan ka maqsad hai aap ke andar aap ko distraction se bachana aap ke andar ekso lana aap</w:t>
      </w:r>
      <w:r>
        <w:br/>
      </w:r>
      <w:r>
        <w:rPr>
          <w:sz w:val="20"/>
        </w:rPr>
        <w:t>37:48  ki hassasiyat mein izafa karna</w:t>
      </w:r>
      <w:r>
        <w:br/>
      </w:r>
      <w:r>
        <w:rPr>
          <w:sz w:val="20"/>
        </w:rPr>
        <w:t>37:52  aap ke andar zyada soch ka mada paida karna ye sab kar ke phir aap ko Quran</w:t>
      </w:r>
      <w:r>
        <w:br/>
      </w:r>
      <w:r>
        <w:rPr>
          <w:sz w:val="20"/>
        </w:rPr>
        <w:t>38:00  mein moqa dena hai ke aap Quran ki tilawat karen Quran mein tadabbur karen Quran mein study karen</w:t>
      </w:r>
      <w:r>
        <w:br/>
      </w:r>
      <w:r>
        <w:rPr>
          <w:sz w:val="20"/>
        </w:rPr>
        <w:t>38:07  aur is ke gehre mani ko daryaft karen</w:t>
      </w:r>
    </w:p>
    <w:p>
      <w:pPr>
        <w:pStyle w:val="Heading2"/>
      </w:pPr>
      <w:r>
        <w:t>rejected as imam for not chanting the Quran ornately</w:t>
      </w:r>
    </w:p>
    <w:p>
      <w:r>
        <w:rPr>
          <w:color w:val="666666"/>
          <w:sz w:val="18"/>
        </w:rPr>
        <w:t>Conveying The Message of God August 2, 2009 · 1m 56s · at 25:08 · https://youtu.be/Vas9vU2IepI?t=1508</w:t>
      </w:r>
    </w:p>
    <w:p>
      <w:r>
        <w:rPr>
          <w:i/>
        </w:rPr>
        <w:t>“They said: you don't know how to recite Quran melodiously”</w:t>
      </w:r>
    </w:p>
    <w:p>
      <w:r>
        <w:rPr>
          <w:sz w:val="20"/>
        </w:rPr>
        <w:t>25:08  to mujhe yaad hai ek sahab jo africa ke bare mein jante the, to unhone kaha ke aap ko wahan koi imam nahi banayega,</w:t>
      </w:r>
      <w:r>
        <w:br/>
      </w:r>
      <w:r>
        <w:rPr>
          <w:sz w:val="20"/>
        </w:rPr>
        <w:t>25:20  aap ko kisi masjid mein imam nahi banaya jayega. to maine kaha kyun? unhone kaha ke aap paat daar aawaz mein quran padhna nahi jante.</w:t>
      </w:r>
      <w:r>
        <w:br/>
      </w:r>
      <w:r>
        <w:rPr>
          <w:sz w:val="20"/>
        </w:rPr>
        <w:t>25:32  quran ko paat daar aawaz mein padh</w:t>
      </w:r>
      <w:r>
        <w:br/>
      </w:r>
      <w:r>
        <w:rPr>
          <w:sz w:val="20"/>
        </w:rPr>
        <w:t>25:34  na, jise qari aajkal padhte hain, bahut hi kheench taan ke, bilkul ek ek ek art bana diya hai. to yeh yeh jo hua, yeh ek aisa tha ke ek ek derailment tha, yeh derailment tha, yeh.</w:t>
      </w:r>
      <w:r>
        <w:br/>
      </w:r>
      <w:r>
        <w:rPr>
          <w:sz w:val="20"/>
        </w:rPr>
        <w:t>25:56  yaani sara jo sara jo sara jo sari importance jo thi, woh quran ke meaning ki thi.</w:t>
      </w:r>
      <w:r>
        <w:br/>
      </w:r>
      <w:r>
        <w:rPr>
          <w:sz w:val="20"/>
        </w:rPr>
        <w:t>26:07  humein is liye quran mein aaya hai ke quran utara gaya hai tadabbur ke liye, contemplation ke liye, ghor o fikr ke liye, sochne ke liye.</w:t>
      </w:r>
      <w:r>
        <w:br/>
      </w:r>
      <w:r>
        <w:rPr>
          <w:sz w:val="20"/>
        </w:rPr>
        <w:t>26:18  yeh nahi ke isko aap ek art bana dein aur ga ga ke parhein isko.</w:t>
      </w:r>
      <w:r>
        <w:br/>
      </w:r>
      <w:r>
        <w:rPr>
          <w:sz w:val="20"/>
        </w:rPr>
        <w:t>26:26  to yeh detach kar diya gaya, kar diya gaya quran ko iske, yani iski meaning ko iske words se.</w:t>
      </w:r>
      <w:r>
        <w:br/>
      </w:r>
      <w:r>
        <w:rPr>
          <w:sz w:val="20"/>
        </w:rPr>
        <w:t>26:35  to phir jab detach kar diya gaya to kya hua?</w:t>
      </w:r>
      <w:r>
        <w:br/>
      </w:r>
      <w:r>
        <w:rPr>
          <w:sz w:val="20"/>
        </w:rPr>
        <w:t>26:39  ek taraf musalman, ek taraf musalman jo hai, quran ki, quran ke andar jo deep meaning thi, quran ke andar jo wisdom thi, wisdom, wo isse deprive ho gaye, isse mehroom ho gaye.</w:t>
      </w:r>
      <w:r>
        <w:br/>
      </w:r>
      <w:r>
        <w:rPr>
          <w:sz w:val="20"/>
        </w:rPr>
        <w:t>26:55  kyun ke wisdom ko aap soch kar janenge, wisdom ko is tarah nahi jaan sakte ke aap decide karein iske words ke decide karne se, wisdom nahi jaan lenge aap.</w:t>
      </w:r>
    </w:p>
    <w:p>
      <w:pPr>
        <w:pStyle w:val="Heading2"/>
      </w:pPr>
      <w:r>
        <w:t>Quran's real formula beats 'gender equality': equal status, different creation</w:t>
      </w:r>
    </w:p>
    <w:p>
      <w:r>
        <w:rPr>
          <w:color w:val="666666"/>
          <w:sz w:val="18"/>
        </w:rPr>
        <w:t>Quran The Book of Guidance July 21, 2013 · 2m 20s · at 12:40 · https://youtu.be/DGDHIAde7eU?t=760</w:t>
      </w:r>
    </w:p>
    <w:p>
      <w:r>
        <w:rPr>
          <w:i/>
        </w:rPr>
        <w:t>“Aaj subah ek khatoon se mulaqat hui”</w:t>
      </w:r>
    </w:p>
    <w:p>
      <w:r>
        <w:rPr>
          <w:sz w:val="20"/>
        </w:rPr>
        <w:t>12:40  aaj ka mein ek tajruba batata hoon aap ko. Aaj subah, aaj subah ek khatoon se mulaqat hui. Aaj subah ki baat hai.</w:t>
      </w:r>
      <w:r>
        <w:br/>
      </w:r>
      <w:r>
        <w:rPr>
          <w:sz w:val="20"/>
        </w:rPr>
        <w:t>12:51  aaj to aap jante hain ke sari dunya mein ek ek bohat bara karname samjha jata hai western thought ka ke jis ko kehte hain gender equality.</w:t>
      </w:r>
      <w:r>
        <w:br/>
      </w:r>
      <w:r>
        <w:rPr>
          <w:sz w:val="20"/>
        </w:rPr>
        <w:t>13:05  yani sanfi masawat</w:t>
      </w:r>
      <w:r>
        <w:br/>
      </w:r>
      <w:r>
        <w:rPr>
          <w:sz w:val="20"/>
        </w:rPr>
        <w:t>13:09  bohat bara samjha jata hai ke bohat bara karnameh yeh hai. to maine kaha ke yeh karnameh nahi hai. gender equality koi sahi formula nahi hai.</w:t>
      </w:r>
      <w:r>
        <w:br/>
      </w:r>
      <w:r>
        <w:rPr>
          <w:sz w:val="20"/>
        </w:rPr>
        <w:t>13:22  kyunke is dunya mein equality hai hi nahi creation mein. sari dunya ki jo takhleeq hai, woh difference par base karti hai.</w:t>
      </w:r>
      <w:r>
        <w:br/>
      </w:r>
      <w:r>
        <w:rPr>
          <w:sz w:val="20"/>
        </w:rPr>
        <w:t>13:34  har cheez ek doosre se different hai.</w:t>
      </w:r>
      <w:r>
        <w:br/>
      </w:r>
      <w:r>
        <w:rPr>
          <w:sz w:val="20"/>
        </w:rPr>
        <w:t>13:39  to maine maine kaha ke yeh cheez Quran mein, jo Quran ka formula hai, us waqt achaanak, yani aaj hi mujhe ek baat zehan mein aayi.</w:t>
      </w:r>
      <w:r>
        <w:br/>
      </w:r>
      <w:r>
        <w:rPr>
          <w:sz w:val="20"/>
        </w:rPr>
        <w:t>13:49  kyunke jab aap rozana Quran par sochein, rozana Quran ko padhein, rozana Quran par tadabbur karein to aap ka mind is tarah bana rahega ke bar bar aap ko naye naye thought aayenge.</w:t>
      </w:r>
      <w:r>
        <w:br/>
      </w:r>
      <w:r>
        <w:rPr>
          <w:sz w:val="20"/>
        </w:rPr>
        <w:t>14:01  to maine kaha ke Quran mein jo jo formula diya gaya hai, woh formula yeh hai ke equal in status and different in creation.</w:t>
      </w:r>
      <w:r>
        <w:br/>
      </w:r>
      <w:r>
        <w:rPr>
          <w:sz w:val="20"/>
        </w:rPr>
        <w:t>14:21  aur yeh dono do aayaton se mere zehan mein aayi yeh baat.</w:t>
      </w:r>
      <w:r>
        <w:br/>
      </w:r>
      <w:r>
        <w:rPr>
          <w:sz w:val="20"/>
        </w:rPr>
        <w:t>14:26  do aayaton se. ek aisi ayat jis mein ke barabari ki baat hai, doosri ayat jis mein difference ki baat hai. to halanke tafseeron mein likha hua nahi hai is tareeqe se.</w:t>
      </w:r>
      <w:r>
        <w:br/>
      </w:r>
      <w:r>
        <w:rPr>
          <w:sz w:val="20"/>
        </w:rPr>
        <w:t>14:39  to maine kaha gender equality ke muqable mein zyada realistic formula, zyada fitri formula yeh hai jo Quran mein hai ke</w:t>
      </w:r>
      <w:r>
        <w:br/>
      </w:r>
      <w:r>
        <w:rPr>
          <w:sz w:val="20"/>
        </w:rPr>
        <w:t>14:52  equal in status and different in creation.</w:t>
      </w:r>
    </w:p>
    <w:p>
      <w:pPr>
        <w:pStyle w:val="Heading2"/>
      </w:pPr>
      <w:r>
        <w:t>Patience underlies every act of worship</w:t>
      </w:r>
    </w:p>
    <w:p>
      <w:r>
        <w:rPr>
          <w:color w:val="666666"/>
          <w:sz w:val="18"/>
        </w:rPr>
        <w:t>How to Decondition One's Mind 27 December, 2009 · 2m 29s · at 1:44:24 · https://youtu.be/BGMkpCzMxB0?t=6264</w:t>
      </w:r>
    </w:p>
    <w:p>
      <w:r>
        <w:rPr>
          <w:i/>
        </w:rPr>
        <w:t>“Sabr, main samajhta hoon ke sab kuch hai”</w:t>
      </w:r>
    </w:p>
    <w:p>
      <w:r>
        <w:rPr>
          <w:sz w:val="20"/>
        </w:rPr>
        <w:t>1:44:24  sabr to sahib, yani sabr to main samajhta hoon ke sab kuch hai۔</w:t>
      </w:r>
      <w:r>
        <w:br/>
      </w:r>
      <w:r>
        <w:rPr>
          <w:sz w:val="20"/>
        </w:rPr>
        <w:t>1:44:35  sabr ke baghair na namaz hai sachi, na roza hai sacha, na tazkiya hai, kuch bhi nahi ho sakta۔</w:t>
      </w:r>
      <w:r>
        <w:br/>
      </w:r>
      <w:r>
        <w:rPr>
          <w:sz w:val="20"/>
        </w:rPr>
        <w:t>1:44:42  kyunke hum jo jis dunya mein rehte hain, wahan har waqt hamein sabr hi to karna hai. sabr na karne ki qeemat kya hai?</w:t>
      </w:r>
      <w:r>
        <w:br/>
      </w:r>
      <w:r>
        <w:rPr>
          <w:sz w:val="20"/>
        </w:rPr>
        <w:t>1:44:51  negative mind ban jana. aaj ki dunya mein saare musalman negative bane hue hain. kyun sabr nahi kar paate? misaal ke taur par, denmark ke akhbar mein chhap gaya hai cartoon, ab ladai shuru ho gayi, jhagda,</w:t>
      </w:r>
      <w:r>
        <w:br/>
      </w:r>
      <w:r>
        <w:rPr>
          <w:sz w:val="20"/>
        </w:rPr>
        <w:t>1:45:06  hungama shuru kar diya۔</w:t>
      </w:r>
      <w:r>
        <w:br/>
      </w:r>
      <w:r>
        <w:rPr>
          <w:sz w:val="20"/>
        </w:rPr>
        <w:t>1:45:08  to is tarah ke waqiyat har din, har subah sham hote rehte hain, jis mein hum bhadak uthte hain. woh honge, woh kaise nahi honge? woh jab insaan ko azadi hai to woh kuch na kuch to karta rahega۔</w:t>
      </w:r>
      <w:r>
        <w:br/>
      </w:r>
      <w:r>
        <w:rPr>
          <w:sz w:val="20"/>
        </w:rPr>
        <w:t>1:45:19  woh</w:t>
      </w:r>
      <w:r>
        <w:br/>
      </w:r>
      <w:r>
        <w:rPr>
          <w:sz w:val="20"/>
        </w:rPr>
        <w:t>1:45:23  woh to kuch na kuch karega. woh</w:t>
      </w:r>
      <w:r>
        <w:br/>
      </w:r>
      <w:r>
        <w:rPr>
          <w:sz w:val="20"/>
        </w:rPr>
        <w:t>1:45:27  to Khuda ne jab dunya mein insaan ko azaad banaya hai, dunya mein imtehan wale mahol yahan par hain to lazman aisa hoga ke aisi cheezein pesh aayengi jo hamare liye unpleasant hongi, hum ko pasand nahi aayengi, hum ko provoke karengi,</w:t>
      </w:r>
      <w:r>
        <w:br/>
      </w:r>
      <w:r>
        <w:rPr>
          <w:sz w:val="20"/>
        </w:rPr>
        <w:t>1:45:45  hamare jazbat ko bharkayen gi. yeh to hota hi hota hai. is ko overcome karna, is se oopar uthna,</w:t>
      </w:r>
      <w:r>
        <w:br/>
      </w:r>
      <w:r>
        <w:rPr>
          <w:sz w:val="20"/>
        </w:rPr>
        <w:t>1:45:53  tab ja kar aadmi positive figure banega, tab ja kar aadmi is qabil hoga ke woh tazkiya kar sake. to to is sab ke sab peechay sabr hai.</w:t>
      </w:r>
      <w:r>
        <w:br/>
      </w:r>
      <w:r>
        <w:rPr>
          <w:sz w:val="20"/>
        </w:rPr>
        <w:t>1:46:04  sabr to mein samajhta hoon ke har subah shaam karna hai, har waqt sabr karna hai. isi liye quran majeed mein dekhiye, inma yafasabiroon bi ghair hisab.</w:t>
      </w:r>
      <w:r>
        <w:br/>
      </w:r>
      <w:r>
        <w:rPr>
          <w:sz w:val="20"/>
        </w:rPr>
        <w:t>1:46:13  is sabr par Allah taala ne farmaya ke unlimited reward diya jayega. kisi aur par nahi kaha is tareeqe se ke unlimited</w:t>
      </w:r>
      <w:r>
        <w:br/>
      </w:r>
      <w:r>
        <w:rPr>
          <w:sz w:val="20"/>
        </w:rPr>
        <w:t>1:46:21  reward. kyunke sabr to bohat hi bari ibadat hai. har waqt sabr karna hai. sabr na karein ke aap to kya karein, har waqt ghusse mein rahenge, har waqt aap ke andar negativity aa jayegi, har waqt aap provoke ho jayenge, har waqt aap bhark ke larnay lagenge,</w:t>
      </w:r>
      <w:r>
        <w:br/>
      </w:r>
      <w:r>
        <w:rPr>
          <w:sz w:val="20"/>
        </w:rPr>
        <w:t>1:46:38  har waqt aap deviate karenge, har waqt distraction hoga aap ka. yeh sab hota hi hota hai.</w:t>
      </w:r>
      <w:r>
        <w:br/>
      </w:r>
      <w:r>
        <w:rPr>
          <w:sz w:val="20"/>
        </w:rPr>
        <w:t>1:46:44  to sabr to saare aamal ke peechay hai, sirf tazkiya ke peechay nahi. sabr ke baghair koi amal insan sahi tareeqe par ada nahi kar sakta hai.</w:t>
      </w:r>
    </w:p>
    <w:p>
      <w:pPr>
        <w:pStyle w:val="Heading2"/>
      </w:pPr>
      <w:r>
        <w:t>Penniless dai enjoys royal facilities</w:t>
      </w:r>
    </w:p>
    <w:p>
      <w:r>
        <w:rPr>
          <w:color w:val="666666"/>
          <w:sz w:val="18"/>
        </w:rPr>
        <w:t>The Age of the Quran March 24, 2019 · 2m 50s · at 41:06 · https://youtu.be/DI5wU5CwcW4?t=2466</w:t>
      </w:r>
    </w:p>
    <w:p>
      <w:r>
        <w:rPr>
          <w:i/>
        </w:rPr>
        <w:t>“Mein ne hawala diya ke mein apne kamre mein tha.”</w:t>
      </w:r>
    </w:p>
    <w:p>
      <w:r>
        <w:rPr>
          <w:sz w:val="20"/>
        </w:rPr>
        <w:t>41:06  yeh itni zyada aam hai ke ek aam insan ke level par bhi woh demonstrate ho rahi hai. main jo aap ne hawala diya ke main apne kamre mein tha,</w:t>
      </w:r>
      <w:r>
        <w:br/>
      </w:r>
      <w:r>
        <w:rPr>
          <w:sz w:val="20"/>
        </w:rPr>
        <w:t>41:20  wahan se mujhe bithaya gaya wheel chair par, phir neeche car khadi hui thi, phir main yahan pohncha is building ke paas to yahan lift maujood thi.</w:t>
      </w:r>
      <w:r>
        <w:br/>
      </w:r>
      <w:r>
        <w:rPr>
          <w:sz w:val="20"/>
        </w:rPr>
        <w:t>41:39  ab main bol raha hoon to yahan par communication hai, computer hai aur modern technique hai, awaz ko yahan se wahan phansane wali.</w:t>
      </w:r>
      <w:r>
        <w:br/>
      </w:r>
      <w:r>
        <w:rPr>
          <w:sz w:val="20"/>
        </w:rPr>
        <w:t>41:50  in sab ke beech mein yeh program ho raha hai hamara. to yeh, yeh, yeh, yeh sab to hai age.</w:t>
      </w:r>
      <w:r>
        <w:br/>
      </w:r>
      <w:r>
        <w:rPr>
          <w:sz w:val="20"/>
        </w:rPr>
        <w:t>41:59  yeh age itna zyada universal hai, yeh age universal, universal hai ke</w:t>
      </w:r>
      <w:r>
        <w:br/>
      </w:r>
      <w:r>
        <w:rPr>
          <w:sz w:val="20"/>
        </w:rPr>
        <w:t>42:10  ek aam aadmi tak pahunch raha hai. yaqeen kijiye ke main ek aisa insan hoon ke jis ke paas bank mein koi ek paisa bhi nahi, mere paas bank account bhi nahi, itna paisa nahi,</w:t>
      </w:r>
      <w:r>
        <w:br/>
      </w:r>
      <w:r>
        <w:rPr>
          <w:sz w:val="20"/>
        </w:rPr>
        <w:t>42:25  mere paas koi zaati sawari nahi, koi zaati ghar nahi, koi bank balance nahi. lekin sab koi mujh tak pahunch raha hai.</w:t>
      </w:r>
      <w:r>
        <w:br/>
      </w:r>
      <w:r>
        <w:rPr>
          <w:sz w:val="20"/>
        </w:rPr>
        <w:t>42:43  main dunya ka ek penniless aadmi hoon, penniless, homeless. ek haqiqat hai, agar kisi ko janna ho to us ki tehqeeq kar ke jaan sakta hai ke main dunya ka ek</w:t>
      </w:r>
      <w:r>
        <w:br/>
      </w:r>
      <w:r>
        <w:rPr>
          <w:sz w:val="20"/>
        </w:rPr>
        <w:t>43:05  penniless, homeless,</w:t>
      </w:r>
      <w:r>
        <w:br/>
      </w:r>
      <w:r>
        <w:rPr>
          <w:sz w:val="20"/>
        </w:rPr>
        <w:t>43:11  yani no balance, no bank balance. lekin dunya ki tamam sahoolaten mere liye hain, chahe woh hawa jahaz ka safar ho,</w:t>
      </w:r>
      <w:r>
        <w:br/>
      </w:r>
      <w:r>
        <w:rPr>
          <w:sz w:val="20"/>
        </w:rPr>
        <w:t>43:24  chahe lift par charhna utarna ho, chahe ek wheel equipped stage ko istemal karna ho.</w:t>
      </w:r>
      <w:r>
        <w:br/>
      </w:r>
      <w:r>
        <w:rPr>
          <w:sz w:val="20"/>
        </w:rPr>
        <w:t>43:39  to yeh to hai ke is daur ke daai</w:t>
      </w:r>
      <w:r>
        <w:br/>
      </w:r>
      <w:r>
        <w:rPr>
          <w:sz w:val="20"/>
        </w:rPr>
        <w:t>43:47  kal mulk al asr badshahon ki tarah takht par safar karenge aur dawat pahunchayenge, quran pahunchayenge.</w:t>
      </w:r>
    </w:p>
    <w:p>
      <w:pPr>
        <w:pStyle w:val="Heading2"/>
      </w:pPr>
      <w:r>
        <w:t>Return to Quran and Sunnah is starting point</w:t>
      </w:r>
    </w:p>
    <w:p>
      <w:r>
        <w:rPr>
          <w:color w:val="666666"/>
          <w:sz w:val="18"/>
        </w:rPr>
        <w:t>The Importance of the Quran May 15, 2016 Maulana Wahiduddin Khan · 2m 28s · at 43:46 · https://youtu.be/9a-OOUR_bLg?t=2626</w:t>
      </w:r>
    </w:p>
    <w:p>
      <w:r>
        <w:rPr>
          <w:i/>
        </w:rPr>
        <w:t>“Today when Muslims are suffering decline, this is the starting point.”</w:t>
      </w:r>
    </w:p>
    <w:p>
      <w:r>
        <w:rPr>
          <w:sz w:val="20"/>
        </w:rPr>
        <w:t>43:46  aaj ke zamane mein jab ke musalman zawal ka shikar hain، yahi starting point hai۔ mushkil yeh hai ke is zamane mein jo log kaam kar rahe hain، ai ملت ka، un ko yeh pata nahi ke starting point kya hai۔</w:t>
      </w:r>
      <w:r>
        <w:br/>
      </w:r>
      <w:r>
        <w:rPr>
          <w:sz w:val="20"/>
        </w:rPr>
        <w:t>44:01  har kaam ka aik starting point hota hai۔</w:t>
      </w:r>
      <w:r>
        <w:br/>
      </w:r>
      <w:r>
        <w:rPr>
          <w:sz w:val="20"/>
        </w:rPr>
        <w:t>44:07  misalan aap ko abba jat se safar karna hai، yahan jana hai aap ko kisi bahar ke mulk mein، to pehla kaam kya hai؟</w:t>
      </w:r>
      <w:r>
        <w:br/>
      </w:r>
      <w:r>
        <w:rPr>
          <w:sz w:val="20"/>
        </w:rPr>
        <w:t>44:17  pehla kaam hai visa lena، phir wahan ka ticket lena۔ yeh yeh sab shuru ki baat hai۔ aap na visa len، na ticket len، aur airport pohnch jayen to aap ka safar shuru hi nahi hoga۔</w:t>
      </w:r>
      <w:r>
        <w:br/>
      </w:r>
      <w:r>
        <w:rPr>
          <w:sz w:val="20"/>
        </w:rPr>
        <w:t>44:33  aap ko lotna padega apne ghar۔</w:t>
      </w:r>
      <w:r>
        <w:br/>
      </w:r>
      <w:r>
        <w:rPr>
          <w:sz w:val="20"/>
        </w:rPr>
        <w:t>44:39  bairon bairon safar ke liye sab se pehle visa lena padta hai aur ticket lena padta hai۔</w:t>
      </w:r>
      <w:r>
        <w:br/>
      </w:r>
      <w:r>
        <w:rPr>
          <w:sz w:val="20"/>
        </w:rPr>
        <w:t>44:49  travel agent, travel document aap ke paas hona chahiye.</w:t>
      </w:r>
      <w:r>
        <w:br/>
      </w:r>
      <w:r>
        <w:rPr>
          <w:sz w:val="20"/>
        </w:rPr>
        <w:t>44:54  to yeh maamla Islam ki</w:t>
      </w:r>
      <w:r>
        <w:br/>
      </w:r>
      <w:r>
        <w:rPr>
          <w:sz w:val="20"/>
        </w:rPr>
        <w:t>44:58  revolution ka hai, Muslim ummat ki age ka hai</w:t>
      </w:r>
      <w:r>
        <w:br/>
      </w:r>
      <w:r>
        <w:rPr>
          <w:sz w:val="20"/>
        </w:rPr>
        <w:t>45:03  keh aap ko sab se pehle</w:t>
      </w:r>
      <w:r>
        <w:br/>
      </w:r>
      <w:r>
        <w:rPr>
          <w:sz w:val="20"/>
        </w:rPr>
        <w:t>45:07  yeh tay karna hoga</w:t>
      </w:r>
      <w:r>
        <w:br/>
      </w:r>
      <w:r>
        <w:rPr>
          <w:sz w:val="20"/>
        </w:rPr>
        <w:t>45:10  keh what is the starting point.</w:t>
      </w:r>
      <w:r>
        <w:br/>
      </w:r>
      <w:r>
        <w:rPr>
          <w:sz w:val="20"/>
        </w:rPr>
        <w:t>45:19  aik martaba mein safar mein aik arab se mulaqat hui to guftagu ke darmiyan hum ne kaha ke min an nabda، min an nabda، yani from where to begin، from where to begin۔</w:t>
      </w:r>
      <w:r>
        <w:br/>
      </w:r>
      <w:r>
        <w:rPr>
          <w:sz w:val="20"/>
        </w:rPr>
        <w:t>45:36  to mein ne hazrat imam malik ka waqia، woh woh woh qaul sunaya: "laysa akhir al ummah illa ma sarfa fi awwal"۔</w:t>
      </w:r>
      <w:r>
        <w:br/>
      </w:r>
      <w:r>
        <w:rPr>
          <w:sz w:val="20"/>
        </w:rPr>
        <w:t>45:48  to yeh qaul bataya tha ke ke from where to begin، yeh nuqta aaghaz ya be starting point kya hai؟</w:t>
      </w:r>
      <w:r>
        <w:br/>
      </w:r>
      <w:r>
        <w:rPr>
          <w:sz w:val="20"/>
        </w:rPr>
        <w:t>46:02  woh hai quran o sunnat ko lotna، quran o sunnat ko phir se mutala karna، quran o sunnat ko tareekh se alag kar ke parhna۔</w:t>
      </w:r>
      <w:r>
        <w:br/>
      </w:r>
      <w:r>
        <w:rPr>
          <w:sz w:val="20"/>
        </w:rPr>
        <w:t>46:11  yeh bohat zaroori hai۔</w:t>
      </w:r>
    </w:p>
    <w:p>
      <w:pPr>
        <w:pStyle w:val="Heading2"/>
      </w:pPr>
      <w:r>
        <w:t>God's mercy and limited understanding</w:t>
      </w:r>
    </w:p>
    <w:p>
      <w:r>
        <w:rPr>
          <w:color w:val="666666"/>
          <w:sz w:val="18"/>
        </w:rPr>
        <w:t>Quran Compilation November 16, 2014 · 1m 33s · at 0:55 · https://youtu.be/fMlK2jWO4EU?t=55</w:t>
      </w:r>
    </w:p>
    <w:p>
      <w:r>
        <w:rPr>
          <w:i/>
        </w:rPr>
        <w:t>“mein apne is baat ko Quran ki ek aayat se shuru karta”</w:t>
      </w:r>
    </w:p>
    <w:p>
      <w:r>
        <w:rPr>
          <w:sz w:val="20"/>
        </w:rPr>
        <w:t>0:55  mein apne is baat ko quran ki ek ayat se shuru karta hoon</w:t>
      </w:r>
      <w:r>
        <w:br/>
      </w:r>
      <w:r>
        <w:rPr>
          <w:sz w:val="20"/>
        </w:rPr>
        <w:t>1:03  surah al-baqarah mein ek ayat hai</w:t>
      </w:r>
      <w:r>
        <w:br/>
      </w:r>
      <w:r>
        <w:rPr>
          <w:sz w:val="20"/>
        </w:rPr>
        <w:t>1:07  innalaha raoofun bil'ibad</w:t>
      </w:r>
      <w:r>
        <w:br/>
      </w:r>
      <w:r>
        <w:rPr>
          <w:sz w:val="20"/>
        </w:rPr>
        <w:t>1:11  is ka matlab yeh hai ke Allah</w:t>
      </w:r>
      <w:r>
        <w:br/>
      </w:r>
      <w:r>
        <w:rPr>
          <w:sz w:val="20"/>
        </w:rPr>
        <w:t>1:16  apne bandoon par bohat zyada meherban hai</w:t>
      </w:r>
      <w:r>
        <w:br/>
      </w:r>
      <w:r>
        <w:rPr>
          <w:sz w:val="20"/>
        </w:rPr>
        <w:t>1:20  God is most merciful</w:t>
      </w:r>
      <w:r>
        <w:br/>
      </w:r>
      <w:r>
        <w:rPr>
          <w:sz w:val="20"/>
        </w:rPr>
        <w:t>1:24  to the mankind</w:t>
      </w:r>
      <w:r>
        <w:br/>
      </w:r>
      <w:r>
        <w:rPr>
          <w:sz w:val="20"/>
        </w:rPr>
        <w:t>1:30  dekhein is aayat ko log bohat hi limited sense mein lete hain bohat mahdood sense mein dekhein kisi bhi aayat ko</w:t>
      </w:r>
      <w:r>
        <w:br/>
      </w:r>
      <w:r>
        <w:rPr>
          <w:sz w:val="20"/>
        </w:rPr>
        <w:t>1:43  limited sense mein aap nahi le sakte jab bhi Khuda ka kalam hai to har ayat ko</w:t>
      </w:r>
      <w:r>
        <w:br/>
      </w:r>
      <w:r>
        <w:rPr>
          <w:sz w:val="20"/>
        </w:rPr>
        <w:t>1:51  Khuda ki shan ke mutabiq hona chahiye</w:t>
      </w:r>
      <w:r>
        <w:br/>
      </w:r>
      <w:r>
        <w:rPr>
          <w:sz w:val="20"/>
        </w:rPr>
        <w:t>1:56  to is ayat mein jo bataya yeh jo farmaya ke Allah insano ke upar bohat zyada meherban hai</w:t>
      </w:r>
      <w:r>
        <w:br/>
      </w:r>
      <w:r>
        <w:rPr>
          <w:sz w:val="20"/>
        </w:rPr>
        <w:t>2:04  to is ko aap bohat hi zyada</w:t>
      </w:r>
      <w:r>
        <w:br/>
      </w:r>
      <w:r>
        <w:rPr>
          <w:sz w:val="20"/>
        </w:rPr>
        <w:t>2:08  wasee maeni mein lena hoga</w:t>
      </w:r>
      <w:r>
        <w:br/>
      </w:r>
      <w:r>
        <w:rPr>
          <w:sz w:val="20"/>
        </w:rPr>
        <w:t>2:11  is waqt mein</w:t>
      </w:r>
      <w:r>
        <w:br/>
      </w:r>
      <w:r>
        <w:rPr>
          <w:sz w:val="20"/>
        </w:rPr>
        <w:t>2:13  is meherbani ke</w:t>
      </w:r>
      <w:r>
        <w:br/>
      </w:r>
      <w:r>
        <w:rPr>
          <w:sz w:val="20"/>
        </w:rPr>
        <w:t>2:16  do pehluon ko wazeh karna chahta hoon</w:t>
      </w:r>
      <w:r>
        <w:br/>
      </w:r>
      <w:r>
        <w:rPr>
          <w:sz w:val="20"/>
        </w:rPr>
        <w:t>2:21  dekhen Allah taala ne insan ko paida kiya paida kar ke zameen par basaya</w:t>
      </w:r>
    </w:p>
    <w:p>
      <w:pPr>
        <w:pStyle w:val="Heading2"/>
      </w:pPr>
      <w:r>
        <w:t>Palestinian leader's answer is meaningless</w:t>
      </w:r>
    </w:p>
    <w:p>
      <w:r>
        <w:rPr>
          <w:color w:val="666666"/>
          <w:sz w:val="18"/>
        </w:rPr>
        <w:t>Q&amp;A 09 Nov 2008 - Maulana Wahiduddin Khan · 1m 46s · at 0:51 · https://youtu.be/iA8ELjlgPLU?t=51</w:t>
      </w:r>
    </w:p>
    <w:p>
      <w:r>
        <w:rPr>
          <w:i/>
        </w:rPr>
        <w:t>“Quran mein hai 'innama hiya kalimatun huwa qa'iluha'.”</w:t>
      </w:r>
    </w:p>
    <w:p>
      <w:r>
        <w:rPr>
          <w:sz w:val="20"/>
        </w:rPr>
        <w:t>0:51  Dekhiye, main ne abhi suna tha yeh un ka jawab. Quran mein hai ke "Innama hi kalimatu hu qailuha".</w:t>
      </w:r>
      <w:r>
        <w:br/>
      </w:r>
      <w:r>
        <w:rPr>
          <w:sz w:val="20"/>
        </w:rPr>
        <w:t>1:00  Yeh aadmi keh de baghair soyay samjhe yun hi ek baat. Koi is ka meaning nahi, koi matlab nahi hai.</w:t>
      </w:r>
      <w:r>
        <w:br/>
      </w:r>
      <w:r>
        <w:rPr>
          <w:sz w:val="20"/>
        </w:rPr>
        <w:t>1:10  Is liye ke land ke liye aap ladh rahe hain to land milna chahiye na? Har ladhai kisi end ke liye, kisi result ke liye hoti hai.</w:t>
      </w:r>
      <w:r>
        <w:br/>
      </w:r>
      <w:r>
        <w:rPr>
          <w:sz w:val="20"/>
        </w:rPr>
        <w:t>1:20  Jab shuru kiya tha ladhai unhon ne 1948 mein to Palestine ka more than 50 percent ke paas tha.</w:t>
      </w:r>
      <w:r>
        <w:br/>
      </w:r>
      <w:r>
        <w:rPr>
          <w:sz w:val="20"/>
        </w:rPr>
        <w:t>1:29  Aaj kuch bhi nahi, sab chhin gaya. To land ki ladhai ladh rahe hain aur land chhinwa rahe hain? Yeh ladhai hai yeh?</w:t>
      </w:r>
      <w:r>
        <w:br/>
      </w:r>
      <w:r>
        <w:rPr>
          <w:sz w:val="20"/>
        </w:rPr>
        <w:t>1:38  To yeh to sar ta pa ek ek stepped kaam hai. To kuch bhi nahi hai, nothing hai, nothing hai.</w:t>
      </w:r>
      <w:r>
        <w:br/>
      </w:r>
      <w:r>
        <w:rPr>
          <w:sz w:val="20"/>
        </w:rPr>
        <w:t>1:46  Na political hai na religious hai. Yeh stepped war hai yeh. Aap sochiye, koi bhi kaam, bas business aap karein to kis liye?</w:t>
      </w:r>
      <w:r>
        <w:br/>
      </w:r>
      <w:r>
        <w:rPr>
          <w:sz w:val="20"/>
        </w:rPr>
        <w:t>1:56  Aap ko income hogi, job aap karein to is liye ke aap ko salary milegi.</w:t>
      </w:r>
      <w:r>
        <w:br/>
      </w:r>
      <w:r>
        <w:rPr>
          <w:sz w:val="20"/>
        </w:rPr>
        <w:t>2:03  Koi bhi aap kaam karte hain to kisi is ka koi purpose hota hai. To land ki ladhai is liye ke ho hona chahiye ke land mile aap ko.</w:t>
      </w:r>
      <w:r>
        <w:br/>
      </w:r>
      <w:r>
        <w:rPr>
          <w:sz w:val="20"/>
        </w:rPr>
        <w:t>2:12  Nahi to land aap kho rahe hain. To now the time is to revise, to reassess</w:t>
      </w:r>
      <w:r>
        <w:br/>
      </w:r>
      <w:r>
        <w:rPr>
          <w:sz w:val="20"/>
        </w:rPr>
        <w:t>2:21  the whole thing. 60 saal beet gaye to ab unhein kehna chahiye ke humein sharm aati hai ke hum ne aisi ladhai ladi jo tha apne paas, woh bhi kho diya hum ne.</w:t>
      </w:r>
      <w:r>
        <w:br/>
      </w:r>
      <w:r>
        <w:rPr>
          <w:sz w:val="20"/>
        </w:rPr>
        <w:t>2:30  Ab to reassess karna hai, humein batao ke kya karein? Batao ke hum kya karein?</w:t>
      </w:r>
    </w:p>
    <w:p>
      <w:pPr>
        <w:pStyle w:val="Heading2"/>
      </w:pPr>
      <w:r>
        <w:t>Only All-knowing knew Quranic truths</w:t>
      </w:r>
    </w:p>
    <w:p>
      <w:r>
        <w:rPr>
          <w:color w:val="666666"/>
          <w:sz w:val="18"/>
        </w:rPr>
        <w:t>Why do we need Prophet | May 20, 2007 - Maulana Wahiduddin Khan · 2m 00s · at 56:41 · https://youtu.be/1l_Uu3_Nd4E?t=3401</w:t>
      </w:r>
    </w:p>
    <w:p>
      <w:r>
        <w:rPr>
          <w:i/>
        </w:rPr>
        <w:t>“Khabeer ja sakta tha”</w:t>
      </w:r>
    </w:p>
    <w:p>
      <w:r>
        <w:rPr>
          <w:sz w:val="20"/>
        </w:rPr>
        <w:t>56:41  khabeer jaan sakta tha</w:t>
      </w:r>
      <w:r>
        <w:br/>
      </w:r>
      <w:r>
        <w:rPr>
          <w:sz w:val="20"/>
        </w:rPr>
        <w:t>56:46  khuda jo all-knowing hai wohi jaan sakta tha</w:t>
      </w:r>
      <w:r>
        <w:br/>
      </w:r>
      <w:r>
        <w:rPr>
          <w:sz w:val="20"/>
        </w:rPr>
        <w:t>56:50  toh aise aisi baaton ka reference quran mein hona jo uss waqt discover nahi hui thi</w:t>
      </w:r>
      <w:r>
        <w:br/>
      </w:r>
      <w:r>
        <w:rPr>
          <w:sz w:val="20"/>
        </w:rPr>
        <w:t>56:54  sirf baad ko discover huin</w:t>
      </w:r>
      <w:r>
        <w:br/>
      </w:r>
      <w:r>
        <w:rPr>
          <w:sz w:val="20"/>
        </w:rPr>
        <w:t>56:59  misal ke taur par quran mein.</w:t>
      </w:r>
      <w:r>
        <w:br/>
      </w:r>
      <w:r>
        <w:rPr>
          <w:sz w:val="20"/>
        </w:rPr>
        <w:t>57:03  Big Bang ka itna khula reference quran majeed mein hai ke is se zyada clear reference nahi ho sakta hai.</w:t>
      </w:r>
      <w:r>
        <w:br/>
      </w:r>
      <w:r>
        <w:rPr>
          <w:sz w:val="20"/>
        </w:rPr>
        <w:t>57:08  aap sochen ke Big Bang kaun janta tha is waqt?</w:t>
      </w:r>
      <w:r>
        <w:br/>
      </w:r>
      <w:r>
        <w:rPr>
          <w:sz w:val="20"/>
        </w:rPr>
        <w:t>57:12  saatwin sadi ke pehle sehi mah mein kaun janta tha? is waqt Big Bang ka reference maujood hai</w:t>
      </w:r>
      <w:r>
        <w:br/>
      </w:r>
      <w:r>
        <w:rPr>
          <w:sz w:val="20"/>
        </w:rPr>
        <w:t>57:18  jo sirf beesween sadi ke pehle half mein daryaft hua.</w:t>
      </w:r>
      <w:r>
        <w:br/>
      </w:r>
      <w:r>
        <w:rPr>
          <w:sz w:val="20"/>
        </w:rPr>
        <w:t>57:24  is baaton mein ne tafseel ke sath likhi hain apni kitabon mein aap dekh sakte hain is ko.</w:t>
      </w:r>
      <w:r>
        <w:br/>
      </w:r>
      <w:r>
        <w:rPr>
          <w:sz w:val="20"/>
        </w:rPr>
        <w:t>57:30  to is tarah ke bohat sare references hain quran mein jo is waqt insan ke ilm mein nahi aaye the.</w:t>
      </w:r>
      <w:r>
        <w:br/>
      </w:r>
      <w:r>
        <w:rPr>
          <w:sz w:val="20"/>
        </w:rPr>
        <w:t>57:36  bohat baad ko yaani hazar saal se bhi</w:t>
      </w:r>
      <w:r>
        <w:br/>
      </w:r>
      <w:r>
        <w:rPr>
          <w:sz w:val="20"/>
        </w:rPr>
        <w:t>57:42  zyada muddat guzarne ke baad jab science ka zamana aaya tab insaan ne jaana is baat ko. toh yeh kya is baat ka saboot hai ke khabir ne quran ko bheja? all-knowing. toh khuda khabir hai, all-knowing hai aur khuda ne paygambar ko ilm diya is tarah paygambar ne hum ko bataya. ideology of life sa</w:t>
      </w:r>
      <w:r>
        <w:br/>
      </w:r>
      <w:r>
        <w:rPr>
          <w:sz w:val="20"/>
        </w:rPr>
        <w:t>58:12  li allaho alaihi wasallam.</w:t>
      </w:r>
    </w:p>
    <w:p>
      <w:pPr>
        <w:pStyle w:val="Heading2"/>
      </w:pPr>
      <w:r>
        <w:t>Big Bang theory foretold in Quran's 'heavens and earth were joined'</w:t>
      </w:r>
    </w:p>
    <w:p>
      <w:r>
        <w:rPr>
          <w:color w:val="666666"/>
          <w:sz w:val="18"/>
        </w:rPr>
        <w:t>Five Periods of Human History March 8, 2009 Maulana Wahiduddin Khan · 2m 48s · at 34:19 · https://youtu.be/_Y4VcKV2OPk?t=2059</w:t>
      </w:r>
    </w:p>
    <w:p>
      <w:r>
        <w:rPr>
          <w:i/>
        </w:rPr>
        <w:t>“The heavens and earth were one mass, then We split them apart”</w:t>
      </w:r>
    </w:p>
    <w:p>
      <w:r>
        <w:rPr>
          <w:sz w:val="20"/>
        </w:rPr>
        <w:t>34:19  ab dekhiye, quran majeed mein ek aayat hai ke inna as samawati wal arz kaanta ratqan fafataqnahuma do aayatein hain is se is mafhoom ki.</w:t>
      </w:r>
      <w:r>
        <w:br/>
      </w:r>
      <w:r>
        <w:rPr>
          <w:sz w:val="20"/>
        </w:rPr>
        <w:t>34:34  doosri aayat hai ke faina as samawati wal arz fafataqnahuma yeh do aayatein quran majeed mein aayi theen is waqt jab ke insaan kuch nahi jaanta tha, yaani cosmology ke bare mein kuch bhi pata nahi tha insaan ko.</w:t>
      </w:r>
      <w:r>
        <w:br/>
      </w:r>
      <w:r>
        <w:rPr>
          <w:sz w:val="20"/>
        </w:rPr>
        <w:t>34:49  use bataya gaya tha ke zameen o aasman jo hain, yeh jo poora cosmos hai, yeh sab</w:t>
      </w:r>
      <w:r>
        <w:br/>
      </w:r>
      <w:r>
        <w:rPr>
          <w:sz w:val="20"/>
        </w:rPr>
        <w:t>35:01  rat ki haalat mein tha. rat kehte hain munzam al juz, yaani sab is tarah se cheezein aapas mein judi hui hon,</w:t>
      </w:r>
      <w:r>
        <w:br/>
      </w:r>
      <w:r>
        <w:rPr>
          <w:sz w:val="20"/>
        </w:rPr>
        <w:t>35:13  saari ki saari cheezein woh ek mein judi hui hon, yaani compact haalat mein. to poora jo cosmos hai, woh sab compact haalat mein tha.</w:t>
      </w:r>
      <w:r>
        <w:br/>
      </w:r>
      <w:r>
        <w:rPr>
          <w:sz w:val="20"/>
        </w:rPr>
        <w:t>35:24  phir khuda ne phaada is ko. kisi ko pata nahi tha is baat ka ke kya rat hai, kya fat hai. quran mein aayat aa gayi to us zamane mein bhi jo thay arab log, woh jaante nahi thay is ka matlab kya hai.</w:t>
      </w:r>
      <w:r>
        <w:br/>
      </w:r>
      <w:r>
        <w:rPr>
          <w:sz w:val="20"/>
        </w:rPr>
        <w:t>35:42  lekin yeh 28th century mein ke first quarter mein jab big bang theory daryaft hui to maloom hua ke yeh peshgi quran majeed mein yeh baat maujood thi.</w:t>
      </w:r>
      <w:r>
        <w:br/>
      </w:r>
      <w:r>
        <w:rPr>
          <w:sz w:val="20"/>
        </w:rPr>
        <w:t>35:56  kyunke aap jaante hain ke big bang theory yeh hai ke ab se koi 13 billion saal pehle,</w:t>
      </w:r>
      <w:r>
        <w:br/>
      </w:r>
      <w:r>
        <w:rPr>
          <w:sz w:val="20"/>
        </w:rPr>
        <w:t>36:06  13 billion saal pehle taqreeban saara jo jo is waqt hai, stars hain, planets hain, solar system hai, zameen hai, saari cheezein jo hain, woh ek cosmic ball,</w:t>
      </w:r>
      <w:r>
        <w:br/>
      </w:r>
      <w:r>
        <w:rPr>
          <w:sz w:val="20"/>
        </w:rPr>
        <w:t>36:22  ek super ball ki shakal mein theen.</w:t>
      </w:r>
      <w:r>
        <w:br/>
      </w:r>
      <w:r>
        <w:rPr>
          <w:sz w:val="20"/>
        </w:rPr>
        <w:t>36:25  ek hi gola tha, is mein is ke saare particle jama thay. phir is mein explosion hua.</w:t>
      </w:r>
      <w:r>
        <w:br/>
      </w:r>
      <w:r>
        <w:rPr>
          <w:sz w:val="20"/>
        </w:rPr>
        <w:t>36:35  explosion!</w:t>
      </w:r>
      <w:r>
        <w:br/>
      </w:r>
      <w:r>
        <w:rPr>
          <w:sz w:val="20"/>
        </w:rPr>
        <w:t>36:39  is explosion se saare particle bikhar gaye aur phir unhi se poora yeh galaxy bani, solar system bana, star bane, star aur planet bane, zameen bani.</w:t>
      </w:r>
      <w:r>
        <w:br/>
      </w:r>
      <w:r>
        <w:rPr>
          <w:sz w:val="20"/>
        </w:rPr>
        <w:t>36:51  yeh saari cheezein is ke baad bani.</w:t>
      </w:r>
      <w:r>
        <w:br/>
      </w:r>
      <w:r>
        <w:rPr>
          <w:sz w:val="20"/>
        </w:rPr>
        <w:t>36:54  ab bataiye ke jo cheez ab science ne jaani hai, us ko quran mein pehle bataya gaya tha kyunke science jo hai, us ki tasdeeq kar rahi hai.</w:t>
      </w:r>
    </w:p>
    <w:p>
      <w:pPr>
        <w:pStyle w:val="Heading2"/>
      </w:pPr>
      <w:r>
        <w:t>apostasy wars after the Prophet led to Quran compilation</w:t>
      </w:r>
    </w:p>
    <w:p>
      <w:r>
        <w:rPr>
          <w:color w:val="666666"/>
          <w:sz w:val="18"/>
        </w:rPr>
        <w:t>Ramadan and the Quran April 17, 2022 Prof. Farida Khanam · 1m 40s · at 12:21 · https://youtu.be/SszJCaNKkZw?t=741</w:t>
      </w:r>
    </w:p>
    <w:p>
      <w:r>
        <w:rPr>
          <w:i/>
        </w:rPr>
        <w:t>“रसूल्लाह के जाने के बाद जब इर्तिदाद हुआ”</w:t>
      </w:r>
    </w:p>
    <w:p>
      <w:r>
        <w:rPr>
          <w:sz w:val="20"/>
        </w:rPr>
        <w:t>12:21  lekin baad mein aisa hua ke rasoolullah sallallahu alaihi wasallam ke jaane ke baad jab huddah bar hui yani irtidad hua, bahut sare logon ne yeh samjha, jo naye naye log islam mein dakhil hue the, unhone socha ke tamam madad jo allah ki aati thi wah to rasool ke upar ki wajah se aati thi. ab hum zakat nahi denge kyunke wahan waise hi economic resources bahut kam the.</w:t>
      </w:r>
      <w:r>
        <w:br/>
      </w:r>
      <w:r>
        <w:rPr>
          <w:sz w:val="20"/>
        </w:rPr>
        <w:t>12:49  koi tha hum jihad nahi karenge, koi kaha tha hum zakat nahi denge. to is tarike se unhone deen ko taqreeban chhod diya tha. to hazrat abu bakr ne kaha ke hum deen mein koi kami beshi nahi hone denge. to phir jang hui usmein, ek jang thi, jange yamama.</w:t>
      </w:r>
      <w:r>
        <w:br/>
      </w:r>
      <w:r>
        <w:rPr>
          <w:sz w:val="20"/>
        </w:rPr>
        <w:t>13:08  to us jang mein bahut sare log mare gaye aur usmein kai sahaba jo the jinko poora quran yaad tha wo shaheed ho gaye. to us waqt hazrat umar ko yeh baat bahut zyada is par sochne lage kis tarike se agar hota raha to hamare jo huffaz hain wo khatm ho jayenge. to jisko unhone kaha jahab hai quran, quran khatm ho jayega.</w:t>
      </w:r>
      <w:r>
        <w:br/>
      </w:r>
      <w:r>
        <w:rPr>
          <w:sz w:val="20"/>
        </w:rPr>
        <w:t>13:38  to is tarike se wo hazrat abu bakr us waqt khaleefat hai. wo hazrat abu bakr ke paas gaye aur unhone yeh mashwara diya ke quran ko apni usmein batore khalifa to ek official copy banwa dein quran ki aur baqayda check karne ke baad. kyunke wo quran to likha hi hua tha.</w:t>
      </w:r>
      <w:r>
        <w:br/>
      </w:r>
      <w:r>
        <w:rPr>
          <w:sz w:val="20"/>
        </w:rPr>
        <w:t>14:01  asal masla tha ke sare jo likhe hue azza the wo sara jama karke usko check kiya jaye aur usko phir memory se check kiya jaye.</w:t>
      </w:r>
    </w:p>
    <w:p>
      <w:pPr>
        <w:pStyle w:val="Heading2"/>
      </w:pPr>
      <w:r>
        <w:t>clearing confusion on a misunderstood Quranic promise verse</w:t>
      </w:r>
    </w:p>
    <w:p>
      <w:r>
        <w:rPr>
          <w:color w:val="666666"/>
          <w:sz w:val="18"/>
        </w:rPr>
        <w:t>History Repeats Itself 10th March 2013 · 2m 42s · at 23:11 · https://youtu.be/dsjxiXLPXeg?t=1391</w:t>
      </w:r>
    </w:p>
    <w:p>
      <w:r>
        <w:rPr>
          <w:i/>
        </w:rPr>
        <w:t>“Yeh ayat tamam kitabon mein hai, logon ko wazeh nahi”</w:t>
      </w:r>
    </w:p>
    <w:p>
      <w:r>
        <w:rPr>
          <w:sz w:val="20"/>
        </w:rPr>
        <w:t>23:11  yeh aayat tamam kitabon mein aap parhiye. logon ko wazeh nahi hai. wazeh kyun nahi hai? aam taur par do mafhoom lete hain. dono irrelevant.</w:t>
      </w:r>
      <w:r>
        <w:br/>
      </w:r>
      <w:r>
        <w:rPr>
          <w:sz w:val="20"/>
        </w:rPr>
        <w:t>23:21  is ka confusion baqi rehta hai.</w:t>
      </w:r>
      <w:r>
        <w:br/>
      </w:r>
      <w:r>
        <w:rPr>
          <w:sz w:val="20"/>
        </w:rPr>
        <w:t>23:25  aik mafhoom lete hain ke rabbana aatina ma aatana ala ruslik wala takhuthna yawm al-qiyamah. yeh aagay jo baat hai woh qiyamah ke baray mein hai.</w:t>
      </w:r>
      <w:r>
        <w:br/>
      </w:r>
      <w:r>
        <w:rPr>
          <w:sz w:val="20"/>
        </w:rPr>
        <w:t>23:33  toh is ko bhi qiyamah se joor dete hain. matlab qiyamah mein humein jannat de de. toh woh toh hai hi agli aayat mein. toh kya isi ka repetition hai?</w:t>
      </w:r>
      <w:r>
        <w:br/>
      </w:r>
      <w:r>
        <w:rPr>
          <w:sz w:val="20"/>
        </w:rPr>
        <w:t>23:44  kuch mazeed baat honi chahiye. mazeed.</w:t>
      </w:r>
      <w:r>
        <w:br/>
      </w:r>
      <w:r>
        <w:rPr>
          <w:sz w:val="20"/>
        </w:rPr>
        <w:t>23:50  toh is wajah se woh confusion mein par jatay hain. is aayat ki koi meaning nazar nahi aati in ko.</w:t>
      </w:r>
      <w:r>
        <w:br/>
      </w:r>
      <w:r>
        <w:rPr>
          <w:sz w:val="20"/>
        </w:rPr>
        <w:t>23:56  acha doosray log kya lete hain is ko? wohi hukoomat aur iqtidaar aur sultan. aala karamat Allah.</w:t>
      </w:r>
      <w:r>
        <w:br/>
      </w:r>
      <w:r>
        <w:rPr>
          <w:sz w:val="20"/>
        </w:rPr>
        <w:t>24:06  toh woh kabhi hota nahi. kabhi hua nahi. toh bhi confusion hai ke kaisa wada hai jo poora nahi ho raha hai.</w:t>
      </w:r>
      <w:r>
        <w:br/>
      </w:r>
      <w:r>
        <w:rPr>
          <w:sz w:val="20"/>
        </w:rPr>
        <w:t>24:17  dekhiye yeh matlab nahi hai is ka.</w:t>
      </w:r>
      <w:r>
        <w:br/>
      </w:r>
      <w:r>
        <w:rPr>
          <w:sz w:val="20"/>
        </w:rPr>
        <w:t>24:21  rabbana aatina ma aatana ala ruslik. is ka tarjuma yeh hai ke aye aye hamare rab hum ko de woh cheez jis ka wada kiya hai tu ne apne rasoolon par.</w:t>
      </w:r>
      <w:r>
        <w:br/>
      </w:r>
      <w:r>
        <w:rPr>
          <w:sz w:val="20"/>
        </w:rPr>
        <w:t>24:37  rabbana aatina ma aatana ala ruslik. acha toh rasoolon par jo Allah ne wada kiya woh toh zaroor diya.</w:t>
      </w:r>
      <w:r>
        <w:br/>
      </w:r>
      <w:r>
        <w:rPr>
          <w:sz w:val="20"/>
        </w:rPr>
        <w:t>24:48  yeh toh manna paray ga hamara aqeedah hai. toh kis rasool ko yeh mauqa mila ke sari duniya mein hukoomat aaliya qaim kare woh? kis ko? khud rasool Allah ke zamanay mein aisay nahi hua?</w:t>
      </w:r>
      <w:r>
        <w:br/>
      </w:r>
      <w:r>
        <w:rPr>
          <w:sz w:val="20"/>
        </w:rPr>
        <w:t>24:58  mahdood ilaqay mein aik mahdood saltanat bani bas.</w:t>
      </w:r>
      <w:r>
        <w:br/>
      </w:r>
      <w:r>
        <w:rPr>
          <w:sz w:val="20"/>
        </w:rPr>
        <w:t>25:03  toh khud peghambaron ke zamanay mein bhi yeh wada unfilled fulfill raha. toh kaise aap confusion se niklein gay aap?</w:t>
      </w:r>
      <w:r>
        <w:br/>
      </w:r>
      <w:r>
        <w:rPr>
          <w:sz w:val="20"/>
        </w:rPr>
        <w:t>25:12  confusion hi confusion rahe ga. toh yeh yeh aayat jo hai logon ke liye sirf aqeeday ki aayat bani hui hai.</w:t>
      </w:r>
      <w:r>
        <w:br/>
      </w:r>
      <w:r>
        <w:rPr>
          <w:sz w:val="20"/>
        </w:rPr>
        <w:t>25:20  dekhiye is ka matlab yahi hai ke peghambaron ne kiya kaam kiya duniya mein? un ke mission ko samjhiye. un ka mission tha daawa mission.</w:t>
      </w:r>
      <w:r>
        <w:br/>
      </w:r>
      <w:r>
        <w:rPr>
          <w:sz w:val="20"/>
        </w:rPr>
        <w:t>25:32  daawa mission.</w:t>
      </w:r>
      <w:r>
        <w:br/>
      </w:r>
      <w:r>
        <w:rPr>
          <w:sz w:val="20"/>
        </w:rPr>
        <w:t>25:33  to daawa mission ki nisbat se jo waade kiye tum ne peghambaron par aur jo fulfill hue woh hamare par bhi fulfill kar de. Yaani baaitbaar daawa mission jo waade to ne kiye peghambaron se aur jis ko fulfill kiya woh hamare upar kar de.</w:t>
      </w:r>
      <w:r>
        <w:br/>
      </w:r>
      <w:r>
        <w:rPr>
          <w:sz w:val="20"/>
        </w:rPr>
        <w:t>25:54  ab is ko aap le kar sochiye is waqeye ko. Is waqeye ko. To rasool Allah ke saath woh waqea guzra</w:t>
      </w:r>
    </w:p>
    <w:p>
      <w:pPr>
        <w:pStyle w:val="Heading2"/>
      </w:pPr>
      <w:r>
        <w:t>Indian Muslims are comfortable when not trying to Islamize the state</w:t>
      </w:r>
    </w:p>
    <w:p>
      <w:r>
        <w:rPr>
          <w:color w:val="666666"/>
          <w:sz w:val="18"/>
        </w:rPr>
        <w:t>Islam and Politics November 17, 2013 · 1m 18s · at 11:59 · https://youtu.be/LgKA8wg4NPc?t=719</w:t>
      </w:r>
    </w:p>
    <w:p>
      <w:r>
        <w:rPr>
          <w:i/>
        </w:rPr>
        <w:t>“Look at us in India, many people have severe complaints”</w:t>
      </w:r>
    </w:p>
    <w:p>
      <w:r>
        <w:rPr>
          <w:sz w:val="20"/>
        </w:rPr>
        <w:t>11:59  jaise hum dekhen India mein hain. bohat se logon ko India ke sakht shikayat hain.</w:t>
      </w:r>
      <w:r>
        <w:br/>
      </w:r>
      <w:r>
        <w:rPr>
          <w:sz w:val="20"/>
        </w:rPr>
        <w:t>12:04  yahan tak ke hain aise log isi mulk mein jo kehte hain ke India musalmanon ke liye enemy country hai. yeh chupa hua. India mein musalman safe mein hain.</w:t>
      </w:r>
      <w:r>
        <w:br/>
      </w:r>
      <w:r>
        <w:rPr>
          <w:sz w:val="20"/>
        </w:rPr>
        <w:t>12:18  India mein musalmanon ko secute processor bana diya gaya hai. India mein musalmanon ke khilaf bohat zabardast conspiracy conspiracy ho rahi hai ke un ko un ki deeni pehchan ko khatam kar diya jaye.</w:t>
      </w:r>
      <w:r>
        <w:br/>
      </w:r>
      <w:r>
        <w:rPr>
          <w:sz w:val="20"/>
        </w:rPr>
        <w:t>12:30  ek se ek barh kar khayalat logon ke hain</w:t>
      </w:r>
      <w:r>
        <w:br/>
      </w:r>
      <w:r>
        <w:rPr>
          <w:sz w:val="20"/>
        </w:rPr>
        <w:t>12:32  ke hamein kuch bhi nahi. kyun? woh khayalat kyun hain? ke woh system ko chahte hain Islamize karna. hamein koi problem nahi India mein.</w:t>
      </w:r>
      <w:r>
        <w:br/>
      </w:r>
      <w:r>
        <w:rPr>
          <w:sz w:val="20"/>
        </w:rPr>
        <w:t>12:42  hum to ja ke bure tarah se comfortable hain. koi problem hi nahi hamein. hamein koi hate nahi. koi hamein shikayat nahi.</w:t>
      </w:r>
      <w:r>
        <w:br/>
      </w:r>
      <w:r>
        <w:rPr>
          <w:sz w:val="20"/>
        </w:rPr>
        <w:t>12:54  sara raaz yeh hai ke aap system ko shamil kar len apne deeni aqeedah ke tor par.</w:t>
      </w:r>
      <w:r>
        <w:br/>
      </w:r>
      <w:r>
        <w:rPr>
          <w:sz w:val="20"/>
        </w:rPr>
        <w:t>13:06  yani aap ko aap yeh kahein ke hum ko apne aap ko aur poore system ko poori hukoomat ko Islamize karna hai.</w:t>
      </w:r>
    </w:p>
    <w:p>
      <w:pPr>
        <w:pStyle w:val="Heading2"/>
      </w:pPr>
      <w:r>
        <w:t>Peaceful struggle vs fighting spirit</w:t>
      </w:r>
    </w:p>
    <w:p>
      <w:r>
        <w:rPr>
          <w:color w:val="666666"/>
          <w:sz w:val="18"/>
        </w:rPr>
        <w:t>Nation Building On India's Republic Day Jan 26, 2020 Maulana Wahiduddin Khan · 2m 51s · at 17:12 · https://youtu.be/58CVocbLAb8?t=1032</w:t>
      </w:r>
    </w:p>
    <w:p>
      <w:r>
        <w:rPr>
          <w:i/>
        </w:rPr>
        <w:t>“To is ke maani ke Quran ka jo ayat hai.”</w:t>
      </w:r>
    </w:p>
    <w:p>
      <w:r>
        <w:rPr>
          <w:sz w:val="20"/>
        </w:rPr>
        <w:t>17:12  to is ke mani ke quran ka jo ayat hai: "Laysa lil insani illa ma sa'a" to woh halaat jo sa'i ki taraf aadmi ko raghib karayein, koshish ki taraf.</w:t>
      </w:r>
      <w:r>
        <w:br/>
      </w:r>
      <w:r>
        <w:rPr>
          <w:sz w:val="20"/>
        </w:rPr>
        <w:t>17:29  yani spirit of struggle. is ayat ka matlab hai ke spirit of struggle.</w:t>
      </w:r>
      <w:r>
        <w:br/>
      </w:r>
      <w:r>
        <w:rPr>
          <w:sz w:val="20"/>
        </w:rPr>
        <w:t>17:42  to quran yeh ka yeh message hai, yeh paigham hai ke apne andar spirit of struggle develop karo.</w:t>
      </w:r>
      <w:r>
        <w:br/>
      </w:r>
      <w:r>
        <w:rPr>
          <w:sz w:val="20"/>
        </w:rPr>
        <w:t>17:56  yani koshish ki spirit, spirit of struggle.</w:t>
      </w:r>
      <w:r>
        <w:br/>
      </w:r>
      <w:r>
        <w:rPr>
          <w:sz w:val="20"/>
        </w:rPr>
        <w:t>18:05  to aaj ke insan ko agar hum yeh kahein ke quran mein log jo hain, nadan log yeh batate hain ke quran mein fighting spirit hai.</w:t>
      </w:r>
      <w:r>
        <w:br/>
      </w:r>
      <w:r>
        <w:rPr>
          <w:sz w:val="20"/>
        </w:rPr>
        <w:t>18:17  yani laro, jihad karo. to insan ko kuch nahin mile ga. ya aap dein ge to insan ko kuch nahin mile ga.</w:t>
      </w:r>
      <w:r>
        <w:br/>
      </w:r>
      <w:r>
        <w:rPr>
          <w:sz w:val="20"/>
        </w:rPr>
        <w:t>18:31  lekin agar aap yeh kahein ke quran spirit of struggle deta hai,</w:t>
      </w:r>
      <w:r>
        <w:br/>
      </w:r>
      <w:r>
        <w:rPr>
          <w:sz w:val="20"/>
        </w:rPr>
        <w:t>18:41  koshish karo aur sab kuch tumhare liye hai.</w:t>
      </w:r>
      <w:r>
        <w:br/>
      </w:r>
      <w:r>
        <w:rPr>
          <w:sz w:val="20"/>
        </w:rPr>
        <w:t>18:46  koshish karo aur sab kuch tumhare liye hai.</w:t>
      </w:r>
      <w:r>
        <w:br/>
      </w:r>
      <w:r>
        <w:rPr>
          <w:sz w:val="20"/>
        </w:rPr>
        <w:t>18:57  hitler ne ne ek acha kaam kiya tha lekin wo galat taraf par mud gaya tha.</w:t>
      </w:r>
      <w:r>
        <w:br/>
      </w:r>
      <w:r>
        <w:rPr>
          <w:sz w:val="20"/>
        </w:rPr>
        <w:t>19:07  larai ki taraf. uski kitab hai "My Struggle". hitler ki kitab hai "My Struggle".</w:t>
      </w:r>
      <w:r>
        <w:br/>
      </w:r>
      <w:r>
        <w:rPr>
          <w:sz w:val="20"/>
        </w:rPr>
        <w:t>19:16  to philosophy of struggle usne apni is kitab mein philosophy of struggle batai hai. lekin is struggle ka target usne bana.</w:t>
      </w:r>
      <w:r>
        <w:br/>
      </w:r>
      <w:r>
        <w:rPr>
          <w:sz w:val="20"/>
        </w:rPr>
        <w:t>19:29  yani galat. galat bana diya.</w:t>
      </w:r>
      <w:r>
        <w:br/>
      </w:r>
      <w:r>
        <w:rPr>
          <w:sz w:val="20"/>
        </w:rPr>
        <w:t>19:38  to main samajhta hoon ke is ayat ko agar hum ghor karein: "Laysa lil insani illa ma sa'a" to is mein sahi ma'ano mein is mein jo hai philosophy of struggle diya gaya hai.</w:t>
      </w:r>
      <w:r>
        <w:br/>
      </w:r>
      <w:r>
        <w:rPr>
          <w:sz w:val="20"/>
        </w:rPr>
        <w:t>19:54  Philosophy of struggle, philosophy of development, philosophy of struggle.</w:t>
      </w:r>
    </w:p>
    <w:p>
      <w:pPr>
        <w:pStyle w:val="Heading2"/>
      </w:pPr>
      <w:r>
        <w:t>Hudaybiyyah as the true model for peace</w:t>
      </w:r>
    </w:p>
    <w:p>
      <w:r>
        <w:rPr>
          <w:color w:val="666666"/>
          <w:sz w:val="18"/>
        </w:rPr>
        <w:t>Message of The Quran October 20, 2007 · 2m 00s · at 44:15 · https://youtu.be/7GePL3JmwnE?t=2655</w:t>
      </w:r>
    </w:p>
    <w:p>
      <w:r>
        <w:rPr>
          <w:i/>
        </w:rPr>
        <w:t>“I've come here today to speak on the Quran”</w:t>
      </w:r>
    </w:p>
    <w:p>
      <w:r>
        <w:rPr>
          <w:sz w:val="20"/>
        </w:rPr>
        <w:t>44:15  ? dekhiye, dekhiye, main is waqt quran par bolne ke liye aaya hoon. duniya mein kya tareeqe chal rahe hain, woh mera subject nahi hai.</w:t>
      </w:r>
      <w:r>
        <w:br/>
      </w:r>
      <w:r>
        <w:rPr>
          <w:sz w:val="20"/>
        </w:rPr>
        <w:t>44:26  yeh sare tareeqon ko main bilkul yani worthless samajhta hoon, kyunke koi result nahi. peace ke naam par aap karte hain demonstration, aur wahan kya hota hai?</w:t>
      </w:r>
      <w:r>
        <w:br/>
      </w:r>
      <w:r>
        <w:rPr>
          <w:sz w:val="20"/>
        </w:rPr>
        <w:t>44:36  violence hota hai. sari duniya mein, india mein bhi hum ne dekha hai ke peace ke naam par demonstration, aur phir kya hota hai? violence.</w:t>
      </w:r>
      <w:r>
        <w:br/>
      </w:r>
      <w:r>
        <w:rPr>
          <w:sz w:val="20"/>
        </w:rPr>
        <w:t>44:45  to yeh hum islam mein iska hum nahi paate. hum yeh maante hain ke chahe peace lana ho ya koi aur cheez, doosri cheez ho, ek hi model hai, woh rasulullah ka model hai.</w:t>
      </w:r>
      <w:r>
        <w:br/>
      </w:r>
      <w:r>
        <w:rPr>
          <w:sz w:val="20"/>
        </w:rPr>
        <w:t>44:58  woh hai hudaybiyah. ek peace agreement tha. hudaybiyah mein aap ne koi demonstration nahi kiya, koi juloos nahi nikala, kuch nahi. balkeh yeh kiya aap ne ke doosri party jo condition laga rahi thi, us ko aap ne maan liya.</w:t>
      </w:r>
      <w:r>
        <w:br/>
      </w:r>
      <w:r>
        <w:rPr>
          <w:sz w:val="20"/>
        </w:rPr>
        <w:t>45:13  woh keh di ke yeh karo, yeh karo, to hum peace tum ko denge. to hum ne kaha theek hai, peace de do, hum maan lete hain tumhari condition. ab is ke baad peace qaim ho gaya.</w:t>
      </w:r>
      <w:r>
        <w:br/>
      </w:r>
      <w:r>
        <w:rPr>
          <w:sz w:val="20"/>
        </w:rPr>
        <w:t>45:24  aur is ke baad kya hua ke with in two years, aap sara arabia jo hai, woh islam phail gaya. wahan kyun? aap ne peace ko avail kiya as a as an opportunity.</w:t>
      </w:r>
      <w:r>
        <w:br/>
      </w:r>
      <w:r>
        <w:rPr>
          <w:sz w:val="20"/>
        </w:rPr>
        <w:t>45:36  to peace jo hai, islam ke lehaaz se, main jab dekhta hoon to kisi bhi demonstration se kabhi peace nahi aata. yeh to leadership hai. is se ek aadmi ko leadership milti hai, is se duniya mein peace nahi aata hai.</w:t>
      </w:r>
      <w:r>
        <w:br/>
      </w:r>
      <w:r>
        <w:rPr>
          <w:sz w:val="20"/>
        </w:rPr>
        <w:t>45:51  peace lane ka jo tareeqa hai, woh yahi hai jo hudaybiyah agreement kiya tha rasulullah ne ke doosri party ko aap us ki jo maang hai, us ko maan lijiye, aur phir peace laiye.</w:t>
      </w:r>
      <w:r>
        <w:br/>
      </w:r>
      <w:r>
        <w:rPr>
          <w:sz w:val="20"/>
        </w:rPr>
        <w:t>46:05  peace gives you an opportunity. to avail this opportunity, then you can establish all justice and all other things.</w:t>
      </w:r>
    </w:p>
    <w:p>
      <w:pPr>
        <w:pStyle w:val="Heading2"/>
      </w:pPr>
      <w:r>
        <w:t>Profession includes wanting popularity, applause and crowds too</w:t>
      </w:r>
    </w:p>
    <w:p>
      <w:r>
        <w:rPr>
          <w:color w:val="666666"/>
          <w:sz w:val="18"/>
        </w:rPr>
        <w:t>Character of A Dayee January 29, 2014 · 1m 48s · at 22:27 · https://youtu.be/HiPTrIHGmTE?t=1347</w:t>
      </w:r>
    </w:p>
    <w:p>
      <w:r>
        <w:rPr>
          <w:i/>
        </w:rPr>
        <w:t>“Profession ko aap wasee tar mayne mein lijiye”</w:t>
      </w:r>
    </w:p>
    <w:p>
      <w:r>
        <w:rPr>
          <w:sz w:val="20"/>
        </w:rPr>
        <w:t>22:27  wo yahi hai is aayat ki roshni mein ke wo hargiz hargiz bator-e-profession is ne dawat ka kaam ikhtiyaar na kiya ho.</w:t>
      </w:r>
      <w:r>
        <w:br/>
      </w:r>
      <w:r>
        <w:rPr>
          <w:sz w:val="20"/>
        </w:rPr>
        <w:t>22:37  balkeh bator-e-mission ikhtiyaar kiya ho. dekhiye profession ko aap wasee tar maano mein lijiye. profession mein is se bhi ye shamil nahi hai ke aap maal chahein, wages chahein.</w:t>
      </w:r>
      <w:r>
        <w:br/>
      </w:r>
      <w:r>
        <w:rPr>
          <w:sz w:val="20"/>
        </w:rPr>
        <w:t>22:52  nahi. aap agar logon ki taraf se popularity chahein, logon ki taraf se wah wah chahein, logon ki taraf se taaliyan chahein, logon ki taraf se bheed chahein,</w:t>
      </w:r>
      <w:r>
        <w:br/>
      </w:r>
      <w:r>
        <w:rPr>
          <w:sz w:val="20"/>
        </w:rPr>
        <w:t>23:07  logon ki taraf se tareef chahein. ye sab cheez profession mein shamil hai. ye sab profession ke taqaaze hain.</w:t>
      </w:r>
      <w:r>
        <w:br/>
      </w:r>
      <w:r>
        <w:rPr>
          <w:sz w:val="20"/>
        </w:rPr>
        <w:t>23:19  jo aadmi kisi cheez ko bator-e-profession ikhtiyaar karta hai us ke andar ye baatein laazmi hoti hain. maslan koi shakhs politician ko bator-e-profession ikhtiyaar kare to wo chahega ke mere jalse mein khoob bheed ho.</w:t>
      </w:r>
      <w:r>
        <w:br/>
      </w:r>
      <w:r>
        <w:rPr>
          <w:sz w:val="20"/>
        </w:rPr>
        <w:t>23:33  mere jalse mein meri taqreer sun kar log taaliyan bajayein. meri</w:t>
      </w:r>
      <w:r>
        <w:br/>
      </w:r>
      <w:r>
        <w:rPr>
          <w:sz w:val="20"/>
        </w:rPr>
        <w:t>23:40  baatein media mein khoob aayein. ye sab wo chahega wo.</w:t>
      </w:r>
      <w:r>
        <w:br/>
      </w:r>
      <w:r>
        <w:rPr>
          <w:sz w:val="20"/>
        </w:rPr>
        <w:t>23:46  to ye professional ke taqaaze hain. lekin jo mission wala aadmi hota hai us ko is se koi dilchaspi nahi. us ko dilchaspi is se hoti hai ke Allah taala ke haan us ko daai ka darja mile.</w:t>
      </w:r>
      <w:r>
        <w:br/>
      </w:r>
      <w:r>
        <w:rPr>
          <w:sz w:val="20"/>
        </w:rPr>
        <w:t>24:05  to is ka sole person ye hota hai ke jo Allah ki baat hai wo Allah ke bando tak pahunche. is ke liye wo khair khwaahi karta hai,</w:t>
      </w:r>
    </w:p>
    <w:p>
      <w:pPr>
        <w:pStyle w:val="Heading2"/>
      </w:pPr>
      <w:r>
        <w:t>Bismillah means compassion</w:t>
      </w:r>
    </w:p>
    <w:p>
      <w:r>
        <w:rPr>
          <w:color w:val="666666"/>
          <w:sz w:val="18"/>
        </w:rPr>
        <w:t>Lessons from The Quran | December 24, 2005 | Maulana Wahiduddin Khan · 2m 38s · at 32:25 · https://youtu.be/1YOgdBErTfE?t=1945</w:t>
      </w:r>
    </w:p>
    <w:p>
      <w:r>
        <w:rPr>
          <w:i/>
        </w:rPr>
        <w:t>“What does Bismillah mean? Begin with compassion”</w:t>
      </w:r>
    </w:p>
    <w:p>
      <w:r>
        <w:rPr>
          <w:sz w:val="20"/>
        </w:rPr>
        <w:t>32:25  mein bataya gaya hai. yeh jo farmaya ke "bismillah rahman rahim" mein shuru karta hoon allah ke naam se, jo rahman rahim hai, is ka matlab kya hai? is ka matlab yeh hai ke har kaam jis ko insan shuru kare to woh is ko shuru karna chahiye,</w:t>
      </w:r>
      <w:r>
        <w:br/>
      </w:r>
      <w:r>
        <w:rPr>
          <w:sz w:val="20"/>
        </w:rPr>
        <w:t>33:00  reham aur rehmat ki speed se. is ka matlab yeh hai, quran yeh keh raha hai ke "begin your work with compassion". yani jis ko aap keh sakte hain ke insan friendly behavior, har kaam aap karte hain jo woh kisi society mein karte hain, aap chahe ghar mein hon, ghar ke bahar hon</w:t>
      </w:r>
      <w:r>
        <w:br/>
      </w:r>
      <w:r>
        <w:rPr>
          <w:sz w:val="20"/>
        </w:rPr>
        <w:t>33:30  kuch logon ke darmiyan aap aik kaam shuru karte hain, har kaam. to jab bhi aap koi kaam shuru karein to us speed ke sath shuru karein ke aap ke dil mein doosron ke liye khair khwahi ho, doosron ke liye rehmdili ho, doosron ke liye meherbani ke jazbat hon. yeh hai "bismillah rahman rahim" ka maqsad, kyunke hadith mein ata hai ke</w:t>
      </w:r>
      <w:r>
        <w:br/>
      </w:r>
      <w:r>
        <w:rPr>
          <w:sz w:val="20"/>
        </w:rPr>
        <w:t>34:02  "takhlaqu bi akhlaq allah"۔ allah wale character ko ikhtiyar karo, allah wali sifat ko ikhtiyar karo. to yahan par jo sifat batayi gayi allah ki, woh hai rahman aur rahim, yani compassionate aur merciful. to yahi sifat honi chahiye insan ke andar. jab bhi</w:t>
      </w:r>
      <w:r>
        <w:br/>
      </w:r>
      <w:r>
        <w:rPr>
          <w:sz w:val="20"/>
        </w:rPr>
        <w:t>34:32  samaj mein, society mein aap koi kaam karein to doosron se aap ka sabiqah pesh ayega, bar bar doosron se koi muamla hoga, bar bar aisa hoga. to har bar jab doosre insanon se aap ka koi muamla pesh aaye to aap ke dil mein is ke liye, us insan ke liye rahmdili ka jazba ho, compassion ka jazba ho</w:t>
      </w:r>
    </w:p>
    <w:p>
      <w:pPr>
        <w:pStyle w:val="Heading2"/>
      </w:pPr>
      <w:r>
        <w:t>3000 years of philosophy failed to find life's purpose</w:t>
      </w:r>
    </w:p>
    <w:p>
      <w:r>
        <w:rPr>
          <w:color w:val="666666"/>
          <w:sz w:val="18"/>
        </w:rPr>
        <w:t>The Purpose of Existence I 9th Sept. 2012 - Maulana Wahiduddin Khan · 1m 57s · at 0:39 · https://youtu.be/cevO-zpWlG8?t=39</w:t>
      </w:r>
    </w:p>
    <w:p>
      <w:r>
        <w:rPr>
          <w:i/>
        </w:rPr>
        <w:t>“Today's topic: the purpose of human existence”</w:t>
      </w:r>
    </w:p>
    <w:p>
      <w:r>
        <w:rPr>
          <w:sz w:val="20"/>
        </w:rPr>
        <w:t>0:39  aaj september 2012 ki 9 tareekh hai. aaj ke liye</w:t>
      </w:r>
      <w:r>
        <w:br/>
      </w:r>
      <w:r>
        <w:rPr>
          <w:sz w:val="20"/>
        </w:rPr>
        <w:t>0:51  jo topic hai woh hai "da purpose of existence".</w:t>
      </w:r>
      <w:r>
        <w:br/>
      </w:r>
      <w:r>
        <w:rPr>
          <w:sz w:val="20"/>
        </w:rPr>
        <w:t>1:00  yani wajood-e-insani ka maqsad.</w:t>
      </w:r>
      <w:r>
        <w:br/>
      </w:r>
      <w:r>
        <w:rPr>
          <w:sz w:val="20"/>
        </w:rPr>
        <w:t>1:11  yeh bilashubah bohat hi zyada important topic hai,</w:t>
      </w:r>
      <w:r>
        <w:br/>
      </w:r>
      <w:r>
        <w:rPr>
          <w:sz w:val="20"/>
        </w:rPr>
        <w:t>1:19  aur bohat se log pichli tareekh mein is par sochte rahe hain. lekin ajeeb baat hai ke</w:t>
      </w:r>
      <w:r>
        <w:br/>
      </w:r>
      <w:r>
        <w:rPr>
          <w:sz w:val="20"/>
        </w:rPr>
        <w:t>1:30  taqreeban 3000 saal ki soch ke bawajood</w:t>
      </w:r>
      <w:r>
        <w:br/>
      </w:r>
      <w:r>
        <w:rPr>
          <w:sz w:val="20"/>
        </w:rPr>
        <w:t>1:38  yeh subject abhi tak untold story bana hua hai.</w:t>
      </w:r>
      <w:r>
        <w:br/>
      </w:r>
      <w:r>
        <w:rPr>
          <w:sz w:val="20"/>
        </w:rPr>
        <w:t>1:48  bohat hi ajeeb baat hai. dekhiye, rene descartes french philosopher tha, uski death hui 1650 mein.</w:t>
      </w:r>
      <w:r>
        <w:br/>
      </w:r>
      <w:r>
        <w:rPr>
          <w:sz w:val="20"/>
        </w:rPr>
        <w:t>2:04  us ne kaha tha ke "i think</w:t>
      </w:r>
      <w:r>
        <w:br/>
      </w:r>
      <w:r>
        <w:rPr>
          <w:sz w:val="20"/>
        </w:rPr>
        <w:t>2:08  therefore i exist".</w:t>
      </w:r>
      <w:r>
        <w:br/>
      </w:r>
      <w:r>
        <w:rPr>
          <w:sz w:val="20"/>
        </w:rPr>
        <w:t>2:13  is tarah descartes ne apni maujoodgi ko daryaft kiya, aur main maujood hoon is kainat mein.</w:t>
      </w:r>
      <w:r>
        <w:br/>
      </w:r>
      <w:r>
        <w:rPr>
          <w:sz w:val="20"/>
        </w:rPr>
        <w:t>2:25  lekin is maujoodgi ka purpose kya hai, yeh descartes ko maloom na ho saka.</w:t>
      </w:r>
    </w:p>
    <w:p>
      <w:pPr>
        <w:pStyle w:val="Heading2"/>
      </w:pPr>
      <w:r>
        <w:t>Rickshaw parable: no time to fight, focus ahead</w:t>
      </w:r>
    </w:p>
    <w:p>
      <w:r>
        <w:rPr>
          <w:color w:val="666666"/>
          <w:sz w:val="18"/>
        </w:rPr>
        <w:t>The Role of Islam in Personality Development March 13, 2011 · 2m 38s · at 1:12:35 · https://youtu.be/jQP07IZoEy0?t=4355</w:t>
      </w:r>
    </w:p>
    <w:p>
      <w:r>
        <w:rPr>
          <w:i/>
        </w:rPr>
        <w:t>“Ek shaks Bombay interview jaa raha tha”</w:t>
      </w:r>
    </w:p>
    <w:p>
      <w:r>
        <w:rPr>
          <w:sz w:val="20"/>
        </w:rPr>
        <w:t>1:12:35  misalan, main ek misal doon aapko, bahut ek bahut hi interesting misal. jab main purane Dilli mein rehta tha, wahan qissa hai.</w:t>
      </w:r>
      <w:r>
        <w:br/>
      </w:r>
      <w:r>
        <w:rPr>
          <w:sz w:val="20"/>
        </w:rPr>
        <w:t>1:12:45  to wahan rickshaw chalakar tha. ab aajkal to main bahut dinon se wahan gaya nahin hoon. ab kya shakal hai, main nahin janta. to rickshaw par ek aadmi ne qissa kiya tha ke woh bombay ja raha tha interview dene ke liye.</w:t>
      </w:r>
      <w:r>
        <w:br/>
      </w:r>
      <w:r>
        <w:rPr>
          <w:sz w:val="20"/>
        </w:rPr>
        <w:t>1:13:00  arab se ek ek aaya tha, ek ek team aayi thi recruit karne ke liye. iske paas aaya hai ek invitation, woh ja raha tha wahan.</w:t>
      </w:r>
      <w:r>
        <w:br/>
      </w:r>
      <w:r>
        <w:rPr>
          <w:sz w:val="20"/>
        </w:rPr>
        <w:t>1:13:11  to train pakad kar isne jaana tha isko. to purane Dilli mein woh rickshaw baitha, iska saathi isko safar karne ke liye wahi ja raha tha.</w:t>
      </w:r>
      <w:r>
        <w:br/>
      </w:r>
      <w:r>
        <w:rPr>
          <w:sz w:val="20"/>
        </w:rPr>
        <w:t>1:13:21  to us zamane mein main ladke the, peeche latak jaate the rickshaw ke peeche, latak jaate the.</w:t>
      </w:r>
      <w:r>
        <w:br/>
      </w:r>
      <w:r>
        <w:rPr>
          <w:sz w:val="20"/>
        </w:rPr>
        <w:t>1:13:29  to ek aadmi latak gaya, ek ladka latak gaya peeche. to iske dost ne isko dekha to isko marna chaha, lekin woh bhaga, woh yeh maar nahin paya.</w:t>
      </w:r>
      <w:r>
        <w:br/>
      </w:r>
      <w:r>
        <w:rPr>
          <w:sz w:val="20"/>
        </w:rPr>
        <w:t>1:13:41  to itne gusse mein tha ke utar kar ke daud kar maare. to isne ek lafz jo kaha tha, us aadmi ne jo ja raha tha interview dene ke liye: "hamara time kahan hai?</w:t>
      </w:r>
      <w:r>
        <w:br/>
      </w:r>
      <w:r>
        <w:rPr>
          <w:sz w:val="20"/>
        </w:rPr>
        <w:t>1:13:54  hamara time kahan hai maarne ka?</w:t>
      </w:r>
      <w:r>
        <w:br/>
      </w:r>
      <w:r>
        <w:rPr>
          <w:sz w:val="20"/>
        </w:rPr>
        <w:t>1:13:57  humein Asian jaana hai, gaadi pakadna hai, bombay pahunchna hai, interview dena hai, aur phir interview mein jeetne ke baad humein arab pahunchna hai. to aapka time kahan hai?" yahi formula hai ke jab bhi koi negative thought aaye to humse kaha:"ab time kahan hai?" hum tension mein, humein yeh negativity, humein tension mein le jayegi,</w:t>
      </w:r>
      <w:r>
        <w:br/>
      </w:r>
      <w:r>
        <w:rPr>
          <w:sz w:val="20"/>
        </w:rPr>
        <w:t>1:14:19  loss of an energy mein le jayegi,</w:t>
      </w:r>
      <w:r>
        <w:br/>
      </w:r>
      <w:r>
        <w:rPr>
          <w:sz w:val="20"/>
        </w:rPr>
        <w:t>1:14:22  ruin karegi hamari positivity ko. to humein itna, isko hum hum kaise afford karenge? We can't afford this luxury. main to rozana hi karta hoon, rozana kisi se mera koi ikhtilaf ho jata hai, difference foran mein kehta hoon:"you are right, I am wrong." main ispar jaata nahin hoon ke kaun sachmuch, kaun galat hai, kaun sahi hai.</w:t>
      </w:r>
      <w:r>
        <w:br/>
      </w:r>
      <w:r>
        <w:rPr>
          <w:sz w:val="20"/>
        </w:rPr>
        <w:t>1:14:46  "you are right, I am wrong." kyun? mera formula hai:"save yourself,</w:t>
      </w:r>
      <w:r>
        <w:br/>
      </w:r>
      <w:r>
        <w:rPr>
          <w:sz w:val="20"/>
        </w:rPr>
        <w:t>1:14:54  we have no other option." to jab bhi aadmi yeh soche result ko lekar ke, to foran woh apne ko, yani right track par kar lega, foran right track par kar lega.</w:t>
      </w:r>
    </w:p>
    <w:p>
      <w:pPr>
        <w:pStyle w:val="Heading2"/>
      </w:pPr>
      <w:r>
        <w:t>Sin as booster through repentance</w:t>
      </w:r>
    </w:p>
    <w:p>
      <w:r>
        <w:rPr>
          <w:color w:val="666666"/>
          <w:sz w:val="18"/>
        </w:rPr>
        <w:t>Quran The Book of Good Tidings 14 March, 2020 - Maulana Wahiduddin Khan · 2m 40s · at 11:44 · https://youtu.be/w4R9waZ72gE?t=704</w:t>
      </w:r>
    </w:p>
    <w:p>
      <w:r>
        <w:rPr>
          <w:i/>
        </w:rPr>
        <w:t>“Is mein dekhiye main aap ko ek ek cheez bataonga ke israf”</w:t>
      </w:r>
    </w:p>
    <w:p>
      <w:r>
        <w:rPr>
          <w:sz w:val="20"/>
        </w:rPr>
        <w:t>11:44  hai. is mein dekhiye, main aap ko aik aik cheez bataunga ke israf ka kis mani mein aaya hai, gunah ke mani mein.</w:t>
      </w:r>
      <w:r>
        <w:br/>
      </w:r>
      <w:r>
        <w:rPr>
          <w:sz w:val="20"/>
        </w:rPr>
        <w:t>11:55  gunah ko israf se taabeer kiya hai? kisi ajeeb baat hai</w:t>
      </w:r>
      <w:r>
        <w:br/>
      </w:r>
      <w:r>
        <w:rPr>
          <w:sz w:val="20"/>
        </w:rPr>
        <w:t>12:01  ! yani khud Allah taala ko itna zyada matloob hai ke aap ke andar musbat soch paida ho.</w:t>
      </w:r>
      <w:r>
        <w:br/>
      </w:r>
      <w:r>
        <w:rPr>
          <w:sz w:val="20"/>
        </w:rPr>
        <w:t>12:12  aap ghalti ko neki banayein, is ko apne liye boost boosting ka zariya banayein.</w:t>
      </w:r>
      <w:r>
        <w:br/>
      </w:r>
      <w:r>
        <w:rPr>
          <w:sz w:val="20"/>
        </w:rPr>
        <w:t>12:24  yani ghalti ko ya gunah ko booster bana diya hai quran ne. booster, booster!</w:t>
      </w:r>
      <w:r>
        <w:br/>
      </w:r>
      <w:r>
        <w:rPr>
          <w:sz w:val="20"/>
        </w:rPr>
        <w:t>12:32  kisi ajeeb baat hai</w:t>
      </w:r>
      <w:r>
        <w:br/>
      </w:r>
      <w:r>
        <w:rPr>
          <w:sz w:val="20"/>
        </w:rPr>
        <w:t>12:36  ke bande se gunah hua, ghalti ho gayi, ab is ke andar repentance aaya, woh sochne laga ke ab main kya karoon, ab main kya karoon?</w:t>
      </w:r>
      <w:r>
        <w:br/>
      </w:r>
      <w:r>
        <w:rPr>
          <w:sz w:val="20"/>
        </w:rPr>
        <w:t>12:45  to wahan farishte aa gaye, us ko nai</w:t>
      </w:r>
      <w:r>
        <w:br/>
      </w:r>
      <w:r>
        <w:rPr>
          <w:sz w:val="20"/>
        </w:rPr>
        <w:t>12:53  baat batane ke liye. ab woh boost, woh israf bana, gunah israf bana, israf booster bana.</w:t>
      </w:r>
      <w:r>
        <w:br/>
      </w:r>
      <w:r>
        <w:rPr>
          <w:sz w:val="20"/>
        </w:rPr>
        <w:t>13:04  yeh kisi ajeeb b</w:t>
      </w:r>
      <w:r>
        <w:br/>
      </w:r>
      <w:r>
        <w:rPr>
          <w:sz w:val="20"/>
        </w:rPr>
        <w:t>13:05  aat hai! yeh</w:t>
      </w:r>
      <w:r>
        <w:br/>
      </w:r>
      <w:r>
        <w:rPr>
          <w:sz w:val="20"/>
        </w:rPr>
        <w:t>13:13  kisi ajeeb baat hai!</w:t>
      </w:r>
      <w:r>
        <w:br/>
      </w:r>
      <w:r>
        <w:rPr>
          <w:sz w:val="20"/>
        </w:rPr>
        <w:t>13:18  asal cheez dekhiye yeh hai</w:t>
      </w:r>
      <w:r>
        <w:br/>
      </w:r>
      <w:r>
        <w:rPr>
          <w:sz w:val="20"/>
        </w:rPr>
        <w:t>13:23  keh insaan apni soch ko kabhi rokta nahi, sochta rahe, sochta rahe, sochta rahe to naye naye darwazay khulengay.</w:t>
      </w:r>
      <w:r>
        <w:br/>
      </w:r>
      <w:r>
        <w:rPr>
          <w:sz w:val="20"/>
        </w:rPr>
        <w:t>13:38  aap dekhiye keh gunaah jo tha, pehle to israf bana, israf, phir woh booster, booster bana, booster, yahan tak keh woh baray baray</w:t>
      </w:r>
      <w:r>
        <w:br/>
      </w:r>
      <w:r>
        <w:rPr>
          <w:sz w:val="20"/>
        </w:rPr>
        <w:t>13:55  amal karne ka spirit jaag uthi is ke andar.</w:t>
      </w:r>
      <w:r>
        <w:br/>
      </w:r>
      <w:r>
        <w:rPr>
          <w:sz w:val="20"/>
        </w:rPr>
        <w:t>14:07  isi liye quran mein yeh lafz aaya keh la taqnato min rehmat allah. haan, allah ki rehmat se mayoos na ho, allah ki rehmat se mayoos na ho.</w:t>
      </w:r>
    </w:p>
    <w:p>
      <w:pPr>
        <w:pStyle w:val="Heading2"/>
      </w:pPr>
      <w:r>
        <w:t>Tiger telegram story shows the power of nonviolence</w:t>
      </w:r>
    </w:p>
    <w:p>
      <w:r>
        <w:rPr>
          <w:color w:val="666666"/>
          <w:sz w:val="18"/>
        </w:rPr>
        <w:t>The Concept of Spirituality In Islam - I January 27, 2006 Maulana Wahiduddin Khan · 2m 12s · at 8:20 · https://youtu.be/xnI_QVVDWgk?t=500</w:t>
      </w:r>
    </w:p>
    <w:p>
      <w:r>
        <w:rPr>
          <w:i/>
        </w:rPr>
        <w:t>“It is a story that one English magistrate...”</w:t>
      </w:r>
    </w:p>
    <w:p>
      <w:r>
        <w:rPr>
          <w:sz w:val="20"/>
        </w:rPr>
        <w:t>8:20  it is a story that one english</w:t>
      </w:r>
      <w:r>
        <w:br/>
      </w:r>
      <w:r>
        <w:rPr>
          <w:sz w:val="20"/>
        </w:rPr>
        <w:t>8:25  magistrate</w:t>
      </w:r>
      <w:r>
        <w:br/>
      </w:r>
      <w:r>
        <w:rPr>
          <w:sz w:val="20"/>
        </w:rPr>
        <w:t>8:30  send a message to his secretariat that perhaps the body boy</w:t>
      </w:r>
      <w:r>
        <w:br/>
      </w:r>
      <w:r>
        <w:rPr>
          <w:sz w:val="20"/>
        </w:rPr>
        <w:t>8:42  kindly wire instructions. kindly. at the time, there were no telephone,</w:t>
      </w:r>
      <w:r>
        <w:br/>
      </w:r>
      <w:r>
        <w:rPr>
          <w:sz w:val="20"/>
        </w:rPr>
        <w:t>8:51  no email. only telegram was the medium of conveying any message. so, he said in his message that kindly wire instructions how to kill a tiger non-violently.</w:t>
      </w:r>
      <w:r>
        <w:br/>
      </w:r>
      <w:r>
        <w:rPr>
          <w:sz w:val="20"/>
        </w:rPr>
        <w:t>9:11  it means that</w:t>
      </w:r>
      <w:r>
        <w:br/>
      </w:r>
      <w:r>
        <w:rPr>
          <w:sz w:val="20"/>
        </w:rPr>
        <w:t>9:17  people of freedom struggle were using war arm. so, we have justification to kill them through violent and gun. but now, there no justification</w:t>
      </w:r>
      <w:r>
        <w:br/>
      </w:r>
      <w:r>
        <w:rPr>
          <w:sz w:val="20"/>
        </w:rPr>
        <w:t>9:34  how we can kill a man who is</w:t>
      </w:r>
      <w:r>
        <w:br/>
      </w:r>
      <w:r>
        <w:rPr>
          <w:sz w:val="20"/>
        </w:rPr>
        <w:t>9:39  armless. he is coming peacefully.</w:t>
      </w:r>
      <w:r>
        <w:br/>
      </w:r>
      <w:r>
        <w:rPr>
          <w:sz w:val="20"/>
        </w:rPr>
        <w:t>9:46  So, he sent a message in these words, "Kindly wire instructions how to kill a tiger non-violently."</w:t>
      </w:r>
      <w:r>
        <w:br/>
      </w:r>
      <w:r>
        <w:rPr>
          <w:sz w:val="20"/>
        </w:rPr>
        <w:t>9:54  because ghazi showed the power of peace.</w:t>
      </w:r>
      <w:r>
        <w:br/>
      </w:r>
      <w:r>
        <w:rPr>
          <w:sz w:val="20"/>
        </w:rPr>
        <w:t>10:00  and i think it was unique role of ghazi.</w:t>
      </w:r>
      <w:r>
        <w:br/>
      </w:r>
      <w:r>
        <w:rPr>
          <w:sz w:val="20"/>
        </w:rPr>
        <w:t>10:04  and in india, we have get ghazi is our best asset. you know, in our world, everywhere there are violent, there are guns, there are bomb. ghazi is the only hope. in the form of ghazi, we can say that this is the way. this is the method.</w:t>
      </w:r>
      <w:r>
        <w:br/>
      </w:r>
      <w:r>
        <w:rPr>
          <w:sz w:val="20"/>
        </w:rPr>
        <w:t>10:29  so, ghazi is our greatest asset.</w:t>
      </w:r>
    </w:p>
    <w:p>
      <w:pPr>
        <w:pStyle w:val="Heading2"/>
      </w:pPr>
      <w:r>
        <w:t>engineer's story reveals the phenomenon of holiday stress</w:t>
      </w:r>
    </w:p>
    <w:p>
      <w:r>
        <w:rPr>
          <w:color w:val="666666"/>
          <w:sz w:val="18"/>
        </w:rPr>
        <w:t>Peace of Mind June 29, 2014 · 2m 51s · at 0:54 · https://youtu.be/oVwRc_FcAGk?t=54</w:t>
      </w:r>
    </w:p>
    <w:p>
      <w:r>
        <w:rPr>
          <w:i/>
        </w:rPr>
        <w:t>“حال میں میری ملاقات ایک صاحب سے ہوئی، وہ انجینئر ہیں امریکہ میں”</w:t>
      </w:r>
    </w:p>
    <w:p>
      <w:r>
        <w:rPr>
          <w:sz w:val="20"/>
        </w:rPr>
        <w:t>0:54  haal mein meri mulaqat ek sahab se hui, woh engineer hain aur america mein rehte hain.</w:t>
      </w:r>
      <w:r>
        <w:br/>
      </w:r>
      <w:r>
        <w:rPr>
          <w:sz w:val="20"/>
        </w:rPr>
        <w:t>1:06  unho ne bataya ke</w:t>
      </w:r>
      <w:r>
        <w:br/>
      </w:r>
      <w:r>
        <w:rPr>
          <w:sz w:val="20"/>
        </w:rPr>
        <w:t>1:10  america mein aur doosre developed countries mein ek bohat bara masla hai jis ko kehte hain "stress".</w:t>
      </w:r>
      <w:r>
        <w:br/>
      </w:r>
      <w:r>
        <w:rPr>
          <w:sz w:val="20"/>
        </w:rPr>
        <w:t>1:22  stress ke mani hote hain dabao. to</w:t>
      </w:r>
      <w:r>
        <w:br/>
      </w:r>
      <w:r>
        <w:rPr>
          <w:sz w:val="20"/>
        </w:rPr>
        <w:t>1:26  wahan par kaam ka bojh itna zyada rehta hai logon ke upar ke kaam ke bojh ki wajah se woh mustaqil taur par zehni sukoon se mahroom rehte hain.</w:t>
      </w:r>
      <w:r>
        <w:br/>
      </w:r>
      <w:r>
        <w:rPr>
          <w:sz w:val="20"/>
        </w:rPr>
        <w:t>1:40  zehni sukoon se mahroom. har waqt kaam, har waqt kaam, har waqt kaam. kyunke paisa kamane ke liye zyada kaam karna</w:t>
      </w:r>
      <w:r>
        <w:br/>
      </w:r>
      <w:r>
        <w:rPr>
          <w:sz w:val="20"/>
        </w:rPr>
        <w:t>1:49  hai. logon ka ek hi goal hai: zyada paisa kamana. to zyada paisa kamane ke liye un ko zyada kaam karna parta hai,</w:t>
      </w:r>
      <w:r>
        <w:br/>
      </w:r>
      <w:r>
        <w:rPr>
          <w:sz w:val="20"/>
        </w:rPr>
        <w:t>2:05  dimagh par zyada bojh dalna parta hai. that leads to stress.</w:t>
      </w:r>
      <w:r>
        <w:br/>
      </w:r>
      <w:r>
        <w:rPr>
          <w:sz w:val="20"/>
        </w:rPr>
        <w:t>2:13  to unho ne bataya ke</w:t>
      </w:r>
      <w:r>
        <w:br/>
      </w:r>
      <w:r>
        <w:rPr>
          <w:sz w:val="20"/>
        </w:rPr>
        <w:t>2:18  kuch organizations bani wahan par jinho ne ek formula nikala ke hafte mein ek din jo hai log holiday par jayen, chutti par jayen, aur baqayda is ka intezam kiya jata hai wahan par.</w:t>
      </w:r>
      <w:r>
        <w:br/>
      </w:r>
      <w:r>
        <w:rPr>
          <w:sz w:val="20"/>
        </w:rPr>
        <w:t>2:38  yani aadmi ko khud kuch nahi karna parta, aadmi ko sirf paisa dena parta hai. is ke baad jahan wo jata hai, wo sara management wo companiyan karti hain.</w:t>
      </w:r>
      <w:r>
        <w:br/>
      </w:r>
      <w:r>
        <w:rPr>
          <w:sz w:val="20"/>
        </w:rPr>
        <w:t>2:50  to unho ne kaha ke yeh culture chala wahan par. lekin tajrube ne bataya ke wahan se jab lotte hain log to phir stress, phir stress, phir stress.</w:t>
      </w:r>
      <w:r>
        <w:br/>
      </w:r>
      <w:r>
        <w:rPr>
          <w:sz w:val="20"/>
        </w:rPr>
        <w:t>3:03  to unho ne kaha ke ek term wahan par is se bana hai jo kehte hain "holiday stress".</w:t>
      </w:r>
      <w:r>
        <w:br/>
      </w:r>
      <w:r>
        <w:rPr>
          <w:sz w:val="20"/>
        </w:rPr>
        <w:t>3:12  pehle tha "job stress", ab ban gaya "holiday stress". to hum ne is ko check kiya internet par to bohat se article is mein mile "holiday stress" par.</w:t>
      </w:r>
      <w:r>
        <w:br/>
      </w:r>
      <w:r>
        <w:rPr>
          <w:sz w:val="20"/>
        </w:rPr>
        <w:t>3:28  aur bohat bara masla hai ke jo jo life hai aaj kal ki, is mein to stress zaroor aata hai. to holiday bajaye tab bhi stress baqi rehta hai.</w:t>
      </w:r>
      <w:r>
        <w:br/>
      </w:r>
      <w:r>
        <w:rPr>
          <w:sz w:val="20"/>
        </w:rPr>
        <w:t>3:41  masla hal nahi hota.</w:t>
      </w:r>
    </w:p>
    <w:p>
      <w:pPr>
        <w:pStyle w:val="Heading2"/>
      </w:pPr>
      <w:r>
        <w:t>Every religion starts as ideology, ends as culture</w:t>
      </w:r>
    </w:p>
    <w:p>
      <w:r>
        <w:rPr>
          <w:color w:val="666666"/>
          <w:sz w:val="18"/>
        </w:rPr>
        <w:t>The History of Creation March 16, 2008 · 2m 39s · at 1:25:39 · https://youtu.be/_azxOJV6t0E?t=5139</w:t>
      </w:r>
    </w:p>
    <w:p>
      <w:r>
        <w:rPr>
          <w:i/>
        </w:rPr>
        <w:t>“Every religion begins as an ideology, but reduces to a culture”</w:t>
      </w:r>
    </w:p>
    <w:p>
      <w:r>
        <w:rPr>
          <w:sz w:val="20"/>
        </w:rPr>
        <w:t>1:25:39  "why muslims today fail to develop a universal approach and rise above biases and prejudices, inspired of the fact that Islam wants to inculcate a universal culture in its followers?"</w:t>
      </w:r>
      <w:r>
        <w:br/>
      </w:r>
      <w:r>
        <w:rPr>
          <w:sz w:val="20"/>
        </w:rPr>
        <w:t>1:25:56  dekhein, yeh to har community mein hota hai,</w:t>
      </w:r>
      <w:r>
        <w:br/>
      </w:r>
      <w:r>
        <w:rPr>
          <w:sz w:val="20"/>
        </w:rPr>
        <w:t>1:26:01  kyun ke kisi ne bahut sahi kaha hai ke every religion begins as an ideology, but after some generations, it is reduced to to a culture.</w:t>
      </w:r>
      <w:r>
        <w:br/>
      </w:r>
      <w:r>
        <w:rPr>
          <w:sz w:val="20"/>
        </w:rPr>
        <w:t>1:26:14  to culture jo hai, ek community ka hota hai. to shuru mein jo ideology hoti hai, woh universal ideology hoti hai, lekin jab reduced ho kar culture banta hai to woh community ki cheez ban jati hai.</w:t>
      </w:r>
      <w:r>
        <w:br/>
      </w:r>
      <w:r>
        <w:rPr>
          <w:sz w:val="20"/>
        </w:rPr>
        <w:t>1:26:27  har mazhab mein hi hota hai, har mazhab mein. Islam mein bhi aise hua hai ke jab Islam shuru hua to woh universal ideology tha, universal outlook hua karta tha logon ke andar.</w:t>
      </w:r>
      <w:r>
        <w:br/>
      </w:r>
      <w:r>
        <w:rPr>
          <w:sz w:val="20"/>
        </w:rPr>
        <w:t>1:26:37  ab ghattate ghattate ghattate ab woh community, community, community ka ek culture ban gaya hai. ek community ab is ka culture hai.</w:t>
      </w:r>
      <w:r>
        <w:br/>
      </w:r>
      <w:r>
        <w:rPr>
          <w:sz w:val="20"/>
        </w:rPr>
        <w:t>1:26:44  to yahan aa kar ke yeh hoga jo ho raha hai. ab humein jo logon ko nikalna hai, yaani community se bahar aa kar sochne ki soch lana hai.</w:t>
      </w:r>
      <w:r>
        <w:br/>
      </w:r>
      <w:r>
        <w:rPr>
          <w:sz w:val="20"/>
        </w:rPr>
        <w:t>1:26:52  jab tak aap soch nahi layenge, tab tak yeh aisa nahi hoga. jo har mazhab mein hota hai, woh yahan bhi ho gaya. aur hadith mein aata hai ke tum wohi karoge jo doosre logon ne kiya, jo nasara ne kiya, jo yahudiyon ne kiya.</w:t>
      </w:r>
      <w:r>
        <w:br/>
      </w:r>
      <w:r>
        <w:rPr>
          <w:sz w:val="20"/>
        </w:rPr>
        <w:t>1:27:06  wohi to, wohi, wohi sab tumhare andar hi wohi baatein paida ho jayengi.</w:t>
      </w:r>
      <w:r>
        <w:br/>
      </w:r>
      <w:r>
        <w:rPr>
          <w:sz w:val="20"/>
        </w:rPr>
        <w:t>1:27:11  to yeh hai asal mein law of nature ke shuru mein jo log is ko, is sachai ko discover karte hain, to un ke andar woh cheez bator ideology aati hai.</w:t>
      </w:r>
      <w:r>
        <w:br/>
      </w:r>
      <w:r>
        <w:rPr>
          <w:sz w:val="20"/>
        </w:rPr>
        <w:t>1:27:23  lekin dheere dheere kuch generation ke baad woh ideology khatam ho jati hai. bas ek, ek, ek group ban jata hai, kuch log hain ek community se jude hue, un ke aapas mein cultural taluqat hain.</w:t>
      </w:r>
      <w:r>
        <w:br/>
      </w:r>
      <w:r>
        <w:rPr>
          <w:sz w:val="20"/>
        </w:rPr>
        <w:t>1:27:36  bas</w:t>
      </w:r>
      <w:r>
        <w:br/>
      </w:r>
      <w:r>
        <w:rPr>
          <w:sz w:val="20"/>
        </w:rPr>
        <w:t>1:27:38  to yeh that is reduced form of religion. ab humein revive karna hai is aspect ko, isi ka hum koshish kar rahe hain.</w:t>
      </w:r>
      <w:r>
        <w:br/>
      </w:r>
      <w:r>
        <w:rPr>
          <w:sz w:val="20"/>
        </w:rPr>
        <w:t>1:27:49  hum is aspect jo hai, is ko revive kar rahe hain, inshallah.</w:t>
      </w:r>
    </w:p>
    <w:p>
      <w:pPr>
        <w:pStyle w:val="Heading2"/>
      </w:pPr>
      <w:r>
        <w:t>Introduction to Quran revelation compilation</w:t>
      </w:r>
    </w:p>
    <w:p>
      <w:r>
        <w:rPr>
          <w:color w:val="666666"/>
          <w:sz w:val="18"/>
        </w:rPr>
        <w:t>An Introduction to the Quran May 28, 2008 · 2m 08s · at 0:20 · https://youtu.be/nmB34NmA_aI?t=20</w:t>
      </w:r>
    </w:p>
    <w:p>
      <w:r>
        <w:rPr>
          <w:i/>
        </w:rPr>
        <w:t>“Is waqt ki jo theme hai woh hai 'An Introduction to the Quran'.”</w:t>
      </w:r>
    </w:p>
    <w:p>
      <w:r>
        <w:rPr>
          <w:sz w:val="20"/>
        </w:rPr>
        <w:t>0:20  is waqt ki jo theme hai woh hai "an introduction to the Quran", yaani Quran ka taaruf, parichay.</w:t>
      </w:r>
      <w:r>
        <w:br/>
      </w:r>
      <w:r>
        <w:rPr>
          <w:sz w:val="20"/>
        </w:rPr>
        <w:t>0:41  aap jante hain ke Quran Islam ki sab se zyada authentic book maani jati hai.</w:t>
      </w:r>
      <w:r>
        <w:br/>
      </w:r>
      <w:r>
        <w:rPr>
          <w:sz w:val="20"/>
        </w:rPr>
        <w:t>0:54  Quran ke literal matlab hai "to be read", yaani jo cheez padhi jaye.</w:t>
      </w:r>
      <w:r>
        <w:br/>
      </w:r>
      <w:r>
        <w:rPr>
          <w:sz w:val="20"/>
        </w:rPr>
        <w:t>1:05  yaani Quran woh kitaab hai jis ko padh kar aap iska matlab samajh sakte hain. ya Quran ek revealed book hai, yaani seventh century ke first quarter mein Khuda ne Quran ko Prophet Muhammad par reveal kiya.</w:t>
      </w:r>
      <w:r>
        <w:br/>
      </w:r>
      <w:r>
        <w:rPr>
          <w:sz w:val="20"/>
        </w:rPr>
        <w:t>1:31  yeh ikatthe ek book ke form mein nahi utari gayi, balkeh jis ko kehte hain ke najman najman utra, yaani periodically.</w:t>
      </w:r>
      <w:r>
        <w:br/>
      </w:r>
      <w:r>
        <w:rPr>
          <w:sz w:val="20"/>
        </w:rPr>
        <w:t>1:47  to baees, taees saal ke andar woh thoda thoda utarta raha. phir compile kiya gaya. compile kar ke is ko ek book form mein bana diya gaya.</w:t>
      </w:r>
      <w:r>
        <w:br/>
      </w:r>
      <w:r>
        <w:rPr>
          <w:sz w:val="20"/>
        </w:rPr>
        <w:t>2:03  to yeh Quran jo hai, yeh iski meaning aur iske letters dono Khuda ki taraf se aaye hain.</w:t>
      </w:r>
      <w:r>
        <w:br/>
      </w:r>
      <w:r>
        <w:rPr>
          <w:sz w:val="20"/>
        </w:rPr>
        <w:t>2:14  yaani aisa nahi hai ke meaning to Khuda ki taraf se ho aur iske jo shabd hain woh Paighambar ke hon. aisa nahi hai. balkeh dono hi Khuda ki taraf se hain.</w:t>
      </w:r>
    </w:p>
    <w:p>
      <w:pPr>
        <w:pStyle w:val="Heading2"/>
      </w:pPr>
      <w:r>
        <w:t>Quran is blessed not superior explanation</w:t>
      </w:r>
    </w:p>
    <w:p>
      <w:r>
        <w:rPr>
          <w:color w:val="666666"/>
          <w:sz w:val="18"/>
        </w:rPr>
        <w:t>Quran: A Divine Guide Book | October 24, 2007 | Maulana Wahiduddin Khan · 1m 30s · at 0:42 · https://youtu.be/2fxvc-ZN1HM?t=42</w:t>
      </w:r>
    </w:p>
    <w:p>
      <w:r>
        <w:rPr>
          <w:i/>
        </w:rPr>
        <w:t>“Commonly thought Quran is superior, but that's baseless”</w:t>
      </w:r>
    </w:p>
    <w:p>
      <w:r>
        <w:rPr>
          <w:sz w:val="20"/>
        </w:rPr>
        <w:t>0:42  ek Khuda ki taraf se bheja hua rehnuma, guide hai.</w:t>
      </w:r>
      <w:r>
        <w:br/>
      </w:r>
      <w:r>
        <w:rPr>
          <w:sz w:val="20"/>
        </w:rPr>
        <w:t>0:52  dekhiye, Quran ke bare mein aksar yeh kaha jata hai, yeh samjha jata hai ke Quran afzal kitab</w:t>
      </w:r>
      <w:r>
        <w:br/>
      </w:r>
      <w:r>
        <w:rPr>
          <w:sz w:val="20"/>
        </w:rPr>
        <w:t>1:02  hai, yani superior</w:t>
      </w:r>
      <w:r>
        <w:br/>
      </w:r>
      <w:r>
        <w:rPr>
          <w:sz w:val="20"/>
        </w:rPr>
        <w:t>1:13  book hai.</w:t>
      </w:r>
      <w:r>
        <w:br/>
      </w:r>
      <w:r>
        <w:rPr>
          <w:sz w:val="20"/>
        </w:rPr>
        <w:t>1:19  yeh aik baseless baat hai.</w:t>
      </w:r>
      <w:r>
        <w:br/>
      </w:r>
      <w:r>
        <w:rPr>
          <w:sz w:val="20"/>
        </w:rPr>
        <w:t>1:25  quran mein kahin bhi yeh nahi hai ke quran aik superior book hai ya afzal book hai.</w:t>
      </w:r>
      <w:r>
        <w:br/>
      </w:r>
      <w:r>
        <w:rPr>
          <w:sz w:val="20"/>
        </w:rPr>
        <w:t>1:31  yeh bilkul kahin bhi mention nahi hai, yeh cheez na quran mein na hadith mein.</w:t>
      </w:r>
      <w:r>
        <w:br/>
      </w:r>
      <w:r>
        <w:rPr>
          <w:sz w:val="20"/>
        </w:rPr>
        <w:t>1:37  jo cheez hai woh hai ke quran aik mubarak kitab hai. ina</w:t>
      </w:r>
      <w:r>
        <w:br/>
      </w:r>
      <w:r>
        <w:rPr>
          <w:sz w:val="20"/>
        </w:rPr>
        <w:t>1:43  annzalna ilaik kitaban mubarakann.</w:t>
      </w:r>
      <w:r>
        <w:br/>
      </w:r>
      <w:r>
        <w:rPr>
          <w:sz w:val="20"/>
        </w:rPr>
        <w:t>1:48  hum ne utari kitab jo ke mubarak hai.</w:t>
      </w:r>
      <w:r>
        <w:br/>
      </w:r>
      <w:r>
        <w:rPr>
          <w:sz w:val="20"/>
        </w:rPr>
        <w:t>1:53  mubarak ka lafz hai, afzal ka lafz nahi hai.</w:t>
      </w:r>
      <w:r>
        <w:br/>
      </w:r>
      <w:r>
        <w:rPr>
          <w:sz w:val="20"/>
        </w:rPr>
        <w:t>1:58  ab dekhiye ke yahi lafz aaya hai pani ke baray mein.</w:t>
      </w:r>
      <w:r>
        <w:br/>
      </w:r>
      <w:r>
        <w:rPr>
          <w:sz w:val="20"/>
        </w:rPr>
        <w:t>2:03  wanazalna min as-samaa'i maa'an mubarakann.</w:t>
      </w:r>
      <w:r>
        <w:br/>
      </w:r>
      <w:r>
        <w:rPr>
          <w:sz w:val="20"/>
        </w:rPr>
        <w:t>2:08  yeh theek wohi lafz, wohi shabd jo</w:t>
      </w:r>
    </w:p>
    <w:p>
      <w:pPr>
        <w:pStyle w:val="Heading2"/>
      </w:pPr>
      <w:r>
        <w:t>the Satanic Verses fatwa and its failure</w:t>
      </w:r>
    </w:p>
    <w:p>
      <w:r>
        <w:rPr>
          <w:color w:val="666666"/>
          <w:sz w:val="18"/>
        </w:rPr>
        <w:t>Freedom of Expression in Islam September 30, 2012 · 1m 23s · at 0:50 · https://youtu.be/S4mQpkoZITg?t=50</w:t>
      </w:r>
    </w:p>
    <w:p>
      <w:r>
        <w:rPr>
          <w:i/>
        </w:rPr>
        <w:t>“In 1988, Salman Rushdie wrote 'The Satanic Verses'”</w:t>
      </w:r>
    </w:p>
    <w:p>
      <w:r>
        <w:rPr>
          <w:sz w:val="20"/>
        </w:rPr>
        <w:t>0:50  dekhiye, 1988 mein Salman Rushdie ki kitaab "Satanic Verses" thi.</w:t>
      </w:r>
      <w:r>
        <w:br/>
      </w:r>
      <w:r>
        <w:rPr>
          <w:sz w:val="20"/>
        </w:rPr>
        <w:t>1:02  us ke baad ulama ne fatwa diya ke yeh fa'al qatl gardan zani hai.</w:t>
      </w:r>
      <w:r>
        <w:br/>
      </w:r>
      <w:r>
        <w:rPr>
          <w:sz w:val="20"/>
        </w:rPr>
        <w:t>1:16  jo aadmi is ko maar dale, us ko itna dollar inaam diya jayega. saare duniya ke tamam ulama is ke haq mein</w:t>
      </w:r>
      <w:r>
        <w:br/>
      </w:r>
      <w:r>
        <w:rPr>
          <w:sz w:val="20"/>
        </w:rPr>
        <w:t>1:28  bolne lage, sirf mein akela tha ke maine kaha ke yeh bilkul galat hai.</w:t>
      </w:r>
      <w:r>
        <w:br/>
      </w:r>
      <w:r>
        <w:rPr>
          <w:sz w:val="20"/>
        </w:rPr>
        <w:t>1:35  behral, rushdi ko to nahi maar sakay woh log, aur fatwa denay walay khatm ho gay.</w:t>
      </w:r>
      <w:r>
        <w:br/>
      </w:r>
      <w:r>
        <w:rPr>
          <w:sz w:val="20"/>
        </w:rPr>
        <w:t>1:42  acha, is kay baad phir aur qissay huay, jaisay denmark ka cartoon chapa, aur kuch qissay huay.</w:t>
      </w:r>
      <w:r>
        <w:br/>
      </w:r>
      <w:r>
        <w:rPr>
          <w:sz w:val="20"/>
        </w:rPr>
        <w:t>1:52  abhi haal mein amreeka mein film bani "innocence of muslims". to in waqiat ko lay kar pichlay taqreeban 25 saal say sari muslim dunya mein hangama jari hai</w:t>
      </w:r>
    </w:p>
    <w:p>
      <w:pPr>
        <w:pStyle w:val="Heading2"/>
      </w:pPr>
      <w:r>
        <w:t>Angel commands Prophet to read</w:t>
      </w:r>
    </w:p>
    <w:p>
      <w:r>
        <w:rPr>
          <w:color w:val="666666"/>
          <w:sz w:val="18"/>
        </w:rPr>
        <w:t>Lessons from The Quran | December 24, 2005 | Maulana Wahiduddin Khan · 2m 03s · at 36:33 · https://youtu.be/1YOgdBErTfE?t=2193</w:t>
      </w:r>
    </w:p>
    <w:p>
      <w:r>
        <w:rPr>
          <w:i/>
        </w:rPr>
        <w:t>“The first revelation: 'Read' - Prophet said 'I cannot read'”</w:t>
      </w:r>
    </w:p>
    <w:p>
      <w:r>
        <w:rPr>
          <w:sz w:val="20"/>
        </w:rPr>
        <w:t>36:33  pehli ayat jo utri thi us waqt woh thi "iqra, iqra, bismi rabbika allazi khalaq". "iqra" matlab hota hai padh, read. to riwayat mein aata hai ke us waqt prophet of islam hira pahad ke ghar mein the, hira pahad ke cave mein the. to</w:t>
      </w:r>
      <w:r>
        <w:br/>
      </w:r>
      <w:r>
        <w:rPr>
          <w:sz w:val="20"/>
        </w:rPr>
        <w:t>37:04  achanak khuda ka farishta jibril wahan par zahir hue, unhone prophet se kaha ke "iqra, ya muhammad, iqra, aye muhammad, padh, o muhammad, read". to prophet ne kaha ke "ma ana biqari, i can not read".</w:t>
      </w:r>
      <w:r>
        <w:br/>
      </w:r>
      <w:r>
        <w:rPr>
          <w:sz w:val="20"/>
        </w:rPr>
        <w:t>37:37  yeh ek dialogue hai, bahut hi ajib o gharib. yeh teen bar yahi baat hui. angel aur khuda, angel aur khuda ke paighambar ke darmiyan, yani jibril aur muhammad sallallahu alaihi wasallam ke darmiyan, unhone kaha ke "read". aap ne kaha ke "i can not read". phir unhone kaha ke "read". aap ne kaha ke "i can not read". phir unhone kaha ke "read"</w:t>
      </w:r>
      <w:r>
        <w:br/>
      </w:r>
      <w:r>
        <w:rPr>
          <w:sz w:val="20"/>
        </w:rPr>
        <w:t>38:07  . aap ne kaha "i can not read". teen bar is tarah ka dialogue hua. iske baad aata hai ke jibril ne aap ko embrace kiya, embrace karne ke baad kaha ke "read". to aap padhne lage. ab is dialogue ki roshni mein aap iska matlab nikaliye, isko samajhne ki koshish kijiye. to dekhiye, pehli b</w:t>
      </w:r>
    </w:p>
    <w:p>
      <w:pPr>
        <w:pStyle w:val="Heading2"/>
      </w:pPr>
      <w:r>
        <w:t>Change yourself first if you want your condition to change</w:t>
      </w:r>
    </w:p>
    <w:p>
      <w:r>
        <w:rPr>
          <w:color w:val="666666"/>
          <w:sz w:val="18"/>
        </w:rPr>
        <w:t>Ramadan and Roza July 14, 2013 · 1m 26s · at 15:10 · https://youtu.be/M2p3NR5pF7c?t=910</w:t>
      </w:r>
    </w:p>
    <w:p>
      <w:r>
        <w:rPr>
          <w:i/>
        </w:rPr>
        <w:t>“Allah kisi qaum ki halat tab tak nahi badalta jab tak woh khud na badle”</w:t>
      </w:r>
    </w:p>
    <w:p>
      <w:r>
        <w:rPr>
          <w:sz w:val="20"/>
        </w:rPr>
        <w:t>15:10  is mein maine likha ke ek aage ek ayat yeh milegi padhne wale ko ke "innallaha la yughayyiru ma biqawmin hatta yughayyiru ma bi anfusihim" .</w:t>
      </w:r>
      <w:r>
        <w:br/>
      </w:r>
      <w:r>
        <w:rPr>
          <w:sz w:val="20"/>
        </w:rPr>
        <w:t>15:23  Allah kisi qaum ki haalat is waqt tak nahi badalta jab tak woh khud apni haalat ko na badle.</w:t>
      </w:r>
      <w:r>
        <w:br/>
      </w:r>
      <w:r>
        <w:rPr>
          <w:sz w:val="20"/>
        </w:rPr>
        <w:t>15:32  yeh kitni bada message is ke andar hai ke agar aap chahte hain ke aap ki haalat badle, aap ka mustaqbil durust ho, aap taraqqi karein, aap zindagi mein aage badhein to aap ko yeh karna padega ke aap apne andar dhoondhein ke mujhe kya karna hai.</w:t>
      </w:r>
      <w:r>
        <w:br/>
      </w:r>
      <w:r>
        <w:rPr>
          <w:sz w:val="20"/>
        </w:rPr>
        <w:t>15:53  apni islaah karein, apni kamiyon ko door karein, apni shortcomings ko door karein, aur phir planning karein.</w:t>
      </w:r>
      <w:r>
        <w:br/>
      </w:r>
      <w:r>
        <w:rPr>
          <w:sz w:val="20"/>
        </w:rPr>
        <w:t>16:04  tab aap Allah ka jo qanoon hai, woh aap ka saath dega.</w:t>
      </w:r>
      <w:r>
        <w:br/>
      </w:r>
      <w:r>
        <w:rPr>
          <w:sz w:val="20"/>
        </w:rPr>
        <w:t>16:10  is tarah se poora Quran aap ke liye introspection ki dawat deta hai. poora Quran isko jab, yani to Ramadan ka mahina is liye hai ke aap poori tarah apne aap ko har distraction se door kar ke, hatta ke khana peena bhi temporary taur par chhod dein, aur</w:t>
      </w:r>
    </w:p>
    <w:p>
      <w:pPr>
        <w:pStyle w:val="Heading2"/>
      </w:pPr>
      <w:r>
        <w:t>Non-Muslim scholar finds Quran book of peace</w:t>
      </w:r>
    </w:p>
    <w:p>
      <w:r>
        <w:rPr>
          <w:color w:val="666666"/>
          <w:sz w:val="18"/>
        </w:rPr>
        <w:t>Why have Muslims turned violent December 14, 2008 Maulana Wahiduddin Khan · 2m 04s · at 1:04 · https://youtu.be/tPI2TlGq_QY?t=64</w:t>
      </w:r>
    </w:p>
    <w:p>
      <w:r>
        <w:rPr>
          <w:i/>
        </w:rPr>
        <w:t>“I met a non-Muslim scholar, very open-minded.”</w:t>
      </w:r>
    </w:p>
    <w:p>
      <w:r>
        <w:rPr>
          <w:sz w:val="20"/>
        </w:rPr>
        <w:t>1:04  kal meri mulaqat aik sahib se hui, woh aik nan muslim scholar hain, lekin bohat hi open minded aadmi hain.</w:t>
      </w:r>
      <w:r>
        <w:br/>
      </w:r>
      <w:r>
        <w:rPr>
          <w:sz w:val="20"/>
        </w:rPr>
        <w:t>1:16  aur bohat ziyada, bohat hi well-read hain, bohat ziyada unhon ne safar kiye hain.</w:t>
      </w:r>
      <w:r>
        <w:br/>
      </w:r>
      <w:r>
        <w:rPr>
          <w:sz w:val="20"/>
        </w:rPr>
        <w:t>1:28  to, aur senior bhi hain. unhon ne kaha ke maine Quran ko</w:t>
      </w:r>
      <w:r>
        <w:br/>
      </w:r>
      <w:r>
        <w:rPr>
          <w:sz w:val="20"/>
        </w:rPr>
        <w:t>1:36  taqreeban chhe baar parha hai.</w:t>
      </w:r>
      <w:r>
        <w:br/>
      </w:r>
      <w:r>
        <w:rPr>
          <w:sz w:val="20"/>
        </w:rPr>
        <w:t>1:42  maine paya hai ke Quran to aik book of peace hai. sari baatein jo Quran majeed mein hain, woh peace hi ko le kar ke hain.</w:t>
      </w:r>
      <w:r>
        <w:br/>
      </w:r>
      <w:r>
        <w:rPr>
          <w:sz w:val="20"/>
        </w:rPr>
        <w:t>2:00  yeh aik waqia hai. misaal ke taur par dekhiye, Quran majeed mein aap parhein to sari Quran mein human duties ki baat mile gi aap ko.</w:t>
      </w:r>
      <w:r>
        <w:br/>
      </w:r>
      <w:r>
        <w:rPr>
          <w:sz w:val="20"/>
        </w:rPr>
        <w:t>2:12  kahin bhi human rights ki baat nahi mile gi. exception hai. yateemi ki kitabein aap parhein ge, humanities ke bare mein, un sab mein aap payein ge ke human rights ki baatein hoti hain.</w:t>
      </w:r>
      <w:r>
        <w:br/>
      </w:r>
      <w:r>
        <w:rPr>
          <w:sz w:val="20"/>
        </w:rPr>
        <w:t>2:30  human duties ko to koi likhta hi nahi kuch.</w:t>
      </w:r>
      <w:r>
        <w:br/>
      </w:r>
      <w:r>
        <w:rPr>
          <w:sz w:val="20"/>
        </w:rPr>
        <w:t>2:36  aur yeh aik haqeeqat hai ke jo jis society mein log right conscious hon, woh sab ke sab negativity mein jiyenge.</w:t>
      </w:r>
      <w:r>
        <w:br/>
      </w:r>
      <w:r>
        <w:rPr>
          <w:sz w:val="20"/>
        </w:rPr>
        <w:t>2:48  lekin jo society duty conscious ho, us mein log normal mind ke sath honge.</w:t>
      </w:r>
      <w:r>
        <w:br/>
      </w:r>
      <w:r>
        <w:rPr>
          <w:sz w:val="20"/>
        </w:rPr>
        <w:t>2:58  wahan par tolerance hoga aur peace hoga. to yeh, unhon ne kaha ke Quran to book of peace hai.</w:t>
      </w:r>
    </w:p>
    <w:p>
      <w:pPr>
        <w:pStyle w:val="Heading2"/>
      </w:pPr>
      <w:r>
        <w:t>Hajj as annual rehearsal of universal brotherhood</w:t>
      </w:r>
    </w:p>
    <w:p>
      <w:r>
        <w:rPr>
          <w:color w:val="666666"/>
          <w:sz w:val="18"/>
        </w:rPr>
        <w:t>Universal Brotherhood and Islam June 7, 2007 Maulana Wahiduddin Khan · 2m 57s · at 37:04 · https://youtu.be/kHXdf1eu6IM?t=2224</w:t>
      </w:r>
    </w:p>
    <w:p>
      <w:r>
        <w:rPr>
          <w:i/>
        </w:rPr>
        <w:t>“Muslims from all over the world perform Hajj as equality rehearsal.”</w:t>
      </w:r>
    </w:p>
    <w:p>
      <w:r>
        <w:rPr>
          <w:sz w:val="20"/>
        </w:rPr>
        <w:t>37:04  You know when, when Muslims from all over the world they, they visit Makkah and perform Hajj.</w:t>
      </w:r>
      <w:r>
        <w:br/>
      </w:r>
      <w:r>
        <w:rPr>
          <w:sz w:val="20"/>
        </w:rPr>
        <w:t>37:19  So all, all the Muslims, all the Haji say: "Labbayk Allahumma Labbayk." "Oh God I am here." "Oh God I am here." So by this they</w:t>
      </w:r>
      <w:r>
        <w:br/>
      </w:r>
      <w:r>
        <w:rPr>
          <w:sz w:val="20"/>
        </w:rPr>
        <w:t>37:41  declare that the same lesson, the same lesson that is called, that is repeated in the, in the, in the Salat as "Allahu Akbar" the same is repeated here also.</w:t>
      </w:r>
      <w:r>
        <w:br/>
      </w:r>
      <w:r>
        <w:rPr>
          <w:sz w:val="20"/>
        </w:rPr>
        <w:t>37:59  God is great. God is great. God is great. And all are equal. So you know when Prophet of Islam was alive he performed Hajj and he gave a lesson.</w:t>
      </w:r>
      <w:r>
        <w:br/>
      </w:r>
      <w:r>
        <w:rPr>
          <w:sz w:val="20"/>
        </w:rPr>
        <w:t>38:14  He gave a sermon</w:t>
      </w:r>
      <w:r>
        <w:br/>
      </w:r>
      <w:r>
        <w:rPr>
          <w:sz w:val="20"/>
        </w:rPr>
        <w:t>38:17  which is called "Khutbah Hajjatul Wida."</w:t>
      </w:r>
      <w:r>
        <w:br/>
      </w:r>
      <w:r>
        <w:rPr>
          <w:sz w:val="20"/>
        </w:rPr>
        <w:t>38:21  In this sermon</w:t>
      </w:r>
      <w:r>
        <w:br/>
      </w:r>
      <w:r>
        <w:rPr>
          <w:sz w:val="20"/>
        </w:rPr>
        <w:t>38:23  of Hajj the Prophet of Islam declared:</w:t>
      </w:r>
      <w:r>
        <w:br/>
      </w:r>
      <w:r>
        <w:rPr>
          <w:sz w:val="20"/>
        </w:rPr>
        <w:t>38:28  "La fadla li Arabiyin ala Ajamiyin</w:t>
      </w:r>
      <w:r>
        <w:br/>
      </w:r>
      <w:r>
        <w:rPr>
          <w:sz w:val="20"/>
        </w:rPr>
        <w:t>38:33  wala li Ajabiyin ala Arabiyin wala li Aswada ala Ahmara."</w:t>
      </w:r>
      <w:r>
        <w:br/>
      </w:r>
      <w:r>
        <w:rPr>
          <w:sz w:val="20"/>
        </w:rPr>
        <w:t>38:37  "Wala li Ahmara, wala li Aswada."</w:t>
      </w:r>
      <w:r>
        <w:br/>
      </w:r>
      <w:r>
        <w:rPr>
          <w:sz w:val="20"/>
        </w:rPr>
        <w:t>38:40  He said that no one is superior.</w:t>
      </w:r>
      <w:r>
        <w:br/>
      </w:r>
      <w:r>
        <w:rPr>
          <w:sz w:val="20"/>
        </w:rPr>
        <w:t>38:45  No one is superior. All are equal. Black and white.</w:t>
      </w:r>
      <w:r>
        <w:br/>
      </w:r>
      <w:r>
        <w:rPr>
          <w:sz w:val="20"/>
        </w:rPr>
        <w:t>38:52  Arabs and non-Arabs. Arabs and non-Arabs. Black and whites. All are equal. All are equal.</w:t>
      </w:r>
      <w:r>
        <w:br/>
      </w:r>
      <w:r>
        <w:rPr>
          <w:sz w:val="20"/>
        </w:rPr>
        <w:t>39:03  So he declared as a ruler of Arabia at that time Prophet of Islam was the ruler of Arabia. So perhaps this was the first in history that a ruler,</w:t>
      </w:r>
      <w:r>
        <w:br/>
      </w:r>
      <w:r>
        <w:rPr>
          <w:sz w:val="20"/>
        </w:rPr>
        <w:t>39:18  a sovereign declared this, this concept. I don't know any other event in the history when an, an established government, a head of the established government at that time in the Arab there was an established government and Prophet of Islam was head of that government.</w:t>
      </w:r>
      <w:r>
        <w:br/>
      </w:r>
      <w:r>
        <w:rPr>
          <w:sz w:val="20"/>
        </w:rPr>
        <w:t>39:46  So I don't know any head of the state in the history before the Prophet of Islam who declared as a head of, as a head of the state declared that all are equal.</w:t>
      </w:r>
    </w:p>
    <w:p>
      <w:pPr>
        <w:pStyle w:val="Heading2"/>
      </w:pPr>
      <w:r>
        <w:t>Spread Quran jihad suspended in this age</w:t>
      </w:r>
    </w:p>
    <w:p>
      <w:r>
        <w:rPr>
          <w:color w:val="666666"/>
          <w:sz w:val="18"/>
        </w:rPr>
        <w:t>The Age of the Quran March 24, 2019 · 2m 58s · at 26:36 · https://youtu.be/DI5wU5CwcW4?t=1596</w:t>
      </w:r>
    </w:p>
    <w:p>
      <w:r>
        <w:rPr>
          <w:i/>
        </w:rPr>
        <w:t>“Isi liye mein kehta hoon ke yeh age of Quran hai.”</w:t>
      </w:r>
    </w:p>
    <w:p>
      <w:r>
        <w:rPr>
          <w:sz w:val="20"/>
        </w:rPr>
        <w:t>26:36  isi liye main kehta hoon ke yeh age of quran hai, age of dawah hai,</w:t>
      </w:r>
      <w:r>
        <w:br/>
      </w:r>
      <w:r>
        <w:rPr>
          <w:sz w:val="20"/>
        </w:rPr>
        <w:t>26:44  age of quran. kuch nahi karna hai aap ko, bas quran ko phailaiye. sari dunya aap ko welcome karegi. abhi aap ne dekha ke new zealand mein kya hua?</w:t>
      </w:r>
      <w:r>
        <w:br/>
      </w:r>
      <w:r>
        <w:rPr>
          <w:sz w:val="20"/>
        </w:rPr>
        <w:t>26:59  new zealand mein itna zyada welcome kiya gaya quran ko, islam ko, allah ke paigham ko ke prime minister khud nikal pada parliament mein, quran ki awaz sunai di.</w:t>
      </w:r>
      <w:r>
        <w:br/>
      </w:r>
      <w:r>
        <w:rPr>
          <w:sz w:val="20"/>
        </w:rPr>
        <w:t>27:18  yeh daur, yeh daur ka taqaza hai. jo new zealand mein hua, woh daur ka taqaza hai.</w:t>
      </w:r>
      <w:r>
        <w:br/>
      </w:r>
      <w:r>
        <w:rPr>
          <w:sz w:val="20"/>
        </w:rPr>
        <w:t>27:28  yeh daur ka taqaza hai. har dawi ke liye, sirf new zealander ke liye nahi, har dawi ke liye yeh message hai ke sari dunya tumhare liye new zealand hai,</w:t>
      </w:r>
      <w:r>
        <w:br/>
      </w:r>
      <w:r>
        <w:rPr>
          <w:sz w:val="20"/>
        </w:rPr>
        <w:t>27:43  sari dunya tumhare liye new zealanders hain, sari dunya mein tumhare</w:t>
      </w:r>
      <w:r>
        <w:br/>
      </w:r>
      <w:r>
        <w:rPr>
          <w:sz w:val="20"/>
        </w:rPr>
        <w:t>27:55  welcome, welcome karne wale log hain. sari dunya</w:t>
      </w:r>
      <w:r>
        <w:br/>
      </w:r>
      <w:r>
        <w:rPr>
          <w:sz w:val="20"/>
        </w:rPr>
        <w:t>28:02  like new zealand hai.</w:t>
      </w:r>
      <w:r>
        <w:br/>
      </w:r>
      <w:r>
        <w:rPr>
          <w:sz w:val="20"/>
        </w:rPr>
        <w:t>28:09  yeh hai daur. aisi halat mein jo log musallah jihad ke fatwe de rahe hain, koi bechara bol de ke ab jihad ka daur khatam to us ko kafir bana dete hain.</w:t>
      </w:r>
      <w:r>
        <w:br/>
      </w:r>
      <w:r>
        <w:rPr>
          <w:sz w:val="20"/>
        </w:rPr>
        <w:t>28:26  koi bhi bechara parhta hai aur discover karta hai ke ab to ladai bhadai ki zaroorat hi nahi hai.</w:t>
      </w:r>
      <w:r>
        <w:br/>
      </w:r>
      <w:r>
        <w:rPr>
          <w:sz w:val="20"/>
        </w:rPr>
        <w:t>28:36  ab sab bazaar khule hue hain, sare door khule hue hain, parliament house mein quran ki awazen buland ho rahi hain. ab jihad kis liye?</w:t>
      </w:r>
      <w:r>
        <w:br/>
      </w:r>
      <w:r>
        <w:rPr>
          <w:sz w:val="20"/>
        </w:rPr>
        <w:t>28:47  kya log gardanen marna fides ke fides ka murder hai? to us ko fatwa dene wale fatwa de dete hain ke yeh kafir ho gaya.</w:t>
      </w:r>
      <w:r>
        <w:br/>
      </w:r>
      <w:r>
        <w:rPr>
          <w:sz w:val="20"/>
        </w:rPr>
        <w:t>29:04  main kahunga ke yeh fatwe ki baat nahi hai, yeh is baat ko darne, darne ki baat hai ke ek hota hai naskh mansookh, ek hota hai mauqoof hona.</w:t>
      </w:r>
      <w:r>
        <w:br/>
      </w:r>
      <w:r>
        <w:rPr>
          <w:sz w:val="20"/>
        </w:rPr>
        <w:t>29:21  to main main kahunga ke is daur mein jihad mansookh to nahi hua, lekin woh mauqoof ho chuka hai, suspend ho chuka hai.</w:t>
      </w:r>
    </w:p>
    <w:p>
      <w:pPr>
        <w:pStyle w:val="Heading2"/>
      </w:pPr>
      <w:r>
        <w:t>Introduction to Surah Al-Asr and its full text</w:t>
      </w:r>
    </w:p>
    <w:p>
      <w:r>
        <w:rPr>
          <w:color w:val="666666"/>
          <w:sz w:val="18"/>
        </w:rPr>
        <w:t>Dars-e-Quran (Chapter 103, Verses 1-3) August 19, 2012 · 2m 45s · at 0:38 · https://youtu.be/q7ORmSbhs4s?t=38</w:t>
      </w:r>
    </w:p>
    <w:p>
      <w:r>
        <w:rPr>
          <w:i/>
        </w:rPr>
        <w:t>“Aaj ka subject ek surah hai, surah number 103, Al-Asr”</w:t>
      </w:r>
    </w:p>
    <w:p>
      <w:r>
        <w:rPr>
          <w:sz w:val="20"/>
        </w:rPr>
        <w:t>0:38  ka subject ek surah hai, yeh Quran ki surah number 103, yani Al-Asr.</w:t>
      </w:r>
      <w:r>
        <w:br/>
      </w:r>
      <w:r>
        <w:rPr>
          <w:sz w:val="20"/>
        </w:rPr>
        <w:t>0:52  Quran mein dekhein, 114 suratein hain. in mein se ek hai jo 103 number jis ka hai, us ka naam hai Al-Asr.</w:t>
      </w:r>
      <w:r>
        <w:br/>
      </w:r>
      <w:r>
        <w:rPr>
          <w:sz w:val="20"/>
        </w:rPr>
        <w:t>1:06  bahut chhoti surah hai, to isi ke bare mein is waqt kuch baat karna hai, in sha Allah.</w:t>
      </w:r>
      <w:r>
        <w:br/>
      </w:r>
      <w:r>
        <w:rPr>
          <w:sz w:val="20"/>
        </w:rPr>
        <w:t>1:18  is surah ke bare mein</w:t>
      </w:r>
      <w:r>
        <w:br/>
      </w:r>
      <w:r>
        <w:rPr>
          <w:sz w:val="20"/>
        </w:rPr>
        <w:t>1:22  kai ulama ne yeh baat kahi hai ke is chhoti si surah mein</w:t>
      </w:r>
      <w:r>
        <w:br/>
      </w:r>
      <w:r>
        <w:rPr>
          <w:sz w:val="20"/>
        </w:rPr>
        <w:t>1:30  sara khulasa deen aa gaya hai. mislan bahut bade aalim the, Imam Shafi'i,</w:t>
      </w:r>
      <w:r>
        <w:br/>
      </w:r>
      <w:r>
        <w:rPr>
          <w:sz w:val="20"/>
        </w:rPr>
        <w:t>1:42  unhone kaha:</w:t>
      </w:r>
      <w:r>
        <w:br/>
      </w:r>
      <w:r>
        <w:rPr>
          <w:sz w:val="20"/>
        </w:rPr>
        <w:t>1:46  "law tadabbar al-nas hadhihi al-surah la wasa'athum".</w:t>
      </w:r>
      <w:r>
        <w:br/>
      </w:r>
      <w:r>
        <w:rPr>
          <w:sz w:val="20"/>
        </w:rPr>
        <w:t>1:55  yani agar log sirf ek, agar log sirf Quran ki surah Al-Asr par ghaur karein, sochein, to wahi un ki guidance ke liye kafi ho jayega.</w:t>
      </w:r>
      <w:r>
        <w:br/>
      </w:r>
      <w:r>
        <w:rPr>
          <w:sz w:val="20"/>
        </w:rPr>
        <w:t>2:11  is se aap samajh sakte hain ke yeh surah kitni zyada aham hai. yeh surah is tarah hai ke: "wal-asr inna al-insana lafi khusr illa alladhina amanu wa amilu al-salihat wa tawasu bil-haqqi wa tawasu bil-sabr".</w:t>
      </w:r>
      <w:r>
        <w:br/>
      </w:r>
      <w:r>
        <w:rPr>
          <w:sz w:val="20"/>
        </w:rPr>
        <w:t>2:37  is ka translation yeh hai ke: qasam hai zamanay ki ke insan ghaate mein hai. Time is the witness that man is in loss.</w:t>
      </w:r>
      <w:r>
        <w:br/>
      </w:r>
      <w:r>
        <w:rPr>
          <w:sz w:val="20"/>
        </w:rPr>
        <w:t>2:54  siwaye un logon ke</w:t>
      </w:r>
      <w:r>
        <w:br/>
      </w:r>
      <w:r>
        <w:rPr>
          <w:sz w:val="20"/>
        </w:rPr>
        <w:t>2:58  jo imaan laaye aur jinhon ne achhe aamaal kiye, amal saaleh kiya,</w:t>
      </w:r>
      <w:r>
        <w:br/>
      </w:r>
      <w:r>
        <w:rPr>
          <w:sz w:val="20"/>
        </w:rPr>
        <w:t>3:07  aur jinhon ne aapas mein ek doosre ko naseehat karte rahe,</w:t>
      </w:r>
      <w:r>
        <w:br/>
      </w:r>
      <w:r>
        <w:rPr>
          <w:sz w:val="20"/>
        </w:rPr>
        <w:t>3:17  haq ki aur sabr ki. Yeh hai surah.</w:t>
      </w:r>
    </w:p>
    <w:p>
      <w:pPr>
        <w:pStyle w:val="Heading2"/>
      </w:pPr>
      <w:r>
        <w:t>Fasting as apple shock</w:t>
      </w:r>
    </w:p>
    <w:p>
      <w:r>
        <w:rPr>
          <w:color w:val="666666"/>
          <w:sz w:val="18"/>
        </w:rPr>
        <w:t>Self Discovery | September 30, 2018 · 2m 02s · at 16:33 · https://youtu.be/ks3TBvsuttc?t=993</w:t>
      </w:r>
    </w:p>
    <w:p>
      <w:r>
        <w:rPr>
          <w:i/>
        </w:rPr>
        <w:t>“Apple shock Allah ka method hai”</w:t>
      </w:r>
    </w:p>
    <w:p>
      <w:r>
        <w:rPr>
          <w:sz w:val="20"/>
        </w:rPr>
        <w:t>16:33  apple shock.</w:t>
      </w:r>
      <w:r>
        <w:br/>
      </w:r>
      <w:r>
        <w:rPr>
          <w:sz w:val="20"/>
        </w:rPr>
        <w:t>16:39  apple shock Khuda ka method hai.</w:t>
      </w:r>
      <w:r>
        <w:br/>
      </w:r>
      <w:r>
        <w:rPr>
          <w:sz w:val="20"/>
        </w:rPr>
        <w:t>16:45  jab tareekh guzar rahi thi, guzar rahi thi, guzar rahi thi, aur insaan itni bari baat se be-</w:t>
      </w:r>
      <w:r>
        <w:br/>
      </w:r>
      <w:r>
        <w:rPr>
          <w:sz w:val="20"/>
        </w:rPr>
        <w:t>16:51  khabar tha, gravity jo zameen ke andar hai, gravitational pull, poori poori history guzar rahi hai, insaan be-</w:t>
      </w:r>
      <w:r>
        <w:br/>
      </w:r>
      <w:r>
        <w:rPr>
          <w:sz w:val="20"/>
        </w:rPr>
        <w:t>16:57  khabar hai itni bari nemat se keh zameen mein gravity na ho to kya</w:t>
      </w:r>
      <w:r>
        <w:br/>
      </w:r>
      <w:r>
        <w:rPr>
          <w:sz w:val="20"/>
        </w:rPr>
        <w:t>17:03  hoga? to insaan ne, to to Allah ne Newton ke sar par saib giraya.</w:t>
      </w:r>
      <w:r>
        <w:br/>
      </w:r>
      <w:r>
        <w:rPr>
          <w:sz w:val="20"/>
        </w:rPr>
        <w:t>17:10  us ko mein kehta hoon apple shock.</w:t>
      </w:r>
      <w:r>
        <w:br/>
      </w:r>
      <w:r>
        <w:rPr>
          <w:sz w:val="20"/>
        </w:rPr>
        <w:t>17:18  to yeh roza bhi ek roza shock hai keh rozana tum khate peete ho, to samajh mein aata</w:t>
      </w:r>
      <w:r>
        <w:br/>
      </w:r>
      <w:r>
        <w:rPr>
          <w:sz w:val="20"/>
        </w:rPr>
        <w:t>17:25  hai keh rizq kya</w:t>
      </w:r>
      <w:r>
        <w:br/>
      </w:r>
      <w:r>
        <w:rPr>
          <w:sz w:val="20"/>
        </w:rPr>
        <w:t>17:33  cheez hai, food kya cheez hai. roza ek apple shock ban kar is ke upar girta hai ta ke under compulsion aadmi ko jaane ke food kya cheez hai. lekin log jo rozedar log hain, woh un ka haal kya hai? overeating. roze mein overeating karte hain. roza naam hai o</w:t>
      </w:r>
      <w:r>
        <w:br/>
      </w:r>
      <w:r>
        <w:rPr>
          <w:sz w:val="20"/>
        </w:rPr>
        <w:t>18:03  over eating ka.</w:t>
      </w:r>
      <w:r>
        <w:br/>
      </w:r>
      <w:r>
        <w:rPr>
          <w:sz w:val="20"/>
        </w:rPr>
        <w:t>18:11  رمضان کا مہینہ بن گیا ہے overeating کا مہینہ۔</w:t>
      </w:r>
      <w:r>
        <w:br/>
      </w:r>
      <w:r>
        <w:rPr>
          <w:sz w:val="20"/>
        </w:rPr>
        <w:t>18:19  اس وجہ سے جو apple shock کا معاملہ کیا جاتا ہے، اس سے بھی بے خبر انسان ہے،</w:t>
      </w:r>
      <w:r>
        <w:br/>
      </w:r>
      <w:r>
        <w:rPr>
          <w:sz w:val="20"/>
        </w:rPr>
        <w:t>18:27  اس سے بھی بے خبر ہے کیونکہ overeating کی وجہ سے۔</w:t>
      </w:r>
    </w:p>
    <w:p>
      <w:pPr>
        <w:pStyle w:val="Heading2"/>
      </w:pPr>
      <w:r>
        <w:t>'Cut his tongue' meant silence him with kindness, not violence</w:t>
      </w:r>
    </w:p>
    <w:p>
      <w:r>
        <w:rPr>
          <w:color w:val="666666"/>
          <w:sz w:val="18"/>
        </w:rPr>
        <w:t>Divine Guidance November 25, 2007 · 2m 40s · at 1:13:34 · https://youtu.be/uJjypJ-8His?t=4414</w:t>
      </w:r>
    </w:p>
    <w:p>
      <w:r>
        <w:rPr>
          <w:i/>
        </w:rPr>
        <w:t>“Doosri misal lijiye, Madine mein ek shaayar the”</w:t>
      </w:r>
    </w:p>
    <w:p>
      <w:r>
        <w:rPr>
          <w:sz w:val="20"/>
        </w:rPr>
        <w:t>1:13:34  Doosra misaal lijiye, Madine mein kuch logon ne aap ke khilaf kuch kiya toh wahan par ek the, un ka naam tha Hassan, shair the.</w:t>
      </w:r>
      <w:r>
        <w:br/>
      </w:r>
      <w:r>
        <w:rPr>
          <w:sz w:val="20"/>
        </w:rPr>
        <w:t>1:13:43  Unhon ne shair likha toh Rasool Allah ne kaha ke in ke liye mimbar rakho aur yeh shair parhein. Toh unhon ne shair parh kar sunaya.</w:t>
      </w:r>
      <w:r>
        <w:br/>
      </w:r>
      <w:r>
        <w:rPr>
          <w:sz w:val="20"/>
        </w:rPr>
        <w:t>1:13:54  Yaani us zamane mein shairi jo thi, woh aaj kal ke lehaz se journalism thi. Journalism yaani log sun kar ke logon ko yaad ho jata tha aur idhar udhar padhte the.</w:t>
      </w:r>
      <w:r>
        <w:br/>
      </w:r>
      <w:r>
        <w:rPr>
          <w:sz w:val="20"/>
        </w:rPr>
        <w:t>1:14:03  Toh is ma'ani mein un ke shair ka jawab shair mein diya. Hassan jo the, woh Muslim the. Hassan bin Thabit, kisi ne shair ki language mein Rasool Allah ke khilaf likha tha.</w:t>
      </w:r>
      <w:r>
        <w:br/>
      </w:r>
      <w:r>
        <w:rPr>
          <w:sz w:val="20"/>
        </w:rPr>
        <w:t>1:14:16  Unhon ne shair ki language mein is ka jawab diya. Ek aur misaal hai ke ek aadmi aise the, aap ke khilaf kehte hain.</w:t>
      </w:r>
      <w:r>
        <w:br/>
      </w:r>
      <w:r>
        <w:rPr>
          <w:sz w:val="20"/>
        </w:rPr>
        <w:t>1:14:27  Is ko kehte hain Arabi</w:t>
      </w:r>
      <w:r>
        <w:br/>
      </w:r>
      <w:r>
        <w:rPr>
          <w:sz w:val="20"/>
        </w:rPr>
        <w:t>1:14:28  mein hajv. Hajv ma'ani bura bhala kehna, doosre ko badnaam karna, aisi baatein karna. Is ko kehte hain hajv. Toh hajv karta tha. Toh kisi ne Rasool Allah se agar kaha ke woh aadmi hajv karta hai toh aap ne kaha ke aqta' lisana .</w:t>
      </w:r>
      <w:r>
        <w:br/>
      </w:r>
      <w:r>
        <w:rPr>
          <w:sz w:val="20"/>
        </w:rPr>
        <w:t>1:14:44  Is ki zuban, is ka tarjuma hai, translation, is ki zuban kaat do. Aqta' lisana . Is ki zuban kaat do.</w:t>
      </w:r>
      <w:r>
        <w:br/>
      </w:r>
      <w:r>
        <w:rPr>
          <w:sz w:val="20"/>
        </w:rPr>
        <w:t>1:14:54  Toh ek ek sahib the, unhon ne samjha ke kya hum chal chal ke kahin se knife talash karein, chhuri, is ki zuban kaatne ke liye? Toh doosre jo zyada samajhdar log the, unhon ne kaha ke yeh matlab nahi hai is ka.</w:t>
      </w:r>
      <w:r>
        <w:br/>
      </w:r>
      <w:r>
        <w:rPr>
          <w:sz w:val="20"/>
        </w:rPr>
        <w:t>1:15:06  Is ka matlab zuban band kar do. Band karne ka ma'ani kya hai? Un ko koi dirham dinar de do.</w:t>
      </w:r>
      <w:r>
        <w:br/>
      </w:r>
      <w:r>
        <w:rPr>
          <w:sz w:val="20"/>
        </w:rPr>
        <w:t>1:15:16  Toh dirham dinar de diya aur chup ho gaya.</w:t>
      </w:r>
      <w:r>
        <w:br/>
      </w:r>
      <w:r>
        <w:rPr>
          <w:sz w:val="20"/>
        </w:rPr>
        <w:t>1:15:20  Kal ek sahib mujh se mile, unhon ne kaha ke isi ki baat ki ho. Toh main ne kaha ke is hadith par amal kijiye. Aap un ko bura bhala keh rahe hain.</w:t>
      </w:r>
      <w:r>
        <w:br/>
      </w:r>
      <w:r>
        <w:rPr>
          <w:sz w:val="20"/>
        </w:rPr>
        <w:t>1:15:29  ab aap aap ke paas do kothiyan hain, yahan jamdin west mein, ek kothi is ko de diye, taslima nasreen ko. woh chup ho jaye gi woh. kyunke is ke paas na bangladesh mein ghar hai, na india mein ghar hai.</w:t>
      </w:r>
      <w:r>
        <w:br/>
      </w:r>
      <w:r>
        <w:rPr>
          <w:sz w:val="20"/>
        </w:rPr>
        <w:t>1:15:41  bechari be ghar idhar udhar phir rahi hai. to aap ne ek kothi de di hai is ko. iqta'a lisana. is usool par</w:t>
      </w:r>
      <w:r>
        <w:br/>
      </w:r>
      <w:r>
        <w:rPr>
          <w:sz w:val="20"/>
        </w:rPr>
        <w:t>1:15:48  woh bilkul chup ho jaye gi. dekhenge aap. to yeh teen misalein maine dein. aur bhi misalein hain. woh hai itfa'a bulta.</w:t>
      </w:r>
      <w:r>
        <w:br/>
      </w:r>
      <w:r>
        <w:rPr>
          <w:sz w:val="20"/>
        </w:rPr>
        <w:t>1:15:57  hassan. yani beautiful tareeqe se is masle ko solve karo. yeh matlab hai. beautiful tareeqe se is masle ko is ko khatam karo.</w:t>
      </w:r>
      <w:r>
        <w:br/>
      </w:r>
      <w:r>
        <w:rPr>
          <w:sz w:val="20"/>
        </w:rPr>
        <w:t>1:16:08  to aap kijiye. beautiful tareeqe se. aur kuch nahi kar sakte na to ignore kijiye.</w:t>
      </w:r>
    </w:p>
    <w:p>
      <w:pPr>
        <w:pStyle w:val="Heading2"/>
      </w:pPr>
      <w:r>
        <w:t>Freedom's only limit is not causing physical harm to others</w:t>
      </w:r>
    </w:p>
    <w:p>
      <w:r>
        <w:rPr>
          <w:color w:val="666666"/>
          <w:sz w:val="18"/>
        </w:rPr>
        <w:t>Freedom of Expression in Islam 30 Sept 2012 - Maulana Wahiduddin Khan · 1m 51s · at 10:00 · https://youtu.be/WLlXSyxX8Q4?t=600</w:t>
      </w:r>
    </w:p>
    <w:p>
      <w:r>
        <w:rPr>
          <w:i/>
        </w:rPr>
        <w:t>“Jab America azad hua Europe ke qabze se, ek aadmi nikla”</w:t>
      </w:r>
    </w:p>
    <w:p>
      <w:r>
        <w:rPr>
          <w:sz w:val="20"/>
        </w:rPr>
        <w:t>10:00  dekhiye, jo modern concept hai azadi ka, to us ke silsile mein aik waqia bayan kiya jata hai ke America jab azaad hua European qabze se to aik aadmi nikla,</w:t>
      </w:r>
      <w:r>
        <w:br/>
      </w:r>
      <w:r>
        <w:rPr>
          <w:sz w:val="20"/>
        </w:rPr>
        <w:t>10:21  woh road pe chal raha tha apne hath ko phailate hue, to aik passer by ki naak se uska hath lag gaya.</w:t>
      </w:r>
      <w:r>
        <w:br/>
      </w:r>
      <w:r>
        <w:rPr>
          <w:sz w:val="20"/>
        </w:rPr>
        <w:t>10:34  to us ne kaha: "what is nonsense? why you hit my nose? meri naak ko mara tum ne?" to us aadmi ne kaha ke aaj America azaad hai, main apne freedom ko exercise kar raha hoon.</w:t>
      </w:r>
      <w:r>
        <w:br/>
      </w:r>
      <w:r>
        <w:rPr>
          <w:sz w:val="20"/>
        </w:rPr>
        <w:t>10:52  us ne kaha ke:</w:t>
      </w:r>
      <w:r>
        <w:br/>
      </w:r>
      <w:r>
        <w:rPr>
          <w:sz w:val="20"/>
        </w:rPr>
        <w:t>10:57  "you are free, but your freedom ends where my nose began." matlab hai ke tum free ho, lekin tum kisi ko harm nahin pahuncha sakte, physical harm nahin pahuncha sakte.</w:t>
      </w:r>
      <w:r>
        <w:br/>
      </w:r>
      <w:r>
        <w:rPr>
          <w:sz w:val="20"/>
        </w:rPr>
        <w:t>11:12  sirf us waqt tak tum free ho jab tak tum kisi ko physical, physical harm na pahunchao</w:t>
      </w:r>
      <w:r>
        <w:br/>
      </w:r>
      <w:r>
        <w:rPr>
          <w:sz w:val="20"/>
        </w:rPr>
        <w:t>11:17  . theek hai, Islam ka nuqta nazar hai. theek yahi hai ke poori freedom aap ko hai, poori total freedom.</w:t>
      </w:r>
      <w:r>
        <w:br/>
      </w:r>
      <w:r>
        <w:rPr>
          <w:sz w:val="20"/>
        </w:rPr>
        <w:t>11:30  sirf aik hi is mein condition hai ke aap kisi ke liye, kisi ko physical harm na pahunchao.</w:t>
      </w:r>
      <w:r>
        <w:br/>
      </w:r>
      <w:r>
        <w:rPr>
          <w:sz w:val="20"/>
        </w:rPr>
        <w:t>11:39  ab aik shakhs yeh kahega ke sahib, woh gaali de, woh prophet ko abuse kare, woh blasphemy ka fe'l kare, to theek hai, woh kar sakta hai.</w:t>
      </w:r>
    </w:p>
    <w:p>
      <w:pPr>
        <w:pStyle w:val="Heading2"/>
      </w:pPr>
      <w:r>
        <w:t>Analogy: same basic act, endless valid variations in form</w:t>
      </w:r>
    </w:p>
    <w:p>
      <w:r>
        <w:rPr>
          <w:color w:val="666666"/>
          <w:sz w:val="18"/>
        </w:rPr>
        <w:t>Sects in Islam December 21, 2008 · 1m 18s · at 22:58 · https://youtu.be/Y8C_ml3itz8?t=1378</w:t>
      </w:r>
    </w:p>
    <w:p>
      <w:r>
        <w:rPr>
          <w:i/>
        </w:rPr>
        <w:t>“Ek aadmi kamre mein aata hai, kehta chalis baithe hain”</w:t>
      </w:r>
    </w:p>
    <w:p>
      <w:r>
        <w:rPr>
          <w:sz w:val="20"/>
        </w:rPr>
        <w:t>22:58  jaise misaal ke taur par mein ek misaal doon aap ko ke basic aur non-basic ka kya difference hota hai.</w:t>
      </w:r>
      <w:r>
        <w:br/>
      </w:r>
      <w:r>
        <w:rPr>
          <w:sz w:val="20"/>
        </w:rPr>
        <w:t>23:08  ek aadmi is is kamre mein aata hai, kehta hai ke yahan 40 aadmi baithe hue hain, balke woh statement deta hai. woh</w:t>
      </w:r>
      <w:r>
        <w:br/>
      </w:r>
      <w:r>
        <w:rPr>
          <w:sz w:val="20"/>
        </w:rPr>
        <w:t>23:22  to yeh statement apni woh sahi hai ke yahan 40 aadmi baithe hue hain, lekin is sab ke baithne ka jo tareeqa hai, jo mood hai, kya ek sa hai?</w:t>
      </w:r>
      <w:r>
        <w:br/>
      </w:r>
      <w:r>
        <w:rPr>
          <w:sz w:val="20"/>
        </w:rPr>
        <w:t>23:32  sab alag alag dhang mein baithe hue hain. jitne aadmi hain, unke baithne ki jo waza hai, jo dhang hai, jo mood hai, woh alag alag hai. woh to woh woh jo cheez hai, jo waza jo hai, usko mein keh raha hoon, jisko woh hai non-basic.</w:t>
      </w:r>
      <w:r>
        <w:br/>
      </w:r>
      <w:r>
        <w:rPr>
          <w:sz w:val="20"/>
        </w:rPr>
        <w:t>23:49  basic cheez hai ke aap baithe hona.</w:t>
      </w:r>
      <w:r>
        <w:br/>
      </w:r>
      <w:r>
        <w:rPr>
          <w:sz w:val="20"/>
        </w:rPr>
        <w:t>23:53  yeh hi mamla ismein hai ibaadaat mein ke basic mein koi ikhtilaf nahi hai. jo ikhtilaf hai, woh non-basic mein hai.</w:t>
      </w:r>
      <w:r>
        <w:br/>
      </w:r>
      <w:r>
        <w:rPr>
          <w:sz w:val="20"/>
        </w:rPr>
        <w:t>24:05  to non-basic mein ikhtilaf az-ba-tabee'at. woh to hoga hi ikhtilaf, woh ek nahi ho sakta hai. lekin us wahan par unhone chaha ke isko bhi ek banayein, ek banayein, ek banayein.</w:t>
      </w:r>
    </w:p>
    <w:p>
      <w:pPr>
        <w:pStyle w:val="Heading2"/>
      </w:pPr>
      <w:r>
        <w:t>Division of labor Muslims and West</w:t>
      </w:r>
    </w:p>
    <w:p>
      <w:r>
        <w:rPr>
          <w:color w:val="666666"/>
          <w:sz w:val="18"/>
        </w:rPr>
        <w:t>Global Message December 30, 2018 Maulana Wahiduddin Khan · 1m 11s · at 21:49 · https://youtu.be/Ml_PyAxx8OE?t=1309</w:t>
      </w:r>
    </w:p>
    <w:p>
      <w:r>
        <w:rPr>
          <w:i/>
        </w:rPr>
        <w:t>“Jis tarah Muslims ka credit mila.”</w:t>
      </w:r>
    </w:p>
    <w:p>
      <w:r>
        <w:rPr>
          <w:sz w:val="20"/>
        </w:rPr>
        <w:t>21:49  to jis tarah se musalmanon ka yeh yeh credit mila ke musalmanon ne quran ko ya source of islam, source of islam ko aakhri had tak mehfooz kar diya,</w:t>
      </w:r>
      <w:r>
        <w:br/>
      </w:r>
      <w:r>
        <w:rPr>
          <w:sz w:val="20"/>
        </w:rPr>
        <w:t>22:08  koi shart nahin, kisi ke liye koi koi koi shakk nahin kar sakta.</w:t>
      </w:r>
      <w:r>
        <w:br/>
      </w:r>
      <w:r>
        <w:rPr>
          <w:sz w:val="20"/>
        </w:rPr>
        <w:t>22:15  shakk ka kisi ko mauqa hi nahin hai. lekin jo doosra kaam jo tha, agar woh division of labor, division of labor ka usool hua to musalmanon ko maanna chahiye is ko.</w:t>
      </w:r>
      <w:r>
        <w:br/>
      </w:r>
      <w:r>
        <w:rPr>
          <w:sz w:val="20"/>
        </w:rPr>
        <w:t>22:30  is mamle mein Allah taala ne division of labor ka usool ikhtiyar kiya, yani taqseem kar ke aadha kaam yeh anjam dein, aadha kaam woh woh anjam dein.</w:t>
      </w:r>
      <w:r>
        <w:br/>
      </w:r>
      <w:r>
        <w:rPr>
          <w:sz w:val="20"/>
        </w:rPr>
        <w:t>22:42  to is ko acknowledge karo, acknowledge karo. iqrar is ki wajah yeh hui ke maslan America ne side liya, haan, Britain ne partition karwaya Palestine ka,</w:t>
      </w:r>
    </w:p>
    <w:p>
      <w:pPr>
        <w:pStyle w:val="Heading2"/>
      </w:pPr>
      <w:r>
        <w:t>Canada Muslims untouched by politicization</w:t>
      </w:r>
    </w:p>
    <w:p>
      <w:r>
        <w:rPr>
          <w:color w:val="666666"/>
          <w:sz w:val="18"/>
        </w:rPr>
        <w:t>Lessons from My Journey to Canada January 03, 2016 Maulana Wahiduddin Khan · 3m 07s · at 10:42 · https://youtu.be/Uh8DWul9IyY?t=642</w:t>
      </w:r>
    </w:p>
    <w:p>
      <w:r>
        <w:rPr>
          <w:i/>
        </w:rPr>
        <w:t>“This experience didn't happen in America, Britain, or France.”</w:t>
      </w:r>
    </w:p>
    <w:p>
      <w:r>
        <w:rPr>
          <w:sz w:val="20"/>
        </w:rPr>
        <w:t>10:42  yeh yeh tajurba humain America mein nahi hua, Britain mein nahi hua, France mein nahi hua. to maine socha ke is ka raaz kya hai.</w:t>
      </w:r>
      <w:r>
        <w:br/>
      </w:r>
      <w:r>
        <w:rPr>
          <w:sz w:val="20"/>
        </w:rPr>
        <w:t>10:55  ab wahan mujhe meri jo taqreerein huin, chaar taqreerein meri huin, aur log rotay thay meri taqreer sun kar. rotay thay taqreer, aur program ke baad bheer kar kar letay thay mujh ko kitabein lay kar sign karwanay ke liye, aur hath hath choomnay ke liye, ajeeb ajeeb haal.</w:t>
      </w:r>
      <w:r>
        <w:br/>
      </w:r>
      <w:r>
        <w:rPr>
          <w:sz w:val="20"/>
        </w:rPr>
        <w:t>11:17  mujko qareeb se dekhnay ke liye. aisa tajurba hum ko sirf Canada mein hua. to farq kyun hai?</w:t>
      </w:r>
      <w:r>
        <w:br/>
      </w:r>
      <w:r>
        <w:rPr>
          <w:sz w:val="20"/>
        </w:rPr>
        <w:t>11:27  aur aksar bas mulkon mein gaya, har mulk mein haalat bohat mukhtalif hai, ajeeb haalat hai.</w:t>
      </w:r>
      <w:r>
        <w:br/>
      </w:r>
      <w:r>
        <w:rPr>
          <w:sz w:val="20"/>
        </w:rPr>
        <w:t>11:37  yaani Pakistan mein, aur khudaara mulkon mein, Britania mein, France mein, har jagah, khud India mein, har jagah ke Musalman jo hain bilkul extremist banay huay hain, negative thinking bhar gayi hai logon ke andar.</w:t>
      </w:r>
      <w:r>
        <w:br/>
      </w:r>
      <w:r>
        <w:rPr>
          <w:sz w:val="20"/>
        </w:rPr>
        <w:t>12:01  Canada mein aisa nahi hai. is ki wajah yeh hai ke yeh jo yeh jo woh log jinho ne Islam ko politicize kiya hai, Islam ka political interpretation diya hai, woh wahan pohnchay nahi hain.</w:t>
      </w:r>
      <w:r>
        <w:br/>
      </w:r>
      <w:r>
        <w:rPr>
          <w:sz w:val="20"/>
        </w:rPr>
        <w:t>12:17  yeh log jo hain Iran mein, Pakistan mein, India mein, Arab mein, Britain mein, France mein, America mein khaas tor par bohat ghusay hain, aur saaray Musalmanon ko politicize kar diya unho ne.</w:t>
      </w:r>
      <w:r>
        <w:br/>
      </w:r>
      <w:r>
        <w:rPr>
          <w:sz w:val="20"/>
        </w:rPr>
        <w:t>12:33  politicize karnay ka matlab kya hota hai? negative thinking, extremist thinking, violence, sab ko dushman samajhna, sab ko apnay ko, sab kuch apnay ko samajhna, doosron ko kuch na samajhna.</w:t>
      </w:r>
      <w:r>
        <w:br/>
      </w:r>
      <w:r>
        <w:rPr>
          <w:sz w:val="20"/>
        </w:rPr>
        <w:t>12:49  yeh saaray saari jagah yeh ho gaya hai, hatta ke Malaysia aur Indonesia mein bhi ho gaya hai, Turkey mein ho gaya hai.</w:t>
      </w:r>
      <w:r>
        <w:br/>
      </w:r>
      <w:r>
        <w:rPr>
          <w:sz w:val="20"/>
        </w:rPr>
        <w:t>12:59  lekin Canada is se bacha hua hai kyun ke wahan par yeh log nahi pohnchay. is ki wajah yeh hai ke yeh log jatay hain wahan jahan in ko bheer milay.</w:t>
      </w:r>
      <w:r>
        <w:br/>
      </w:r>
      <w:r>
        <w:rPr>
          <w:sz w:val="20"/>
        </w:rPr>
        <w:t>13:11  to Canada mein abhi bohat kam abadi hai. aap jantay hain Canada bohat bara country hai, yaani America se bhi ziyada bara, lekin abadi bohat hi kam hai.</w:t>
      </w:r>
      <w:r>
        <w:br/>
      </w:r>
      <w:r>
        <w:rPr>
          <w:sz w:val="20"/>
        </w:rPr>
        <w:t>13:24  to yeh log jatay hain wahan jin ko jahan in ko bheer milay ya in ko khoob wah wah milay. to shayad Canada hi aik mulk aisa hai jahan yeh log abhi pohnchay nahi hain.</w:t>
      </w:r>
      <w:r>
        <w:br/>
      </w:r>
      <w:r>
        <w:rPr>
          <w:sz w:val="20"/>
        </w:rPr>
        <w:t>13:37  to woh bacha, bacha, bacha ke maani nature par hai. nature par hai. Canada ka Musalman abhi tak nature par hai.</w:t>
      </w:r>
    </w:p>
    <w:p>
      <w:pPr>
        <w:pStyle w:val="Heading2"/>
      </w:pPr>
      <w:r>
        <w:t>Religion as form versus religion as spirit</w:t>
      </w:r>
    </w:p>
    <w:p>
      <w:r>
        <w:rPr>
          <w:color w:val="666666"/>
          <w:sz w:val="18"/>
        </w:rPr>
        <w:t>The History of Creation March 16, 2008 · 2m 03s · at 1:21:35 · https://youtu.be/_azxOJV6t0E?t=4895</w:t>
      </w:r>
    </w:p>
    <w:p>
      <w:r>
        <w:rPr>
          <w:i/>
        </w:rPr>
        <w:t>“Most Muslims divide life into deen and duniya”</w:t>
      </w:r>
    </w:p>
    <w:p>
      <w:r>
        <w:rPr>
          <w:sz w:val="20"/>
        </w:rPr>
        <w:t>1:21:35  this question is from momin: "most of the muslims have divided their life into two parts: deen and dunya.</w:t>
      </w:r>
      <w:r>
        <w:br/>
      </w:r>
      <w:r>
        <w:rPr>
          <w:sz w:val="20"/>
        </w:rPr>
        <w:t>1:21:46  to them, deen is only to pray namaz, give zakat and perform hajj. kindly comment on this." dekhein, yeh woh log karte hain jo is deen ko samajhte hain, kuch set of rituals,</w:t>
      </w:r>
      <w:r>
        <w:br/>
      </w:r>
      <w:r>
        <w:rPr>
          <w:sz w:val="20"/>
        </w:rPr>
        <w:t>1:22:04  ek form, ek zahiri shakal. woh aisa baante rehte hain, lekin deen ko spirit ke sach mein liya jaye to spirit to har jagah kaam karegi.</w:t>
      </w:r>
      <w:r>
        <w:br/>
      </w:r>
      <w:r>
        <w:rPr>
          <w:sz w:val="20"/>
        </w:rPr>
        <w:t>1:22:15  sirf form hi, jaise ke ek glass pani hai, us mein aap ek pathar ka tukda daalein to pathar alag rahega, pani alag rahega.</w:t>
      </w:r>
      <w:r>
        <w:br/>
      </w:r>
      <w:r>
        <w:rPr>
          <w:sz w:val="20"/>
        </w:rPr>
        <w:t>1:22:26  lekin aap rang daalein, rang to kya, woh bhi alag alag rahega aur rang pani mein ghul mil jayega. to form wala deen jo hai, wahi alag alag rehta hai, lekin jo spirit wala deen hai, woh to alag reh nahi sakta.</w:t>
      </w:r>
      <w:r>
        <w:br/>
      </w:r>
      <w:r>
        <w:rPr>
          <w:sz w:val="20"/>
        </w:rPr>
        <w:t>1:22:39  woh to just like color hai, woh to mil jayega usi ke andar.</w:t>
      </w:r>
      <w:r>
        <w:br/>
      </w:r>
      <w:r>
        <w:rPr>
          <w:sz w:val="20"/>
        </w:rPr>
        <w:t>1:22:43  to basic baat yeh hai ke logon ka jo concept hai deen ka, that is based on form. to form par jo base karega, woh is ka hi haal hoga.</w:t>
      </w:r>
      <w:r>
        <w:br/>
      </w:r>
      <w:r>
        <w:rPr>
          <w:sz w:val="20"/>
        </w:rPr>
        <w:t>1:22:55  aur woh deen ka jo concept hai, that is based on spirit, us mein aisa kabhi ho hi nahi sakta hai. spirit kahin had, spirit koi had nahi hoti hai, jaise jaise ke rang ki had nahi hogi pani mein.</w:t>
      </w:r>
      <w:r>
        <w:br/>
      </w:r>
      <w:r>
        <w:rPr>
          <w:sz w:val="20"/>
        </w:rPr>
        <w:t>1:23:09  pani mein pathar daalein to us ki ek limit hai, lekin rang ki limit nahi hai, woh to poore pani mein mil jayega. woh to yahan par asal baat yeh hai ke deen ka jo concept hi galat hai, logon ka woh form ko ada karne ko samajhte hain ke hum ne namaz padh li, hajj kar liya.</w:t>
      </w:r>
      <w:r>
        <w:br/>
      </w:r>
      <w:r>
        <w:rPr>
          <w:sz w:val="20"/>
        </w:rPr>
        <w:t>1:23:24  agar woh spirit ho, namaz wali, hajj wali, to woh har jagah kaam karegi, saare muamle mein woh zahir hogi. to yeh basically yeh farq hai spirit ka aur form ka.</w:t>
      </w:r>
    </w:p>
    <w:p>
      <w:pPr>
        <w:pStyle w:val="Heading2"/>
      </w:pPr>
      <w:r>
        <w:t>Greatest tragedy: truth replaced with false models</w:t>
      </w:r>
    </w:p>
    <w:p>
      <w:r>
        <w:rPr>
          <w:color w:val="666666"/>
          <w:sz w:val="18"/>
        </w:rPr>
        <w:t>History of thoughts (Part 1) Nov 12, 2006 Maulana Wahiduddin Khan · 1m 57s · at 15:19 · https://youtu.be/iHBzy0f85g8?t=919</w:t>
      </w:r>
    </w:p>
    <w:p>
      <w:r>
        <w:rPr>
          <w:i/>
        </w:rPr>
        <w:t>“Sab se bari tragedy”</w:t>
      </w:r>
    </w:p>
    <w:p>
      <w:r>
        <w:rPr>
          <w:sz w:val="20"/>
        </w:rPr>
        <w:t>15:19  sab se bari tragedy aur poori history par chhai hui hai agar mein yeh kahoon to shayad mubalgha</w:t>
      </w:r>
      <w:r>
        <w:br/>
      </w:r>
      <w:r>
        <w:rPr>
          <w:sz w:val="20"/>
        </w:rPr>
        <w:t>15:26  نہیں ہوگا کہ the greatest tragedy of history is that it is a series of</w:t>
      </w:r>
      <w:r>
        <w:br/>
      </w:r>
      <w:r>
        <w:rPr>
          <w:sz w:val="20"/>
        </w:rPr>
        <w:t>15:37  tragic events sab se bara tragic event to yahi hai ke sachai ko badal diya jaye aur phir</w:t>
      </w:r>
      <w:r>
        <w:br/>
      </w:r>
      <w:r>
        <w:rPr>
          <w:sz w:val="20"/>
        </w:rPr>
        <w:t>15:46  badal badal kar ke woh kahein ke hum to sachai par hain</w:t>
      </w:r>
      <w:r>
        <w:br/>
      </w:r>
      <w:r>
        <w:rPr>
          <w:sz w:val="20"/>
        </w:rPr>
        <w:t>15:50  yani badla hua aik version le kar kahein ke hum to sachai par hain</w:t>
      </w:r>
      <w:r>
        <w:br/>
      </w:r>
      <w:r>
        <w:rPr>
          <w:sz w:val="20"/>
        </w:rPr>
        <w:t>15:55  sab se bara yeh fitna hai jo zameen par hai kyunke zuhal jo hai yahi karta hai zuhal</w:t>
      </w:r>
      <w:r>
        <w:br/>
      </w:r>
      <w:r>
        <w:rPr>
          <w:sz w:val="20"/>
        </w:rPr>
        <w:t>16:05  asal</w:t>
      </w:r>
      <w:r>
        <w:br/>
      </w:r>
      <w:r>
        <w:rPr>
          <w:sz w:val="20"/>
        </w:rPr>
        <w:t>16:05  sachai se to hata nahin pata logon ko to kiya karta hai woh sachai ka aik jhootha model banata hai us jhoothe model par logon ko khara karta hai us yaqeen se log lete hain us ko dekho hum to sachai par hain halanke woh sachai ke aik jhoothe model par hote hain</w:t>
      </w:r>
      <w:r>
        <w:br/>
      </w:r>
      <w:r>
        <w:rPr>
          <w:sz w:val="20"/>
        </w:rPr>
        <w:t>16:26  yeh har jagah ho raha hai</w:t>
      </w:r>
      <w:r>
        <w:br/>
      </w:r>
      <w:r>
        <w:rPr>
          <w:sz w:val="20"/>
        </w:rPr>
        <w:t>16:29  to hamara jo mission hai yahan jo hum koshish kar rahe hain</w:t>
      </w:r>
      <w:r>
        <w:br/>
      </w:r>
      <w:r>
        <w:rPr>
          <w:sz w:val="20"/>
        </w:rPr>
        <w:t>16:36  woh hai jaisa ke mein aksar kehta hoon ke islam ki rediscovery sachai ki rediscovery</w:t>
      </w:r>
      <w:r>
        <w:br/>
      </w:r>
      <w:r>
        <w:rPr>
          <w:sz w:val="20"/>
        </w:rPr>
        <w:t>16:46  sare mazhebon mein yeh hua hai ke in mazhebon ko unhon ne badal dala hai yahan tak ke</w:t>
      </w:r>
      <w:r>
        <w:br/>
      </w:r>
      <w:r>
        <w:rPr>
          <w:sz w:val="20"/>
        </w:rPr>
        <w:t>16:52  islam ko hi badal dala hai</w:t>
      </w:r>
      <w:r>
        <w:br/>
      </w:r>
      <w:r>
        <w:rPr>
          <w:sz w:val="20"/>
        </w:rPr>
        <w:t>16:57  yani aaj hum hinduized islam ko jante hain hamare awam jo hain hamare jo log hain woh hinduized islam se ko jante hain sache islam ko nahi jante woh</w:t>
      </w:r>
    </w:p>
    <w:p>
      <w:pPr>
        <w:pStyle w:val="Heading2"/>
      </w:pPr>
      <w:r>
        <w:t>Postal staff in America nickname him 'the Quran man'</w:t>
      </w:r>
    </w:p>
    <w:p>
      <w:r>
        <w:rPr>
          <w:color w:val="666666"/>
          <w:sz w:val="18"/>
        </w:rPr>
        <w:t>Quran A Book of God June 5, 2011 · 1m 59s · at 8:48 · https://youtu.be/xT0YdQ1Jgc8?t=528</w:t>
      </w:r>
    </w:p>
    <w:p>
      <w:r>
        <w:rPr>
          <w:i/>
        </w:rPr>
        <w:t>“ابھی ایک ٹیلی فون آیا امریکہ سے”</w:t>
      </w:r>
    </w:p>
    <w:p>
      <w:r>
        <w:rPr>
          <w:sz w:val="20"/>
        </w:rPr>
        <w:t>8:48  abhi ek telephone aaya America se, wahan par Khwaja Kaleemuddin sahib hain jo Quran ko distribute karne ka kaam kar rahe hain.</w:t>
      </w:r>
      <w:r>
        <w:br/>
      </w:r>
      <w:r>
        <w:rPr>
          <w:sz w:val="20"/>
        </w:rPr>
        <w:t>9:02  aap jante hain ke hamare haan se Quran ka English translation chhaapa hai, translation bhi, commentary bhi. ab woh hamare saare saathi dunya bhar mein phaila rahe hain is ko, is ko distribute kar rahe hain.</w:t>
      </w:r>
      <w:r>
        <w:br/>
      </w:r>
      <w:r>
        <w:rPr>
          <w:sz w:val="20"/>
        </w:rPr>
        <w:t>9:19  to Khwaja Kaleemuddin sahib jo hain, woh isi mein lage hue hain. logon ke address maloom karte hain, logon se contact karte hain, email se, telephone se.</w:t>
      </w:r>
      <w:r>
        <w:br/>
      </w:r>
      <w:r>
        <w:rPr>
          <w:sz w:val="20"/>
        </w:rPr>
        <w:t>9:32  aur logon ko baqayda jahan meeting hoti hai, jahan koi jalsa hota hai, wahan ja kar ke distribute karte hain, by hand book start lagate hain.</w:t>
      </w:r>
      <w:r>
        <w:br/>
      </w:r>
      <w:r>
        <w:rPr>
          <w:sz w:val="20"/>
        </w:rPr>
        <w:t>9:46  aur phir un ko mail se bhejte hain, by post bhejte hain.</w:t>
      </w:r>
      <w:r>
        <w:br/>
      </w:r>
      <w:r>
        <w:rPr>
          <w:sz w:val="20"/>
        </w:rPr>
        <w:t>9:52  to barabar woh by post logon ko Quran bhej rahe hain, Quran ka translation. to jis post office mein woh jaate hain, woh woh is ke liye ek woh familiar ho ga is baat se ke yeh aayenge to Quran le kar aayenge.</w:t>
      </w:r>
      <w:r>
        <w:br/>
      </w:r>
      <w:r>
        <w:rPr>
          <w:sz w:val="20"/>
        </w:rPr>
        <w:t>10:13  to ab kya hai, wahan par jaate hain yeh, to wahan ka jo staff hai, un ko dekhte hi kehta hai ke "here comes the Quran man".</w:t>
      </w:r>
      <w:r>
        <w:br/>
      </w:r>
      <w:r>
        <w:rPr>
          <w:sz w:val="20"/>
        </w:rPr>
        <w:t>10:27  Quran man aa gaye, yaani yeh un ki identity ban gayi hai, pehchan. "here comes the Quran man".</w:t>
      </w:r>
      <w:r>
        <w:br/>
      </w:r>
      <w:r>
        <w:rPr>
          <w:sz w:val="20"/>
        </w:rPr>
        <w:t>10:39  is ko jab mujhe yeh waqia jab maloom hua, to is mein maloom hua, is mein bohat bari baat mujhe mere zehen mein aayi.</w:t>
      </w:r>
    </w:p>
    <w:p>
      <w:pPr>
        <w:pStyle w:val="Heading2"/>
      </w:pPr>
      <w:r>
        <w:t>Yusuf story verse that hit him personally about his mother</w:t>
      </w:r>
    </w:p>
    <w:p>
      <w:r>
        <w:rPr>
          <w:color w:val="666666"/>
          <w:sz w:val="18"/>
        </w:rPr>
        <w:t>In Conversation with Mohammad Asad Pervez March 27, 2022 · 1m 52s · at 7:10 · https://youtu.be/usQU5XmtkX0?t=430</w:t>
      </w:r>
    </w:p>
    <w:p>
      <w:r>
        <w:rPr>
          <w:i/>
        </w:rPr>
        <w:t>“I remember this verse in Surat Al Yusuf”</w:t>
      </w:r>
    </w:p>
    <w:p>
      <w:r>
        <w:rPr>
          <w:sz w:val="20"/>
        </w:rPr>
        <w:t>7:10  I remember this one specific verse in Surat Al Youssef When it comes towards the end when bin Yameen</w:t>
      </w:r>
      <w:r>
        <w:br/>
      </w:r>
      <w:r>
        <w:rPr>
          <w:sz w:val="20"/>
        </w:rPr>
        <w:t>7:18  or Benyamin doesn't return with his brothers and Yaqoob al Islam Jacam, starts crying and he accuses his</w:t>
      </w:r>
      <w:r>
        <w:br/>
      </w:r>
      <w:r>
        <w:rPr>
          <w:sz w:val="20"/>
        </w:rPr>
        <w:t>7:27  son that you must have done something and then he remembers the Yosef, Joseph saying that because something</w:t>
      </w:r>
      <w:r>
        <w:br/>
      </w:r>
      <w:r>
        <w:rPr>
          <w:sz w:val="20"/>
        </w:rPr>
        <w:t>7:35  similar had happened to Joseph early on.</w:t>
      </w:r>
      <w:r>
        <w:br/>
      </w:r>
      <w:r>
        <w:rPr>
          <w:sz w:val="20"/>
        </w:rPr>
        <w:t>7:44  So, so his sons tell him that father will you cry till you die in this state? And Yaqub made, gave this response that I only complain of my anguish and sorrow to God. Yeah.</w:t>
      </w:r>
      <w:r>
        <w:br/>
      </w:r>
      <w:r>
        <w:rPr>
          <w:sz w:val="20"/>
        </w:rPr>
        <w:t>8:02  And that that was hit me personally because my mother's biggest complaint ever since I was young is that I would never tell her anything about school or college or if I had any problems in my life. I would just keep it to myself. Right. And she would make a lot of efforts for me to open up with her. But I just didn't know why I didn't want to tell her anything.</w:t>
      </w:r>
      <w:r>
        <w:br/>
      </w:r>
      <w:r>
        <w:rPr>
          <w:sz w:val="20"/>
        </w:rPr>
        <w:t>8:24  But when I read that one verse in the Quran, it resonated with me at such a personal level that I couldn't read any further. I just had to go down, go and prostrate in front of God when I read that verse. And likewise, a lot of people have a lot of, go through different emotions when they read the Quran.</w:t>
      </w:r>
      <w:r>
        <w:br/>
      </w:r>
      <w:r>
        <w:rPr>
          <w:sz w:val="20"/>
        </w:rPr>
        <w:t>8:45  You see verses like where it talks about all the mercies and blessings of Allah and and all these beautiful beautiful stories and the struggles, you know, that the prophets went went through and the commitment to all of this.</w:t>
      </w:r>
      <w:r>
        <w:br/>
      </w:r>
      <w:r>
        <w:rPr>
          <w:sz w:val="20"/>
        </w:rPr>
        <w:t>9:02  So when I when I finished it, that's when I realized that this book is something that everyone should read, whether you believe in it as a divine revelation from God or you don't believe it in it as a divine revelation of God. But it's something that can strike cords with you, which you probably didn't even know were there. So so so that motivated me. My personal experience, I wanted other like all good things.</w:t>
      </w:r>
    </w:p>
    <w:p>
      <w:pPr>
        <w:pStyle w:val="Heading2"/>
      </w:pPr>
      <w:r>
        <w:t>Philosophy fails due to lack of criterion</w:t>
      </w:r>
    </w:p>
    <w:p>
      <w:r>
        <w:rPr>
          <w:color w:val="666666"/>
          <w:sz w:val="18"/>
        </w:rPr>
        <w:t>In Search of Truth 6 Aug 2006 - Maulana Wahiduddin Khan · 2m 52s · at 2:44 · https://youtu.be/f8sqv7h-V4o?t=164</w:t>
      </w:r>
    </w:p>
    <w:p>
      <w:r>
        <w:rPr>
          <w:i/>
        </w:rPr>
        <w:t>“This search for explanation started in philosophy”</w:t>
      </w:r>
    </w:p>
    <w:p>
      <w:r>
        <w:rPr>
          <w:sz w:val="20"/>
        </w:rPr>
        <w:t>2:44  dekhiye, yeh jo soch hai, yani explanation dhoondne ki jo koshish hai, yeh sab se pehle philosophy mein shuru hui.</w:t>
      </w:r>
      <w:r>
        <w:br/>
      </w:r>
      <w:r>
        <w:rPr>
          <w:sz w:val="20"/>
        </w:rPr>
        <w:t>2:57  philosophy mein.</w:t>
      </w:r>
      <w:r>
        <w:br/>
      </w:r>
      <w:r>
        <w:rPr>
          <w:sz w:val="20"/>
        </w:rPr>
        <w:t>3:03  phir philosophy ki history kaha jata hai ke paanch hazar saal tak jati hai.</w:t>
      </w:r>
      <w:r>
        <w:br/>
      </w:r>
      <w:r>
        <w:rPr>
          <w:sz w:val="20"/>
        </w:rPr>
        <w:t>3:12  yunan mein baray baray paida hue philosophers, koi dhai hazar saal pehle. is se pehle bhi philosophy maujood thi duniya mein.</w:t>
      </w:r>
      <w:r>
        <w:br/>
      </w:r>
      <w:r>
        <w:rPr>
          <w:sz w:val="20"/>
        </w:rPr>
        <w:t>3:22  toh Plato aur Aristotle log is line mein top ke samjhate hain. aur hazaron log paida hue.</w:t>
      </w:r>
      <w:r>
        <w:br/>
      </w:r>
      <w:r>
        <w:rPr>
          <w:sz w:val="20"/>
        </w:rPr>
        <w:t>3:31  main samajhta hoon ke yeh kehna galat nahi hoga ke pichle paanch hazar saal mein duniya ke top most brain philosophy mein engage rahe hain.</w:t>
      </w:r>
      <w:r>
        <w:br/>
      </w:r>
      <w:r>
        <w:rPr>
          <w:sz w:val="20"/>
        </w:rPr>
        <w:t>3:50  top most brain. aap jante hain ke yeh Plato aur Aristotle, Socrates, yeh bohat hi baray dimagh</w:t>
      </w:r>
      <w:r>
        <w:br/>
      </w:r>
      <w:r>
        <w:rPr>
          <w:sz w:val="20"/>
        </w:rPr>
        <w:t>4:01  gh the yeh log. toh is tarah ke hazaron hazar log philosophy mein lage rahe hain. philosophy ke bare mein kaha jata hai ke "philosophy is thought about thought".</w:t>
      </w:r>
      <w:r>
        <w:br/>
      </w:r>
      <w:r>
        <w:rPr>
          <w:sz w:val="20"/>
        </w:rPr>
        <w:t>4:18  isi tarah kaha jata hai ke philosophy ka matlab kya hai? ultimate truth ke liye rational pursuit.</w:t>
      </w:r>
      <w:r>
        <w:br/>
      </w:r>
      <w:r>
        <w:rPr>
          <w:sz w:val="20"/>
        </w:rPr>
        <w:t>4:31  yeh hai definition philosophy ki.</w:t>
      </w:r>
      <w:r>
        <w:br/>
      </w:r>
      <w:r>
        <w:rPr>
          <w:sz w:val="20"/>
        </w:rPr>
        <w:t>4:36  observation ke baghair sirf reason ki base par cheezon ko janne ki koshish karta karna, yeh hai philosophy.</w:t>
      </w:r>
      <w:r>
        <w:br/>
      </w:r>
      <w:r>
        <w:rPr>
          <w:sz w:val="20"/>
        </w:rPr>
        <w:t>4:48  sochne ki baat hai ke top most brain paanch hazar saal se</w:t>
      </w:r>
      <w:r>
        <w:br/>
      </w:r>
      <w:r>
        <w:rPr>
          <w:sz w:val="20"/>
        </w:rPr>
        <w:t>4:57  flask philosophical question mein mehnat kar rahe hain, lekin aaj tak</w:t>
      </w:r>
      <w:r>
        <w:br/>
      </w:r>
      <w:r>
        <w:rPr>
          <w:sz w:val="20"/>
        </w:rPr>
        <w:t>5:08  kuch bhi woh achieve nahi kar sake.</w:t>
      </w:r>
      <w:r>
        <w:br/>
      </w:r>
      <w:r>
        <w:rPr>
          <w:sz w:val="20"/>
        </w:rPr>
        <w:t>5:13  philosophy ka jo word hai, literal meaning to iska hai ke "love of wisdom".</w:t>
      </w:r>
      <w:r>
        <w:br/>
      </w:r>
      <w:r>
        <w:rPr>
          <w:sz w:val="20"/>
        </w:rPr>
        <w:t>5:25  lekin jahan tak mein janta hoon, philosophy jo hai, iske siwa kuch nahi ke woh hai "art of confusion".</w:t>
      </w:r>
    </w:p>
    <w:p>
      <w:pPr>
        <w:pStyle w:val="Heading2"/>
      </w:pPr>
      <w:r>
        <w:t>Meaning of iman before Quran is ma'rifat</w:t>
      </w:r>
    </w:p>
    <w:p>
      <w:r>
        <w:rPr>
          <w:color w:val="666666"/>
          <w:sz w:val="18"/>
        </w:rPr>
        <w:t>Iman and the Quran March 29, 2009 Maulana Wahiduddin Khan · 2m 04s · at 1:28 · https://youtu.be/BoXolOS_aTk?t=88</w:t>
      </w:r>
    </w:p>
    <w:p>
      <w:r>
        <w:rPr>
          <w:i/>
        </w:rPr>
        <w:t>“تعلمنا الإيمان ثم تعلمنا القرآن”</w:t>
      </w:r>
    </w:p>
    <w:p>
      <w:r>
        <w:rPr>
          <w:sz w:val="20"/>
        </w:rPr>
        <w:t>1:28  to kuch Sahaba ka ek group, jo naujawan log the, woh Rasool Allah (SAW) ke paas aaya aur kuch din tak aap ke paas thehra.</w:t>
      </w:r>
      <w:r>
        <w:br/>
      </w:r>
      <w:r>
        <w:rPr>
          <w:sz w:val="20"/>
        </w:rPr>
        <w:t>1:45  yaani training ke liye. raat din woh aap ke sath rahe. to un mein se ek sahib jinka naam Jundub tha, woh kehte hain</w:t>
      </w:r>
      <w:r>
        <w:br/>
      </w:r>
      <w:r>
        <w:rPr>
          <w:sz w:val="20"/>
        </w:rPr>
        <w:t>2:00  ke "ta'allamna al-iman thumma ta'allamna al-Quran". hum ne pehle iman seekha, is ke baad hum ne Quran seekha.</w:t>
      </w:r>
      <w:r>
        <w:br/>
      </w:r>
      <w:r>
        <w:rPr>
          <w:sz w:val="20"/>
        </w:rPr>
        <w:t>2:18  ta'allamna al-iman thumma ta'allamna al-Quran. yeh riwayat hadith ki kai kitabon mein aayi hai. to sochne ki baat hai ke is ka matlab kya hai.</w:t>
      </w:r>
      <w:r>
        <w:br/>
      </w:r>
      <w:r>
        <w:rPr>
          <w:sz w:val="20"/>
        </w:rPr>
        <w:t>2:33  yaani pehle iman, phir Quran. Quran baad ko aur iman pehle, is ka matlab kya hai. mein bohat der se sochta tha is par.</w:t>
      </w:r>
      <w:r>
        <w:br/>
      </w:r>
      <w:r>
        <w:rPr>
          <w:sz w:val="20"/>
        </w:rPr>
        <w:t>2:44  Quran aur hadith ko samajhne ke liye yaad rakhiye, sirf is ka translation janna kafi nahin hai.</w:t>
      </w:r>
      <w:r>
        <w:br/>
      </w:r>
      <w:r>
        <w:rPr>
          <w:sz w:val="20"/>
        </w:rPr>
        <w:t>2:52  Sahaba (RA) saalon tak kuch aayaton par sochte rehte the, halanke woh Arabic zuban jante the. to sirf Arabic zuban janna ya is ka tarjuma padh lena,</w:t>
      </w:r>
      <w:r>
        <w:br/>
      </w:r>
      <w:r>
        <w:rPr>
          <w:sz w:val="20"/>
        </w:rPr>
        <w:t>3:08  is se aap samajh nahin sakte. sochna padta hai, sochna padta hai.</w:t>
      </w:r>
      <w:r>
        <w:br/>
      </w:r>
      <w:r>
        <w:rPr>
          <w:sz w:val="20"/>
        </w:rPr>
        <w:t>3:16  to bohat barson ke sochne ke baad mujhe samajh mein aaya ke yaar, kya matlab hai is asar ka ya is hadith ka. woh hai, yahan eman se murad hai marifat.</w:t>
      </w:r>
    </w:p>
    <w:p>
      <w:pPr>
        <w:pStyle w:val="Heading2"/>
      </w:pPr>
      <w:r>
        <w:t>Why man is sad world offers less</w:t>
      </w:r>
    </w:p>
    <w:p>
      <w:r>
        <w:rPr>
          <w:color w:val="666666"/>
          <w:sz w:val="18"/>
        </w:rPr>
        <w:t>Man &amp; Paradise Aug 18, 2013 - Maulana Wahiduddin Khan · 1m 38s · at 23:57 · https://youtu.be/yKy1suwbP8o?t=1437</w:t>
      </w:r>
    </w:p>
    <w:p>
      <w:r>
        <w:rPr>
          <w:i/>
        </w:rPr>
        <w:t>“Now the question is: why is man sad?”</w:t>
      </w:r>
    </w:p>
    <w:p>
      <w:r>
        <w:rPr>
          <w:sz w:val="20"/>
        </w:rPr>
        <w:t>23:57  ab yeh sawaal hai ke insaan kyun sad hota hai? kyun us ko tension hota hai? kyun marta hai frustration mein?</w:t>
      </w:r>
      <w:r>
        <w:br/>
      </w:r>
      <w:r>
        <w:rPr>
          <w:sz w:val="20"/>
        </w:rPr>
        <w:t>24:09  is ka sabab yeh hai</w:t>
      </w:r>
      <w:r>
        <w:br/>
      </w:r>
      <w:r>
        <w:rPr>
          <w:sz w:val="20"/>
        </w:rPr>
        <w:t>24:14  ke jo kuch dunya mein hai, woh us se kam hai jo insaan chahta hai.</w:t>
      </w:r>
      <w:r>
        <w:br/>
      </w:r>
      <w:r>
        <w:rPr>
          <w:sz w:val="20"/>
        </w:rPr>
        <w:t>24:24  jo kuch dunya mein hai, woh us se kam hai bohat zyada jo insaan chahta hai.</w:t>
      </w:r>
      <w:r>
        <w:br/>
      </w:r>
      <w:r>
        <w:rPr>
          <w:sz w:val="20"/>
        </w:rPr>
        <w:t>24:31  insaan ke jo salahiyatein hain, mislan meri aankh jo scene dekhna chahti hai, woh dunya mein mujhe nahi milta.</w:t>
      </w:r>
      <w:r>
        <w:br/>
      </w:r>
      <w:r>
        <w:rPr>
          <w:sz w:val="20"/>
        </w:rPr>
        <w:t>24:44  har scene us se kam hai jo mera aankh ko dekhna chahti hai. mera aankh yeh usi tarah se hai, mera kaan.</w:t>
      </w:r>
      <w:r>
        <w:br/>
      </w:r>
      <w:r>
        <w:rPr>
          <w:sz w:val="20"/>
        </w:rPr>
        <w:t>24:54  mera matlab har insaan ka jin naghmon ko sunna chahta hai, woh naghme dunya mein woh available nahi. jo naghme hain, woh us se bohat kam hain jin ko ke mera kaan sunna chahta hai.</w:t>
      </w:r>
      <w:r>
        <w:br/>
      </w:r>
      <w:r>
        <w:rPr>
          <w:sz w:val="20"/>
        </w:rPr>
        <w:t>25:07  jo mere taste buds hain, jis zaiqon ko woh chahte hain, us ko mile, woh nahi dunya mein milta. koi jo zaiqe milte hain, woh us se bohat kam hote hain. isi ke saath dekhiye, insaan beemar hota hai,</w:t>
      </w:r>
      <w:r>
        <w:br/>
      </w:r>
      <w:r>
        <w:rPr>
          <w:sz w:val="20"/>
        </w:rPr>
        <w:t>25:21  accident hota hai us ko, aur phir woh mar jata hai.</w:t>
      </w:r>
      <w:r>
        <w:br/>
      </w:r>
      <w:r>
        <w:rPr>
          <w:sz w:val="20"/>
        </w:rPr>
        <w:t>25:27  to kaisa ajeeb hai ke aadmi 57 saal mein mar gaye, koi 67, koi 77, koi 87 mar jata hai.</w:t>
      </w:r>
    </w:p>
    <w:p>
      <w:pPr>
        <w:pStyle w:val="Heading2"/>
      </w:pPr>
      <w:r>
        <w:t>Two baseless sects: Ali-supremacy and the Quran-only movement</w:t>
      </w:r>
    </w:p>
    <w:p>
      <w:r>
        <w:rPr>
          <w:color w:val="666666"/>
          <w:sz w:val="18"/>
        </w:rPr>
        <w:t>Sects in Islam December 21, 2008 · 1m 40s · at 6:44 · https://youtu.be/Y8C_ml3itz8?t=404</w:t>
      </w:r>
    </w:p>
    <w:p>
      <w:r>
        <w:rPr>
          <w:i/>
        </w:rPr>
        <w:t>“Tafdheeli firqa aur Qurani firqa dono bila bunyad hain”</w:t>
      </w:r>
    </w:p>
    <w:p>
      <w:r>
        <w:rPr>
          <w:sz w:val="20"/>
        </w:rPr>
        <w:t>6:44  isi tarah dekhiye, hamara Tafziliya firqa hai jo Hazrat Ali ko sab se zyada afzal manta hai.</w:t>
      </w:r>
      <w:r>
        <w:br/>
      </w:r>
      <w:r>
        <w:rPr>
          <w:sz w:val="20"/>
        </w:rPr>
        <w:t>6:51  yeh bhi deviation hai. kyun ke Hazrat Ali ka afzal hona, yeh bilkul aik iska Islam se koi ta'alluq nahin hai.</w:t>
      </w:r>
      <w:r>
        <w:br/>
      </w:r>
      <w:r>
        <w:rPr>
          <w:sz w:val="20"/>
        </w:rPr>
        <w:t>7:04  balke Quran aur Hadees mein to kisi bhi aik Sahabi ko do Sahaba par afzal batane ki koi Hadees ya Quran mein hai hi nahin. kuch sab Sahaba barabar hain.</w:t>
      </w:r>
      <w:r>
        <w:br/>
      </w:r>
      <w:r>
        <w:rPr>
          <w:sz w:val="20"/>
        </w:rPr>
        <w:t>7:17  yeh yeh concept hi bilkul Islam ke khilaf hai ke koi aik Sahabi ko le, aap kahein ke yeh do sab Sahaba ke oopar afzal hai. yeh yeh firqa bhi deviated firqa hai.</w:t>
      </w:r>
      <w:r>
        <w:br/>
      </w:r>
      <w:r>
        <w:rPr>
          <w:sz w:val="20"/>
        </w:rPr>
        <w:t>7:30  aise hi dekhiye, aik firqa hai, us ko hum kaha jata hai Qurani firqa. yeh log kehte hain ke hamein sirf Quran kaif hai, hasbunallahu kitabul Allah, Hadees ki zaroorat nahin hai hum ko.</w:t>
      </w:r>
      <w:r>
        <w:br/>
      </w:r>
      <w:r>
        <w:rPr>
          <w:sz w:val="20"/>
        </w:rPr>
        <w:t>7:44  yeh firqa bhi deviated firqa hai. is is concept ki koi base, koi asal na Quran mein hai na Hadees mein hai.</w:t>
      </w:r>
      <w:r>
        <w:br/>
      </w:r>
      <w:r>
        <w:rPr>
          <w:sz w:val="20"/>
        </w:rPr>
        <w:t>7:58  Islam ke jo taleemat hain, Islam ka jo mazhab hai, woh Quran aur Sunnat dono se mil kar ke samajh mein aata hai. aap Sunnat ko alag kar dein, Sunnat-e-Rasool ko, sirf Quran ko le lein to kuch bhi nahin paaya gaya aap.</w:t>
      </w:r>
      <w:r>
        <w:br/>
      </w:r>
      <w:r>
        <w:rPr>
          <w:sz w:val="20"/>
        </w:rPr>
        <w:t>8:15  to main yeh kehta hoon ke yeh jo aap farq karte hain, yeh farq ki base kya hai? kya buniyad hai?</w:t>
      </w:r>
    </w:p>
    <w:p>
      <w:pPr>
        <w:pStyle w:val="Heading2"/>
      </w:pPr>
      <w:r>
        <w:t>Prophets' limitation and Quran preservation</w:t>
      </w:r>
    </w:p>
    <w:p>
      <w:r>
        <w:rPr>
          <w:color w:val="666666"/>
          <w:sz w:val="18"/>
        </w:rPr>
        <w:t>Quran Compilation November 16, 2014 · 2m 12s · at 3:17 · https://youtu.be/fMlK2jWO4EU?t=197</w:t>
      </w:r>
    </w:p>
    <w:p>
      <w:r>
        <w:rPr>
          <w:i/>
        </w:rPr>
        <w:t>“Dekhiye paighambar har ek ke liye dastiyab nahi ho sakta”</w:t>
      </w:r>
    </w:p>
    <w:p>
      <w:r>
        <w:rPr>
          <w:sz w:val="20"/>
        </w:rPr>
        <w:t>3:16  lekin</w:t>
      </w:r>
      <w:r>
        <w:br/>
      </w:r>
      <w:r>
        <w:rPr>
          <w:sz w:val="20"/>
        </w:rPr>
        <w:t>3:17  dekhen peghambar har ek ke liye dastiyab nahi ho sakta jaise peghambar farz kijiye ke Makkah mein hai</w:t>
      </w:r>
      <w:r>
        <w:br/>
      </w:r>
      <w:r>
        <w:rPr>
          <w:sz w:val="20"/>
        </w:rPr>
        <w:t>3:27  mein Delhi mein hoon to peghambar se milne ke liye to mujhe bohat lamba safar karna parega</w:t>
      </w:r>
      <w:r>
        <w:br/>
      </w:r>
      <w:r>
        <w:rPr>
          <w:sz w:val="20"/>
        </w:rPr>
        <w:t>3:34  to peghambar in person</w:t>
      </w:r>
      <w:r>
        <w:br/>
      </w:r>
      <w:r>
        <w:rPr>
          <w:sz w:val="20"/>
        </w:rPr>
        <w:t>3:38  har ek ke liye dastiyab nahi ho sakta hai</w:t>
      </w:r>
      <w:r>
        <w:br/>
      </w:r>
      <w:r>
        <w:rPr>
          <w:sz w:val="20"/>
        </w:rPr>
        <w:t>3:42  to zaroorat thi ke ek kitab maujood ho jo har ek ke liye dastiyab ho jaye insan kahin</w:t>
      </w:r>
      <w:r>
        <w:br/>
      </w:r>
      <w:r>
        <w:rPr>
          <w:sz w:val="20"/>
        </w:rPr>
        <w:t>3:48  bhi ho woh kitab ko parh kar jaane ke peghambar ka paigham kya hai</w:t>
      </w:r>
      <w:r>
        <w:br/>
      </w:r>
      <w:r>
        <w:rPr>
          <w:sz w:val="20"/>
        </w:rPr>
        <w:t>3:57  to Allah taala ne</w:t>
      </w:r>
      <w:r>
        <w:br/>
      </w:r>
      <w:r>
        <w:rPr>
          <w:sz w:val="20"/>
        </w:rPr>
        <w:t>4:00  quran utara aur is ke liye yeh</w:t>
      </w:r>
      <w:r>
        <w:br/>
      </w:r>
      <w:r>
        <w:rPr>
          <w:sz w:val="20"/>
        </w:rPr>
        <w:t>4:05  tay kar diya ke is ko mehfooz kitab banna hai</w:t>
      </w:r>
      <w:r>
        <w:br/>
      </w:r>
      <w:r>
        <w:rPr>
          <w:sz w:val="20"/>
        </w:rPr>
        <w:t>4:14  na nazalna zikran wa inna alayhi alhafizoon dekhen</w:t>
      </w:r>
      <w:r>
        <w:br/>
      </w:r>
      <w:r>
        <w:rPr>
          <w:sz w:val="20"/>
        </w:rPr>
        <w:t>4:19  aasmani kitab ko ek mehfooz kitab banana ek bohat hi zyada mushkil</w:t>
      </w:r>
      <w:r>
        <w:br/>
      </w:r>
      <w:r>
        <w:rPr>
          <w:sz w:val="20"/>
        </w:rPr>
        <w:t>4:27  mansooba hai kyunke dekhen pichle zamane mein bohat si kitaben aayen Allah ki taraf se lekin koi ek</w:t>
      </w:r>
      <w:r>
        <w:br/>
      </w:r>
      <w:r>
        <w:rPr>
          <w:sz w:val="20"/>
        </w:rPr>
        <w:t>4:35  kitab bhi mehfooz nahi</w:t>
      </w:r>
      <w:r>
        <w:br/>
      </w:r>
      <w:r>
        <w:rPr>
          <w:sz w:val="20"/>
        </w:rPr>
        <w:t>4:39  ek kitab bhi nahi</w:t>
      </w:r>
      <w:r>
        <w:br/>
      </w:r>
      <w:r>
        <w:rPr>
          <w:sz w:val="20"/>
        </w:rPr>
        <w:t>4:41  kyun isi</w:t>
      </w:r>
      <w:r>
        <w:br/>
      </w:r>
      <w:r>
        <w:rPr>
          <w:sz w:val="20"/>
        </w:rPr>
        <w:t>4:44  liye ke insan</w:t>
      </w:r>
      <w:r>
        <w:br/>
      </w:r>
      <w:r>
        <w:rPr>
          <w:sz w:val="20"/>
        </w:rPr>
        <w:t>4:47  ki ajeeb o ghareeb mizaj hai insan ka ke is ki marzi ke khilaf jo cheez ho us</w:t>
      </w:r>
      <w:r>
        <w:br/>
      </w:r>
      <w:r>
        <w:rPr>
          <w:sz w:val="20"/>
        </w:rPr>
        <w:t>4:51  ko bardasht nahi karta us ko mita dena chahta hai</w:t>
      </w:r>
      <w:r>
        <w:br/>
      </w:r>
      <w:r>
        <w:rPr>
          <w:sz w:val="20"/>
        </w:rPr>
        <w:t>4:56  to quran ko mehfooz kitab banana ek bohat bara mansooba tha jo sirf Allah hi is ko poora</w:t>
      </w:r>
      <w:r>
        <w:br/>
      </w:r>
      <w:r>
        <w:rPr>
          <w:sz w:val="20"/>
        </w:rPr>
        <w:t>5:02  kar sakta tha</w:t>
      </w:r>
      <w:r>
        <w:br/>
      </w:r>
      <w:r>
        <w:rPr>
          <w:sz w:val="20"/>
        </w:rPr>
        <w:t>5:05  is ki tafseel maine apni kitabon mein likhi hai ke kaise quran mehfooz hua us waqt mein</w:t>
      </w:r>
      <w:r>
        <w:br/>
      </w:r>
      <w:r>
        <w:rPr>
          <w:sz w:val="20"/>
        </w:rPr>
        <w:t>5:10  yehi kehna chahta hoon ke Allah ne apni</w:t>
      </w:r>
      <w:r>
        <w:br/>
      </w:r>
      <w:r>
        <w:rPr>
          <w:sz w:val="20"/>
        </w:rPr>
        <w:t>5:15  ek bohat hi gehri mansooba bandi ke zariye se quran ko ek mehfooz kitab bana diya</w:t>
      </w:r>
      <w:r>
        <w:br/>
      </w:r>
      <w:r>
        <w:rPr>
          <w:sz w:val="20"/>
        </w:rPr>
        <w:t>5:24  mukammal taur par mehfooz is mein ek ayat ke barabar bhi koi tabdeeli nahi aayi hai chaudah</w:t>
      </w:r>
    </w:p>
    <w:p>
      <w:pPr>
        <w:pStyle w:val="Heading2"/>
      </w:pPr>
      <w:r>
        <w:t>Quranic formula for unending effort</w:t>
      </w:r>
    </w:p>
    <w:p>
      <w:r>
        <w:rPr>
          <w:color w:val="666666"/>
          <w:sz w:val="18"/>
        </w:rPr>
        <w:t>Nation Building On India's Republic Day Jan 26, 2020 Maulana Wahiduddin Khan · 1m 52s · at 1:04 · https://youtu.be/58CVocbLAb8?t=64</w:t>
      </w:r>
    </w:p>
    <w:p>
      <w:r>
        <w:rPr>
          <w:i/>
        </w:rPr>
        <w:t>“Is lihaaz se Quran ki ek ayat mein pesh kar sakta hoon.”</w:t>
      </w:r>
    </w:p>
    <w:p>
      <w:r>
        <w:rPr>
          <w:sz w:val="20"/>
        </w:rPr>
        <w:t>1:04  is lihaz se quran ki aik ayat mein pesh kar sakta hoon:</w:t>
      </w:r>
      <w:r>
        <w:br/>
      </w:r>
      <w:r>
        <w:rPr>
          <w:sz w:val="20"/>
        </w:rPr>
        <w:t>1:11  "lais lil insani illa ma sa'a".</w:t>
      </w:r>
      <w:r>
        <w:br/>
      </w:r>
      <w:r>
        <w:rPr>
          <w:sz w:val="20"/>
        </w:rPr>
        <w:t>1:19  insan ke liye wahi hai jis ki us ne koshish ki.</w:t>
      </w:r>
      <w:r>
        <w:br/>
      </w:r>
      <w:r>
        <w:rPr>
          <w:sz w:val="20"/>
        </w:rPr>
        <w:t>1:26  yani is ka matlab yeh hai ke insan ke liye wahi hai jis ke liye woh deserve kare.</w:t>
      </w:r>
      <w:r>
        <w:br/>
      </w:r>
      <w:r>
        <w:rPr>
          <w:sz w:val="20"/>
        </w:rPr>
        <w:t>1:40  to mein to samajhta hoon ke is se yeh aik aisa formula hai jo dunya aur akhirat dono ke liye apply hota hai.</w:t>
      </w:r>
      <w:r>
        <w:br/>
      </w:r>
      <w:r>
        <w:rPr>
          <w:sz w:val="20"/>
        </w:rPr>
        <w:t>1:54  material world aur akhirat ki dunya ki taameer, nation</w:t>
      </w:r>
      <w:r>
        <w:br/>
      </w:r>
      <w:r>
        <w:rPr>
          <w:sz w:val="20"/>
        </w:rPr>
        <w:t>2:04  dono ke liye. ke insan ke liye wahi hai jis ke liye woh deserve kare.</w:t>
      </w:r>
      <w:r>
        <w:br/>
      </w:r>
      <w:r>
        <w:rPr>
          <w:sz w:val="20"/>
        </w:rPr>
        <w:t>2:15  is se bari baat koi aur ho nahi sakti. is liye ke yeh jo formula hai, yeh aadmi ko unending</w:t>
      </w:r>
      <w:r>
        <w:br/>
      </w:r>
      <w:r>
        <w:rPr>
          <w:sz w:val="20"/>
        </w:rPr>
        <w:t>2:36  koshish</w:t>
      </w:r>
      <w:r>
        <w:br/>
      </w:r>
      <w:r>
        <w:rPr>
          <w:sz w:val="20"/>
        </w:rPr>
        <w:t>2:40  ka</w:t>
      </w:r>
      <w:r>
        <w:br/>
      </w:r>
      <w:r>
        <w:rPr>
          <w:sz w:val="20"/>
        </w:rPr>
        <w:t>2:44  jazba deta hai. is se bara koi formula zindagi ka nahi ho sakta.</w:t>
      </w:r>
    </w:p>
    <w:p>
      <w:pPr>
        <w:pStyle w:val="Heading2"/>
      </w:pPr>
      <w:r>
        <w:t>Language difference shows Quran not from Muhammad</w:t>
      </w:r>
    </w:p>
    <w:p>
      <w:r>
        <w:rPr>
          <w:color w:val="666666"/>
          <w:sz w:val="18"/>
        </w:rPr>
        <w:t>Hadith Literature - Part-1 (English) March 08, 2007 Maulana Wahiduddin Khan · 1m 49s · at 23:46 · https://youtu.be/vZSus8oBppM?t=1426</w:t>
      </w:r>
    </w:p>
    <w:p>
      <w:r>
        <w:rPr>
          <w:i/>
        </w:rPr>
        <w:t>“There is a difference between the language of Quran and Hadith.”</w:t>
      </w:r>
    </w:p>
    <w:p>
      <w:r>
        <w:rPr>
          <w:sz w:val="20"/>
        </w:rPr>
        <w:t>23:46  It is very important to know that there is a difference between the language of the Quran and the language of Hadith. Although the language of both is Arabic, but the style is quite different. The style is quite different.</w:t>
      </w:r>
      <w:r>
        <w:br/>
      </w:r>
      <w:r>
        <w:rPr>
          <w:sz w:val="20"/>
        </w:rPr>
        <w:t>24:08  The style of Arabic in the Quran is quite different from that of what we find in the Hadith. Anyone who knows the Arabic language, anyone who has the knowledge of the Arabic language, instantly he finds this difference.</w:t>
      </w:r>
      <w:r>
        <w:br/>
      </w:r>
      <w:r>
        <w:rPr>
          <w:sz w:val="20"/>
        </w:rPr>
        <w:t>24:38  When he reads the Quran and when he reads Hadith, instantly he will find that there is a</w:t>
      </w:r>
      <w:r>
        <w:br/>
      </w:r>
      <w:r>
        <w:rPr>
          <w:sz w:val="20"/>
        </w:rPr>
        <w:t>24:46  great difference between the style of the two books in terms of language.</w:t>
      </w:r>
      <w:r>
        <w:br/>
      </w:r>
      <w:r>
        <w:rPr>
          <w:sz w:val="20"/>
        </w:rPr>
        <w:t>24:54  Then, it is not possible for a person to speak or write in two different ways.</w:t>
      </w:r>
      <w:r>
        <w:br/>
      </w:r>
      <w:r>
        <w:rPr>
          <w:sz w:val="20"/>
        </w:rPr>
        <w:t>25:02  We cannot find any...</w:t>
      </w:r>
      <w:r>
        <w:br/>
      </w:r>
      <w:r>
        <w:rPr>
          <w:sz w:val="20"/>
        </w:rPr>
        <w:t>25:11  we cannot find any author in the history. We cannot... any author. We cannot find any author in the history who is able to write or speak in two different ways in the same language. It is impossible.</w:t>
      </w:r>
      <w:r>
        <w:br/>
      </w:r>
      <w:r>
        <w:rPr>
          <w:sz w:val="20"/>
        </w:rPr>
        <w:t>25:35  Anyone who knows a language and he speaks in this language or writes in this language, so you</w:t>
      </w:r>
    </w:p>
    <w:p>
      <w:pPr>
        <w:pStyle w:val="Heading2"/>
      </w:pPr>
      <w:r>
        <w:t>Quran style addresses God-seeking nature</w:t>
      </w:r>
    </w:p>
    <w:p>
      <w:r>
        <w:rPr>
          <w:color w:val="666666"/>
          <w:sz w:val="18"/>
        </w:rPr>
        <w:t>The Message of The Quran Part 1 March 26, 2006 Maulana Wahiduddin Khan · 2m 13s · at 44:46 · https://youtu.be/krrs0ZKgnb8?t=2686</w:t>
      </w:r>
    </w:p>
    <w:p>
      <w:r>
        <w:rPr>
          <w:i/>
        </w:rPr>
        <w:t>“Quran mein jab aadmi jo style hai Quran ka woh kya hai”</w:t>
      </w:r>
    </w:p>
    <w:p>
      <w:r>
        <w:rPr>
          <w:sz w:val="20"/>
        </w:rPr>
        <w:t>44:46  yaani quran mein jab aadmi jo style hai quran ka, woh kya hai? eha insaan! aye insaan!</w:t>
      </w:r>
      <w:r>
        <w:br/>
      </w:r>
      <w:r>
        <w:rPr>
          <w:sz w:val="20"/>
        </w:rPr>
        <w:t>44:56  bar bar aata hai, aye insaan! aye insaan!</w:t>
      </w:r>
      <w:r>
        <w:br/>
      </w:r>
      <w:r>
        <w:rPr>
          <w:sz w:val="20"/>
        </w:rPr>
        <w:t>45:00  to gaya ke quran keh raha hai ke "o insaan! here is your creator, here is your lord, here is your god addressing you.</w:t>
      </w:r>
      <w:r>
        <w:br/>
      </w:r>
      <w:r>
        <w:rPr>
          <w:sz w:val="20"/>
        </w:rPr>
        <w:t>45:16  listen it and follow my my directions.</w:t>
      </w:r>
      <w:r>
        <w:br/>
      </w:r>
      <w:r>
        <w:rPr>
          <w:sz w:val="20"/>
        </w:rPr>
        <w:t>45:25  " yeh ek anokha tajurba hai quran ko parh kar jo hota hai insaan ko. maine bohat books parhi hain, bohat kitabein parhi hain, secular bhi aur religious bhi.</w:t>
      </w:r>
      <w:r>
        <w:br/>
      </w:r>
      <w:r>
        <w:rPr>
          <w:sz w:val="20"/>
        </w:rPr>
        <w:t>45:38  kisi bhi book mein maine nahi paya ke yeh yeh style ho. to quran parhne wala jo parhta hai quran ko, to instantly kya hota hai?</w:t>
      </w:r>
      <w:r>
        <w:br/>
      </w:r>
      <w:r>
        <w:rPr>
          <w:sz w:val="20"/>
        </w:rPr>
        <w:t>45:50  iska mind address hone lagta hai. yeh baat samajh lijiye,</w:t>
      </w:r>
      <w:r>
        <w:br/>
      </w:r>
      <w:r>
        <w:rPr>
          <w:sz w:val="20"/>
        </w:rPr>
        <w:t>45:56  chounke iska mind ya iska nature, chounke pehle se woh god seeking animal hai, pehle se woh kisi khuda ko dhoondh raha hai.</w:t>
      </w:r>
      <w:r>
        <w:br/>
      </w:r>
      <w:r>
        <w:rPr>
          <w:sz w:val="20"/>
        </w:rPr>
        <w:t>46:10  yaani pehle se is ke andar yeh ek ek arz maujood hai, ek seeking speed maujood hai. is</w:t>
      </w:r>
      <w:r>
        <w:br/>
      </w:r>
      <w:r>
        <w:rPr>
          <w:sz w:val="20"/>
        </w:rPr>
        <w:t>46:19  liye jab quran mein jo jo is style mein address karta hai, "aye insaan! sun meri baat, main tera khuda bol raha hoon", to instantly kya hota hai?</w:t>
      </w:r>
      <w:r>
        <w:br/>
      </w:r>
      <w:r>
        <w:rPr>
          <w:sz w:val="20"/>
        </w:rPr>
        <w:t>46:31  ke is ka nature address hone lagta hai, is ka mind address hone lagta hai.</w:t>
      </w:r>
      <w:r>
        <w:br/>
      </w:r>
      <w:r>
        <w:rPr>
          <w:sz w:val="20"/>
        </w:rPr>
        <w:t>46:38  yeh ek anokha jo mujhe khud zaati taur par tajurba hua, jaise ke maine arz kiya, aur phir doosron ki baatein maine parhin.</w:t>
      </w:r>
      <w:r>
        <w:br/>
      </w:r>
      <w:r>
        <w:rPr>
          <w:sz w:val="20"/>
        </w:rPr>
        <w:t>46:47  wahan hi maine dekha ke doosre logon ka bhi yeh yahi experience hai. to is ko bohat dinon ke sochne ke baad maine is ko samajh paya hoon.</w:t>
      </w:r>
    </w:p>
    <w:p>
      <w:pPr>
        <w:pStyle w:val="Heading2"/>
      </w:pPr>
      <w:r>
        <w:t>Debunking a fabricated hadith about escaping hell for free</w:t>
      </w:r>
    </w:p>
    <w:p>
      <w:r>
        <w:rPr>
          <w:color w:val="666666"/>
          <w:sz w:val="18"/>
        </w:rPr>
        <w:t>Man's Place in The Universe June 17, 2007 · 2m 20s · at 1:17:01 · https://youtu.be/CND6qsCMZVU?t=4621</w:t>
      </w:r>
    </w:p>
    <w:p>
      <w:r>
        <w:rPr>
          <w:i/>
        </w:rPr>
        <w:t>“You want to reach God without paying any price?”</w:t>
      </w:r>
    </w:p>
    <w:p>
      <w:r>
        <w:rPr>
          <w:sz w:val="20"/>
        </w:rPr>
        <w:t>1:17:01  dekhein yeh to seedhi baat hai price diye baghair woh chahte hain Khuda ko paana price diye baghair to Khuda kaise mile ab dekhein ke Islam and the Destiny of Man aik book hai</w:t>
      </w:r>
      <w:r>
        <w:br/>
      </w:r>
      <w:r>
        <w:rPr>
          <w:sz w:val="20"/>
        </w:rPr>
        <w:t>1:17:21  to is mein aik hadees likhi hai ab aik aik sahib hain Delhi mein bohat un ko pasand aayi hai woh hadees haalankeh woh hadees bilkul mauzu hai fabricated hai bilkul jhooti hadees hai woh kyunke un ke matlab ki hai is liye bohat achhi lagi hai un ko woh kya hai</w:t>
      </w:r>
      <w:r>
        <w:br/>
      </w:r>
      <w:r>
        <w:rPr>
          <w:sz w:val="20"/>
        </w:rPr>
        <w:t>1:17:40  yani woh sahib jo hain hamare haan aaye aik do baar class mein to un ko dilchaspi nahi hui yahan par ke mein interest nahi hua un ko aur woh parh liya unhone to bohat badi discovery un ko ho gayi woh kya hai is mein aik bilkul aik jhooti baat hai woh lekin woh hadees ke naam se arabi mein likhi hui kitabon mein</w:t>
      </w:r>
      <w:r>
        <w:br/>
      </w:r>
      <w:r>
        <w:rPr>
          <w:sz w:val="20"/>
        </w:rPr>
        <w:t>1:17:56  woh yeh hai ke jab sab logon ka woh hoga jo day of judgement hoga aur sab ka woh ho jayega abhi yeh hell mein gaye yeh paradise mein gaye to Khuda kahega nabiyon se ke tum log jitna chaho</w:t>
      </w:r>
      <w:r>
        <w:br/>
      </w:r>
      <w:r>
        <w:rPr>
          <w:sz w:val="20"/>
        </w:rPr>
        <w:t>1:18:15  hell mein se nikaal lo apne jo tumhare favorite log hain jo tumhare jo jo tum ko chahte hain woh koi hell mein na rahein to nabi jo hain saare nabi jo hain ek lakh chobees hazar woh logon ko nikaal lenge achha is ke baad jannatiyon se kaha jayega jo jo jannat ja chuke hain ke tum bhi apne jin ko chaho nikaal lo ab woh nikaal lenge apne rishtedaron ko nikaalen doston ko nikaalen woh nikaal lenge sab logon ko</w:t>
      </w:r>
      <w:r>
        <w:br/>
      </w:r>
      <w:r>
        <w:rPr>
          <w:sz w:val="20"/>
        </w:rPr>
        <w:t>1:18:39  phir Khuda kahega achha mein apna haath dalta hoon to Khuda ka jo panja hai ke jitna bhi aayega woh sab mein itna nikaal loonga to Khuda nikaal lega achha yeh to jhooti jhooti hadees hai bilkul</w:t>
      </w:r>
      <w:r>
        <w:br/>
      </w:r>
      <w:r>
        <w:rPr>
          <w:sz w:val="20"/>
        </w:rPr>
        <w:t>1:18:53  yani Khuda ki justice ka denial hai yeh ab un se hamari jo ladkiyan yahan par hain maujood un se kaha unhone ke aap itna zyada khush ho rahi hain is hadees pe hi to yani Khuda ki justice ke khilaaf hai bilkul yeh to kya kaha unhone ke dekhein Khuda ke hadees mein aata hai ke maa se bhi zyada mohabbat Khuda ko hoti hai insanon se</w:t>
      </w:r>
    </w:p>
    <w:p>
      <w:pPr>
        <w:pStyle w:val="Heading2"/>
      </w:pPr>
      <w:r>
        <w:t>sincerity needed to truly understand Quran today</w:t>
      </w:r>
    </w:p>
    <w:p>
      <w:r>
        <w:rPr>
          <w:color w:val="666666"/>
          <w:sz w:val="18"/>
        </w:rPr>
        <w:t>CPS Women Article Discussion 13 January 1, 2023 · 1m 58s · at 18:47 · https://youtu.be/KScG6GBDUZc?t=1127</w:t>
      </w:r>
    </w:p>
    <w:p>
      <w:r>
        <w:rPr>
          <w:i/>
        </w:rPr>
        <w:t>“एक जमाना आएगा बिगाड़ का कि sincerity, honesty उठ जाएगी”</w:t>
      </w:r>
    </w:p>
    <w:p>
      <w:r>
        <w:rPr>
          <w:sz w:val="20"/>
        </w:rPr>
        <w:t>18:47  to yeh sanjeedgi to nahi hai is insaan ke paas isiliye jo hai ek hadish hai isko padhkar samajh mein aata hai ki ek zamana aayega bigaad ka ki bigaad itna badh jayega ki honesty uth jayegi. to ab wahi zamana hai sincerity, honesty ekdum uth chuki hai. insaan ke andar hi cheez nahi hai. maulana kehte hain ki aaj ke zamane mein agar koi waqai ikhlas aur sanjeeda insaan hai to woh oliya allah.</w:t>
      </w:r>
      <w:r>
        <w:br/>
      </w:r>
      <w:r>
        <w:rPr>
          <w:sz w:val="20"/>
        </w:rPr>
        <w:t>19:16  to yeh line bohat samajh mein aati hai ki matlab sanjeeda insaan aaj ke zamane mein milna agar woh sanjeeda hai to wahi samajh payega. to duniya mein dil ke sweet hi zyada badh gayi hai aaj ke zamane mein. har insaan ka focus unhi cheezon par rehta hai ki jitna bhi hua culture hota hai ya aaj hi naya saal hai to usmein har insaan chhota ki bada usmein involve hai.</w:t>
      </w:r>
      <w:r>
        <w:br/>
      </w:r>
      <w:r>
        <w:rPr>
          <w:sz w:val="20"/>
        </w:rPr>
        <w:t>19:45  to banawati dilchaspi, banawati soch, banawati baatein har insaan un cheezon mein itna zyada mulabbe soch chuka hai</w:t>
      </w:r>
      <w:r>
        <w:br/>
      </w:r>
      <w:r>
        <w:rPr>
          <w:sz w:val="20"/>
        </w:rPr>
        <w:t>19:50  kyon wah un saari cheezon se nikalne ko taiyaar bhi nahi hai.</w:t>
      </w:r>
      <w:r>
        <w:br/>
      </w:r>
      <w:r>
        <w:rPr>
          <w:sz w:val="20"/>
        </w:rPr>
        <w:t>19:56  to is waqt is zamane mein quran ek ek wahid rasta hai ke insaan use ke par gaur kare,</w:t>
      </w:r>
      <w:r>
        <w:br/>
      </w:r>
      <w:r>
        <w:rPr>
          <w:sz w:val="20"/>
        </w:rPr>
        <w:t>20:01  apni soch ko badle.</w:t>
      </w:r>
      <w:r>
        <w:br/>
      </w:r>
      <w:r>
        <w:rPr>
          <w:sz w:val="20"/>
        </w:rPr>
        <w:t>20:07  uske alawa insaan ke paas koi doosra rasta nahi hai.</w:t>
      </w:r>
      <w:r>
        <w:br/>
      </w:r>
      <w:r>
        <w:rPr>
          <w:sz w:val="20"/>
        </w:rPr>
        <w:t>20:12  to bahut zyada zaroori hai yeh baatein samajhne nahi ke</w:t>
      </w:r>
      <w:r>
        <w:br/>
      </w:r>
      <w:r>
        <w:rPr>
          <w:sz w:val="20"/>
        </w:rPr>
        <w:t>20:18  aap bilkul theek keh rahi hain ki hum jitna kar sakte hain jitne logon ke contact mein aakar kisko isko try to understand it samjho aur ek baar padhne se koi samajh mein poori baat nahi aati. humein bhi aisa lagta hai ki humein kai suraton ko poori poori kitni kitni baar samajh chuke hain lekin jab padhte hain to poori samajh phir se bhool jaate hain. to uske liye humein effort karna padegi.</w:t>
      </w:r>
      <w:r>
        <w:br/>
      </w:r>
      <w:r>
        <w:rPr>
          <w:sz w:val="20"/>
        </w:rPr>
        <w:t>20:45  haan humein zyada duniyavi cheezon mein hum lage hue hain. to jitna bhi hum kisi ko kam se kam jo cheez jo hamare bachche hain inko ko to hum achhi tarah samjha sakte hain. jo hamare janne wale labhetar kare ke hum puran ki samajh kas gaye aur maulana ka bohat shukriya ki unhone is baat par bohat zor diya.</w:t>
      </w:r>
    </w:p>
    <w:p>
      <w:pPr>
        <w:pStyle w:val="Heading2"/>
      </w:pPr>
      <w:r>
        <w:t>Traditional Arabic knowledge insufficient for Quran</w:t>
      </w:r>
    </w:p>
    <w:p>
      <w:r>
        <w:rPr>
          <w:color w:val="666666"/>
          <w:sz w:val="18"/>
        </w:rPr>
        <w:t>Study of The Quran 23 June 2019 - Maulana Wahiduddin Khan · 1m 20s · at 14:20 · https://youtu.be/tFQnqhFtPko?t=860</w:t>
      </w:r>
    </w:p>
    <w:p>
      <w:r>
        <w:rPr>
          <w:i/>
        </w:rPr>
        <w:t>“For example, a scholar memorized all Arab poetry.”</w:t>
      </w:r>
    </w:p>
    <w:p>
      <w:r>
        <w:rPr>
          <w:sz w:val="20"/>
        </w:rPr>
        <w:t>14:20  misalan ek aalim thay, unhon ne sara arbon ka jo ashaar hain, kalam, us ko rat dala.</w:t>
      </w:r>
      <w:r>
        <w:br/>
      </w:r>
      <w:r>
        <w:rPr>
          <w:sz w:val="20"/>
        </w:rPr>
        <w:t>14:34  hazaron hazar ashaar un ko yaad thay. lekin mein mein jahan tak mein mein mein ne parha hai, woh quran ke magz ko samajh sake, samajh nahi sake.</w:t>
      </w:r>
      <w:r>
        <w:br/>
      </w:r>
      <w:r>
        <w:rPr>
          <w:sz w:val="20"/>
        </w:rPr>
        <w:t>14:46  woh quran ka jo magz hai, dawat, dawat, dawat, wahi nahi samjha unhon ne.</w:t>
      </w:r>
      <w:r>
        <w:br/>
      </w:r>
      <w:r>
        <w:rPr>
          <w:sz w:val="20"/>
        </w:rPr>
        <w:t>14:57  quran ka magz hai dawat, dawat ilal Allah. isi ko samajhne se nahi samajh paye woh. kyunke sirf aap arab arab shairon ke kalam ko rat dalen, yeh kafi nahi hai.</w:t>
      </w:r>
      <w:r>
        <w:br/>
      </w:r>
      <w:r>
        <w:rPr>
          <w:sz w:val="20"/>
        </w:rPr>
        <w:t>15:14  aap ko history ko janna pare ga, aap ko jagah ko janna pare ga, aap ko age ko janna pare ga, daur, aap ko science ko janna pare ga.</w:t>
      </w:r>
      <w:r>
        <w:br/>
      </w:r>
      <w:r>
        <w:rPr>
          <w:sz w:val="20"/>
        </w:rPr>
        <w:t>15:27  tab aap janen ge quran ko. sirf kalam arab ko agar rat dalen aap toh is se aap quran ko samajh nahi sakte.</w:t>
      </w:r>
    </w:p>
    <w:p>
      <w:pPr>
        <w:pStyle w:val="Heading2"/>
      </w:pPr>
      <w:r>
        <w:t>Revaluation and aligning thinking with Quran</w:t>
      </w:r>
    </w:p>
    <w:p>
      <w:r>
        <w:rPr>
          <w:color w:val="666666"/>
          <w:sz w:val="18"/>
        </w:rPr>
        <w:t>Incentive Matters Most 8 Dec 2019 - Maulana Wahiduddin Khan · 3m 00s · at 25:17 · https://youtu.be/07PMcV-Z8Vo?t=1517</w:t>
      </w:r>
    </w:p>
    <w:p>
      <w:r>
        <w:rPr>
          <w:i/>
        </w:rPr>
        <w:t>“To main aap ko kehta hoon ke aap revaluation kijiye”</w:t>
      </w:r>
    </w:p>
    <w:p>
      <w:r>
        <w:rPr>
          <w:sz w:val="20"/>
        </w:rPr>
        <w:t>25:17  toh mein aap ko kehta hoon ke aap revaluation kijiye, replanning kijiye, rethinking laiye apne andar.</w:t>
      </w:r>
      <w:r>
        <w:br/>
      </w:r>
      <w:r>
        <w:rPr>
          <w:sz w:val="20"/>
        </w:rPr>
        <w:t>25:30  apni soch ko quran par dhalie,</w:t>
      </w:r>
      <w:r>
        <w:br/>
      </w:r>
      <w:r>
        <w:rPr>
          <w:sz w:val="20"/>
        </w:rPr>
        <w:t>25:37  apni soch ko quran par dhalie.</w:t>
      </w:r>
      <w:r>
        <w:br/>
      </w:r>
      <w:r>
        <w:rPr>
          <w:sz w:val="20"/>
        </w:rPr>
        <w:t>25:47  jo ailaan kar raha hai ke</w:t>
      </w:r>
      <w:r>
        <w:br/>
      </w:r>
      <w:r>
        <w:rPr>
          <w:sz w:val="20"/>
        </w:rPr>
        <w:t>25:51  giroh qaleel giroh kaseer par ghalib aata hai, woh kaise? jab woh khuda ke qanoon par qaim rahe.</w:t>
      </w:r>
      <w:r>
        <w:br/>
      </w:r>
      <w:r>
        <w:rPr>
          <w:sz w:val="20"/>
        </w:rPr>
        <w:t>26:05  woh qanoon yahi hai ke apni, apne potential ko jagaiye, apne potential ko jagaiye,</w:t>
      </w:r>
      <w:r>
        <w:br/>
      </w:r>
      <w:r>
        <w:rPr>
          <w:sz w:val="20"/>
        </w:rPr>
        <w:t>26:22  apne potential ko jagaiye.</w:t>
      </w:r>
      <w:r>
        <w:br/>
      </w:r>
      <w:r>
        <w:rPr>
          <w:sz w:val="20"/>
        </w:rPr>
        <w:t>26:30  shikayat ki bajaye positive baatein kijiye, shikayat chodiye, positive baatein kijiye.</w:t>
      </w:r>
      <w:r>
        <w:br/>
      </w:r>
      <w:r>
        <w:rPr>
          <w:sz w:val="20"/>
        </w:rPr>
        <w:t>26:45  shikayat ko apne liye haram samajh lijie.</w:t>
      </w:r>
      <w:r>
        <w:br/>
      </w:r>
      <w:r>
        <w:rPr>
          <w:sz w:val="20"/>
        </w:rPr>
        <w:t>26:56  mashhoor misaal hai "try, try, try". again ke aik jagah aap ka kaam nahi banta hai, na bane, doosra try kijiye, teesri jagah try kijiye aur aap kamyab hon ge.</w:t>
      </w:r>
      <w:r>
        <w:br/>
      </w:r>
      <w:r>
        <w:rPr>
          <w:sz w:val="20"/>
        </w:rPr>
        <w:t>27:16  dekhiye, yeh duniya jo hai,</w:t>
      </w:r>
      <w:r>
        <w:br/>
      </w:r>
      <w:r>
        <w:rPr>
          <w:sz w:val="20"/>
        </w:rPr>
        <w:t>27:23  is khuda ki banai hui hai jo sab ka khuda hai. aisa nahi hai ke woh kisi ek ka khuda ho.</w:t>
      </w:r>
      <w:r>
        <w:br/>
      </w:r>
      <w:r>
        <w:rPr>
          <w:sz w:val="20"/>
        </w:rPr>
        <w:t>27:39  to dua kijiye, dua kijiye, quran padhiye, apne insentive jagaiye, apne potential ko,</w:t>
      </w:r>
      <w:r>
        <w:br/>
      </w:r>
      <w:r>
        <w:rPr>
          <w:sz w:val="20"/>
        </w:rPr>
        <w:t>27:54  apne potential ko avail kijiye aur inshallah aap kamyab honge. Assalam o alaikum wa rehmatullah.</w:t>
      </w:r>
    </w:p>
    <w:p>
      <w:pPr>
        <w:pStyle w:val="Heading2"/>
      </w:pPr>
      <w:r>
        <w:t>Quran introduced democracy during the age of kingship</w:t>
      </w:r>
    </w:p>
    <w:p>
      <w:r>
        <w:rPr>
          <w:color w:val="666666"/>
          <w:sz w:val="18"/>
        </w:rPr>
        <w:t>Revival of Islam November 7, 2010 · 2m 42s · at 16:15 · https://youtu.be/-aRS72WUTR8?t=975</w:t>
      </w:r>
    </w:p>
    <w:p>
      <w:r>
        <w:rPr>
          <w:i/>
        </w:rPr>
        <w:t>“Quran mein yeh usool bataya gaya tha: amruhum shura baynahum”</w:t>
      </w:r>
    </w:p>
    <w:p>
      <w:r>
        <w:rPr>
          <w:sz w:val="20"/>
        </w:rPr>
        <w:t>16:15  misal ke taur par dekhiye, quran mein yeh usool bataya gaya tha ke "amruhum shura bain hum" yani shuraai nizam.</w:t>
      </w:r>
      <w:r>
        <w:br/>
      </w:r>
      <w:r>
        <w:rPr>
          <w:sz w:val="20"/>
        </w:rPr>
        <w:t>16:25  yani wohi cheez jis ko hum aaj kehte hain "democracy". mashware se baaton ko tay karna. yeh kab kaha gaya tha? jab ke kingship ka zamana tha.</w:t>
      </w:r>
      <w:r>
        <w:br/>
      </w:r>
      <w:r>
        <w:rPr>
          <w:sz w:val="20"/>
        </w:rPr>
        <w:t>16:38  yani ek shakhs jo tha, despotic king hua karta tha.</w:t>
      </w:r>
      <w:r>
        <w:br/>
      </w:r>
      <w:r>
        <w:rPr>
          <w:sz w:val="20"/>
        </w:rPr>
        <w:t>16:43  uska hukum qanoon tha. poori duniya mein yeh kingship chha gaya tha. is zamane mein kaha gaya, woh hazaron saal se chala aa raha tha.</w:t>
      </w:r>
      <w:r>
        <w:br/>
      </w:r>
      <w:r>
        <w:rPr>
          <w:sz w:val="20"/>
        </w:rPr>
        <w:t>16:54  is zamane mein kaha gaya tha ke shuraai nizam "amruhum shura bain hum" yani tumhare mamlaat ko democratic way mein tay hona chahiye.</w:t>
      </w:r>
      <w:r>
        <w:br/>
      </w:r>
      <w:r>
        <w:rPr>
          <w:sz w:val="20"/>
        </w:rPr>
        <w:t>17:03  lekin kyun ke zamane mein ghalba tha kingship ka, badshahat ka, shakhsi hukmarani ka, despotic kings ka, to bohat jald wohi chha gaya.</w:t>
      </w:r>
      <w:r>
        <w:br/>
      </w:r>
      <w:r>
        <w:rPr>
          <w:sz w:val="20"/>
        </w:rPr>
        <w:t>17:17  quran ke usool wahin, waqti taur par yani khulafa rashideen ke zamane mein to chale, is ke baad foran kya hua? mulkiyat aa gayi, dynasty aa gayi.</w:t>
      </w:r>
      <w:r>
        <w:br/>
      </w:r>
      <w:r>
        <w:rPr>
          <w:sz w:val="20"/>
        </w:rPr>
        <w:t>17:30  yani wohi aa gaya.</w:t>
      </w:r>
      <w:r>
        <w:br/>
      </w:r>
      <w:r>
        <w:rPr>
          <w:sz w:val="20"/>
        </w:rPr>
        <w:t>17:32  lafz khilafat bola, khalifa ka lafz to bolte the woh log, lekin khalifa ke maani kehte hain wohi despotic king, ek shakhs ki hukmarani, khandani badshahat.</w:t>
      </w:r>
      <w:r>
        <w:br/>
      </w:r>
      <w:r>
        <w:rPr>
          <w:sz w:val="20"/>
        </w:rPr>
        <w:t>17:44  to islam ne agar che democracy ko introduce kiya tha history mein, lekin kyun ke halaat jo the, us mein kingship ka tasawwur chha gaya tha, to wohi baqi raha, wohi chalta raha.</w:t>
      </w:r>
      <w:r>
        <w:br/>
      </w:r>
      <w:r>
        <w:rPr>
          <w:sz w:val="20"/>
        </w:rPr>
        <w:t>17:58  yani is ke maani kya hain?</w:t>
      </w:r>
      <w:r>
        <w:br/>
      </w:r>
      <w:r>
        <w:rPr>
          <w:sz w:val="20"/>
        </w:rPr>
        <w:t>18:00  halaat favorable nahi the is inqilab ke liye. hazaron hazar saal se chala aa raha tha yeh rawaiti nizam. us mein islam ne chaha ke woh mazhab raij kiya jaye jo mustaqbil mein scientific door ko cover kar raha kar raha ho.</w:t>
      </w:r>
      <w:r>
        <w:br/>
      </w:r>
      <w:r>
        <w:rPr>
          <w:sz w:val="20"/>
        </w:rPr>
        <w:t>18:19  jab duniya mein secularism aa jaye, democracy aa jaye, science aa jaye, jadeed afkar aa jayein, us waqt ko cover kar raha ho.</w:t>
      </w:r>
      <w:r>
        <w:br/>
      </w:r>
      <w:r>
        <w:rPr>
          <w:sz w:val="20"/>
        </w:rPr>
        <w:t>18:31  aise usool diye gaye quran mein, lekin kyun ke amli halaat jo the, practical jo situation thi, woh poori ki poori uska dhara chal raha tha doosri taraf .</w:t>
      </w:r>
      <w:r>
        <w:br/>
      </w:r>
      <w:r>
        <w:rPr>
          <w:sz w:val="20"/>
        </w:rPr>
        <w:t>18:46  to waqti taur par islam rasool allah ke zamane mein, khulafa rashideen ke zamane mein woh raha. bohat jald is ke baad wohi kingship aa gayi .</w:t>
      </w:r>
    </w:p>
    <w:p>
      <w:pPr>
        <w:pStyle w:val="Heading2"/>
      </w:pPr>
      <w:r>
        <w:t>Betrayed in business, chose new start over revenge</w:t>
      </w:r>
    </w:p>
    <w:p>
      <w:r>
        <w:rPr>
          <w:color w:val="666666"/>
          <w:sz w:val="18"/>
        </w:rPr>
        <w:t>The Secret of Divine Wisdom September 2, 2012 · 2m 43s · at 16:55 · https://youtu.be/ZXQlrW7PqAE?t=1015</w:t>
      </w:r>
    </w:p>
    <w:p>
      <w:r>
        <w:rPr>
          <w:i/>
        </w:rPr>
        <w:t>“Unhone kaha mujhe is se intiqam lena hai”</w:t>
      </w:r>
    </w:p>
    <w:p>
      <w:r>
        <w:rPr>
          <w:sz w:val="20"/>
        </w:rPr>
        <w:t>16:55  mere paas aaye woh, bade ghusse mein thay. unhone ek aadmi ke saath ek business kiya tha chhota sa.</w:t>
      </w:r>
      <w:r>
        <w:br/>
      </w:r>
      <w:r>
        <w:rPr>
          <w:sz w:val="20"/>
        </w:rPr>
        <w:t>17:07  to us aadmi ko mauqa mila, us ne un un ka paisa maar liya aur business mein jo paisa laga hua tha woh maar liya.</w:t>
      </w:r>
      <w:r>
        <w:br/>
      </w:r>
      <w:r>
        <w:rPr>
          <w:sz w:val="20"/>
        </w:rPr>
        <w:t>17:17  aur un ko bilkul kahin else bana diya.</w:t>
      </w:r>
      <w:r>
        <w:br/>
      </w:r>
      <w:r>
        <w:rPr>
          <w:sz w:val="20"/>
        </w:rPr>
        <w:t>17:23  is ki lambi tafseel hai, main tafseel mein nahi ja raha hoon. ab unhone tay kiya ke main is ko qatal karunga. itna ghussa tha un ko ke ke pehle to un ka dost tha lekin ab woh dushman ho gaya un ka.</w:t>
      </w:r>
      <w:r>
        <w:br/>
      </w:r>
      <w:r>
        <w:rPr>
          <w:sz w:val="20"/>
        </w:rPr>
        <w:t>17:38  isi zamane mein mujh se mulaqat hui to ghusse mein unhone kaha ke mujhe to is se inteqaam lena hai.</w:t>
      </w:r>
      <w:r>
        <w:br/>
      </w:r>
      <w:r>
        <w:rPr>
          <w:sz w:val="20"/>
        </w:rPr>
        <w:t>17:49  to main ne un se kaha sirf ek baat. main ne kaha ke dekhiye yeh dunya ka qanoon yeh hai ke inteqaam ka bhi inteqaam liya jata hai.</w:t>
      </w:r>
      <w:r>
        <w:br/>
      </w:r>
      <w:r>
        <w:rPr>
          <w:sz w:val="20"/>
        </w:rPr>
        <w:t>18:07  inteqaam ka bhi inteqaam liya jata hai. to aap kya karenge? aap is ko marenge? un ke bete phir aap ko marenge?</w:t>
      </w:r>
      <w:r>
        <w:br/>
      </w:r>
      <w:r>
        <w:rPr>
          <w:sz w:val="20"/>
        </w:rPr>
        <w:t>18:18  to main ne kaha ke inteqaam lene se pehle soch lijiye ke inteqaam ka bhi inteqaam liya jayega. to main ne achhi tarah un ko samjhai yeh baat to un ke mind mein baith gayi.</w:t>
      </w:r>
      <w:r>
        <w:br/>
      </w:r>
      <w:r>
        <w:rPr>
          <w:sz w:val="20"/>
        </w:rPr>
        <w:t>18:30  to phir thande hue unhone kaha ab main kya karoon? main ne kaha aap bataiye ke us ne jo aap ko nuqsan pohanchaya hai us ke baad ab aap ke paas kya hai?</w:t>
      </w:r>
      <w:r>
        <w:br/>
      </w:r>
      <w:r>
        <w:rPr>
          <w:sz w:val="20"/>
        </w:rPr>
        <w:t>18:42  ab kya punji aap ke paas hai?</w:t>
      </w:r>
      <w:r>
        <w:br/>
      </w:r>
      <w:r>
        <w:rPr>
          <w:sz w:val="20"/>
        </w:rPr>
        <w:t>18:44  unhone kaha ke mere paas ab kul bees hazar rupay hain. main ne kaha theek hai bas aap is ko bhula dijiye. is ko mind se nikaal dijiye.</w:t>
      </w:r>
      <w:r>
        <w:br/>
      </w:r>
      <w:r>
        <w:rPr>
          <w:sz w:val="20"/>
        </w:rPr>
        <w:t>18:55  isi bees hazar rupay se aap koi bhi kaam shuru kar dijiye. jo bhi kaam aap ke liye possible ho. woh wapas gaye aur waqeatan is bees hazar rupay se unhone ek naya business start kiya.</w:t>
      </w:r>
      <w:r>
        <w:br/>
      </w:r>
      <w:r>
        <w:rPr>
          <w:sz w:val="20"/>
        </w:rPr>
        <w:t>19:10  ab to bees hazar ki value bohat kam hai.</w:t>
      </w:r>
      <w:r>
        <w:br/>
      </w:r>
      <w:r>
        <w:rPr>
          <w:sz w:val="20"/>
        </w:rPr>
        <w:t>19:13  jab ka waqia yeh hai tab bees hazar ki value achhi khasi hoti thi. to is waqie ke ek saal baad un se meri ek saal ya dedh saal ke baad meri mulaqat hui to unhone kaha ke ab main jitna main ne khoya tha us se bohat zyada mujhe mil chuka hai.</w:t>
      </w:r>
      <w:r>
        <w:br/>
      </w:r>
      <w:r>
        <w:rPr>
          <w:sz w:val="20"/>
        </w:rPr>
        <w:t>19:35  ab main mutmaeen hoon.</w:t>
      </w:r>
    </w:p>
    <w:p>
      <w:pPr>
        <w:pStyle w:val="Heading2"/>
      </w:pPr>
      <w:r>
        <w:t>Qur'anic purpose of creation: man as khalifa over universe</w:t>
      </w:r>
    </w:p>
    <w:p>
      <w:r>
        <w:rPr>
          <w:color w:val="666666"/>
          <w:sz w:val="18"/>
        </w:rPr>
        <w:t>Purpose of Creation September 28, 2014 · 2m 27s · at 1:22 · https://youtu.be/7M-rzLZzCYw?t=82</w:t>
      </w:r>
    </w:p>
    <w:p>
      <w:r>
        <w:rPr>
          <w:i/>
        </w:rPr>
        <w:t>“Wama khalaqtul jinna wal insa illa liya'budoon”</w:t>
      </w:r>
    </w:p>
    <w:p>
      <w:r>
        <w:rPr>
          <w:sz w:val="20"/>
        </w:rPr>
        <w:t>1:22  Quran ki ek aayat hai Az-Zariyat mein: "Wa ma khalaqtul jinna wal insa illa li ya'budoon". Is mein Abdullah ibn Abbas ne kaha hai ke "li ya'budoon" ka matlab hai "li ya'rifoon".</w:t>
      </w:r>
      <w:r>
        <w:br/>
      </w:r>
      <w:r>
        <w:rPr>
          <w:sz w:val="20"/>
        </w:rPr>
        <w:t>1:38  Yani Allah taala ne jo takhleeq kiya insaan ko, to is ka maqsad yeh tha ke insaan</w:t>
      </w:r>
      <w:r>
        <w:br/>
      </w:r>
      <w:r>
        <w:rPr>
          <w:sz w:val="20"/>
        </w:rPr>
        <w:t>1:49  marifat hasil kare, aur marifat ka nateeja hai ke woh Allah ka aabid ban jaye.</w:t>
      </w:r>
      <w:r>
        <w:br/>
      </w:r>
      <w:r>
        <w:rPr>
          <w:sz w:val="20"/>
        </w:rPr>
        <w:t>1:57  Yani is ka matlab yeh tha ke apne khalíq ko discovery ke darje mein daryaft karna.</w:t>
      </w:r>
      <w:r>
        <w:br/>
      </w:r>
      <w:r>
        <w:rPr>
          <w:sz w:val="20"/>
        </w:rPr>
        <w:t>2:11  phir dekhiye, jo surah al-baqarah mein jo bataya gaya hai ke insaan ko paida kiya jab Allah taala ne, us waqt ka jo qissa bataya gaya woh yeh hai ke Allah ne Adam ko paida kiya aur yeh elaan kiya ke yeh zameen mein khalifa hoga.</w:t>
      </w:r>
      <w:r>
        <w:br/>
      </w:r>
      <w:r>
        <w:rPr>
          <w:sz w:val="20"/>
        </w:rPr>
        <w:t>2:40  khalifa ka matlab koi hukoomat ki baat nahi hai, iska koi political connotation nahi hai. iska matlab yeh hai ke zameen iske incharge mein ho, woh zameen ka incharge hoga.</w:t>
      </w:r>
      <w:r>
        <w:br/>
      </w:r>
      <w:r>
        <w:rPr>
          <w:sz w:val="20"/>
        </w:rPr>
        <w:t>2:54  muslim ya ghair muslim hone ki baat nahi hai yeh, aur poori zameen iske charge mein hogi. phir zamini ki jab baat nahi hai balkeh poori kainat ki baat hai.</w:t>
      </w:r>
      <w:r>
        <w:br/>
      </w:r>
      <w:r>
        <w:rPr>
          <w:sz w:val="20"/>
        </w:rPr>
        <w:t>3:11  kyunke dekhiye, Quran mein hai ke: "sakharkum sakhara lakum fis-samawati wama fil-ard". saare zameen o aasman ko, yaani saari kainat ko,</w:t>
      </w:r>
      <w:r>
        <w:br/>
      </w:r>
      <w:r>
        <w:rPr>
          <w:sz w:val="20"/>
        </w:rPr>
        <w:t>3:29  insaan ke charge mein de diya.</w:t>
      </w:r>
      <w:r>
        <w:br/>
      </w:r>
      <w:r>
        <w:rPr>
          <w:sz w:val="20"/>
        </w:rPr>
        <w:t>3:33  yaani insaan ko aisi salahiyatein dein ke woh poori kainat ko istemaal kar sake marifat ke husool ke liye.</w:t>
      </w:r>
    </w:p>
    <w:p>
      <w:pPr>
        <w:pStyle w:val="Heading2"/>
      </w:pPr>
      <w:r>
        <w:t>Quran verse: turn your enemy into a friend</w:t>
      </w:r>
    </w:p>
    <w:p>
      <w:r>
        <w:rPr>
          <w:color w:val="666666"/>
          <w:sz w:val="18"/>
        </w:rPr>
        <w:t>The Concept of Spirituality In Islam - I January 27, 2006 Maulana Wahiduddin Khan · 1m 41s · at 16:19 · https://youtu.be/xnI_QVVDWgk?t=979</w:t>
      </w:r>
    </w:p>
    <w:p>
      <w:r>
        <w:rPr>
          <w:i/>
        </w:rPr>
        <w:t>“There is a very relevant verse of the Quran”</w:t>
      </w:r>
    </w:p>
    <w:p>
      <w:r>
        <w:rPr>
          <w:sz w:val="20"/>
        </w:rPr>
        <w:t>16:19  you know, there is a very relevant verse of the quran.</w:t>
      </w:r>
      <w:r>
        <w:br/>
      </w:r>
      <w:r>
        <w:rPr>
          <w:sz w:val="20"/>
        </w:rPr>
        <w:t>16:28  it says that,</w:t>
      </w:r>
      <w:r>
        <w:br/>
      </w:r>
      <w:r>
        <w:rPr>
          <w:sz w:val="20"/>
        </w:rPr>
        <w:t>16:33  "Itfa, itfa bilti hai aasan. La, la, la, tastab hasrat wa saiya. Itfa bilti hai aasan. Faiz ka vlel hameem." It means that,</w:t>
      </w:r>
      <w:r>
        <w:br/>
      </w:r>
      <w:r>
        <w:rPr>
          <w:sz w:val="20"/>
        </w:rPr>
        <w:t>16:54  "Do good deeds in return for bad deeds." and you will find that your enemy has become your dearest friend. This is a Quranic verse. So, according to this,</w:t>
      </w:r>
      <w:r>
        <w:br/>
      </w:r>
      <w:r>
        <w:rPr>
          <w:sz w:val="20"/>
        </w:rPr>
        <w:t>17:20  our enemy is our potential friend. what is revolutionary idea?</w:t>
      </w:r>
      <w:r>
        <w:br/>
      </w:r>
      <w:r>
        <w:rPr>
          <w:sz w:val="20"/>
        </w:rPr>
        <w:t>17:29  our enemy is our potential friend. so,</w:t>
      </w:r>
      <w:r>
        <w:br/>
      </w:r>
      <w:r>
        <w:rPr>
          <w:sz w:val="20"/>
        </w:rPr>
        <w:t>17:36  turn this potential to actual. very simple formula. very simple formula. every enemy is your potential friend. so, turn this potential to actual. this is a spiritual formula. very simple, very easy. this is the Quran ki seekh.</w:t>
      </w:r>
    </w:p>
    <w:p>
      <w:pPr>
        <w:pStyle w:val="Heading2"/>
      </w:pPr>
      <w:r>
        <w:t>Divine planning and Quranic discovery</w:t>
      </w:r>
    </w:p>
    <w:p>
      <w:r>
        <w:rPr>
          <w:color w:val="666666"/>
          <w:sz w:val="18"/>
        </w:rPr>
        <w:t>The Quran September 20, 2020 Maulana Wahiduddin Khan · 1m 30s · at 12:33 · https://youtu.be/yQZGg2A0-Tk?t=753</w:t>
      </w:r>
    </w:p>
    <w:p>
      <w:r>
        <w:rPr>
          <w:i/>
        </w:rPr>
        <w:t>“Main arz karta hoon ke mujhe is qalb al-hadith se”</w:t>
      </w:r>
    </w:p>
    <w:p>
      <w:r>
        <w:rPr>
          <w:sz w:val="20"/>
        </w:rPr>
        <w:t>12:33  main arz karta hoon ke mujhe is quloob al hadees se, is quloob al hadees se, mislan jab maine yeh hadees padhi ke "ittqoo firasat al momin Allah"</w:t>
      </w:r>
      <w:r>
        <w:br/>
      </w:r>
      <w:r>
        <w:rPr>
          <w:sz w:val="20"/>
        </w:rPr>
        <w:t>12:53  to is se maine jana ke</w:t>
      </w:r>
      <w:r>
        <w:br/>
      </w:r>
      <w:r>
        <w:rPr>
          <w:sz w:val="20"/>
        </w:rPr>
        <w:t>12:59  ke is zindagi ke bare mein Allah rab al alameen ka ek planning hai, uska ek uski thing hai.</w:t>
      </w:r>
      <w:r>
        <w:br/>
      </w:r>
      <w:r>
        <w:rPr>
          <w:sz w:val="20"/>
        </w:rPr>
        <w:t>13:10  to hamein is ke lihaaz se parhna chahiye quran ko</w:t>
      </w:r>
      <w:r>
        <w:br/>
      </w:r>
      <w:r>
        <w:rPr>
          <w:sz w:val="20"/>
        </w:rPr>
        <w:t>13:15  ke Allah rab al alameen ki isi hum thing ko daryaft karen, Khuda ki planning ko janen.</w:t>
      </w:r>
      <w:r>
        <w:br/>
      </w:r>
      <w:r>
        <w:rPr>
          <w:sz w:val="20"/>
        </w:rPr>
        <w:t>13:26  to aap jab daryaft karen ge to woh aap ke mind ko pakad lega.</w:t>
      </w:r>
      <w:r>
        <w:br/>
      </w:r>
      <w:r>
        <w:rPr>
          <w:sz w:val="20"/>
        </w:rPr>
        <w:t>13:33  yeh jo hai ke "ittqoo firasat al momin" to yeh kisi doosre ke bare mein nahi, khud apne bare mein hai.</w:t>
      </w:r>
      <w:r>
        <w:br/>
      </w:r>
      <w:r>
        <w:rPr>
          <w:sz w:val="20"/>
        </w:rPr>
        <w:t>13:49  quran ki daryaft apne aap hi aap ko pakad legi, apne aap pakad legi.</w:t>
      </w:r>
    </w:p>
    <w:p>
      <w:pPr>
        <w:pStyle w:val="Heading2"/>
      </w:pPr>
      <w:r>
        <w:t>Political protest haram, only advice allowed</w:t>
      </w:r>
    </w:p>
    <w:p>
      <w:r>
        <w:rPr>
          <w:color w:val="666666"/>
          <w:sz w:val="18"/>
        </w:rPr>
        <w:t>Q&amp;A 04 Mar 2012 Maulana Wahiduddin Khan · 2m 37s · at 6:42 · https://youtu.be/txRmutuvWQI?t=402</w:t>
      </w:r>
    </w:p>
    <w:p>
      <w:r>
        <w:rPr>
          <w:i/>
        </w:rPr>
        <w:t>“Yeh to bilkul haram hai, chup chaap dua karein”</w:t>
      </w:r>
    </w:p>
    <w:p>
      <w:r>
        <w:rPr>
          <w:sz w:val="20"/>
        </w:rPr>
        <w:t>6:42  yeh to bilkul haram hai ke aap karne ki position mein nahi hain, aap jhanda le ke khare ho jayein aur is ke baad goliyan chalein aur bomb barsein aur log marein katein. yeh yeh is ka is hadith se is ka koi talluq nahi.</w:t>
      </w:r>
      <w:r>
        <w:br/>
      </w:r>
      <w:r>
        <w:rPr>
          <w:sz w:val="20"/>
        </w:rPr>
        <w:t>6:54  woh to super haram hai, bilashuba. jo aaj kal ho raha hai hum is mamle mein jagah jagah, yeh sab haram hai. haram. is ka is ka hadith se koi talluq nahi.</w:t>
      </w:r>
      <w:r>
        <w:br/>
      </w:r>
      <w:r>
        <w:rPr>
          <w:sz w:val="20"/>
        </w:rPr>
        <w:t>7:03  hadith mein hai ke peaceful tareeqe se, result oriented tareeqe se, baqt istitaat, aap agar kisi burai ke bare mein kuch kar sakte hain to kijiye.</w:t>
      </w:r>
      <w:r>
        <w:br/>
      </w:r>
      <w:r>
        <w:rPr>
          <w:sz w:val="20"/>
        </w:rPr>
        <w:t>7:14  nahi to chup chap ja ke masjid mein dua kijiye. aur political protest ka to hargiz hargiz talluq nahi is se. is hadith se.</w:t>
      </w:r>
      <w:r>
        <w:br/>
      </w:r>
      <w:r>
        <w:rPr>
          <w:sz w:val="20"/>
        </w:rPr>
        <w:t>7:23  bilkul is ka talluq nahi. mein is ko political protest ko haram samajhta hoon. is is liye haram samajhta hoon ke sahaba ne kabhi aisa kiya nahi. Rasool Allah ne kabhi aisa kiya nahi.</w:t>
      </w:r>
      <w:r>
        <w:br/>
      </w:r>
      <w:r>
        <w:rPr>
          <w:sz w:val="20"/>
        </w:rPr>
        <w:t>7:33  Makkah mein woh sab masail maujood the jis ko le kar kaha ke political protest kiya jata hai. opposition kiya thi.</w:t>
      </w:r>
      <w:r>
        <w:br/>
      </w:r>
      <w:r>
        <w:rPr>
          <w:sz w:val="20"/>
        </w:rPr>
        <w:t>7:41  rasool Allah ne aisa nahi kiya. is wajah se mein is ko haram kehta hoon. yaani opposition ke jo tareeqe aaj kal chal rahe hain duniya mein, rights ko le kar ke aur political demand ko le kar, woh sab ke asbab maujood the Makkah mein.</w:t>
      </w:r>
      <w:r>
        <w:br/>
      </w:r>
      <w:r>
        <w:rPr>
          <w:sz w:val="20"/>
        </w:rPr>
        <w:t>7:54  rasool Allah ne nahi kaha is ko. to Usman karte hain to is ko feal haram karte hain.</w:t>
      </w:r>
      <w:r>
        <w:br/>
      </w:r>
      <w:r>
        <w:rPr>
          <w:sz w:val="20"/>
        </w:rPr>
        <w:t>8:00  mujhe zara bhi is mein shaq nahi ke haram hai yeh. jo hadith mein hai, woh sirf yeh hai ke rozmarra ki zindagi mein, ghar ke andar, ghar ke bahar, aap logon ko naseehat karein.</w:t>
      </w:r>
      <w:r>
        <w:br/>
      </w:r>
      <w:r>
        <w:rPr>
          <w:sz w:val="20"/>
        </w:rPr>
        <w:t>8:10  koi baat dekha hai to naseehat karein. bashart ke aap ko wahan par baat aur bigadne ka andesha na ho.</w:t>
      </w:r>
      <w:r>
        <w:br/>
      </w:r>
      <w:r>
        <w:rPr>
          <w:sz w:val="20"/>
        </w:rPr>
        <w:t>8:19  misal ke taur par dekhiye, masjidon mein ek ek ek imam phat ke masjid mein aa gaya. aap ka khayal hai ke imam jo hai galat imam hai.</w:t>
      </w:r>
      <w:r>
        <w:br/>
      </w:r>
      <w:r>
        <w:rPr>
          <w:sz w:val="20"/>
        </w:rPr>
        <w:t>8:30  to kya karte hain? muqtadi is ka hungama khara karte hain. is ke phir namaz najayaz hai. yeh bilkul galat kaam hai yeh.</w:t>
      </w:r>
      <w:r>
        <w:br/>
      </w:r>
      <w:r>
        <w:rPr>
          <w:sz w:val="20"/>
        </w:rPr>
        <w:t>8:37  aap ko sirf yeh haq hai ke muqtadiyon se kahein ke yeh imam sahi nahi hai to aur hum imam ko badal lein. narmi se kahein.</w:t>
      </w:r>
      <w:r>
        <w:br/>
      </w:r>
      <w:r>
        <w:rPr>
          <w:sz w:val="20"/>
        </w:rPr>
        <w:t>8:45  agar muqtadi tayar is ke nahi hain to chup chap se aap namaz padh ke chale jaiye. aur kuch aap ko haq nahi kuch karne ka.</w:t>
      </w:r>
      <w:r>
        <w:br/>
      </w:r>
      <w:r>
        <w:rPr>
          <w:sz w:val="20"/>
        </w:rPr>
        <w:t>8:54  to khamosh aur result oriented naseehat is se murad hai. bas is se zyada kuch nahi. result oriented naseehat.</w:t>
      </w:r>
      <w:r>
        <w:br/>
      </w:r>
      <w:r>
        <w:rPr>
          <w:sz w:val="20"/>
        </w:rPr>
        <w:t>9:04  is se zyada kuch nahi. yaani result oriented counseling. is hadith mein</w:t>
      </w:r>
      <w:r>
        <w:br/>
      </w:r>
      <w:r>
        <w:rPr>
          <w:sz w:val="20"/>
        </w:rPr>
        <w:t>9:11  result oriented counseling ki baat kahi gayi hai na ke protest ki. protest bilkul haram hai Islam mein.</w:t>
      </w:r>
    </w:p>
    <w:p>
      <w:pPr>
        <w:pStyle w:val="Heading2"/>
      </w:pPr>
      <w:r>
        <w:t>Suicide is haram due to pessimism</w:t>
      </w:r>
    </w:p>
    <w:p>
      <w:r>
        <w:rPr>
          <w:color w:val="666666"/>
          <w:sz w:val="18"/>
        </w:rPr>
        <w:t>Islam and Peace (In Conversation with Maulana) · 1m 59s · at 16:18 · https://youtu.be/vFVw6wPt5lk?t=978</w:t>
      </w:r>
    </w:p>
    <w:p>
      <w:r>
        <w:rPr>
          <w:i/>
        </w:rPr>
        <w:t>“Punishment and reward depend on intention.”</w:t>
      </w:r>
    </w:p>
    <w:p>
      <w:r>
        <w:rPr>
          <w:sz w:val="20"/>
        </w:rPr>
        <w:t>16:18  The reason is that punishment and reward both depend on intention, not simply on deed.</w:t>
      </w:r>
      <w:r>
        <w:br/>
      </w:r>
      <w:r>
        <w:rPr>
          <w:sz w:val="20"/>
        </w:rPr>
        <w:t>16:29  So one who commits suicide, he shows bad intention because he showed that he became pessimist.</w:t>
      </w:r>
      <w:r>
        <w:br/>
      </w:r>
      <w:r>
        <w:rPr>
          <w:sz w:val="20"/>
        </w:rPr>
        <w:t>16:39  He became a frustrated person</w:t>
      </w:r>
      <w:r>
        <w:br/>
      </w:r>
      <w:r>
        <w:rPr>
          <w:sz w:val="20"/>
        </w:rPr>
        <w:t>16:45  . He lost the hope from God. So it is haram in Islam to be pessimist.</w:t>
      </w:r>
      <w:r>
        <w:br/>
      </w:r>
      <w:r>
        <w:rPr>
          <w:sz w:val="20"/>
        </w:rPr>
        <w:t>16:59  It is haram in Islam.</w:t>
      </w:r>
      <w:r>
        <w:br/>
      </w:r>
      <w:r>
        <w:rPr>
          <w:sz w:val="20"/>
        </w:rPr>
        <w:t>17:02  You are not allowed to be pessimist. You have to wait for God's blessing. If you are in trouble, if you are facing some problem,</w:t>
      </w:r>
      <w:r>
        <w:br/>
      </w:r>
      <w:r>
        <w:rPr>
          <w:sz w:val="20"/>
        </w:rPr>
        <w:t>17:16  you have to wait for you have to pray to God and wait.</w:t>
      </w:r>
      <w:r>
        <w:br/>
      </w:r>
      <w:r>
        <w:rPr>
          <w:sz w:val="20"/>
        </w:rPr>
        <w:t>17:28  It means that if you are facing some trouble, some problem, you have to pray to God and you have to wait for the solution.</w:t>
      </w:r>
      <w:r>
        <w:br/>
      </w:r>
      <w:r>
        <w:rPr>
          <w:sz w:val="20"/>
        </w:rPr>
        <w:t>17:42  God will help you.</w:t>
      </w:r>
      <w:r>
        <w:br/>
      </w:r>
      <w:r>
        <w:rPr>
          <w:sz w:val="20"/>
        </w:rPr>
        <w:t>17:46  So it is not allowed in Islam to commit suicide. It is haram. So one who commits suicide, he proved that he was a pessimist.</w:t>
      </w:r>
      <w:r>
        <w:br/>
      </w:r>
      <w:r>
        <w:rPr>
          <w:sz w:val="20"/>
        </w:rPr>
        <w:t>17:57  He was a disappointed person.</w:t>
      </w:r>
      <w:r>
        <w:br/>
      </w:r>
      <w:r>
        <w:rPr>
          <w:sz w:val="20"/>
        </w:rPr>
        <w:t>18:00  And disappointment is haram.</w:t>
      </w:r>
      <w:r>
        <w:br/>
      </w:r>
      <w:r>
        <w:rPr>
          <w:sz w:val="20"/>
        </w:rPr>
        <w:t>18:06  So the basic reason is disappointment. So Molana, is our destiny governed by God? Does He choose who is evil and who is bad?</w:t>
      </w:r>
    </w:p>
    <w:p>
      <w:pPr>
        <w:pStyle w:val="Heading2"/>
      </w:pPr>
      <w:r>
        <w:t>First revelation: Jibreel commands Iqra in cave of Hira</w:t>
      </w:r>
    </w:p>
    <w:p>
      <w:r>
        <w:rPr>
          <w:color w:val="666666"/>
          <w:sz w:val="18"/>
        </w:rPr>
        <w:t>Ramadan and Roza August 5, 2012 · 1m 06s · at 9:54 · https://youtu.be/G1oFWcZ1gBg?t=594</w:t>
      </w:r>
    </w:p>
    <w:p>
      <w:r>
        <w:rPr>
          <w:i/>
        </w:rPr>
        <w:t>“Ghar-e-Hira mein Jibreel aate hain: Iqra ya Muhammad”</w:t>
      </w:r>
    </w:p>
    <w:p>
      <w:r>
        <w:rPr>
          <w:sz w:val="20"/>
        </w:rPr>
        <w:t>9:54  chaudah so chaalis saal. aap rasool Allah sal Allah alaihi wasallam ghar e hira mein thay. ghar e hira ki tasweer aap dekh sakte hain internet par main ne dekha bilkul pathar hai charon taraf is mein ek kho hai.</w:t>
      </w:r>
      <w:r>
        <w:br/>
      </w:r>
      <w:r>
        <w:rPr>
          <w:sz w:val="20"/>
        </w:rPr>
        <w:t>10:09  wahan aap thay. ab jibril aate hain wahan par. aur kehte hain iqra ya muhammad aye muhammad parho.</w:t>
      </w:r>
      <w:r>
        <w:br/>
      </w:r>
      <w:r>
        <w:rPr>
          <w:sz w:val="20"/>
        </w:rPr>
        <w:t>10:23  o muhammad read phir hazrat jibril woh alfaaz dohrate hain iqra bismi rabbika allazi khalaq khalaq al insana min alaq iqra wa rabbuka al akram allazi allama bil qalam</w:t>
      </w:r>
      <w:r>
        <w:br/>
      </w:r>
      <w:r>
        <w:rPr>
          <w:sz w:val="20"/>
        </w:rPr>
        <w:t>10:38  to rasool Allah is ko dohrate hain. to ek ajeeb mujhe ehsaas hua ke woh jo alfaaz gonji thi sir yani ghar e hira mein jibril ne kaha rasool Allah se rasool Allah ne wahi alfaaz convey kiya sahaba ko sahaba ne wahi alfaaz convey kiya tabeen ko tabeen ne wahi alfaaz convey kiya tabe tabeen ko</w:t>
      </w:r>
    </w:p>
    <w:p>
      <w:pPr>
        <w:pStyle w:val="Heading2"/>
      </w:pPr>
      <w:r>
        <w:t>Flood therapy as revival for nations</w:t>
      </w:r>
    </w:p>
    <w:p>
      <w:r>
        <w:rPr>
          <w:color w:val="666666"/>
          <w:sz w:val="18"/>
        </w:rPr>
        <w:t>Dars-e-Quran, Chapter 2, Verse 79 June 24, 2018 · 3m 02s · at 9:39 · https://youtu.be/7OeNcHSoPp0?t=579</w:t>
      </w:r>
    </w:p>
    <w:p>
      <w:r>
        <w:rPr>
          <w:i/>
        </w:rPr>
        <w:t>“Hazrat Nooh ka toofan”</w:t>
      </w:r>
    </w:p>
    <w:p>
      <w:r>
        <w:rPr>
          <w:sz w:val="20"/>
        </w:rPr>
        <w:t>9:39  Hazrat Nuh ka toofan. log samajhte hain ke koi toofan, koi ek hi baat jaante hain ke azaab, azaab, azaab.</w:t>
      </w:r>
      <w:r>
        <w:br/>
      </w:r>
      <w:r>
        <w:rPr>
          <w:sz w:val="20"/>
        </w:rPr>
        <w:t>9:50  bas isi itna hi jaante hain. nahin, Allah taala ke har kaam mein koi koi maslehat hoti hai. to toofan Nuh jo tha, woh sirf azaab nahin tha,</w:t>
      </w:r>
      <w:r>
        <w:br/>
      </w:r>
      <w:r>
        <w:rPr>
          <w:sz w:val="20"/>
        </w:rPr>
        <w:t>10:03  woh Allah taala ka yani jo jo qaumon ko revival ka karte hue tareeqa hai, us ko apply karna tha. chunaanche dekhiye, toofan Nuh mein kya hua?</w:t>
      </w:r>
      <w:r>
        <w:br/>
      </w:r>
      <w:r>
        <w:rPr>
          <w:sz w:val="20"/>
        </w:rPr>
        <w:t>10:18  us waqt jo tak jo aabadi thi, woh sab ki sab Iraq ke is ilaaqe mein rehti thi jo kehte hain Misr Patakhiyan, yani Dajla aur Furaat ke darmiyan.</w:t>
      </w:r>
      <w:r>
        <w:br/>
      </w:r>
      <w:r>
        <w:rPr>
          <w:sz w:val="20"/>
        </w:rPr>
        <w:t>10:32  Dajla aur Furaat dono daryayein hain. to Dajla aur Furaat ke darmiyan ka jo ilaaqa tha, us ko kehte thay Misr Patakhiyan.</w:t>
      </w:r>
      <w:r>
        <w:br/>
      </w:r>
      <w:r>
        <w:rPr>
          <w:sz w:val="20"/>
        </w:rPr>
        <w:t>10:42  us waqt ki insani aabadi is ilaaqe mein thi. to Allah taala ne flood ka process chalaya, yani bohat bara sailab aaya.</w:t>
      </w:r>
      <w:r>
        <w:br/>
      </w:r>
      <w:r>
        <w:rPr>
          <w:sz w:val="20"/>
        </w:rPr>
        <w:t>10:56  log kashtiyon par sawaar ho kar ke wahan se muntakil kar diye gaye. to ab dekhen, kahan gaye woh? woh gaye Turkey ki sarhad par, aur Ararat pahaad ke naani ke utar utaar diye gaye,</w:t>
      </w:r>
      <w:r>
        <w:br/>
      </w:r>
      <w:r>
        <w:rPr>
          <w:sz w:val="20"/>
        </w:rPr>
        <w:t>11:14  yani Europe ke kinare.</w:t>
      </w:r>
      <w:r>
        <w:br/>
      </w:r>
      <w:r>
        <w:rPr>
          <w:sz w:val="20"/>
        </w:rPr>
        <w:t>11:19  Europe ke kinare. to jo insaniyat confined ho gayi thi is ilaaqe mein, jis ko Misr Patakhiyan kehte thay,</w:t>
      </w:r>
      <w:r>
        <w:br/>
      </w:r>
      <w:r>
        <w:rPr>
          <w:sz w:val="20"/>
        </w:rPr>
        <w:t>11:32  us ko wahan se nikaal kar le gaye Europe ki sarhad par. aur baaz muhqqiqeen ne likha hai ke yahi woh log hain jo jis se Western Europe bana, aur jin se Western civilization aayi, aur jin se yani White Race develop hui.</w:t>
      </w:r>
      <w:r>
        <w:br/>
      </w:r>
      <w:r>
        <w:rPr>
          <w:sz w:val="20"/>
        </w:rPr>
        <w:t>11:55  to kiya yeh yeh agar yeh kehna hai ke azab, azab, azab to aap ne ek rukh ko dekha, doosre rukh ko nahi dekha. woh tha is ek bohat hi fertile qaum thi, woh jo daway mein thi,</w:t>
      </w:r>
      <w:r>
        <w:br/>
      </w:r>
      <w:r>
        <w:rPr>
          <w:sz w:val="20"/>
        </w:rPr>
        <w:t>12:13  ek bohat hi zinda qaum thi, woh lekin pad gayi thi ghalati mein. is ko is ko utha kar le gaye, wahan par daal diya</w:t>
      </w:r>
      <w:r>
        <w:br/>
      </w:r>
      <w:r>
        <w:rPr>
          <w:sz w:val="20"/>
        </w:rPr>
        <w:t>12:25  turki ke pahaar ararat par, jo ke sar europe ki sarhad par tha. to ek nayi qaum banana, is qaum se naya kaam lena, yeh wohi sahi amal tha jis tarah ke arab mein hua.</w:t>
      </w:r>
    </w:p>
    <w:p>
      <w:pPr>
        <w:pStyle w:val="Heading2"/>
      </w:pPr>
      <w:r>
        <w:t>tribal chief rejects Islam fearing the Persian king</w:t>
      </w:r>
    </w:p>
    <w:p>
      <w:r>
        <w:rPr>
          <w:color w:val="666666"/>
          <w:sz w:val="18"/>
        </w:rPr>
        <w:t>Freedom of Expression in Islam September 30, 2012 · 2m 16s · at 26:47 · https://youtu.be/S4mQpkoZITg?t=1607</w:t>
      </w:r>
    </w:p>
    <w:p>
      <w:r>
        <w:rPr>
          <w:i/>
        </w:rPr>
        <w:t>“In Mecca, a tribe called Banu Shaiban came to visit”</w:t>
      </w:r>
    </w:p>
    <w:p>
      <w:r>
        <w:rPr>
          <w:sz w:val="20"/>
        </w:rPr>
        <w:t>26:47  woh khud Islam ke zamane mein bhi yeh halat qaim thi.</w:t>
      </w:r>
      <w:r>
        <w:br/>
      </w:r>
      <w:r>
        <w:rPr>
          <w:sz w:val="20"/>
        </w:rPr>
        <w:t>26:52  misalan dekhiye, Makki daur mein jo waqiat hue, us mein se aik waqia yeh hai ke qabail Arab jo thay, woh Kaba ki ziyarat ke liye mukhtalif ilaqon se aya karte thay.</w:t>
      </w:r>
      <w:r>
        <w:br/>
      </w:r>
      <w:r>
        <w:rPr>
          <w:sz w:val="20"/>
        </w:rPr>
        <w:t>27:11  har saal aik saal aisa hua ke jab qabail aaye ke Rasool Allah sal Allah alaihi wasallam gaye wahan par tablegh ke liye, Quran logon ko batane ke liye.</w:t>
      </w:r>
      <w:r>
        <w:br/>
      </w:r>
      <w:r>
        <w:rPr>
          <w:sz w:val="20"/>
        </w:rPr>
        <w:t>27:22  to us mein aik qabila tha, uska naam tha Banu Shaiban. us ke paas aap gaye to aap ne Quran sunaya, un ko is tauheed ki baat batayi.</w:t>
      </w:r>
      <w:r>
        <w:br/>
      </w:r>
      <w:r>
        <w:rPr>
          <w:sz w:val="20"/>
        </w:rPr>
        <w:t>27:34  jo sardar jo tha, woh mutasir hua, us ko aap ki baatein achi lagin lekin us ne mana nahi.</w:t>
      </w:r>
      <w:r>
        <w:br/>
      </w:r>
      <w:r>
        <w:rPr>
          <w:sz w:val="20"/>
        </w:rPr>
        <w:t>27:45  kyun? us ne daleel yeh di thi. aap woh kitab hamare paas maujood hai, yahan bhi dekh sakte hain aap ke hum hum jahan rehte hain, woh Arab ki woh sarhad hai jo Iran se milti hai.</w:t>
      </w:r>
      <w:r>
        <w:br/>
      </w:r>
      <w:r>
        <w:rPr>
          <w:sz w:val="20"/>
        </w:rPr>
        <w:t>28:00  hum Irani badshah ki sarhad par rehte hain aur Irani badshahon se hamare muahiday hain.</w:t>
      </w:r>
      <w:r>
        <w:br/>
      </w:r>
      <w:r>
        <w:rPr>
          <w:sz w:val="20"/>
        </w:rPr>
        <w:t>28:09  us ne us ne kaha tha ke badshah log is ko pasand nahi karte ke koi nai cheez introduce ki jaye, koi nai cheez ikhtiyar ki jaye,</w:t>
      </w:r>
      <w:r>
        <w:br/>
      </w:r>
      <w:r>
        <w:rPr>
          <w:sz w:val="20"/>
        </w:rPr>
        <w:t>28:21  koi nai cheez ikhtiyar ki jaye. to aap ki cheez jo hai, aik nai cheez hai.</w:t>
      </w:r>
      <w:r>
        <w:br/>
      </w:r>
      <w:r>
        <w:rPr>
          <w:sz w:val="20"/>
        </w:rPr>
        <w:t>28:26  yani dunya jo hai, woh yani yani jo dunya ka jo is waqt culture hai, woh shirk culture hai. aap tauheed culture ko pesh kar rahe hain, jo aik nai cheez hai.</w:t>
      </w:r>
      <w:r>
        <w:br/>
      </w:r>
      <w:r>
        <w:rPr>
          <w:sz w:val="20"/>
        </w:rPr>
        <w:t>28:38  to us ne kaha ke Shahanshah Kisra jo hain, is ko pasand nahi karenge. Mumalathul balugh yeh woh cheez hai, yeh yeh aik nai cheez hai, is liye badshah log is ko pasand nahi karenge.</w:t>
      </w:r>
      <w:r>
        <w:br/>
      </w:r>
      <w:r>
        <w:rPr>
          <w:sz w:val="20"/>
        </w:rPr>
        <w:t>28:50  is liye main is ko ikhtiyar nahi kar sakta.</w:t>
      </w:r>
      <w:r>
        <w:br/>
      </w:r>
      <w:r>
        <w:rPr>
          <w:sz w:val="20"/>
        </w:rPr>
        <w:t>28:53  to woh zamana jo tha ke ikhtilaf-e-rai, dissent, alag koi rai rakhna, yeh bilkul shajar-e-mamanu'a tha, pabandi thi.</w:t>
      </w:r>
    </w:p>
    <w:p>
      <w:pPr>
        <w:pStyle w:val="Heading2"/>
      </w:pPr>
      <w:r>
        <w:t>The universe is custom-made for human beings</w:t>
      </w:r>
    </w:p>
    <w:p>
      <w:r>
        <w:rPr>
          <w:color w:val="666666"/>
          <w:sz w:val="18"/>
        </w:rPr>
        <w:t>Purpose of Human Life February 12, 2012 Maulana Wahiduddin Khan · 2m 55s · at 26:52 · https://youtu.be/gRupSXuak-w?t=1612</w:t>
      </w:r>
    </w:p>
    <w:p>
      <w:r>
        <w:rPr>
          <w:i/>
        </w:rPr>
        <w:t>“Quran mein dekhiye, ek bahut ajeeb-o-ghareeb ayat hai”</w:t>
      </w:r>
    </w:p>
    <w:p>
      <w:r>
        <w:rPr>
          <w:sz w:val="20"/>
        </w:rPr>
        <w:t>26:52  do ayat, do ayatein mein arz karunga. ek ayat dunya ke aitbar se, ek ayat akhirat ke aitbar se. ek ayat yeh hai: "Wasakharkum mafi samawati wal ardi jamee".</w:t>
      </w:r>
      <w:r>
        <w:br/>
      </w:r>
      <w:r>
        <w:rPr>
          <w:sz w:val="20"/>
        </w:rPr>
        <w:t>27:07  "Wasakharkum mafi samawati wa mafi ardi jamee". yeh dunya mein jo kuch hai, sab ka sab insan ke liye maskhar kar diya gaya hai.</w:t>
      </w:r>
      <w:r>
        <w:br/>
      </w:r>
      <w:r>
        <w:rPr>
          <w:sz w:val="20"/>
        </w:rPr>
        <w:t>27:17  maskhar ka matlab kya hai?</w:t>
      </w:r>
      <w:r>
        <w:br/>
      </w:r>
      <w:r>
        <w:rPr>
          <w:sz w:val="20"/>
        </w:rPr>
        <w:t>27:20  yani insaan ke kaam mein laga diya gaya hai, insaan ki zarooraton ko poora karne wala bana diya gaya hai.</w:t>
      </w:r>
      <w:r>
        <w:br/>
      </w:r>
      <w:r>
        <w:rPr>
          <w:sz w:val="20"/>
        </w:rPr>
        <w:t>27:29  kai science daan ne bohat sahi kaha ke universe is a custom made universe. jaisa insaan chahta hai, waisi poori kainat hai.</w:t>
      </w:r>
      <w:r>
        <w:br/>
      </w:r>
      <w:r>
        <w:rPr>
          <w:sz w:val="20"/>
        </w:rPr>
        <w:t>27:42  kesi ajeeb baat hai! hum apni aankh ke liye chahte hain ke roshni ho, kyunke roshni nahi hui to hum dekh nahi sakte.</w:t>
      </w:r>
      <w:r>
        <w:br/>
      </w:r>
      <w:r>
        <w:rPr>
          <w:sz w:val="20"/>
        </w:rPr>
        <w:t>27:50  to sari kainat mein khuda ne roshni ke yani anbaar laga diye. tabhi to aap telescope dekh paati hain.</w:t>
      </w:r>
      <w:r>
        <w:br/>
      </w:r>
      <w:r>
        <w:rPr>
          <w:sz w:val="20"/>
        </w:rPr>
        <w:t>27:59  agar roshni na ho to kaise dekhenge aap?</w:t>
      </w:r>
      <w:r>
        <w:br/>
      </w:r>
      <w:r>
        <w:rPr>
          <w:sz w:val="20"/>
        </w:rPr>
        <w:t>28:06  kesi ajeeb baat hai!</w:t>
      </w:r>
      <w:r>
        <w:br/>
      </w:r>
      <w:r>
        <w:rPr>
          <w:sz w:val="20"/>
        </w:rPr>
        <w:t>28:11  hum apni zindagi ke liye oxygen chahte hain to wafar miqdar mein oxygen maujood hai.</w:t>
      </w:r>
      <w:r>
        <w:br/>
      </w:r>
      <w:r>
        <w:rPr>
          <w:sz w:val="20"/>
        </w:rPr>
        <w:t>28:20  hum apni zindagi ke liye pani chahte hain to pani ka samandar maujood hai. hum apni awaz ko phailane ke liye chahte hain. hawa ho, sare globe par hawa phaili hui hai.</w:t>
      </w:r>
      <w:r>
        <w:br/>
      </w:r>
      <w:r>
        <w:rPr>
          <w:sz w:val="20"/>
        </w:rPr>
        <w:t>28:33  hum chahte hain ke zameen jo hai, bohat hi zyada yani is ke jo jo kashish hai, jo jo is ke andar gravity hai, woh bohat hi proportion mein ho, hamare hisab se ho,</w:t>
      </w:r>
      <w:r>
        <w:br/>
      </w:r>
      <w:r>
        <w:rPr>
          <w:sz w:val="20"/>
        </w:rPr>
        <w:t>28:47  right proportion mein. to zameen ki jo gravity hai, woh bohat hi right proportion mein hai. aise bohat se sitare hain, sayare hain, un ki woh hamari comfortable nahi, kyunke un ki gravity hamare hisab se nahi hai.</w:t>
      </w:r>
      <w:r>
        <w:br/>
      </w:r>
      <w:r>
        <w:rPr>
          <w:sz w:val="20"/>
        </w:rPr>
        <w:t>29:04  lekin jo planet earth hai, us ki gravity bohat hi right proportion mein hai. is tarah ke billion train item hain jo theek hamare hisab se banaye gaye hain.</w:t>
      </w:r>
      <w:r>
        <w:br/>
      </w:r>
      <w:r>
        <w:rPr>
          <w:sz w:val="20"/>
        </w:rPr>
        <w:t>29:17  isi ko kaha gaya hai ke "wa sa khar kum ma fis samawati wa ma fil ardi jamee'a". zameen o aasman jo kuch hai, sab ka sab tumhare liye</w:t>
      </w:r>
      <w:r>
        <w:br/>
      </w:r>
      <w:r>
        <w:rPr>
          <w:sz w:val="20"/>
        </w:rPr>
        <w:t>29:32  bohat sahi lafz hai, custom made banaya gaya.</w:t>
      </w:r>
      <w:r>
        <w:br/>
      </w:r>
      <w:r>
        <w:rPr>
          <w:sz w:val="20"/>
        </w:rPr>
        <w:t>29:40  lekin sawal yeh hai ke phir bhi hum is dunya mein enjoy nahi kar paate, is dunya mein reh nahi paate.</w:t>
      </w:r>
    </w:p>
    <w:p>
      <w:pPr>
        <w:pStyle w:val="Heading2"/>
      </w:pPr>
      <w:r>
        <w:t>20th century degeneration needs regeneration</w:t>
      </w:r>
    </w:p>
    <w:p>
      <w:r>
        <w:rPr>
          <w:color w:val="666666"/>
          <w:sz w:val="18"/>
        </w:rPr>
        <w:t>Dars-e-Quran, Chapter 2, Verses 83-86, July 8, 2018 · 1m 20s · at 24:30 · https://youtu.be/lMYyBKzipJI?t=1470</w:t>
      </w:r>
    </w:p>
    <w:p>
      <w:r>
        <w:rPr>
          <w:i/>
        </w:rPr>
        <w:t>“Degeneration. Ab zaroorat thi ke un ko regenerate kiya jaye”</w:t>
      </w:r>
    </w:p>
    <w:p>
      <w:r>
        <w:rPr>
          <w:sz w:val="20"/>
        </w:rPr>
        <w:t>24:30  degeneration. Ab zaroorat thi ke un ko regenerate kiya jaye. 20th century mein woh daur poori tarah aaya jab ke Musalmanon mein degeneration ka zamana aa gaya.</w:t>
      </w:r>
      <w:r>
        <w:br/>
      </w:r>
      <w:r>
        <w:rPr>
          <w:sz w:val="20"/>
        </w:rPr>
        <w:t>24:46  degeneration. yeh tanazzul, tanazzul. ab jo kaam karna tha, woh un ko regenerate karne ka zamana.</w:t>
      </w:r>
      <w:r>
        <w:br/>
      </w:r>
      <w:r>
        <w:rPr>
          <w:sz w:val="20"/>
        </w:rPr>
        <w:t>24:56  regenerate. yeh kaam karna tha, lekin bas fatwa, fatwa. yeh to qatlgah hai, yeh to murtad ho gaye hain, yeh to kafir ho gaye hain.</w:t>
      </w:r>
      <w:r>
        <w:br/>
      </w:r>
      <w:r>
        <w:rPr>
          <w:sz w:val="20"/>
        </w:rPr>
        <w:t>25:11  yeh ghalt reaction tha is ke bare mein. sach to sach poochhein ke yeh ayatein is ghalt radd-e-amal ke khilaf hain, na ke na ke yehood ke yahood ki ke andar jo bigar bigar aaya, us par ke bigar ki islaah par jo jo sahi amal nahi kiya gaya, us ke khilaf hai yeh,</w:t>
      </w:r>
      <w:r>
        <w:br/>
      </w:r>
      <w:r>
        <w:rPr>
          <w:sz w:val="20"/>
        </w:rPr>
        <w:t>25:40  na ke yahood ke khilaf. to yeh hai matlab in in in ayaton ka.</w:t>
      </w:r>
    </w:p>
    <w:p>
      <w:pPr>
        <w:pStyle w:val="Heading2"/>
      </w:pPr>
      <w:r>
        <w:t>West brought religious freedom and democracy</w:t>
      </w:r>
    </w:p>
    <w:p>
      <w:r>
        <w:rPr>
          <w:color w:val="666666"/>
          <w:sz w:val="18"/>
        </w:rPr>
        <w:t>Quran Compilation November 16, 2014 · 1m 39s · at 30:16 · https://youtu.be/fMlK2jWO4EU?t=1816</w:t>
      </w:r>
    </w:p>
    <w:p>
      <w:r>
        <w:rPr>
          <w:i/>
        </w:rPr>
        <w:t>“diya is aitebaar se Al Maghrib hamare liye faidemand hain hamare muhsin”</w:t>
      </w:r>
    </w:p>
    <w:p>
      <w:r>
        <w:rPr>
          <w:sz w:val="20"/>
        </w:rPr>
        <w:t>30:16  ne anjam</w:t>
      </w:r>
      <w:r>
        <w:br/>
      </w:r>
      <w:r>
        <w:rPr>
          <w:sz w:val="20"/>
        </w:rPr>
        <w:t>30:16  diya is aitbar se aal-e-maghrib hamare liye faida mand hain</w:t>
      </w:r>
      <w:r>
        <w:br/>
      </w:r>
      <w:r>
        <w:rPr>
          <w:sz w:val="20"/>
        </w:rPr>
        <w:t>30:23  hamare mohsin hain</w:t>
      </w:r>
      <w:r>
        <w:br/>
      </w:r>
      <w:r>
        <w:rPr>
          <w:sz w:val="20"/>
        </w:rPr>
        <w:t>30:25  yani sari dunya ke musalmanon mein ajeeb o ghareeb yeh hai ke woh aal-e-maghrib ko dushman samajhte</w:t>
      </w:r>
      <w:r>
        <w:br/>
      </w:r>
      <w:r>
        <w:rPr>
          <w:sz w:val="20"/>
        </w:rPr>
        <w:t>30:30  hain aal-e-maghrib ko apna dushman samajhte hain yani aal-e-maghrib ke bare mein sab ke sab musalman</w:t>
      </w:r>
      <w:r>
        <w:br/>
      </w:r>
      <w:r>
        <w:rPr>
          <w:sz w:val="20"/>
        </w:rPr>
        <w:t>30:39  fals-hood mein pade hue hain</w:t>
      </w:r>
      <w:r>
        <w:br/>
      </w:r>
      <w:r>
        <w:rPr>
          <w:sz w:val="20"/>
        </w:rPr>
        <w:t>30:42  aal-e-maghrib toh hamare liye faida mand hain hamare mohsin hain</w:t>
      </w:r>
      <w:r>
        <w:br/>
      </w:r>
      <w:r>
        <w:rPr>
          <w:sz w:val="20"/>
        </w:rPr>
        <w:t>30:48  aur yahi nahi aur bohat si cheezein aal-e-maghrib ne keen mislan aap dekhein pehle zamane mein dunya bhar mein mazhabi paraston ka hota tha aaj mazhabi azadi hai yeh kaise hua.</w:t>
      </w:r>
      <w:r>
        <w:br/>
      </w:r>
      <w:r>
        <w:rPr>
          <w:sz w:val="20"/>
        </w:rPr>
        <w:t>31:04  aal-e-maghrib ne is ko paida kiya</w:t>
      </w:r>
      <w:r>
        <w:br/>
      </w:r>
      <w:r>
        <w:rPr>
          <w:sz w:val="20"/>
        </w:rPr>
        <w:t>31:08  pehlay zamanay mein badshahat thi aaj jamhooriyat hai yeh kis ne kiya aal-e-maghrib ke zariye dunya mein</w:t>
      </w:r>
      <w:r>
        <w:br/>
      </w:r>
      <w:r>
        <w:rPr>
          <w:sz w:val="20"/>
        </w:rPr>
        <w:t>31:15  jamhooriyat aayi pehlay zamanay mein khula pan nahi tha nahi tha</w:t>
      </w:r>
      <w:r>
        <w:br/>
      </w:r>
      <w:r>
        <w:rPr>
          <w:sz w:val="20"/>
        </w:rPr>
        <w:t>31:22  aaj khula pan hai isi khulay pan ka nateeja hai ke aaj dunya mein aap kahin bhi jayen</w:t>
      </w:r>
      <w:r>
        <w:br/>
      </w:r>
      <w:r>
        <w:rPr>
          <w:sz w:val="20"/>
        </w:rPr>
        <w:t>31:29  kisi library mein jayen school ki college ki university ki har library mein quran maujood hai</w:t>
      </w:r>
      <w:r>
        <w:br/>
      </w:r>
      <w:r>
        <w:rPr>
          <w:sz w:val="20"/>
        </w:rPr>
        <w:t>31:36  har library mein quran maujood hai har kitabon ki dukan par quran maujood hai bare bare kitabon</w:t>
      </w:r>
      <w:r>
        <w:br/>
      </w:r>
      <w:r>
        <w:rPr>
          <w:sz w:val="20"/>
        </w:rPr>
        <w:t>31:44  ke aap order dijiye woh aap quran aap ko sab faraham karein ge har zaban</w:t>
      </w:r>
      <w:r>
        <w:br/>
      </w:r>
      <w:r>
        <w:rPr>
          <w:sz w:val="20"/>
        </w:rPr>
        <w:t>31:49  mein yeh sab kaise hua</w:t>
      </w:r>
    </w:p>
    <w:p>
      <w:pPr>
        <w:pStyle w:val="Heading2"/>
      </w:pPr>
      <w:r>
        <w:t>Quran doesn't need revision, times changed</w:t>
      </w:r>
    </w:p>
    <w:p>
      <w:r>
        <w:rPr>
          <w:color w:val="666666"/>
          <w:sz w:val="18"/>
        </w:rPr>
        <w:t>Global Message December 30, 2018 Maulana Wahiduddin Khan · 1m 16s · at 55:53 · https://youtu.be/Ml_PyAxx8OE?t=3353</w:t>
      </w:r>
    </w:p>
    <w:p>
      <w:r>
        <w:rPr>
          <w:i/>
        </w:rPr>
        <w:t>“Asal cheez yeh nahi hai, jad ki baat.”</w:t>
      </w:r>
    </w:p>
    <w:p>
      <w:r>
        <w:rPr>
          <w:sz w:val="20"/>
        </w:rPr>
        <w:t>55:53  what is your opinion on this? maulana sahib! dekhiye, asal cheez yeh nahi hai, jadd ki baat yeh nahi hai.</w:t>
      </w:r>
      <w:r>
        <w:br/>
      </w:r>
      <w:r>
        <w:rPr>
          <w:sz w:val="20"/>
        </w:rPr>
        <w:t>56:04  jadd ki baat yeh hai ke zamane mein jo change aaya hai, change us ko bekhabar reh gaye. sirf musalmani nahi, itna bada country russia bekhabar reh gaya.</w:t>
      </w:r>
      <w:r>
        <w:br/>
      </w:r>
      <w:r>
        <w:rPr>
          <w:sz w:val="20"/>
        </w:rPr>
        <w:t>56:17  russia mein aap jante hain ke jo communist philosophy thi, woh base karti thi tashaddud par.</w:t>
      </w:r>
      <w:r>
        <w:br/>
      </w:r>
      <w:r>
        <w:rPr>
          <w:sz w:val="20"/>
        </w:rPr>
        <w:t>56:29  kambast philosophy jis par hazaron log uth khare hue, to sare qisse tashaddud pe base karti thi.</w:t>
      </w:r>
      <w:r>
        <w:br/>
      </w:r>
      <w:r>
        <w:rPr>
          <w:sz w:val="20"/>
        </w:rPr>
        <w:t>56:39  unhon ne nahi jana ke dori tashaddud ka khatm ka dor aya. ab sari opportunities free hain, jis jis ko chahen istemal kijiyey.</w:t>
      </w:r>
      <w:r>
        <w:br/>
      </w:r>
      <w:r>
        <w:rPr>
          <w:sz w:val="20"/>
        </w:rPr>
        <w:t>56:50  yeh musalmani ki baat nahi hai, dor jadeed se bekhabari ki baat hai, jis mein bohat se log mubtala hue.</w:t>
      </w:r>
      <w:r>
        <w:br/>
      </w:r>
      <w:r>
        <w:rPr>
          <w:sz w:val="20"/>
        </w:rPr>
        <w:t>56:59  to is ka taluq is se nahi hai. Quran to aaj bhi itna hi wald hai jitna pehle tha.</w:t>
      </w:r>
    </w:p>
    <w:p>
      <w:pPr>
        <w:pStyle w:val="Heading2"/>
      </w:pPr>
      <w:r>
        <w:t>Dawah and the Quran as mercy for all</w:t>
      </w:r>
    </w:p>
    <w:p>
      <w:r>
        <w:rPr>
          <w:color w:val="666666"/>
          <w:sz w:val="18"/>
        </w:rPr>
        <w:t>CPS Peace Conference, Day 1, Global Quran Translation and Distribution presentation by Maria Khan · 1m 37s · at 15:58 · https://youtu.be/3KWde6lmuJM?t=958</w:t>
      </w:r>
    </w:p>
    <w:p>
      <w:r>
        <w:rPr>
          <w:i/>
        </w:rPr>
        <w:t>“Giving dawah is one of the most important aspects”</w:t>
      </w:r>
    </w:p>
    <w:p>
      <w:r>
        <w:rPr>
          <w:sz w:val="20"/>
        </w:rPr>
        <w:t>15:58  Given dawah is one of the most important aspect of the life of a muslim. We as muslims have been privileged to be honored by God Almighty, very called as the best of all nation.</w:t>
      </w:r>
      <w:r>
        <w:br/>
      </w:r>
      <w:r>
        <w:rPr>
          <w:sz w:val="20"/>
        </w:rPr>
        <w:t>16:08  And the reason what he called is the best of all nation is because he told us that we are the people who invite to what is good and forbid what is bad, which is the getting involved in dawah.</w:t>
      </w:r>
      <w:r>
        <w:br/>
      </w:r>
      <w:r>
        <w:rPr>
          <w:sz w:val="20"/>
        </w:rPr>
        <w:t>16:20  An important aspect of getting involved in dawah is sharing the word of God Almighty to any human being you get to see. And this word of God Almighty is all contained within the book sanctioned by God himself, and that is the noble quran.</w:t>
      </w:r>
      <w:r>
        <w:br/>
      </w:r>
      <w:r>
        <w:rPr>
          <w:sz w:val="20"/>
        </w:rPr>
        <w:t>16:36  The noble quran contains every information about what God Almighty wants to do with our life. It contains the information of what has happened in the past, and it contains information of what will happen in the future.</w:t>
      </w:r>
      <w:r>
        <w:br/>
      </w:r>
      <w:r>
        <w:rPr>
          <w:sz w:val="20"/>
        </w:rPr>
        <w:t>16:47  In essence, this is a message from our creator on how we should live our life in existence. We as Treat Dawah Nigeria have been involved in inviting people to what is good and forbidding what is wrong within our capacity.</w:t>
      </w:r>
      <w:r>
        <w:br/>
      </w:r>
      <w:r>
        <w:rPr>
          <w:sz w:val="20"/>
        </w:rPr>
        <w:t>17:02  Alhamdulillah, we have been able to give the copy of the quran to several hundreds of people, and this copy of the quran has helped a lot of them to be able to leave misconceptions that they had before about Islam.</w:t>
      </w:r>
      <w:r>
        <w:br/>
      </w:r>
      <w:r>
        <w:rPr>
          <w:sz w:val="20"/>
        </w:rPr>
        <w:t>17:15  For many of them, they lived the aspect of leading the wrong way of life and also coming to the part of Islam. Alhamdulillah, this is all by the mercy of our creator.</w:t>
      </w:r>
      <w:r>
        <w:br/>
      </w:r>
      <w:r>
        <w:rPr>
          <w:sz w:val="20"/>
        </w:rPr>
        <w:t>17:25  However, the copy of the quran also is important for every single human being, not just for muslims. This book of the quran is a book that is a mercy to the entire world.</w:t>
      </w:r>
    </w:p>
    <w:p>
      <w:pPr>
        <w:pStyle w:val="Heading2"/>
      </w:pPr>
      <w:r>
        <w:t>Muslim negativity vs Jewish positive diaspora</w:t>
      </w:r>
    </w:p>
    <w:p>
      <w:r>
        <w:rPr>
          <w:color w:val="666666"/>
          <w:sz w:val="18"/>
        </w:rPr>
        <w:t>Dars-e-Quran, Chapter 2, Verse 79 June 24, 2018 · 2m 35s · at 21:03 · https://youtu.be/7OeNcHSoPp0?t=1263</w:t>
      </w:r>
    </w:p>
    <w:p>
      <w:r>
        <w:rPr>
          <w:i/>
        </w:rPr>
        <w:t>“Is ki wajah hai ke musalmaan jo hate mein pad gaye”</w:t>
      </w:r>
    </w:p>
    <w:p>
      <w:r>
        <w:rPr>
          <w:sz w:val="20"/>
        </w:rPr>
        <w:t>21:03  iski wajah hai ke musalman jo hate mein pad gaye, hate mein nafrat, nafrat, nafrat, ab saari duniya se nafrat. Aaj ka musalman ka sab se bada masla yeh hai ke negative ho gaye hain doosron ke bare mein,</w:t>
      </w:r>
      <w:r>
        <w:br/>
      </w:r>
      <w:r>
        <w:rPr>
          <w:sz w:val="20"/>
        </w:rPr>
        <w:t>21:18  apne bare mein toh self glory, aur doosron ke bare mein nafrat, nafrat, nafrat, negative thinking. Warna musalmanon mein bhi ek nayi qaum emerge karti,</w:t>
      </w:r>
      <w:r>
        <w:br/>
      </w:r>
      <w:r>
        <w:rPr>
          <w:sz w:val="20"/>
        </w:rPr>
        <w:t>21:32  jis tarah yahudiyon mein ek nayi qaum emerge kiya. Lekin badqismati se hamare haan koi itna danishwar qism ka masla nahi mila musalmanon mein.</w:t>
      </w:r>
      <w:r>
        <w:br/>
      </w:r>
      <w:r>
        <w:rPr>
          <w:sz w:val="20"/>
        </w:rPr>
        <w:t>21:44  musalman jo bhi mile, sab negative boli bolne wale. Masalan main khud ek muslim mulk ke magazine mein padha, muslim mulk ke magazine mein, us mein likha tha: "duniya mein musalmanon ke do abadi dushman hain." Yeh likha tha us mein: "duniya mein musalmanon ke do abadi dushman hain, ek yahood aur doosra hindoo." Yeh kitni bilkul baseless baat hai,</w:t>
      </w:r>
      <w:r>
        <w:br/>
      </w:r>
      <w:r>
        <w:rPr>
          <w:sz w:val="20"/>
        </w:rPr>
        <w:t>22:12  bilkul hi baseless baat hai. Yeh dushman hai, woh dushman hai, ek dam baseless baat hai. Na hindu dushman hai, na yahudi dushman hai. Iski wajah se is yani hamare rehnamaon ke is galat rehnumai ke nateejay mein kya hua ke jo diaspora mein gaye musalman, woh isko positive nahi bana sake,</w:t>
      </w:r>
      <w:r>
        <w:br/>
      </w:r>
      <w:r>
        <w:rPr>
          <w:sz w:val="20"/>
        </w:rPr>
        <w:t>22:33  ek positive waqeye mein convert nahi kar sake. Yeh bahut badi baat hai sochne ki ke yahudi gaye diaspora mein toh unhon ne apne waqeye ko,</w:t>
      </w:r>
      <w:r>
        <w:br/>
      </w:r>
      <w:r>
        <w:rPr>
          <w:sz w:val="20"/>
        </w:rPr>
        <w:t>22:46  apne diaspora ko positive diaspora bana diya. Yahudi gaye bahar ke mulkon mein toh unhon ne apne diaspora ko gaye ka jaana pada.</w:t>
      </w:r>
      <w:r>
        <w:br/>
      </w:r>
      <w:r>
        <w:rPr>
          <w:sz w:val="20"/>
        </w:rPr>
        <w:t>23:03  toh apne apne areas mein woh rehte the, us mein</w:t>
      </w:r>
      <w:r>
        <w:br/>
      </w:r>
      <w:r>
        <w:rPr>
          <w:sz w:val="20"/>
        </w:rPr>
        <w:t>23:11  bari halat mein. to jab woh diaspora mein gaye, jana pada to unhon ne apne negative diaspora ko positive diaspora mein convert kar diya,</w:t>
      </w:r>
      <w:r>
        <w:br/>
      </w:r>
      <w:r>
        <w:rPr>
          <w:sz w:val="20"/>
        </w:rPr>
        <w:t>23:28  negative diaspora ko positive diaspora mein convert kar diya. lekin musalmanon mein achhe masle nahi mile. to yeh inqalab yahan nahi aa saka.</w:t>
      </w:r>
    </w:p>
    <w:p>
      <w:pPr>
        <w:pStyle w:val="Heading2"/>
      </w:pPr>
      <w:r>
        <w:t>Old man dismisses a Quran stall as impossible</w:t>
      </w:r>
    </w:p>
    <w:p>
      <w:r>
        <w:rPr>
          <w:color w:val="666666"/>
          <w:sz w:val="18"/>
        </w:rPr>
        <w:t>In Conversation with Maulana Syed Iqbal Omeri and Maulana Khateeb Asrar Omeri Oct 10, 2023 · 1m 44s · at 53:21 · https://youtu.be/kdukzcSdq6k?t=3201</w:t>
      </w:r>
    </w:p>
    <w:p>
      <w:r>
        <w:rPr>
          <w:i/>
        </w:rPr>
        <w:t>“Aap sulafi hain, sab se badi buraai manfi soch hai”</w:t>
      </w:r>
    </w:p>
    <w:p>
      <w:r>
        <w:rPr>
          <w:sz w:val="20"/>
        </w:rPr>
        <w:t>53:21  salafi log yeh samajhte hain ke sab se bari burai bidat hai, lekin aap janiye ke sab se bari burai manfi soch hai, negative thought hai." aur yeh negative thought musalmanon ke andar itna zyada sarayat kar gayi hai ke book fair mein mein aik din subah subah jab stall open kiya to aik bohat hi achhi family aa</w:t>
      </w:r>
      <w:r>
        <w:br/>
      </w:r>
      <w:r>
        <w:rPr>
          <w:sz w:val="20"/>
        </w:rPr>
        <w:t>53:45  yi, aik 70 years old aik muslim the, un ke sath un ki beti thi, un ki nawasi thi. to joon hi woh mere stall par aaye, dekh ke bohat hi taajjub ke sath keh rahe hain ke yeh quran ka stall yahan kaise hai?</w:t>
      </w:r>
      <w:r>
        <w:br/>
      </w:r>
      <w:r>
        <w:rPr>
          <w:sz w:val="20"/>
        </w:rPr>
        <w:t>54:00  mein ne bola ke yeh to book fair hai, tamam ke stalls hain, to hamara bhi hai, yeh to possible hi nahi hai. aur aap ke samne khula hua hai stall, quran rakha hua hai, to possible hi hai.</w:t>
      </w:r>
      <w:r>
        <w:br/>
      </w:r>
      <w:r>
        <w:rPr>
          <w:sz w:val="20"/>
        </w:rPr>
        <w:t>54:12  nahi janab, aap kahan se hain? unhon ne mujh se poocha. mein ne kaha ke mein chennai se hoon. to woh kehne lage: "aap south se hain, to wahan halaat theek hain, yahan par aisa nahi hai. mein canada ghoom ke aaya hoon, america gaya hoon, dunya ghuma hua insan hoon, yahan jaise aap soch rahe ho, aise halaat nahi hain."</w:t>
      </w:r>
      <w:r>
        <w:br/>
      </w:r>
      <w:r>
        <w:rPr>
          <w:sz w:val="20"/>
        </w:rPr>
        <w:t>54:28  to aik negative baat bol ke hi gaye woh, jabke wahan stall tha, quran rakhe hue the, pure log aa rahe the, muslim, hindu, christian, sab apne apne pasand ki kitabein khareed rahe the.</w:t>
      </w:r>
      <w:r>
        <w:br/>
      </w:r>
      <w:r>
        <w:rPr>
          <w:sz w:val="20"/>
        </w:rPr>
        <w:t>54:39  koi kisi ko koi chhed chhad nahi kar raha tha. phir bhi un ka zehn itna zyada negative ho gaya hai ke aik positive incident un ke samne hota bhi hai to woh us ko positive lene ke liye tayyar nahi hain.</w:t>
      </w:r>
      <w:r>
        <w:br/>
      </w:r>
      <w:r>
        <w:rPr>
          <w:sz w:val="20"/>
        </w:rPr>
        <w:t>54:52  is ka sabab</w:t>
      </w:r>
      <w:r>
        <w:br/>
      </w:r>
      <w:r>
        <w:rPr>
          <w:sz w:val="20"/>
        </w:rPr>
        <w:t>54:53  kya hai? maulana ne aik jagah likha hai ke musalmanon ka zehn aisa ho gaya hai ke woh istisnai waqiyat ko, exceptional jo incidents hote hain, un ko generalize kar dete hain.</w:t>
      </w:r>
    </w:p>
    <w:p>
      <w:pPr>
        <w:pStyle w:val="Heading2"/>
      </w:pPr>
      <w:r>
        <w:t>Hearing Quran feels like Hira revelation</w:t>
      </w:r>
    </w:p>
    <w:p>
      <w:r>
        <w:rPr>
          <w:color w:val="666666"/>
          <w:sz w:val="18"/>
        </w:rPr>
        <w:t>Ramadan and Roza 5th August, 2012 Maulana Wahiduddin Khan · 2m 02s · at 8:29 · https://youtu.be/EVCudm_mwp0?t=509</w:t>
      </w:r>
    </w:p>
    <w:p>
      <w:r>
        <w:rPr>
          <w:i/>
        </w:rPr>
        <w:t>“Main sun raha tha to ek ajeeb ehsas hua”</w:t>
      </w:r>
    </w:p>
    <w:p>
      <w:r>
        <w:rPr>
          <w:sz w:val="20"/>
        </w:rPr>
        <w:t>8:29  is se bari bari baatein samajh mein aati hain. ab main aap ko apna kal ka tajurba arz karta hoon. kal ka tajurba. kal ka tajurba yeh hua ke Quran</w:t>
      </w:r>
      <w:r>
        <w:br/>
      </w:r>
      <w:r>
        <w:rPr>
          <w:sz w:val="20"/>
        </w:rPr>
        <w:t>8:45  mein sun raha tha. to ek ajeeb ehsaas hua. ajeeb ehsaas ke yeh jo Quran hai yeh Arabic aap jante hain ke Quran isi zuban mein mehfooz hai jis zuban mein Rasool Allah par aaya tha utra tha woh.</w:t>
      </w:r>
      <w:r>
        <w:br/>
      </w:r>
      <w:r>
        <w:rPr>
          <w:sz w:val="20"/>
        </w:rPr>
        <w:t>9:02  jitni doosri kitabein hain woh sab translation hain. Quran translation nahi hai. woh abhi bhi isi original language mein hai.</w:t>
      </w:r>
      <w:r>
        <w:br/>
      </w:r>
      <w:r>
        <w:rPr>
          <w:sz w:val="20"/>
        </w:rPr>
        <w:t>9:13  yani jibril ne rasool Allah ko jo zaban mein pohanchaya tha quran wahi rasool Allah ne mehfooz kiya.</w:t>
      </w:r>
      <w:r>
        <w:br/>
      </w:r>
      <w:r>
        <w:rPr>
          <w:sz w:val="20"/>
        </w:rPr>
        <w:t>9:20  wahi rasool Allah ne bataya sahaba ko. wahi sahaba ne bataya tabeen ko. wahi tabeen ne bataya tabe tabeen ko. wahi likha bhi gaya. wahi same quran, wahi same alfaaz muntaqil hote hote hum tak pohanchaye.</w:t>
      </w:r>
      <w:r>
        <w:br/>
      </w:r>
      <w:r>
        <w:rPr>
          <w:sz w:val="20"/>
        </w:rPr>
        <w:t>9:35  to jab</w:t>
      </w:r>
      <w:r>
        <w:br/>
      </w:r>
      <w:r>
        <w:rPr>
          <w:sz w:val="20"/>
        </w:rPr>
        <w:t>9:37  quran parha ja raha tha to mujhe ajeeb ehsas hua. aik ajeeb ehsas woh isi sensitivity ki waja se, isi hassasiyat ki waja se.</w:t>
      </w:r>
      <w:r>
        <w:br/>
      </w:r>
      <w:r>
        <w:rPr>
          <w:sz w:val="20"/>
        </w:rPr>
        <w:t>9:50  main ne socha ke yani ab se</w:t>
      </w:r>
      <w:r>
        <w:br/>
      </w:r>
      <w:r>
        <w:rPr>
          <w:sz w:val="20"/>
        </w:rPr>
        <w:t>9:55  taqreeban chaudah so shayad chaudah so chalis saal hue honge. chaudah so chalis saal.</w:t>
      </w:r>
      <w:r>
        <w:br/>
      </w:r>
      <w:r>
        <w:rPr>
          <w:sz w:val="20"/>
        </w:rPr>
        <w:t>10:05  aap rasool Allah sal Allah alaihi wasallam ghar e hira mein thay. ghar e hira ki tasweer aap dekh sakte hain internet par main ne dekha bilkul pathar hai charon taraf is mein aik kho hai.</w:t>
      </w:r>
      <w:r>
        <w:br/>
      </w:r>
      <w:r>
        <w:rPr>
          <w:sz w:val="20"/>
        </w:rPr>
        <w:t>10:17  wahan aap thay. ab jibril atay hain wahan par. aur kehte hain iqra ya muhammad aey muhammad parho.</w:t>
      </w:r>
    </w:p>
    <w:p>
      <w:pPr>
        <w:pStyle w:val="Heading2"/>
      </w:pPr>
      <w:r>
        <w:t>Technology as compensation for the limits of the human voice</w:t>
      </w:r>
    </w:p>
    <w:p>
      <w:r>
        <w:rPr>
          <w:color w:val="666666"/>
          <w:sz w:val="18"/>
        </w:rPr>
        <w:t>Study of the Quran December 20, 2015 · 2m 02s · at 5:34 · https://youtu.be/aWG02P9l_Bk?t=334</w:t>
      </w:r>
    </w:p>
    <w:p>
      <w:r>
        <w:rPr>
          <w:i/>
        </w:rPr>
        <w:t>“Maine socha, main yahan bol raha hoon, door door log sun rahe hain”</w:t>
      </w:r>
    </w:p>
    <w:p>
      <w:r>
        <w:rPr>
          <w:sz w:val="20"/>
        </w:rPr>
        <w:t>5:34  aise hi dekhen, main ne socha ke main yahan bol raha hoon to sirf samne ke log nahin sun rahe hain, bahar bahar door door baithe hue hain,</w:t>
      </w:r>
      <w:r>
        <w:br/>
      </w:r>
      <w:r>
        <w:rPr>
          <w:sz w:val="20"/>
        </w:rPr>
        <w:t>5:49  poore globe mein kahin koi yahan hai, koi wahan hai, woh bhi sun raha hai. to yeh mera aik, meri aik insaan ki aik kami thi ke us ki awaz zyada door tak nahin ja sakti.</w:t>
      </w:r>
      <w:r>
        <w:br/>
      </w:r>
      <w:r>
        <w:rPr>
          <w:sz w:val="20"/>
        </w:rPr>
        <w:t>6:03  kitne hi zor se chalayen aap, lekin door tak aap ki chalahat nahin jayegi. to Allah taala ne aap ko de diya kya?</w:t>
      </w:r>
      <w:r>
        <w:br/>
      </w:r>
      <w:r>
        <w:rPr>
          <w:sz w:val="20"/>
        </w:rPr>
        <w:t>6:12  technology. technology ke through aap ki awaz yahan se America tak, yahan se Europe tak, har jagah pahunch jati hai. to Allah ko pata tha ke insaan ki awaz direct nahin pahunch sakti har jagah.</w:t>
      </w:r>
      <w:r>
        <w:br/>
      </w:r>
      <w:r>
        <w:rPr>
          <w:sz w:val="20"/>
        </w:rPr>
        <w:t>6:27  to is ne aap ko technology di gayi.</w:t>
      </w:r>
      <w:r>
        <w:br/>
      </w:r>
      <w:r>
        <w:rPr>
          <w:sz w:val="20"/>
        </w:rPr>
        <w:t>6:29  is ko jab aap istemal karen, aap mobile jab istemal karte hain to aik shukr aap ke andar aana chahiye</w:t>
      </w:r>
      <w:r>
        <w:br/>
      </w:r>
      <w:r>
        <w:rPr>
          <w:sz w:val="20"/>
        </w:rPr>
        <w:t>6:39  ke jahan meri had aa gayi thi, jahan meri limitations aa gayi theen, wahan Allah taala ne foran technology de di.</w:t>
      </w:r>
      <w:r>
        <w:br/>
      </w:r>
      <w:r>
        <w:rPr>
          <w:sz w:val="20"/>
        </w:rPr>
        <w:t>6:49  is se meri had ki talafi ho gayi. yeh hai hamd. dekhen, hamd ka matlab yeh nahin ke aap Alhamdulillah, Alhamdulillah karte rahen.</w:t>
      </w:r>
      <w:r>
        <w:br/>
      </w:r>
      <w:r>
        <w:rPr>
          <w:sz w:val="20"/>
        </w:rPr>
        <w:t>6:55  yeh to lafz service hai. yeh hamd ka underestimation hai. hamd ka matlab yeh hai ke har experience mein aap daryaft karen hamd ka item, shukr ka item,</w:t>
      </w:r>
      <w:r>
        <w:br/>
      </w:r>
      <w:r>
        <w:rPr>
          <w:sz w:val="20"/>
        </w:rPr>
        <w:t>7:12  aur phir aap ke mind mein bhar jaye Allah ka, ke mohabbat, Allah ki barhai ka ehsas, is se bhar jaye.</w:t>
      </w:r>
      <w:r>
        <w:br/>
      </w:r>
      <w:r>
        <w:rPr>
          <w:sz w:val="20"/>
        </w:rPr>
        <w:t>7:23  to yeh kab hoga? jab aap ke andar thinking power hoga. sochen ge aap. na sochen to kuch nahin. na sochen to kuch nahin.</w:t>
      </w:r>
    </w:p>
    <w:p>
      <w:pPr>
        <w:pStyle w:val="Heading2"/>
      </w:pPr>
      <w:r>
        <w:t>testing an American Muslim girl's loyalty to her country</w:t>
      </w:r>
    </w:p>
    <w:p>
      <w:r>
        <w:rPr>
          <w:color w:val="666666"/>
          <w:sz w:val="18"/>
        </w:rPr>
        <w:t>Month of Ramadan and The Quran 15 July 2012 · 1m 58s · at 46:40 · https://youtu.be/BxiaMbKdoo8?t=2800</w:t>
      </w:r>
    </w:p>
    <w:p>
      <w:r>
        <w:rPr>
          <w:i/>
        </w:rPr>
        <w:t>“امریکہ میں تقریباً سات ملین مسلمان رہتے ہیں”</w:t>
      </w:r>
    </w:p>
    <w:p>
      <w:r>
        <w:rPr>
          <w:sz w:val="20"/>
        </w:rPr>
        <w:t>46:40  Main America mein abhi jab gaya tha main toh yeh baat mein ne kahi wahan. Ke America mein taqreeban saat million Musalman rehte hain.</w:t>
      </w:r>
      <w:r>
        <w:br/>
      </w:r>
      <w:r>
        <w:rPr>
          <w:sz w:val="20"/>
        </w:rPr>
        <w:t>46:50  Maine kaha ke sab ke sab patriotism khaali hain. Khaali dollar kamate hain yahan par. Toh is majlis mein kya hua?</w:t>
      </w:r>
      <w:r>
        <w:br/>
      </w:r>
      <w:r>
        <w:rPr>
          <w:sz w:val="20"/>
        </w:rPr>
        <w:t>47:01  Ek saahab jo senior the unka aage aap galat kehte hain aap.</w:t>
      </w:r>
      <w:r>
        <w:br/>
      </w:r>
      <w:r>
        <w:rPr>
          <w:sz w:val="20"/>
        </w:rPr>
        <w:t>47:07  yahan ke musalman jo hain amreeka se mohabbat karte hain.</w:t>
      </w:r>
      <w:r>
        <w:br/>
      </w:r>
      <w:r>
        <w:rPr>
          <w:sz w:val="20"/>
        </w:rPr>
        <w:t>47:11  to maine kaha kisi musalman ko laiye aap. to ek ladki woh laye. woh thi wohin par mere paas la ke bithaya yahan.</w:t>
      </w:r>
      <w:r>
        <w:br/>
      </w:r>
      <w:r>
        <w:rPr>
          <w:sz w:val="20"/>
        </w:rPr>
        <w:t>47:22  wahan par rijjat waghera bhi thay. to woh ladki amreeka hi mein paida hui. aur wahin ke school mein parha hai is ne.</w:t>
      </w:r>
      <w:r>
        <w:br/>
      </w:r>
      <w:r>
        <w:rPr>
          <w:sz w:val="20"/>
        </w:rPr>
        <w:t>47:34  to maine us se poocha ke kya aap ko amreeka se mohabbat hai?</w:t>
      </w:r>
      <w:r>
        <w:br/>
      </w:r>
      <w:r>
        <w:rPr>
          <w:sz w:val="20"/>
        </w:rPr>
        <w:t>47:40  to us ne kaha haan. to maine kaha is waqt bhi mohabbat aap ka hai jab ke America bombardment kare Iraq mein aur Afghanistan mein? ek hum is ko hum kaise phir to hum yaani matlab wahan hamari mohabbat jo hai baqi nahin rahe gi America ke sath.</w:t>
      </w:r>
      <w:r>
        <w:br/>
      </w:r>
      <w:r>
        <w:rPr>
          <w:sz w:val="20"/>
        </w:rPr>
        <w:t>48:00  to maine kaha kaha kyun? yaani aap afghanistan aur iraq mein kyun dil atka hua</w:t>
      </w:r>
      <w:r>
        <w:br/>
      </w:r>
      <w:r>
        <w:rPr>
          <w:sz w:val="20"/>
        </w:rPr>
        <w:t>48:09  hai aap ka? aap ko dil amreeka mein atka hua hona chahiye. meri hukoomat jo hai apne mafad ke liye jo kare gi woh woh aap ke liye sahi hona chahiye.</w:t>
      </w:r>
      <w:r>
        <w:br/>
      </w:r>
      <w:r>
        <w:rPr>
          <w:sz w:val="20"/>
        </w:rPr>
        <w:t>48:23  to kyun ke jis ghar mein paida hui us ghar mein yahi baatein sunti hai woh.</w:t>
      </w:r>
      <w:r>
        <w:br/>
      </w:r>
      <w:r>
        <w:rPr>
          <w:sz w:val="20"/>
        </w:rPr>
        <w:t>48:28  ke zulm ho raha hai, woh zulm ho raha hai. to musalmanon ko yeh jo zehan mein baitha diya gaya hai ke sari dunya mein batil nizam hai.</w:t>
      </w:r>
    </w:p>
    <w:p>
      <w:pPr>
        <w:pStyle w:val="Heading2"/>
      </w:pPr>
      <w:r>
        <w:t>Spirituality vs becoming an 'earning animal' in modern life</w:t>
      </w:r>
    </w:p>
    <w:p>
      <w:r>
        <w:rPr>
          <w:color w:val="666666"/>
          <w:sz w:val="18"/>
        </w:rPr>
        <w:t>In Conversation with Dr. Saniyasnain Khan December 12, 2021 · 3m 29s · at 39:59 · https://youtu.be/9Lp76ckNRYE?t=2399</w:t>
      </w:r>
    </w:p>
    <w:p>
      <w:r>
        <w:rPr>
          <w:i/>
        </w:rPr>
        <w:t>“Aaj kal har insan sirf earning animal ban gaya hai”</w:t>
      </w:r>
    </w:p>
    <w:p>
      <w:r>
        <w:rPr>
          <w:sz w:val="20"/>
        </w:rPr>
        <w:t>39:58  ah</w:t>
      </w:r>
      <w:r>
        <w:br/>
      </w:r>
      <w:r>
        <w:rPr>
          <w:sz w:val="20"/>
        </w:rPr>
        <w:t>39:59  un ka jo ah soch ka aur iman ka level tha is ke baad ki generations mein nahi</w:t>
      </w:r>
      <w:r>
        <w:br/>
      </w:r>
      <w:r>
        <w:rPr>
          <w:sz w:val="20"/>
        </w:rPr>
        <w:t>40:05  tha wo kam hota chala gaya hmm to wo wahi cheez thi ke Maulana samne hain wo bol</w:t>
      </w:r>
      <w:r>
        <w:br/>
      </w:r>
      <w:r>
        <w:rPr>
          <w:sz w:val="20"/>
        </w:rPr>
        <w:t>40:11  rahe hain wo bata rahe hain aur hum sun rahe hain aur hum questions kar rahe hain aur</w:t>
      </w:r>
      <w:r>
        <w:br/>
      </w:r>
      <w:r>
        <w:rPr>
          <w:sz w:val="20"/>
        </w:rPr>
        <w:t>40:15  jawab de rahe hain hum bhi repeat kar rahe hain aur main to khud likhta tha agar aap</w:t>
      </w:r>
      <w:r>
        <w:br/>
      </w:r>
      <w:r>
        <w:rPr>
          <w:sz w:val="20"/>
        </w:rPr>
        <w:t>40:19  ko yaad hai to mere pas taqreeban sare lectures maine khud diary mein likhe hue hain main</w:t>
      </w:r>
      <w:r>
        <w:br/>
      </w:r>
      <w:r>
        <w:rPr>
          <w:sz w:val="20"/>
        </w:rPr>
        <w:t>40:24  taqreeban 15 bees diaries mere pas hain Maulana ki taraf se hidayat bhi hoti thi ke aap diary</w:t>
      </w:r>
      <w:r>
        <w:br/>
      </w:r>
      <w:r>
        <w:rPr>
          <w:sz w:val="20"/>
        </w:rPr>
        <w:t>40:29  layen aur likhen note banayen ji to sab log diary le ke bethte the ji to wo sab</w:t>
      </w:r>
      <w:r>
        <w:br/>
      </w:r>
      <w:r>
        <w:rPr>
          <w:sz w:val="20"/>
        </w:rPr>
        <w:t>40:33  bahut hi consciousnessly ye sare kaam hone lage ji to is se alhamdulillah spiritual development kafi jo hai</w:t>
      </w:r>
      <w:r>
        <w:br/>
      </w:r>
      <w:r>
        <w:rPr>
          <w:sz w:val="20"/>
        </w:rPr>
        <w:t>40:40  ah Maulana ki ah maine ek cheez aur observe kari doctor sahib</w:t>
      </w:r>
      <w:r>
        <w:br/>
      </w:r>
      <w:r>
        <w:rPr>
          <w:sz w:val="20"/>
        </w:rPr>
        <w:t>40:44  ki generally agar aap koi spiritual field mein hon to ek hi definition denge Maulana ke pas jitni bar aap un se spirituality ke bare mein poochein to nayi nayi definition se naye naye tareeqe se samjhate the to ek bar yeh mujhe ek dum yaad aa raha hai aap jaise bata rahe the ke maine Maulana se poocha ke Maulana Maulana sahib what is spirit</w:t>
      </w:r>
      <w:r>
        <w:br/>
      </w:r>
      <w:r>
        <w:rPr>
          <w:sz w:val="20"/>
        </w:rPr>
        <w:t>41:05  uality to unhon ne bada achha jumla bola unhon ne bola ke spirituality means finding nectar in the jungle of thorns</w:t>
      </w:r>
      <w:r>
        <w:br/>
      </w:r>
      <w:r>
        <w:rPr>
          <w:sz w:val="20"/>
        </w:rPr>
        <w:t>41:12  zabardast to mujhe bahut hi ah zyada aur zabardast baat lagi ji full of meaning ke wo abhi</w:t>
      </w:r>
      <w:r>
        <w:br/>
      </w:r>
      <w:r>
        <w:rPr>
          <w:sz w:val="20"/>
        </w:rPr>
        <w:t>41:18  tak mere zehen mein ah baith gayi ji ah to Maulana yahi kehte the ke ah everybody</w:t>
      </w:r>
      <w:r>
        <w:br/>
      </w:r>
      <w:r>
        <w:rPr>
          <w:sz w:val="20"/>
        </w:rPr>
        <w:t>41:25  In today's world, is become an earning animal. So physically, we have all become giant.</w:t>
      </w:r>
      <w:r>
        <w:br/>
      </w:r>
      <w:r>
        <w:rPr>
          <w:sz w:val="20"/>
        </w:rPr>
        <w:t>41:30  lekin ah kyunke sab is materialism ki daud mein bhaag rahe hain ah intellectually aur spiritually hum log</w:t>
      </w:r>
      <w:r>
        <w:br/>
      </w:r>
      <w:r>
        <w:rPr>
          <w:sz w:val="20"/>
        </w:rPr>
        <w:t>41:38  dwarf ho gaye hain aur isi wajah se aaj jo itni zyada ah problems masail khare ho rahe</w:t>
      </w:r>
      <w:r>
        <w:br/>
      </w:r>
      <w:r>
        <w:rPr>
          <w:sz w:val="20"/>
        </w:rPr>
        <w:t>41:44  hain tension stress ah aur jo heart diseases hain ye sari isi lifestyle aur earnings ki taraf</w:t>
      </w:r>
      <w:r>
        <w:br/>
      </w:r>
      <w:r>
        <w:rPr>
          <w:sz w:val="20"/>
        </w:rPr>
        <w:t>41:53  daudna materialism ki taraf daudna is ki wajah se hai ji aur jo spiritual development</w:t>
      </w:r>
      <w:r>
        <w:br/>
      </w:r>
      <w:r>
        <w:rPr>
          <w:sz w:val="20"/>
        </w:rPr>
        <w:t>41:57  ہے وہ کہتے تھے کہ آہ آہ that gives you the strength to face any kind of loss</w:t>
      </w:r>
      <w:r>
        <w:br/>
      </w:r>
      <w:r>
        <w:rPr>
          <w:sz w:val="20"/>
        </w:rPr>
        <w:t>42:03  kyunke jo insan spiritual hoga us ko koi aur cheez itne zyada ah hurt nahi karegi ya</w:t>
      </w:r>
      <w:r>
        <w:br/>
      </w:r>
      <w:r>
        <w:rPr>
          <w:sz w:val="20"/>
        </w:rPr>
        <w:t>42:10  bemani lagegi kyunke us ke pas spiritual treasure hai ah to is liye ye spirituality jo</w:t>
      </w:r>
      <w:r>
        <w:br/>
      </w:r>
      <w:r>
        <w:rPr>
          <w:sz w:val="20"/>
        </w:rPr>
        <w:t>42:16  hai ye waqai bilkul ek insan ko balance deti hai haan ah jo kharab ho chuka hai aaj</w:t>
      </w:r>
      <w:r>
        <w:br/>
      </w:r>
      <w:r>
        <w:rPr>
          <w:sz w:val="20"/>
        </w:rPr>
        <w:t>42:22  ki aaj ke mahol mein ye sahi hai ah ke ah aadmi ko earn bhi karna hai ji</w:t>
      </w:r>
      <w:r>
        <w:br/>
      </w:r>
      <w:r>
        <w:rPr>
          <w:sz w:val="20"/>
        </w:rPr>
        <w:t>42:29  zahre hai us ki zarooriyat hain ah lekin us ko chahiye ke ah apna goal spirituality ko banaye</w:t>
      </w:r>
      <w:r>
        <w:br/>
      </w:r>
      <w:r>
        <w:rPr>
          <w:sz w:val="20"/>
        </w:rPr>
        <w:t>42:37  hmm aur jo earning hai jo business hai us ko zaroorat ki had tak rakhe hmm</w:t>
      </w:r>
      <w:r>
        <w:br/>
      </w:r>
      <w:r>
        <w:rPr>
          <w:sz w:val="20"/>
        </w:rPr>
        <w:t>42:43  aaj ke daur mein agar koi kahe ke main earning nahin karunga hundred percent is mein lagoon</w:t>
      </w:r>
      <w:r>
        <w:br/>
      </w:r>
      <w:r>
        <w:rPr>
          <w:sz w:val="20"/>
        </w:rPr>
        <w:t>42:49  ga to woh possible nahin hai ji lekin woh us ko apna mission aur goal zindagi ka banaye</w:t>
      </w:r>
      <w:r>
        <w:br/>
      </w:r>
      <w:r>
        <w:rPr>
          <w:sz w:val="20"/>
        </w:rPr>
        <w:t>42:57  banana padega dawati maqsad ko aur jo earning hai jo bhi business hai jo job hai us</w:t>
      </w:r>
      <w:r>
        <w:br/>
      </w:r>
      <w:r>
        <w:rPr>
          <w:sz w:val="20"/>
        </w:rPr>
        <w:t>43:03  ko need based humm karna padega tabhi yeh mumkin hai ke woh apne andar spiritual development kar</w:t>
      </w:r>
      <w:r>
        <w:br/>
      </w:r>
      <w:r>
        <w:rPr>
          <w:sz w:val="20"/>
        </w:rPr>
        <w:t>43:10  sake tabhi Maulana sahib kehte the ke ah one man two mission ji to aap dono cheezein kijiye</w:t>
      </w:r>
      <w:r>
        <w:br/>
      </w:r>
      <w:r>
        <w:rPr>
          <w:sz w:val="20"/>
        </w:rPr>
        <w:t>43:16  balance rahega doctor sahib ek sawal aur main aap se poochna chahunga ke you are also</w:t>
      </w:r>
      <w:r>
        <w:br/>
      </w:r>
      <w:r>
        <w:rPr>
          <w:sz w:val="20"/>
        </w:rPr>
        <w:t>43:22  a successful ah writer of children books ah mujhe yaad hai ke Hindustan Times</w:t>
      </w:r>
    </w:p>
    <w:p>
      <w:pPr>
        <w:pStyle w:val="Heading2"/>
      </w:pPr>
      <w:r>
        <w:t>Knowledge of Laylat al-Qadr withdrawn after a quarrel</w:t>
      </w:r>
    </w:p>
    <w:p>
      <w:r>
        <w:rPr>
          <w:color w:val="666666"/>
          <w:sz w:val="18"/>
        </w:rPr>
        <w:t>The End of Human History August 12, 2012 · 2m 49s · at 44:05 · https://youtu.be/QWdHb9pVkAY?t=2645</w:t>
      </w:r>
    </w:p>
    <w:p>
      <w:r>
        <w:rPr>
          <w:i/>
        </w:rPr>
        <w:t>“Mujhko shab-e-qadr ka ilm diya gaya tha”</w:t>
      </w:r>
    </w:p>
    <w:p>
      <w:r>
        <w:rPr>
          <w:sz w:val="20"/>
        </w:rPr>
        <w:t>44:05  Rasool Allah ne farmaya ke Ramzan ke mahine mein ke aap e'tikaf mein thay aur aap Masjid Nabwi se bahar aaye aur phir aap wapas chalay gaye to aap ne farmaya ke mujh ko shab e qadr ka ilm diya gaya tha.</w:t>
      </w:r>
      <w:r>
        <w:br/>
      </w:r>
      <w:r>
        <w:rPr>
          <w:sz w:val="20"/>
        </w:rPr>
        <w:t>44:25  ilm yaani farishta aaya aur us ne mujhe shab e qadr ka ilm diya</w:t>
      </w:r>
      <w:r>
        <w:br/>
      </w:r>
      <w:r>
        <w:rPr>
          <w:sz w:val="20"/>
        </w:rPr>
        <w:t>44:34  to mein masjid se bahar nikla ke tum logon ko bata doon shab e qadr ke baray mein, woh ilm tumhein pohncha doon.</w:t>
      </w:r>
      <w:r>
        <w:br/>
      </w:r>
      <w:r>
        <w:rPr>
          <w:sz w:val="20"/>
        </w:rPr>
        <w:t>44:44  lekin usi darmiyan mein kya hua? Is mein alfaaz aate hain ke fatlāhu rajulān farufi'at.</w:t>
      </w:r>
      <w:r>
        <w:br/>
      </w:r>
      <w:r>
        <w:rPr>
          <w:sz w:val="20"/>
        </w:rPr>
        <w:t>44:56  usi waqt aisa hua ke Ansar mein se do musalman aapas mein jhagra'ne lage</w:t>
      </w:r>
      <w:r>
        <w:br/>
      </w:r>
      <w:r>
        <w:rPr>
          <w:sz w:val="20"/>
        </w:rPr>
        <w:t>45:06  to ilm utha liya gaya. Is mein kya sabak hai ke ladna jhagra'na yaani woh koi talwar nahi chalai thi, unhon ne sirf zabani takrar kar rahe thay.</w:t>
      </w:r>
      <w:r>
        <w:br/>
      </w:r>
      <w:r>
        <w:rPr>
          <w:sz w:val="20"/>
        </w:rPr>
        <w:t>45:22  zabani tor par ladna jhagra'na bhi itna bura hai ke aaya hua ilm utha liya jata hai. Ab ghor kijiye jo jo ke gun chalayein, bomb chalayein, suicide bombing karein,</w:t>
      </w:r>
      <w:r>
        <w:br/>
      </w:r>
      <w:r>
        <w:rPr>
          <w:sz w:val="20"/>
        </w:rPr>
        <w:t>45:36  kya woh Allah ki rehmat pa sakte hain? Woh is mein yeh sabak hai, dekhiye ke Allah ki taraf se aaya hua ilm, Allah ki taraf se aai hui rehmat ko paane ke liye, is ka recipient banne ke liye sab se bari shart kya hai?</w:t>
      </w:r>
      <w:r>
        <w:br/>
      </w:r>
      <w:r>
        <w:rPr>
          <w:sz w:val="20"/>
        </w:rPr>
        <w:t>45:57  aakhri had tak positive personality</w:t>
      </w:r>
      <w:r>
        <w:br/>
      </w:r>
      <w:r>
        <w:rPr>
          <w:sz w:val="20"/>
        </w:rPr>
        <w:t>46:01  yeh shart hai. Yaani aap mein woh shakhsiyat paida ho jaye jo ladne jhagra'ne wali na ho, nafrat karne wali na ho, intiqam jis ke andar na ho,</w:t>
      </w:r>
      <w:r>
        <w:br/>
      </w:r>
      <w:r>
        <w:rPr>
          <w:sz w:val="20"/>
        </w:rPr>
        <w:t>46:17  tashaddud, jhagda, larai yeh sab is ke andar na ho. purey maanon mein aik personal musbat shakhsiyat, positive personality.</w:t>
      </w:r>
      <w:r>
        <w:br/>
      </w:r>
      <w:r>
        <w:rPr>
          <w:sz w:val="20"/>
        </w:rPr>
        <w:t>46:28  tab ja kar aisa hota hai ke Khuda ki taraf se aai hui rehmat aap ko milay. warna rehmat aa kar bhi aap ko nahi milay gi. kaisi ajeeb hadees yeh hai: fitlah rajalun min al-ansar farufa'at.</w:t>
      </w:r>
      <w:r>
        <w:br/>
      </w:r>
      <w:r>
        <w:rPr>
          <w:sz w:val="20"/>
        </w:rPr>
        <w:t>46:44  yeh kaun keh raha hai? Rasool Allah keh rahe hain. Rasool Allah ke zamanay mein, Ramadan ke mahinay mein, khud Rasool Allah par aik ilm aata hai Allah ki taraf se</w:t>
      </w:r>
    </w:p>
    <w:p>
      <w:pPr>
        <w:pStyle w:val="Heading2"/>
      </w:pPr>
      <w:r>
        <w:t>The five caliphs were each chosen by a different method</w:t>
      </w:r>
    </w:p>
    <w:p>
      <w:r>
        <w:rPr>
          <w:color w:val="666666"/>
          <w:sz w:val="18"/>
        </w:rPr>
        <w:t>Rationalization of Evil Feb 15, 2009 · 2m 56s · at 15:27 · https://youtu.be/WbeB4g7sNQ4?t=927</w:t>
      </w:r>
    </w:p>
    <w:p>
      <w:r>
        <w:rPr>
          <w:i/>
        </w:rPr>
        <w:t>“اس وقت دو گروپ تھے: انصار اور مہاجرین”</w:t>
      </w:r>
    </w:p>
    <w:p>
      <w:r>
        <w:rPr>
          <w:sz w:val="20"/>
        </w:rPr>
        <w:t>15:27  to koi is ka, koi yani maujood nahi tha, koi model. log ikhatta hue to us waqt do group the: ansar aur muhajireen.</w:t>
      </w:r>
      <w:r>
        <w:br/>
      </w:r>
      <w:r>
        <w:rPr>
          <w:sz w:val="20"/>
        </w:rPr>
        <w:t>15:40  yani us waqt jo musalman the, yani sahaba jo the, un ke do group the: ansar the aur muhajireen the. to wahan unhone kaha ke "man amir wa minkum amir".</w:t>
      </w:r>
      <w:r>
        <w:br/>
      </w:r>
      <w:r>
        <w:rPr>
          <w:sz w:val="20"/>
        </w:rPr>
        <w:t>15:51  ek amir tumhara, ek amir hamara. ke do sardar banaye jayein. do sardar banaye jayein. to aakhir mein yeh hua ke bhai do sardar banaye gaye to kaam hi nahi chalega.</w:t>
      </w:r>
      <w:r>
        <w:br/>
      </w:r>
      <w:r>
        <w:rPr>
          <w:sz w:val="20"/>
        </w:rPr>
        <w:t>16:03  to ek banaya gaya Hazrat Abu Bakr. to woh sare arab mein aisa nahi hota ke sare arab mein voting hui thi.</w:t>
      </w:r>
      <w:r>
        <w:br/>
      </w:r>
      <w:r>
        <w:rPr>
          <w:sz w:val="20"/>
        </w:rPr>
        <w:t>16:11  wahan ek ek jagah thi jis ko kehte hain "saqifa bani sa'adah". madine mein saqifa mani hota hai chabutra, platform. wahan baithak hoti thi, panchayat jaise hoti thi na.</w:t>
      </w:r>
      <w:r>
        <w:br/>
      </w:r>
      <w:r>
        <w:rPr>
          <w:sz w:val="20"/>
        </w:rPr>
        <w:t>16:21  to wahan par log ikhatta hue. wohin madine mein faisla kiya gaya ke ke Hazrat Abu Bakr jo hain, woh un ko sab saunp diya jaye. to pehle khalifa woh bane.</w:t>
      </w:r>
      <w:r>
        <w:br/>
      </w:r>
      <w:r>
        <w:rPr>
          <w:sz w:val="20"/>
        </w:rPr>
        <w:t>16:32  achha, is ke baad doosra jo Hazrat Abu Bakr ki wafat hui to phir sawal hua.</w:t>
      </w:r>
      <w:r>
        <w:br/>
      </w:r>
      <w:r>
        <w:rPr>
          <w:sz w:val="20"/>
        </w:rPr>
        <w:t>16:39  to Hazrat Abu Bakr ne kya kiya? ke unhone nominate kiya Hazrat Umar ko. to pehla hua tha saqifa bani sa'adah ke mein logon ne charcha kar ke ek aadmi ko bana diya tha.</w:t>
      </w:r>
      <w:r>
        <w:br/>
      </w:r>
      <w:r>
        <w:rPr>
          <w:sz w:val="20"/>
        </w:rPr>
        <w:t>16:53  doosra hua hai ke woh nominate kiya unhone Hazrat Umar ko. in nomination se Hazrat Umar second khalifa bane. is ke baad jab un ka intiqal hua to phir sawal tha ke kya kiya jaye?</w:t>
      </w:r>
      <w:r>
        <w:br/>
      </w:r>
      <w:r>
        <w:rPr>
          <w:sz w:val="20"/>
        </w:rPr>
        <w:t>17:05  to Hazrat Umar ne chhe aadmiyon ka ek panel banaya.</w:t>
      </w:r>
      <w:r>
        <w:br/>
      </w:r>
      <w:r>
        <w:rPr>
          <w:sz w:val="20"/>
        </w:rPr>
        <w:t>17:09  in chhe aadmiyon ne mil kar ke ek aadmi ko muntakhib kiya. woh is tarah Hazrat Usman bane. phir Hazrat Usman ka jab intiqal hua to phir bhi koi model nahi tha.</w:t>
      </w:r>
      <w:r>
        <w:br/>
      </w:r>
      <w:r>
        <w:rPr>
          <w:sz w:val="20"/>
        </w:rPr>
        <w:t>17:21  to ek qiyas tha is zamane mein. isi mein kuch logon ne kaha ke hazrat ali ko bana dete hain.</w:t>
      </w:r>
      <w:r>
        <w:br/>
      </w:r>
      <w:r>
        <w:rPr>
          <w:sz w:val="20"/>
        </w:rPr>
        <w:t>17:28  phir panchwen khalifa jo maane jaate hain, hazrat umar bin abdulaziz, un ka to aur bhi zyada ajeeb tareeqe se hua tha ke jo khalifa tha, us se pehle khalifa ka lafz sahi nahi hai is ke liye.</w:t>
      </w:r>
      <w:r>
        <w:br/>
      </w:r>
      <w:r>
        <w:rPr>
          <w:sz w:val="20"/>
        </w:rPr>
        <w:t>17:40  wo to ruler tha, wo ruler sulaiman bin abdul malik. to ek is zamane mein ek aalim the, ek scholar.</w:t>
      </w:r>
      <w:r>
        <w:br/>
      </w:r>
      <w:r>
        <w:rPr>
          <w:sz w:val="20"/>
        </w:rPr>
        <w:t>17:50  to unhon ne is se kaha ke tum in ko naamzad kar do, umar bin abd</w:t>
      </w:r>
      <w:r>
        <w:br/>
      </w:r>
      <w:r>
        <w:rPr>
          <w:sz w:val="20"/>
        </w:rPr>
        <w:t>17:54  ul aziz ko. to unhon ne likha ek paper par, wo is mein band kiya gaya, cover mein band kar ke wo laye wahan se. wo us waqt wo safar mein tha aur damishq ki masjid mein khade hue ke dekho, is is is is is invelope mein khalifa ka hukum hai, maante ho ke nahi maante ho is ko?</w:t>
      </w:r>
      <w:r>
        <w:br/>
      </w:r>
      <w:r>
        <w:rPr>
          <w:sz w:val="20"/>
        </w:rPr>
        <w:t>18:11  to unhon ne kaha ke haan maante hain. to khola gaya to maloom hua ke mere baad jo hai, umar bin abdulaziz khalifa honge. to aap dekhen, panchoun ka panch pattern hai.</w:t>
      </w:r>
      <w:r>
        <w:br/>
      </w:r>
      <w:r>
        <w:rPr>
          <w:sz w:val="20"/>
        </w:rPr>
        <w:t>18:20  yeh koi aisa koi state banta hai kahin?</w:t>
      </w:r>
    </w:p>
    <w:p>
      <w:pPr>
        <w:pStyle w:val="Heading2"/>
      </w:pPr>
      <w:r>
        <w:t>Contrast material world animals and humans</w:t>
      </w:r>
    </w:p>
    <w:p>
      <w:r>
        <w:rPr>
          <w:color w:val="666666"/>
          <w:sz w:val="18"/>
        </w:rPr>
        <w:t>How Can a Man be Successful August 19, 2012 · 2m 27s · at 6:32 · https://youtu.be/L4CFjy-kkxE?t=392</w:t>
      </w:r>
    </w:p>
    <w:p>
      <w:r>
        <w:rPr>
          <w:i/>
        </w:rPr>
        <w:t>“For example the material world stars planets galaxies”</w:t>
      </w:r>
    </w:p>
    <w:p>
      <w:r>
        <w:rPr>
          <w:sz w:val="20"/>
        </w:rPr>
        <w:t>6:32  misalan material world hai. aap jante hain ke star, planet, galaxy, solar system, mountain, ocean, yeh sara material world hai.</w:t>
      </w:r>
      <w:r>
        <w:br/>
      </w:r>
      <w:r>
        <w:rPr>
          <w:sz w:val="20"/>
        </w:rPr>
        <w:t>6:46  wahan par to loss ka phenomena nahi hai. wahan ek koi nahi kehta ke jo material world hai, woh</w:t>
      </w:r>
      <w:r>
        <w:br/>
      </w:r>
      <w:r>
        <w:rPr>
          <w:sz w:val="20"/>
        </w:rPr>
        <w:t>6:57  sab wahan par loss hi loss hai, sab burai hi burai hai. sare scientist jo microscope aur telescope se study karte hain dunya ka, woh kehte hain ke kainat bohat hi zyada well designed hai, well planned hai,</w:t>
      </w:r>
      <w:r>
        <w:br/>
      </w:r>
      <w:r>
        <w:rPr>
          <w:sz w:val="20"/>
        </w:rPr>
        <w:t>7:19  bohat meaningful hai, kahin bhi is mein koi flaw nahi. to aap ghor kijiye, isi dunya mein insaan hai jis ki tareekh crime ki register bani hui hai.</w:t>
      </w:r>
      <w:r>
        <w:br/>
      </w:r>
      <w:r>
        <w:rPr>
          <w:sz w:val="20"/>
        </w:rPr>
        <w:t>7:35  phir doosri baat dekhen, isi dunya mein animals hain. animal bhi insaan ki tarah nahi hain, bohat zyada un ke haan discipline hai.</w:t>
      </w:r>
      <w:r>
        <w:br/>
      </w:r>
      <w:r>
        <w:rPr>
          <w:sz w:val="20"/>
        </w:rPr>
        <w:t>7:49  yani aap ghor kijiye, insanon ne first world war kiya, second world war kiya. kya aap ne kabhi suna hai ke jungle mein animal ke darmiyan first world war aur second world war hui?</w:t>
      </w:r>
      <w:r>
        <w:br/>
      </w:r>
      <w:r>
        <w:rPr>
          <w:sz w:val="20"/>
        </w:rPr>
        <w:t>8:04  ke insaan ke khayal mein bohat zyada peaceful life hai haiwanat ki. mein kabhi. aap jante hain ke TV mein is mein jungle ki life dikhate hain.</w:t>
      </w:r>
      <w:r>
        <w:br/>
      </w:r>
      <w:r>
        <w:rPr>
          <w:sz w:val="20"/>
        </w:rPr>
        <w:t>8:16  yeh aap sab log jo dekhte hain, yeh woh jante hain ke kitni beauty hoti hai is mein. keede makoore se le kar ke bare bare janwaron tak itna peaceful tareeqe se rehte hain jungle mein.</w:t>
      </w:r>
      <w:r>
        <w:br/>
      </w:r>
      <w:r>
        <w:rPr>
          <w:sz w:val="20"/>
        </w:rPr>
        <w:t>8:33  is ko dekhte rahiye.</w:t>
      </w:r>
      <w:r>
        <w:br/>
      </w:r>
      <w:r>
        <w:rPr>
          <w:sz w:val="20"/>
        </w:rPr>
        <w:t>8:38  to kisi ne sahi kaha ke dunya mein sab kuch beautiful hai, sirf ek cheez beautiful nahi hai, woh insaan hai.</w:t>
      </w:r>
      <w:r>
        <w:br/>
      </w:r>
      <w:r>
        <w:rPr>
          <w:sz w:val="20"/>
        </w:rPr>
        <w:t>8:48  to yeh jo phenomena hai, isi ki taraf Allah taala ne ishara farmaya ke history is a witness that man is in loss.</w:t>
      </w:r>
    </w:p>
    <w:p>
      <w:pPr>
        <w:pStyle w:val="Heading2"/>
      </w:pPr>
      <w:r>
        <w:t>stress is an intellectual problem, not a physical one</w:t>
      </w:r>
    </w:p>
    <w:p>
      <w:r>
        <w:rPr>
          <w:color w:val="666666"/>
          <w:sz w:val="18"/>
        </w:rPr>
        <w:t>Peace of Mind June 29, 2014 · 2m 09s · at 5:47 · https://youtu.be/oVwRc_FcAGk?t=347</w:t>
      </w:r>
    </w:p>
    <w:p>
      <w:r>
        <w:rPr>
          <w:i/>
        </w:rPr>
        <w:t>“انسان کے دو حصے ہیں: فزیکل پارٹ اور انٹلیکچول پارٹ”</w:t>
      </w:r>
    </w:p>
    <w:p>
      <w:r>
        <w:rPr>
          <w:sz w:val="20"/>
        </w:rPr>
        <w:t>5:47  to main ne is par ghor kiya ke mamla kya hai? To mujhe samajh mein aata hai ke stress jo hai hamare aap jante hain ke insan ke do hisse hain: physical part hai aur intellectual part hai.</w:t>
      </w:r>
      <w:r>
        <w:br/>
      </w:r>
      <w:r>
        <w:rPr>
          <w:sz w:val="20"/>
        </w:rPr>
        <w:t>6:05  hamara hamara jo wajood hai is ke do hisse hain: physical part aur in</w:t>
      </w:r>
      <w:r>
        <w:br/>
      </w:r>
      <w:r>
        <w:rPr>
          <w:sz w:val="20"/>
        </w:rPr>
        <w:t>6:13  tellectual part. To stress jo hai wo wo is ka taluq hamare mind se hai, yani intellectual part se hai, physical part se nahi.</w:t>
      </w:r>
      <w:r>
        <w:br/>
      </w:r>
      <w:r>
        <w:rPr>
          <w:sz w:val="20"/>
        </w:rPr>
        <w:t>6:24  jo physical part hai is ka kya hai?</w:t>
      </w:r>
      <w:r>
        <w:br/>
      </w:r>
      <w:r>
        <w:rPr>
          <w:sz w:val="20"/>
        </w:rPr>
        <w:t>6:27  pyaas lag gayi, aap ne khana pani pi liya, bhook lagi, aap ne khana kha liya, thak gaye, aap so gaye. Ye sab aap ke physical jo part hai aap ka is ke masle hain.</w:t>
      </w:r>
      <w:r>
        <w:br/>
      </w:r>
      <w:r>
        <w:rPr>
          <w:sz w:val="20"/>
        </w:rPr>
        <w:t>6:42  lekin jo stress hai, jo tension hai, wo inshallah ek ek cheez hai. Wo intellectual phenomena hai, wo physical phenomena nahi hai.</w:t>
      </w:r>
      <w:r>
        <w:br/>
      </w:r>
      <w:r>
        <w:rPr>
          <w:sz w:val="20"/>
        </w:rPr>
        <w:t>6:53  to jab wo log jate hain holiday par to apne physical part ko kuch aur food dete hain. Lekin jab jab ke mind jo un ka hai wo bazaroor starvation mein rehta hai.</w:t>
      </w:r>
      <w:r>
        <w:br/>
      </w:r>
      <w:r>
        <w:rPr>
          <w:sz w:val="20"/>
        </w:rPr>
        <w:t>7:15  yani wo apne mind ko starvation mein rakhte hain aur un ka jo body hai is ke liye kuch food de rahe hain, food de rahe hain.</w:t>
      </w:r>
      <w:r>
        <w:br/>
      </w:r>
      <w:r>
        <w:rPr>
          <w:sz w:val="20"/>
        </w:rPr>
        <w:t>7:25  to is se kaise stress khatam hoga? Ye to aise hi hai jaise aap ko bhook lagi hai aap pani piyein, pani peene se to khana, pani peene se to bhook khatam nahi hogi.</w:t>
      </w:r>
      <w:r>
        <w:br/>
      </w:r>
      <w:r>
        <w:rPr>
          <w:sz w:val="20"/>
        </w:rPr>
        <w:t>7:38  aap ko neend aa rahi hai, aap khare ho jayein,</w:t>
      </w:r>
      <w:r>
        <w:br/>
      </w:r>
      <w:r>
        <w:rPr>
          <w:sz w:val="20"/>
        </w:rPr>
        <w:t>7:42  aap barah ghante khare rahein to khare hone se neend ka masla hal nahi hoga. To stress jo hai wo intellectual phenomena hai, wo physical phenomena hai hi nahi.</w:t>
      </w:r>
    </w:p>
    <w:p>
      <w:pPr>
        <w:pStyle w:val="Heading2"/>
      </w:pPr>
      <w:r>
        <w:t>Bismillah: why naming God first changes your mindset</w:t>
      </w:r>
    </w:p>
    <w:p>
      <w:r>
        <w:rPr>
          <w:color w:val="666666"/>
          <w:sz w:val="18"/>
        </w:rPr>
        <w:t>Ramadan and Quranic Guidance July 29, 2012 · 2m 10s · at 6:45 · https://youtu.be/WxpcI7qi4d0?t=405</w:t>
      </w:r>
    </w:p>
    <w:p>
      <w:r>
        <w:rPr>
          <w:i/>
        </w:rPr>
        <w:t>“Maine Quran khola to pehli aayat yeh saamne aayi: Bismillah”</w:t>
      </w:r>
    </w:p>
    <w:p>
      <w:r>
        <w:rPr>
          <w:sz w:val="20"/>
        </w:rPr>
        <w:t>6:45  mein ne quran khola to sab se pehli ayat yeh saamne aayi: bismillah-e-rehman-e-reheem.</w:t>
      </w:r>
      <w:r>
        <w:br/>
      </w:r>
      <w:r>
        <w:rPr>
          <w:sz w:val="20"/>
        </w:rPr>
        <w:t>6:55  mein sochne laga ke aadmi dunya mein kuch kaam karna chahta hai, har din woh sochta hai ke mein yeh karoon, woh karoon.</w:t>
      </w:r>
      <w:r>
        <w:br/>
      </w:r>
      <w:r>
        <w:rPr>
          <w:sz w:val="20"/>
        </w:rPr>
        <w:t>7:06  phir us ko andeshe satate hain ke kya maloom aisa ho jaye, kya maloom waisa ho jaye, kya maloom mera kaam bigad jaye.</w:t>
      </w:r>
      <w:r>
        <w:br/>
      </w:r>
      <w:r>
        <w:rPr>
          <w:sz w:val="20"/>
        </w:rPr>
        <w:t>7:16  to hukm hai ke bismillah-e-rehman-e-reheem keh kar apne kaam ko shuru karo. hadith mein aata hai ke jo kaam bismillah-e-rehman-e-reheem keh kar shuru na kiya jaye to woh kamyab nahi hoga.</w:t>
      </w:r>
      <w:r>
        <w:br/>
      </w:r>
      <w:r>
        <w:rPr>
          <w:sz w:val="20"/>
        </w:rPr>
        <w:t>7:35  kamyab na hone ka matlab kya hai? yeh koi bad dua ki baat nahi hai.</w:t>
      </w:r>
      <w:r>
        <w:br/>
      </w:r>
      <w:r>
        <w:rPr>
          <w:sz w:val="20"/>
        </w:rPr>
        <w:t>7:42  asal yeh hai ke jab aap yeh keh kar kaam shuru karein to aap ka zehn kya banta hai? ke jis dunya mein ja raha hoon mein apna kaam karne ke liye, woh dunya hai aise khuda ki jo rehman aur raheem hai,</w:t>
      </w:r>
      <w:r>
        <w:br/>
      </w:r>
      <w:r>
        <w:rPr>
          <w:sz w:val="20"/>
        </w:rPr>
        <w:t>8:01  jo blessing wala hai, jo compassionate hai, jo apne bando par meherban hai.</w:t>
      </w:r>
      <w:r>
        <w:br/>
      </w:r>
      <w:r>
        <w:rPr>
          <w:sz w:val="20"/>
        </w:rPr>
        <w:t>8:13  aap ghor kijiye ke yeh jo aap ko soch milti hai ke is se aap ko kitna bara faida hoga, is se aap ko agar conviction aaye ga, yaqeen aaye ga,</w:t>
      </w:r>
      <w:r>
        <w:br/>
      </w:r>
      <w:r>
        <w:rPr>
          <w:sz w:val="20"/>
        </w:rPr>
        <w:t>8:28  aap ko azm aaye ga, aap samjhenge ke mein zaroor kamyab hunga, aap ka hausla barhe ga, yeh sab baatein hongi.</w:t>
      </w:r>
      <w:r>
        <w:br/>
      </w:r>
      <w:r>
        <w:rPr>
          <w:sz w:val="20"/>
        </w:rPr>
        <w:t>8:39  to yeh hai wisdom.</w:t>
      </w:r>
      <w:r>
        <w:br/>
      </w:r>
      <w:r>
        <w:rPr>
          <w:sz w:val="20"/>
        </w:rPr>
        <w:t>8:41  quran ke liye yeh lafz sahi nahi hai ke woh muqaddas kalam hai. sahi yeh hai ke woh book of wisdom hai. zindagi ki wisdom deta hai.</w:t>
      </w:r>
    </w:p>
    <w:p>
      <w:pPr>
        <w:pStyle w:val="Heading2"/>
      </w:pPr>
      <w:r>
        <w:t>Complete lesson on Moses and Pharaoh</w:t>
      </w:r>
    </w:p>
    <w:p>
      <w:r>
        <w:rPr>
          <w:color w:val="666666"/>
          <w:sz w:val="18"/>
        </w:rPr>
        <w:t>Dars-e-Quran, Ch. 2 Verse 49-50 February 25, 2018 · 2m 17s · at 0:41 · https://youtu.be/ogSNikZscgM?t=41</w:t>
      </w:r>
    </w:p>
    <w:p>
      <w:r>
        <w:rPr>
          <w:i/>
        </w:rPr>
        <w:t>“Aap jaante hain ke Sunday program mein”</w:t>
      </w:r>
    </w:p>
    <w:p>
      <w:r>
        <w:rPr>
          <w:sz w:val="20"/>
        </w:rPr>
        <w:t>0:41  aap jante hain ke sunday program mein hamare haan quran ka dars hota hai, silsile war.</w:t>
      </w:r>
      <w:r>
        <w:br/>
      </w:r>
      <w:r>
        <w:rPr>
          <w:sz w:val="20"/>
        </w:rPr>
        <w:t>0:54  to aaj is dars ka jo hissa liya gaya hai woh surah baqarah ki kuch ayatein hain.</w:t>
      </w:r>
      <w:r>
        <w:br/>
      </w:r>
      <w:r>
        <w:rPr>
          <w:sz w:val="20"/>
        </w:rPr>
        <w:t>1:03  aaj zer-e-dars rahengi, is ko pehle padha jayega, phir is ka tarjuma pesh kiya jayega.</w:t>
      </w:r>
      <w:r>
        <w:br/>
      </w:r>
      <w:r>
        <w:rPr>
          <w:sz w:val="20"/>
        </w:rPr>
        <w:t>1:12  bismillah rahman rahim. wa iz najjaynakum min aale fir'auna yasumunakum soo'al azabi yuzabbihuna abna'akum wa yastahiyuna nisa'akum, wa fi zaliikum bala'un mir rabbikum azim.</w:t>
      </w:r>
      <w:r>
        <w:br/>
      </w:r>
      <w:r>
        <w:rPr>
          <w:sz w:val="20"/>
        </w:rPr>
        <w:t>1:30  wa iz faraqna bikumul bahra fa anjaynakum wa aghraqna aala fir'auna wa antum tanzarun. wa iz wa'adna musa arba'ina laylatan thumma-ttakhadhtumul 'ijla mim ba'dihi wa antum zaliimun.</w:t>
      </w:r>
      <w:r>
        <w:br/>
      </w:r>
      <w:r>
        <w:rPr>
          <w:sz w:val="20"/>
        </w:rPr>
        <w:t>1:45  phir? zyada nahi, yahi tak. chalen tarjuma padh lete hain. aur yaad karo jab hum ne tum ko nijaat diya fir'aun se, fir'aun ki qaum se.</w:t>
      </w:r>
      <w:r>
        <w:br/>
      </w:r>
      <w:r>
        <w:rPr>
          <w:sz w:val="20"/>
        </w:rPr>
        <w:t>2:00  woh tum ko dardnak azab diya karte the, tumhare beton ko zabah karte aur tumhari auraton ko chhod diya karte the.</w:t>
      </w:r>
      <w:r>
        <w:br/>
      </w:r>
      <w:r>
        <w:rPr>
          <w:sz w:val="20"/>
        </w:rPr>
        <w:t>2:11  is museebat mein yeh tumhare rab ki taraf se bohat hi sakht museebat thi. aur jab hum ne darya ko phad kar tumhein paar karaya, phir bachaya tum ko aur doba diya fir'aun ke logon ko aur tum dekhte rahe.</w:t>
      </w:r>
      <w:r>
        <w:br/>
      </w:r>
      <w:r>
        <w:rPr>
          <w:sz w:val="20"/>
        </w:rPr>
        <w:t>2:29  surah al-baqarah ayat number 49, 50.</w:t>
      </w:r>
      <w:r>
        <w:br/>
      </w:r>
      <w:r>
        <w:rPr>
          <w:sz w:val="20"/>
        </w:rPr>
        <w:t>2:34  dekhiye, yeh jo ayatein hain, bazahir yeh yahud ke</w:t>
      </w:r>
      <w:r>
        <w:br/>
      </w:r>
      <w:r>
        <w:rPr>
          <w:sz w:val="20"/>
        </w:rPr>
        <w:t>2:46  maazi ki kuch baatein hain jo is mein dohrai gayi hain. yeh yahood ki maazi ki tareekh.</w:t>
      </w:r>
    </w:p>
    <w:p>
      <w:pPr>
        <w:pStyle w:val="Heading2"/>
      </w:pPr>
      <w:r>
        <w:t>Marifat: humans created to discover God's hidden wonders</w:t>
      </w:r>
    </w:p>
    <w:p>
      <w:r>
        <w:rPr>
          <w:color w:val="666666"/>
          <w:sz w:val="18"/>
        </w:rPr>
        <w:t>Purpose of Human Life February 12, 2012 Maulana Wahiduddin Khan · 2m 15s · at 17:23 · https://youtu.be/gRupSXuak-w?t=1043</w:t>
      </w:r>
    </w:p>
    <w:p>
      <w:r>
        <w:rPr>
          <w:i/>
        </w:rPr>
        <w:t>“Iss par sochte sochte main pahoncha ke Allah ne Quran mein kya bataya hai, maqsad-e-takhleeq”</w:t>
      </w:r>
    </w:p>
    <w:p>
      <w:r>
        <w:rPr>
          <w:sz w:val="20"/>
        </w:rPr>
        <w:t>17:23  is par sochte sochte main pahuncha yahan par ke Allah taala ne quran mein kya bataya hai? maqsad takhleeq</w:t>
      </w:r>
      <w:r>
        <w:br/>
      </w:r>
      <w:r>
        <w:rPr>
          <w:sz w:val="20"/>
        </w:rPr>
        <w:t>17:35  quran mein hai ke "wa ma khalaqtul jinna wal insa illa li ya'budun". li ya'budun ka ki tafseer ki gayi hai "li ya'rifun", yani jin ko aur ins ko, jin ko aur insaan ko Allah ne paida kiya hai marifat ke liye.</w:t>
      </w:r>
      <w:r>
        <w:br/>
      </w:r>
      <w:r>
        <w:rPr>
          <w:sz w:val="20"/>
        </w:rPr>
        <w:t>17:53  ma'rifat ka matlab kya hai? ek aur ayat se yeh baat wazeh hoti hai.</w:t>
      </w:r>
      <w:r>
        <w:br/>
      </w:r>
      <w:r>
        <w:rPr>
          <w:sz w:val="20"/>
        </w:rPr>
        <w:t>18:00  quran mein surah rehman hai, aur rehman mein yeh ayat 30 bar se zyada aai hai, more than thirty times.</w:t>
      </w:r>
      <w:r>
        <w:br/>
      </w:r>
      <w:r>
        <w:rPr>
          <w:sz w:val="20"/>
        </w:rPr>
        <w:t>18:11  jinn aur ins dono ko khitab karte kaha gaya quran mein: "tabaraka allaa rabikuma tukazziban".</w:t>
      </w:r>
      <w:r>
        <w:br/>
      </w:r>
      <w:r>
        <w:rPr>
          <w:sz w:val="20"/>
        </w:rPr>
        <w:t>18:20  tum dono allah ke kin kin aalaa ko jhutlaoge? aalaa ka matlab hai wahi jisko hum angrezi mein kehte hain "wonders".</w:t>
      </w:r>
      <w:r>
        <w:br/>
      </w:r>
      <w:r>
        <w:rPr>
          <w:sz w:val="20"/>
        </w:rPr>
        <w:t>18:29  tum khuda ke kis kis wonders ko deny karoge?</w:t>
      </w:r>
      <w:r>
        <w:br/>
      </w:r>
      <w:r>
        <w:rPr>
          <w:sz w:val="20"/>
        </w:rPr>
        <w:t>18:37  yeh wonders hain jinko hamein daryaft karna hai. isi wonders ke daryaft ka naam ma'rifat hai, yani aalaa allah, kalmaat allah, ayat allah.</w:t>
      </w:r>
      <w:r>
        <w:br/>
      </w:r>
      <w:r>
        <w:rPr>
          <w:sz w:val="20"/>
        </w:rPr>
        <w:t>18:48  yeh sab alfaaz quran mein aaye hain,</w:t>
      </w:r>
      <w:r>
        <w:br/>
      </w:r>
      <w:r>
        <w:rPr>
          <w:sz w:val="20"/>
        </w:rPr>
        <w:t>18:53  wo hidden roop mein hain kainat mein, potential ke taur par hain.</w:t>
      </w:r>
      <w:r>
        <w:br/>
      </w:r>
      <w:r>
        <w:rPr>
          <w:sz w:val="20"/>
        </w:rPr>
        <w:t>18:59  is potential ko unfold karna yahi insaan ka role hai, aur isi ke ka naam ma'rifat hai. to insaan ko paida kiya allah taala ne is liye, yeh usko role diya ke is kainat mein jo chupi hui wonders hain,</w:t>
      </w:r>
      <w:r>
        <w:br/>
      </w:r>
      <w:r>
        <w:rPr>
          <w:sz w:val="20"/>
        </w:rPr>
        <w:t>19:25  jo chhupe hue ma'rifat ke item hain, unko woh discover kare, unko world fold kare, aur unko ma'rifat banaye.</w:t>
      </w:r>
    </w:p>
    <w:p>
      <w:pPr>
        <w:pStyle w:val="Heading2"/>
      </w:pPr>
      <w:r>
        <w:t>Call for collective repentance and ending hatred now</w:t>
      </w:r>
    </w:p>
    <w:p>
      <w:r>
        <w:rPr>
          <w:color w:val="666666"/>
          <w:sz w:val="18"/>
        </w:rPr>
        <w:t>Divine Warning October 31, 2013 Maulana Wahiduddin Khan · 2m 13s · at 17:08 · https://youtu.be/np9p9TqUa-g?t=1028</w:t>
      </w:r>
    </w:p>
    <w:p>
      <w:r>
        <w:rPr>
          <w:i/>
        </w:rPr>
        <w:t>“Ab aakhri waqt aa gaya hai ke tamam Musalman sochein”</w:t>
      </w:r>
    </w:p>
    <w:p>
      <w:r>
        <w:rPr>
          <w:sz w:val="20"/>
        </w:rPr>
        <w:t>17:08  to ab aakhri waqt aa gaya hai is maamle mein ke tamam musalman sochein. tamam muslim rehnuma ghorein. aur ijtamai tauba karein.</w:t>
      </w:r>
      <w:r>
        <w:br/>
      </w:r>
      <w:r>
        <w:rPr>
          <w:sz w:val="20"/>
        </w:rPr>
        <w:t>17:19  ijtimai tauba. quran mein aata hai ke toobu ila jamee'an al musalmoon sab mil kar tauba karo aye musalmano.</w:t>
      </w:r>
      <w:r>
        <w:br/>
      </w:r>
      <w:r>
        <w:rPr>
          <w:sz w:val="20"/>
        </w:rPr>
        <w:t>17:30  sab mil kar ke maani kya hain?</w:t>
      </w:r>
      <w:r>
        <w:br/>
      </w:r>
      <w:r>
        <w:rPr>
          <w:sz w:val="20"/>
        </w:rPr>
        <w:t>17:33  jab umoomi bigaad paida ho jaye, aam bigaad, aam satah par, tab ashya wahan par mantiq hoti hain.</w:t>
      </w:r>
      <w:r>
        <w:br/>
      </w:r>
      <w:r>
        <w:rPr>
          <w:sz w:val="20"/>
        </w:rPr>
        <w:t>17:44  yaani sare hi log jo hain, un ke andar yeh jazba ubharna chahiye.</w:t>
      </w:r>
      <w:r>
        <w:br/>
      </w:r>
      <w:r>
        <w:rPr>
          <w:sz w:val="20"/>
        </w:rPr>
        <w:t>17:49  ek taraf se ke hamein tauba karna hai. hamein apni ghalti ko manna hai. hamein nafrat ko khatm karna hai. shikayat ko khatm karna hai.</w:t>
      </w:r>
      <w:r>
        <w:br/>
      </w:r>
      <w:r>
        <w:rPr>
          <w:sz w:val="20"/>
        </w:rPr>
        <w:t>18:01  puri tarah apne aap ko positive banana hai. bad dua karne ka tareeqa bilkul ek dam band kar dena hai. mukammal stop kar dena hai is ko.</w:t>
      </w:r>
      <w:r>
        <w:br/>
      </w:r>
      <w:r>
        <w:rPr>
          <w:sz w:val="20"/>
        </w:rPr>
        <w:t>18:14  yeh yeh isi ko kehte hain, kaha gaya hai tazru.</w:t>
      </w:r>
      <w:r>
        <w:br/>
      </w:r>
      <w:r>
        <w:rPr>
          <w:sz w:val="20"/>
        </w:rPr>
        <w:t>18:18  yahi tazru hai.</w:t>
      </w:r>
      <w:r>
        <w:br/>
      </w:r>
      <w:r>
        <w:rPr>
          <w:sz w:val="20"/>
        </w:rPr>
        <w:t>18:25  tazru ke lafzi maani hote hain gadgadana. lekin apne intabaq, apne application ke aitbar se is waqt jo tazru matloob hai, woh yahi hai ke bad duaen khatm, nafrat khatm, protest khatm, tashaddud khatm,</w:t>
      </w:r>
      <w:r>
        <w:br/>
      </w:r>
      <w:r>
        <w:rPr>
          <w:sz w:val="20"/>
        </w:rPr>
        <w:t>18:44  suicide bombing khatm, dusron ko zalim samajhna khatm.</w:t>
      </w:r>
      <w:r>
        <w:br/>
      </w:r>
      <w:r>
        <w:rPr>
          <w:sz w:val="20"/>
        </w:rPr>
        <w:t>18:50  apne ko zimmedar samajh kar self introspection karna. apni ghaltiyon ko dhoond dhoond kar nikalna aur apni islaah karna.</w:t>
      </w:r>
      <w:r>
        <w:br/>
      </w:r>
      <w:r>
        <w:rPr>
          <w:sz w:val="20"/>
        </w:rPr>
        <w:t>19:03  yeh hai tazru.</w:t>
      </w:r>
      <w:r>
        <w:br/>
      </w:r>
      <w:r>
        <w:rPr>
          <w:sz w:val="20"/>
        </w:rPr>
        <w:t>19:09  to yeh ayat maujooda zamane ke musalmanon ko khitab kar rahi hai. aur puri tarah un ke upar apply hoti hai. mukammal taur par.</w:t>
      </w:r>
    </w:p>
    <w:p>
      <w:pPr>
        <w:pStyle w:val="Heading2"/>
      </w:pPr>
      <w:r>
        <w:t>Adam's incomplete paradise — why we always want more</w:t>
      </w:r>
    </w:p>
    <w:p>
      <w:r>
        <w:rPr>
          <w:color w:val="666666"/>
          <w:sz w:val="18"/>
        </w:rPr>
        <w:t>Ramadan Month of The Quran June 28, 2015 · 1m 37s · at 17:33 · https://youtu.be/Ca7wr4bEy9Y?t=1053</w:t>
      </w:r>
    </w:p>
    <w:p>
      <w:r>
        <w:rPr>
          <w:i/>
        </w:rPr>
        <w:t>“Jannat mein ek hissa tha jo Adam aur Hawwa ko nahi mila”</w:t>
      </w:r>
    </w:p>
    <w:p>
      <w:r>
        <w:rPr>
          <w:sz w:val="20"/>
        </w:rPr>
        <w:t>17:33  jannat mein ek hissa ya ek darakht aisa tha jo un ko nahi mila tha, adam aur hawa ko. jannat poori mil gayi, lekin phir bhi is ka ek hissa nahi mila jahan ek darakht tha.</w:t>
      </w:r>
      <w:r>
        <w:br/>
      </w:r>
      <w:r>
        <w:rPr>
          <w:sz w:val="20"/>
        </w:rPr>
        <w:t>17:49  yani yeh is ka matlab yeh hai ke adam ki jannat khandat jannat thi, khandat incomplete jannat thi. to mein samajhta hoon ke yeh bohat bara sabak hai ke dunya mein insan yeh na samjhe ke woh dunya mein complete jannat pa sakta hai,</w:t>
      </w:r>
      <w:r>
        <w:br/>
      </w:r>
      <w:r>
        <w:rPr>
          <w:sz w:val="20"/>
        </w:rPr>
        <w:t>18:10  apne liye mukammal zindagi bana sakta hai, yahan mukammal system bana sakta hai.</w:t>
      </w:r>
      <w:r>
        <w:br/>
      </w:r>
      <w:r>
        <w:rPr>
          <w:sz w:val="20"/>
        </w:rPr>
        <w:t>18:16  aisa mumkin nahi hai, yahan par incomplete dunya hogi insan ki, incomplete jannat jo banayega, woh incomplete hogi, jo system banayega, woh incomplete system hoga.</w:t>
      </w:r>
      <w:r>
        <w:br/>
      </w:r>
      <w:r>
        <w:rPr>
          <w:sz w:val="20"/>
        </w:rPr>
        <w:t>18:30  dekhiye, yeh agar maan len hum to sara tension khatam ho jaye. sara tension kyun hota hai? hum incomplete pe raazi nahi hote, hum chahte hain complete karna.</w:t>
      </w:r>
      <w:r>
        <w:br/>
      </w:r>
      <w:r>
        <w:rPr>
          <w:sz w:val="20"/>
        </w:rPr>
        <w:t>18:43  incomplete to sabhi ko mil jata hai.</w:t>
      </w:r>
      <w:r>
        <w:br/>
      </w:r>
      <w:r>
        <w:rPr>
          <w:sz w:val="20"/>
        </w:rPr>
        <w:t>18:46  aap ghor kijiye to is paas aap ke jitne log honge, sab ko incomplete dunya mili hui hogi, lekin phir bhi woh pareshan honge kyunke woh chahte hain ke mujhe complete mil jaye.</w:t>
      </w:r>
      <w:r>
        <w:br/>
      </w:r>
      <w:r>
        <w:rPr>
          <w:sz w:val="20"/>
        </w:rPr>
        <w:t>19:00  maslan chota ghar hai to bara ghar mil jaye, ek car hai to do car mil jaye, chota job hai to bara job mil jaye, kam aamdani wala business hai to bari aamdani wala business mil jaye.</w:t>
      </w:r>
    </w:p>
    <w:p>
      <w:pPr>
        <w:pStyle w:val="Heading2"/>
      </w:pPr>
      <w:r>
        <w:t>Prophet leaves when Abu Bakr defends self</w:t>
      </w:r>
    </w:p>
    <w:p>
      <w:r>
        <w:rPr>
          <w:color w:val="666666"/>
          <w:sz w:val="18"/>
        </w:rPr>
        <w:t>Living between Angels and Satan I 26th Jan.08 · 2m 32s · at 9:55 · https://youtu.be/V6qfjCkiRcc?t=595</w:t>
      </w:r>
    </w:p>
    <w:p>
      <w:r>
        <w:rPr>
          <w:i/>
        </w:rPr>
        <w:t>“The Prophet was with Abu Bakr.”</w:t>
      </w:r>
    </w:p>
    <w:p>
      <w:r>
        <w:rPr>
          <w:sz w:val="20"/>
        </w:rPr>
        <w:t>9:55  with—with Abu Bakr. The Prophet was with Abu Bakr, and someone came over there, and he—he was, for some reason, due to some reason, he was angry with Abu Bakr. Abu Bakr ibn al-Shaddak. So he became—he</w:t>
      </w:r>
      <w:r>
        <w:br/>
      </w:r>
      <w:r>
        <w:rPr>
          <w:sz w:val="20"/>
        </w:rPr>
        <w:t>10:26  —he showed his anger. He—he started abusing him and this and that. So Abu Bakr was silent. Silent, simply listening. But when this man kept on—when this man kept on saying all those negative words,</w:t>
      </w:r>
      <w:r>
        <w:br/>
      </w:r>
      <w:r>
        <w:rPr>
          <w:sz w:val="20"/>
        </w:rPr>
        <w:t>10:57  so Abu Bakr—Abu Bakr al-Shaddak wanted to defend himself. So he—but when he wanted to defend himself, the Prophet left and went away. Then Abu Bakr al-Shaddak met the Prophet of Islam and asked,</w:t>
      </w:r>
      <w:r>
        <w:br/>
      </w:r>
      <w:r>
        <w:rPr>
          <w:sz w:val="20"/>
        </w:rPr>
        <w:t>11:27  "When that man was abusing and I am silent, you were over there. But when I wanted to defend myself, you left me and you went away. Why?" The Prophet said that when you was—when you were silent, when you</w:t>
      </w:r>
      <w:r>
        <w:br/>
      </w:r>
      <w:r>
        <w:rPr>
          <w:sz w:val="20"/>
        </w:rPr>
        <w:t>11:57  were silent, the angel was giving response from your side. But when you started speaking, the angel went away. So I left you, I also went away. This—this story is not a simply a story.</w:t>
      </w:r>
    </w:p>
    <w:p>
      <w:pPr>
        <w:pStyle w:val="Heading2"/>
      </w:pPr>
      <w:r>
        <w:t>Maulana's personal experience of angels after his mother's death</w:t>
      </w:r>
    </w:p>
    <w:p>
      <w:r>
        <w:rPr>
          <w:color w:val="666666"/>
          <w:sz w:val="18"/>
        </w:rPr>
        <w:t>Izhar-e-Deen January 5, 2007 Maulana Wahiduddin Khan · 1m 59s · at 1:19:01 · https://youtu.be/k7A-QmCYPhM?t=4741</w:t>
      </w:r>
    </w:p>
    <w:p>
      <w:r>
        <w:rPr>
          <w:i/>
        </w:rPr>
        <w:t>“Meri walida jab guzar gayeen to main bohot lonely feel karta tha”</w:t>
      </w:r>
    </w:p>
    <w:p>
      <w:r>
        <w:rPr>
          <w:sz w:val="20"/>
        </w:rPr>
        <w:t>1:19:01  dekhiye, aise to nahin dekh sakte aap. okay, kyunke aap apna experience batata hoon main aap ko. hamari walida jab mar gayi na to main jis kamre mein rehta hoon, bohat ziyada loneliness feel karta tha.</w:t>
      </w:r>
      <w:r>
        <w:br/>
      </w:r>
      <w:r>
        <w:rPr>
          <w:sz w:val="20"/>
        </w:rPr>
        <w:t>1:19:14  main loneliness do din tak</w:t>
      </w:r>
      <w:r>
        <w:br/>
      </w:r>
      <w:r>
        <w:rPr>
          <w:sz w:val="20"/>
        </w:rPr>
        <w:t>1:19:17  ek dam jaise sunata, akela pan, loneliness. to teesri raat ko jab main utha, aap log is ko shayad na maanein, teesri raat ko jab main utha to lagta mujhe jab main chalne laga, mere mere ghar kamre mein teen door hain: ek bathroom ki taraf, ek bahar nikalne ki taraf, ek idhar jidhar meri biwi rehti thi us kamre mein.</w:t>
      </w:r>
      <w:r>
        <w:br/>
      </w:r>
      <w:r>
        <w:rPr>
          <w:sz w:val="20"/>
        </w:rPr>
        <w:t>1:19:43  idhar</w:t>
      </w:r>
      <w:r>
        <w:br/>
      </w:r>
      <w:r>
        <w:rPr>
          <w:sz w:val="20"/>
        </w:rPr>
        <w:t>1:19:46  to sahib ne jab utha jaana tha mujhe bathroom to mujhe laga ke jaise ke har taraf bheed hai. main ja raha hoon to aise rush yaani bheed mein jaana pad raha hai mujhe bathroom ki taraf jaate hue.</w:t>
      </w:r>
      <w:r>
        <w:br/>
      </w:r>
      <w:r>
        <w:rPr>
          <w:sz w:val="20"/>
        </w:rPr>
        <w:t>1:20:00  to phir main idhar gaya, idhar bhi bheed, idhar bhi bheed, unseen bheed, unseen crowd. okay, yaani ek ajeeb experience tha mujhe.</w:t>
      </w:r>
      <w:r>
        <w:br/>
      </w:r>
      <w:r>
        <w:rPr>
          <w:sz w:val="20"/>
        </w:rPr>
        <w:t>1:20:10  raat ko shayad main utha tha ek baje bathroom jaane ke liye</w:t>
      </w:r>
      <w:r>
        <w:br/>
      </w:r>
      <w:r>
        <w:rPr>
          <w:sz w:val="20"/>
        </w:rPr>
        <w:t>1:20:15  to ek unseen crowd tha us mein mere kamre mein. jidhar jaaun wahi crowd, idhar jaaun wahi crowd, idhar jaaun wahi crowd. to mujhe kuch woh woh bilashuba angel aaye the is loneliness ko khatam karne ke liye.</w:t>
      </w:r>
      <w:r>
        <w:br/>
      </w:r>
      <w:r>
        <w:rPr>
          <w:sz w:val="20"/>
        </w:rPr>
        <w:t>1:20:29  is ke baad se phir mujhe normal tareeqe se rehne laga, isi isi room mein, isi room mein normal tareeqe se rehne laga. main woh angel jo aaye the ek dam crowd kar ke aaye aur is is loneliness ko unhone khatam kar diya</w:t>
      </w:r>
      <w:r>
        <w:br/>
      </w:r>
      <w:r>
        <w:rPr>
          <w:sz w:val="20"/>
        </w:rPr>
        <w:t>1:20:44  , sone sone pan ko khatam kar diya. hatta ke Fareeda aaein kamre mein to unhone kaha aaj kuch kamre mein kuch ek naya sa lagta hai, mujhe naya sa lagta hai.</w:t>
      </w:r>
      <w:r>
        <w:br/>
      </w:r>
      <w:r>
        <w:rPr>
          <w:sz w:val="20"/>
        </w:rPr>
        <w:t>1:20:58  yeh ek baat hui.</w:t>
      </w:r>
    </w:p>
    <w:p>
      <w:pPr>
        <w:pStyle w:val="Heading2"/>
      </w:pPr>
      <w:r>
        <w:t>Hadith: losing eyesight, gaining paradise through patience</w:t>
      </w:r>
    </w:p>
    <w:p>
      <w:r>
        <w:rPr>
          <w:color w:val="666666"/>
          <w:sz w:val="18"/>
        </w:rPr>
        <w:t>Ramadan and Quranic Guidance July 29, 2012 · 1m 38s · at 14:25 · https://youtu.be/WxpcI7qi4d0?t=865</w:t>
      </w:r>
    </w:p>
    <w:p>
      <w:r>
        <w:rPr>
          <w:i/>
        </w:rPr>
        <w:t>“Jab main apne bande ko uski do aankhon ke baare mein aazmata hoon”</w:t>
      </w:r>
    </w:p>
    <w:p>
      <w:r>
        <w:rPr>
          <w:sz w:val="20"/>
        </w:rPr>
        <w:t>14:25  har haal mein. Phir yeh sochte sochte mujhe ek hadith yaad aayi.</w:t>
      </w:r>
      <w:r>
        <w:br/>
      </w:r>
      <w:r>
        <w:rPr>
          <w:sz w:val="20"/>
        </w:rPr>
        <w:t>14:36  hadith mein hai ke "إِذَا ابْتَلَىٰ تُو عَبْدِي بِحَبِيبَتَهِ فَصَبَرَ"</w:t>
      </w:r>
      <w:r>
        <w:br/>
      </w:r>
      <w:r>
        <w:rPr>
          <w:sz w:val="20"/>
        </w:rPr>
        <w:t>14:46  allah ta'ala farmate hain ke jab mein apne bando ko ibtila mein dalta hoon is ki do aankhon ke bare mein. yaani is ki do aankhein le leta hoon.</w:t>
      </w:r>
      <w:r>
        <w:br/>
      </w:r>
      <w:r>
        <w:rPr>
          <w:sz w:val="20"/>
        </w:rPr>
        <w:t>14:57  yaani aankhein se mahroomi, yaani nabina ban jana. yeh hai ibtila.</w:t>
      </w:r>
      <w:r>
        <w:br/>
      </w:r>
      <w:r>
        <w:rPr>
          <w:sz w:val="20"/>
        </w:rPr>
        <w:t>15:05  yeh mahroomi nahi hai. yeh nahi farmaya ke jab is ko mahroom karta hoon aankhon se. yaani hadith bhi yeh nahi hai ke jab mein is ko is ki aankhon se mahroom kar deta hoon.</w:t>
      </w:r>
      <w:r>
        <w:br/>
      </w:r>
      <w:r>
        <w:rPr>
          <w:sz w:val="20"/>
        </w:rPr>
        <w:t>15:17  nahi, jab mein is ki aankhon ke bare mein is par is pe ibtila karta hoon, yaani is ko aazmaish mein dalta hoon. aur phir woh sabr kar leta hai. to is ke badle mein is ko jannat deta hoon.</w:t>
      </w:r>
      <w:r>
        <w:br/>
      </w:r>
      <w:r>
        <w:rPr>
          <w:sz w:val="20"/>
        </w:rPr>
        <w:t>15:32  dekhiye, jannat to akhirat ki cheez hai. lekin yeh badla isi dunya se shuru ho jata hai. is par ghor karte hue mujhe samajh aaya ke sabr ka matlab yeh hai positive thinking.</w:t>
      </w:r>
      <w:r>
        <w:br/>
      </w:r>
      <w:r>
        <w:rPr>
          <w:sz w:val="20"/>
        </w:rPr>
        <w:t>15:47  sabr koi negative cheez nahi, koi bozdi ki baat nahi.</w:t>
      </w:r>
      <w:r>
        <w:br/>
      </w:r>
      <w:r>
        <w:rPr>
          <w:sz w:val="20"/>
        </w:rPr>
        <w:t>15:53  yaani ek aadmi ki dono aankhein chali gayeen to sabr karta hai. is ka matlab ke is ko woh positive sense mein leta hai.</w:t>
      </w:r>
    </w:p>
    <w:p>
      <w:pPr>
        <w:pStyle w:val="Heading2"/>
      </w:pPr>
      <w:r>
        <w:t>An angel offers to crush Ta'if — the Prophet refuses</w:t>
      </w:r>
    </w:p>
    <w:p>
      <w:r>
        <w:rPr>
          <w:color w:val="666666"/>
          <w:sz w:val="18"/>
        </w:rPr>
        <w:t>In Conversation with Dr. Saniyasnain Khan December 12, 2021 · 2m 15s · at 28:09 · https://youtu.be/9Lp76ckNRYE?t=1689</w:t>
      </w:r>
    </w:p>
    <w:p>
      <w:r>
        <w:rPr>
          <w:i/>
        </w:rPr>
        <w:t>“Farishta aaya aur kaha main Ta'if walon ko kuchal doon?”</w:t>
      </w:r>
    </w:p>
    <w:p>
      <w:r>
        <w:rPr>
          <w:sz w:val="20"/>
        </w:rPr>
        <w:t>28:09  to un mein se ek farishta tha</w:t>
      </w:r>
      <w:r>
        <w:br/>
      </w:r>
      <w:r>
        <w:rPr>
          <w:sz w:val="20"/>
        </w:rPr>
        <w:t>28:12  aah pahadon ka farishta</w:t>
      </w:r>
      <w:r>
        <w:br/>
      </w:r>
      <w:r>
        <w:rPr>
          <w:sz w:val="20"/>
        </w:rPr>
        <w:t>28:16  us ne kaha ke aap agar ijazat dein to main taif walon ko is tarah se kuchal doon</w:t>
      </w:r>
      <w:r>
        <w:br/>
      </w:r>
      <w:r>
        <w:rPr>
          <w:sz w:val="20"/>
        </w:rPr>
        <w:t>28:24  jaise chakki ke do baat hote hain chuki taif do pahadiyon ke beech mein hai beech mein hai</w:t>
      </w:r>
      <w:r>
        <w:br/>
      </w:r>
      <w:r>
        <w:rPr>
          <w:sz w:val="20"/>
        </w:rPr>
        <w:t>28:30  ji to jab rasool Allah ne yeh suna</w:t>
      </w:r>
      <w:r>
        <w:br/>
      </w:r>
      <w:r>
        <w:rPr>
          <w:sz w:val="20"/>
        </w:rPr>
        <w:t>28:35  to hath uthaye aasman ke upar aur kaha la ya rabbi la ya rabbi nahi aye mere rab</w:t>
      </w:r>
      <w:r>
        <w:br/>
      </w:r>
      <w:r>
        <w:rPr>
          <w:sz w:val="20"/>
        </w:rPr>
        <w:t>28:42  mujhe umeed hai ke</w:t>
      </w:r>
      <w:r>
        <w:br/>
      </w:r>
      <w:r>
        <w:rPr>
          <w:sz w:val="20"/>
        </w:rPr>
        <w:t>28:46  un ki agli generations teri baat ko sune gi aur</w:t>
      </w:r>
      <w:r>
        <w:br/>
      </w:r>
      <w:r>
        <w:rPr>
          <w:sz w:val="20"/>
        </w:rPr>
        <w:t>28:51  tere paigham ko samjhe gi aur is</w:t>
      </w:r>
      <w:r>
        <w:br/>
      </w:r>
      <w:r>
        <w:rPr>
          <w:sz w:val="20"/>
        </w:rPr>
        <w:t>28:54  ko phailaye gi to is waqt bhi zahir hai rasool Allah salallaho alaihi wasallam ko itni takleef</w:t>
      </w:r>
      <w:r>
        <w:br/>
      </w:r>
      <w:r>
        <w:rPr>
          <w:sz w:val="20"/>
        </w:rPr>
        <w:t>28:59  mein yaqeenan ghussa aaya hoga aur jab farishta aa gaya to kehte hain ke haan haan bilkul foran kuchal</w:t>
      </w:r>
      <w:r>
        <w:br/>
      </w:r>
      <w:r>
        <w:rPr>
          <w:sz w:val="20"/>
        </w:rPr>
        <w:t>29:07  do lekin yahi baat hai ek practical jo quran mein aaya wal kazimeen al ghiz wa afina an nas ke ghusse ko</w:t>
      </w:r>
      <w:r>
        <w:br/>
      </w:r>
      <w:r>
        <w:rPr>
          <w:sz w:val="20"/>
        </w:rPr>
        <w:t>29:16  pee jane wale aur logon ko maaf kar dene wale aur isi ko Maulana ne kaha ke positive</w:t>
      </w:r>
      <w:r>
        <w:br/>
      </w:r>
      <w:r>
        <w:rPr>
          <w:sz w:val="20"/>
        </w:rPr>
        <w:t>29:22  direction mein jo Maulana ne is ke liye term use ki hai anger energy anger energy to is</w:t>
      </w:r>
      <w:r>
        <w:br/>
      </w:r>
      <w:r>
        <w:rPr>
          <w:sz w:val="20"/>
        </w:rPr>
        <w:t>29:29  anger energy ko positive direction mein aap ne turn diya to rasool Allah ki yeh jo sunnat hai</w:t>
      </w:r>
      <w:r>
        <w:br/>
      </w:r>
      <w:r>
        <w:rPr>
          <w:sz w:val="20"/>
        </w:rPr>
        <w:t>29:36  yeh bhi Allah taala ka fazal hai ke Allah taala ne sirf kitab</w:t>
      </w:r>
      <w:r>
        <w:br/>
      </w:r>
      <w:r>
        <w:rPr>
          <w:sz w:val="20"/>
        </w:rPr>
        <w:t>29:39  nahi utari hmm kitab ke sath prophet bhi bheja ta ke woh demonstrate kare dikhaye zaroori hota hai yeh</w:t>
      </w:r>
      <w:r>
        <w:br/>
      </w:r>
      <w:r>
        <w:rPr>
          <w:sz w:val="20"/>
        </w:rPr>
        <w:t>29:47  ke sirf parhna kafi nahi hai demonstration bhi zaroori hai to yeh jo ayat aayi ke ghusse ko</w:t>
      </w:r>
      <w:r>
        <w:br/>
      </w:r>
      <w:r>
        <w:rPr>
          <w:sz w:val="20"/>
        </w:rPr>
        <w:t>29:54  pee jane wale aur logon ko maaf kar dene wale is ka zabardast example hai yeh ji balke</w:t>
      </w:r>
      <w:r>
        <w:br/>
      </w:r>
      <w:r>
        <w:rPr>
          <w:sz w:val="20"/>
        </w:rPr>
        <w:t>30:00  dua karne lage in logon ke liye duaen</w:t>
      </w:r>
      <w:r>
        <w:br/>
      </w:r>
      <w:r>
        <w:rPr>
          <w:sz w:val="20"/>
        </w:rPr>
        <w:t>30:04  keen ji to mera maan mera mamla bhi kuch aisa hai ke mein thoda sa slow kaam karta</w:t>
      </w:r>
      <w:r>
        <w:br/>
      </w:r>
      <w:r>
        <w:rPr>
          <w:sz w:val="20"/>
        </w:rPr>
        <w:t>30:10  hoon to jab ghussa aata hai to woh bhi slow hota hai tab tak ghussa thanda ho jata</w:t>
      </w:r>
      <w:r>
        <w:br/>
      </w:r>
      <w:r>
        <w:rPr>
          <w:sz w:val="20"/>
        </w:rPr>
        <w:t>30:16  hai ji to warna aur koi baat nahi hai to yeh kehna sahi hoga ke anger energy ko</w:t>
      </w:r>
      <w:r>
        <w:br/>
      </w:r>
      <w:r>
        <w:rPr>
          <w:sz w:val="20"/>
        </w:rPr>
        <w:t>30:22  aap channelize karne</w:t>
      </w:r>
    </w:p>
    <w:p>
      <w:pPr>
        <w:pStyle w:val="Heading2"/>
      </w:pPr>
      <w:r>
        <w:t>Profession examples: engineer, doctor, politician versus true mission</w:t>
      </w:r>
    </w:p>
    <w:p>
      <w:r>
        <w:rPr>
          <w:color w:val="666666"/>
          <w:sz w:val="18"/>
        </w:rPr>
        <w:t>Character of A Dayee January 29, 2014 · 1m 18s · at 11:16 · https://youtu.be/HiPTrIHGmTE?t=676</w:t>
      </w:r>
    </w:p>
    <w:p>
      <w:r>
        <w:rPr>
          <w:i/>
        </w:rPr>
        <w:t>“Kuch log paisa kamane ke liye koi hunar seekhte hain”</w:t>
      </w:r>
    </w:p>
    <w:p>
      <w:r>
        <w:rPr>
          <w:sz w:val="20"/>
        </w:rPr>
        <w:t>11:16  kuch log paisa kamane ke liye koi hunar seekhte hain. engineer ya doctor bante hain. Politician bhi ek profession hota hai.</w:t>
      </w:r>
      <w:r>
        <w:br/>
      </w:r>
      <w:r>
        <w:rPr>
          <w:sz w:val="20"/>
        </w:rPr>
        <w:t>11:30  Politician professional hota hai. jis tarah doosre log kisi aur cheez ko apna profession banate</w:t>
      </w:r>
      <w:r>
        <w:br/>
      </w:r>
      <w:r>
        <w:rPr>
          <w:sz w:val="20"/>
        </w:rPr>
        <w:t>11:38  hain, aise hi politician politician ko apna profession banata hai. to politician aur leadership bhi ek profession hai. lekin mission mukammal taur par is se alag cheez hai.</w:t>
      </w:r>
      <w:r>
        <w:br/>
      </w:r>
      <w:r>
        <w:rPr>
          <w:sz w:val="20"/>
        </w:rPr>
        <w:t>11:50  Mission jo hai uska talluq apni zaat se bhi hai, doosron se bhi hai.</w:t>
      </w:r>
      <w:r>
        <w:br/>
      </w:r>
      <w:r>
        <w:rPr>
          <w:sz w:val="20"/>
        </w:rPr>
        <w:t>11:58  yaani daai jis cheez ko khud apne liye samajhta hai ki isi mein nijaat hai, isi mein meri falah hai, isi mein meri dunya aur aakhirat ki kamyabi hai, khud apne liye, isi ko woh doosron ko batata hai.</w:t>
      </w:r>
      <w:r>
        <w:br/>
      </w:r>
      <w:r>
        <w:rPr>
          <w:sz w:val="20"/>
        </w:rPr>
        <w:t>12:22  isi ko woh doosron ko batata hai.</w:t>
      </w:r>
      <w:r>
        <w:br/>
      </w:r>
      <w:r>
        <w:rPr>
          <w:sz w:val="20"/>
        </w:rPr>
        <w:t>12:25  to yeh bohat hi ahim baat hai jis ko har daai ko jaanna chahiye.</w:t>
      </w:r>
    </w:p>
    <w:p>
      <w:pPr>
        <w:pStyle w:val="Heading2"/>
      </w:pPr>
      <w:r>
        <w:t>Refuting literal interpretation of kill verse</w:t>
      </w:r>
    </w:p>
    <w:p>
      <w:r>
        <w:rPr>
          <w:color w:val="666666"/>
          <w:sz w:val="18"/>
        </w:rPr>
        <w:t>Dars-e-Quran, Ch. 2 Verse 54 | March 18, 2018 · 2m 33s · at 5:44 · https://youtu.be/xQ2LXsz1oTw?t=344</w:t>
      </w:r>
    </w:p>
    <w:p>
      <w:r>
        <w:rPr>
          <w:i/>
        </w:rPr>
        <w:t>“Aksar mufassireen ne lafzi ma'ni liya hai”</w:t>
      </w:r>
    </w:p>
    <w:p>
      <w:r>
        <w:rPr>
          <w:sz w:val="20"/>
        </w:rPr>
        <w:t>5:44  is ko lafzi mani mein liya hai aksar mufassireen ne.</w:t>
      </w:r>
      <w:r>
        <w:br/>
      </w:r>
      <w:r>
        <w:rPr>
          <w:sz w:val="20"/>
        </w:rPr>
        <w:t>5:52  lekin yeh barah-e-rast yeh tafseer sahi nahi hai.</w:t>
      </w:r>
      <w:r>
        <w:br/>
      </w:r>
      <w:r>
        <w:rPr>
          <w:sz w:val="20"/>
        </w:rPr>
        <w:t>6:00  is liye ke aap dekhiye ke quran mein "fataqtaloo" ke baad hi yeh lafz aaya hai ke: "fatuboo ila bariikum".</w:t>
      </w:r>
      <w:r>
        <w:br/>
      </w:r>
      <w:r>
        <w:rPr>
          <w:sz w:val="20"/>
        </w:rPr>
        <w:t>6:07  to jab qatal ka hukum hai</w:t>
      </w:r>
      <w:r>
        <w:br/>
      </w:r>
      <w:r>
        <w:rPr>
          <w:sz w:val="20"/>
        </w:rPr>
        <w:t>6:15  to is ka kya matlab hua? ke apne rab se toba karo.</w:t>
      </w:r>
      <w:r>
        <w:br/>
      </w:r>
      <w:r>
        <w:rPr>
          <w:sz w:val="20"/>
        </w:rPr>
        <w:t>6:22  do mutzad baatein ho jati hain.</w:t>
      </w:r>
      <w:r>
        <w:br/>
      </w:r>
      <w:r>
        <w:rPr>
          <w:sz w:val="20"/>
        </w:rPr>
        <w:t>6:28  aur phir yeh bhi hai ke: "fataba alaikum" yeh lafz hai ji ke phir Allah ne toba qabool kar li.</w:t>
      </w:r>
      <w:r>
        <w:br/>
      </w:r>
      <w:r>
        <w:rPr>
          <w:sz w:val="20"/>
        </w:rPr>
        <w:t>6:34  aap ghor kijiye ke jab Allah ne toba qabool kar li to phir bhi un ko qatal kiya</w:t>
      </w:r>
      <w:r>
        <w:br/>
      </w:r>
      <w:r>
        <w:rPr>
          <w:sz w:val="20"/>
        </w:rPr>
        <w:t>6:41  jayega? un ko</w:t>
      </w:r>
      <w:r>
        <w:br/>
      </w:r>
      <w:r>
        <w:rPr>
          <w:sz w:val="20"/>
        </w:rPr>
        <w:t>6:47  kya alfaaz hote hain? yeh: "fatuboo ila bariikum fataqtaloo anfusakum zalikum khairun lakum inda bariikum fataba alaikum".</w:t>
      </w:r>
      <w:r>
        <w:br/>
      </w:r>
      <w:r>
        <w:rPr>
          <w:sz w:val="20"/>
        </w:rPr>
        <w:t>6:55  haan, "fataba alaikum" pehle yeh aaya hai ke toba karo.</w:t>
      </w:r>
      <w:r>
        <w:br/>
      </w:r>
      <w:r>
        <w:rPr>
          <w:sz w:val="20"/>
        </w:rPr>
        <w:t>7:03  aur phir isi sequence mein yeh bhi aaya ke: "fataba alaikum" phir Allah ne un ki toba qabool kar li.</w:t>
      </w:r>
      <w:r>
        <w:br/>
      </w:r>
      <w:r>
        <w:rPr>
          <w:sz w:val="20"/>
        </w:rPr>
        <w:t>7:10  to aap ghor kijiye ke jab Allah ne toba qabool kar li</w:t>
      </w:r>
      <w:r>
        <w:br/>
      </w:r>
      <w:r>
        <w:rPr>
          <w:sz w:val="20"/>
        </w:rPr>
        <w:t>7:18  to phir bhi un ko qatal kiya jayega? koi sense nahi hai is qatal ka.</w:t>
      </w:r>
      <w:r>
        <w:br/>
      </w:r>
      <w:r>
        <w:rPr>
          <w:sz w:val="20"/>
        </w:rPr>
        <w:t>7:25  to baat kya hai? baat yeh hai ke jo "fataqtaloo anfusakum" ka lafz hai, woh majazi mani mein hai.</w:t>
      </w:r>
      <w:r>
        <w:br/>
      </w:r>
      <w:r>
        <w:rPr>
          <w:sz w:val="20"/>
        </w:rPr>
        <w:t>7:33  woh lafzi mani mein nahi hai.</w:t>
      </w:r>
      <w:r>
        <w:br/>
      </w:r>
      <w:r>
        <w:rPr>
          <w:sz w:val="20"/>
        </w:rPr>
        <w:t>7:40  "fatuboo fataqtaloo anfusakum" ka jo lafz hai ke qatal karo apne nafoos ko</w:t>
      </w:r>
      <w:r>
        <w:br/>
      </w:r>
      <w:r>
        <w:rPr>
          <w:sz w:val="20"/>
        </w:rPr>
        <w:t>7:48  yeh majazi mani mein hai. is ka matlab yeh hai ke log apne aap ko khoob khoob muhasba karen, apni hembering karen, apna sakht ehtisab karen, sakht toba nasuh karen. bohat zyada. yani</w:t>
      </w:r>
    </w:p>
    <w:p>
      <w:pPr>
        <w:pStyle w:val="Heading2"/>
      </w:pPr>
      <w:r>
        <w:t>Quran vs. philosophers on purpose of creation</w:t>
      </w:r>
    </w:p>
    <w:p>
      <w:r>
        <w:rPr>
          <w:color w:val="666666"/>
          <w:sz w:val="18"/>
        </w:rPr>
        <w:t>The Philosophy of Creation October 16, 2011 Maulana Wahiduddin Khan · 1m 44s · at 2:24 · https://youtu.be/gqpHYng16s4?t=144</w:t>
      </w:r>
    </w:p>
    <w:p>
      <w:r>
        <w:rPr>
          <w:i/>
        </w:rPr>
        <w:t>“Quran mein hai, surah al-mominoon mein”</w:t>
      </w:r>
    </w:p>
    <w:p>
      <w:r>
        <w:rPr>
          <w:sz w:val="20"/>
        </w:rPr>
        <w:t>2:24  yeh bohat ajeeb baat hai. dekhiye, Quran mein hai, Surah Al-Muminun mein, chapter number 23 mein, "أفحسبتم أنما خلقناكم عبثاً وإنكم إلينا لا ترجعون".</w:t>
      </w:r>
      <w:r>
        <w:br/>
      </w:r>
      <w:r>
        <w:rPr>
          <w:sz w:val="20"/>
        </w:rPr>
        <w:t>2:47  Do you think we have created you without purpose? kya tum samajhte ho ke hum ne tum ko paida kiya be-maqsad, abath?</w:t>
      </w:r>
      <w:r>
        <w:br/>
      </w:r>
      <w:r>
        <w:rPr>
          <w:sz w:val="20"/>
        </w:rPr>
        <w:t>3:02  to Quran ka yeh challenge hai ke Allah ki takhleeq jo hai, woh ba-maqsad takhleeq hai, abath nahi hai. lekin poori tareekh mein jo philosophers hain, jo informers hain, jo musleh-een hain,</w:t>
      </w:r>
      <w:r>
        <w:br/>
      </w:r>
      <w:r>
        <w:rPr>
          <w:sz w:val="20"/>
        </w:rPr>
        <w:t>3:16  jo thinkers hain, woh direct ya indirect yahi samajhte rahe ke kainat ka koi maqsad nahi hai.</w:t>
      </w:r>
      <w:r>
        <w:br/>
      </w:r>
      <w:r>
        <w:rPr>
          <w:sz w:val="20"/>
        </w:rPr>
        <w:t>3:28  yeh bohat bara challenge hai deen-e-tauheed ke khilaaf. hum yeh mante hain ke is kainat ko Allah ne paida kiya ba-ma'ni taur par, ba-maqsad taur par.</w:t>
      </w:r>
      <w:r>
        <w:br/>
      </w:r>
      <w:r>
        <w:rPr>
          <w:sz w:val="20"/>
        </w:rPr>
        <w:t>3:43  lekin mazhab se bahar jo studies hoti hain, philosophy mein, metaphysics mein, aur doosre shobon mein, un ka mutafiqah yeh yeh faisla hai ke is kainat ka koi maqsad nahi hai.</w:t>
      </w:r>
    </w:p>
    <w:p>
      <w:pPr>
        <w:pStyle w:val="Heading2"/>
      </w:pPr>
      <w:r>
        <w:t>Ramadan overeating leads to weight gain</w:t>
      </w:r>
    </w:p>
    <w:p>
      <w:r>
        <w:rPr>
          <w:color w:val="666666"/>
          <w:sz w:val="18"/>
        </w:rPr>
        <w:t>Ramadan and Roza 5th August, 2012 Maulana Wahiduddin Khan · 2m 05s · at 17:06 · https://youtu.be/EVCudm_mwp0?t=1026</w:t>
      </w:r>
    </w:p>
    <w:p>
      <w:r>
        <w:rPr>
          <w:i/>
        </w:rPr>
        <w:t>“Ek martaba main America mein tha, ittifaq se Ramadan shuru hone wala tha”</w:t>
      </w:r>
    </w:p>
    <w:p>
      <w:r>
        <w:rPr>
          <w:sz w:val="20"/>
        </w:rPr>
        <w:t>17:06  ek martaba mein america mein tha, ittefaq se ramzan shuru hone wala tha</w:t>
      </w:r>
      <w:r>
        <w:br/>
      </w:r>
      <w:r>
        <w:rPr>
          <w:sz w:val="20"/>
        </w:rPr>
        <w:t>17:11  to ramzan par mein bola. mein to maine yahi baat kahi ke ramzan mein overeating nahi karna chahiye.</w:t>
      </w:r>
      <w:r>
        <w:br/>
      </w:r>
      <w:r>
        <w:rPr>
          <w:sz w:val="20"/>
        </w:rPr>
        <w:t>17:21  overeating se kya hota hai? ke woh maqsad hi faut ho jata hai. to</w:t>
      </w:r>
      <w:r>
        <w:br/>
      </w:r>
      <w:r>
        <w:rPr>
          <w:sz w:val="20"/>
        </w:rPr>
        <w:t>17:28  bahut se musalman baithe hue the wahan par jo rehte hain america mein, unhone kaha ke yahan aisa koi nahi hai, yahan aisa koi nahi karta. ek dam saaf inkar kar diya unhone.</w:t>
      </w:r>
      <w:r>
        <w:br/>
      </w:r>
      <w:r>
        <w:rPr>
          <w:sz w:val="20"/>
        </w:rPr>
        <w:t>17:39  ab mein wahan par yaani ajeeb halat ho gayi meri. to ek senior aadmi khada hua jo wahan reh raha tha, bahut pehle se america mein,</w:t>
      </w:r>
      <w:r>
        <w:br/>
      </w:r>
      <w:r>
        <w:rPr>
          <w:sz w:val="20"/>
        </w:rPr>
        <w:t>17:49  un sab ke muqable mein woh senior tha. woh woh khada hua, us ne kaha ke dekho mein tum sab se zyada senior hoon, tum sab se se pehle mein america mein reh raha hoon, tum sab ka haal janta hoon, mein tum sab log overeating karte ho.</w:t>
      </w:r>
      <w:r>
        <w:br/>
      </w:r>
      <w:r>
        <w:rPr>
          <w:sz w:val="20"/>
        </w:rPr>
        <w:t>18:07  to us ne ek challenge diya ke mein aap sab logon ko ek challenge deta hoon ke ramzan ki pehli tareekh ko aap apna wazan le lijiye, apna wazan,</w:t>
      </w:r>
      <w:r>
        <w:br/>
      </w:r>
      <w:r>
        <w:rPr>
          <w:sz w:val="20"/>
        </w:rPr>
        <w:t>18:21  apna weight, aur phir ramzan ke aakhir mein eid ke din dobara lijiye,</w:t>
      </w:r>
      <w:r>
        <w:br/>
      </w:r>
      <w:r>
        <w:rPr>
          <w:sz w:val="20"/>
        </w:rPr>
        <w:t>18:27  sab ka wazan barh chuka hoga. yeh ajeeb baat us ne kahi ke ramzan ki pehli tareekh ko aap apna wazan lijiye, apna weight, aur phir aap eid ke din apna wazan lijiye, aap mein se har ek shakhs ka wazan barh chuka hoga.</w:t>
      </w:r>
      <w:r>
        <w:br/>
      </w:r>
      <w:r>
        <w:rPr>
          <w:sz w:val="20"/>
        </w:rPr>
        <w:t>18:44  phir koi nahi bola, ek bhi shakhs nahi bola, sab chup ho gaye. kyun ke ramzan ke maani hain khane ki dhoom, ramzan ke maani hain khane peene ki dhoom.</w:t>
      </w:r>
      <w:r>
        <w:br/>
      </w:r>
      <w:r>
        <w:rPr>
          <w:sz w:val="20"/>
        </w:rPr>
        <w:t>18:58  to ramzan ki jo spirit hai, jo is ka maqsad hai, is ko kal karna hai, overeating karna. kyun ke aap ko tajurba hi nahi guzarta jis tajurbe ke liye roza rakha gaya.</w:t>
      </w:r>
    </w:p>
    <w:p>
      <w:pPr>
        <w:pStyle w:val="Heading2"/>
      </w:pPr>
      <w:r>
        <w:t>Death, accountability, and the torment of regret (hasrat)</w:t>
      </w:r>
    </w:p>
    <w:p>
      <w:r>
        <w:rPr>
          <w:color w:val="666666"/>
          <w:sz w:val="18"/>
        </w:rPr>
        <w:t>CPS Women Monthly Q and A with Prof. Farida Khanam &amp; Maulana Farhad Ahmed Umeri November 26, 2023 · 2m 29s · at 18:46 · https://youtu.be/0UB0fZWd5X0?t=1126</w:t>
      </w:r>
    </w:p>
    <w:p>
      <w:r>
        <w:rPr>
          <w:i/>
        </w:rPr>
        <w:t>“Jab insaan intekal hota hai to kabar se hi jaza shuru hota hai?”</w:t>
      </w:r>
    </w:p>
    <w:p>
      <w:r>
        <w:rPr>
          <w:sz w:val="20"/>
        </w:rPr>
        <w:t>18:46  Please.</w:t>
      </w:r>
      <w:r>
        <w:br/>
      </w:r>
      <w:r>
        <w:rPr>
          <w:sz w:val="20"/>
        </w:rPr>
        <w:t>18:52  ji apa, Najma apa, please ask your question.</w:t>
      </w:r>
      <w:r>
        <w:br/>
      </w:r>
      <w:r>
        <w:rPr>
          <w:sz w:val="20"/>
        </w:rPr>
        <w:t>18:58  nahi, main toh ek clarification lena cha rahi thi ki jab insaan kaant taqa hota hai toh kuch</w:t>
      </w:r>
      <w:r>
        <w:br/>
      </w:r>
      <w:r>
        <w:rPr>
          <w:sz w:val="20"/>
        </w:rPr>
        <w:t>19:04  log kehte hain ki qabr se hi jaza aur saza ka woh shuru ho jata hai.</w:t>
      </w:r>
      <w:r>
        <w:br/>
      </w:r>
      <w:r>
        <w:rPr>
          <w:sz w:val="20"/>
        </w:rPr>
        <w:t>19:10  toh aisa hota hai ya qayamat ke baad jab hisab hoga uske baad shuru hoga. iski? haan sir.</w:t>
      </w:r>
      <w:r>
        <w:br/>
      </w:r>
      <w:r>
        <w:rPr>
          <w:sz w:val="20"/>
        </w:rPr>
        <w:t>19:17  dekhiye yeh sawal karne ki bajaye qayamat ke baad shuru ho ya pehle shuru ho.</w:t>
      </w:r>
      <w:r>
        <w:br/>
      </w:r>
      <w:r>
        <w:rPr>
          <w:sz w:val="20"/>
        </w:rPr>
        <w:t>19:24  baat dono mein hi burai hai.</w:t>
      </w:r>
      <w:r>
        <w:br/>
      </w:r>
      <w:r>
        <w:rPr>
          <w:sz w:val="20"/>
        </w:rPr>
        <w:t>19:31  uske baad hum yeh Allah Talaah se dua karein ke Allah Talaah humein kahin bhi saza se saza</w:t>
      </w:r>
      <w:r>
        <w:br/>
      </w:r>
      <w:r>
        <w:rPr>
          <w:sz w:val="20"/>
        </w:rPr>
        <w:t>19:38  na ho humko, hamari pakad na ho.</w:t>
      </w:r>
      <w:r>
        <w:br/>
      </w:r>
      <w:r>
        <w:rPr>
          <w:sz w:val="20"/>
        </w:rPr>
        <w:t>19:45  yeh dua karein hum ke hamare liye kaam ki baat hai.</w:t>
      </w:r>
      <w:r>
        <w:br/>
      </w:r>
      <w:r>
        <w:rPr>
          <w:sz w:val="20"/>
        </w:rPr>
        <w:t>19:52  toh woh asar cheez sochne ki hai. ab ek baar mujhe yaad aata hai ab maine kaha tha ki jab insaan marega toh usko pata chal jayega woh. kaamyaab hua hai ya nakaam hua hai. jannat mein jaane ki uske amal hai ki nahi hai usko pata toh chal jayega. ab azaab qabr ka azaab azaab ko toh hum nahi jaante lekin usko maloom ho jayega.</w:t>
      </w:r>
      <w:r>
        <w:br/>
      </w:r>
      <w:r>
        <w:rPr>
          <w:sz w:val="20"/>
        </w:rPr>
        <w:t>20:15  to bataya tha ke itna sakht woh usko psychological torment itna sakht hoga ke woh woh kisi adab</w:t>
      </w:r>
      <w:r>
        <w:br/>
      </w:r>
      <w:r>
        <w:rPr>
          <w:sz w:val="20"/>
        </w:rPr>
        <w:t>20:20  se kam nahi hoga.</w:t>
      </w:r>
      <w:r>
        <w:br/>
      </w:r>
      <w:r>
        <w:rPr>
          <w:sz w:val="20"/>
        </w:rPr>
        <w:t>20:25  hasrat ka wala. hasrat.</w:t>
      </w:r>
      <w:r>
        <w:br/>
      </w:r>
      <w:r>
        <w:rPr>
          <w:sz w:val="20"/>
        </w:rPr>
        <w:t>20:30  hasrat usko itni remorse, hasrat itni zyada hogi ke woh sakht adab hoga.</w:t>
      </w:r>
      <w:r>
        <w:br/>
      </w:r>
      <w:r>
        <w:rPr>
          <w:sz w:val="20"/>
        </w:rPr>
        <w:t>20:35  aap farz kariye ke aap usse thoda sa samajh sakte hain ke koi bahut mehnat kar raha hai</w:t>
      </w:r>
      <w:r>
        <w:br/>
      </w:r>
      <w:r>
        <w:rPr>
          <w:sz w:val="20"/>
        </w:rPr>
        <w:t>20:40  apne hisab se duniya mein aur koi exam deta hai fail ho jata hai.</w:t>
      </w:r>
      <w:r>
        <w:br/>
      </w:r>
      <w:r>
        <w:rPr>
          <w:sz w:val="20"/>
        </w:rPr>
        <w:t>20:46  toh usko andaza bhi nahi tha ki woh fail ho raha woh toh log samajhte hain hum acche kaam mein lage hue hain ab usko pata chale ki woh fail ho gaya kitne log kitne bachche jo suicide kar lete hain. aap isse samajh sakte hain ki woh woh khud adab hoga. zaroori nahi hai ki woh physical adab ho lekin yeh yeh feeling ki hum fail ho gaye hain yeh khud bahut bada adab hoga. itna toh pata chal jayega. thank you.</w:t>
      </w:r>
      <w:r>
        <w:br/>
      </w:r>
      <w:r>
        <w:rPr>
          <w:sz w:val="20"/>
        </w:rPr>
        <w:t>21:15  now we proceed with the session. please, anyone has asked question to ask, please raise your hand. ok, sana. please ask your question.</w:t>
      </w:r>
    </w:p>
    <w:p>
      <w:pPr>
        <w:pStyle w:val="Heading2"/>
      </w:pPr>
      <w:r>
        <w:t>Islam does not degrade women</w:t>
      </w:r>
    </w:p>
    <w:p>
      <w:r>
        <w:rPr>
          <w:color w:val="666666"/>
          <w:sz w:val="18"/>
        </w:rPr>
        <w:t>Rediscovering Islam From Its Original Sources - Maulana Wahiduddin Khan · 2m 31s · at 41:22 · https://youtu.be/KOUJnT0tl50?t=2482</w:t>
      </w:r>
    </w:p>
    <w:p>
      <w:r>
        <w:rPr>
          <w:i/>
        </w:rPr>
        <w:t>“Gender equality, meaning men and women are equal.”</w:t>
      </w:r>
    </w:p>
    <w:p>
      <w:r>
        <w:rPr>
          <w:sz w:val="20"/>
        </w:rPr>
        <w:t>41:22  , gender equality, yani aurat mard barabar, aurat mard barabar. To log samajhte hain ke Islam mein gender equality nahin hai, kyunke Rijal qawwamun 'alan nisa ki ayat Quran Majeed mein hai, lekin yeh bilkul abstract baat hai. Dekhiye, Islam mein is ko samjhiye, ek taraf to Hadees mein aaya hai, 'Nisa'u shaqaiqur rijal'</w:t>
      </w:r>
      <w:r>
        <w:br/>
      </w:r>
      <w:r>
        <w:rPr>
          <w:sz w:val="20"/>
        </w:rPr>
        <w:t>41:52  , aurat mard dono barabar hain. Dekhiye, shaqiqa kehte hain ke jaise yeh hai, is ko aap beech se kaaten, aap bilkul beech se do aadha aadha ho jaye, jo kahein ke shaqiqa, do shaqiqa, ek unit ka do shaqiqa, to is ka matlab kya hua? Men and women are two halves of</w:t>
      </w:r>
      <w:r>
        <w:br/>
      </w:r>
      <w:r>
        <w:rPr>
          <w:sz w:val="20"/>
        </w:rPr>
        <w:t>42:23  a single unit. 'Nisa'u shaqaiqur rijal' ka matlab hua, men and women are two halves of a single unit, yani ek unit ke do barabar barabar hissay. Yeh hai Hadees mein, Quran mein hai ke 'Rijal qawwamun 'alan nisa'. Is ka matlab ke Quran ke mutabiq aurat mard mein</w:t>
      </w:r>
      <w:r>
        <w:br/>
      </w:r>
      <w:r>
        <w:rPr>
          <w:sz w:val="20"/>
        </w:rPr>
        <w:t>42:54  farq hai, farq hai. To is ka matlab yeh nahin ke un ke un ke rutbe mein farq hai, fazilat mein farq hai, nahin. Hadees aur Quran dono ko mila kar dekhiye to is ka matlab yeh banta hai ke aurat aur mard dono respect ke aitbaar se barabar hain, lekin role ke aitbaar se un mein difference hai. Is ko aap samjhiye,</w:t>
      </w:r>
      <w:r>
        <w:br/>
      </w:r>
      <w:r>
        <w:rPr>
          <w:sz w:val="20"/>
        </w:rPr>
        <w:t>43:24  ek hai respect ke dono ko barabar ka respect diya jaye, to respect ke aitbaar se dono equal hain, equal in respect, but different in role. Islamic formula is that, yani men and women are equal in respect, but different in role</w:t>
      </w:r>
    </w:p>
    <w:p>
      <w:pPr>
        <w:pStyle w:val="Heading2"/>
      </w:pPr>
      <w:r>
        <w:t>Seek intellectual partner for growth</w:t>
      </w:r>
    </w:p>
    <w:p>
      <w:r>
        <w:rPr>
          <w:color w:val="666666"/>
          <w:sz w:val="18"/>
        </w:rPr>
        <w:t>Living between Angels and Satan I 26th Jan.08 · 2m 02s · at 35:46 · https://youtu.be/V6qfjCkiRcc?t=2146</w:t>
      </w:r>
    </w:p>
    <w:p>
      <w:r>
        <w:rPr>
          <w:i/>
        </w:rPr>
        <w:t>“It is also very necessary to enter into intellectual exchange.”</w:t>
      </w:r>
    </w:p>
    <w:p>
      <w:r>
        <w:rPr>
          <w:sz w:val="20"/>
        </w:rPr>
        <w:t>35:46  s. Then it is also very necessary to—to enter into intellectual exchange. You have to find some intellectual partners. At present, people are interested in enjoyment, in entertainment. So</w:t>
      </w:r>
      <w:r>
        <w:br/>
      </w:r>
      <w:r>
        <w:rPr>
          <w:sz w:val="20"/>
        </w:rPr>
        <w:t>36:17  they adopt entertainment partner, enjoyment partner. But this is a waste of time. All these things are a waste of time. You have to seek at least one intellectual partner. At least one intellectual partner. Because it is my experience that through intellectual exchange,</w:t>
      </w:r>
      <w:r>
        <w:br/>
      </w:r>
      <w:r>
        <w:rPr>
          <w:sz w:val="20"/>
        </w:rPr>
        <w:t>36:48  we develop our mind. Intellectual development. It is my experience that intellectual exchange is very, very important for intellectual development. Without intellectual exchange, there is no intellectual development. Although study is necessary. Although contemplation is necessary. But at the same time,</w:t>
      </w:r>
      <w:r>
        <w:br/>
      </w:r>
      <w:r>
        <w:rPr>
          <w:sz w:val="20"/>
        </w:rPr>
        <w:t>37:19  intellectual—intellectual exchange is very important. There is a—I have read about—about Umar Farooq. He was the second caliph. He was a great pillar of Islam. So about the life of the—of the—of the second cal</w:t>
      </w:r>
    </w:p>
    <w:p>
      <w:pPr>
        <w:pStyle w:val="Heading2"/>
      </w:pPr>
      <w:r>
        <w:t>Call to action and angels welcoming distributors</w:t>
      </w:r>
    </w:p>
    <w:p>
      <w:r>
        <w:rPr>
          <w:color w:val="666666"/>
          <w:sz w:val="18"/>
        </w:rPr>
        <w:t>God's Management of History 23 Feb 2020 - Maulana Wahiduddin Khan · 2m 38s · at 19:46 · https://youtu.be/NeNadnD-0KE?t=1186</w:t>
      </w:r>
    </w:p>
    <w:p>
      <w:r>
        <w:rPr>
          <w:i/>
        </w:rPr>
        <w:t>“اب تو سب کچھ ہو چکا ہے، اب آپ کو صرف اٹھنا ہے”</w:t>
      </w:r>
    </w:p>
    <w:p>
      <w:r>
        <w:rPr>
          <w:sz w:val="20"/>
        </w:rPr>
        <w:t>19:46  yahan tak pohncha diya. yani historical process yahan tak pohncha. ab kya hai? ab to sab kuch ho chuka hai.</w:t>
      </w:r>
      <w:r>
        <w:br/>
      </w:r>
      <w:r>
        <w:rPr>
          <w:sz w:val="20"/>
        </w:rPr>
        <w:t>19:57  ab aap ko sirf uthna hai.</w:t>
      </w:r>
      <w:r>
        <w:br/>
      </w:r>
      <w:r>
        <w:rPr>
          <w:sz w:val="20"/>
        </w:rPr>
        <w:t>20:02  sirf uthna hai. Allah taala ne industrial age mein paida kiya. Industrial age paida kiya aur is mein computer age laya.</w:t>
      </w:r>
      <w:r>
        <w:br/>
      </w:r>
      <w:r>
        <w:rPr>
          <w:sz w:val="20"/>
        </w:rPr>
        <w:t>20:13  Allah taala ne le aaye. Computer age jo hai final age hai. Computer age jo hai is process ka final</w:t>
      </w:r>
      <w:r>
        <w:br/>
      </w:r>
      <w:r>
        <w:rPr>
          <w:sz w:val="20"/>
        </w:rPr>
        <w:t>20:25  conversion hai. Ab sab kuch tayyar ho chuka hai. Bas aap uthiye aur aur apni jo paisa aap kharch karte hain apne bachon par, jo ghar walon par, is ko Quran ke liye kharch kijiye.</w:t>
      </w:r>
      <w:r>
        <w:br/>
      </w:r>
      <w:r>
        <w:rPr>
          <w:sz w:val="20"/>
        </w:rPr>
        <w:t>20:43  yahi kaam reh gaya aap ka.</w:t>
      </w:r>
      <w:r>
        <w:br/>
      </w:r>
      <w:r>
        <w:rPr>
          <w:sz w:val="20"/>
        </w:rPr>
        <w:t>20:45  sab kuch ho chuka hai. Jo paisa aap baat baat aate hain apne khwahish par, apni shadiyon par, apne bachon ki taleem par, apne ghar walon par, apni family par, is ko Quran par lagaiye.</w:t>
      </w:r>
      <w:r>
        <w:br/>
      </w:r>
      <w:r>
        <w:rPr>
          <w:sz w:val="20"/>
        </w:rPr>
        <w:t>21:02  yahi kaam hai aap ka. Aur phir</w:t>
      </w:r>
      <w:r>
        <w:br/>
      </w:r>
      <w:r>
        <w:rPr>
          <w:sz w:val="20"/>
        </w:rPr>
        <w:t>21:09  aap yeh khushkhabri aap ke liye hai ke jab aap apni umar ko poora kar ke pahunchenge akhirat mein to achanak dekhenge aap ke farishte, farishte, farishte</w:t>
      </w:r>
      <w:r>
        <w:br/>
      </w:r>
      <w:r>
        <w:rPr>
          <w:sz w:val="20"/>
        </w:rPr>
        <w:t>21:30  wahan zahir ho jayenge. Zahir ho jayenge. Aur kahenge, woh kahenge, woh ke aa gaye woh log Quran jinhon ne pahunchaya tha sara alam tak.</w:t>
      </w:r>
      <w:r>
        <w:br/>
      </w:r>
      <w:r>
        <w:rPr>
          <w:sz w:val="20"/>
        </w:rPr>
        <w:t>21:46  marhaba marhaba.</w:t>
      </w:r>
      <w:r>
        <w:br/>
      </w:r>
      <w:r>
        <w:rPr>
          <w:sz w:val="20"/>
        </w:rPr>
        <w:t>21:55  yeh hai yani hadith mein is aakhri phase ko, yeh jo aakhri phase hai, is ko hadith mein isha'at-e-azam kaha gaya hai.</w:t>
      </w:r>
      <w:r>
        <w:br/>
      </w:r>
      <w:r>
        <w:rPr>
          <w:sz w:val="20"/>
        </w:rPr>
        <w:t>22:06  yeh jo aakhri phase hai jab Quran sare alam mein pahuncha diya jayega</w:t>
      </w:r>
      <w:r>
        <w:br/>
      </w:r>
      <w:r>
        <w:rPr>
          <w:sz w:val="20"/>
        </w:rPr>
        <w:t>22:12  aur farishte khare ho jayenge yeh kehne ke liye ke yeh hain Quran wale, yeh hain jinhon ne Quran ko tayyar kar ke sara alam tak pahunchaya.</w:t>
      </w:r>
    </w:p>
    <w:p>
      <w:pPr>
        <w:pStyle w:val="Heading2"/>
      </w:pPr>
      <w:r>
        <w:t>meaning of 'middle community' for believers explained</w:t>
      </w:r>
    </w:p>
    <w:p>
      <w:r>
        <w:rPr>
          <w:color w:val="666666"/>
          <w:sz w:val="18"/>
        </w:rPr>
        <w:t>Conveying The Message of God August 2, 2009 · 1m 51s · at 1:35:17 · https://youtu.be/Vas9vU2IepI?t=5717</w:t>
      </w:r>
    </w:p>
    <w:p>
      <w:r>
        <w:rPr>
          <w:i/>
        </w:rPr>
        <w:t>“Why are believers called the 'middle community'?”</w:t>
      </w:r>
    </w:p>
    <w:p>
      <w:r>
        <w:rPr>
          <w:sz w:val="20"/>
        </w:rPr>
        <w:t>1:35:17  This question is from Mr Ramesh from Delhi. Why are believers referred to as ummat-e-wasta? Kindly explain in detail.</w:t>
      </w:r>
      <w:r>
        <w:br/>
      </w:r>
      <w:r>
        <w:rPr>
          <w:sz w:val="20"/>
        </w:rPr>
        <w:t>1:35:29  dekhen, wasta jo hai, arabi mein is ke ma'ni middle ke hote hain. middle ke hote hain.</w:t>
      </w:r>
      <w:r>
        <w:br/>
      </w:r>
      <w:r>
        <w:rPr>
          <w:sz w:val="20"/>
        </w:rPr>
        <w:t>1:35:36  istemaali ma'ni mein woh is mein dictionary mein yeh bhi aata hai ke behtar ke ma'ni mein.</w:t>
      </w:r>
      <w:r>
        <w:br/>
      </w:r>
      <w:r>
        <w:rPr>
          <w:sz w:val="20"/>
        </w:rPr>
        <w:t>1:35:45  lekin asli ma'ni behtar ke nahin hain wasta ke. wasta ke asli ma'ni hain beech ke.</w:t>
      </w:r>
      <w:r>
        <w:br/>
      </w:r>
      <w:r>
        <w:rPr>
          <w:sz w:val="20"/>
        </w:rPr>
        <w:t>1:35:53  behtar aur bad ke ma'ni mein nahin hai. har giz nahin hai. yani superior community ke ma'ni mein nahin hai woh. middle community ke bare mein hai.</w:t>
      </w:r>
      <w:r>
        <w:br/>
      </w:r>
      <w:r>
        <w:rPr>
          <w:sz w:val="20"/>
        </w:rPr>
        <w:t>1:36:01  middle community is liye, jaise ke maine abhi arz kiya ke prophets ek taraf hain, ek taraf aam insaan hain. beech mein hum hain.</w:t>
      </w:r>
      <w:r>
        <w:br/>
      </w:r>
      <w:r>
        <w:rPr>
          <w:sz w:val="20"/>
        </w:rPr>
        <w:t>1:36:12  to prophets se hum milte hain aur logon tak pohanchate hain. to hamara middle man ka hamara kaam hota hai. middleman ka kaam.</w:t>
      </w:r>
      <w:r>
        <w:br/>
      </w:r>
      <w:r>
        <w:rPr>
          <w:sz w:val="20"/>
        </w:rPr>
        <w:t>1:36:22  ke prophet ne humein quran diya, humein Allah ka paigham diya. to khud hum ne apna</w:t>
      </w:r>
      <w:r>
        <w:br/>
      </w:r>
      <w:r>
        <w:rPr>
          <w:sz w:val="20"/>
        </w:rPr>
        <w:t>1:36:28  naya isko. apna karke phir aage hum ne doosre insano ko isko pohancha diya. That is the role of a middleman. to ummat e wasat ka matlab yahi hai ke jo log rasool par iman layein, jo apne ko Allah ke haan believer ke darje mein chahein ke unko woh reward mile uska, to unhein yeh role karna hoga.</w:t>
      </w:r>
      <w:r>
        <w:br/>
      </w:r>
      <w:r>
        <w:rPr>
          <w:sz w:val="20"/>
        </w:rPr>
        <w:t>1:36:50  yani middleman ka role karna hoga. Middle community ka role karna hoga. Ke rasool se paaye hue message ko woh aam insano tak pohanchayein.</w:t>
      </w:r>
      <w:r>
        <w:br/>
      </w:r>
      <w:r>
        <w:rPr>
          <w:sz w:val="20"/>
        </w:rPr>
        <w:t>1:37:01  na pohanchayein to phir unka koi Khuda ka koi darja nahi hai.</w:t>
      </w:r>
    </w:p>
    <w:p>
      <w:pPr>
        <w:pStyle w:val="Heading2"/>
      </w:pPr>
      <w:r>
        <w:t>why Muslim protests over the Innocence of Muslims film are wrong</w:t>
      </w:r>
    </w:p>
    <w:p>
      <w:r>
        <w:rPr>
          <w:color w:val="666666"/>
          <w:sz w:val="18"/>
        </w:rPr>
        <w:t>Islam &amp; Prophet of Islam 21 Oct, 2012 - Maulana Wahiduddin Khan · 1m 55s · at 51:56 · https://youtu.be/2hwtfOyNeS0?t=3116</w:t>
      </w:r>
    </w:p>
    <w:p>
      <w:r>
        <w:rPr>
          <w:i/>
        </w:rPr>
        <w:t>“The whole world is protesting Innocence of Muslims”</w:t>
      </w:r>
    </w:p>
    <w:p>
      <w:r>
        <w:rPr>
          <w:sz w:val="20"/>
        </w:rPr>
        <w:t>51:56  woh sari baatein insan jahan tak jan sake. ab dekhiye ke aaj kal jo musalman shorgul kar rahe hain,</w:t>
      </w:r>
      <w:r>
        <w:br/>
      </w:r>
      <w:r>
        <w:rPr>
          <w:sz w:val="20"/>
        </w:rPr>
        <w:t>52:08  mukhtalif issues ko le kar ke, aur aaj kal to woh issue bana hua hai ke innocence of muslims wali jo film hai, us ko le kar ke sari dunya hangama hai.</w:t>
      </w:r>
      <w:r>
        <w:br/>
      </w:r>
      <w:r>
        <w:rPr>
          <w:sz w:val="20"/>
        </w:rPr>
        <w:t>52:18  sari dunya musalman hangama kar rahe hain ke hamein freedom of expression nahi chahiye, hum azadi nahi chahte. jis azadi se hamare peghambar ko gustakhi ki jati ho, hamein azadi, azadi nahi chahiye.</w:t>
      </w:r>
      <w:r>
        <w:br/>
      </w:r>
      <w:r>
        <w:rPr>
          <w:sz w:val="20"/>
        </w:rPr>
        <w:t>52:31  yeh bilkul hi, yani main is ko kahunga, ridiculously wrong hai. yeh mazhab ka khair had tak galat hai. yeh musalmanon ka jo stand hai, yeh that is ridiculously wrong stand.</w:t>
      </w:r>
      <w:r>
        <w:br/>
      </w:r>
      <w:r>
        <w:rPr>
          <w:sz w:val="20"/>
        </w:rPr>
        <w:t>52:44  stand mazhab ka khair had tak galat stand hai. kyun? is liye ke Allah ki scheme ke khilaf hai. musalmanon ka yeh stand Allah ki scheme ke khilaf hai.</w:t>
      </w:r>
      <w:r>
        <w:br/>
      </w:r>
      <w:r>
        <w:rPr>
          <w:sz w:val="20"/>
        </w:rPr>
        <w:t>52:55  dekhein, jab azadi aye gi to koi misuse bhi kare ga. to yeh, yeh jo jis ko musalman keh rahe hain ke is ka aakhri rasool, woh kya hai?</w:t>
      </w:r>
      <w:r>
        <w:br/>
      </w:r>
      <w:r>
        <w:rPr>
          <w:sz w:val="20"/>
        </w:rPr>
        <w:t>53:04  woh azadi ko misuse karna hai. woh bhi hoga,</w:t>
      </w:r>
      <w:r>
        <w:br/>
      </w:r>
      <w:r>
        <w:rPr>
          <w:sz w:val="20"/>
        </w:rPr>
        <w:t>53:10  woh bhi hoga. Allah taala yeh nahi karne wala hai ke azadi ko abalish kar de sirf is liye ke log misuse karein ge.</w:t>
      </w:r>
      <w:r>
        <w:br/>
      </w:r>
      <w:r>
        <w:rPr>
          <w:sz w:val="20"/>
        </w:rPr>
        <w:t>53:21  yeh nahi karne wala hai. Allah taala qayamat se pehle misuse karta hai to koi kare, koi proper use karta hai to theek hai.</w:t>
      </w:r>
      <w:r>
        <w:br/>
      </w:r>
      <w:r>
        <w:rPr>
          <w:sz w:val="20"/>
        </w:rPr>
        <w:t>53:31  to koi agar misuse kar raha hai to Allah ki di hui azadi ki bina par misuse kar raha hai. to jis cheez ko musalman kehte hain, rasool Allah ke shan mein gustakhi, woh gustakhi nahi hai.</w:t>
      </w:r>
      <w:r>
        <w:br/>
      </w:r>
      <w:r>
        <w:rPr>
          <w:sz w:val="20"/>
        </w:rPr>
        <w:t>53:42  woh azadi ka misuse karna hai. aur jo Allah ke creation plan ki wajah se hai, kisi aur wajah se nahi hai.</w:t>
      </w:r>
    </w:p>
    <w:p>
      <w:pPr>
        <w:pStyle w:val="Heading2"/>
      </w:pPr>
      <w:r>
        <w:t>Failure of nationalist leaders to remove evil</w:t>
      </w:r>
    </w:p>
    <w:p>
      <w:r>
        <w:rPr>
          <w:color w:val="666666"/>
          <w:sz w:val="18"/>
        </w:rPr>
        <w:t>Quran A Dictionary of Truth (English) May 02, 2007 Maulana Wahiduddin Khan · 1m 57s · at 33:53 · https://youtu.be/plsYgl_xxbY?t=2033</w:t>
      </w:r>
    </w:p>
    <w:p>
      <w:r>
        <w:rPr>
          <w:i/>
        </w:rPr>
        <w:t>“They claimed that the source of all evil is foreign rule.”</w:t>
      </w:r>
    </w:p>
    <w:p>
      <w:r>
        <w:rPr>
          <w:sz w:val="20"/>
        </w:rPr>
        <w:t>33:53  so many nationalist leaders. They claimed that the source of all evil is foreign rule.</w:t>
      </w:r>
      <w:r>
        <w:br/>
      </w:r>
      <w:r>
        <w:rPr>
          <w:sz w:val="20"/>
        </w:rPr>
        <w:t>34:06  Foreign rule is the source of all evil.</w:t>
      </w:r>
      <w:r>
        <w:br/>
      </w:r>
      <w:r>
        <w:rPr>
          <w:sz w:val="20"/>
        </w:rPr>
        <w:t>34:13  If we establish national rule in our country, then we will find that</w:t>
      </w:r>
      <w:r>
        <w:br/>
      </w:r>
      <w:r>
        <w:rPr>
          <w:sz w:val="20"/>
        </w:rPr>
        <w:t>34:24  there is no evil. There is an ideal society. They claimed that the Nazi society is an ideal society, and it is only foreign loot that is the source of all evils.</w:t>
      </w:r>
      <w:r>
        <w:br/>
      </w:r>
      <w:r>
        <w:rPr>
          <w:sz w:val="20"/>
        </w:rPr>
        <w:t>34:42  So you see, everywhere in the world, they successfully removed foreign rule in India, in Pakistan, in Bangladesh, in South Africa, everywhere in the world,</w:t>
      </w:r>
      <w:r>
        <w:br/>
      </w:r>
      <w:r>
        <w:rPr>
          <w:sz w:val="20"/>
        </w:rPr>
        <w:t>35:00  in almost in 100 countries. But you know, in every country, there are all kinds of evils.</w:t>
      </w:r>
      <w:r>
        <w:br/>
      </w:r>
      <w:r>
        <w:rPr>
          <w:sz w:val="20"/>
        </w:rPr>
        <w:t>35:10  All kinds of evils persist even after the foreign rule. You can experience in India. There is corruption.</w:t>
      </w:r>
      <w:r>
        <w:br/>
      </w:r>
      <w:r>
        <w:rPr>
          <w:sz w:val="20"/>
        </w:rPr>
        <w:t>35:19  There are evils. There is anarchy. So their assessment, their claim failed to prove its veracity.</w:t>
      </w:r>
      <w:r>
        <w:br/>
      </w:r>
      <w:r>
        <w:rPr>
          <w:sz w:val="20"/>
        </w:rPr>
        <w:t>35:35  All these so-called Nazi leaders failed. But you cannot point out a single item in the Quran that was disproved by the history, by the scientific researchers.</w:t>
      </w:r>
    </w:p>
    <w:p>
      <w:pPr>
        <w:pStyle w:val="Heading2"/>
      </w:pPr>
      <w:r>
        <w:t>The Quran verse's full meaning: humans as a different creation</w:t>
      </w:r>
    </w:p>
    <w:p>
      <w:r>
        <w:rPr>
          <w:color w:val="666666"/>
          <w:sz w:val="18"/>
        </w:rPr>
        <w:t>Purpose of Human Life February 12, 2012 Maulana Wahiduddin Khan · 1m 56s · at 2:58 · https://youtu.be/gRupSXuak-w?t=178</w:t>
      </w:r>
    </w:p>
    <w:p>
      <w:r>
        <w:rPr>
          <w:i/>
        </w:rPr>
        <w:t>“Lambi jadd-o-jehad ke baad mujhe Quran ki is ayat se jawab mila”</w:t>
      </w:r>
    </w:p>
    <w:p>
      <w:r>
        <w:rPr>
          <w:sz w:val="20"/>
        </w:rPr>
        <w:t>2:58  to lambi jahad ke baad mujhe aakhir kar Quran ki is aayat se is ka jawab mila,</w:t>
      </w:r>
      <w:r>
        <w:br/>
      </w:r>
      <w:r>
        <w:rPr>
          <w:sz w:val="20"/>
        </w:rPr>
        <w:t>3:10  woh yeh hai: "afahasibtum innama khalaqnakum wabisan wa annakum ilaina la turjaun."</w:t>
      </w:r>
      <w:r>
        <w:br/>
      </w:r>
      <w:r>
        <w:rPr>
          <w:sz w:val="20"/>
        </w:rPr>
        <w:t>3:21  Is aayat ka lafzi tarjuma to yeh hai ki kya tum ne samjha hai ki hum ne tum ko be maqsad paida kiya hai, "purpose less",</w:t>
      </w:r>
      <w:r>
        <w:br/>
      </w:r>
      <w:r>
        <w:rPr>
          <w:sz w:val="20"/>
        </w:rPr>
        <w:t>3:37  aur tum hamari taraf lotaye nahi jaoge?</w:t>
      </w:r>
      <w:r>
        <w:br/>
      </w:r>
      <w:r>
        <w:rPr>
          <w:sz w:val="20"/>
        </w:rPr>
        <w:t>3:42  Is aayat mein aap kuch aur</w:t>
      </w:r>
      <w:r>
        <w:br/>
      </w:r>
      <w:r>
        <w:rPr>
          <w:sz w:val="20"/>
        </w:rPr>
        <w:t>3:48  lafzon ka izafa kijiye, tab baat clear hoti hai.</w:t>
      </w:r>
      <w:r>
        <w:br/>
      </w:r>
      <w:r>
        <w:rPr>
          <w:sz w:val="20"/>
        </w:rPr>
        <w:t>3:57  Kyunke dekhiye, yeh jo hai tum ko paida kiya, ek insaan ek different type ki makhlooq hai, ek different being hai, jo saari kainat mein se alag hai.</w:t>
      </w:r>
      <w:r>
        <w:br/>
      </w:r>
      <w:r>
        <w:rPr>
          <w:sz w:val="20"/>
        </w:rPr>
        <w:t>4:12  Yeh</w:t>
      </w:r>
      <w:r>
        <w:br/>
      </w:r>
      <w:r>
        <w:rPr>
          <w:sz w:val="20"/>
        </w:rPr>
        <w:t>4:13  to ayat ka matlab yeh hai ke insaan ko Allah taala ne ek different makhlooq, ek different being ki taur par paida kiya hai. to zaroori hai ke iska ek different role ho,</w:t>
      </w:r>
      <w:r>
        <w:br/>
      </w:r>
      <w:r>
        <w:rPr>
          <w:sz w:val="20"/>
        </w:rPr>
        <w:t>4:29  iska ek different purpose ho, aur phir iska ek different end ho. yeh is mein chhupa hua hai.</w:t>
      </w:r>
      <w:r>
        <w:br/>
      </w:r>
      <w:r>
        <w:rPr>
          <w:sz w:val="20"/>
        </w:rPr>
        <w:t>4:38  aisa na manna, goya ke Khuda ke creation ko ek abas, ek bekar cheez qarar dena hai, jo usko jo ho nahi sakta.</w:t>
      </w:r>
    </w:p>
    <w:p>
      <w:pPr>
        <w:pStyle w:val="Heading2"/>
      </w:pPr>
      <w:r>
        <w:t>Getting permission to distribute Qurans at the Blue Mosque</w:t>
      </w:r>
    </w:p>
    <w:p>
      <w:r>
        <w:rPr>
          <w:color w:val="666666"/>
          <w:sz w:val="18"/>
        </w:rPr>
        <w:t>In Conversation with Dr. Saniyasnain Khan December 12, 2021 · 3m 04s · at 55:18 · https://youtu.be/9Lp76ckNRYE?t=3318</w:t>
      </w:r>
    </w:p>
    <w:p>
      <w:r>
        <w:rPr>
          <w:i/>
        </w:rPr>
        <w:t>“Blue Mosque ke bahar hazaron tourists nikalte thay”</w:t>
      </w:r>
    </w:p>
    <w:p>
      <w:r>
        <w:rPr>
          <w:sz w:val="20"/>
        </w:rPr>
        <w:t>55:18  to maine dekha ke bohat zyada tourist aa rahe hain wahan hazaron ki tadad mein bhare hue</w:t>
      </w:r>
      <w:r>
        <w:br/>
      </w:r>
      <w:r>
        <w:rPr>
          <w:sz w:val="20"/>
        </w:rPr>
        <w:t>55:23  hain tourist ab jab tourist bahar niklte thay</w:t>
      </w:r>
      <w:r>
        <w:br/>
      </w:r>
      <w:r>
        <w:rPr>
          <w:sz w:val="20"/>
        </w:rPr>
        <w:t>55:28  ah bahar ah ek gate se ji masjid ke to wahan ek sahib baithe hue thay table tha</w:t>
      </w:r>
      <w:r>
        <w:br/>
      </w:r>
      <w:r>
        <w:rPr>
          <w:sz w:val="20"/>
        </w:rPr>
        <w:t>55:35  un ke paas aur kuch reecits theen hamm aur woh kehte thay donation for the mosque hamm to</w:t>
      </w:r>
      <w:r>
        <w:br/>
      </w:r>
      <w:r>
        <w:rPr>
          <w:sz w:val="20"/>
        </w:rPr>
        <w:t>55:42  mujhe bara ajeeb laga ke yeh madu aa raha hai hamm hum is ko kuch de nahi rahay</w:t>
      </w:r>
      <w:r>
        <w:br/>
      </w:r>
      <w:r>
        <w:rPr>
          <w:sz w:val="20"/>
        </w:rPr>
        <w:t>55:47  hain is se mang rahay hain hamm to mujhe bohat hi ajeeb laga yeh ji to mein aik</w:t>
      </w:r>
      <w:r>
        <w:br/>
      </w:r>
      <w:r>
        <w:rPr>
          <w:sz w:val="20"/>
        </w:rPr>
        <w:t>55:52  mere dost thay wahan un se kaha ke hum yahan quran distribute karna chahte hain</w:t>
      </w:r>
      <w:r>
        <w:br/>
      </w:r>
      <w:r>
        <w:rPr>
          <w:sz w:val="20"/>
        </w:rPr>
        <w:t>55:57  to unhon ne ah kaha theek hai chalte hain mufti se milte hain choonke wahan hamein</w:t>
      </w:r>
      <w:r>
        <w:br/>
      </w:r>
      <w:r>
        <w:rPr>
          <w:sz w:val="20"/>
        </w:rPr>
        <w:t>56:04  permission chahiye to mufti ka matlab hai aik tareeqay se religious minister minister okay to wahan gaye hum</w:t>
      </w:r>
      <w:r>
        <w:br/>
      </w:r>
      <w:r>
        <w:rPr>
          <w:sz w:val="20"/>
        </w:rPr>
        <w:t>56:12  bohat bara office mufti se mile mufti khair bara achhay tareeqay se mila to mufti ne kaha ke</w:t>
      </w:r>
      <w:r>
        <w:br/>
      </w:r>
      <w:r>
        <w:rPr>
          <w:sz w:val="20"/>
        </w:rPr>
        <w:t>56:18  bhai hamare paas apna quran hai ah woh hum distribute karte hain unhon ne dikhaya bohat bara arabi</w:t>
      </w:r>
      <w:r>
        <w:br/>
      </w:r>
      <w:r>
        <w:rPr>
          <w:sz w:val="20"/>
        </w:rPr>
        <w:t>56:25  ke sath to khair woh hum thoray disappoint ho ke aa gaye choonke koi distribution to hota</w:t>
      </w:r>
      <w:r>
        <w:br/>
      </w:r>
      <w:r>
        <w:rPr>
          <w:sz w:val="20"/>
        </w:rPr>
        <w:t>56:30  nahi wahan to kai bar jata raha mein har bar jata blue mosque aur koshish karta to ittefaq</w:t>
      </w:r>
      <w:r>
        <w:br/>
      </w:r>
      <w:r>
        <w:rPr>
          <w:sz w:val="20"/>
        </w:rPr>
        <w:t>56:40  se aik sahib mein mile mujhe jin ka naam hai sabghatullah jo imam hain wahan un ko</w:t>
      </w:r>
      <w:r>
        <w:br/>
      </w:r>
      <w:r>
        <w:rPr>
          <w:sz w:val="20"/>
        </w:rPr>
        <w:t>56:46  interest paida hua unhon ne kaha theek hai aap bhejiye</w:t>
      </w:r>
      <w:r>
        <w:br/>
      </w:r>
      <w:r>
        <w:rPr>
          <w:sz w:val="20"/>
        </w:rPr>
        <w:t>56:51  to</w:t>
      </w:r>
      <w:r>
        <w:br/>
      </w:r>
      <w:r>
        <w:rPr>
          <w:sz w:val="20"/>
        </w:rPr>
        <w:t>56:51  hum ne wahan print karana shuru kiya aur ab taqreeban das barah languages mein wahan quran print hota</w:t>
      </w:r>
      <w:r>
        <w:br/>
      </w:r>
      <w:r>
        <w:rPr>
          <w:sz w:val="20"/>
        </w:rPr>
        <w:t>56:57  hai mashallah aur woh ah khaas tor se jo log aate hain wahan tourist sari dunya se aate</w:t>
      </w:r>
      <w:r>
        <w:br/>
      </w:r>
      <w:r>
        <w:rPr>
          <w:sz w:val="20"/>
        </w:rPr>
        <w:t>57:05  hain india se bhi jatay hain lekin ziyada tar tourist european countries ke hotay hain aur ah eastern</w:t>
      </w:r>
      <w:r>
        <w:br/>
      </w:r>
      <w:r>
        <w:rPr>
          <w:sz w:val="20"/>
        </w:rPr>
        <w:t>57:14  europe ke ji poland hai aur ukraine hai ah aur sari jo yeh eastern europe country european countries</w:t>
      </w:r>
      <w:r>
        <w:br/>
      </w:r>
      <w:r>
        <w:rPr>
          <w:sz w:val="20"/>
        </w:rPr>
        <w:t>57:23  hain to hamare paas taqreeban sari translations hain ukrainian mein hai ah polish mein hai ah aur abhi</w:t>
      </w:r>
      <w:r>
        <w:br/>
      </w:r>
      <w:r>
        <w:rPr>
          <w:sz w:val="20"/>
        </w:rPr>
        <w:t>57:31  recently aik do czech republic czech language mein hai to</w:t>
      </w:r>
      <w:r>
        <w:br/>
      </w:r>
      <w:r>
        <w:rPr>
          <w:sz w:val="20"/>
        </w:rPr>
        <w:t>57:36  kitnay translations abhi ho chukay hain taqreeban ab taqreeban 30 plus hain 30 plus ji mashallah jis mein</w:t>
      </w:r>
      <w:r>
        <w:br/>
      </w:r>
      <w:r>
        <w:rPr>
          <w:sz w:val="20"/>
        </w:rPr>
        <w:t>57:43  european kafi hain aur kuch ah african hain ji aur abhi translations chal rahay hain jaise abhi recently</w:t>
      </w:r>
      <w:r>
        <w:br/>
      </w:r>
      <w:r>
        <w:rPr>
          <w:sz w:val="20"/>
        </w:rPr>
        <w:t>57:52  haroon sheikh sahib ne ah swahili translate karaya hai jo ab printing ke stage mein hai woh swahili</w:t>
      </w:r>
      <w:r>
        <w:br/>
      </w:r>
      <w:r>
        <w:rPr>
          <w:sz w:val="20"/>
        </w:rPr>
        <w:t>57:59  language bohat bara region cover karti hai africa ka bohat sari countries mein boli jati hai to is</w:t>
      </w:r>
      <w:r>
        <w:br/>
      </w:r>
      <w:r>
        <w:rPr>
          <w:sz w:val="20"/>
        </w:rPr>
        <w:t>58:04  tarah se aik aik kar ke inshallah jo major languages hain is mein translation ka kaam turkey mein</w:t>
      </w:r>
      <w:r>
        <w:br/>
      </w:r>
      <w:r>
        <w:rPr>
          <w:sz w:val="20"/>
        </w:rPr>
        <w:t>58:09  doctor sahib aur bhi mosque mein rakha ja raha hai haan mujhe yaad hai maulana maulana ke sath</w:t>
      </w:r>
      <w:r>
        <w:br/>
      </w:r>
      <w:r>
        <w:rPr>
          <w:sz w:val="20"/>
        </w:rPr>
        <w:t>58:15  mein aur fareeda apa bhi thay aik program mein gaye thay ji ji to hum log rustam pashah</w:t>
      </w:r>
      <w:r>
        <w:br/>
      </w:r>
      <w:r>
        <w:rPr>
          <w:sz w:val="20"/>
        </w:rPr>
        <w:t>58:19  mask gaye thay haan to wahan pe kafi</w:t>
      </w:r>
    </w:p>
    <w:p>
      <w:pPr>
        <w:pStyle w:val="Heading2"/>
      </w:pPr>
      <w:r>
        <w:t>Self-discovery as first priority</w:t>
      </w:r>
    </w:p>
    <w:p>
      <w:r>
        <w:rPr>
          <w:color w:val="666666"/>
          <w:sz w:val="18"/>
        </w:rPr>
        <w:t>Self Discovery | September 30, 2018 · 3m 07s · at 35:06 · https://youtu.be/ks3TBvsuttc?t=2106</w:t>
      </w:r>
    </w:p>
    <w:p>
      <w:r>
        <w:rPr>
          <w:i/>
        </w:rPr>
        <w:t>“Pehla kaam har aadmi ke liye self-discovery hai”</w:t>
      </w:r>
    </w:p>
    <w:p>
      <w:r>
        <w:rPr>
          <w:sz w:val="20"/>
        </w:rPr>
        <w:t>35:06  l de kar dunya mein paida kiya gaya hai.</w:t>
      </w:r>
      <w:r>
        <w:br/>
      </w:r>
      <w:r>
        <w:rPr>
          <w:sz w:val="20"/>
        </w:rPr>
        <w:t>35:13  har aadmi, har aadmi, har aadmi!</w:t>
      </w:r>
      <w:r>
        <w:br/>
      </w:r>
      <w:r>
        <w:rPr>
          <w:sz w:val="20"/>
        </w:rPr>
        <w:t>35:20  hata ke jo educated nahin hai, tab bhi.</w:t>
      </w:r>
      <w:r>
        <w:br/>
      </w:r>
      <w:r>
        <w:rPr>
          <w:sz w:val="20"/>
        </w:rPr>
        <w:t>35:26  to aadmi ko kya karna hai? pehla kaam, pehla kaam har aadmi ke liye self discovery hai.</w:t>
      </w:r>
      <w:r>
        <w:br/>
      </w:r>
      <w:r>
        <w:rPr>
          <w:sz w:val="20"/>
        </w:rPr>
        <w:t>35:33  pehla kaam apne aap ko discover karna hai</w:t>
      </w:r>
      <w:r>
        <w:br/>
      </w:r>
      <w:r>
        <w:rPr>
          <w:sz w:val="20"/>
        </w:rPr>
        <w:t>35:40  ke main kya kar sakta hoon, mere andar kya potential hai.</w:t>
      </w:r>
      <w:r>
        <w:br/>
      </w:r>
      <w:r>
        <w:rPr>
          <w:sz w:val="20"/>
        </w:rPr>
        <w:t>35:48  is ko discover karna aur is ko avail karna, yeh pehla kaam hai.</w:t>
      </w:r>
      <w:r>
        <w:br/>
      </w:r>
      <w:r>
        <w:rPr>
          <w:sz w:val="20"/>
        </w:rPr>
        <w:t>35:55  apne aap ko discover karna, apne potential ko discover karna aur is potential ko avail karna, is ko</w:t>
      </w:r>
      <w:r>
        <w:br/>
      </w:r>
      <w:r>
        <w:rPr>
          <w:sz w:val="20"/>
        </w:rPr>
        <w:t>36:03  actual banana, yeh hai pehla kaam.</w:t>
      </w:r>
      <w:r>
        <w:br/>
      </w:r>
      <w:r>
        <w:rPr>
          <w:sz w:val="20"/>
        </w:rPr>
        <w:t>36:11  agar aap ne is ko discover nahin kiya aur is ko avail nahin kiya jis maqsad se Allah</w:t>
      </w:r>
      <w:r>
        <w:br/>
      </w:r>
      <w:r>
        <w:rPr>
          <w:sz w:val="20"/>
        </w:rPr>
        <w:t>36:22  ne aap ke andar woh potential rakha hai, is pe is ko istemal nahin kiya, is ke mani</w:t>
      </w:r>
      <w:r>
        <w:br/>
      </w:r>
      <w:r>
        <w:rPr>
          <w:sz w:val="20"/>
        </w:rPr>
        <w:t>36:32  kya hue? jo aadmi aisa na kare, woh kya? dunya mein andha reh gaya, be khabar reh gaya,</w:t>
      </w:r>
      <w:r>
        <w:br/>
      </w:r>
      <w:r>
        <w:rPr>
          <w:sz w:val="20"/>
        </w:rPr>
        <w:t>36:42  dunya mein be khabar reh gaya.</w:t>
      </w:r>
      <w:r>
        <w:br/>
      </w:r>
      <w:r>
        <w:rPr>
          <w:sz w:val="20"/>
        </w:rPr>
        <w:t>36:50  to logon ko, har aadmi ko chahiye ke woh jaane ke is ki zindagi ka pehla sawal kya hai.</w:t>
      </w:r>
      <w:r>
        <w:br/>
      </w:r>
      <w:r>
        <w:rPr>
          <w:sz w:val="20"/>
        </w:rPr>
        <w:t>36:57  pehla sawal yahi hai.</w:t>
      </w:r>
      <w:r>
        <w:br/>
      </w:r>
      <w:r>
        <w:rPr>
          <w:sz w:val="20"/>
        </w:rPr>
        <w:t>37:05  ek qissa mein ne parha tha, grace yani ancient grace mein</w:t>
      </w:r>
      <w:r>
        <w:br/>
      </w:r>
      <w:r>
        <w:rPr>
          <w:sz w:val="20"/>
        </w:rPr>
        <w:t>37:13  ek philosopher tha, to woh yeh sochta tha ke main kya hoon, kya purpose hai mera, kis liye aaya hoon main is duniya mein. ek ek scientist ne is sawal par socha to us ki kitaab maine padhi thi, us mein yeh jumla</w:t>
      </w:r>
      <w:r>
        <w:br/>
      </w:r>
      <w:r>
        <w:rPr>
          <w:sz w:val="20"/>
        </w:rPr>
        <w:t>37:43  یہ تھا کہ "It appears that mind was created in a world that was not made for him."</w:t>
      </w:r>
      <w:r>
        <w:br/>
      </w:r>
      <w:r>
        <w:rPr>
          <w:sz w:val="20"/>
        </w:rPr>
        <w:t>37:53  is mein hota tha ke main yahan aa gaya hoon, koi mera purpose hi nahin.</w:t>
      </w:r>
      <w:r>
        <w:br/>
      </w:r>
      <w:r>
        <w:rPr>
          <w:sz w:val="20"/>
        </w:rPr>
        <w:t>38:03  "It appears that mind was created in a world that was not made for him."</w:t>
      </w:r>
    </w:p>
    <w:p>
      <w:pPr>
        <w:pStyle w:val="Heading2"/>
      </w:pPr>
      <w:r>
        <w:t>Secret to working productively past 90: simple living, focus</w:t>
      </w:r>
    </w:p>
    <w:p>
      <w:r>
        <w:rPr>
          <w:color w:val="666666"/>
          <w:sz w:val="18"/>
        </w:rPr>
        <w:t>CPS Women Monthly Q and A with Prof. Farida Khanam &amp; Maulana Farhad Ahmed Umeri November 26, 2023 · 2m 37s · at 25:51 · https://youtu.be/0UB0fZWd5X0?t=1551</w:t>
      </w:r>
    </w:p>
    <w:p>
      <w:r>
        <w:rPr>
          <w:i/>
        </w:rPr>
        <w:t>“Maulana Sahab 96 saal tak achhe se kaam kiya, reason kya hai?”</w:t>
      </w:r>
    </w:p>
    <w:p>
      <w:r>
        <w:rPr>
          <w:sz w:val="20"/>
        </w:rPr>
        <w:t>25:51  for example Maulana sahib bhi ninety six years tak bahut acche se kaam kiya hai. iski reason kya hai? yahi main jaan, jaanna chahti hoon. simple living, hi, thank you. mhmm, bataiye. woh normally kya hota hai? woh jo insaan simple living ho jiski nature ke mutabik zindagi guzare, natural zindagi guzare jaise Maulana sahib ne guzara.</w:t>
      </w:r>
      <w:r>
        <w:br/>
      </w:r>
      <w:r>
        <w:rPr>
          <w:sz w:val="20"/>
        </w:rPr>
        <w:t>26:21  khane peene ke mamle mein bhi bahut disciplined ho aur dosti cheezein karein discipline ke saath to uski</w:t>
      </w:r>
      <w:r>
        <w:br/>
      </w:r>
      <w:r>
        <w:rPr>
          <w:sz w:val="20"/>
        </w:rPr>
        <w:t>26:40  health achhi rahegi Simple living thi woh.</w:t>
      </w:r>
      <w:r>
        <w:br/>
      </w:r>
      <w:r>
        <w:rPr>
          <w:sz w:val="20"/>
        </w:rPr>
        <w:t>27:00  apne ki hifazat bhi toh karni hoti hai na? apni sehat ki hifazat karni hoti hai. ek goal mutayyan karna hota hai. jo log aisa keh rahe hain ki hamari nai taqat hai, woh aap unko dekhiye doosre duniya ke kaamon mein jismein unko interest hoga usmein woh lage rehte hain. aisa nahi hai ki koi hadam soya rehta hai. toh hamein apne aap ko doosre kaamon se duniyaabi kaamon se alag karna hoga aur apne aap ko focus karna hoga mission ke kaam par.</w:t>
      </w:r>
      <w:r>
        <w:br/>
      </w:r>
      <w:r>
        <w:rPr>
          <w:sz w:val="20"/>
        </w:rPr>
        <w:t>27:30  tab hum kaam kar payenge. aisa toh nahi hai koi din raat soya rehta hai asabe khaaf ki tarah. toh kaam toh sab karte hain lekin yeh hai ki interest kismein hai? toh yeh hai ki agar hamara ek mission hai toh us mission ke hisab se humko doosre kaam khatm karne padenge. shopping hai aur ghoomna hai, phirna hai, entertainment hai. yeh sab khatm karenge tabhi toh hum mission ka kaam kar payenge na?</w:t>
      </w:r>
      <w:r>
        <w:br/>
      </w:r>
      <w:r>
        <w:rPr>
          <w:sz w:val="20"/>
        </w:rPr>
        <w:t>28:00  hamare ghar ke saamne sale lagti hai ghar ke saamne. sab kehte hain sale lagi hai, sale lagi hai. hum yahan chalis saal se reh rahe hain kabhi wahan nahi gaye. toh apne aap ko bachana padta hai paazil kaamon se. tab baad mein mission mein lagta hai. Maulana ne ek article bhi likha tha nazar ki kharidari.</w:t>
      </w:r>
      <w:r>
        <w:br/>
      </w:r>
      <w:r>
        <w:rPr>
          <w:sz w:val="20"/>
        </w:rPr>
        <w:t>28:28  yeh ek, ek sahib ke ghar mein woh gaye the toh dekha ki samaan se poora ghar bhara hua hai. toh yeh simple, simple living ke khilaf hai. koi acchi cheez lage usko fauran kha liya. koi acchi cheez lagi zaroorat se zyada kha liya.</w:t>
      </w:r>
    </w:p>
    <w:p>
      <w:pPr>
        <w:pStyle w:val="Heading2"/>
      </w:pPr>
      <w:r>
        <w:t>Three levels of needs and proper use of oil wealth</w:t>
      </w:r>
    </w:p>
    <w:p>
      <w:r>
        <w:rPr>
          <w:color w:val="666666"/>
          <w:sz w:val="18"/>
        </w:rPr>
        <w:t>Dars-e-Quran, Ch. 2 Verse 54 | March 18, 2018 · 2m 05s · at 42:38 · https://youtu.be/xQ2LXsz1oTw?t=2558</w:t>
      </w:r>
    </w:p>
    <w:p>
      <w:r>
        <w:rPr>
          <w:i/>
        </w:rPr>
        <w:t>“Teen level maane jaate hain”</w:t>
      </w:r>
    </w:p>
    <w:p>
      <w:r>
        <w:rPr>
          <w:sz w:val="20"/>
        </w:rPr>
        <w:t>42:38  comfort aur luxury.</w:t>
      </w:r>
      <w:r>
        <w:br/>
      </w:r>
      <w:r>
        <w:rPr>
          <w:sz w:val="20"/>
        </w:rPr>
        <w:t>42:42  need, comfort aur luxury.</w:t>
      </w:r>
      <w:r>
        <w:br/>
      </w:r>
      <w:r>
        <w:rPr>
          <w:sz w:val="20"/>
        </w:rPr>
        <w:t>42:47  to need ke baghair poora intezam tumhara kar diya hai.</w:t>
      </w:r>
      <w:r>
        <w:br/>
      </w:r>
      <w:r>
        <w:rPr>
          <w:sz w:val="20"/>
        </w:rPr>
        <w:t>42:52  Need, need and N E E D did.</w:t>
      </w:r>
      <w:r>
        <w:br/>
      </w:r>
      <w:r>
        <w:rPr>
          <w:sz w:val="20"/>
        </w:rPr>
        <w:t>42:56  lekin jahan tak luxury ki baat hai, to luxury ka wada Allah ne nahi liya hai.</w:t>
      </w:r>
      <w:r>
        <w:br/>
      </w:r>
      <w:r>
        <w:rPr>
          <w:sz w:val="20"/>
        </w:rPr>
        <w:t>43:01  luxury ka wada Allah ne nahi liya.</w:t>
      </w:r>
      <w:r>
        <w:br/>
      </w:r>
      <w:r>
        <w:rPr>
          <w:sz w:val="20"/>
        </w:rPr>
        <w:t>43:05  chunancha kya hua?</w:t>
      </w:r>
      <w:r>
        <w:br/>
      </w:r>
      <w:r>
        <w:rPr>
          <w:sz w:val="20"/>
        </w:rPr>
        <w:t>43:10  jin logon ke, jin musalmanon ki zameen ke neeche tel ka samandar tha, to unhone luxury ke</w:t>
      </w:r>
      <w:r>
        <w:br/>
      </w:r>
      <w:r>
        <w:rPr>
          <w:sz w:val="20"/>
        </w:rPr>
        <w:t>43:17  item mein usko istemal karna shuru kar diya. Ayyashi.</w:t>
      </w:r>
      <w:r>
        <w:br/>
      </w:r>
      <w:r>
        <w:rPr>
          <w:sz w:val="20"/>
        </w:rPr>
        <w:t>43:25  to ab jo khabrein aa rahi hain, woh yeh ke unka dil ka zakhira hi khatam ho raha hai.</w:t>
      </w:r>
      <w:r>
        <w:br/>
      </w:r>
      <w:r>
        <w:rPr>
          <w:sz w:val="20"/>
        </w:rPr>
        <w:t>43:32  kyunki Allah ne isko luxury</w:t>
      </w:r>
      <w:r>
        <w:br/>
      </w:r>
      <w:r>
        <w:rPr>
          <w:sz w:val="20"/>
        </w:rPr>
        <w:t>43:40  ke liye nahi diya tha.</w:t>
      </w:r>
      <w:r>
        <w:br/>
      </w:r>
      <w:r>
        <w:rPr>
          <w:sz w:val="20"/>
        </w:rPr>
        <w:t>43:48  isko diya tha ke need ke baghair apni zarooraton ko poora karo aur iske baad sari</w:t>
      </w:r>
      <w:r>
        <w:br/>
      </w:r>
      <w:r>
        <w:rPr>
          <w:sz w:val="20"/>
        </w:rPr>
        <w:t>43:56  dolat Allah ke deen ko phailane mein, quran ko phailane mein, dawat o tablegh mein laga do.</w:t>
      </w:r>
      <w:r>
        <w:br/>
      </w:r>
      <w:r>
        <w:rPr>
          <w:sz w:val="20"/>
        </w:rPr>
        <w:t>44:05  aur isi ke sath yeh wada hai Allah taala ka ke</w:t>
      </w:r>
      <w:r>
        <w:br/>
      </w:r>
      <w:r>
        <w:rPr>
          <w:sz w:val="20"/>
        </w:rPr>
        <w:t>44:13  is mein main ek woh ek ek ek add karunga ke khud mujh par yeh guzra ke</w:t>
      </w:r>
      <w:r>
        <w:br/>
      </w:r>
      <w:r>
        <w:rPr>
          <w:sz w:val="20"/>
        </w:rPr>
        <w:t>44:20  jab main dawat ke maidan mein apne ko maine dala, bohat pehle apne aap ko bohat pehle</w:t>
      </w:r>
      <w:r>
        <w:br/>
      </w:r>
      <w:r>
        <w:rPr>
          <w:sz w:val="20"/>
        </w:rPr>
        <w:t>44:28  dala, to maine mehsoos, tumhare mutalea kiya, duniya ki qaumon ka mutalea kiya, tumhare mehsoos kiya ke</w:t>
      </w:r>
      <w:r>
        <w:br/>
      </w:r>
      <w:r>
        <w:rPr>
          <w:sz w:val="20"/>
        </w:rPr>
        <w:t>44:35  saare alam ke tak islam ko</w:t>
      </w:r>
    </w:p>
    <w:p>
      <w:pPr>
        <w:pStyle w:val="Heading2"/>
      </w:pPr>
      <w:r>
        <w:t>Big Bang confirms Quran's creation over eternal-universe belief</w:t>
      </w:r>
    </w:p>
    <w:p>
      <w:r>
        <w:rPr>
          <w:color w:val="666666"/>
          <w:sz w:val="18"/>
        </w:rPr>
        <w:t>Revival of Islam November 7, 2010 · 2m 54s · at 25:57 · https://youtu.be/-aRS72WUTR8?t=1557</w:t>
      </w:r>
    </w:p>
    <w:p>
      <w:r>
        <w:rPr>
          <w:i/>
        </w:rPr>
        <w:t>“Hamare jo falasfa the, woh samajhte the duniya hamesha se chali aa rahi hai”</w:t>
      </w:r>
    </w:p>
    <w:p>
      <w:r>
        <w:rPr>
          <w:sz w:val="20"/>
        </w:rPr>
        <w:t>25:57  aise hi dekhiye, main ek aur misaal doon. hamare jo philosophers the, muslim philosophers, unani philosophy ke asar se yeh samajhte the ke duniya hamesha se chali aa rahi hai, isi tareeqe se</w:t>
      </w:r>
      <w:r>
        <w:br/>
      </w:r>
      <w:r>
        <w:rPr>
          <w:sz w:val="20"/>
        </w:rPr>
        <w:t>26:12  jaisi yeh hai, aisi chali aa rahi hai hamesha se. toh yeh hamesha chali aa rahi hai, toh khuda ki zaroorat kya hai?</w:t>
      </w:r>
      <w:r>
        <w:br/>
      </w:r>
      <w:r>
        <w:rPr>
          <w:sz w:val="20"/>
        </w:rPr>
        <w:t>26:23  toh yeh cheez understandable nahi thi ke khuda ne kisi din isko paida kiya, isko banaya, isko. yeh philosophy ki behas thi jo musalman, muslim philosophy bhi shamil ho gayi kyunke woh alag se soch nahi pate the.</w:t>
      </w:r>
      <w:r>
        <w:br/>
      </w:r>
      <w:r>
        <w:rPr>
          <w:sz w:val="20"/>
        </w:rPr>
        <w:t>26:40  ab jo big bang ka nazariya hai, woh batata hai ke theek theek isne tareekh muqarrar kar di ke 13 billion saal pehle zameen ka aaghaz hua big bang se.</w:t>
      </w:r>
      <w:r>
        <w:br/>
      </w:r>
      <w:r>
        <w:rPr>
          <w:sz w:val="20"/>
        </w:rPr>
        <w:t>26:56  achanak wajood mein aa gaye sitare, seare aur sari cheezein.</w:t>
      </w:r>
      <w:r>
        <w:br/>
      </w:r>
      <w:r>
        <w:rPr>
          <w:sz w:val="20"/>
        </w:rPr>
        <w:t>27:05  toh yeh tasawwur ke khuda ne takhleeq kiya hai,</w:t>
      </w:r>
      <w:r>
        <w:br/>
      </w:r>
      <w:r>
        <w:rPr>
          <w:sz w:val="20"/>
        </w:rPr>
        <w:t>27:09  ab understandable ho gaya. qadeem philosophy yeh kehti thi ke nahi, yeh toh sab chala aa raha hai, jaise aaj hai, waise hamesha se tha. yeh duniya aaj hum dekh rahe hain, waise hamesha se chali aa rahi hai.</w:t>
      </w:r>
      <w:r>
        <w:br/>
      </w:r>
      <w:r>
        <w:rPr>
          <w:sz w:val="20"/>
        </w:rPr>
        <w:t>27:22  toh yeh jo mindset tha, is mindset mein Quran ka woh tasawwur ke khuda ne khalaq kiya hai, khuda ne ek waqt khaas mein isko wajood mein bakhsha hai,</w:t>
      </w:r>
      <w:r>
        <w:br/>
      </w:r>
      <w:r>
        <w:rPr>
          <w:sz w:val="20"/>
        </w:rPr>
        <w:t>27:36  woh woh samajh mein nahi aata tha.</w:t>
      </w:r>
      <w:r>
        <w:br/>
      </w:r>
      <w:r>
        <w:rPr>
          <w:sz w:val="20"/>
        </w:rPr>
        <w:t>27:39  ab big bang ke baad yeh samajh mein aayega, understandable ho gaya ke ek waqt khaas mein Allah ta'ala ne ek explosion kiya aur yeh duniya phir wajood mein aayi.</w:t>
      </w:r>
      <w:r>
        <w:br/>
      </w:r>
      <w:r>
        <w:rPr>
          <w:sz w:val="20"/>
        </w:rPr>
        <w:t>27:51  aap dekhiye, yahan bhi dekhiye, original islam jo hai, woh woh hai jo scientific jo standard hai. yeh beech mein muslim made islam aa gaya tha.</w:t>
      </w:r>
      <w:r>
        <w:br/>
      </w:r>
      <w:r>
        <w:rPr>
          <w:sz w:val="20"/>
        </w:rPr>
        <w:t>28:03  musalmanon ne jo philosophy banayi, woh wohi thi jo greek philosophy ka naqal thi. woh</w:t>
      </w:r>
      <w:r>
        <w:br/>
      </w:r>
      <w:r>
        <w:rPr>
          <w:sz w:val="20"/>
        </w:rPr>
        <w:t>28:09  muslim philosophy kya hai? greek philosophy naqal hai. woh</w:t>
      </w:r>
      <w:r>
        <w:br/>
      </w:r>
      <w:r>
        <w:rPr>
          <w:sz w:val="20"/>
        </w:rPr>
        <w:t>28:17  toh muslim philosophy ke tehat insaan jo hai, samajh nahi pata tha kyunke woh toh greek philosophy thi. woh ab jo science ne daryaft kiya hai toh islam jo hai, tareekh par dobara wapas aa gaya hai.</w:t>
      </w:r>
      <w:r>
        <w:br/>
      </w:r>
      <w:r>
        <w:rPr>
          <w:sz w:val="20"/>
        </w:rPr>
        <w:t>28:32  to jis cheez ko breilly kehta hai, scientific religion, wohi woh hai Islam. Islam aur kya hai?</w:t>
      </w:r>
      <w:r>
        <w:br/>
      </w:r>
      <w:r>
        <w:rPr>
          <w:sz w:val="20"/>
        </w:rPr>
        <w:t>28:39  wohi hai, wohi hai, koi doosri cheez nahi hai Islam. to is tarah ki bohat sari cheezein hain.</w:t>
      </w:r>
    </w:p>
    <w:p>
      <w:pPr>
        <w:pStyle w:val="Heading2"/>
      </w:pPr>
      <w:r>
        <w:t>blame lies with failed strategy, not misunderstanding</w:t>
      </w:r>
    </w:p>
    <w:p>
      <w:r>
        <w:rPr>
          <w:color w:val="666666"/>
          <w:sz w:val="18"/>
        </w:rPr>
        <w:t>Why Have Muslims Turned Violent December 14, 2008 · 3m 00s · at 56:04 · https://youtu.be/TYLK8Jwz8EE?t=3364</w:t>
      </w:r>
    </w:p>
    <w:p>
      <w:r>
        <w:rPr>
          <w:i/>
        </w:rPr>
        <w:t>“These book titles blaming 'misunderstanding' are wrong.”</w:t>
      </w:r>
    </w:p>
    <w:p>
      <w:r>
        <w:rPr>
          <w:sz w:val="20"/>
        </w:rPr>
        <w:t>56:04  jo karna tha, woh to kiya hi nahin. education, industry, journalism, da'wa work, yeh to kiya hi nahin. to to peechhe ho hi jaenge.</w:t>
      </w:r>
      <w:r>
        <w:br/>
      </w:r>
      <w:r>
        <w:rPr>
          <w:sz w:val="20"/>
        </w:rPr>
        <w:t>56:17  to is zamane mein aap aksar padhenge keh Musalmanon mein aega aik Musalmanon mein qiyadat ka fuqdaan.</w:t>
      </w:r>
      <w:r>
        <w:br/>
      </w:r>
      <w:r>
        <w:rPr>
          <w:sz w:val="20"/>
        </w:rPr>
        <w:t>56:29  yaani qiyadat nahin hai Musalmanon mein. aksar mein padhta hoon keh Musalmanon mein qiyadat ka fuqdaan. yaani lack of leadership. yeh bhi galat hota hai bilkul.</w:t>
      </w:r>
      <w:r>
        <w:br/>
      </w:r>
      <w:r>
        <w:rPr>
          <w:sz w:val="20"/>
        </w:rPr>
        <w:t>56:44  be itne bare bare leader paida hue hain keh un ke liye aap ne dictionary ke saare alfaaz bol bol daale. mufakkir-e-azam, qaed-e-azam, aur rehnuma-e-azam, pata nahin kya kya azam.</w:t>
      </w:r>
      <w:r>
        <w:br/>
      </w:r>
      <w:r>
        <w:rPr>
          <w:sz w:val="20"/>
        </w:rPr>
        <w:t>56:57  to leader to itne saare hain, leaderon ki to bharmar hai.</w:t>
      </w:r>
      <w:r>
        <w:br/>
      </w:r>
      <w:r>
        <w:rPr>
          <w:sz w:val="20"/>
        </w:rPr>
        <w:t>57:04  sehih leadership nahi mili musalmanon ko, sahih lead nahi mili musalmanon ko. is ki kami hai.</w:t>
      </w:r>
      <w:r>
        <w:br/>
      </w:r>
      <w:r>
        <w:rPr>
          <w:sz w:val="20"/>
        </w:rPr>
        <w:t>57:12  to samajhte hain ke leader hi nahi paida hua.</w:t>
      </w:r>
      <w:r>
        <w:br/>
      </w:r>
      <w:r>
        <w:rPr>
          <w:sz w:val="20"/>
        </w:rPr>
        <w:t>57:15  haqiqat yeh nahi hai, haqiqat yeh hai ke sahih lead nahi di gayi in ko. leader to hazaron paida hue.</w:t>
      </w:r>
      <w:r>
        <w:br/>
      </w:r>
      <w:r>
        <w:rPr>
          <w:sz w:val="20"/>
        </w:rPr>
        <w:t>57:23  to beharhal here is the starting point for us hum sab ko janna chahiye ke starting point kya hai. starting point ko discover karna jo hai, samajh lijiye ke adhi kamyabi hai.</w:t>
      </w:r>
      <w:r>
        <w:br/>
      </w:r>
      <w:r>
        <w:rPr>
          <w:sz w:val="20"/>
        </w:rPr>
        <w:t>57:39  agar</w:t>
      </w:r>
      <w:r>
        <w:br/>
      </w:r>
      <w:r>
        <w:rPr>
          <w:sz w:val="20"/>
        </w:rPr>
        <w:t>57:40  aap ko koi kaam karna hai to adhi kamyabi ho gayi us waqt jab ke aap ne is sahih starting point ko jaan liya.</w:t>
      </w:r>
      <w:r>
        <w:br/>
      </w:r>
      <w:r>
        <w:rPr>
          <w:sz w:val="20"/>
        </w:rPr>
        <w:t>57:56  kyun ke aap jante hain ke agar sahih starting point se aap chale to aap destination pohnchen ge. aur agar aap ne ghalat is jagah se start kar liya to aap kahin nahi pohnchen ge.</w:t>
      </w:r>
      <w:r>
        <w:br/>
      </w:r>
      <w:r>
        <w:rPr>
          <w:sz w:val="20"/>
        </w:rPr>
        <w:t>58:12  to starting point jo hai, woh kya hai? is ko maine wazeh karne ki koshish ki. woh hai musalmanon ko positive banana, musalmanon ki negativity ko khatam karna, negativity ko</w:t>
      </w:r>
      <w:r>
        <w:br/>
      </w:r>
      <w:r>
        <w:rPr>
          <w:sz w:val="20"/>
        </w:rPr>
        <w:t>58:26  musalmanon ko is qabil banana ke woh dobara re-planning karen.</w:t>
      </w:r>
      <w:r>
        <w:br/>
      </w:r>
      <w:r>
        <w:rPr>
          <w:sz w:val="20"/>
        </w:rPr>
        <w:t>58:33  re-planning karen, re-assess karen, revise karen. yahi starting point hai.</w:t>
      </w:r>
      <w:r>
        <w:br/>
      </w:r>
      <w:r>
        <w:rPr>
          <w:sz w:val="20"/>
        </w:rPr>
        <w:t>58:42  yeh starting point doosron ko blame dena nahi hai, balkeh khud apne aap ko revise karna hai.</w:t>
      </w:r>
      <w:r>
        <w:br/>
      </w:r>
      <w:r>
        <w:rPr>
          <w:sz w:val="20"/>
        </w:rPr>
        <w:t>58:53  to main aap se, apne sab sathiyon se yahi kahun ga ke is baat ko janiye aur is kaam mein bharpoor taur par apni energy ko laga dijiye.</w:t>
      </w:r>
    </w:p>
    <w:p>
      <w:pPr>
        <w:pStyle w:val="Heading2"/>
      </w:pPr>
      <w:r>
        <w:t>Palestine jihad fatwa also absurd</w:t>
      </w:r>
    </w:p>
    <w:p>
      <w:r>
        <w:rPr>
          <w:color w:val="666666"/>
          <w:sz w:val="18"/>
        </w:rPr>
        <w:t>What is Ijtihad February 25, 2007 Maulana Wahiduddin Khan · 1m 26s · at 16:33 · https://youtu.be/vPBQYpteeb0?t=993</w:t>
      </w:r>
    </w:p>
    <w:p>
      <w:r>
        <w:rPr>
          <w:i/>
        </w:rPr>
        <w:t>“Aai si Arab mein hua. Tamam Arab ne milkar fatwa de”</w:t>
      </w:r>
    </w:p>
    <w:p>
      <w:r>
        <w:rPr>
          <w:sz w:val="20"/>
        </w:rPr>
        <w:t>16:33  ke hum chal nahi sakte. ya to mar jayen ya munafiq banen. IC arab mein hua. tamam arab ne mil kar fatwa de diya.</w:t>
      </w:r>
      <w:r>
        <w:br/>
      </w:r>
      <w:r>
        <w:rPr>
          <w:sz w:val="20"/>
        </w:rPr>
        <w:t>16:45  falasteen ke bare mein.</w:t>
      </w:r>
      <w:r>
        <w:br/>
      </w:r>
      <w:r>
        <w:rPr>
          <w:sz w:val="20"/>
        </w:rPr>
        <w:t>16:49  ke jihad farz ho chuka hai musalmanon ke upar. ab jihad farz ho chuka hai to tum apne gharon mein aram se kyun reh rahe ho? yani ke ek fatwa de diya ke jihad farz ho chuka hai.</w:t>
      </w:r>
      <w:r>
        <w:br/>
      </w:r>
      <w:r>
        <w:rPr>
          <w:sz w:val="20"/>
        </w:rPr>
        <w:t>17:01  aur phir bhi that se reh rahe hain har arab. jis ghar jis mein jaiye arbon ke. arbon ke jis ghar mein jaiye khoob hansi khushi se reh rahe hain woh.</w:t>
      </w:r>
      <w:r>
        <w:br/>
      </w:r>
      <w:r>
        <w:rPr>
          <w:sz w:val="20"/>
        </w:rPr>
        <w:t>17:12  yeh to haram hai. agar jihad farz ho chuka ho falasteen mein to arbon ke liye ek din bhi khushi se rehna jaiz nahi hai.</w:t>
      </w:r>
      <w:r>
        <w:br/>
      </w:r>
      <w:r>
        <w:rPr>
          <w:sz w:val="20"/>
        </w:rPr>
        <w:t>17:24  phir ya to woh lad kar ke mar jayen. ya ek dam yani wahan se chhod ke chale jayen.</w:t>
      </w:r>
      <w:r>
        <w:br/>
      </w:r>
      <w:r>
        <w:rPr>
          <w:sz w:val="20"/>
        </w:rPr>
        <w:t>17:35  arab world hi ko chhod ke chale jayen.</w:t>
      </w:r>
      <w:r>
        <w:br/>
      </w:r>
      <w:r>
        <w:rPr>
          <w:sz w:val="20"/>
        </w:rPr>
        <w:t>17:40  yeh bhi ijma galat, yeh bhi ijma galat. kyunke yeh bhi ek usool hai ke jo fatwa aap ke liye zindagi hi ko naam kyon na bana de, woh fatwa nahi hai.</w:t>
      </w:r>
      <w:r>
        <w:br/>
      </w:r>
      <w:r>
        <w:rPr>
          <w:sz w:val="20"/>
        </w:rPr>
        <w:t>17:54  woh galat fatwa hai.</w:t>
      </w:r>
    </w:p>
    <w:p>
      <w:pPr>
        <w:pStyle w:val="Heading2"/>
      </w:pPr>
      <w:r>
        <w:t>Explaining Quran 24:55, God's promise of khilafah to believers</w:t>
      </w:r>
    </w:p>
    <w:p>
      <w:r>
        <w:rPr>
          <w:color w:val="666666"/>
          <w:sz w:val="18"/>
        </w:rPr>
        <w:t>CPS Women Monthly Q and A with Prof. Farida Khanam &amp; Maulana Farhad Ahmed Umeri November 26, 2023 · 1m 33s · at 3:24 · https://youtu.be/0UB0fZWd5X0?t=204</w:t>
      </w:r>
    </w:p>
    <w:p>
      <w:r>
        <w:rPr>
          <w:i/>
        </w:rPr>
        <w:t>“Aaj mujhe chapter 24 verse 55 ka explain karna tha”</w:t>
      </w:r>
    </w:p>
    <w:p>
      <w:r>
        <w:rPr>
          <w:sz w:val="20"/>
        </w:rPr>
        <w:t>3:24  assalama alahul mapa filhaal sahib. aaj mujhe ek chapter 24 se ki verse 55 ka explain karna ko main jaani thi faras sahib usko explain kar de. meri samajh mein nahin aa raha tha. to farasa main usko padhun verse ko? ji ji, padiye.</w:t>
      </w:r>
      <w:r>
        <w:br/>
      </w:r>
      <w:r>
        <w:rPr>
          <w:sz w:val="20"/>
        </w:rPr>
        <w:t>3:47  allah ne wada farmaya hai tumhein se un logon ke sath jo iman layen aur naik amal karen ki wah unko zameen mein yaktedar dega. jaisa ki unse pehle logon ko yaktedar diya tha aur unke liye unke din ko jama dega jis ka unke liye pasand kiya hai aur unki khauf ki halat ke baad usko aman se badal dega.</w:t>
      </w:r>
      <w:r>
        <w:br/>
      </w:r>
      <w:r>
        <w:rPr>
          <w:sz w:val="20"/>
        </w:rPr>
        <w:t>4:11  wah sirf meri wadat karenge aur kisi cheez ko mera shareek na banayenge aur jo uske baad inkar karen to aise hi log naafarmaan hain. kya cheez ismein samajh mein nahin aa rahi hai? mujhe thodi si aur clear karana tha.</w:t>
      </w:r>
      <w:r>
        <w:br/>
      </w:r>
      <w:r>
        <w:rPr>
          <w:sz w:val="20"/>
        </w:rPr>
        <w:t>4:31  Maulana sahib ne use explain to kiya hai lekin yeh ghlabba wali baat zara samajh mein nahin aata hai ki ki yeh kis tarah ka ghlabba aur kaisi har qaum ke zameen mein ghlabba deta hai is tarah isko janta hai. yeh ghlabbe ki baat nahin samajh mein aa rahi thi ki Power. Power kya? kis tarah ka power? boliye.</w:t>
      </w:r>
      <w:r>
        <w:br/>
      </w:r>
      <w:r>
        <w:rPr>
          <w:sz w:val="20"/>
        </w:rPr>
        <w:t>4:57  asal mein yeh usmein maine dekha nahin magar maqte ki jo halaat thi aur daur tha religious persecution ka to uski wajah se koi kaam itna zyada profit aur sahaba kaam kar rahe the lekin kaam aage nahin badh raha tha kyunki mushrikeen ka ghlabba tha. ghlabba sirf political ghlabba nahin hota.</w:t>
      </w:r>
    </w:p>
    <w:p>
      <w:pPr>
        <w:pStyle w:val="Heading2"/>
      </w:pPr>
      <w:r>
        <w:t>Why pre-marital romance counts as forbidden distraction</w:t>
      </w:r>
    </w:p>
    <w:p>
      <w:r>
        <w:rPr>
          <w:color w:val="666666"/>
          <w:sz w:val="18"/>
        </w:rPr>
        <w:t>Rationalization of Evil Feb 15, 2009 · 2m 49s · at 1:26:07 · https://youtu.be/WbeB4g7sNQ4?t=5167</w:t>
      </w:r>
    </w:p>
    <w:p>
      <w:r>
        <w:rPr>
          <w:i/>
        </w:rPr>
        <w:t>“سب سے بری بات جو ہے آج کل، یہ لاء آف فیئر ہے”</w:t>
      </w:r>
    </w:p>
    <w:p>
      <w:r>
        <w:rPr>
          <w:sz w:val="20"/>
        </w:rPr>
        <w:t>1:26:07  mein samajhta hoon ke yeh bohat hi buri baat hai. sab se buri baat jo hai aaj kal yeh law of affair hai. jo jo cheez mein aksar kaha karta hoon ke dekhiye, Islam mein jo haram hai, woh kya hai?</w:t>
      </w:r>
      <w:r>
        <w:br/>
      </w:r>
      <w:r>
        <w:rPr>
          <w:sz w:val="20"/>
        </w:rPr>
        <w:t>1:26:18  haram paane ke woh distraction aata hota hai. is ke sath distraction</w:t>
      </w:r>
      <w:r>
        <w:br/>
      </w:r>
      <w:r>
        <w:rPr>
          <w:sz w:val="20"/>
        </w:rPr>
        <w:t>1:26:25  jo cheez haram hai Islam mein, woh sirf isi liye haram hai ke woh aadmi ko distract karti hai right path se. mein samajhta hoon ke yeh jo law of affair chala hua hai, yeh sab se bara super distraction hai.</w:t>
      </w:r>
      <w:r>
        <w:br/>
      </w:r>
      <w:r>
        <w:rPr>
          <w:sz w:val="20"/>
        </w:rPr>
        <w:t>1:26:36  yeh koi aur kaam nahi hai. logon ko mein logon ko dekhta hoon, bas isi se baatein karenge, isi mein messaging hogi, isi milenge aur dating hogi.</w:t>
      </w:r>
      <w:r>
        <w:br/>
      </w:r>
      <w:r>
        <w:rPr>
          <w:sz w:val="20"/>
        </w:rPr>
        <w:t>1:26:49  zindagi koi maqsad hi nahi, doosra bara maqsad kuch nahi reh</w:t>
      </w:r>
      <w:r>
        <w:br/>
      </w:r>
      <w:r>
        <w:rPr>
          <w:sz w:val="20"/>
        </w:rPr>
        <w:t>1:26:52  ta. isi isi mein phanse rehte hain, isi mein phanse rehte hain. to mein bilkul bilkul hi har yani morally aur islamically har lehaz se galat samajhta hoon ke marne se pehle jo law of affair kiya aata hai, us ko mein us ko sahi nahi samajhta.</w:t>
      </w:r>
      <w:r>
        <w:br/>
      </w:r>
      <w:r>
        <w:rPr>
          <w:sz w:val="20"/>
        </w:rPr>
        <w:t>1:27:10  us ko mein distraction samajhta hoon.</w:t>
      </w:r>
      <w:r>
        <w:br/>
      </w:r>
      <w:r>
        <w:rPr>
          <w:sz w:val="20"/>
        </w:rPr>
        <w:t>1:27:14  Maulana Raza Kamal would like to know your comment on that there are people who celebrate Valentine's Day, but there are certain number of people who also celebrate Eid Ashiqeen.</w:t>
      </w:r>
      <w:r>
        <w:br/>
      </w:r>
      <w:r>
        <w:rPr>
          <w:sz w:val="20"/>
        </w:rPr>
        <w:t>1:27:29  hain some people celebrate Valentine's Day, haan, but there are others who also celebrate Eid Ashiqeen.</w:t>
      </w:r>
      <w:r>
        <w:br/>
      </w:r>
      <w:r>
        <w:rPr>
          <w:sz w:val="20"/>
        </w:rPr>
        <w:t>1:27:39  Eid Ashiqeen, acha ji, so he would like to know your comment on this.</w:t>
      </w:r>
      <w:r>
        <w:br/>
      </w:r>
      <w:r>
        <w:rPr>
          <w:sz w:val="20"/>
        </w:rPr>
        <w:t>1:27:44  bhai, mein jaanta hoon Eid Ashiqeen kya cheez hai. haan, Valentine's Day ka hi doosra meaning unhone Eid Ashiqeen.</w:t>
      </w:r>
      <w:r>
        <w:br/>
      </w:r>
      <w:r>
        <w:rPr>
          <w:sz w:val="20"/>
        </w:rPr>
        <w:t>1:27:52  haan, Eid Ashiqeen bhi bilkul najayaz maani jayegi. bilkul absurd hai, laغو hai, koi sahi nahi hai, woh jaiz nahi hai. yeh sab distraction hai.</w:t>
      </w:r>
      <w:r>
        <w:br/>
      </w:r>
      <w:r>
        <w:rPr>
          <w:sz w:val="20"/>
        </w:rPr>
        <w:t>1:28:02  logon ko pata hi nahi ke zindagi ka jo bara goal hai, woh is se aadmi distract ho jata hai. har woh cheez jo distract kare, woh jaiz nahi</w:t>
      </w:r>
      <w:r>
        <w:br/>
      </w:r>
      <w:r>
        <w:rPr>
          <w:sz w:val="20"/>
        </w:rPr>
        <w:t>1:28:13  hai. Maine ek baar to yahan kaha tha, aap ko yaad hoga ke Allah taala ne jab Adam ko rakha jannat mein to wahan pe ek tha faibrdantri, shajar mamnooa.</w:t>
      </w:r>
      <w:r>
        <w:br/>
      </w:r>
      <w:r>
        <w:rPr>
          <w:sz w:val="20"/>
        </w:rPr>
        <w:t>1:28:23  Is darakht ke paas mat jana, woh kya tha? Woh ek token ke taur par tha. Isi cheez ka Khuda ne bataya ke dekho, duniya mein tum jaoge to sab se badi cheez jis se tumhein bachna hai, woh distraction hai.</w:t>
      </w:r>
      <w:r>
        <w:br/>
      </w:r>
      <w:r>
        <w:rPr>
          <w:sz w:val="20"/>
        </w:rPr>
        <w:t>1:28:39  Woh symbol of distraction tha, woh woh peed.</w:t>
      </w:r>
      <w:r>
        <w:br/>
      </w:r>
      <w:r>
        <w:rPr>
          <w:sz w:val="20"/>
        </w:rPr>
        <w:t>1:28:43  Yeh Allah taala pehle din bata diya tha insaan ko ke tum ko duniya mein distraction se bachna hai. All kind of distractions, save yourself from all kind of distractions, warna tum koi bada goal nahi bana paoge,</w:t>
      </w:r>
    </w:p>
    <w:p>
      <w:pPr>
        <w:pStyle w:val="Heading2"/>
      </w:pPr>
      <w:r>
        <w:t>Comparing processions and believer's role</w:t>
      </w:r>
    </w:p>
    <w:p>
      <w:r>
        <w:rPr>
          <w:color w:val="666666"/>
          <w:sz w:val="18"/>
        </w:rPr>
        <w:t>Experience Sharing of Jaipur Literature Festival 03 February 2013 · 3m 20s · at 26:56 · https://youtu.be/Yc_VN2VQIgc?t=1616</w:t>
      </w:r>
    </w:p>
    <w:p>
      <w:r>
        <w:rPr>
          <w:i/>
        </w:rPr>
        <w:t>“So the Muslims said you can't take your procession”</w:t>
      </w:r>
    </w:p>
    <w:p>
      <w:r>
        <w:rPr>
          <w:sz w:val="20"/>
        </w:rPr>
        <w:t>26:56  So the Muslims said that you can't take your procession from this route, and Hindus were adamant, therefore the clash. Now, this struck me real hard. Why?</w:t>
      </w:r>
      <w:r>
        <w:br/>
      </w:r>
      <w:r>
        <w:rPr>
          <w:sz w:val="20"/>
        </w:rPr>
        <w:t>27:11  Because here we were, the CPS team, at the Jaipur Literature Festival.</w:t>
      </w:r>
      <w:r>
        <w:br/>
      </w:r>
      <w:r>
        <w:rPr>
          <w:sz w:val="20"/>
        </w:rPr>
        <w:t>27:18  And I think some of you will not be aware here that the manner in which we distribute</w:t>
      </w:r>
      <w:r>
        <w:br/>
      </w:r>
      <w:r>
        <w:rPr>
          <w:sz w:val="20"/>
        </w:rPr>
        <w:t>27:26  is that as one enters the Diggi Palace, which is the venue of the festival, everyone, whether a</w:t>
      </w:r>
      <w:r>
        <w:br/>
      </w:r>
      <w:r>
        <w:rPr>
          <w:sz w:val="20"/>
        </w:rPr>
        <w:t>27:34  celebrity or a commoner, has to walk a particular stretch of land.</w:t>
      </w:r>
      <w:r>
        <w:br/>
      </w:r>
      <w:r>
        <w:rPr>
          <w:sz w:val="20"/>
        </w:rPr>
        <w:t>27:42  It is a narrow lane. You have to walk that lane. So people continuously walk up and down that lane. You are entering the Diggi Palace. You're moving out of the Diggi Palace. So there is a sort of a procession which is all the time going up and down that lane. And we, the CPS members, we stationed ourselves on either side of this lane, and we would distribute, give Quran to the people who would go up and down.</w:t>
      </w:r>
      <w:r>
        <w:br/>
      </w:r>
      <w:r>
        <w:rPr>
          <w:sz w:val="20"/>
        </w:rPr>
        <w:t>28:07  So I compared these two instances which were right in front of me, one where Muslims could not avail of this procession which was passing through a particular route.</w:t>
      </w:r>
      <w:r>
        <w:br/>
      </w:r>
      <w:r>
        <w:rPr>
          <w:sz w:val="20"/>
        </w:rPr>
        <w:t>28:20  And on the other hand, we were able to use this or take this procession of the Jaipur</w:t>
      </w:r>
      <w:r>
        <w:br/>
      </w:r>
      <w:r>
        <w:rPr>
          <w:sz w:val="20"/>
        </w:rPr>
        <w:t>28:26  Literature Festival as an opportunity of da'wah.</w:t>
      </w:r>
      <w:r>
        <w:br/>
      </w:r>
      <w:r>
        <w:rPr>
          <w:sz w:val="20"/>
        </w:rPr>
        <w:t>28:32  This was also a procession, a kind of procession.</w:t>
      </w:r>
      <w:r>
        <w:br/>
      </w:r>
      <w:r>
        <w:rPr>
          <w:sz w:val="20"/>
        </w:rPr>
        <w:t>28:38  So I felt that it was very strange for me to think of our team as being able</w:t>
      </w:r>
      <w:r>
        <w:br/>
      </w:r>
      <w:r>
        <w:rPr>
          <w:sz w:val="20"/>
        </w:rPr>
        <w:t>28:44  to identify an opportunity and avail of it while Muslims, on the other hand, being blind to an</w:t>
      </w:r>
      <w:r>
        <w:br/>
      </w:r>
      <w:r>
        <w:rPr>
          <w:sz w:val="20"/>
        </w:rPr>
        <w:t>28:50  opportunity which was coming right at their doorstep.</w:t>
      </w:r>
      <w:r>
        <w:br/>
      </w:r>
      <w:r>
        <w:rPr>
          <w:sz w:val="20"/>
        </w:rPr>
        <w:t>28:56  This also made me think of a particular hadith of the Prophet.</w:t>
      </w:r>
      <w:r>
        <w:br/>
      </w:r>
      <w:r>
        <w:rPr>
          <w:sz w:val="20"/>
        </w:rPr>
        <w:t>29:02  And the hadith is that an animal does not know what God wants from him, as in why</w:t>
      </w:r>
      <w:r>
        <w:br/>
      </w:r>
      <w:r>
        <w:rPr>
          <w:sz w:val="20"/>
        </w:rPr>
        <w:t>29:08  God has put him where He has put him.</w:t>
      </w:r>
      <w:r>
        <w:br/>
      </w:r>
      <w:r>
        <w:rPr>
          <w:sz w:val="20"/>
        </w:rPr>
        <w:t>29:15  Sorry. The hadith is that an animal does not know why his owner has put him where he has put him or what role he's supposed to play where he has been put.</w:t>
      </w:r>
      <w:r>
        <w:br/>
      </w:r>
      <w:r>
        <w:rPr>
          <w:sz w:val="20"/>
        </w:rPr>
        <w:t>29:28  Whereas a believer knows why he has been put where he has been put and what role he</w:t>
      </w:r>
      <w:r>
        <w:br/>
      </w:r>
      <w:r>
        <w:rPr>
          <w:sz w:val="20"/>
        </w:rPr>
        <w:t>29:32  has to play.</w:t>
      </w:r>
      <w:r>
        <w:br/>
      </w:r>
      <w:r>
        <w:rPr>
          <w:sz w:val="20"/>
        </w:rPr>
        <w:t>29:36  So I felt that the CPS team had come up to that level where it knew what God</w:t>
      </w:r>
      <w:r>
        <w:br/>
      </w:r>
      <w:r>
        <w:rPr>
          <w:sz w:val="20"/>
        </w:rPr>
        <w:t>29:41  wanted from it, what role God wanted it to play.</w:t>
      </w:r>
      <w:r>
        <w:br/>
      </w:r>
      <w:r>
        <w:rPr>
          <w:sz w:val="20"/>
        </w:rPr>
        <w:t>29:45  So these were some of my observations and realizations from the festival.</w:t>
      </w:r>
      <w:r>
        <w:br/>
      </w:r>
      <w:r>
        <w:rPr>
          <w:sz w:val="20"/>
        </w:rPr>
        <w:t>29:49  Thank you so much.</w:t>
      </w:r>
      <w:r>
        <w:br/>
      </w:r>
      <w:r>
        <w:rPr>
          <w:sz w:val="20"/>
        </w:rPr>
        <w:t>29:54  And he asked, "Okay then.</w:t>
      </w:r>
      <w:r>
        <w:br/>
      </w:r>
      <w:r>
        <w:rPr>
          <w:sz w:val="20"/>
        </w:rPr>
        <w:t>29:58  If it is the case, then I'll take it." And he took and he went.</w:t>
      </w:r>
      <w:r>
        <w:br/>
      </w:r>
      <w:r>
        <w:rPr>
          <w:sz w:val="20"/>
        </w:rPr>
        <w:t>30:02  And he told that, "I'll read it if it is for everybody." And similar was the case with a woman.</w:t>
      </w:r>
      <w:r>
        <w:br/>
      </w:r>
      <w:r>
        <w:rPr>
          <w:sz w:val="20"/>
        </w:rPr>
        <w:t>30:07  She came on the second day, and she was telling that yesterday in the evening when I was</w:t>
      </w:r>
      <w:r>
        <w:br/>
      </w:r>
      <w:r>
        <w:rPr>
          <w:sz w:val="20"/>
        </w:rPr>
        <w:t>30:11  coming back, I was searching you people.</w:t>
      </w:r>
      <w:r>
        <w:br/>
      </w:r>
      <w:r>
        <w:rPr>
          <w:sz w:val="20"/>
        </w:rPr>
        <w:t>30:16  "Where were you people?</w:t>
      </w:r>
    </w:p>
    <w:p>
      <w:pPr>
        <w:pStyle w:val="Heading2"/>
      </w:pPr>
      <w:r>
        <w:t>Quran direct address and Cat Stevens story</w:t>
      </w:r>
    </w:p>
    <w:p>
      <w:r>
        <w:rPr>
          <w:color w:val="666666"/>
          <w:sz w:val="18"/>
        </w:rPr>
        <w:t>Quran: A Divine Guide Book | October 24, 2007 | Maulana Wahiduddin Khan · 2m 33s · at 9:21 · https://youtu.be/2fxvc-ZN1HM?t=561</w:t>
      </w:r>
    </w:p>
    <w:p>
      <w:r>
        <w:rPr>
          <w:i/>
        </w:rPr>
        <w:t>“Quran has directness, addressing humans directly”</w:t>
      </w:r>
    </w:p>
    <w:p>
      <w:r>
        <w:rPr>
          <w:sz w:val="20"/>
        </w:rPr>
        <w:t>9:21  ness hai. Direct insan ko address karna. Eha nas, eha insan, aye insan, aye logon, aye bani Adam. Yeh direct khitab hai. Yani Quran mein, Quran ke zariye Khuda direct taur par insan ko address kar raha hai. Dire</w:t>
      </w:r>
      <w:r>
        <w:br/>
      </w:r>
      <w:r>
        <w:rPr>
          <w:sz w:val="20"/>
        </w:rPr>
        <w:t>9:51  ct tor par.</w:t>
      </w:r>
      <w:r>
        <w:br/>
      </w:r>
      <w:r>
        <w:rPr>
          <w:sz w:val="20"/>
        </w:rPr>
        <w:t>9:58  yani khuda aur insan ke beech mein koi aur rukawat nahi, koi aur wasta nahi.</w:t>
      </w:r>
      <w:r>
        <w:br/>
      </w:r>
      <w:r>
        <w:rPr>
          <w:sz w:val="20"/>
        </w:rPr>
        <w:t>10:04  direct language mein.</w:t>
      </w:r>
      <w:r>
        <w:br/>
      </w:r>
      <w:r>
        <w:rPr>
          <w:sz w:val="20"/>
        </w:rPr>
        <w:t>10:11  yeh insan ko bohat hit karti hai.</w:t>
      </w:r>
      <w:r>
        <w:br/>
      </w:r>
      <w:r>
        <w:rPr>
          <w:sz w:val="20"/>
        </w:rPr>
        <w:t>10:17  britain mein ek pop singer the, un ka naam tha kate stevens.</w:t>
      </w:r>
      <w:r>
        <w:br/>
      </w:r>
      <w:r>
        <w:rPr>
          <w:sz w:val="20"/>
        </w:rPr>
        <w:t>10:24  unhon ne islam qabool kar liya aur apna naam yusuf islam rakha.</w:t>
      </w:r>
      <w:r>
        <w:br/>
      </w:r>
      <w:r>
        <w:rPr>
          <w:sz w:val="20"/>
        </w:rPr>
        <w:t>10:30  to kyun aisa hua? unhon ne bataya hai ke mein, unhon ne bataya hai ke mein bimar par</w:t>
      </w:r>
      <w:r>
        <w:br/>
      </w:r>
      <w:r>
        <w:rPr>
          <w:sz w:val="20"/>
        </w:rPr>
        <w:t>10:36  gaya aur hospital mein tha.</w:t>
      </w:r>
      <w:r>
        <w:br/>
      </w:r>
      <w:r>
        <w:rPr>
          <w:sz w:val="20"/>
        </w:rPr>
        <w:t>10:42  us waqt mere bhai cairo gaye, cairo.</w:t>
      </w:r>
      <w:r>
        <w:br/>
      </w:r>
      <w:r>
        <w:rPr>
          <w:sz w:val="20"/>
        </w:rPr>
        <w:t>10:48  wahan se woh quran ka ek english translation laye, cairo se.</w:t>
      </w:r>
      <w:r>
        <w:br/>
      </w:r>
      <w:r>
        <w:rPr>
          <w:sz w:val="20"/>
        </w:rPr>
        <w:t>10:55  unhon ne mujhe diya jab ke mein hospital mein tha.</w:t>
      </w:r>
      <w:r>
        <w:br/>
      </w:r>
      <w:r>
        <w:rPr>
          <w:sz w:val="20"/>
        </w:rPr>
        <w:t>11:00  to aap jante hain ke hospital mein aadmi ko koi kaam nahi rehta.</w:t>
      </w:r>
      <w:r>
        <w:br/>
      </w:r>
      <w:r>
        <w:rPr>
          <w:sz w:val="20"/>
        </w:rPr>
        <w:t>11:05  bohat zyada woh alag thalag ho jata hai samaj se.</w:t>
      </w:r>
      <w:r>
        <w:br/>
      </w:r>
      <w:r>
        <w:rPr>
          <w:sz w:val="20"/>
        </w:rPr>
        <w:t>11:10  to wahan woh bohat zyada moqa tha un ko, bohat time tha un ke paas.</w:t>
      </w:r>
      <w:r>
        <w:br/>
      </w:r>
      <w:r>
        <w:rPr>
          <w:sz w:val="20"/>
        </w:rPr>
        <w:t>11:15  to is kitab ko unhon ne hospital mein parha.</w:t>
      </w:r>
      <w:r>
        <w:br/>
      </w:r>
      <w:r>
        <w:rPr>
          <w:sz w:val="20"/>
        </w:rPr>
        <w:t>11:20  to un ko sab se zyada ajeeb yeh baat lagi ke quran mein direct</w:t>
      </w:r>
      <w:r>
        <w:br/>
      </w:r>
      <w:r>
        <w:rPr>
          <w:sz w:val="20"/>
        </w:rPr>
        <w:t>11:25  address hai.</w:t>
      </w:r>
      <w:r>
        <w:br/>
      </w:r>
      <w:r>
        <w:rPr>
          <w:sz w:val="20"/>
        </w:rPr>
        <w:t>11:30  quran direct tor par address karta hai.</w:t>
      </w:r>
      <w:r>
        <w:br/>
      </w:r>
      <w:r>
        <w:rPr>
          <w:sz w:val="20"/>
        </w:rPr>
        <w:t>11:35  ae insan, yeh tera khuda hai jo tujh ko address kar raha hai, sun.</w:t>
      </w:r>
      <w:r>
        <w:br/>
      </w:r>
      <w:r>
        <w:rPr>
          <w:sz w:val="20"/>
        </w:rPr>
        <w:t>11:40  yeh andaaz unhon ne kaha ke mein ne kisi aur kitab mein nahi paya tha.</w:t>
      </w:r>
      <w:r>
        <w:br/>
      </w:r>
      <w:r>
        <w:rPr>
          <w:sz w:val="20"/>
        </w:rPr>
        <w:t>11:45  to un ko bohat ajeeb laga ke khuda mujh se direct tor par address kar raha hai.</w:t>
      </w:r>
      <w:r>
        <w:br/>
      </w:r>
      <w:r>
        <w:rPr>
          <w:sz w:val="20"/>
        </w:rPr>
        <w:t>11:50  to yeh un ke dil ko yeh bohat lagi yeh baat aur pura unhon</w:t>
      </w:r>
    </w:p>
    <w:p>
      <w:pPr>
        <w:pStyle w:val="Heading2"/>
      </w:pPr>
      <w:r>
        <w:t>Gorakhpur story: reciting Quran without understanding it</w:t>
      </w:r>
    </w:p>
    <w:p>
      <w:r>
        <w:rPr>
          <w:color w:val="666666"/>
          <w:sz w:val="18"/>
        </w:rPr>
        <w:t>Discovery of The Quran August 4, 2013 · 1m 35s · at 12:06 · https://youtu.be/B76kcz6qc_4?t=726</w:t>
      </w:r>
    </w:p>
    <w:p>
      <w:r>
        <w:rPr>
          <w:i/>
        </w:rPr>
        <w:t>“Mujhe apna ek waqia yaad aata hai, 1942 ki baat hai”</w:t>
      </w:r>
    </w:p>
    <w:p>
      <w:r>
        <w:rPr>
          <w:sz w:val="20"/>
        </w:rPr>
        <w:t>12:06  to in ka mind bhi trigger nahi hota, in ko koi quran mein koi discovery bhi nahi hoti. mujhe apna aik waqia yaad aata hai, ghaliban yeh baat hai 1942 ki,</w:t>
      </w:r>
      <w:r>
        <w:br/>
      </w:r>
      <w:r>
        <w:rPr>
          <w:sz w:val="20"/>
        </w:rPr>
        <w:t>12:20  bohat pehle ki, yani second world war ke zamaney ki. to mein gaya tha gorakhpur</w:t>
      </w:r>
      <w:r>
        <w:br/>
      </w:r>
      <w:r>
        <w:rPr>
          <w:sz w:val="20"/>
        </w:rPr>
        <w:t>12:30  . to aik bohat bare muslim afsar they wahan, bohat bara bungalow tha un ka, un se mujhe milna tha. to mein jab gaya to un ke bunglow ke bahar maine dekha ke aik hafiz sahib quran ki tilawat kar rahe hain,</w:t>
      </w:r>
      <w:r>
        <w:br/>
      </w:r>
      <w:r>
        <w:rPr>
          <w:sz w:val="20"/>
        </w:rPr>
        <w:t>12:48  akele baithe hue they aur quran ko le kar woh parh rahe they.</w:t>
      </w:r>
      <w:r>
        <w:br/>
      </w:r>
      <w:r>
        <w:rPr>
          <w:sz w:val="20"/>
        </w:rPr>
        <w:t>12:53  to jab muslim afsar se meri mulaqat hui to maine kaha ke yeh kaun sahib they? kya kar rahe they woh? to woh ramzan ka mahina tha.</w:t>
      </w:r>
      <w:r>
        <w:br/>
      </w:r>
      <w:r>
        <w:rPr>
          <w:sz w:val="20"/>
        </w:rPr>
        <w:t>13:04  to muslim afsar sahib ne kaha ke bhai hum to parh nahi payein ge, hum ko itna time nahi milta. to hum ne hafiz sahib ko keh diya ke aap parh dijiye, aa kar ke poora quran kam az kam aik khatam ramzan mein ho jaye to un ko kuch hum de dein ge, un ko kuch paisa.</w:t>
      </w:r>
      <w:r>
        <w:br/>
      </w:r>
      <w:r>
        <w:rPr>
          <w:sz w:val="20"/>
        </w:rPr>
        <w:t>13:24  to is tarah log quran ko samajhte hain ke bas tilawat ho gayi, is ki awaz buland ho gayi to bas kafi hai. yani khud unhone quran ko parh kar tadabbur nahi kiya, kisi hafiz se keh diya ke aap aa kar ke tilawat kar dijiye.</w:t>
      </w:r>
    </w:p>
    <w:p>
      <w:pPr>
        <w:pStyle w:val="Heading2"/>
      </w:pPr>
      <w:r>
        <w:t>Consoling his crying daughter Fatima amid persecution</w:t>
      </w:r>
    </w:p>
    <w:p>
      <w:r>
        <w:rPr>
          <w:color w:val="666666"/>
          <w:sz w:val="18"/>
        </w:rPr>
        <w:t>In Conversation with Dr. Saniyasnain Khan December 12, 2021 · 1m 08s · at 24:33 · https://youtu.be/9Lp76ckNRYE?t=1473</w:t>
      </w:r>
    </w:p>
    <w:p>
      <w:r>
        <w:rPr>
          <w:i/>
        </w:rPr>
        <w:t>“Fatima roti thi jab log unke abbu ko patthar maarte thay”</w:t>
      </w:r>
    </w:p>
    <w:p>
      <w:r>
        <w:rPr>
          <w:sz w:val="20"/>
        </w:rPr>
        <w:t>24:33  Makkah ke sardar thay Quraish woh against thay prophet ke to tarah tarah se satate thay pathar marte</w:t>
      </w:r>
      <w:r>
        <w:br/>
      </w:r>
      <w:r>
        <w:rPr>
          <w:sz w:val="20"/>
        </w:rPr>
        <w:t>24:40  thay aur tarah tarah se takleef dete thay bari kitabon mein bari ajeeb ajeeb baaten aati hain jo</w:t>
      </w:r>
      <w:r>
        <w:br/>
      </w:r>
      <w:r>
        <w:rPr>
          <w:sz w:val="20"/>
        </w:rPr>
        <w:t>24:48  sun ke yaqeen nahi hota kis tareeqay se sataya gaya to jab wapas pohanchte thay ghar to khoon</w:t>
      </w:r>
      <w:r>
        <w:br/>
      </w:r>
      <w:r>
        <w:rPr>
          <w:sz w:val="20"/>
        </w:rPr>
        <w:t>24:55  beh raha hota tha hmm to baith ke ghar mein marham patti karte thay</w:t>
      </w:r>
      <w:r>
        <w:br/>
      </w:r>
      <w:r>
        <w:rPr>
          <w:sz w:val="20"/>
        </w:rPr>
        <w:t>25:14  to Fatima jo choti beti thi woh ronay lagti thi Fatima Razi Allahu Anha ronay lagti thi choti thi us waqt to un se kehte thay ke ro mat beti tumharay father ka talluq is se hai us ko sahara detay thay ji to kya ghussa nahi aata hoga prophet ko us waqt</w:t>
      </w:r>
    </w:p>
    <w:p>
      <w:pPr>
        <w:pStyle w:val="Heading2"/>
      </w:pPr>
      <w:r>
        <w:t>Islam begins with realization (ma'rifat), not reciting the kalima</w:t>
      </w:r>
    </w:p>
    <w:p>
      <w:r>
        <w:rPr>
          <w:color w:val="666666"/>
          <w:sz w:val="18"/>
        </w:rPr>
        <w:t>The Purpose of Creation March 30, 2008 · 2m 57s · at 1:20:21 · https://youtu.be/ORcTSPLvyn0?t=4821</w:t>
      </w:r>
    </w:p>
    <w:p>
      <w:r>
        <w:rPr>
          <w:i/>
        </w:rPr>
        <w:t>“Log samajhte hain Islam kalima padhne se shuru hota hai”</w:t>
      </w:r>
    </w:p>
    <w:p>
      <w:r>
        <w:rPr>
          <w:sz w:val="20"/>
        </w:rPr>
        <w:t>1:20:21  . how can such people be helped to rediscover islam? dekhein, yeh to ek bohat hi</w:t>
      </w:r>
      <w:r>
        <w:br/>
      </w:r>
      <w:r>
        <w:rPr>
          <w:sz w:val="20"/>
        </w:rPr>
        <w:t>1:20:32  yaani bohat important question hai. asal baat yeh hai ke is zamane mein jo kaam hue hain to sab logon ne yeh samjha ke islam begins from residing kalma.</w:t>
      </w:r>
      <w:r>
        <w:br/>
      </w:r>
      <w:r>
        <w:rPr>
          <w:sz w:val="20"/>
        </w:rPr>
        <w:t>1:20:48  yeh aap kalma padh dein to islam shuru ho gaya.</w:t>
      </w:r>
      <w:r>
        <w:br/>
      </w:r>
      <w:r>
        <w:rPr>
          <w:sz w:val="20"/>
        </w:rPr>
        <w:t>1:20:52  sab log isi ko mante hain, halanke yeh sahi nahin hai.</w:t>
      </w:r>
      <w:r>
        <w:br/>
      </w:r>
      <w:r>
        <w:rPr>
          <w:sz w:val="20"/>
        </w:rPr>
        <w:t>1:20:58  islam begins from deconditioning. jab tak aap ki deconditioning na hui ho, kalma padhne se kuch mila hi milta nahin aap ko.</w:t>
      </w:r>
      <w:r>
        <w:br/>
      </w:r>
      <w:r>
        <w:rPr>
          <w:sz w:val="20"/>
        </w:rPr>
        <w:t>1:21:10  isi liye quran mein dekhiye, marifat kaha gaya hai. marifat yaani islam ki beginning jo hai, woh marifat se hoti</w:t>
      </w:r>
      <w:r>
        <w:br/>
      </w:r>
      <w:r>
        <w:rPr>
          <w:sz w:val="20"/>
        </w:rPr>
        <w:t>1:21:19  hai. marifat ka matlab hota hai realization.</w:t>
      </w:r>
      <w:r>
        <w:br/>
      </w:r>
      <w:r>
        <w:rPr>
          <w:sz w:val="20"/>
        </w:rPr>
        <w:t>1:21:25  kalma ko parhna yeh islam ki beginning nahi hai. marifat islam ki beginning hai. yani first is realization, deen is recitation.</w:t>
      </w:r>
      <w:r>
        <w:br/>
      </w:r>
      <w:r>
        <w:rPr>
          <w:sz w:val="20"/>
        </w:rPr>
        <w:t>1:21:41  yeh quran mein satwein paray mein parh lijiyay. aap satwein paray</w:t>
      </w:r>
      <w:r>
        <w:br/>
      </w:r>
      <w:r>
        <w:rPr>
          <w:sz w:val="20"/>
        </w:rPr>
        <w:t>1:21:47  ke sab se pehle aata hai marifat yani discovery. marifat ka matlab discovery, realization. is ke baad aata hai kalma ko parhna.</w:t>
      </w:r>
      <w:r>
        <w:br/>
      </w:r>
      <w:r>
        <w:rPr>
          <w:sz w:val="20"/>
        </w:rPr>
        <w:t>1:21:59  lekin logon ne is ko hadaf kar diya, is ko chhod diya aur bas kalma parh lo to bohat si movement chal rahi hai. aaj ke musalmanon mein bohat bari bari bas kalma parhne ko sab kuch samajhte hain.</w:t>
      </w:r>
      <w:r>
        <w:br/>
      </w:r>
      <w:r>
        <w:rPr>
          <w:sz w:val="20"/>
        </w:rPr>
        <w:t>1:22:10  wo bohat si baat un ke nazdeek hai ke kalma parhne mein koi ghalati na ho jaye.</w:t>
      </w:r>
      <w:r>
        <w:br/>
      </w:r>
      <w:r>
        <w:rPr>
          <w:sz w:val="20"/>
        </w:rPr>
        <w:t>1:22:18  jaise la ilaha. ab koi la ilaha parh de to kahein ghalat ho jayega. ho gaya la ilaha mat parho, la ilaha parho.</w:t>
      </w:r>
      <w:r>
        <w:br/>
      </w:r>
      <w:r>
        <w:rPr>
          <w:sz w:val="20"/>
        </w:rPr>
        <w:t>1:22:32  to yeh yeh sab jo hai, yeh sab travel cheezein hain. travel isi ko samajh liya hai inhon ne asal.</w:t>
      </w:r>
      <w:r>
        <w:br/>
      </w:r>
      <w:r>
        <w:rPr>
          <w:sz w:val="20"/>
        </w:rPr>
        <w:t>1:22:43  ab dekhiye, is mein Allah ka word do bar aata hai, la ilaha illallah.</w:t>
      </w:r>
      <w:r>
        <w:br/>
      </w:r>
      <w:r>
        <w:rPr>
          <w:sz w:val="20"/>
        </w:rPr>
        <w:t>1:22:48  to is mein hai la ilaha illallah, wahan par pesh hai, wahan par zabar hai. ab koi is ko ulta kar de, hain yeh to ghalat parh diya tum ne.</w:t>
      </w:r>
      <w:r>
        <w:br/>
      </w:r>
      <w:r>
        <w:rPr>
          <w:sz w:val="20"/>
        </w:rPr>
        <w:t>1:23:02  to isi ko samajhte hain kalma parhna.</w:t>
      </w:r>
      <w:r>
        <w:br/>
      </w:r>
      <w:r>
        <w:rPr>
          <w:sz w:val="20"/>
        </w:rPr>
        <w:t>1:23:07  to quran se mein aik buniyad par mein keh sakta hoon ke islam begins from marifat, that is realization or discovery.</w:t>
      </w:r>
    </w:p>
    <w:p>
      <w:pPr>
        <w:pStyle w:val="Heading2"/>
      </w:pPr>
      <w:r>
        <w:t>use freedom of expression as a dawah opportunity</w:t>
      </w:r>
    </w:p>
    <w:p>
      <w:r>
        <w:rPr>
          <w:color w:val="666666"/>
          <w:sz w:val="18"/>
        </w:rPr>
        <w:t>Freedom of Expression in Islam September 30, 2012 · 2m 51s · at 54:33 · https://youtu.be/S4mQpkoZITg?t=3273</w:t>
      </w:r>
    </w:p>
    <w:p>
      <w:r>
        <w:rPr>
          <w:i/>
        </w:rPr>
        <w:t>“Think about the benefit the world got from this freedom”</w:t>
      </w:r>
    </w:p>
    <w:p>
      <w:r>
        <w:rPr>
          <w:sz w:val="20"/>
        </w:rPr>
        <w:t>54:33  sare dunya ka faida jo ho raha hai, is ko sochiye aap. is azadi ki wajah se dunya mein</w:t>
      </w:r>
      <w:r>
        <w:br/>
      </w:r>
      <w:r>
        <w:rPr>
          <w:sz w:val="20"/>
        </w:rPr>
        <w:t>54:39  taraqqiyan huin ke aap jab tak azadi nahin thi, tab taraqqi bhi nahin thi. aur phir ek pehlu dekhen, yeh bhi hai ke isi azadi se hum ko dawat ki opportunities khuli hamari.</w:t>
      </w:r>
      <w:r>
        <w:br/>
      </w:r>
      <w:r>
        <w:rPr>
          <w:sz w:val="20"/>
        </w:rPr>
        <w:t>54:53  lekin jab tak azadi nahin thi, tab tak dawat ke mauqe bhi nahin the. pehle zamane mein azadi bilkul nahin thi.</w:t>
      </w:r>
      <w:r>
        <w:br/>
      </w:r>
      <w:r>
        <w:rPr>
          <w:sz w:val="20"/>
        </w:rPr>
        <w:t>55:03  khud Quran mein dekhiye, kai is aisi aayaten hain,</w:t>
      </w:r>
      <w:r>
        <w:br/>
      </w:r>
      <w:r>
        <w:rPr>
          <w:sz w:val="20"/>
        </w:rPr>
        <w:t>55:08  misalan teen hazar saal pehle jab Hazrat Musa aaye Misr mein, Firon ke samne dawat pesh ki unhone. to Firon ne kaha ke main tum ko qatl kar dunga, yani tum mere deen ke siwa ek aur deen pesh kar rahe ho, to main tum ko qatl kar dunga.</w:t>
      </w:r>
      <w:r>
        <w:br/>
      </w:r>
      <w:r>
        <w:rPr>
          <w:sz w:val="20"/>
        </w:rPr>
        <w:t>55:27  to is mein ek insan maujud tha, Allah us ke darbar mein jis ko rajal momin kaha jata hai.</w:t>
      </w:r>
      <w:r>
        <w:br/>
      </w:r>
      <w:r>
        <w:rPr>
          <w:sz w:val="20"/>
        </w:rPr>
        <w:t>55:33  us ne kaha ke "ab tuqtaluna rajulun abdullah" ek aadmi ko tum is liye qatl kar do ke woh kehta hai ke Allah mera rab hai.</w:t>
      </w:r>
      <w:r>
        <w:br/>
      </w:r>
      <w:r>
        <w:rPr>
          <w:sz w:val="20"/>
        </w:rPr>
        <w:t>55:44  chunke qaul par qatl hota tha, Khuda ne</w:t>
      </w:r>
      <w:r>
        <w:br/>
      </w:r>
      <w:r>
        <w:rPr>
          <w:sz w:val="20"/>
        </w:rPr>
        <w:t>55:47  qaul par qatl yeh woh daur tha, woh doosri jagah Quran mein Surah al-Buruj mein hai ke "wa ma naqamu minhum billahi yu'minu billahil azizil hamid" yani Allah ko ek manne hi par woh mujrim qarar de diye gaye, un ke sath saza di gayi.</w:t>
      </w:r>
      <w:r>
        <w:br/>
      </w:r>
      <w:r>
        <w:rPr>
          <w:sz w:val="20"/>
        </w:rPr>
        <w:t>56:07  to mujarrad iman, mujarrad qaul, mujarrad ek alag rai, yeh yeh is zamane mein jurm hua karti hai.</w:t>
      </w:r>
      <w:r>
        <w:br/>
      </w:r>
      <w:r>
        <w:rPr>
          <w:sz w:val="20"/>
        </w:rPr>
        <w:t>56:16  to tabligh ke mauqe band the, dawat ke mauqe band the. ab jo hai, dawat ke mauqe khule ho gaye hain. jab dunya mein azadi aayi, rai ki azadi aayi to hamari bhi to azadi aayi.</w:t>
      </w:r>
      <w:r>
        <w:br/>
      </w:r>
      <w:r>
        <w:rPr>
          <w:sz w:val="20"/>
        </w:rPr>
        <w:t>56:29  wo istemaal karte hain to wo un ko istemaal karne dijiye, un ko aap is ko dawat ke liye istemaal kijiye.</w:t>
      </w:r>
      <w:r>
        <w:br/>
      </w:r>
      <w:r>
        <w:rPr>
          <w:sz w:val="20"/>
        </w:rPr>
        <w:t>56:38  wo apne lehaz se istemaal kar rahe hain, karne dijiye un ko, aap apne lehaz se kijiye.</w:t>
      </w:r>
      <w:r>
        <w:br/>
      </w:r>
      <w:r>
        <w:rPr>
          <w:sz w:val="20"/>
        </w:rPr>
        <w:t>56:45  yani azadi-e-rai ke mawaqe ko bharpoor tor par aap dawat ke liye istemaal kijiye.</w:t>
      </w:r>
      <w:r>
        <w:br/>
      </w:r>
      <w:r>
        <w:rPr>
          <w:sz w:val="20"/>
        </w:rPr>
        <w:t>56:53  to dunya ka qanoon Allah taala ne banaya hai ke "ana maal asar isra" yahan Yusuf bhi aayega to asar bhi aayega. Yani problem bhi aayenge to opportunities bhi hongi.</w:t>
      </w:r>
      <w:r>
        <w:br/>
      </w:r>
      <w:r>
        <w:rPr>
          <w:sz w:val="20"/>
        </w:rPr>
        <w:t>57:06  to wo yeh ek pehlu ko liye hue hain, to aap un ko lene dijiye, un ko</w:t>
      </w:r>
      <w:r>
        <w:br/>
      </w:r>
      <w:r>
        <w:rPr>
          <w:sz w:val="20"/>
        </w:rPr>
        <w:t>57:12  aap doosre pehlu ko lijiye. Aur is is ko yani azadi-e-rai ko bator opportunity ke lekar aap dawat ke kaam ko aage badhaiye.</w:t>
      </w:r>
    </w:p>
    <w:p>
      <w:pPr>
        <w:pStyle w:val="Heading2"/>
      </w:pPr>
      <w:r>
        <w:t>Quran and Hadith never mention an 'Islamic State'</w:t>
      </w:r>
    </w:p>
    <w:p>
      <w:r>
        <w:rPr>
          <w:color w:val="666666"/>
          <w:sz w:val="18"/>
        </w:rPr>
        <w:t>Rationalization of Evil Feb 15, 2009 · 2m 52s · at 11:44 · https://youtu.be/WbeB4g7sNQ4?t=704</w:t>
      </w:r>
    </w:p>
    <w:p>
      <w:r>
        <w:rPr>
          <w:i/>
        </w:rPr>
        <w:t>“قرآن یا حدیث میں اسلامک اسٹیٹ کا کانسیپٹ ہے ہی نہیں”</w:t>
      </w:r>
    </w:p>
    <w:p>
      <w:r>
        <w:rPr>
          <w:sz w:val="20"/>
        </w:rPr>
        <w:t>11:44  yani theory of Islamic state. is ke bare mein mein kuch detail ke sath arz karna chahunga. aaj kal ke zamane mein sare musalman direct ya indirect is mein obsession mein hain, is obsession mein ke Islami hukumat, Muslim hukumat, Islamic rule, yeh completely baseless hai.</w:t>
      </w:r>
      <w:r>
        <w:br/>
      </w:r>
      <w:r>
        <w:rPr>
          <w:sz w:val="20"/>
        </w:rPr>
        <w:t>12:04  yeh baat</w:t>
      </w:r>
      <w:r>
        <w:br/>
      </w:r>
      <w:r>
        <w:rPr>
          <w:sz w:val="20"/>
        </w:rPr>
        <w:t>12:05  mein aap se arz karna chahta hoon ke Quran ya hadith mein yeh is concept hai hi nahi, Islamic state ka concept. yeh sara ka sara bana hai Abbasid period mein.</w:t>
      </w:r>
      <w:r>
        <w:br/>
      </w:r>
      <w:r>
        <w:rPr>
          <w:sz w:val="20"/>
        </w:rPr>
        <w:t>12:16  yani jab musalmanon ka empire ban gaya tha. yani empire ke zamane mein yeh sab hua. ek hi arabi mein ek sirf ek kitab chhapi hai jis ko kehte hain "Al-Hukm al-Sultaniyah".</w:t>
      </w:r>
      <w:r>
        <w:br/>
      </w:r>
      <w:r>
        <w:rPr>
          <w:sz w:val="20"/>
        </w:rPr>
        <w:t>12:27  koi dusri kitab nahi hai is par. is se pehle yeh yeh likhi gayi hai baad ko. empire jab ban chuka tha musalmanon ka</w:t>
      </w:r>
      <w:r>
        <w:br/>
      </w:r>
      <w:r>
        <w:rPr>
          <w:sz w:val="20"/>
        </w:rPr>
        <w:t>12:34  . jab musalmanon ka empire ban gaya to political, yani kya qanoon ho, kya law ho, kya system ho, is par kitab likhi gayi "Al-Hukm al-Sultaniyah".</w:t>
      </w:r>
      <w:r>
        <w:br/>
      </w:r>
      <w:r>
        <w:rPr>
          <w:sz w:val="20"/>
        </w:rPr>
        <w:t>12:45  aur koi kitab hi doosri nahi hai is mozu par. aur is se pehle to koi kitab nahi likhi gayi. kyu? aap poora quran padh daliye, kahin bhi aap ko nahi payenge yeh likha hua ke aye musalmano, tum islamic state banao.</w:t>
      </w:r>
      <w:r>
        <w:br/>
      </w:r>
      <w:r>
        <w:rPr>
          <w:sz w:val="20"/>
        </w:rPr>
        <w:t>12:59  kahin bhi nahi.</w:t>
      </w:r>
      <w:r>
        <w:br/>
      </w:r>
      <w:r>
        <w:rPr>
          <w:sz w:val="20"/>
        </w:rPr>
        <w:t>13:02  to jo sab se bara, yani hukum hai islam ka ke sari dunya musalman islamic state banaye, woh kahan hai?</w:t>
      </w:r>
      <w:r>
        <w:br/>
      </w:r>
      <w:r>
        <w:rPr>
          <w:sz w:val="20"/>
        </w:rPr>
        <w:t>13:10  woh ek bhi warth quran majeed mein nahi hai. do warth aisi hai quran majeed mein jis mein yeh bataya gaya hai ke "alazeen amaknahum fil arz" ke jin ko hum zameen mein ikhtiyar dein, zameen mein power dein, to khuda ki taraf se power aata hai.</w:t>
      </w:r>
      <w:r>
        <w:br/>
      </w:r>
      <w:r>
        <w:rPr>
          <w:sz w:val="20"/>
        </w:rPr>
        <w:t>13:31  yeh hamare liye koi target nahi hai ke target bana kar ke hum hukumat qaim karein. yeh quran mein kahin nahi hai. ek aur jagah hai ke is mein yeh hai ke "waadallaha".</w:t>
      </w:r>
      <w:r>
        <w:br/>
      </w:r>
      <w:r>
        <w:rPr>
          <w:sz w:val="20"/>
        </w:rPr>
        <w:t>13:43  wahan waada ka lafz hai. yani khuda ne promise kiya hai. ek jagah promise ka word hai, ek jagah gift ka word hai.</w:t>
      </w:r>
      <w:r>
        <w:br/>
      </w:r>
      <w:r>
        <w:rPr>
          <w:sz w:val="20"/>
        </w:rPr>
        <w:t>13:52  yani khuda aaj ek gift deta hai kisi ko. ya khuda ne promise kiya hai ke tum aisa karo, aisa karoge to hum zameen mein tum ko power denge.</w:t>
      </w:r>
      <w:r>
        <w:br/>
      </w:r>
      <w:r>
        <w:rPr>
          <w:sz w:val="20"/>
        </w:rPr>
        <w:t>14:00  yeh kahin bhi nahi hai ke tumhara target yeh hai ke tum struggle kar ke, koshish kar ke aur jihad kar ke islami hukumat qaim karo. yani yeh absent hai, yeh yeh theory quran majeed mein.</w:t>
      </w:r>
      <w:r>
        <w:br/>
      </w:r>
      <w:r>
        <w:rPr>
          <w:sz w:val="20"/>
        </w:rPr>
        <w:t>14:14  doosri baat dekhiye, agar islamic state itni important ho to koi is ka structure nahi bataya gaya. kuch bhi nahi.</w:t>
      </w:r>
      <w:r>
        <w:br/>
      </w:r>
      <w:r>
        <w:rPr>
          <w:sz w:val="20"/>
        </w:rPr>
        <w:t>14:24  sare quran o hadees mein aap kahin bhi nahi bata sakte ke wahan bataya gaya ho ke kaise islami hukumat banayi jayegi. koi ek hi kitab hai jo baad ko likhi gayi hai, do sau saal baad, "al-hukkam al-sultaniyah".</w:t>
      </w:r>
    </w:p>
    <w:p>
      <w:pPr>
        <w:pStyle w:val="Heading2"/>
      </w:pPr>
      <w:r>
        <w:t>First introduction of God in Quran</w:t>
      </w:r>
    </w:p>
    <w:p>
      <w:r>
        <w:rPr>
          <w:color w:val="666666"/>
          <w:sz w:val="18"/>
        </w:rPr>
        <w:t>The Message of the Quran - Part-2 (English) | March 07, 2007 | Maulana Wahiduddin Khan · 2m 06s · at 15:28 · https://youtu.be/oqDHIm3IUw4?t=928</w:t>
      </w:r>
    </w:p>
    <w:p>
      <w:r>
        <w:rPr>
          <w:i/>
        </w:rPr>
        <w:t>“First verse of Quran is Bismillah”</w:t>
      </w:r>
    </w:p>
    <w:p>
      <w:r>
        <w:rPr>
          <w:sz w:val="20"/>
        </w:rPr>
        <w:t>15:28  take a copy of the Quran and start reading it, you will find that the first verse, "Bismillahirrahmanirrahim," "In the name of God, Most Merciful, Most Compassionate," this is the first introduction of God. Quran is a— is</w:t>
      </w:r>
      <w:r>
        <w:br/>
      </w:r>
      <w:r>
        <w:rPr>
          <w:sz w:val="20"/>
        </w:rPr>
        <w:t>15:58  an introduction of God. Quran is a book of God, a word of God. In other words, Quran is an introduction of God. So this is the first introduction. And you know, first impression is the last impression. First impression of God is that He is merciful, He is compassionate, He loves His creatures.</w:t>
      </w:r>
      <w:r>
        <w:br/>
      </w:r>
      <w:r>
        <w:rPr>
          <w:sz w:val="20"/>
        </w:rPr>
        <w:t>16:32  So here man finds solace. Here man understands that his creator is a— is— his creator loves him. So this is the first lesson one receives from the Quran. Then</w:t>
      </w:r>
      <w:r>
        <w:br/>
      </w:r>
      <w:r>
        <w:rPr>
          <w:sz w:val="20"/>
        </w:rPr>
        <w:t>17:03  the first chapter of the Quran is Al-Fatiha. This chapter begins from this verse, "Alhamdulillahi Rabbil Alameen." "All praise be to God, Lord of the world." This is the first verse of the first chapter. Here again, the reader receives</w:t>
      </w:r>
    </w:p>
    <w:p>
      <w:pPr>
        <w:pStyle w:val="Heading2"/>
      </w:pPr>
      <w:r>
        <w:t>Modernism actually supports Islam</w:t>
      </w:r>
    </w:p>
    <w:p>
      <w:r>
        <w:rPr>
          <w:color w:val="666666"/>
          <w:sz w:val="18"/>
        </w:rPr>
        <w:t>The Quran September 20, 2020 Maulana Wahiduddin Khan · 2m 27s · at 24:47 · https://youtu.be/yQZGg2A0-Tk?t=1487</w:t>
      </w:r>
    </w:p>
    <w:p>
      <w:r>
        <w:rPr>
          <w:i/>
        </w:rPr>
        <w:t>“Dekhiye, jis cheez ko modernism kaha jata hai”</w:t>
      </w:r>
    </w:p>
    <w:p>
      <w:r>
        <w:rPr>
          <w:sz w:val="20"/>
        </w:rPr>
        <w:t>24:47  dekhiye, jis cheez ko modernism kaha jata hai, woh sara ka sara islam ki taeed mein tha.</w:t>
      </w:r>
      <w:r>
        <w:br/>
      </w:r>
      <w:r>
        <w:rPr>
          <w:sz w:val="20"/>
        </w:rPr>
        <w:t>25:02  islam ki taeed mein</w:t>
      </w:r>
      <w:r>
        <w:br/>
      </w:r>
      <w:r>
        <w:rPr>
          <w:sz w:val="20"/>
        </w:rPr>
        <w:t>25:05  woh mu'eedah quran tha. woh</w:t>
      </w:r>
      <w:r>
        <w:br/>
      </w:r>
      <w:r>
        <w:rPr>
          <w:sz w:val="20"/>
        </w:rPr>
        <w:t>25:10  lekin musalmanon ne is ko</w:t>
      </w:r>
      <w:r>
        <w:br/>
      </w:r>
      <w:r>
        <w:rPr>
          <w:sz w:val="20"/>
        </w:rPr>
        <w:t>25:17  islam ke khilaaf samajh liya. to is mein jo ta'eedi parhi thi, us ko be khabar ho gaye woh.</w:t>
      </w:r>
      <w:r>
        <w:br/>
      </w:r>
      <w:r>
        <w:rPr>
          <w:sz w:val="20"/>
        </w:rPr>
        <w:t>25:26  to ab hamein re discuss karna pare ga.</w:t>
      </w:r>
      <w:r>
        <w:br/>
      </w:r>
      <w:r>
        <w:rPr>
          <w:sz w:val="20"/>
        </w:rPr>
        <w:t>25:32  jaise ke aap dekhiye, ek quran mein ek aayat hai ke</w:t>
      </w:r>
      <w:r>
        <w:br/>
      </w:r>
      <w:r>
        <w:rPr>
          <w:sz w:val="20"/>
        </w:rPr>
        <w:t>25:45  woh kya hai? sahib, woh woh sofa.</w:t>
      </w:r>
      <w:r>
        <w:br/>
      </w:r>
      <w:r>
        <w:rPr>
          <w:sz w:val="20"/>
        </w:rPr>
        <w:t>25:51  sunurihim ayatuna fil afaqi wa fi anfusihim hatta yatabayyan al-haqq. haan, aap dekhiye, is mein aayat mein hai ke quran ke bahir jo nishaniyan hain, phaili hui,</w:t>
      </w:r>
      <w:r>
        <w:br/>
      </w:r>
      <w:r>
        <w:rPr>
          <w:sz w:val="20"/>
        </w:rPr>
        <w:t>26:06  woh</w:t>
      </w:r>
      <w:r>
        <w:br/>
      </w:r>
      <w:r>
        <w:rPr>
          <w:sz w:val="20"/>
        </w:rPr>
        <w:t>26:07  kholi jayen gi. to un ka hamein jaanna chahiye. un se quran zyada marka hoga.</w:t>
      </w:r>
      <w:r>
        <w:br/>
      </w:r>
      <w:r>
        <w:rPr>
          <w:sz w:val="20"/>
        </w:rPr>
        <w:t>26:25  yeh bahir jo cheezein hain, jis ki kaha jata hai ke is se door raho, nahin, woh to mu'eedat quran hain.</w:t>
      </w:r>
      <w:r>
        <w:br/>
      </w:r>
      <w:r>
        <w:rPr>
          <w:sz w:val="20"/>
        </w:rPr>
        <w:t>26:35  quran ki</w:t>
      </w:r>
      <w:r>
        <w:br/>
      </w:r>
      <w:r>
        <w:rPr>
          <w:sz w:val="20"/>
        </w:rPr>
        <w:t>26:39  yeh ta'abeer mazeed hoti hai quran ki. quran ki ta'abeer mazeed ke liye.</w:t>
      </w:r>
      <w:r>
        <w:br/>
      </w:r>
      <w:r>
        <w:rPr>
          <w:sz w:val="20"/>
        </w:rPr>
        <w:t>26:55  maulana, agla comment bheja hai doctor naghma siddiqui ne dilli se. unhon ne likha hai: "i have understood that to seek a guidance from the quran, we need to contemplate and do dua so as to understand the creation plan of god.</w:t>
      </w:r>
    </w:p>
    <w:p>
      <w:pPr>
        <w:pStyle w:val="Heading2"/>
      </w:pPr>
      <w:r>
        <w:t>Straight path as God-oriented life</w:t>
      </w:r>
    </w:p>
    <w:p>
      <w:r>
        <w:rPr>
          <w:color w:val="666666"/>
          <w:sz w:val="18"/>
        </w:rPr>
        <w:t>The Straight Path October 30, 2011 Maulana Wahiduddin Khan · 2m 52s · at 1:11:25 · https://youtu.be/PKFHe82Jz58?t=4285</w:t>
      </w:r>
    </w:p>
    <w:p>
      <w:r>
        <w:rPr>
          <w:i/>
        </w:rPr>
        <w:t>“Yeh seedhi lakeer jo hai, woh insaan se Khuda tak jaati hai”</w:t>
      </w:r>
    </w:p>
    <w:p>
      <w:r>
        <w:rPr>
          <w:sz w:val="20"/>
        </w:rPr>
        <w:t>1:11:25  dekhein, ek hadith hai ke rasool Allah salallahu alaihi wasallam ne ek lakeer kheenchhi seedhi,</w:t>
      </w:r>
      <w:r>
        <w:br/>
      </w:r>
      <w:r>
        <w:rPr>
          <w:sz w:val="20"/>
        </w:rPr>
        <w:t>1:11:31  phir idhar udhar lakeerein kheenchhi. aap ne farmaya ke yeh hai sirat-e-mustaqeem. idhar udhar lakeerein jo hain, woh bhatkaao ke rastay hain.</w:t>
      </w:r>
      <w:r>
        <w:br/>
      </w:r>
      <w:r>
        <w:rPr>
          <w:sz w:val="20"/>
        </w:rPr>
        <w:t>1:11:44  is se maine samjha hai ke ek hai, dekhiye, god oriented. is mein lakeer mein ek yahan insan hai, idhar Khuda hai.</w:t>
      </w:r>
      <w:r>
        <w:br/>
      </w:r>
      <w:r>
        <w:rPr>
          <w:sz w:val="20"/>
        </w:rPr>
        <w:t>1:11:53  yeh seedhi lakeer jo hai, woh insan se Khuda tak jati hai aur idhar udhar jo hai, woh bhatakne ke rastay hain.</w:t>
      </w:r>
      <w:r>
        <w:br/>
      </w:r>
      <w:r>
        <w:rPr>
          <w:sz w:val="20"/>
        </w:rPr>
        <w:t>1:12:02  to god oriented soch, yani Khuda rukhi soch, Khuda rukhi andaaz-e-zindagi, woh hai sirat-e-mustaqeem.</w:t>
      </w:r>
      <w:r>
        <w:br/>
      </w:r>
      <w:r>
        <w:rPr>
          <w:sz w:val="20"/>
        </w:rPr>
        <w:t>1:12:13  aur idhar udhar ke jo bhatke hain ke shaitan baqayda hai, wahan aadmi skim karta hai aur idhar bhatak jata hai.</w:t>
      </w:r>
      <w:r>
        <w:br/>
      </w:r>
      <w:r>
        <w:rPr>
          <w:sz w:val="20"/>
        </w:rPr>
        <w:t>1:12:25  to yeh yeh hamesha hi soorat-e-haal hamesha baqi reh</w:t>
      </w:r>
      <w:r>
        <w:br/>
      </w:r>
      <w:r>
        <w:rPr>
          <w:sz w:val="20"/>
        </w:rPr>
        <w:t>1:12:29  egi. har mauqa par jab aap gear element ho, wahan sochna padega aap ko. yani jahan bhi aap bhatkein, sochna padega.</w:t>
      </w:r>
      <w:r>
        <w:br/>
      </w:r>
      <w:r>
        <w:rPr>
          <w:sz w:val="20"/>
        </w:rPr>
        <w:t>1:12:38  koi wahan aa kar ke awaaz nahi dega aap ko ke bhai tum bhatak rahe ho.</w:t>
      </w:r>
      <w:r>
        <w:br/>
      </w:r>
      <w:r>
        <w:rPr>
          <w:sz w:val="20"/>
        </w:rPr>
        <w:t>1:12:46  misal ke taur par maine abhi misaal jo din shuru mein di thi ke "la sirata illa bi fatithatil kitab" ke surah fatiha ke baghair namaz nahi.</w:t>
      </w:r>
      <w:r>
        <w:br/>
      </w:r>
      <w:r>
        <w:rPr>
          <w:sz w:val="20"/>
        </w:rPr>
        <w:t>1:12:56  is par bhi bhatkaao hua.</w:t>
      </w:r>
      <w:r>
        <w:br/>
      </w:r>
      <w:r>
        <w:rPr>
          <w:sz w:val="20"/>
        </w:rPr>
        <w:t>1:12:58  saare logon ne alfaaz par behas jaari kar di, yani alfaaz ko dohrana. maine dekhiye, yeh bhatkaao tha. haqeeqat ya spirit par koi behas hi nahi.</w:t>
      </w:r>
      <w:r>
        <w:br/>
      </w:r>
      <w:r>
        <w:rPr>
          <w:sz w:val="20"/>
        </w:rPr>
        <w:t>1:13:11  kisi ne yeh baat nahi nikali ke namaz jo hai, shaoor-e-fatiha ke saath padhna hai, warna namaz nahi hogi. saari behasein is par hain ke alfaaz-e-fatiha ke saath namaz padhna hai.</w:t>
      </w:r>
      <w:r>
        <w:br/>
      </w:r>
      <w:r>
        <w:rPr>
          <w:sz w:val="20"/>
        </w:rPr>
        <w:t>1:13:22  yeh yeh bhi inhiraaf tha. yeh</w:t>
      </w:r>
      <w:r>
        <w:br/>
      </w:r>
      <w:r>
        <w:rPr>
          <w:sz w:val="20"/>
        </w:rPr>
        <w:t>1:13:27  to deiray element har waqt hota rehta hai. abhi jo maine kaha, yeh jo teen ajdhey wali baat, woh bhi bhatkaao hai ke rasool Allah sal Allah alaihi wasallam ne teenon khatraat maujood thay,</w:t>
      </w:r>
      <w:r>
        <w:br/>
      </w:r>
      <w:r>
        <w:rPr>
          <w:sz w:val="20"/>
        </w:rPr>
        <w:t>1:13:41  lekin aap is par bhatke nahi ke in se ladein, in se ladein, in se ladein, balke dawat par aap jame rahe. woh tha sirat e mustaqeem.</w:t>
      </w:r>
      <w:r>
        <w:br/>
      </w:r>
      <w:r>
        <w:rPr>
          <w:sz w:val="20"/>
        </w:rPr>
        <w:t>1:13:51  agar aap bhatakte ke parhein to tansir ka muqabla karna hai, parhein istimaar se ladna hai, parhein istishraaq ko khatam karna hai, yeh to bhatkaao hota sirat e mustaqeem se.</w:t>
      </w:r>
      <w:r>
        <w:br/>
      </w:r>
      <w:r>
        <w:rPr>
          <w:sz w:val="20"/>
        </w:rPr>
        <w:t>1:14:03  aap dawat par jame rahe to ek hi sirat e mustaqeem hai, yaani Khuda rakhi, aur baqi jo teh hain, idhar udhar woh bhatkaao ke raaste hain.</w:t>
      </w:r>
    </w:p>
    <w:p>
      <w:pPr>
        <w:pStyle w:val="Heading2"/>
      </w:pPr>
      <w:r>
        <w:t>Intellectual i'tikaf during Ramadan</w:t>
      </w:r>
    </w:p>
    <w:p>
      <w:r>
        <w:rPr>
          <w:color w:val="666666"/>
          <w:sz w:val="18"/>
        </w:rPr>
        <w:t>Month of Ramadan and The Quran 15 July 2012 - Maulana Wahiduddin Khan · 2m 45s · at 13:06 · https://youtu.be/sxp7HZbQc7U?t=786</w:t>
      </w:r>
    </w:p>
    <w:p>
      <w:r>
        <w:rPr>
          <w:i/>
        </w:rPr>
        <w:t>“Ramadan ke mahine mein kya karna hai? Quran mein ghark hona hai.”</w:t>
      </w:r>
    </w:p>
    <w:p>
      <w:r>
        <w:rPr>
          <w:sz w:val="20"/>
        </w:rPr>
        <w:t>13:06  to Ramzan ke mahine mein kya karna hai? Quran mein ghark hona hai. taake aap jaanein ke Quran mein kya hai.</w:t>
      </w:r>
      <w:r>
        <w:br/>
      </w:r>
      <w:r>
        <w:rPr>
          <w:sz w:val="20"/>
        </w:rPr>
        <w:t>13:18  Ramzan ke mahine ko main samajhta hoon ke woh jo aakhri dinon mein itikaf hota hai,</w:t>
      </w:r>
      <w:r>
        <w:br/>
      </w:r>
      <w:r>
        <w:rPr>
          <w:sz w:val="20"/>
        </w:rPr>
        <w:t>13:24  woh ek ek alamaati itikaf hai. asal itikaf to saara mahina hai. woh kya hai?</w:t>
      </w:r>
      <w:r>
        <w:br/>
      </w:r>
      <w:r>
        <w:rPr>
          <w:sz w:val="20"/>
        </w:rPr>
        <w:t>13:33  intellectual itikaf. chand din physical itikaf kiya jata hai. woh chand din jo hota hai, woh physical itikaf hota hai.</w:t>
      </w:r>
      <w:r>
        <w:br/>
      </w:r>
      <w:r>
        <w:rPr>
          <w:sz w:val="20"/>
        </w:rPr>
        <w:t>13:43  lekin asal itikaf to intellectual itikaf hai. woh saare mahine jaari rehta hai.</w:t>
      </w:r>
      <w:r>
        <w:br/>
      </w:r>
      <w:r>
        <w:rPr>
          <w:sz w:val="20"/>
        </w:rPr>
        <w:t>13:52  intellectual itikaf kya hai? dekhiye hum is duniya mein rehte hain, beshumar sargharmiyan hain.</w:t>
      </w:r>
      <w:r>
        <w:br/>
      </w:r>
      <w:r>
        <w:rPr>
          <w:sz w:val="20"/>
        </w:rPr>
        <w:t>14:02  har waqt ek na ek sargharmi. ek na ek kaam, ek na ek zaroorat. ghar mein, bachon mein, society mein.</w:t>
      </w:r>
      <w:r>
        <w:br/>
      </w:r>
      <w:r>
        <w:rPr>
          <w:sz w:val="20"/>
        </w:rPr>
        <w:t>14:12  har waqt ek na ek ekctivity.</w:t>
      </w:r>
      <w:r>
        <w:br/>
      </w:r>
      <w:r>
        <w:rPr>
          <w:sz w:val="20"/>
        </w:rPr>
        <w:t>14:18  to eitikaf kya hai? ekctivities ke darmiyan apne zehn ka focus jo hai, Khuda par baqi rakhna.</w:t>
      </w:r>
      <w:r>
        <w:br/>
      </w:r>
      <w:r>
        <w:rPr>
          <w:sz w:val="20"/>
        </w:rPr>
        <w:t>14:31  yani insaan goya ek dualism hai, dualism. is ko agar main kahoon to yeh hoga ke diverse ekctivities ke darmiyan focus sirf Allah par hona.</w:t>
      </w:r>
      <w:r>
        <w:br/>
      </w:r>
      <w:r>
        <w:rPr>
          <w:sz w:val="20"/>
        </w:rPr>
        <w:t>14:47  focused mind. ek aitbaar se aadmi focused mind hota hai.</w:t>
      </w:r>
      <w:r>
        <w:br/>
      </w:r>
      <w:r>
        <w:rPr>
          <w:sz w:val="20"/>
        </w:rPr>
        <w:t>14:52  doosre aitbaar se woh diverse ekctivities ke darmiyan hota hai.</w:t>
      </w:r>
      <w:r>
        <w:br/>
      </w:r>
      <w:r>
        <w:rPr>
          <w:sz w:val="20"/>
        </w:rPr>
        <w:t>14:59  to aap ko sanyas nahi lena hai. Ramadan ka matlab sanyas nahi hota. intellectual eitikaf.</w:t>
      </w:r>
      <w:r>
        <w:br/>
      </w:r>
      <w:r>
        <w:rPr>
          <w:sz w:val="20"/>
        </w:rPr>
        <w:t>15:10  yani sochne ke aitbaar se eitikaf mein chale jana. jaise main ne arz kiya ke</w:t>
      </w:r>
      <w:r>
        <w:br/>
      </w:r>
      <w:r>
        <w:rPr>
          <w:sz w:val="20"/>
        </w:rPr>
        <w:t>15:17  mug ka dhakkan gir gaya to woh to ek maadi waqia tha. lekin is mein main ne Khuda ki glory ko daryaft kiya.</w:t>
      </w:r>
      <w:r>
        <w:br/>
      </w:r>
      <w:r>
        <w:rPr>
          <w:sz w:val="20"/>
        </w:rPr>
        <w:t>15:27  ke main ek mug ko sambhal nahi sakta. aur Khuda ne apni universe ko sambhale hue hai.</w:t>
      </w:r>
      <w:r>
        <w:br/>
      </w:r>
      <w:r>
        <w:rPr>
          <w:sz w:val="20"/>
        </w:rPr>
        <w:t>15:35  yeh hai intellectual eitikaf. diverse activities ke darmiyan. to aap ki jo practical life hai, jo physical life hai, woh bohat si activities ke darmiyan rahegi hamesha.</w:t>
      </w:r>
    </w:p>
    <w:p>
      <w:pPr>
        <w:pStyle w:val="Heading2"/>
      </w:pPr>
      <w:r>
        <w:t>Pre-Islamic friend-enemy culture and God's plan to end it</w:t>
      </w:r>
    </w:p>
    <w:p>
      <w:r>
        <w:rPr>
          <w:color w:val="666666"/>
          <w:sz w:val="18"/>
        </w:rPr>
        <w:t>Quran aur Asr-e-Jadeed Al-Risala, January 2017 Maulana Wahiduddin Khan · 2m 29s · at 5:21 · https://youtu.be/__3jCmiWfEc?t=321</w:t>
      </w:r>
    </w:p>
    <w:p>
      <w:r>
        <w:rPr>
          <w:i/>
        </w:rPr>
        <w:t>“Before Islam, the world's culture was: 'not my friend means my enemy.'”</w:t>
      </w:r>
    </w:p>
    <w:p>
      <w:r>
        <w:rPr>
          <w:sz w:val="20"/>
        </w:rPr>
        <w:t>5:21  islam se pehle hazaron saal se duniya mein jo culture riwaj tha, woh yeh tha: "jo mera dost nahi, woh mera dushman hai."</w:t>
      </w:r>
      <w:r>
        <w:br/>
      </w:r>
      <w:r>
        <w:rPr>
          <w:sz w:val="20"/>
        </w:rPr>
        <w:t>5:32  qadeem zamana ziraat, yani agriculture, aur kingship ka zamana tha. is zamane mein har ek ka interest alag hota tha.</w:t>
      </w:r>
      <w:r>
        <w:br/>
      </w:r>
      <w:r>
        <w:rPr>
          <w:sz w:val="20"/>
        </w:rPr>
        <w:t>5:42  goya ke woh zamana age of differing interest ka zamana tha. is zamane mein bahami ta'alluqat ka culture wajood mein nahi aaya tha.</w:t>
      </w:r>
      <w:r>
        <w:br/>
      </w:r>
      <w:r>
        <w:rPr>
          <w:sz w:val="20"/>
        </w:rPr>
        <w:t>5:54  log ya to apne apne zaati daayre mein rehte the ya maidan-e-jang, yani battlefield, mein ek doosre se milte the.</w:t>
      </w:r>
      <w:r>
        <w:br/>
      </w:r>
      <w:r>
        <w:rPr>
          <w:sz w:val="20"/>
        </w:rPr>
        <w:t>6:05  goya ke is zamane mein jo riwaj sanaiyat, yani dichotomy, thi, woh dost aur dushman ki dichotomy thi. yeh sanai culture mustaqil taur par dushmani aur jang ka sabab bana hua tha.</w:t>
      </w:r>
      <w:r>
        <w:br/>
      </w:r>
      <w:r>
        <w:rPr>
          <w:sz w:val="20"/>
        </w:rPr>
        <w:t>6:20  is sanai culture ki bina par deen-e-haq ki isha'at amalan namumkin ban gayi thi. qadeem zamane mein jo mazhabi jabr, yani religious persecution, riwaj hua, uska sabab yahi tha:</w:t>
      </w:r>
      <w:r>
        <w:br/>
      </w:r>
      <w:r>
        <w:rPr>
          <w:sz w:val="20"/>
        </w:rPr>
        <w:t>6:36  allah ta'ala ka mansooba yeh tha ke is sanaiyat ko hamesha ke liye khatm kar diya jaye. yahi woh baat hai jo quran ki is ayat mein bayan hui hai: "wa qatiluhum hatta la takuna fitnatun wa yakuna ad-deenu kulluhu lillah"</w:t>
      </w:r>
      <w:r>
        <w:br/>
      </w:r>
      <w:r>
        <w:rPr>
          <w:sz w:val="20"/>
        </w:rPr>
        <w:t>6:55  surah number aath ayat 39. un se jang karo yahan tak ke fitna baqi na rahe aur deen sab allah ke liye ho jaye.</w:t>
      </w:r>
      <w:r>
        <w:br/>
      </w:r>
      <w:r>
        <w:rPr>
          <w:sz w:val="20"/>
        </w:rPr>
        <w:t>7:04  is ayat mein khuda ki jis is ayat mein khuda ki jis scheme ka ailan kiya gaya tha, uska matlab yeh nahi tha ke sari duniya mein hukumat-e-ilahia, yani kingdom of god, qaim ki jaye.</w:t>
      </w:r>
      <w:r>
        <w:br/>
      </w:r>
      <w:r>
        <w:rPr>
          <w:sz w:val="20"/>
        </w:rPr>
        <w:t>7:20  is ayat mein siyasi nazariye ko nahi bataya gaya tha, balke is mein ek insani nazariye ko bataya gaya tha, aur woh yeh ke duniya mein ek aalami usool, yani universal norm, ke taur par dost aur dushman ki sanaiyat, yani dichotomy, khatm ho jaye aur ek aur sanaiyat riwaj ho jaye, yani dost aur mu'eed ki sanaiyat.</w:t>
      </w:r>
      <w:r>
        <w:br/>
      </w:r>
      <w:r>
        <w:rPr>
          <w:sz w:val="20"/>
        </w:rPr>
        <w:t>7:45  yahi woh tareekhi haqeeqat hai jis ko hadith mein in alfaaz mein bayan kiya gaya hai:</w:t>
      </w:r>
    </w:p>
    <w:p>
      <w:pPr>
        <w:pStyle w:val="Heading2"/>
      </w:pPr>
      <w:r>
        <w:t>reading the whole Quran shows it addresses the mind</w:t>
      </w:r>
    </w:p>
    <w:p>
      <w:r>
        <w:rPr>
          <w:color w:val="666666"/>
          <w:sz w:val="18"/>
        </w:rPr>
        <w:t>Month of Ramadan and The Quran 15 July 2012 · 2m 01s · at 2:04 · https://youtu.be/BxiaMbKdoo8?t=124</w:t>
      </w:r>
    </w:p>
    <w:p>
      <w:r>
        <w:rPr>
          <w:i/>
        </w:rPr>
        <w:t>“آپ قرآن کو پڑھیں صرف یہ جاننے کے لیے کہ قرآن کا میسج کیا ہے”</w:t>
      </w:r>
    </w:p>
    <w:p>
      <w:r>
        <w:rPr>
          <w:sz w:val="20"/>
        </w:rPr>
        <w:t>2:04  dekhiye, iska jawab is tarah maloom ho sakta hai ke aap quran ko padhein. ek martaba aap yeh aisa kijiye ke a se z tak aap quran ko padhiye, sirf yeh janne ke liye ke quran ka message kya hai.</w:t>
      </w:r>
      <w:r>
        <w:br/>
      </w:r>
      <w:r>
        <w:rPr>
          <w:sz w:val="20"/>
        </w:rPr>
        <w:t>2:29  to aap payenge ke quran mein sara jo zor hai, woh hai yeh ke quran insan ke mind ko address karta hai.</w:t>
      </w:r>
      <w:r>
        <w:br/>
      </w:r>
      <w:r>
        <w:rPr>
          <w:sz w:val="20"/>
        </w:rPr>
        <w:t>2:43  system ka is mein koi zikr hi nahin.</w:t>
      </w:r>
      <w:r>
        <w:br/>
      </w:r>
      <w:r>
        <w:rPr>
          <w:sz w:val="20"/>
        </w:rPr>
        <w:t>2:48  aaj kal bari dhoom hai, yaani arab se le kar arab countries se le kar non arab countries tak, har jagah islami nizam, islami system, islami hukoomat,</w:t>
      </w:r>
      <w:r>
        <w:br/>
      </w:r>
      <w:r>
        <w:rPr>
          <w:sz w:val="20"/>
        </w:rPr>
        <w:t>3:01  islami qanoon—dhoom machi hui hai.</w:t>
      </w:r>
      <w:r>
        <w:br/>
      </w:r>
      <w:r>
        <w:rPr>
          <w:sz w:val="20"/>
        </w:rPr>
        <w:t>3:08  daily media mein roza nahin, is silsile mein kuch na kuch khabrein aati hain.</w:t>
      </w:r>
      <w:r>
        <w:br/>
      </w:r>
      <w:r>
        <w:rPr>
          <w:sz w:val="20"/>
        </w:rPr>
        <w:t>3:16  lekin is qism ke islam ka, yaani islam ki is edition ka, quran se koi talluq nahin hai.</w:t>
      </w:r>
      <w:r>
        <w:br/>
      </w:r>
      <w:r>
        <w:rPr>
          <w:sz w:val="20"/>
        </w:rPr>
        <w:t>3:28  aap jis ko bhi shakk ho, woh yeh kare ke ek martaba woh quran ko sirf is liye parhe ke quran mein kya is ki batai gayi hai.</w:t>
      </w:r>
      <w:r>
        <w:br/>
      </w:r>
      <w:r>
        <w:rPr>
          <w:sz w:val="20"/>
        </w:rPr>
        <w:t>3:41  to saare quran mein aap dekhenge ke quran insan ke mind ko address karta hai.</w:t>
      </w:r>
      <w:r>
        <w:br/>
      </w:r>
      <w:r>
        <w:rPr>
          <w:sz w:val="20"/>
        </w:rPr>
        <w:t>3:45  woh yeh kehta hai ke socho,</w:t>
      </w:r>
      <w:r>
        <w:br/>
      </w:r>
      <w:r>
        <w:rPr>
          <w:sz w:val="20"/>
        </w:rPr>
        <w:t>3:50  apne apni islah karo. yaani individual based hai saara quran ka message, system based nahin hai.</w:t>
      </w:r>
    </w:p>
    <w:p>
      <w:pPr>
        <w:pStyle w:val="Heading2"/>
      </w:pPr>
      <w:r>
        <w:t>Prayer's true spirit is surrender before the Creator</w:t>
      </w:r>
    </w:p>
    <w:p>
      <w:r>
        <w:rPr>
          <w:color w:val="666666"/>
          <w:sz w:val="18"/>
        </w:rPr>
        <w:t>Dars-e-Quran (Al-Baqarah (The Heifer) 2 1-6) July 19, 2015 · 1m 24s · at 24:03 · https://youtu.be/JJOfEihDoIs?t=1443</w:t>
      </w:r>
    </w:p>
    <w:p>
      <w:r>
        <w:rPr>
          <w:i/>
        </w:rPr>
        <w:t>“Namaz qaim karna, dusri sifat batayi”</w:t>
      </w:r>
    </w:p>
    <w:p>
      <w:r>
        <w:rPr>
          <w:sz w:val="20"/>
        </w:rPr>
        <w:t>24:03  dekhen yahan namaz qaim karna form kamane mein nahi hai. kyunke namaz qaim karta hai aadmi iman ke baad. yahan iman se pehle ki baat batai ja rahi hai.</w:t>
      </w:r>
      <w:r>
        <w:br/>
      </w:r>
      <w:r>
        <w:rPr>
          <w:sz w:val="20"/>
        </w:rPr>
        <w:t>24:15  yahan spirit ke aitbaar se hai. form ke aitbaar se nahi hai.</w:t>
      </w:r>
      <w:r>
        <w:br/>
      </w:r>
      <w:r>
        <w:rPr>
          <w:sz w:val="20"/>
        </w:rPr>
        <w:t>24:22  namaz kya hai? namaz kya hai khalq ke aage surrender karna. khalq ko maan lena. khalq ke aage apne ko jhuka dena.</w:t>
      </w:r>
      <w:r>
        <w:br/>
      </w:r>
      <w:r>
        <w:rPr>
          <w:sz w:val="20"/>
        </w:rPr>
        <w:t>24:34  yaani jo jis ka zehni irtaqa itna buland hua ho ke woh is baat ko jaane ke main makhlooq hoon, main khalq to nahi hoon.</w:t>
      </w:r>
      <w:r>
        <w:br/>
      </w:r>
      <w:r>
        <w:rPr>
          <w:sz w:val="20"/>
        </w:rPr>
        <w:t>24:44  to mujhe khalq ke aage surrender karna parega.</w:t>
      </w:r>
      <w:r>
        <w:br/>
      </w:r>
      <w:r>
        <w:rPr>
          <w:sz w:val="20"/>
        </w:rPr>
        <w:t>24:49  main apne ko khud nahi paida kiya</w:t>
      </w:r>
      <w:r>
        <w:br/>
      </w:r>
      <w:r>
        <w:rPr>
          <w:sz w:val="20"/>
        </w:rPr>
        <w:t>24:51  hai. paida karne wala koi doosra hai. to namaz jo hai is ka ek form hai jo aata hai iman qubool karne ke baad.</w:t>
      </w:r>
      <w:r>
        <w:br/>
      </w:r>
      <w:r>
        <w:rPr>
          <w:sz w:val="20"/>
        </w:rPr>
        <w:t>25:00  lekin is ki spirit pehle aani chahiye. namaz ki spirit. ke apne khalq ke aage surrender karne ka jazba. submission ka jazba.</w:t>
      </w:r>
      <w:r>
        <w:br/>
      </w:r>
      <w:r>
        <w:rPr>
          <w:sz w:val="20"/>
        </w:rPr>
        <w:t>25:10  is baat ko bator haqeeqat maan lena ke jab main makhlooq hoon to mujhe khalq ke aage surrender karna hi karna hai.</w:t>
      </w:r>
      <w:r>
        <w:br/>
      </w:r>
      <w:r>
        <w:rPr>
          <w:sz w:val="20"/>
        </w:rPr>
        <w:t>25:18  yeh spirit jab hogi tab is ko sachai ki daryaft hogi. is ke baad hai wa munfiqoon mimma razaqnahum. wa yuqeemoon as salaat.</w:t>
      </w:r>
    </w:p>
    <w:p>
      <w:pPr>
        <w:pStyle w:val="Heading2"/>
      </w:pPr>
      <w:r>
        <w:t>India dar-ul-harb fatwa leads to hypocrisy</w:t>
      </w:r>
    </w:p>
    <w:p>
      <w:r>
        <w:rPr>
          <w:color w:val="666666"/>
          <w:sz w:val="18"/>
        </w:rPr>
        <w:t>What is Ijtihad February 25, 2007 Maulana Wahiduddin Khan · 2m 42s · at 12:46 · https://youtu.be/vPBQYpteeb0?t=766</w:t>
      </w:r>
    </w:p>
    <w:p>
      <w:r>
        <w:rPr>
          <w:i/>
        </w:rPr>
        <w:t>“India mein jab British daur tha to tamam ulama ne milkar fatwa”</w:t>
      </w:r>
    </w:p>
    <w:p>
      <w:r>
        <w:rPr>
          <w:sz w:val="20"/>
        </w:rPr>
        <w:t>12:46  maujooda zamane ka. aur dono galat. dono ke dono galat. india mein jab british daur tha to tamam ulma ne mil kar fatwa diya ke india darulharb hai.</w:t>
      </w:r>
      <w:r>
        <w:br/>
      </w:r>
      <w:r>
        <w:rPr>
          <w:sz w:val="20"/>
        </w:rPr>
        <w:t>13:02  tamam ulma ne. shayad ek adha aalim is mein shamil nahi the Maulana Yaqoob sahib shayad. to yeh ke yeh agar aap is ko maan le to aaj to super darulharb hai.</w:t>
      </w:r>
      <w:r>
        <w:br/>
      </w:r>
      <w:r>
        <w:rPr>
          <w:sz w:val="20"/>
        </w:rPr>
        <w:t>13:16  agar british daur mein india darulharb tha to aaj super darulharb hai. kyunke halaat to badle nahi.</w:t>
      </w:r>
      <w:r>
        <w:br/>
      </w:r>
      <w:r>
        <w:rPr>
          <w:sz w:val="20"/>
        </w:rPr>
        <w:t>13:27  aaj to baqi masjid tod di gayi. british daur mein koi masjid todi nahi gayi thi. aur bohat sari cheezein. communal rights jo hain british daur mein communal rights nahi hua karte thay.</w:t>
      </w:r>
      <w:r>
        <w:br/>
      </w:r>
      <w:r>
        <w:rPr>
          <w:sz w:val="20"/>
        </w:rPr>
        <w:t>13:41  musalmanon ko bohat sari shikayatein hain. wahi shikayatein nahi hua karti thi british daur mein. woh to sirf foreign occupation ki baat thi bas.</w:t>
      </w:r>
      <w:r>
        <w:br/>
      </w:r>
      <w:r>
        <w:rPr>
          <w:sz w:val="20"/>
        </w:rPr>
        <w:t>13:52  to agar us zamane mein,</w:t>
      </w:r>
      <w:r>
        <w:br/>
      </w:r>
      <w:r>
        <w:rPr>
          <w:sz w:val="20"/>
        </w:rPr>
        <w:t>13:57  british period mein islam, british period mein india darulharb ho gaya tha to aaj super darulharb hai. aap jante hain agar hum iman layein to kya hoga?</w:t>
      </w:r>
      <w:r>
        <w:br/>
      </w:r>
      <w:r>
        <w:rPr>
          <w:sz w:val="20"/>
        </w:rPr>
        <w:t>14:08  yahan zindagi haram ho jayegi. job karna haram. business karna haram. rehna haram. jab aap maan len ke india dar-ul-harb hai to aap ke pas do option hain.</w:t>
      </w:r>
      <w:r>
        <w:br/>
      </w:r>
      <w:r>
        <w:rPr>
          <w:sz w:val="20"/>
        </w:rPr>
        <w:t>14:22  ya to chhod kar chale jayen ya laren. yani jihad ya hijrat. ya jihad ya hijrat. to koi musalman is liye tayar hai?</w:t>
      </w:r>
      <w:r>
        <w:br/>
      </w:r>
      <w:r>
        <w:rPr>
          <w:sz w:val="20"/>
        </w:rPr>
        <w:t>14:34  koi musalman is liye tayar hai ke jihad kare ya phir chhod kar chala jaye india ko? to kitna, main is ko bilkul absurd fatwa samajhta hoon.</w:t>
      </w:r>
      <w:r>
        <w:br/>
      </w:r>
      <w:r>
        <w:rPr>
          <w:sz w:val="20"/>
        </w:rPr>
        <w:t>14:44  agarche is mein ijma tha ulama ka hamare. har woh fatwa absurd hai jo aap ke liye zindagi ko impossible bana de.</w:t>
      </w:r>
      <w:r>
        <w:br/>
      </w:r>
      <w:r>
        <w:rPr>
          <w:sz w:val="20"/>
        </w:rPr>
        <w:t>14:57  yani india mein rehna, yahan khana kamana, bachchon ko palna, yahi jo naam impossible bana de. woh fatwa absurd hai bilashuba.</w:t>
      </w:r>
      <w:r>
        <w:br/>
      </w:r>
      <w:r>
        <w:rPr>
          <w:sz w:val="20"/>
        </w:rPr>
        <w:t>15:08  woh unislamic hai bilashuba. to bataiye ke yeh fatwa sare ulama ke ijma se diya gaya hai, dar-ul-harb hai india. to ab kya hai?</w:t>
      </w:r>
      <w:r>
        <w:br/>
      </w:r>
      <w:r>
        <w:rPr>
          <w:sz w:val="20"/>
        </w:rPr>
        <w:t>15:18  is ne aap logon ko munafiqat dal diya hai. ke abhi tak ulama ne yeh ailan nahi kiya ke woh fatwa galat tha. lekin india mein khoob kha kama rahe hain. khoob faida utha rahe hain.</w:t>
      </w:r>
    </w:p>
    <w:p>
      <w:pPr>
        <w:pStyle w:val="Heading2"/>
      </w:pPr>
      <w:r>
        <w:t>Only prepared mind can reach deeper meaning</w:t>
      </w:r>
    </w:p>
    <w:p>
      <w:r>
        <w:rPr>
          <w:color w:val="666666"/>
          <w:sz w:val="18"/>
        </w:rPr>
        <w:t>How to Study The Quran May 01, 2007 (Eng) - Maulana Wahiduddin Khan · 1m 50s · at 36:41 · https://youtu.be/TFD06hWWpt4?t=2201</w:t>
      </w:r>
    </w:p>
    <w:p>
      <w:r>
        <w:rPr>
          <w:i/>
        </w:rPr>
        <w:t>“As I earlier said, purification is required.”</w:t>
      </w:r>
    </w:p>
    <w:p>
      <w:r>
        <w:rPr>
          <w:sz w:val="20"/>
        </w:rPr>
        <w:t>36:41  as i earlier said, purification is required. purified mind means prepared mind.</w:t>
      </w:r>
      <w:r>
        <w:br/>
      </w:r>
      <w:r>
        <w:rPr>
          <w:sz w:val="20"/>
        </w:rPr>
        <w:t>36:55  only. only prepared mind can reach to the deeper meaning of the quran. so if you are a prepared mind and you read this verse, o man,</w:t>
      </w:r>
      <w:r>
        <w:br/>
      </w:r>
      <w:r>
        <w:rPr>
          <w:sz w:val="20"/>
        </w:rPr>
        <w:t>37:10  here is your god addressing you, listen my verse, obey my command, worship me, then suddenly you feel that you have to surrender before god.</w:t>
      </w:r>
      <w:r>
        <w:br/>
      </w:r>
      <w:r>
        <w:rPr>
          <w:sz w:val="20"/>
        </w:rPr>
        <w:t>37:25  your whole personality is revolutionized. this kind of. this kind of response is needed.</w:t>
      </w:r>
      <w:r>
        <w:br/>
      </w:r>
      <w:r>
        <w:rPr>
          <w:sz w:val="20"/>
        </w:rPr>
        <w:t>37:35  not simply wuzu, simply accent.</w:t>
      </w:r>
      <w:r>
        <w:br/>
      </w:r>
      <w:r>
        <w:rPr>
          <w:sz w:val="20"/>
        </w:rPr>
        <w:t>37:42  people think that. people believe that wuzu is enough. correct. correct action. correct accent is enough. is it not?</w:t>
      </w:r>
      <w:r>
        <w:br/>
      </w:r>
      <w:r>
        <w:rPr>
          <w:sz w:val="20"/>
        </w:rPr>
        <w:t>37:53  you have to make yourself a prepared mind. you have to make you. you have to be able to.</w:t>
      </w:r>
      <w:r>
        <w:br/>
      </w:r>
      <w:r>
        <w:rPr>
          <w:sz w:val="20"/>
        </w:rPr>
        <w:t>38:01  you have to enable you to give such responses when you read quran.</w:t>
      </w:r>
      <w:r>
        <w:br/>
      </w:r>
      <w:r>
        <w:rPr>
          <w:sz w:val="20"/>
        </w:rPr>
        <w:t>38:17  this is the true. this is the true tilawat of quran. this is the true recitation of quran. this is the true study of the quran.</w:t>
      </w:r>
    </w:p>
    <w:p>
      <w:pPr>
        <w:pStyle w:val="Heading2"/>
      </w:pPr>
      <w:r>
        <w:t>Purpose of Ramadan for Quran reflection</w:t>
      </w:r>
    </w:p>
    <w:p>
      <w:r>
        <w:rPr>
          <w:color w:val="666666"/>
          <w:sz w:val="18"/>
        </w:rPr>
        <w:t>Ramadan and The Quran July 22, 2012 · 2m 11s · at 3:16 · https://youtu.be/0fFJ1_hkS_o?t=196</w:t>
      </w:r>
    </w:p>
    <w:p>
      <w:r>
        <w:rPr>
          <w:i/>
        </w:rPr>
        <w:t>“Yeh bahut zyada sochne ki baat hai”</w:t>
      </w:r>
    </w:p>
    <w:p>
      <w:r>
        <w:rPr>
          <w:sz w:val="20"/>
        </w:rPr>
        <w:t>3:16  yeh bahut zyada sochne ki baat hai. roza kya hai? roza ka matlab hai</w:t>
      </w:r>
      <w:r>
        <w:br/>
      </w:r>
      <w:r>
        <w:rPr>
          <w:sz w:val="20"/>
        </w:rPr>
        <w:t>3:27  going away from all kinds of distraction</w:t>
      </w:r>
      <w:r>
        <w:br/>
      </w:r>
      <w:r>
        <w:rPr>
          <w:sz w:val="20"/>
        </w:rPr>
        <w:t>3:33  yani khana peena jo chhoda jata hai, us mein woh goya aakhri item hai. aakhri item.</w:t>
      </w:r>
      <w:r>
        <w:br/>
      </w:r>
      <w:r>
        <w:rPr>
          <w:sz w:val="20"/>
        </w:rPr>
        <w:t>3:45  is ka matlab yeh hai ke aap ko har woh cheez chhodna hai jo aap ko distract karti ho. yahan tak ke khana peena chhodna ho to woh bhi aap chhod dein.</w:t>
      </w:r>
      <w:r>
        <w:br/>
      </w:r>
      <w:r>
        <w:rPr>
          <w:sz w:val="20"/>
        </w:rPr>
        <w:t>3:58  to goya ke ramzan ka mahina woh mahina hai jab ke ek believer, ek momin, kam az kam ek mahine ke liye yeh karta hai ke apne aap ko har qism ke distraction se bachata hai</w:t>
      </w:r>
      <w:r>
        <w:br/>
      </w:r>
      <w:r>
        <w:rPr>
          <w:sz w:val="20"/>
        </w:rPr>
        <w:t>4:19  tahke woh yakso ho sake. yaksui kis liye? quran par ghore o fikr ke liye.</w:t>
      </w:r>
      <w:r>
        <w:br/>
      </w:r>
      <w:r>
        <w:rPr>
          <w:sz w:val="20"/>
        </w:rPr>
        <w:t>4:30  to yeh jo ayat hai surah al-baqarah ki ayat number 185, is ka matlab kya hua? ke Allah ne quran ko utara hai ramzan ke mahine mein, is liye tum ramzan ke mahine ko roza ke liye khaas kar do.</w:t>
      </w:r>
      <w:r>
        <w:br/>
      </w:r>
      <w:r>
        <w:rPr>
          <w:sz w:val="20"/>
        </w:rPr>
        <w:t>4:51  yani apne aap ko distraction se bachane ke liye khaas kar do taake tum poori yaksui ke sath, poore concentration ke sath quran par tadabbur karo, quran ko samjho taake baqi gyarah mahinon mein tum quran ko apply kar sako.</w:t>
      </w:r>
      <w:r>
        <w:br/>
      </w:r>
      <w:r>
        <w:rPr>
          <w:sz w:val="20"/>
        </w:rPr>
        <w:t>5:19  yeh matlab hai is ka. aur yeh hai ramzan ki hesiyat.</w:t>
      </w:r>
    </w:p>
    <w:p>
      <w:pPr>
        <w:pStyle w:val="Heading2"/>
      </w:pPr>
      <w:r>
        <w:t>Quran recitation followed by historical explanation</w:t>
      </w:r>
    </w:p>
    <w:p>
      <w:r>
        <w:rPr>
          <w:color w:val="666666"/>
          <w:sz w:val="18"/>
        </w:rPr>
        <w:t>Dars-e-Quran, Ch. 2 Verse 49-50 March 04, 2018 · 1m 22s · at 1:21 · https://youtu.be/yAOw7j7CnmY?t=81</w:t>
      </w:r>
    </w:p>
    <w:p>
      <w:r>
        <w:rPr>
          <w:i/>
        </w:rPr>
        <w:t>“Bismillah hir Rahman ir Rahim”</w:t>
      </w:r>
    </w:p>
    <w:p>
      <w:r>
        <w:rPr>
          <w:sz w:val="20"/>
        </w:rPr>
        <w:t>1:21  bismillah rahman rahim. wa iz najjaynakum min aale fir'auna yasoomunakum soo'al azabi yuzabbihoona abna'akum wa yastahyoona nisa'akum, wa fi zaliikum bala'un mir rabbikum azim.</w:t>
      </w:r>
      <w:r>
        <w:br/>
      </w:r>
      <w:r>
        <w:rPr>
          <w:sz w:val="20"/>
        </w:rPr>
        <w:t>1:38  wa iz faraqna bikumul bahra fa anjaynakum wa aghraqna aala fir'auna wa antum tansuroon. Surah Al-Baqarah, chapter number 2, verse number 49-50.</w:t>
      </w:r>
      <w:r>
        <w:br/>
      </w:r>
      <w:r>
        <w:rPr>
          <w:sz w:val="20"/>
        </w:rPr>
        <w:t>1:52  aur jab hum ne tum ko Firon ke logon se nijat di, woh tum ko bari takleef dete thay, tumharay beton ko zabah karte aur tumhari aurton ko zinda rehne dete thay, aur is mein tumharay Rub ki taraf se bhari azmaish thi.</w:t>
      </w:r>
      <w:r>
        <w:br/>
      </w:r>
      <w:r>
        <w:rPr>
          <w:sz w:val="20"/>
        </w:rPr>
        <w:t>2:09  aur jab hum ne darya ko phaad kar tumhein paar karaya, phir bachaya tum ko aur doba diya firon ke logon ko, aur tum dekhte rahe.</w:t>
      </w:r>
      <w:r>
        <w:br/>
      </w:r>
      <w:r>
        <w:rPr>
          <w:sz w:val="20"/>
        </w:rPr>
        <w:t>2:24  dekhiye,</w:t>
      </w:r>
      <w:r>
        <w:br/>
      </w:r>
      <w:r>
        <w:rPr>
          <w:sz w:val="20"/>
        </w:rPr>
        <w:t>2:28  is aayat mein</w:t>
      </w:r>
      <w:r>
        <w:br/>
      </w:r>
      <w:r>
        <w:rPr>
          <w:sz w:val="20"/>
        </w:rPr>
        <w:t>2:35  yahood ki pichhli history ka ek reference hai.</w:t>
      </w:r>
    </w:p>
    <w:p>
      <w:pPr>
        <w:pStyle w:val="Heading2"/>
      </w:pPr>
      <w:r>
        <w:t>Evolution theory's cultural impact created irresponsibility</w:t>
      </w:r>
    </w:p>
    <w:p>
      <w:r>
        <w:rPr>
          <w:color w:val="666666"/>
          <w:sz w:val="18"/>
        </w:rPr>
        <w:t>Rationalization of Evil 15 Feb 2009 - Maulana Wahiduddin Khan · 1m 36s · at 9:19 · https://youtu.be/agi0wNsOO84?t=559</w:t>
      </w:r>
    </w:p>
    <w:p>
      <w:r>
        <w:rPr>
          <w:i/>
        </w:rPr>
        <w:t>“To baharhaal yeh kuch is ka proof nahi hua.”</w:t>
      </w:r>
    </w:p>
    <w:p>
      <w:r>
        <w:rPr>
          <w:sz w:val="20"/>
        </w:rPr>
        <w:t>9:19  to behal yeh kuch is ka proof nahi hua. to pehle lekin is se kiya burai duniya mein aai?</w:t>
      </w:r>
      <w:r>
        <w:br/>
      </w:r>
      <w:r>
        <w:rPr>
          <w:sz w:val="20"/>
        </w:rPr>
        <w:t>9:28  yani scientifically it is not proved. lekin is se burai kiya aai? ke is se paida duniya mein irresponsibility aa gayi. ke jab khuda nahi hai, koi khuda control nahi duniya par hai to hum kisi ke samne accountable nahi hain to chahe karo.</w:t>
      </w:r>
      <w:r>
        <w:br/>
      </w:r>
      <w:r>
        <w:rPr>
          <w:sz w:val="20"/>
        </w:rPr>
        <w:t>9:44  to yeh jo hai aaj kal ke ah ke enjoy life. enjoy life ka jo jo theory hai ke khoob aish karo.</w:t>
      </w:r>
      <w:r>
        <w:br/>
      </w:r>
      <w:r>
        <w:rPr>
          <w:sz w:val="20"/>
        </w:rPr>
        <w:t>10:00  babar baais-e-gosh ke aalam doara neest ko ek nai woh mili hai. ke aaj kal ki duniya mein aap dekhen ke har aadmi yeh samjhta hai ke jo chahe karo.</w:t>
      </w:r>
      <w:r>
        <w:br/>
      </w:r>
      <w:r>
        <w:rPr>
          <w:sz w:val="20"/>
        </w:rPr>
        <w:t>10:10  koi pakad dhakad nahi hai. pehle zamane mein insan samjhta tha ke khuda ko munh dikhana hai. khuda ke samne hum accountable hain.</w:t>
      </w:r>
      <w:r>
        <w:br/>
      </w:r>
      <w:r>
        <w:rPr>
          <w:sz w:val="20"/>
        </w:rPr>
        <w:t>10:19  khuda ke samne hamein hisab kitab dena hai. to is se aadmi ek ek ek check hota rehta tha. ab ab ab kuch bhi nahi, khuda hadaf ho gaya.</w:t>
      </w:r>
      <w:r>
        <w:br/>
      </w:r>
      <w:r>
        <w:rPr>
          <w:sz w:val="20"/>
        </w:rPr>
        <w:t>10:31  to theory of revolution mein kiya hua? ke irresponsibility ka culture aa gaya. direct taur par response, direct taur par isi ki wajah se aaya.</w:t>
      </w:r>
      <w:r>
        <w:br/>
      </w:r>
      <w:r>
        <w:rPr>
          <w:sz w:val="20"/>
        </w:rPr>
        <w:t>10:43  yani yani evolution theory ki wajah se. jo agarche scientifically proof nahi hui thi lekin culturally woh bilkul phail gayi har taraf.</w:t>
      </w:r>
    </w:p>
    <w:p>
      <w:pPr>
        <w:pStyle w:val="Heading2"/>
      </w:pPr>
      <w:r>
        <w:t>Restoring Islam's original da'i-and-addressee equation, not ruler-ruled</w:t>
      </w:r>
    </w:p>
    <w:p>
      <w:r>
        <w:rPr>
          <w:color w:val="666666"/>
          <w:sz w:val="18"/>
        </w:rPr>
        <w:t>The Purpose of Creation March 30, 2008 · 2m 40s · at 22:25 · https://youtu.be/ORcTSPLvyn0?t=1345</w:t>
      </w:r>
    </w:p>
    <w:p>
      <w:r>
        <w:rPr>
          <w:i/>
        </w:rPr>
        <w:t>“Yeh jo equation toota, hakim aur mahkoom ka”</w:t>
      </w:r>
    </w:p>
    <w:p>
      <w:r>
        <w:rPr>
          <w:sz w:val="20"/>
        </w:rPr>
        <w:t>22:25  ab main yeh kahunga ke dekhiye, yeh jo equation toota hakim aur mahkoom ka, aur ab jo musalman dushman aur dost ke equation mein jee rahe hain, toh sahi kya hai?</w:t>
      </w:r>
      <w:r>
        <w:br/>
      </w:r>
      <w:r>
        <w:rPr>
          <w:sz w:val="20"/>
        </w:rPr>
        <w:t>22:37  sehih yeh hai ke hum loten peechay ki taraf. yani dobara wahi shahid mashhood ka equation dunya mein wapas lana hai hum ko.</w:t>
      </w:r>
      <w:r>
        <w:br/>
      </w:r>
      <w:r>
        <w:rPr>
          <w:sz w:val="20"/>
        </w:rPr>
        <w:t>22:45  isi ki hum koshish kar rahe hain.</w:t>
      </w:r>
      <w:r>
        <w:br/>
      </w:r>
      <w:r>
        <w:rPr>
          <w:sz w:val="20"/>
        </w:rPr>
        <w:t>22:49  hamari koshish isi ke liye hai ke muslim jo hai ek aitbar se woh believer hai, apne lehaz se, doosron ke lehaz se woh witness hai, woh daai hai.</w:t>
      </w:r>
      <w:r>
        <w:br/>
      </w:r>
      <w:r>
        <w:rPr>
          <w:sz w:val="20"/>
        </w:rPr>
        <w:t>23:02  to jo sahih equation is zamane mein hai woh daai aur madu ka equation hai. daai aur madu hum bolte hain isi sense mein jo quran mein shahid aur mashhood aaya hai.</w:t>
      </w:r>
      <w:r>
        <w:br/>
      </w:r>
      <w:r>
        <w:rPr>
          <w:sz w:val="20"/>
        </w:rPr>
        <w:t>23:12  quran mein is ke jo lafz aaya hai woh shahid mashhood hai.</w:t>
      </w:r>
      <w:r>
        <w:br/>
      </w:r>
      <w:r>
        <w:rPr>
          <w:sz w:val="20"/>
        </w:rPr>
        <w:t>23:17  woh sawaey zaat al-buruj wal yawm al-mashhood wa shahid wa mashhood. to quran mein jo bataya gaya equation woh hai shahid aur mashhood ka, witness aur witnessed ka.</w:t>
      </w:r>
      <w:r>
        <w:br/>
      </w:r>
      <w:r>
        <w:rPr>
          <w:sz w:val="20"/>
        </w:rPr>
        <w:t>23:30  isi ko zyada aasan ya qabil-e-fehm banane ke liye hum bolte hain daai aur madu ka equation. yani addresser aur addressee, jo bataye woh daai hai, jo sune woh madu hai.</w:t>
      </w:r>
      <w:r>
        <w:br/>
      </w:r>
      <w:r>
        <w:rPr>
          <w:sz w:val="20"/>
        </w:rPr>
        <w:t>23:46  yeh hai sahih equation.</w:t>
      </w:r>
      <w:r>
        <w:br/>
      </w:r>
      <w:r>
        <w:rPr>
          <w:sz w:val="20"/>
        </w:rPr>
        <w:t>23:50  is ko apnane se kya hota hai ke aap puri tarah positive thinking par aa jate hain. conspiracy aur enmity ka yeh theory khatm ho jati hai.</w:t>
      </w:r>
      <w:r>
        <w:br/>
      </w:r>
      <w:r>
        <w:rPr>
          <w:sz w:val="20"/>
        </w:rPr>
        <w:t>24:06  sari dunya aap ke liye equal basis par insan ban jati hai. sab ke aap values holder ban jate hain. sab ko aap apna paigham pahunchana chahne lagte hain.</w:t>
      </w:r>
      <w:r>
        <w:br/>
      </w:r>
      <w:r>
        <w:rPr>
          <w:sz w:val="20"/>
        </w:rPr>
        <w:t>24:22  yeh hai hamara mission ke is equation ko phir tareekh mein wapas lana jo rasool Allah ke zamane mein shahid aur mashhood ke taur par tha.</w:t>
      </w:r>
      <w:r>
        <w:br/>
      </w:r>
      <w:r>
        <w:rPr>
          <w:sz w:val="20"/>
        </w:rPr>
        <w:t>24:33  ab hum isi ko keh rahe hain daai aur madu ke taur par ke hum apne ko daai samjhen aur doosron ko madu samhen.</w:t>
      </w:r>
      <w:r>
        <w:br/>
      </w:r>
      <w:r>
        <w:rPr>
          <w:sz w:val="20"/>
        </w:rPr>
        <w:t>24:43  isi mein hamari aap ki nijat hai, dunya ke aitbar se bhi. isi mein hamari aap ki nijat hai, aakhirat ke aitbar se bhi.</w:t>
      </w:r>
      <w:r>
        <w:br/>
      </w:r>
      <w:r>
        <w:rPr>
          <w:sz w:val="20"/>
        </w:rPr>
        <w:t>24:54  is ke siwa aur koi doosra tareeqa nahi hai. koi bhi doosra tareeqa nahi. ab mein ek baat yeh kahunga</w:t>
      </w:r>
    </w:p>
    <w:p>
      <w:pPr>
        <w:pStyle w:val="Heading2"/>
      </w:pPr>
      <w:r>
        <w:t>Nature's pair system: atoms, plants, animals, humans</w:t>
      </w:r>
    </w:p>
    <w:p>
      <w:r>
        <w:rPr>
          <w:color w:val="666666"/>
          <w:sz w:val="18"/>
        </w:rPr>
        <w:t>Model of Paradise June 22, 2014 · 1m 57s · at 2:43 · https://youtu.be/7jXD8E_dN-E?t=163</w:t>
      </w:r>
    </w:p>
    <w:p>
      <w:r>
        <w:rPr>
          <w:i/>
        </w:rPr>
        <w:t>“Is kainat mein jitni cheezein hum jaante hain, sab mein jode ka tareeqa hai”</w:t>
      </w:r>
    </w:p>
    <w:p>
      <w:r>
        <w:rPr>
          <w:sz w:val="20"/>
        </w:rPr>
        <w:t>2:43  is kainat mein jitni cheezein hum jante hain, woh sab mein jore jore ka ka tareeqa maujood hai.</w:t>
      </w:r>
      <w:r>
        <w:br/>
      </w:r>
      <w:r>
        <w:rPr>
          <w:sz w:val="20"/>
        </w:rPr>
        <w:t>2:52  maslan dekhiye, material world mein kya hai? har atom mein negative particle hote hain aur positive particle hote hain.</w:t>
      </w:r>
      <w:r>
        <w:br/>
      </w:r>
      <w:r>
        <w:rPr>
          <w:sz w:val="20"/>
        </w:rPr>
        <w:t>3:06  sirf negative particle ho, positive particle na ho, atom hi nahi banega.</w:t>
      </w:r>
      <w:r>
        <w:br/>
      </w:r>
      <w:r>
        <w:rPr>
          <w:sz w:val="20"/>
        </w:rPr>
        <w:t>3:13  yeh dono mein se koi aik na ho to atom nahi banega, aur phir duniya nahi hogi. aise hi dekhiye, yeh jo plant kingdom hai, darakhton ki duniya, wahan bhi darakhton mein male female hote hain.</w:t>
      </w:r>
      <w:r>
        <w:br/>
      </w:r>
      <w:r>
        <w:rPr>
          <w:sz w:val="20"/>
        </w:rPr>
        <w:t>3:33  agar male female na hon to darakht bhi nahi banega.</w:t>
      </w:r>
      <w:r>
        <w:br/>
      </w:r>
      <w:r>
        <w:rPr>
          <w:sz w:val="20"/>
        </w:rPr>
        <w:t>3:42  is liye ke male female na ho to phal nahi banega. phal nahi banega to darakht ka silsila kaise qaim hoga? aise hi dekhiye, haiwanat mein.</w:t>
      </w:r>
      <w:r>
        <w:br/>
      </w:r>
      <w:r>
        <w:rPr>
          <w:sz w:val="20"/>
        </w:rPr>
        <w:t>3:58  haiwanat mein bhi</w:t>
      </w:r>
      <w:r>
        <w:br/>
      </w:r>
      <w:r>
        <w:rPr>
          <w:sz w:val="20"/>
        </w:rPr>
        <w:t>4:02  hi animal aur she animal hota hai. agar agar dono na hon to haiwanat ki nasal khatm ho jaye.</w:t>
      </w:r>
      <w:r>
        <w:br/>
      </w:r>
      <w:r>
        <w:rPr>
          <w:sz w:val="20"/>
        </w:rPr>
        <w:t>4:11  t</w:t>
      </w:r>
      <w:r>
        <w:br/>
      </w:r>
      <w:r>
        <w:rPr>
          <w:sz w:val="20"/>
        </w:rPr>
        <w:t>4:12  theek hai, mamla insan ka hai. yahan bhi dekhiye, mard hota hai aur عورت bhi hoti hai. agar dono mein se koi ek na ho to insan ki nasal khatm ho jaye.</w:t>
      </w:r>
      <w:r>
        <w:br/>
      </w:r>
      <w:r>
        <w:rPr>
          <w:sz w:val="20"/>
        </w:rPr>
        <w:t>4:26  to poori duniya ka mutala batata hai ke duniya ka jo nizam hai, woh pair par base karta hai, pair system par.</w:t>
      </w:r>
    </w:p>
    <w:p>
      <w:pPr>
        <w:pStyle w:val="Heading2"/>
      </w:pPr>
      <w:r>
        <w:t>Why previous scriptures not preserved</w:t>
      </w:r>
    </w:p>
    <w:p>
      <w:r>
        <w:rPr>
          <w:color w:val="666666"/>
          <w:sz w:val="18"/>
        </w:rPr>
        <w:t>Preservation of The Quran 10 Oct 2021 - Prof. Farida Khanam · 1m 41s · at 0:12 · https://youtu.be/JCdmm6oays8?t=12</w:t>
      </w:r>
    </w:p>
    <w:p>
      <w:r>
        <w:rPr>
          <w:i/>
        </w:rPr>
        <w:t>“Aaj ka topic hai Hifazat-e-Quran”</w:t>
      </w:r>
    </w:p>
    <w:p>
      <w:r>
        <w:rPr>
          <w:sz w:val="20"/>
        </w:rPr>
        <w:t>0:12  bismillah rahman rahim. aaj ka topic hai hifazat-e-quran, yani hifazat-e-divine book ki.</w:t>
      </w:r>
      <w:r>
        <w:br/>
      </w:r>
      <w:r>
        <w:rPr>
          <w:sz w:val="20"/>
        </w:rPr>
        <w:t>0:24  to yeh aap log soch rahe honge ke kya matlab hai hifazat, kyun hifazat nahi ho pati. to Allah taala ne bohat saray, beshumar paighambar bheje, aur un ke sath, tamam paighambaron ke sath divine books nahi aayi theen, lekin bohat saray logon ke sath un ko Allah taala ne aasmani kitabein nazil kien.</w:t>
      </w:r>
      <w:r>
        <w:br/>
      </w:r>
      <w:r>
        <w:rPr>
          <w:sz w:val="20"/>
        </w:rPr>
        <w:t>0:49  lekin woh log, aik to un logon ke followers bohat kam thay, to is wajah se woh kitabein mehfooz na reh saken.</w:t>
      </w:r>
      <w:r>
        <w:br/>
      </w:r>
      <w:r>
        <w:rPr>
          <w:sz w:val="20"/>
        </w:rPr>
        <w:t>1:01  ab woh zamanay press ka tha nahi, to log by hand likhte thay aur memory mein yaad rakhte thay is ko.</w:t>
      </w:r>
      <w:r>
        <w:br/>
      </w:r>
      <w:r>
        <w:rPr>
          <w:sz w:val="20"/>
        </w:rPr>
        <w:t>1:11  to is ki wajah se, ab memory mein yaad rakhnay se, ab aaj kisi ne yaad kar liya, lekin is ke baad woh aik hamesha to aik aadmi rehta nahi zinda.</w:t>
      </w:r>
      <w:r>
        <w:br/>
      </w:r>
      <w:r>
        <w:rPr>
          <w:sz w:val="20"/>
        </w:rPr>
        <w:t>1:21  is ke baad kya hoga, is ke baad kya log itni seriously is ko apni memory mein rakhen ge aur is ko aagay barhayen ge. to is tarah se yeh jo hai bohat ziyada mushkil kaam tha hifazat karna Khuda ki kitab ki.</w:t>
      </w:r>
      <w:r>
        <w:br/>
      </w:r>
      <w:r>
        <w:rPr>
          <w:sz w:val="20"/>
        </w:rPr>
        <w:t>1:37  to by hand jo likhte the us mein bare masail the, kyunke insaan ki yeh kamzori hai ke jo baat us ki samajh mein nahi aati to us mein woh kuch na kuch izafa kar deta hai, kuch delete kar de ga, kuch add kar de ga.</w:t>
      </w:r>
    </w:p>
    <w:p>
      <w:pPr>
        <w:pStyle w:val="Heading2"/>
      </w:pPr>
      <w:r>
        <w:t>True gratitude vs. our tiny share of complaints</w:t>
      </w:r>
    </w:p>
    <w:p>
      <w:r>
        <w:rPr>
          <w:color w:val="666666"/>
          <w:sz w:val="18"/>
        </w:rPr>
        <w:t>Fasting Training for Discipline August 16, 2009 · 1m 44s · at 17:06 · https://youtu.be/sZw-RIqkF1c?t=1026</w:t>
      </w:r>
    </w:p>
    <w:p>
      <w:r>
        <w:rPr>
          <w:i/>
        </w:rPr>
        <w:t>“Sacha hamd kaise niklega uske dil se?”</w:t>
      </w:r>
    </w:p>
    <w:p>
      <w:r>
        <w:rPr>
          <w:sz w:val="20"/>
        </w:rPr>
        <w:t>17:06  sacha hamd kaisay niklay ga is kay dil say? jab har har waqt aap ko kisi say shikayat hai, kisi say aap ko takleef puhanch rahi hai to aap sacha hamd nahi kar sakay</w:t>
      </w:r>
      <w:r>
        <w:br/>
      </w:r>
      <w:r>
        <w:rPr>
          <w:sz w:val="20"/>
        </w:rPr>
        <w:t>17:18  e. lafz service karenge, aap lafz service sachay hamd karne ke liye aap ko sochna parega. to maine socha, socha, socha to mere nateejay pohancha ke insaan ki jin baaton ko le kar hum complaint bhi jeetay hain, shikayat bhi jeetay hain,</w:t>
      </w:r>
      <w:r>
        <w:br/>
      </w:r>
      <w:r>
        <w:rPr>
          <w:sz w:val="20"/>
        </w:rPr>
        <w:t>17:37  woh kya hain? woh zindagi ka less than one percent hai.</w:t>
      </w:r>
      <w:r>
        <w:br/>
      </w:r>
      <w:r>
        <w:rPr>
          <w:sz w:val="20"/>
        </w:rPr>
        <w:t>17:42  kisi ne kuch humein bura keh diya, kisi ne hamara farz kijiye ke hamara kapra chheen liya, kisi ne hum se kuch paise chheen liye.</w:t>
      </w:r>
      <w:r>
        <w:br/>
      </w:r>
      <w:r>
        <w:rPr>
          <w:sz w:val="20"/>
        </w:rPr>
        <w:t>17:55  is tarah ki cheezein hoti hain. ab zyada tar to munh se bolne ko le kar ke shikayat le kar baith jatay hain ke hum yeh kyun keh diya, woh kyun keh diya.</w:t>
      </w:r>
      <w:r>
        <w:br/>
      </w:r>
      <w:r>
        <w:rPr>
          <w:sz w:val="20"/>
        </w:rPr>
        <w:t>18:06  zindagi mein in cheezon ka hissa less than one percent hai.</w:t>
      </w:r>
      <w:r>
        <w:br/>
      </w:r>
      <w:r>
        <w:rPr>
          <w:sz w:val="20"/>
        </w:rPr>
        <w:t>18:11  ab Khuda ko aap dekhiye to more than 99 percent to Khuda ki boundaries hain.</w:t>
      </w:r>
      <w:r>
        <w:br/>
      </w:r>
      <w:r>
        <w:rPr>
          <w:sz w:val="20"/>
        </w:rPr>
        <w:t>18:19  jaise ke main bol raha hoon, aap sochiye, aap kisi ko sochein ke bolna kaisi ajeeb cheez hai. aadmi ne apne mind se socha, zabaan se us ne ada kiya,</w:t>
      </w:r>
      <w:r>
        <w:br/>
      </w:r>
      <w:r>
        <w:rPr>
          <w:sz w:val="20"/>
        </w:rPr>
        <w:t>18:32  phir hawa ke zariye se doosron tak woh cheez, woh views pohanchin,</w:t>
      </w:r>
      <w:r>
        <w:br/>
      </w:r>
      <w:r>
        <w:rPr>
          <w:sz w:val="20"/>
        </w:rPr>
        <w:t>18:38  phir kaan se aap ne suna, phir kaan ne bhi dimaagh tak pohanchaya to aap ne samjha is ko. yeh saari baatein aap sochiye to insaan se jo aap ko dukh pohancha hai, us se billion time zyada to aap ko Khuda se mil raha hai.</w:t>
      </w:r>
    </w:p>
    <w:p>
      <w:pPr>
        <w:pStyle w:val="Heading2"/>
      </w:pPr>
      <w:r>
        <w:t>Gradual creation purpose to activate human thinking</w:t>
      </w:r>
    </w:p>
    <w:p>
      <w:r>
        <w:rPr>
          <w:color w:val="666666"/>
          <w:sz w:val="18"/>
        </w:rPr>
        <w:t>Ramadan a Month of Study of Quran August 23, 2009 · 2m 18s · at 6:30 · https://youtu.be/8z-v68n7WuA?t=390</w:t>
      </w:r>
    </w:p>
    <w:p>
      <w:r>
        <w:rPr>
          <w:i/>
        </w:rPr>
        <w:t>“Allah ne duniya 15 billion saal mein banai”</w:t>
      </w:r>
    </w:p>
    <w:p>
      <w:r>
        <w:rPr>
          <w:sz w:val="20"/>
        </w:rPr>
        <w:t>6:30  ek taraf to yeh dunya jo banai to pandrah billion saal mein ja kar ke dunya bani. yani matter ko convert kiya Allah ne life mein to pandrah billion saal lag gaye.</w:t>
      </w:r>
      <w:r>
        <w:br/>
      </w:r>
      <w:r>
        <w:rPr>
          <w:sz w:val="20"/>
        </w:rPr>
        <w:t>6:45  dunya pehle matter thi bohat dinon tak. phir woh life mein convert hui insan bana. is mein pandrah billion saal lag gaye.</w:t>
      </w:r>
      <w:r>
        <w:br/>
      </w:r>
      <w:r>
        <w:rPr>
          <w:sz w:val="20"/>
        </w:rPr>
        <w:t>6:55  hazrat musa ko ek mo'jaza diya gaya tha ke unki jo laathi thi woh saanp ban gayi. yani matter convert ho gaya life mein.</w:t>
      </w:r>
      <w:r>
        <w:br/>
      </w:r>
      <w:r>
        <w:rPr>
          <w:sz w:val="20"/>
        </w:rPr>
        <w:t>7:06  woh to instantly hua. to why this difference? kyun hazrat musa ke zamane mein ek matter instantly life mein convert ho gaya?</w:t>
      </w:r>
      <w:r>
        <w:br/>
      </w:r>
      <w:r>
        <w:rPr>
          <w:sz w:val="20"/>
        </w:rPr>
        <w:t>7:19  to aise hi Khuda kar sakta tha ke sari universe jo hai achaanak ban jaye. Allah taala ko qudrat hai, ikhtiyar hai, power hai ke woh achaanak hi sari dunya bana de.</w:t>
      </w:r>
      <w:r>
        <w:br/>
      </w:r>
      <w:r>
        <w:rPr>
          <w:sz w:val="20"/>
        </w:rPr>
        <w:t>7:33  aisa nahi kiya kyun? woh is liye ke hum sochen. agar dunya achaanak ban jaye to is mein hum kya sochenge? musa ke a'sab par koi sochne ka wahan par nahi tha saman.</w:t>
      </w:r>
      <w:r>
        <w:br/>
      </w:r>
      <w:r>
        <w:rPr>
          <w:sz w:val="20"/>
        </w:rPr>
        <w:t>7:48  lekin yeh jo dunya bani hai pandrah saal mein, pandrah billion saal mein to sara laws hai yahan se wahan tak. is in laws ko jo hum kehte hain laws of nature.</w:t>
      </w:r>
      <w:r>
        <w:br/>
      </w:r>
      <w:r>
        <w:rPr>
          <w:sz w:val="20"/>
        </w:rPr>
        <w:t>8:00  isko insan ne discover kiya. hazaron saal se insan soch raha tha. aur phir jo aaj kal jo science ka zamana aaya hai newton se to pichhle char sau saal mein bohat zyada socha gaya.</w:t>
      </w:r>
      <w:r>
        <w:br/>
      </w:r>
      <w:r>
        <w:rPr>
          <w:sz w:val="20"/>
        </w:rPr>
        <w:t>8:13  to insaan ki soch ko activate karne ke liye. to to pandrah billion saal mein khuda ne banaya kyun insaan ki soch ko activate karne ke liye?</w:t>
      </w:r>
      <w:r>
        <w:br/>
      </w:r>
      <w:r>
        <w:rPr>
          <w:sz w:val="20"/>
        </w:rPr>
        <w:t>8:26  wohi aap na karein. wahi aap na karein to is maani hai ke aap ne kuch bhi nahi kiya. to saal bhar aap ko yeh karna chahiye ke aap is silsile mein roza rakhein.</w:t>
      </w:r>
      <w:r>
        <w:br/>
      </w:r>
      <w:r>
        <w:rPr>
          <w:sz w:val="20"/>
        </w:rPr>
        <w:t>8:37  yaani sochein. distraction se apne aap ko bachayein. yeh to saal bhar karna hai. lekin kam se kam yeh minimum hai.</w:t>
      </w:r>
    </w:p>
    <w:p>
      <w:pPr>
        <w:pStyle w:val="Heading2"/>
      </w:pPr>
      <w:r>
        <w:t>Lightning parable illustrates rejection of revelation</w:t>
      </w:r>
    </w:p>
    <w:p>
      <w:r>
        <w:rPr>
          <w:color w:val="666666"/>
          <w:sz w:val="18"/>
        </w:rPr>
        <w:t>2 20 29  Chapter Al Baqrah, Aug 02, 2015 · 2m 18s · at 3:47 · https://youtu.be/cTJGD7yxFyM?t=227</w:t>
      </w:r>
    </w:p>
    <w:p>
      <w:r>
        <w:rPr>
          <w:i/>
        </w:rPr>
        <w:t>“This parable of rain illustrates revelation”</w:t>
      </w:r>
    </w:p>
    <w:p>
      <w:r>
        <w:rPr>
          <w:sz w:val="20"/>
        </w:rPr>
        <w:t>3:47  ayat mili, aur kuch log aisay thay jo is ko accept na kar sakay, to tarah tarah ki is ke khilaaf baatein bolnay lagay. inhi ke baray mein yeh baat hai ke wahi ki roshni se un ko roshni nahi mili, kyunkay un ka zehan bigra hua tha. jin ko hum kehtay hain munafiq, yeh un ka bayan hai. to munafiq koi aisa nahi ke qadeem zamanay mein koi aik firqa tha jo munafiqat kar</w:t>
      </w:r>
      <w:r>
        <w:br/>
      </w:r>
      <w:r>
        <w:rPr>
          <w:sz w:val="20"/>
        </w:rPr>
        <w:t>4:17  ta tha.</w:t>
      </w:r>
      <w:r>
        <w:br/>
      </w:r>
      <w:r>
        <w:rPr>
          <w:sz w:val="20"/>
        </w:rPr>
        <w:t>4:21  nahin, har zamane mein yeh ek insani phenomena hai.</w:t>
      </w:r>
      <w:r>
        <w:br/>
      </w:r>
      <w:r>
        <w:rPr>
          <w:sz w:val="20"/>
        </w:rPr>
        <w:t>4:26  yeh insaan ka ek phenomena hai jo har zamane mein hota hai, aur hota rahega.</w:t>
      </w:r>
      <w:r>
        <w:br/>
      </w:r>
      <w:r>
        <w:rPr>
          <w:sz w:val="20"/>
        </w:rPr>
        <w:t>4:30  یعنی جو لوگ سچائی کو دل سے accept نہ کر پائیں، لیکن صاف صاف انکار بھی کرنے کی</w:t>
      </w:r>
      <w:r>
        <w:br/>
      </w:r>
      <w:r>
        <w:rPr>
          <w:sz w:val="20"/>
        </w:rPr>
        <w:t>4:34  himmat na un ke andar ho, un ko kehte hain munafiq.</w:t>
      </w:r>
      <w:r>
        <w:br/>
      </w:r>
      <w:r>
        <w:rPr>
          <w:sz w:val="20"/>
        </w:rPr>
        <w:t>4:39  to na to saaf saaf inkaar, aur na dil se manna is ko.</w:t>
      </w:r>
      <w:r>
        <w:br/>
      </w:r>
      <w:r>
        <w:rPr>
          <w:sz w:val="20"/>
        </w:rPr>
        <w:t>4:43  to tarah tarah ki baatein karte hain woh.</w:t>
      </w:r>
      <w:r>
        <w:br/>
      </w:r>
      <w:r>
        <w:rPr>
          <w:sz w:val="20"/>
        </w:rPr>
        <w:t>4:48  isi ko kaha gaya hai ke aisa lagta hai ke roshni se un ki aankhein chali jayengi, yaani chakaachaund ho jayengi. yaani un ki aankhein, ya un ka mind, tahammul nahi kar raha hai is sachai ko jo un ki khwahishat ke against mein hai. jo un ke jazbaat hain, us ke against mein hai. to tahammul nahi kar saka is ko, maanay. to tarah tarah ki baatein karte hain.</w:t>
      </w:r>
      <w:r>
        <w:br/>
      </w:r>
      <w:r>
        <w:rPr>
          <w:sz w:val="20"/>
        </w:rPr>
        <w:t>5:15  kullama adaa'a lahum mashawfiyh.</w:t>
      </w:r>
      <w:r>
        <w:br/>
      </w:r>
      <w:r>
        <w:rPr>
          <w:sz w:val="20"/>
        </w:rPr>
        <w:t>5:17  jab roshni hoti hai to chal padte hain.</w:t>
      </w:r>
      <w:r>
        <w:br/>
      </w:r>
      <w:r>
        <w:rPr>
          <w:sz w:val="20"/>
        </w:rPr>
        <w:t>5:20  waizaa azlama alayhim qamoo.</w:t>
      </w:r>
      <w:r>
        <w:br/>
      </w:r>
      <w:r>
        <w:rPr>
          <w:sz w:val="20"/>
        </w:rPr>
        <w:t>5:22  aur jab roshni na ho to theher jaate hain.</w:t>
      </w:r>
      <w:r>
        <w:br/>
      </w:r>
      <w:r>
        <w:rPr>
          <w:sz w:val="20"/>
        </w:rPr>
        <w:t>5:26  yeh lafzi taur par nahi, yeh baat kahi gayi hai.</w:t>
      </w:r>
      <w:r>
        <w:br/>
      </w:r>
      <w:r>
        <w:rPr>
          <w:sz w:val="20"/>
        </w:rPr>
        <w:t>5:29  yeh tamseel hai.</w:t>
      </w:r>
      <w:r>
        <w:br/>
      </w:r>
      <w:r>
        <w:rPr>
          <w:sz w:val="20"/>
        </w:rPr>
        <w:t>5:32  ke baarish ho, bijli chamak rahi ho, to aadmi aisa karega ke andhera hai, roshni hui to</w:t>
      </w:r>
      <w:r>
        <w:br/>
      </w:r>
      <w:r>
        <w:rPr>
          <w:sz w:val="20"/>
        </w:rPr>
        <w:t>5:36  chal pada, phir andhera hua to ruk gaya.</w:t>
      </w:r>
      <w:r>
        <w:br/>
      </w:r>
      <w:r>
        <w:rPr>
          <w:sz w:val="20"/>
        </w:rPr>
        <w:t>5:39  aise hi un ka haal hai.</w:t>
      </w:r>
      <w:r>
        <w:br/>
      </w:r>
      <w:r>
        <w:rPr>
          <w:sz w:val="20"/>
        </w:rPr>
        <w:t>5:42  ke kuch aayatain aisi agar un ko aati hain jo un ki samajh mein aata hai, jo un</w:t>
      </w:r>
      <w:r>
        <w:br/>
      </w:r>
      <w:r>
        <w:rPr>
          <w:sz w:val="20"/>
        </w:rPr>
        <w:t>5:46  ki khwahishat se takrati nahi hain, to aage badhte hain kuch.</w:t>
      </w:r>
      <w:r>
        <w:br/>
      </w:r>
      <w:r>
        <w:rPr>
          <w:sz w:val="20"/>
        </w:rPr>
        <w:t>5:49  jab dekhte hain ke aisi aayatain aa rahi</w:t>
      </w:r>
      <w:r>
        <w:br/>
      </w:r>
      <w:r>
        <w:rPr>
          <w:sz w:val="20"/>
        </w:rPr>
        <w:t>5:53  hain, aisi baatein kahi ja rahi hain, jo un ki khwahishat se takrati hain, jo un ko ghalat batati hain, to wahan par theher jatay hain, woh ruk jatay hain. yeh matlab hai is ka.</w:t>
      </w:r>
    </w:p>
    <w:p>
      <w:pPr>
        <w:pStyle w:val="Heading2"/>
      </w:pPr>
      <w:r>
        <w:t>Individual deconditioning: desire, temptation, the devil's pull</w:t>
      </w:r>
    </w:p>
    <w:p>
      <w:r>
        <w:rPr>
          <w:color w:val="666666"/>
          <w:sz w:val="18"/>
        </w:rPr>
        <w:t>How to Decondition One's Mind 27 December, 2009 · 2m 49s · at 32:28 · https://youtu.be/BGMkpCzMxB0?t=1948</w:t>
      </w:r>
    </w:p>
    <w:p>
      <w:r>
        <w:rPr>
          <w:i/>
        </w:rPr>
        <w:t>“Individual level par conditioning kya hai, aur deconditioning kaise ki jaati hai?”</w:t>
      </w:r>
    </w:p>
    <w:p>
      <w:r>
        <w:rPr>
          <w:sz w:val="20"/>
        </w:rPr>
        <w:t>32:28  to individual level par conditioning kya hai, aur is ki deconditioning kaise ki jati hai? quran mein hai ke "laqad khalaqnal insana fi asali taqwim, thumma rudna asfal safirin".</w:t>
      </w:r>
      <w:r>
        <w:br/>
      </w:r>
      <w:r>
        <w:rPr>
          <w:sz w:val="20"/>
        </w:rPr>
        <w:t>32:40  hum ne insaan ko paida kiya bohat achhe taqwim ke sath, bohat achhi shakhsiyat ke sath, phir is ko daal diya, is ko, yani, bilkul pasti mein,</w:t>
      </w:r>
      <w:r>
        <w:br/>
      </w:r>
      <w:r>
        <w:rPr>
          <w:sz w:val="20"/>
        </w:rPr>
        <w:t>32:55  pasti mein daal diya. pasti ka matlab kya hai?</w:t>
      </w:r>
      <w:r>
        <w:br/>
      </w:r>
      <w:r>
        <w:rPr>
          <w:sz w:val="20"/>
        </w:rPr>
        <w:t>32:58  dekhen, aap insaan kitna ajib o ghareeb makhlooq hai. aaj main soch raha tha ke Allah taala ne material world banai, stars, planet ka, phir Allah taala ne</w:t>
      </w:r>
      <w:r>
        <w:br/>
      </w:r>
      <w:r>
        <w:rPr>
          <w:sz w:val="20"/>
        </w:rPr>
        <w:t>33:14  solar system banaya, zameen banai, phir farishte banaye, phir jin banaye, phir insaan banaya. sab se ajib o ghareeb cheez hai insaan.</w:t>
      </w:r>
      <w:r>
        <w:br/>
      </w:r>
      <w:r>
        <w:rPr>
          <w:sz w:val="20"/>
        </w:rPr>
        <w:t>33:26  ajib o ghareeb quality is ke andar hai,</w:t>
      </w:r>
      <w:r>
        <w:br/>
      </w:r>
      <w:r>
        <w:rPr>
          <w:sz w:val="20"/>
        </w:rPr>
        <w:t>33:30  ajib o ghareeb quality. apni aqal ko istemal kar ke woh 15 billion saal peechhe tak dekh sakta hai. apni aqal ko istemal kar ke kisi cheez ko million time magnify kar ke dekh sakta hai.</w:t>
      </w:r>
      <w:r>
        <w:br/>
      </w:r>
      <w:r>
        <w:rPr>
          <w:sz w:val="20"/>
        </w:rPr>
        <w:t>33:42  dekhen, kaisi ajib o ghareeb aqal hai insaan ki. woh pani mein daudta hai, hawaon mein parwaz karta hai, lekin daal diya is ko pasti mein.</w:t>
      </w:r>
      <w:r>
        <w:br/>
      </w:r>
      <w:r>
        <w:rPr>
          <w:sz w:val="20"/>
        </w:rPr>
        <w:t>33:54  kya matlab is ka hai? pasti ka</w:t>
      </w:r>
      <w:r>
        <w:br/>
      </w:r>
      <w:r>
        <w:rPr>
          <w:sz w:val="20"/>
        </w:rPr>
        <w:t>33:57  matlab hai ke insaan ko paida kiya Allah taala ne desire ke sath, temptation ke sath. is ka shikar ho jata hai insaan, insaan is ka shikar ho jata hai.</w:t>
      </w:r>
      <w:r>
        <w:br/>
      </w:r>
      <w:r>
        <w:rPr>
          <w:sz w:val="20"/>
        </w:rPr>
        <w:t>34:11  yeh bohat zabardast salahiyaten is ke andar, insaan ke andar hain, bohat zabardast salahiyaten hain. lekin desire ka shikar ho kar ke bhag jata hai, temptation ka shikar ho kar bhag jata hai, shaitan ke behkawe ka shikar ho kar bhag jata hai.</w:t>
      </w:r>
      <w:r>
        <w:br/>
      </w:r>
      <w:r>
        <w:rPr>
          <w:sz w:val="20"/>
        </w:rPr>
        <w:t>34:24  to jo deviation hota hai, deviation isi ko kaha gaya hai.</w:t>
      </w:r>
      <w:r>
        <w:br/>
      </w:r>
      <w:r>
        <w:rPr>
          <w:sz w:val="20"/>
        </w:rPr>
        <w:t>34:28  pasti mein daal diya, jo distraction hota hai, jo deviation hota hai,</w:t>
      </w:r>
      <w:r>
        <w:br/>
      </w:r>
      <w:r>
        <w:rPr>
          <w:sz w:val="20"/>
        </w:rPr>
        <w:t>34:36  pasti mein daalne ka matlab koi material sense mein nahi hai ke garhe mein daal diya. nahi, sari behtareen qualities ke sath paida kiya, lekin is ke baad kya hai?</w:t>
      </w:r>
      <w:r>
        <w:br/>
      </w:r>
      <w:r>
        <w:rPr>
          <w:sz w:val="20"/>
        </w:rPr>
        <w:t>34:46  is ko is ke dil mein desire daal di, is ke andar temptation daal diya, is paas ke shaitan daudne lage</w:t>
      </w:r>
      <w:r>
        <w:br/>
      </w:r>
      <w:r>
        <w:rPr>
          <w:sz w:val="20"/>
        </w:rPr>
        <w:t>34:54  taake is ko deviate karen, taake woh distract karen, is ko sachai se hata kar batil ke raste par dauren. is ko yeh matlab hai is ka.</w:t>
      </w:r>
      <w:r>
        <w:br/>
      </w:r>
      <w:r>
        <w:rPr>
          <w:sz w:val="20"/>
        </w:rPr>
        <w:t>35:05  to yeh hai individual level ki deconditioning. individual level ki deconditioning hai ke aap, aap jaise hi aap ko shaitan behkaye, jaldi se aap jaan len ke yahan shaitan behka raha hai.</w:t>
      </w:r>
    </w:p>
    <w:p>
      <w:pPr>
        <w:pStyle w:val="Heading2"/>
      </w:pPr>
      <w:r>
        <w:t>Failure of conflict approach in Palestine and Kashmir</w:t>
      </w:r>
    </w:p>
    <w:p>
      <w:r>
        <w:rPr>
          <w:color w:val="666666"/>
          <w:sz w:val="18"/>
        </w:rPr>
        <w:t>How to Manage Controversy 10 Nov 2019 - Maulana Wahiduddin Khan · 1m 53s · at 3:44 · https://youtu.be/UafTzJXHrSA?t=224</w:t>
      </w:r>
    </w:p>
    <w:p>
      <w:r>
        <w:rPr>
          <w:i/>
        </w:rPr>
        <w:t>“آپ دیکھ لیجیے، فلسطین کا مسئلہ”</w:t>
      </w:r>
    </w:p>
    <w:p>
      <w:r>
        <w:rPr>
          <w:sz w:val="20"/>
        </w:rPr>
        <w:t>3:44  aap dekh lijeye, falasteen ka masla. aur kashmir ka masla. beshumar qurbaniyan dene ke bawajood.</w:t>
      </w:r>
      <w:r>
        <w:br/>
      </w:r>
      <w:r>
        <w:rPr>
          <w:sz w:val="20"/>
        </w:rPr>
        <w:t>4:00  ab tak. satisfactory hue, satisfactory tareeqe par kuch hua nahi. kyunke hamara leaderon ne.</w:t>
      </w:r>
      <w:r>
        <w:br/>
      </w:r>
      <w:r>
        <w:rPr>
          <w:sz w:val="20"/>
        </w:rPr>
        <w:t>4:13  self decided leader. ne naza ke zariye se masle ko hal karna chaha.</w:t>
      </w:r>
      <w:r>
        <w:br/>
      </w:r>
      <w:r>
        <w:rPr>
          <w:sz w:val="20"/>
        </w:rPr>
        <w:t>4:30  mera mizaj yeh hai ke main har masle ko. quran ke. andaaz mein sochta hoon.</w:t>
      </w:r>
      <w:r>
        <w:br/>
      </w:r>
      <w:r>
        <w:rPr>
          <w:sz w:val="20"/>
        </w:rPr>
        <w:t>4:40  quran o sunnat. to main ne is. quraani. hukum ko apply kiya har mauqe par.</w:t>
      </w:r>
      <w:r>
        <w:br/>
      </w:r>
      <w:r>
        <w:rPr>
          <w:sz w:val="20"/>
        </w:rPr>
        <w:t>4:52  har mauqe par. yaani. masla paida hote hi. yeh koshish ki. ke naza banne se pehle hi woh.</w:t>
      </w:r>
      <w:r>
        <w:br/>
      </w:r>
      <w:r>
        <w:rPr>
          <w:sz w:val="20"/>
        </w:rPr>
        <w:t>5:06  hal ho jaye.</w:t>
      </w:r>
      <w:r>
        <w:br/>
      </w:r>
      <w:r>
        <w:rPr>
          <w:sz w:val="20"/>
        </w:rPr>
        <w:t>5:10  is ko hote hain. management. management. yaani naza ko naza ke andaaz mein hal.</w:t>
      </w:r>
      <w:r>
        <w:br/>
      </w:r>
      <w:r>
        <w:rPr>
          <w:sz w:val="20"/>
        </w:rPr>
        <w:t>5:24  karne se hamesha main ne logon ko roka. balkay naza ko management ke andaaz mein hal karne ka tareeqa bataya.</w:t>
      </w:r>
    </w:p>
    <w:p>
      <w:pPr>
        <w:pStyle w:val="Heading2"/>
      </w:pPr>
      <w:r>
        <w:t>Khuffain fatwa shows partial tajdeed vs real revival</w:t>
      </w:r>
    </w:p>
    <w:p>
      <w:r>
        <w:rPr>
          <w:color w:val="666666"/>
          <w:sz w:val="18"/>
        </w:rPr>
        <w:t>Revival of Islam November 7, 2010 · 1m 36s · at 7:37 · https://youtu.be/-aRS72WUTR8?t=457</w:t>
      </w:r>
    </w:p>
    <w:p>
      <w:r>
        <w:rPr>
          <w:i/>
        </w:rPr>
        <w:t>“Ek Arab aalim ne kaha, khafain par masah karna wajib hai”</w:t>
      </w:r>
    </w:p>
    <w:p>
      <w:r>
        <w:rPr>
          <w:sz w:val="20"/>
        </w:rPr>
        <w:t>7:37  isi tarah se dekhiye, ek arab aalim ne is zamaney mein aisa hua ke log khuffain, ya'ni is par jo moza pehna jata hai,</w:t>
      </w:r>
      <w:r>
        <w:br/>
      </w:r>
      <w:r>
        <w:rPr>
          <w:sz w:val="20"/>
        </w:rPr>
        <w:t>7:55  chamre waghera ka, tu is par masah karna logon ne usko samajh liya tha ke yeh ghair afzal hai.</w:t>
      </w:r>
      <w:r>
        <w:br/>
      </w:r>
      <w:r>
        <w:rPr>
          <w:sz w:val="20"/>
        </w:rPr>
        <w:t>8:07  kyun ke aap jante hain ke agar aadmi wuzu karke khuffain, ya'ni moza pehnale, tu pa'on dhone ki zaroorat nahi hai, oopar se woh masah kar sakta hai.</w:t>
      </w:r>
      <w:r>
        <w:br/>
      </w:r>
      <w:r>
        <w:rPr>
          <w:sz w:val="20"/>
        </w:rPr>
        <w:t>8:19  tu ek ek zamaney mein aisa hua tha ke usko log ghair aham samajhne lage, ghair afzal samajhne lage.</w:t>
      </w:r>
      <w:r>
        <w:br/>
      </w:r>
      <w:r>
        <w:rPr>
          <w:sz w:val="20"/>
        </w:rPr>
        <w:t>8:28  tu ek aalim ne fatwa diya: al mas'hu 'ala al khuffain wajib</w:t>
      </w:r>
      <w:r>
        <w:br/>
      </w:r>
      <w:r>
        <w:rPr>
          <w:sz w:val="20"/>
        </w:rPr>
        <w:t>8:34  khuffain par masah karna wajib hai. tu agar che wajib nahi hai, woh sirf rukhsat hai. lekin unhon ne usko emphasize karne ke liye, usko aur mu'aqqat karne ke liye, unhon ne aisa kiya ke yeh fatwa diya ke al mas'hu 'ala al khuffain wajib taake log zaroor karen.</w:t>
      </w:r>
      <w:r>
        <w:br/>
      </w:r>
      <w:r>
        <w:rPr>
          <w:sz w:val="20"/>
        </w:rPr>
        <w:t>8:54  tu ek hai yeh tajdeed. is tarah ki tajdeed ke kaam bar bar hote rahe hain tareekh mein.</w:t>
      </w:r>
      <w:r>
        <w:br/>
      </w:r>
      <w:r>
        <w:rPr>
          <w:sz w:val="20"/>
        </w:rPr>
        <w:t>9:02  lekin yeh woh asal tajdeed nahi hai jo mo'ajza an hum matloob hai. yeh tu bohat juzwi tajdeed hai. is se ummat zinda nahi ho jayegi.</w:t>
      </w:r>
    </w:p>
    <w:p>
      <w:pPr>
        <w:pStyle w:val="Heading2"/>
      </w:pPr>
      <w:r>
        <w:t>Hadith of Umar rejecting wudu condition</w:t>
      </w:r>
    </w:p>
    <w:p>
      <w:r>
        <w:rPr>
          <w:color w:val="666666"/>
          <w:sz w:val="18"/>
        </w:rPr>
        <w:t>Dars-e-Quran, Chapter 25, V. 1 (Spreading Quran) September 9, 2018 · 2m 05s · at 8:08 · https://youtu.be/zf3V6LP2Qg0?t=488</w:t>
      </w:r>
    </w:p>
    <w:p>
      <w:r>
        <w:rPr>
          <w:i/>
        </w:rPr>
        <w:t>“Main aapko ek hadees sunata hoon jo Muwatta mein hai”</w:t>
      </w:r>
    </w:p>
    <w:p>
      <w:r>
        <w:rPr>
          <w:sz w:val="20"/>
        </w:rPr>
        <w:t>8:08  baaz ulma to is ko bukhari se zyada sahih kitab mante hain. is mein yeh riwayat hai. 23 barwat parhiye:</w:t>
      </w:r>
      <w:r>
        <w:br/>
      </w:r>
      <w:r>
        <w:rPr>
          <w:sz w:val="20"/>
        </w:rPr>
        <w:t>8:20  "an malik, ayub sakhtiyani se, muhammad ibn sirin se, ke amirul momineen umar ibn al-khattab ek qaum mein the aur woh log quran padh rahe the. phir woh zaroorat ke liye gaye, phir wapas aaye aur quran padh rahe the. to ek aadmi ne kaha, aye amirul momineen, aap quran padh rahe hain aur aap ne wazu nahi kiya hai".</w:t>
      </w:r>
      <w:r>
        <w:br/>
      </w:r>
      <w:r>
        <w:rPr>
          <w:sz w:val="20"/>
        </w:rPr>
        <w:t>8:42  to umar ne kaha, tum ko kis ne is cheez ka fatwa diya hai? kya musailmah ne fatwa diya hai? maut imam malik, asar number 684.</w:t>
      </w:r>
      <w:r>
        <w:br/>
      </w:r>
      <w:r>
        <w:rPr>
          <w:sz w:val="20"/>
        </w:rPr>
        <w:t>8:52  malik ayub sakhtiyani se riwayat karte hain, woh muhammad ibn sirin se ke umar bin khattab ek jamaat mein the aur woh log quran padh rahe the.</w:t>
      </w:r>
      <w:r>
        <w:br/>
      </w:r>
      <w:r>
        <w:rPr>
          <w:sz w:val="20"/>
        </w:rPr>
        <w:t>9:04  umar zaroorat ke liye gaye, phir wapas aaye aur quran padhte rahe. to ek aadmi ne kaha: "aye amirul momineen, aap quran padh rahe hain aur aap ne wazu nahi kiya hai".</w:t>
      </w:r>
      <w:r>
        <w:br/>
      </w:r>
      <w:r>
        <w:rPr>
          <w:sz w:val="20"/>
        </w:rPr>
        <w:t>9:17  to umar ne kaha: "tum ko kis ne is cheez ka fatwa diya hai? kya masailmah ne fatwa diya hai?"</w:t>
      </w:r>
      <w:r>
        <w:br/>
      </w:r>
      <w:r>
        <w:rPr>
          <w:sz w:val="20"/>
        </w:rPr>
        <w:t>9:25  masailmah jaate kaun hain? masailmah ne nubuwat ka dawa kiya tha. nubuwat ka dawa jo kare, woh islam mein bohat zyada galat samjha jata hai.</w:t>
      </w:r>
      <w:r>
        <w:br/>
      </w:r>
      <w:r>
        <w:rPr>
          <w:sz w:val="20"/>
        </w:rPr>
        <w:t>9:43  isko kehte hain musailmah kazzab,</w:t>
      </w:r>
      <w:r>
        <w:br/>
      </w:r>
      <w:r>
        <w:rPr>
          <w:sz w:val="20"/>
        </w:rPr>
        <w:t>9:49  yaani bohat jhoot bolne wala musailmah. to hazrat umar ne kaha ke: "yeh masla jo hai, kya tum ko masailmah ne, masailmah kazzab ne bataya hai?" matlab yeh ke yeh shart hi nahi hai ke wazu karo to padho mun mat ko.</w:t>
      </w:r>
    </w:p>
    <w:p>
      <w:pPr>
        <w:pStyle w:val="Heading2"/>
      </w:pPr>
      <w:r>
        <w:t>Lawyer's lesson: we cannot afford a single mistake</w:t>
      </w:r>
    </w:p>
    <w:p>
      <w:r>
        <w:rPr>
          <w:color w:val="666666"/>
          <w:sz w:val="18"/>
        </w:rPr>
        <w:t>Month of Spirituality July 28, 2013 · 1m 48s · at 34:31 · https://youtu.be/p4MM2gjJBxA?t=2071</w:t>
      </w:r>
    </w:p>
    <w:p>
      <w:r>
        <w:rPr>
          <w:i/>
        </w:rPr>
        <w:t>“Main ek senior wakeel ke ghar gaya”</w:t>
      </w:r>
    </w:p>
    <w:p>
      <w:r>
        <w:rPr>
          <w:sz w:val="20"/>
        </w:rPr>
        <w:t>34:31  aise hi mein ek baar ek ek wakeel ke haan gaya.</w:t>
      </w:r>
      <w:r>
        <w:br/>
      </w:r>
      <w:r>
        <w:rPr>
          <w:sz w:val="20"/>
        </w:rPr>
        <w:t>34:37  woh bhi senior wakeel tha. toh mein ne dekha un ke kamre mein sab law ki kitabein hain. law ki, qanoon ki kitabein.</w:t>
      </w:r>
      <w:r>
        <w:br/>
      </w:r>
      <w:r>
        <w:rPr>
          <w:sz w:val="20"/>
        </w:rPr>
        <w:t>34:47  un ki mez par bhi qanoon ki kitabein phaili hui thi. toh mein ne kaha ke aap senior wakeel hain. aap abhi bhi itna ziyada qanoon ko padhte hain.</w:t>
      </w:r>
      <w:r>
        <w:br/>
      </w:r>
      <w:r>
        <w:rPr>
          <w:sz w:val="20"/>
        </w:rPr>
        <w:t>35:00  toh us ne kaha ke jab hum judge ke samne khade hote hain</w:t>
      </w:r>
      <w:r>
        <w:br/>
      </w:r>
      <w:r>
        <w:rPr>
          <w:sz w:val="20"/>
        </w:rPr>
        <w:t>35:08  toh hum ek kisi ghalti ko afford nahi kar sakte. kyunke ek ek lafz agar hum munh se hamara ghalt nikal gaya toh wahi hamara case bigad jayega.</w:t>
      </w:r>
      <w:r>
        <w:br/>
      </w:r>
      <w:r>
        <w:rPr>
          <w:sz w:val="20"/>
        </w:rPr>
        <w:t>35:23  kaisi ajeeb baat kahi us ne.</w:t>
      </w:r>
      <w:r>
        <w:br/>
      </w:r>
      <w:r>
        <w:rPr>
          <w:sz w:val="20"/>
        </w:rPr>
        <w:t>35:28  we cannot afford a single mistake kyunke isi ek lafz ki bina par agar yaani isi hum yaani is ek lafz ki bina par hamara case bigad sakta hai.</w:t>
      </w:r>
      <w:r>
        <w:br/>
      </w:r>
      <w:r>
        <w:rPr>
          <w:sz w:val="20"/>
        </w:rPr>
        <w:t>35:44  aur faisla hamare khilaf ho sakta hai. toh hum ko bohat ziyada padhna padta hai. bohat ziyada ba-khabar hona padta hai.</w:t>
      </w:r>
      <w:r>
        <w:br/>
      </w:r>
      <w:r>
        <w:rPr>
          <w:sz w:val="20"/>
        </w:rPr>
        <w:t>35:52  aap ghor kijiye ke ek case mein jeetne ke liye dunya ke ek case mein jeetne ke liye jis se us ko kuch paise milte hain us ke liye wakeel itna itna ziyada sanjeeda hai.</w:t>
      </w:r>
      <w:r>
        <w:br/>
      </w:r>
      <w:r>
        <w:rPr>
          <w:sz w:val="20"/>
        </w:rPr>
        <w:t>36:05  itna ziyada serious hai. toh aap ka mamla toh allah ka mamla hai. eternal life mamla hai. jannat jahannum ka mamla hai.</w:t>
      </w:r>
      <w:r>
        <w:br/>
      </w:r>
      <w:r>
        <w:rPr>
          <w:sz w:val="20"/>
        </w:rPr>
        <w:t>36:15  toh aap kitna ziyada serious honge.</w:t>
      </w:r>
    </w:p>
    <w:p>
      <w:pPr>
        <w:pStyle w:val="Heading2"/>
      </w:pPr>
      <w:r>
        <w:t>Beard optional legally, important practically</w:t>
      </w:r>
    </w:p>
    <w:p>
      <w:r>
        <w:rPr>
          <w:color w:val="666666"/>
          <w:sz w:val="18"/>
        </w:rPr>
        <w:t>Islam and Peace (In Conversation with Maulana) · 1m 45s · at 14:32 · https://youtu.be/vFVw6wPt5lk?t=872</w:t>
      </w:r>
    </w:p>
    <w:p>
      <w:r>
        <w:rPr>
          <w:i/>
        </w:rPr>
        <w:t>“No. Beard is not mandatory.”</w:t>
      </w:r>
    </w:p>
    <w:p>
      <w:r>
        <w:rPr>
          <w:sz w:val="20"/>
        </w:rPr>
        <w:t>14:32  Maulana, is growing beard mandatory in Islam? No. Beard is not mandatory.</w:t>
      </w:r>
      <w:r>
        <w:br/>
      </w:r>
      <w:r>
        <w:rPr>
          <w:sz w:val="20"/>
        </w:rPr>
        <w:t>14:41  It is optional.</w:t>
      </w:r>
      <w:r>
        <w:br/>
      </w:r>
      <w:r>
        <w:rPr>
          <w:sz w:val="20"/>
        </w:rPr>
        <w:t>14:51  But legally, it is optional. It is not mandatory. But there is another importance of beard.</w:t>
      </w:r>
      <w:r>
        <w:br/>
      </w:r>
      <w:r>
        <w:rPr>
          <w:sz w:val="20"/>
        </w:rPr>
        <w:t>15:00  That is practical importance.</w:t>
      </w:r>
      <w:r>
        <w:br/>
      </w:r>
      <w:r>
        <w:rPr>
          <w:sz w:val="20"/>
        </w:rPr>
        <w:t>15:03  In practical terms, beard is very important because beard is a symbol of serenity, sincerity.</w:t>
      </w:r>
      <w:r>
        <w:br/>
      </w:r>
      <w:r>
        <w:rPr>
          <w:sz w:val="20"/>
        </w:rPr>
        <w:t>15:17  So in this sense, beard is very important. And this aspect of beard is so important that you see that many secular people keep beard,</w:t>
      </w:r>
      <w:r>
        <w:br/>
      </w:r>
      <w:r>
        <w:rPr>
          <w:sz w:val="20"/>
        </w:rPr>
        <w:t>15:37  although they are irreligious. They do not believe in religion. They do not believe in religion. They do not believe in Islam.</w:t>
      </w:r>
      <w:r>
        <w:br/>
      </w:r>
      <w:r>
        <w:rPr>
          <w:sz w:val="20"/>
        </w:rPr>
        <w:t>15:45  But they keep beard because it is a symbol of sincerity, a symbol of seriousness, a symbol of sanity.</w:t>
      </w:r>
      <w:r>
        <w:br/>
      </w:r>
      <w:r>
        <w:rPr>
          <w:sz w:val="20"/>
        </w:rPr>
        <w:t>15:59  So legally, it is optional. But in practical sense, it is very important. Maulana, if birth and death are controlled by God, then why is it said that God will punish those who will commit suicide?</w:t>
      </w:r>
    </w:p>
    <w:p>
      <w:pPr>
        <w:pStyle w:val="Heading2"/>
      </w:pPr>
      <w:r>
        <w:t>South Africa khilafah dream story exposes flawed Muslim thinking</w:t>
      </w:r>
    </w:p>
    <w:p>
      <w:r>
        <w:rPr>
          <w:color w:val="666666"/>
          <w:sz w:val="18"/>
        </w:rPr>
        <w:t>The Purpose of Creation March 30, 2008 · 1m 30s · at 12:08 · https://youtu.be/ORcTSPLvyn0?t=728</w:t>
      </w:r>
    </w:p>
    <w:p>
      <w:r>
        <w:rPr>
          <w:i/>
        </w:rPr>
        <w:t>“Ek sahab South Africa se aaye”</w:t>
      </w:r>
    </w:p>
    <w:p>
      <w:r>
        <w:rPr>
          <w:sz w:val="20"/>
        </w:rPr>
        <w:t>12:08  isi zamane mein yeh nazariya bana ke ke musalman jo hain woh khalifat-ullah fil-ard hain. abhi ek bohat hi interesting qissa hua.</w:t>
      </w:r>
      <w:r>
        <w:br/>
      </w:r>
      <w:r>
        <w:rPr>
          <w:sz w:val="20"/>
        </w:rPr>
        <w:t>12:18  ek sahab South Africa se aaye.</w:t>
      </w:r>
      <w:r>
        <w:br/>
      </w:r>
      <w:r>
        <w:rPr>
          <w:sz w:val="20"/>
        </w:rPr>
        <w:t>12:23  to unhone kaha ke hum hamara jo mission hai woh hai khilafat ka mission.</w:t>
      </w:r>
      <w:r>
        <w:br/>
      </w:r>
      <w:r>
        <w:rPr>
          <w:sz w:val="20"/>
        </w:rPr>
        <w:t>12:31  khilafat ka mission. yani khilafat qaim karna. musalmanon ki khilafat. to hamare sath ek sahab baithe hue thay.</w:t>
      </w:r>
      <w:r>
        <w:br/>
      </w:r>
      <w:r>
        <w:rPr>
          <w:sz w:val="20"/>
        </w:rPr>
        <w:t>12:42  unhone poocha ke South Africa mein kitna percentage hai musalmanon ka? to unhone kaha ke five five aur six percent.</w:t>
      </w:r>
      <w:r>
        <w:br/>
      </w:r>
      <w:r>
        <w:rPr>
          <w:sz w:val="20"/>
        </w:rPr>
        <w:t>12:53  to unhone kaha ke jab aap sirf panch percent ya chhe percent hain to how you can establish khilafat in South Africa? itni tiny minority mein hote hue aap wahan par musalmanon ki khilafat kaise qaim karenge?</w:t>
      </w:r>
      <w:r>
        <w:br/>
      </w:r>
      <w:r>
        <w:rPr>
          <w:sz w:val="20"/>
        </w:rPr>
        <w:t>13:11  to iske baad ek purjosh taqreer ki. unhone jo mein to samjha nahi ke kya keh rahe hain woh kaise mumkin ho jayega? to cheez kya hai</w:t>
      </w:r>
      <w:r>
        <w:br/>
      </w:r>
      <w:r>
        <w:rPr>
          <w:sz w:val="20"/>
        </w:rPr>
        <w:t>13:20  ? framework jo bana hakim aur mahkoom ka equation ke basis par woh aaj tak continue kar raha hai.</w:t>
      </w:r>
      <w:r>
        <w:br/>
      </w:r>
      <w:r>
        <w:rPr>
          <w:sz w:val="20"/>
        </w:rPr>
        <w:t>13:31  abhi tak woh badla nahi. yeh hai sab se badi museebat.</w:t>
      </w:r>
    </w:p>
    <w:p>
      <w:pPr>
        <w:pStyle w:val="Heading2"/>
      </w:pPr>
      <w:r>
        <w:t>Uncovering meaning of Quran abandonment</w:t>
      </w:r>
    </w:p>
    <w:p>
      <w:r>
        <w:rPr>
          <w:color w:val="666666"/>
          <w:sz w:val="18"/>
        </w:rPr>
        <w:t>Quran: A Book of Guidance | August 3, 2014 · 2m 03s · at 2:53 · https://youtu.be/OO6VwFy9Nto?t=173</w:t>
      </w:r>
    </w:p>
    <w:p>
      <w:r>
        <w:rPr>
          <w:i/>
        </w:rPr>
        <w:t>“That is when the ummah will make the Quran an abandoned book.”</w:t>
      </w:r>
    </w:p>
    <w:p>
      <w:r>
        <w:rPr>
          <w:sz w:val="20"/>
        </w:rPr>
        <w:t>2:53  woh hai jab koi quran ko ummat chhor degi, quran ko abandoned book bana degi. main bohat der se soch raha tha is ka matlab kya hai, kyunke tafseeron mein yeh baat to wazeh hai ke yahan rasool se murad Muhammad sallallahu alaihi wasallam hain, aur yeh baat aap kahenge qyamat mein, aur apne baad ki jo ummat hai, rasool Allah ke baad ki jo ummat hai,</w:t>
      </w:r>
      <w:r>
        <w:br/>
      </w:r>
      <w:r>
        <w:rPr>
          <w:sz w:val="20"/>
        </w:rPr>
        <w:t>3:23  to woh apne baad ke zamane mein quran ko chhor degi. yeh baatein tafseeron mein likhi hui hain, lekin chhorne ka matlab kya hai, yeh wazeh nahi. chhorne ka matlab kya hai, yeh wazeh nahi. to aaj ek waqea guzra jis se mujhe ek clue mila, ek clue jis se maine samjha ke</w:t>
      </w:r>
      <w:r>
        <w:br/>
      </w:r>
      <w:r>
        <w:rPr>
          <w:sz w:val="20"/>
        </w:rPr>
        <w:t>3:53  is ka matlab yeh hai. woh matlab hai quran ko re-apply na kar sakna. dekhiye, yeh ek waqea hai ke zamana badalta hai hamesha. jaise hazrat ibrahim ke zamane mein kaba buton se pak tha, rasool Allah aaye to us mein but sainkaron ki tadad mein maujood the, to zamana badal gaya.</w:t>
      </w:r>
      <w:r>
        <w:br/>
      </w:r>
      <w:r>
        <w:rPr>
          <w:sz w:val="20"/>
        </w:rPr>
        <w:t>4:26  to zamana hamesha badalta hai. to is ayat ka matlab yeh hai ke rasool Allah yeh farma rahe hain ke baad ke zamane mein meri ummat quran ka re-application daryaft na kar saki, bhatakti rahi woh. is tarah is ne quran ko abandoned book bana diya. in terms of re-application,</w:t>
      </w:r>
    </w:p>
    <w:p>
      <w:pPr>
        <w:pStyle w:val="Heading2"/>
      </w:pPr>
      <w:r>
        <w:t>Forgiveness requires creativity and tadabbur</w:t>
      </w:r>
    </w:p>
    <w:p>
      <w:r>
        <w:rPr>
          <w:color w:val="666666"/>
          <w:sz w:val="18"/>
        </w:rPr>
        <w:t>Question and Answer April 07, 2020 Maulana Wahiduddin Khan · 1m 23s · at 2:27 · https://youtu.be/_GFv068coXA?t=147</w:t>
      </w:r>
    </w:p>
    <w:p>
      <w:r>
        <w:rPr>
          <w:i/>
        </w:rPr>
        <w:t>“Maslan dekhen aaj main soch raha tha ke Quran ki ek aayat hai”</w:t>
      </w:r>
    </w:p>
    <w:p>
      <w:r>
        <w:rPr>
          <w:sz w:val="20"/>
        </w:rPr>
        <w:t>2:27  misalan dekhiye aaj mein soch raha tha ke quran ki ek ayat hai: qul ya ibad allazina asrafu ala anfusihim la takhafaw min rahmatillah fainnalaha yaghfirudh dhunuba jami'a</w:t>
      </w:r>
      <w:r>
        <w:br/>
      </w:r>
      <w:r>
        <w:rPr>
          <w:sz w:val="20"/>
        </w:rPr>
        <w:t>2:43  kaho</w:t>
      </w:r>
      <w:r>
        <w:br/>
      </w:r>
      <w:r>
        <w:rPr>
          <w:sz w:val="20"/>
        </w:rPr>
        <w:t>2:45  kaho ay bando jinho ne apni janon par zulm kiya hai</w:t>
      </w:r>
      <w:r>
        <w:br/>
      </w:r>
      <w:r>
        <w:rPr>
          <w:sz w:val="20"/>
        </w:rPr>
        <w:t>2:53  la taqnato min rahmatillah Allah ki rehmat se mayoos na ho.</w:t>
      </w:r>
      <w:r>
        <w:br/>
      </w:r>
      <w:r>
        <w:rPr>
          <w:sz w:val="20"/>
        </w:rPr>
        <w:t>3:02  kyunke Allah sare gunahon ko bakhsne wala hai.</w:t>
      </w:r>
      <w:r>
        <w:br/>
      </w:r>
      <w:r>
        <w:rPr>
          <w:sz w:val="20"/>
        </w:rPr>
        <w:t>3:11  ab dekhen bohat ajib baat yeh hai ke sare gunah bakhsh diye jayen ge to kaise? ke aap apne aap idhar log gunah karen ge aur idhar auto button den ge to sab maaf kar diya jayega.</w:t>
      </w:r>
      <w:r>
        <w:br/>
      </w:r>
      <w:r>
        <w:rPr>
          <w:sz w:val="20"/>
        </w:rPr>
        <w:t>3:29  to is saal jo hai wo is mein nahi hai.</w:t>
      </w:r>
      <w:r>
        <w:br/>
      </w:r>
      <w:r>
        <w:rPr>
          <w:sz w:val="20"/>
        </w:rPr>
        <w:t>3:34  fa innallaha yakhfurul dhunuba jami'an kyunke Allah maghfirat karne wala hai tamam hi gunahon ki. to tamam gunah jab bakhsh diye jayen ge to kaise?</w:t>
      </w:r>
    </w:p>
    <w:p>
      <w:pPr>
        <w:pStyle w:val="Heading2"/>
      </w:pPr>
      <w:r>
        <w:t>Rationalization of evil introduced and defined</w:t>
      </w:r>
    </w:p>
    <w:p>
      <w:r>
        <w:rPr>
          <w:color w:val="666666"/>
          <w:sz w:val="18"/>
        </w:rPr>
        <w:t>Rationalization of Evil 15 Feb 2009 - Maulana Wahiduddin Khan · 1m 30s · at 0:38 · https://youtu.be/agi0wNsOO84?t=38</w:t>
      </w:r>
    </w:p>
    <w:p>
      <w:r>
        <w:rPr>
          <w:i/>
        </w:rPr>
        <w:t>“Aaj ki jo talk hai, uski theme hai 'Rationalization of Evil'.”</w:t>
      </w:r>
    </w:p>
    <w:p>
      <w:r>
        <w:rPr>
          <w:sz w:val="20"/>
        </w:rPr>
        <w:t>0:38  aaj ki jo talk hai, is ki theme hai "rationalization of evil".</w:t>
      </w:r>
      <w:r>
        <w:br/>
      </w:r>
      <w:r>
        <w:rPr>
          <w:sz w:val="20"/>
        </w:rPr>
        <w:t>0:53  yeh aaj mujhe ek cheez discover hui, is ko main chahta hoon aap ko aap ke samne lana.</w:t>
      </w:r>
      <w:r>
        <w:br/>
      </w:r>
      <w:r>
        <w:rPr>
          <w:sz w:val="20"/>
        </w:rPr>
        <w:t>1:05  dekhiye, Quran mein hai ke shaitan tazeen karta hai. yani aadmi ko</w:t>
      </w:r>
      <w:r>
        <w:br/>
      </w:r>
      <w:r>
        <w:rPr>
          <w:sz w:val="20"/>
        </w:rPr>
        <w:t>1:14  burai ke tavele aata hai, tazeen kar ke. tazeen ka matlab hota hai, yani khoobsurat bana kar batata hai, beautify kar ke batata hai burai ko.</w:t>
      </w:r>
      <w:r>
        <w:br/>
      </w:r>
      <w:r>
        <w:rPr>
          <w:sz w:val="20"/>
        </w:rPr>
        <w:t>1:28  aur dajjal yahi kaam kare ga, to dajjal ka matlab hote hain "great deceiver". to main sochta tha ke yeh khoobsurat banana ya deceive karna kya hai?</w:t>
      </w:r>
      <w:r>
        <w:br/>
      </w:r>
      <w:r>
        <w:rPr>
          <w:sz w:val="20"/>
        </w:rPr>
        <w:t>1:41  shaitani kya hai aur dajali kya hai? to aaj meri samajh mein aaya ke yeh hai "rationalization". burai ko rationalise karna.</w:t>
      </w:r>
      <w:r>
        <w:br/>
      </w:r>
      <w:r>
        <w:rPr>
          <w:sz w:val="20"/>
        </w:rPr>
        <w:t>1:55  yahi hai tazeen, yahi hai dajali. kyunke jab aap is ko rationalise kar lete hain to aap zyada conviction ke sath is burai ko karte hain.</w:t>
      </w:r>
    </w:p>
    <w:p>
      <w:pPr>
        <w:pStyle w:val="Heading2"/>
      </w:pPr>
      <w:r>
        <w:t>true Islam means meeting opponents, not shunning them</w:t>
      </w:r>
    </w:p>
    <w:p>
      <w:r>
        <w:rPr>
          <w:color w:val="666666"/>
          <w:sz w:val="18"/>
        </w:rPr>
        <w:t>Month of Ramadan and The Quran 15 July 2012 · 1m 42s · at 54:56 · https://youtu.be/BxiaMbKdoo8?t=3296</w:t>
      </w:r>
    </w:p>
    <w:p>
      <w:r>
        <w:rPr>
          <w:i/>
        </w:rPr>
        <w:t>“مصر کے صدر صاحب، اسلامی صدر اسلامی صدر کی دھوم”</w:t>
      </w:r>
    </w:p>
    <w:p>
      <w:r>
        <w:rPr>
          <w:sz w:val="20"/>
        </w:rPr>
        <w:t>54:56  abhi misr ke sadar sahab jo bohat dhoom machi hui hai ke islami sadar, islami sadar, islami sadar.</w:t>
      </w:r>
      <w:r>
        <w:br/>
      </w:r>
      <w:r>
        <w:rPr>
          <w:sz w:val="20"/>
        </w:rPr>
        <w:t>55:03  abhi aap jante hain ke misr mein intikhab hua hai aur wahan par aik aik islam pasand aadmi president ban gaye hain. to akhbar mein aap ne parha hoga ke israel ka jo president hai us ne telephone kiya un ko mubarakbad dene ke liye jab yeh president bane to unhon ne baat yeh nahi ki telephone par.</w:t>
      </w:r>
      <w:r>
        <w:br/>
      </w:r>
      <w:r>
        <w:rPr>
          <w:sz w:val="20"/>
        </w:rPr>
        <w:t>55:25  mein ne poocha baat nahi karna hai is se. ke yeh kaun sa islam hai?</w:t>
      </w:r>
      <w:r>
        <w:br/>
      </w:r>
      <w:r>
        <w:rPr>
          <w:sz w:val="20"/>
        </w:rPr>
        <w:t>55:30  aap dekhiye seerat ko padhiye aap. yeso sahib jab makkah mein the aur madine mein the to bar bar aisa hua ke mushrikeen ne ya yahudiyon ne aap ke mukhalifeen ne aap ko baat karna chaha aap se.</w:t>
      </w:r>
      <w:r>
        <w:br/>
      </w:r>
      <w:r>
        <w:rPr>
          <w:sz w:val="20"/>
        </w:rPr>
        <w:t>55:47  bulaya aap, bulaya aap ko. aap chale gaye foran un se milne ke liye. woh aaye to aap ne un se baat ki. koi aik waqea aap nahi bata sakte ke rasool Allah sal Allah alayh wasallam ne inkar kiya ho ke mujhe to is se milna nahi</w:t>
      </w:r>
      <w:r>
        <w:br/>
      </w:r>
      <w:r>
        <w:rPr>
          <w:sz w:val="20"/>
        </w:rPr>
        <w:t>55:59  hai. mujhe is se baatein nahi karna hai. yeh kaun sa islam hai? islam pasand sadar sahab yeh kaun sa islam ka namuna pesh kar rahe hain?</w:t>
      </w:r>
      <w:r>
        <w:br/>
      </w:r>
      <w:r>
        <w:rPr>
          <w:sz w:val="20"/>
        </w:rPr>
        <w:t>56:12  mujhe koi aik waqea bata dijiye ke rasool Allah sal Allah alayh wasallam ne inkar kiya ho milne se, inkar kiya ho baat karne se.</w:t>
      </w:r>
      <w:r>
        <w:br/>
      </w:r>
      <w:r>
        <w:rPr>
          <w:sz w:val="20"/>
        </w:rPr>
        <w:t>56:24  to yeh sari duniya ke liye aik shakhs ki baat nahi hai.</w:t>
      </w:r>
      <w:r>
        <w:br/>
      </w:r>
      <w:r>
        <w:rPr>
          <w:sz w:val="20"/>
        </w:rPr>
        <w:t>56:28  saari duniya ke musalman jo hain jeete hain nafrat mein. aur doosron ko dushman samajhne samajhne mein.</w:t>
      </w:r>
    </w:p>
    <w:p>
      <w:pPr>
        <w:pStyle w:val="Heading2"/>
      </w:pPr>
      <w:r>
        <w:t>Quran described as the art of mind management</w:t>
      </w:r>
    </w:p>
    <w:p>
      <w:r>
        <w:rPr>
          <w:color w:val="666666"/>
          <w:sz w:val="18"/>
        </w:rPr>
        <w:t>Month of Ramadan and The Quran 15 July 2012 · 2m 01s · at 23:44 · https://youtu.be/BxiaMbKdoo8?t=1424</w:t>
      </w:r>
    </w:p>
    <w:p>
      <w:r>
        <w:rPr>
          <w:i/>
        </w:rPr>
        <w:t>“پورا قرآن جو ہے art of mind management ہے”</w:t>
      </w:r>
    </w:p>
    <w:p>
      <w:r>
        <w:rPr>
          <w:sz w:val="20"/>
        </w:rPr>
        <w:t>23:44  yeh bataye ga quran aap ko. misaal ke ooper dekhiye. وَإِذَا عَمَّا غَضْبُهُمْ يَغْفِرُونَ .</w:t>
      </w:r>
      <w:r>
        <w:br/>
      </w:r>
      <w:r>
        <w:rPr>
          <w:sz w:val="20"/>
        </w:rPr>
        <w:t>23:54  jab unhein ghussa aata hai to woh maaf kar dete hain. yahi to hai manage karna. yahi to manage karna hai.</w:t>
      </w:r>
      <w:r>
        <w:br/>
      </w:r>
      <w:r>
        <w:rPr>
          <w:sz w:val="20"/>
        </w:rPr>
        <w:t>24:03  ke ke ke ghussa aaya to aap ghusse ko maar dhaad tak daale jaayen. nafrat tak daale jaayen. maaf kar dein.</w:t>
      </w:r>
      <w:r>
        <w:br/>
      </w:r>
      <w:r>
        <w:rPr>
          <w:sz w:val="20"/>
        </w:rPr>
        <w:t>24:14  to is mein yeh bataya tha ke psychology ki jo studies hui hain. woh batati hain ke aadmi ka mind aik hi sath do cheezon par focus nahi kar sakta.</w:t>
      </w:r>
      <w:r>
        <w:br/>
      </w:r>
      <w:r>
        <w:rPr>
          <w:sz w:val="20"/>
        </w:rPr>
        <w:t>24:24  yeh wohi baat jo quran mein hai ke مَا جَعَلَ اللَّهُ لَلْعَجْلِ مِنْ قَلْبَيْنِ فِجْوَةٍ . to at a time insaan ka mind do cheezon par focus nahi kar sakta.</w:t>
      </w:r>
      <w:r>
        <w:br/>
      </w:r>
      <w:r>
        <w:rPr>
          <w:sz w:val="20"/>
        </w:rPr>
        <w:t>24:37  to us ne kaha tha is mein mazmoon mein ke jab bhi aap ke andar koi negative thought aaye. koi buri baat yaad aaye. to jaldi se aap aik aur cheez yaad kar lijiye.</w:t>
      </w:r>
      <w:r>
        <w:br/>
      </w:r>
      <w:r>
        <w:rPr>
          <w:sz w:val="20"/>
        </w:rPr>
        <w:t>24:52  to focus badal jayega. kyun ke mind aap ka aik hi sath dono par focus nahi kar sakta. Negative bhi, positive bhi.</w:t>
      </w:r>
      <w:r>
        <w:br/>
      </w:r>
      <w:r>
        <w:rPr>
          <w:sz w:val="20"/>
        </w:rPr>
        <w:t>25:04  kitni simple technique hai.</w:t>
      </w:r>
      <w:r>
        <w:br/>
      </w:r>
      <w:r>
        <w:rPr>
          <w:sz w:val="20"/>
        </w:rPr>
        <w:t>25:08  apni soch ko active kar ke focus ko badal dijiye. to wohi to hua وَإِذَا عَمَّا غَضْبُهُمْ يَغْفِرُونَ .</w:t>
      </w:r>
      <w:r>
        <w:br/>
      </w:r>
      <w:r>
        <w:rPr>
          <w:sz w:val="20"/>
        </w:rPr>
        <w:t>25:17  ke ghussa aaya. kyun ke ghusse par aap ne focus nahi kiya. aap ne focus kiya ghusse ko control karne par.</w:t>
      </w:r>
      <w:r>
        <w:br/>
      </w:r>
      <w:r>
        <w:rPr>
          <w:sz w:val="20"/>
        </w:rPr>
        <w:t>25:27  ghusse ko is aadmi ko maaf kar dene par. is aadmi ke baray mein positive ho jaane par. apne focus ko positivity ki taraf le gaye aap.</w:t>
      </w:r>
      <w:r>
        <w:br/>
      </w:r>
      <w:r>
        <w:rPr>
          <w:sz w:val="20"/>
        </w:rPr>
        <w:t>25:39  yeh sab hikmaten quran majeed mein hain.</w:t>
      </w:r>
    </w:p>
    <w:p>
      <w:pPr>
        <w:pStyle w:val="Heading2"/>
      </w:pPr>
      <w:r>
        <w:t>What actually happened in the Athens Quran incident</w:t>
      </w:r>
    </w:p>
    <w:p>
      <w:r>
        <w:rPr>
          <w:color w:val="666666"/>
          <w:sz w:val="18"/>
        </w:rPr>
        <w:t>What went Wrong with Muslims May 24, 2009 · 1m 57s · at 25:33 · https://youtu.be/qt2CUXaEHaQ?t=1533</w:t>
      </w:r>
    </w:p>
    <w:p>
      <w:r>
        <w:rPr>
          <w:i/>
        </w:rPr>
        <w:t>“Aisi tarah ke waqiyat bohot hote rehte hain jo Athens mein hua”</w:t>
      </w:r>
    </w:p>
    <w:p>
      <w:r>
        <w:rPr>
          <w:sz w:val="20"/>
        </w:rPr>
        <w:t>25:33  rehte hain jo aaj hue hain ke atheism mein kal, kal hua hai. TV mein kal aa gaya tha, paper mein aa gaya hai.</w:t>
      </w:r>
      <w:r>
        <w:br/>
      </w:r>
      <w:r>
        <w:rPr>
          <w:sz w:val="20"/>
        </w:rPr>
        <w:t>25:42  to kal ismein to tha, urdu paper mein tha ke hazaron log sadak par nikal aaye aur unhone yahan tak kiya ke police ko pathrao kiya aur gaadiyan jalaein.</w:t>
      </w:r>
      <w:r>
        <w:br/>
      </w:r>
      <w:r>
        <w:rPr>
          <w:sz w:val="20"/>
        </w:rPr>
        <w:t>25:54  ke yeh sab toh haraam hai.</w:t>
      </w:r>
      <w:r>
        <w:br/>
      </w:r>
      <w:r>
        <w:rPr>
          <w:sz w:val="20"/>
        </w:rPr>
        <w:t>25:58  yaani islam ke naam par haraam kaam.</w:t>
      </w:r>
      <w:r>
        <w:br/>
      </w:r>
      <w:r>
        <w:rPr>
          <w:sz w:val="20"/>
        </w:rPr>
        <w:t>26:03  aap pathar maangna bilkul haraam tha, gaadiyan jalana bilkul haraam tha. sabse pehle toh nafrat haraam hai, nafrat. aap bataiye ke itne saalon se aap jaake kama rahe hain wahan athens mein, to kya aapne unhein islam pesh kiya?</w:t>
      </w:r>
      <w:r>
        <w:br/>
      </w:r>
      <w:r>
        <w:rPr>
          <w:sz w:val="20"/>
        </w:rPr>
        <w:t>26:19  islam pesh nahin kiya to fuqaha ka masla hai baqaida ke baghair dawat ke jihad nahin, baghair dawat ke qital jaaiz nahin hai.</w:t>
      </w:r>
      <w:r>
        <w:br/>
      </w:r>
      <w:r>
        <w:rPr>
          <w:sz w:val="20"/>
        </w:rPr>
        <w:t>26:31  sabse pehle aapko dawat deni padegi, tab jihad ya qital ki baat aayegi. to aap ladne kyun chale gaye? aap sochiye kyun nahin aapne ke humne unmein islam nahin pahunchaya tha? yeh jaante nahin bechare.</w:t>
      </w:r>
      <w:r>
        <w:br/>
      </w:r>
      <w:r>
        <w:rPr>
          <w:sz w:val="20"/>
        </w:rPr>
        <w:t>26:45  aur jo report maine padhi hai to usko shakal toh yeh di gayi hai ke usne behurmati ki. main main samajhta hoon ke bilkul galat hai. usne mishandle kiya hoga kyunki ek iraqi musalman ke haath mein quran tha.</w:t>
      </w:r>
      <w:r>
        <w:br/>
      </w:r>
      <w:r>
        <w:rPr>
          <w:sz w:val="20"/>
        </w:rPr>
        <w:t>26:58  ab aajkal kyunki musalman suspicious group ban gaye hain, musalman suspicion kiya jaata hai. to usne kaha yeh kya kitab hai? ab woh police wala kya jaane ke kya kitab hai.</w:t>
      </w:r>
      <w:r>
        <w:br/>
      </w:r>
      <w:r>
        <w:rPr>
          <w:sz w:val="20"/>
        </w:rPr>
        <w:t>27:09  to usne lena chaha, usne nahin nahin de raha tha. woh kaha abhi yeh muqaddas kitab hai. to usne chheen liya. ab ismein, ismein zameen mein gir gaya.</w:t>
      </w:r>
      <w:r>
        <w:br/>
      </w:r>
      <w:r>
        <w:rPr>
          <w:sz w:val="20"/>
        </w:rPr>
        <w:t>27:19  woh ab woh behurmati ho gayi aur ek hungama khada ho gaya ke usne behurmati ki. anjaane mein mishandle kiya usne. bas itni si baat thi.</w:t>
      </w:r>
    </w:p>
    <w:p>
      <w:pPr>
        <w:pStyle w:val="Heading2"/>
      </w:pPr>
      <w:r>
        <w:t>why the Prophet forgave murderers in his last sermon</w:t>
      </w:r>
    </w:p>
    <w:p>
      <w:r>
        <w:rPr>
          <w:color w:val="666666"/>
          <w:sz w:val="18"/>
        </w:rPr>
        <w:t>The Message of The Quran (English) July 4, 2009 · 2m 51s · at 1:13:26 · https://youtu.be/1DoXQna1vuY?t=4406</w:t>
      </w:r>
    </w:p>
    <w:p>
      <w:r>
        <w:rPr>
          <w:i/>
        </w:rPr>
        <w:t>“Why did Prophet give amnesty to murderers in his last sermon?”</w:t>
      </w:r>
    </w:p>
    <w:p>
      <w:r>
        <w:rPr>
          <w:sz w:val="20"/>
        </w:rPr>
        <w:t>1:13:26  . This is my personal experience. This question is from Mr. Basit Jamal from Delhi: Maulana, why did Prophet give amnesty to murders in his last sermon?</w:t>
      </w:r>
      <w:r>
        <w:br/>
      </w:r>
      <w:r>
        <w:rPr>
          <w:sz w:val="20"/>
        </w:rPr>
        <w:t>1:13:42  was he being likeable who gave amnesty to his brothers? Was he being like Abraham who sought amnesty from God for people of love</w:t>
      </w:r>
      <w:r>
        <w:br/>
      </w:r>
      <w:r>
        <w:rPr>
          <w:sz w:val="20"/>
        </w:rPr>
        <w:t>1:13:54  ? Was he being like Jesus who gave Mary Magdalene amnesty from punishment of being a prostitute?</w:t>
      </w:r>
      <w:r>
        <w:br/>
      </w:r>
      <w:r>
        <w:rPr>
          <w:sz w:val="20"/>
        </w:rPr>
        <w:t>1:14:02  was he being like Joseph who gave amnesty to his brothers? Maulana, isn't giving amnesty a sunnah for Prophet?</w:t>
      </w:r>
      <w:r>
        <w:br/>
      </w:r>
      <w:r>
        <w:rPr>
          <w:sz w:val="20"/>
        </w:rPr>
        <w:t>1:14:13  isn't giving amnesty a sunnah for Prophet? Did it, but no Muslim talks about this sunnah. Why is this so? Please answer, giving light on these in brief.</w:t>
      </w:r>
      <w:r>
        <w:br/>
      </w:r>
      <w:r>
        <w:rPr>
          <w:sz w:val="20"/>
        </w:rPr>
        <w:t>1:14:28  amnesty, it was forgiveness. Forgiveness is a, is a, is a big value, great big value.</w:t>
      </w:r>
      <w:r>
        <w:br/>
      </w:r>
      <w:r>
        <w:rPr>
          <w:sz w:val="20"/>
        </w:rPr>
        <w:t>1:14:39  we have to inculcate ourself the nature of forgiveness.</w:t>
      </w:r>
      <w:r>
        <w:br/>
      </w:r>
      <w:r>
        <w:rPr>
          <w:sz w:val="20"/>
        </w:rPr>
        <w:t>1:14:47  because, amnesty is not better word for this purpose. Best word is forgiveness.</w:t>
      </w:r>
      <w:r>
        <w:br/>
      </w:r>
      <w:r>
        <w:rPr>
          <w:sz w:val="20"/>
        </w:rPr>
        <w:t>1:14:57  forgiveness is, is, is a, is a great human value, great moral value, great ethical value.</w:t>
      </w:r>
      <w:r>
        <w:br/>
      </w:r>
      <w:r>
        <w:rPr>
          <w:sz w:val="20"/>
        </w:rPr>
        <w:t>1:15:10  so you have to inculcate this, this value, but as far the world after is concerned, God will punish those people who misuse freedom.</w:t>
      </w:r>
      <w:r>
        <w:br/>
      </w:r>
      <w:r>
        <w:rPr>
          <w:sz w:val="20"/>
        </w:rPr>
        <w:t>1:15:24  for, for, for you, it is ethical requirement. It is, it is to follow a moral value.</w:t>
      </w:r>
      <w:r>
        <w:br/>
      </w:r>
      <w:r>
        <w:rPr>
          <w:sz w:val="20"/>
        </w:rPr>
        <w:t>1:15:33  so you will be given reward if you adopt forgiveness, but it doesn't mean that God will forgive those people.</w:t>
      </w:r>
      <w:r>
        <w:br/>
      </w:r>
      <w:r>
        <w:rPr>
          <w:sz w:val="20"/>
        </w:rPr>
        <w:t>1:15:42  He will, He will punish them.</w:t>
      </w:r>
      <w:r>
        <w:br/>
      </w:r>
      <w:r>
        <w:rPr>
          <w:sz w:val="20"/>
        </w:rPr>
        <w:t>1:15:49  g</w:t>
      </w:r>
      <w:r>
        <w:br/>
      </w:r>
      <w:r>
        <w:rPr>
          <w:sz w:val="20"/>
        </w:rPr>
        <w:t>1:15:50  God Almighty will only those people who will be saved from punishment who adopt tauba.</w:t>
      </w:r>
      <w:r>
        <w:br/>
      </w:r>
      <w:r>
        <w:rPr>
          <w:sz w:val="20"/>
        </w:rPr>
        <w:t>1:15:58  tauba means repentance in this world. one who dies without repentance, he will be punished by God. but as far as the man is concerned, he must adopt forgiveness.</w:t>
      </w:r>
      <w:r>
        <w:br/>
      </w:r>
      <w:r>
        <w:rPr>
          <w:sz w:val="20"/>
        </w:rPr>
        <w:t>1:16:13  it is a high ball well.</w:t>
      </w:r>
    </w:p>
    <w:p>
      <w:pPr>
        <w:pStyle w:val="Heading2"/>
      </w:pPr>
      <w:r>
        <w:t>Shariah is self-discipline, not flogging</w:t>
      </w:r>
    </w:p>
    <w:p>
      <w:r>
        <w:rPr>
          <w:color w:val="666666"/>
          <w:sz w:val="18"/>
        </w:rPr>
        <w:t>Message of The Quran October 20, 2007 · 2m 11s · at 46:15 · https://youtu.be/7GePL3JmwnE?t=2775</w:t>
      </w:r>
    </w:p>
    <w:p>
      <w:r>
        <w:rPr>
          <w:i/>
        </w:rPr>
        <w:t>“How important is Shariah in a Muslim's life?”</w:t>
      </w:r>
    </w:p>
    <w:p>
      <w:r>
        <w:rPr>
          <w:sz w:val="20"/>
        </w:rPr>
        <w:t>46:15  yeh hai islam ka tareeqa. this question is from molana zakwan. how important is the shariah in the life of a muslim?</w:t>
      </w:r>
      <w:r>
        <w:br/>
      </w:r>
      <w:r>
        <w:rPr>
          <w:sz w:val="20"/>
        </w:rPr>
        <w:t>46:28  boht important hai. sharia jo hai, woh way of life deti hai hum ko.</w:t>
      </w:r>
      <w:r>
        <w:br/>
      </w:r>
      <w:r>
        <w:rPr>
          <w:sz w:val="20"/>
        </w:rPr>
        <w:t>46:33  hum dunya mein yani daily life kaise bitayen? samaj mein kaise behave karen? family mein, family ke bahir kaise rahen?</w:t>
      </w:r>
      <w:r>
        <w:br/>
      </w:r>
      <w:r>
        <w:rPr>
          <w:sz w:val="20"/>
        </w:rPr>
        <w:t>46:42  hum yeh sab sharia se taluq hai is ka. to sharia koi sharia ko log matlab samajhte hain ke flogging ka naam sharia.</w:t>
      </w:r>
      <w:r>
        <w:br/>
      </w:r>
      <w:r>
        <w:rPr>
          <w:sz w:val="20"/>
        </w:rPr>
        <w:t>46:54  woh yani taliban ne aur is tarah ke logon ne jo image banai hai, woh yeh hai ke flogging ko sharia samajhte hain log. flogging is sharia.</w:t>
      </w:r>
      <w:r>
        <w:br/>
      </w:r>
      <w:r>
        <w:rPr>
          <w:sz w:val="20"/>
        </w:rPr>
        <w:t>47:04  sharia yeh hai ke aap honest ban kar rahen. ek hadith mein batata hoon, yeh hai sharia ke wallah la yoman wallah la yoman wallah la yoman alladhi la yoman jaro yeh prophet ne kaha:</w:t>
      </w:r>
      <w:r>
        <w:br/>
      </w:r>
      <w:r>
        <w:rPr>
          <w:sz w:val="20"/>
        </w:rPr>
        <w:t>47:19  "khuda ki qasam, woh momin nahi hai. khuda ki qasam, woh momin nahi hai. khuda ki qasam, woh momin nahi hai."</w:t>
      </w:r>
      <w:r>
        <w:br/>
      </w:r>
      <w:r>
        <w:rPr>
          <w:sz w:val="20"/>
        </w:rPr>
        <w:t>47:30  ho crits problem for others.</w:t>
      </w:r>
      <w:r>
        <w:br/>
      </w:r>
      <w:r>
        <w:rPr>
          <w:sz w:val="20"/>
        </w:rPr>
        <w:t>47:34  yeh hai sharia ke aap samaj mein is tarah rahen ke doosron ke liye aap se</w:t>
      </w:r>
      <w:r>
        <w:br/>
      </w:r>
      <w:r>
        <w:rPr>
          <w:sz w:val="20"/>
        </w:rPr>
        <w:t>47:41  peace mile. aap no problem person rahen samaj mein. yahi yahi sharia hai. aap batayen, kisi samaj mein agar log apne aap ko soch len ke mujhe no problem person ban kar rehna hai to peace hai, har taraf peace hai.</w:t>
      </w:r>
      <w:r>
        <w:br/>
      </w:r>
      <w:r>
        <w:rPr>
          <w:sz w:val="20"/>
        </w:rPr>
        <w:t>47:59  to sharia ko log taliban style koi cheez samajhte hain ke flogging karo. yeh sab bilkul baseless baaten hain. koi cheez ka taluq sharia se nahi hai.</w:t>
      </w:r>
      <w:r>
        <w:br/>
      </w:r>
      <w:r>
        <w:rPr>
          <w:sz w:val="20"/>
        </w:rPr>
        <w:t>48:11  sharia hai self restrained life, self disciplined life, self disciplined, self controlled life. isi ka naam hai sharia.</w:t>
      </w:r>
    </w:p>
    <w:p>
      <w:pPr>
        <w:pStyle w:val="Heading2"/>
      </w:pPr>
      <w:r>
        <w:t>Why we need a prophet - ideology of life</w:t>
      </w:r>
    </w:p>
    <w:p>
      <w:r>
        <w:rPr>
          <w:color w:val="666666"/>
          <w:sz w:val="18"/>
        </w:rPr>
        <w:t>Why do we need Prophet | May 20, 2007 - Maulana Wahiduddin Khan · 2m 33s · at 0:13 · https://youtu.be/1l_Uu3_Nd4E?t=13</w:t>
      </w:r>
    </w:p>
    <w:p>
      <w:r>
        <w:rPr>
          <w:i/>
        </w:rPr>
        <w:t>“Wassallallahu alan nabiyyil kareem”</w:t>
      </w:r>
    </w:p>
    <w:p>
      <w:r>
        <w:rPr>
          <w:sz w:val="20"/>
        </w:rPr>
        <w:t>0:13  Wasallallahu ala Nabiyyil Kareem.</w:t>
      </w:r>
      <w:r>
        <w:br/>
      </w:r>
      <w:r>
        <w:rPr>
          <w:sz w:val="20"/>
        </w:rPr>
        <w:t>0:23  Rabishrah li sadri, wayassir li amri, wahlul uqdatam min lisani, yafqahu qawli.</w:t>
      </w:r>
      <w:r>
        <w:br/>
      </w:r>
      <w:r>
        <w:rPr>
          <w:sz w:val="20"/>
        </w:rPr>
        <w:t>0:34  Aaj ka jo topic hai woh hai: "Why do we need a prophet</w:t>
      </w:r>
      <w:r>
        <w:br/>
      </w:r>
      <w:r>
        <w:rPr>
          <w:sz w:val="20"/>
        </w:rPr>
        <w:t>0:44  ?" Humein aik paighambar ki zaroorat kyun hai? Iska jawab yeh hai ke humein apni zindagi ke</w:t>
      </w:r>
      <w:r>
        <w:br/>
      </w:r>
      <w:r>
        <w:rPr>
          <w:sz w:val="20"/>
        </w:rPr>
        <w:t>0:54  baray mein jo baat janna hai woh hum khud se jaan nahin sakte.</w:t>
      </w:r>
      <w:r>
        <w:br/>
      </w:r>
      <w:r>
        <w:rPr>
          <w:sz w:val="20"/>
        </w:rPr>
        <w:t>1:04  Jisko mein kahunga ke "Ideology of Life</w:t>
      </w:r>
      <w:r>
        <w:br/>
      </w:r>
      <w:r>
        <w:rPr>
          <w:sz w:val="20"/>
        </w:rPr>
        <w:t>1:14  " ya "Ideology of Man".</w:t>
      </w:r>
      <w:r>
        <w:br/>
      </w:r>
      <w:r>
        <w:rPr>
          <w:sz w:val="20"/>
        </w:rPr>
        <w:t>1:22  Toh humein is duniya mein, hum is duniya mein hum paida hotay hain, apnay aap ko aik aisi</w:t>
      </w:r>
      <w:r>
        <w:br/>
      </w:r>
      <w:r>
        <w:rPr>
          <w:sz w:val="20"/>
        </w:rPr>
        <w:t>1:29  duniya mein paatay hain jahan hum kuch le kar nahin atay.</w:t>
      </w:r>
      <w:r>
        <w:br/>
      </w:r>
      <w:r>
        <w:rPr>
          <w:sz w:val="20"/>
        </w:rPr>
        <w:t>1:37  Jaisay aap jantay hain ke koi machine aap import karein Germany se ya kahin se</w:t>
      </w:r>
      <w:r>
        <w:br/>
      </w:r>
      <w:r>
        <w:rPr>
          <w:sz w:val="20"/>
        </w:rPr>
        <w:t>1:44  toh iske saath aik aik pamphlet aayega jis mein machine ke baray mein bataya hua hoga.</w:t>
      </w:r>
      <w:r>
        <w:br/>
      </w:r>
      <w:r>
        <w:rPr>
          <w:sz w:val="20"/>
        </w:rPr>
        <w:t>1:52  Toh insaan paida hota hai lekin aisi kisi guide book ke baghair.</w:t>
      </w:r>
      <w:r>
        <w:br/>
      </w:r>
      <w:r>
        <w:rPr>
          <w:sz w:val="20"/>
        </w:rPr>
        <w:t>2:00  Toh isko mein kahunga ke "Ideology of Life" humein chahiye.</w:t>
      </w:r>
      <w:r>
        <w:br/>
      </w:r>
      <w:r>
        <w:rPr>
          <w:sz w:val="20"/>
        </w:rPr>
        <w:t>2:08  Lekin hum na toh le ke atay hain apnay saath</w:t>
      </w:r>
      <w:r>
        <w:br/>
      </w:r>
      <w:r>
        <w:rPr>
          <w:sz w:val="20"/>
        </w:rPr>
        <w:t>2:16  , aur study batati hai, mutala batata hai ke insaan khud se agar chahe ke woh jaane toh</w:t>
      </w:r>
      <w:r>
        <w:br/>
      </w:r>
      <w:r>
        <w:rPr>
          <w:sz w:val="20"/>
        </w:rPr>
        <w:t>2:22  woh jaan nahin pata.</w:t>
      </w:r>
      <w:r>
        <w:br/>
      </w:r>
      <w:r>
        <w:rPr>
          <w:sz w:val="20"/>
        </w:rPr>
        <w:t>2:28  Toh paighambar isi liye atay hain ke "Ideology of Life" aap ko batayein.</w:t>
      </w:r>
      <w:r>
        <w:br/>
      </w:r>
      <w:r>
        <w:rPr>
          <w:sz w:val="20"/>
        </w:rPr>
        <w:t>2:34  "Ideology of Life" jo hai woh paighambar ke siwa koi aur bata nahin sakta.</w:t>
      </w:r>
      <w:r>
        <w:br/>
      </w:r>
      <w:r>
        <w:rPr>
          <w:sz w:val="20"/>
        </w:rPr>
        <w:t>2:41  quran mein hai ke:</w:t>
      </w:r>
    </w:p>
    <w:p>
      <w:pPr>
        <w:pStyle w:val="Heading2"/>
      </w:pPr>
      <w:r>
        <w:t>The 'unseen world': electrons, God, and belief without sight</w:t>
      </w:r>
    </w:p>
    <w:p>
      <w:r>
        <w:rPr>
          <w:color w:val="666666"/>
          <w:sz w:val="18"/>
        </w:rPr>
        <w:t>Roza and Quran July 18, 2010 · 2m 29s · at 43:41 · https://youtu.be/TSjqSQEb0EQ?t=2621</w:t>
      </w:r>
    </w:p>
    <w:p>
      <w:r>
        <w:rPr>
          <w:i/>
        </w:rPr>
        <w:t>“There's a book called 'The Unseen World' by Dr. Eddington.”</w:t>
      </w:r>
    </w:p>
    <w:p>
      <w:r>
        <w:rPr>
          <w:sz w:val="20"/>
        </w:rPr>
        <w:t>43:41  Is par aik kitaab hai, is ki woh Dr. Eddington ki. Isi par is ka is ka kitaab ka unwaan hai Unseen World Unseen World.</w:t>
      </w:r>
      <w:r>
        <w:br/>
      </w:r>
      <w:r>
        <w:rPr>
          <w:sz w:val="20"/>
        </w:rPr>
        <w:t>43:55  Is mein yeh dikhata hai ke numayan aur ghair numayan ka farq hi mit gaya.</w:t>
      </w:r>
      <w:r>
        <w:br/>
      </w:r>
      <w:r>
        <w:rPr>
          <w:sz w:val="20"/>
        </w:rPr>
        <w:t>44:02  Is ne misaal di hai ke jaise mein aik aik table par kaam kar raha hoon. Table ke saamne baitha hua hoon. To aik table woh hai jis ko mein dekh raha hoon.</w:t>
      </w:r>
      <w:r>
        <w:br/>
      </w:r>
      <w:r>
        <w:rPr>
          <w:sz w:val="20"/>
        </w:rPr>
        <w:t>44:11  Jo thos hai, aik madi cheez hai, dikhai dene wali cheez hai. Lekin aik aur table hai. Jab is ko aage barhaen, aage barhaen, aage barhaen to aakhir mein kya hai woh table?</w:t>
      </w:r>
      <w:r>
        <w:br/>
      </w:r>
      <w:r>
        <w:rPr>
          <w:sz w:val="20"/>
        </w:rPr>
        <w:t>44:24  Sirf Matte dance of electron hai woh. Electron. Electron kya hain? Waves hain. Aik scientist ne kaha ke electron kya hain?</w:t>
      </w:r>
      <w:r>
        <w:br/>
      </w:r>
      <w:r>
        <w:rPr>
          <w:sz w:val="20"/>
        </w:rPr>
        <w:t>44:35  Waves of probabilities electron ko mutayyan kiya is ne.</w:t>
      </w:r>
      <w:r>
        <w:br/>
      </w:r>
      <w:r>
        <w:rPr>
          <w:sz w:val="20"/>
        </w:rPr>
        <w:t>44:41  Waves of probabilities to ab ab jo science jahan tak taraqqi kar ke pohnchi hai, woh farq hi mit gaya.</w:t>
      </w:r>
      <w:r>
        <w:br/>
      </w:r>
      <w:r>
        <w:rPr>
          <w:sz w:val="20"/>
        </w:rPr>
        <w:t>44:51  Lekin log jante hain, is ko bhi nahi jante log.</w:t>
      </w:r>
      <w:r>
        <w:br/>
      </w:r>
      <w:r>
        <w:rPr>
          <w:sz w:val="20"/>
        </w:rPr>
        <w:t>44:57  Aik sahab ne jo Khuda ko nahi mante the, unhon ne mujh se poocha ke Khuda ke liye ke kaise aap sabit karein ge Khuda hai</w:t>
      </w:r>
      <w:r>
        <w:br/>
      </w:r>
      <w:r>
        <w:rPr>
          <w:sz w:val="20"/>
        </w:rPr>
        <w:t>45:07  ? Main ne kaha wohi sabit karein ge jaise ke scientist electron ko sabit karta hai. Electron ko baghair dekhe aap mante hain, acha Khuda ko hi baghair dekhe mante hain?</w:t>
      </w:r>
      <w:r>
        <w:br/>
      </w:r>
      <w:r>
        <w:rPr>
          <w:sz w:val="20"/>
        </w:rPr>
        <w:t>45:17  Isi tareeqay ko yahan laagu kijiye aap. To chounke logon ko pata hi nahi ke scientific taraqqi kahan tak pohnchi hai.</w:t>
      </w:r>
      <w:r>
        <w:br/>
      </w:r>
      <w:r>
        <w:rPr>
          <w:sz w:val="20"/>
        </w:rPr>
        <w:t>45:30  To agar mutala karain, yaani aap ko science ki mutala karni hogi, fitrat ki mutala karni hogi, phir Quran ki mutala karni hogi.</w:t>
      </w:r>
      <w:r>
        <w:br/>
      </w:r>
      <w:r>
        <w:rPr>
          <w:sz w:val="20"/>
        </w:rPr>
        <w:t>45:40  To aap ko Khuda par yaqeen, Khuda par yaqeen is se bhi zyada ho jaye ga jitna ke aap ko hamare pahaar pe hota hai.</w:t>
      </w:r>
      <w:r>
        <w:br/>
      </w:r>
      <w:r>
        <w:rPr>
          <w:sz w:val="20"/>
        </w:rPr>
        <w:t>45:51  Hamare pahaar ya behr-ul-kahl ya suraj aur chand ko dekh kar aap yaqeen karte hain ke woh maujood kar rahe hain woh. To</w:t>
      </w:r>
      <w:r>
        <w:br/>
      </w:r>
      <w:r>
        <w:rPr>
          <w:sz w:val="20"/>
        </w:rPr>
        <w:t>46:00  Is se bhi zyada aap ko yaqeen ho jaye ga Khuda ke baray mein. Aise jab sochein aap.</w:t>
      </w:r>
    </w:p>
    <w:p>
      <w:pPr>
        <w:pStyle w:val="Heading2"/>
      </w:pPr>
      <w:r>
        <w:t>Personal anger struggle and Quran's teaching</w:t>
      </w:r>
    </w:p>
    <w:p>
      <w:r>
        <w:rPr>
          <w:color w:val="666666"/>
          <w:sz w:val="18"/>
        </w:rPr>
        <w:t>The Quran September 20, 2020 Maulana Wahiduddin Khan · 1m 12s · at 8:58 · https://youtu.be/yQZGg2A0-Tk?t=538</w:t>
      </w:r>
    </w:p>
    <w:p>
      <w:r>
        <w:rPr>
          <w:i/>
        </w:rPr>
        <w:t>“Mera idhar gussa bohat tha, meri condition gusse mein hui thi”</w:t>
      </w:r>
    </w:p>
    <w:p>
      <w:r>
        <w:rPr>
          <w:sz w:val="20"/>
        </w:rPr>
        <w:t>8:58  mera idhar ghussa bohat tha, meri condition ghusse mein hui thi. toh bohat din tak mein yahi bachta raha aur wahan koi na koi baat keh kar is ko justify karta tha.</w:t>
      </w:r>
      <w:r>
        <w:br/>
      </w:r>
      <w:r>
        <w:rPr>
          <w:sz w:val="20"/>
        </w:rPr>
        <w:t>9:18  phir jab mein ne quran o hadees parha ghusse ke baray mein, quran mein aaya hai ke tum ko ghussa aaye toh tum</w:t>
      </w:r>
      <w:r>
        <w:br/>
      </w:r>
      <w:r>
        <w:rPr>
          <w:sz w:val="20"/>
        </w:rPr>
        <w:t>9:34  maaf kar do</w:t>
      </w:r>
      <w:r>
        <w:br/>
      </w:r>
      <w:r>
        <w:rPr>
          <w:sz w:val="20"/>
        </w:rPr>
        <w:t>9:39  aur hadees mein bhi aaya hai.</w:t>
      </w:r>
      <w:r>
        <w:br/>
      </w:r>
      <w:r>
        <w:rPr>
          <w:sz w:val="20"/>
        </w:rPr>
        <w:t>9:43  toh mein phir yeh koshish karne laga ke ghussa ka maamla kya hai.</w:t>
      </w:r>
      <w:r>
        <w:br/>
      </w:r>
      <w:r>
        <w:rPr>
          <w:sz w:val="20"/>
        </w:rPr>
        <w:t>9:53  toh meri discovery yeh hui ke koi ghussa jab aata hai toh insaan ki</w:t>
      </w:r>
      <w:r>
        <w:br/>
      </w:r>
      <w:r>
        <w:rPr>
          <w:sz w:val="20"/>
        </w:rPr>
        <w:t>10:00  mind bohat ziyada energy release karta hai.</w:t>
      </w:r>
      <w:r>
        <w:br/>
      </w:r>
      <w:r>
        <w:rPr>
          <w:sz w:val="20"/>
        </w:rPr>
        <w:t>10:07  toh hum is energy ko</w:t>
      </w:r>
    </w:p>
    <w:p>
      <w:pPr>
        <w:pStyle w:val="Heading2"/>
      </w:pPr>
      <w:r>
        <w:t>Oppression claims baseless, judgment based on dawah</w:t>
      </w:r>
    </w:p>
    <w:p>
      <w:r>
        <w:rPr>
          <w:color w:val="666666"/>
          <w:sz w:val="18"/>
        </w:rPr>
        <w:t>Dars-e-Quran, Chapter 2, Verses 58-59 April 01, 2018 · 3m 08s · at 27:33 · https://youtu.be/Zylb8MRnsew?t=1653</w:t>
      </w:r>
    </w:p>
    <w:p>
      <w:r>
        <w:rPr>
          <w:i/>
        </w:rPr>
        <w:t>“Kehna ke hum par zulm ho raha hai be-asal baatein”</w:t>
      </w:r>
    </w:p>
    <w:p>
      <w:r>
        <w:rPr>
          <w:sz w:val="20"/>
        </w:rPr>
        <w:t>27:33  Toh ab jo hai yeh kehna ke hum par zulm ho raha hai, duniya hamare khilaf hai, we are interested, yeh sab bilkul hi baseless baatein hain.</w:t>
      </w:r>
      <w:r>
        <w:br/>
      </w:r>
      <w:r>
        <w:rPr>
          <w:sz w:val="20"/>
        </w:rPr>
        <w:t>27:47  Kyunke jis tarike se yahood ko Falasteen mein kaha tha ke dakhil ho jao, sab sara Falasteen tumhare liye hai, usi tarike se maujooda zamane mein Musalmanon ke liye Quran ka yeh ailaan hai ke naye daur mein dakhil ho jao.</w:t>
      </w:r>
      <w:r>
        <w:br/>
      </w:r>
      <w:r>
        <w:rPr>
          <w:sz w:val="20"/>
        </w:rPr>
        <w:t>28:06  Yeh daur har cheez ko tumhare liye khol deta hai, kyunke yeh daur hi yahi hai ke sab cheez sab ke liye.</w:t>
      </w:r>
      <w:r>
        <w:br/>
      </w:r>
      <w:r>
        <w:rPr>
          <w:sz w:val="20"/>
        </w:rPr>
        <w:t>28:19  Dekhiye, is ko main jo daur ki baat karta hoon, kis ki kehta hoon ke is zamane mein yeh yeh daur jo hai, interdependency ka daur hai, interdependency ka daur hai,</w:t>
      </w:r>
      <w:r>
        <w:br/>
      </w:r>
      <w:r>
        <w:rPr>
          <w:sz w:val="20"/>
        </w:rPr>
        <w:t>28:34  yaani har ek ka ta'alluq har ek se ho gaya, har ek ka interest doosre ke saath jud gaya. Maslan dekhiye, ek shakhs agar leader hai toh us ko voter chahiye,</w:t>
      </w:r>
      <w:r>
        <w:br/>
      </w:r>
      <w:r>
        <w:rPr>
          <w:sz w:val="20"/>
        </w:rPr>
        <w:t>28:52  voter chahiye, vote. Ek shakhs businessman hai toh us ko customer chahiye, us ko customer chahiye.</w:t>
      </w:r>
      <w:r>
        <w:br/>
      </w:r>
      <w:r>
        <w:rPr>
          <w:sz w:val="20"/>
        </w:rPr>
        <w:t>29:03  Ek aadmi doctor hai toh us ko mareez chahiye, ek aadmi wakeel hai toh us ko client chahiye.</w:t>
      </w:r>
      <w:r>
        <w:br/>
      </w:r>
      <w:r>
        <w:rPr>
          <w:sz w:val="20"/>
        </w:rPr>
        <w:t>29:15  Toh jo bhi aadmi ka kaam ho, jahan bhi woh ho, wahan us ko kuch chahiye.</w:t>
      </w:r>
      <w:r>
        <w:br/>
      </w:r>
      <w:r>
        <w:rPr>
          <w:sz w:val="20"/>
        </w:rPr>
        <w:t>29:24  to yeh yahi to yahi to door jadeed hai, door jadeed mein har cheez khul gayi hai, har cheez har ek ke liye, har cheez har ek ke liye.</w:t>
      </w:r>
      <w:r>
        <w:br/>
      </w:r>
      <w:r>
        <w:rPr>
          <w:sz w:val="20"/>
        </w:rPr>
        <w:t>29:36  to kis liye hua yeh sab? kis liye hua yeh sab? dawat ke liye. ab ummat-e-muslima ko jo kaam karna hai, woh yeh hai ke apni planning dawat ki buniyad par karein,</w:t>
      </w:r>
      <w:r>
        <w:br/>
      </w:r>
      <w:r>
        <w:rPr>
          <w:sz w:val="20"/>
        </w:rPr>
        <w:t>29:51  jo naye mawaqe hain, un ko dawat ke liye istemal karein. to ab jab musalmanon ko judge kiya jayega, yaad rakhiye, ab jab musalmanon ko judge kiya jayega to is par nahi ke woh khud se keh rahe hain ke hum mazloom hain, mazloom, is par nahi judge nahi kiya jayega.</w:t>
      </w:r>
      <w:r>
        <w:br/>
      </w:r>
      <w:r>
        <w:rPr>
          <w:sz w:val="20"/>
        </w:rPr>
        <w:t>30:15  is par judge kiya jayega ke jab saare mawaqe khul gaye thay to tum ne, to tum ne in mawaqe ko dawat ke liye kitna zyada istemal kiya.</w:t>
      </w:r>
      <w:r>
        <w:br/>
      </w:r>
      <w:r>
        <w:rPr>
          <w:sz w:val="20"/>
        </w:rPr>
        <w:t>30:28  is par in ki to to maujooda zamane mein jo musalmanon par so called zulm, main to nahi manta ke yeh musalman kehte hain aisa, so called zulm jo tanbihaat hain,</w:t>
      </w:r>
    </w:p>
    <w:p>
      <w:pPr>
        <w:pStyle w:val="Heading2"/>
      </w:pPr>
      <w:r>
        <w:t>Why the Quran's preservation history beats the Bible's</w:t>
      </w:r>
    </w:p>
    <w:p>
      <w:r>
        <w:rPr>
          <w:color w:val="666666"/>
          <w:sz w:val="18"/>
        </w:rPr>
        <w:t>Five Periods of Human History March 8, 2009 Maulana Wahiduddin Khan · 2m 43s · at 1:21:57 · https://youtu.be/_Y4VcKV2OPk?t=4917</w:t>
      </w:r>
    </w:p>
    <w:p>
      <w:r>
        <w:rPr>
          <w:i/>
        </w:rPr>
        <w:t>“We say the Bible isn't preserved, but the Quran is — why?”</w:t>
      </w:r>
    </w:p>
    <w:p>
      <w:r>
        <w:rPr>
          <w:sz w:val="20"/>
        </w:rPr>
        <w:t>1:21:57  This question is from Mr. Modasser. We say that Bible is not the preserved book of God, but in the case of Quran, we say that it is a preserved book of God.</w:t>
      </w:r>
      <w:r>
        <w:br/>
      </w:r>
      <w:r>
        <w:rPr>
          <w:sz w:val="20"/>
        </w:rPr>
        <w:t>1:22:11  Kindly comment on this. dekhen, historical book woh hai ke is ke baray mein poori history maloom ho,</w:t>
      </w:r>
      <w:r>
        <w:br/>
      </w:r>
      <w:r>
        <w:rPr>
          <w:sz w:val="20"/>
        </w:rPr>
        <w:t>1:22:23  kis ne likha, kab likha gaya, is ki language wohi ho aaj bhi jo jab likha gaya tha, jab language thi. jise Quran ke baray mein poora pata hai ke kab woh utri, kis language mein utri, kis ne likha,</w:t>
      </w:r>
      <w:r>
        <w:br/>
      </w:r>
      <w:r>
        <w:rPr>
          <w:sz w:val="20"/>
        </w:rPr>
        <w:t>1:22:38  yeh sari baatein kitabon mein maujood hain. aap parh sakte hain, bohat sari kitabein hain "tareekh Quran" ke naam se. Quran ki tareekh, tadween Quran ya tareekh Quran,</w:t>
      </w:r>
      <w:r>
        <w:br/>
      </w:r>
      <w:r>
        <w:rPr>
          <w:sz w:val="20"/>
        </w:rPr>
        <w:t>1:22:51  Bible ke baray mein baat nahi hai. is ki history ka kuch pata nahi hai, is ki asal language ka bhi pata nahi hai,</w:t>
      </w:r>
      <w:r>
        <w:br/>
      </w:r>
      <w:r>
        <w:rPr>
          <w:sz w:val="20"/>
        </w:rPr>
        <w:t>1:23:01  kuch pata nahi hai. Bible ke baray mein koi nahi keh sakta ke asal language is ki kya thi. koi kehta hai ke ibraani thi, koi kehta hai ke aramaik thi, koi kehta hai ke sarayik thi.</w:t>
      </w:r>
      <w:r>
        <w:br/>
      </w:r>
      <w:r>
        <w:rPr>
          <w:sz w:val="20"/>
        </w:rPr>
        <w:t>1:23:13  jo sab se purana jo edition Bible ka hai, woh Greek mein hai.</w:t>
      </w:r>
      <w:r>
        <w:br/>
      </w:r>
      <w:r>
        <w:rPr>
          <w:sz w:val="20"/>
        </w:rPr>
        <w:t>1:23:18  ab baat Greek to zuban nahi thi peghambaron ki. to Bible ki history yahan par ek kitab aap dekh sakte hain.</w:t>
      </w:r>
      <w:r>
        <w:br/>
      </w:r>
      <w:r>
        <w:rPr>
          <w:sz w:val="20"/>
        </w:rPr>
        <w:t>1:23:27  yahan par hai, yeh yahan par "Vidia Yuthi" ek hai Delhi mein. "Vidia Yuthi" mein ek bohat bari library hai, bohat achi library hai.</w:t>
      </w:r>
      <w:r>
        <w:br/>
      </w:r>
      <w:r>
        <w:rPr>
          <w:sz w:val="20"/>
        </w:rPr>
        <w:t>1:23:37  is mein collection bohat zyada hai, mazhabi cheezon ka, Islam par bhi bohat zyada hai. wahan par, wahan ek kitab hai "Historical Jesus".</w:t>
      </w:r>
      <w:r>
        <w:br/>
      </w:r>
      <w:r>
        <w:rPr>
          <w:sz w:val="20"/>
        </w:rPr>
        <w:t>1:23:47  main ne parhi hai woh kitab, to is mein yeh likha hai ke "Historical Jesus" jo hai, is ki koi, is ki koi haqeeqat nahi hai. yani, yani Hazrat Masih aleh salam aqeeday ke taur par to hum mante hain ke woh peghambar thay, lekin, lekin purely historical criteria mein dekha jaye to koi cheez sabit shuda nahi hai.</w:t>
      </w:r>
      <w:r>
        <w:br/>
      </w:r>
      <w:r>
        <w:rPr>
          <w:sz w:val="20"/>
        </w:rPr>
        <w:t>1:24:09  to aur Quran ke baray mein kisi ne bhi aaj tak yeh nahi kaha, kisi orientalist ne ya kisi ne bhi ke Quran jo hai, aaj jo Quran hai, wohi nahi hai jo Rasool Allah pe utra tha.</w:t>
      </w:r>
      <w:r>
        <w:br/>
      </w:r>
      <w:r>
        <w:rPr>
          <w:sz w:val="20"/>
        </w:rPr>
        <w:t>1:24:22  kisi ne kuch challenge nahi kiya is ko. main kisi ek shakhs ko bhi nahi janta jis ne is ko challenge kiya ho ke wohi Quran jo seventh century ke first quarter mein Rasool Allah ne yeh keh kar diya tha ke mujh pe utra hai Khuda ki taraf se, aaj wohi Quran nahi hai, aaj kuch badla hua Quran hai.</w:t>
      </w:r>
    </w:p>
    <w:p>
      <w:pPr>
        <w:pStyle w:val="Heading2"/>
      </w:pPr>
      <w:r>
        <w:t>Quran as good news and shock treatment</w:t>
      </w:r>
    </w:p>
    <w:p>
      <w:r>
        <w:rPr>
          <w:color w:val="666666"/>
          <w:sz w:val="18"/>
        </w:rPr>
        <w:t>Quran The Book of Good Tidings 14 March, 2020 - Maulana Wahiduddin Khan · 2m 21s · at 0:34 · https://youtu.be/w4R9waZ72gE?t=34</w:t>
      </w:r>
    </w:p>
    <w:p>
      <w:r>
        <w:rPr>
          <w:i/>
        </w:rPr>
        <w:t>“Aaj mujhe ek naya topic mere zehen mein aaya aaj ke liye”</w:t>
      </w:r>
    </w:p>
    <w:p>
      <w:r>
        <w:rPr>
          <w:sz w:val="20"/>
        </w:rPr>
        <w:t>0:34  aaj mujhe ek naya topic mere zehan mein aaya, aaj ke liye. woh yeh ke quran kitab al-basharat hai,</w:t>
      </w:r>
      <w:r>
        <w:br/>
      </w:r>
      <w:r>
        <w:rPr>
          <w:sz w:val="20"/>
        </w:rPr>
        <w:t>0:50  yani book of</w:t>
      </w:r>
      <w:r>
        <w:br/>
      </w:r>
      <w:r>
        <w:rPr>
          <w:sz w:val="20"/>
        </w:rPr>
        <w:t>0:52  good news. quran jo hai, book of good news hai.</w:t>
      </w:r>
      <w:r>
        <w:br/>
      </w:r>
      <w:r>
        <w:rPr>
          <w:sz w:val="20"/>
        </w:rPr>
        <w:t>1:02  hata ke jin cheezon ko hamare log daale hue the bad news ke maani mein, woh sab good news hai.</w:t>
      </w:r>
      <w:r>
        <w:br/>
      </w:r>
      <w:r>
        <w:rPr>
          <w:sz w:val="20"/>
        </w:rPr>
        <w:t>1:20  misalan musalman jo hain, khud se bohat si riwayaton ko yeh batate hain, matlab ke yeh</w:t>
      </w:r>
      <w:r>
        <w:br/>
      </w:r>
      <w:r>
        <w:rPr>
          <w:sz w:val="20"/>
        </w:rPr>
        <w:t>1:36  allah ka azab ke taur par hua waghera. lekin allah taala ki taraf se quran mein koi bhi jo cheez hai, chahe us mein lafz azabi ko istemal hua ho, woh sab good</w:t>
      </w:r>
      <w:r>
        <w:br/>
      </w:r>
      <w:r>
        <w:rPr>
          <w:sz w:val="20"/>
        </w:rPr>
        <w:t>1:53  tightening hai, good news hai.</w:t>
      </w:r>
      <w:r>
        <w:br/>
      </w:r>
      <w:r>
        <w:rPr>
          <w:sz w:val="20"/>
        </w:rPr>
        <w:t>1:58  misalan dekhiye, aaj kal jahan jahan musalman negative boli bolenge, yeh aur har har masjid mein, har masjid mein bad duaen ki jati hain.</w:t>
      </w:r>
      <w:r>
        <w:br/>
      </w:r>
      <w:r>
        <w:rPr>
          <w:sz w:val="20"/>
        </w:rPr>
        <w:t>2:17  har ghar mein yahi charcha hota hai, lekin aisa kuch bhi nahin.</w:t>
      </w:r>
      <w:r>
        <w:br/>
      </w:r>
      <w:r>
        <w:rPr>
          <w:sz w:val="20"/>
        </w:rPr>
        <w:t>2:26  yeh sab to</w:t>
      </w:r>
      <w:r>
        <w:br/>
      </w:r>
      <w:r>
        <w:rPr>
          <w:sz w:val="20"/>
        </w:rPr>
        <w:t>2:33  jisko musalman keh rahe hain ke yeh hamare liye</w:t>
      </w:r>
      <w:r>
        <w:br/>
      </w:r>
      <w:r>
        <w:rPr>
          <w:sz w:val="20"/>
        </w:rPr>
        <w:t>2:42  bad news hai, woh sab good news hai, kyunke woh bator m— woh aaya hai bator shock treatment.</w:t>
      </w:r>
    </w:p>
    <w:p>
      <w:pPr>
        <w:pStyle w:val="Heading2"/>
      </w:pPr>
      <w:r>
        <w:t>Double boosting sins into good deeds</w:t>
      </w:r>
    </w:p>
    <w:p>
      <w:r>
        <w:rPr>
          <w:color w:val="666666"/>
          <w:sz w:val="18"/>
        </w:rPr>
        <w:t>Quran The Book of Good Tidings 14 March, 2020 - Maulana Wahiduddin Khan · 2m 54s · at 8:16 · https://youtu.be/w4R9waZ72gE?t=496</w:t>
      </w:r>
    </w:p>
    <w:p>
      <w:r>
        <w:rPr>
          <w:i/>
        </w:rPr>
        <w:t>“Yani iska matlab yeh hai ke double boosting”</w:t>
      </w:r>
    </w:p>
    <w:p>
      <w:r>
        <w:rPr>
          <w:sz w:val="20"/>
        </w:rPr>
        <w:t>8:16  yani is ka mani yeh hai ke double boosting. tum neki karoge to woh bhi tumhare liye jannat ka darwaza khole ga.</w:t>
      </w:r>
      <w:r>
        <w:br/>
      </w:r>
      <w:r>
        <w:rPr>
          <w:sz w:val="20"/>
        </w:rPr>
        <w:t>8:28  agar tum ne ghalti tum se ho gayi aur tum ne tauba kiya to woh bhi tumhare liye jannat ke darwaze khole ga.</w:t>
      </w:r>
      <w:r>
        <w:br/>
      </w:r>
      <w:r>
        <w:rPr>
          <w:sz w:val="20"/>
        </w:rPr>
        <w:t>8:39  double boosting yeh hai. aik boosting jannat ki, doosri boosting is baat ki ke agar tum ne tauba kiya, tauba nasooh, to woh woh bhi sab tumhari neki mein shumar ho jaye ga.</w:t>
      </w:r>
      <w:r>
        <w:br/>
      </w:r>
      <w:r>
        <w:rPr>
          <w:sz w:val="20"/>
        </w:rPr>
        <w:t>8:55  kisi ajeeb baat hai!</w:t>
      </w:r>
      <w:r>
        <w:br/>
      </w:r>
      <w:r>
        <w:rPr>
          <w:sz w:val="20"/>
        </w:rPr>
        <w:t>8:57  quran mein double boosting ka</w:t>
      </w:r>
      <w:r>
        <w:br/>
      </w:r>
      <w:r>
        <w:rPr>
          <w:sz w:val="20"/>
        </w:rPr>
        <w:t>9:04  nizam hai. yani aik boosting yeh hai ke quran walay amal karoge to jannat hai. doosri yeh hai ke agar tum ne ghalti kar di, tum se khata sudud ho gayi, aur tum ne repentance aaya tumhare andar, aur tum ne apni Allah taala se maafi mangi, to woh doosri boost boost boosting hai.</w:t>
      </w:r>
      <w:r>
        <w:br/>
      </w:r>
      <w:r>
        <w:rPr>
          <w:sz w:val="20"/>
        </w:rPr>
        <w:t>9:34  kyun? is liye ke jab aap repentance karta hai to is ke andar aik nai spirit jagti hai. t</w:t>
      </w:r>
      <w:r>
        <w:br/>
      </w:r>
      <w:r>
        <w:rPr>
          <w:sz w:val="20"/>
        </w:rPr>
        <w:t>9:43  aubah! yeh nahi sirf aik taubah, taubah, taubah. nahi, jab aap ghalti karein aur dil se Allah se maafi mangein to Allah farishton ki aik fauj bhej deta hai, is bande ke paas jao aur is ke andar nai spirit jagao.</w:t>
      </w:r>
      <w:r>
        <w:br/>
      </w:r>
      <w:r>
        <w:rPr>
          <w:sz w:val="20"/>
        </w:rPr>
        <w:t>10:06  to woh woh nai spirit jo hai, wohi hai: "abadal Allahu sayyiati hasanat".</w:t>
      </w:r>
      <w:r>
        <w:br/>
      </w:r>
      <w:r>
        <w:rPr>
          <w:sz w:val="20"/>
        </w:rPr>
        <w:t>10:15  aur is ka misaal sahaba karam hain. tamam sahaba ko yeh ehsas tha ke hum se jahil ke zamanay mein ghaltiyan huin, gunah huay waghera, lekin unhon ne Allah se maafi mangi,</w:t>
      </w:r>
      <w:r>
        <w:br/>
      </w:r>
      <w:r>
        <w:rPr>
          <w:sz w:val="20"/>
        </w:rPr>
        <w:t>10:31  unhon ne nadamat aayi. to yeh nadamat boosting ban gayi hai. double boosting.</w:t>
      </w:r>
      <w:r>
        <w:br/>
      </w:r>
      <w:r>
        <w:rPr>
          <w:sz w:val="20"/>
        </w:rPr>
        <w:t>10:40  aik to yeh ke jannat ki bas boosting, doosri yeh ke nadamat ki wajah se un ke andar is spirit jaagi, is ki wajah se un ko Allah ki nai tofeeq mili.</w:t>
      </w:r>
      <w:r>
        <w:br/>
      </w:r>
      <w:r>
        <w:rPr>
          <w:sz w:val="20"/>
        </w:rPr>
        <w:t>10:57  un ka zehn jaaga, unhon ne nai dhang se planning ki, yeh sab hua.</w:t>
      </w:r>
    </w:p>
    <w:p>
      <w:pPr>
        <w:pStyle w:val="Heading2"/>
      </w:pPr>
      <w:r>
        <w:t>Music and art aren't forbidden, but they're a costly distraction</w:t>
      </w:r>
    </w:p>
    <w:p>
      <w:r>
        <w:rPr>
          <w:color w:val="666666"/>
          <w:sz w:val="18"/>
        </w:rPr>
        <w:t>The Purpose of Creation March 30, 2008 · 2m 05s · at 1:23:48 · https://youtu.be/ORcTSPLvyn0?t=5028</w:t>
      </w:r>
    </w:p>
    <w:p>
      <w:r>
        <w:rPr>
          <w:i/>
        </w:rPr>
        <w:t>“Jo log music ko haram batate hain, woh ghulu karte hain”</w:t>
      </w:r>
    </w:p>
    <w:p>
      <w:r>
        <w:rPr>
          <w:sz w:val="20"/>
        </w:rPr>
        <w:t>1:23:48  dekhein, music aur art ke baray mein mein yeh kahunga</w:t>
      </w:r>
      <w:r>
        <w:br/>
      </w:r>
      <w:r>
        <w:rPr>
          <w:sz w:val="20"/>
        </w:rPr>
        <w:t>1:23:55  ke jo log is ko haram batate hain, wo wo ghulu karte hain.</w:t>
      </w:r>
      <w:r>
        <w:br/>
      </w:r>
      <w:r>
        <w:rPr>
          <w:sz w:val="20"/>
        </w:rPr>
        <w:t>1:24:04  to lekin aap yeh bhi samajh lijiyay ke aik hai haram aur halaal hona, lekin yeh kafi nahi hai.</w:t>
      </w:r>
      <w:r>
        <w:br/>
      </w:r>
      <w:r>
        <w:rPr>
          <w:sz w:val="20"/>
        </w:rPr>
        <w:t>1:24:16  hadith mein aata hai ke la yabdu al mutaqeen hatta mala yusbi hazarma. yeh samajh lo ke sirf yahi nahi ke cheezon mein koi cheez haram hoti hai, koi halaal hoti hai.</w:t>
      </w:r>
      <w:r>
        <w:br/>
      </w:r>
      <w:r>
        <w:rPr>
          <w:sz w:val="20"/>
        </w:rPr>
        <w:t>1:24:30  aik aur cheez hai jis ko mein kaha karta hoon distraction. distraction to yeh cheezein jo hain, mein nahi kehta ke wo haram hain, lekin wo distraction hai.</w:t>
      </w:r>
      <w:r>
        <w:br/>
      </w:r>
      <w:r>
        <w:rPr>
          <w:sz w:val="20"/>
        </w:rPr>
        <w:t>1:24:42  aur distraction jo hai, apne result ke aitbar se haram se bhi zyada kharab hai. wo apne time ko waste karte hain, aap apni energy ko waste karte hain.</w:t>
      </w:r>
      <w:r>
        <w:br/>
      </w:r>
      <w:r>
        <w:rPr>
          <w:sz w:val="20"/>
        </w:rPr>
        <w:t>1:24:53  aap acha, yeh is se bara koi loss hai is dunya mein? is se bara koi loss ho sakta hai?</w:t>
      </w:r>
      <w:r>
        <w:br/>
      </w:r>
      <w:r>
        <w:rPr>
          <w:sz w:val="20"/>
        </w:rPr>
        <w:t>1:25:03  wo to aap ne panch minute ke liye aap ne pi liya sharab, to panch minute aap ne haram kaam kiya. aur yahan to din din bhar log karte rehte hain, isi mein sunte rehte hain.</w:t>
      </w:r>
      <w:r>
        <w:br/>
      </w:r>
      <w:r>
        <w:rPr>
          <w:sz w:val="20"/>
        </w:rPr>
        <w:t>1:25:15  to baharhal, jahan tak maine samjha hai, music aur art jo hai, apne aap mein wo haram nahi hain, lekin wo source of distraction hai.</w:t>
      </w:r>
      <w:r>
        <w:br/>
      </w:r>
      <w:r>
        <w:rPr>
          <w:sz w:val="20"/>
        </w:rPr>
        <w:t>1:25:28  is sense mein mein kehta hoon ke is se aadmi ko bohat zyada bachna chahiye, nahi to is dunya mein is ka progress nahi hoga, is ka spiritual development nahi hoga,</w:t>
      </w:r>
      <w:r>
        <w:br/>
      </w:r>
      <w:r>
        <w:rPr>
          <w:sz w:val="20"/>
        </w:rPr>
        <w:t>1:25:42  koi bara kaam nahi kar sakega. wo</w:t>
      </w:r>
      <w:r>
        <w:br/>
      </w:r>
      <w:r>
        <w:rPr>
          <w:sz w:val="20"/>
        </w:rPr>
        <w:t>1:25:46  is sense mein mein kehta hoon ke woh is qabil hai ke aadmi is se bachey.</w:t>
      </w:r>
      <w:r>
        <w:br/>
      </w:r>
      <w:r>
        <w:rPr>
          <w:sz w:val="20"/>
        </w:rPr>
        <w:t>1:25:54  das question is from khalid ansari. some people believe that prophets are making any mistake.</w:t>
      </w:r>
    </w:p>
    <w:p>
      <w:pPr>
        <w:pStyle w:val="Heading2"/>
      </w:pPr>
      <w:r>
        <w:t>Avoid distraction with La hawla</w:t>
      </w:r>
    </w:p>
    <w:p>
      <w:r>
        <w:rPr>
          <w:color w:val="666666"/>
          <w:sz w:val="18"/>
        </w:rPr>
        <w:t>Quran The Book of Good Tidings 14 March, 2020 - Maulana Wahiduddin Khan · 2m 25s · at 26:03 · https://youtu.be/w4R9waZ72gE?t=1563</w:t>
      </w:r>
    </w:p>
    <w:p>
      <w:r>
        <w:rPr>
          <w:i/>
        </w:rPr>
        <w:t>“Dekhiye distraction se bachne ka sab se taqdis formula kya hai”</w:t>
      </w:r>
    </w:p>
    <w:p>
      <w:r>
        <w:rPr>
          <w:sz w:val="20"/>
        </w:rPr>
        <w:t>26:03  dekhen, distraction se bachne ka sab se taqaddus formula kya hai?</w:t>
      </w:r>
      <w:r>
        <w:br/>
      </w:r>
      <w:r>
        <w:rPr>
          <w:sz w:val="20"/>
        </w:rPr>
        <w:t>26:13  jaise hi aap dekhen ke shaitan aap ko distract kar raha hai, to jaldi se kahiye: "la haula wa la quwwata illa billahil aliyyil azim".</w:t>
      </w:r>
      <w:r>
        <w:br/>
      </w:r>
      <w:r>
        <w:rPr>
          <w:sz w:val="20"/>
        </w:rPr>
        <w:t>26:29  to ek farishta wahan aa kar aap ko</w:t>
      </w:r>
      <w:r>
        <w:br/>
      </w:r>
      <w:r>
        <w:rPr>
          <w:sz w:val="20"/>
        </w:rPr>
        <w:t>26:33  bhatkao se hata kar ke sirat e mustaqeem pe chala dega.</w:t>
      </w:r>
      <w:r>
        <w:br/>
      </w:r>
      <w:r>
        <w:rPr>
          <w:sz w:val="20"/>
        </w:rPr>
        <w:t>26:40  yeh mera zaati tajurba hai, main bohat si misalein de sakta hoon, misalein ke agar aadmi jab bhatke, jab shaitan bhatka bhatkata hai, jab shaitan distract karta hai,</w:t>
      </w:r>
      <w:r>
        <w:br/>
      </w:r>
      <w:r>
        <w:rPr>
          <w:sz w:val="20"/>
        </w:rPr>
        <w:t>26:57  to aap ke andar</w:t>
      </w:r>
      <w:r>
        <w:br/>
      </w:r>
      <w:r>
        <w:rPr>
          <w:sz w:val="20"/>
        </w:rPr>
        <w:t>26:59  Allah wali spirit jaag uthe aur aap keh dein ke "la haula wa la quwwata illa billahil aliyyil azim", to foran ek farishta aayega, aap ko pakad kar aap ko us rastay se is taraf kar dega.</w:t>
      </w:r>
      <w:r>
        <w:br/>
      </w:r>
      <w:r>
        <w:rPr>
          <w:sz w:val="20"/>
        </w:rPr>
        <w:t>27:18  yeh raaz maine ek waqeye se mujhe yaqeen ho gaya. main gaon mein tha to main ek kahin ja raha tha,</w:t>
      </w:r>
      <w:r>
        <w:br/>
      </w:r>
      <w:r>
        <w:rPr>
          <w:sz w:val="20"/>
        </w:rPr>
        <w:t>27:32  to rasta do kheton ke beech beech chalta tha.</w:t>
      </w:r>
      <w:r>
        <w:br/>
      </w:r>
      <w:r>
        <w:rPr>
          <w:sz w:val="20"/>
        </w:rPr>
        <w:t>27:36  ek khet idhar hai, ek idhar hai, aur yeh apne bail ko le ke ja raha tha. to bail jo tha, kabhi idhar bhagta tha, rukh karta tha, kabhi idhar rukh karta.</w:t>
      </w:r>
      <w:r>
        <w:br/>
      </w:r>
      <w:r>
        <w:rPr>
          <w:sz w:val="20"/>
        </w:rPr>
        <w:t>27:49  yani ek khet ki taraf, us khet ki taraf.</w:t>
      </w:r>
      <w:r>
        <w:br/>
      </w:r>
      <w:r>
        <w:rPr>
          <w:sz w:val="20"/>
        </w:rPr>
        <w:t>27:52  to maine dekha ke woh peeche peeche jo kisan hai, idhar jata hai, idhar idhar marta danda ke "idhar chalo, idhar chalo".</w:t>
      </w:r>
      <w:r>
        <w:br/>
      </w:r>
      <w:r>
        <w:rPr>
          <w:sz w:val="20"/>
        </w:rPr>
        <w:t>28:05  idhar jata hai, phir marta hai ke "idhar chalo, idhar chalo".</w:t>
      </w:r>
      <w:r>
        <w:br/>
      </w:r>
      <w:r>
        <w:rPr>
          <w:sz w:val="20"/>
        </w:rPr>
        <w:t>28:10  to yeh main sikhta hoon ke "la haula wa la" aap yeh seekhein kehna ke jab distraction aaye to aap kahein ke "la haula wa la quwwata illa billahil aliyyil azim".</w:t>
      </w:r>
      <w:r>
        <w:br/>
      </w:r>
      <w:r>
        <w:rPr>
          <w:sz w:val="20"/>
        </w:rPr>
        <w:t>28:26  bas yahi yahi karna hai.</w:t>
      </w:r>
    </w:p>
    <w:p>
      <w:pPr>
        <w:pStyle w:val="Heading2"/>
      </w:pPr>
      <w:r>
        <w:t>Keeping disputes from affecting faith</w:t>
      </w:r>
    </w:p>
    <w:p>
      <w:r>
        <w:rPr>
          <w:color w:val="666666"/>
          <w:sz w:val="18"/>
        </w:rPr>
        <w:t>Story of Sahaba | January 11, 2008 · 2m 33s · at 37:27 · https://youtu.be/CtZdUnx9tLU?t=2247</w:t>
      </w:r>
    </w:p>
    <w:p>
      <w:r>
        <w:rPr>
          <w:i/>
        </w:rPr>
        <w:t>“Koi negative baatein kahi usne”</w:t>
      </w:r>
    </w:p>
    <w:p>
      <w:r>
        <w:rPr>
          <w:sz w:val="20"/>
        </w:rPr>
        <w:t>37:27  koi negative baatein kahein us ne, jis se ke unhein khalid se nafrat ho jaye, khalid ke bare</w:t>
      </w:r>
      <w:r>
        <w:br/>
      </w:r>
      <w:r>
        <w:rPr>
          <w:sz w:val="20"/>
        </w:rPr>
        <w:t>37:32  mein un ki rai buri ho jaye.</w:t>
      </w:r>
      <w:r>
        <w:br/>
      </w:r>
      <w:r>
        <w:rPr>
          <w:sz w:val="20"/>
        </w:rPr>
        <w:t>37:38  is waqt dekhiye ke unhon ne kya kaha.</w:t>
      </w:r>
      <w:r>
        <w:br/>
      </w:r>
      <w:r>
        <w:rPr>
          <w:sz w:val="20"/>
        </w:rPr>
        <w:t>37:43  yeh hai sahabi ka andaaz.</w:t>
      </w:r>
      <w:r>
        <w:br/>
      </w:r>
      <w:r>
        <w:rPr>
          <w:sz w:val="20"/>
        </w:rPr>
        <w:t>37:48  unhon ne kaha ke ma fain ma bainana lam yabin deenana.</w:t>
      </w:r>
      <w:r>
        <w:br/>
      </w:r>
      <w:r>
        <w:rPr>
          <w:sz w:val="20"/>
        </w:rPr>
        <w:t>37:53  kaha ke door ho, hamare aur khalid ke beech mein jo</w:t>
      </w:r>
      <w:r>
        <w:br/>
      </w:r>
      <w:r>
        <w:rPr>
          <w:sz w:val="20"/>
        </w:rPr>
        <w:t>37:58  difference hai, wo yahan tak nahi aayega ke hum ek doosre ke deen par koi, ek doosre</w:t>
      </w:r>
      <w:r>
        <w:br/>
      </w:r>
      <w:r>
        <w:rPr>
          <w:sz w:val="20"/>
        </w:rPr>
        <w:t>38:03  ke deen par koi comment karne lagen.</w:t>
      </w:r>
      <w:r>
        <w:br/>
      </w:r>
      <w:r>
        <w:rPr>
          <w:sz w:val="20"/>
        </w:rPr>
        <w:t>38:08  matlab yeh kahein ke yeh badiyat hain, yeh islam, in ka islam kamzor hai aur yeh to in</w:t>
      </w:r>
      <w:r>
        <w:br/>
      </w:r>
      <w:r>
        <w:rPr>
          <w:sz w:val="20"/>
        </w:rPr>
        <w:t>38:13  ka dil ikhlas nahi hai.</w:t>
      </w:r>
      <w:r>
        <w:br/>
      </w:r>
      <w:r>
        <w:rPr>
          <w:sz w:val="20"/>
        </w:rPr>
        <w:t>38:19  yeh sab nahi keh sakte hum.</w:t>
      </w:r>
      <w:r>
        <w:br/>
      </w:r>
      <w:r>
        <w:rPr>
          <w:sz w:val="20"/>
        </w:rPr>
        <w:t>38:24  yaani hum in ko</w:t>
      </w:r>
      <w:r>
        <w:br/>
      </w:r>
      <w:r>
        <w:rPr>
          <w:sz w:val="20"/>
        </w:rPr>
        <w:t>38:29  aisa nahi karenge ke hum se, hum se in se farz karein ke land ka is dispute hai.</w:t>
      </w:r>
      <w:r>
        <w:br/>
      </w:r>
      <w:r>
        <w:rPr>
          <w:sz w:val="20"/>
        </w:rPr>
        <w:t>38:34  to hum yeh nahi kahenge ke land se bahar aur cheezein jo hain, wahan tak us ko phaila dein.</w:t>
      </w:r>
      <w:r>
        <w:br/>
      </w:r>
      <w:r>
        <w:rPr>
          <w:sz w:val="20"/>
        </w:rPr>
        <w:t>38:39  hum kahein ke in ki namaz hi achi nahi hoti, wo to, wo to panj waqt namaz nahi</w:t>
      </w:r>
      <w:r>
        <w:br/>
      </w:r>
      <w:r>
        <w:rPr>
          <w:sz w:val="20"/>
        </w:rPr>
        <w:t>38:44  parhte theek tareeqe se, in ke andar ikhlas nahi hai, wo to islam mein aa gaye hain kisi</w:t>
      </w:r>
      <w:r>
        <w:br/>
      </w:r>
      <w:r>
        <w:rPr>
          <w:sz w:val="20"/>
        </w:rPr>
        <w:t>38:49  personal interest ke liye waghera, jaisa ke tareeqa hai logon ka.</w:t>
      </w:r>
      <w:r>
        <w:br/>
      </w:r>
      <w:r>
        <w:rPr>
          <w:sz w:val="20"/>
        </w:rPr>
        <w:t>38:54  to unhon ne kaha ke hamare</w:t>
      </w:r>
      <w:r>
        <w:br/>
      </w:r>
      <w:r>
        <w:rPr>
          <w:sz w:val="20"/>
        </w:rPr>
        <w:t>38:59  aur un ke beech mein jo difference hai, woh hamare deen tak nahi pahunche ga. is difference ki wajah se hum aisa nahi karein ge ke hum un ke deen ko bura samajhne lagen, un ke ikhlas pe shak karne lagen. aisa hum nahi karein ge. yeh hai sahaba ka tareeqa. yeh dekhiye, zindagi mein differences ate hain. yeh it is but natural. jab hum mil jul kar rahein ge,</w:t>
      </w:r>
      <w:r>
        <w:br/>
      </w:r>
      <w:r>
        <w:rPr>
          <w:sz w:val="20"/>
        </w:rPr>
        <w:t>39:29  jab samajhi zindagi mein rahen ge to chahe family ho, chahe society ho ya national life, har jagah</w:t>
      </w:r>
      <w:r>
        <w:br/>
      </w:r>
      <w:r>
        <w:rPr>
          <w:sz w:val="20"/>
        </w:rPr>
        <w:t>39:36  differences aayenge.</w:t>
      </w:r>
      <w:r>
        <w:br/>
      </w:r>
      <w:r>
        <w:rPr>
          <w:sz w:val="20"/>
        </w:rPr>
        <w:t>39:42  to is se hum, hamein kya karna chahiye? difference ko difference tak hi rakhen.</w:t>
      </w:r>
      <w:r>
        <w:br/>
      </w:r>
      <w:r>
        <w:rPr>
          <w:sz w:val="20"/>
        </w:rPr>
        <w:t>39:48  difference ko hum difference tak rakhen.</w:t>
      </w:r>
      <w:r>
        <w:br/>
      </w:r>
      <w:r>
        <w:rPr>
          <w:sz w:val="20"/>
        </w:rPr>
        <w:t>39:55  yani kursi ke bare mein difference hai to us ko table tak na le jayen.</w:t>
      </w:r>
    </w:p>
    <w:p>
      <w:pPr>
        <w:pStyle w:val="Heading2"/>
      </w:pPr>
      <w:r>
        <w:t>Discover the special ability God gave you and commit fully</w:t>
      </w:r>
    </w:p>
    <w:p>
      <w:r>
        <w:rPr>
          <w:color w:val="666666"/>
          <w:sz w:val="18"/>
        </w:rPr>
        <w:t>In Conversation with Dr. Saniyasnain Khan December 12, 2021 · 2m 14s · at 13:58 · https://youtu.be/9Lp76ckNRYE?t=838</w:t>
      </w:r>
    </w:p>
    <w:p>
      <w:r>
        <w:rPr>
          <w:i/>
        </w:rPr>
        <w:t>“Maulana was a very hard working person, reading and writing all day”</w:t>
      </w:r>
    </w:p>
    <w:p>
      <w:r>
        <w:rPr>
          <w:sz w:val="20"/>
        </w:rPr>
        <w:t>13:58  Early jo learning mujhe sab se aham hui early stages mein woh yeh ke aah Maulana was a very hard working person.</w:t>
      </w:r>
      <w:r>
        <w:br/>
      </w:r>
      <w:r>
        <w:rPr>
          <w:sz w:val="20"/>
        </w:rPr>
        <w:t>14:11  ji. bohat matlab subah fajar ke waqt se le ke raat ko isha tak kaam hi karte rehte thay. aur un ka kaam tha parhna aur likhna.</w:t>
      </w:r>
      <w:r>
        <w:br/>
      </w:r>
      <w:r>
        <w:rPr>
          <w:sz w:val="20"/>
        </w:rPr>
        <w:t>14:22  bas kitabon mein gharaq rehte thay. chunaanchay mujhe lagta hai Maulana nay bohat hi early stage mein early ages mein jab woh bohat hi chotay thay shayad twenty years ke aas paas us waqt un ko yeh realize ho gaya ke woh likh sakte hain.</w:t>
      </w:r>
      <w:r>
        <w:br/>
      </w:r>
      <w:r>
        <w:rPr>
          <w:sz w:val="20"/>
        </w:rPr>
        <w:t>14:45  hmm. He can write and analyze. hmm. jo Maulana ki analysis ki power hai woh aap parhte hain kitabon mein jo cheez humein aam aadmi ko nazar nahin aati woh Maulana is ko dekhte hain aur analyze karte hain.</w:t>
      </w:r>
      <w:r>
        <w:br/>
      </w:r>
      <w:r>
        <w:rPr>
          <w:sz w:val="20"/>
        </w:rPr>
        <w:t>14:58  hmm. to jab unhon nay yeh realize kiya ke he can write and he can analyze to woh is pe lag gaye. hmm. woh kaam unhon nay poori tarah se is kaam pe lag gaye aur likhna aur parhna likhna aur parhna aur koi kaam nahin kiya.</w:t>
      </w:r>
      <w:r>
        <w:br/>
      </w:r>
      <w:r>
        <w:rPr>
          <w:sz w:val="20"/>
        </w:rPr>
        <w:t>15:15  ji. chunaanchay har insaan aah ko Allah taala nay koi khaas salahiyat di hai. hmm. aah to is ko woh discover karna chahiye.</w:t>
      </w:r>
      <w:r>
        <w:br/>
      </w:r>
      <w:r>
        <w:rPr>
          <w:sz w:val="20"/>
        </w:rPr>
        <w:t>15:27  hmm. Ke Allah ne kaun si khaas ah quality salahiyat us ko di hai jab woh is ko</w:t>
      </w:r>
      <w:r>
        <w:br/>
      </w:r>
      <w:r>
        <w:rPr>
          <w:sz w:val="20"/>
        </w:rPr>
        <w:t>15:36  discover kar le to is ko chahiye ke woh ah is pe lag jaye jam jaye aur tabhi</w:t>
      </w:r>
      <w:r>
        <w:br/>
      </w:r>
      <w:r>
        <w:rPr>
          <w:sz w:val="20"/>
        </w:rPr>
        <w:t>15:44  is ko success hasil hogi worldly ah aitbaar se bhi aur aakhirat ke aitbaar se to mein mein</w:t>
      </w:r>
      <w:r>
        <w:br/>
      </w:r>
      <w:r>
        <w:rPr>
          <w:sz w:val="20"/>
        </w:rPr>
        <w:t>15:52  samajhta hoon ke yeh jo maine note kiya ke Maulana bas likhte padhte the aur jo log</w:t>
      </w:r>
      <w:r>
        <w:br/>
      </w:r>
      <w:r>
        <w:rPr>
          <w:sz w:val="20"/>
        </w:rPr>
        <w:t>15:58  aate the un ke haan chuki mein aksar baithta tha jab log aate the to maine dekha</w:t>
      </w:r>
      <w:r>
        <w:br/>
      </w:r>
      <w:r>
        <w:rPr>
          <w:sz w:val="20"/>
        </w:rPr>
        <w:t>16:05  ke baat bhi woh yahi karte the likhne padhne wali Qur'an ki hadees ki ya koi aur baat</w:t>
      </w:r>
      <w:r>
        <w:br/>
      </w:r>
      <w:r>
        <w:rPr>
          <w:sz w:val="20"/>
        </w:rPr>
        <w:t>16:11  koi political baat</w:t>
      </w:r>
    </w:p>
    <w:p>
      <w:pPr>
        <w:pStyle w:val="Heading2"/>
      </w:pPr>
      <w:r>
        <w:t>Lack of God-fearing prevents learning from Hudaibiya</w:t>
      </w:r>
    </w:p>
    <w:p>
      <w:r>
        <w:rPr>
          <w:color w:val="666666"/>
          <w:sz w:val="18"/>
        </w:rPr>
        <w:t>How to Manage Controversy 10 Nov 2019 - Maulana Wahiduddin Khan · 2m 23s · at 43:14 · https://youtu.be/UafTzJXHrSA?t=2594</w:t>
      </w:r>
    </w:p>
    <w:p>
      <w:r>
        <w:rPr>
          <w:i/>
        </w:rPr>
        <w:t>“سمپل سمپل وجہ یہ ہے”</w:t>
      </w:r>
    </w:p>
    <w:p>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p>
    <w:p>
      <w:pPr>
        <w:pStyle w:val="Heading2"/>
      </w:pPr>
      <w:r>
        <w:t>Human's built-in check mechanism</w:t>
      </w:r>
    </w:p>
    <w:p>
      <w:r>
        <w:rPr>
          <w:color w:val="666666"/>
          <w:sz w:val="18"/>
        </w:rPr>
        <w:t>Dars-e-Quran, Chapter 2, Verse 30-33 November 26. 2017 · 2m 19s · at 8:41 · https://youtu.be/NeyC7ANI3uI?t=521</w:t>
      </w:r>
    </w:p>
    <w:p>
      <w:r>
        <w:rPr>
          <w:i/>
        </w:rPr>
        <w:t>“Allah Rabb Ta'ala ne farishton ko bataya”</w:t>
      </w:r>
    </w:p>
    <w:p>
      <w:r>
        <w:rPr>
          <w:sz w:val="20"/>
        </w:rPr>
        <w:t>8:41  to bhai, samajh mein aaya ke is quran ki in ayaton ko samajhne ke liye yeh aik buniyadi ma'khaz hai. woh yeh hai ke Allah rabbul izzat ne farishton ko bataya ke chounke insan ko azadi di gayi hai, di jayegi, total azadi, total freedom,</w:t>
      </w:r>
      <w:r>
        <w:br/>
      </w:r>
      <w:r>
        <w:rPr>
          <w:sz w:val="20"/>
        </w:rPr>
        <w:t>9:05  to freedom ko mehsoos karega aur khoon bahayega, fasad karega, yeh sab hoga. lekin Allah ne insan ke nature mein, is ki takhleeqi banawat mein,</w:t>
      </w:r>
      <w:r>
        <w:br/>
      </w:r>
      <w:r>
        <w:rPr>
          <w:sz w:val="20"/>
        </w:rPr>
        <w:t>9:21  aik cheez rakh di hai jo motivation hai is baat ka ke woh zindagi ki purpose ko talash kare.</w:t>
      </w:r>
      <w:r>
        <w:br/>
      </w:r>
      <w:r>
        <w:rPr>
          <w:sz w:val="20"/>
        </w:rPr>
        <w:t>9:34  is ki detail aap dekh sakte hain kitabon mein ya internet par. yani insan ka nature yeh hai ke woh</w:t>
      </w:r>
      <w:r>
        <w:br/>
      </w:r>
      <w:r>
        <w:rPr>
          <w:sz w:val="20"/>
        </w:rPr>
        <w:t>9:46  woh hamesha search mein rehta hai, talash mein rehta hai,</w:t>
      </w:r>
      <w:r>
        <w:br/>
      </w:r>
      <w:r>
        <w:rPr>
          <w:sz w:val="20"/>
        </w:rPr>
        <w:t>9:55  meaningful se kam par raazi nahi hota. woh koi kaam kare, koi iqdam kare to woh is ki nazar mein meaningful hona chahiye.</w:t>
      </w:r>
      <w:r>
        <w:br/>
      </w:r>
      <w:r>
        <w:rPr>
          <w:sz w:val="20"/>
        </w:rPr>
        <w:t>10:06  agar meaningful nahi hai to is par raazi nahi hota. woh isi liye insan ki nature hamesha yeh karti hai ke woh rethinking karti hai, replanning karti hai.</w:t>
      </w:r>
      <w:r>
        <w:br/>
      </w:r>
      <w:r>
        <w:rPr>
          <w:sz w:val="20"/>
        </w:rPr>
        <w:t>10:20  to Allah taala ne kaha, is bataya farishton ko ke to tumhara andesha sahi hai ke mehsoos karega woh freedom ko.</w:t>
      </w:r>
      <w:r>
        <w:br/>
      </w:r>
      <w:r>
        <w:rPr>
          <w:sz w:val="20"/>
        </w:rPr>
        <w:t>10:31  lekin isi ke sath yeh hai ke maine abadi tor par is ki takhleeq mein aik bohat bari cheez rakh di hai, woh check rank banayega.</w:t>
      </w:r>
      <w:r>
        <w:br/>
      </w:r>
      <w:r>
        <w:rPr>
          <w:sz w:val="20"/>
        </w:rPr>
        <w:t>10:44  check, check yeh hai ke insan koi kaam kare, is ka nateeja ulta nikle to raazi nahi hoga is par.</w:t>
      </w:r>
      <w:r>
        <w:br/>
      </w:r>
      <w:r>
        <w:rPr>
          <w:sz w:val="20"/>
        </w:rPr>
        <w:t>10:52  woh woh phir se sochega, replanning karega.</w:t>
      </w:r>
    </w:p>
    <w:p>
      <w:pPr>
        <w:pStyle w:val="Heading2"/>
      </w:pPr>
      <w:r>
        <w:t>idea to replace mosque donation appeals with free Quran distribution</w:t>
      </w:r>
    </w:p>
    <w:p>
      <w:r>
        <w:rPr>
          <w:color w:val="666666"/>
          <w:sz w:val="18"/>
        </w:rPr>
        <w:t>Spiritual Travel Across Eastern Europe July 14, 2024 · 2m 46s · at 57:08 · https://youtu.be/b7BMyJKPM1w?t=3428</w:t>
      </w:r>
    </w:p>
    <w:p>
      <w:r>
        <w:rPr>
          <w:i/>
        </w:rPr>
        <w:t>“Maine dekha ke gate par ek saahab donations for the mosque keh rahe the”</w:t>
      </w:r>
    </w:p>
    <w:p>
      <w:r>
        <w:rPr>
          <w:sz w:val="20"/>
        </w:rPr>
        <w:t>57:08  Topkapi museum aur Hagia Sophia aur yeh Blue Mosque jise Sultan Ahmed kehte hain. To jab main wahan se nikla to maine dekha ki bahut tourist hai wahan. Ji. Bhare mein hain tourist yani khachagach bhare mein. To yeh haal tha ki line lagi hui thi. Bahar ek khaas gate tha tourist ka us par line lag gayi thi bahut lambi. To log ja rahe the aur ek doosre gate se nikal rahe the.</w:t>
      </w:r>
      <w:r>
        <w:br/>
      </w:r>
      <w:r>
        <w:rPr>
          <w:sz w:val="20"/>
        </w:rPr>
        <w:t>57:37  To maine dekha ki jab tourist bahar aa rahe hain to gate par ek sahab baithe hue ek table liye hue aur unke paas kuch receipts hain aur woh keh rahe hain donations for the mosque, donations for the mosque. Is baar bhi maine dekha woh baithe hue the. To maine unse kaha jo hamare saathi the Turkish ke yeh donations for the mosque maang rahe hain tourists se.</w:t>
      </w:r>
      <w:r>
        <w:br/>
      </w:r>
      <w:r>
        <w:rPr>
          <w:sz w:val="20"/>
        </w:rPr>
        <w:t>58:05  Yeh sabse sabse keh rahe the tourist zyada the usko. Ji. Iske badle achha hota hai ki yeh Quran dete hain unhein. To maine unse kaha ki hum agar Quran distribute karen yahan blue mosque mein to kaise karen? To unhone ab Imam se poocha wahan kuch kai Imam hote hain wahan. To unhone kaha ki aap bhala jagah jaiye Mufti office.</w:t>
      </w:r>
      <w:r>
        <w:br/>
      </w:r>
      <w:r>
        <w:rPr>
          <w:sz w:val="20"/>
        </w:rPr>
        <w:t>58:33  Woh permission denge to phir hum kar sakte hain. To woh hum mujhe le gaye Mufti office mein. Ji. Mufti tha. Mufti ka matlab religious minister. Bada zabardast office tha uska. Ji. To usko bataya ki yeh yeh hai. Muftiana ke bare mein bataya. To usne kaha nahi nahi hum to karte hain. To humne kaha kaun sa Quran karte hain aap jo dikhaen? To unhone itna mota Quran dikhaya heart bound English Arabic.</w:t>
      </w:r>
      <w:r>
        <w:br/>
      </w:r>
      <w:r>
        <w:rPr>
          <w:sz w:val="20"/>
        </w:rPr>
        <w:t>59:01  To maine kaha ki chhota hota agar tourist ko dene ke liye to achha rehta. To khair woh batchit hui woh khatam ho gayi. To phir kai baar main gaya isi silsile mein. Matlab jab bhi jata Europe to via Turkey jata hai. To kai baar koshish ki. To ek masjid jahan aap bhi gaye hain Dustum Pasha mosque. Ji. Woh taiyar ho gaya. Kisi ne bataya ki wahan jaakar miliye Imam bahut achha hai.</w:t>
      </w:r>
      <w:r>
        <w:br/>
      </w:r>
      <w:r>
        <w:rPr>
          <w:sz w:val="20"/>
        </w:rPr>
        <w:t>59:31  To wahan se shuru ho gaya kaam. Phir kuch arse baad blue mosque mein bhi ek sahab mil gaye, ek Imam, jo Dawa ke incharge the, jinka naam hai Sib Qutullah. Bahut achhi aadmi. To unhone hamein permission de di ki theek hai, aap laiye. To humne wahan print karna shuru kiya Quran. Ji.</w:t>
      </w:r>
      <w:r>
        <w:br/>
      </w:r>
      <w:r>
        <w:rPr>
          <w:sz w:val="20"/>
        </w:rPr>
        <w:t>59:54  Is waqt taqreeban bees baees languages mein Quran print hota hai aur Sultan Ahmed aur jo badi mosque ek doosri hai Sulaimania, wahan par wahan par bhi aur kai masjidon mein jahan par bhi tourist aate hain wahan par rehta hai aur log jaate rehte hain foot bhejte hain ki aapko main fauran dekha wahan to bahut achhi jagah hai woh aur Hagia Sophia mein bhi hota hai.</w:t>
      </w:r>
    </w:p>
    <w:p>
      <w:pPr>
        <w:pStyle w:val="Heading2"/>
      </w:pPr>
      <w:r>
        <w:t>silent acknowledgment of faith isn't enough</w:t>
      </w:r>
    </w:p>
    <w:p>
      <w:r>
        <w:rPr>
          <w:color w:val="666666"/>
          <w:sz w:val="18"/>
        </w:rPr>
        <w:t>Quran for All Mankind June 3, 2012 · 1m 56s · at 1:14:30 · https://youtu.be/Gp-53Zjugcg?t=4470</w:t>
      </w:r>
    </w:p>
    <w:p>
      <w:r>
        <w:rPr>
          <w:i/>
        </w:rPr>
        <w:t>“Is silent acknowledgment enough, or must we voice our thanks?”</w:t>
      </w:r>
    </w:p>
    <w:p>
      <w:r>
        <w:rPr>
          <w:sz w:val="20"/>
        </w:rPr>
        <w:t>1:14:30  Maulana, agla sawal ah Dilli se hai, Maulana Zikwan Sahab ka. unhon ne aap se poocha hai ke "is silent acknowledgement infor or do we need to verbally thank people</w:t>
      </w:r>
      <w:r>
        <w:br/>
      </w:r>
      <w:r>
        <w:rPr>
          <w:sz w:val="20"/>
        </w:rPr>
        <w:t>1:14:42  ?" kindly comment. lis, yani khamosh acknowledgement to koi cheez nahi hai. yeh to aap ki taskeen ke liye hota hai, yeh apni taskeen ke liye hota hai.</w:t>
      </w:r>
      <w:r>
        <w:br/>
      </w:r>
      <w:r>
        <w:rPr>
          <w:sz w:val="20"/>
        </w:rPr>
        <w:t>1:14:54  bolna chahiye aap ki koi, yani cheekh padna chahiye ya apne dil ko. kuch log apne dil mein khush karne ke liye maan lete hain ke hum to maante hi hain,</w:t>
      </w:r>
      <w:r>
        <w:br/>
      </w:r>
      <w:r>
        <w:rPr>
          <w:sz w:val="20"/>
        </w:rPr>
        <w:t>1:15:09  to maante to munh se kyun nahi bolte?</w:t>
      </w:r>
      <w:r>
        <w:br/>
      </w:r>
      <w:r>
        <w:rPr>
          <w:sz w:val="20"/>
        </w:rPr>
        <w:t>1:15:12  sach poochte hain, yeh bhi ek qism ka woh hai, ek qism ka kya kehte hain is ko,</w:t>
      </w:r>
      <w:r>
        <w:br/>
      </w:r>
      <w:r>
        <w:rPr>
          <w:sz w:val="20"/>
        </w:rPr>
        <w:t>1:15:24  yani yeh modernistic ke khilaf hai. kyunke jin logon ko modernistic nahi hoti, woh woh bas soch yahi, woh aisi boli bolte hain kyunke samajhte hain ke agar hum bol diya to hum kuch chote ho jayenge.</w:t>
      </w:r>
      <w:r>
        <w:br/>
      </w:r>
      <w:r>
        <w:rPr>
          <w:sz w:val="20"/>
        </w:rPr>
        <w:t>1:15:40  bol diya to hum kuch chote ho jayenge.</w:t>
      </w:r>
      <w:r>
        <w:br/>
      </w:r>
      <w:r>
        <w:rPr>
          <w:sz w:val="20"/>
        </w:rPr>
        <w:t>1:15:43  yeh yeh ek qism ka yeh argument hai jo record banta hai. argument ek ki bohat si qismein hain, to is ke peeche jo cheez hai, woh argument hai.</w:t>
      </w:r>
      <w:r>
        <w:br/>
      </w:r>
      <w:r>
        <w:rPr>
          <w:sz w:val="20"/>
        </w:rPr>
        <w:t>1:15:53  agar hum ise nahi bolte hain to ek kahin na kahin chupa hua ek argument hai ke main apne aap ko kisi se chota ko bataoon kyunke iqraar karne ka matlab woh samajh lete hain ke main chota ho gaya.</w:t>
      </w:r>
      <w:r>
        <w:br/>
      </w:r>
      <w:r>
        <w:rPr>
          <w:sz w:val="20"/>
        </w:rPr>
        <w:t>1:16:05  halanke iqraar ka matlab hai haqeeqat ka iqraar. to main samajhta hoon ke bolna bilkul lazim hai.</w:t>
      </w:r>
      <w:r>
        <w:br/>
      </w:r>
      <w:r>
        <w:rPr>
          <w:sz w:val="20"/>
        </w:rPr>
        <w:t>1:16:13  jo na bolay, woh apne ko munafiq sabit kar raha hai farishton ki nazar mein. jo aadmi na bolay, mehsoos karte hue, to us ke baad farishton ki nazar mein apne ko munafiq sabit kar raha hai.</w:t>
      </w:r>
    </w:p>
    <w:p>
      <w:pPr>
        <w:pStyle w:val="Heading2"/>
      </w:pPr>
      <w:r>
        <w:t>Refuting claim that Quran is an encyclopedia</w:t>
      </w:r>
    </w:p>
    <w:p>
      <w:r>
        <w:rPr>
          <w:color w:val="666666"/>
          <w:sz w:val="18"/>
        </w:rPr>
        <w:t>An Introduction to Hadith | July 25, 2007 · 2m 35s · at 21:07 · https://youtu.be/gfGuT-o5mSM?t=1267</w:t>
      </w:r>
    </w:p>
    <w:p>
      <w:r>
        <w:rPr>
          <w:i/>
        </w:rPr>
        <w:t>“Then I happened to meet an Islamic scholar”</w:t>
      </w:r>
    </w:p>
    <w:p>
      <w:r>
        <w:rPr>
          <w:sz w:val="20"/>
        </w:rPr>
        <w:t>21:07  is concerned, we can understand this aspect only by reading Hadith as prophetic life.</w:t>
      </w:r>
      <w:r>
        <w:br/>
      </w:r>
      <w:r>
        <w:rPr>
          <w:sz w:val="20"/>
        </w:rPr>
        <w:t>21:17  Then I happened to meet an Islamic scholar.</w:t>
      </w:r>
      <w:r>
        <w:br/>
      </w:r>
      <w:r>
        <w:rPr>
          <w:sz w:val="20"/>
        </w:rPr>
        <w:t>21:28  He said, "All the translations of Islam are wrong.</w:t>
      </w:r>
      <w:r>
        <w:br/>
      </w:r>
      <w:r>
        <w:rPr>
          <w:sz w:val="20"/>
        </w:rPr>
        <w:t>21:38  All the translations of Islam, all the translations of Quran are wrong." I asked, "Why?" He said, "Let</w:t>
      </w:r>
      <w:r>
        <w:br/>
      </w:r>
      <w:r>
        <w:rPr>
          <w:sz w:val="20"/>
        </w:rPr>
        <w:t>21:48  us take the first verse, the very first verse that is 'Zaalikal Kitabullah Raifi.'" This is the first</w:t>
      </w:r>
      <w:r>
        <w:br/>
      </w:r>
      <w:r>
        <w:rPr>
          <w:sz w:val="20"/>
        </w:rPr>
        <w:t>21:58  verse of the chapter al-Baqarah, the second chapter of the Quran. "Zaalikal Kitab</w:t>
      </w:r>
      <w:r>
        <w:br/>
      </w:r>
      <w:r>
        <w:rPr>
          <w:sz w:val="20"/>
        </w:rPr>
        <w:t>22:08  ullah Raifi." Generally, translators render this verse in these words that this is the book, there is no</w:t>
      </w:r>
      <w:r>
        <w:br/>
      </w:r>
      <w:r>
        <w:rPr>
          <w:sz w:val="20"/>
        </w:rPr>
        <w:t>22:16  doubt about it.</w:t>
      </w:r>
      <w:r>
        <w:br/>
      </w:r>
      <w:r>
        <w:rPr>
          <w:sz w:val="20"/>
        </w:rPr>
        <w:t>22:24  "Zaalikal Kitabullah Raifi." This is the book, there is no doubt about it.</w:t>
      </w:r>
      <w:r>
        <w:br/>
      </w:r>
      <w:r>
        <w:rPr>
          <w:sz w:val="20"/>
        </w:rPr>
        <w:t>22:32  So, that gentleman said that no,</w:t>
      </w:r>
      <w:r>
        <w:br/>
      </w:r>
      <w:r>
        <w:rPr>
          <w:sz w:val="20"/>
        </w:rPr>
        <w:t>22:40  this book is a wrong translation. The correct translation is this is an encyclopedia. "Zaalikal Kitab" means it is an encyclopedia. I said that, "My brother, you are wrong. You know what is an encyclopedia? En</w:t>
      </w:r>
      <w:r>
        <w:br/>
      </w:r>
      <w:r>
        <w:rPr>
          <w:sz w:val="20"/>
        </w:rPr>
        <w:t>23:10  cyclopedia is a book of knowledge, just like a dictionary.</w:t>
      </w:r>
      <w:r>
        <w:br/>
      </w:r>
      <w:r>
        <w:rPr>
          <w:sz w:val="20"/>
        </w:rPr>
        <w:t>23:18  Dictionary is a book of all words.</w:t>
      </w:r>
      <w:r>
        <w:br/>
      </w:r>
      <w:r>
        <w:rPr>
          <w:sz w:val="20"/>
        </w:rPr>
        <w:t>23:26  So, an encyclopedia is a dictionary of all kinds of knowledge.</w:t>
      </w:r>
      <w:r>
        <w:br/>
      </w:r>
      <w:r>
        <w:rPr>
          <w:sz w:val="20"/>
        </w:rPr>
        <w:t>23:34  But in Quran, you cannot find all the required knowledge about Islam."</w:t>
      </w:r>
    </w:p>
    <w:p>
      <w:pPr>
        <w:pStyle w:val="Heading2"/>
      </w:pPr>
      <w:r>
        <w:t>Worship's value lies in quality, not quantity</w:t>
      </w:r>
    </w:p>
    <w:p>
      <w:r>
        <w:rPr>
          <w:color w:val="666666"/>
          <w:sz w:val="18"/>
        </w:rPr>
        <w:t>Model of Paradise June 22, 2014 · 2m 14s · at 49:47 · https://youtu.be/7jXD8E_dN-E?t=2987</w:t>
      </w:r>
    </w:p>
    <w:p>
      <w:r>
        <w:rPr>
          <w:i/>
        </w:rPr>
        <w:t>“Ibadat jo hai, form ya quantity ke aitbar se ahmiyat nahi banti”</w:t>
      </w:r>
    </w:p>
    <w:p>
      <w:r>
        <w:rPr>
          <w:sz w:val="20"/>
        </w:rPr>
        <w:t>49:47  Maulana, agla sawal Delhi se kiya hai, Dr. Anwar Abbas Sahab ne. aur unhon ne likha hai ke ek musalman kam ibadat karta hai, doosra zyada ibadat karta hai.</w:t>
      </w:r>
      <w:r>
        <w:br/>
      </w:r>
      <w:r>
        <w:rPr>
          <w:sz w:val="20"/>
        </w:rPr>
        <w:t>50:01  donon ki paradise life mein kya farq hoga?</w:t>
      </w:r>
      <w:r>
        <w:br/>
      </w:r>
      <w:r>
        <w:rPr>
          <w:sz w:val="20"/>
        </w:rPr>
        <w:t>50:05  is ke baray mein batayen. dekhen, ibadat jo hai, form ya quantity ke aitbar se is ki</w:t>
      </w:r>
      <w:r>
        <w:br/>
      </w:r>
      <w:r>
        <w:rPr>
          <w:sz w:val="20"/>
        </w:rPr>
        <w:t>50:18  ahmiyat nahin banti.</w:t>
      </w:r>
      <w:r>
        <w:br/>
      </w:r>
      <w:r>
        <w:rPr>
          <w:sz w:val="20"/>
        </w:rPr>
        <w:t>50:21  hadith mein aata hai ke innama al a'malu binniyat aur ek hadith hai ke tum amal karte ho lekin jo tum ko in'aam milega woh tumhari samajh ke barabar hoga.</w:t>
      </w:r>
      <w:r>
        <w:br/>
      </w:r>
      <w:r>
        <w:rPr>
          <w:sz w:val="20"/>
        </w:rPr>
        <w:t>50:37  wama yujza illa bi qadri aqlihi</w:t>
      </w:r>
      <w:r>
        <w:br/>
      </w:r>
      <w:r>
        <w:rPr>
          <w:sz w:val="20"/>
        </w:rPr>
        <w:t>50:41  to kaha ibadat ka zyada ya kam hona is se nahin kehti hai rak'aten zyada padhi aap ne, rak'aten zyada rakhen, is par munhasir nahin hai.</w:t>
      </w:r>
      <w:r>
        <w:br/>
      </w:r>
      <w:r>
        <w:rPr>
          <w:sz w:val="20"/>
        </w:rPr>
        <w:t>50:51  balkeh is kaifiyat se hoga jis kaifiyat se aap ne koi amal kiya hai. jaise quran mein hai qurbani ke baray mein ke Allah ko tumhara sirf taqwa pahunchta.</w:t>
      </w:r>
      <w:r>
        <w:br/>
      </w:r>
      <w:r>
        <w:rPr>
          <w:sz w:val="20"/>
        </w:rPr>
        <w:t>51:07  to taqwa to ek dakhili kaifiyat hai.</w:t>
      </w:r>
      <w:r>
        <w:br/>
      </w:r>
      <w:r>
        <w:rPr>
          <w:sz w:val="20"/>
        </w:rPr>
        <w:t>51:12  to yeh nazariya galat hai ke ibadat apni yaani quantity ke aitbar se aham o ghair aham hoti hai. nahin, apni quality ke aitbar se aham o ghair aham hoti hai.</w:t>
      </w:r>
      <w:r>
        <w:br/>
      </w:r>
      <w:r>
        <w:rPr>
          <w:sz w:val="20"/>
        </w:rPr>
        <w:t>51:25  aur quality ka jo muamla hai woh koi jaan nahin sakta. yeh sirf Allah ko pata hai. sirf Allah ko pata hai ke kis ka amal quantitative term mein zyada hai.</w:t>
      </w:r>
      <w:r>
        <w:br/>
      </w:r>
      <w:r>
        <w:rPr>
          <w:sz w:val="20"/>
        </w:rPr>
        <w:t>51:37  aap quantitative term mein to aap gin sakte hain is ki rak'aton ko. lekin qualitative term mein aap nahin pata kar sakte. to yeh muamla sara ka sara Allah par depend karta hai.</w:t>
      </w:r>
      <w:r>
        <w:br/>
      </w:r>
      <w:r>
        <w:rPr>
          <w:sz w:val="20"/>
        </w:rPr>
        <w:t>51:49  Allah hi ko pata hai ke kis ki ibadat zyada valuable hai, kisi ki kam valuable hai. yeh hum aap ko pata nahin is ka.</w:t>
      </w:r>
    </w:p>
    <w:p>
      <w:pPr>
        <w:pStyle w:val="Heading2"/>
      </w:pPr>
      <w:r>
        <w:t>Six periods of creation in Quran and science</w:t>
      </w:r>
    </w:p>
    <w:p>
      <w:r>
        <w:rPr>
          <w:color w:val="666666"/>
          <w:sz w:val="18"/>
        </w:rPr>
        <w:t>Al-Risala, January 2017 Maulana Wahiduddin Khan · 1m 53s · at 3:56 · https://youtu.be/nc3SlWYIhDQ?t=236</w:t>
      </w:r>
    </w:p>
    <w:p>
      <w:r>
        <w:rPr>
          <w:i/>
        </w:rPr>
        <w:t>“Quran se maloom hota hai”</w:t>
      </w:r>
    </w:p>
    <w:p>
      <w:r>
        <w:rPr>
          <w:sz w:val="20"/>
        </w:rPr>
        <w:t>3:56  quran se maloom hota hai ke khaliq ne kainat ko che adwaar yani periods ki soorat mein banaya hai. is waqeye ka zikr quran mein saat bar aya hai.</w:t>
      </w:r>
      <w:r>
        <w:br/>
      </w:r>
      <w:r>
        <w:rPr>
          <w:sz w:val="20"/>
        </w:rPr>
        <w:t>4:07  in ayaton mein se aik ayat yeh hai: allahu alladhi khalaqa alssamawati waalard wama baynahuma fi sittat ayyam.</w:t>
      </w:r>
      <w:r>
        <w:br/>
      </w:r>
      <w:r>
        <w:rPr>
          <w:sz w:val="20"/>
        </w:rPr>
        <w:t>4:16  soorah number 32 ayat char. yani allah hi hai jis ne paida kiya aasmanon aur zameen ko aur jo un ke darmiyan hai che dinon mein.</w:t>
      </w:r>
      <w:r>
        <w:br/>
      </w:r>
      <w:r>
        <w:rPr>
          <w:sz w:val="20"/>
        </w:rPr>
        <w:t>4:28  in ayaton mein che ayyam se murad che adwaar yani six periods hain.</w:t>
      </w:r>
      <w:r>
        <w:br/>
      </w:r>
      <w:r>
        <w:rPr>
          <w:sz w:val="20"/>
        </w:rPr>
        <w:t>4:34  daur ka matlab yeh hai ke kainat ko back waqt dafatan paida nahi kiya gaya balkeh un ko asbab o ilal yani cause and effect ki soorat mein paida kiya gaya.</w:t>
      </w:r>
      <w:r>
        <w:br/>
      </w:r>
      <w:r>
        <w:rPr>
          <w:sz w:val="20"/>
        </w:rPr>
        <w:t>4:47  takhlq ki yeh soorat is liye ikhtiyar ki gayi taake insaan apne aql ki roshni mein in ka mutala kar sake aur takhlq ki hikmat ko apne liye zehni taskeel ka saman bana sake.</w:t>
      </w:r>
      <w:r>
        <w:br/>
      </w:r>
      <w:r>
        <w:rPr>
          <w:sz w:val="20"/>
        </w:rPr>
        <w:t>5:00  insani uloom ke zariye kainat ka jo mutala kiya gaya hai un ko le kar agar in che adwaar ko mutayyan kiya jaye to woh yeh hoga: number aik big bang, number do little bang ya solar bang, number teen water bang, number char planet bang, number paanch animal bang, number che human bang.</w:t>
      </w:r>
      <w:r>
        <w:br/>
      </w:r>
      <w:r>
        <w:rPr>
          <w:sz w:val="20"/>
        </w:rPr>
        <w:t>5:27  yeh tareekh ke che maloom adwaar hain.</w:t>
      </w:r>
      <w:r>
        <w:br/>
      </w:r>
      <w:r>
        <w:rPr>
          <w:sz w:val="20"/>
        </w:rPr>
        <w:t>5:30  scientific andazon ke mutabiq che adwaar ki yeh muddat taqreeban 13 billion saal hai. is muddat mein maujooda kainat adam se wajood mein aayi aur mukhtalif marhalon se guzarte hue apni maujooda soorat mein ban kar tayyar hui.</w:t>
      </w:r>
    </w:p>
    <w:p>
      <w:pPr>
        <w:pStyle w:val="Heading2"/>
      </w:pPr>
      <w:r>
        <w:t>Kun Rabbaniyin and God-oriented life</w:t>
      </w:r>
    </w:p>
    <w:p>
      <w:r>
        <w:rPr>
          <w:color w:val="666666"/>
          <w:sz w:val="18"/>
        </w:rPr>
        <w:t>Quran: A Divine Guide Book | October 24, 2007 | Maulana Wahiduddin Khan · 2m 02s · at 20:06 · https://youtu.be/2fxvc-ZN1HM?t=1206</w:t>
      </w:r>
    </w:p>
    <w:p>
      <w:r>
        <w:rPr>
          <w:i/>
        </w:rPr>
        <w:t>“Kun Rabbaniyin means become men of God”</w:t>
      </w:r>
    </w:p>
    <w:p>
      <w:r>
        <w:rPr>
          <w:sz w:val="20"/>
        </w:rPr>
        <w:t>20:06  three, verse number seven nine.</w:t>
      </w:r>
      <w:r>
        <w:br/>
      </w:r>
      <w:r>
        <w:rPr>
          <w:sz w:val="20"/>
        </w:rPr>
        <w:t>20:11  kaun rabbaniyin? is ka literal translation hai rabb wale bano.</w:t>
      </w:r>
      <w:r>
        <w:br/>
      </w:r>
      <w:r>
        <w:rPr>
          <w:sz w:val="20"/>
        </w:rPr>
        <w:t>20:16  rabb wale bano.</w:t>
      </w:r>
      <w:r>
        <w:br/>
      </w:r>
      <w:r>
        <w:rPr>
          <w:sz w:val="20"/>
        </w:rPr>
        <w:t>20:21  Become man of God.</w:t>
      </w:r>
      <w:r>
        <w:br/>
      </w:r>
      <w:r>
        <w:rPr>
          <w:sz w:val="20"/>
        </w:rPr>
        <w:t>20:27  Become man of God.</w:t>
      </w:r>
      <w:r>
        <w:br/>
      </w:r>
      <w:r>
        <w:rPr>
          <w:sz w:val="20"/>
        </w:rPr>
        <w:t>20:32  rabb wale insaan bano.</w:t>
      </w:r>
      <w:r>
        <w:br/>
      </w:r>
      <w:r>
        <w:rPr>
          <w:sz w:val="20"/>
        </w:rPr>
        <w:t>20:37  ab sochiye ke is ka kya matlab hai? rabb wale bano, man of God bano.</w:t>
      </w:r>
      <w:r>
        <w:br/>
      </w:r>
      <w:r>
        <w:rPr>
          <w:sz w:val="20"/>
        </w:rPr>
        <w:t>20:47  is se maloom hua ke hamara orientation kya hona chahiye? woh central point kya hona chahiye jo hamare</w:t>
      </w:r>
      <w:r>
        <w:br/>
      </w:r>
      <w:r>
        <w:rPr>
          <w:sz w:val="20"/>
        </w:rPr>
        <w:t>20:57  samne hamesha rahe? hamara sab se bara concern kya hona chahiye? main samajhta hoon ke is baat ko</w:t>
      </w:r>
      <w:r>
        <w:br/>
      </w:r>
      <w:r>
        <w:rPr>
          <w:sz w:val="20"/>
        </w:rPr>
        <w:t>21:07  ek American writer ne bohat achhi tarah pakra.</w:t>
      </w:r>
      <w:r>
        <w:br/>
      </w:r>
      <w:r>
        <w:rPr>
          <w:sz w:val="20"/>
        </w:rPr>
        <w:t>21:13  us ne ek kitaab likhi hai Islam par.</w:t>
      </w:r>
      <w:r>
        <w:br/>
      </w:r>
      <w:r>
        <w:rPr>
          <w:sz w:val="20"/>
        </w:rPr>
        <w:t>21:19  to is mein woh kehta hai ke the greatest concern of Islam is Allah.</w:t>
      </w:r>
      <w:r>
        <w:br/>
      </w:r>
      <w:r>
        <w:rPr>
          <w:sz w:val="20"/>
        </w:rPr>
        <w:t>21:25  yani Islam ka ya Quran ka sab se bara concern kya hai? Khuda.</w:t>
      </w:r>
      <w:r>
        <w:br/>
      </w:r>
      <w:r>
        <w:rPr>
          <w:sz w:val="20"/>
        </w:rPr>
        <w:t>21:31  yani Khuda ko apna concern banana yahi insan ka purp</w:t>
      </w:r>
      <w:r>
        <w:br/>
      </w:r>
      <w:r>
        <w:rPr>
          <w:sz w:val="20"/>
        </w:rPr>
        <w:t>21:37  ose hai.</w:t>
      </w:r>
      <w:r>
        <w:br/>
      </w:r>
      <w:r>
        <w:rPr>
          <w:sz w:val="20"/>
        </w:rPr>
        <w:t>21:44  isi mein insan ki success hai.</w:t>
      </w:r>
      <w:r>
        <w:br/>
      </w:r>
      <w:r>
        <w:rPr>
          <w:sz w:val="20"/>
        </w:rPr>
        <w:t>21:50  to kaun Rabaniyin ka matlab yeh hai kya? ke Rab oriented life apnao.</w:t>
      </w:r>
      <w:r>
        <w:br/>
      </w:r>
      <w:r>
        <w:rPr>
          <w:sz w:val="20"/>
        </w:rPr>
        <w:t>21:56  Rab oriented life ya God oriented life ko apnao.</w:t>
      </w:r>
      <w:r>
        <w:br/>
      </w:r>
      <w:r>
        <w:rPr>
          <w:sz w:val="20"/>
        </w:rPr>
        <w:t>22:02  is ka matlab kya hua? is ka matlab hua ke God oriented thinking</w:t>
      </w:r>
    </w:p>
    <w:p>
      <w:pPr>
        <w:pStyle w:val="Heading2"/>
      </w:pPr>
      <w:r>
        <w:t>Personal kala-azar illness story proving diagnosis matters</w:t>
      </w:r>
    </w:p>
    <w:p>
      <w:r>
        <w:rPr>
          <w:color w:val="666666"/>
          <w:sz w:val="18"/>
        </w:rPr>
        <w:t>What went Wrong with Muslims May 24, 2009 · 2m 20s · at 4:16 · https://youtu.be/qt2CUXaEHaQ?t=256</w:t>
      </w:r>
    </w:p>
    <w:p>
      <w:r>
        <w:rPr>
          <w:i/>
        </w:rPr>
        <w:t>“Main apna ek qissa arz karoon, kya cheez hai diagnosis”</w:t>
      </w:r>
    </w:p>
    <w:p>
      <w:r>
        <w:rPr>
          <w:sz w:val="20"/>
        </w:rPr>
        <w:t>4:16  main apna ek qissa arz karoon ke kya cheez hai diagnosis aur prescription? ab se shayad 60 baras ya is se bhi pehle ki baat hai, main gaon mein rehta tha, shayad 60 saal se pehle ki baat hogi.</w:t>
      </w:r>
      <w:r>
        <w:br/>
      </w:r>
      <w:r>
        <w:rPr>
          <w:sz w:val="20"/>
        </w:rPr>
        <w:t>4:33  mujhe temperature rehta tha, bukhar. do mahine tak bukhar raha, mujhe utra nahi.</w:t>
      </w:r>
      <w:r>
        <w:br/>
      </w:r>
      <w:r>
        <w:rPr>
          <w:sz w:val="20"/>
        </w:rPr>
        <w:t>4:43  toh local ilaj karte rahe hum. local ilaj jo zamane mein hakim log hua karte the, toh faida nahi hota tha. phir mere bade bhai Abdul Aziz Khan mujhe le kar Banaras gaye.</w:t>
      </w:r>
      <w:r>
        <w:br/>
      </w:r>
      <w:r>
        <w:rPr>
          <w:sz w:val="20"/>
        </w:rPr>
        <w:t>4:58  wahan par hamare ek عزیز rehte the, Haji Manzoor Ahmed. toh unke yahan gaye hum log. phir wahan par ek the Dr. Sen, ek Bengali doctor the, unka naam tha Dr. Sen.</w:t>
      </w:r>
      <w:r>
        <w:br/>
      </w:r>
      <w:r>
        <w:rPr>
          <w:sz w:val="20"/>
        </w:rPr>
        <w:t>5:12  unko dikhaya gaya. toh pehle din unhone koi dawa nahi di humein. pehle din kya kiya?</w:t>
      </w:r>
      <w:r>
        <w:br/>
      </w:r>
      <w:r>
        <w:rPr>
          <w:sz w:val="20"/>
        </w:rPr>
        <w:t>5:20  sirf checkup, sirf checkup. agle din jab hum gaye toh checkup hone ke baad unhone apna prescription bataya, apna ek dawadi. sirf ek dawa thi, ek bottle tha na bada tha, usmein ek seer tha.</w:t>
      </w:r>
      <w:r>
        <w:br/>
      </w:r>
      <w:r>
        <w:rPr>
          <w:sz w:val="20"/>
        </w:rPr>
        <w:t>5:39  unhone tashkhees kiya kya ke aap ko Kala azar hai. aap jante hain ke bukhar kai qism ka hota hai, kai qism ka hota hai. toh hamara jo bukhar tha, woh tha Kala azar,</w:t>
      </w:r>
      <w:r>
        <w:br/>
      </w:r>
      <w:r>
        <w:rPr>
          <w:sz w:val="20"/>
        </w:rPr>
        <w:t>5:54  K-A-L-A-Z-A-R. toh gaon mein jab tak tha main toh yeh koi pata nahi kar paya tha ke yeh Kala azar hai.</w:t>
      </w:r>
      <w:r>
        <w:br/>
      </w:r>
      <w:r>
        <w:rPr>
          <w:sz w:val="20"/>
        </w:rPr>
        <w:t>6:05  wahan jate hi unko pata kar lia unhon ne.</w:t>
      </w:r>
      <w:r>
        <w:br/>
      </w:r>
      <w:r>
        <w:rPr>
          <w:sz w:val="20"/>
        </w:rPr>
        <w:t>6:10  to ek din mein mera bukhar utar gaya. unhon ne jo dawa di thi, ek din mein bukhar utar gaya. yeh tha diagnosis sahi ho to prescription bhi sahi hota hai.</w:t>
      </w:r>
      <w:r>
        <w:br/>
      </w:r>
      <w:r>
        <w:rPr>
          <w:sz w:val="20"/>
        </w:rPr>
        <w:t>6:27  to musalmanon ki diagnosis hi galat hai,</w:t>
      </w:r>
      <w:r>
        <w:br/>
      </w:r>
      <w:r>
        <w:rPr>
          <w:sz w:val="20"/>
        </w:rPr>
        <w:t>6:32  to prescription bhi galat ho raha hai.</w:t>
      </w:r>
    </w:p>
    <w:p>
      <w:pPr>
        <w:pStyle w:val="Heading2"/>
      </w:pPr>
      <w:r>
        <w:t>Prayer works: half supplication, half required action</w:t>
      </w:r>
    </w:p>
    <w:p>
      <w:r>
        <w:rPr>
          <w:color w:val="666666"/>
          <w:sz w:val="18"/>
        </w:rPr>
        <w:t>Man's Place in The Universe June 17, 2007 · 2m 41s · at 1:33:26 · https://youtu.be/CND6qsCMZVU?t=5606</w:t>
      </w:r>
    </w:p>
    <w:p>
      <w:r>
        <w:rPr>
          <w:i/>
        </w:rPr>
        <w:t>“Your prayer rises only when your effort pushes it”</w:t>
      </w:r>
    </w:p>
    <w:p>
      <w:r>
        <w:rPr>
          <w:sz w:val="20"/>
        </w:rPr>
        <w:t>1:33:26  woh aap dua karenge tab milegi aap ko aur dua ke liye is se pehle maine bataya tha ke quran mein bataya gaya hai ke dua jo hai woh kya is ka yani tareeqa ke ilaih yasad al kalim al tayyib wal amal al salih wa yarfa' yeh quran ki ek ayat hai</w:t>
      </w:r>
      <w:r>
        <w:br/>
      </w:r>
      <w:r>
        <w:rPr>
          <w:sz w:val="20"/>
        </w:rPr>
        <w:t>1:33:48  is mein bataya gaya hai ke dua jo hai 50 percent hai aur aap ka amal 50 percent hai yani agar aap kisi cheez ke liye dua kar rahe hain to us ke us ke yani us ka jo jo required amal hai woh bhi karna padega aap ko agar woh amal na karen aap sirf dua karte rahen dua karte rahen to kabhi nahi hoga</w:t>
      </w:r>
      <w:r>
        <w:br/>
      </w:r>
      <w:r>
        <w:rPr>
          <w:sz w:val="20"/>
        </w:rPr>
        <w:t>1:34:16  jaise misaal ke taur par aap dua karen khuda se ke khuda ya mujhe teri marifat ho jaye teri realization ho jaye teri discovery mujh ko ho jaye hain aur zindagi jo hai bilkul body life bata rahe hon subah se sham tak aap partiyon mein jate hon shopping karte hon outing karte hon hawa karte hon gasp karte hon aur dua kar rahe hain khuda ya mujhe marifat ho jaye yeh to ridiculous baat hai ridiculous</w:t>
      </w:r>
      <w:r>
        <w:br/>
      </w:r>
      <w:r>
        <w:rPr>
          <w:sz w:val="20"/>
        </w:rPr>
        <w:t>1:34:42  to in accordance dua</w:t>
      </w:r>
      <w:r>
        <w:br/>
      </w:r>
      <w:r>
        <w:rPr>
          <w:sz w:val="20"/>
        </w:rPr>
        <w:t>1:34:49  yani dua ke mutabiq amal dua ke mutabiq amal jo bhi dua aap kar rahe hain aap to us ke mutabiq koi amal hoga jaise aap dua kar rahe hon ke mujhe halal rozi mile to halal rozi ke liye kya karna hai aap ko</w:t>
      </w:r>
      <w:r>
        <w:br/>
      </w:r>
      <w:r>
        <w:rPr>
          <w:sz w:val="20"/>
        </w:rPr>
        <w:t>1:35:11  apne expenditure ghatana hai expenditure ko badhaye rahen ke mujhe halal rozi mile to yeh impossible hai halal rozi jo chahta ho khuda se mange khuda se to woh phir us ko apne expenditure ghatana padega needs par aana padega comfort aur luxury se door jana padega apne aap ko warna halal rozi ki dua kabhi qabool nahi hogi</w:t>
      </w:r>
      <w:r>
        <w:br/>
      </w:r>
      <w:r>
        <w:rPr>
          <w:sz w:val="20"/>
        </w:rPr>
        <w:t>1:35:39  to jo bhi dua aap karen us dua ke hisab se ek required amal hai us amal ko karna padega ilaih yasad al kalim al tayyib wal amal al salih yarfa' ke khuda ki taraf dua jo upar uthti hai to uthata hai aap ka amal us ko push karta hai</w:t>
      </w:r>
      <w:r>
        <w:br/>
      </w:r>
      <w:r>
        <w:rPr>
          <w:sz w:val="20"/>
        </w:rPr>
        <w:t>1:36:02  yeh main samjha hoon dua ka matlab this question is from owais siddiqui</w:t>
      </w:r>
    </w:p>
    <w:p>
      <w:pPr>
        <w:pStyle w:val="Heading2"/>
      </w:pPr>
      <w:r>
        <w:t>First revelation Angel commands read</w:t>
      </w:r>
    </w:p>
    <w:p>
      <w:r>
        <w:rPr>
          <w:color w:val="666666"/>
          <w:sz w:val="18"/>
        </w:rPr>
        <w:t>Dars-e-Quran, Chapter 38, V. 29 (Contemplation on the Quran) | October 7, 2018 · 3m 01s · at 3:12 · https://youtu.be/bF57J8TD8no?t=192</w:t>
      </w:r>
    </w:p>
    <w:p>
      <w:r>
        <w:rPr>
          <w:i/>
        </w:rPr>
        <w:t>“Ab dekhiye ke Bukhari mein lambi riwayat aayi hai”</w:t>
      </w:r>
    </w:p>
    <w:p>
      <w:r>
        <w:rPr>
          <w:sz w:val="20"/>
        </w:rPr>
        <w:t>3:12  gata hai.</w:t>
      </w:r>
      <w:r>
        <w:br/>
      </w:r>
      <w:r>
        <w:rPr>
          <w:sz w:val="20"/>
        </w:rPr>
        <w:t>3:18  ab dekhiye ke bukhari mein lambi riwayat aayi hai ke jo pehli bar jo rasool allah par wahi</w:t>
      </w:r>
      <w:r>
        <w:br/>
      </w:r>
      <w:r>
        <w:rPr>
          <w:sz w:val="20"/>
        </w:rPr>
        <w:t>3:24  aayi jab ke aap thay ghar hira mein, to woh kya kya qissa tha, woh woh aap ko</w:t>
      </w:r>
      <w:r>
        <w:br/>
      </w:r>
      <w:r>
        <w:rPr>
          <w:sz w:val="20"/>
        </w:rPr>
        <w:t>3:30  batayenge pehle.</w:t>
      </w:r>
      <w:r>
        <w:br/>
      </w:r>
      <w:r>
        <w:rPr>
          <w:sz w:val="20"/>
        </w:rPr>
        <w:t>3:37  phir mein is par add karunga inshallah</w:t>
      </w:r>
      <w:r>
        <w:br/>
      </w:r>
      <w:r>
        <w:rPr>
          <w:sz w:val="20"/>
        </w:rPr>
        <w:t>3:43  ke pehli bar jab jibril aaye to rasool allah aur aap ke darmiyan kya dialogue hua? an Aisha r.a. qalat: "kan yakhlu bi ghar hira fa yatahanath fihi wa huwat taabud al layali dhawat al adad qabla an yanza'a ilayhi wa yatazawwad</w:t>
      </w:r>
      <w:r>
        <w:br/>
      </w:r>
      <w:r>
        <w:rPr>
          <w:sz w:val="20"/>
        </w:rPr>
        <w:t>3:53  li dhalika hatta ja'a al haqq wa huwa fi ghar hira</w:t>
      </w:r>
      <w:r>
        <w:br/>
      </w:r>
      <w:r>
        <w:rPr>
          <w:sz w:val="20"/>
        </w:rPr>
        <w:t>4:03  lidhalika hatta jaa alhaqqu wahuwa fee ghar ha</w:t>
      </w:r>
      <w:r>
        <w:br/>
      </w:r>
      <w:r>
        <w:rPr>
          <w:sz w:val="20"/>
        </w:rPr>
        <w:t>4:13  ra. " fajaa'ah al-malik faqaal: "iqra." qaal: "maa ana biqaari." qaal: " faakhazni fughtani hattaa balaghani minni al-jahad." thumma arsalni</w:t>
      </w:r>
      <w:r>
        <w:br/>
      </w:r>
      <w:r>
        <w:rPr>
          <w:sz w:val="20"/>
        </w:rPr>
        <w:t>4:23  faqaal: "iqra." qultu: "maa ana biqaari." faakhazni waqtani al-thaaniyata hattaa balagha minni al-jahad.</w:t>
      </w:r>
      <w:r>
        <w:br/>
      </w:r>
      <w:r>
        <w:rPr>
          <w:sz w:val="20"/>
        </w:rPr>
        <w:t>4:33  thumma arsalni faqaal: "iqra." faqultu: "maa ana biqaari." faakhazni waqtani al-th</w:t>
      </w:r>
      <w:r>
        <w:br/>
      </w:r>
      <w:r>
        <w:rPr>
          <w:sz w:val="20"/>
        </w:rPr>
        <w:t>4:43  al-thah.</w:t>
      </w:r>
      <w:r>
        <w:br/>
      </w:r>
      <w:r>
        <w:rPr>
          <w:sz w:val="20"/>
        </w:rPr>
        <w:t>4:47  thumma arsalni faqaal: "iqra bismi rabbika alladhi khalaq." khalaqa al-insana min 'alaq.</w:t>
      </w:r>
      <w:r>
        <w:br/>
      </w:r>
      <w:r>
        <w:rPr>
          <w:sz w:val="20"/>
        </w:rPr>
        <w:t>4:52  iqra wa rabbuka al-akram. surah al-'alaq.</w:t>
      </w:r>
      <w:r>
        <w:br/>
      </w:r>
      <w:r>
        <w:rPr>
          <w:sz w:val="20"/>
        </w:rPr>
        <w:t>4:56  farada'a rasool Allah sallallahu 'alayhi wa sallam jurjafa fu'aadoh.</w:t>
      </w:r>
      <w:r>
        <w:br/>
      </w:r>
      <w:r>
        <w:rPr>
          <w:sz w:val="20"/>
        </w:rPr>
        <w:t>5:00  hazrat aisha se riwayat hai ke aap ghar-e-hira mein chale jaate chand dinon ke liye ibaadat ke</w:t>
      </w:r>
      <w:r>
        <w:br/>
      </w:r>
      <w:r>
        <w:rPr>
          <w:sz w:val="20"/>
        </w:rPr>
        <w:t>5:04  liye aur kai raatein is mein rehte aur apne saath khana bhi le jaya karte thay.</w:t>
      </w:r>
      <w:r>
        <w:br/>
      </w:r>
      <w:r>
        <w:rPr>
          <w:sz w:val="20"/>
        </w:rPr>
        <w:t>5:09  yahan tak ke</w:t>
      </w:r>
      <w:r>
        <w:br/>
      </w:r>
      <w:r>
        <w:rPr>
          <w:sz w:val="20"/>
        </w:rPr>
        <w:t>5:13  haq ki baat aayi, us waqt aap ghar-e-hira mein thay.</w:t>
      </w:r>
      <w:r>
        <w:br/>
      </w:r>
      <w:r>
        <w:rPr>
          <w:sz w:val="20"/>
        </w:rPr>
        <w:t>5:18  aap ke paas farishta aaya aur us ne kaha: "parho." aap ne kaha: "main parhne wala nahi hoon,</w:t>
      </w:r>
      <w:r>
        <w:br/>
      </w:r>
      <w:r>
        <w:rPr>
          <w:sz w:val="20"/>
        </w:rPr>
        <w:t>5:23  main qari nahi hoon." us ne aap ko pakad liya aur khoob zor se dabaucha, yahan tak ke</w:t>
      </w:r>
      <w:r>
        <w:br/>
      </w:r>
      <w:r>
        <w:rPr>
          <w:sz w:val="20"/>
        </w:rPr>
        <w:t>5:28  aap ki poori taaqat nikalti mehsoos hui.</w:t>
      </w:r>
      <w:r>
        <w:br/>
      </w:r>
      <w:r>
        <w:rPr>
          <w:sz w:val="20"/>
        </w:rPr>
        <w:t>5:33  phir us ne chhod diya aur kaha: "parho." aap ne kaha: "main parhne wala nahi hoon, main parha</w:t>
      </w:r>
      <w:r>
        <w:br/>
      </w:r>
      <w:r>
        <w:rPr>
          <w:sz w:val="20"/>
        </w:rPr>
        <w:t>5:38  hua nahi hoon." to us ne pakad liya doosri martaba</w:t>
      </w:r>
      <w:r>
        <w:br/>
      </w:r>
      <w:r>
        <w:rPr>
          <w:sz w:val="20"/>
        </w:rPr>
        <w:t>5:43  aur khoob zor se pakad liya, yahan tak ke poori taaqat chali gayi.</w:t>
      </w:r>
      <w:r>
        <w:br/>
      </w:r>
      <w:r>
        <w:rPr>
          <w:sz w:val="20"/>
        </w:rPr>
        <w:t>5:49  phir chhod diya.</w:t>
      </w:r>
      <w:r>
        <w:br/>
      </w:r>
      <w:r>
        <w:rPr>
          <w:sz w:val="20"/>
        </w:rPr>
        <w:t>5:55  phir us ne kaha: "parho." to aap ne kaha: "main parhne wala nahi hoon." to us ne teesri</w:t>
      </w:r>
      <w:r>
        <w:br/>
      </w:r>
      <w:r>
        <w:rPr>
          <w:sz w:val="20"/>
        </w:rPr>
        <w:t>6:01  martaba phir se pakad liya, phir chhodaa aur kaha: "parho." iqra bismi rabbika alladhi khalaq.</w:t>
      </w:r>
      <w:r>
        <w:br/>
      </w:r>
      <w:r>
        <w:rPr>
          <w:sz w:val="20"/>
        </w:rPr>
        <w:t>6:07  parh apne rab ke naam se jis ne paida kiya, insaan ko paida kiya khoon ke lothde se. parh</w:t>
      </w:r>
    </w:p>
    <w:p>
      <w:pPr>
        <w:pStyle w:val="Heading2"/>
      </w:pPr>
      <w:r>
        <w:t>Search for wisdom through dictionaries</w:t>
      </w:r>
    </w:p>
    <w:p>
      <w:r>
        <w:rPr>
          <w:color w:val="666666"/>
          <w:sz w:val="18"/>
        </w:rPr>
        <w:t>Dars-e-Quran, Chapter 38, V. 29 (Contemplation on the Quran) | October 7, 2018 · 2m 30s · at 19:34 · https://youtu.be/bF57J8TD8no?t=1174</w:t>
      </w:r>
    </w:p>
    <w:p>
      <w:r>
        <w:rPr>
          <w:i/>
        </w:rPr>
        <w:t>“Is aayat ko phir se parhiye”</w:t>
      </w:r>
    </w:p>
    <w:p>
      <w:r>
        <w:rPr>
          <w:sz w:val="20"/>
        </w:rPr>
        <w:t>19:34  parhiye.</w:t>
      </w:r>
      <w:r>
        <w:br/>
      </w:r>
      <w:r>
        <w:rPr>
          <w:sz w:val="20"/>
        </w:rPr>
        <w:t>19:40  is ayat ko phir se parhiye, aap is ka tarjuma parhiye aur reference: Kitab Anzalna Ilayka Mubarak</w:t>
      </w:r>
      <w:r>
        <w:br/>
      </w:r>
      <w:r>
        <w:rPr>
          <w:sz w:val="20"/>
        </w:rPr>
        <w:t>19:46  Lidabbaro Ayatihi Wa Liyatazakkar Ulul Albab, Surah Saad, Surah number 38, Verse number 29.</w:t>
      </w:r>
      <w:r>
        <w:br/>
      </w:r>
      <w:r>
        <w:rPr>
          <w:sz w:val="20"/>
        </w:rPr>
        <w:t>19:52  ek kitab hai jo hum ne tumhari taraf nazil ki hai, barkat wali hai, taake log is ki</w:t>
      </w:r>
      <w:r>
        <w:br/>
      </w:r>
      <w:r>
        <w:rPr>
          <w:sz w:val="20"/>
        </w:rPr>
        <w:t>19:58  ayat mein tadabbur karein aur taake aql wale is</w:t>
      </w:r>
      <w:r>
        <w:br/>
      </w:r>
      <w:r>
        <w:rPr>
          <w:sz w:val="20"/>
        </w:rPr>
        <w:t>20:04  se naseehat hasil karein.</w:t>
      </w:r>
      <w:r>
        <w:br/>
      </w:r>
      <w:r>
        <w:rPr>
          <w:sz w:val="20"/>
        </w:rPr>
        <w:t>20:10  yani naseehat kis se milegi? tadabbur se milegi.</w:t>
      </w:r>
      <w:r>
        <w:br/>
      </w:r>
      <w:r>
        <w:rPr>
          <w:sz w:val="20"/>
        </w:rPr>
        <w:t>20:16  yani tadabbur se wo wisdom milegi jo is ke andar maujood hai.</w:t>
      </w:r>
      <w:r>
        <w:br/>
      </w:r>
      <w:r>
        <w:rPr>
          <w:sz w:val="20"/>
        </w:rPr>
        <w:t>20:22  Quran ki is ayat mein jo wisdom rakha hua hai, wo tadabbur se milega.</w:t>
      </w:r>
      <w:r>
        <w:br/>
      </w:r>
      <w:r>
        <w:rPr>
          <w:sz w:val="20"/>
        </w:rPr>
        <w:t>20:28  to jar mein kya hui? jar mein hui spirit of inquiry.</w:t>
      </w:r>
      <w:r>
        <w:br/>
      </w:r>
      <w:r>
        <w:rPr>
          <w:sz w:val="20"/>
        </w:rPr>
        <w:t>20:34  Spirit of inquiry, spirit of inquiry.</w:t>
      </w:r>
      <w:r>
        <w:br/>
      </w:r>
      <w:r>
        <w:rPr>
          <w:sz w:val="20"/>
        </w:rPr>
        <w:t>20:42  hamare kai, yani apne jo hamara program hota hai, kai misalein di hain ke isprt of inquiry ne</w:t>
      </w:r>
      <w:r>
        <w:br/>
      </w:r>
      <w:r>
        <w:rPr>
          <w:sz w:val="20"/>
        </w:rPr>
        <w:t>20:50  kis tarah mujhe pahunchaya wisdom tak.</w:t>
      </w:r>
      <w:r>
        <w:br/>
      </w:r>
      <w:r>
        <w:rPr>
          <w:sz w:val="20"/>
        </w:rPr>
        <w:t>20:57  misalan main ek misal bata chuka hoon, phir dohrata hoon is ko wisdom ke bare</w:t>
      </w:r>
      <w:r>
        <w:br/>
      </w:r>
      <w:r>
        <w:rPr>
          <w:sz w:val="20"/>
        </w:rPr>
        <w:t>21:05  mein.</w:t>
      </w:r>
      <w:r>
        <w:br/>
      </w:r>
      <w:r>
        <w:rPr>
          <w:sz w:val="20"/>
        </w:rPr>
        <w:t>21:12  مجھے یہ ایک انکوائری میرے اندر جاگی کہ what is wisdom؟ وزڈم کیا ہے؟ یعنی وزڈم کی ڈیفینیشن۔</w:t>
      </w:r>
      <w:r>
        <w:br/>
      </w:r>
      <w:r>
        <w:rPr>
          <w:sz w:val="20"/>
        </w:rPr>
        <w:t>21:20  wisdom ki definition.</w:t>
      </w:r>
      <w:r>
        <w:br/>
      </w:r>
      <w:r>
        <w:rPr>
          <w:sz w:val="20"/>
        </w:rPr>
        <w:t>21:27  to aap yaqeen kijiye ke taqreeban 50 dictionary mein ne consult kiya. Doctor Dogma</w:t>
      </w:r>
      <w:r>
        <w:br/>
      </w:r>
      <w:r>
        <w:rPr>
          <w:sz w:val="20"/>
        </w:rPr>
        <w:t>21:35  is ki gawah hain.</w:t>
      </w:r>
      <w:r>
        <w:br/>
      </w:r>
      <w:r>
        <w:rPr>
          <w:sz w:val="20"/>
        </w:rPr>
        <w:t>21:41  50 dictionary consult kiya aur kuch bhi nahi mila, siwaye confusion, confusion, confusion.</w:t>
      </w:r>
      <w:r>
        <w:br/>
      </w:r>
      <w:r>
        <w:rPr>
          <w:sz w:val="20"/>
        </w:rPr>
        <w:t>21:47  tab mein ne kiya kiya? mein ne yeh kiya ke mein ne socha ke rasool Allah sal Allahu</w:t>
      </w:r>
      <w:r>
        <w:br/>
      </w:r>
      <w:r>
        <w:rPr>
          <w:sz w:val="20"/>
        </w:rPr>
        <w:t>21:53  علیہ وسلم جو تھے، وہ تو معنی wisdom تھے۔</w:t>
      </w:r>
      <w:r>
        <w:br/>
      </w:r>
      <w:r>
        <w:rPr>
          <w:sz w:val="20"/>
        </w:rPr>
        <w:t>21:59  یہ ثابت ہے کہ رسول اللہ معنی wisdom تھے۔ تو</w:t>
      </w:r>
    </w:p>
    <w:p>
      <w:pPr>
        <w:pStyle w:val="Heading2"/>
      </w:pPr>
      <w:r>
        <w:t>Warning to Muslims from Jewish history</w:t>
      </w:r>
    </w:p>
    <w:p>
      <w:r>
        <w:rPr>
          <w:color w:val="666666"/>
          <w:sz w:val="18"/>
        </w:rPr>
        <w:t>Dars-e-Quran, Chapter 2, Verse 40-43 January 21, 2018 · 2m 53s · at 8:14 · https://youtu.be/K21vgozgMd8?t=494</w:t>
      </w:r>
    </w:p>
    <w:p>
      <w:r>
        <w:rPr>
          <w:i/>
        </w:rPr>
        <w:t>“Yeh mazammat yahood ki aayat nahi hai”</w:t>
      </w:r>
    </w:p>
    <w:p>
      <w:r>
        <w:rPr>
          <w:sz w:val="20"/>
        </w:rPr>
        <w:t>8:14  yeh mazammat yahud ki ayat nahi hai, mazammat yahud ki surah nahi hai, balkeh ummat muslema ko warning ki surah hai ke tumhare sath bhi aisa hoga, kyunke hadith mein likha hai: "latatba'un min qablakum".</w:t>
      </w:r>
      <w:r>
        <w:br/>
      </w:r>
      <w:r>
        <w:rPr>
          <w:sz w:val="20"/>
        </w:rPr>
        <w:t>8:38  yani pichhli ummat, yani yahud mein jo bigad aya, woh zaroor tumhare andar bhi ayega.</w:t>
      </w:r>
      <w:r>
        <w:br/>
      </w:r>
      <w:r>
        <w:rPr>
          <w:sz w:val="20"/>
        </w:rPr>
        <w:t>8:49  yeh kitni ajeeb baat hai.</w:t>
      </w:r>
      <w:r>
        <w:br/>
      </w:r>
      <w:r>
        <w:rPr>
          <w:sz w:val="20"/>
        </w:rPr>
        <w:t>8:56  to Quran ki is surah mein aur in ayaton mein jo tazkira hai yahud ka, woh haqeeqat mein musalmanon ke liye,</w:t>
      </w:r>
      <w:r>
        <w:br/>
      </w:r>
      <w:r>
        <w:rPr>
          <w:sz w:val="20"/>
        </w:rPr>
        <w:t>9:10  ummat e muslema ke liye naseehat nama hai,</w:t>
      </w:r>
      <w:r>
        <w:br/>
      </w:r>
      <w:r>
        <w:rPr>
          <w:sz w:val="20"/>
        </w:rPr>
        <w:t>9:17  musalmanon ke liye warning hai.</w:t>
      </w:r>
      <w:r>
        <w:br/>
      </w:r>
      <w:r>
        <w:rPr>
          <w:sz w:val="20"/>
        </w:rPr>
        <w:t>9:22  is liye is is in ayaton ko</w:t>
      </w:r>
      <w:r>
        <w:br/>
      </w:r>
      <w:r>
        <w:rPr>
          <w:sz w:val="20"/>
        </w:rPr>
        <w:t>9:29  is pas manzar mein parhna chahiye aur ghor karna chahiye. ab aap dekhiye, aaj ka jo musalman hai, jo choda sau saal beet chuka hai is ke upar, to aaj kya halat hai?</w:t>
      </w:r>
      <w:r>
        <w:br/>
      </w:r>
      <w:r>
        <w:rPr>
          <w:sz w:val="20"/>
        </w:rPr>
        <w:t>9:45  aaj woh ummat khair ummat ke daur mein nahi hai, degeneration ke daur mein hai.</w:t>
      </w:r>
      <w:r>
        <w:br/>
      </w:r>
      <w:r>
        <w:rPr>
          <w:sz w:val="20"/>
        </w:rPr>
        <w:t>9:57  aaj ummat e muslema khair ummat ke daur mein nahi hai, balkeh woh degeneration ke daur mein hai, yaani ab woh ek degenerated community hai.</w:t>
      </w:r>
      <w:r>
        <w:br/>
      </w:r>
      <w:r>
        <w:rPr>
          <w:sz w:val="20"/>
        </w:rPr>
        <w:t>10:10  is baat ko na samajhne se bohat nuksan, kyunke is daur mein logon ne ummat e muslema ko kya samjha?</w:t>
      </w:r>
      <w:r>
        <w:br/>
      </w:r>
      <w:r>
        <w:rPr>
          <w:sz w:val="20"/>
        </w:rPr>
        <w:t>10:24  khair ummat, present ummat e muslema, aur yeh kaha ke zara nam ho to yeh mitti bohat ziyada khair hai.</w:t>
      </w:r>
      <w:r>
        <w:br/>
      </w:r>
      <w:r>
        <w:rPr>
          <w:sz w:val="20"/>
        </w:rPr>
        <w:t>10:37  is ke mani ke jo jar ki baat thi, jar ki baat, usi ko samajhne se log qasir rahe. jar ki baat hai ke ummat degeneration ke daur mein pahunch chuki hai,</w:t>
      </w:r>
      <w:r>
        <w:br/>
      </w:r>
      <w:r>
        <w:rPr>
          <w:sz w:val="20"/>
        </w:rPr>
        <w:t>10:52  ab is ko regenerate karna hai, yaani ab ek spirit less qom ban chuki hai. woh phir is ke andar spirit ko jagana hai, rooh ko jagana hai.</w:t>
      </w:r>
    </w:p>
    <w:p>
      <w:pPr>
        <w:pStyle w:val="Heading2"/>
      </w:pPr>
      <w:r>
        <w:t>Gratitude to God and to people</w:t>
      </w:r>
    </w:p>
    <w:p>
      <w:r>
        <w:rPr>
          <w:color w:val="666666"/>
          <w:sz w:val="18"/>
        </w:rPr>
        <w:t>Q&amp;A 27 Mar 2011 Maulana Wahiduddin Khan · 2m 38s · at 1:04 · https://youtu.be/0jTDB9X7RZo?t=64</w:t>
      </w:r>
    </w:p>
    <w:p>
      <w:r>
        <w:rPr>
          <w:i/>
        </w:rPr>
        <w:t>“Yeh khud-sakht baatein hain”</w:t>
      </w:r>
    </w:p>
    <w:p>
      <w:r>
        <w:rPr>
          <w:sz w:val="20"/>
        </w:rPr>
        <w:t>1:04  dekhiye, ye khud-saakht baatein hain. apne dimagh se soch-soch karke nukte nikalna.</w:t>
      </w:r>
      <w:r>
        <w:br/>
      </w:r>
      <w:r>
        <w:rPr>
          <w:sz w:val="20"/>
        </w:rPr>
        <w:t>1:14  sochna chahiye, dekhiye, apne dimagh ke nukton ko lekar nahi, hadees ke alfaaz ko, quran ke alfaaz ko lekar sochna chahiye. hadees mein hai ki "ma lam yashkur an-nasu lam yashkur Allah". jo aadmi insaan ka shukr nahi karega, wo khuda ka shukr bhi nahi karega.</w:t>
      </w:r>
      <w:r>
        <w:br/>
      </w:r>
      <w:r>
        <w:rPr>
          <w:sz w:val="20"/>
        </w:rPr>
        <w:t>1:36  isko base banakar sochiye. log kya karte hain? apne mind mein ek concept hai, ek mind mein ek khayal aa gaya hai, usko lekar sochne lagte hain.</w:t>
      </w:r>
      <w:r>
        <w:br/>
      </w:r>
      <w:r>
        <w:rPr>
          <w:sz w:val="20"/>
        </w:rPr>
        <w:t>1:51  yani apne mind ko lekar sochna hai. doora hai ki quran hadees mein jo aaya, usko lekar sochna. jab isko aap sochenge, to kahan pahunchenge aap?</w:t>
      </w:r>
      <w:r>
        <w:br/>
      </w:r>
      <w:r>
        <w:rPr>
          <w:sz w:val="20"/>
        </w:rPr>
        <w:t>2:01  quran mein kai ayat yaad aayegi aapko ki allah ne ek seene mein do dil nahi banaye.</w:t>
      </w:r>
      <w:r>
        <w:br/>
      </w:r>
      <w:r>
        <w:rPr>
          <w:sz w:val="20"/>
        </w:rPr>
        <w:t>2:10  iska matlab kya hai? ki shukr ka jazba jo hai, rahega to mahdood nahi hoga. wo insaan ke liye shukr hoga, to khuda ka shukr hoga. khuda ka shukr hoga, to insaan ke liye shukr hoga. yeh matlab hai uska.</w:t>
      </w:r>
      <w:r>
        <w:br/>
      </w:r>
      <w:r>
        <w:rPr>
          <w:sz w:val="20"/>
        </w:rPr>
        <w:t>2:28  to shukr ka matlab hai eteraaf, acknowledge karna. to acknowledge karne ki spirit agar aapke andar aa jaye, to rukegi nahi kahin.</w:t>
      </w:r>
      <w:r>
        <w:br/>
      </w:r>
      <w:r>
        <w:rPr>
          <w:sz w:val="20"/>
        </w:rPr>
        <w:t>2:41  insaan ke bare mein aayegi, to khuda tak pahunchegi. khuda, insaan, khuda ka insaan tak pahunchegi. wo level alag-alag hoga. khuda ka shukr jo hai, wo fakl fitri hota hai. insaan ka shukr insani satah par hota hai. satah ka fark hai.</w:t>
      </w:r>
      <w:r>
        <w:br/>
      </w:r>
      <w:r>
        <w:rPr>
          <w:sz w:val="20"/>
        </w:rPr>
        <w:t>2:59  khuda ka shukr khudai satah par hoga. insaan ka shukr insani satah par hoga. to wahi eteraaf, wahi acknowledgement hoga, lekin satah alag-alag hogi. yeh hai quran ke alfaaz ko lekar ke sochna, hadees ke alfaaz ko lekar sochna. lekin log kya karte hain?</w:t>
      </w:r>
      <w:r>
        <w:br/>
      </w:r>
      <w:r>
        <w:rPr>
          <w:sz w:val="20"/>
        </w:rPr>
        <w:t>3:20  apne dimag mein khayal hai, usi ko lekar ke lagte hain. shayad shayari kehta hoon, tukbandi kehta hoon. main tukbandi to ek hai, sharana tafsir, yaani poetic interpretation. ek hai quranic interpretation. dono mein fark karna chahiye.</w:t>
      </w:r>
    </w:p>
    <w:p>
      <w:pPr>
        <w:pStyle w:val="Heading2"/>
      </w:pPr>
      <w:r>
        <w:t>Contradiction between Muslims and Quran explained</w:t>
      </w:r>
    </w:p>
    <w:p>
      <w:r>
        <w:rPr>
          <w:color w:val="666666"/>
          <w:sz w:val="18"/>
        </w:rPr>
        <w:t>Why have Muslims turned violent December 14, 2008 Maulana Wahiduddin Khan · 1m 41s · at 3:38 · https://youtu.be/tPI2TlGq_QY?t=218</w:t>
      </w:r>
    </w:p>
    <w:p>
      <w:r>
        <w:rPr>
          <w:i/>
        </w:rPr>
        <w:t>“I met many Muslims, they live in reactive psychology.”</w:t>
      </w:r>
    </w:p>
    <w:p>
      <w:r>
        <w:rPr>
          <w:sz w:val="20"/>
        </w:rPr>
        <w:t>3:38  doosri taraf main, unhon ne kaha ke main bohat Musalmanon se mila hoon. India ke andar, India ke bahar. sab ko maine paya hai ke woh reactive psychology mein jeete hain.</w:t>
      </w:r>
      <w:r>
        <w:br/>
      </w:r>
      <w:r>
        <w:rPr>
          <w:sz w:val="20"/>
        </w:rPr>
        <w:t>3:52  yani, radd-e-amal ki psychology mein. aur yeh aik bilkul haqeeqat hai. maine khud bohat safar kiye hain, bohat parha hai.</w:t>
      </w:r>
      <w:r>
        <w:br/>
      </w:r>
      <w:r>
        <w:rPr>
          <w:sz w:val="20"/>
        </w:rPr>
        <w:t>4:05  sari Musalman, without any exception, radd-e-amal ki psychology mein likhte aur bolte hain.</w:t>
      </w:r>
      <w:r>
        <w:br/>
      </w:r>
      <w:r>
        <w:rPr>
          <w:sz w:val="20"/>
        </w:rPr>
        <w:t>4:15  to reactive psychology jo hai bohat hi stuck word hai Musalmanon ke mind ko batane ke liye.</w:t>
      </w:r>
      <w:r>
        <w:br/>
      </w:r>
      <w:r>
        <w:rPr>
          <w:sz w:val="20"/>
        </w:rPr>
        <w:t>4:26  to unhon ne kaha ke why this contradiction between Muslims and their book?</w:t>
      </w:r>
      <w:r>
        <w:br/>
      </w:r>
      <w:r>
        <w:rPr>
          <w:sz w:val="20"/>
        </w:rPr>
        <w:t>4:38  ke kitab to kehti hai peace ki baat aur khud woh jeete hain reactive psychology mein. dekhiye, is ka jawab bilkul simple hai.</w:t>
      </w:r>
      <w:r>
        <w:br/>
      </w:r>
      <w:r>
        <w:rPr>
          <w:sz w:val="20"/>
        </w:rPr>
        <w:t>4:51  woh explain hota hai principle of differentiation se. principle of differentiation aik accepted principle hai.</w:t>
      </w:r>
      <w:r>
        <w:br/>
      </w:r>
      <w:r>
        <w:rPr>
          <w:sz w:val="20"/>
        </w:rPr>
        <w:t>5:01  yani aik cheez, doosri cheez farq karna.</w:t>
      </w:r>
      <w:r>
        <w:br/>
      </w:r>
      <w:r>
        <w:rPr>
          <w:sz w:val="20"/>
        </w:rPr>
        <w:t>5:07  to you have to differentiate between Islam and Muslims. you have to judge Muslims in the light of Islamic teachings and not vice versa.</w:t>
      </w:r>
    </w:p>
    <w:p>
      <w:pPr>
        <w:pStyle w:val="Heading2"/>
      </w:pPr>
      <w:r>
        <w:t>why science and Quran never conflict</w:t>
      </w:r>
    </w:p>
    <w:p>
      <w:r>
        <w:rPr>
          <w:color w:val="666666"/>
          <w:sz w:val="18"/>
        </w:rPr>
        <w:t>Deeper Meaning of The Quran May 17, 2015 · 2m 31s · at 1:07:52 · https://youtu.be/CoTUNYxSRiI?t=4072</w:t>
      </w:r>
    </w:p>
    <w:p>
      <w:r>
        <w:rPr>
          <w:i/>
        </w:rPr>
        <w:t>“موجودہ Scientific Discoveries کو قرآن سے جوڑنا کہاں تک درست ہے؟”</w:t>
      </w:r>
    </w:p>
    <w:p>
      <w:r>
        <w:rPr>
          <w:sz w:val="20"/>
        </w:rPr>
        <w:t>1:07:52  maulana, in ka ek aur sawal hai. unhon ne aap se poocha hai ke: "maujooda scientific discoveries ko quran aur hadees se jorna kahan tak durust hai jabke quran kitab-e-hidayaat hai?"</w:t>
      </w:r>
      <w:r>
        <w:br/>
      </w:r>
      <w:r>
        <w:rPr>
          <w:sz w:val="20"/>
        </w:rPr>
        <w:t>1:08:06  dekhiye bohat bari galatfehmi hai. scientific discovery to hota hai ke. maghrib ki discovery hai. scientific discovery kya hai?</w:t>
      </w:r>
      <w:r>
        <w:br/>
      </w:r>
      <w:r>
        <w:rPr>
          <w:sz w:val="20"/>
        </w:rPr>
        <w:t>1:08:15  love jaise ko daryaft karna. jo khuda ka jo qanoon hai usi ko daryaft karne ka naam hai scientific discovery.</w:t>
      </w:r>
      <w:r>
        <w:br/>
      </w:r>
      <w:r>
        <w:rPr>
          <w:sz w:val="20"/>
        </w:rPr>
        <w:t>1:08:24  misalan dekhiye pehle zamanay mein insan yeh samajhta tha ke zameen</w:t>
      </w:r>
      <w:r>
        <w:br/>
      </w:r>
      <w:r>
        <w:rPr>
          <w:sz w:val="20"/>
        </w:rPr>
        <w:t>1:08:35  beech mein hai suraj ke gird ghoom raha hai. ab science ne daryaft kiya ke aisa nahin hai balkay suraj beech mein hai zameen ghoom rahi hai. to yeh scientific discovery khuda ke qanoon ko daryaft karna hai.</w:t>
      </w:r>
      <w:r>
        <w:br/>
      </w:r>
      <w:r>
        <w:rPr>
          <w:sz w:val="20"/>
        </w:rPr>
        <w:t>1:08:47  scientific discovery kisi aur cheez ka naam nahin hai. khudai qanoon ko daryaft karne ka naam hai.</w:t>
      </w:r>
      <w:r>
        <w:br/>
      </w:r>
      <w:r>
        <w:rPr>
          <w:sz w:val="20"/>
        </w:rPr>
        <w:t>1:08:55  yeh bohat bari galatfehmi hai log samajhte hain ke scientific discovery koi aur cheez hai. misalan main jab chota tha to mujhe samajhta tha ke khane ka matlab pet bharna.</w:t>
      </w:r>
      <w:r>
        <w:br/>
      </w:r>
      <w:r>
        <w:rPr>
          <w:sz w:val="20"/>
        </w:rPr>
        <w:t>1:09:06  mere bachpan mein do khane ka matlab do hi hua karta tha.</w:t>
      </w:r>
      <w:r>
        <w:br/>
      </w:r>
      <w:r>
        <w:rPr>
          <w:sz w:val="20"/>
        </w:rPr>
        <w:t>1:09:10  pet bharna aur taste. bas. baad ko jab maine mutala kiya to maloom hua ke science ne jo daryaft kiya hai woh teesri cheez jo choti hui thi woh sab se bari cheez hai.</w:t>
      </w:r>
      <w:r>
        <w:br/>
      </w:r>
      <w:r>
        <w:rPr>
          <w:sz w:val="20"/>
        </w:rPr>
        <w:t>1:09:27  woh hai nutrition. nutritive value jo hai us ki woh sab se bari cheez hai. yeh to Allah ka qanoon hai.</w:t>
      </w:r>
      <w:r>
        <w:br/>
      </w:r>
      <w:r>
        <w:rPr>
          <w:sz w:val="20"/>
        </w:rPr>
        <w:t>1:09:34  yeh koi aisa nahin ke kisi mister kisi europe ne daryaft kar liya hai. har woh cheez jo science mein science se murad hai exact sciences mein.</w:t>
      </w:r>
      <w:r>
        <w:br/>
      </w:r>
      <w:r>
        <w:rPr>
          <w:sz w:val="20"/>
        </w:rPr>
        <w:t>1:09:48  waise to log social science ko bhi science kehte hain woh main is ko science nahin manta. political science ko bhi science kehte hain woh main science nahin manta.</w:t>
      </w:r>
      <w:r>
        <w:br/>
      </w:r>
      <w:r>
        <w:rPr>
          <w:sz w:val="20"/>
        </w:rPr>
        <w:t>1:09:57  mein sirf Physical Science ki baat karta hoon. to Physical Science Khuda ke qanoon ki daryaft ka naam</w:t>
      </w:r>
      <w:r>
        <w:br/>
      </w:r>
      <w:r>
        <w:rPr>
          <w:sz w:val="20"/>
        </w:rPr>
        <w:t>1:10:03  hai. kisi aur cheez ka naam nahi hai woh. to is mein koi koi nahi koi takrao ki baat hi nahi hai. wahi wahi jo Quran mein hai wahi is mein hai.</w:t>
      </w:r>
      <w:r>
        <w:br/>
      </w:r>
      <w:r>
        <w:rPr>
          <w:sz w:val="20"/>
        </w:rPr>
        <w:t>1:10:14  jis ko aap is par kaafi likha hai aap parhiye meri kitabon ko.</w:t>
      </w:r>
    </w:p>
    <w:p>
      <w:pPr>
        <w:pStyle w:val="Heading2"/>
      </w:pPr>
      <w:r>
        <w:t>Prophetic warnings against introducing new things</w:t>
      </w:r>
    </w:p>
    <w:p>
      <w:r>
        <w:rPr>
          <w:color w:val="666666"/>
          <w:sz w:val="18"/>
        </w:rPr>
        <w:t>Misinterpretation of Islam July 24, 2008 · 2m 04s · at 4:35 · https://youtu.be/SNX20ErFRDo?t=275</w:t>
      </w:r>
    </w:p>
    <w:p>
      <w:r>
        <w:rPr>
          <w:i/>
        </w:rPr>
        <w:t>“The Prophet severely prohibited misinterpretation.”</w:t>
      </w:r>
    </w:p>
    <w:p>
      <w:r>
        <w:rPr>
          <w:sz w:val="20"/>
        </w:rPr>
        <w:t>4:35  toh main is waqt is maamle mein kuch kehna chahunga. Rasool Allah Sallallahu Alaihi Wasallam ne baar baar bohat zyada sakhti se mana kiya tha misinterpretation se.</w:t>
      </w:r>
      <w:r>
        <w:br/>
      </w:r>
      <w:r>
        <w:rPr>
          <w:sz w:val="20"/>
        </w:rPr>
        <w:t>4:54  jaise Quran bare mein ek hadith hai ke: "man fassara al-qurana bira'yih fa asaba fa qad akhta'a".</w:t>
      </w:r>
      <w:r>
        <w:br/>
      </w:r>
      <w:r>
        <w:rPr>
          <w:sz w:val="20"/>
        </w:rPr>
        <w:t>5:05  yaani Quran ke bare mein agar tum apni rai se kuch baat kaho,</w:t>
      </w:r>
      <w:r>
        <w:br/>
      </w:r>
      <w:r>
        <w:rPr>
          <w:sz w:val="20"/>
        </w:rPr>
        <w:t>5:12  apni rai se, aur accidentally woh sahi bhi ho jaye, tab bhi tum ne gunaah kiya. is liye ke tum ko chahiye ke jab bhi kuch bolna hai Quran ke bare mein, toh us ke context ko dekho,</w:t>
      </w:r>
      <w:r>
        <w:br/>
      </w:r>
      <w:r>
        <w:rPr>
          <w:sz w:val="20"/>
        </w:rPr>
        <w:t>5:28  us ke shabdon ko dekho, aage peeche ki baaton ko dekho, hadithon ko dekho. yaani serious study ke baad tum ko chahiye ke koi interpretation do.</w:t>
      </w:r>
      <w:r>
        <w:br/>
      </w:r>
      <w:r>
        <w:rPr>
          <w:sz w:val="20"/>
        </w:rPr>
        <w:t>5:41  aise nahin keh bas yun hi jaise log shayari karte hain, is tarah se kuch baat keh do. to agar accidently woh sahi ho jaye,</w:t>
      </w:r>
      <w:r>
        <w:br/>
      </w:r>
      <w:r>
        <w:rPr>
          <w:sz w:val="20"/>
        </w:rPr>
        <w:t>5:56  tab bhi woh galat mana jayega. kyunkeh tum ne seriously quran ko padh kar nahin kaha. jo jahan tak galat baat karne ki baat hai, is bare mein bohat sakht sakht hadith hain.</w:t>
      </w:r>
      <w:r>
        <w:br/>
      </w:r>
      <w:r>
        <w:rPr>
          <w:sz w:val="20"/>
        </w:rPr>
        <w:t>6:11  jaise dekhiye, hadith mein aya hai keh: "man ahdatha fi amrina hadha ma laysa minhu, fahuwa radd". jo aadmi hamare deen mein koi aisi baat nikale jo is mein na ho,</w:t>
      </w:r>
      <w:r>
        <w:br/>
      </w:r>
      <w:r>
        <w:rPr>
          <w:sz w:val="20"/>
        </w:rPr>
        <w:t>6:30  to woh rejected hai. woh</w:t>
      </w:r>
      <w:r>
        <w:br/>
      </w:r>
      <w:r>
        <w:rPr>
          <w:sz w:val="20"/>
        </w:rPr>
        <w:t>6:34  woh accept nahin ki jayegi.</w:t>
      </w:r>
    </w:p>
    <w:p>
      <w:pPr>
        <w:pStyle w:val="Heading2"/>
      </w:pPr>
      <w:r>
        <w:t>Fasting means abstaining from all distraction, not just food</w:t>
      </w:r>
    </w:p>
    <w:p>
      <w:r>
        <w:rPr>
          <w:color w:val="666666"/>
          <w:sz w:val="18"/>
        </w:rPr>
        <w:t>Ramadan and Roza July 14, 2013 · 1m 46s · at 4:10 · https://youtu.be/M2p3NR5pF7c?t=250</w:t>
      </w:r>
    </w:p>
    <w:p>
      <w:r>
        <w:rPr>
          <w:i/>
        </w:rPr>
        <w:t>“Roze ke Arabic lafz soum ka matlab hai rukna, lekin kis cheez se?”</w:t>
      </w:r>
    </w:p>
    <w:p>
      <w:r>
        <w:rPr>
          <w:sz w:val="20"/>
        </w:rPr>
        <w:t>4:10  dekhein, roze ke bare mein jo arabi lafz hai, woh hai som. som ka english equivalent hai abstinence, yani rukna.</w:t>
      </w:r>
      <w:r>
        <w:br/>
      </w:r>
      <w:r>
        <w:rPr>
          <w:sz w:val="20"/>
        </w:rPr>
        <w:t>4:24  abstinence. rukna. to rukna kis cheez se?</w:t>
      </w:r>
      <w:r>
        <w:br/>
      </w:r>
      <w:r>
        <w:rPr>
          <w:sz w:val="20"/>
        </w:rPr>
        <w:t>4:30  mein samajhta hoon ke yeh jo khane aur pani se rukna hota hai, yeh alamati rukna hai. yani symbolic abstinence.</w:t>
      </w:r>
      <w:r>
        <w:br/>
      </w:r>
      <w:r>
        <w:rPr>
          <w:sz w:val="20"/>
        </w:rPr>
        <w:t>4:44  is ka matlab yeh hai ke har us cheez se rukna jo aadmi ko distract karti ho.</w:t>
      </w:r>
      <w:r>
        <w:br/>
      </w:r>
      <w:r>
        <w:rPr>
          <w:sz w:val="20"/>
        </w:rPr>
        <w:t>4:55  yani distraction ki tamam suraton se rukna, hatta ke temporary tor par khane peene se bhi ruk jana.</w:t>
      </w:r>
      <w:r>
        <w:br/>
      </w:r>
      <w:r>
        <w:rPr>
          <w:sz w:val="20"/>
        </w:rPr>
        <w:t>5:06  to yeh rukna kis liye hai?</w:t>
      </w:r>
      <w:r>
        <w:br/>
      </w:r>
      <w:r>
        <w:rPr>
          <w:sz w:val="20"/>
        </w:rPr>
        <w:t>5:09  yeh rukna isi liye hai ke aap ke paas time ho, aap ke paas fursat ho, aap quran ko achhe tarike se samajh saken.</w:t>
      </w:r>
      <w:r>
        <w:br/>
      </w:r>
      <w:r>
        <w:rPr>
          <w:sz w:val="20"/>
        </w:rPr>
        <w:t>5:22  to ramzan ka mahina sach poochhein to is liye hai ke aap yakso ho kar apne aap ko distraction se bacha kar, apne mind ko khali kar ke zyada se zyada quran ko padhen.</w:t>
      </w:r>
      <w:r>
        <w:br/>
      </w:r>
      <w:r>
        <w:rPr>
          <w:sz w:val="20"/>
        </w:rPr>
        <w:t>5:43  yani tilawat nahi, mutala, tadabbur. aur quran ke andar jo gehre mani hain, un ko daryaft karen.</w:t>
      </w:r>
    </w:p>
    <w:p>
      <w:pPr>
        <w:pStyle w:val="Heading2"/>
      </w:pPr>
      <w:r>
        <w:t>Living by positive ideology instead of pure reaction</w:t>
      </w:r>
    </w:p>
    <w:p>
      <w:r>
        <w:rPr>
          <w:color w:val="666666"/>
          <w:sz w:val="18"/>
        </w:rPr>
        <w:t>The Role of Islam in Personality Development March 13, 2011 · 1m 11s · at 1:10:34 · https://youtu.be/jQP07IZoEy0?t=4234</w:t>
      </w:r>
    </w:p>
    <w:p>
      <w:r>
        <w:rPr>
          <w:i/>
        </w:rPr>
        <w:t>“Aaj ka society reaction mein jeeti hai”</w:t>
      </w:r>
    </w:p>
    <w:p>
      <w:r>
        <w:rPr>
          <w:sz w:val="20"/>
        </w:rPr>
        <w:t>1:10:34  How can we overcome this?" to yeh hi to hamara mission hai. log jo hain, reaction mein jeete hain.</w:t>
      </w:r>
      <w:r>
        <w:br/>
      </w:r>
      <w:r>
        <w:rPr>
          <w:sz w:val="20"/>
        </w:rPr>
        <w:t>1:10:46  aaj ka society hamari jo hai, reaction mein jeeti hai.</w:t>
      </w:r>
      <w:r>
        <w:br/>
      </w:r>
      <w:r>
        <w:rPr>
          <w:sz w:val="20"/>
        </w:rPr>
        <w:t>1:10:50  koi ideology nahin, positive ideology le kar nahin jeete hain log. kisi ko bhi aap survey kijiye to kisi ko nahin paein ge ke uska aik positive ideology hai, us mein jee raha hai. woh reaction mein jee raha hai, reaction mein jee raha hai.</w:t>
      </w:r>
      <w:r>
        <w:br/>
      </w:r>
      <w:r>
        <w:rPr>
          <w:sz w:val="20"/>
        </w:rPr>
        <w:t>1:11:03  to hamara mission yahi hai ke logon ko is se bachayein ke reaction jeena seekho aur reaction jeena khatam karo aur positive ideology mein jeena seekho.</w:t>
      </w:r>
      <w:r>
        <w:br/>
      </w:r>
      <w:r>
        <w:rPr>
          <w:sz w:val="20"/>
        </w:rPr>
        <w:t>1:11:14  jab positive ideology aa jaye gi to log khud hi manage kar lein ge. yeh us waqt koi masla nahin rahe ga.</w:t>
      </w:r>
      <w:r>
        <w:br/>
      </w:r>
      <w:r>
        <w:rPr>
          <w:sz w:val="20"/>
        </w:rPr>
        <w:t>1:11:22  to yeh aaj ki duniya ke jo hain, unke unki deconditioning karni hai, unke mind ki re-engineering karni hai taake woh reaction mein jeena khatam karein aur khud apni sochi samjhi aik positive ideology mein jeena seekhein.</w:t>
      </w:r>
      <w:r>
        <w:br/>
      </w:r>
      <w:r>
        <w:rPr>
          <w:sz w:val="20"/>
        </w:rPr>
        <w:t>1:11:41  yahi hamara mission hai.</w:t>
      </w:r>
    </w:p>
    <w:p>
      <w:pPr>
        <w:pStyle w:val="Heading2"/>
      </w:pPr>
      <w:r>
        <w:t>Be fully positive; God's law applies equally to all</w:t>
      </w:r>
    </w:p>
    <w:p>
      <w:r>
        <w:rPr>
          <w:color w:val="666666"/>
          <w:sz w:val="18"/>
        </w:rPr>
        <w:t>Divine Warning October 31, 2013 Maulana Wahiduddin Khan · 2m 23s · at 26:31 · https://youtu.be/np9p9TqUa-g?t=1591</w:t>
      </w:r>
    </w:p>
    <w:p>
      <w:r>
        <w:rPr>
          <w:i/>
        </w:rPr>
        <w:t>“Humein hundred percent positive banna padega”</w:t>
      </w:r>
    </w:p>
    <w:p>
      <w:r>
        <w:rPr>
          <w:sz w:val="20"/>
        </w:rPr>
        <w:t>26:31  ki phir maiṅ ʿarẓ karūṅgā ki Qurʾān kī āyat kā jo aṣl muddaʿā hai us ko samajhne ke lie hameṅ hundred percent positive bananā paṛegā.</w:t>
      </w:r>
      <w:r>
        <w:br/>
      </w:r>
      <w:r>
        <w:rPr>
          <w:sz w:val="20"/>
        </w:rPr>
        <w:t>26:40  negative thought ko khatm karnā hogā. nafratoṅ ko miṭānā hogā. shikāyatoṅ ko bilkul khatm karnā hogā.</w:t>
      </w:r>
      <w:r>
        <w:br/>
      </w:r>
      <w:r>
        <w:rPr>
          <w:sz w:val="20"/>
        </w:rPr>
        <w:t>26:49  apne āp ko khule zehan vālā banānā hogā.</w:t>
      </w:r>
      <w:r>
        <w:br/>
      </w:r>
      <w:r>
        <w:rPr>
          <w:sz w:val="20"/>
        </w:rPr>
        <w:t>26:56  bad duāʾoṅ ko khatm karnā hogā. is ke bajāye</w:t>
      </w:r>
      <w:r>
        <w:br/>
      </w:r>
      <w:r>
        <w:rPr>
          <w:sz w:val="20"/>
        </w:rPr>
        <w:t>27:04  un ke lie duā karnī hogī. un kā khairkhvāh bananā hogā.</w:t>
      </w:r>
      <w:r>
        <w:br/>
      </w:r>
      <w:r>
        <w:rPr>
          <w:sz w:val="20"/>
        </w:rPr>
        <w:t>27:11  is se pahle kuchh hone vālā nahīṅ hai. yah Allāh kī sunnat kā muʿāmala hai.</w:t>
      </w:r>
      <w:r>
        <w:br/>
      </w:r>
      <w:r>
        <w:rPr>
          <w:sz w:val="20"/>
        </w:rPr>
        <w:t>27:19  yah jo maiṅ ʿarẓ kar rahā hūṅ yah Allāh kī sunnat kā muʿāmala hai. yah fiṭrat ke qānūn kā muʿāmala hai. yah koī sāda bāt nahīṅ hai.</w:t>
      </w:r>
      <w:r>
        <w:br/>
      </w:r>
      <w:r>
        <w:rPr>
          <w:sz w:val="20"/>
        </w:rPr>
        <w:t>27:31  aur Allāh qānūn kabhī badaltā nahīṅ. lan tajada li-sunnatillāhi tabdīlā</w:t>
      </w:r>
      <w:r>
        <w:br/>
      </w:r>
      <w:r>
        <w:rPr>
          <w:sz w:val="20"/>
        </w:rPr>
        <w:t>27:40  . vo har ek ke lie ek sā rahtā hai. yah hargiz nahīṅ samajhnā chāhie ki ummat-e-muslima koī alg ummat hai. ummat-e-muslima kā ke sāth koī alg sulūk kiyā jāegā.</w:t>
      </w:r>
      <w:r>
        <w:br/>
      </w:r>
      <w:r>
        <w:rPr>
          <w:sz w:val="20"/>
        </w:rPr>
        <w:t>27:53  jo dūsrī qaumoṅ ke sāth nahīṅ huā. yah bahut baṛī bhayānak galatī hai.</w:t>
      </w:r>
      <w:r>
        <w:br/>
      </w:r>
      <w:r>
        <w:rPr>
          <w:sz w:val="20"/>
        </w:rPr>
        <w:t>28:02  Qurʾān meṅ dekheṅ sāf sāf hai ki laysa bi-amānikum wa lā amāniyyi ahlil-kitābi mā man yaʿbadu suwanaiyyuhum awjadabīna.</w:t>
      </w:r>
      <w:r>
        <w:br/>
      </w:r>
      <w:r>
        <w:rPr>
          <w:sz w:val="20"/>
        </w:rPr>
        <w:t>28:11  yahāṅ par dekheṅ musalmānoṅ ko bracket kiyā hai yahūd ke sāth. is āyat meṅ musalmānoṅ ko yahūd ke sāth bracket kiyā gayā hai.</w:t>
      </w:r>
      <w:r>
        <w:br/>
      </w:r>
      <w:r>
        <w:rPr>
          <w:sz w:val="20"/>
        </w:rPr>
        <w:t>28:23  is maʿnī kisī qaum kā koī silsila nahīṅ. koī kisī qaum kā muʿāmala alg nahīṅ.</w:t>
      </w:r>
      <w:r>
        <w:br/>
      </w:r>
      <w:r>
        <w:rPr>
          <w:sz w:val="20"/>
        </w:rPr>
        <w:t>28:31  ek hī Allāh kā qānūn hai jo sab par yaksāṅ taur par apply hotā hai.</w:t>
      </w:r>
      <w:r>
        <w:br/>
      </w:r>
      <w:r>
        <w:rPr>
          <w:sz w:val="20"/>
        </w:rPr>
        <w:t>28:42  aur is qanoon ko is ayat mein bayan kar diya gaya hai.</w:t>
      </w:r>
    </w:p>
    <w:p>
      <w:pPr>
        <w:pStyle w:val="Heading2"/>
      </w:pPr>
      <w:r>
        <w:t>how the blasphemy concept entered Islam late</w:t>
      </w:r>
    </w:p>
    <w:p>
      <w:r>
        <w:rPr>
          <w:color w:val="666666"/>
          <w:sz w:val="18"/>
        </w:rPr>
        <w:t>Freedom of Expression in Islam September 30, 2012 · 2m 35s · at 17:58 · https://youtu.be/S4mQpkoZITg?t=1078</w:t>
      </w:r>
    </w:p>
    <w:p>
      <w:r>
        <w:rPr>
          <w:i/>
        </w:rPr>
        <w:t>“This concept of pride in the Prophet came 200 years later”</w:t>
      </w:r>
    </w:p>
    <w:p>
      <w:r>
        <w:rPr>
          <w:sz w:val="20"/>
        </w:rPr>
        <w:t>17:58  is mein maine ek maqala likha hai, is mein maine yeh dikhaya hai ke yeh tasawwur jo hai, chhat pe rasool ka jo tasawwur hai, yeh musalmanon mein do sau saal ke baad aaya hai, is se pehle nahi tha.</w:t>
      </w:r>
      <w:r>
        <w:br/>
      </w:r>
      <w:r>
        <w:rPr>
          <w:sz w:val="20"/>
        </w:rPr>
        <w:t>18:14  yaani kab aaya hai? jab muslim empire qaim hua, musalmanon ki bari bari saltanaten qaim huin. to us zamane mein jo tha culture, woh tha "annasu ala deeni bilugh" .</w:t>
      </w:r>
      <w:r>
        <w:br/>
      </w:r>
      <w:r>
        <w:rPr>
          <w:sz w:val="20"/>
        </w:rPr>
        <w:t>18:29  log badshah ke mazhab par hote hain. jaise aap jante hain ke European badshah tha Constantine, woh jab Christian ho gaya to sara Europe Christian ho gaya.</w:t>
      </w:r>
      <w:r>
        <w:br/>
      </w:r>
      <w:r>
        <w:rPr>
          <w:sz w:val="20"/>
        </w:rPr>
        <w:t>18:44  Constantine first jab Christian ho gaya to sara Europe Christian ho gaya. is zamane mein yahi hota tha. raja, badshah, sardar jis mazhab ko ikhtiyar kare, sab log usi mazhab ko lete hain.</w:t>
      </w:r>
      <w:r>
        <w:br/>
      </w:r>
      <w:r>
        <w:rPr>
          <w:sz w:val="20"/>
        </w:rPr>
        <w:t>18:59  to jab muslim empire qaim hua to mass conversion hua, mass conversion.</w:t>
      </w:r>
      <w:r>
        <w:br/>
      </w:r>
      <w:r>
        <w:rPr>
          <w:sz w:val="20"/>
        </w:rPr>
        <w:t>19:07  ab yeh mass conversion jo hua tha ke beshumar log islam mein dakhil ho gaye, to un ki tarbiyat nahi ho saki, education nahi ho saki.</w:t>
      </w:r>
      <w:r>
        <w:br/>
      </w:r>
      <w:r>
        <w:rPr>
          <w:sz w:val="20"/>
        </w:rPr>
        <w:t>19:17  to pichhle khayalat ko le kar ke unhon ne islam mein dakhil kar diya.</w:t>
      </w:r>
      <w:r>
        <w:br/>
      </w:r>
      <w:r>
        <w:rPr>
          <w:sz w:val="20"/>
        </w:rPr>
        <w:t>19:25  is tarah ki cheezen jo hain, yeh kya hain? islam, ahl-e-sunnat, afghan islam hain. yeh</w:t>
      </w:r>
      <w:r>
        <w:br/>
      </w:r>
      <w:r>
        <w:rPr>
          <w:sz w:val="20"/>
        </w:rPr>
        <w:t>19:32  yani jahili zindagi jo un ki thi, pehle ki zindagi, is mein jo baton ko mante the, woh to taleem, taleem hui nahin, tarbiyat hui nahin.</w:t>
      </w:r>
      <w:r>
        <w:br/>
      </w:r>
      <w:r>
        <w:rPr>
          <w:sz w:val="20"/>
        </w:rPr>
        <w:t>19:43  bas kalma parh liya, kalma parh ke islam mein dakhil ho gaye. mass conversion ka matlab yeh hota hai to pichli baton ko unhon ne islam mein induct kar diya, sirf naam badal kar.</w:t>
      </w:r>
      <w:r>
        <w:br/>
      </w:r>
      <w:r>
        <w:rPr>
          <w:sz w:val="20"/>
        </w:rPr>
        <w:t>19:58  to blasphemy ka concept christian concept hai.</w:t>
      </w:r>
      <w:r>
        <w:br/>
      </w:r>
      <w:r>
        <w:rPr>
          <w:sz w:val="20"/>
        </w:rPr>
        <w:t>20:02  is christian concept ko ek arabi lafz bol kar ke, sakht ka lafz bol kar ke islam mein dakhil kar diya. jaise india mein aap dekhte hain ke yahan bhi mass conversion hua.</w:t>
      </w:r>
      <w:r>
        <w:br/>
      </w:r>
      <w:r>
        <w:rPr>
          <w:sz w:val="20"/>
        </w:rPr>
        <w:t>20:15  to bohat si cheezen jo yeh log pehle jo utarte hain, jo riwaj the, us ko islam mein dakhil kar diya unhon ne. isi ko to bid'at kehte hain.</w:t>
      </w:r>
      <w:r>
        <w:br/>
      </w:r>
      <w:r>
        <w:rPr>
          <w:sz w:val="20"/>
        </w:rPr>
        <w:t>20:25  bid'at kya hai? is liye rasmon ka islamization hai.</w:t>
      </w:r>
    </w:p>
    <w:p>
      <w:pPr>
        <w:pStyle w:val="Heading2"/>
      </w:pPr>
      <w:r>
        <w:t>a Singapore professional finally finds a Quran translation</w:t>
      </w:r>
    </w:p>
    <w:p>
      <w:r>
        <w:rPr>
          <w:color w:val="666666"/>
          <w:sz w:val="18"/>
        </w:rPr>
        <w:t>Doomsday is Coming November 24, 2013 · 1m 05s · at 1:00:35 · https://youtu.be/rixrzrrK-cE?t=3635</w:t>
      </w:r>
    </w:p>
    <w:p>
      <w:r>
        <w:rPr>
          <w:i/>
        </w:rPr>
        <w:t>“Singapore mein ek sahab ko Quran ka tarjuma diya gaya”</w:t>
      </w:r>
    </w:p>
    <w:p>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p>
    <w:p>
      <w:pPr>
        <w:pStyle w:val="Heading2"/>
      </w:pPr>
      <w:r>
        <w:t>Pure spirituality versus applied spirituality explained</w:t>
      </w:r>
    </w:p>
    <w:p>
      <w:r>
        <w:rPr>
          <w:color w:val="666666"/>
          <w:sz w:val="18"/>
        </w:rPr>
        <w:t>The Concept of Spirituality In Islam - I January 27, 2006 Maulana Wahiduddin Khan · 2m 27s · at 25:19 · https://youtu.be/xnI_QVVDWgk?t=1519</w:t>
      </w:r>
    </w:p>
    <w:p>
      <w:r>
        <w:rPr>
          <w:i/>
        </w:rPr>
        <w:t>“There are two different aspects of Islamic spirituality”</w:t>
      </w:r>
    </w:p>
    <w:p>
      <w:r>
        <w:rPr>
          <w:sz w:val="20"/>
        </w:rPr>
        <w:t>25:19  now, i would like to say that there are two different aspect of islamic spirituality. are two different fields. one, i can say pure spirituality. and the second, i can say applied spirituality. pure spirituality and applied spirituality.</w:t>
      </w:r>
      <w:r>
        <w:br/>
      </w:r>
      <w:r>
        <w:rPr>
          <w:sz w:val="20"/>
        </w:rPr>
        <w:t>25:48  by pure spirituality, i means, yani spirituality in, in psychological sense.</w:t>
      </w:r>
      <w:r>
        <w:br/>
      </w:r>
      <w:r>
        <w:rPr>
          <w:sz w:val="20"/>
        </w:rPr>
        <w:t>25:59  in psychological sense. and applied spirituality, by, by applied spirituality, i means, yani practical spirituality in practical sense.</w:t>
      </w:r>
      <w:r>
        <w:br/>
      </w:r>
      <w:r>
        <w:rPr>
          <w:sz w:val="20"/>
        </w:rPr>
        <w:t>26:11  so, when you think in term of spirituality, when you change your mind, when you change your heart, when your, when you change your thinking, that is, that is pure spirituality.</w:t>
      </w:r>
      <w:r>
        <w:br/>
      </w:r>
      <w:r>
        <w:rPr>
          <w:sz w:val="20"/>
        </w:rPr>
        <w:t>26:33  to, pure spirituality means, yani raising yourself from material world, which is called zod in islam. that you ht.</w:t>
      </w:r>
      <w:r>
        <w:br/>
      </w:r>
      <w:r>
        <w:rPr>
          <w:sz w:val="20"/>
        </w:rPr>
        <w:t>26:45  so, zod means, yani raising yourself from material world.</w:t>
      </w:r>
      <w:r>
        <w:br/>
      </w:r>
      <w:r>
        <w:rPr>
          <w:sz w:val="20"/>
        </w:rPr>
        <w:t>26:54  yani,</w:t>
      </w:r>
      <w:r>
        <w:br/>
      </w:r>
      <w:r>
        <w:rPr>
          <w:sz w:val="20"/>
        </w:rPr>
        <w:t>26:59  in this world, every time you are involve in some worldly activities, and at the bust for your life, you are bound to involve us in these activities</w:t>
      </w:r>
      <w:r>
        <w:br/>
      </w:r>
      <w:r>
        <w:rPr>
          <w:sz w:val="20"/>
        </w:rPr>
        <w:t>27:16  . so, it is not haram in islam to involve yourself in material activities. but, according to islam, you have to, at the same time, when you are engaged in worldly activities, at the same time,</w:t>
      </w:r>
      <w:r>
        <w:br/>
      </w:r>
      <w:r>
        <w:rPr>
          <w:sz w:val="20"/>
        </w:rPr>
        <w:t>27:35  you have to remember god. remembrance is very important in islam.</w:t>
      </w:r>
    </w:p>
    <w:p>
      <w:pPr>
        <w:pStyle w:val="Heading2"/>
      </w:pPr>
      <w:r>
        <w:t>Qur'an's language proves it isn't the Prophet's own words</w:t>
      </w:r>
    </w:p>
    <w:p>
      <w:r>
        <w:rPr>
          <w:color w:val="666666"/>
          <w:sz w:val="18"/>
        </w:rPr>
        <w:t>In Conversation with Maulana Wahiduddin Khan English · 2m 04s · at 1:07:28 · https://youtu.be/QZrkP8Z3Fv8?t=4048</w:t>
      </w:r>
    </w:p>
    <w:p>
      <w:r>
        <w:rPr>
          <w:i/>
        </w:rPr>
        <w:t>“No, the Qur'an was revealed by God”</w:t>
      </w:r>
    </w:p>
    <w:p>
      <w:r>
        <w:rPr>
          <w:sz w:val="20"/>
        </w:rPr>
        <w:t>1:07:28  Maulana, is it not true that the Qur'an is the handiwork of Prophet Muhammad and not God? No, the Qur'an was revealed by God.</w:t>
      </w:r>
      <w:r>
        <w:br/>
      </w:r>
      <w:r>
        <w:rPr>
          <w:sz w:val="20"/>
        </w:rPr>
        <w:t>1:07:41  There is no doubt about it.</w:t>
      </w:r>
      <w:r>
        <w:br/>
      </w:r>
      <w:r>
        <w:rPr>
          <w:sz w:val="20"/>
        </w:rPr>
        <w:t>1:07:46  And a very simple verification of this fact is that if you know Arabic language and you read the Qur'an and Hadith both, so Hadith is sayings of the Prophet.</w:t>
      </w:r>
      <w:r>
        <w:br/>
      </w:r>
      <w:r>
        <w:rPr>
          <w:sz w:val="20"/>
        </w:rPr>
        <w:t>1:08:07  The Qur'an is the revealed</w:t>
      </w:r>
      <w:r>
        <w:br/>
      </w:r>
      <w:r>
        <w:rPr>
          <w:sz w:val="20"/>
        </w:rPr>
        <w:t>1:08:13  the Qur'an was received by the Prophet by revelation. So, you will find a great difference between great difference in the language of the Qur'an and the language of Hadith.</w:t>
      </w:r>
      <w:r>
        <w:br/>
      </w:r>
      <w:r>
        <w:rPr>
          <w:sz w:val="20"/>
        </w:rPr>
        <w:t>1:08:28  How can one person use two different languages?</w:t>
      </w:r>
      <w:r>
        <w:br/>
      </w:r>
      <w:r>
        <w:rPr>
          <w:sz w:val="20"/>
        </w:rPr>
        <w:t>1:08:36  It is impossible. One can speak</w:t>
      </w:r>
      <w:r>
        <w:br/>
      </w:r>
      <w:r>
        <w:rPr>
          <w:sz w:val="20"/>
        </w:rPr>
        <w:t>1:08:43  different languages like Russian, French, German. But here is the question of style. The style of the Qur'an is quite different from that of Hadith style.</w:t>
      </w:r>
      <w:r>
        <w:br/>
      </w:r>
      <w:r>
        <w:rPr>
          <w:sz w:val="20"/>
        </w:rPr>
        <w:t>1:08:56  Hadith seems to be a language of a human being. But the Qur'an seems to be a language of God</w:t>
      </w:r>
      <w:r>
        <w:br/>
      </w:r>
      <w:r>
        <w:rPr>
          <w:sz w:val="20"/>
        </w:rPr>
        <w:t>1:09:04  . So, everyone who knows the Arabic language will not doubt when he sees this difference between the two books.</w:t>
      </w:r>
      <w:r>
        <w:br/>
      </w:r>
      <w:r>
        <w:rPr>
          <w:sz w:val="20"/>
        </w:rPr>
        <w:t>1:09:18  Quite different. Very, very different. So, how can one speak in double style?</w:t>
      </w:r>
      <w:r>
        <w:br/>
      </w:r>
      <w:r>
        <w:rPr>
          <w:sz w:val="20"/>
        </w:rPr>
        <w:t>1:09:30  It is impossible.</w:t>
      </w:r>
    </w:p>
    <w:p>
      <w:pPr>
        <w:pStyle w:val="Heading2"/>
      </w:pPr>
      <w:r>
        <w:t>Serious seekers reach the Creator, others stop at evolution</w:t>
      </w:r>
    </w:p>
    <w:p>
      <w:r>
        <w:rPr>
          <w:color w:val="666666"/>
          <w:sz w:val="18"/>
        </w:rPr>
        <w:t>The Importance of Sincerity 13 May 2014 · 1m 56s · at 27:48 · https://youtu.be/w5Rr0YFc5T0?t=1668</w:t>
      </w:r>
    </w:p>
    <w:p>
      <w:r>
        <w:rPr>
          <w:i/>
        </w:rPr>
        <w:t>“Ek aadmi ke saamne yeh sawal hai duniya kaise bani”</w:t>
      </w:r>
    </w:p>
    <w:p>
      <w:r>
        <w:rPr>
          <w:sz w:val="20"/>
        </w:rPr>
        <w:t>27:48  ya sincerity to hudallil mutaqeen jo hai, is ka matlab yeh hai ke quran hidayat hai, magar kis ke liye?</w:t>
      </w:r>
      <w:r>
        <w:br/>
      </w:r>
      <w:r>
        <w:rPr>
          <w:sz w:val="20"/>
        </w:rPr>
        <w:t>27:58  jo bohat ziyada sincere ho. bohat ziyada, mislan ek aadmi ke samne yeh sawal hai ke dunya kaise bani?</w:t>
      </w:r>
      <w:r>
        <w:br/>
      </w:r>
      <w:r>
        <w:rPr>
          <w:sz w:val="20"/>
        </w:rPr>
        <w:t>28:12  mera khaliq kaun hai? mera khaliq kaun hai?</w:t>
      </w:r>
      <w:r>
        <w:br/>
      </w:r>
      <w:r>
        <w:rPr>
          <w:sz w:val="20"/>
        </w:rPr>
        <w:t>28:17  to ab ek aadmi kahega ke dunya bani hai evolution ke zariye se. to insincere aadmi us ko maan lega ke evolution ka ek process hai jis se sab kuch ban gaya, insan hi ban gaya.</w:t>
      </w:r>
      <w:r>
        <w:br/>
      </w:r>
      <w:r>
        <w:rPr>
          <w:sz w:val="20"/>
        </w:rPr>
        <w:t>28:33  lekin sincere aadmi sochega: "kya aisa kaise ho sakta hai? evolution process kya cheez hai? woh kya cheez hai?" woh to is evolution process to koi uska wajood nahi hai, yeh to ek ek mufrada hai.</w:t>
      </w:r>
      <w:r>
        <w:br/>
      </w:r>
      <w:r>
        <w:rPr>
          <w:sz w:val="20"/>
        </w:rPr>
        <w:t>28:48  ek haqeeqi dunya maujood hai, hum dekh rahe hain is ko. to is ke liye ek haqeeqi khaliq chahiye. evolution theory to ek ek ek mufrada hai, ek khali tor par hum ne ek lafz, ek ek bas ek lafz hai.</w:t>
      </w:r>
      <w:r>
        <w:br/>
      </w:r>
      <w:r>
        <w:rPr>
          <w:sz w:val="20"/>
        </w:rPr>
        <w:t>29:05  to evolution theory ka jo process hai, woh is ki explain nahi karta dunya ko.</w:t>
      </w:r>
      <w:r>
        <w:br/>
      </w:r>
      <w:r>
        <w:rPr>
          <w:sz w:val="20"/>
        </w:rPr>
        <w:t>29:15  dunya ko explain nahi karta, lekin jo insincere aadmi hoga, woh maan lega ke ke evolution ke evolution ke zariye se to sab kuch ban gaya.</w:t>
      </w:r>
      <w:r>
        <w:br/>
      </w:r>
      <w:r>
        <w:rPr>
          <w:sz w:val="20"/>
        </w:rPr>
        <w:t>29:27  sincere aadmi kahega: "nahi, aisa kaise ho sakta hai?" to sincere aadmi khaliq tak pohnch jayega. insincere aadmi theory of revolution mein atak kar reh jayega.</w:t>
      </w:r>
    </w:p>
    <w:p>
      <w:pPr>
        <w:pStyle w:val="Heading2"/>
      </w:pPr>
      <w:r>
        <w:t>Why this verse is key to understanding a preacher's character</w:t>
      </w:r>
    </w:p>
    <w:p>
      <w:r>
        <w:rPr>
          <w:color w:val="666666"/>
          <w:sz w:val="18"/>
        </w:rPr>
        <w:t>Character of A Dayee January 29, 2014 · 1m 14s · at 26:18 · https://youtu.be/HiPTrIHGmTE?t=1578</w:t>
      </w:r>
    </w:p>
    <w:p>
      <w:r>
        <w:rPr>
          <w:i/>
        </w:rPr>
        <w:t>“Da'i ke kirdar ko samajhne ke liye yeh ayat bahut ahem hai”</w:t>
      </w:r>
    </w:p>
    <w:p>
      <w:r>
        <w:rPr>
          <w:sz w:val="20"/>
        </w:rPr>
        <w:t>26:18  to da'i ke kirdaar ko samajhne ke liye yeh ayat bohat zyada aham hai.</w:t>
      </w:r>
      <w:r>
        <w:br/>
      </w:r>
      <w:r>
        <w:rPr>
          <w:sz w:val="20"/>
        </w:rPr>
        <w:t>26:31  is se da'i ki poori</w:t>
      </w:r>
      <w:r>
        <w:br/>
      </w:r>
      <w:r>
        <w:rPr>
          <w:sz w:val="20"/>
        </w:rPr>
        <w:t>26:36  shakhsiyat maloom hoti hai.</w:t>
      </w:r>
      <w:r>
        <w:br/>
      </w:r>
      <w:r>
        <w:rPr>
          <w:sz w:val="20"/>
        </w:rPr>
        <w:t>26:44  is se maloom hota hai ke dawat ka culture kya cheez hai. yani apni haqeeqat ke aitbar se dawat ka culture kya cheez hai.</w:t>
      </w:r>
      <w:r>
        <w:br/>
      </w:r>
      <w:r>
        <w:rPr>
          <w:sz w:val="20"/>
        </w:rPr>
        <w:t>26:59  jab tak aadmi is baat ko na samjhe woh dawat-e-Allah ka kaam mutlub andaaz mein nahi kar sakta.</w:t>
      </w:r>
      <w:r>
        <w:br/>
      </w:r>
      <w:r>
        <w:rPr>
          <w:sz w:val="20"/>
        </w:rPr>
        <w:t>27:09  aur phir jab mutlub andaaz mein nahi karega to Allah ki madad nahi aayegi.</w:t>
      </w:r>
      <w:r>
        <w:br/>
      </w:r>
      <w:r>
        <w:rPr>
          <w:sz w:val="20"/>
        </w:rPr>
        <w:t>27:14  dekhiye dawat ka kaam haqeeqi ma'ano mein is waqt kamyab hota hai jabke Allah ki madad shamil haal ho jaye is ke. to jab aap peghambar ke role model ke mutabiq karein ge tab hi Allah ki madad aayegi.</w:t>
      </w:r>
      <w:r>
        <w:br/>
      </w:r>
      <w:r>
        <w:rPr>
          <w:sz w:val="20"/>
        </w:rPr>
        <w:t>27:28  warna Allah ki madad nahi aayegi.</w:t>
      </w:r>
    </w:p>
    <w:p>
      <w:pPr>
        <w:pStyle w:val="Heading2"/>
      </w:pPr>
      <w:r>
        <w:t>Definition and Quranic basis of Furqan</w:t>
      </w:r>
    </w:p>
    <w:p>
      <w:r>
        <w:rPr>
          <w:color w:val="666666"/>
          <w:sz w:val="18"/>
        </w:rPr>
        <w:t>The Concept of Furqan in Islam April 28, 2013 Maulana Wahiduddin Khan · 2m 03s · at 0:59 · https://youtu.be/MQs4J9RgjGk?t=59</w:t>
      </w:r>
    </w:p>
    <w:p>
      <w:r>
        <w:rPr>
          <w:i/>
        </w:rPr>
        <w:t>“Furqan ka literal meaning hai do”</w:t>
      </w:r>
    </w:p>
    <w:p>
      <w:r>
        <w:rPr>
          <w:sz w:val="20"/>
        </w:rPr>
        <w:t>0:59  furqan ka literal meaning hai do</w:t>
      </w:r>
      <w:r>
        <w:br/>
      </w:r>
      <w:r>
        <w:rPr>
          <w:sz w:val="20"/>
        </w:rPr>
        <w:t>1:07  cheezon mein farq karna. al faslu bain al shai'ain: to differentiate between the two.</w:t>
      </w:r>
      <w:r>
        <w:br/>
      </w:r>
      <w:r>
        <w:rPr>
          <w:sz w:val="20"/>
        </w:rPr>
        <w:t>1:18  yaani kala aur safed hai to aap farq karein dono mein.</w:t>
      </w:r>
      <w:r>
        <w:br/>
      </w:r>
      <w:r>
        <w:rPr>
          <w:sz w:val="20"/>
        </w:rPr>
        <w:t>1:25  chota aur bara hai to aap se farq karein dono ke beech mein. to literal matlab furqan ka yahi hai.</w:t>
      </w:r>
      <w:r>
        <w:br/>
      </w:r>
      <w:r>
        <w:rPr>
          <w:sz w:val="20"/>
        </w:rPr>
        <w:t>1:36  arabi lughat mein kaha jata hai: al fasl bayn al shain. dekhen, yeh farqan jo hai quran ke bayan ke mutabiq yeh</w:t>
      </w:r>
      <w:r>
        <w:br/>
      </w:r>
      <w:r>
        <w:rPr>
          <w:sz w:val="20"/>
        </w:rPr>
        <w:t>1:53  success ki</w:t>
      </w:r>
      <w:r>
        <w:br/>
      </w:r>
      <w:r>
        <w:rPr>
          <w:sz w:val="20"/>
        </w:rPr>
        <w:t>1:57  sab se bari, success ka sab se bara raaz hai.</w:t>
      </w:r>
      <w:r>
        <w:br/>
      </w:r>
      <w:r>
        <w:rPr>
          <w:sz w:val="20"/>
        </w:rPr>
        <w:t>2:05  yeh baat quran ki aik ayat se maloom hoti hai. quran mein surah al anfal mein ayat number 29 aap parhiye: al anfal 29.</w:t>
      </w:r>
      <w:r>
        <w:br/>
      </w:r>
      <w:r>
        <w:rPr>
          <w:sz w:val="20"/>
        </w:rPr>
        <w:t>2:23  ya ayuhal lazeena amanu, in tattaqoolaha, yaj'al lakum furqana, wa yukaffir ankum sayyatikum, wa yaghfir lakum zunubakum,</w:t>
      </w:r>
      <w:r>
        <w:br/>
      </w:r>
      <w:r>
        <w:rPr>
          <w:sz w:val="20"/>
        </w:rPr>
        <w:t>2:39  wallahu zulfadlil azeem. aye iman walo!</w:t>
      </w:r>
      <w:r>
        <w:br/>
      </w:r>
      <w:r>
        <w:rPr>
          <w:sz w:val="20"/>
        </w:rPr>
        <w:t>2:46  agar tum taqwa ikhtiyar karo to Allah tum ko furqan de ga. Allah tumhare andar furqan ki salahiyat paida kare ga.</w:t>
      </w:r>
    </w:p>
    <w:p>
      <w:pPr>
        <w:pStyle w:val="Heading2"/>
      </w:pPr>
      <w:r>
        <w:t>Niagara Falls teaches nature's way</w:t>
      </w:r>
    </w:p>
    <w:p>
      <w:r>
        <w:rPr>
          <w:color w:val="666666"/>
          <w:sz w:val="18"/>
        </w:rPr>
        <w:t>Lessons from My Journey to Canada January 03, 2016 Maulana Wahiduddin Khan · 1m 39s · at 40:15 · https://youtu.be/Uh8DWul9IyY?t=2415</w:t>
      </w:r>
    </w:p>
    <w:p>
      <w:r>
        <w:rPr>
          <w:i/>
        </w:rPr>
        <w:t>“We went to see Niagara Falls, a huge waterfall that flows year-round.”</w:t>
      </w:r>
    </w:p>
    <w:p>
      <w:r>
        <w:rPr>
          <w:sz w:val="20"/>
        </w:rPr>
        <w:t>40:15  wahan par hum gaye nagra fall dekhne ke liye</w:t>
      </w:r>
      <w:r>
        <w:br/>
      </w:r>
      <w:r>
        <w:rPr>
          <w:sz w:val="20"/>
        </w:rPr>
        <w:t>40:20  nagra fall aap jante hain ke bohat hi bara abshar hai</w:t>
      </w:r>
      <w:r>
        <w:br/>
      </w:r>
      <w:r>
        <w:rPr>
          <w:sz w:val="20"/>
        </w:rPr>
        <w:t>40:25  جو سال بھر بہتا رہتا ہے تو Niagara Falls جو ہے کینیڈا کی پہچان بن گیا ہے جیسے</w:t>
      </w:r>
      <w:r>
        <w:br/>
      </w:r>
      <w:r>
        <w:rPr>
          <w:sz w:val="20"/>
        </w:rPr>
        <w:t>40:33  india ki pehchan himalaya hai</w:t>
      </w:r>
      <w:r>
        <w:br/>
      </w:r>
      <w:r>
        <w:rPr>
          <w:sz w:val="20"/>
        </w:rPr>
        <w:t>40:36  himalaya india ki pehchan hai</w:t>
      </w:r>
      <w:r>
        <w:br/>
      </w:r>
      <w:r>
        <w:rPr>
          <w:sz w:val="20"/>
        </w:rPr>
        <w:t>40:39  aise hi canada ki pehchan nigra fall hai yeh bohat hi bara abshar hai</w:t>
      </w:r>
      <w:r>
        <w:br/>
      </w:r>
      <w:r>
        <w:rPr>
          <w:sz w:val="20"/>
        </w:rPr>
        <w:t>40:48  to wahan aap dekha to laga ke yehi</w:t>
      </w:r>
      <w:r>
        <w:br/>
      </w:r>
      <w:r>
        <w:rPr>
          <w:sz w:val="20"/>
        </w:rPr>
        <w:t>40:52  یعنی جو ہے کینیڈا کو ڈومینیٹ کیے ہوئے ہیں وہاں Niagara Falls</w:t>
      </w:r>
      <w:r>
        <w:br/>
      </w:r>
      <w:r>
        <w:rPr>
          <w:sz w:val="20"/>
        </w:rPr>
        <w:t>40:58  aur keh raha hai ke nature ka tareeqa ikhtiyar</w:t>
      </w:r>
      <w:r>
        <w:br/>
      </w:r>
      <w:r>
        <w:rPr>
          <w:sz w:val="20"/>
        </w:rPr>
        <w:t>41:00  کرو نہیں کیونکہ Niagara Falls کیا ہے ایک phenomenon of nature ہے</w:t>
      </w:r>
      <w:r>
        <w:br/>
      </w:r>
      <w:r>
        <w:rPr>
          <w:sz w:val="20"/>
        </w:rPr>
        <w:t>41:07  Niagara Falls jo hai, phenomena of nature hai. To isko aap dekhen to aap kahen ke Niagara</w:t>
      </w:r>
      <w:r>
        <w:br/>
      </w:r>
      <w:r>
        <w:rPr>
          <w:sz w:val="20"/>
        </w:rPr>
        <w:t>41:13  fall ek bohat hi</w:t>
      </w:r>
      <w:r>
        <w:br/>
      </w:r>
      <w:r>
        <w:rPr>
          <w:sz w:val="20"/>
        </w:rPr>
        <w:t>41:18  parshor zaban mein keh raha hai</w:t>
      </w:r>
      <w:r>
        <w:br/>
      </w:r>
      <w:r>
        <w:rPr>
          <w:sz w:val="20"/>
        </w:rPr>
        <w:t>41:22  ke nature ka tareeqa ikhtiyar karo</w:t>
      </w:r>
      <w:r>
        <w:br/>
      </w:r>
      <w:r>
        <w:rPr>
          <w:sz w:val="20"/>
        </w:rPr>
        <w:t>41:26  tu gaya ke</w:t>
      </w:r>
      <w:r>
        <w:br/>
      </w:r>
      <w:r>
        <w:rPr>
          <w:sz w:val="20"/>
        </w:rPr>
        <w:t>41:28  کینیڈا کے مائنڈ کو بنایا ہے Niagara Falls نے یعنی نیچر نے</w:t>
      </w:r>
      <w:r>
        <w:br/>
      </w:r>
      <w:r>
        <w:rPr>
          <w:sz w:val="20"/>
        </w:rPr>
        <w:t>41:34  ایسا phenomena کہیں اور نہیں میرے خیال سے جیسا کہ Niagara Fall ہے وہاں پر</w:t>
      </w:r>
      <w:r>
        <w:br/>
      </w:r>
      <w:r>
        <w:rPr>
          <w:sz w:val="20"/>
        </w:rPr>
        <w:t>41:42  negra fall jo hai un ke zehen par aisi cheezen chha gaye ke ke fall nagra ke nature ka tareeqa ikhtiyar karo</w:t>
      </w:r>
    </w:p>
    <w:p>
      <w:pPr>
        <w:pStyle w:val="Heading2"/>
      </w:pPr>
      <w:r>
        <w:t>Tatars from oppressors to defenders of Islam</w:t>
      </w:r>
    </w:p>
    <w:p>
      <w:r>
        <w:rPr>
          <w:color w:val="666666"/>
          <w:sz w:val="18"/>
        </w:rPr>
        <w:t>Method of The Quran July 20, 2014 · 2m 45s · at 30:17 · https://youtu.be/kDfC-fjxYmE?t=1817</w:t>
      </w:r>
    </w:p>
    <w:p>
      <w:r>
        <w:rPr>
          <w:i/>
        </w:rPr>
        <w:t>“Tatari jo the terahween sadi mein Samarkand nikle”</w:t>
      </w:r>
    </w:p>
    <w:p>
      <w:r>
        <w:rPr>
          <w:sz w:val="20"/>
        </w:rPr>
        <w:t>30:17  hata ke aik anokhi wisdom, yeh bhulana aaj se nahi hai, hazar saal se hai. jaise aik mein aik misal deta hoon aap ko ke tatari jo thay, terahveen sadi mein samarkand niklay apne woh apne ilaqay se aur samarkand se le kar halab tak sab taraaj kar diya unhon ne.</w:t>
      </w:r>
      <w:r>
        <w:br/>
      </w:r>
      <w:r>
        <w:rPr>
          <w:sz w:val="20"/>
        </w:rPr>
        <w:t>30:38  to aap musalmanon ki kitabein parhiye, sari kitabon mein is ka zikr sirf negative andaaz mein hoga. ke baray zalim thay, bohat buray thay, masjidon ko tod diya, logon ko qatal kiya, bas yahi rahay ga.</w:t>
      </w:r>
      <w:r>
        <w:br/>
      </w:r>
      <w:r>
        <w:rPr>
          <w:sz w:val="20"/>
        </w:rPr>
        <w:t>30:53  aur mere paas woh hai, aik hai tareekh, aik is ka naam hai: alkamil fi al-tareekh.</w:t>
      </w:r>
      <w:r>
        <w:br/>
      </w:r>
      <w:r>
        <w:rPr>
          <w:sz w:val="20"/>
        </w:rPr>
        <w:t>31:02  aik bohat hi ahem kitab tareekh ki hai, is ka naam hai: alkamil fi al-tareekh. ibn aseer ki kitab hai. ibn aseer jo thay, contemporary thay.</w:t>
      </w:r>
      <w:r>
        <w:br/>
      </w:r>
      <w:r>
        <w:rPr>
          <w:sz w:val="20"/>
        </w:rPr>
        <w:t>31:12  jab tatariyon ne hamla kiya tha to woh us waqt woh zinda maujood thay. to is kitab mein unhon ne jo tazkira kiya hai, bohat hi holnak andaaz mein.</w:t>
      </w:r>
      <w:r>
        <w:br/>
      </w:r>
      <w:r>
        <w:rPr>
          <w:sz w:val="20"/>
        </w:rPr>
        <w:t>31:24  aur is ke paas wahi pattern chalta raha. wahi pattern.</w:t>
      </w:r>
      <w:r>
        <w:br/>
      </w:r>
      <w:r>
        <w:rPr>
          <w:sz w:val="20"/>
        </w:rPr>
        <w:t>31:32  pehli baar is jo mere ilm ke mutabiq is ke ma'mle mein koi positive rukh diya hai, woh professor arundel ne.</w:t>
      </w:r>
      <w:r>
        <w:br/>
      </w:r>
      <w:r>
        <w:rPr>
          <w:sz w:val="20"/>
        </w:rPr>
        <w:t>31:42  professor arundel ne kitab likhi hai: The Preaching of Islam. is mein unhon ne dikhaya hai ke tatari jo thay, shuru mein unhon ne zulm kiya tha, lekin baad ko yani musalmanon ki tablegh ke zariye nahi, aise halaat paida hue ke unhon ne, un ki majority ne islam qabool kar liya.</w:t>
      </w:r>
      <w:r>
        <w:br/>
      </w:r>
      <w:r>
        <w:rPr>
          <w:sz w:val="20"/>
        </w:rPr>
        <w:t>32:00  aur wahi islam ke sipahi ban gae. islam ke alam bardar ban gae. aur sadiyon tak islam ki</w:t>
      </w:r>
      <w:r>
        <w:br/>
      </w:r>
      <w:r>
        <w:rPr>
          <w:sz w:val="20"/>
        </w:rPr>
        <w:t>32:10  khidmat karte rahe. hatta ke un masjidon ko jo unhon ne dhaya tha, us ko dobara taameer kiya. to musalmanon ki kitabon mein yeh baat hai hi nahin.</w:t>
      </w:r>
      <w:r>
        <w:br/>
      </w:r>
      <w:r>
        <w:rPr>
          <w:sz w:val="20"/>
        </w:rPr>
        <w:t>32:21  zulm hi zulm hai, zulm hi zulm hai. isi liye sirf nafrat. main khud tatariyon ko ek nafrat ki wajah se samajhta tha pehle.</w:t>
      </w:r>
      <w:r>
        <w:br/>
      </w:r>
      <w:r>
        <w:rPr>
          <w:sz w:val="20"/>
        </w:rPr>
        <w:t>32:31  jab maine yeh kitab padhi: The Preaching of Islam, tab mujhe maloom hua ke is negative waqeye mein ek positive aspect chupa hua tha. ke Allah taala ne aise halaat paida kiye ke unhon ne islam phailaya.</w:t>
      </w:r>
      <w:r>
        <w:br/>
      </w:r>
      <w:r>
        <w:rPr>
          <w:sz w:val="20"/>
        </w:rPr>
        <w:t>32:44  aur aur woh un ki majority ne islam qubool kar liya. aur phir dekhiye, jo abbasi log the jin ko unhon ne taraaj kiya tha, woh to bohat hi yaani zawal aa chuka tha bohat zyada us zamane mein.</w:t>
      </w:r>
    </w:p>
    <w:p>
      <w:pPr>
        <w:pStyle w:val="Heading2"/>
      </w:pPr>
      <w:r>
        <w:t>Veteran Shakespeare professor who still studies every night</w:t>
      </w:r>
    </w:p>
    <w:p>
      <w:r>
        <w:rPr>
          <w:color w:val="666666"/>
          <w:sz w:val="18"/>
        </w:rPr>
        <w:t>Month of Spirituality July 28, 2013 · 1m 26s · at 30:55 · https://youtu.be/p4MM2gjJBxA?t=1855</w:t>
      </w:r>
    </w:p>
    <w:p>
      <w:r>
        <w:rPr>
          <w:i/>
        </w:rPr>
        <w:t>“Ek senior professor abhi bhi Shakespeare padhta tha raat ko”</w:t>
      </w:r>
    </w:p>
    <w:p>
      <w:r>
        <w:rPr>
          <w:sz w:val="20"/>
        </w:rPr>
        <w:t>30:55  india ke ek sahab, unhone unki taleem hui london mein.</w:t>
      </w:r>
      <w:r>
        <w:br/>
      </w:r>
      <w:r>
        <w:rPr>
          <w:sz w:val="20"/>
        </w:rPr>
        <w:t>31:02  to padh kar wapas aa gaye. ek arse ke baad dobara woh london gaye to ek woh professor jo un ka ustad tha, us se milne gaye woh.</w:t>
      </w:r>
      <w:r>
        <w:br/>
      </w:r>
      <w:r>
        <w:rPr>
          <w:sz w:val="20"/>
        </w:rPr>
        <w:t>31:13  appointment le, appointment le kar ke. to woh Shakespeare padhata tha woh, woh professor. aur abhi bhi woh padhata tha, abhi senior professor ho chuka tha.</w:t>
      </w:r>
      <w:r>
        <w:br/>
      </w:r>
      <w:r>
        <w:rPr>
          <w:sz w:val="20"/>
        </w:rPr>
        <w:t>31:25  to us ne raat ka waqt diya tha milne ke liye. raat ka waqt.</w:t>
      </w:r>
      <w:r>
        <w:br/>
      </w:r>
      <w:r>
        <w:rPr>
          <w:sz w:val="20"/>
        </w:rPr>
        <w:t>31:30  jab woh pahunche to dekha unhone us ki mez ke saamne Shakespeare ki kitab phaili hui hai. to us ne poocha un se ke aap to ek senior professor hain.</w:t>
      </w:r>
      <w:r>
        <w:br/>
      </w:r>
      <w:r>
        <w:rPr>
          <w:sz w:val="20"/>
        </w:rPr>
        <w:t>31:43  itni lambi muddat se aap Shakespeare ko padha rahe hain. aur abhi bhi Shakespeare ki study karte hain aap? to bohat hi sanjeedgi se unhone jawab diya tha.</w:t>
      </w:r>
      <w:r>
        <w:br/>
      </w:r>
      <w:r>
        <w:rPr>
          <w:sz w:val="20"/>
        </w:rPr>
        <w:t>31:56  us us senior professor ne, britania ke. ke You know, the students are committed to my care.</w:t>
      </w:r>
      <w:r>
        <w:br/>
      </w:r>
      <w:r>
        <w:rPr>
          <w:sz w:val="20"/>
        </w:rPr>
        <w:t>32:09  You know, the students are committed to my care.</w:t>
      </w:r>
      <w:r>
        <w:br/>
      </w:r>
      <w:r>
        <w:rPr>
          <w:sz w:val="20"/>
        </w:rPr>
        <w:t>32:15  I must prepare myself to do justice to them.</w:t>
      </w:r>
    </w:p>
    <w:p>
      <w:pPr>
        <w:pStyle w:val="Heading2"/>
      </w:pPr>
      <w:r>
        <w:t>Islam's definition of terrorism explained</w:t>
      </w:r>
    </w:p>
    <w:p>
      <w:r>
        <w:rPr>
          <w:color w:val="666666"/>
          <w:sz w:val="18"/>
        </w:rPr>
        <w:t>Message of The Quran October 20, 2007 · 1m 07s · at 23:40 · https://youtu.be/7GePL3JmwnE?t=1420</w:t>
      </w:r>
    </w:p>
    <w:p>
      <w:r>
        <w:rPr>
          <w:i/>
        </w:rPr>
        <w:t>“What is the definition of terrorism in Islam?”</w:t>
      </w:r>
    </w:p>
    <w:p>
      <w:r>
        <w:rPr>
          <w:sz w:val="20"/>
        </w:rPr>
        <w:t>23:40  terrorism ka definition kya hai?</w:t>
      </w:r>
      <w:r>
        <w:br/>
      </w:r>
      <w:r>
        <w:rPr>
          <w:sz w:val="20"/>
        </w:rPr>
        <w:t>23:46  use of arms other than state, yehi terrorism hai. state ke siwa koi bhi individual ya koi organization agar arms ko istemal karti hai defense ke naam par, woh terrorism hai.</w:t>
      </w:r>
      <w:r>
        <w:br/>
      </w:r>
      <w:r>
        <w:rPr>
          <w:sz w:val="20"/>
        </w:rPr>
        <w:t>24:04  isi ka naam hai terrorism.</w:t>
      </w:r>
      <w:r>
        <w:br/>
      </w:r>
      <w:r>
        <w:rPr>
          <w:sz w:val="20"/>
        </w:rPr>
        <w:t>24:09  aur dekhiye, aik condition kya hai? even in genuine war, even in a defensive war, you can not kill non combatant.</w:t>
      </w:r>
      <w:r>
        <w:br/>
      </w:r>
      <w:r>
        <w:rPr>
          <w:sz w:val="20"/>
        </w:rPr>
        <w:t>24:23  you can kill only combatant people. is ko kehte hain Arabic mein muqatil aur ghair muqatil. yani defensive war mein bhi aap sirf muqatil ko maar sakte hain.</w:t>
      </w:r>
      <w:r>
        <w:br/>
      </w:r>
      <w:r>
        <w:rPr>
          <w:sz w:val="20"/>
        </w:rPr>
        <w:t>24:36  that is combatant.</w:t>
      </w:r>
      <w:r>
        <w:br/>
      </w:r>
      <w:r>
        <w:rPr>
          <w:sz w:val="20"/>
        </w:rPr>
        <w:t>24:39  ghair muqatil ko nahi maar sakte. that is non combatant. ab is ko aap lijiye toh aaj kya hai?</w:t>
      </w:r>
    </w:p>
    <w:p>
      <w:pPr>
        <w:pStyle w:val="Heading2"/>
      </w:pPr>
      <w:r>
        <w:t>Ibn Taymiyyah whipped for incitement; real culprits are firebrand leaders</w:t>
      </w:r>
    </w:p>
    <w:p>
      <w:r>
        <w:rPr>
          <w:color w:val="666666"/>
          <w:sz w:val="18"/>
        </w:rPr>
        <w:t>Freedom of Expression in Islam 30 Sept 2012 - Maulana Wahiduddin Khan · 2m 31s · at 1:00:07 · https://youtu.be/WLlXSyxX8Q4?t=3607</w:t>
      </w:r>
    </w:p>
    <w:p>
      <w:r>
        <w:rPr>
          <w:i/>
        </w:rPr>
        <w:t>“Main aapko ek qissa bataun, Imam Ibn Taymiyyah ka”</w:t>
      </w:r>
    </w:p>
    <w:p>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Development leads people to seek Quran</w:t>
      </w:r>
    </w:p>
    <w:p>
      <w:r>
        <w:rPr>
          <w:color w:val="666666"/>
          <w:sz w:val="18"/>
        </w:rPr>
        <w:t>Quran Stall at the World Book Fair January 12, 2019 · 1m 32s · at 2:35 · https://youtu.be/qAV6i3yvMjE?t=155</w:t>
      </w:r>
    </w:p>
    <w:p>
      <w:r>
        <w:rPr>
          <w:i/>
        </w:rPr>
        <w:t>“I think the reason is perhaps that today's world”</w:t>
      </w:r>
    </w:p>
    <w:p>
      <w:r>
        <w:rPr>
          <w:sz w:val="20"/>
        </w:rPr>
        <w:t>2:35  Main samajhta hoon ki is ka sabab shayad yeh ho ki aaj ki duniya</w:t>
      </w:r>
      <w:r>
        <w:br/>
      </w:r>
      <w:r>
        <w:rPr>
          <w:sz w:val="20"/>
        </w:rPr>
        <w:t>2:48  taraqqi ki duniya hai, development ki duniya hai, har aitbar say taraqqi, education mein taraqqi, aur har aitbar say taraqqi.</w:t>
      </w:r>
      <w:r>
        <w:br/>
      </w:r>
      <w:r>
        <w:rPr>
          <w:sz w:val="20"/>
        </w:rPr>
        <w:t>3:02  To logon ko in taraqqiyon say negative experience hua,</w:t>
      </w:r>
      <w:r>
        <w:br/>
      </w:r>
      <w:r>
        <w:rPr>
          <w:sz w:val="20"/>
        </w:rPr>
        <w:t>3:10  yani jo woh un ka dil chahta tha, woh un ko is developed</w:t>
      </w:r>
      <w:r>
        <w:br/>
      </w:r>
      <w:r>
        <w:rPr>
          <w:sz w:val="20"/>
        </w:rPr>
        <w:t>3:20  jo development jo hua hai har har pehlu say, us say unhein nahin mil saka. To ab woh janna chahtay hain ki yeh jo Quran, yeh jo Quran kitab hai,</w:t>
      </w:r>
      <w:r>
        <w:br/>
      </w:r>
      <w:r>
        <w:rPr>
          <w:sz w:val="20"/>
        </w:rPr>
        <w:t>3:36  jo claim karti hai ki woh Khuda ki kitab hai, to is mein dhoondhein, shayad is mein un ki talash ka jawab ho.</w:t>
      </w:r>
      <w:r>
        <w:br/>
      </w:r>
      <w:r>
        <w:rPr>
          <w:sz w:val="20"/>
        </w:rPr>
        <w:t>3:49  To is tarah say</w:t>
      </w:r>
      <w:r>
        <w:br/>
      </w:r>
      <w:r>
        <w:rPr>
          <w:sz w:val="20"/>
        </w:rPr>
        <w:t>3:53  aik jo dawat ka kaam hai, woh aik opportunity ban gaya hai, dawat ka jo kaam hai, woh aik opportunity ban gaya hai.</w:t>
      </w:r>
    </w:p>
    <w:p>
      <w:pPr>
        <w:pStyle w:val="Heading2"/>
      </w:pPr>
      <w:r>
        <w:t>Muslims need to overcome reaction for dawah</w:t>
      </w:r>
    </w:p>
    <w:p>
      <w:r>
        <w:rPr>
          <w:color w:val="666666"/>
          <w:sz w:val="18"/>
        </w:rPr>
        <w:t>Q&amp;A 20 Nov 2011 Maulana Wahiduddin Khan · 2m 28s · at 8:44 · https://youtu.be/7sNDn8Y6jUc?t=524</w:t>
      </w:r>
    </w:p>
    <w:p>
      <w:r>
        <w:rPr>
          <w:i/>
        </w:rPr>
        <w:t>“Humare khilaf saazishein jari hain, sab log dushman hain hamare.”</w:t>
      </w:r>
    </w:p>
    <w:p>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Fighting over land is absurd once opportunity is universal</w:t>
      </w:r>
    </w:p>
    <w:p>
      <w:r>
        <w:rPr>
          <w:color w:val="666666"/>
          <w:sz w:val="18"/>
        </w:rPr>
        <w:t>Divine Help September 22, 2015 · 1m 49s · at 23:39 · https://youtu.be/sozrNCif0Gg?t=1419</w:t>
      </w:r>
    </w:p>
    <w:p>
      <w:r>
        <w:rPr>
          <w:i/>
        </w:rPr>
        <w:t>“Jaise aap ghar aaye, aapki maa ne khana diya”</w:t>
      </w:r>
    </w:p>
    <w:p>
      <w:r>
        <w:rPr>
          <w:sz w:val="20"/>
        </w:rPr>
        <w:t>23:39  to munapli hi khatm ho gai. to phir larna kis liye? jab munapli khatm ho gai to larna kis liye? aik aapas baat ka absurd baat to ban gai larna.</w:t>
      </w:r>
      <w:r>
        <w:br/>
      </w:r>
      <w:r>
        <w:rPr>
          <w:sz w:val="20"/>
        </w:rPr>
        <w:t>23:54  yani mili hui cheez ki larna. jaise aap ghar mein aaye, aap ki maan ne aap ko khana khane ke liye diya.</w:t>
      </w:r>
      <w:r>
        <w:br/>
      </w:r>
      <w:r>
        <w:rPr>
          <w:sz w:val="20"/>
        </w:rPr>
        <w:t>24:02  ab aap maan se larr rahe hain ke mujhe khana do, khana do. par to de chuki hai.</w:t>
      </w:r>
      <w:r>
        <w:br/>
      </w:r>
      <w:r>
        <w:rPr>
          <w:sz w:val="20"/>
        </w:rPr>
        <w:t>24:07  maan to khana de chuki hai aap ko. to larna kis liye? to jin mulkon mein milishia chala rahe hain log, yaqeen kijiye, woh dunya ke sab se zyada nadan log hain.</w:t>
      </w:r>
      <w:r>
        <w:br/>
      </w:r>
      <w:r>
        <w:rPr>
          <w:sz w:val="20"/>
        </w:rPr>
        <w:t>24:22  yani suraj nikal raha hai to us se larna kya hai? mawaqe khul chuke hain to us se larna kya hai? age of communication aa gaya to us se larna kya hai?</w:t>
      </w:r>
      <w:r>
        <w:br/>
      </w:r>
      <w:r>
        <w:rPr>
          <w:sz w:val="20"/>
        </w:rPr>
        <w:t>24:33  jab sab cheez sab ke liye ho gai to larna kya hai?</w:t>
      </w:r>
      <w:r>
        <w:br/>
      </w:r>
      <w:r>
        <w:rPr>
          <w:sz w:val="20"/>
        </w:rPr>
        <w:t>24:36  jab munapli khatm ho gai, to larna kya hai? aap kahin bhi rahein, aap America, aap Pakistan mein rahein, aap Kashmir mein rahein, Bangladesh mein rahein, kahin bhi rahiye, sari dunya aap ke liye hai.</w:t>
      </w:r>
      <w:r>
        <w:br/>
      </w:r>
      <w:r>
        <w:rPr>
          <w:sz w:val="20"/>
        </w:rPr>
        <w:t>24:53  jahan bhi rahiye, sari dunya aap ke liye hai. koi larna nahi hai. to main samajhta hoon ke bohat zyada ho raha hai ke musalmanon ko sab se bari cheez jo janna hai, woh kya</w:t>
      </w:r>
      <w:r>
        <w:br/>
      </w:r>
      <w:r>
        <w:rPr>
          <w:sz w:val="20"/>
        </w:rPr>
        <w:t>25:04  hai? woh yeh hai ke sari dunya aap ke liye hai. aap se murad larnay walay ke liye nahi hai. peaceful jiddo jehad karne walon ke liye.</w:t>
      </w:r>
      <w:r>
        <w:br/>
      </w:r>
      <w:r>
        <w:rPr>
          <w:sz w:val="20"/>
        </w:rPr>
        <w:t>25:14  aaj ka daur peace ka daur hai. larai ka daur khatm ho chuka hai. agar aap peaceful planning karein, peaceful method ikhtiyar karein, to sari dunya aap ke liye hai.</w:t>
      </w:r>
    </w:p>
    <w:p>
      <w:pPr>
        <w:pStyle w:val="Heading2"/>
      </w:pPr>
      <w:r>
        <w:t>Is organ and blood donation permissible in Islam?</w:t>
      </w:r>
    </w:p>
    <w:p>
      <w:r>
        <w:rPr>
          <w:color w:val="666666"/>
          <w:sz w:val="18"/>
        </w:rPr>
        <w:t>Purpose of Human Life February 12, 2012 Maulana Wahiduddin Khan · 2m 18s · at 1:18:38 · https://youtu.be/gRupSXuak-w?t=4718</w:t>
      </w:r>
    </w:p>
    <w:p>
      <w:r>
        <w:rPr>
          <w:i/>
        </w:rPr>
        <w:t>“Kya donation of blood, eye aur kidney is it permissible in Islam? Bilkul permissible hai”</w:t>
      </w:r>
    </w:p>
    <w:p>
      <w:r>
        <w:rPr>
          <w:sz w:val="20"/>
        </w:rPr>
        <w:t>1:18:38  Ji Maulana, agla sawal aaya hai Jalgaon se Mr. Sheikh Abdul Rafiq sahib ka. Unhon ne aap se poocha hai ke kya donation of blood eye and kidney is it permissible in Islam</w:t>
      </w:r>
      <w:r>
        <w:br/>
      </w:r>
      <w:r>
        <w:rPr>
          <w:sz w:val="20"/>
        </w:rPr>
        <w:t>1:18:53  ? Bilkul permissible hai. Is mein koi, is mein, is mein koi sawal yeh nahi ke is mein permissible na ho. Jo log fatwa dete hain, woh kuch jante hi nahi bilkul.</w:t>
      </w:r>
      <w:r>
        <w:br/>
      </w:r>
      <w:r>
        <w:rPr>
          <w:sz w:val="20"/>
        </w:rPr>
        <w:t>1:19:04  Aksar fatwe bekhabri ke fatwe hote hain in sab mamlaat mein. Jante kuch nahi, fatwa dete hain khwamkhwah. Is mein koi bhi harj nahi, koi bhi khilaf Islam nahi, kuch bhi nahi hai.</w:t>
      </w:r>
      <w:r>
        <w:br/>
      </w:r>
      <w:r>
        <w:rPr>
          <w:sz w:val="20"/>
        </w:rPr>
        <w:t>1:19:18  Yeh log jo hain, misaal ke tor par, main ek misaal ek sahib se baat hui meri, ek jo unhon ne fatwa de rakha tha ke aankh ka durood sharif jo hai haram hai.</w:t>
      </w:r>
      <w:r>
        <w:br/>
      </w:r>
      <w:r>
        <w:rPr>
          <w:sz w:val="20"/>
        </w:rPr>
        <w:t>1:19:27  To main ne kaha kyun haram bhai?</w:t>
      </w:r>
      <w:r>
        <w:br/>
      </w:r>
      <w:r>
        <w:rPr>
          <w:sz w:val="20"/>
        </w:rPr>
        <w:t>1:19:29  To unhon ne kaha ke yeh masla hai. Masla kehte hain disfigure karne ko. Jab kisi bali ko marne ke baad aap disfigure karein us ko, to us ko kehte hain masla.</w:t>
      </w:r>
      <w:r>
        <w:br/>
      </w:r>
      <w:r>
        <w:rPr>
          <w:sz w:val="20"/>
        </w:rPr>
        <w:t>1:19:42  To main ne kaha masla, aap jante hain kuch bhi nahi, fatwa de dala hai aap ne. Jab aankh se nikala jata hai woh, to plastic ka andar is mein daal diya jata hai.</w:t>
      </w:r>
      <w:r>
        <w:br/>
      </w:r>
      <w:r>
        <w:rPr>
          <w:sz w:val="20"/>
        </w:rPr>
        <w:t>1:19:53  dekhne mein kuch farq nahi lagta ke nikala gaya hai.</w:t>
      </w:r>
      <w:r>
        <w:br/>
      </w:r>
      <w:r>
        <w:rPr>
          <w:sz w:val="20"/>
        </w:rPr>
        <w:t>1:19:56  aisa nahi ke wo is ko masla jaisa dikhai de, wo aisa kuch bhi nahi hai. jo doctor nikalta hai, wo isi waqt is ke andar plastic bani hui is mein daal deta hai.</w:t>
      </w:r>
      <w:r>
        <w:br/>
      </w:r>
      <w:r>
        <w:rPr>
          <w:sz w:val="20"/>
        </w:rPr>
        <w:t>1:20:11  to dekhne mein kuch bhi nahi. yeh musalmanon ke aitbar se hai. waqai hindu log to is ko jala dete hain, wahan to koi masla hi nahi hai.</w:t>
      </w:r>
      <w:r>
        <w:br/>
      </w:r>
      <w:r>
        <w:rPr>
          <w:sz w:val="20"/>
        </w:rPr>
        <w:t>1:20:21  bahar bilashuba jaiz hai, aur yeh mein is ko sadqa e jariya kehta hoon. sadqa e jariya is ko kehte hain ke aap dunya mein na rahen, aap ka koi amal logon ko faida pohanchata rahe.</w:t>
      </w:r>
      <w:r>
        <w:br/>
      </w:r>
      <w:r>
        <w:rPr>
          <w:sz w:val="20"/>
        </w:rPr>
        <w:t>1:20:36  to pehle zamanay mein log kunwan khodte thay, talab banate thay, is ko samajhte thay sadqa e jariya.</w:t>
      </w:r>
      <w:r>
        <w:br/>
      </w:r>
      <w:r>
        <w:rPr>
          <w:sz w:val="20"/>
        </w:rPr>
        <w:t>1:20:46  is zamanay mein naye naye item aaye hain, naye naye item sadqa e jariya ke. is mein se aik yeh bhi hai, yani azaa ka donation.</w:t>
      </w:r>
    </w:p>
    <w:p>
      <w:pPr>
        <w:pStyle w:val="Heading2"/>
      </w:pPr>
      <w:r>
        <w:t>Rational versus wishful thinking, explained with examples</w:t>
      </w:r>
    </w:p>
    <w:p>
      <w:r>
        <w:rPr>
          <w:color w:val="666666"/>
          <w:sz w:val="18"/>
        </w:rPr>
        <w:t>Five Periods of Human History March 8, 2009 Maulana Wahiduddin Khan · 2m 34s · at 1:19:02 · https://youtu.be/_Y4VcKV2OPk?t=4742</w:t>
      </w:r>
    </w:p>
    <w:p>
      <w:r>
        <w:rPr>
          <w:i/>
        </w:rPr>
        <w:t>“What is rational thinking, and what is wishful thinking?”</w:t>
      </w:r>
    </w:p>
    <w:p>
      <w:r>
        <w:rPr>
          <w:sz w:val="20"/>
        </w:rPr>
        <w:t>1:19:02  This question is from Mr. Abdul Rahman. Maulana, please make us understand as to what is rational thinking؟</w:t>
      </w:r>
      <w:r>
        <w:br/>
      </w:r>
      <w:r>
        <w:rPr>
          <w:sz w:val="20"/>
        </w:rPr>
        <w:t>1:19:13  What is the position of wishful thinking? dekhen, thinking do qism ki hoti hai: subjective thinking aur objective thinking.</w:t>
      </w:r>
      <w:r>
        <w:br/>
      </w:r>
      <w:r>
        <w:rPr>
          <w:sz w:val="20"/>
        </w:rPr>
        <w:t>1:19:24  Objective thinking ko rational thinking bhi kaha jata hai. to ek hai ke main jis baat ko manta hoon, jo mujh ko acha lagta hai, mere dil mein jo baat aa rahi hai, us ko le kar main rai banaoon.</w:t>
      </w:r>
      <w:r>
        <w:br/>
      </w:r>
      <w:r>
        <w:rPr>
          <w:sz w:val="20"/>
        </w:rPr>
        <w:t>1:19:39  yeh hai subjective thinking.</w:t>
      </w:r>
      <w:r>
        <w:br/>
      </w:r>
      <w:r>
        <w:rPr>
          <w:sz w:val="20"/>
        </w:rPr>
        <w:t>1:19:42  Subjective thinking ko aap bahar ki duniya mein establish nahin kar sakte. aur objective thinking woh hai jis ko apne se bahar aap establish kar saken.</w:t>
      </w:r>
      <w:r>
        <w:br/>
      </w:r>
      <w:r>
        <w:rPr>
          <w:sz w:val="20"/>
        </w:rPr>
        <w:t>1:19:54  jaise aap kahin ke sahib, chand chhota hai aur suraj bada hai, to us ko aap establish kar sakte hain bahar ki duniya mein. agar aap kahin ke main apni maan se zyada mohabbat karta hoon, mohalle walon se kam mohabbat karta hoon, to us ko aap establish nahin kar paenge.</w:t>
      </w:r>
      <w:r>
        <w:br/>
      </w:r>
      <w:r>
        <w:rPr>
          <w:sz w:val="20"/>
        </w:rPr>
        <w:t>1:20:11  is wajah se yeh cheez subjective ban gayi, woh cheez objective ban gayi. aur objective thinking ko rational thinking kaha jata hai. Rational thinking ka matlab yeh hai ke objectively establish ho sakta ho us ki sachai.</w:t>
      </w:r>
      <w:r>
        <w:br/>
      </w:r>
      <w:r>
        <w:rPr>
          <w:sz w:val="20"/>
        </w:rPr>
        <w:t>1:20:25  Objectively kis ko kehte hain? jo mere aur doosre ke darmiyan common ho. yaani maan se mohabbat karna zyada, parosi parosi se kam mohabbat karna, yeh mere aur aap ke darmiyan mushtarik</w:t>
      </w:r>
      <w:r>
        <w:br/>
      </w:r>
      <w:r>
        <w:rPr>
          <w:sz w:val="20"/>
        </w:rPr>
        <w:t>1:20:39  nahin hai. woh main janta hoon, bas aap aap ko khabar nahin hai us ki. lekin suraj, chand ke chhote aur bade ke bare mein hum dono ko pata hai.</w:t>
      </w:r>
      <w:r>
        <w:br/>
      </w:r>
      <w:r>
        <w:rPr>
          <w:sz w:val="20"/>
        </w:rPr>
        <w:t>1:20:49  to woh cheez jo jis ko bahut acha likha hai unhon ne, ek Allama Shatibi ek the, un ki kitab hai "Al-Muwafaqat".</w:t>
      </w:r>
      <w:r>
        <w:br/>
      </w:r>
      <w:r>
        <w:rPr>
          <w:sz w:val="20"/>
        </w:rPr>
        <w:t>1:20:59  is mein unhon ne bahut acha yeh explain kiya hai ke istidlal naam hai khasm ke musallam aqli par apni baat ko sabit karna.</w:t>
      </w:r>
      <w:r>
        <w:br/>
      </w:r>
      <w:r>
        <w:rPr>
          <w:sz w:val="20"/>
        </w:rPr>
        <w:t>1:21:10  khasm ka matlab hai other party, mukhatib ya madu. doosra insan jo hai, woh kya manta hai?</w:t>
      </w:r>
      <w:r>
        <w:br/>
      </w:r>
      <w:r>
        <w:rPr>
          <w:sz w:val="20"/>
        </w:rPr>
        <w:t>1:21:20  us ka yaani accepted criteria kya hai?</w:t>
      </w:r>
      <w:r>
        <w:br/>
      </w:r>
      <w:r>
        <w:rPr>
          <w:sz w:val="20"/>
        </w:rPr>
        <w:t>1:21:25  us ke accepted mayar par apni baat ko aap sabit karen to woh hua rational argument, rational yaani objective argument.</w:t>
      </w:r>
    </w:p>
    <w:p>
      <w:pPr>
        <w:pStyle w:val="Heading2"/>
      </w:pPr>
      <w:r>
        <w:t>Personal question about Quran's early surahs</w:t>
      </w:r>
    </w:p>
    <w:p>
      <w:r>
        <w:rPr>
          <w:color w:val="666666"/>
          <w:sz w:val="18"/>
        </w:rPr>
        <w:t>Dars-e-Quran. Ch. 2, vv. 135-144 September 2, 2018 Maulana Wahiduddin Khan · 2m 14s · at 0:44 · https://youtu.be/rK0VmX1DgrY?t=44</w:t>
      </w:r>
    </w:p>
    <w:p>
      <w:r>
        <w:rPr>
          <w:i/>
        </w:rPr>
        <w:t>“Main apni nojawani se ek sawal se dochar raha hoon”</w:t>
      </w:r>
    </w:p>
    <w:p>
      <w:r>
        <w:rPr>
          <w:sz w:val="20"/>
        </w:rPr>
        <w:t>0:44  mein shayad apni naujawani ki umar se, yaani bohat pehle se, ek sawal se dochar raha hoon</w:t>
      </w:r>
      <w:r>
        <w:br/>
      </w:r>
      <w:r>
        <w:rPr>
          <w:sz w:val="20"/>
        </w:rPr>
        <w:t>0:58  quran ke bare mein. woh yeh ke quran ki jo shuru ki surtein hain,</w:t>
      </w:r>
      <w:r>
        <w:br/>
      </w:r>
      <w:r>
        <w:rPr>
          <w:sz w:val="20"/>
        </w:rPr>
        <w:t>1:08  al baqarah, aal imran,</w:t>
      </w:r>
      <w:r>
        <w:br/>
      </w:r>
      <w:r>
        <w:rPr>
          <w:sz w:val="20"/>
        </w:rPr>
        <w:t>1:16  al nisa, aur</w:t>
      </w:r>
      <w:r>
        <w:br/>
      </w:r>
      <w:r>
        <w:rPr>
          <w:sz w:val="20"/>
        </w:rPr>
        <w:t>1:21  al maida,</w:t>
      </w:r>
      <w:r>
        <w:br/>
      </w:r>
      <w:r>
        <w:rPr>
          <w:sz w:val="20"/>
        </w:rPr>
        <w:t>1:25  yeh un surton mein bohat zyada zikr hai yahood ka, bohat hi sakht alfaaz mein.</w:t>
      </w:r>
      <w:r>
        <w:br/>
      </w:r>
      <w:r>
        <w:rPr>
          <w:sz w:val="20"/>
        </w:rPr>
        <w:t>1:37  yaani us waqt ka zikr hai jab ke yahood apne tanazzul ke daur mein pahunch chuke thay, decline ke daur mein pahunch chuke thay.</w:t>
      </w:r>
      <w:r>
        <w:br/>
      </w:r>
      <w:r>
        <w:rPr>
          <w:sz w:val="20"/>
        </w:rPr>
        <w:t>1:52  us waqt ka.</w:t>
      </w:r>
      <w:r>
        <w:br/>
      </w:r>
      <w:r>
        <w:rPr>
          <w:sz w:val="20"/>
        </w:rPr>
        <w:t>1:56  ke kyun</w:t>
      </w:r>
      <w:r>
        <w:br/>
      </w:r>
      <w:r>
        <w:rPr>
          <w:sz w:val="20"/>
        </w:rPr>
        <w:t>2:00  itna zyada, yaani yeh chaar surtein jo hain, yeh taqreeban one quarter quran hain, rub quran.</w:t>
      </w:r>
      <w:r>
        <w:br/>
      </w:r>
      <w:r>
        <w:rPr>
          <w:sz w:val="20"/>
        </w:rPr>
        <w:t>2:15  aur is mein bohat hi sakht alfaaz hain, teh tehzeeb karte hain, condemnation, criticism, hamari ki zaban, yeh sab bohat zyada hai.</w:t>
      </w:r>
      <w:r>
        <w:br/>
      </w:r>
      <w:r>
        <w:rPr>
          <w:sz w:val="20"/>
        </w:rPr>
        <w:t>2:34  to to Allah rabbul alameen ne yeh plan kyun kiya ke is qism ki surtein shuru mein hon?</w:t>
      </w:r>
      <w:r>
        <w:br/>
      </w:r>
      <w:r>
        <w:rPr>
          <w:sz w:val="20"/>
        </w:rPr>
        <w:t>2:47  to mujhe tafsir mein is ka koi jawab nahi mila tha. ajeeb baat hai ke aaj hi mujhe is ka jawab mila, aaj hi.</w:t>
      </w:r>
    </w:p>
    <w:p>
      <w:pPr>
        <w:pStyle w:val="Heading2"/>
      </w:pPr>
      <w:r>
        <w:t>Sincerity and reading Quran without understanding</w:t>
      </w:r>
    </w:p>
    <w:p>
      <w:r>
        <w:rPr>
          <w:color w:val="666666"/>
          <w:sz w:val="18"/>
        </w:rPr>
        <w:t>Positive Guidance for Present Muslims 4 Aug, 2019 - Maulana Wahiduddin Khan · 1m 45s · at 2:45 · https://youtu.be/IEDGQvt-5p0?t=165</w:t>
      </w:r>
    </w:p>
    <w:p>
      <w:r>
        <w:rPr>
          <w:i/>
        </w:rPr>
        <w:t>“Dekhiye, sansir ka matlab kya hai?”</w:t>
      </w:r>
    </w:p>
    <w:p>
      <w:r>
        <w:rPr>
          <w:sz w:val="20"/>
        </w:rPr>
        <w:t>2:45  dekhein, sincere ka matlab kya hai?</w:t>
      </w:r>
      <w:r>
        <w:br/>
      </w:r>
      <w:r>
        <w:rPr>
          <w:sz w:val="20"/>
        </w:rPr>
        <w:t>2:50  sincere ka matlab yeh hai</w:t>
      </w:r>
      <w:r>
        <w:br/>
      </w:r>
      <w:r>
        <w:rPr>
          <w:sz w:val="20"/>
        </w:rPr>
        <w:t>2:55  ke jab aap ko koi sawal karna ho to sawal karne se pehle aap sochein ke jo sawal mein karne ja raha hoon doosre se, kya mein is sawal ka matlab samajhta hoon?</w:t>
      </w:r>
      <w:r>
        <w:br/>
      </w:r>
      <w:r>
        <w:rPr>
          <w:sz w:val="20"/>
        </w:rPr>
        <w:t>3:14  pehley khud sawal ka jawab khud daryaft karein, phir doosre se sawal karein.</w:t>
      </w:r>
      <w:r>
        <w:br/>
      </w:r>
      <w:r>
        <w:rPr>
          <w:sz w:val="20"/>
        </w:rPr>
        <w:t>3:24  to sochte sochte meri samajh mein aaya ke shayad poori ummat ka yeh haal hai ke woh quran ko padhte hi nahin.</w:t>
      </w:r>
      <w:r>
        <w:br/>
      </w:r>
      <w:r>
        <w:rPr>
          <w:sz w:val="20"/>
        </w:rPr>
        <w:t>3:34  yaani tilawat to karte hain quran ki, quran ki tilawat to karte hain lekin quran ka mutala nahin karte.</w:t>
      </w:r>
      <w:r>
        <w:br/>
      </w:r>
      <w:r>
        <w:rPr>
          <w:sz w:val="20"/>
        </w:rPr>
        <w:t>3:47  quran ka mutalea nahi karte. hazrat aisha ki ek riwayat hai bukhari mein aise logon ke bare mein</w:t>
      </w:r>
      <w:r>
        <w:br/>
      </w:r>
      <w:r>
        <w:rPr>
          <w:sz w:val="20"/>
        </w:rPr>
        <w:t>3:59  jo quran bas</w:t>
      </w:r>
      <w:r>
        <w:br/>
      </w:r>
      <w:r>
        <w:rPr>
          <w:sz w:val="20"/>
        </w:rPr>
        <w:t>4:04  parh parh parh lete hain aur is par sochte nahi. to hazrat aisha ne farmaya: "awlaika qaru wa lam yaqru."</w:t>
      </w:r>
      <w:r>
        <w:br/>
      </w:r>
      <w:r>
        <w:rPr>
          <w:sz w:val="20"/>
        </w:rPr>
        <w:t>4:19  awlaika qaru wa lam yaqru. unhon ne quran ko parha magar unhon ne quran ko nahi parha.</w:t>
      </w:r>
    </w:p>
    <w:p>
      <w:pPr>
        <w:pStyle w:val="Heading2"/>
      </w:pPr>
      <w:r>
        <w:t>a Jewish man rebukes Caliph Harun al-Rashid publicly</w:t>
      </w:r>
    </w:p>
    <w:p>
      <w:r>
        <w:rPr>
          <w:color w:val="666666"/>
          <w:sz w:val="18"/>
        </w:rPr>
        <w:t>Islam &amp; Prophet of Islam 21 Oct, 2012 - Maulana Wahiduddin Khan · 1m 29s · at 41:34 · https://youtu.be/2hwtfOyNeS0?t=2494</w:t>
      </w:r>
    </w:p>
    <w:p>
      <w:r>
        <w:rPr>
          <w:i/>
        </w:rPr>
        <w:t>“A Jewish man told Caliph Harun al-Rashid: fear Allah”</w:t>
      </w:r>
    </w:p>
    <w:p>
      <w:r>
        <w:rPr>
          <w:sz w:val="20"/>
        </w:rPr>
        <w:t>41:34  dekhiye, haroon rasheed jo hai, woh abbasid period ka paanchva khaleefa hai jo baghdad mein rehta tha. paanchva khaleefa abbasid period ka to ek yahoodi tha wahan baghdad mein,</w:t>
      </w:r>
      <w:r>
        <w:br/>
      </w:r>
      <w:r>
        <w:rPr>
          <w:sz w:val="20"/>
        </w:rPr>
        <w:t>41:50  woh apne kisi kaam ke liye aaya khaleefa haroon rasheed ke paas. to haroon rasheed ne us ko us ka kaam nahi kiya. ek saal tak woh aata raha baar baar, lekin us ne kaam nahi kiya.</w:t>
      </w:r>
      <w:r>
        <w:br/>
      </w:r>
      <w:r>
        <w:rPr>
          <w:sz w:val="20"/>
        </w:rPr>
        <w:t>42:03  phir kya hua ke ek din jab badshah nikla apne mahal se, gate par se nikla, woh ghore ghore par baitha hua tha.</w:t>
      </w:r>
      <w:r>
        <w:br/>
      </w:r>
      <w:r>
        <w:rPr>
          <w:sz w:val="20"/>
        </w:rPr>
        <w:t>42:12  to jab gate ke bahar aaya aur woh apne abhi apne ghore par tha, to saamne aa kar khara ho gaya woh woh yahoodi. us ne kaha ke "ameerul momineen, Allah se</w:t>
      </w:r>
      <w:r>
        <w:br/>
      </w:r>
      <w:r>
        <w:rPr>
          <w:sz w:val="20"/>
        </w:rPr>
        <w:t>42:25  daro!"</w:t>
      </w:r>
      <w:r>
        <w:br/>
      </w:r>
      <w:r>
        <w:rPr>
          <w:sz w:val="20"/>
        </w:rPr>
        <w:t>42:29  ae ameerul momineen, Allah se daro!" to jab us ne yeh keh diya ke "ae momineen, Allah se</w:t>
      </w:r>
      <w:r>
        <w:br/>
      </w:r>
      <w:r>
        <w:rPr>
          <w:sz w:val="20"/>
        </w:rPr>
        <w:t>42:38  daro!" to hum haroon rasheed ro pada, woh ghore se utar pada, isi waqt sajde mein gir pada. woh</w:t>
      </w:r>
      <w:r>
        <w:br/>
      </w:r>
      <w:r>
        <w:rPr>
          <w:sz w:val="20"/>
        </w:rPr>
        <w:t>42:50  to is tarah ke bohat se waqeaat hain, sab mein le kar yeh kehta hoon ke Muslim khilafat jo thi, woh badshahi khilafat hargiz nahi thi. agarchay is mein dynasty thi, woh democratic khilafat thi.</w:t>
      </w:r>
    </w:p>
    <w:p>
      <w:pPr>
        <w:pStyle w:val="Heading2"/>
      </w:pPr>
      <w:r>
        <w:t>Women in Islam are allowed to work</w:t>
      </w:r>
    </w:p>
    <w:p>
      <w:r>
        <w:rPr>
          <w:color w:val="666666"/>
          <w:sz w:val="18"/>
        </w:rPr>
        <w:t>Experience of CPS Peace Conference 2023 May 7, 2023 · 2m 36s · at 7:43 · https://youtu.be/FXG2h96Ylsg?t=463</w:t>
      </w:r>
    </w:p>
    <w:p>
      <w:r>
        <w:rPr>
          <w:i/>
        </w:rPr>
        <w:t>“Women used to go to the mosque.”</w:t>
      </w:r>
    </w:p>
    <w:p>
      <w:r>
        <w:rPr>
          <w:sz w:val="20"/>
        </w:rPr>
        <w:t>7:43  masjid mein jaati thi. Prophet ke saath namaz padhti thi. Prophet ka sermon sunti thi. Aur baqi doosre kaam bhi karti thi. Apne aur ghar waghera mein jo kaam hote the. Bahar nikalti thi. Kaam karti thi. Jang ke mauqe par.</w:t>
      </w:r>
      <w:r>
        <w:br/>
      </w:r>
      <w:r>
        <w:rPr>
          <w:sz w:val="20"/>
        </w:rPr>
        <w:t>8:11  Rasool Allah sallallahu alaihi wasallam ne kabhi nahin kaha ke dekho mere saath itne log hain to tum is tareeqe se mat aao. Kabhi wahan koi bhi rukawat aapne nahin daali auraton ke aage badhne mein. To agar hum auraton ko aage badhayein aur is mission mein unko engage karein to yeh bilkul aap samajh liye ke sunnat ka haiya hai. Kyunke baad ke zamane mein chunke qadeem culture mein auraton ko zyada tar chahardivari mein hi rakha jata tha.</w:t>
      </w:r>
      <w:r>
        <w:br/>
      </w:r>
      <w:r>
        <w:rPr>
          <w:sz w:val="20"/>
        </w:rPr>
        <w:t>8:40  khaas taur par elite class ki auraton ko. To labour class ki auratein bahar nikalti thi. To elite class ki auratein jo hai woh gharon mein rehti thi apne ko differentiate karne ke liye. To yeh qadeem culture tha aur isi culture yeh culture dobara lauta hai kyunke bahut tezi se Islam saari duniya mein phail gaya aur utna unki training nahin ho paayi. Islam ke usoolon ke mutabiq. To wahi purane culture par woh baqi rahe.</w:t>
      </w:r>
      <w:r>
        <w:br/>
      </w:r>
      <w:r>
        <w:rPr>
          <w:sz w:val="20"/>
        </w:rPr>
        <w:t>9:08  to is tarah se woh qadeem culture ka galba hone ki wajah se logon ne samjha ke Islam bhi yahi chahta hai ke auratein gharon mein rahe. To aisa nahin hai. Maulana ne is par do kitabein likhi. Bahut saare mazameen likhe. Ek hai Aurat Hamari Insaniyat aur Khatoon e Islam. To usmein unhone saare misalein di Hazrat Hajra ki. Hazrat Maryam, Madad Khadija, Hazrat Aisha.</w:t>
      </w:r>
      <w:r>
        <w:br/>
      </w:r>
      <w:r>
        <w:rPr>
          <w:sz w:val="20"/>
        </w:rPr>
        <w:t>9:35  aur bahut saari jadeed zamane ki auraton ki. Misalein di ke kis tareeqe se auraton ne bahut bade bade kaam kiye hain. Hazrat Hajra ne to buniyad hi rakhi Islam ki kyunke ek nasl banana tha. Woh nasl Hazrat Hajra ke zariye se bani. To is tareeqe se in logon ke bahut bahut bada role hai. Bahut Allah taala hai. Ab bahut ajr hai.</w:t>
      </w:r>
      <w:r>
        <w:br/>
      </w:r>
      <w:r>
        <w:rPr>
          <w:sz w:val="20"/>
        </w:rPr>
        <w:t>9:59  to humein ismein isko samajhna chahiye ke yahi Islam hai aur humein Islam kisi qism ki auraton ko rukawat nahin dalta hai kaam karne mein. To yahan par dekha to sabse pehle to ek group banaya gaya ladies group.</w:t>
      </w:r>
      <w:r>
        <w:br/>
      </w:r>
      <w:r>
        <w:rPr>
          <w:sz w:val="20"/>
        </w:rPr>
        <w:t>10:19  to woh sadia ne aur nagma ne banaya uske baad famida khatoon jo hai unhone bahut hi dilo jaan se mehnat karke usko aage badhaya bahut sari mission jo ladies thi jo literature padh rahi thi to woh group mein shamil hui aur group mein bahut zyada unko unko mauka mila discussions karne ka.</w:t>
      </w:r>
    </w:p>
    <w:p>
      <w:pPr>
        <w:pStyle w:val="Heading2"/>
      </w:pPr>
      <w:r>
        <w:t>Why so few people in history ever truly realized God</w:t>
      </w:r>
    </w:p>
    <w:p>
      <w:r>
        <w:rPr>
          <w:color w:val="666666"/>
          <w:sz w:val="18"/>
        </w:rPr>
        <w:t>Roza and Quran July 18, 2010 · 1m 32s · at 1:20:17 · https://youtu.be/TSjqSQEb0EQ?t=4817</w:t>
      </w:r>
    </w:p>
    <w:p>
      <w:r>
        <w:rPr>
          <w:i/>
        </w:rPr>
        <w:t>“Why have so few people in human history achieved a higher realization of God?”</w:t>
      </w:r>
    </w:p>
    <w:p>
      <w:r>
        <w:rPr>
          <w:sz w:val="20"/>
        </w:rPr>
        <w:t>1:20:17  unhon ne likha hai "What is the reason for very few people in human history who were able to achieve the realization of God at a higher level?</w:t>
      </w:r>
      <w:r>
        <w:br/>
      </w:r>
      <w:r>
        <w:rPr>
          <w:sz w:val="20"/>
        </w:rPr>
        <w:t>1:20:28  What are the obstacles to this goal? Kindly explain."</w:t>
      </w:r>
      <w:r>
        <w:br/>
      </w:r>
      <w:r>
        <w:rPr>
          <w:sz w:val="20"/>
        </w:rPr>
        <w:t>1:20:39  bhai, mein to yeh samajhta hoon ke jo cheezein dikhai pad rahi theen, woh focus mein aati chali gayeen.</w:t>
      </w:r>
      <w:r>
        <w:br/>
      </w:r>
      <w:r>
        <w:rPr>
          <w:sz w:val="20"/>
        </w:rPr>
        <w:t>1:20:46  matlab suraj, chand, pahad, samandar, woh dikhai de rahe the. aise hi hamare jo akabir hain, so-called bigs, woh dikhai dete hain.</w:t>
      </w:r>
      <w:r>
        <w:br/>
      </w:r>
      <w:r>
        <w:rPr>
          <w:sz w:val="20"/>
        </w:rPr>
        <w:t>1:20:57  hamari history jo hai, woh dikhai deti hai, woh focus mein rehti hai. isi ko log zyada badhate chadate hain. aur khuda dikhai nahin deta, is liye focus mein nahin aata.</w:t>
      </w:r>
      <w:r>
        <w:br/>
      </w:r>
      <w:r>
        <w:rPr>
          <w:sz w:val="20"/>
        </w:rPr>
        <w:t>1:21:06  soch samajh kar aaye ga to sochta koi hai nahin. matlab poori history mein sab se zyada jo cheez kam hai, woh hai art of thinking.</w:t>
      </w:r>
      <w:r>
        <w:br/>
      </w:r>
      <w:r>
        <w:rPr>
          <w:sz w:val="20"/>
        </w:rPr>
        <w:t>1:21:16  poori poori history mein art of thinking jo hai, is ka bohat hi kam logon ko is ki ahmiyat ka bhi pata hai. to soch na hone ki wajah se aisa hua.</w:t>
      </w:r>
      <w:r>
        <w:br/>
      </w:r>
      <w:r>
        <w:rPr>
          <w:sz w:val="20"/>
        </w:rPr>
        <w:t>1:21:29  is liye hum apne mission mein bohat zyada zor dete hain, sochne, sochne, sochne.</w:t>
      </w:r>
      <w:r>
        <w:br/>
      </w:r>
      <w:r>
        <w:rPr>
          <w:sz w:val="20"/>
        </w:rPr>
        <w:t>1:21:38  jab sochen ge, tab khuda focus mein aa jayega. nahi to wahi cheezen focus mein rahen gi jo dikhai deti hain.</w:t>
      </w:r>
      <w:r>
        <w:br/>
      </w:r>
      <w:r>
        <w:rPr>
          <w:sz w:val="20"/>
        </w:rPr>
        <w:t>1:21:45  mein to yeh samajhta hoon ke yahi waja hai is ki.</w:t>
      </w:r>
    </w:p>
    <w:p>
      <w:pPr>
        <w:pStyle w:val="Heading2"/>
      </w:pPr>
      <w:r>
        <w:t>Freedom at Midnight authors became hermits to write their book</w:t>
      </w:r>
    </w:p>
    <w:p>
      <w:r>
        <w:rPr>
          <w:color w:val="666666"/>
          <w:sz w:val="18"/>
        </w:rPr>
        <w:t>Fasting Training for Discipline August 16, 2009 · 2m 12s · at 7:37 · https://youtu.be/sZw-RIqkF1c?t=457</w:t>
      </w:r>
    </w:p>
    <w:p>
      <w:r>
        <w:rPr>
          <w:i/>
        </w:rPr>
        <w:t>“India ko azadi mili 15 August 1947 ki raat ko”</w:t>
      </w:r>
    </w:p>
    <w:p>
      <w:r>
        <w:rPr>
          <w:sz w:val="20"/>
        </w:rPr>
        <w:t>7:37  aap jante hain ke India ko azaadi mili August 15 ki raat ko, yaani 12 bajay, 12 baj kar aik minute, 15 August 1947 ko, 12 baj kar aik minute jab hue to us waqt ke jo British Viceroy thay,</w:t>
      </w:r>
      <w:r>
        <w:br/>
      </w:r>
      <w:r>
        <w:rPr>
          <w:sz w:val="20"/>
        </w:rPr>
        <w:t>7:56  Lord Mountbatten, unhon ne radio pe ailaan kiya ke "Today India is free".</w:t>
      </w:r>
      <w:r>
        <w:br/>
      </w:r>
      <w:r>
        <w:rPr>
          <w:sz w:val="20"/>
        </w:rPr>
        <w:t>8:04  to yahan se India ki azaadi shuru hui. to is par bohat si kitaben likhi gayi hain, bohat si kitaben.</w:t>
      </w:r>
      <w:r>
        <w:br/>
      </w:r>
      <w:r>
        <w:rPr>
          <w:sz w:val="20"/>
        </w:rPr>
        <w:t>8:14  in mein se aik kitab ka naam hai "Freedom at Midnight",</w:t>
      </w:r>
      <w:r>
        <w:br/>
      </w:r>
      <w:r>
        <w:rPr>
          <w:sz w:val="20"/>
        </w:rPr>
        <w:t>8:22  darmiyani raat ki azaadi, "Freedom at Midnight".</w:t>
      </w:r>
      <w:r>
        <w:br/>
      </w:r>
      <w:r>
        <w:rPr>
          <w:sz w:val="20"/>
        </w:rPr>
        <w:t>8:27  is kitab ko do author ne likha hai, aik British thay, aik French thay. to</w:t>
      </w:r>
      <w:r>
        <w:br/>
      </w:r>
      <w:r>
        <w:rPr>
          <w:sz w:val="20"/>
        </w:rPr>
        <w:t>8:39  aik martaba mein ne un ka interview parha is baray mein ke unhon ne kaise likhi yeh kitab. bohat ziyada apne ko is mein unhon ne devote kar diya tha, sab kuch chhod kar ke, yun kehna chahiye ke rozedar ban gaye thay woh.</w:t>
      </w:r>
      <w:r>
        <w:br/>
      </w:r>
      <w:r>
        <w:rPr>
          <w:sz w:val="20"/>
        </w:rPr>
        <w:t>8:55  rozedar ban kar yeh kitab likhi thi unhon ne. to unhon ne apne interview mein kaha tha, apne yaani dono ne apne baray mein ke "we lived like hermits and we produced freedom at midnight" .</w:t>
      </w:r>
      <w:r>
        <w:br/>
      </w:r>
      <w:r>
        <w:rPr>
          <w:sz w:val="20"/>
        </w:rPr>
        <w:t>9:15  hum hermit ki tarah rahe, hermit ko kehte hain rahban, tariq-ud-dunya.</w:t>
      </w:r>
      <w:r>
        <w:br/>
      </w:r>
      <w:r>
        <w:rPr>
          <w:sz w:val="20"/>
        </w:rPr>
        <w:t>9:23  yaani dunya chhod kar hum aik dam isi mein lag gaye, apne ko dedicate kar diya. to unhon ne kaha tha ke hum rahb ki tarah ya hermit ki tarah rahe yahan tak ke hum ne "Freedom at Midnight" tayyar kar li.</w:t>
      </w:r>
      <w:r>
        <w:br/>
      </w:r>
      <w:r>
        <w:rPr>
          <w:sz w:val="20"/>
        </w:rPr>
        <w:t>9:40  to mein samajhta hoon ke yahi muamla roze ka hai ke aap ko rahb banna hai, hermit banna hai is mahine mein. kis liye?</w:t>
      </w:r>
    </w:p>
    <w:p>
      <w:pPr>
        <w:pStyle w:val="Heading2"/>
      </w:pPr>
      <w:r>
        <w:t>Individual vs political Islam, and how printing press spread the error</w:t>
      </w:r>
    </w:p>
    <w:p>
      <w:r>
        <w:rPr>
          <w:color w:val="666666"/>
          <w:sz w:val="18"/>
        </w:rPr>
        <w:t>Islam and Politics November 17, 2013 · 2m 49s · at 38:31 · https://youtu.be/LgKA8wg4NPc?t=2311</w:t>
      </w:r>
    </w:p>
    <w:p>
      <w:r>
        <w:rPr>
          <w:i/>
        </w:rPr>
        <w:t>“For the individual, Islam is a no-problem religion”</w:t>
      </w:r>
    </w:p>
    <w:p>
      <w:r>
        <w:rPr>
          <w:sz w:val="20"/>
        </w:rPr>
        <w:t>38:31  kyun ke fard jo hai jis ko allah ta'ala ne fard ke liye jo kuch bataya hai is ke liye to mein apne kamray mein is ka amal karun to koi problem nahi woh ek no problem islam hai fard ke liye jo islam hai woh ek no problem islam hai</w:t>
      </w:r>
      <w:r>
        <w:br/>
      </w:r>
      <w:r>
        <w:rPr>
          <w:sz w:val="20"/>
        </w:rPr>
        <w:t>38:49  fard ke liye jo islam ki taleemat hain is ke lehaz se ap dekhiye to islam ek no problem religion hai no problem religion hai</w:t>
      </w:r>
      <w:r>
        <w:br/>
      </w:r>
      <w:r>
        <w:rPr>
          <w:sz w:val="20"/>
        </w:rPr>
        <w:t>38:58  lekin jaise hi ap kahain ge ke ek mukammal system hai hamein har jagah islam mein hukoomat qaim karna hai to full for islam ek problem religion ban jata hai problem religion aur phir ladiye ladiye ladiye nafrat kijiye nafrat kijiye nafrat kijiye tashaddud kijiye tashaddud kijiye aur kuch na banaye to aakhir mein suicide bombing kijiye</w:t>
      </w:r>
      <w:r>
        <w:br/>
      </w:r>
      <w:r>
        <w:rPr>
          <w:sz w:val="20"/>
        </w:rPr>
        <w:t>39:25  to kitni bari bhool hai jis mein sari ummat e muslema mubtala hai sari ki sari ummat e muslema agar ap ka khayal ho ke nahi mubtala to mujhe naam bataiye us kitab bataiye woh kitab kon si hai jo sabit karti hai ke log is bhool mein mubtala nahi hain</w:t>
      </w:r>
      <w:r>
        <w:br/>
      </w:r>
      <w:r>
        <w:rPr>
          <w:sz w:val="20"/>
        </w:rPr>
        <w:t>39:48  printing press ka zamanay aya isi zamanay mein yeh fitna phaila phaila hai printing press ke zamanay mein</w:t>
      </w:r>
      <w:r>
        <w:br/>
      </w:r>
      <w:r>
        <w:rPr>
          <w:sz w:val="20"/>
        </w:rPr>
        <w:t>39:58  printing press allah ta'ala ne paida kiya tha ta ke hum islam ka ta'amiri kaam karein marifat par kitabein likhein allah ki mohabbat aur khauf par kitabein likhein dawat ke mozu par kitabein likhein lekin kitabein log likh dali kya isi tarah jhagray walay mozu par</w:t>
      </w:r>
      <w:r>
        <w:br/>
      </w:r>
      <w:r>
        <w:rPr>
          <w:sz w:val="20"/>
        </w:rPr>
        <w:t>40:19  to printing press ek fitna ban gaya bohat hi ajeeb baat hai</w:t>
      </w:r>
      <w:r>
        <w:br/>
      </w:r>
      <w:r>
        <w:rPr>
          <w:sz w:val="20"/>
        </w:rPr>
        <w:t>40:29  to yeh baat jo mein kar raha hoon yeh shikayat ke liye nahi balkay ap log jo is mission mein juri hui hain woh samjhein ke un ka kya karna hai un ko kya zimmedari un ki hai is ko samajhne ke liye</w:t>
      </w:r>
      <w:r>
        <w:br/>
      </w:r>
      <w:r>
        <w:rPr>
          <w:sz w:val="20"/>
        </w:rPr>
        <w:t>40:49  ke ummat ek dadal mein phansi hui hai is se hamein nikalna hai to ye baat mein kisi</w:t>
      </w:r>
      <w:r>
        <w:br/>
      </w:r>
      <w:r>
        <w:rPr>
          <w:sz w:val="20"/>
        </w:rPr>
        <w:t>40:53  tanqeed ke taur par keh raha hoon na shikayat ke taur par balkeh ap ko ap ki zimme</w:t>
      </w:r>
      <w:r>
        <w:br/>
      </w:r>
      <w:r>
        <w:rPr>
          <w:sz w:val="20"/>
        </w:rPr>
        <w:t>40:59  dari yaad dilane ke liye keh raha hoon</w:t>
      </w:r>
      <w:r>
        <w:br/>
      </w:r>
      <w:r>
        <w:rPr>
          <w:sz w:val="20"/>
        </w:rPr>
        <w:t>41:03  kaam ka nature kya hai is ko batane ke liye keh raha hoon</w:t>
      </w:r>
      <w:r>
        <w:br/>
      </w:r>
      <w:r>
        <w:rPr>
          <w:sz w:val="20"/>
        </w:rPr>
        <w:t>41:08  ummat e muslima ke islah ka jo</w:t>
      </w:r>
      <w:r>
        <w:br/>
      </w:r>
      <w:r>
        <w:rPr>
          <w:sz w:val="20"/>
        </w:rPr>
        <w:t>41:13  starting point hai is ko wazeh karne ke liye keh raha hoon</w:t>
      </w:r>
    </w:p>
    <w:p>
      <w:pPr>
        <w:pStyle w:val="Heading2"/>
      </w:pPr>
      <w:r>
        <w:t>Sir Syed's dream of a Quran-and-science generation never came true</w:t>
      </w:r>
    </w:p>
    <w:p>
      <w:r>
        <w:rPr>
          <w:color w:val="666666"/>
          <w:sz w:val="18"/>
        </w:rPr>
        <w:t>Divine Law of Success October 14, 2012 · 2m 25s · at 0:58 · https://youtu.be/GdbQzSNdf70?t=58</w:t>
      </w:r>
    </w:p>
    <w:p>
      <w:r>
        <w:rPr>
          <w:i/>
        </w:rPr>
        <w:t>“آج میں نے ایک اردو اخبار میں سرسید احمد خان کا ایک آرٹیکل دیکھا”</w:t>
      </w:r>
    </w:p>
    <w:p>
      <w:r>
        <w:rPr>
          <w:sz w:val="20"/>
        </w:rPr>
        <w:t>0:58  yeh topic mere zehn mein is tarah aaya ke aaj maine ek urdu akhbar mein sir syed ahmed khan ka ek tasveer ke saath ek article dekha.</w:t>
      </w:r>
      <w:r>
        <w:br/>
      </w:r>
      <w:r>
        <w:rPr>
          <w:sz w:val="20"/>
        </w:rPr>
        <w:t>1:17  us par likha hua tha: "Sir Syed Ahmed Khan, an epoch-making personality", yaani ek epoch-making personality.</w:t>
      </w:r>
      <w:r>
        <w:br/>
      </w:r>
      <w:r>
        <w:rPr>
          <w:sz w:val="20"/>
        </w:rPr>
        <w:t>1:31  main sochne laga ke hamari ummat ne epoch making personality to paida ki, magar khud ehd kahan hai?</w:t>
      </w:r>
      <w:r>
        <w:br/>
      </w:r>
      <w:r>
        <w:rPr>
          <w:sz w:val="20"/>
        </w:rPr>
        <w:t>1:42  woh ahad kahan hai jinhon ne jan</w:t>
      </w:r>
      <w:r>
        <w:br/>
      </w:r>
      <w:r>
        <w:rPr>
          <w:sz w:val="20"/>
        </w:rPr>
        <w:t>1:46  hazrat ne paida kiya? ehsas shakhsiatain hain ke is ek se ek bharmar lagi hui hai, lekin ahad kahin dikhai nahin deta.</w:t>
      </w:r>
      <w:r>
        <w:br/>
      </w:r>
      <w:r>
        <w:rPr>
          <w:sz w:val="20"/>
        </w:rPr>
        <w:t>1:58  mein aap ko misaal deta hoon.</w:t>
      </w:r>
      <w:r>
        <w:br/>
      </w:r>
      <w:r>
        <w:rPr>
          <w:sz w:val="20"/>
        </w:rPr>
        <w:t>2:03  Sir Syed Ahmed Khan ne ab se 140 saal pehle ek call qaim kiya Aligarh mein, jo 1920 mein university ban gaya.</w:t>
      </w:r>
      <w:r>
        <w:br/>
      </w:r>
      <w:r>
        <w:rPr>
          <w:sz w:val="20"/>
        </w:rPr>
        <w:t>2:20  Sir Syed Ahmed Khan ne jo maqsad bataya tha us ka ke hum aise afraad paida karna chahte hain jin ke ek hath mein Quran ho, doosre hath mein science ho,</w:t>
      </w:r>
      <w:r>
        <w:br/>
      </w:r>
      <w:r>
        <w:rPr>
          <w:sz w:val="20"/>
        </w:rPr>
        <w:t>2:35  aur un ke sar par "La ilaha illallah" ka taaj ho.</w:t>
      </w:r>
      <w:r>
        <w:br/>
      </w:r>
      <w:r>
        <w:rPr>
          <w:sz w:val="20"/>
        </w:rPr>
        <w:t>2:42  Mere ilm ke mutabiq is taqreeban dedh sau saal ke muddat guzarne ke baad bhi koi ek shakhs bhi paida nahin hua Aligarh ki sarzameen se jo is sifat ka hamil ho.</w:t>
      </w:r>
      <w:r>
        <w:br/>
      </w:r>
      <w:r>
        <w:rPr>
          <w:sz w:val="20"/>
        </w:rPr>
        <w:t>2:59  Ahad toh behtar door ki baat hai. Ummat aisi ho, woh toh behtar door ki</w:t>
      </w:r>
      <w:r>
        <w:br/>
      </w:r>
      <w:r>
        <w:rPr>
          <w:sz w:val="20"/>
        </w:rPr>
        <w:t>3:04  baat hai. Koi ek fard</w:t>
      </w:r>
      <w:r>
        <w:br/>
      </w:r>
      <w:r>
        <w:rPr>
          <w:sz w:val="20"/>
        </w:rPr>
        <w:t>3:08  jiske ek hath mein Quran ho, doosre hath mein science ho, sar par "La ilaha illallah" ka taaj ho. Toh phir mein sochne laga ke yeh toh bohat lamba kahani hai.</w:t>
      </w:r>
    </w:p>
    <w:p>
      <w:pPr>
        <w:pStyle w:val="Heading2"/>
      </w:pPr>
      <w:r>
        <w:t>Japanese intellectuals used equalization to defuse revenge</w:t>
      </w:r>
    </w:p>
    <w:p>
      <w:r>
        <w:rPr>
          <w:color w:val="666666"/>
          <w:sz w:val="18"/>
        </w:rPr>
        <w:t>Why Have Muslims Turned Violent December 14, 2008 · 2m 34s · at 20:19 · https://youtu.be/TYLK8Jwz8EE?t=1219</w:t>
      </w:r>
    </w:p>
    <w:p>
      <w:r>
        <w:rPr>
          <w:i/>
        </w:rPr>
        <w:t>“Japan was furious after Hiroshima and Nagasaki.”</w:t>
      </w:r>
    </w:p>
    <w:p>
      <w:r>
        <w:rPr>
          <w:sz w:val="20"/>
        </w:rPr>
        <w:t>20:19  ab zahir hai ke Japan, Japanese jo the, Japani log jo the woh bohat ghusse mein bhar gaye. sara Japan ghusse mein bhar gaya. humein revenge lena hai, revenge lena hai, revenge lena hai.</w:t>
      </w:r>
      <w:r>
        <w:br/>
      </w:r>
      <w:r>
        <w:rPr>
          <w:sz w:val="20"/>
        </w:rPr>
        <w:t>20:30  woh jante hain Japan woh log hain, Japanese sab se pehle jinhon ne suicide bombing shuru ki thi. suicide bombing ke wohi inventor hain.</w:t>
      </w:r>
      <w:r>
        <w:br/>
      </w:r>
      <w:r>
        <w:rPr>
          <w:sz w:val="20"/>
        </w:rPr>
        <w:t>20:40  apni body aur bomb baandh kar ke apne gira dete the woh enemy ke area mein. aur destroy karte the woh. to woh aisa kar sakte the.</w:t>
      </w:r>
      <w:r>
        <w:br/>
      </w:r>
      <w:r>
        <w:rPr>
          <w:sz w:val="20"/>
        </w:rPr>
        <w:t>20:53  kya aur kuch nahi to chalo hum suicide bombing karte hain.</w:t>
      </w:r>
      <w:r>
        <w:br/>
      </w:r>
      <w:r>
        <w:rPr>
          <w:sz w:val="20"/>
        </w:rPr>
        <w:t>20:57  lekin wahan par jo jo un ke leaders the, jo un ke intellectuals the, unhon ne bohat bara constructive role is waqt pe le liya.</w:t>
      </w:r>
      <w:r>
        <w:br/>
      </w:r>
      <w:r>
        <w:rPr>
          <w:sz w:val="20"/>
        </w:rPr>
        <w:t>21:10  un ke intellectuals ne aik campaign chalai unhon ne media mein. aur is ka basic jo point tha woh kya tha?</w:t>
      </w:r>
      <w:r>
        <w:br/>
      </w:r>
      <w:r>
        <w:rPr>
          <w:sz w:val="20"/>
        </w:rPr>
        <w:t>21:20  wohi principle of equalization.</w:t>
      </w:r>
      <w:r>
        <w:br/>
      </w:r>
      <w:r>
        <w:rPr>
          <w:sz w:val="20"/>
        </w:rPr>
        <w:t>21:24  par unhon ne kaha ke dekho tum ko yeh gham hai ke 1945 mein America ne atom bomb gira kar ke tumhare Nagasaki koshishon ko tabah kar diya.</w:t>
      </w:r>
      <w:r>
        <w:br/>
      </w:r>
      <w:r>
        <w:rPr>
          <w:sz w:val="20"/>
        </w:rPr>
        <w:t>21:40  lekin tum yeh socho ke is se pehle 1941 mein tum khud un ke Pearl Harbor ko tabah kar chuke the.</w:t>
      </w:r>
      <w:r>
        <w:br/>
      </w:r>
      <w:r>
        <w:rPr>
          <w:sz w:val="20"/>
        </w:rPr>
        <w:t>21:51  Pearl Harbor jo tha woh Americans ka naval base tha.</w:t>
      </w:r>
      <w:r>
        <w:br/>
      </w:r>
      <w:r>
        <w:rPr>
          <w:sz w:val="20"/>
        </w:rPr>
        <w:t>21:58  Pearl Harbor jo tha bohat bara naval base tha Americans ka. is ko Japanese ne bombardment ki aur is ko tabah kar diya.</w:t>
      </w:r>
      <w:r>
        <w:br/>
      </w:r>
      <w:r>
        <w:rPr>
          <w:sz w:val="20"/>
        </w:rPr>
        <w:t>22:09  suicide bombing ki thi wahan unhon ne. to Japan ke intellectuals ne kaha ke yeh to mamla barabar ho gaya.</w:t>
      </w:r>
      <w:r>
        <w:br/>
      </w:r>
      <w:r>
        <w:rPr>
          <w:sz w:val="20"/>
        </w:rPr>
        <w:t>22:20  tum ne tabah kiya tha un ke Pearl Harbor ko 1941 mein. unhon ne tabah kar diya tumhare Hiroshima aur Nagasaki ko 1945 mein.</w:t>
      </w:r>
      <w:r>
        <w:br/>
      </w:r>
      <w:r>
        <w:rPr>
          <w:sz w:val="20"/>
        </w:rPr>
        <w:t>22:31  to mamla barabar ho gaya. ab negative soch band karo. ghussa band karo.</w:t>
      </w:r>
      <w:r>
        <w:br/>
      </w:r>
      <w:r>
        <w:rPr>
          <w:sz w:val="20"/>
        </w:rPr>
        <w:t>22:40  is se kya hua?</w:t>
      </w:r>
      <w:r>
        <w:br/>
      </w:r>
      <w:r>
        <w:rPr>
          <w:sz w:val="20"/>
        </w:rPr>
        <w:t>22:42  Japanese ko, Japaniyon ko aik line of action mil gayi. positive line of action mil gayi.</w:t>
      </w:r>
      <w:r>
        <w:br/>
      </w:r>
      <w:r>
        <w:rPr>
          <w:sz w:val="20"/>
        </w:rPr>
        <w:t>22:54  unhon ne replanning ki. aur sab se bara jo kiya kaam unhon ne woh hai ke thirty years ki aik plan banaya education ka unhon ne.</w:t>
      </w:r>
    </w:p>
    <w:p>
      <w:pPr>
        <w:pStyle w:val="Heading2"/>
      </w:pPr>
      <w:r>
        <w:t>Delhi interfaith seminar panel of four scholars</w:t>
      </w:r>
    </w:p>
    <w:p>
      <w:r>
        <w:rPr>
          <w:color w:val="666666"/>
          <w:sz w:val="18"/>
        </w:rPr>
        <w:t>History Repeats Itself 10th March 2013 · 2m 00s · at 10:32 · https://youtu.be/dsjxiXLPXeg?t=632</w:t>
      </w:r>
    </w:p>
    <w:p>
      <w:r>
        <w:rPr>
          <w:i/>
        </w:rPr>
        <w:t>“Kal Dilli mein ek bahut bada top ka seminar tha”</w:t>
      </w:r>
    </w:p>
    <w:p>
      <w:r>
        <w:rPr>
          <w:sz w:val="20"/>
        </w:rPr>
        <w:t>10:32  kal dilli mein yahan aik bohat bara top ka seminar tha. bohat hi educated log is mein aaye thay.</w:t>
      </w:r>
      <w:r>
        <w:br/>
      </w:r>
      <w:r>
        <w:rPr>
          <w:sz w:val="20"/>
        </w:rPr>
        <w:t>10:46  sab English knowing log thay. aur wahan par kya tha? wahan bhi aik dialogue hi hua. agarche form badla hua tha.</w:t>
      </w:r>
      <w:r>
        <w:br/>
      </w:r>
      <w:r>
        <w:rPr>
          <w:sz w:val="20"/>
        </w:rPr>
        <w:t>10:54  is ka format badla hua tha. yani same history repeat hui in terms of spirit.</w:t>
      </w:r>
      <w:r>
        <w:br/>
      </w:r>
      <w:r>
        <w:rPr>
          <w:sz w:val="20"/>
        </w:rPr>
        <w:t>11:04  nah ke in terms of form.</w:t>
      </w:r>
      <w:r>
        <w:br/>
      </w:r>
      <w:r>
        <w:rPr>
          <w:sz w:val="20"/>
        </w:rPr>
        <w:t>11:08  unhon ne yeh kiya tha ke char top ke logon ko bul</w:t>
      </w:r>
      <w:r>
        <w:br/>
      </w:r>
      <w:r>
        <w:rPr>
          <w:sz w:val="20"/>
        </w:rPr>
        <w:t>11:13  aya. aik Hindu scholar, aik Buddhist peshwa, aik Christian scholar, aur aik is ko bulaya Islam ki taraf se.</w:t>
      </w:r>
      <w:r>
        <w:br/>
      </w:r>
      <w:r>
        <w:rPr>
          <w:sz w:val="20"/>
        </w:rPr>
        <w:t>11:25  aur is charon se unhon ne char sawal kiye. char sawal. in sawalat ka khulasa yeh tha ke aap jis mazhab ko mante hain,</w:t>
      </w:r>
      <w:r>
        <w:br/>
      </w:r>
      <w:r>
        <w:rPr>
          <w:sz w:val="20"/>
        </w:rPr>
        <w:t>11:40  to kyun mante hain?</w:t>
      </w:r>
      <w:r>
        <w:br/>
      </w:r>
      <w:r>
        <w:rPr>
          <w:sz w:val="20"/>
        </w:rPr>
        <w:t>11:46  yani kis kis. yani aap ka jo reason hai, aap ka jo mind hai, us ne kya cheez pai is mazhab mein jis se aap satisfy hue?</w:t>
      </w:r>
      <w:r>
        <w:br/>
      </w:r>
      <w:r>
        <w:rPr>
          <w:sz w:val="20"/>
        </w:rPr>
        <w:t>11:59  phir is mein kuch aur ajeeb sawal thay. misaal ke tor par aik sawal yeh tha ke kya aap ke mazhab mein koi aisi cheez hai jise aap abhor karte hon?</w:t>
      </w:r>
      <w:r>
        <w:br/>
      </w:r>
      <w:r>
        <w:rPr>
          <w:sz w:val="20"/>
        </w:rPr>
        <w:t>12:11  nafrat karte hon? yeh bhi tha is mein.</w:t>
      </w:r>
      <w:r>
        <w:br/>
      </w:r>
      <w:r>
        <w:rPr>
          <w:sz w:val="20"/>
        </w:rPr>
        <w:t>12:16  phir yeh ke aap ke mazhab mein dunya mein social harmony lane ke liye kya formula bataya gaya hai? is tarah ke sawalat thay.</w:t>
      </w:r>
      <w:r>
        <w:br/>
      </w:r>
      <w:r>
        <w:rPr>
          <w:sz w:val="20"/>
        </w:rPr>
        <w:t>12:27  to dekhen,</w:t>
      </w:r>
    </w:p>
    <w:p>
      <w:pPr>
        <w:pStyle w:val="Heading2"/>
      </w:pPr>
      <w:r>
        <w:t>Language differences between Quran and Hadith</w:t>
      </w:r>
    </w:p>
    <w:p>
      <w:r>
        <w:rPr>
          <w:color w:val="666666"/>
          <w:sz w:val="18"/>
        </w:rPr>
        <w:t>An Introduction to Hadith | July 25, 2007 · 1m 31s · at 13:00 · https://youtu.be/gfGuT-o5mSM?t=780</w:t>
      </w:r>
    </w:p>
    <w:p>
      <w:r>
        <w:rPr>
          <w:i/>
        </w:rPr>
        <w:t>“Arabic language and then you read Quran and also you read Hadith”</w:t>
      </w:r>
    </w:p>
    <w:p>
      <w:r>
        <w:rPr>
          <w:sz w:val="20"/>
        </w:rPr>
        <w:t>13:00  Arabic language and then you read Quran and also you read Hadith, you will find that in terms</w:t>
      </w:r>
      <w:r>
        <w:br/>
      </w:r>
      <w:r>
        <w:rPr>
          <w:sz w:val="20"/>
        </w:rPr>
        <w:t>13:10  of language, there are great differences between the two.</w:t>
      </w:r>
      <w:r>
        <w:br/>
      </w:r>
      <w:r>
        <w:rPr>
          <w:sz w:val="20"/>
        </w:rPr>
        <w:t>13:20  In terms of language, in terms of style of narration, there is a great difference between the Quran and</w:t>
      </w:r>
      <w:r>
        <w:br/>
      </w:r>
      <w:r>
        <w:rPr>
          <w:sz w:val="20"/>
        </w:rPr>
        <w:t>13:30  the Hadith.</w:t>
      </w:r>
      <w:r>
        <w:br/>
      </w:r>
      <w:r>
        <w:rPr>
          <w:sz w:val="20"/>
        </w:rPr>
        <w:t>13:35  If you read Quran, you will find that the Quranic style or Quranic language is a kind of</w:t>
      </w:r>
      <w:r>
        <w:br/>
      </w:r>
      <w:r>
        <w:rPr>
          <w:sz w:val="20"/>
        </w:rPr>
        <w:t>13:40  royal language - royal style.</w:t>
      </w:r>
      <w:r>
        <w:br/>
      </w:r>
      <w:r>
        <w:rPr>
          <w:sz w:val="20"/>
        </w:rPr>
        <w:t>13:45  It seems to be a royal book, royal book.</w:t>
      </w:r>
      <w:r>
        <w:br/>
      </w:r>
      <w:r>
        <w:rPr>
          <w:sz w:val="20"/>
        </w:rPr>
        <w:t>13:50  But when you read Hadith, it seems to be a conversation of men.</w:t>
      </w:r>
      <w:r>
        <w:br/>
      </w:r>
      <w:r>
        <w:rPr>
          <w:sz w:val="20"/>
        </w:rPr>
        <w:t>13:55  So, this difference</w:t>
      </w:r>
      <w:r>
        <w:br/>
      </w:r>
      <w:r>
        <w:rPr>
          <w:sz w:val="20"/>
        </w:rPr>
        <w:t>14:00  itself is a proof that Quran is a book of God and Hadith is a word of a man.</w:t>
      </w:r>
      <w:r>
        <w:br/>
      </w:r>
      <w:r>
        <w:rPr>
          <w:sz w:val="20"/>
        </w:rPr>
        <w:t>14:10  Although this man was not a common man, he was a Prophet of God.</w:t>
      </w:r>
      <w:r>
        <w:br/>
      </w:r>
      <w:r>
        <w:rPr>
          <w:sz w:val="20"/>
        </w:rPr>
        <w:t>14:20  So, although there is a difference between Quran and Hadith, but Hadith has also some very special qualities</w:t>
      </w:r>
    </w:p>
    <w:p>
      <w:pPr>
        <w:pStyle w:val="Heading2"/>
      </w:pPr>
      <w:r>
        <w:t>Media's false image of danger at Al-Aqsa</w:t>
      </w:r>
    </w:p>
    <w:p>
      <w:r>
        <w:rPr>
          <w:color w:val="666666"/>
          <w:sz w:val="18"/>
        </w:rPr>
        <w:t>Journey to Aqsa Mosque November 10, 2008 · 2m 27s · at 6:08 · https://youtu.be/40kOr2jznE0?t=368</w:t>
      </w:r>
    </w:p>
    <w:p>
      <w:r>
        <w:rPr>
          <w:i/>
        </w:rPr>
        <w:t>“چاروں طرف یہودی فوجی کھڑے ہیں، سنگین لیے ہوئے”</w:t>
      </w:r>
    </w:p>
    <w:p>
      <w:r>
        <w:rPr>
          <w:sz w:val="20"/>
        </w:rPr>
        <w:t>6:08  yahan india mein jab tha jab tak mein, to yahan par mein arabi akhbarat aur magazine parhta tha. urdu akhbarat aur magazine parhta tha.</w:t>
      </w:r>
      <w:r>
        <w:br/>
      </w:r>
      <w:r>
        <w:rPr>
          <w:sz w:val="20"/>
        </w:rPr>
        <w:t>6:18  angrezi parhta tha. sab mein jo musalmanon ke likhne wale the, woh aisi picture dete the jaise ke wahan charon taraf yahoodi fauji khare hue hain, sangin liye hue,</w:t>
      </w:r>
      <w:r>
        <w:br/>
      </w:r>
      <w:r>
        <w:rPr>
          <w:sz w:val="20"/>
        </w:rPr>
        <w:t>6:31  aur jaise hi mujhe dekhenge, darhi wala musalman, maar dalenge hum is ko.</w:t>
      </w:r>
      <w:r>
        <w:br/>
      </w:r>
      <w:r>
        <w:rPr>
          <w:sz w:val="20"/>
        </w:rPr>
        <w:t>6:36  to mein gaya to wahan par zaroor, lekin mein ghar walon se keh kar gaya tha ke dekho agar mein wapas na aaon to samajhna ke mujhe yahoodiyon ne maar dala.</w:t>
      </w:r>
      <w:r>
        <w:br/>
      </w:r>
      <w:r>
        <w:rPr>
          <w:sz w:val="20"/>
        </w:rPr>
        <w:t>6:48  yehi tasweer thi media mein, muslim media mein. to wahan pohancha to wahan kuch bhi nahi tha.</w:t>
      </w:r>
      <w:r>
        <w:br/>
      </w:r>
      <w:r>
        <w:rPr>
          <w:sz w:val="20"/>
        </w:rPr>
        <w:t>6:57  koi na fauj na police. bohat aasani se mein masjid aqsa mein gaya. wahan namaz parhi mein ne.</w:t>
      </w:r>
      <w:r>
        <w:br/>
      </w:r>
      <w:r>
        <w:rPr>
          <w:sz w:val="20"/>
        </w:rPr>
        <w:t>7:07  koi rok tok nahi. rok tok sirf hi kis liye thi? yahoodiyon ke liye thi. hum jab gate par pohanche to wahan par do yahoodi pehredar hua karte thay.</w:t>
      </w:r>
      <w:r>
        <w:br/>
      </w:r>
      <w:r>
        <w:rPr>
          <w:sz w:val="20"/>
        </w:rPr>
        <w:t>7:19  woh musallah hote thay woh. to unhon ne kuch bhi nahi poocha. passport bhi nahi manga. bas yeh ke "ant muslim?</w:t>
      </w:r>
      <w:r>
        <w:br/>
      </w:r>
      <w:r>
        <w:rPr>
          <w:sz w:val="20"/>
        </w:rPr>
        <w:t>7:28  ant musalli?" arabi bolte thay woh log. "ant muslim? ant musalli? aap musalman hain? aap namaz parhte hain?</w:t>
      </w:r>
      <w:r>
        <w:br/>
      </w:r>
      <w:r>
        <w:rPr>
          <w:sz w:val="20"/>
        </w:rPr>
        <w:t>7:37  " bas kaha gaya "fazal, fazal." aur phir kaha ke "hamare liye dua kijiye." hamare sath aik yahoodi guide tha, aik aik naujawan tha, woh yahoodi tha, woh guide tha hamara.</w:t>
      </w:r>
      <w:r>
        <w:br/>
      </w:r>
      <w:r>
        <w:rPr>
          <w:sz w:val="20"/>
        </w:rPr>
        <w:t>7:50  us ko rok diya unhon ne. kyunke yahoodiyon ko us ke andar jana mana hai.</w:t>
      </w:r>
      <w:r>
        <w:br/>
      </w:r>
      <w:r>
        <w:rPr>
          <w:sz w:val="20"/>
        </w:rPr>
        <w:t>7:58  to mein ne kaha kitni bari bhool mein hai sari muslim dunya.</w:t>
      </w:r>
      <w:r>
        <w:br/>
      </w:r>
      <w:r>
        <w:rPr>
          <w:sz w:val="20"/>
        </w:rPr>
        <w:t>8:04  yeh alag baat hai ke yahoodiyon ka occupation hai falasteen ke aik hisse par, lekin is ke sath yeh jodna ke masjid aqsa mein har taraf faujen khari hui hain, aur wahan jo musalman jata hai us ko maar dalte hain,</w:t>
      </w:r>
      <w:r>
        <w:br/>
      </w:r>
      <w:r>
        <w:rPr>
          <w:sz w:val="20"/>
        </w:rPr>
        <w:t>8:20  jaise ke mujhe taassur bana tha, to bilkul galat tha woh.</w:t>
      </w:r>
      <w:r>
        <w:br/>
      </w:r>
      <w:r>
        <w:rPr>
          <w:sz w:val="20"/>
        </w:rPr>
        <w:t>8:29  mein ne bohat aram se wahan namaz parhi, koi rok tok nahi thi. us waqt mein akela gaya tha.</w:t>
      </w:r>
    </w:p>
    <w:p>
      <w:pPr>
        <w:pStyle w:val="Heading2"/>
      </w:pPr>
      <w:r>
        <w:t>Prophet as role model, not personal pride, per hadith and Quran</w:t>
      </w:r>
    </w:p>
    <w:p>
      <w:r>
        <w:rPr>
          <w:color w:val="666666"/>
          <w:sz w:val="18"/>
        </w:rPr>
        <w:t>Freedom of Expression in Islam 30 Sept 2012 - Maulana Wahiduddin Khan · 1m 52s · at 15:32 · https://youtu.be/WLlXSyxX8Q4?t=932</w:t>
      </w:r>
    </w:p>
    <w:p>
      <w:r>
        <w:rPr>
          <w:i/>
        </w:rPr>
        <w:t>“Ek banner tha: Prophet is our honor”</w:t>
      </w:r>
    </w:p>
    <w:p>
      <w:r>
        <w:rPr>
          <w:sz w:val="20"/>
        </w:rPr>
        <w:t>15:32  dekhiye, aik paper hai, aik muslim country mein hungama ho raha hai isi ko le kar ke. jaloos hai aur log shor ghul kar rahay hain.</w:t>
      </w:r>
      <w:r>
        <w:br/>
      </w:r>
      <w:r>
        <w:rPr>
          <w:sz w:val="20"/>
        </w:rPr>
        <w:t>15:46  to is mein aik banner hai is mein ke "Prophet is our honour, our Prophet is our honour,</w:t>
      </w:r>
      <w:r>
        <w:br/>
      </w:r>
      <w:r>
        <w:rPr>
          <w:sz w:val="20"/>
        </w:rPr>
        <w:t>15:57  our Prophet is our honour</w:t>
      </w:r>
      <w:r>
        <w:br/>
      </w:r>
      <w:r>
        <w:rPr>
          <w:sz w:val="20"/>
        </w:rPr>
        <w:t>15:59  ." is se mein samjha ke aakhir raaz kya hai? yani paygambar ko aap ne bana liya apna pride, apna fakhar.</w:t>
      </w:r>
      <w:r>
        <w:br/>
      </w:r>
      <w:r>
        <w:rPr>
          <w:sz w:val="20"/>
        </w:rPr>
        <w:t>16:11  to yeh mizaj hai ke jab bhi aap kisi ko apna pride bana lein, apne dada ka pride bana lein, koi dada criticize kare ga, bura lagay ga aap ko.</w:t>
      </w:r>
      <w:r>
        <w:br/>
      </w:r>
      <w:r>
        <w:rPr>
          <w:sz w:val="20"/>
        </w:rPr>
        <w:t>16:23  kisi bhi cheez ko aap apna pride bana lein.</w:t>
      </w:r>
      <w:r>
        <w:br/>
      </w:r>
      <w:r>
        <w:rPr>
          <w:sz w:val="20"/>
        </w:rPr>
        <w:t>16:27  ab sawal yeh hai ke kya paygambar hamara pride hai, hamara honour hai? to sawal yeh hai ke Quran mein kahan likha hai?</w:t>
      </w:r>
      <w:r>
        <w:br/>
      </w:r>
      <w:r>
        <w:rPr>
          <w:sz w:val="20"/>
        </w:rPr>
        <w:t>16:36  hadees mein kahan bataya gaya hai? hadees mein hai ke "man assa fi amrina</w:t>
      </w:r>
      <w:r>
        <w:br/>
      </w:r>
      <w:r>
        <w:rPr>
          <w:sz w:val="20"/>
        </w:rPr>
        <w:t>16:47  jo cheez islam mein na ho aur koi innovation ke tor par shamil kare to woh rejected hai, rejected."</w:t>
      </w:r>
      <w:r>
        <w:br/>
      </w:r>
      <w:r>
        <w:rPr>
          <w:sz w:val="20"/>
        </w:rPr>
        <w:t>16:57  to yeh concept rejected mana jaye ga, radd radd radd kar diya jaye ga. kyun? Quran mein is ke bar aks yeh hai: "laqad kana lakum fi rasoolillahi uswatun hasana,</w:t>
      </w:r>
      <w:r>
        <w:br/>
      </w:r>
      <w:r>
        <w:rPr>
          <w:sz w:val="20"/>
        </w:rPr>
        <w:t>17:11  laqad qaalakum fi rasool Allah hasan al-hasan. rasool Allah ke liye tumhare behtareen model uswa hai. uswa ka matlab model hai.</w:t>
      </w:r>
      <w:r>
        <w:br/>
      </w:r>
      <w:r>
        <w:rPr>
          <w:sz w:val="20"/>
        </w:rPr>
        <w:t>17:20  to rasool Allah hamare liye model hain, hamare liye pride nahi hain.</w:t>
      </w:r>
    </w:p>
    <w:p>
      <w:pPr>
        <w:pStyle w:val="Heading2"/>
      </w:pPr>
      <w:r>
        <w:t>can Muslims greet non-Muslims with namaste or good morning</w:t>
      </w:r>
    </w:p>
    <w:p>
      <w:r>
        <w:rPr>
          <w:color w:val="666666"/>
          <w:sz w:val="18"/>
        </w:rPr>
        <w:t>Islam &amp; Prophet of Islam 21 Oct, 2012 - Maulana Wahiduddin Khan · 2m 41s · at 1:27:41 · https://youtu.be/2hwtfOyNeS0?t=5261</w:t>
      </w:r>
    </w:p>
    <w:p>
      <w:r>
        <w:rPr>
          <w:i/>
        </w:rPr>
        <w:t>“Can Muslims greet non-Muslims with namaste or good morning?”</w:t>
      </w:r>
    </w:p>
    <w:p>
      <w:r>
        <w:rPr>
          <w:sz w:val="20"/>
        </w:rPr>
        <w:t>1:27:41  is mein koi shaq nahi. maulana, yeh sawal aaya hai dilli se muhammad ans sahab ka. unhon ne likha hai: "maulana, jaisa ke kehte hain ke ghair muslim ko aadab karna chahiye, kya hum namaste kar sakte hain aur salam bhi kar sakte hain ghair muslim logon ko?</w:t>
      </w:r>
      <w:r>
        <w:br/>
      </w:r>
      <w:r>
        <w:rPr>
          <w:sz w:val="20"/>
        </w:rPr>
        <w:t>1:28:01  is ke bare mein bataein." salam bhi kijiye, namaste bhi kijiye, aadab bhi kijiye, good morning jaisa mauqa ho. salam to dua hai.</w:t>
      </w:r>
      <w:r>
        <w:br/>
      </w:r>
      <w:r>
        <w:rPr>
          <w:sz w:val="20"/>
        </w:rPr>
        <w:t>1:28:12  aap ghair muslim na bhi banein tab bhi ghar mein pahunch kar dua kijiye ke Allah salamat rakhe. yeh izhar khair khwahi hai. yeh to karni hai aap ko.</w:t>
      </w:r>
      <w:r>
        <w:br/>
      </w:r>
      <w:r>
        <w:rPr>
          <w:sz w:val="20"/>
        </w:rPr>
        <w:t>1:28:23  is mein koi farq nahi karna aap ko ghair muslim aur muslim mein. har ek ke liye aap ko dua karna hai. har ek ke liye aap ke dil mein peace hona hai. jo log samajhte hain ke ghair muslimon ko salam nahi kiya ja sakta, galat samajhte hain is ko.</w:t>
      </w:r>
      <w:r>
        <w:br/>
      </w:r>
      <w:r>
        <w:rPr>
          <w:sz w:val="20"/>
        </w:rPr>
        <w:t>1:28:39  yeh to masla hai. kitabon mein maujood hai yeh baat ke salam sab ko kiya ja sakta hai. aur karte hi hain, dekhiye. namaz aap padhte hain paanch waqt to kya hota hai?</w:t>
      </w:r>
      <w:r>
        <w:br/>
      </w:r>
      <w:r>
        <w:rPr>
          <w:sz w:val="20"/>
        </w:rPr>
        <w:t>1:28:51  namaz jab khatam hoti hai, aap kehte hain: "assalamu alaikum wa rahmatullah". "assalamu alaikum wa rahmatullah". to kya idhar se musalman hote hain? idhar se musalman hote hain?</w:t>
      </w:r>
      <w:r>
        <w:br/>
      </w:r>
      <w:r>
        <w:rPr>
          <w:sz w:val="20"/>
        </w:rPr>
        <w:t>1:29:00  saare log hote hain. yaani dono taraf rukh kar ke tamam namazi kehte hain: "assalam o alaikum wa rahmatullah". aye logon, tum par salamti ho.</w:t>
      </w:r>
      <w:r>
        <w:br/>
      </w:r>
      <w:r>
        <w:rPr>
          <w:sz w:val="20"/>
        </w:rPr>
        <w:t>1:29:11  aye logon, tum par salamti ho. to kya hum sirf musalman khade hue hain wahan par? saare dunya ko kehte hain ke: "aye logon, tum</w:t>
      </w:r>
      <w:r>
        <w:br/>
      </w:r>
      <w:r>
        <w:rPr>
          <w:sz w:val="20"/>
        </w:rPr>
        <w:t>1:29:17  par salamti ho". yeh to paanch waqt aisa hota hai. yeh yeh bahsi bilkul baseless hai. kyunke namaz khud sikhati hai ke sab ko salamti pahunchao.</w:t>
      </w:r>
      <w:r>
        <w:br/>
      </w:r>
      <w:r>
        <w:rPr>
          <w:sz w:val="20"/>
        </w:rPr>
        <w:t>1:29:28  sab ke liye tumhare dil mein khair khwahi ho. sab ke liye tumhare liye peace ho tumhare dil mein. log bila soch samjhe namaz parhte hain.</w:t>
      </w:r>
      <w:r>
        <w:br/>
      </w:r>
      <w:r>
        <w:rPr>
          <w:sz w:val="20"/>
        </w:rPr>
        <w:t>1:29:37  baat yeh hai. namaz koi soch samajh kar nahi parhta hai. ek ritual ke taur par parhta hai. ritual. warna sochna chahiye ke hum namaz jab padh kar khatam karte hain to kehte hain: "assalam o alaikum wa rahmatullah".</w:t>
      </w:r>
      <w:r>
        <w:br/>
      </w:r>
      <w:r>
        <w:rPr>
          <w:sz w:val="20"/>
        </w:rPr>
        <w:t>1:29:50  "assalam o alaikum wa rahmatullah". yaani saare dunya walon ko aap address karte hain ke: "aye logon</w:t>
      </w:r>
      <w:r>
        <w:br/>
      </w:r>
      <w:r>
        <w:rPr>
          <w:sz w:val="20"/>
        </w:rPr>
        <w:t>1:29:55  , tum par salamti ho". "aye logon, tum par salamti ho". agar soch samajh kar padhein namaz to kisi ke dil mein yeh yeh waswasa nahi aayega.</w:t>
      </w:r>
      <w:r>
        <w:br/>
      </w:r>
      <w:r>
        <w:rPr>
          <w:sz w:val="20"/>
        </w:rPr>
        <w:t>1:30:03  kabhi nahi aayega. maulana, agla sawal dilli se hai shah imran hassan sahib ka. unhone likha hai: "ek sahib se baat hui, unhone kaha ke Al-Risala mission ki kami sirf yeh hai ke woh musalmanon ko sulh-e-kul ki taleem deta hai.</w:t>
      </w:r>
    </w:p>
    <w:p>
      <w:pPr>
        <w:pStyle w:val="Heading2"/>
      </w:pPr>
      <w:r>
        <w:t>Aristotle's theory that man needs a favorable system</w:t>
      </w:r>
    </w:p>
    <w:p>
      <w:r>
        <w:rPr>
          <w:color w:val="666666"/>
          <w:sz w:val="18"/>
        </w:rPr>
        <w:t>The Purpose of Existence I 9th Sept. 2012 - Maulana Wahiduddin Khan · 1m 42s · at 2:36 · https://youtu.be/cevO-zpWlG8?t=156</w:t>
      </w:r>
    </w:p>
    <w:p>
      <w:r>
        <w:rPr>
          <w:i/>
        </w:rPr>
        <w:t>“Aristotle said man needs a favorable system to flourish”</w:t>
      </w:r>
    </w:p>
    <w:p>
      <w:r>
        <w:rPr>
          <w:sz w:val="20"/>
        </w:rPr>
        <w:t>2:36  main samajhta hoon ke sab se pehle known history mein sab se zyada</w:t>
      </w:r>
      <w:r>
        <w:br/>
      </w:r>
      <w:r>
        <w:rPr>
          <w:sz w:val="20"/>
        </w:rPr>
        <w:t>2:46  khaas naam aristotle ka hai. aristotle greek philosopher tha, uski death hui 322 bc mein,</w:t>
      </w:r>
      <w:r>
        <w:br/>
      </w:r>
      <w:r>
        <w:rPr>
          <w:sz w:val="20"/>
        </w:rPr>
        <w:t>3:00  yani masih se pehle.</w:t>
      </w:r>
      <w:r>
        <w:br/>
      </w:r>
      <w:r>
        <w:rPr>
          <w:sz w:val="20"/>
        </w:rPr>
        <w:t>3:05  us ne ek theory develop ki thi ke insan bohat hi high quality ke sath paida hua hai.</w:t>
      </w:r>
      <w:r>
        <w:br/>
      </w:r>
      <w:r>
        <w:rPr>
          <w:sz w:val="20"/>
        </w:rPr>
        <w:t>3:21  lekin is potential ko unfold karne ke liye, ya is potential ko actual banane ke liye, zaroorat hai ek favorable system ki.</w:t>
      </w:r>
      <w:r>
        <w:br/>
      </w:r>
      <w:r>
        <w:rPr>
          <w:sz w:val="20"/>
        </w:rPr>
        <w:t>3:35  favorable system ke baghair insan apni is high quality ko unfold nahi kar sakta. is liye us ne alexander, jo us ke zamane mein crown prince tha,</w:t>
      </w:r>
      <w:r>
        <w:br/>
      </w:r>
      <w:r>
        <w:rPr>
          <w:sz w:val="20"/>
        </w:rPr>
        <w:t>3:50  aur woh uska tutor bhi tha, us ko tayyar karna chaha</w:t>
      </w:r>
      <w:r>
        <w:br/>
      </w:r>
      <w:r>
        <w:rPr>
          <w:sz w:val="20"/>
        </w:rPr>
        <w:t>3:54  ke is ideal system ko badshah banne ke baad woh banaye. lekin aap jante hain ke alexander the great is kaam ko nahi kar saka.</w:t>
      </w:r>
      <w:r>
        <w:br/>
      </w:r>
      <w:r>
        <w:rPr>
          <w:sz w:val="20"/>
        </w:rPr>
        <w:t>4:07  to aristotle ke baad yeh thinking</w:t>
      </w:r>
      <w:r>
        <w:br/>
      </w:r>
      <w:r>
        <w:rPr>
          <w:sz w:val="20"/>
        </w:rPr>
        <w:t>4:13  mazeed develop na ho saki.</w:t>
      </w:r>
    </w:p>
    <w:p>
      <w:pPr>
        <w:pStyle w:val="Heading2"/>
      </w:pPr>
      <w:r>
        <w:t>Using secular knowledge to understand Quran</w:t>
      </w:r>
    </w:p>
    <w:p>
      <w:r>
        <w:rPr>
          <w:color w:val="666666"/>
          <w:sz w:val="18"/>
        </w:rPr>
        <w:t>Dars-e-Quran, Chapter 2, Verse 30-33 November 26. 2017 · 2m 59s · at 4:51 · https://youtu.be/NeyC7ANI3uI?t=291</w:t>
      </w:r>
    </w:p>
    <w:p>
      <w:r>
        <w:rPr>
          <w:i/>
        </w:rPr>
        <w:t>“Hadith ki taqreeban tamam kitabon mein”</w:t>
      </w:r>
    </w:p>
    <w:p>
      <w:r>
        <w:rPr>
          <w:sz w:val="20"/>
        </w:rPr>
        <w:t>4:51  hadith ki taqreeban tamam kitabon mein aik riwayat aati hai ke rasool allah sallallahu alaihi wasallam ne farmaya ke yeh deen rasool allah laye hain, deen islam.</w:t>
      </w:r>
      <w:r>
        <w:br/>
      </w:r>
      <w:r>
        <w:rPr>
          <w:sz w:val="20"/>
        </w:rPr>
        <w:t>5:07  is ki taeed doosray log bhi karen ge, secular log, ghair ahl-e-deen bhi.</w:t>
      </w:r>
      <w:r>
        <w:br/>
      </w:r>
      <w:r>
        <w:rPr>
          <w:sz w:val="20"/>
        </w:rPr>
        <w:t>5:16  to bohat ajeeb baat hai ke yeh hadith poori tareekh mein sach sabit hui hai.</w:t>
      </w:r>
      <w:r>
        <w:br/>
      </w:r>
      <w:r>
        <w:rPr>
          <w:sz w:val="20"/>
        </w:rPr>
        <w:t>5:27  aur main sochta hoon ke yeh jo quran ki ayat hai, in ko samajhnay ke liye sab se bara reference jo mujhe mila, woh aik secular insan ke zariye hai.</w:t>
      </w:r>
      <w:r>
        <w:br/>
      </w:r>
      <w:r>
        <w:rPr>
          <w:sz w:val="20"/>
        </w:rPr>
        <w:t>5:45  dekhiye, aap jaantay hain ke is zamanay mein nafsiyat ka ilm, psychology ka jo ilm hai, woh bohat ziyada taraqqi hui hai.</w:t>
      </w:r>
      <w:r>
        <w:br/>
      </w:r>
      <w:r>
        <w:rPr>
          <w:sz w:val="20"/>
        </w:rPr>
        <w:t>5:57  bohat top ke dimagh is mein lagay hue hain. to inhi mein se aik hai Alfred Adler.</w:t>
      </w:r>
      <w:r>
        <w:br/>
      </w:r>
      <w:r>
        <w:rPr>
          <w:sz w:val="20"/>
        </w:rPr>
        <w:t>6:13  woh Austria mein paida hua aur 1937 mein is ki وفات hui. woh beesveen sadi ke is psychology ke mazmoon par, jo beesveen sadi mein jo log paida hue,</w:t>
      </w:r>
      <w:r>
        <w:br/>
      </w:r>
      <w:r>
        <w:rPr>
          <w:sz w:val="20"/>
        </w:rPr>
        <w:t>6:33  un mein se teen top ke logon mein se aik mana jata hai. woh top most aadmi, bees beesveen sadi ke jo paida hue, un mein se aik mana jata hai, woh</w:t>
      </w:r>
      <w:r>
        <w:br/>
      </w:r>
      <w:r>
        <w:rPr>
          <w:sz w:val="20"/>
        </w:rPr>
        <w:t>6:51  alfred adler. to us ne bohat ziyada tehqeeq ki is baray mein ke insan ka nature kya hai, insan ka mindset kya hai, insan ki soch kya chalti hai, is ke baray mein.</w:t>
      </w:r>
      <w:r>
        <w:br/>
      </w:r>
      <w:r>
        <w:rPr>
          <w:sz w:val="20"/>
        </w:rPr>
        <w:t>7:10  to is ka aik aik aik school of thought bana, is ki buniyad par school of thought bana, jo individual psychology kaha jata hai.</w:t>
      </w:r>
      <w:r>
        <w:br/>
      </w:r>
      <w:r>
        <w:rPr>
          <w:sz w:val="20"/>
        </w:rPr>
        <w:t>7:24  to is ki jo research thi, bohat lambi muddat tak, is ka khulasa yeh hai jis ko kehte hain</w:t>
      </w:r>
      <w:r>
        <w:br/>
      </w:r>
      <w:r>
        <w:rPr>
          <w:sz w:val="20"/>
        </w:rPr>
        <w:t>7:38  logo therapy. logo therapy ka matlab hai ke ma'nawiyat ki talash.</w:t>
      </w:r>
    </w:p>
    <w:p>
      <w:pPr>
        <w:pStyle w:val="Heading2"/>
      </w:pPr>
      <w:r>
        <w:t>Correcting jihad misconceptions</w:t>
      </w:r>
    </w:p>
    <w:p>
      <w:r>
        <w:rPr>
          <w:color w:val="666666"/>
          <w:sz w:val="18"/>
        </w:rPr>
        <w:t>Prophetic Wisdom | January 29, 2017 · 3m 00s · at 47:20 · https://youtu.be/4w0NZoOLzsw?t=2840</w:t>
      </w:r>
    </w:p>
    <w:p>
      <w:r>
        <w:rPr>
          <w:i/>
        </w:rPr>
        <w:t>“Jihad for martyrdom is not in Islam.”</w:t>
      </w:r>
    </w:p>
    <w:p>
      <w:r>
        <w:rPr>
          <w:sz w:val="20"/>
        </w:rPr>
        <w:t>47:20  dekhiye, yeh zimmedari hai hamare ulama ki. hamare ulama ne aik bohat hi bari ghalti kar rakhi hai. woh ghalti hai jihad-e-fatah se ka jihad. yeh Islam mein hai hi nahi. jihad-e-fatah yaani lado maro, shaheed ho jao aur hooron ko tumhara istiqbal karein gi. yeh nazariya bana diya ke lado maro aur is ka naam</w:t>
      </w:r>
      <w:r>
        <w:br/>
      </w:r>
      <w:r>
        <w:rPr>
          <w:sz w:val="20"/>
        </w:rPr>
        <w:t>47:50  rakha hai shaheed ho jao, is ko maroge to ja ke tum ko hoorein istiqbal karengi. isi ko mein keh raha hoon ke unhon ne nazariya banaya jehad fatah se ka jehad. woh hai hi nahin. islam mein harghiz harghiz nahin hai ke jehad fatah se ka jehad. islam mein hai jehad fatah se ka af sab positive result. agar aisa na hota to hum hijrat na karte, ladai ladte, makkah mein apna watan na chhodte</w:t>
      </w:r>
      <w:r>
        <w:br/>
      </w:r>
      <w:r>
        <w:rPr>
          <w:sz w:val="20"/>
        </w:rPr>
        <w:t>48:20  ladte rehte. islam mein ladai fatah se ka ladai hai hi nahin. yeh to haram hai, haram hai. na quran rasool allah ne aisa kiya, na quran mein aisa hai, na aql se hai, na na deen se is ka talluq hai. sare ulama ki sab se bari ghalati is daur mein yeh hai ke unhon ne ummat ke andar jehad fatah se ka jehad ka nadiya shamil kar diya. ab log lad rahe hain, lad rahe hain, lad rahe hain aur</w:t>
      </w:r>
      <w:r>
        <w:br/>
      </w:r>
      <w:r>
        <w:rPr>
          <w:sz w:val="20"/>
        </w:rPr>
        <w:t>48:53  phir aise zamane mein lad rahe hain jab ke allah taala ne ladai ka khatma hi kar diya tha. ab universal nara ban gaya hai ke kisi ko ladai ka haq nahin hai. jis ko ikhtilaf ho, woh united nations mein jaye. that is universal nara. yeh sab kis liye hua? taake musalmanon ke liye mahol yani allah taala ne yeh sab kiya is liye ke musalmanon ko peaceful daawa work ke liye mahol milay. peaceful daawa work ke</w:t>
      </w:r>
      <w:r>
        <w:br/>
      </w:r>
      <w:r>
        <w:rPr>
          <w:sz w:val="20"/>
        </w:rPr>
        <w:t>49:23  liye mahol milay. woh kya? allah taala ab musalman peaceful daawa work ka mahol istemal nahin kar rahe, phir society bombing. yeh sare ulama ki ghalati hai ke unhon ne bare bare fatwe diye, lekin is ka fatwa koi de nahin raha ke ab jang ki zaroorat nahin hai, ab to peaceful daawa work karo. ulama kyun chup hain? bare bare fatwe diye. misaal ke taur par india mein paanch sau ulama ne fatwa diya tha ke</w:t>
      </w:r>
      <w:r>
        <w:br/>
      </w:r>
      <w:r>
        <w:rPr>
          <w:sz w:val="20"/>
        </w:rPr>
        <w:t>49:53  angrez se lado, jehad faisla sahib karo. 500 ulama ne. ab kyun nahin fatwa dete? ab kyun dete hain ke woh kal fatwa galat tha? hamein jo kaam karna hai woh hai ke peaceful daawa work, quran ko phailana. yeh kyun nahin fatwa dete? behal mera yahi yani mein jo jaanta hoon, woh is ko is ke mutabiq soorat-e-haal hai.</w:t>
      </w:r>
    </w:p>
    <w:p>
      <w:pPr>
        <w:pStyle w:val="Heading2"/>
      </w:pPr>
      <w:r>
        <w:t>Apology for racial insult</w:t>
      </w:r>
    </w:p>
    <w:p>
      <w:r>
        <w:rPr>
          <w:color w:val="666666"/>
          <w:sz w:val="18"/>
        </w:rPr>
        <w:t>Story of Sahaba | January 11, 2008 · 2m 31s · at 41:33 · https://youtu.be/CtZdUnx9tLU?t=2493</w:t>
      </w:r>
    </w:p>
    <w:p>
      <w:r>
        <w:rPr>
          <w:i/>
        </w:rPr>
        <w:t>“Dusre sahabi thay, woh black colour ke thay”</w:t>
      </w:r>
    </w:p>
    <w:p>
      <w:r>
        <w:rPr>
          <w:sz w:val="20"/>
        </w:rPr>
        <w:t>41:33  dusre sahabi the, wo black color ke the.</w:t>
      </w:r>
      <w:r>
        <w:br/>
      </w:r>
      <w:r>
        <w:rPr>
          <w:sz w:val="20"/>
        </w:rPr>
        <w:t>41:37  woh toh ab insaan toh insaan hai.</w:t>
      </w:r>
      <w:r>
        <w:br/>
      </w:r>
      <w:r>
        <w:rPr>
          <w:sz w:val="20"/>
        </w:rPr>
        <w:t>41:41  jo jo white sahabi thay, un ki zabaan se white sahabi jo thay, un se woh black walay</w:t>
      </w:r>
      <w:r>
        <w:br/>
      </w:r>
      <w:r>
        <w:rPr>
          <w:sz w:val="20"/>
        </w:rPr>
        <w:t>41:46  se kuch ikhtilaf hua kisi baray baray mein.</w:t>
      </w:r>
      <w:r>
        <w:br/>
      </w:r>
      <w:r>
        <w:rPr>
          <w:sz w:val="20"/>
        </w:rPr>
        <w:t>41:50  toh un ki zabaan se nikal gaya, ibn e سودا.</w:t>
      </w:r>
      <w:r>
        <w:br/>
      </w:r>
      <w:r>
        <w:rPr>
          <w:sz w:val="20"/>
        </w:rPr>
        <w:t>41:55  jo white thay, un ki zabaan se nikal gaya, ibn e سودا.</w:t>
      </w:r>
      <w:r>
        <w:br/>
      </w:r>
      <w:r>
        <w:rPr>
          <w:sz w:val="20"/>
        </w:rPr>
        <w:t>41:59  ae kaali maan ke betay,</w:t>
      </w:r>
      <w:r>
        <w:br/>
      </w:r>
      <w:r>
        <w:rPr>
          <w:sz w:val="20"/>
        </w:rPr>
        <w:t>42:03  ibn e سودا.</w:t>
      </w:r>
      <w:r>
        <w:br/>
      </w:r>
      <w:r>
        <w:rPr>
          <w:sz w:val="20"/>
        </w:rPr>
        <w:t>42:08  ae kaali maan ke betay.</w:t>
      </w:r>
      <w:r>
        <w:br/>
      </w:r>
      <w:r>
        <w:rPr>
          <w:sz w:val="20"/>
        </w:rPr>
        <w:t>42:12  ab ghusay mein nikal gaya un ki zabaan se.</w:t>
      </w:r>
      <w:r>
        <w:br/>
      </w:r>
      <w:r>
        <w:rPr>
          <w:sz w:val="20"/>
        </w:rPr>
        <w:t>42:16  toh lekin kya hua? bohat thori dair ke baad unhein mehsoos hua ke mein ne bohat ghalat baat keh di.</w:t>
      </w:r>
      <w:r>
        <w:br/>
      </w:r>
      <w:r>
        <w:rPr>
          <w:sz w:val="20"/>
        </w:rPr>
        <w:t>42:21  safaid ko bhi Khuda ne paida kiya hai, kalay ko bhi Khuda ne paida kiya hai.</w:t>
      </w:r>
      <w:r>
        <w:br/>
      </w:r>
      <w:r>
        <w:rPr>
          <w:sz w:val="20"/>
        </w:rPr>
        <w:t>42:25  toh mujhe aisa kehne ka koi haq nahi hai.</w:t>
      </w:r>
      <w:r>
        <w:br/>
      </w:r>
      <w:r>
        <w:rPr>
          <w:sz w:val="20"/>
        </w:rPr>
        <w:t>42:29  yeh aaya un ke zehan mein toh foran unhon ne kaha ke mein tum se maafi chahta hoon.</w:t>
      </w:r>
      <w:r>
        <w:br/>
      </w:r>
      <w:r>
        <w:rPr>
          <w:sz w:val="20"/>
        </w:rPr>
        <w:t>42:34  aur maafi unhon ne kaisi mangi? yaani extreme par ja kar ke maafi mangi. extreme par.</w:t>
      </w:r>
      <w:r>
        <w:br/>
      </w:r>
      <w:r>
        <w:rPr>
          <w:sz w:val="20"/>
        </w:rPr>
        <w:t>42:40  woh zameen par lait gaye aur us se kaha, yaani safaid walay jo thay, woh zameen par lait</w:t>
      </w:r>
      <w:r>
        <w:br/>
      </w:r>
      <w:r>
        <w:rPr>
          <w:sz w:val="20"/>
        </w:rPr>
        <w:t>42:46  gaye aur jo black walay thay, un se kaha ke mere chehray par apna paon rakho.</w:t>
      </w:r>
      <w:r>
        <w:br/>
      </w:r>
      <w:r>
        <w:rPr>
          <w:sz w:val="20"/>
        </w:rPr>
        <w:t>42:52  yaani us ke kalay kalay paon ko apne safaid chehray par rakhwaya taake us ka koi compensate karein.</w:t>
      </w:r>
      <w:r>
        <w:br/>
      </w:r>
      <w:r>
        <w:rPr>
          <w:sz w:val="20"/>
        </w:rPr>
        <w:t>42:58  us se kya nikla?</w:t>
      </w:r>
      <w:r>
        <w:br/>
      </w:r>
      <w:r>
        <w:rPr>
          <w:sz w:val="20"/>
        </w:rPr>
        <w:t>43:04  is se yeh nikla ke insaan se ghalti hoti hai, har insaan se ghalti possible hai, lekin ghalti par istimrar nahi hona chahiye. yani ghalti par aadmi ko qaim rehna chahiye. ghalti ho gayi to foran maane aadmi ke mujh se ghalti ho gayi, i was wrong. kahe us ki, us ko repentance aana chahiye us ke baad. to ghalti karna bura nahi hai, bil</w:t>
      </w:r>
      <w:r>
        <w:br/>
      </w:r>
      <w:r>
        <w:rPr>
          <w:sz w:val="20"/>
        </w:rPr>
        <w:t>43:34  ke ghalati par jamay rahay, jam jana bura hai.</w:t>
      </w:r>
      <w:r>
        <w:br/>
      </w:r>
      <w:r>
        <w:rPr>
          <w:sz w:val="20"/>
        </w:rPr>
        <w:t>43:41  ghalati ho jaye, yeh buri cheez nahi hai, lekin ghalati baqi rahay, yeh buri cheez hai.</w:t>
      </w:r>
      <w:r>
        <w:br/>
      </w:r>
      <w:r>
        <w:rPr>
          <w:sz w:val="20"/>
        </w:rPr>
        <w:t>43:49  toh ab dekhein ke kitni zabardast misaal yeh hai ke wohi insaan jo ghusay mein keh baithta hai</w:t>
      </w:r>
      <w:r>
        <w:br/>
      </w:r>
      <w:r>
        <w:rPr>
          <w:sz w:val="20"/>
        </w:rPr>
        <w:t>43:56  ke ibn e سودا, wohi kehta hai ke mujh se ghalati ho gayi hai, tum mujh ko maaf karo.</w:t>
      </w:r>
    </w:p>
    <w:p>
      <w:pPr>
        <w:pStyle w:val="Heading2"/>
      </w:pPr>
      <w:r>
        <w:t>From 'disabled' to 'differently abled': Braille and Hawking</w:t>
      </w:r>
    </w:p>
    <w:p>
      <w:r>
        <w:rPr>
          <w:color w:val="666666"/>
          <w:sz w:val="18"/>
        </w:rPr>
        <w:t>Ramadan and Quranic Guidance July 29, 2012 · 2m 03s · at 19:10 · https://youtu.be/WxpcI7qi4d0?t=1150</w:t>
      </w:r>
    </w:p>
    <w:p>
      <w:r>
        <w:rPr>
          <w:i/>
        </w:rPr>
        <w:t>“Pehle zamane mein aadmi ko kya bolte the? Woh andha hai”</w:t>
      </w:r>
    </w:p>
    <w:p>
      <w:r>
        <w:rPr>
          <w:sz w:val="20"/>
        </w:rPr>
        <w:t>19:10  is ki misalein dekhiye. is ki misalein dekhiye aap. ke braille jo tha, braille ek andha aadmi tha.</w:t>
      </w:r>
      <w:r>
        <w:br/>
      </w:r>
      <w:r>
        <w:rPr>
          <w:sz w:val="20"/>
        </w:rPr>
        <w:t>19:22  lekin is ke andhe pan ne is ke andar aik nai salahiyat jagai. yahan tak ke woh brel system ko ijad karne wala ban gaya. yani andhon ko aisi cheez jis se andhe parh saken.</w:t>
      </w:r>
      <w:r>
        <w:br/>
      </w:r>
      <w:r>
        <w:rPr>
          <w:sz w:val="20"/>
        </w:rPr>
        <w:t>19:36  aik andhe ne woh system ijad kiya.</w:t>
      </w:r>
      <w:r>
        <w:br/>
      </w:r>
      <w:r>
        <w:rPr>
          <w:sz w:val="20"/>
        </w:rPr>
        <w:t>19:40  isi ke naam par is ko kaha jata hai brel system.</w:t>
      </w:r>
      <w:r>
        <w:br/>
      </w:r>
      <w:r>
        <w:rPr>
          <w:sz w:val="20"/>
        </w:rPr>
        <w:t>19:46  aisi hirl kalar thi, woh dif aur damp thi. us ne bohat bare bare karnamay anjam diye. aap internet par dekh sakte hain.</w:t>
      </w:r>
      <w:r>
        <w:br/>
      </w:r>
      <w:r>
        <w:rPr>
          <w:sz w:val="20"/>
        </w:rPr>
        <w:t>19:59  aise hi dekhiye, stephen hawking hai, woh paralyzed hai. lekin is ka paralyzed hona is ke liye mahroomi nahi thi. is ke andar ki salahiyaten jaag parin.</w:t>
      </w:r>
      <w:r>
        <w:br/>
      </w:r>
      <w:r>
        <w:rPr>
          <w:sz w:val="20"/>
        </w:rPr>
        <w:t>20:11  woh in fold ho gaeen. agarchay is ke hath paon paralyzed ho gae. lekin andar jo salahiyaten chupi hui theen, woh in fold ho gaeen.</w:t>
      </w:r>
      <w:r>
        <w:br/>
      </w:r>
      <w:r>
        <w:rPr>
          <w:sz w:val="20"/>
        </w:rPr>
        <w:t>20:22  ab waqt ka aik, yani theoretical science mein sab se bara naam ban gaya woh.</w:t>
      </w:r>
      <w:r>
        <w:br/>
      </w:r>
      <w:r>
        <w:rPr>
          <w:sz w:val="20"/>
        </w:rPr>
        <w:t>20:29  to dekhiye, quran mein yeh baat jo kahi gai hai. ke mahroom par shikayat mat karo, mayoos mat ho, balkay sabar karo.</w:t>
      </w:r>
      <w:r>
        <w:br/>
      </w:r>
      <w:r>
        <w:rPr>
          <w:sz w:val="20"/>
        </w:rPr>
        <w:t>20:39  yani is ko positive sense mein lo. to kya hoga? tumhare andar aik aik aur salahiyat in fold ho jaye gi.</w:t>
      </w:r>
      <w:r>
        <w:br/>
      </w:r>
      <w:r>
        <w:rPr>
          <w:sz w:val="20"/>
        </w:rPr>
        <w:t>20:53  yani blind hona, dif aur damp hona, lame hona, aik aik aur salahiyat ko jagane ka sabab ban jaye ga. differently abled ka concept yeh hai.</w:t>
      </w:r>
      <w:r>
        <w:br/>
      </w:r>
      <w:r>
        <w:rPr>
          <w:sz w:val="20"/>
        </w:rPr>
        <w:t>21:06  to kitni bari cheez hai jis ka clue quran mein diya gaya tha.</w:t>
      </w:r>
    </w:p>
    <w:p>
      <w:pPr>
        <w:pStyle w:val="Heading2"/>
      </w:pPr>
      <w:r>
        <w:t>First revelation and Waraqa's confirmation</w:t>
      </w:r>
    </w:p>
    <w:p>
      <w:r>
        <w:rPr>
          <w:color w:val="666666"/>
          <w:sz w:val="18"/>
        </w:rPr>
        <w:t>Story of Sahaba | January 11, 2008 · 2m 01s · at 2:47 · https://youtu.be/CtZdUnx9tLU?t=167</w:t>
      </w:r>
    </w:p>
    <w:p>
      <w:r>
        <w:rPr>
          <w:i/>
        </w:rPr>
        <w:t>“Dekhiye, Rasulullah ko 610 Isvi mein nubuwat mili”</w:t>
      </w:r>
    </w:p>
    <w:p>
      <w:r>
        <w:rPr>
          <w:sz w:val="20"/>
        </w:rPr>
        <w:t>2:47  alag se bhi bohat si kitaben likhi gayi hain, woh har zaban mein milti hain.</w:t>
      </w:r>
      <w:r>
        <w:br/>
      </w:r>
      <w:r>
        <w:rPr>
          <w:sz w:val="20"/>
        </w:rPr>
        <w:t>2:57  yahan mein kuch waqiat bayan karunga jin mein hamare liye sabak hai.</w:t>
      </w:r>
      <w:r>
        <w:br/>
      </w:r>
      <w:r>
        <w:rPr>
          <w:sz w:val="20"/>
        </w:rPr>
        <w:t>3:07  dekhiye, rasoolullah ko 610 isvi mein nabuwwat mili, yani pehli wahi aap ke upar aai</w:t>
      </w:r>
      <w:r>
        <w:br/>
      </w:r>
      <w:r>
        <w:rPr>
          <w:sz w:val="20"/>
        </w:rPr>
        <w:t>3:17  .</w:t>
      </w:r>
      <w:r>
        <w:br/>
      </w:r>
      <w:r>
        <w:rPr>
          <w:sz w:val="20"/>
        </w:rPr>
        <w:t>3:25  yeh bara anokha experience tha aap ke liye.</w:t>
      </w:r>
      <w:r>
        <w:br/>
      </w:r>
      <w:r>
        <w:rPr>
          <w:sz w:val="20"/>
        </w:rPr>
        <w:t>3:33  to aap is waqt thay ghar e hira mein, wahan se laut kar aap aaye apni ahliya khadija ke paas.</w:t>
      </w:r>
      <w:r>
        <w:br/>
      </w:r>
      <w:r>
        <w:rPr>
          <w:sz w:val="20"/>
        </w:rPr>
        <w:t>3:40  to aap un ko le gayeen makkah mein aik sahib ke paas jinka naam tha</w:t>
      </w:r>
      <w:r>
        <w:br/>
      </w:r>
      <w:r>
        <w:rPr>
          <w:sz w:val="20"/>
        </w:rPr>
        <w:t>3:48  warqa bin nofil.</w:t>
      </w:r>
      <w:r>
        <w:br/>
      </w:r>
      <w:r>
        <w:rPr>
          <w:sz w:val="20"/>
        </w:rPr>
        <w:t>3:56  warqa bin nofil jo thay, woh khadija ke door ke rishtedar bhi thay.</w:t>
      </w:r>
      <w:r>
        <w:br/>
      </w:r>
      <w:r>
        <w:rPr>
          <w:sz w:val="20"/>
        </w:rPr>
        <w:t>4:03  woh unhon ne kai mazhabon ko parha tha aur unhon ne isaiyat ko qabool kar liya tha.</w:t>
      </w:r>
      <w:r>
        <w:br/>
      </w:r>
      <w:r>
        <w:rPr>
          <w:sz w:val="20"/>
        </w:rPr>
        <w:t>4:11  lekin thay woh basically seeker haq ke mutalashi.</w:t>
      </w:r>
      <w:r>
        <w:br/>
      </w:r>
      <w:r>
        <w:rPr>
          <w:sz w:val="20"/>
        </w:rPr>
        <w:t>4:19  to jab aap un se mile to un ki umar kafi ho chuki thi, woh nabina bhi ho chuke thay aur bohat boorhay ho chuke thay. to unhon ne aap ki baton ko suna, aap ne is tajrube ko bayan kiya jo ghare hira mein aap ke saath pesh aaya tha. to warqa bin nawfal ne isai aur yahudi literature ko, yani bible ko padha tha. to woh ashna thay ke nabuwat kya</w:t>
      </w:r>
    </w:p>
    <w:p>
      <w:pPr>
        <w:pStyle w:val="Heading2"/>
      </w:pPr>
      <w:r>
        <w:t>Three terms of hadith Ahlullah explained</w:t>
      </w:r>
    </w:p>
    <w:p>
      <w:r>
        <w:rPr>
          <w:color w:val="666666"/>
          <w:sz w:val="18"/>
        </w:rPr>
        <w:t>The Message of Islam March 29, 2014 Maulana Wahiduddin Khan · 1m 49s · at 1:14 · https://youtu.be/cVBrjiI9ngY?t=74</w:t>
      </w:r>
    </w:p>
    <w:p>
      <w:r>
        <w:rPr>
          <w:i/>
        </w:rPr>
        <w:t>“This hadith has three words: Ahlullah, Ahl al-Quran, Khassatullah.”</w:t>
      </w:r>
    </w:p>
    <w:p>
      <w:r>
        <w:rPr>
          <w:sz w:val="20"/>
        </w:rPr>
        <w:t>1:14  This hadith that was recited has three terms in it: 'Ahlullah', 'Ahlul Quran', and 'Khassatullah'. Three terms.</w:t>
      </w:r>
      <w:r>
        <w:br/>
      </w:r>
      <w:r>
        <w:rPr>
          <w:sz w:val="20"/>
        </w:rPr>
        <w:t>1:34  Upon reflection, it is understood that the central term here is 'Ahlullah'. Meaning, among people, there are those who are Ahlullah, meaning, they belong to Allah.</w:t>
      </w:r>
      <w:r>
        <w:br/>
      </w:r>
      <w:r>
        <w:rPr>
          <w:sz w:val="20"/>
        </w:rPr>
        <w:t>1:53  It is said about them that they are Allah's special servants. They are Allah's special servants.</w:t>
      </w:r>
      <w:r>
        <w:br/>
      </w:r>
      <w:r>
        <w:rPr>
          <w:sz w:val="20"/>
        </w:rPr>
        <w:t>2:04  aur teesra jo lafz hai "ahl-e-quran" is se maloom hota hai ke yeh bande bante kaise hain.</w:t>
      </w:r>
      <w:r>
        <w:br/>
      </w:r>
      <w:r>
        <w:rPr>
          <w:sz w:val="20"/>
        </w:rPr>
        <w:t>2:15  kya tareeqa hai aise bandon ke banne ka? woh yeh hai ke woh quran ko apna concern bana lete hain, quran mein ghore o fikr karte hain, quran mein tadabbur karte hain,</w:t>
      </w:r>
      <w:r>
        <w:br/>
      </w:r>
      <w:r>
        <w:rPr>
          <w:sz w:val="20"/>
        </w:rPr>
        <w:t>2:31  quran se apna rizq lete hain. is tarah se woh un ke andar ek personality banti hai.</w:t>
      </w:r>
      <w:r>
        <w:br/>
      </w:r>
      <w:r>
        <w:rPr>
          <w:sz w:val="20"/>
        </w:rPr>
        <w:t>2:44  yeh personality jo banti hai bohat hi khaas personality hoti hai aur yahi Allah ke nazdeek Allah wale log hain.</w:t>
      </w:r>
      <w:r>
        <w:br/>
      </w:r>
      <w:r>
        <w:rPr>
          <w:sz w:val="20"/>
        </w:rPr>
        <w:t>2:57  to yeh baat is hadith se maloom hui.</w:t>
      </w:r>
    </w:p>
    <w:p>
      <w:pPr>
        <w:pStyle w:val="Heading2"/>
      </w:pPr>
      <w:r>
        <w:t>Tahajjud for Quran recitation and reflection</w:t>
      </w:r>
    </w:p>
    <w:p>
      <w:r>
        <w:rPr>
          <w:color w:val="666666"/>
          <w:sz w:val="18"/>
        </w:rPr>
        <w:t>Quran The Book of Guidance 21 July, 2013 - Maulana Wahiduddin Khan · 3m 01s · at 9:02 · https://youtu.be/u0vvvl3R5ro?t=542</w:t>
      </w:r>
    </w:p>
    <w:p>
      <w:r>
        <w:rPr>
          <w:i/>
        </w:rPr>
        <w:t>“Is mein kya hai? Ratal al-Quran tartilan”</w:t>
      </w:r>
    </w:p>
    <w:p>
      <w:r>
        <w:rPr>
          <w:sz w:val="20"/>
        </w:rPr>
        <w:t>9:02  is mein kya hai? "rattil al-qurana tartila". "rattil al-qurana tartila" yeh hai, yani quran ko theher theher kar padho.</w:t>
      </w:r>
      <w:r>
        <w:br/>
      </w:r>
      <w:r>
        <w:rPr>
          <w:sz w:val="20"/>
        </w:rPr>
        <w:t>9:15  "recite the quran slowly and thoughtfully".</w:t>
      </w:r>
      <w:r>
        <w:br/>
      </w:r>
      <w:r>
        <w:rPr>
          <w:sz w:val="20"/>
        </w:rPr>
        <w:t>9:24  "recite the quran slowly and thoughtfully" kyun? yeh tadabbur ka tareeqa hai. jab quran ko is tarah padhein ke is ke ma'ni par aap ka dhyan laga hua ho, jis ko tadabbur kaha jata hai,</w:t>
      </w:r>
      <w:r>
        <w:br/>
      </w:r>
      <w:r>
        <w:rPr>
          <w:sz w:val="20"/>
        </w:rPr>
        <w:t>9:39  tab yahi hoga ke aap dheere dheere padhenge, theher theher kar padhenge, soch soch kar padhenge. toh tartil ka matlab yeh jo hai quran mein ke "rattil al-qurana tartila",</w:t>
      </w:r>
      <w:r>
        <w:br/>
      </w:r>
      <w:r>
        <w:rPr>
          <w:sz w:val="20"/>
        </w:rPr>
        <w:t>9:53  yani subah raat ko, raat ke pichhle pahar, yani second half jo hota hai raat ka, us waqt utho.</w:t>
      </w:r>
      <w:r>
        <w:br/>
      </w:r>
      <w:r>
        <w:rPr>
          <w:sz w:val="20"/>
        </w:rPr>
        <w:t>10:04  aur kaha gaya ke "rattil al-qurana tartila". quran ko padho theher theher kar. is ka matlab yeh hai ke "recite the quran slowly and thoughtfully",</w:t>
      </w:r>
      <w:r>
        <w:br/>
      </w:r>
      <w:r>
        <w:rPr>
          <w:sz w:val="20"/>
        </w:rPr>
        <w:t>10:18  yani tadabbur ke sath. dekhein, is ayat, is is ayat ko, is surah mein aap padhiye. yahan se jaane ke baad dobara is surah mein koi bhi zikr nahi hai, na namaz ka, na ruku ka, na sajde ka.</w:t>
      </w:r>
      <w:r>
        <w:br/>
      </w:r>
      <w:r>
        <w:rPr>
          <w:sz w:val="20"/>
        </w:rPr>
        <w:t>10:35  ruku hai quran ko padhne ka, aur teen baar hai. is se maloom hua ke asal jo maqsad hai subah ko uthne ka, woh hai quran ka tadabbur.</w:t>
      </w:r>
      <w:r>
        <w:br/>
      </w:r>
      <w:r>
        <w:rPr>
          <w:sz w:val="20"/>
        </w:rPr>
        <w:t>10:52  dekhein ke momin jab uthega raat ko, uth raat ke pichhle pahar, toh zahir hai ke woh wuzu karega, woh kuch rakat namaz ki bhi padhega.</w:t>
      </w:r>
      <w:r>
        <w:br/>
      </w:r>
      <w:r>
        <w:rPr>
          <w:sz w:val="20"/>
        </w:rPr>
        <w:t>11:03  aisa nahi ho sakta ke uthe aur aur yun hi lage kitab utha ke padhne. jo momin ka tareeqa hai, woh yahi karega ke uth kar woh wuzu karega, ya agar woh aadi hai nahane ka toh subah ko nahayega,</w:t>
      </w:r>
      <w:r>
        <w:br/>
      </w:r>
      <w:r>
        <w:rPr>
          <w:sz w:val="20"/>
        </w:rPr>
        <w:t>11:22  woh us waqt nahayega toh wuzu karega, kuch rakat namaz ki padhega, aur phir quran ki tilawat karega, baith kar ke der tak, bahut der tak tilawat, yani tadabbur karega.</w:t>
      </w:r>
      <w:r>
        <w:br/>
      </w:r>
      <w:r>
        <w:rPr>
          <w:sz w:val="20"/>
        </w:rPr>
        <w:t>11:38  toh jahan tak mein samajh paya hoon, surah al-muzammil mein jis shab bedari ka zikr hai, woh aslan 8 rakat aur 20 rakat namaz ke liye nahi hai.</w:t>
      </w:r>
      <w:r>
        <w:br/>
      </w:r>
      <w:r>
        <w:rPr>
          <w:sz w:val="20"/>
        </w:rPr>
        <w:t>11:49  woh aslan quran ko tartil ke sath parhne ke liye hai, yani dheere dheere parhna, theher kar parhna, soch kar parhna, is ke alfaaz mein dhyan dena, yeh hai.</w:t>
      </w:r>
    </w:p>
    <w:p>
      <w:pPr>
        <w:pStyle w:val="Heading2"/>
      </w:pPr>
      <w:r>
        <w:t>Revelation shock, wrapped in cloak, command to rise</w:t>
      </w:r>
    </w:p>
    <w:p>
      <w:r>
        <w:rPr>
          <w:color w:val="666666"/>
          <w:sz w:val="18"/>
        </w:rPr>
        <w:t>Reflections on Surah Al-Muzzammil May 19, 2024 · 2m 11s · at 2:23 · https://youtu.be/4pduG4qDeDM?t=143</w:t>
      </w:r>
    </w:p>
    <w:p>
      <w:r>
        <w:rPr>
          <w:i/>
        </w:rPr>
        <w:t>“Ya ayyuhal Muzzammil — get up, it's not time to sleep”</w:t>
      </w:r>
    </w:p>
    <w:p>
      <w:r>
        <w:rPr>
          <w:sz w:val="20"/>
        </w:rPr>
        <w:t>2:23  ya ayyuhal muzzammil, O you the one who is wrapped up in your garment, in your blanket.</w:t>
      </w:r>
      <w:r>
        <w:br/>
      </w:r>
      <w:r>
        <w:rPr>
          <w:sz w:val="20"/>
        </w:rPr>
        <w:t>2:32  so Allah is calling the Prophet (PBUH) by the name of Al-Muzzammil, which means the one who is sleeping and is covered by his blanket or cloak or garment.</w:t>
      </w:r>
      <w:r>
        <w:br/>
      </w:r>
      <w:r>
        <w:rPr>
          <w:sz w:val="20"/>
        </w:rPr>
        <w:t>2:49  if you remember, when the first revelation came, the Prophet was shattered and he was shaking and t</w:t>
      </w:r>
      <w:r>
        <w:br/>
      </w:r>
      <w:r>
        <w:rPr>
          <w:sz w:val="20"/>
        </w:rPr>
        <w:t>2:57  rimling. Sohiranto Hazrat Khadijah Razi Allah Anha and he said, "Zammiluni, Zammiluni, Qummi, Qummi." So the word Zammiluni and Muzammil comes from the same root word.</w:t>
      </w:r>
      <w:r>
        <w:br/>
      </w:r>
      <w:r>
        <w:rPr>
          <w:sz w:val="20"/>
        </w:rPr>
        <w:t>3:10  And so this is a very affectionat and long way of addressing the prophet, Ya ayuhal Muzammil. And it meant that it's not time to sleep, it's time to</w:t>
      </w:r>
      <w:r>
        <w:br/>
      </w:r>
      <w:r>
        <w:rPr>
          <w:sz w:val="20"/>
        </w:rPr>
        <w:t>3:27  wake up. You get up and you build the strength and the spirit which is needed for conveying the message of the Quran to the people.</w:t>
      </w:r>
      <w:r>
        <w:br/>
      </w:r>
      <w:r>
        <w:rPr>
          <w:sz w:val="20"/>
        </w:rPr>
        <w:t>3:37  AN</w:t>
      </w:r>
      <w:r>
        <w:br/>
      </w:r>
      <w:r>
        <w:rPr>
          <w:sz w:val="20"/>
        </w:rPr>
        <w:t>3:38  did not say, "Qum, Qum al layla illa qalila." Ya ayuhal Muzammil, "Qum al layla illa qalila." This is the first command of Tahajjud in the Quran.</w:t>
      </w:r>
      <w:r>
        <w:br/>
      </w:r>
      <w:r>
        <w:rPr>
          <w:sz w:val="20"/>
        </w:rPr>
        <w:t>3:50  Ji. And you can understand its importance that right at the beginning the command was given. At that time, five daily prayers were not prescribed.</w:t>
      </w:r>
      <w:r>
        <w:br/>
      </w:r>
      <w:r>
        <w:rPr>
          <w:sz w:val="20"/>
        </w:rPr>
        <w:t>4:00  They were prescribed by the end of Mecca, Hijra in Isra and Miraj.</w:t>
      </w:r>
      <w:r>
        <w:br/>
      </w:r>
      <w:r>
        <w:rPr>
          <w:sz w:val="20"/>
        </w:rPr>
        <w:t>4:09  So "Qum al layla illa qalila" means, O you who are wrapped up in your blanket, in your cloak, get up, stand up to pray much of the night.</w:t>
      </w:r>
      <w:r>
        <w:br/>
      </w:r>
      <w:r>
        <w:rPr>
          <w:sz w:val="20"/>
        </w:rPr>
        <w:t>4:24  Half of it, half of the night, or even a little less than half of the night. So the choice is given.</w:t>
      </w:r>
    </w:p>
    <w:p>
      <w:pPr>
        <w:pStyle w:val="Heading2"/>
      </w:pPr>
      <w:r>
        <w:t>women actually gain more through inheritance rules</w:t>
      </w:r>
    </w:p>
    <w:p>
      <w:r>
        <w:rPr>
          <w:color w:val="666666"/>
          <w:sz w:val="18"/>
        </w:rPr>
        <w:t>In Conversation with Maulana Wahiduddin Khan English · 1m 50s · at 29:17 · https://youtu.be/QZrkP8Z3Fv8?t=1757</w:t>
      </w:r>
    </w:p>
    <w:p>
      <w:r>
        <w:rPr>
          <w:i/>
        </w:rPr>
        <w:t>“No, a woman is far more in an advantageous position”</w:t>
      </w:r>
    </w:p>
    <w:p>
      <w:r>
        <w:rPr>
          <w:sz w:val="20"/>
        </w:rPr>
        <w:t>29:17  But Maulana, again, in terms of inheritance of wealth, it is said that when you divide it between the woman and a man, a woman should have half that share of a man.</w:t>
      </w:r>
      <w:r>
        <w:br/>
      </w:r>
      <w:r>
        <w:rPr>
          <w:sz w:val="20"/>
        </w:rPr>
        <w:t>29:28  Why is it so?</w:t>
      </w:r>
      <w:r>
        <w:br/>
      </w:r>
      <w:r>
        <w:rPr>
          <w:sz w:val="20"/>
        </w:rPr>
        <w:t>29:31  No. A woman is far more advantageous far more in an advantageous position. Because a woman receives shares from her parents.</w:t>
      </w:r>
      <w:r>
        <w:br/>
      </w:r>
      <w:r>
        <w:rPr>
          <w:sz w:val="20"/>
        </w:rPr>
        <w:t>29:49  And again, she receives shares from her husband.</w:t>
      </w:r>
      <w:r>
        <w:br/>
      </w:r>
      <w:r>
        <w:rPr>
          <w:sz w:val="20"/>
        </w:rPr>
        <w:t>29:54  And again, she is not</w:t>
      </w:r>
      <w:r>
        <w:br/>
      </w:r>
      <w:r>
        <w:rPr>
          <w:sz w:val="20"/>
        </w:rPr>
        <w:t>30:01  when she is married with a man and they are living in a house, so a man is responsible for all kinds of expenses.</w:t>
      </w:r>
      <w:r>
        <w:br/>
      </w:r>
      <w:r>
        <w:rPr>
          <w:sz w:val="20"/>
        </w:rPr>
        <w:t>30:12  A woman is not. So, you see that a woman's share is threefold</w:t>
      </w:r>
      <w:r>
        <w:br/>
      </w:r>
      <w:r>
        <w:rPr>
          <w:sz w:val="20"/>
        </w:rPr>
        <w:t>30:19  : one from her parents, one from her husband, and one is her own income. So, women are in an advantageous position as compared to men.</w:t>
      </w:r>
      <w:r>
        <w:br/>
      </w:r>
      <w:r>
        <w:rPr>
          <w:sz w:val="20"/>
        </w:rPr>
        <w:t>30:34  Men find shares only from their parents, from their fath</w:t>
      </w:r>
      <w:r>
        <w:br/>
      </w:r>
      <w:r>
        <w:rPr>
          <w:sz w:val="20"/>
        </w:rPr>
        <w:t>30:44  er. He has noright to share from his wife.</w:t>
      </w:r>
      <w:r>
        <w:br/>
      </w:r>
      <w:r>
        <w:rPr>
          <w:sz w:val="20"/>
        </w:rPr>
        <w:t>30:53  A wife's income is her own income. So, men are not in loss</w:t>
      </w:r>
      <w:r>
        <w:br/>
      </w:r>
      <w:r>
        <w:rPr>
          <w:sz w:val="20"/>
        </w:rPr>
        <w:t>31:04  in this case.</w:t>
      </w:r>
    </w:p>
    <w:p>
      <w:pPr>
        <w:pStyle w:val="Heading2"/>
      </w:pPr>
      <w:r>
        <w:t>Hadith on water disappearing meets a Quran verse on receding water</w:t>
      </w:r>
    </w:p>
    <w:p>
      <w:r>
        <w:rPr>
          <w:color w:val="666666"/>
          <w:sz w:val="18"/>
        </w:rPr>
        <w:t>Fasting Training for Discipline August 16, 2009 · 2m 34s · at 42:45 · https://youtu.be/sZw-RIqkF1c?t=2565</w:t>
      </w:r>
    </w:p>
    <w:p>
      <w:r>
        <w:rPr>
          <w:i/>
        </w:rPr>
        <w:t>“Rasulallah ne farmaya: khatma-e-hayat kaise hogi?”</w:t>
      </w:r>
    </w:p>
    <w:p>
      <w:r>
        <w:rPr>
          <w:sz w:val="20"/>
        </w:rPr>
        <w:t>42:45  dekhen, aik hadith hai jis mein Rasool Allah ne farmaya ke "end of the end of the history" kaise hoga?</w:t>
      </w:r>
      <w:r>
        <w:br/>
      </w:r>
      <w:r>
        <w:rPr>
          <w:sz w:val="20"/>
        </w:rPr>
        <w:t>42:54  yani khatma hayat kaise hogi? to aap ne farmaya ke pani jo hai, pani, water, sab se pehle us ka one third khatam ho jayega,</w:t>
      </w:r>
      <w:r>
        <w:br/>
      </w:r>
      <w:r>
        <w:rPr>
          <w:sz w:val="20"/>
        </w:rPr>
        <w:t>43:05  phir two third khatam hoga. is ke baad kya hoga? dunya mein no water ki shakal ban jayegi. yani water hi nahi hoga.</w:t>
      </w:r>
      <w:r>
        <w:br/>
      </w:r>
      <w:r>
        <w:rPr>
          <w:sz w:val="20"/>
        </w:rPr>
        <w:t>43:15  one third pehle khatam hua, phir two third khatam hoga, phir no water aa jayega. to log samajhte thay pehle us ko water disappear ho jayega.</w:t>
      </w:r>
      <w:r>
        <w:br/>
      </w:r>
      <w:r>
        <w:rPr>
          <w:sz w:val="20"/>
        </w:rPr>
        <w:t>43:26  yeh galat hai. nahi, usable nahi rahega woh.</w:t>
      </w:r>
      <w:r>
        <w:br/>
      </w:r>
      <w:r>
        <w:rPr>
          <w:sz w:val="20"/>
        </w:rPr>
        <w:t>43:33  woh kaise? abhi yeh dekhen, jo reports aa rahi hain, abhi kal parson mein report parh raha tha us ke bare mein, Ganga ke bare mein.</w:t>
      </w:r>
      <w:r>
        <w:br/>
      </w:r>
      <w:r>
        <w:rPr>
          <w:sz w:val="20"/>
        </w:rPr>
        <w:t>43:46  Ganga ke bare mein government arbon kharbon rupay kharch kar rahi hai, lekin aik expert bata raha tha ke Ganga ka pani 50 percent kam ho chuka hai.</w:t>
      </w:r>
      <w:r>
        <w:br/>
      </w:r>
      <w:r>
        <w:rPr>
          <w:sz w:val="20"/>
        </w:rPr>
        <w:t>43:58  kam ho chuka hai.</w:t>
      </w:r>
      <w:r>
        <w:br/>
      </w:r>
      <w:r>
        <w:rPr>
          <w:sz w:val="20"/>
        </w:rPr>
        <w:t>43:59  jitna pani ganga mein rehta tha, us se ab bohat kam pani hai ganga mein. jamna ka pani bohat hi kam ho gaya hai, bohat kam ho gaya hai. aise saare rivers ka haal hai, talab ka haal hai, jheelon ka haal hai, jitne pani ke reservoirs the, un ka haal hai.</w:t>
      </w:r>
      <w:r>
        <w:br/>
      </w:r>
      <w:r>
        <w:rPr>
          <w:sz w:val="20"/>
        </w:rPr>
        <w:t>44:15  yeh kyun aisa ho raha hai? aisa kyun ho raha hai? kyunke glacier se pani aata tha ganga jamna mein.</w:t>
      </w:r>
      <w:r>
        <w:br/>
      </w:r>
      <w:r>
        <w:rPr>
          <w:sz w:val="20"/>
        </w:rPr>
        <w:t>44:22  hamare yeh pahar ke oper jo barf ka, hamare yeh pahar ke oper barf ka pahar hai, jis ko hum glacier kehte hain, woh bohat ziyada pighal chuka hai global warming ki wajah se.</w:t>
      </w:r>
      <w:r>
        <w:br/>
      </w:r>
      <w:r>
        <w:rPr>
          <w:sz w:val="20"/>
        </w:rPr>
        <w:t>44:37  yani gire. to ek ayat meri samajh mein aayi qul inna asbahakum ma huwa kum ghawran fa ma ya teekum ba ma yama'in</w:t>
      </w:r>
      <w:r>
        <w:br/>
      </w:r>
      <w:r>
        <w:rPr>
          <w:sz w:val="20"/>
        </w:rPr>
        <w:t>44:48  . yahan yeh ayat mein lafz ghawra jo hai, ghawra ke ma'ni hain oper se neechay utarna. to is mein hai ke pani agar neechay utar jaye</w:t>
      </w:r>
      <w:r>
        <w:br/>
      </w:r>
      <w:r>
        <w:rPr>
          <w:sz w:val="20"/>
        </w:rPr>
        <w:t>44:59  to tum kya karoge? maye ma'een yani fresh water kahan se paoge tum? yeh jo ayat quran majeed ki hai qul inna asbahakum ma huwa kum ghawran fa ma ya teekum ba ma yama'in .</w:t>
      </w:r>
      <w:r>
        <w:br/>
      </w:r>
      <w:r>
        <w:rPr>
          <w:sz w:val="20"/>
        </w:rPr>
        <w:t>45:10  yani pani agar neechay utar jaye to tum maye ma'een yani fresh water kahan se paoge? yehi to ho raha hai is waqt</w:t>
      </w:r>
    </w:p>
    <w:p>
      <w:pPr>
        <w:pStyle w:val="Heading2"/>
      </w:pPr>
      <w:r>
        <w:t>Individual and social commands in Islam</w:t>
      </w:r>
    </w:p>
    <w:p>
      <w:r>
        <w:rPr>
          <w:color w:val="666666"/>
          <w:sz w:val="18"/>
        </w:rPr>
        <w:t>Misinterpretation of Islam July 24, 2008 · 3m 25s · at 15:32 · https://youtu.be/SNX20ErFRDo?t=932</w:t>
      </w:r>
    </w:p>
    <w:p>
      <w:r>
        <w:rPr>
          <w:i/>
        </w:rPr>
        <w:t>“Islam distinguishes between individual and social commands.”</w:t>
      </w:r>
    </w:p>
    <w:p>
      <w:r>
        <w:rPr>
          <w:sz w:val="20"/>
        </w:rPr>
        <w:t>15:32  yeh hai political interpretation. is mein ghalati kya thi? is mein ghalati yeh thi ke dekhiye, Islam ke Islam ka ek bohat hi basic principle yeh hai:</w:t>
      </w:r>
      <w:r>
        <w:br/>
      </w:r>
      <w:r>
        <w:rPr>
          <w:sz w:val="20"/>
        </w:rPr>
        <w:t>15:48  "la yukallifullahu nafsan illa wus'aha". wus'aha yani Khuda kisi ko itna hi, Khuda kisi ko itna hi karne ka hukum deta hai jitna ke us ke bas mein ho,</w:t>
      </w:r>
      <w:r>
        <w:br/>
      </w:r>
      <w:r>
        <w:rPr>
          <w:sz w:val="20"/>
        </w:rPr>
        <w:t>16:05  jitna us ke bas mein ho. is ka matlab hai jitna us ke bas mein ho.</w:t>
      </w:r>
      <w:r>
        <w:br/>
      </w:r>
      <w:r>
        <w:rPr>
          <w:sz w:val="20"/>
        </w:rPr>
        <w:t>16:13  to yeh hai Islam ka basic principle. ab aap dekhiye, is ko samajhne ke liye main arz karta hoon ke Islam ke kuch hukum woh hain jin ko main khud apne zaati irade se kar sakta hoon.</w:t>
      </w:r>
      <w:r>
        <w:br/>
      </w:r>
      <w:r>
        <w:rPr>
          <w:sz w:val="20"/>
        </w:rPr>
        <w:t>16:29  jaise agar main chahun ke main Khuda ko ek manoon to main koi rok nahi, main apni zaban se keh sakta hoon ke "ashhadu an la ilaha illallah".</w:t>
      </w:r>
      <w:r>
        <w:br/>
      </w:r>
      <w:r>
        <w:rPr>
          <w:sz w:val="20"/>
        </w:rPr>
        <w:t>16:39  to is mein khuda ko aik mannay mein mujhe koi apnay hi ko badalna hai, kisi aur ko badalnay ka mamla is mein shamil nahi hai.</w:t>
      </w:r>
      <w:r>
        <w:br/>
      </w:r>
      <w:r>
        <w:rPr>
          <w:sz w:val="20"/>
        </w:rPr>
        <w:t>16:51  aisay hi mujhe namaz parhna ho to mein jab chahoon namaz parhoon, koi rok nahi hai is mein. aisay mujhe sach bolna hai, honesty hai, peaceful rehna hai.</w:t>
      </w:r>
      <w:r>
        <w:br/>
      </w:r>
      <w:r>
        <w:rPr>
          <w:sz w:val="20"/>
        </w:rPr>
        <w:t>17:02  yeh sab mein apnay hi free will se kar sakta hoon. to islam ka jo teachings hain, is ka aik hissa woh hai jo individual se talluq rakhta hai.</w:t>
      </w:r>
      <w:r>
        <w:br/>
      </w:r>
      <w:r>
        <w:rPr>
          <w:sz w:val="20"/>
        </w:rPr>
        <w:t>17:14  yani koi bhi individual jab chahe to is par amal karne lage, woh yani individual based teachings. yeh aik hai is ka.</w:t>
      </w:r>
      <w:r>
        <w:br/>
      </w:r>
      <w:r>
        <w:rPr>
          <w:sz w:val="20"/>
        </w:rPr>
        <w:t>17:25  dosra jo hai woh society based. yani society mein is ko</w:t>
      </w:r>
      <w:r>
        <w:br/>
      </w:r>
      <w:r>
        <w:rPr>
          <w:sz w:val="20"/>
        </w:rPr>
        <w:t>17:33  naafiz karna. jaise ke aap chahte hain ke sharab peenay walay koora mara jaye to aap as an individual nahi maar sakte.</w:t>
      </w:r>
      <w:r>
        <w:br/>
      </w:r>
      <w:r>
        <w:rPr>
          <w:sz w:val="20"/>
        </w:rPr>
        <w:t>17:43  to society badlay gi, law badlay ga, aap political power aap ke paas hoga, tab aap aisa kar sakte hain ke sharab peenay walay koora marein.</w:t>
      </w:r>
      <w:r>
        <w:br/>
      </w:r>
      <w:r>
        <w:rPr>
          <w:sz w:val="20"/>
        </w:rPr>
        <w:t>17:55  to woh woh individual based hukum nahi hua, woh society based hua. woh to yeh farq hai islam mein.</w:t>
      </w:r>
      <w:r>
        <w:br/>
      </w:r>
      <w:r>
        <w:rPr>
          <w:sz w:val="20"/>
        </w:rPr>
        <w:t>18:05  yeh islam differentiates between two type of hukum. ke jahan tak individual ki baat hai, wahan to har aadmi par farz hai ke woh is ko apnaye.</w:t>
      </w:r>
      <w:r>
        <w:br/>
      </w:r>
      <w:r>
        <w:rPr>
          <w:sz w:val="20"/>
        </w:rPr>
        <w:t>18:16  lekin jahan society involve hoti hai, jahan social system involve hota hai, wahan par aap par farz nahi hai ke aap preaching karein, peaceful preaching karein ga.</w:t>
      </w:r>
      <w:r>
        <w:br/>
      </w:r>
      <w:r>
        <w:rPr>
          <w:sz w:val="20"/>
        </w:rPr>
        <w:t>18:29  wait karein ge us waqt tak jab tak ke social change na aa jaye, society mein badlao na aa jaye. isi baat ko rasool Allah ne kaha hai is tareeqay se ke "kama takoon kadhalik yool aleikum".</w:t>
      </w:r>
      <w:r>
        <w:br/>
      </w:r>
      <w:r>
        <w:rPr>
          <w:sz w:val="20"/>
        </w:rPr>
        <w:t>18:45  jaise tum ho gaye, waise hi tumharay hukmana ho gaye. yani jaise society, waise rulers. jaise society, waise rulers.</w:t>
      </w:r>
    </w:p>
    <w:p>
      <w:pPr>
        <w:pStyle w:val="Heading2"/>
      </w:pPr>
      <w:r>
        <w:t>complaining is pointless, master hardship management instead</w:t>
      </w:r>
    </w:p>
    <w:p>
      <w:r>
        <w:rPr>
          <w:color w:val="666666"/>
          <w:sz w:val="18"/>
        </w:rPr>
        <w:t>Man Between Angels and Satan August 14, 2011 · 2m 15s · at 48:36 · https://youtu.be/cRXTSSZNM30?t=2916</w:t>
      </w:r>
    </w:p>
    <w:p>
      <w:r>
        <w:rPr>
          <w:i/>
        </w:rPr>
        <w:t>“Musalman aksar shikayat karte hain ke yeh zulm ho raha hai”</w:t>
      </w:r>
    </w:p>
    <w:p>
      <w:r>
        <w:rPr>
          <w:sz w:val="20"/>
        </w:rPr>
        <w:t>48:36  musalman aksar shikayat karte hain yeh zulm ho raha hai wasaish ho rahi hai yeh problem hamari create kiya gaya hai waghera waghera to jab aap Quran ko padhenge sochenge to Quran mein likha hua hai laqad khalaqnal insana fi kabad insaan ko aap ne paida kiya mushaqaton mein hardship mein ab is ko padh ke jab aap sochenge aap to aap kahenge hardship to part of nature hai</w:t>
      </w:r>
      <w:r>
        <w:br/>
      </w:r>
      <w:r>
        <w:rPr>
          <w:sz w:val="20"/>
        </w:rPr>
        <w:t>49:05  is ke baad cheekhne chalane se kya faida</w:t>
      </w:r>
      <w:r>
        <w:br/>
      </w:r>
      <w:r>
        <w:rPr>
          <w:sz w:val="20"/>
        </w:rPr>
        <w:t>49:11  cheekhne cheekhne chalane se kya faida zindagi mein lazman aisa hoga ke kabad paish aaye ga mushkilain paish aayengi problem paish aayenge hardship paish aayenge</w:t>
      </w:r>
      <w:r>
        <w:br/>
      </w:r>
      <w:r>
        <w:rPr>
          <w:sz w:val="20"/>
        </w:rPr>
        <w:t>49:27  to aap ko kya karna hai you have to know the art of hardship management</w:t>
      </w:r>
      <w:r>
        <w:br/>
      </w:r>
      <w:r>
        <w:rPr>
          <w:sz w:val="20"/>
        </w:rPr>
        <w:t>49:36  you have to know the art of problem management to yeh jo chekhna chalana hota hai jo protest karte hain musalman jo complain karte hain yeh sab bilkul be maani baatein hain maani baatein hain kyun Quran ko padhte nahi padhte hain sirf sawab ke liye</w:t>
      </w:r>
      <w:r>
        <w:br/>
      </w:r>
      <w:r>
        <w:rPr>
          <w:sz w:val="20"/>
        </w:rPr>
        <w:t>49:57  sirf sawab ke liye halanke Quran hai is liye ke is par aap ghaur o fikr karein</w:t>
      </w:r>
      <w:r>
        <w:br/>
      </w:r>
      <w:r>
        <w:rPr>
          <w:sz w:val="20"/>
        </w:rPr>
        <w:t>50:07  aj kal riwaj hai ke bas kisi na kisi tarike se chand din mein Quran ko khatam padha lenge bas is se farigh ho gaye ab kuch nahi</w:t>
      </w:r>
      <w:r>
        <w:br/>
      </w:r>
      <w:r>
        <w:rPr>
          <w:sz w:val="20"/>
        </w:rPr>
        <w:t>50:19  yeh maqsad hi nahi hai kisi na kisi tarike se aap chand din mein Quran ko khatam kar lein tarawih mein aur phir mahine bhar aap farigh rahein</w:t>
      </w:r>
      <w:r>
        <w:br/>
      </w:r>
      <w:r>
        <w:rPr>
          <w:sz w:val="20"/>
        </w:rPr>
        <w:t>50:30  nahi pure mahine mein sochna hai pure mahine mein tadabbur karna hai aur aakhir mein jo itikaf hota hai wo to yeh hai ke bilkul hi apne ko dedicate kar ke Quran ko par ghaur o fikr karein</w:t>
      </w:r>
    </w:p>
    <w:p>
      <w:pPr>
        <w:pStyle w:val="Heading2"/>
      </w:pPr>
      <w:r>
        <w:t>why Islam is the only preserved authentic religion</w:t>
      </w:r>
    </w:p>
    <w:p>
      <w:r>
        <w:rPr>
          <w:color w:val="666666"/>
          <w:sz w:val="18"/>
        </w:rPr>
        <w:t>In Conversation with Maulana Wahiduddin Khan English · 2m 32s · at 31:08 · https://youtu.be/QZrkP8Z3Fv8?t=1868</w:t>
      </w:r>
    </w:p>
    <w:p>
      <w:r>
        <w:rPr>
          <w:i/>
        </w:rPr>
        <w:t>“It is not a question of only Islam”</w:t>
      </w:r>
    </w:p>
    <w:p>
      <w:r>
        <w:rPr>
          <w:sz w:val="20"/>
        </w:rPr>
        <w:t>31:08  Maulana, all religions teach their followers to do good deeds. Then, why should a person follow only</w:t>
      </w:r>
      <w:r>
        <w:br/>
      </w:r>
      <w:r>
        <w:rPr>
          <w:sz w:val="20"/>
        </w:rPr>
        <w:t>31:14  Islam? Can he not follow any religion? It is not a question of only Islam. It is a question of authentic religion.</w:t>
      </w:r>
      <w:r>
        <w:br/>
      </w:r>
      <w:r>
        <w:rPr>
          <w:sz w:val="20"/>
        </w:rPr>
        <w:t>31:27  You know, according to the Islamic teachings, all religions are equal.</w:t>
      </w:r>
      <w:r>
        <w:br/>
      </w:r>
      <w:r>
        <w:rPr>
          <w:sz w:val="20"/>
        </w:rPr>
        <w:t>31:37  Originally,</w:t>
      </w:r>
      <w:r>
        <w:br/>
      </w:r>
      <w:r>
        <w:rPr>
          <w:sz w:val="20"/>
        </w:rPr>
        <w:t>31:42  every religion was one and the same. But what happened? In the later days, there were some perversions, some alterations.</w:t>
      </w:r>
      <w:r>
        <w:br/>
      </w:r>
      <w:r>
        <w:rPr>
          <w:sz w:val="20"/>
        </w:rPr>
        <w:t>31:57  So, other religions</w:t>
      </w:r>
      <w:r>
        <w:br/>
      </w:r>
      <w:r>
        <w:rPr>
          <w:sz w:val="20"/>
        </w:rPr>
        <w:t>32:01  lost their purity.</w:t>
      </w:r>
      <w:r>
        <w:br/>
      </w:r>
      <w:r>
        <w:rPr>
          <w:sz w:val="20"/>
        </w:rPr>
        <w:t>32:05  So, now only Islam is preserved in its original form. No religion other than Islam is preserved in its original form.</w:t>
      </w:r>
      <w:r>
        <w:br/>
      </w:r>
      <w:r>
        <w:rPr>
          <w:sz w:val="20"/>
        </w:rPr>
        <w:t>32:20  So, Islam is the source of authentic guidance. So, Islam is the only authentic relig</w:t>
      </w:r>
      <w:r>
        <w:br/>
      </w:r>
      <w:r>
        <w:rPr>
          <w:sz w:val="20"/>
        </w:rPr>
        <w:t>32:30  ion. So, everyone who wants to know what was the divine guidance, so he has no choice other than to study the Qur'an.</w:t>
      </w:r>
      <w:r>
        <w:br/>
      </w:r>
      <w:r>
        <w:rPr>
          <w:sz w:val="20"/>
        </w:rPr>
        <w:t>32:43  Because the Qur'an is the only book, the only divine book, the only revealed book that is preserved in its original form.</w:t>
      </w:r>
      <w:r>
        <w:br/>
      </w:r>
      <w:r>
        <w:rPr>
          <w:sz w:val="20"/>
        </w:rPr>
        <w:t>32:52  So, this question is not superior. This question is only a question of historical authenticity.</w:t>
      </w:r>
      <w:r>
        <w:br/>
      </w:r>
      <w:r>
        <w:rPr>
          <w:sz w:val="20"/>
        </w:rPr>
        <w:t>33:05  As it is a fact that</w:t>
      </w:r>
      <w:r>
        <w:br/>
      </w:r>
      <w:r>
        <w:rPr>
          <w:sz w:val="20"/>
        </w:rPr>
        <w:t>33:11  Islamic text is preserved in its original form,</w:t>
      </w:r>
      <w:r>
        <w:br/>
      </w:r>
      <w:r>
        <w:rPr>
          <w:sz w:val="20"/>
        </w:rPr>
        <w:t>33:16  so I can say that the Qur'an is the only authentic book. The authentic book.</w:t>
      </w:r>
      <w:r>
        <w:br/>
      </w:r>
      <w:r>
        <w:rPr>
          <w:sz w:val="20"/>
        </w:rPr>
        <w:t>33:25  Other books are not authentic. So, this is the reason. The reason is based on authenticity rather than anything else.</w:t>
      </w:r>
    </w:p>
    <w:p>
      <w:pPr>
        <w:pStyle w:val="Heading2"/>
      </w:pPr>
      <w:r>
        <w:t>Memorizing Quran by cassette isn't the point, meaning is</w:t>
      </w:r>
    </w:p>
    <w:p>
      <w:r>
        <w:rPr>
          <w:color w:val="666666"/>
          <w:sz w:val="18"/>
        </w:rPr>
        <w:t>How to Understand The Quran July 19, 2007 · 1m 33s · at 10:07 · https://youtu.be/usxOhncIdq4?t=607</w:t>
      </w:r>
    </w:p>
    <w:p>
      <w:r>
        <w:rPr>
          <w:i/>
        </w:rPr>
        <w:t>“Ek sahab mujhse mile, woh bahar rehte hain”</w:t>
      </w:r>
    </w:p>
    <w:p>
      <w:r>
        <w:rPr>
          <w:sz w:val="20"/>
        </w:rPr>
        <w:t>10:07  ek sahab mujh se mile, ek sahab mujhe mile, woh bahir rehte hain, yani ek maghrib ke mulk mein.</w:t>
      </w:r>
      <w:r>
        <w:br/>
      </w:r>
      <w:r>
        <w:rPr>
          <w:sz w:val="20"/>
        </w:rPr>
        <w:t>10:17  to ek sahab ne un ka taaruf karaya unhi ke samne. kaha ke unhon ne yeh ek bohat hi taareefi andaaz mein kaha ke yeh ghar se office jate hain to un ko ek time lagta hai.</w:t>
      </w:r>
      <w:r>
        <w:br/>
      </w:r>
      <w:r>
        <w:rPr>
          <w:sz w:val="20"/>
        </w:rPr>
        <w:t>10:35  to unhon ne quran ke cassette apni gaadi mein rakh liye hain. woh us waqt chala dete hain us ko.</w:t>
      </w:r>
      <w:r>
        <w:br/>
      </w:r>
      <w:r>
        <w:rPr>
          <w:sz w:val="20"/>
        </w:rPr>
        <w:t>10:45  to ek taraf woh apni gaadi drive kar rahe hote hain office jane ke liye ya office se lotne ke liye, aur doosri taraf cassette bajta rehta hai.</w:t>
      </w:r>
      <w:r>
        <w:br/>
      </w:r>
      <w:r>
        <w:rPr>
          <w:sz w:val="20"/>
        </w:rPr>
        <w:t>10:57  is tarah sunte sunte unhein quran yaad ho gaya. yani cassette ko is tarah sunte sunte woh quran ke hafiz ho gaye, aur bohat hi tareef ke andaaz mein unhon ne kaha.</w:t>
      </w:r>
      <w:r>
        <w:br/>
      </w:r>
      <w:r>
        <w:rPr>
          <w:sz w:val="20"/>
        </w:rPr>
        <w:t>11:10  to maine kaha yeh to koi mujhe samajh mein nahi aayi ke koi bari baat hai.</w:t>
      </w:r>
      <w:r>
        <w:br/>
      </w:r>
      <w:r>
        <w:rPr>
          <w:sz w:val="20"/>
        </w:rPr>
        <w:t>11:14  quran ke shabdon ko, quran ke lafzon ko agar aap ne yaad kar liya to kya isi liye quran utra hai?</w:t>
      </w:r>
      <w:r>
        <w:br/>
      </w:r>
      <w:r>
        <w:rPr>
          <w:sz w:val="20"/>
        </w:rPr>
        <w:t>11:28  aap ko is ke mani tak pahunchna chahiye. is ke mani tak, lafzon ke aage jo mani hain, wahan tak aap ko pahunchna hai.</w:t>
      </w:r>
    </w:p>
    <w:p>
      <w:pPr>
        <w:pStyle w:val="Heading2"/>
      </w:pPr>
      <w:r>
        <w:t>Hudaybiyyah peace treaty led to bloodless Muslim majority</w:t>
      </w:r>
    </w:p>
    <w:p>
      <w:r>
        <w:rPr>
          <w:color w:val="666666"/>
          <w:sz w:val="18"/>
        </w:rPr>
        <w:t>Why Have Muslims Turned Violent December 14, 2008 · 2m 40s · at 13:46 · https://youtu.be/TYLK8Jwz8EE?t=826</w:t>
      </w:r>
    </w:p>
    <w:p>
      <w:r>
        <w:rPr>
          <w:i/>
        </w:rPr>
        <w:t>“Then came the Hudaybiyyah peace treaty.”</w:t>
      </w:r>
    </w:p>
    <w:p>
      <w:r>
        <w:rPr>
          <w:sz w:val="20"/>
        </w:rPr>
        <w:t>13:46  Aur yeh aise hua. It happened is ke baad Rasool Allah ne negotiation shuru ki. Other parties jo opposition mein the.</w:t>
      </w:r>
      <w:r>
        <w:br/>
      </w:r>
      <w:r>
        <w:rPr>
          <w:sz w:val="20"/>
        </w:rPr>
        <w:t>13:57  Negotiate karte karte phir kya hua? Ek peace treaty hua dono ke beech mein.</w:t>
      </w:r>
      <w:r>
        <w:br/>
      </w:r>
      <w:r>
        <w:rPr>
          <w:sz w:val="20"/>
        </w:rPr>
        <w:t>14:05  Jo kehte hain Hudaybiyah agreement. Hudaybiyah agreement mein yeh hoga ke na hum tumhare upar hamla karen na tum hamare upar hamla karo.</w:t>
      </w:r>
      <w:r>
        <w:br/>
      </w:r>
      <w:r>
        <w:rPr>
          <w:sz w:val="20"/>
        </w:rPr>
        <w:t>14:16  Dono peace ke sath rahen. Yeh to Hudaybiyah agreement jo tha kya tha? Peaceful coexistence ka agreement tha. Peaceful coexistence.</w:t>
      </w:r>
      <w:r>
        <w:br/>
      </w:r>
      <w:r>
        <w:rPr>
          <w:sz w:val="20"/>
        </w:rPr>
        <w:t>14:28  Peace aur yeh Rasool Allah ne kiya? Yani lateral acceptance of their conditions</w:t>
      </w:r>
      <w:r>
        <w:br/>
      </w:r>
      <w:r>
        <w:rPr>
          <w:sz w:val="20"/>
        </w:rPr>
        <w:t>14:36  Jo bhi condition unhone pesh ki aap mante gaye, mante gaye, mante gaye. Kyun? Un Rasool Allah ki nazar mein peace was the supreme.</w:t>
      </w:r>
      <w:r>
        <w:br/>
      </w:r>
      <w:r>
        <w:rPr>
          <w:sz w:val="20"/>
        </w:rPr>
        <w:t>14:46  Baqi sab secondary hai. Baqi sab secondary hai.</w:t>
      </w:r>
      <w:r>
        <w:br/>
      </w:r>
      <w:r>
        <w:rPr>
          <w:sz w:val="20"/>
        </w:rPr>
        <w:t>14:55  Baqi sab secondary hai. Jaise aap dekhen ke yeh glass ka pani hai. Is mein jo hai asal cheez kya hai? Pani hai.</w:t>
      </w:r>
      <w:r>
        <w:br/>
      </w:r>
      <w:r>
        <w:rPr>
          <w:sz w:val="20"/>
        </w:rPr>
        <w:t>15:05  Ab pani chahe shishe ke glass mein ho, lakri ke bartan mein ho, mitti ke kooday mein ho ya lohe ke pyale mein ho.</w:t>
      </w:r>
      <w:r>
        <w:br/>
      </w:r>
      <w:r>
        <w:rPr>
          <w:sz w:val="20"/>
        </w:rPr>
        <w:t>15:15  Woh, woh, woh, woh relative hai. Woh secondary hai. Pani accha, saaf suthra pani to bas kafi hai.</w:t>
      </w:r>
      <w:r>
        <w:br/>
      </w:r>
      <w:r>
        <w:rPr>
          <w:sz w:val="20"/>
        </w:rPr>
        <w:t>15:24  To Rasool Allah ki nazar mein peace supreme thi. Is ke liye aap ne har doosri cheez ko secondary bana diya. Chalo bhai, jo tum kaho wahi maan lete hain.</w:t>
      </w:r>
      <w:r>
        <w:br/>
      </w:r>
      <w:r>
        <w:rPr>
          <w:sz w:val="20"/>
        </w:rPr>
        <w:t>15:33  Jo kaho tum maan lete hain.</w:t>
      </w:r>
      <w:r>
        <w:br/>
      </w:r>
      <w:r>
        <w:rPr>
          <w:sz w:val="20"/>
        </w:rPr>
        <w:t>15:36  Then the result was miraculous is ke baad Rasool Allah ne jo effective planning ki aur aap ke saathiyon ne replanning ki bohat hi effective tareeqe se.</w:t>
      </w:r>
      <w:r>
        <w:br/>
      </w:r>
      <w:r>
        <w:rPr>
          <w:sz w:val="20"/>
        </w:rPr>
        <w:t>15:49  To kya hua? Do saal mein ek inqalab aa gaya wahan. Ek revolution. Yani Rasool Allah aur aap ke saathi out number ho gaye.</w:t>
      </w:r>
      <w:r>
        <w:br/>
      </w:r>
      <w:r>
        <w:rPr>
          <w:sz w:val="20"/>
        </w:rPr>
        <w:t>16:00  Yani other parties se aap ki ginti barh gayi.</w:t>
      </w:r>
      <w:r>
        <w:br/>
      </w:r>
      <w:r>
        <w:rPr>
          <w:sz w:val="20"/>
        </w:rPr>
        <w:t>16:05  Yani majority mein ho gaye aap. Woh log is se pehle woh log majority mein the. Aur peace ke baad kya hua ke Rasool Allah aur aap ke log majority mein ho gaye.</w:t>
      </w:r>
      <w:r>
        <w:br/>
      </w:r>
      <w:r>
        <w:rPr>
          <w:sz w:val="20"/>
        </w:rPr>
        <w:t>16:17  To majority khud kafi ho gayi aap ki jeet ke liye. Kitni bari strategy thi</w:t>
      </w:r>
      <w:r>
        <w:br/>
      </w:r>
      <w:r>
        <w:rPr>
          <w:sz w:val="20"/>
        </w:rPr>
        <w:t>16:27  Yeh. Lekin yeh strategy jab aap kar paye jab ke aap ne wahan par is formula ko apnaya.</w:t>
      </w:r>
    </w:p>
    <w:p>
      <w:pPr>
        <w:pStyle w:val="Heading2"/>
      </w:pPr>
      <w:r>
        <w:t>what completing the religion actually means in Quran</w:t>
      </w:r>
    </w:p>
    <w:p>
      <w:r>
        <w:rPr>
          <w:color w:val="666666"/>
          <w:sz w:val="18"/>
        </w:rPr>
        <w:t>Islam &amp; Prophet of Islam 21 Oct, 2012 - Maulana Wahiduddin Khan · 2m 35s · at 0:37 · https://youtu.be/2hwtfOyNeS0?t=37</w:t>
      </w:r>
    </w:p>
    <w:p>
      <w:r>
        <w:rPr>
          <w:i/>
        </w:rPr>
        <w:t>“What does 'completing your religion' actually mean?”</w:t>
      </w:r>
    </w:p>
    <w:p>
      <w:r>
        <w:rPr>
          <w:sz w:val="20"/>
        </w:rPr>
        <w:t>0:37  aaj ka topic hai:</w:t>
      </w:r>
      <w:r>
        <w:br/>
      </w:r>
      <w:r>
        <w:rPr>
          <w:sz w:val="20"/>
        </w:rPr>
        <w:t>0:41  Islam and the Prophet of Islam, yaani Islam aur Paighambar-e-Islam.</w:t>
      </w:r>
      <w:r>
        <w:br/>
      </w:r>
      <w:r>
        <w:rPr>
          <w:sz w:val="20"/>
        </w:rPr>
        <w:t>0:52  quran mein surah almaida mein aik ayat hai: "alyawm akmalt lakum deenakum wa atmamtu alaykum ni'mati waraditu lakumul islaama deena".</w:t>
      </w:r>
      <w:r>
        <w:br/>
      </w:r>
      <w:r>
        <w:rPr>
          <w:sz w:val="20"/>
        </w:rPr>
        <w:t>1:10  is ka matlab hai ke aaj</w:t>
      </w:r>
      <w:r>
        <w:br/>
      </w:r>
      <w:r>
        <w:rPr>
          <w:sz w:val="20"/>
        </w:rPr>
        <w:t>1:14  main ne, yaani Allah ne,</w:t>
      </w:r>
      <w:r>
        <w:br/>
      </w:r>
      <w:r>
        <w:rPr>
          <w:sz w:val="20"/>
        </w:rPr>
        <w:t>1:19  complete kar diya tumhara deen aur raazi ho gaya tumhare deen par.</w:t>
      </w:r>
      <w:r>
        <w:br/>
      </w:r>
      <w:r>
        <w:rPr>
          <w:sz w:val="20"/>
        </w:rPr>
        <w:t>1:29  to jo yeh jo lafz hai "complete kar diya" ya "ikmal" ya "takmeel", is ka matlab yeh nahi hai ke deen ke jo teachings hain,</w:t>
      </w:r>
      <w:r>
        <w:br/>
      </w:r>
      <w:r>
        <w:rPr>
          <w:sz w:val="20"/>
        </w:rPr>
        <w:t>1:42  deen ke jo ahkam hain, un ki list complete kar di. yeh completion of list ka mamla nahi hai.</w:t>
      </w:r>
      <w:r>
        <w:br/>
      </w:r>
      <w:r>
        <w:rPr>
          <w:sz w:val="20"/>
        </w:rPr>
        <w:t>1:54  dekhiye, quran ke mutabiq Allah ne pichle tamam zabanon mein barabar apne prophet bheje,</w:t>
      </w:r>
      <w:r>
        <w:br/>
      </w:r>
      <w:r>
        <w:rPr>
          <w:sz w:val="20"/>
        </w:rPr>
        <w:t>2:09  thumma arsalna rusulana tatara. tamam prophet surah ashar mein jo ayat hai, us ke mutabiq aik hi deen le kar, yaani Hazrat Nuh ka jo deen tha, wahi Hazrat Muhammad ka deen tha.</w:t>
      </w:r>
      <w:r>
        <w:br/>
      </w:r>
      <w:r>
        <w:rPr>
          <w:sz w:val="20"/>
        </w:rPr>
        <w:t>2:28  koi farq nahi tha dono ke deen mein. to ab sawal yeh hai ke yeh deen ko complete karne ka matlab kya hai?</w:t>
      </w:r>
      <w:r>
        <w:br/>
      </w:r>
      <w:r>
        <w:rPr>
          <w:sz w:val="20"/>
        </w:rPr>
        <w:t>2:39  to deen ko complete karne ka yeh matlab nahi hai ke quran mein, ya pichle quran mein, complete kar diya pichle deen ke ahkam ko.</w:t>
      </w:r>
      <w:r>
        <w:br/>
      </w:r>
      <w:r>
        <w:rPr>
          <w:sz w:val="20"/>
        </w:rPr>
        <w:t>2:54  nahi, quran mein wahi deen hai jo pichle nabiyon ki kitabon mein jo deen tha. yahan par complete karne ka matlab yeh hai: supporting element,</w:t>
      </w:r>
      <w:r>
        <w:br/>
      </w:r>
      <w:r>
        <w:rPr>
          <w:sz w:val="20"/>
        </w:rPr>
        <w:t>3:07  supporting elements ka add karna.</w:t>
      </w:r>
    </w:p>
    <w:p>
      <w:pPr>
        <w:pStyle w:val="Heading2"/>
      </w:pPr>
      <w:r>
        <w:t>Spirit of dedication in dawah</w:t>
      </w:r>
    </w:p>
    <w:p>
      <w:r>
        <w:rPr>
          <w:color w:val="666666"/>
          <w:sz w:val="18"/>
        </w:rPr>
        <w:t>Experience Sharing of Jaipur Literature Festival 03 February 2013 · 2m 02s · at 2:18 · https://youtu.be/Yc_VN2VQIgc?t=138</w:t>
      </w:r>
    </w:p>
    <w:p>
      <w:r>
        <w:rPr>
          <w:i/>
        </w:rPr>
        <w:t>“He said: I always pray to Allah”</w:t>
      </w:r>
    </w:p>
    <w:p>
      <w:r>
        <w:rPr>
          <w:sz w:val="20"/>
        </w:rPr>
        <w:t>2:18  he said, "main hamesha allah miyan se dua karta hoon ke allah bhale se mujhe jahannum mein daal</w:t>
      </w:r>
      <w:r>
        <w:br/>
      </w:r>
      <w:r>
        <w:rPr>
          <w:sz w:val="20"/>
        </w:rPr>
        <w:t>2:22  dena, par mujhe jis kaam ke liye bheja hai, mujhse woh kaam karwalena." so this is the</w:t>
      </w:r>
      <w:r>
        <w:br/>
      </w:r>
      <w:r>
        <w:rPr>
          <w:sz w:val="20"/>
        </w:rPr>
        <w:t>2:27  spirit that this team has.</w:t>
      </w:r>
      <w:r>
        <w:br/>
      </w:r>
      <w:r>
        <w:rPr>
          <w:sz w:val="20"/>
        </w:rPr>
        <w:t>2:31  they have understood the purpose of life.</w:t>
      </w:r>
      <w:r>
        <w:br/>
      </w:r>
      <w:r>
        <w:rPr>
          <w:sz w:val="20"/>
        </w:rPr>
        <w:t>2:36  they have got the reason why they are here.</w:t>
      </w:r>
      <w:r>
        <w:br/>
      </w:r>
      <w:r>
        <w:rPr>
          <w:sz w:val="20"/>
        </w:rPr>
        <w:t>2:41  and dawah mission, doing, doing dawah work has become their purpose of life.</w:t>
      </w:r>
      <w:r>
        <w:br/>
      </w:r>
      <w:r>
        <w:rPr>
          <w:sz w:val="20"/>
        </w:rPr>
        <w:t>2:45  and that is why you need not to motivate them.</w:t>
      </w:r>
      <w:r>
        <w:br/>
      </w:r>
      <w:r>
        <w:rPr>
          <w:sz w:val="20"/>
        </w:rPr>
        <w:t>2:50  you need not to tell them all the time what you have to do, what you need not to do.</w:t>
      </w:r>
      <w:r>
        <w:br/>
      </w:r>
      <w:r>
        <w:rPr>
          <w:sz w:val="20"/>
        </w:rPr>
        <w:t>2:55  they know it so very well.</w:t>
      </w:r>
      <w:r>
        <w:br/>
      </w:r>
      <w:r>
        <w:rPr>
          <w:sz w:val="20"/>
        </w:rPr>
        <w:t>3:00  i will not take much of your time now.</w:t>
      </w:r>
      <w:r>
        <w:br/>
      </w:r>
      <w:r>
        <w:rPr>
          <w:sz w:val="20"/>
        </w:rPr>
        <w:t>3:06  just in the, in the end, i would like to say thank you so much, especially to the</w:t>
      </w:r>
      <w:r>
        <w:br/>
      </w:r>
      <w:r>
        <w:rPr>
          <w:sz w:val="20"/>
        </w:rPr>
        <w:t>3:11  cps seniors, khurram saab, to arrange, you know, quran fund for us, navdeepbhai, nagma apa, rajatbhai, to encourage</w:t>
      </w:r>
      <w:r>
        <w:br/>
      </w:r>
      <w:r>
        <w:rPr>
          <w:sz w:val="20"/>
        </w:rPr>
        <w:t>3:17  us, give us all the support, and, and trust, trusting us that, you know, we, we will deliver</w:t>
      </w:r>
      <w:r>
        <w:br/>
      </w:r>
      <w:r>
        <w:rPr>
          <w:sz w:val="20"/>
        </w:rPr>
        <w:t>3:22  and we will do a good work.</w:t>
      </w:r>
      <w:r>
        <w:br/>
      </w:r>
      <w:r>
        <w:rPr>
          <w:sz w:val="20"/>
        </w:rPr>
        <w:t>3:28  So thank you so much.</w:t>
      </w:r>
      <w:r>
        <w:br/>
      </w:r>
      <w:r>
        <w:rPr>
          <w:sz w:val="20"/>
        </w:rPr>
        <w:t>3:45  And I hope we will, we will continue with this spirit and move on.</w:t>
      </w:r>
      <w:r>
        <w:br/>
      </w:r>
      <w:r>
        <w:rPr>
          <w:sz w:val="20"/>
        </w:rPr>
        <w:t>4:02  Thank you so much. Alhamdulillah.</w:t>
      </w:r>
      <w:r>
        <w:br/>
      </w:r>
      <w:r>
        <w:rPr>
          <w:sz w:val="20"/>
        </w:rPr>
        <w:t>4:20  Assalam o alaikum.</w:t>
      </w:r>
    </w:p>
    <w:p>
      <w:pPr>
        <w:pStyle w:val="Heading2"/>
      </w:pPr>
      <w:r>
        <w:t>Moses warned Pharaoh doomsday is coming</w:t>
      </w:r>
    </w:p>
    <w:p>
      <w:r>
        <w:rPr>
          <w:color w:val="666666"/>
          <w:sz w:val="18"/>
        </w:rPr>
        <w:t>Doomsday is Coming November 24, 2013 · 1m 44s · at 10:44 · https://youtu.be/rixrzrrK-cE?t=644</w:t>
      </w:r>
    </w:p>
    <w:p>
      <w:r>
        <w:rPr>
          <w:i/>
        </w:rPr>
        <w:t>“Teen hazaar saal pehle Hazrat Musa Firaun ke darbar mein gaye the”</w:t>
      </w:r>
    </w:p>
    <w:p>
      <w:r>
        <w:rPr>
          <w:sz w:val="20"/>
        </w:rPr>
        <w:t>10:44  tab mujhe yaad aaya ke teen hazar saal pehle Hazrat Musa علیہ السلام jab gaye thay Firon ke darbar mein, to woh baat unho ne kahi thi jo sari nabbi kehte aaye hain.</w:t>
      </w:r>
      <w:r>
        <w:br/>
      </w:r>
      <w:r>
        <w:rPr>
          <w:sz w:val="20"/>
        </w:rPr>
        <w:t>10:57  kyunke woh recorded hai, is liye arz kar raha hoon ke Musa se poocha Firon ne ke aap kya tumhara bhi sajde?</w:t>
      </w:r>
      <w:r>
        <w:br/>
      </w:r>
      <w:r>
        <w:rPr>
          <w:sz w:val="20"/>
        </w:rPr>
        <w:t>11:06  to unhon ne bataya ke Allah taala ka kalam bataya unhon ne ke Allah taala ne yeh duniya jo banai hai, to free nahi chhod diya hai.</w:t>
      </w:r>
      <w:r>
        <w:br/>
      </w:r>
      <w:r>
        <w:rPr>
          <w:sz w:val="20"/>
        </w:rPr>
        <w:t>11:17  ek din aane wala hai jab is jab is ko logon ko saza di jaye. to is mein Surah Taha mein yeh alfaaz hain ke Allah taala ne farmaya ke إن الساعة أقاد أخفيها لتجزأ كل نفس بما اتسع</w:t>
      </w:r>
      <w:r>
        <w:br/>
      </w:r>
      <w:r>
        <w:rPr>
          <w:sz w:val="20"/>
        </w:rPr>
        <w:t>11:35  yeh Allah taala ka kalam naqal hua hai Quran Majeed mein Surah Taha mein إن الساعة أقاد أخفيها لتجزأ كل نفس بما اتسع yani sa'at aane wali hai, qayamat aane wali hai,</w:t>
      </w:r>
      <w:r>
        <w:br/>
      </w:r>
      <w:r>
        <w:rPr>
          <w:sz w:val="20"/>
        </w:rPr>
        <w:t>11:52  qayamat aane wali hai. maine is ko chhipa rakha hai taake logon ko un ke amal ka badla diya jaye.</w:t>
      </w:r>
      <w:r>
        <w:br/>
      </w:r>
      <w:r>
        <w:rPr>
          <w:sz w:val="20"/>
        </w:rPr>
        <w:t>12:01  to sara Quran is se bhara hua hai ke ek waqt aane wala hai jab ke Allah zahir hoga, farishte zahir honge, aur logon ko un ke amal ka</w:t>
      </w:r>
      <w:r>
        <w:br/>
      </w:r>
      <w:r>
        <w:rPr>
          <w:sz w:val="20"/>
        </w:rPr>
        <w:t>12:14  badla ya saza di jayegi. pehli ayat mein aap jante hain, pehli Surah mein yeh baat hai ke Malik-e-Yumiddin Allah Yauam-e-Jaza ka malik hai.</w:t>
      </w:r>
      <w:r>
        <w:br/>
      </w:r>
      <w:r>
        <w:rPr>
          <w:sz w:val="20"/>
        </w:rPr>
        <w:t>12:26  to aakhir kabhi to hoga jab</w:t>
      </w:r>
    </w:p>
    <w:p>
      <w:pPr>
        <w:pStyle w:val="Heading2"/>
      </w:pPr>
      <w:r>
        <w:t>Six authentic Hadith books</w:t>
      </w:r>
    </w:p>
    <w:p>
      <w:r>
        <w:rPr>
          <w:color w:val="666666"/>
          <w:sz w:val="18"/>
        </w:rPr>
        <w:t>Hadith Literature - Part-1 (English) March 08, 2007 Maulana Wahiduddin Khan · 1m 44s · at 30:48 · https://youtu.be/vZSus8oBppM?t=1848</w:t>
      </w:r>
    </w:p>
    <w:p>
      <w:r>
        <w:rPr>
          <w:i/>
        </w:rPr>
        <w:t>“Six books are called shahih sitta.”</w:t>
      </w:r>
    </w:p>
    <w:p>
      <w:r>
        <w:rPr>
          <w:sz w:val="20"/>
        </w:rPr>
        <w:t>30:48  Six books are called Shah-e-Sittah. Six books.</w:t>
      </w:r>
      <w:r>
        <w:br/>
      </w:r>
      <w:r>
        <w:rPr>
          <w:sz w:val="20"/>
        </w:rPr>
        <w:t>30:54  That is, six authentic books. Shah-e-Sittah.</w:t>
      </w:r>
      <w:r>
        <w:br/>
      </w:r>
      <w:r>
        <w:rPr>
          <w:sz w:val="20"/>
        </w:rPr>
        <w:t>31:00  But only Shah-e-Sittah is not...</w:t>
      </w:r>
      <w:r>
        <w:br/>
      </w:r>
      <w:r>
        <w:rPr>
          <w:sz w:val="20"/>
        </w:rPr>
        <w:t>31:06  all the Hadith literature is not compiled in these six books.</w:t>
      </w:r>
      <w:r>
        <w:br/>
      </w:r>
      <w:r>
        <w:rPr>
          <w:sz w:val="20"/>
        </w:rPr>
        <w:t>31:12  There are other Hadith. Other Hadith.</w:t>
      </w:r>
      <w:r>
        <w:br/>
      </w:r>
      <w:r>
        <w:rPr>
          <w:sz w:val="20"/>
        </w:rPr>
        <w:t>31:19  There are Hadith other than these six books. You know, in the first book is Sahih al-Bukhari. It is said that Sahih al-Bukhari is as-Sahh al-Kutub ba'da Kitabullah. After the Quran, this is the most authentic book in Islam.</w:t>
      </w:r>
      <w:r>
        <w:br/>
      </w:r>
      <w:r>
        <w:rPr>
          <w:sz w:val="20"/>
        </w:rPr>
        <w:t>31:45  Now, in Sahih al-Bukhari, there are 8,000, near about 8,000 Hadith, near about 8,000 traditions. But there are Muqarrarat. Muqarrarat means repetition.</w:t>
      </w:r>
      <w:r>
        <w:br/>
      </w:r>
      <w:r>
        <w:rPr>
          <w:sz w:val="20"/>
        </w:rPr>
        <w:t>32:08  So, if you count the number of Hadith narrated by Sahih al-Bukhari, including the Muqarrarat, then it is near about 8,000.</w:t>
      </w:r>
      <w:r>
        <w:br/>
      </w:r>
      <w:r>
        <w:rPr>
          <w:sz w:val="20"/>
        </w:rPr>
        <w:t>32:32  Then, there is the book that is called Musnad Imam Ahmad. Musnad Imam Ahmad. In this book, you can find that more than 10,000...</w:t>
      </w:r>
    </w:p>
    <w:p>
      <w:pPr>
        <w:pStyle w:val="Heading2"/>
      </w:pPr>
      <w:r>
        <w:t>Quran's three membranes of the womb confirmed by science</w:t>
      </w:r>
    </w:p>
    <w:p>
      <w:r>
        <w:rPr>
          <w:color w:val="666666"/>
          <w:sz w:val="18"/>
        </w:rPr>
        <w:t>Five Periods of Human History March 8, 2009 Maulana Wahiduddin Khan · 1m 49s · at 31:22 · https://youtu.be/_Y4VcKV2OPk?t=1882</w:t>
      </w:r>
    </w:p>
    <w:p>
      <w:r>
        <w:rPr>
          <w:i/>
        </w:rPr>
        <w:t>“The Quran says a baby forms within three layers of darkness”</w:t>
      </w:r>
    </w:p>
    <w:p>
      <w:r>
        <w:rPr>
          <w:sz w:val="20"/>
        </w:rPr>
        <w:t>31:22  ek ye hai ke fi zulumaatin thalaath bachcha jo hota hai, reham madar mein, is ke bare mein bataya gaya hai ke woh teen jhiliyon ke beech mein hota hai.</w:t>
      </w:r>
      <w:r>
        <w:br/>
      </w:r>
      <w:r>
        <w:rPr>
          <w:sz w:val="20"/>
        </w:rPr>
        <w:t>31:34  fi zulumaatin thalaath pehle kisi ko pata nahi tha ke fi zulumaatin thalaath ka matlab kya hai, kyunke operation ya surgery ka tareeqa pehle raaij nahi tha.</w:t>
      </w:r>
      <w:r>
        <w:br/>
      </w:r>
      <w:r>
        <w:rPr>
          <w:sz w:val="20"/>
        </w:rPr>
        <w:t>31:48  to jab anesthesia aaya hai, tab surgery aayi hai.</w:t>
      </w:r>
      <w:r>
        <w:br/>
      </w:r>
      <w:r>
        <w:rPr>
          <w:sz w:val="20"/>
        </w:rPr>
        <w:t>31:52  anesthesia na duniya mein hota to surgery bhi na hoti. Ab jo tehqeeq hui to maloom hua ke bilkul exact yahi hota hai reham madar mein, womb mein ke bachcha jo hota hai chota sa, woh is ko teen reper hote hain, teen jhiliyan hoti hain is ke andar.</w:t>
      </w:r>
      <w:r>
        <w:br/>
      </w:r>
      <w:r>
        <w:rPr>
          <w:sz w:val="20"/>
        </w:rPr>
        <w:t>32:11  woh hota hai bachcha is ki hifazat, is ki natural hifazat ke liye.</w:t>
      </w:r>
      <w:r>
        <w:br/>
      </w:r>
      <w:r>
        <w:rPr>
          <w:sz w:val="20"/>
        </w:rPr>
        <w:t>32:17  yani creator ne is bachche ki hifazat ke liye teen layer bana rakhe hain, teen reper hote hain jo is ko dhake rehte hain.</w:t>
      </w:r>
      <w:r>
        <w:br/>
      </w:r>
      <w:r>
        <w:rPr>
          <w:sz w:val="20"/>
        </w:rPr>
        <w:t>32:29  us waqt kisi ko pata nahi tha jab Quran utra, us waqt surgery hoti nahi thi ke kisi ko pata nahi tha is haqeeqat ka.</w:t>
      </w:r>
      <w:r>
        <w:br/>
      </w:r>
      <w:r>
        <w:rPr>
          <w:sz w:val="20"/>
        </w:rPr>
        <w:t>32:42  is ki tafseel maine likhi apni kitaab mein, aap dekh sakte hain</w:t>
      </w:r>
      <w:r>
        <w:br/>
      </w:r>
      <w:r>
        <w:rPr>
          <w:sz w:val="20"/>
        </w:rPr>
        <w:t>32:47  ke yeh ek lambi tehqeeq ke baad yeh maloom hua. aur is ke baad amreeka ka ek doctor tha, us ne maana ke quran to khudai kitaab hai, kyunke khuda ke siwa kaun jaan sakta tha ke teen repper mein bachcha dhaka hua rehta hai?</w:t>
      </w:r>
      <w:r>
        <w:br/>
      </w:r>
      <w:r>
        <w:rPr>
          <w:sz w:val="20"/>
        </w:rPr>
        <w:t>33:01  kisi ko pata nahi tha ke teen jhillion ke beech mein.</w:t>
      </w:r>
      <w:r>
        <w:br/>
      </w:r>
      <w:r>
        <w:rPr>
          <w:sz w:val="20"/>
        </w:rPr>
        <w:t>33:08  kitni ajeeb baat hai yeh.</w:t>
      </w:r>
    </w:p>
    <w:p>
      <w:pPr>
        <w:pStyle w:val="Heading2"/>
      </w:pPr>
      <w:r>
        <w:t>History's greatest figures all died in frustration</w:t>
      </w:r>
    </w:p>
    <w:p>
      <w:r>
        <w:rPr>
          <w:color w:val="666666"/>
          <w:sz w:val="18"/>
        </w:rPr>
        <w:t>Man's Place in The Universe June 17, 2007 · 1m 21s · at 16:40 · https://youtu.be/CND6qsCMZVU?t=1000</w:t>
      </w:r>
    </w:p>
    <w:p>
      <w:r>
        <w:rPr>
          <w:i/>
        </w:rPr>
        <w:t>“This has been the story of all history”</w:t>
      </w:r>
    </w:p>
    <w:p>
      <w:r>
        <w:rPr>
          <w:sz w:val="20"/>
        </w:rPr>
        <w:t>16:40  saari tareekh ka yahi haal hua hai. poori poori tareekh. aik baar to ab maine internet se niklwaya tha ke top ke log kaise mare.</w:t>
      </w:r>
      <w:r>
        <w:br/>
      </w:r>
      <w:r>
        <w:rPr>
          <w:sz w:val="20"/>
        </w:rPr>
        <w:t>16:52  top ke log. mashhoor log. to is mein 402, 402 aadmiyon ka nikla tha ke sab ke sab frustration se mare.</w:t>
      </w:r>
      <w:r>
        <w:br/>
      </w:r>
      <w:r>
        <w:rPr>
          <w:sz w:val="20"/>
        </w:rPr>
        <w:t>17:03  despair mein mare sab ke sab. aap sochiye ke despair mein kyun nahi marenge. Alexander ne chaha tha ke woh apna siyasi saltanat banaye. banaye baghair mar gaya woh.</w:t>
      </w:r>
      <w:r>
        <w:br/>
      </w:r>
      <w:r>
        <w:rPr>
          <w:sz w:val="20"/>
        </w:rPr>
        <w:t>17:13  Napoleon ne chaha tha ke woh apna siyasi saltanat banaye. banaye baghair mar gaya woh.</w:t>
      </w:r>
      <w:r>
        <w:br/>
      </w:r>
      <w:r>
        <w:rPr>
          <w:sz w:val="20"/>
        </w:rPr>
        <w:t>17:18  Hitler ne chaha tha ke woh apna siyasi saltanat banaye. banaye baghair mar gaya woh. George Bernard Shaw chahta tha ke world hukoomat banaye. banaye baghair mar gaya woh.</w:t>
      </w:r>
      <w:r>
        <w:br/>
      </w:r>
      <w:r>
        <w:rPr>
          <w:sz w:val="20"/>
        </w:rPr>
        <w:t>17:28  khud ainstein jo hai woh chahta tha world hukoomat banaye baghair mar gaya woh. burt russell chahta tha ke world hukoomat banaye.</w:t>
      </w:r>
      <w:r>
        <w:br/>
      </w:r>
      <w:r>
        <w:rPr>
          <w:sz w:val="20"/>
        </w:rPr>
        <w:t>17:37  banaye baghair mar gaya woh.</w:t>
      </w:r>
      <w:r>
        <w:br/>
      </w:r>
      <w:r>
        <w:rPr>
          <w:sz w:val="20"/>
        </w:rPr>
        <w:t>17:40  to chahe infiradi satah par jo khushi mein chahta hoon woh ho. ya international satah par jo mein chahta hoon woh ho.</w:t>
      </w:r>
      <w:r>
        <w:br/>
      </w:r>
      <w:r>
        <w:rPr>
          <w:sz w:val="20"/>
        </w:rPr>
        <w:t>17:49  to insan ko na to infiradi satah par itminan milta hai. aur na international satah par woh chahta hai woh, woh hasil hota hai us ko.</w:t>
      </w:r>
    </w:p>
    <w:p>
      <w:pPr>
        <w:pStyle w:val="Heading2"/>
      </w:pPr>
      <w:r>
        <w:t>Lawyer's vague complaint exposes baseless negativity</w:t>
      </w:r>
    </w:p>
    <w:p>
      <w:r>
        <w:rPr>
          <w:color w:val="666666"/>
          <w:sz w:val="18"/>
        </w:rPr>
        <w:t>In Conversation with Maulana Syed Iqbal Omeri and Maulana Khateeb Asrar Omeri Oct 10, 2023 · 1m 20s · at 56:44 · https://youtu.be/kdukzcSdq6k?t=3404</w:t>
      </w:r>
    </w:p>
    <w:p>
      <w:r>
        <w:rPr>
          <w:i/>
        </w:rPr>
        <w:t>“Bhai, koi ek negative waqia batayiye jo aapke saath hua”</w:t>
      </w:r>
    </w:p>
    <w:p>
      <w:r>
        <w:rPr>
          <w:sz w:val="20"/>
        </w:rPr>
        <w:t>56:44  isi tarah nadwah, yeh lucknow ka hi ek waqea hai. ek sahab ne hum ko apne ghar dinner par bulaya tha to un ke ek saathi aaye hue the jo ek high court mein achi se administration job mein hain,</w:t>
      </w:r>
      <w:r>
        <w:br/>
      </w:r>
      <w:r>
        <w:rPr>
          <w:sz w:val="20"/>
        </w:rPr>
        <w:t>56:58  kafi saal se hain. wahan par un se hum ne guftagu ki to woh sahab jo hain, itni negative baat kar rahe the. to hamare saathi iqbal sahab ne poocha: "bhai, aap koi ek negative waqea bataiye ke aap ki colleague ke sath aisa pesh aya?" aap ke colleague ne</w:t>
      </w:r>
      <w:r>
        <w:br/>
      </w:r>
      <w:r>
        <w:rPr>
          <w:sz w:val="20"/>
        </w:rPr>
        <w:t>57:13  aisa kiya? woh kehte hain: "nahi, mere sath to aisa nahi karte hain, lekin facebook mein aisa likhte hain." to phir saathi ne kaha: "bhai, facebook mein kya likhte hain?" nahi, woh bohat apne mazhabi is ka izhaar karte hain.</w:t>
      </w:r>
      <w:r>
        <w:br/>
      </w:r>
      <w:r>
        <w:rPr>
          <w:sz w:val="20"/>
        </w:rPr>
        <w:t>57:26  to unhone kaha: "mazhabi izhaar to har ek karta hai, musalman bhi karte hain, isai bhi karte hain." to woh is ka haq hai, is ko kyun nahi? pehle aisa nahi karte the, ab aisa karte hain.</w:t>
      </w:r>
      <w:r>
        <w:br/>
      </w:r>
      <w:r>
        <w:rPr>
          <w:sz w:val="20"/>
        </w:rPr>
        <w:t>57:36  to yeh negative thinking aap ke sath hone wale positive waqeat ko bhi khatam kar dete hain, kill kar dete hain aap ki soch ko, aap ke aram ko, aap ke sab kuch ko kill kar dete hain.</w:t>
      </w:r>
      <w:r>
        <w:br/>
      </w:r>
      <w:r>
        <w:rPr>
          <w:sz w:val="20"/>
        </w:rPr>
        <w:t>57:47  isi liye allah ta'ala ne kaha: um al-adu fahtazur hum yeh negative thing aap ka dushman hai, aap is ko kill kijiye, is se door rahiye.</w:t>
      </w:r>
      <w:r>
        <w:br/>
      </w:r>
      <w:r>
        <w:rPr>
          <w:sz w:val="20"/>
        </w:rPr>
        <w:t>57:55  to bas main aaj yeh arz karunga jo lucknow book fair se jo mujhe experience mila, woh yeh hai ke hum kis tarah se maulana ne hum ko negative thinking se bachaya.</w:t>
      </w:r>
    </w:p>
    <w:p>
      <w:pPr>
        <w:pStyle w:val="Heading2"/>
      </w:pPr>
      <w:r>
        <w:t>Preserving the Quran is for the sake of spreading it</w:t>
      </w:r>
    </w:p>
    <w:p>
      <w:r>
        <w:rPr>
          <w:color w:val="666666"/>
          <w:sz w:val="18"/>
        </w:rPr>
        <w:t>For The Sake of God July 27, 2014 · 1m 30s · at 15:48 · https://youtu.be/3lPfny7j2NE?t=948</w:t>
      </w:r>
    </w:p>
    <w:p>
      <w:r>
        <w:rPr>
          <w:i/>
        </w:rPr>
        <w:t>“Quran mein hai, nazzalna adh-dhikra wa inna lahu la-hafizun”</w:t>
      </w:r>
    </w:p>
    <w:p>
      <w:r>
        <w:rPr>
          <w:sz w:val="20"/>
        </w:rPr>
        <w:t>15:48  dekhiye, quran mein hai ke "nazzalna zikra wa inna ilaihi hafizoon" ke allah ne utara hai is kitab ko, wahi iski hifazat karega.</w:t>
      </w:r>
      <w:r>
        <w:br/>
      </w:r>
      <w:r>
        <w:rPr>
          <w:sz w:val="20"/>
        </w:rPr>
        <w:t>16:02  dekhiye, hifazat ka matlab kya hai?</w:t>
      </w:r>
      <w:r>
        <w:br/>
      </w:r>
      <w:r>
        <w:rPr>
          <w:sz w:val="20"/>
        </w:rPr>
        <w:t>16:07  hifazat ka aik matlab ho sakta hai ke isko aik kamre mein band kar ke taal laga diya jaye, to yeh hifazat ho gayi.</w:t>
      </w:r>
      <w:r>
        <w:br/>
      </w:r>
      <w:r>
        <w:rPr>
          <w:sz w:val="20"/>
        </w:rPr>
        <w:t>16:15  jiske greek philosophy ki kitabein hain, us zamane mein badshah ne alexandria ke library mein rakh, kamron mein rakh kar ke isko lock kar diya tha, woh bhi hifazat thi.</w:t>
      </w:r>
      <w:r>
        <w:br/>
      </w:r>
      <w:r>
        <w:rPr>
          <w:sz w:val="20"/>
        </w:rPr>
        <w:t>16:33  ab bahri daur mein isko nikala gaya.</w:t>
      </w:r>
      <w:r>
        <w:br/>
      </w:r>
      <w:r>
        <w:rPr>
          <w:sz w:val="20"/>
        </w:rPr>
        <w:t>16:35  to hifazat ka matlab agar yeh ho ke kisi kamre mein band kar diya jaye, to hifazat to hui magar tabligh nahi hui,</w:t>
      </w:r>
      <w:r>
        <w:br/>
      </w:r>
      <w:r>
        <w:rPr>
          <w:sz w:val="20"/>
        </w:rPr>
        <w:t>16:50  inzar o tafsir nahi hua. to quran ki hifazat baraye tabligh hai, "for the sake of dawah" hai. quran ki hifazat "for the sake of" hifazat nahi hai.</w:t>
      </w:r>
      <w:r>
        <w:br/>
      </w:r>
      <w:r>
        <w:rPr>
          <w:sz w:val="20"/>
        </w:rPr>
        <w:t>17:05  quran ki hifazat, hifazat baraye hifazat, baraye hifazat nahi hai. woh hai "for the sake of dawah", "for the sake of inzar o tafsir".</w:t>
      </w:r>
    </w:p>
    <w:p>
      <w:pPr>
        <w:pStyle w:val="Heading2"/>
      </w:pPr>
      <w:r>
        <w:t>Quran's prediction that Muslims would abandon it</w:t>
      </w:r>
    </w:p>
    <w:p>
      <w:r>
        <w:rPr>
          <w:color w:val="666666"/>
          <w:sz w:val="18"/>
        </w:rPr>
        <w:t>Why Have Muslims Turned Violent December 14, 2008 · 1m 50s · at 5:20 · https://youtu.be/TYLK8Jwz8EE?t=320</w:t>
      </w:r>
    </w:p>
    <w:p>
      <w:r>
        <w:rPr>
          <w:i/>
        </w:rPr>
        <w:t>“The Quran already predicted Muslims would abandon it.”</w:t>
      </w:r>
    </w:p>
    <w:p>
      <w:r>
        <w:rPr>
          <w:sz w:val="20"/>
        </w:rPr>
        <w:t>5:20  phir dekhen Quran mein yeh baat pehle se likhi hui bhi hai.</w:t>
      </w:r>
      <w:r>
        <w:br/>
      </w:r>
      <w:r>
        <w:rPr>
          <w:sz w:val="20"/>
        </w:rPr>
        <w:t>5:27  As a prediction. ke later period of history mein kya hoga is ke bare mein.</w:t>
      </w:r>
      <w:r>
        <w:br/>
      </w:r>
      <w:r>
        <w:rPr>
          <w:sz w:val="20"/>
        </w:rPr>
        <w:t>5:38  rab inna qaumun ittakhadhu hadha al-qurana mahjura</w:t>
      </w:r>
      <w:r>
        <w:br/>
      </w:r>
      <w:r>
        <w:rPr>
          <w:sz w:val="20"/>
        </w:rPr>
        <w:t>5:44  yeh ayat Quran majeed mein maujood hai. Chapter number 25 mein aap is ko dekh sakte hain. Chapter number 25.</w:t>
      </w:r>
      <w:r>
        <w:br/>
      </w:r>
      <w:r>
        <w:rPr>
          <w:sz w:val="20"/>
        </w:rPr>
        <w:t>5:56  ke Musalman jo hain baad ke zamane mein Quran ko ek abandoned book bana den ge.</w:t>
      </w:r>
      <w:r>
        <w:br/>
      </w:r>
      <w:r>
        <w:rPr>
          <w:sz w:val="20"/>
        </w:rPr>
        <w:t>6:07  kitab mahjur bana den ge. kitab mahjur ka matlab hai abandoned book.</w:t>
      </w:r>
      <w:r>
        <w:br/>
      </w:r>
      <w:r>
        <w:rPr>
          <w:sz w:val="20"/>
        </w:rPr>
        <w:t>6:12  yani formal taur par to manen ge is ko as a formal belief lekin practical taur par is ko chode hue hon ge.</w:t>
      </w:r>
      <w:r>
        <w:br/>
      </w:r>
      <w:r>
        <w:rPr>
          <w:sz w:val="20"/>
        </w:rPr>
        <w:t>6:21  to wohi hai yeh.</w:t>
      </w:r>
      <w:r>
        <w:br/>
      </w:r>
      <w:r>
        <w:rPr>
          <w:sz w:val="20"/>
        </w:rPr>
        <w:t>6:26  ab dekhen ke Quran mein Quran ke bare mein main keh sakta hoon ke woh law of nature ko batata hai.</w:t>
      </w:r>
      <w:r>
        <w:br/>
      </w:r>
      <w:r>
        <w:rPr>
          <w:sz w:val="20"/>
        </w:rPr>
        <w:t>6:38  yani yeh dunya Khuda ne banai. poori dunya. to woh Khuda ke banaye hue laws of nature se govern hoti hai.</w:t>
      </w:r>
      <w:r>
        <w:br/>
      </w:r>
      <w:r>
        <w:rPr>
          <w:sz w:val="20"/>
        </w:rPr>
        <w:t>6:50  fitrat ka qanoon. to ek aitbar se Quran fitrat ke qanoon ko batane wali kitab hai.</w:t>
      </w:r>
      <w:r>
        <w:br/>
      </w:r>
      <w:r>
        <w:rPr>
          <w:sz w:val="20"/>
        </w:rPr>
        <w:t>7:02  to zaroor hai ke is ka bhi jawab is mein maujood ho. is phenomena ka bhi.</w:t>
      </w:r>
    </w:p>
    <w:p>
      <w:pPr>
        <w:pStyle w:val="Heading2"/>
      </w:pPr>
      <w:r>
        <w:t>Salvation is individual not community</w:t>
      </w:r>
    </w:p>
    <w:p>
      <w:r>
        <w:rPr>
          <w:color w:val="666666"/>
          <w:sz w:val="18"/>
        </w:rPr>
        <w:t>Dars-e-Quran, Chapter 2, Verse 60 April 08, 2018 · 2m 31s · at 17:26 · https://youtu.be/0ACymzsx8vI?t=1046</w:t>
      </w:r>
    </w:p>
    <w:p>
      <w:r>
        <w:rPr>
          <w:i/>
        </w:rPr>
        <w:t>“دیکھیے، اس کے بعد جو آیت ہے، وہ یہ ہے:”</w:t>
      </w:r>
    </w:p>
    <w:p>
      <w:r>
        <w:rPr>
          <w:sz w:val="20"/>
        </w:rPr>
        <w:t>17:26  un par koi khauf nahi hoga aur woh ghamgeen bhi nahi honge". Dekhiye, is ke baad jo ayat hai, woh yeh hai: is mein yeh bataya gaya hai ke salvation community wise nahi hai.</w:t>
      </w:r>
      <w:r>
        <w:br/>
      </w:r>
      <w:r>
        <w:rPr>
          <w:sz w:val="20"/>
        </w:rPr>
        <w:t>17:46  kahan salvation jo hai, Allah ke haan, woh community wise nahi hai, balke deed wise hai.</w:t>
      </w:r>
      <w:r>
        <w:br/>
      </w:r>
      <w:r>
        <w:rPr>
          <w:sz w:val="20"/>
        </w:rPr>
        <w:t>17:57  aadmi ko dekha jayega, uska deed kaisa hai, uska amal kaisa hai, us par us ke salvation ka decide kiya jayega.</w:t>
      </w:r>
      <w:r>
        <w:br/>
      </w:r>
      <w:r>
        <w:rPr>
          <w:sz w:val="20"/>
        </w:rPr>
        <w:t>18:07  yeh bohat important ayat hai Quran ka, jo ke jo baat hai, woh is mein batayi gayi hai ke tum yeh mat samjho ke tumhari community jo hai, is community ke liye salvation hai.</w:t>
      </w:r>
      <w:r>
        <w:br/>
      </w:r>
      <w:r>
        <w:rPr>
          <w:sz w:val="20"/>
        </w:rPr>
        <w:t>18:27  community ke wise salvation nahi hai, balke amal wise hai, deed wise hai. Ek bar to is ko parh ke tarjuma kijiye:</w:t>
      </w:r>
      <w:r>
        <w:br/>
      </w:r>
      <w:r>
        <w:rPr>
          <w:sz w:val="20"/>
        </w:rPr>
        <w:t>18:41  "Innal ladheena amanu walladheena hudoo wannasara wassabieena man amana billahi wal yawmil akhiri wa amila salihan falahum ajruhum inda rabbihim wala khawfun alaihim wala hum yahzanoon".</w:t>
      </w:r>
      <w:r>
        <w:br/>
      </w:r>
      <w:r>
        <w:rPr>
          <w:sz w:val="20"/>
        </w:rPr>
        <w:t>18:57  Beshaq jo log iman laye aur jo Yahudi hain aur Nasara aur Sabieen, jo log Allah par iman laye aur aakhirat ke din par aur naik amal kiya, un ke liye un ke Rab ke pas sawab hai, un par koi khauf nahi hoga aur woh ghamgeen nahi honge.</w:t>
      </w:r>
      <w:r>
        <w:br/>
      </w:r>
      <w:r>
        <w:rPr>
          <w:sz w:val="20"/>
        </w:rPr>
        <w:t>19:17  ab yahan dekhiye, mukhtalif jo dilchasp communities hain, un ko mention kiya, phir bataya ke nijat jo hai, salvation, woh community wise nahi hai,</w:t>
      </w:r>
      <w:r>
        <w:br/>
      </w:r>
      <w:r>
        <w:rPr>
          <w:sz w:val="20"/>
        </w:rPr>
        <w:t>19:33  balke individual wise hai. Yeh bohat important</w:t>
      </w:r>
      <w:r>
        <w:br/>
      </w:r>
      <w:r>
        <w:rPr>
          <w:sz w:val="20"/>
        </w:rPr>
        <w:t>19:44  yani cheez hai jo Quran mein batayi gayi hai ke jo salvation hai, woh individual wise hai, community wise nahi hai.</w:t>
      </w:r>
    </w:p>
    <w:p>
      <w:pPr>
        <w:pStyle w:val="Heading2"/>
      </w:pPr>
      <w:r>
        <w:t>God is not truth, truth is an attribute</w:t>
      </w:r>
    </w:p>
    <w:p>
      <w:r>
        <w:rPr>
          <w:color w:val="666666"/>
          <w:sz w:val="18"/>
        </w:rPr>
        <w:t>Islam and Peace (In Conversation with Maulana) · 1m 24s · at 30:04 · https://youtu.be/vFVw6wPt5lk?t=1804</w:t>
      </w:r>
    </w:p>
    <w:p>
      <w:r>
        <w:rPr>
          <w:i/>
        </w:rPr>
        <w:t>“No. It is wrong.”</w:t>
      </w:r>
    </w:p>
    <w:p>
      <w:r>
        <w:rPr>
          <w:sz w:val="20"/>
        </w:rPr>
        <w:t>30:04  No. It is wrong.</w:t>
      </w:r>
      <w:r>
        <w:br/>
      </w:r>
      <w:r>
        <w:rPr>
          <w:sz w:val="20"/>
        </w:rPr>
        <w:t>30:08  Some people say that God is truth and truth is God, but it is a wrong expression. Why?</w:t>
      </w:r>
      <w:r>
        <w:br/>
      </w:r>
      <w:r>
        <w:rPr>
          <w:sz w:val="20"/>
        </w:rPr>
        <w:t>30:16  Truth is an abstract idea, while God is a real being.</w:t>
      </w:r>
      <w:r>
        <w:br/>
      </w:r>
      <w:r>
        <w:rPr>
          <w:sz w:val="20"/>
        </w:rPr>
        <w:t>30:27  A real being.</w:t>
      </w:r>
      <w:r>
        <w:br/>
      </w:r>
      <w:r>
        <w:rPr>
          <w:sz w:val="20"/>
        </w:rPr>
        <w:t>30:31  So truth is a quality. Truth is a quality. In terms of quality, it is God's one.</w:t>
      </w:r>
      <w:r>
        <w:br/>
      </w:r>
      <w:r>
        <w:rPr>
          <w:sz w:val="20"/>
        </w:rPr>
        <w:t>30:49  You can say that truth is also one quality of God, one attribute of God.</w:t>
      </w:r>
      <w:r>
        <w:br/>
      </w:r>
      <w:r>
        <w:rPr>
          <w:sz w:val="20"/>
        </w:rPr>
        <w:t>30:58  But truth itself is God is wrong because God is a real existence, while truth has no real existence.</w:t>
      </w:r>
      <w:r>
        <w:br/>
      </w:r>
      <w:r>
        <w:rPr>
          <w:sz w:val="20"/>
        </w:rPr>
        <w:t>31:11  It is an idea, an abstract idea. So it is wrong to say that truth is God or God is truth.</w:t>
      </w:r>
      <w:r>
        <w:br/>
      </w:r>
      <w:r>
        <w:rPr>
          <w:sz w:val="20"/>
        </w:rPr>
        <w:t>31:22  Both terms are wrong.</w:t>
      </w:r>
    </w:p>
    <w:p>
      <w:pPr>
        <w:pStyle w:val="Heading2"/>
      </w:pPr>
      <w:r>
        <w:t>Isra and Miraj meaning communication age</w:t>
      </w:r>
    </w:p>
    <w:p>
      <w:r>
        <w:rPr>
          <w:color w:val="666666"/>
          <w:sz w:val="18"/>
        </w:rPr>
        <w:t>Lessons from My Journey to Canada January 03, 2016 Maulana Wahiduddin Khan · 2m 37s · at 1:44 · https://youtu.be/Uh8DWul9IyY?t=104</w:t>
      </w:r>
    </w:p>
    <w:p>
      <w:r>
        <w:rPr>
          <w:i/>
        </w:rPr>
        <w:t>“In this journey, I rediscovered a Quranic verse and a hadith.”</w:t>
      </w:r>
    </w:p>
    <w:p>
      <w:r>
        <w:rPr>
          <w:sz w:val="20"/>
        </w:rPr>
        <w:t>1:44  to yeh safar jo tha, is safar mein maine quran ki aik aayat aur aik hadith ko discover kiya, rediscover kiya.</w:t>
      </w:r>
      <w:r>
        <w:br/>
      </w:r>
      <w:r>
        <w:rPr>
          <w:sz w:val="20"/>
        </w:rPr>
        <w:t>1:56  dekhein, quran mein jo isra aur miraaj ka waqia hua tha, uska zikr hai quran mein: "subhan alladhi asra biabdhi laylan minal masjid al haram ilal masjid al aqsa".</w:t>
      </w:r>
      <w:r>
        <w:br/>
      </w:r>
      <w:r>
        <w:rPr>
          <w:sz w:val="20"/>
        </w:rPr>
        <w:t>2:15  linuro min ayatina, yani pak hai woh allah jo apne bande ko</w:t>
      </w:r>
      <w:r>
        <w:br/>
      </w:r>
      <w:r>
        <w:rPr>
          <w:sz w:val="20"/>
        </w:rPr>
        <w:t>2:29  raat, raat o raat ka tarjuma kiya jayega, raat o raat o raat, yani aik raat mein le gaya masjid haram se masjid aqsa tak, yani makkah se yerushalaym tak,</w:t>
      </w:r>
      <w:r>
        <w:br/>
      </w:r>
      <w:r>
        <w:rPr>
          <w:sz w:val="20"/>
        </w:rPr>
        <w:t>2:49  aur phir wapas aa gaye woh. to is mein bataya gaya hai ke "linuro min ayatina"</w:t>
      </w:r>
      <w:r>
        <w:br/>
      </w:r>
      <w:r>
        <w:rPr>
          <w:sz w:val="20"/>
        </w:rPr>
        <w:t>2:59  taake woh dikhaye allah ki nishaniyon ko. to tafseeron mein yeh wazeh nahi ke nishaniyon se murad kya hai.</w:t>
      </w:r>
      <w:r>
        <w:br/>
      </w:r>
      <w:r>
        <w:rPr>
          <w:sz w:val="20"/>
        </w:rPr>
        <w:t>3:09  aaj tak koi kehta hai ke wahan sar sabz, bohat sar sabzi hai, aur zaitoon aur anjeer hain, is ko dikhane ke liye.</w:t>
      </w:r>
      <w:r>
        <w:br/>
      </w:r>
      <w:r>
        <w:rPr>
          <w:sz w:val="20"/>
        </w:rPr>
        <w:t>3:21  yeh to bilkul ridiculous baat hai. koi kehta hai ke wahan nabiyon qabrein hain, yeh bhi ridiculous baat hai.</w:t>
      </w:r>
      <w:r>
        <w:br/>
      </w:r>
      <w:r>
        <w:rPr>
          <w:sz w:val="20"/>
        </w:rPr>
        <w:t>3:32  to yeh baat wazeh nahi hai ke ayyat se murad kya hai.</w:t>
      </w:r>
      <w:r>
        <w:br/>
      </w:r>
      <w:r>
        <w:rPr>
          <w:sz w:val="20"/>
        </w:rPr>
        <w:t>3:40  min ayyat, yani nishaniyon mein se, yani nishaniyan to beshumar hain, un mein se koi khaas nishani thi jis ko dikhane ke liye.</w:t>
      </w:r>
      <w:r>
        <w:br/>
      </w:r>
      <w:r>
        <w:rPr>
          <w:sz w:val="20"/>
        </w:rPr>
        <w:t>3:50  is ko kehte hain min tabeeziyah, baaz nishaniyon ko. to meri samajh mein aayi ke nishani se murad communication, age of communication hai,</w:t>
      </w:r>
      <w:r>
        <w:br/>
      </w:r>
      <w:r>
        <w:rPr>
          <w:sz w:val="20"/>
        </w:rPr>
        <w:t>4:04  ya ayyat ka jo lafz hai yahan, ayyat, is se murad hai age of communication. yani rasool allah salallahu alayhi wasallam aik naye, aik naye tareekhi daur ka aaghaz thay.</w:t>
      </w:r>
    </w:p>
    <w:p>
      <w:pPr>
        <w:pStyle w:val="Heading2"/>
      </w:pPr>
      <w:r>
        <w:t>No evidence for capital punishment for blasphemy</w:t>
      </w:r>
    </w:p>
    <w:p>
      <w:r>
        <w:rPr>
          <w:color w:val="666666"/>
          <w:sz w:val="18"/>
        </w:rPr>
        <w:t>Criticism in Islam May 17, 2008 · 3m 01s · at 22:52 · https://youtu.be/qhlJjRh9SeY?t=1372</w:t>
      </w:r>
    </w:p>
    <w:p>
      <w:r>
        <w:rPr>
          <w:i/>
        </w:rPr>
        <w:t>“No Quranic verse or hadith says kill those who insult the Prophet.”</w:t>
      </w:r>
    </w:p>
    <w:p>
      <w:r>
        <w:rPr>
          <w:sz w:val="20"/>
        </w:rPr>
        <w:t>22:52  quran o hadith se pesh karna pare ga aap ko. to in kitabon ko aap parhiye. aik bhi ayat woh nahi pesh kar sakte hain jis mein ke yeh hukum milta ho.</w:t>
      </w:r>
      <w:r>
        <w:br/>
      </w:r>
      <w:r>
        <w:rPr>
          <w:sz w:val="20"/>
        </w:rPr>
        <w:t>23:05  jaise aaj mein ne jo kitab dekhi to us mein kya hai? surah tauba ki aik ayat hai us mein kaha gaya hai ke jo log khuda aur rasool ko aiza pohanchate hain un ko satate hain to qayamat mein un ko azab aleem hoga dardnak saza hogi.</w:t>
      </w:r>
      <w:r>
        <w:br/>
      </w:r>
      <w:r>
        <w:rPr>
          <w:sz w:val="20"/>
        </w:rPr>
        <w:t>23:32  ab bataiye ke is se nikal liya?</w:t>
      </w:r>
      <w:r>
        <w:br/>
      </w:r>
      <w:r>
        <w:rPr>
          <w:sz w:val="20"/>
        </w:rPr>
        <w:t>23:39  ke is ayat mein to bataya gaya hai ke akhirat mein marne ke baad un ko khuda ke haan sakht punishment mile ga.</w:t>
      </w:r>
      <w:r>
        <w:br/>
      </w:r>
      <w:r>
        <w:rPr>
          <w:sz w:val="20"/>
        </w:rPr>
        <w:t>23:50  is se kya nikal liya ke dunya mein hum is ko qatl karein ge? These people don't know the difference between the two.</w:t>
      </w:r>
      <w:r>
        <w:br/>
      </w:r>
      <w:r>
        <w:rPr>
          <w:sz w:val="20"/>
        </w:rPr>
        <w:t>24:02  jis ayat se yeh nikal raha hai ke jab qayamat aaye gi jab day of judgment aaye ga log khuda ke haan pesh honge to khuda un ke baray mein yeh faisla kare ga ke un ko hell mein dalo.</w:t>
      </w:r>
      <w:r>
        <w:br/>
      </w:r>
      <w:r>
        <w:rPr>
          <w:sz w:val="20"/>
        </w:rPr>
        <w:t>24:17  is se yeh nikal liya ke hum aise aadmi ko qatl karein ge? to this this koi this koi argument hai? aise kahein la banta hai?</w:t>
      </w:r>
      <w:r>
        <w:br/>
      </w:r>
      <w:r>
        <w:rPr>
          <w:sz w:val="20"/>
        </w:rPr>
        <w:t>24:27  aise kahein kisi ko capital punishment diya jata hai? So these people don't know the difference between the two.</w:t>
      </w:r>
      <w:r>
        <w:br/>
      </w:r>
      <w:r>
        <w:rPr>
          <w:sz w:val="20"/>
        </w:rPr>
        <w:t>24:37  dekhiye aik bohat important hai different ko difference ko janna. principle of differentiation.</w:t>
      </w:r>
      <w:r>
        <w:br/>
      </w:r>
      <w:r>
        <w:rPr>
          <w:sz w:val="20"/>
        </w:rPr>
        <w:t>24:47  aik cheez aur doosri cheez mein farq karna. principle of differentiation is ko aap ko janna chahiye. nahi to aap kuch ka kuch karne lagen ge.</w:t>
      </w:r>
      <w:r>
        <w:br/>
      </w:r>
      <w:r>
        <w:rPr>
          <w:sz w:val="20"/>
        </w:rPr>
        <w:t>24:57  to sare quran mein dekhiye quran mein one hundred fourteen chapters hain. quran mein six thousand aur taqreeban six hundred verses hain.</w:t>
      </w:r>
      <w:r>
        <w:br/>
      </w:r>
      <w:r>
        <w:rPr>
          <w:sz w:val="20"/>
        </w:rPr>
        <w:t>25:13  lekin aik bhi ayat aisi nahi hai jis mein is qism ka capital punishment ki baat kahi gayi ho.</w:t>
      </w:r>
      <w:r>
        <w:br/>
      </w:r>
      <w:r>
        <w:rPr>
          <w:sz w:val="20"/>
        </w:rPr>
        <w:t>25:24  ab hadith ko lijiye. hadith ki bohat sari kitabein hain. hadith kehte hain sayings of the prophet of islam ko.</w:t>
      </w:r>
      <w:r>
        <w:br/>
      </w:r>
      <w:r>
        <w:rPr>
          <w:sz w:val="20"/>
        </w:rPr>
        <w:t>25:37  is mein bhi koi aik bhi hadith woh pesh nahi kar sake yeh log. top ke log. mera matlab yeh hai ke aisi hadith jis mein yeh likha ho ke من شتم رسولکم فقتلوہ.</w:t>
      </w:r>
    </w:p>
    <w:p>
      <w:pPr>
        <w:pStyle w:val="Heading2"/>
      </w:pPr>
      <w:r>
        <w:t>telecommunication fulfills the Dajjal hadith</w:t>
      </w:r>
    </w:p>
    <w:p>
      <w:r>
        <w:rPr>
          <w:color w:val="666666"/>
          <w:sz w:val="18"/>
        </w:rPr>
        <w:t>Quran for All Mankind June 3, 2012 · 2m 07s · at 16:14 · https://youtu.be/Gp-53Zjugcg?t=974</w:t>
      </w:r>
    </w:p>
    <w:p>
      <w:r>
        <w:rPr>
          <w:i/>
        </w:rPr>
        <w:t>“Still one problem remained — telecommunication”</w:t>
      </w:r>
    </w:p>
    <w:p>
      <w:r>
        <w:rPr>
          <w:sz w:val="20"/>
        </w:rPr>
        <w:t>16:14  lekin abhi bhi masla baqi tha, yani jis ko kehte hain telecommunication. yani aap Delhi mein hain aur America se aap ko rabt qaim karna hai, to woh kaise ho?</w:t>
      </w:r>
      <w:r>
        <w:br/>
      </w:r>
      <w:r>
        <w:rPr>
          <w:sz w:val="20"/>
        </w:rPr>
        <w:t>16:30  is ke liye Allah taala ne telecommunication paida kiya. pehle aap jante hain ke telegraph aaya, phir telephone aaya.</w:t>
      </w:r>
      <w:r>
        <w:br/>
      </w:r>
      <w:r>
        <w:rPr>
          <w:sz w:val="20"/>
        </w:rPr>
        <w:t>16:41  ab to itni taraqqi ho chuki hai computer age ke baad ke kisi bhi lamha aap kisi bhi maqam se contact kar sakte hain. sirf yahi nahi, balkeh aap aik maqam par bolein aur sari duniya mein aap ko suna jaye.</w:t>
      </w:r>
      <w:r>
        <w:br/>
      </w:r>
      <w:r>
        <w:rPr>
          <w:sz w:val="20"/>
        </w:rPr>
        <w:t>17:01  dekhiye, aik hadith hai, woh hadith to dajjal ke baray mein hai. dajjal boley ga to us ki awaz mashriq o maghrib mein sunai degi.</w:t>
      </w:r>
      <w:r>
        <w:br/>
      </w:r>
      <w:r>
        <w:rPr>
          <w:sz w:val="20"/>
        </w:rPr>
        <w:t>17:12  log samajhte hain ke yeh dajjal ki cheekh ki baat hai, harghiz nahi, yeh door ki baat hai.</w:t>
      </w:r>
      <w:r>
        <w:br/>
      </w:r>
      <w:r>
        <w:rPr>
          <w:sz w:val="20"/>
        </w:rPr>
        <w:t>17:21  yeh door ki baat hai,</w:t>
      </w:r>
      <w:r>
        <w:br/>
      </w:r>
      <w:r>
        <w:rPr>
          <w:sz w:val="20"/>
        </w:rPr>
        <w:t>17:22  yani dajjal ka zahoor is zamane mein hoga jab ke yeh mumkin ho jaye ga ke aap ek jagah bolen aur mashriq o maghrib mein aap ki awaz suni jaye, tasweer bhi, awaz bhi.</w:t>
      </w:r>
      <w:r>
        <w:br/>
      </w:r>
      <w:r>
        <w:rPr>
          <w:sz w:val="20"/>
        </w:rPr>
        <w:t>17:35  to is hadith ko log samjhe baithe hain ke koi dajjal hoga, koi chekhe ga aur idhar udhar sunai de ga</w:t>
      </w:r>
      <w:r>
        <w:br/>
      </w:r>
      <w:r>
        <w:rPr>
          <w:sz w:val="20"/>
        </w:rPr>
        <w:t>17:41  a. yaad rakhiye, agar aisa koi dajjal jo chekhe itne zor se to kaan ke parde phat jayen ge, yeh deewarein gir jayen gi.</w:t>
      </w:r>
      <w:r>
        <w:br/>
      </w:r>
      <w:r>
        <w:rPr>
          <w:sz w:val="20"/>
        </w:rPr>
        <w:t>17:52  itna zyada koi chekhne wala agar paida ho jaye ke us ki chekh jo hai sari duniya mein sunai de to yeh sab deewarein qaim nahin rahen gi.</w:t>
      </w:r>
      <w:r>
        <w:br/>
      </w:r>
      <w:r>
        <w:rPr>
          <w:sz w:val="20"/>
        </w:rPr>
        <w:t>18:02  kyunke jo views hoti hain, view is mein bohat taqat hoti hai. do matlab nahin is ka hai, woh ek daur ki baat hai,</w:t>
      </w:r>
      <w:r>
        <w:br/>
      </w:r>
      <w:r>
        <w:rPr>
          <w:sz w:val="20"/>
        </w:rPr>
        <w:t>18:12  woh momin ke liye bhi hoga, ghair momin ke liye bhi hoga. to Allah taala ne woh daur paida kiya ke tum global dua work kar sako.</w:t>
      </w:r>
    </w:p>
    <w:p>
      <w:pPr>
        <w:pStyle w:val="Heading2"/>
      </w:pPr>
      <w:r>
        <w:t>Quran's purpose is paradise, not fixing worldly systems</w:t>
      </w:r>
    </w:p>
    <w:p>
      <w:r>
        <w:rPr>
          <w:color w:val="666666"/>
          <w:sz w:val="18"/>
        </w:rPr>
        <w:t>Revival of Islam November 7, 2010 · 2m 03s · at 1:04:27 · https://youtu.be/-aRS72WUTR8?t=3867</w:t>
      </w:r>
    </w:p>
    <w:p>
      <w:r>
        <w:rPr>
          <w:i/>
        </w:rPr>
        <w:t>“Duniya ka nizam achha chal raha hai, phir insan Khuda ko kyun mane?”</w:t>
      </w:r>
    </w:p>
    <w:p>
      <w:r>
        <w:rPr>
          <w:sz w:val="20"/>
        </w:rPr>
        <w:t>1:04:27  Iqbal Umar ne Tamil Nadu se likha hai: "maujooda zamanay mein Khuda ke qanoon ko maane baghair</w:t>
      </w:r>
      <w:r>
        <w:br/>
      </w:r>
      <w:r>
        <w:rPr>
          <w:sz w:val="20"/>
        </w:rPr>
        <w:t>1:04:35  dunya ka nizaam achha chal raha hai, phir aaj ka insaan Khuda ko kyun maane?" dekhein, dunya ke nizaam ko behtar banane ke liye Quran ya Islam nahin aaya hai.</w:t>
      </w:r>
      <w:r>
        <w:br/>
      </w:r>
      <w:r>
        <w:rPr>
          <w:sz w:val="20"/>
        </w:rPr>
        <w:t>1:04:49  yaad rakhiye, nahin aaya hai. Quran mein likha hai ke pichli qomon ke baray mein aaya hai ke "amroohaa kathrum mimma amroo" bohat achha nizaam banaya tha unhon ne.</w:t>
      </w:r>
      <w:r>
        <w:br/>
      </w:r>
      <w:r>
        <w:rPr>
          <w:sz w:val="20"/>
        </w:rPr>
        <w:t>1:05:06  woh ek alag cheez hai. Islam ya Quran ya Rasool Allah jo deen laaye, woh sirf is liye hai ke insaan apne ko jannat ka mustahiq banaye.</w:t>
      </w:r>
      <w:r>
        <w:br/>
      </w:r>
      <w:r>
        <w:rPr>
          <w:sz w:val="20"/>
        </w:rPr>
        <w:t>1:05:17  yani taameer shakhsiyat, taameer dunya ke liye nahin hai. taameer dunya ek alag masla hai, taameer dunya ek alag masla hai.</w:t>
      </w:r>
      <w:r>
        <w:br/>
      </w:r>
      <w:r>
        <w:rPr>
          <w:sz w:val="20"/>
        </w:rPr>
        <w:t>1:05:27  yeh shakhsiyat hai aap ki, is ki taameer</w:t>
      </w:r>
      <w:r>
        <w:br/>
      </w:r>
      <w:r>
        <w:rPr>
          <w:sz w:val="20"/>
        </w:rPr>
        <w:t>1:05:31  jannati insaan banana, jannati jazbaat paida karna, jannati soch chalana, jannati personality banana, is ko tazkiya kehte hain.</w:t>
      </w:r>
      <w:r>
        <w:br/>
      </w:r>
      <w:r>
        <w:rPr>
          <w:sz w:val="20"/>
        </w:rPr>
        <w:t>1:05:41  yeh hai maqsad dunya ke aitbaar se. Rasool Allah bohat museebaton mein rahe.</w:t>
      </w:r>
      <w:r>
        <w:br/>
      </w:r>
      <w:r>
        <w:rPr>
          <w:sz w:val="20"/>
        </w:rPr>
        <w:t>1:05:49  Hazrat Aisha kehti hain ke hum log, yani Rasool Allah ka jo khandan hai, maash al Muhammad yom yun qatt, hatta qabtar Rasool Allah sallallahu alaihi wasallam,</w:t>
      </w:r>
      <w:r>
        <w:br/>
      </w:r>
      <w:r>
        <w:rPr>
          <w:sz w:val="20"/>
        </w:rPr>
        <w:t>1:06:03  do din musalsal hum ko pait par khaana nahin mila. yahan tak ke Rasool Allah ki wafat ho gayi. to nizaam dunya ko behtar banane ke liye Islam nahin aaya hai,</w:t>
      </w:r>
      <w:r>
        <w:br/>
      </w:r>
      <w:r>
        <w:rPr>
          <w:sz w:val="20"/>
        </w:rPr>
        <w:t>1:06:15  woh aaya hai aap ko jannat ka raasta dikhane ke liye.</w:t>
      </w:r>
      <w:r>
        <w:br/>
      </w:r>
      <w:r>
        <w:rPr>
          <w:sz w:val="20"/>
        </w:rPr>
        <w:t>1:06:19  bas jannat ka raasta dikhane ke liye. is baray mein maine bohat likha hai, aap is ko parh sakte hain.</w:t>
      </w:r>
    </w:p>
    <w:p>
      <w:pPr>
        <w:pStyle w:val="Heading2"/>
      </w:pPr>
      <w:r>
        <w:t>Islamic rulings on abortion, mercy killing, and organ donation</w:t>
      </w:r>
    </w:p>
    <w:p>
      <w:r>
        <w:rPr>
          <w:color w:val="666666"/>
          <w:sz w:val="18"/>
        </w:rPr>
        <w:t>Roza and Quran July 18, 2010 · 2m 24s · at 1:06:51 · https://youtu.be/TSjqSQEb0EQ?t=4011</w:t>
      </w:r>
    </w:p>
    <w:p>
      <w:r>
        <w:rPr>
          <w:i/>
        </w:rPr>
        <w:t>“Is abortion allowed in Islam, even for a Down syndrome diagnosis?”</w:t>
      </w:r>
    </w:p>
    <w:p>
      <w:r>
        <w:rPr>
          <w:sz w:val="20"/>
        </w:rPr>
        <w:t>1:06:51  molana, agla sawal mister faik ka hai, california se. unhon ne poocha hai ke "Is abortion allowed in Islam?</w:t>
      </w:r>
      <w:r>
        <w:br/>
      </w:r>
      <w:r>
        <w:rPr>
          <w:sz w:val="20"/>
        </w:rPr>
        <w:t>1:07:00  If during pregnancy genetic test it is revealed that child will have Down syndrome or similar complications, then is abortion allowed?"</w:t>
      </w:r>
      <w:r>
        <w:br/>
      </w:r>
      <w:r>
        <w:rPr>
          <w:sz w:val="20"/>
        </w:rPr>
        <w:t>1:07:13  nahi, mein samajhta hoon ke yeh koi wajah nahi hai abortion ki. Islam mein abortion to jaiz nahi hai, jahan tak mein samajhta hoon. jaiz nahi hai, kyunke woh ek jaan ko maar nahi sakte aap.</w:t>
      </w:r>
      <w:r>
        <w:br/>
      </w:r>
      <w:r>
        <w:rPr>
          <w:sz w:val="20"/>
        </w:rPr>
        <w:t>1:07:27  ek jaan, yani agar woh ek zindagi ban chuki hai, ek zindagi ban chuki hai to aap us ko maarne ka haq nahi rakhte.</w:t>
      </w:r>
      <w:r>
        <w:br/>
      </w:r>
      <w:r>
        <w:rPr>
          <w:sz w:val="20"/>
        </w:rPr>
        <w:t>1:07:38  woh us ko paida hone dijiye. paida hone ke baad is ka jo kuch bhi karna hai, kijiye aap.</w:t>
      </w:r>
      <w:r>
        <w:br/>
      </w:r>
      <w:r>
        <w:rPr>
          <w:sz w:val="20"/>
        </w:rPr>
        <w:t>1:07:45  yani agar</w:t>
      </w:r>
      <w:r>
        <w:br/>
      </w:r>
      <w:r>
        <w:rPr>
          <w:sz w:val="20"/>
        </w:rPr>
        <w:t>1:07:49  jaan na bani ho, bilkul ibtedai stage mein hai, us waqt kisi medical wajah se is ko, yani kiya jaye to shayad is ka jawaz nikle.</w:t>
      </w:r>
      <w:r>
        <w:br/>
      </w:r>
      <w:r>
        <w:rPr>
          <w:sz w:val="20"/>
        </w:rPr>
        <w:t>1:08:00  lekin ek zindagi ban jaane ke baad us ko, is ka, is ka woh masnooi tareeqe se us ko nikaal kar khatam karna, yeh to mein samajhta hoon ke Islam mein jaiz nahi hai.</w:t>
      </w:r>
      <w:r>
        <w:br/>
      </w:r>
      <w:r>
        <w:rPr>
          <w:sz w:val="20"/>
        </w:rPr>
        <w:t>1:08:14  hum ko chahiye ke hum is ko paida hone dein, is ki taleem karein, is ki tarbiyat karein, is ka ilaaj karein, aur Khuda se dua karein ke woh Khuda is ko theek kar de.</w:t>
      </w:r>
      <w:r>
        <w:br/>
      </w:r>
      <w:r>
        <w:rPr>
          <w:sz w:val="20"/>
        </w:rPr>
        <w:t>1:08:24  molana, kya mercy killing pe bhi Islam ka yahi stand hoga? haan, mercy killing Islam mein nahi hai. Islam mein nahi hai mercy killing. mercy killing Islam mein nahi hai.</w:t>
      </w:r>
      <w:r>
        <w:br/>
      </w:r>
      <w:r>
        <w:rPr>
          <w:sz w:val="20"/>
        </w:rPr>
        <w:t>1:08:34  un ka ek aur sawal hai, molana, woh janna chahte hain ke kya organ donation Islam mein jaiz hai, allowed hai? haan, bilkul allowed hai.</w:t>
      </w:r>
      <w:r>
        <w:br/>
      </w:r>
      <w:r>
        <w:rPr>
          <w:sz w:val="20"/>
        </w:rPr>
        <w:t>1:08:44  is mein to koi haraaj hi nahin. woh to sadqa-e-jaariya hai. aik aadmi marne wala hai, us se pehle is ne donate kar di apni aankh ko, to marne ke baad aap jante hain, kuch der tak us ki aankh jo hai, us haalat mein rehti hai ke nikaal liya jaye, kisi aur andhe ke us ko istemaal kar ho sakti hai.</w:t>
      </w:r>
      <w:r>
        <w:br/>
      </w:r>
      <w:r>
        <w:rPr>
          <w:sz w:val="20"/>
        </w:rPr>
        <w:t>1:09:07  to is tarah se mein is ko sadqa-e-jaariya kehta hoon. is mein to koi haraaj nahin, mere nazdeek bilkul jaaiz hai yeh.</w:t>
      </w:r>
    </w:p>
    <w:p>
      <w:pPr>
        <w:pStyle w:val="Heading2"/>
      </w:pPr>
      <w:r>
        <w:t>Defining religious extremism versus moderation</w:t>
      </w:r>
    </w:p>
    <w:p>
      <w:r>
        <w:rPr>
          <w:color w:val="666666"/>
          <w:sz w:val="18"/>
        </w:rPr>
        <w:t>Model of Paradise June 22, 2014 · 2m 28s · at 43:58 · https://youtu.be/7jXD8E_dN-E?t=2638</w:t>
      </w:r>
    </w:p>
    <w:p>
      <w:r>
        <w:rPr>
          <w:i/>
        </w:rPr>
        <w:t>“Dekhein, moderation ya modernity koi bahut well-defined term nahi hai”</w:t>
      </w:r>
    </w:p>
    <w:p>
      <w:r>
        <w:rPr>
          <w:sz w:val="20"/>
        </w:rPr>
        <w:t>43:58  dekhein, moderation ya modernity koi bohat well-defined term nahi hai.</w:t>
      </w:r>
      <w:r>
        <w:br/>
      </w:r>
      <w:r>
        <w:rPr>
          <w:sz w:val="20"/>
        </w:rPr>
        <w:t>44:06  extremism ka to definition available hai magar modernity ka definition available nahi hai.</w:t>
      </w:r>
      <w:r>
        <w:br/>
      </w:r>
      <w:r>
        <w:rPr>
          <w:sz w:val="20"/>
        </w:rPr>
        <w:t>44:15  jahan tak mein jaanta hoon. Lekin</w:t>
      </w:r>
      <w:r>
        <w:br/>
      </w:r>
      <w:r>
        <w:rPr>
          <w:sz w:val="20"/>
        </w:rPr>
        <w:t>44:22  aam taur par jo yeh alfaaz istemal kiye jaate hain, us ke lehaz se mein is ki thori si wazahat karunga.</w:t>
      </w:r>
      <w:r>
        <w:br/>
      </w:r>
      <w:r>
        <w:rPr>
          <w:sz w:val="20"/>
        </w:rPr>
        <w:t>44:29  extremism ka matlab hai ghulu. Yani mazhab ki taleemat jo hain, us mein ghulu karna.</w:t>
      </w:r>
      <w:r>
        <w:br/>
      </w:r>
      <w:r>
        <w:rPr>
          <w:sz w:val="20"/>
        </w:rPr>
        <w:t>44:38  is ka koi extremist version nikalna. Jaise aik misaal deta hoon aap ko ke</w:t>
      </w:r>
      <w:r>
        <w:br/>
      </w:r>
      <w:r>
        <w:rPr>
          <w:sz w:val="20"/>
        </w:rPr>
        <w:t>44:50  wuzu hum karte hain to us mein hota hai ke saare jo aza hain, wuzu wale, woh sab dho jayen.</w:t>
      </w:r>
      <w:r>
        <w:br/>
      </w:r>
      <w:r>
        <w:rPr>
          <w:sz w:val="20"/>
        </w:rPr>
        <w:t>44:57  to aik sahab thay, un ko mehsoos hua ke aankh ke andar bhi pani dalna chahiye. To aankh ke andar pani dalne lagein.</w:t>
      </w:r>
      <w:r>
        <w:br/>
      </w:r>
      <w:r>
        <w:rPr>
          <w:sz w:val="20"/>
        </w:rPr>
        <w:t>45:06  aankh ke andar pani, woh samajhte thay ke is ke baghair wuzu nahi hoga. To aankh ke andar pani dalte dalte un ki aankh chali gayi, chali gayi.</w:t>
      </w:r>
      <w:r>
        <w:br/>
      </w:r>
      <w:r>
        <w:rPr>
          <w:sz w:val="20"/>
        </w:rPr>
        <w:t>45:15  woh nabina ho gaye. That is ghulu aur ya extremism. Abhi jo buq o haram jo hai, woh ghulu ki misaal</w:t>
      </w:r>
      <w:r>
        <w:br/>
      </w:r>
      <w:r>
        <w:rPr>
          <w:sz w:val="20"/>
        </w:rPr>
        <w:t>45:27  hai. Jitni bhi musalmanon mein is waqt chal rahi hain tehrikein, sab ghulu hi ki misalein hain. Sab ki sab. Yani Islam ki taleemat mein ghulu karna.</w:t>
      </w:r>
      <w:r>
        <w:br/>
      </w:r>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p>
    <w:p>
      <w:pPr>
        <w:pStyle w:val="Heading2"/>
      </w:pPr>
      <w:r>
        <w:t>Body's needs are met, but the mind's are not</w:t>
      </w:r>
    </w:p>
    <w:p>
      <w:r>
        <w:rPr>
          <w:color w:val="666666"/>
          <w:sz w:val="18"/>
        </w:rPr>
        <w:t>Model of Paradise June 22, 2014 · 2m 59s · at 7:24 · https://youtu.be/7jXD8E_dN-E?t=444</w:t>
      </w:r>
    </w:p>
    <w:p>
      <w:r>
        <w:rPr>
          <w:i/>
        </w:rPr>
        <w:t>“Insaan jo paida hua hai, uska ek physical body hai aur ek mind hai”</w:t>
      </w:r>
    </w:p>
    <w:p>
      <w:r>
        <w:rPr>
          <w:sz w:val="20"/>
        </w:rPr>
        <w:t>7:24  jannat ki discovery ho jayegi. ab dekhiye, main aap ko ek pehlu par ghor karne ki dawat deta hoon.</w:t>
      </w:r>
      <w:r>
        <w:br/>
      </w:r>
      <w:r>
        <w:rPr>
          <w:sz w:val="20"/>
        </w:rPr>
        <w:t>7:34  insan jo paida hua hai, to ek is ka ek physical body hai aur ek is ka mind hai. hum dekhte hain ke jo hamari physical body hai, is ka to saman yahan bharpoor maujood hai.</w:t>
      </w:r>
      <w:r>
        <w:br/>
      </w:r>
      <w:r>
        <w:rPr>
          <w:sz w:val="20"/>
        </w:rPr>
        <w:t>7:52  pyaas ke liye pani, khane ke liye food, aaram ke liye bistar, har cheez maujood hai. aur modern civilization ne bohat ziyada saman mein izafa kiya hai.</w:t>
      </w:r>
      <w:r>
        <w:br/>
      </w:r>
      <w:r>
        <w:rPr>
          <w:sz w:val="20"/>
        </w:rPr>
        <w:t>8:06  pehlay zamanay mein jo physical life thi insan ki, woh bohat hi crude qism ki thi. khud mere bachpan mein, mere bachpan mein bhi bohat hi crude life hua karti thi.</w:t>
      </w:r>
      <w:r>
        <w:br/>
      </w:r>
      <w:r>
        <w:rPr>
          <w:sz w:val="20"/>
        </w:rPr>
        <w:t>8:20  aaj science ne itnay ziyada item badha diye hain ke hum bohat hi comfortable life guzarne ki position mein ho gaye hain.</w:t>
      </w:r>
      <w:r>
        <w:br/>
      </w:r>
      <w:r>
        <w:rPr>
          <w:sz w:val="20"/>
        </w:rPr>
        <w:t>8:29  beshumar qism ki luxury wajood mein aa gayi hai. to physical life jo hai, physical aspect jo hai insan ka, is ke liye to bohat item mil gaye hum ko.</w:t>
      </w:r>
      <w:r>
        <w:br/>
      </w:r>
      <w:r>
        <w:rPr>
          <w:sz w:val="20"/>
        </w:rPr>
        <w:t>8:45  lekin hamari ek aur life hai, woh intellectual life.</w:t>
      </w:r>
      <w:r>
        <w:br/>
      </w:r>
      <w:r>
        <w:rPr>
          <w:sz w:val="20"/>
        </w:rPr>
        <w:t>8:50  is ke liye koi saman hi nahin. har aadmi jo logon ke andar jo stress hota hai, jo tension hota hai, dis satisfaction hota hai, woh kahan hota hai?</w:t>
      </w:r>
      <w:r>
        <w:br/>
      </w:r>
      <w:r>
        <w:rPr>
          <w:sz w:val="20"/>
        </w:rPr>
        <w:t>9:05  woh body ke level par nahin hota hai, woh mind ke level par hota hai.</w:t>
      </w:r>
      <w:r>
        <w:br/>
      </w:r>
      <w:r>
        <w:rPr>
          <w:sz w:val="20"/>
        </w:rPr>
        <w:t>9:12  body jo chahti hai, woh to mil raha hai us ko. body ke level par hamari body ko koi dis satisfaction nahin hai. lekin intellectual level par itna zyada hai ke har aadmi tension jeeta hai, har aadmi ko stress hai,</w:t>
      </w:r>
      <w:r>
        <w:br/>
      </w:r>
      <w:r>
        <w:rPr>
          <w:sz w:val="20"/>
        </w:rPr>
        <w:t>9:31  har aadmi tension mein marta hai.</w:t>
      </w:r>
      <w:r>
        <w:br/>
      </w:r>
      <w:r>
        <w:rPr>
          <w:sz w:val="20"/>
        </w:rPr>
        <w:t>9:35  to is ke mani kya hue? ke insaan jo hai, physical level par to apni need pa raha hai, lekin intellectual level par nahin pa raha hai.</w:t>
      </w:r>
      <w:r>
        <w:br/>
      </w:r>
      <w:r>
        <w:rPr>
          <w:sz w:val="20"/>
        </w:rPr>
        <w:t>9:49  to sawal yeh hai ke intellectual level par jab mind hai to is ka pair hona chahiye. body ka hai to is ka pair maujood hai ke har qism ki ghiza, har qism ke saman maujood hain is duniya mein.</w:t>
      </w:r>
      <w:r>
        <w:br/>
      </w:r>
      <w:r>
        <w:rPr>
          <w:sz w:val="20"/>
        </w:rPr>
        <w:t>10:04  aur modern civilization ne, modern history ne in ko bohat zyada izafa kar diya hai. to hamari physical being jo hai, is ka pair to maujood hai,</w:t>
      </w:r>
      <w:r>
        <w:br/>
      </w:r>
      <w:r>
        <w:rPr>
          <w:sz w:val="20"/>
        </w:rPr>
        <w:t>10:17  lekin jo intellectual being hai, is ka pair maujood nahin hai.</w:t>
      </w:r>
    </w:p>
    <w:p>
      <w:pPr>
        <w:pStyle w:val="Heading2"/>
      </w:pPr>
      <w:r>
        <w:t>Two levels of Quran understanding and tolerance</w:t>
      </w:r>
    </w:p>
    <w:p>
      <w:r>
        <w:rPr>
          <w:color w:val="666666"/>
          <w:sz w:val="18"/>
        </w:rPr>
        <w:t>Ramazan Month of Study of the Quran April 30, 2020 Maulana Wahiduddin Khan · 2m 08s · at 27:04 · https://youtu.be/AUSxxGBJHCk?t=1624</w:t>
      </w:r>
    </w:p>
    <w:p>
      <w:r>
        <w:rPr>
          <w:i/>
        </w:rPr>
        <w:t>“Har kitaab ke samajhne ke liye do level hote hain”</w:t>
      </w:r>
    </w:p>
    <w:p>
      <w:r>
        <w:rPr>
          <w:sz w:val="20"/>
        </w:rPr>
        <w:t>27:04  har kitab ke samajhne ke liye do level hote hain. ek yeh ke aap deep sense mein is ko samjhein, deep sense mein,</w:t>
      </w:r>
      <w:r>
        <w:br/>
      </w:r>
      <w:r>
        <w:rPr>
          <w:sz w:val="20"/>
        </w:rPr>
        <w:t>27:18  aur doosra yeh hai ke aap is ko</w:t>
      </w:r>
      <w:r>
        <w:br/>
      </w:r>
      <w:r>
        <w:rPr>
          <w:sz w:val="20"/>
        </w:rPr>
        <w:t>27:24  saada andaaz mein samjhein. bas aap ko saada andaaz mein agar samajhna hai to tarjuma padh lijiye, aur aap ko deep sense mein samajhna hai to tafaseer padh lijiye.</w:t>
      </w:r>
      <w:r>
        <w:br/>
      </w:r>
      <w:r>
        <w:rPr>
          <w:sz w:val="20"/>
        </w:rPr>
        <w:t>27:42  koi bhi tafseer jo aap ko achhi lage, us ko aap padh sakte hain.</w:t>
      </w:r>
      <w:r>
        <w:br/>
      </w:r>
      <w:r>
        <w:rPr>
          <w:sz w:val="20"/>
        </w:rPr>
        <w:t>27:54  unhone kaha hai: "itne saare sects hain, is ko kaise explain kiya jaye?" hain sects, sects itne saare hain. kya hain?</w:t>
      </w:r>
      <w:r>
        <w:br/>
      </w:r>
      <w:r>
        <w:rPr>
          <w:sz w:val="20"/>
        </w:rPr>
        <w:t>28:03  sects, sects, firqay.</w:t>
      </w:r>
      <w:r>
        <w:br/>
      </w:r>
      <w:r>
        <w:rPr>
          <w:sz w:val="20"/>
        </w:rPr>
        <w:t>28:08  sects achhe hain, yeh firqay to baad bane hain, bane koi thay nahi. aap kisi firqay ki</w:t>
      </w:r>
      <w:r>
        <w:br/>
      </w:r>
      <w:r>
        <w:rPr>
          <w:sz w:val="20"/>
        </w:rPr>
        <w:t>28:19  koi tehqeeq mat kijiye, aap quran ki saada tarjume ko dekhiye. bas yeh jo sects aaye hain, woh sab baat ko aaye hain, aur sajeeb sahi maloom yeh hai ke</w:t>
      </w:r>
      <w:r>
        <w:br/>
      </w:r>
      <w:r>
        <w:rPr>
          <w:sz w:val="20"/>
        </w:rPr>
        <w:t>28:40  sab theek hai, koi is mein galat galat aur sahi nahi hai, balke apni bijli ke upar sab theek hai.</w:t>
      </w:r>
      <w:r>
        <w:br/>
      </w:r>
      <w:r>
        <w:rPr>
          <w:sz w:val="20"/>
        </w:rPr>
        <w:t>28:54  matlab hamare andar tolerance hona chahiye, ek doosre ke khilaaf hum sahi sahi hai na uthein. sahi hai, tolerance.</w:t>
      </w:r>
    </w:p>
    <w:p>
      <w:pPr>
        <w:pStyle w:val="Heading2"/>
      </w:pPr>
      <w:r>
        <w:t>Double-checking system explanation</w:t>
      </w:r>
    </w:p>
    <w:p>
      <w:r>
        <w:rPr>
          <w:color w:val="666666"/>
          <w:sz w:val="18"/>
        </w:rPr>
        <w:t>The Message of the Quran - Part-2 (English) | March 07, 2007 | Maulana Wahiduddin Khan · 2m 01s · at 4:18 · https://youtu.be/oqDHIm3IUw4?t=258</w:t>
      </w:r>
    </w:p>
    <w:p>
      <w:r>
        <w:rPr>
          <w:i/>
        </w:rPr>
        <w:t>“They adopted a very unique method”</w:t>
      </w:r>
    </w:p>
    <w:p>
      <w:r>
        <w:rPr>
          <w:sz w:val="20"/>
        </w:rPr>
        <w:t>4:18  also a Katib. So these people were available every time, day and night. So they adopted a very unique method. This kind of method was not available— was not</w:t>
      </w:r>
      <w:r>
        <w:br/>
      </w:r>
      <w:r>
        <w:rPr>
          <w:sz w:val="20"/>
        </w:rPr>
        <w:t>4:49  available in previous history. According to Dr. Maurice Bucaille, it was a double-checking system. It was based on the principle of double-checking system. It means that when a portion of the revelation was received by the Prophet, he</w:t>
      </w:r>
      <w:r>
        <w:br/>
      </w:r>
      <w:r>
        <w:rPr>
          <w:sz w:val="20"/>
        </w:rPr>
        <w:t>5:19  would recite it, and the listeners would memorize it. Then some others would write it. So memorization and writing, both were used side by side. So this was a unique method. It is this method that</w:t>
      </w:r>
      <w:r>
        <w:br/>
      </w:r>
      <w:r>
        <w:rPr>
          <w:sz w:val="20"/>
        </w:rPr>
        <w:t>5:49  was named by Dr. Maurice Bucaille "double-checking system." It means that tally your memory from the writings, and tally your writing from the memory. So it was the most authentic way of preserving the revelation.</w:t>
      </w:r>
    </w:p>
    <w:p>
      <w:pPr>
        <w:pStyle w:val="Heading2"/>
      </w:pPr>
      <w:r>
        <w:t>Defining tajdeed vs ihya via Quran and hadith</w:t>
      </w:r>
    </w:p>
    <w:p>
      <w:r>
        <w:rPr>
          <w:color w:val="666666"/>
          <w:sz w:val="18"/>
        </w:rPr>
        <w:t>Revival of Islam November 7, 2010 · 2m 52s · at 0:49 · https://youtu.be/-aRS72WUTR8?t=49</w:t>
      </w:r>
    </w:p>
    <w:p>
      <w:r>
        <w:rPr>
          <w:i/>
        </w:rPr>
        <w:t>“Do lafz bole jate hain: tajdeed aur ihya”</w:t>
      </w:r>
    </w:p>
    <w:p>
      <w:r>
        <w:rPr>
          <w:sz w:val="20"/>
        </w:rPr>
        <w:t>0:49  dekhiye, do lafz bole jaate hain is silsile mein: tajdeed aur ehya.</w:t>
      </w:r>
      <w:r>
        <w:br/>
      </w:r>
      <w:r>
        <w:rPr>
          <w:sz w:val="20"/>
        </w:rPr>
        <w:t>1:03  yani tajdeed-e-deen ya ehya-e-ummat. yeh jo expression hai, yeh hadith mein hai, quran mein is tareeqe se nahin hai.</w:t>
      </w:r>
      <w:r>
        <w:br/>
      </w:r>
      <w:r>
        <w:rPr>
          <w:sz w:val="20"/>
        </w:rPr>
        <w:t>1:18  tajdeed ke ma'ne hote hain to renew, ehya ka matlab hai to revive.</w:t>
      </w:r>
      <w:r>
        <w:br/>
      </w:r>
      <w:r>
        <w:rPr>
          <w:sz w:val="20"/>
        </w:rPr>
        <w:t>1:28  to tajdeed ka lafz to quran mein nahin aaya hai is ma'ne mein, lekin ehya ka lafz aaya hai, woh zameen ke , arz ke reference mein.</w:t>
      </w:r>
      <w:r>
        <w:br/>
      </w:r>
      <w:r>
        <w:rPr>
          <w:sz w:val="20"/>
        </w:rPr>
        <w:t>1:40  zameen ka ehya.</w:t>
      </w:r>
      <w:r>
        <w:br/>
      </w:r>
      <w:r>
        <w:rPr>
          <w:sz w:val="20"/>
        </w:rPr>
        <w:t>1:43  to main samajhta hoon ke as a principle ya ishaare ki zabaan mein yeh concept quran mein maujood hai ke jo hadith mein aaya hai ke:</w:t>
      </w:r>
      <w:r>
        <w:br/>
      </w:r>
      <w:r>
        <w:rPr>
          <w:sz w:val="20"/>
        </w:rPr>
        <w:t>2:00  innalaha yab'athu 'ala ra'si kulli mi'ati sanatin man yujjidu lihadihi al-ummah</w:t>
      </w:r>
      <w:r>
        <w:br/>
      </w:r>
      <w:r>
        <w:rPr>
          <w:sz w:val="20"/>
        </w:rPr>
        <w:t>2:06  ke allah har sau saal par aisa, aise bande ko khada karega jo ummat ke deen ko phir se zinda karega.</w:t>
      </w:r>
      <w:r>
        <w:br/>
      </w:r>
      <w:r>
        <w:rPr>
          <w:sz w:val="20"/>
        </w:rPr>
        <w:t>2:19  yeh hadith hai.</w:t>
      </w:r>
      <w:r>
        <w:br/>
      </w:r>
      <w:r>
        <w:rPr>
          <w:sz w:val="20"/>
        </w:rPr>
        <w:t>2:24  is tareeqe se quran mein nahin hai, lekin quran mein yeh usool maujood hai surah al-hadid mein .</w:t>
      </w:r>
      <w:r>
        <w:br/>
      </w:r>
      <w:r>
        <w:rPr>
          <w:sz w:val="20"/>
        </w:rPr>
        <w:t>2:34  ismein yeh hai ke</w:t>
      </w:r>
      <w:r>
        <w:br/>
      </w:r>
      <w:r>
        <w:rPr>
          <w:sz w:val="20"/>
        </w:rPr>
        <w:t>2:38  ummat par jab zawal aata hai to usko phir se zinda karna chahiye. iski misaal di gayi hai ke:</w:t>
      </w:r>
      <w:r>
        <w:br/>
      </w:r>
      <w:r>
        <w:rPr>
          <w:sz w:val="20"/>
        </w:rPr>
        <w:t>2:52  innallaha yuhyil arda ba'da mawtihah zameen ki maut waqe hone ke baad allah usko zinda karta hai.</w:t>
      </w:r>
      <w:r>
        <w:br/>
      </w:r>
      <w:r>
        <w:rPr>
          <w:sz w:val="20"/>
        </w:rPr>
        <w:t>3:03  yani jis tarah se zameen paani ke baghair khushk ho jaati hai, wahan sabza khatm ho jaata hai, lekin phir jab ismein paani diya jaata hai, iski dekh bhaal ki jaati hai to wahan phir sabzi ugti hai, darakht ugte hain.</w:t>
      </w:r>
      <w:r>
        <w:br/>
      </w:r>
      <w:r>
        <w:rPr>
          <w:sz w:val="20"/>
        </w:rPr>
        <w:t>3:22  to yeh tamseel hai ke jis tarah murda zameen ko zinda kiya jaata hai, usi tarah jab koi qaum zawal ka shikaar ho jaaye to uske liye bhi zinda karne ka qanoon maujood hai.</w:t>
      </w:r>
    </w:p>
    <w:p>
      <w:pPr>
        <w:pStyle w:val="Heading2"/>
      </w:pPr>
      <w:r>
        <w:t>Islamic state concept not found in Quran</w:t>
      </w:r>
    </w:p>
    <w:p>
      <w:r>
        <w:rPr>
          <w:color w:val="666666"/>
          <w:sz w:val="18"/>
        </w:rPr>
        <w:t>Rationalization of Evil 15 Feb 2009 - Maulana Wahiduddin Khan · 1m 33s · at 12:13 · https://youtu.be/agi0wNsOO84?t=733</w:t>
      </w:r>
    </w:p>
    <w:p>
      <w:r>
        <w:rPr>
          <w:i/>
        </w:rPr>
        <w:t>“Aaj kal ke zamane mein sare Musalman direct ya indirect”</w:t>
      </w:r>
    </w:p>
    <w:p>
      <w:r>
        <w:rPr>
          <w:sz w:val="20"/>
        </w:rPr>
        <w:t>12:13  yani theory of Islamic state. is ke bare mein mein kuch detail ke sath arz karna chahunga. aaj kal ke zamane mein sare musalman direct ya indirect is mein obsession mein hain is obsession mein ke Islamic hukumat, Muslim hukumat, Islamic rule yeh completely baseless hai yeh baat.</w:t>
      </w:r>
      <w:r>
        <w:br/>
      </w:r>
      <w:r>
        <w:rPr>
          <w:sz w:val="20"/>
        </w:rPr>
        <w:t>12:35  mein aap se arz karna chahta hoon ke Quran ya Hadees mein yeh is concept hai hi nahi Islamic state ka concept. yeh sara ka sara bana hai Abbasid period mein.</w:t>
      </w:r>
      <w:r>
        <w:br/>
      </w:r>
      <w:r>
        <w:rPr>
          <w:sz w:val="20"/>
        </w:rPr>
        <w:t>12:46  yani jab musalmanon ka empire ban gaya tha. yani empire ke zamane mein yeh sab hua. ek hi arabi mein ek sirf ek kitab chhapi hai jis ko kehte hain Allah ka, Allah ka sultania.</w:t>
      </w:r>
      <w:r>
        <w:br/>
      </w:r>
      <w:r>
        <w:rPr>
          <w:sz w:val="20"/>
        </w:rPr>
        <w:t>12:57  koi dusri kitab nahi hai is par. is se pehle yeh yeh likhi gayi hai baad ko. empire jab ban chuka tha musalmanon ka. jab musalmanon ka empire ban gaya to political yani kiya qanoon ho, kiya law ho, kiya system ho is par kitab likhi gayi Allah ka sultania.</w:t>
      </w:r>
      <w:r>
        <w:br/>
      </w:r>
      <w:r>
        <w:rPr>
          <w:sz w:val="20"/>
        </w:rPr>
        <w:t>13:16  aur koi kitab hi dusri nahi hai is mauzu par. aur is se pehle to koi kitab nahi likhi gayi. kyun? aap pura Quran padh daliye, kahin bhi aap ko nahi payenge yeh likha hua ke aye</w:t>
      </w:r>
      <w:r>
        <w:br/>
      </w:r>
      <w:r>
        <w:rPr>
          <w:sz w:val="20"/>
        </w:rPr>
        <w:t>13:29  musalmano tum Islamic state banao. kahin bhi nahi hai. to jo sab se bada yani hukum hai Islam ka ke sari duniya musalman Islamic state banaye woh kahan hai woh?</w:t>
      </w:r>
    </w:p>
    <w:p>
      <w:pPr>
        <w:pStyle w:val="Heading2"/>
      </w:pPr>
      <w:r>
        <w:t>Fatwa against visiting Al-Aqsa refuted with simple logic</w:t>
      </w:r>
    </w:p>
    <w:p>
      <w:r>
        <w:rPr>
          <w:color w:val="666666"/>
          <w:sz w:val="18"/>
        </w:rPr>
        <w:t>Journey to Aqsa Mosque November 10, 2008 · 2m 53s · at 3:09 · https://youtu.be/40kOr2jznE0?t=189</w:t>
      </w:r>
    </w:p>
    <w:p>
      <w:r>
        <w:rPr>
          <w:i/>
        </w:rPr>
        <w:t>“میں نے دیکھا کہ کوئی مسلمان وہاں پر نہیں تھا”</w:t>
      </w:r>
    </w:p>
    <w:p>
      <w:r>
        <w:rPr>
          <w:sz w:val="20"/>
        </w:rPr>
        <w:t>3:09  to jab mein wahan pahuncha to mein ne dekha ke koi musalman wahan par nahi tha. sirf morocco ke ek sahab aaye thay, jo professor thay wahan ki university mein.</w:t>
      </w:r>
      <w:r>
        <w:br/>
      </w:r>
      <w:r>
        <w:rPr>
          <w:sz w:val="20"/>
        </w:rPr>
        <w:t>3:24  to woh bohat zyada sharminda aur nazar aatay thay.</w:t>
      </w:r>
      <w:r>
        <w:br/>
      </w:r>
      <w:r>
        <w:rPr>
          <w:sz w:val="20"/>
        </w:rPr>
        <w:t>3:31  unhon ne bataya ke ulama ka yeh fatwa hai ke jab tak yahoodi occupation yahan par maujood hai, us waqt tak masjid aqsa mein jana jaiz nahi,</w:t>
      </w:r>
      <w:r>
        <w:br/>
      </w:r>
      <w:r>
        <w:rPr>
          <w:sz w:val="20"/>
        </w:rPr>
        <w:t>3:45  bahar walon ke liye. bilkul jo maqami taur par jo qareebi log hain, woh to aatay jatay hain wahan par. lekin bahar ke musalman wahan jayen to yeh islam mein najaaiz hai.</w:t>
      </w:r>
      <w:r>
        <w:br/>
      </w:r>
      <w:r>
        <w:rPr>
          <w:sz w:val="20"/>
        </w:rPr>
        <w:t>3:58  to woh bohat hi sharmindagi ke sath wahan aaye thay, aur koi bhi nahi aaya tha wahan. halankay woh international conference thi, aur bohat se musalmanon ko bulaya gaya tha.</w:t>
      </w:r>
      <w:r>
        <w:br/>
      </w:r>
      <w:r>
        <w:rPr>
          <w:sz w:val="20"/>
        </w:rPr>
        <w:t>4:09  to mein ne un se kaha ke dekhiye, yeh fatwa hi galat hai. yeh fatwa apne aap mein baseless hai. is liye ke occupation kisi aur ka ho to us se fatwa nahi banay ga.</w:t>
      </w:r>
      <w:r>
        <w:br/>
      </w:r>
      <w:r>
        <w:rPr>
          <w:sz w:val="20"/>
        </w:rPr>
        <w:t>4:25  hamara aap ka aqeedah hai ke rasool Allah sallallahu alaihi wasallam</w:t>
      </w:r>
      <w:r>
        <w:br/>
      </w:r>
      <w:r>
        <w:rPr>
          <w:sz w:val="20"/>
        </w:rPr>
        <w:t>4:31  621 mein, 621 eesvi mein, miraaj ke tehat yerooshlem aaye thay, masjid aqsa mein unhon ne namaz padhi thi.</w:t>
      </w:r>
      <w:r>
        <w:br/>
      </w:r>
      <w:r>
        <w:rPr>
          <w:sz w:val="20"/>
        </w:rPr>
        <w:t>4:46  yeh saare musalman mantay hain is ko.</w:t>
      </w:r>
      <w:r>
        <w:br/>
      </w:r>
      <w:r>
        <w:rPr>
          <w:sz w:val="20"/>
        </w:rPr>
        <w:t>4:50  to sirf hazrat ayesha manti hain ke yeh roohani safar tha. baqi saare ulama is ko jismani safar mantay hain.</w:t>
      </w:r>
      <w:r>
        <w:br/>
      </w:r>
      <w:r>
        <w:rPr>
          <w:sz w:val="20"/>
        </w:rPr>
        <w:t>5:00  yani be-jism haj sharif mantay hain. to mein ne kaha ke is waqt jab aaye thay rasool Allah yahan par, hamare aqeeday ke mutabiq, to us waqt to yahan roomiyon ki saltanat thi.</w:t>
      </w:r>
      <w:r>
        <w:br/>
      </w:r>
      <w:r>
        <w:rPr>
          <w:sz w:val="20"/>
        </w:rPr>
        <w:t>5:15  us waqt muslim saltanat to thi nahi yahan par.</w:t>
      </w:r>
      <w:r>
        <w:br/>
      </w:r>
      <w:r>
        <w:rPr>
          <w:sz w:val="20"/>
        </w:rPr>
        <w:t>5:18  yeh makki daur ka aakhri zamana hai yeh. us waqt to makka, madina mein bhi musalmanon ki hukoomat nahi thi. to woh rasool Allah kaise aaye yahan par?</w:t>
      </w:r>
      <w:r>
        <w:br/>
      </w:r>
      <w:r>
        <w:rPr>
          <w:sz w:val="20"/>
        </w:rPr>
        <w:t>5:29  to agar rasool Allah ka aana us waqt jab ke yahan roomiyon ki saltanat ho, yani ghair muslimon ki, to woh agar jaiz tha to hamara aap ka jana wahan par kyun najaaiz ho jaye ga?</w:t>
      </w:r>
      <w:r>
        <w:br/>
      </w:r>
      <w:r>
        <w:rPr>
          <w:sz w:val="20"/>
        </w:rPr>
        <w:t>5:45  yeh fatwa hi bilkul be-buniyad hai.</w:t>
      </w:r>
      <w:r>
        <w:br/>
      </w:r>
      <w:r>
        <w:rPr>
          <w:sz w:val="20"/>
        </w:rPr>
        <w:t>5:48  to achaanak woh khush ho gaye. kyunke unhon ne is tarah socha nahi tha. phir bohat khushi khushi woh hamare sath wahan par rahay. woh morocco ke ek sahab thay, jo wahan ki university mein professor thay.</w:t>
      </w:r>
    </w:p>
    <w:p>
      <w:pPr>
        <w:pStyle w:val="Heading2"/>
      </w:pPr>
      <w:r>
        <w:t>Full explanation of Surah At-Tin verses</w:t>
      </w:r>
    </w:p>
    <w:p>
      <w:r>
        <w:rPr>
          <w:color w:val="666666"/>
          <w:sz w:val="18"/>
        </w:rPr>
        <w:t>Paradise October 09, 2016 · 2m 10s · at 0:38 · https://youtu.be/_fDvQs9JA-w?t=38</w:t>
      </w:r>
    </w:p>
    <w:p>
      <w:r>
        <w:rPr>
          <w:i/>
        </w:rPr>
        <w:t>“Quran ki surah number 95 ka title hai At-Tin”</w:t>
      </w:r>
    </w:p>
    <w:p>
      <w:r>
        <w:rPr>
          <w:sz w:val="20"/>
        </w:rPr>
        <w:t>0:38  quran ki surah number 95 ka title hai at teen</w:t>
      </w:r>
      <w:r>
        <w:br/>
      </w:r>
      <w:r>
        <w:rPr>
          <w:sz w:val="20"/>
        </w:rPr>
        <w:t>0:48  ek choti surah hai lekin is mein bohat bari baat kahi gayi hai</w:t>
      </w:r>
      <w:r>
        <w:br/>
      </w:r>
      <w:r>
        <w:rPr>
          <w:sz w:val="20"/>
        </w:rPr>
        <w:t>1:00  laqad khalaqnal insana fi yassi taqwim thumma radadna asra safirin illa alladhina amanu wa amilus salihate faluhum ajrun ghairu mamnun</w:t>
      </w:r>
      <w:r>
        <w:br/>
      </w:r>
      <w:r>
        <w:rPr>
          <w:sz w:val="20"/>
        </w:rPr>
        <w:t>1:13  fama yukazzibuka ba'du bil dini ala bi ayyis al-hakimin is ka matlab yeh hai ke Allah ne insan ko behtareen saakht par paida kiya</w:t>
      </w:r>
      <w:r>
        <w:br/>
      </w:r>
      <w:r>
        <w:rPr>
          <w:sz w:val="20"/>
        </w:rPr>
        <w:t>1:35  yani tamam jo cheezen paida ki Allah taala ne sab se behtar saakht insan ki saakht hai</w:t>
      </w:r>
      <w:r>
        <w:br/>
      </w:r>
      <w:r>
        <w:rPr>
          <w:sz w:val="20"/>
        </w:rPr>
        <w:t>1:45  phir Allah ne insan ko phenk diya sab se nichle darje mein</w:t>
      </w:r>
      <w:r>
        <w:br/>
      </w:r>
      <w:r>
        <w:rPr>
          <w:sz w:val="20"/>
        </w:rPr>
        <w:t>2:01  yani we created man in the best of the mold</w:t>
      </w:r>
      <w:r>
        <w:br/>
      </w:r>
      <w:r>
        <w:rPr>
          <w:sz w:val="20"/>
        </w:rPr>
        <w:t>2:07  then we cast him down to the lowest of the low yeh bohat hi anokha andaaz hai</w:t>
      </w:r>
      <w:r>
        <w:br/>
      </w:r>
      <w:r>
        <w:rPr>
          <w:sz w:val="20"/>
        </w:rPr>
        <w:t>2:18  yani yeh baat to har aadmi samajh sakta hai ke insan behtareen saakht pe banaya gaya hai kyunke aap dekhiye itni bari universe hai science ke mutabiq 13 billion saal is ki history hai lekin aur bohat si is makhlooq makhlooqat hain</w:t>
      </w:r>
    </w:p>
    <w:p>
      <w:pPr>
        <w:pStyle w:val="Heading2"/>
      </w:pPr>
      <w:r>
        <w:t>Universe suspended without pillars causes trembling awe</w:t>
      </w:r>
    </w:p>
    <w:p>
      <w:r>
        <w:rPr>
          <w:color w:val="666666"/>
          <w:sz w:val="18"/>
        </w:rPr>
        <w:t>Ramadan a Month of Study of Quran August 23, 2009 · 2m 47s · at 19:14 · https://youtu.be/8z-v68n7WuA?t=1154</w:t>
      </w:r>
    </w:p>
    <w:p>
      <w:r>
        <w:rPr>
          <w:i/>
        </w:rPr>
        <w:t>“Quran mein aaya hai ki Allah ne aasman ko buland kiya”</w:t>
      </w:r>
    </w:p>
    <w:p>
      <w:r>
        <w:rPr>
          <w:sz w:val="20"/>
        </w:rPr>
        <w:t>19:14  jaise misaal ke taur par</w:t>
      </w:r>
      <w:r>
        <w:br/>
      </w:r>
      <w:r>
        <w:rPr>
          <w:sz w:val="20"/>
        </w:rPr>
        <w:t>19:16  quran mein ek aayat hai ke</w:t>
      </w:r>
      <w:r>
        <w:br/>
      </w:r>
      <w:r>
        <w:rPr>
          <w:sz w:val="20"/>
        </w:rPr>
        <w:t>19:20  allah ne aasman ko buland kiya is tarah ke bina amadin tarawunaha</w:t>
      </w:r>
      <w:r>
        <w:br/>
      </w:r>
      <w:r>
        <w:rPr>
          <w:sz w:val="20"/>
        </w:rPr>
        <w:t>19:29  yani ek poori kainat hai</w:t>
      </w:r>
      <w:r>
        <w:br/>
      </w:r>
      <w:r>
        <w:rPr>
          <w:sz w:val="20"/>
        </w:rPr>
        <w:t>19:32  jis ko hum aasman kehte hain to bina amadin tarawunaha is ka koi is ka koi</w:t>
      </w:r>
      <w:r>
        <w:br/>
      </w:r>
      <w:r>
        <w:rPr>
          <w:sz w:val="20"/>
        </w:rPr>
        <w:t>19:39  satoon nahi is ka koi pillars nahi yani itni bari kainat khari hui hai bina pillars ke</w:t>
      </w:r>
      <w:r>
        <w:br/>
      </w:r>
      <w:r>
        <w:rPr>
          <w:sz w:val="20"/>
        </w:rPr>
        <w:t>19:46  is par aap sochen. To ab jo dekhiye jo pehle insan is ko ek aqide ke taur par janta tha.</w:t>
      </w:r>
      <w:r>
        <w:br/>
      </w:r>
      <w:r>
        <w:rPr>
          <w:sz w:val="20"/>
        </w:rPr>
        <w:t>19:56  ab science ne is ko ek waqe ke taur par bata diya hai. Keh jab se insan ne telescope discover ki telescope to insan ko ke liye mumkin ho gaya keh bohat door tak dekhe.</w:t>
      </w:r>
      <w:r>
        <w:br/>
      </w:r>
      <w:r>
        <w:rPr>
          <w:sz w:val="20"/>
        </w:rPr>
        <w:t>20:15  phir telescope aisi banayi gayin jis mein keh camera lage hue the. Aise satellite banaye gaye keh upar gaye upar ja kar unhon ne photo liya.</w:t>
      </w:r>
      <w:r>
        <w:br/>
      </w:r>
      <w:r>
        <w:rPr>
          <w:sz w:val="20"/>
        </w:rPr>
        <w:t>20:25  to bohat door tak insan ne dekha. To maloom hua keh kainat jo hai bohat hi bari hai. Yaani space abhi tak space ke koi limit nahin maloom hum ko.</w:t>
      </w:r>
      <w:r>
        <w:br/>
      </w:r>
      <w:r>
        <w:rPr>
          <w:sz w:val="20"/>
        </w:rPr>
        <w:t>20:36  is ke space ke andar kya hain galaxies hain bohat hi bari bari. Million billion sitare ek ek galaxy mein hain.</w:t>
      </w:r>
      <w:r>
        <w:br/>
      </w:r>
      <w:r>
        <w:rPr>
          <w:sz w:val="20"/>
        </w:rPr>
        <w:t>20:47  stars hain planets hain. Ab bohat hi door tak phailaye hue hain. In ki duriyan itni zyada hain keh hum is tarah nahin nap sakte jis tarah hum napte hain shaharoon ko.</w:t>
      </w:r>
      <w:r>
        <w:br/>
      </w:r>
      <w:r>
        <w:rPr>
          <w:sz w:val="20"/>
        </w:rPr>
        <w:t>20:58  keh hum kehte hain keh Dilli se Kolkata itne miles hain. Aisa hum nahin keh paate. To wahan par light years ko istemal kiya jata hai.</w:t>
      </w:r>
      <w:r>
        <w:br/>
      </w:r>
      <w:r>
        <w:rPr>
          <w:sz w:val="20"/>
        </w:rPr>
        <w:t>21:08  light years ko istemal kar ke aata hai is distance ko batane ke liye jo universe mein hai. Aur yeh sara space mein hai. Aisa nahin hai keh jaise koi koi koi koi koi cheez ho is par khada hua ho.</w:t>
      </w:r>
      <w:r>
        <w:br/>
      </w:r>
      <w:r>
        <w:rPr>
          <w:sz w:val="20"/>
        </w:rPr>
        <w:t>21:24  jaise yeh building jo hai ek zameen par khadi hui hai. Yeh building ek zameen par khadi hui hai. Lekin itni bari jo space mein jo itni bari duniya hai kainat woh kisi se khadi nahin hui hai.</w:t>
      </w:r>
      <w:r>
        <w:br/>
      </w:r>
      <w:r>
        <w:rPr>
          <w:sz w:val="20"/>
        </w:rPr>
        <w:t>21:36  space mein moallaq hai. Space mein move kar rahi hai. Baghair amadan tarawnuha ab aap sochen keh itni bari kainat jis ki distance ko napne ke liye hum ko light years istemal karna padta hai.</w:t>
      </w:r>
      <w:r>
        <w:br/>
      </w:r>
      <w:r>
        <w:rPr>
          <w:sz w:val="20"/>
        </w:rPr>
        <w:t>21:51  to aap bilkul tharthari aa jayegi tharthari. Keh itni bari itni bari kainat baghair sutoon ke khadi hai.</w:t>
      </w:r>
    </w:p>
    <w:p>
      <w:pPr>
        <w:pStyle w:val="Heading2"/>
      </w:pPr>
      <w:r>
        <w:t>Lillah: acting purely for God's sake explained</w:t>
      </w:r>
    </w:p>
    <w:p>
      <w:r>
        <w:rPr>
          <w:color w:val="666666"/>
          <w:sz w:val="18"/>
        </w:rPr>
        <w:t>For The Sake of God July 27, 2014 · 2m 19s · at 6:11 · https://youtu.be/3lPfny7j2NE?t=371</w:t>
      </w:r>
    </w:p>
    <w:p>
      <w:r>
        <w:rPr>
          <w:i/>
        </w:rPr>
        <w:t>“Yeh jo ajr hai, yeh jo lafz hai lillah”</w:t>
      </w:r>
    </w:p>
    <w:p>
      <w:r>
        <w:rPr>
          <w:sz w:val="20"/>
        </w:rPr>
        <w:t>6:11  to dekhiye, yeh jo ajar hai, yeh jo lafz "laiyly" hai, ke woh chhodta hai mere liye apni shahwat ko, yaani "laiyly Allah", yaani "for the sake of God".</w:t>
      </w:r>
      <w:r>
        <w:br/>
      </w:r>
      <w:r>
        <w:rPr>
          <w:sz w:val="20"/>
        </w:rPr>
        <w:t>6:29  "laiyly Allah" ka matlab hai "for the sake of God", yaani Allah ke liye chhodta hai. to Allah ke liye chhodna yeh to ek koi form ki baat nahi, yeh to value ki baat hai.</w:t>
      </w:r>
      <w:r>
        <w:br/>
      </w:r>
      <w:r>
        <w:rPr>
          <w:sz w:val="20"/>
        </w:rPr>
        <w:t>6:40  form kisi ek ibadat ke liye ho sakta hai, lekin value to universal cheez hai, value universal hai. tab mujhe samajh aaye ke yeh universal value jahan pai jaye,</w:t>
      </w:r>
      <w:r>
        <w:br/>
      </w:r>
      <w:r>
        <w:rPr>
          <w:sz w:val="20"/>
        </w:rPr>
        <w:t>6:55  apni pure shakal mein, apni complete shakal mein, to wahan aisa hoga ke Allah be hisab reward dega aadmi ko.</w:t>
      </w:r>
      <w:r>
        <w:br/>
      </w:r>
      <w:r>
        <w:rPr>
          <w:sz w:val="20"/>
        </w:rPr>
        <w:t>7:10  dekhiye, jo hum amal karte hain, koi bhi amal, to hum jis duniya mein hain, is duniya mein hamare saath bohat si cheezein lagi hui hain.</w:t>
      </w:r>
      <w:r>
        <w:br/>
      </w:r>
      <w:r>
        <w:rPr>
          <w:sz w:val="20"/>
        </w:rPr>
        <w:t>7:22  is bana par hamare har amal ke saath kuch aur cheez jud jati hai, maslan koi interest, paise ki baat, koi fame ki baat, status ki baat, kuch na kuch material aspect jud jata hai is mein.</w:t>
      </w:r>
      <w:r>
        <w:br/>
      </w:r>
      <w:r>
        <w:rPr>
          <w:sz w:val="20"/>
        </w:rPr>
        <w:t>7:41  to hadith ka matlab yeh hai, "for the sake of God" ka matlab yeh hai ke woh amal, woh amal, woh amal jo banda kare, jahan har cheez eliminate ho gayi ho,</w:t>
      </w:r>
      <w:r>
        <w:br/>
      </w:r>
      <w:r>
        <w:rPr>
          <w:sz w:val="20"/>
        </w:rPr>
        <w:t>7:55  koi bhi interest nahi, koi interest nahi, sirf Allah ki raza, sirf "for the sake of God", real se samjhein.</w:t>
      </w:r>
      <w:r>
        <w:br/>
      </w:r>
      <w:r>
        <w:rPr>
          <w:sz w:val="20"/>
        </w:rPr>
        <w:t>8:07  to woh aisi cheez hoti hai, itni anokhi is zameen o aasman ke andar ke Allah farishton se kehta hai ke is ke liye be hisab ajr likh do.</w:t>
      </w:r>
      <w:r>
        <w:br/>
      </w:r>
      <w:r>
        <w:rPr>
          <w:sz w:val="20"/>
        </w:rPr>
        <w:t>8:23  koi is ne woh amal kiya jo sari kainat mein koi nahi kar sakta.</w:t>
      </w:r>
    </w:p>
    <w:p>
      <w:pPr>
        <w:pStyle w:val="Heading2"/>
      </w:pPr>
      <w:r>
        <w:t>Childhood moon story shows the universe walks with you</w:t>
      </w:r>
    </w:p>
    <w:p>
      <w:r>
        <w:rPr>
          <w:color w:val="666666"/>
          <w:sz w:val="18"/>
        </w:rPr>
        <w:t>Divine Help September 22, 2015 · 1m 31s · at 18:18 · https://youtu.be/sozrNCif0Gg?t=1098</w:t>
      </w:r>
    </w:p>
    <w:p>
      <w:r>
        <w:rPr>
          <w:i/>
        </w:rPr>
        <w:t>“Yeh kaisa ajeeb thrilling idea hai”</w:t>
      </w:r>
    </w:p>
    <w:p>
      <w:r>
        <w:rPr>
          <w:sz w:val="20"/>
        </w:rPr>
        <w:t>18:18  yeh kaisa ajeeb thrilling idea hai. is ka matlab hai ke jab aap Quran par iman late hain to lagta hai ke yeh sari kainat aap ke sath hai.</w:t>
      </w:r>
      <w:r>
        <w:br/>
      </w:r>
      <w:r>
        <w:rPr>
          <w:sz w:val="20"/>
        </w:rPr>
        <w:t>18:34  jo maine aap ko qissa bataya hai ke jab bachpan mein jab main rehta tha apne gaon mein, bachcha jab tha main to main hamara aangan bara sa aangan tha.</w:t>
      </w:r>
      <w:r>
        <w:br/>
      </w:r>
      <w:r>
        <w:rPr>
          <w:sz w:val="20"/>
        </w:rPr>
        <w:t>18:45  aangan mein jab main chalne laga to chaudhri ka chand tha upar. to aap jante hain ke agar aap chalen to lagta hai ke chaudhri ka chand bhi aap ke sath chal raha hai.</w:t>
      </w:r>
      <w:r>
        <w:br/>
      </w:r>
      <w:r>
        <w:rPr>
          <w:sz w:val="20"/>
        </w:rPr>
        <w:t>18:56  yaani dekhne mein aisa lagta hai. to is ko maine dekha to maine shayad pehla jumla mere dimagh se jo nikla, jo likha maine, woh kaghaz ka abhi bhi kahin hoga.</w:t>
      </w:r>
      <w:r>
        <w:br/>
      </w:r>
      <w:r>
        <w:rPr>
          <w:sz w:val="20"/>
        </w:rPr>
        <w:t>19:10  maine likha tha ke "Maa, dekho chand mujh se kitna pyar karta hai. jab main chalta hoon to woh bhi mere sath chalne lagta hai." yeh pehla likha hua mera marifat ka kalma tha.</w:t>
      </w:r>
      <w:r>
        <w:br/>
      </w:r>
      <w:r>
        <w:rPr>
          <w:sz w:val="20"/>
        </w:rPr>
        <w:t>19:27  to jab aap yeh yaqeen, yeh manen ke pehle dour mein agar farishton ne sath diya tha ahle iman ka, sahaba ka aur tabeen ka, to ab to sari kainat sath hai.</w:t>
      </w:r>
      <w:r>
        <w:br/>
      </w:r>
      <w:r>
        <w:rPr>
          <w:sz w:val="20"/>
        </w:rPr>
        <w:t>19:42  sari kainat, sari kainat se hum woh kar rahe hain. aur outsourcing.</w:t>
      </w:r>
    </w:p>
    <w:p>
      <w:pPr>
        <w:pStyle w:val="Heading2"/>
      </w:pPr>
      <w:r>
        <w:t>Scientist rushes to announce his discovery to the world</w:t>
      </w:r>
    </w:p>
    <w:p>
      <w:r>
        <w:rPr>
          <w:color w:val="666666"/>
          <w:sz w:val="18"/>
        </w:rPr>
        <w:t>Divine Guidance November 25, 2007 · 1m 37s · at 48:48 · https://youtu.be/uJjypJ-8His?t=2928</w:t>
      </w:r>
    </w:p>
    <w:p>
      <w:r>
        <w:rPr>
          <w:i/>
        </w:rPr>
        <w:t>“Ek scientist tha, America ka scientist”</w:t>
      </w:r>
    </w:p>
    <w:p>
      <w:r>
        <w:rPr>
          <w:sz w:val="20"/>
        </w:rPr>
        <w:t>48:48  aik scientist ka maine parha. America ka scientist. woh research kar raha tha space ke baare mein. universe.</w:t>
      </w:r>
      <w:r>
        <w:br/>
      </w:r>
      <w:r>
        <w:rPr>
          <w:sz w:val="20"/>
        </w:rPr>
        <w:t>48:57  universe. universal law ke baare mein. to</w:t>
      </w:r>
      <w:r>
        <w:br/>
      </w:r>
      <w:r>
        <w:rPr>
          <w:sz w:val="20"/>
        </w:rPr>
        <w:t>49:03  yeh mein is ki detail detail likhi thi apni aik book mein. to woh research kar raha tha. research kar raha tha.</w:t>
      </w:r>
      <w:r>
        <w:br/>
      </w:r>
      <w:r>
        <w:rPr>
          <w:sz w:val="20"/>
        </w:rPr>
        <w:t>49:12  research kar raha tha apne laboratory mein. to achaanak us ko discovery aik ho gayi. ke universe kis tarah se move karti hai.</w:t>
      </w:r>
      <w:r>
        <w:br/>
      </w:r>
      <w:r>
        <w:rPr>
          <w:sz w:val="20"/>
        </w:rPr>
        <w:t>49:22  is ka law. law of nitro universe us ko discover ho gaya. isi waqt woh nikla ghar se bahar.</w:t>
      </w:r>
      <w:r>
        <w:br/>
      </w:r>
      <w:r>
        <w:rPr>
          <w:sz w:val="20"/>
        </w:rPr>
        <w:t>49:30  woh chahta tha ke logon ko bataaye ke maine law of the universe discover kar liya hai. to maloom hua ke.</w:t>
      </w:r>
      <w:r>
        <w:br/>
      </w:r>
      <w:r>
        <w:rPr>
          <w:sz w:val="20"/>
        </w:rPr>
        <w:t>49:41  fly ka aik theatre ho raha hai. is mein saare log akhatta hain wahan par. to daur kar woh us hall mein gaya wahan par. wahan par mic par koi program chal raha tha.</w:t>
      </w:r>
      <w:r>
        <w:br/>
      </w:r>
      <w:r>
        <w:rPr>
          <w:sz w:val="20"/>
        </w:rPr>
        <w:t>49:52  to maik is ne chheen liya. is ne kaha ke maik mujhe do. I have a news.</w:t>
      </w:r>
      <w:r>
        <w:br/>
      </w:r>
      <w:r>
        <w:rPr>
          <w:sz w:val="20"/>
        </w:rPr>
        <w:t>50:02  I want to convey this news to this audience, to all mankind. to is ne kaha ke main ne law of the universe ko discover kar liya.</w:t>
      </w:r>
      <w:r>
        <w:br/>
      </w:r>
      <w:r>
        <w:rPr>
          <w:sz w:val="20"/>
        </w:rPr>
        <w:t>50:12  suno. yeh yeh hota hai. discovery ke baad aik aik aik jazba uthta hai aadmi ke andar.</w:t>
      </w:r>
      <w:r>
        <w:br/>
      </w:r>
      <w:r>
        <w:rPr>
          <w:sz w:val="20"/>
        </w:rPr>
        <w:t>50:22  is ko aap hum kehte hain mission. mission.</w:t>
      </w:r>
    </w:p>
    <w:p>
      <w:pPr>
        <w:pStyle w:val="Heading2"/>
      </w:pPr>
      <w:r>
        <w:t>Freedom means choosing patience or fighting to the death</w:t>
      </w:r>
    </w:p>
    <w:p>
      <w:r>
        <w:rPr>
          <w:color w:val="666666"/>
          <w:sz w:val="18"/>
        </w:rPr>
        <w:t>Iman and The Quran March 29, 2009 · 1m 24s · at 1:37:33 · https://youtu.be/ZWtrkjbbojU?t=5853</w:t>
      </w:r>
    </w:p>
    <w:p>
      <w:r>
        <w:rPr>
          <w:i/>
        </w:rPr>
        <w:t>“Freedom exists everywhere in the world today — what will you do about it?”</w:t>
      </w:r>
    </w:p>
    <w:p>
      <w:r>
        <w:rPr>
          <w:sz w:val="20"/>
        </w:rPr>
        <w:t>1:37:33  aaj kal freedom duniya bhar mein har jagah hai. yeh nahin, har jagah. America mein ek ladka khada ho ga aur gun le kar ke school mein ke andar logon ko maar daale ga.</w:t>
      </w:r>
      <w:r>
        <w:br/>
      </w:r>
      <w:r>
        <w:rPr>
          <w:sz w:val="20"/>
        </w:rPr>
        <w:t>1:37:43  to aap kya karein ge? sabar kab tak ki baat hai? nahin, jeena kab tak? kab tak jeena chahte hain? mujhe bataiye, aap kab tak jeena hai? aap ko</w:t>
      </w:r>
      <w:r>
        <w:br/>
      </w:r>
      <w:r>
        <w:rPr>
          <w:sz w:val="20"/>
        </w:rPr>
        <w:t>1:37:57  mujh se bohat yeh sawal poocha jaata hai. main samajhta hoon ke log kis qadar ajeeb o ghareeb log hain. sabar kab tak ki baat hai? jeena kab tak ka chahte hain? aap jeena aate hain to sabar kijiye, nahin to mar jaiye lad kar ke.</w:t>
      </w:r>
      <w:r>
        <w:br/>
      </w:r>
      <w:r>
        <w:rPr>
          <w:sz w:val="20"/>
        </w:rPr>
        <w:t>1:38:13  yeh law of nature hai. Khuda ne logon ko azaadi di hai. azaadi duniya mein har jagah mili hui hai. aap kya karein ge? kya azaadi chheen sakte hain un ki? aap Khuda ne bhi azaadi di hai, qanoon ne bhi azaadi de di hai. rakhi hai, kya karein ge aap?</w:t>
      </w:r>
      <w:r>
        <w:br/>
      </w:r>
      <w:r>
        <w:rPr>
          <w:sz w:val="20"/>
        </w:rPr>
        <w:t>1:38:32  America mein ek ladka aaye ga class mein gun le kar ke aur lagaaye ga, trigger dabaye ga un ko, un ko maar ke bhaag jaaye ga, khud bhi maar daal</w:t>
      </w:r>
      <w:r>
        <w:br/>
      </w:r>
      <w:r>
        <w:rPr>
          <w:sz w:val="20"/>
        </w:rPr>
        <w:t>1:38:42  e ga. aap kya karein ge?</w:t>
      </w:r>
      <w:r>
        <w:br/>
      </w:r>
      <w:r>
        <w:rPr>
          <w:sz w:val="20"/>
        </w:rPr>
        <w:t>1:38:46  to sabar kab tak ki baat hai? jeena kab tak ki baat hai? yaad rakhiye, baqi marna agar option ho to mar jaiye lad kar ke. jeena hai to sabar kijiye.</w:t>
      </w:r>
    </w:p>
    <w:p>
      <w:pPr>
        <w:pStyle w:val="Heading2"/>
      </w:pPr>
      <w:r>
        <w:t>Fasting means training in self-discipline, not just abstaining</w:t>
      </w:r>
    </w:p>
    <w:p>
      <w:r>
        <w:rPr>
          <w:color w:val="666666"/>
          <w:sz w:val="18"/>
        </w:rPr>
        <w:t>Fasting Training for Discipline August 16, 2009 · 2m 50s · at 0:36 · https://youtu.be/sZw-RIqkF1c?t=36</w:t>
      </w:r>
    </w:p>
    <w:p>
      <w:r>
        <w:rPr>
          <w:i/>
        </w:rPr>
        <w:t>“Aaj ka topic roza ke baare mein hai, jise fasting kehte hain”</w:t>
      </w:r>
    </w:p>
    <w:p>
      <w:r>
        <w:rPr>
          <w:sz w:val="20"/>
        </w:rPr>
        <w:t>0:36  aaj ka topic roza ke baray mein hai, jis ko English mein fasting kehte hain.</w:t>
      </w:r>
      <w:r>
        <w:br/>
      </w:r>
      <w:r>
        <w:rPr>
          <w:sz w:val="20"/>
        </w:rPr>
        <w:t>0:49  Shaban ke aakhir mein Rasool Allah Sal Allahu Alaihi Wasallam ne khitab farmaya toh aap ne farmaya ke qad azalak shahr mubarak tumhare upar aik mubarak mahina ne saya kiya hai.</w:t>
      </w:r>
      <w:r>
        <w:br/>
      </w:r>
      <w:r>
        <w:rPr>
          <w:sz w:val="20"/>
        </w:rPr>
        <w:t>1:12  toh aaj waisa hi din hai, yaani ab aap jante hain ke aik haftay mein ghaleban aglay Sunday ko roza shuru ho jayega.</w:t>
      </w:r>
      <w:r>
        <w:br/>
      </w:r>
      <w:r>
        <w:rPr>
          <w:sz w:val="20"/>
        </w:rPr>
        <w:t>1:24  toh aaj isi nisbat se main roza ke baray mein kuch baatein kehna chahta hoon.</w:t>
      </w:r>
      <w:r>
        <w:br/>
      </w:r>
      <w:r>
        <w:rPr>
          <w:sz w:val="20"/>
        </w:rPr>
        <w:t>1:34  dekhiye, roza ke liye jo Arabic word hai Quran Hadees mein woh hai sawm, seen wao meem.</w:t>
      </w:r>
      <w:r>
        <w:br/>
      </w:r>
      <w:r>
        <w:rPr>
          <w:sz w:val="20"/>
        </w:rPr>
        <w:t>1:44  sawm ka literal meaning hota hai abstinence, imsak, rukna, ijtinab</w:t>
      </w:r>
      <w:r>
        <w:br/>
      </w:r>
      <w:r>
        <w:rPr>
          <w:sz w:val="20"/>
        </w:rPr>
        <w:t>1:54  . kyunke roze ke mahine mein aadmi kai cheezon se apne ko rokta hai, khane se, peene se, aaram se.</w:t>
      </w:r>
      <w:r>
        <w:br/>
      </w:r>
      <w:r>
        <w:rPr>
          <w:sz w:val="20"/>
        </w:rPr>
        <w:t>2:07  toh is liye is ko sawm kaha gaya. yaani apne aap ko yun kehna chahiye ke apne aap par control karne ka mahina,</w:t>
      </w:r>
      <w:r>
        <w:br/>
      </w:r>
      <w:r>
        <w:rPr>
          <w:sz w:val="20"/>
        </w:rPr>
        <w:t>2:18  controlled life ki training ka mahina aap keh sakte hain. toh yeh bohat hi important hai zindagi mein control karna, apne ko discipline mein rakhna.</w:t>
      </w:r>
      <w:r>
        <w:br/>
      </w:r>
      <w:r>
        <w:rPr>
          <w:sz w:val="20"/>
        </w:rPr>
        <w:t>2:33  yad rakhiye, wahi aadmi zyada badi taraqqi karta hai</w:t>
      </w:r>
      <w:r>
        <w:br/>
      </w:r>
      <w:r>
        <w:rPr>
          <w:sz w:val="20"/>
        </w:rPr>
        <w:t>2:39  jo art of discipline jaane. Jin logon ki zindagi mein discipline na ho, woh kabhi koi badi taraqqi nahi kar sakte,</w:t>
      </w:r>
      <w:r>
        <w:br/>
      </w:r>
      <w:r>
        <w:rPr>
          <w:sz w:val="20"/>
        </w:rPr>
        <w:t>2:53  impossible hai. To Ramzan ka mahina discipline ki tarbiyat ka mahina hai.</w:t>
      </w:r>
      <w:r>
        <w:br/>
      </w:r>
      <w:r>
        <w:rPr>
          <w:sz w:val="20"/>
        </w:rPr>
        <w:t>3:03  discipline ka talluq dekhiye, worldly cheezon se bhi hai, aur ibaadat se, aur deen ki cheezon se bhi.</w:t>
      </w:r>
      <w:r>
        <w:br/>
      </w:r>
      <w:r>
        <w:rPr>
          <w:sz w:val="20"/>
        </w:rPr>
        <w:t>3:16  To is liye is ko hamein bohat zyada ahmiyat ke sath discipline ke aspect ko lena chahiye.</w:t>
      </w:r>
    </w:p>
    <w:p>
      <w:pPr>
        <w:pStyle w:val="Heading2"/>
      </w:pPr>
      <w:r>
        <w:t>Darul Islam and Darul Harb are outdated concepts today</w:t>
      </w:r>
    </w:p>
    <w:p>
      <w:r>
        <w:rPr>
          <w:color w:val="666666"/>
          <w:sz w:val="18"/>
        </w:rPr>
        <w:t>Five Periods of Human History March 8, 2009 Maulana Wahiduddin Khan · 2m 49s · at 1:15:46 · https://youtu.be/_Y4VcKV2OPk?t=4546</w:t>
      </w:r>
    </w:p>
    <w:p>
      <w:r>
        <w:rPr>
          <w:i/>
        </w:rPr>
        <w:t>“Why do Muslims still argue about Darul Islam and Darul Harb?”</w:t>
      </w:r>
    </w:p>
    <w:p>
      <w:r>
        <w:rPr>
          <w:sz w:val="20"/>
        </w:rPr>
        <w:t>1:15:46  yahi main jaanta hoon. This question is from Dr. Farida Khanam. Why are Muslims still discussing the concepts of Darul Islam and Darul Harb, which has totally become irrelevant in the modern age?</w:t>
      </w:r>
      <w:r>
        <w:br/>
      </w:r>
      <w:r>
        <w:rPr>
          <w:sz w:val="20"/>
        </w:rPr>
        <w:t>1:16:03  dekhein, yeh bohat hi</w:t>
      </w:r>
      <w:r>
        <w:br/>
      </w:r>
      <w:r>
        <w:rPr>
          <w:sz w:val="20"/>
        </w:rPr>
        <w:t>1:16:09  ek serious discussion ki baat hai. yeh saada baat nahi hai. yeh</w:t>
      </w:r>
      <w:r>
        <w:br/>
      </w:r>
      <w:r>
        <w:rPr>
          <w:sz w:val="20"/>
        </w:rPr>
        <w:t>1:16:13  jo log bahasein karte hain darul harb, darul salam ki aaj bhi, woh is ko main kahoon ke anacronism hai.</w:t>
      </w:r>
      <w:r>
        <w:br/>
      </w:r>
      <w:r>
        <w:rPr>
          <w:sz w:val="20"/>
        </w:rPr>
        <w:t>1:16:22  yeh</w:t>
      </w:r>
      <w:r>
        <w:br/>
      </w:r>
      <w:r>
        <w:rPr>
          <w:sz w:val="20"/>
        </w:rPr>
        <w:t>1:16:26  pechle zamane mein sab se bari cheez political power hua karta tha. Kingship ke zamane mein sab se bari cheez political power tha.</w:t>
      </w:r>
      <w:r>
        <w:br/>
      </w:r>
      <w:r>
        <w:rPr>
          <w:sz w:val="20"/>
        </w:rPr>
        <w:t>1:16:38  to is zamane mein jo equation banta tha, woh tha ruler aur ruled ka. is mahol mein yeh darul harb, darul salam ke term bana tha.</w:t>
      </w:r>
      <w:r>
        <w:br/>
      </w:r>
      <w:r>
        <w:rPr>
          <w:sz w:val="20"/>
        </w:rPr>
        <w:t>1:16:50  is ka Islam se koi taluq nahi hai. yeh musalmanon ka jo political empire tha, tab yeh term bana hai. yeh term na rasool Allah ke zamane mein tha, na khaleefa ke zamane mein tha, na khilafat ke zamane mein tha.</w:t>
      </w:r>
      <w:r>
        <w:br/>
      </w:r>
      <w:r>
        <w:rPr>
          <w:sz w:val="20"/>
        </w:rPr>
        <w:t>1:17:02  to</w:t>
      </w:r>
      <w:r>
        <w:br/>
      </w:r>
      <w:r>
        <w:rPr>
          <w:sz w:val="20"/>
        </w:rPr>
        <w:t>1:17:03  jab musalmanon ka political empire tha, Asia se Africa tak aur Europe tak, to us waqt jo equation bana tha, equation ke kahin musalmanon ka ek muslim land hai aur kahin woh doosra land hai.</w:t>
      </w:r>
      <w:r>
        <w:br/>
      </w:r>
      <w:r>
        <w:rPr>
          <w:sz w:val="20"/>
        </w:rPr>
        <w:t>1:17:20  to muslim land ko unhon ne darussalam kaha aur doosre ek land ko unhon ne darulharb kaha. ab yeh equation badal gaya hai.</w:t>
      </w:r>
      <w:r>
        <w:br/>
      </w:r>
      <w:r>
        <w:rPr>
          <w:sz w:val="20"/>
        </w:rPr>
        <w:t>1:17:30  ab yeh hai hi nahin. ab politics jo hai, deciding factor nahin hai is equation mein. ab to developed countries aur aur underdeveloped countries ka batwara hai.</w:t>
      </w:r>
      <w:r>
        <w:br/>
      </w:r>
      <w:r>
        <w:rPr>
          <w:sz w:val="20"/>
        </w:rPr>
        <w:t>1:17:42  is zamane mein jo batwara hota hai, woh ruler aur ruled ka nahin hai. yaani politics deciding factor nahin hai is mamle mein.</w:t>
      </w:r>
      <w:r>
        <w:br/>
      </w:r>
      <w:r>
        <w:rPr>
          <w:sz w:val="20"/>
        </w:rPr>
        <w:t>1:17:51  is mamle mein balkeh development kitna hua hai, kitna nahin hua hai.</w:t>
      </w:r>
      <w:r>
        <w:br/>
      </w:r>
      <w:r>
        <w:rPr>
          <w:sz w:val="20"/>
        </w:rPr>
        <w:t>1:17:55  to aaj ka jo equation jo hai, woh developed nation aur underdeveloped nation ka hai. yeh hamare log jante hi nahin hain in baaton ko ke equation badal gaya hai.</w:t>
      </w:r>
      <w:r>
        <w:br/>
      </w:r>
      <w:r>
        <w:rPr>
          <w:sz w:val="20"/>
        </w:rPr>
        <w:t>1:18:06  woh ab woh irrelevant ho gaya hai. woh darulharb, darussalam concept irrelevant ho gaya hai. warna dekhen, aap duniya mein 57 muslim countries hain,</w:t>
      </w:r>
      <w:r>
        <w:br/>
      </w:r>
      <w:r>
        <w:rPr>
          <w:sz w:val="20"/>
        </w:rPr>
        <w:t>1:18:21  tab bhi musalman samajhte hain ke hum</w:t>
      </w:r>
      <w:r>
        <w:br/>
      </w:r>
      <w:r>
        <w:rPr>
          <w:sz w:val="20"/>
        </w:rPr>
        <w:t>1:18:23  magloob hain. kyun magloob hain? bhai, 57 muslim countries mein tumhari hukumat qaim hai. kyun? woh empire ko samajhte hain rule ke empire ho to hum hum ka duniya par rule kar rahe hain.</w:t>
      </w:r>
    </w:p>
    <w:p>
      <w:pPr>
        <w:pStyle w:val="Heading2"/>
      </w:pPr>
      <w:r>
        <w:t>Reason for frustration in life</w:t>
      </w:r>
    </w:p>
    <w:p>
      <w:r>
        <w:rPr>
          <w:color w:val="666666"/>
          <w:sz w:val="18"/>
        </w:rPr>
        <w:t>The Team Spirit (Part 1) Nov 10, 2006 · 1m 46s · at 6:06 · https://youtu.be/2KfMPUzsmTg?t=366</w:t>
      </w:r>
    </w:p>
    <w:p>
      <w:r>
        <w:rPr>
          <w:i/>
        </w:rPr>
        <w:t>“Why does this happen? Because people don't know God's plan.”</w:t>
      </w:r>
    </w:p>
    <w:p>
      <w:r>
        <w:rPr>
          <w:sz w:val="20"/>
        </w:rPr>
        <w:t>6:06  kyun aisa hota hai? yeh is liye hota hai ke log Khuda ke creation plan ko nahi jante. Khuda ne yeh dunya banai hai test ke liye, aur log samajh lete hain ke yeh dunya hai is liye ke hum hi apni paradise banayein.</w:t>
      </w:r>
      <w:r>
        <w:br/>
      </w:r>
      <w:r>
        <w:rPr>
          <w:sz w:val="20"/>
        </w:rPr>
        <w:t>6:25  to yeh present world is liye hai hi nahi ke aap apne, aap ka jo dream world hai, jo desire aap ke mann mein basi hui hain,</w:t>
      </w:r>
      <w:r>
        <w:br/>
      </w:r>
      <w:r>
        <w:rPr>
          <w:sz w:val="20"/>
        </w:rPr>
        <w:t>6:39  to apni ek dunya banayein jahan aap ki desire poori hon.</w:t>
      </w:r>
      <w:r>
        <w:br/>
      </w:r>
      <w:r>
        <w:rPr>
          <w:sz w:val="20"/>
        </w:rPr>
        <w:t>6:47  log be tahasha paise ki taraf bhagte hain, khoob paisa kamate hain, lekin aakhir mein kya hota hai ke paise se na to woh health khareed sakte,</w:t>
      </w:r>
      <w:r>
        <w:br/>
      </w:r>
      <w:r>
        <w:rPr>
          <w:sz w:val="20"/>
        </w:rPr>
        <w:t>7:01  na paise se khushi khareed sakte, na paise se apni zindagi ko hazar baras bana sakte.</w:t>
      </w:r>
      <w:r>
        <w:br/>
      </w:r>
      <w:r>
        <w:rPr>
          <w:sz w:val="20"/>
        </w:rPr>
        <w:t>7:13  to jab unhein mehsoos hota hai ke paisa kamane mein sari umar laga di maine, aur jo meri chahat hai, woh mein paise se khareed nahi sakta, to wahan par frustration aata hai un ko.</w:t>
      </w:r>
      <w:r>
        <w:br/>
      </w:r>
      <w:r>
        <w:rPr>
          <w:sz w:val="20"/>
        </w:rPr>
        <w:t>7:30  to aap ko yeh karna hai ke dunya ko batayein ke creator ka creation plan kya hai, taake log is ke mutabiq apni zindagi ki re-planning karein.</w:t>
      </w:r>
    </w:p>
    <w:p>
      <w:pPr>
        <w:pStyle w:val="Heading2"/>
      </w:pPr>
      <w:r>
        <w:t>Islamic guidance on disaster relief and compassion</w:t>
      </w:r>
    </w:p>
    <w:p>
      <w:r>
        <w:rPr>
          <w:color w:val="666666"/>
          <w:sz w:val="18"/>
        </w:rPr>
        <w:t>The Role of Islam in Personality Development March 13, 2011 · 1m 26s · at 1:04:39 · https://youtu.be/jQP07IZoEy0?t=3879</w:t>
      </w:r>
    </w:p>
    <w:p>
      <w:r>
        <w:rPr>
          <w:i/>
        </w:rPr>
        <w:t>“Tsunami jaisi aafat mein Islam kya kehta hai?”</w:t>
      </w:r>
    </w:p>
    <w:p>
      <w:r>
        <w:rPr>
          <w:sz w:val="20"/>
        </w:rPr>
        <w:t>1:04:39  maulana idrees ne, mr idrees ne raipur se likha hai: "Inthe event of natural dis asters liketsunami and earthquake, whatistherecommend ation by Islam for particip ation in relief and rehabil itationwork ?Is there any examp leof this sort inthe Islam ic history ?Pleasetellus ." bhai, is tarah ka tsunami to zamane mein aaya nahi tha, yeh to naya phenomenon hai.</w:t>
      </w:r>
      <w:r>
        <w:br/>
      </w:r>
      <w:r>
        <w:rPr>
          <w:sz w:val="20"/>
        </w:rPr>
        <w:t>1:05:08  to jo jo kar sakte hain, aap kijiye. matlab, physically jo aap kar sakte hain, woh kijiye. nahi kar sakte, dua kijiye. yeh to insani khair khwahi hai.</w:t>
      </w:r>
      <w:r>
        <w:br/>
      </w:r>
      <w:r>
        <w:rPr>
          <w:sz w:val="20"/>
        </w:rPr>
        <w:t>1:05:19  isko kaha jata hai muwasat bani adam. muwasat bani adam ke maani hain ke insaan ki zaroorat ke mauqe par insaan ki madad karna.</w:t>
      </w:r>
      <w:r>
        <w:br/>
      </w:r>
      <w:r>
        <w:rPr>
          <w:sz w:val="20"/>
        </w:rPr>
        <w:t>1:05:31  to jis ke jitna bas mein hota hai, kare.</w:t>
      </w:r>
      <w:r>
        <w:br/>
      </w:r>
      <w:r>
        <w:rPr>
          <w:sz w:val="20"/>
        </w:rPr>
        <w:t>1:05:36  jo farz kiya, us ke bas mein kuch nahi hai to dua to kar hi sakta hai. woh dua kare, woh</w:t>
      </w:r>
      <w:r>
        <w:br/>
      </w:r>
      <w:r>
        <w:rPr>
          <w:sz w:val="20"/>
        </w:rPr>
        <w:t>1:05:43  baqi yeh ek naya phenomenon hai. itna bada, itna bhayanak aisa waqea islam ki tareekh mein nahi hua tha.</w:t>
      </w:r>
      <w:r>
        <w:br/>
      </w:r>
      <w:r>
        <w:rPr>
          <w:sz w:val="20"/>
        </w:rPr>
        <w:t>1:05:53  chote chote waqeat hote the, chote chote waqeat mein hamesha musalman yeh hi karte the jo bas mein hai, woh karte the. nahi to woh dua karte the. wahi humne aaj bhi karna hai.</w:t>
      </w:r>
    </w:p>
    <w:p>
      <w:pPr>
        <w:pStyle w:val="Heading2"/>
      </w:pPr>
      <w:r>
        <w:t>The shock of not being able to address the modern mind</w:t>
      </w:r>
    </w:p>
    <w:p>
      <w:r>
        <w:rPr>
          <w:color w:val="666666"/>
          <w:sz w:val="18"/>
        </w:rPr>
        <w:t>How to Decondition One's Mind 27 December, 2009 · 1m 24s · at 8:37 · https://youtu.be/BGMkpCzMxB0?t=517</w:t>
      </w:r>
    </w:p>
    <w:p>
      <w:r>
        <w:rPr>
          <w:i/>
        </w:rPr>
        <w:t>“Main madrase mein Arabi to jaanta tha, English nahi jaanta tha”</w:t>
      </w:r>
    </w:p>
    <w:p>
      <w:r>
        <w:rPr>
          <w:sz w:val="20"/>
        </w:rPr>
        <w:t>8:37  toh mein madrase mein parh kar nikla toh mein arabi toh jaanta tha, english nahi jaanta tha. toh woh bhi conditioning thi.</w:t>
      </w:r>
      <w:r>
        <w:br/>
      </w:r>
      <w:r>
        <w:rPr>
          <w:sz w:val="20"/>
        </w:rPr>
        <w:t>8:49  madrase mein jo conditioning hui thi meri, woh kya thi? quran parho, hadith parho, namaz parho, roza rakho. is conditioning ko kaise maine toda?</w:t>
      </w:r>
      <w:r>
        <w:br/>
      </w:r>
      <w:r>
        <w:rPr>
          <w:sz w:val="20"/>
        </w:rPr>
        <w:t>9:01  meri family mein saare log english wale log the.</w:t>
      </w:r>
      <w:r>
        <w:br/>
      </w:r>
      <w:r>
        <w:rPr>
          <w:sz w:val="20"/>
        </w:rPr>
        <w:t>9:06  zamana bhi english ka zamana tha woh. dhoom thi, english parho, english parho, english parho. toh jab mein bahar aaya parh kar ke toh maine mehsoos kiya ke mein abhi tak goonga hoon.</w:t>
      </w:r>
      <w:r>
        <w:br/>
      </w:r>
      <w:r>
        <w:rPr>
          <w:sz w:val="20"/>
        </w:rPr>
        <w:t>9:21  madrase mein mein taqreer karta tha, likhta tha. yahan mein goonga ho gaya. kyunke modern mind ko address nahi kar sakta tha mein.</w:t>
      </w:r>
      <w:r>
        <w:br/>
      </w:r>
      <w:r>
        <w:rPr>
          <w:sz w:val="20"/>
        </w:rPr>
        <w:t>9:35  jo traditional mind tha, us ko address karne ke liye mere paas bohat se baatein thi, bohat se alfaaz the. modern mind ko mein address nahi kar sakta tha.</w:t>
      </w:r>
      <w:r>
        <w:br/>
      </w:r>
      <w:r>
        <w:rPr>
          <w:sz w:val="20"/>
        </w:rPr>
        <w:t>9:49  yeh ek shock laga. aap shock ko jab ek tajrube ke taur par lein, tab yahan se from here starts deconditioning.</w:t>
      </w:r>
    </w:p>
    <w:p>
      <w:pPr>
        <w:pStyle w:val="Heading2"/>
      </w:pPr>
      <w:r>
        <w:t>why non-Muslims are restricted from Makkah and Madinah</w:t>
      </w:r>
    </w:p>
    <w:p>
      <w:r>
        <w:rPr>
          <w:color w:val="666666"/>
          <w:sz w:val="18"/>
        </w:rPr>
        <w:t>In Conversation with Maulana Wahiduddin Khan English · 2m 40s · at 20:44 · https://youtu.be/QZrkP8Z3Fv8?t=1244</w:t>
      </w:r>
    </w:p>
    <w:p>
      <w:r>
        <w:rPr>
          <w:i/>
        </w:rPr>
        <w:t>“Why are non-Muslims not allowed in Makkah and Madinah?”</w:t>
      </w:r>
    </w:p>
    <w:p>
      <w:r>
        <w:rPr>
          <w:sz w:val="20"/>
        </w:rPr>
        <w:t>20:44  But why are non-Muslims not allowed in the holy city of Makkah and Madinah? The reason is not it is not</w:t>
      </w:r>
      <w:r>
        <w:br/>
      </w:r>
      <w:r>
        <w:rPr>
          <w:sz w:val="20"/>
        </w:rPr>
        <w:t>20:57  a bias in any sense of the word.</w:t>
      </w:r>
      <w:r>
        <w:br/>
      </w:r>
      <w:r>
        <w:rPr>
          <w:sz w:val="20"/>
        </w:rPr>
        <w:t>21:02  It was it is as a law of necessity. Because when</w:t>
      </w:r>
      <w:r>
        <w:br/>
      </w:r>
      <w:r>
        <w:rPr>
          <w:sz w:val="20"/>
        </w:rPr>
        <w:t>21:10  Prophet Ibrahim built the Kaaba, there was no restriction at all. So, what happened?</w:t>
      </w:r>
      <w:r>
        <w:br/>
      </w:r>
      <w:r>
        <w:rPr>
          <w:sz w:val="20"/>
        </w:rPr>
        <w:t>21:20  Those people who were worshipping idols, they were allowed to visit the Kaaba.</w:t>
      </w:r>
      <w:r>
        <w:br/>
      </w:r>
      <w:r>
        <w:rPr>
          <w:sz w:val="20"/>
        </w:rPr>
        <w:t>21:28  So, they</w:t>
      </w:r>
      <w:r>
        <w:br/>
      </w:r>
      <w:r>
        <w:rPr>
          <w:sz w:val="20"/>
        </w:rPr>
        <w:t>21:33  came with idols. And they placed those idols in the Kaaba. So, the number of those idols became 360.</w:t>
      </w:r>
      <w:r>
        <w:br/>
      </w:r>
      <w:r>
        <w:rPr>
          <w:sz w:val="20"/>
        </w:rPr>
        <w:t>21:45  So, when the Prophet of Islam came at that time, there were 360 idols in the Kaaba.</w:t>
      </w:r>
      <w:r>
        <w:br/>
      </w:r>
      <w:r>
        <w:rPr>
          <w:sz w:val="20"/>
        </w:rPr>
        <w:t>21:54  So, it was a very great problem. Because the Kaaba was built as a center of Tawhid. And now, it was like a center of shirk and idol worshipping.</w:t>
      </w:r>
      <w:r>
        <w:br/>
      </w:r>
      <w:r>
        <w:rPr>
          <w:sz w:val="20"/>
        </w:rPr>
        <w:t>22:09  So, then not at the so at the time of the Prophet not at the time of Prophet Ibrahim. Prophet Ibrahim never restricted.</w:t>
      </w:r>
      <w:r>
        <w:br/>
      </w:r>
      <w:r>
        <w:rPr>
          <w:sz w:val="20"/>
        </w:rPr>
        <w:t>22:22  But Prophet Muhammad was compelled to</w:t>
      </w:r>
      <w:r>
        <w:br/>
      </w:r>
      <w:r>
        <w:rPr>
          <w:sz w:val="20"/>
        </w:rPr>
        <w:t>22:28  restrict entry only for those people who are not idol worshippers. So, this was the result of that kind of sad experience.</w:t>
      </w:r>
      <w:r>
        <w:br/>
      </w:r>
      <w:r>
        <w:rPr>
          <w:sz w:val="20"/>
        </w:rPr>
        <w:t>22:41  This history is this history gave us justification to</w:t>
      </w:r>
      <w:r>
        <w:br/>
      </w:r>
      <w:r>
        <w:rPr>
          <w:sz w:val="20"/>
        </w:rPr>
        <w:t>22:51  for such restrictions. Otherwise, before Muhammad (sallallahu alaihi wasallam), there was no restriction. But when the experience showed experience showed that these people who are worshippers of idols make creates of problems.</w:t>
      </w:r>
      <w:r>
        <w:br/>
      </w:r>
      <w:r>
        <w:rPr>
          <w:sz w:val="20"/>
        </w:rPr>
        <w:t>23:13  So, due to this due to this problem, the Prophet imposed restrictions.</w:t>
      </w:r>
    </w:p>
    <w:p>
      <w:pPr>
        <w:pStyle w:val="Heading2"/>
      </w:pPr>
      <w:r>
        <w:t>Quran gives principles, Hadith gives practice</w:t>
      </w:r>
    </w:p>
    <w:p>
      <w:r>
        <w:rPr>
          <w:color w:val="666666"/>
          <w:sz w:val="18"/>
        </w:rPr>
        <w:t>Hadith Literature - Part-1 (English) March 08, 2007 Maulana Wahiduddin Khan · 1m 58s · at 5:04 · https://youtu.be/vZSus8oBppM?t=304</w:t>
      </w:r>
    </w:p>
    <w:p>
      <w:r>
        <w:rPr>
          <w:i/>
        </w:rPr>
        <w:t>“Without Hadith you cannot understand Islam.”</w:t>
      </w:r>
    </w:p>
    <w:p>
      <w:r>
        <w:rPr>
          <w:sz w:val="20"/>
        </w:rPr>
        <w:t>5:04  Without Hadith, you cannot understand Islam. You know, Quran is a book of—Quran is a book of ideology. Quran consists of basic principles of Islam.</w:t>
      </w:r>
      <w:r>
        <w:br/>
      </w:r>
      <w:r>
        <w:rPr>
          <w:sz w:val="20"/>
        </w:rPr>
        <w:t>5:30  But as far as the practical aspects—as far as the details are concerned, or practical aspects of religion</w:t>
      </w:r>
      <w:r>
        <w:br/>
      </w:r>
      <w:r>
        <w:rPr>
          <w:sz w:val="20"/>
        </w:rPr>
        <w:t>5:39  are concerned, you cannot find these things in the Quran.</w:t>
      </w:r>
      <w:r>
        <w:br/>
      </w:r>
      <w:r>
        <w:rPr>
          <w:sz w:val="20"/>
        </w:rPr>
        <w:t>5:49  In other words, Quran gives you a critical base of the Islam, and Hadith gives you a practical</w:t>
      </w:r>
      <w:r>
        <w:br/>
      </w:r>
      <w:r>
        <w:rPr>
          <w:sz w:val="20"/>
        </w:rPr>
        <w:t>5:58  aspect of the Islam.</w:t>
      </w:r>
      <w:r>
        <w:br/>
      </w:r>
      <w:r>
        <w:rPr>
          <w:sz w:val="20"/>
        </w:rPr>
        <w:t>6:08  All the practical aspects are given in Hadith.</w:t>
      </w:r>
      <w:r>
        <w:br/>
      </w:r>
      <w:r>
        <w:rPr>
          <w:sz w:val="20"/>
        </w:rPr>
        <w:t>6:20  But in Quran, you can find only principles, basic principles, and not the practical details.</w:t>
      </w:r>
      <w:r>
        <w:br/>
      </w:r>
      <w:r>
        <w:rPr>
          <w:sz w:val="20"/>
        </w:rPr>
        <w:t>6:32  So, anyone who wants to know sincerely what is Islam, he must seek help from both.</w:t>
      </w:r>
      <w:r>
        <w:br/>
      </w:r>
      <w:r>
        <w:rPr>
          <w:sz w:val="20"/>
        </w:rPr>
        <w:t>6:44  He will try to find the critical aspect of Islam from Quran, from the Quran, and its practical aspect from the Hadith.</w:t>
      </w:r>
      <w:r>
        <w:br/>
      </w:r>
      <w:r>
        <w:rPr>
          <w:sz w:val="20"/>
        </w:rPr>
        <w:t>7:02  Then there are some more aspects. For example, there are many events of early Islamic history that are mentioned in the Quran. But these references are not in detail.</w:t>
      </w:r>
    </w:p>
    <w:p>
      <w:pPr>
        <w:pStyle w:val="Heading2"/>
      </w:pPr>
      <w:r>
        <w:t>Heaven is a refined place only for those who deserve it</w:t>
      </w:r>
    </w:p>
    <w:p>
      <w:r>
        <w:rPr>
          <w:color w:val="666666"/>
          <w:sz w:val="18"/>
        </w:rPr>
        <w:t>Dars-e-Quran (Chapter 103, Verses 1-3) August 19, 2012 · 1m 26s · at 55:31 · https://youtu.be/q7ORmSbhs4s?t=3331</w:t>
      </w:r>
    </w:p>
    <w:p>
      <w:r>
        <w:rPr>
          <w:i/>
        </w:rPr>
        <w:t>“Jannat ke baare mein logon ko ajeeb taassurat hain”</w:t>
      </w:r>
    </w:p>
    <w:p>
      <w:r>
        <w:rPr>
          <w:sz w:val="20"/>
        </w:rPr>
        <w:t>55:31  dekhein, jannat ke baray mein logon ko ajeeb o ghareeb qism ke tassarrufaat hain. koi samajhta hai ke sath tasbeeh parh lo, jannat ho gayi</w:t>
      </w:r>
      <w:r>
        <w:br/>
      </w:r>
      <w:r>
        <w:rPr>
          <w:sz w:val="20"/>
        </w:rPr>
        <w:t>55:38  . koi samajhta hai ke shafa'at mil jaye gi to jannat, is se shafa'at karein, karein, jannat mil jaye gi. muslim family mein paida ho to jannat mil gayi.</w:t>
      </w:r>
      <w:r>
        <w:br/>
      </w:r>
      <w:r>
        <w:rPr>
          <w:sz w:val="20"/>
        </w:rPr>
        <w:t>55:48  falan tasbeeh parh lo to jannat mil gayi. yeh sab jannat ko underestimate karna hai. yeh sab jannat ko underestimate karna hai.</w:t>
      </w:r>
      <w:r>
        <w:br/>
      </w:r>
      <w:r>
        <w:rPr>
          <w:sz w:val="20"/>
        </w:rPr>
        <w:t>56:00  dekhein, jannat mein sirf woh log jayenge jo is ke liye deserve karte hain. jo is ke liye deserve</w:t>
      </w:r>
      <w:r>
        <w:br/>
      </w:r>
      <w:r>
        <w:rPr>
          <w:sz w:val="20"/>
        </w:rPr>
        <w:t>56:07  karte hon. aap ghor kijiye ke ek multinational company hai, is ko ek ek zaroorat hai, ek ek ek director ki. to kya kisi ko hi pakar ke dal ke parha dega woh?</w:t>
      </w:r>
      <w:r>
        <w:br/>
      </w:r>
      <w:r>
        <w:rPr>
          <w:sz w:val="20"/>
        </w:rPr>
        <w:t>56:17  man of history ko? nahin, jis ne woh woh woh science parhi hai, jis ko is ka experience hai, jo waqiaat hain, is ke liye deserve karta hai, is ka selection hoga.</w:t>
      </w:r>
      <w:r>
        <w:br/>
      </w:r>
      <w:r>
        <w:rPr>
          <w:sz w:val="20"/>
        </w:rPr>
        <w:t>56:32  to kya aap samajhte hain ke multinational mein ek aadmi ka ek job diya jata hai, is se bhi kam darja hai jannat ka?</w:t>
      </w:r>
      <w:r>
        <w:br/>
      </w:r>
      <w:r>
        <w:rPr>
          <w:sz w:val="20"/>
        </w:rPr>
        <w:t>56:43  ke kisi ko bhar do, bheer bakri karte rahe, kaise? jannat bohat hi refined jagah hai, bohat hi, bohat hi, yaani bohat hi ghair maamooli jagah hai.</w:t>
      </w:r>
    </w:p>
    <w:p>
      <w:pPr>
        <w:pStyle w:val="Heading2"/>
      </w:pPr>
      <w:r>
        <w:t>there was never a perfect Islamic government in history</w:t>
      </w:r>
    </w:p>
    <w:p>
      <w:r>
        <w:rPr>
          <w:color w:val="666666"/>
          <w:sz w:val="18"/>
        </w:rPr>
        <w:t>Islam &amp; Prophet of Islam 21 Oct, 2012 - Maulana Wahiduddin Khan · 1m 47s · at 1:23:22 · https://youtu.be/2hwtfOyNeS0?t=5002</w:t>
      </w:r>
    </w:p>
    <w:p>
      <w:r>
        <w:rPr>
          <w:i/>
        </w:rPr>
        <w:t>“Was there ever an ideal Islamic government?”</w:t>
      </w:r>
    </w:p>
    <w:p>
      <w:r>
        <w:rPr>
          <w:sz w:val="20"/>
        </w:rPr>
        <w:t>1:23:22  maulana, agla sawal Dilli se hai Naveed Ahmed sahib ka. unhone likha hai: "how could you say Islamic government was not established at the time of Prophet Muhammad?</w:t>
      </w:r>
      <w:r>
        <w:br/>
      </w:r>
      <w:r>
        <w:rPr>
          <w:sz w:val="20"/>
        </w:rPr>
        <w:t>1:23:33  however, it was established fully in the area of Hijaz as an example." maine yeh nahi kaha ke Islamic musalmanon ka rule nahi tha.</w:t>
      </w:r>
      <w:r>
        <w:br/>
      </w:r>
      <w:r>
        <w:rPr>
          <w:sz w:val="20"/>
        </w:rPr>
        <w:t>1:23:43  nahi. maine yeh kaha ke jo jo depict karte hain log, ke ideal role, woh kahin wajood nahi tha is ka.</w:t>
      </w:r>
      <w:r>
        <w:br/>
      </w:r>
      <w:r>
        <w:rPr>
          <w:sz w:val="20"/>
        </w:rPr>
        <w:t>1:23:52  ideal government, ideal system, ideal society, is ka kahin wajood nahi tha. role to tha, zahir hai. islam se pehle bhi tha, islam ke baad bhi tha.</w:t>
      </w:r>
      <w:r>
        <w:br/>
      </w:r>
      <w:r>
        <w:rPr>
          <w:sz w:val="20"/>
        </w:rPr>
        <w:t>1:24:01  aaj bhi hai. to islamic government ka hona alag baat hai. lekin log jo is ko depict karte hain is tareeqe se ke wahan koi ideal system tha, perfect samajh tha, yeh bilkul afsanvi baat hai.</w:t>
      </w:r>
      <w:r>
        <w:br/>
      </w:r>
      <w:r>
        <w:rPr>
          <w:sz w:val="20"/>
        </w:rPr>
        <w:t>1:24:15  is ka koi wajood nahi kahin. is ka koi wajood nahi. aap dekhiye, main rasool Allah sallallahu alaihi wasallam ki wafat hui to hazrat ayesha kehti hain ke: "falamma tawaffa rasool Allah sallallahu alaihi wasallam,</w:t>
      </w:r>
      <w:r>
        <w:br/>
      </w:r>
      <w:r>
        <w:rPr>
          <w:sz w:val="20"/>
        </w:rPr>
        <w:t>1:24:31  rasool Allah ki wafat hui to saare arab mein baghavat phail gayi." where was that ideal government? where was that ideal government? aap bataiye.</w:t>
      </w:r>
      <w:r>
        <w:br/>
      </w:r>
      <w:r>
        <w:rPr>
          <w:sz w:val="20"/>
        </w:rPr>
        <w:t>1:24:42  hazrat hazrat usman ke zamane mein khalifa ko qatl kar dala logon ne. musalmanon ne qatl kiya. is ke baad hazrat ali aur muawiya jang hui. is mein kitne saal woh maare gaye?</w:t>
      </w:r>
      <w:r>
        <w:br/>
      </w:r>
      <w:r>
        <w:rPr>
          <w:sz w:val="20"/>
        </w:rPr>
        <w:t>1:24:51  to where was that ideal government? government thi is ka banne mein inkar kar raha hoon. lekin log jo aaj bhi mukhtalif tasveer pesh karte hain ke wahan ideal government thi aur perfect system tha, ideal society thi, yeh sab bilkul khayali baatein hain.</w:t>
      </w:r>
      <w:r>
        <w:br/>
      </w:r>
      <w:r>
        <w:rPr>
          <w:sz w:val="20"/>
        </w:rPr>
        <w:t>1:25:05  aisa kuch nahi tha.</w:t>
      </w:r>
    </w:p>
    <w:p>
      <w:pPr>
        <w:pStyle w:val="Heading2"/>
      </w:pPr>
      <w:r>
        <w:t>Reframing Quran's 'infallibility' as a rational consistency claim</w:t>
      </w:r>
    </w:p>
    <w:p>
      <w:r>
        <w:rPr>
          <w:color w:val="666666"/>
          <w:sz w:val="18"/>
        </w:rPr>
        <w:t>Five Periods of Human History March 8, 2009 Maulana Wahiduddin Khan · 2m 16s · at 5:36 · https://youtu.be/_Y4VcKV2OPk?t=336</w:t>
      </w:r>
    </w:p>
    <w:p>
      <w:r>
        <w:rPr>
          <w:i/>
        </w:rPr>
        <w:t>“Muslims believe the Quran is an infallible book — how can we accept that?”</w:t>
      </w:r>
    </w:p>
    <w:p>
      <w:r>
        <w:rPr>
          <w:sz w:val="20"/>
        </w:rPr>
        <w:t>5:36  to wahan par mujhe hi bulaya gaya tha. to ek sawal wahan par yeh aaya tha ke Musalman yeh mante hain ke Quran infallible kitaab hai.</w:t>
      </w:r>
      <w:r>
        <w:br/>
      </w:r>
      <w:r>
        <w:rPr>
          <w:sz w:val="20"/>
        </w:rPr>
        <w:t>5:52  infallible ka matlab hota hai, yani munazzah al khata, is mein koi ghalati nahin. to hum kaise manein?</w:t>
      </w:r>
      <w:r>
        <w:br/>
      </w:r>
      <w:r>
        <w:rPr>
          <w:sz w:val="20"/>
        </w:rPr>
        <w:t>6:04  yeh scientific daur hai, hum kaise manein is ko? dekhein, infallible ka lafz jo hai, yeh Qurani lafz nahin hai.</w:t>
      </w:r>
      <w:r>
        <w:br/>
      </w:r>
      <w:r>
        <w:rPr>
          <w:sz w:val="20"/>
        </w:rPr>
        <w:t>6:15  yani is ko Arabic mein kehte hain "munazzah an al khata".</w:t>
      </w:r>
      <w:r>
        <w:br/>
      </w:r>
      <w:r>
        <w:rPr>
          <w:sz w:val="20"/>
        </w:rPr>
        <w:t>6:20  to yeh Qurani lafz nahin hai, yeh Qurani term nahin hai. yeh yeh to Muslim theology mein yeh term istemal hua hai.</w:t>
      </w:r>
      <w:r>
        <w:br/>
      </w:r>
      <w:r>
        <w:rPr>
          <w:sz w:val="20"/>
        </w:rPr>
        <w:t>6:33  kyunki dekhiye, jo hum kehte hain infallible ya munazzah an al khata, to yeh ek purasrar term hota hai, yani mysterious term, jisko objective criteria par judge na kiya sake.</w:t>
      </w:r>
      <w:r>
        <w:br/>
      </w:r>
      <w:r>
        <w:rPr>
          <w:sz w:val="20"/>
        </w:rPr>
        <w:t>6:49  to Quran aisi kitaab nahin hai. Quran koi purasrar ya mysterious kitaab nahin hai.</w:t>
      </w:r>
      <w:r>
        <w:br/>
      </w:r>
      <w:r>
        <w:rPr>
          <w:sz w:val="20"/>
        </w:rPr>
        <w:t>7:00  Quran ka jo is mamle mein jo Quran ne jo term istemal kiya hai, woh doosra hai.</w:t>
      </w:r>
      <w:r>
        <w:br/>
      </w:r>
      <w:r>
        <w:rPr>
          <w:sz w:val="20"/>
        </w:rPr>
        <w:t>7:11  woh yeh hai: "wa lau kana min ind ghair Allah la wajadu fihi ikhtilafan kathira". ikhtilaf na hona.</w:t>
      </w:r>
      <w:r>
        <w:br/>
      </w:r>
      <w:r>
        <w:rPr>
          <w:sz w:val="20"/>
        </w:rPr>
        <w:t>7:20  ikhtilaf kya hai? inconsistency, yani adam mutabiqat.</w:t>
      </w:r>
      <w:r>
        <w:br/>
      </w:r>
      <w:r>
        <w:rPr>
          <w:sz w:val="20"/>
        </w:rPr>
        <w:t>7:28  to Quran ka yeh manna hai ya daawa hai ke Quran ki sadaqat ka saboot yeh hai ke woh maloom haqiqaton se is mein koi takrao nahin hai, is se koi adam mutabiqat is ke andar nahin hai.</w:t>
      </w:r>
    </w:p>
    <w:p>
      <w:pPr>
        <w:pStyle w:val="Heading2"/>
      </w:pPr>
      <w:r>
        <w:t>Only the Quran answers the purpose of existence</w:t>
      </w:r>
    </w:p>
    <w:p>
      <w:r>
        <w:rPr>
          <w:color w:val="666666"/>
          <w:sz w:val="18"/>
        </w:rPr>
        <w:t>The Purpose of Existence I 9th Sept. 2012 - Maulana Wahiduddin Khan · 1m 41s · at 8:21 · https://youtu.be/cevO-zpWlG8?t=501</w:t>
      </w:r>
    </w:p>
    <w:p>
      <w:r>
        <w:rPr>
          <w:i/>
        </w:rPr>
        <w:t>“My discovery: only the Quran answers this question”</w:t>
      </w:r>
    </w:p>
    <w:p>
      <w:r>
        <w:rPr>
          <w:sz w:val="20"/>
        </w:rPr>
        <w:t>8:21  to meri discovery yeh hai</w:t>
      </w:r>
      <w:r>
        <w:br/>
      </w:r>
      <w:r>
        <w:rPr>
          <w:sz w:val="20"/>
        </w:rPr>
        <w:t>8:23  ke is sawal ka jawab sirf ek hi jagah hai, woh hai Quran. dekhein, har mazhab ne is ka jawab diya gaya tha, lekin pichhle mazahib jo hain,</w:t>
      </w:r>
      <w:r>
        <w:br/>
      </w:r>
      <w:r>
        <w:rPr>
          <w:sz w:val="20"/>
        </w:rPr>
        <w:t>8:36  woh apne atheistic ho chuke hain.</w:t>
      </w:r>
      <w:r>
        <w:br/>
      </w:r>
      <w:r>
        <w:rPr>
          <w:sz w:val="20"/>
        </w:rPr>
        <w:t>8:42  france ka rona ek philosopher tha, bohat bara, well known. us ne kaha tha ke sirf Islam hi aisa mazhab hai jo historically authentic mazhab hai.</w:t>
      </w:r>
      <w:r>
        <w:br/>
      </w:r>
      <w:r>
        <w:rPr>
          <w:sz w:val="20"/>
        </w:rPr>
        <w:t>8:56  tu is ne likha tha</w:t>
      </w:r>
      <w:r>
        <w:br/>
      </w:r>
      <w:r>
        <w:rPr>
          <w:sz w:val="20"/>
        </w:rPr>
        <w:t>8:58  ke "in like other founders of religions, Muhammad is the only prophet who was born in a full light of history".</w:t>
      </w:r>
      <w:r>
        <w:br/>
      </w:r>
      <w:r>
        <w:rPr>
          <w:sz w:val="20"/>
        </w:rPr>
        <w:t>9:15  tu quran jo hai, ek hi authentic book hai.</w:t>
      </w:r>
      <w:r>
        <w:br/>
      </w:r>
      <w:r>
        <w:rPr>
          <w:sz w:val="20"/>
        </w:rPr>
        <w:t>9:21  is sense mein nahin ke wohi dunya mein aayi, ek hi kitab. Kitabein jo aayin, woh un ke followers is ko preserve na kar sake.</w:t>
      </w:r>
      <w:r>
        <w:br/>
      </w:r>
      <w:r>
        <w:rPr>
          <w:sz w:val="20"/>
        </w:rPr>
        <w:t>9:33  is liye woh preserve text un ke paas nahin hai. Tu quran mein is sawal ka jawab hai, lekin ajeeb baat hai ke khud musalman hi is se bekhabar hain.</w:t>
      </w:r>
      <w:r>
        <w:br/>
      </w:r>
      <w:r>
        <w:rPr>
          <w:sz w:val="20"/>
        </w:rPr>
        <w:t>9:45  musalmanon ne quran ko koi kitab mehzoor bana rakha hai, abandoned book.</w:t>
      </w:r>
      <w:r>
        <w:br/>
      </w:r>
      <w:r>
        <w:rPr>
          <w:sz w:val="20"/>
        </w:rPr>
        <w:t>9:50  woh quran ki sirf tilawat karte hain, is mein sochte nahin hain. Khair, is sawal ka jawab dekhiye, quran ke chapter number do mein.</w:t>
      </w:r>
    </w:p>
    <w:p>
      <w:pPr>
        <w:pStyle w:val="Heading2"/>
      </w:pPr>
      <w:r>
        <w:t>Human capacity to enjoy is a sign pointing to paradise</w:t>
      </w:r>
    </w:p>
    <w:p>
      <w:r>
        <w:rPr>
          <w:color w:val="666666"/>
          <w:sz w:val="18"/>
        </w:rPr>
        <w:t>Purpose of Human Life February 12, 2012 Maulana Wahiduddin Khan · 2m 59s · at 19:51 · https://youtu.be/gRupSXuak-w?t=1191</w:t>
      </w:r>
    </w:p>
    <w:p>
      <w:r>
        <w:rPr>
          <w:i/>
        </w:rPr>
        <w:t>“Enjoy karne ki capacity kisi aur pe bhi nahi hai”</w:t>
      </w:r>
    </w:p>
    <w:p>
      <w:r>
        <w:rPr>
          <w:sz w:val="20"/>
        </w:rPr>
        <w:t>19:51  enjoy karne ki capacity. enjoy karne ki capacity kisi pe bhi nahi hai.</w:t>
      </w:r>
      <w:r>
        <w:br/>
      </w:r>
      <w:r>
        <w:rPr>
          <w:sz w:val="20"/>
        </w:rPr>
        <w:t>20:00  na suraj mein, na chand mein, na darya mein, na pahad mein, hatta ke animal mein bhi enjoy karne ki capacity nahi hai.</w:t>
      </w:r>
      <w:r>
        <w:br/>
      </w:r>
      <w:r>
        <w:rPr>
          <w:sz w:val="20"/>
        </w:rPr>
        <w:t>20:08  wo enjoy nahi karte, wo to sirf ghaas phuus kha lete hain. unke taste buds nahi hain, wo jo insaan ke andar hain. hamare andar jo senses hain, har cheez mein lazzat hai.</w:t>
      </w:r>
      <w:r>
        <w:br/>
      </w:r>
      <w:r>
        <w:rPr>
          <w:sz w:val="20"/>
        </w:rPr>
        <w:t>20:20  aap ghor kijiye, ek beautiful scene ko dekh kar aankhon ko lazzat milti hai, ek achha naghma sun kar kaanon ko suroor milta hai, ek kahin achhi cheez kha kar zabaan ko ek ajeeb taste milta hai.</w:t>
      </w:r>
      <w:r>
        <w:br/>
      </w:r>
      <w:r>
        <w:rPr>
          <w:sz w:val="20"/>
        </w:rPr>
        <w:t>20:36  hatta ke aap ghaas mein chalte hain, agar khule paon to ghaas mein chalne mein bhi aap ko jo touch hota hai, us mein woh lazzat milti hai. aap ko</w:t>
      </w:r>
      <w:r>
        <w:br/>
      </w:r>
      <w:r>
        <w:rPr>
          <w:sz w:val="20"/>
        </w:rPr>
        <w:t>20:47  har cheez mein sense of enjoy rakha hua hai. wo kis liye hai? wo ek khabar hai, peshgi taur par ke aye bande,</w:t>
      </w:r>
      <w:r>
        <w:br/>
      </w:r>
      <w:r>
        <w:rPr>
          <w:sz w:val="20"/>
        </w:rPr>
        <w:t>21:02  agar tu apne mind ko istemal karega aur khuda ki ma'rifat ko unfold karega to tere liye ek be-panah jagah hai jahan tu apne har, yani poore ma'ne mein enjoy kar sakega.</w:t>
      </w:r>
      <w:r>
        <w:br/>
      </w:r>
      <w:r>
        <w:rPr>
          <w:sz w:val="20"/>
        </w:rPr>
        <w:t>21:20  "walakum fiha ma tashtahi anfusukum". jannat ke bare mein hai ke jannat mein se woh sab kuch hoga jo tum chahte ho. yeh jo tumhare andar desire chupi hui hain, main aksar sunta hoon ke insaan ke andar ajeeb o ghareeb qism ki desires hain,</w:t>
      </w:r>
      <w:r>
        <w:br/>
      </w:r>
      <w:r>
        <w:rPr>
          <w:sz w:val="20"/>
        </w:rPr>
        <w:t>21:37  ajeeb qism ki tamannaein hain,</w:t>
      </w:r>
      <w:r>
        <w:br/>
      </w:r>
      <w:r>
        <w:rPr>
          <w:sz w:val="20"/>
        </w:rPr>
        <w:t>21:44  ajeeb ghareeb qism ki khwahishein hain, lekin woh poori nahi hoti. koi duniya mein aisa nahi guzra, koi badshah ya koi waldi aadmi jis ki tamanaein poori hui hon.</w:t>
      </w:r>
      <w:r>
        <w:br/>
      </w:r>
      <w:r>
        <w:rPr>
          <w:sz w:val="20"/>
        </w:rPr>
        <w:t>22:00  sab</w:t>
      </w:r>
      <w:r>
        <w:br/>
      </w:r>
      <w:r>
        <w:rPr>
          <w:sz w:val="20"/>
        </w:rPr>
        <w:t>22:04  unfulfilled mar jaate hain, fulfillment kisi ko nahi milta.</w:t>
      </w:r>
      <w:r>
        <w:br/>
      </w:r>
      <w:r>
        <w:rPr>
          <w:sz w:val="20"/>
        </w:rPr>
        <w:t>22:10  aap ghor kijiye ke yeh ajeeb o ghareeb qism ke jo hamare andar sense of enjoy hai, wo kis liye hai? bas mar kar khatam ho jaye, yani bohat hi ajeeb qism ka sense of enjoy hai insaan ke andar.</w:t>
      </w:r>
      <w:r>
        <w:br/>
      </w:r>
      <w:r>
        <w:rPr>
          <w:sz w:val="20"/>
        </w:rPr>
        <w:t>22:32  to yeh do cheezein jo insaan mein hain, ek taraf</w:t>
      </w:r>
      <w:r>
        <w:br/>
      </w:r>
      <w:r>
        <w:rPr>
          <w:sz w:val="20"/>
        </w:rPr>
        <w:t>22:39  thinking capacity bohat ziyada, doosri taraf sense of enjoy bohat ziyada. to kya abas hai yeh?</w:t>
      </w:r>
    </w:p>
    <w:p>
      <w:pPr>
        <w:pStyle w:val="Heading2"/>
      </w:pPr>
      <w:r>
        <w:t>Japanese workers cancel strike for national honor</w:t>
      </w:r>
    </w:p>
    <w:p>
      <w:r>
        <w:rPr>
          <w:color w:val="666666"/>
          <w:sz w:val="18"/>
        </w:rPr>
        <w:t>The Message of The Quran | March 26, 2006 | Maulana Wahiduddin Khan · 2m 33s · at 24:49 · https://youtu.be/li_qc0OGGIA?t=1489</w:t>
      </w:r>
    </w:p>
    <w:p>
      <w:r>
        <w:rPr>
          <w:i/>
        </w:rPr>
        <w:t>“Workers cancelled their strike for the nation”</w:t>
      </w:r>
    </w:p>
    <w:p>
      <w:r>
        <w:rPr>
          <w:sz w:val="20"/>
        </w:rPr>
        <w:t>24:49  unhon ne apni strike ko wapas le liya. is se bhi ajeeb baat us ne likhi thi ke is ke baad woh factory mein gaye apne kaam ke liye. isi tarah se poori tawajjuh ke sath, poori lagan ke sath, poori mehnat ke sath unhon ne kaam kiya. jaisa ke is se pehle khushi ki halat mein karte thay. woh sirf itna kiya unhon ne ke apne hath par kaale kapray ki patti baandh li. bas</w:t>
      </w:r>
      <w:r>
        <w:br/>
      </w:r>
      <w:r>
        <w:rPr>
          <w:sz w:val="20"/>
        </w:rPr>
        <w:t>25:20  yeh tha. yeh is tarah ki cheezein le kar us ne bataya ke wahan par yeh hai "i am under someone". main kisi chairman ke ke under mein hoon, main kisi king ke under mein hoon, main kisi boss ke under mein hoon. yeh un ka nature hai. dekhein, yeh woh koi simple baat nahin hai. aap yeh samjhiye ke yeh koi simple baat hai. yeh bohat bari baat hai.</w:t>
      </w:r>
      <w:r>
        <w:br/>
      </w:r>
      <w:r>
        <w:rPr>
          <w:sz w:val="20"/>
        </w:rPr>
        <w:t>25:51  is ko maine kaise samjha? main japan gaya. ek aadmi ne mujh se baat karte hue kaha ke japaniyon ke baray mein aap jante hain ke japani kya cheez hai? unhon ne kaha ke every japanese person is mr. nature. har mard aur aurat jo japan mein paida hua hai,</w:t>
      </w:r>
      <w:r>
        <w:br/>
      </w:r>
      <w:r>
        <w:rPr>
          <w:sz w:val="20"/>
        </w:rPr>
        <w:t>26:21  jo japani hai, woh mr. nature ya ms. nature hai. woh yaani apne nature par woh qaim hai. har aadmi by nature kuch baatein le kar paida hota hai. har aadmi mein hoti hain woh baatein. phir conditioning se badal jata hai woh. to us ne kaha ke</w:t>
      </w:r>
      <w:r>
        <w:br/>
      </w:r>
      <w:r>
        <w:rPr>
          <w:sz w:val="20"/>
        </w:rPr>
        <w:t>26:52  yeh anokhi cheez yahan par hai jo kisi doosri country mein nahin paayenge aap dunya bhar mein ke har japanese aadmi mr. nature hai. yahan se mujhe sochne ko mila ke yeh baat jo hai un ke andar ke "i am under someone" yeh un ke nature ne unhein sikha rakha hai. japan ki geography ne nahin. agar</w:t>
      </w:r>
    </w:p>
    <w:p>
      <w:pPr>
        <w:pStyle w:val="Heading2"/>
      </w:pPr>
      <w:r>
        <w:t>Understanding word 'some' in suspicion verse</w:t>
      </w:r>
    </w:p>
    <w:p>
      <w:r>
        <w:rPr>
          <w:color w:val="666666"/>
          <w:sz w:val="18"/>
        </w:rPr>
        <w:t>Don't Have Negative Opinion of Others Dec 7, 2019 - Maulana Wahiduddin Khan · 2m 08s · at 1:18 · https://youtu.be/rwlAkJyaYf4?t=78</w:t>
      </w:r>
    </w:p>
    <w:p>
      <w:r>
        <w:rPr>
          <w:i/>
        </w:rPr>
        <w:t>“Dekhiye is mein main sochta tha ke yeh ba'z”</w:t>
      </w:r>
    </w:p>
    <w:p>
      <w:r>
        <w:rPr>
          <w:sz w:val="20"/>
        </w:rPr>
        <w:t>1:18  dekhen is mein main sochta tha ke yeh ba'z ka lafz kyun aaya hai.</w:t>
      </w:r>
      <w:r>
        <w:br/>
      </w:r>
      <w:r>
        <w:rPr>
          <w:sz w:val="20"/>
        </w:rPr>
        <w:t>1:28  kyunke badgumani to har badgumani galat hi hai.</w:t>
      </w:r>
      <w:r>
        <w:br/>
      </w:r>
      <w:r>
        <w:rPr>
          <w:sz w:val="20"/>
        </w:rPr>
        <w:t>1:38  badgumani ka matlab hai</w:t>
      </w:r>
      <w:r>
        <w:br/>
      </w:r>
      <w:r>
        <w:rPr>
          <w:sz w:val="20"/>
        </w:rPr>
        <w:t>1:42  suspicion ke tehat sochna.</w:t>
      </w:r>
      <w:r>
        <w:br/>
      </w:r>
      <w:r>
        <w:rPr>
          <w:sz w:val="20"/>
        </w:rPr>
        <w:t>1:50  to badgumani to har badgumani galat hai. yeh kyun kaha ke baaz badgumani gunah hote hain.</w:t>
      </w:r>
      <w:r>
        <w:br/>
      </w:r>
      <w:r>
        <w:rPr>
          <w:sz w:val="20"/>
        </w:rPr>
        <w:t>2:03  to</w:t>
      </w:r>
      <w:r>
        <w:br/>
      </w:r>
      <w:r>
        <w:rPr>
          <w:sz w:val="20"/>
        </w:rPr>
        <w:t>2:07  mein apne bare mein bohat ziyada sochta hoon apni galtiyon ke bare mein.</w:t>
      </w:r>
      <w:r>
        <w:br/>
      </w:r>
      <w:r>
        <w:rPr>
          <w:sz w:val="20"/>
        </w:rPr>
        <w:t>2:17  to aaj</w:t>
      </w:r>
      <w:r>
        <w:br/>
      </w:r>
      <w:r>
        <w:rPr>
          <w:sz w:val="20"/>
        </w:rPr>
        <w:t>2:21  meri samajh mein aaya ke ek saath ek sahab the</w:t>
      </w:r>
      <w:r>
        <w:br/>
      </w:r>
      <w:r>
        <w:rPr>
          <w:sz w:val="20"/>
        </w:rPr>
        <w:t>2:30  to hamari family mein un ke bare mein achhi rai rahi thi.</w:t>
      </w:r>
      <w:r>
        <w:br/>
      </w:r>
      <w:r>
        <w:rPr>
          <w:sz w:val="20"/>
        </w:rPr>
        <w:t>2:41  agarche door ka rishta tha un se to un ke bare mein achhi rai rahi thi. to mein bachpan se sunte sunte mein bhi badguman ho gaya.</w:t>
      </w:r>
      <w:r>
        <w:br/>
      </w:r>
      <w:r>
        <w:rPr>
          <w:sz w:val="20"/>
        </w:rPr>
        <w:t>2:56  yani matlab badguman ke bare mein achhi rai nahi thi.</w:t>
      </w:r>
      <w:r>
        <w:br/>
      </w:r>
      <w:r>
        <w:rPr>
          <w:sz w:val="20"/>
        </w:rPr>
        <w:t>3:05  to</w:t>
      </w:r>
      <w:r>
        <w:br/>
      </w:r>
      <w:r>
        <w:rPr>
          <w:sz w:val="20"/>
        </w:rPr>
        <w:t>3:09  aaj mujhe</w:t>
      </w:r>
      <w:r>
        <w:br/>
      </w:r>
      <w:r>
        <w:rPr>
          <w:sz w:val="20"/>
        </w:rPr>
        <w:t>3:13  yeh samajh mein aaya ke yeh baaz ka matlab kyun hai. in baaz al-zanb mein is ko chhod kar sochta tha.</w:t>
      </w:r>
    </w:p>
    <w:p>
      <w:pPr>
        <w:pStyle w:val="Heading2"/>
      </w:pPr>
      <w:r>
        <w:t>Belief must be perfect, but practice allows concession</w:t>
      </w:r>
    </w:p>
    <w:p>
      <w:r>
        <w:rPr>
          <w:color w:val="666666"/>
          <w:sz w:val="18"/>
        </w:rPr>
        <w:t>How to Decondition One's Mind 27 December, 2009 · 1m 53s · at 1:11:28 · https://youtu.be/BGMkpCzMxB0?t=4288</w:t>
      </w:r>
    </w:p>
    <w:p>
      <w:r>
        <w:rPr>
          <w:i/>
        </w:rPr>
        <w:t>“Aqeedah koi praasrar cheez nahi hai”</w:t>
      </w:r>
    </w:p>
    <w:p>
      <w:r>
        <w:rPr>
          <w:sz w:val="20"/>
        </w:rPr>
        <w:t>1:11:28  aqeedah koi purasrar cheez nahi hai, jise hum kehte hain theory aur practice.</w:t>
      </w:r>
      <w:r>
        <w:br/>
      </w:r>
      <w:r>
        <w:rPr>
          <w:sz w:val="20"/>
        </w:rPr>
        <w:t>1:11:34  wohi hai aqeedah aur amal. har cheez ko log mysterious banate hain, mysterious. ise samajh mein baaten nahi aati. to har cheez mein aik hoti hai, ideology hoti hai, aik uska usko bataya over karna hota hai.</w:t>
      </w:r>
      <w:r>
        <w:br/>
      </w:r>
      <w:r>
        <w:rPr>
          <w:sz w:val="20"/>
        </w:rPr>
        <w:t>1:11:49  to aqeedah ko aap theory keh sakte hain, ideology keh sakte hain. misaal ke taur par Allah ko aik manna yeh aqeedah hai, Rasool Allah ko Khatam un Nabiyyin manna yeh aqeedah hai, jannat dozakh ko manna yeh aqeedah hai,</w:t>
      </w:r>
      <w:r>
        <w:br/>
      </w:r>
      <w:r>
        <w:rPr>
          <w:sz w:val="20"/>
        </w:rPr>
        <w:t>1:12:04  yom hisab ko manna yeh aqeedah hai. to yeh saari cheezen mil kar ke Islam ki ideology banati hain. aur phir woh jab aap ki zindagi mein translate ho to woh amal ban jata hai.</w:t>
      </w:r>
      <w:r>
        <w:br/>
      </w:r>
      <w:r>
        <w:rPr>
          <w:sz w:val="20"/>
        </w:rPr>
        <w:t>1:12:16  to yahan tak maine samjha hai ke aqeeday ke mamle mein aap ko behal perfect banna hai. aqeeday mein koi rukhsat nahi hai, amal mein rukhsat hai.</w:t>
      </w:r>
      <w:r>
        <w:br/>
      </w:r>
      <w:r>
        <w:rPr>
          <w:sz w:val="20"/>
        </w:rPr>
        <w:t>1:12:31  aqeeday mein rukhsat hargiz nahi hai.</w:t>
      </w:r>
      <w:r>
        <w:br/>
      </w:r>
      <w:r>
        <w:rPr>
          <w:sz w:val="20"/>
        </w:rPr>
        <w:t>1:12:34  aap ko aik Khuda ko manna hai to doosre Khudaon ka inkar bhi karna hai.</w:t>
      </w:r>
      <w:r>
        <w:br/>
      </w:r>
      <w:r>
        <w:rPr>
          <w:sz w:val="20"/>
        </w:rPr>
        <w:t>1:12:42  yeh namumkin baat hai ke aqeedah yani aik Khuda ko aik manen, sath sath doosron ka bhi is mein hissa diye rahen. to yeh yeh yeh cheez nahi qabool ki jayegi.</w:t>
      </w:r>
      <w:r>
        <w:br/>
      </w:r>
      <w:r>
        <w:rPr>
          <w:sz w:val="20"/>
        </w:rPr>
        <w:t>1:12:51  lekin amal ka jahan ta'alluq hai, amal ka to is mein bohat rukhsat hai, bohat zyada concession hai.</w:t>
      </w:r>
      <w:r>
        <w:br/>
      </w:r>
      <w:r>
        <w:rPr>
          <w:sz w:val="20"/>
        </w:rPr>
        <w:t>1:12:59  to aqeeday ke mamle mein aap bilkul perfect baniye, ideal baniye. amal ke bare mein koshish kijiye ke wahan bhi aap sab sab cheez par amal karen.</w:t>
      </w:r>
      <w:r>
        <w:br/>
      </w:r>
      <w:r>
        <w:rPr>
          <w:sz w:val="20"/>
        </w:rPr>
        <w:t>1:13:10  agar kotahi ho jati hai to Allah se maafii mangiye. yeh maine samjhaya. das question is from Mr Khalid Ansari from Delhi.</w:t>
      </w:r>
    </w:p>
    <w:p>
      <w:pPr>
        <w:pStyle w:val="Heading2"/>
      </w:pPr>
      <w:r>
        <w:t>Forgotten spiritual tree rediscovered, a lesson in staying committed</w:t>
      </w:r>
    </w:p>
    <w:p>
      <w:r>
        <w:rPr>
          <w:color w:val="666666"/>
          <w:sz w:val="18"/>
        </w:rPr>
        <w:t>Quran The Book of Guidance July 21, 2013 · 1m 40s · at 4:37 · https://youtu.be/DGDHIAde7eU?t=277</w:t>
      </w:r>
    </w:p>
    <w:p>
      <w:r>
        <w:rPr>
          <w:i/>
        </w:rPr>
        <w:t>“Mere ghar ke saamne ek darakht hai jise main 'spiritual tree' kehta tha”</w:t>
      </w:r>
    </w:p>
    <w:p>
      <w:r>
        <w:rPr>
          <w:sz w:val="20"/>
        </w:rPr>
        <w:t>4:37  to is hadith ko aaj mein apne ek tajrube se samjhaunga. dekhen, is se pehle mein bata chuka hoon ke mere ghar ke samne ek ek darakht hai jis ko mein kehta hoon "spiritual tree".</w:t>
      </w:r>
      <w:r>
        <w:br/>
      </w:r>
      <w:r>
        <w:rPr>
          <w:sz w:val="20"/>
        </w:rPr>
        <w:t>4:53  pehle kai bar mein "from the spiritual tree" ke title se yahan par bolta tha. idhar ek budhat se, yani ghaliban ek saal se ya is se ziyada muddat se,</w:t>
      </w:r>
      <w:r>
        <w:br/>
      </w:r>
      <w:r>
        <w:rPr>
          <w:sz w:val="20"/>
        </w:rPr>
        <w:t>5:14  mein is ke neeche baith baithta nahi tha. is se taalluq nahi baki raha tha me</w:t>
      </w:r>
      <w:r>
        <w:br/>
      </w:r>
      <w:r>
        <w:rPr>
          <w:sz w:val="20"/>
        </w:rPr>
        <w:t>5:21  ra. to mere dimagh se nikal gaya tha.</w:t>
      </w:r>
      <w:r>
        <w:br/>
      </w:r>
      <w:r>
        <w:rPr>
          <w:sz w:val="20"/>
        </w:rPr>
        <w:t>5:26  aaj subah ko walk karte hue achaanak wahan pahuncha. is ke neeche to wahan baitha, wahan khara hua, is ke patton ko dekha.</w:t>
      </w:r>
      <w:r>
        <w:br/>
      </w:r>
      <w:r>
        <w:rPr>
          <w:sz w:val="20"/>
        </w:rPr>
        <w:t>5:35  khoob hara bhara tha wo. to aaj goya maine spiritual tree ko rediscover kiya.</w:t>
      </w:r>
      <w:r>
        <w:br/>
      </w:r>
      <w:r>
        <w:rPr>
          <w:sz w:val="20"/>
        </w:rPr>
        <w:t>5:47  ek bhooli hui cheez ko maine recall kiya.</w:t>
      </w:r>
      <w:r>
        <w:br/>
      </w:r>
      <w:r>
        <w:rPr>
          <w:sz w:val="20"/>
        </w:rPr>
        <w:t>5:53  is se maine samjha ke kya matlab hai is hadith ka. is hadith ka matlab hai: quran ki study barabar karo. quran ka mutala barabar karo.</w:t>
      </w:r>
      <w:r>
        <w:br/>
      </w:r>
      <w:r>
        <w:rPr>
          <w:sz w:val="20"/>
        </w:rPr>
        <w:t>6:07  tab is ke mani tumhare dimagh mein baki rahenge. aur sirf mani be-aitbar tarjuma nahi.</w:t>
      </w:r>
    </w:p>
    <w:p>
      <w:pPr>
        <w:pStyle w:val="Heading2"/>
      </w:pPr>
      <w:r>
        <w:t>Security guards stepping aside to let the Quran through</w:t>
      </w:r>
    </w:p>
    <w:p>
      <w:r>
        <w:rPr>
          <w:color w:val="666666"/>
          <w:sz w:val="18"/>
        </w:rPr>
        <w:t>In Conversation with Mohammad Asad Pervez March 27, 2022 · 1m 53s · at 1:01:57 · https://youtu.be/usQU5XmtkX0?t=3717</w:t>
      </w:r>
    </w:p>
    <w:p>
      <w:r>
        <w:rPr>
          <w:i/>
        </w:rPr>
        <w:t>“Security guards always move aside, People too”</w:t>
      </w:r>
    </w:p>
    <w:p>
      <w:r>
        <w:rPr>
          <w:sz w:val="20"/>
        </w:rPr>
        <w:t>1:01:57  And and because you would see that like security guard like whenever there's a prominent personality, you know, giving a speech or walking down the street, they're always, you know, backed by People think they're non approachable. They are non approachable. Yeah. And they're backed by and and they give the impression that they're non because they have all these big bulky guys around them like you know. Yes. Like you can't even look them in the eye and say, I'm gonna finish up right there.</w:t>
      </w:r>
      <w:r>
        <w:br/>
      </w:r>
      <w:r>
        <w:rPr>
          <w:sz w:val="20"/>
        </w:rPr>
        <w:t>1:02:22  So, but every time I approach them with an interim given the Quran, they've just moved away. I I mean, there was this one time I was approaching a very famous personality and and there was a guard standing right in front of him and everyone who wanted to meet him, he would just tell them, go, leave, leave. Right. And and I didn't know why I felt that I should have been attempted, but the moment I I I stood in front of him, he just stepped aside. Mhmm.</w:t>
      </w:r>
      <w:r>
        <w:br/>
      </w:r>
      <w:r>
        <w:rPr>
          <w:sz w:val="20"/>
        </w:rPr>
        <w:t>1:02:51  It's it was it was unbelievable. Like, he just stepped aside and I went and got to meet him and then he wouldn't let anyone behind me come in as well. Amazing. It's almost like the Quran had to be given to him, you know, right then and there and and likewise when I met governor Charlie Baker who was the governor of Massachusetts, he the same position of a chief minister.</w:t>
      </w:r>
      <w:r>
        <w:br/>
      </w:r>
      <w:r>
        <w:rPr>
          <w:sz w:val="20"/>
        </w:rPr>
        <w:t>1:03:16  He just, you know, he was in this private opening and and he and he just walked out</w:t>
      </w:r>
      <w:r>
        <w:br/>
      </w:r>
      <w:r>
        <w:rPr>
          <w:sz w:val="20"/>
        </w:rPr>
        <w:t>1:03:21  and he walked out and and and and he he he walks up to me and I and</w:t>
      </w:r>
      <w:r>
        <w:br/>
      </w:r>
      <w:r>
        <w:rPr>
          <w:sz w:val="20"/>
        </w:rPr>
        <w:t>1:03:27  I shake his hand like like, governor, you know, I appreciate you, you know, visiting our neighborhood and</w:t>
      </w:r>
      <w:r>
        <w:br/>
      </w:r>
      <w:r>
        <w:rPr>
          <w:sz w:val="20"/>
        </w:rPr>
        <w:t>1:03:33  here's a like here's a gift And but what was even more amazing was was once when I</w:t>
      </w:r>
      <w:r>
        <w:br/>
      </w:r>
      <w:r>
        <w:rPr>
          <w:sz w:val="20"/>
        </w:rPr>
        <w:t>1:03:38  was was touring New York with my parents and we just got off from the the ferry that</w:t>
      </w:r>
      <w:r>
        <w:br/>
      </w:r>
      <w:r>
        <w:rPr>
          <w:sz w:val="20"/>
        </w:rPr>
        <w:t>1:03:44  takes you to see the Stats Of Liberty.</w:t>
      </w:r>
      <w:r>
        <w:br/>
      </w:r>
      <w:r>
        <w:rPr>
          <w:sz w:val="20"/>
        </w:rPr>
        <w:t>1:03:50  So it's called Battery Park. Towards the end of the Battery Park, my parents got hungry. Got hungry. So we were having these famous, like, chicken gyros of New York next to a food cart. Right. And and the mayor was giving a speech, he was launching, inaugurating the statue. It was a close private event guarded by maybe like 50 to, you know, 75 cops. The mayor of New York is kind of like a president of a small country. New York New York is a massive massive place. Yes.</w:t>
      </w:r>
    </w:p>
    <w:p>
      <w:pPr>
        <w:pStyle w:val="Heading2"/>
      </w:pPr>
      <w:r>
        <w:t>Peace formula accept status quo for opportunities</w:t>
      </w:r>
    </w:p>
    <w:p>
      <w:r>
        <w:rPr>
          <w:color w:val="666666"/>
          <w:sz w:val="18"/>
        </w:rPr>
        <w:t>The Message of The Quran | March 26, 2006 | Maulana Wahiduddin Khan · 2m 33s · at 1:48:14 · https://youtu.be/li_qc0OGGIA?t=6494</w:t>
      </w:r>
    </w:p>
    <w:p>
      <w:r>
        <w:rPr>
          <w:i/>
        </w:rPr>
        <w:t>“The Quran gives a unique peace formula”</w:t>
      </w:r>
    </w:p>
    <w:p>
      <w:r>
        <w:rPr>
          <w:sz w:val="20"/>
        </w:rPr>
        <w:t>1:48:14  ki baaton ko. kahaniyan to woh sab story tellers ki kahaniyan hain, woh koi real history nahi. isi tarah dekhiye, quran mein ek aur baat batai gayi jo sirf quran hi mein aap payenge, woh hai peace ka formula. kal main kisi meeting mein tha, parson to wahan peace ki baat ho rahi thi, sab log peace ki baatein kar rahe the. main</w:t>
      </w:r>
      <w:r>
        <w:br/>
      </w:r>
      <w:r>
        <w:rPr>
          <w:sz w:val="20"/>
        </w:rPr>
        <w:t>1:48:44  ne kaha ke sab se zaroori cheez hai ke peace ka workable formula aap ke paas ho. peace peace karte hain aap, lekin workable formula bataiye kya hai is ka? to har ek kya kehta hai? kisi na kisi andaaz se woh peace with justice ki baat karta hai ke justice lao to peace aaye ga. sab logon ke mind mein peace ka matlab yeh hai: dunya mein justice lao</w:t>
      </w:r>
      <w:r>
        <w:br/>
      </w:r>
      <w:r>
        <w:rPr>
          <w:sz w:val="20"/>
        </w:rPr>
        <w:t>1:49:14  to peace aa jayega. dunya mein yeh to workable nahi hai, is ki to koi feasibility nahi hai. yeh to ladte rahiye, ladte rahiye, ladte rahiye, ladte rahiye. quran mein pehli baar ek workable formula diya gaya, ek feasible formula diya gaya peace ka. woh kya? woh yeh: "aslah khair" yani sab is ko mein ne detail mein likha hai apni kitab mein ke quran</w:t>
      </w:r>
      <w:r>
        <w:br/>
      </w:r>
      <w:r>
        <w:rPr>
          <w:sz w:val="20"/>
        </w:rPr>
        <w:t>1:49:44  ka jo formula hai peace ka, woh yeh hai ke status quo ko accept karo taake peace qaim ho. jo bhi status quo hai aap ke waqt, logon ko logon ka kya tareeqa raha hai? sab logon ka status quo koi change kar ke samajhte hain ke peace lao, status quo change kar ke justice lao taake peace qaim ho. yeh sab ka formula hai ke status quo koi badlo, badal kar ke justice lao</w:t>
      </w:r>
      <w:r>
        <w:br/>
      </w:r>
      <w:r>
        <w:rPr>
          <w:sz w:val="20"/>
        </w:rPr>
        <w:t>1:50:14  to phir is ke baad peace ho jayega. yeh bilkul yani is ki koi feasibility nahi hai. ek hi sahi formula hai jo quran ne diya hai, woh yeh hai ke status quo ko accept kar ke peace qaim karo to kya hoga? opportunities khulengi. jab opportunities khulengi to aap ko kaam ke mawaqe honge. aap ki koshish se, aap ke kaam se phir peace aayega.</w:t>
      </w:r>
    </w:p>
    <w:p>
      <w:pPr>
        <w:pStyle w:val="Heading2"/>
      </w:pPr>
      <w:r>
        <w:t>Carried on his father's shoulders crossing a river</w:t>
      </w:r>
    </w:p>
    <w:p>
      <w:r>
        <w:rPr>
          <w:color w:val="666666"/>
          <w:sz w:val="18"/>
        </w:rPr>
        <w:t>In Conversation with Dr. Saniyasnain Khan December 12, 2021 · 1m 19s · at 9:27 · https://youtu.be/9Lp76ckNRYE?t=567</w:t>
      </w:r>
    </w:p>
    <w:p>
      <w:r>
        <w:rPr>
          <w:i/>
        </w:rPr>
        <w:t>“Rastay mein aik river padti thi, wahan mujhe kandhay pe bitha lete thay”</w:t>
      </w:r>
    </w:p>
    <w:p>
      <w:r>
        <w:rPr>
          <w:sz w:val="20"/>
        </w:rPr>
        <w:t>9:27  hai? nahi aisa nahi hai ke kandhe pe bitha ke le jatay thay mujhe jagah jagah. hmm. ji. darasal aisa tha ke jo hamara gaon tha remote village.</w:t>
      </w:r>
      <w:r>
        <w:br/>
      </w:r>
      <w:r>
        <w:rPr>
          <w:sz w:val="20"/>
        </w:rPr>
        <w:t>9:37  hmm. to wahan se maulana ko doosre shehar mein jana hota tha ya doosre pass ke village mein jana hota tha. jaise aik shehar tha saraye ameer jahan maulana ne education bhi hasil ki thi.</w:t>
      </w:r>
      <w:r>
        <w:br/>
      </w:r>
      <w:r>
        <w:rPr>
          <w:sz w:val="20"/>
        </w:rPr>
        <w:t>9:50  aik shehar tha sanjar pur wahan thora si market hoti thi post office tha is tarah ki cheezein theen hamare haan to kuch tha nahi. to woh jatay thay to aik adhh bar mujhe bhi sath le gaye mein do saal ka raha hounga shayad ya teen saal ka.</w:t>
      </w:r>
      <w:r>
        <w:br/>
      </w:r>
      <w:r>
        <w:rPr>
          <w:sz w:val="20"/>
        </w:rPr>
        <w:t>10:05  to wahan aik river parti hai rastay mein shayad tons river naam hai is ka. to aik jagah se bohat shallow ho jati hai woh taqreeban knee deep water hota hai.</w:t>
      </w:r>
      <w:r>
        <w:br/>
      </w:r>
      <w:r>
        <w:rPr>
          <w:sz w:val="20"/>
        </w:rPr>
        <w:t>10:17  ji. to wahan se log cross karte hain usay paidal. to jab woh cross karte thay river to mujhe kandhe pe bitha letay thay.</w:t>
      </w:r>
      <w:r>
        <w:br/>
      </w:r>
      <w:r>
        <w:rPr>
          <w:sz w:val="20"/>
        </w:rPr>
        <w:t>10:26  achha. aise pakar lete thay. ji. aur to phir river cross kar ke utartay thay mujhe aur wahan jo shells waghera nahi paray hotay hain. ji ji ji.</w:t>
      </w:r>
      <w:r>
        <w:br/>
      </w:r>
      <w:r>
        <w:rPr>
          <w:sz w:val="20"/>
        </w:rPr>
        <w:t>10:34  darya ke paas kuch. ji. woh chun ke</w:t>
      </w:r>
      <w:r>
        <w:br/>
      </w:r>
      <w:r>
        <w:rPr>
          <w:sz w:val="20"/>
        </w:rPr>
        <w:t>10:37  detay thay mujhe. kya umar rahi hogi doctor sahib aap ki tab? khair do teen saal. do teen saal. achha. okay. to woh chun ke detay thay woh aik tarah se hamara khilona hota tha us zamane mein.</w:t>
      </w:r>
    </w:p>
    <w:p>
      <w:pPr>
        <w:pStyle w:val="Heading2"/>
      </w:pPr>
      <w:r>
        <w:t>The Quran fulfills human nature, not old prophecies</w:t>
      </w:r>
    </w:p>
    <w:p>
      <w:r>
        <w:rPr>
          <w:color w:val="666666"/>
          <w:sz w:val="18"/>
        </w:rPr>
        <w:t>The Importance of Sincerity 13 May 2014 · 1m 38s · at 2:27 · https://youtu.be/w5Rr0YFc5T0?t=147</w:t>
      </w:r>
    </w:p>
    <w:p>
      <w:r>
        <w:rPr>
          <w:i/>
        </w:rPr>
        <w:t>“Dhalika'l-kitab ka matlab pichli kitabon ki peshangoi nahi”</w:t>
      </w:r>
    </w:p>
    <w:p>
      <w:r>
        <w:rPr>
          <w:sz w:val="20"/>
        </w:rPr>
        <w:t>2:27  is aayat par ghaur kijiye: "zaalikal kitab la raiba wa"</w:t>
      </w:r>
      <w:r>
        <w:br/>
      </w:r>
      <w:r>
        <w:rPr>
          <w:sz w:val="20"/>
        </w:rPr>
        <w:t>2:32  . yahan par alif laam meem jo hai, main samajhta hoon ke yeh ahad ka hai. ahad ka matlab yeh hai ke is ka tarjuma yeh hoga ke yeh wahi kitaab mauood hai.</w:t>
      </w:r>
      <w:r>
        <w:br/>
      </w:r>
      <w:r>
        <w:rPr>
          <w:sz w:val="20"/>
        </w:rPr>
        <w:t>2:48  yani wahi kitaab hai jis ka wada kiya gaya tha.</w:t>
      </w:r>
      <w:r>
        <w:br/>
      </w:r>
      <w:r>
        <w:rPr>
          <w:sz w:val="20"/>
        </w:rPr>
        <w:t>2:56  to aam taur par log samajhte hain ke yahan wada se murad yeh hai ke woh pichli kitaabon, jo pichli kutub samavi hain,</w:t>
      </w:r>
      <w:r>
        <w:br/>
      </w:r>
      <w:r>
        <w:rPr>
          <w:sz w:val="20"/>
        </w:rPr>
        <w:t>3:09  bible waghera, to is mein peshangoi ki gayi thi ke ek aur nabi aayega, ek aur kitaab aayegi.</w:t>
      </w:r>
      <w:r>
        <w:br/>
      </w:r>
      <w:r>
        <w:rPr>
          <w:sz w:val="20"/>
        </w:rPr>
        <w:t>3:18  to is ki taraf ishara hai. main samajhta hoon ke yeh baat nahi hai.</w:t>
      </w:r>
      <w:r>
        <w:br/>
      </w:r>
      <w:r>
        <w:rPr>
          <w:sz w:val="20"/>
        </w:rPr>
        <w:t>3:26  yahan yeh baat to sahi hai ke yeh alif laam ahad ka hai, lekin yeh is se murad pichli kitaabein nahi hain. is se murad hai insaan ki fitrat.</w:t>
      </w:r>
      <w:r>
        <w:br/>
      </w:r>
      <w:r>
        <w:rPr>
          <w:sz w:val="20"/>
        </w:rPr>
        <w:t>3:40  is ka matlab yeh hai ke</w:t>
      </w:r>
      <w:r>
        <w:br/>
      </w:r>
      <w:r>
        <w:rPr>
          <w:sz w:val="20"/>
        </w:rPr>
        <w:t>3:45  insaan ki fitrat jis kitaab ka taqaza kar rahi thi, wahi wahi kitaab hai.</w:t>
      </w:r>
      <w:r>
        <w:br/>
      </w:r>
      <w:r>
        <w:rPr>
          <w:sz w:val="20"/>
        </w:rPr>
        <w:t>3:55  yeh wahi kitaab hai jis ka taqaza insaan ki fitrat kar rahi thi.</w:t>
      </w:r>
    </w:p>
    <w:p>
      <w:pPr>
        <w:pStyle w:val="Heading2"/>
      </w:pPr>
      <w:r>
        <w:t>the ostrich who buries its head in sand</w:t>
      </w:r>
    </w:p>
    <w:p>
      <w:r>
        <w:rPr>
          <w:color w:val="666666"/>
          <w:sz w:val="18"/>
        </w:rPr>
        <w:t>Doomsday is Coming November 24, 2013 · 1m 21s · at 31:55 · https://youtu.be/rixrzrrK-cE?t=1915</w:t>
      </w:r>
    </w:p>
    <w:p>
      <w:r>
        <w:rPr>
          <w:i/>
        </w:rPr>
        <w:t>“Shutar murgh sehra mein toofan dekh kar gardan reit mein daal leta hai”</w:t>
      </w:r>
    </w:p>
    <w:p>
      <w:r>
        <w:rPr>
          <w:sz w:val="20"/>
        </w:rPr>
        <w:t>31:55  to yeh sab waqiat ke baad ab agar insaan is se sabaq na le to us ko kehtay hain keh woh jis ko kehtay hain shutur murgh.</w:t>
      </w:r>
      <w:r>
        <w:br/>
      </w:r>
      <w:r>
        <w:rPr>
          <w:sz w:val="20"/>
        </w:rPr>
        <w:t>32:07  shutur murgh ka tareeqa hoga yeh. ostrich, ostrich hybrid us ko kehtay hain.</w:t>
      </w:r>
      <w:r>
        <w:br/>
      </w:r>
      <w:r>
        <w:rPr>
          <w:sz w:val="20"/>
        </w:rPr>
        <w:t>32:15  shutur murgh jo hai, us ka is ke mutaliq kaha jata hai keh jab woh is mein hota hai sehra mein aur dekhta hai keh toofan aa raha hai to ab toofan jo aa raha hai, woh us ko maar dalay ga, us ko halak kar de ga.</w:t>
      </w:r>
      <w:r>
        <w:br/>
      </w:r>
      <w:r>
        <w:rPr>
          <w:sz w:val="20"/>
        </w:rPr>
        <w:t>32:31  to apni lambi gardan ko woh ret mein daal leta hai. to ret mein daalny se aisa nahi hoga keh toofan na aaye, phir bhi aaye ga toofan, phir bhi woh maray ga.</w:t>
      </w:r>
      <w:r>
        <w:br/>
      </w:r>
      <w:r>
        <w:rPr>
          <w:sz w:val="20"/>
        </w:rPr>
        <w:t>32:41  woh</w:t>
      </w:r>
      <w:r>
        <w:br/>
      </w:r>
      <w:r>
        <w:rPr>
          <w:sz w:val="20"/>
        </w:rPr>
        <w:t>32:45  to</w:t>
      </w:r>
      <w:r>
        <w:br/>
      </w:r>
      <w:r>
        <w:rPr>
          <w:sz w:val="20"/>
        </w:rPr>
        <w:t>32:46  ostrich like habit hai yeh keh hum is se sabaq na lein.</w:t>
      </w:r>
      <w:r>
        <w:br/>
      </w:r>
      <w:r>
        <w:rPr>
          <w:sz w:val="20"/>
        </w:rPr>
        <w:t>32:52  agar hum in baaton se sabaq na lein to yeh hoga ostrich like habit ka moamla, yaani shutur murgh jaisi</w:t>
      </w:r>
      <w:r>
        <w:br/>
      </w:r>
      <w:r>
        <w:rPr>
          <w:sz w:val="20"/>
        </w:rPr>
        <w:t>33:03  adat ka moamla.</w:t>
      </w:r>
    </w:p>
    <w:p>
      <w:pPr>
        <w:pStyle w:val="Heading2"/>
      </w:pPr>
      <w:r>
        <w:t>How the Quran was memorized and preserved across generations</w:t>
      </w:r>
    </w:p>
    <w:p>
      <w:r>
        <w:rPr>
          <w:color w:val="666666"/>
          <w:sz w:val="18"/>
        </w:rPr>
        <w:t>Hadith Literature (English) March 8, 2007 Maulan Wahiduddin Khan · 2m 21s · at 37:01 · https://youtu.be/UdxzmJTYqXk?t=2221</w:t>
      </w:r>
    </w:p>
    <w:p>
      <w:r>
        <w:rPr>
          <w:i/>
        </w:rPr>
        <w:t>“The method of the Quran: the Prophet received revelation, then recited it”</w:t>
      </w:r>
    </w:p>
    <w:p>
      <w:r>
        <w:rPr>
          <w:sz w:val="20"/>
        </w:rPr>
        <w:t>37:01  so Quran, the method of the Quran was that Prophet received revelation, and then he repeated or recited that revelation.</w:t>
      </w:r>
      <w:r>
        <w:br/>
      </w:r>
      <w:r>
        <w:rPr>
          <w:sz w:val="20"/>
        </w:rPr>
        <w:t>37:20  his followers listen his recitation, and they memorize it</w:t>
      </w:r>
      <w:r>
        <w:br/>
      </w:r>
      <w:r>
        <w:rPr>
          <w:sz w:val="20"/>
        </w:rPr>
        <w:t>37:29  . this process continued generation of generation until there was age of printing press. before printing press, the same process was prevalent in every generation.</w:t>
      </w:r>
      <w:r>
        <w:br/>
      </w:r>
      <w:r>
        <w:rPr>
          <w:sz w:val="20"/>
        </w:rPr>
        <w:t>37:48  din when the age of printing press came, din hiz followers</w:t>
      </w:r>
      <w:r>
        <w:br/>
      </w:r>
      <w:r>
        <w:rPr>
          <w:sz w:val="20"/>
        </w:rPr>
        <w:t>37:58  compile an authentic book by a calligraphy.</w:t>
      </w:r>
      <w:r>
        <w:br/>
      </w:r>
      <w:r>
        <w:rPr>
          <w:sz w:val="20"/>
        </w:rPr>
        <w:t>38:07  there were so many expert in calligraphy.</w:t>
      </w:r>
      <w:r>
        <w:br/>
      </w:r>
      <w:r>
        <w:rPr>
          <w:sz w:val="20"/>
        </w:rPr>
        <w:t>38:12  these calligraphers compiled, prepared some authentic copy of the quran, and this was printed.</w:t>
      </w:r>
      <w:r>
        <w:br/>
      </w:r>
      <w:r>
        <w:rPr>
          <w:sz w:val="20"/>
        </w:rPr>
        <w:t>38:26  din now we see that we are living in the computer age. now we can find a typed copy of the quran.</w:t>
      </w:r>
      <w:r>
        <w:br/>
      </w:r>
      <w:r>
        <w:rPr>
          <w:sz w:val="20"/>
        </w:rPr>
        <w:t>38:38  so after the age of print media or printing press, everything was preserved in the printing form.</w:t>
      </w:r>
      <w:r>
        <w:br/>
      </w:r>
      <w:r>
        <w:rPr>
          <w:sz w:val="20"/>
        </w:rPr>
        <w:t>38:51  before it was preserved in memory as well as through calligraphy.</w:t>
      </w:r>
      <w:r>
        <w:br/>
      </w:r>
      <w:r>
        <w:rPr>
          <w:sz w:val="20"/>
        </w:rPr>
        <w:t>39:00  now it is preserved in the</w:t>
      </w:r>
      <w:r>
        <w:br/>
      </w:r>
      <w:r>
        <w:rPr>
          <w:sz w:val="20"/>
        </w:rPr>
        <w:t>39:07  in the form of printing books, printed books. same process was repeated in hadith also. same process was applied in the hadith literature also.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